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AE999" w14:textId="77777777" w:rsidR="00863285" w:rsidRDefault="00000000">
      <w:pPr>
        <w:spacing w:before="260" w:after="240"/>
      </w:pPr>
      <w:r>
        <w:rPr>
          <w:rFonts w:eastAsia="Arial" w:cs="Arial"/>
          <w:b/>
          <w:color w:val="2E6876"/>
        </w:rPr>
        <w:t>MANUTENZIONE STRAORDINARIA</w:t>
      </w:r>
    </w:p>
    <w:p w14:paraId="55605FD5" w14:textId="77777777" w:rsidR="00863285" w:rsidRDefault="00000000">
      <w:pPr>
        <w:pStyle w:val="Titolo"/>
        <w:spacing w:after="240" w:line="247" w:lineRule="auto"/>
      </w:pPr>
      <w:r>
        <w:rPr>
          <w:rFonts w:ascii="Arial" w:eastAsia="Arial" w:hAnsi="Arial" w:cs="Arial"/>
          <w:b/>
          <w:color w:val="17384B"/>
          <w:sz w:val="58"/>
        </w:rPr>
        <w:t>APPARECCHI DI SOLLEVAMENTO</w:t>
      </w:r>
      <w:r>
        <w:rPr>
          <w:rFonts w:ascii="Arial" w:eastAsia="Arial" w:hAnsi="Arial" w:cs="Arial"/>
          <w:b/>
          <w:color w:val="17384B"/>
          <w:sz w:val="58"/>
        </w:rPr>
        <w:br/>
        <w:t>DI TIPO FISSO</w:t>
      </w:r>
    </w:p>
    <w:p w14:paraId="6D4952A1" w14:textId="77777777" w:rsidR="00863285" w:rsidRDefault="00000000">
      <w:pPr>
        <w:pBdr>
          <w:bottom w:val="single" w:sz="12" w:space="7" w:color="D99927"/>
        </w:pBdr>
        <w:spacing w:after="200"/>
      </w:pPr>
      <w:r>
        <w:rPr>
          <w:rFonts w:eastAsia="Arial" w:cs="Arial"/>
          <w:b/>
          <w:color w:val="D99927"/>
          <w:sz w:val="26"/>
        </w:rPr>
        <w:t>DOSSIER UNICO • SCHEDE ILLUSTRATE E TABELLE COMPLETE</w:t>
      </w:r>
    </w:p>
    <w:p w14:paraId="30F3EC0A" w14:textId="77777777" w:rsidR="00863285" w:rsidRDefault="00000000">
      <w:pPr>
        <w:spacing w:before="120" w:after="220" w:line="269" w:lineRule="auto"/>
      </w:pPr>
      <w:r>
        <w:rPr>
          <w:rFonts w:eastAsia="Arial" w:cs="Arial"/>
          <w:sz w:val="20"/>
        </w:rPr>
        <w:t>Rielaborazione tecnica originale delle schede 1.01–1.15 (pagine 19–33) della pubblicazione INAIL «Interventi di manutenzione straordinaria su apparecchi di sollevamento di tipo fisso» (ottobre 2026).</w:t>
      </w: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5066"/>
        <w:gridCol w:w="5065"/>
        <w:gridCol w:w="5065"/>
      </w:tblGrid>
      <w:tr w:rsidR="00863285" w14:paraId="1710D592" w14:textId="77777777">
        <w:trPr>
          <w:cantSplit/>
          <w:jc w:val="center"/>
        </w:trPr>
        <w:tc>
          <w:tcPr>
            <w:tcW w:w="5065" w:type="dxa"/>
            <w:shd w:val="clear" w:color="auto" w:fill="EFF5F8"/>
            <w:tcMar>
              <w:top w:w="100" w:type="dxa"/>
              <w:left w:w="160" w:type="dxa"/>
              <w:bottom w:w="100" w:type="dxa"/>
              <w:right w:w="160" w:type="dxa"/>
            </w:tcMar>
          </w:tcPr>
          <w:p w14:paraId="18B317B9" w14:textId="77777777" w:rsidR="00863285" w:rsidRDefault="00000000">
            <w:pPr>
              <w:spacing w:after="40"/>
            </w:pPr>
            <w:r>
              <w:rPr>
                <w:rFonts w:eastAsia="Arial" w:cs="Arial"/>
                <w:b/>
                <w:color w:val="17384B"/>
                <w:sz w:val="40"/>
              </w:rPr>
              <w:t>15</w:t>
            </w:r>
          </w:p>
          <w:p w14:paraId="29A1D0C0" w14:textId="77777777" w:rsidR="00863285" w:rsidRDefault="00000000">
            <w:pPr>
              <w:spacing w:line="240" w:lineRule="auto"/>
            </w:pPr>
            <w:r>
              <w:rPr>
                <w:rFonts w:eastAsia="Arial" w:cs="Arial"/>
                <w:b/>
                <w:color w:val="2E6876"/>
                <w:sz w:val="18"/>
              </w:rPr>
              <w:t>SCHEDE OPERATIVE ILLUSTRATE</w:t>
            </w:r>
          </w:p>
        </w:tc>
        <w:tc>
          <w:tcPr>
            <w:tcW w:w="5065" w:type="dxa"/>
            <w:shd w:val="clear" w:color="auto" w:fill="EFF5F8"/>
            <w:tcMar>
              <w:top w:w="100" w:type="dxa"/>
              <w:left w:w="160" w:type="dxa"/>
              <w:bottom w:w="100" w:type="dxa"/>
              <w:right w:w="160" w:type="dxa"/>
            </w:tcMar>
          </w:tcPr>
          <w:p w14:paraId="3FD22699" w14:textId="77777777" w:rsidR="00863285" w:rsidRDefault="00000000">
            <w:pPr>
              <w:spacing w:after="40"/>
            </w:pPr>
            <w:r>
              <w:rPr>
                <w:rFonts w:eastAsia="Arial" w:cs="Arial"/>
                <w:b/>
                <w:color w:val="17384B"/>
                <w:sz w:val="40"/>
              </w:rPr>
              <w:t>15</w:t>
            </w:r>
          </w:p>
          <w:p w14:paraId="7C1F950B" w14:textId="77777777" w:rsidR="00863285" w:rsidRDefault="00000000">
            <w:pPr>
              <w:spacing w:line="240" w:lineRule="auto"/>
            </w:pPr>
            <w:r>
              <w:rPr>
                <w:rFonts w:eastAsia="Arial" w:cs="Arial"/>
                <w:b/>
                <w:color w:val="2E6876"/>
                <w:sz w:val="18"/>
              </w:rPr>
              <w:t>TABELLE COMPLETE</w:t>
            </w:r>
          </w:p>
        </w:tc>
        <w:tc>
          <w:tcPr>
            <w:tcW w:w="5065" w:type="dxa"/>
            <w:shd w:val="clear" w:color="auto" w:fill="EFF5F8"/>
            <w:tcMar>
              <w:top w:w="100" w:type="dxa"/>
              <w:left w:w="160" w:type="dxa"/>
              <w:bottom w:w="100" w:type="dxa"/>
              <w:right w:w="160" w:type="dxa"/>
            </w:tcMar>
          </w:tcPr>
          <w:p w14:paraId="62A5C28D" w14:textId="77777777" w:rsidR="00863285" w:rsidRDefault="00000000">
            <w:pPr>
              <w:spacing w:after="40"/>
            </w:pPr>
            <w:r>
              <w:rPr>
                <w:rFonts w:eastAsia="Arial" w:cs="Arial"/>
                <w:b/>
                <w:color w:val="17384B"/>
                <w:sz w:val="40"/>
              </w:rPr>
              <w:t>1.01–1.15</w:t>
            </w:r>
          </w:p>
          <w:p w14:paraId="0C25894C" w14:textId="77777777" w:rsidR="00863285" w:rsidRDefault="00000000">
            <w:pPr>
              <w:spacing w:line="240" w:lineRule="auto"/>
            </w:pPr>
            <w:r>
              <w:rPr>
                <w:rFonts w:eastAsia="Arial" w:cs="Arial"/>
                <w:b/>
                <w:color w:val="2E6876"/>
                <w:sz w:val="18"/>
              </w:rPr>
              <w:t>RACCOLTA COORDINATA</w:t>
            </w:r>
          </w:p>
        </w:tc>
      </w:tr>
    </w:tbl>
    <w:p w14:paraId="7BDDF4E9" w14:textId="77777777" w:rsidR="00863285" w:rsidRDefault="00863285">
      <w:pPr>
        <w:spacing w:line="14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5066"/>
        <w:gridCol w:w="5065"/>
        <w:gridCol w:w="5065"/>
      </w:tblGrid>
      <w:tr w:rsidR="00863285" w14:paraId="0857F44C" w14:textId="77777777">
        <w:trPr>
          <w:cantSplit/>
          <w:jc w:val="center"/>
        </w:trPr>
        <w:tc>
          <w:tcPr>
            <w:tcW w:w="5065" w:type="dxa"/>
            <w:tcMar>
              <w:top w:w="30" w:type="dxa"/>
              <w:left w:w="50" w:type="dxa"/>
              <w:bottom w:w="30" w:type="dxa"/>
              <w:right w:w="50" w:type="dxa"/>
            </w:tcMar>
          </w:tcPr>
          <w:p w14:paraId="0D099BAA" w14:textId="77777777" w:rsidR="00863285" w:rsidRDefault="00000000">
            <w:pPr>
              <w:spacing w:line="240" w:lineRule="auto"/>
              <w:jc w:val="center"/>
            </w:pPr>
            <w:r>
              <w:rPr>
                <w:noProof/>
              </w:rPr>
              <w:drawing>
                <wp:inline distT="0" distB="0" distL="0" distR="0" wp14:anchorId="13F2D7C2" wp14:editId="664BE61F">
                  <wp:extent cx="2934000" cy="1596096"/>
                  <wp:effectExtent l="0" t="0" r="0" b="0"/>
                  <wp:docPr id="1" name="Picture 1" descr="Gru a ponte - rappresentazione esemplificativa, non esecu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2934000" cy="1596096"/>
                          </a:xfrm>
                          <a:prstGeom prst="rect">
                            <a:avLst/>
                          </a:prstGeom>
                        </pic:spPr>
                      </pic:pic>
                    </a:graphicData>
                  </a:graphic>
                </wp:inline>
              </w:drawing>
            </w:r>
          </w:p>
        </w:tc>
        <w:tc>
          <w:tcPr>
            <w:tcW w:w="5065" w:type="dxa"/>
            <w:tcMar>
              <w:top w:w="30" w:type="dxa"/>
              <w:left w:w="50" w:type="dxa"/>
              <w:bottom w:w="30" w:type="dxa"/>
              <w:right w:w="50" w:type="dxa"/>
            </w:tcMar>
          </w:tcPr>
          <w:p w14:paraId="44A5768A" w14:textId="77777777" w:rsidR="00863285" w:rsidRDefault="00000000">
            <w:pPr>
              <w:spacing w:line="240" w:lineRule="auto"/>
              <w:jc w:val="center"/>
            </w:pPr>
            <w:r>
              <w:rPr>
                <w:noProof/>
              </w:rPr>
              <w:drawing>
                <wp:inline distT="0" distB="0" distL="0" distR="0" wp14:anchorId="08C81965" wp14:editId="7F82DAE7">
                  <wp:extent cx="2934000" cy="1596096"/>
                  <wp:effectExtent l="0" t="0" r="0" b="0"/>
                  <wp:docPr id="2" name="Picture 2" descr="Gru a cavalletto - rappresentazione esemplificativa, non esecu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9"/>
                          <a:stretch>
                            <a:fillRect/>
                          </a:stretch>
                        </pic:blipFill>
                        <pic:spPr>
                          <a:xfrm>
                            <a:off x="0" y="0"/>
                            <a:ext cx="2934000" cy="1596096"/>
                          </a:xfrm>
                          <a:prstGeom prst="rect">
                            <a:avLst/>
                          </a:prstGeom>
                        </pic:spPr>
                      </pic:pic>
                    </a:graphicData>
                  </a:graphic>
                </wp:inline>
              </w:drawing>
            </w:r>
          </w:p>
        </w:tc>
        <w:tc>
          <w:tcPr>
            <w:tcW w:w="5065" w:type="dxa"/>
            <w:tcMar>
              <w:top w:w="30" w:type="dxa"/>
              <w:left w:w="50" w:type="dxa"/>
              <w:bottom w:w="30" w:type="dxa"/>
              <w:right w:w="50" w:type="dxa"/>
            </w:tcMar>
          </w:tcPr>
          <w:p w14:paraId="1AC1654D" w14:textId="77777777" w:rsidR="00863285" w:rsidRDefault="00000000">
            <w:pPr>
              <w:spacing w:line="240" w:lineRule="auto"/>
              <w:jc w:val="center"/>
            </w:pPr>
            <w:r>
              <w:rPr>
                <w:noProof/>
              </w:rPr>
              <w:drawing>
                <wp:inline distT="0" distB="0" distL="0" distR="0" wp14:anchorId="5A14DE5B" wp14:editId="6DA32E6F">
                  <wp:extent cx="2934000" cy="1596096"/>
                  <wp:effectExtent l="0" t="0" r="0" b="0"/>
                  <wp:docPr id="3" name="Picture 3" descr="Gru a bandiera - rappresentazione esemplificativa, non esecu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stretch>
                            <a:fillRect/>
                          </a:stretch>
                        </pic:blipFill>
                        <pic:spPr>
                          <a:xfrm>
                            <a:off x="0" y="0"/>
                            <a:ext cx="2934000" cy="1596096"/>
                          </a:xfrm>
                          <a:prstGeom prst="rect">
                            <a:avLst/>
                          </a:prstGeom>
                        </pic:spPr>
                      </pic:pic>
                    </a:graphicData>
                  </a:graphic>
                </wp:inline>
              </w:drawing>
            </w:r>
          </w:p>
        </w:tc>
      </w:tr>
    </w:tbl>
    <w:p w14:paraId="3143B95D" w14:textId="77777777" w:rsidR="00863285" w:rsidRDefault="00000000">
      <w:pPr>
        <w:spacing w:before="120" w:after="160"/>
      </w:pPr>
      <w:r>
        <w:rPr>
          <w:rFonts w:eastAsia="Arial" w:cs="Arial"/>
          <w:color w:val="627584"/>
          <w:sz w:val="16"/>
        </w:rPr>
        <w:t>Le illustrazioni sono schemi evocativi originali: non sono disegni esecutivi né rappresentano configurazioni obbligatorie. La tipologia illustrata è esemplificativa: ciascuna scheda può riferirsi a più apparecchi fissi.</w:t>
      </w:r>
    </w:p>
    <w:p w14:paraId="0E2AEFA4" w14:textId="77777777" w:rsidR="00863285" w:rsidRDefault="00000000">
      <w:r>
        <w:rPr>
          <w:rFonts w:eastAsia="Arial" w:cs="Arial"/>
          <w:b/>
          <w:color w:val="17384B"/>
          <w:sz w:val="19"/>
        </w:rPr>
        <w:t>EDIZIONE PROFESSIONALE 2026  •  Accorpamento dei documenti forniti</w:t>
      </w:r>
    </w:p>
    <w:p w14:paraId="20382BAA" w14:textId="77777777" w:rsidR="00863285" w:rsidRDefault="00000000">
      <w:pPr>
        <w:pageBreakBefore/>
        <w:spacing w:after="100"/>
      </w:pPr>
      <w:bookmarkStart w:id="0" w:name="indice"/>
      <w:r>
        <w:rPr>
          <w:rFonts w:eastAsia="Arial" w:cs="Arial"/>
          <w:b/>
          <w:color w:val="2E6876"/>
          <w:sz w:val="18"/>
        </w:rPr>
        <w:lastRenderedPageBreak/>
        <w:t>CONSULTAZIONE</w:t>
      </w:r>
      <w:bookmarkEnd w:id="0"/>
    </w:p>
    <w:p w14:paraId="25EFDE5E" w14:textId="77777777" w:rsidR="00863285" w:rsidRDefault="00000000">
      <w:pPr>
        <w:pStyle w:val="Titolo1"/>
        <w:pBdr>
          <w:bottom w:val="single" w:sz="8" w:space="5" w:color="D99927"/>
        </w:pBdr>
        <w:spacing w:before="0" w:after="100" w:line="247" w:lineRule="auto"/>
      </w:pPr>
      <w:r>
        <w:rPr>
          <w:rFonts w:ascii="Arial" w:eastAsia="Arial" w:hAnsi="Arial" w:cs="Arial"/>
          <w:sz w:val="37"/>
        </w:rPr>
        <w:t>Indice unico delle schede</w:t>
      </w:r>
    </w:p>
    <w:p w14:paraId="7E328C2B" w14:textId="77777777" w:rsidR="00863285" w:rsidRDefault="00000000">
      <w:pPr>
        <w:keepNext/>
        <w:spacing w:before="80" w:after="180" w:line="250" w:lineRule="auto"/>
      </w:pPr>
      <w:r>
        <w:rPr>
          <w:rFonts w:eastAsia="Arial" w:cs="Arial"/>
          <w:color w:val="627584"/>
          <w:sz w:val="18"/>
        </w:rPr>
        <w:t>Ogni intervento comprende una pagina di sintesi illustrata e la relativa tabella completa, con le eventuali note.</w:t>
      </w:r>
    </w:p>
    <w:tbl>
      <w:tblPr>
        <w:tblW w:w="15196" w:type="dxa"/>
        <w:jc w:val="center"/>
        <w:tblBorders>
          <w:top w:val="single" w:sz="4" w:space="0" w:color="D4E1E7"/>
          <w:left w:val="single" w:sz="4" w:space="0" w:color="D4E1E7"/>
          <w:bottom w:val="single" w:sz="4" w:space="0" w:color="D4E1E7"/>
          <w:right w:val="single" w:sz="4" w:space="0" w:color="D4E1E7"/>
          <w:insideH w:val="single" w:sz="4" w:space="0" w:color="D4E1E7"/>
          <w:insideV w:val="single" w:sz="4" w:space="0" w:color="D4E1E7"/>
        </w:tblBorders>
        <w:tblLayout w:type="fixed"/>
        <w:tblLook w:val="04A0" w:firstRow="1" w:lastRow="0" w:firstColumn="1" w:lastColumn="0" w:noHBand="0" w:noVBand="1"/>
      </w:tblPr>
      <w:tblGrid>
        <w:gridCol w:w="1078"/>
        <w:gridCol w:w="11624"/>
        <w:gridCol w:w="1247"/>
        <w:gridCol w:w="1247"/>
      </w:tblGrid>
      <w:tr w:rsidR="00863285" w14:paraId="6C8B1993" w14:textId="77777777">
        <w:trPr>
          <w:cantSplit/>
          <w:jc w:val="center"/>
        </w:trPr>
        <w:tc>
          <w:tcPr>
            <w:tcW w:w="1077" w:type="dxa"/>
            <w:shd w:val="clear" w:color="auto" w:fill="17384B"/>
            <w:tcMar>
              <w:top w:w="90" w:type="dxa"/>
              <w:left w:w="90" w:type="dxa"/>
              <w:bottom w:w="90" w:type="dxa"/>
              <w:right w:w="90" w:type="dxa"/>
            </w:tcMar>
          </w:tcPr>
          <w:p w14:paraId="74384D85" w14:textId="77777777" w:rsidR="00863285" w:rsidRDefault="00000000">
            <w:pPr>
              <w:jc w:val="center"/>
            </w:pPr>
            <w:r>
              <w:rPr>
                <w:rFonts w:eastAsia="Arial" w:cs="Arial"/>
                <w:b/>
                <w:color w:val="FFFFFF"/>
                <w:sz w:val="18"/>
              </w:rPr>
              <w:t>SCHEDA</w:t>
            </w:r>
          </w:p>
        </w:tc>
        <w:tc>
          <w:tcPr>
            <w:tcW w:w="11622" w:type="dxa"/>
            <w:shd w:val="clear" w:color="auto" w:fill="17384B"/>
            <w:tcMar>
              <w:top w:w="90" w:type="dxa"/>
              <w:left w:w="90" w:type="dxa"/>
              <w:bottom w:w="90" w:type="dxa"/>
              <w:right w:w="90" w:type="dxa"/>
            </w:tcMar>
          </w:tcPr>
          <w:p w14:paraId="2F02E9EB" w14:textId="77777777" w:rsidR="00863285" w:rsidRDefault="00000000">
            <w:r>
              <w:rPr>
                <w:rFonts w:eastAsia="Arial" w:cs="Arial"/>
                <w:b/>
                <w:color w:val="FFFFFF"/>
                <w:sz w:val="18"/>
              </w:rPr>
              <w:t>INTERVENTO</w:t>
            </w:r>
          </w:p>
        </w:tc>
        <w:tc>
          <w:tcPr>
            <w:tcW w:w="1247" w:type="dxa"/>
            <w:shd w:val="clear" w:color="auto" w:fill="17384B"/>
            <w:tcMar>
              <w:top w:w="90" w:type="dxa"/>
              <w:left w:w="90" w:type="dxa"/>
              <w:bottom w:w="90" w:type="dxa"/>
              <w:right w:w="90" w:type="dxa"/>
            </w:tcMar>
          </w:tcPr>
          <w:p w14:paraId="1DD4A6ED" w14:textId="77777777" w:rsidR="00863285" w:rsidRDefault="00000000">
            <w:pPr>
              <w:jc w:val="center"/>
            </w:pPr>
            <w:r>
              <w:rPr>
                <w:rFonts w:eastAsia="Arial" w:cs="Arial"/>
                <w:b/>
                <w:color w:val="FFFFFF"/>
                <w:sz w:val="18"/>
              </w:rPr>
              <w:t>SINTESI</w:t>
            </w:r>
          </w:p>
        </w:tc>
        <w:tc>
          <w:tcPr>
            <w:tcW w:w="1247" w:type="dxa"/>
            <w:shd w:val="clear" w:color="auto" w:fill="17384B"/>
            <w:tcMar>
              <w:top w:w="90" w:type="dxa"/>
              <w:left w:w="90" w:type="dxa"/>
              <w:bottom w:w="90" w:type="dxa"/>
              <w:right w:w="90" w:type="dxa"/>
            </w:tcMar>
          </w:tcPr>
          <w:p w14:paraId="0214A1AD" w14:textId="77777777" w:rsidR="00863285" w:rsidRDefault="00000000">
            <w:pPr>
              <w:jc w:val="center"/>
            </w:pPr>
            <w:r>
              <w:rPr>
                <w:rFonts w:eastAsia="Arial" w:cs="Arial"/>
                <w:b/>
                <w:color w:val="FFFFFF"/>
                <w:sz w:val="18"/>
              </w:rPr>
              <w:t>TABELLA</w:t>
            </w:r>
          </w:p>
        </w:tc>
      </w:tr>
      <w:tr w:rsidR="00863285" w14:paraId="58F07BF9" w14:textId="77777777">
        <w:trPr>
          <w:cantSplit/>
          <w:jc w:val="center"/>
        </w:trPr>
        <w:tc>
          <w:tcPr>
            <w:tcW w:w="1077" w:type="dxa"/>
            <w:shd w:val="clear" w:color="auto" w:fill="EFF5F8"/>
            <w:tcMar>
              <w:top w:w="78" w:type="dxa"/>
              <w:left w:w="90" w:type="dxa"/>
              <w:bottom w:w="78" w:type="dxa"/>
              <w:right w:w="90" w:type="dxa"/>
            </w:tcMar>
          </w:tcPr>
          <w:p w14:paraId="2F61114B" w14:textId="77777777" w:rsidR="00863285" w:rsidRDefault="00000000">
            <w:pPr>
              <w:jc w:val="center"/>
            </w:pPr>
            <w:r>
              <w:rPr>
                <w:rFonts w:eastAsia="Arial" w:cs="Arial"/>
                <w:b/>
                <w:color w:val="17384B"/>
                <w:sz w:val="18"/>
              </w:rPr>
              <w:t>1.01</w:t>
            </w:r>
          </w:p>
        </w:tc>
        <w:tc>
          <w:tcPr>
            <w:tcW w:w="11622" w:type="dxa"/>
            <w:shd w:val="clear" w:color="auto" w:fill="EFF5F8"/>
            <w:tcMar>
              <w:top w:w="78" w:type="dxa"/>
              <w:left w:w="90" w:type="dxa"/>
              <w:bottom w:w="78" w:type="dxa"/>
              <w:right w:w="90" w:type="dxa"/>
            </w:tcMar>
          </w:tcPr>
          <w:p w14:paraId="39E14296" w14:textId="77777777" w:rsidR="00863285" w:rsidRDefault="00000000">
            <w:hyperlink w:anchor="scheda_01" w:history="1">
              <w:r>
                <w:rPr>
                  <w:color w:val="2E6876"/>
                  <w:sz w:val="19"/>
                </w:rPr>
                <w:t>Variazioni dimensionali</w:t>
              </w:r>
            </w:hyperlink>
          </w:p>
        </w:tc>
        <w:tc>
          <w:tcPr>
            <w:tcW w:w="1247" w:type="dxa"/>
            <w:shd w:val="clear" w:color="auto" w:fill="EFF5F8"/>
            <w:tcMar>
              <w:top w:w="78" w:type="dxa"/>
              <w:left w:w="90" w:type="dxa"/>
              <w:bottom w:w="78" w:type="dxa"/>
              <w:right w:w="90" w:type="dxa"/>
            </w:tcMar>
          </w:tcPr>
          <w:p w14:paraId="11C45441" w14:textId="77777777" w:rsidR="00863285" w:rsidRDefault="00000000">
            <w:pPr>
              <w:jc w:val="center"/>
            </w:pPr>
            <w:hyperlink w:anchor="scheda_01" w:history="1">
              <w:r>
                <w:rPr>
                  <w:b/>
                  <w:color w:val="2E6876"/>
                  <w:sz w:val="19"/>
                </w:rPr>
                <w:t>4</w:t>
              </w:r>
            </w:hyperlink>
          </w:p>
        </w:tc>
        <w:tc>
          <w:tcPr>
            <w:tcW w:w="1247" w:type="dxa"/>
            <w:shd w:val="clear" w:color="auto" w:fill="EFF5F8"/>
            <w:tcMar>
              <w:top w:w="78" w:type="dxa"/>
              <w:left w:w="90" w:type="dxa"/>
              <w:bottom w:w="78" w:type="dxa"/>
              <w:right w:w="90" w:type="dxa"/>
            </w:tcMar>
          </w:tcPr>
          <w:p w14:paraId="33E0FA56" w14:textId="77777777" w:rsidR="00863285" w:rsidRDefault="00000000">
            <w:pPr>
              <w:jc w:val="center"/>
            </w:pPr>
            <w:hyperlink w:anchor="tabella_01" w:history="1">
              <w:r>
                <w:rPr>
                  <w:b/>
                  <w:color w:val="2E6876"/>
                  <w:sz w:val="19"/>
                </w:rPr>
                <w:t>5</w:t>
              </w:r>
            </w:hyperlink>
          </w:p>
        </w:tc>
      </w:tr>
      <w:tr w:rsidR="00863285" w14:paraId="548D324D" w14:textId="77777777">
        <w:trPr>
          <w:cantSplit/>
          <w:jc w:val="center"/>
        </w:trPr>
        <w:tc>
          <w:tcPr>
            <w:tcW w:w="1077" w:type="dxa"/>
            <w:tcMar>
              <w:top w:w="78" w:type="dxa"/>
              <w:left w:w="90" w:type="dxa"/>
              <w:bottom w:w="78" w:type="dxa"/>
              <w:right w:w="90" w:type="dxa"/>
            </w:tcMar>
          </w:tcPr>
          <w:p w14:paraId="1CD0EB48" w14:textId="77777777" w:rsidR="00863285" w:rsidRDefault="00000000">
            <w:pPr>
              <w:jc w:val="center"/>
            </w:pPr>
            <w:r>
              <w:rPr>
                <w:rFonts w:eastAsia="Arial" w:cs="Arial"/>
                <w:b/>
                <w:color w:val="17384B"/>
                <w:sz w:val="18"/>
              </w:rPr>
              <w:t>1.02</w:t>
            </w:r>
          </w:p>
        </w:tc>
        <w:tc>
          <w:tcPr>
            <w:tcW w:w="11622" w:type="dxa"/>
            <w:tcMar>
              <w:top w:w="78" w:type="dxa"/>
              <w:left w:w="90" w:type="dxa"/>
              <w:bottom w:w="78" w:type="dxa"/>
              <w:right w:w="90" w:type="dxa"/>
            </w:tcMar>
          </w:tcPr>
          <w:p w14:paraId="15DEEB3F" w14:textId="77777777" w:rsidR="00863285" w:rsidRDefault="00000000">
            <w:hyperlink w:anchor="scheda_02" w:history="1">
              <w:r>
                <w:rPr>
                  <w:color w:val="2E6876"/>
                  <w:sz w:val="19"/>
                </w:rPr>
                <w:t>Installazione di masse addizionali</w:t>
              </w:r>
            </w:hyperlink>
          </w:p>
        </w:tc>
        <w:tc>
          <w:tcPr>
            <w:tcW w:w="1247" w:type="dxa"/>
            <w:tcMar>
              <w:top w:w="78" w:type="dxa"/>
              <w:left w:w="90" w:type="dxa"/>
              <w:bottom w:w="78" w:type="dxa"/>
              <w:right w:w="90" w:type="dxa"/>
            </w:tcMar>
          </w:tcPr>
          <w:p w14:paraId="23F38B4F" w14:textId="77777777" w:rsidR="00863285" w:rsidRDefault="00000000">
            <w:pPr>
              <w:jc w:val="center"/>
            </w:pPr>
            <w:hyperlink w:anchor="scheda_02" w:history="1">
              <w:r>
                <w:rPr>
                  <w:b/>
                  <w:color w:val="2E6876"/>
                  <w:sz w:val="19"/>
                </w:rPr>
                <w:t>6</w:t>
              </w:r>
            </w:hyperlink>
          </w:p>
        </w:tc>
        <w:tc>
          <w:tcPr>
            <w:tcW w:w="1247" w:type="dxa"/>
            <w:tcMar>
              <w:top w:w="78" w:type="dxa"/>
              <w:left w:w="90" w:type="dxa"/>
              <w:bottom w:w="78" w:type="dxa"/>
              <w:right w:w="90" w:type="dxa"/>
            </w:tcMar>
          </w:tcPr>
          <w:p w14:paraId="51340ABF" w14:textId="77777777" w:rsidR="00863285" w:rsidRDefault="00000000">
            <w:pPr>
              <w:jc w:val="center"/>
            </w:pPr>
            <w:hyperlink w:anchor="tabella_02" w:history="1">
              <w:r>
                <w:rPr>
                  <w:b/>
                  <w:color w:val="2E6876"/>
                  <w:sz w:val="19"/>
                </w:rPr>
                <w:t>7</w:t>
              </w:r>
            </w:hyperlink>
          </w:p>
        </w:tc>
      </w:tr>
      <w:tr w:rsidR="00863285" w14:paraId="1A7140E3" w14:textId="77777777">
        <w:trPr>
          <w:cantSplit/>
          <w:jc w:val="center"/>
        </w:trPr>
        <w:tc>
          <w:tcPr>
            <w:tcW w:w="1077" w:type="dxa"/>
            <w:shd w:val="clear" w:color="auto" w:fill="EFF5F8"/>
            <w:tcMar>
              <w:top w:w="78" w:type="dxa"/>
              <w:left w:w="90" w:type="dxa"/>
              <w:bottom w:w="78" w:type="dxa"/>
              <w:right w:w="90" w:type="dxa"/>
            </w:tcMar>
          </w:tcPr>
          <w:p w14:paraId="47CFA9E9" w14:textId="77777777" w:rsidR="00863285" w:rsidRDefault="00000000">
            <w:pPr>
              <w:jc w:val="center"/>
            </w:pPr>
            <w:r>
              <w:rPr>
                <w:rFonts w:eastAsia="Arial" w:cs="Arial"/>
                <w:b/>
                <w:color w:val="17384B"/>
                <w:sz w:val="18"/>
              </w:rPr>
              <w:t>1.03</w:t>
            </w:r>
          </w:p>
        </w:tc>
        <w:tc>
          <w:tcPr>
            <w:tcW w:w="11622" w:type="dxa"/>
            <w:shd w:val="clear" w:color="auto" w:fill="EFF5F8"/>
            <w:tcMar>
              <w:top w:w="78" w:type="dxa"/>
              <w:left w:w="90" w:type="dxa"/>
              <w:bottom w:w="78" w:type="dxa"/>
              <w:right w:w="90" w:type="dxa"/>
            </w:tcMar>
          </w:tcPr>
          <w:p w14:paraId="04B625BE" w14:textId="77777777" w:rsidR="00863285" w:rsidRDefault="00000000">
            <w:hyperlink w:anchor="scheda_03" w:history="1">
              <w:r>
                <w:rPr>
                  <w:color w:val="2E6876"/>
                  <w:sz w:val="19"/>
                </w:rPr>
                <w:t>Variazione dei parametri funzionali</w:t>
              </w:r>
            </w:hyperlink>
          </w:p>
        </w:tc>
        <w:tc>
          <w:tcPr>
            <w:tcW w:w="1247" w:type="dxa"/>
            <w:shd w:val="clear" w:color="auto" w:fill="EFF5F8"/>
            <w:tcMar>
              <w:top w:w="78" w:type="dxa"/>
              <w:left w:w="90" w:type="dxa"/>
              <w:bottom w:w="78" w:type="dxa"/>
              <w:right w:w="90" w:type="dxa"/>
            </w:tcMar>
          </w:tcPr>
          <w:p w14:paraId="5AD2922F" w14:textId="77777777" w:rsidR="00863285" w:rsidRDefault="00000000">
            <w:pPr>
              <w:jc w:val="center"/>
            </w:pPr>
            <w:hyperlink w:anchor="scheda_03" w:history="1">
              <w:r>
                <w:rPr>
                  <w:b/>
                  <w:color w:val="2E6876"/>
                  <w:sz w:val="19"/>
                </w:rPr>
                <w:t>8</w:t>
              </w:r>
            </w:hyperlink>
          </w:p>
        </w:tc>
        <w:tc>
          <w:tcPr>
            <w:tcW w:w="1247" w:type="dxa"/>
            <w:shd w:val="clear" w:color="auto" w:fill="EFF5F8"/>
            <w:tcMar>
              <w:top w:w="78" w:type="dxa"/>
              <w:left w:w="90" w:type="dxa"/>
              <w:bottom w:w="78" w:type="dxa"/>
              <w:right w:w="90" w:type="dxa"/>
            </w:tcMar>
          </w:tcPr>
          <w:p w14:paraId="5B3EFCB3" w14:textId="77777777" w:rsidR="00863285" w:rsidRDefault="00000000">
            <w:pPr>
              <w:jc w:val="center"/>
            </w:pPr>
            <w:hyperlink w:anchor="tabella_03" w:history="1">
              <w:r>
                <w:rPr>
                  <w:b/>
                  <w:color w:val="2E6876"/>
                  <w:sz w:val="19"/>
                </w:rPr>
                <w:t>9</w:t>
              </w:r>
            </w:hyperlink>
          </w:p>
        </w:tc>
      </w:tr>
      <w:tr w:rsidR="00863285" w14:paraId="459299AB" w14:textId="77777777">
        <w:trPr>
          <w:cantSplit/>
          <w:jc w:val="center"/>
        </w:trPr>
        <w:tc>
          <w:tcPr>
            <w:tcW w:w="1077" w:type="dxa"/>
            <w:tcMar>
              <w:top w:w="78" w:type="dxa"/>
              <w:left w:w="90" w:type="dxa"/>
              <w:bottom w:w="78" w:type="dxa"/>
              <w:right w:w="90" w:type="dxa"/>
            </w:tcMar>
          </w:tcPr>
          <w:p w14:paraId="05D3007C" w14:textId="77777777" w:rsidR="00863285" w:rsidRDefault="00000000">
            <w:pPr>
              <w:jc w:val="center"/>
            </w:pPr>
            <w:r>
              <w:rPr>
                <w:rFonts w:eastAsia="Arial" w:cs="Arial"/>
                <w:b/>
                <w:color w:val="17384B"/>
                <w:sz w:val="18"/>
              </w:rPr>
              <w:t>1.04</w:t>
            </w:r>
          </w:p>
        </w:tc>
        <w:tc>
          <w:tcPr>
            <w:tcW w:w="11622" w:type="dxa"/>
            <w:tcMar>
              <w:top w:w="78" w:type="dxa"/>
              <w:left w:w="90" w:type="dxa"/>
              <w:bottom w:w="78" w:type="dxa"/>
              <w:right w:w="90" w:type="dxa"/>
            </w:tcMar>
          </w:tcPr>
          <w:p w14:paraId="0AC65B7C" w14:textId="77777777" w:rsidR="00863285" w:rsidRDefault="00000000">
            <w:hyperlink w:anchor="scheda_04" w:history="1">
              <w:r>
                <w:rPr>
                  <w:color w:val="2E6876"/>
                  <w:sz w:val="19"/>
                </w:rPr>
                <w:t>Variazioni di geometria, massa e reazioni</w:t>
              </w:r>
            </w:hyperlink>
          </w:p>
        </w:tc>
        <w:tc>
          <w:tcPr>
            <w:tcW w:w="1247" w:type="dxa"/>
            <w:tcMar>
              <w:top w:w="78" w:type="dxa"/>
              <w:left w:w="90" w:type="dxa"/>
              <w:bottom w:w="78" w:type="dxa"/>
              <w:right w:w="90" w:type="dxa"/>
            </w:tcMar>
          </w:tcPr>
          <w:p w14:paraId="76B04DA1" w14:textId="77777777" w:rsidR="00863285" w:rsidRDefault="00000000">
            <w:pPr>
              <w:jc w:val="center"/>
            </w:pPr>
            <w:hyperlink w:anchor="scheda_04" w:history="1">
              <w:r>
                <w:rPr>
                  <w:b/>
                  <w:color w:val="2E6876"/>
                  <w:sz w:val="19"/>
                </w:rPr>
                <w:t>10</w:t>
              </w:r>
            </w:hyperlink>
          </w:p>
        </w:tc>
        <w:tc>
          <w:tcPr>
            <w:tcW w:w="1247" w:type="dxa"/>
            <w:tcMar>
              <w:top w:w="78" w:type="dxa"/>
              <w:left w:w="90" w:type="dxa"/>
              <w:bottom w:w="78" w:type="dxa"/>
              <w:right w:w="90" w:type="dxa"/>
            </w:tcMar>
          </w:tcPr>
          <w:p w14:paraId="649F126C" w14:textId="77777777" w:rsidR="00863285" w:rsidRDefault="00000000">
            <w:pPr>
              <w:jc w:val="center"/>
            </w:pPr>
            <w:hyperlink w:anchor="tabella_04" w:history="1">
              <w:r>
                <w:rPr>
                  <w:b/>
                  <w:color w:val="2E6876"/>
                  <w:sz w:val="19"/>
                </w:rPr>
                <w:t>11</w:t>
              </w:r>
            </w:hyperlink>
          </w:p>
        </w:tc>
      </w:tr>
      <w:tr w:rsidR="00863285" w14:paraId="17211170" w14:textId="77777777">
        <w:trPr>
          <w:cantSplit/>
          <w:jc w:val="center"/>
        </w:trPr>
        <w:tc>
          <w:tcPr>
            <w:tcW w:w="1077" w:type="dxa"/>
            <w:shd w:val="clear" w:color="auto" w:fill="EFF5F8"/>
            <w:tcMar>
              <w:top w:w="78" w:type="dxa"/>
              <w:left w:w="90" w:type="dxa"/>
              <w:bottom w:w="78" w:type="dxa"/>
              <w:right w:w="90" w:type="dxa"/>
            </w:tcMar>
          </w:tcPr>
          <w:p w14:paraId="241E0632" w14:textId="77777777" w:rsidR="00863285" w:rsidRDefault="00000000">
            <w:pPr>
              <w:jc w:val="center"/>
            </w:pPr>
            <w:r>
              <w:rPr>
                <w:rFonts w:eastAsia="Arial" w:cs="Arial"/>
                <w:b/>
                <w:color w:val="17384B"/>
                <w:sz w:val="18"/>
              </w:rPr>
              <w:t>1.05</w:t>
            </w:r>
          </w:p>
        </w:tc>
        <w:tc>
          <w:tcPr>
            <w:tcW w:w="11622" w:type="dxa"/>
            <w:shd w:val="clear" w:color="auto" w:fill="EFF5F8"/>
            <w:tcMar>
              <w:top w:w="78" w:type="dxa"/>
              <w:left w:w="90" w:type="dxa"/>
              <w:bottom w:w="78" w:type="dxa"/>
              <w:right w:w="90" w:type="dxa"/>
            </w:tcMar>
          </w:tcPr>
          <w:p w14:paraId="2EE0742C" w14:textId="77777777" w:rsidR="00863285" w:rsidRDefault="00000000">
            <w:hyperlink w:anchor="scheda_05" w:history="1">
              <w:r>
                <w:rPr>
                  <w:color w:val="2E6876"/>
                  <w:sz w:val="19"/>
                </w:rPr>
                <w:t>Installazione di componenti di sicurezza</w:t>
              </w:r>
            </w:hyperlink>
          </w:p>
        </w:tc>
        <w:tc>
          <w:tcPr>
            <w:tcW w:w="1247" w:type="dxa"/>
            <w:shd w:val="clear" w:color="auto" w:fill="EFF5F8"/>
            <w:tcMar>
              <w:top w:w="78" w:type="dxa"/>
              <w:left w:w="90" w:type="dxa"/>
              <w:bottom w:w="78" w:type="dxa"/>
              <w:right w:w="90" w:type="dxa"/>
            </w:tcMar>
          </w:tcPr>
          <w:p w14:paraId="73D584D0" w14:textId="77777777" w:rsidR="00863285" w:rsidRDefault="00000000">
            <w:pPr>
              <w:jc w:val="center"/>
            </w:pPr>
            <w:hyperlink w:anchor="scheda_05" w:history="1">
              <w:r>
                <w:rPr>
                  <w:b/>
                  <w:color w:val="2E6876"/>
                  <w:sz w:val="19"/>
                </w:rPr>
                <w:t>12</w:t>
              </w:r>
            </w:hyperlink>
          </w:p>
        </w:tc>
        <w:tc>
          <w:tcPr>
            <w:tcW w:w="1247" w:type="dxa"/>
            <w:shd w:val="clear" w:color="auto" w:fill="EFF5F8"/>
            <w:tcMar>
              <w:top w:w="78" w:type="dxa"/>
              <w:left w:w="90" w:type="dxa"/>
              <w:bottom w:w="78" w:type="dxa"/>
              <w:right w:w="90" w:type="dxa"/>
            </w:tcMar>
          </w:tcPr>
          <w:p w14:paraId="61550EAE" w14:textId="77777777" w:rsidR="00863285" w:rsidRDefault="00000000">
            <w:pPr>
              <w:jc w:val="center"/>
            </w:pPr>
            <w:hyperlink w:anchor="tabella_05" w:history="1">
              <w:r>
                <w:rPr>
                  <w:b/>
                  <w:color w:val="2E6876"/>
                  <w:sz w:val="19"/>
                </w:rPr>
                <w:t>13</w:t>
              </w:r>
            </w:hyperlink>
          </w:p>
        </w:tc>
      </w:tr>
      <w:tr w:rsidR="00863285" w14:paraId="31B18214" w14:textId="77777777">
        <w:trPr>
          <w:cantSplit/>
          <w:jc w:val="center"/>
        </w:trPr>
        <w:tc>
          <w:tcPr>
            <w:tcW w:w="1077" w:type="dxa"/>
            <w:tcMar>
              <w:top w:w="78" w:type="dxa"/>
              <w:left w:w="90" w:type="dxa"/>
              <w:bottom w:w="78" w:type="dxa"/>
              <w:right w:w="90" w:type="dxa"/>
            </w:tcMar>
          </w:tcPr>
          <w:p w14:paraId="6AA6C290" w14:textId="77777777" w:rsidR="00863285" w:rsidRDefault="00000000">
            <w:pPr>
              <w:jc w:val="center"/>
            </w:pPr>
            <w:r>
              <w:rPr>
                <w:rFonts w:eastAsia="Arial" w:cs="Arial"/>
                <w:b/>
                <w:color w:val="17384B"/>
                <w:sz w:val="18"/>
              </w:rPr>
              <w:t>1.06</w:t>
            </w:r>
          </w:p>
        </w:tc>
        <w:tc>
          <w:tcPr>
            <w:tcW w:w="11622" w:type="dxa"/>
            <w:tcMar>
              <w:top w:w="78" w:type="dxa"/>
              <w:left w:w="90" w:type="dxa"/>
              <w:bottom w:w="78" w:type="dxa"/>
              <w:right w:w="90" w:type="dxa"/>
            </w:tcMar>
          </w:tcPr>
          <w:p w14:paraId="1A82F617" w14:textId="77777777" w:rsidR="00863285" w:rsidRDefault="00000000">
            <w:hyperlink w:anchor="scheda_06" w:history="1">
              <w:r>
                <w:rPr>
                  <w:color w:val="2E6876"/>
                  <w:sz w:val="19"/>
                </w:rPr>
                <w:t>Sostituzione di componenti di sicurezza differenti</w:t>
              </w:r>
            </w:hyperlink>
          </w:p>
        </w:tc>
        <w:tc>
          <w:tcPr>
            <w:tcW w:w="1247" w:type="dxa"/>
            <w:tcMar>
              <w:top w:w="78" w:type="dxa"/>
              <w:left w:w="90" w:type="dxa"/>
              <w:bottom w:w="78" w:type="dxa"/>
              <w:right w:w="90" w:type="dxa"/>
            </w:tcMar>
          </w:tcPr>
          <w:p w14:paraId="2D2799C9" w14:textId="77777777" w:rsidR="00863285" w:rsidRDefault="00000000">
            <w:pPr>
              <w:jc w:val="center"/>
            </w:pPr>
            <w:hyperlink w:anchor="scheda_06" w:history="1">
              <w:r>
                <w:rPr>
                  <w:b/>
                  <w:color w:val="2E6876"/>
                  <w:sz w:val="19"/>
                </w:rPr>
                <w:t>14</w:t>
              </w:r>
            </w:hyperlink>
          </w:p>
        </w:tc>
        <w:tc>
          <w:tcPr>
            <w:tcW w:w="1247" w:type="dxa"/>
            <w:tcMar>
              <w:top w:w="78" w:type="dxa"/>
              <w:left w:w="90" w:type="dxa"/>
              <w:bottom w:w="78" w:type="dxa"/>
              <w:right w:w="90" w:type="dxa"/>
            </w:tcMar>
          </w:tcPr>
          <w:p w14:paraId="63438E28" w14:textId="77777777" w:rsidR="00863285" w:rsidRDefault="00000000">
            <w:pPr>
              <w:jc w:val="center"/>
            </w:pPr>
            <w:hyperlink w:anchor="tabella_06" w:history="1">
              <w:r>
                <w:rPr>
                  <w:b/>
                  <w:color w:val="2E6876"/>
                  <w:sz w:val="19"/>
                </w:rPr>
                <w:t>15</w:t>
              </w:r>
            </w:hyperlink>
          </w:p>
        </w:tc>
      </w:tr>
      <w:tr w:rsidR="00863285" w14:paraId="33C01BA5" w14:textId="77777777">
        <w:trPr>
          <w:cantSplit/>
          <w:jc w:val="center"/>
        </w:trPr>
        <w:tc>
          <w:tcPr>
            <w:tcW w:w="1077" w:type="dxa"/>
            <w:shd w:val="clear" w:color="auto" w:fill="EFF5F8"/>
            <w:tcMar>
              <w:top w:w="78" w:type="dxa"/>
              <w:left w:w="90" w:type="dxa"/>
              <w:bottom w:w="78" w:type="dxa"/>
              <w:right w:w="90" w:type="dxa"/>
            </w:tcMar>
          </w:tcPr>
          <w:p w14:paraId="01D8022D" w14:textId="77777777" w:rsidR="00863285" w:rsidRDefault="00000000">
            <w:pPr>
              <w:jc w:val="center"/>
            </w:pPr>
            <w:r>
              <w:rPr>
                <w:rFonts w:eastAsia="Arial" w:cs="Arial"/>
                <w:b/>
                <w:color w:val="17384B"/>
                <w:sz w:val="18"/>
              </w:rPr>
              <w:t>1.07</w:t>
            </w:r>
          </w:p>
        </w:tc>
        <w:tc>
          <w:tcPr>
            <w:tcW w:w="11622" w:type="dxa"/>
            <w:shd w:val="clear" w:color="auto" w:fill="EFF5F8"/>
            <w:tcMar>
              <w:top w:w="78" w:type="dxa"/>
              <w:left w:w="90" w:type="dxa"/>
              <w:bottom w:w="78" w:type="dxa"/>
              <w:right w:w="90" w:type="dxa"/>
            </w:tcMar>
          </w:tcPr>
          <w:p w14:paraId="56D821B5" w14:textId="77777777" w:rsidR="00863285" w:rsidRDefault="00000000">
            <w:hyperlink w:anchor="scheda_07" w:history="1">
              <w:r>
                <w:rPr>
                  <w:color w:val="2E6876"/>
                  <w:sz w:val="19"/>
                </w:rPr>
                <w:t>Interventi sull’impianto elettrico</w:t>
              </w:r>
            </w:hyperlink>
          </w:p>
        </w:tc>
        <w:tc>
          <w:tcPr>
            <w:tcW w:w="1247" w:type="dxa"/>
            <w:shd w:val="clear" w:color="auto" w:fill="EFF5F8"/>
            <w:tcMar>
              <w:top w:w="78" w:type="dxa"/>
              <w:left w:w="90" w:type="dxa"/>
              <w:bottom w:w="78" w:type="dxa"/>
              <w:right w:w="90" w:type="dxa"/>
            </w:tcMar>
          </w:tcPr>
          <w:p w14:paraId="3C9200C9" w14:textId="77777777" w:rsidR="00863285" w:rsidRDefault="00000000">
            <w:pPr>
              <w:jc w:val="center"/>
            </w:pPr>
            <w:hyperlink w:anchor="scheda_07" w:history="1">
              <w:r>
                <w:rPr>
                  <w:b/>
                  <w:color w:val="2E6876"/>
                  <w:sz w:val="19"/>
                </w:rPr>
                <w:t>16</w:t>
              </w:r>
            </w:hyperlink>
          </w:p>
        </w:tc>
        <w:tc>
          <w:tcPr>
            <w:tcW w:w="1247" w:type="dxa"/>
            <w:shd w:val="clear" w:color="auto" w:fill="EFF5F8"/>
            <w:tcMar>
              <w:top w:w="78" w:type="dxa"/>
              <w:left w:w="90" w:type="dxa"/>
              <w:bottom w:w="78" w:type="dxa"/>
              <w:right w:w="90" w:type="dxa"/>
            </w:tcMar>
          </w:tcPr>
          <w:p w14:paraId="4834FC4E" w14:textId="77777777" w:rsidR="00863285" w:rsidRDefault="00000000">
            <w:pPr>
              <w:jc w:val="center"/>
            </w:pPr>
            <w:hyperlink w:anchor="tabella_07" w:history="1">
              <w:r>
                <w:rPr>
                  <w:b/>
                  <w:color w:val="2E6876"/>
                  <w:sz w:val="19"/>
                </w:rPr>
                <w:t>17</w:t>
              </w:r>
            </w:hyperlink>
          </w:p>
        </w:tc>
      </w:tr>
      <w:tr w:rsidR="00863285" w14:paraId="57C5709D" w14:textId="77777777">
        <w:trPr>
          <w:cantSplit/>
          <w:jc w:val="center"/>
        </w:trPr>
        <w:tc>
          <w:tcPr>
            <w:tcW w:w="1077" w:type="dxa"/>
            <w:tcMar>
              <w:top w:w="78" w:type="dxa"/>
              <w:left w:w="90" w:type="dxa"/>
              <w:bottom w:w="78" w:type="dxa"/>
              <w:right w:w="90" w:type="dxa"/>
            </w:tcMar>
          </w:tcPr>
          <w:p w14:paraId="6BF16494" w14:textId="77777777" w:rsidR="00863285" w:rsidRDefault="00000000">
            <w:pPr>
              <w:jc w:val="center"/>
            </w:pPr>
            <w:r>
              <w:rPr>
                <w:rFonts w:eastAsia="Arial" w:cs="Arial"/>
                <w:b/>
                <w:color w:val="17384B"/>
                <w:sz w:val="18"/>
              </w:rPr>
              <w:t>1.08</w:t>
            </w:r>
          </w:p>
        </w:tc>
        <w:tc>
          <w:tcPr>
            <w:tcW w:w="11622" w:type="dxa"/>
            <w:tcMar>
              <w:top w:w="78" w:type="dxa"/>
              <w:left w:w="90" w:type="dxa"/>
              <w:bottom w:w="78" w:type="dxa"/>
              <w:right w:w="90" w:type="dxa"/>
            </w:tcMar>
          </w:tcPr>
          <w:p w14:paraId="26AC613A" w14:textId="77777777" w:rsidR="00863285" w:rsidRDefault="00000000">
            <w:hyperlink w:anchor="scheda_08" w:history="1">
              <w:r>
                <w:rPr>
                  <w:color w:val="2E6876"/>
                  <w:sz w:val="19"/>
                </w:rPr>
                <w:t>Installazione di ripari aggiuntivi</w:t>
              </w:r>
            </w:hyperlink>
          </w:p>
        </w:tc>
        <w:tc>
          <w:tcPr>
            <w:tcW w:w="1247" w:type="dxa"/>
            <w:tcMar>
              <w:top w:w="78" w:type="dxa"/>
              <w:left w:w="90" w:type="dxa"/>
              <w:bottom w:w="78" w:type="dxa"/>
              <w:right w:w="90" w:type="dxa"/>
            </w:tcMar>
          </w:tcPr>
          <w:p w14:paraId="3E1AB16E" w14:textId="77777777" w:rsidR="00863285" w:rsidRDefault="00000000">
            <w:pPr>
              <w:jc w:val="center"/>
            </w:pPr>
            <w:hyperlink w:anchor="scheda_08" w:history="1">
              <w:r>
                <w:rPr>
                  <w:b/>
                  <w:color w:val="2E6876"/>
                  <w:sz w:val="19"/>
                </w:rPr>
                <w:t>18</w:t>
              </w:r>
            </w:hyperlink>
          </w:p>
        </w:tc>
        <w:tc>
          <w:tcPr>
            <w:tcW w:w="1247" w:type="dxa"/>
            <w:tcMar>
              <w:top w:w="78" w:type="dxa"/>
              <w:left w:w="90" w:type="dxa"/>
              <w:bottom w:w="78" w:type="dxa"/>
              <w:right w:w="90" w:type="dxa"/>
            </w:tcMar>
          </w:tcPr>
          <w:p w14:paraId="2115AE1E" w14:textId="77777777" w:rsidR="00863285" w:rsidRDefault="00000000">
            <w:pPr>
              <w:jc w:val="center"/>
            </w:pPr>
            <w:hyperlink w:anchor="tabella_08" w:history="1">
              <w:r>
                <w:rPr>
                  <w:b/>
                  <w:color w:val="2E6876"/>
                  <w:sz w:val="19"/>
                </w:rPr>
                <w:t>19</w:t>
              </w:r>
            </w:hyperlink>
          </w:p>
        </w:tc>
      </w:tr>
      <w:tr w:rsidR="00863285" w14:paraId="04F4D598" w14:textId="77777777">
        <w:trPr>
          <w:cantSplit/>
          <w:jc w:val="center"/>
        </w:trPr>
        <w:tc>
          <w:tcPr>
            <w:tcW w:w="1077" w:type="dxa"/>
            <w:shd w:val="clear" w:color="auto" w:fill="EFF5F8"/>
            <w:tcMar>
              <w:top w:w="78" w:type="dxa"/>
              <w:left w:w="90" w:type="dxa"/>
              <w:bottom w:w="78" w:type="dxa"/>
              <w:right w:w="90" w:type="dxa"/>
            </w:tcMar>
          </w:tcPr>
          <w:p w14:paraId="4C7E2E52" w14:textId="77777777" w:rsidR="00863285" w:rsidRDefault="00000000">
            <w:pPr>
              <w:jc w:val="center"/>
            </w:pPr>
            <w:r>
              <w:rPr>
                <w:rFonts w:eastAsia="Arial" w:cs="Arial"/>
                <w:b/>
                <w:color w:val="17384B"/>
                <w:sz w:val="18"/>
              </w:rPr>
              <w:t>1.09</w:t>
            </w:r>
          </w:p>
        </w:tc>
        <w:tc>
          <w:tcPr>
            <w:tcW w:w="11622" w:type="dxa"/>
            <w:shd w:val="clear" w:color="auto" w:fill="EFF5F8"/>
            <w:tcMar>
              <w:top w:w="78" w:type="dxa"/>
              <w:left w:w="90" w:type="dxa"/>
              <w:bottom w:w="78" w:type="dxa"/>
              <w:right w:w="90" w:type="dxa"/>
            </w:tcMar>
          </w:tcPr>
          <w:p w14:paraId="1FC3E039" w14:textId="77777777" w:rsidR="00863285" w:rsidRDefault="00000000">
            <w:hyperlink w:anchor="scheda_09" w:history="1">
              <w:r>
                <w:rPr>
                  <w:color w:val="2E6876"/>
                  <w:sz w:val="19"/>
                </w:rPr>
                <w:t>Installazione di passerelle, ballatoi, scale e accessi</w:t>
              </w:r>
            </w:hyperlink>
          </w:p>
        </w:tc>
        <w:tc>
          <w:tcPr>
            <w:tcW w:w="1247" w:type="dxa"/>
            <w:shd w:val="clear" w:color="auto" w:fill="EFF5F8"/>
            <w:tcMar>
              <w:top w:w="78" w:type="dxa"/>
              <w:left w:w="90" w:type="dxa"/>
              <w:bottom w:w="78" w:type="dxa"/>
              <w:right w:w="90" w:type="dxa"/>
            </w:tcMar>
          </w:tcPr>
          <w:p w14:paraId="387DBBC8" w14:textId="77777777" w:rsidR="00863285" w:rsidRDefault="00000000">
            <w:pPr>
              <w:jc w:val="center"/>
            </w:pPr>
            <w:hyperlink w:anchor="scheda_09" w:history="1">
              <w:r>
                <w:rPr>
                  <w:b/>
                  <w:color w:val="2E6876"/>
                  <w:sz w:val="19"/>
                </w:rPr>
                <w:t>20</w:t>
              </w:r>
            </w:hyperlink>
          </w:p>
        </w:tc>
        <w:tc>
          <w:tcPr>
            <w:tcW w:w="1247" w:type="dxa"/>
            <w:shd w:val="clear" w:color="auto" w:fill="EFF5F8"/>
            <w:tcMar>
              <w:top w:w="78" w:type="dxa"/>
              <w:left w:w="90" w:type="dxa"/>
              <w:bottom w:w="78" w:type="dxa"/>
              <w:right w:w="90" w:type="dxa"/>
            </w:tcMar>
          </w:tcPr>
          <w:p w14:paraId="4A99AFA9" w14:textId="77777777" w:rsidR="00863285" w:rsidRDefault="00000000">
            <w:pPr>
              <w:jc w:val="center"/>
            </w:pPr>
            <w:hyperlink w:anchor="tabella_09" w:history="1">
              <w:r>
                <w:rPr>
                  <w:b/>
                  <w:color w:val="2E6876"/>
                  <w:sz w:val="19"/>
                </w:rPr>
                <w:t>21</w:t>
              </w:r>
            </w:hyperlink>
          </w:p>
        </w:tc>
      </w:tr>
      <w:tr w:rsidR="00863285" w14:paraId="2FBE78E3" w14:textId="77777777">
        <w:trPr>
          <w:cantSplit/>
          <w:jc w:val="center"/>
        </w:trPr>
        <w:tc>
          <w:tcPr>
            <w:tcW w:w="1077" w:type="dxa"/>
            <w:tcMar>
              <w:top w:w="78" w:type="dxa"/>
              <w:left w:w="90" w:type="dxa"/>
              <w:bottom w:w="78" w:type="dxa"/>
              <w:right w:w="90" w:type="dxa"/>
            </w:tcMar>
          </w:tcPr>
          <w:p w14:paraId="3FB2CA9C" w14:textId="77777777" w:rsidR="00863285" w:rsidRDefault="00000000">
            <w:pPr>
              <w:jc w:val="center"/>
            </w:pPr>
            <w:r>
              <w:rPr>
                <w:rFonts w:eastAsia="Arial" w:cs="Arial"/>
                <w:b/>
                <w:color w:val="17384B"/>
                <w:sz w:val="18"/>
              </w:rPr>
              <w:t>1.10</w:t>
            </w:r>
          </w:p>
        </w:tc>
        <w:tc>
          <w:tcPr>
            <w:tcW w:w="11622" w:type="dxa"/>
            <w:tcMar>
              <w:top w:w="78" w:type="dxa"/>
              <w:left w:w="90" w:type="dxa"/>
              <w:bottom w:w="78" w:type="dxa"/>
              <w:right w:w="90" w:type="dxa"/>
            </w:tcMar>
          </w:tcPr>
          <w:p w14:paraId="4913AAD2" w14:textId="77777777" w:rsidR="00863285" w:rsidRDefault="00000000">
            <w:hyperlink w:anchor="scheda_10" w:history="1">
              <w:r>
                <w:rPr>
                  <w:color w:val="2E6876"/>
                  <w:sz w:val="19"/>
                </w:rPr>
                <w:t>Anticaduta per interventi di emergenza</w:t>
              </w:r>
            </w:hyperlink>
          </w:p>
        </w:tc>
        <w:tc>
          <w:tcPr>
            <w:tcW w:w="1247" w:type="dxa"/>
            <w:tcMar>
              <w:top w:w="78" w:type="dxa"/>
              <w:left w:w="90" w:type="dxa"/>
              <w:bottom w:w="78" w:type="dxa"/>
              <w:right w:w="90" w:type="dxa"/>
            </w:tcMar>
          </w:tcPr>
          <w:p w14:paraId="128D2690" w14:textId="77777777" w:rsidR="00863285" w:rsidRDefault="00000000">
            <w:pPr>
              <w:jc w:val="center"/>
            </w:pPr>
            <w:hyperlink w:anchor="scheda_10" w:history="1">
              <w:r>
                <w:rPr>
                  <w:b/>
                  <w:color w:val="2E6876"/>
                  <w:sz w:val="19"/>
                </w:rPr>
                <w:t>22</w:t>
              </w:r>
            </w:hyperlink>
          </w:p>
        </w:tc>
        <w:tc>
          <w:tcPr>
            <w:tcW w:w="1247" w:type="dxa"/>
            <w:tcMar>
              <w:top w:w="78" w:type="dxa"/>
              <w:left w:w="90" w:type="dxa"/>
              <w:bottom w:w="78" w:type="dxa"/>
              <w:right w:w="90" w:type="dxa"/>
            </w:tcMar>
          </w:tcPr>
          <w:p w14:paraId="4C0D27D8" w14:textId="77777777" w:rsidR="00863285" w:rsidRDefault="00000000">
            <w:pPr>
              <w:jc w:val="center"/>
            </w:pPr>
            <w:hyperlink w:anchor="tabella_10" w:history="1">
              <w:r>
                <w:rPr>
                  <w:b/>
                  <w:color w:val="2E6876"/>
                  <w:sz w:val="19"/>
                </w:rPr>
                <w:t>23</w:t>
              </w:r>
            </w:hyperlink>
          </w:p>
        </w:tc>
      </w:tr>
      <w:tr w:rsidR="00863285" w14:paraId="63492E32" w14:textId="77777777">
        <w:trPr>
          <w:cantSplit/>
          <w:jc w:val="center"/>
        </w:trPr>
        <w:tc>
          <w:tcPr>
            <w:tcW w:w="1077" w:type="dxa"/>
            <w:shd w:val="clear" w:color="auto" w:fill="EFF5F8"/>
            <w:tcMar>
              <w:top w:w="78" w:type="dxa"/>
              <w:left w:w="90" w:type="dxa"/>
              <w:bottom w:w="78" w:type="dxa"/>
              <w:right w:w="90" w:type="dxa"/>
            </w:tcMar>
          </w:tcPr>
          <w:p w14:paraId="39307A20" w14:textId="77777777" w:rsidR="00863285" w:rsidRDefault="00000000">
            <w:pPr>
              <w:jc w:val="center"/>
            </w:pPr>
            <w:r>
              <w:rPr>
                <w:rFonts w:eastAsia="Arial" w:cs="Arial"/>
                <w:b/>
                <w:color w:val="17384B"/>
                <w:sz w:val="18"/>
              </w:rPr>
              <w:t>1.11</w:t>
            </w:r>
          </w:p>
        </w:tc>
        <w:tc>
          <w:tcPr>
            <w:tcW w:w="11622" w:type="dxa"/>
            <w:shd w:val="clear" w:color="auto" w:fill="EFF5F8"/>
            <w:tcMar>
              <w:top w:w="78" w:type="dxa"/>
              <w:left w:w="90" w:type="dxa"/>
              <w:bottom w:w="78" w:type="dxa"/>
              <w:right w:w="90" w:type="dxa"/>
            </w:tcMar>
          </w:tcPr>
          <w:p w14:paraId="13C9F96A" w14:textId="77777777" w:rsidR="00863285" w:rsidRDefault="00000000">
            <w:hyperlink w:anchor="scheda_11" w:history="1">
              <w:r>
                <w:rPr>
                  <w:color w:val="2E6876"/>
                  <w:sz w:val="19"/>
                </w:rPr>
                <w:t>Modifica/sostituzione comandi ed equipaggiamento elettrico</w:t>
              </w:r>
            </w:hyperlink>
          </w:p>
        </w:tc>
        <w:tc>
          <w:tcPr>
            <w:tcW w:w="1247" w:type="dxa"/>
            <w:shd w:val="clear" w:color="auto" w:fill="EFF5F8"/>
            <w:tcMar>
              <w:top w:w="78" w:type="dxa"/>
              <w:left w:w="90" w:type="dxa"/>
              <w:bottom w:w="78" w:type="dxa"/>
              <w:right w:w="90" w:type="dxa"/>
            </w:tcMar>
          </w:tcPr>
          <w:p w14:paraId="46721E8A" w14:textId="77777777" w:rsidR="00863285" w:rsidRDefault="00000000">
            <w:pPr>
              <w:jc w:val="center"/>
            </w:pPr>
            <w:hyperlink w:anchor="scheda_11" w:history="1">
              <w:r>
                <w:rPr>
                  <w:b/>
                  <w:color w:val="2E6876"/>
                  <w:sz w:val="19"/>
                </w:rPr>
                <w:t>24</w:t>
              </w:r>
            </w:hyperlink>
          </w:p>
        </w:tc>
        <w:tc>
          <w:tcPr>
            <w:tcW w:w="1247" w:type="dxa"/>
            <w:shd w:val="clear" w:color="auto" w:fill="EFF5F8"/>
            <w:tcMar>
              <w:top w:w="78" w:type="dxa"/>
              <w:left w:w="90" w:type="dxa"/>
              <w:bottom w:w="78" w:type="dxa"/>
              <w:right w:w="90" w:type="dxa"/>
            </w:tcMar>
          </w:tcPr>
          <w:p w14:paraId="230A7577" w14:textId="77777777" w:rsidR="00863285" w:rsidRDefault="00000000">
            <w:pPr>
              <w:jc w:val="center"/>
            </w:pPr>
            <w:hyperlink w:anchor="tabella_11" w:history="1">
              <w:r>
                <w:rPr>
                  <w:b/>
                  <w:color w:val="2E6876"/>
                  <w:sz w:val="19"/>
                </w:rPr>
                <w:t>25</w:t>
              </w:r>
            </w:hyperlink>
          </w:p>
        </w:tc>
      </w:tr>
      <w:tr w:rsidR="00863285" w14:paraId="33AA2502" w14:textId="77777777">
        <w:trPr>
          <w:cantSplit/>
          <w:jc w:val="center"/>
        </w:trPr>
        <w:tc>
          <w:tcPr>
            <w:tcW w:w="1077" w:type="dxa"/>
            <w:tcMar>
              <w:top w:w="78" w:type="dxa"/>
              <w:left w:w="90" w:type="dxa"/>
              <w:bottom w:w="78" w:type="dxa"/>
              <w:right w:w="90" w:type="dxa"/>
            </w:tcMar>
          </w:tcPr>
          <w:p w14:paraId="097E1773" w14:textId="77777777" w:rsidR="00863285" w:rsidRDefault="00000000">
            <w:pPr>
              <w:jc w:val="center"/>
            </w:pPr>
            <w:r>
              <w:rPr>
                <w:rFonts w:eastAsia="Arial" w:cs="Arial"/>
                <w:b/>
                <w:color w:val="17384B"/>
                <w:sz w:val="18"/>
              </w:rPr>
              <w:t>1.12</w:t>
            </w:r>
          </w:p>
        </w:tc>
        <w:tc>
          <w:tcPr>
            <w:tcW w:w="11622" w:type="dxa"/>
            <w:tcMar>
              <w:top w:w="78" w:type="dxa"/>
              <w:left w:w="90" w:type="dxa"/>
              <w:bottom w:w="78" w:type="dxa"/>
              <w:right w:w="90" w:type="dxa"/>
            </w:tcMar>
          </w:tcPr>
          <w:p w14:paraId="45563DBD" w14:textId="77777777" w:rsidR="00863285" w:rsidRDefault="00000000">
            <w:hyperlink w:anchor="scheda_12" w:history="1">
              <w:r>
                <w:rPr>
                  <w:color w:val="2E6876"/>
                  <w:sz w:val="19"/>
                </w:rPr>
                <w:t>Sostituzione azionamento con equivalenti</w:t>
              </w:r>
            </w:hyperlink>
          </w:p>
        </w:tc>
        <w:tc>
          <w:tcPr>
            <w:tcW w:w="1247" w:type="dxa"/>
            <w:tcMar>
              <w:top w:w="78" w:type="dxa"/>
              <w:left w:w="90" w:type="dxa"/>
              <w:bottom w:w="78" w:type="dxa"/>
              <w:right w:w="90" w:type="dxa"/>
            </w:tcMar>
          </w:tcPr>
          <w:p w14:paraId="188B66E3" w14:textId="77777777" w:rsidR="00863285" w:rsidRDefault="00000000">
            <w:pPr>
              <w:jc w:val="center"/>
            </w:pPr>
            <w:hyperlink w:anchor="scheda_12" w:history="1">
              <w:r>
                <w:rPr>
                  <w:b/>
                  <w:color w:val="2E6876"/>
                  <w:sz w:val="19"/>
                </w:rPr>
                <w:t>26</w:t>
              </w:r>
            </w:hyperlink>
          </w:p>
        </w:tc>
        <w:tc>
          <w:tcPr>
            <w:tcW w:w="1247" w:type="dxa"/>
            <w:tcMar>
              <w:top w:w="78" w:type="dxa"/>
              <w:left w:w="90" w:type="dxa"/>
              <w:bottom w:w="78" w:type="dxa"/>
              <w:right w:w="90" w:type="dxa"/>
            </w:tcMar>
          </w:tcPr>
          <w:p w14:paraId="36F6C32B" w14:textId="77777777" w:rsidR="00863285" w:rsidRDefault="00000000">
            <w:pPr>
              <w:jc w:val="center"/>
            </w:pPr>
            <w:hyperlink w:anchor="tabella_12" w:history="1">
              <w:r>
                <w:rPr>
                  <w:b/>
                  <w:color w:val="2E6876"/>
                  <w:sz w:val="19"/>
                </w:rPr>
                <w:t>27</w:t>
              </w:r>
            </w:hyperlink>
          </w:p>
        </w:tc>
      </w:tr>
      <w:tr w:rsidR="00863285" w14:paraId="22F56711" w14:textId="77777777">
        <w:trPr>
          <w:cantSplit/>
          <w:jc w:val="center"/>
        </w:trPr>
        <w:tc>
          <w:tcPr>
            <w:tcW w:w="1077" w:type="dxa"/>
            <w:shd w:val="clear" w:color="auto" w:fill="EFF5F8"/>
            <w:tcMar>
              <w:top w:w="78" w:type="dxa"/>
              <w:left w:w="90" w:type="dxa"/>
              <w:bottom w:w="78" w:type="dxa"/>
              <w:right w:w="90" w:type="dxa"/>
            </w:tcMar>
          </w:tcPr>
          <w:p w14:paraId="215A9625" w14:textId="77777777" w:rsidR="00863285" w:rsidRDefault="00000000">
            <w:pPr>
              <w:jc w:val="center"/>
            </w:pPr>
            <w:r>
              <w:rPr>
                <w:rFonts w:eastAsia="Arial" w:cs="Arial"/>
                <w:b/>
                <w:color w:val="17384B"/>
                <w:sz w:val="18"/>
              </w:rPr>
              <w:t>1.13</w:t>
            </w:r>
          </w:p>
        </w:tc>
        <w:tc>
          <w:tcPr>
            <w:tcW w:w="11622" w:type="dxa"/>
            <w:shd w:val="clear" w:color="auto" w:fill="EFF5F8"/>
            <w:tcMar>
              <w:top w:w="78" w:type="dxa"/>
              <w:left w:w="90" w:type="dxa"/>
              <w:bottom w:w="78" w:type="dxa"/>
              <w:right w:w="90" w:type="dxa"/>
            </w:tcMar>
          </w:tcPr>
          <w:p w14:paraId="2B3EC9CE" w14:textId="77777777" w:rsidR="00863285" w:rsidRDefault="00000000">
            <w:hyperlink w:anchor="scheda_13" w:history="1">
              <w:r>
                <w:rPr>
                  <w:color w:val="2E6876"/>
                  <w:sz w:val="19"/>
                </w:rPr>
                <w:t>Sostituzione azionamento con differenti</w:t>
              </w:r>
            </w:hyperlink>
          </w:p>
        </w:tc>
        <w:tc>
          <w:tcPr>
            <w:tcW w:w="1247" w:type="dxa"/>
            <w:shd w:val="clear" w:color="auto" w:fill="EFF5F8"/>
            <w:tcMar>
              <w:top w:w="78" w:type="dxa"/>
              <w:left w:w="90" w:type="dxa"/>
              <w:bottom w:w="78" w:type="dxa"/>
              <w:right w:w="90" w:type="dxa"/>
            </w:tcMar>
          </w:tcPr>
          <w:p w14:paraId="22D0BECD" w14:textId="77777777" w:rsidR="00863285" w:rsidRDefault="00000000">
            <w:pPr>
              <w:jc w:val="center"/>
            </w:pPr>
            <w:hyperlink w:anchor="scheda_13" w:history="1">
              <w:r>
                <w:rPr>
                  <w:b/>
                  <w:color w:val="2E6876"/>
                  <w:sz w:val="19"/>
                </w:rPr>
                <w:t>28</w:t>
              </w:r>
            </w:hyperlink>
          </w:p>
        </w:tc>
        <w:tc>
          <w:tcPr>
            <w:tcW w:w="1247" w:type="dxa"/>
            <w:shd w:val="clear" w:color="auto" w:fill="EFF5F8"/>
            <w:tcMar>
              <w:top w:w="78" w:type="dxa"/>
              <w:left w:w="90" w:type="dxa"/>
              <w:bottom w:w="78" w:type="dxa"/>
              <w:right w:w="90" w:type="dxa"/>
            </w:tcMar>
          </w:tcPr>
          <w:p w14:paraId="3D348595" w14:textId="77777777" w:rsidR="00863285" w:rsidRDefault="00000000">
            <w:pPr>
              <w:jc w:val="center"/>
            </w:pPr>
            <w:hyperlink w:anchor="tabella_13" w:history="1">
              <w:r>
                <w:rPr>
                  <w:b/>
                  <w:color w:val="2E6876"/>
                  <w:sz w:val="19"/>
                </w:rPr>
                <w:t>29</w:t>
              </w:r>
            </w:hyperlink>
          </w:p>
        </w:tc>
      </w:tr>
      <w:tr w:rsidR="00863285" w14:paraId="11034172" w14:textId="77777777">
        <w:trPr>
          <w:cantSplit/>
          <w:jc w:val="center"/>
        </w:trPr>
        <w:tc>
          <w:tcPr>
            <w:tcW w:w="1077" w:type="dxa"/>
            <w:tcMar>
              <w:top w:w="78" w:type="dxa"/>
              <w:left w:w="90" w:type="dxa"/>
              <w:bottom w:w="78" w:type="dxa"/>
              <w:right w:w="90" w:type="dxa"/>
            </w:tcMar>
          </w:tcPr>
          <w:p w14:paraId="3B7FCB05" w14:textId="77777777" w:rsidR="00863285" w:rsidRDefault="00000000">
            <w:pPr>
              <w:jc w:val="center"/>
            </w:pPr>
            <w:r>
              <w:rPr>
                <w:rFonts w:eastAsia="Arial" w:cs="Arial"/>
                <w:b/>
                <w:color w:val="17384B"/>
                <w:sz w:val="18"/>
              </w:rPr>
              <w:t>1.14</w:t>
            </w:r>
          </w:p>
        </w:tc>
        <w:tc>
          <w:tcPr>
            <w:tcW w:w="11622" w:type="dxa"/>
            <w:tcMar>
              <w:top w:w="78" w:type="dxa"/>
              <w:left w:w="90" w:type="dxa"/>
              <w:bottom w:w="78" w:type="dxa"/>
              <w:right w:w="90" w:type="dxa"/>
            </w:tcMar>
          </w:tcPr>
          <w:p w14:paraId="309C6279" w14:textId="77777777" w:rsidR="00863285" w:rsidRDefault="00000000">
            <w:hyperlink w:anchor="scheda_14" w:history="1">
              <w:r>
                <w:rPr>
                  <w:color w:val="2E6876"/>
                  <w:sz w:val="19"/>
                </w:rPr>
                <w:t>Alimentazione e comandi per accessori di sollevamento</w:t>
              </w:r>
            </w:hyperlink>
          </w:p>
        </w:tc>
        <w:tc>
          <w:tcPr>
            <w:tcW w:w="1247" w:type="dxa"/>
            <w:tcMar>
              <w:top w:w="78" w:type="dxa"/>
              <w:left w:w="90" w:type="dxa"/>
              <w:bottom w:w="78" w:type="dxa"/>
              <w:right w:w="90" w:type="dxa"/>
            </w:tcMar>
          </w:tcPr>
          <w:p w14:paraId="7A7A85C2" w14:textId="77777777" w:rsidR="00863285" w:rsidRDefault="00000000">
            <w:pPr>
              <w:jc w:val="center"/>
            </w:pPr>
            <w:hyperlink w:anchor="scheda_14" w:history="1">
              <w:r>
                <w:rPr>
                  <w:b/>
                  <w:color w:val="2E6876"/>
                  <w:sz w:val="19"/>
                </w:rPr>
                <w:t>30</w:t>
              </w:r>
            </w:hyperlink>
          </w:p>
        </w:tc>
        <w:tc>
          <w:tcPr>
            <w:tcW w:w="1247" w:type="dxa"/>
            <w:tcMar>
              <w:top w:w="78" w:type="dxa"/>
              <w:left w:w="90" w:type="dxa"/>
              <w:bottom w:w="78" w:type="dxa"/>
              <w:right w:w="90" w:type="dxa"/>
            </w:tcMar>
          </w:tcPr>
          <w:p w14:paraId="496A6075" w14:textId="77777777" w:rsidR="00863285" w:rsidRDefault="00000000">
            <w:pPr>
              <w:jc w:val="center"/>
            </w:pPr>
            <w:hyperlink w:anchor="tabella_14" w:history="1">
              <w:r>
                <w:rPr>
                  <w:b/>
                  <w:color w:val="2E6876"/>
                  <w:sz w:val="19"/>
                </w:rPr>
                <w:t>31</w:t>
              </w:r>
            </w:hyperlink>
          </w:p>
        </w:tc>
      </w:tr>
      <w:tr w:rsidR="00863285" w14:paraId="0D1DDD99" w14:textId="77777777">
        <w:trPr>
          <w:cantSplit/>
          <w:jc w:val="center"/>
        </w:trPr>
        <w:tc>
          <w:tcPr>
            <w:tcW w:w="1077" w:type="dxa"/>
            <w:shd w:val="clear" w:color="auto" w:fill="EFF5F8"/>
            <w:tcMar>
              <w:top w:w="78" w:type="dxa"/>
              <w:left w:w="90" w:type="dxa"/>
              <w:bottom w:w="78" w:type="dxa"/>
              <w:right w:w="90" w:type="dxa"/>
            </w:tcMar>
          </w:tcPr>
          <w:p w14:paraId="44F27D31" w14:textId="77777777" w:rsidR="00863285" w:rsidRDefault="00000000">
            <w:pPr>
              <w:jc w:val="center"/>
            </w:pPr>
            <w:r>
              <w:rPr>
                <w:rFonts w:eastAsia="Arial" w:cs="Arial"/>
                <w:b/>
                <w:color w:val="17384B"/>
                <w:sz w:val="18"/>
              </w:rPr>
              <w:t>1.15</w:t>
            </w:r>
          </w:p>
        </w:tc>
        <w:tc>
          <w:tcPr>
            <w:tcW w:w="11622" w:type="dxa"/>
            <w:shd w:val="clear" w:color="auto" w:fill="EFF5F8"/>
            <w:tcMar>
              <w:top w:w="78" w:type="dxa"/>
              <w:left w:w="90" w:type="dxa"/>
              <w:bottom w:w="78" w:type="dxa"/>
              <w:right w:w="90" w:type="dxa"/>
            </w:tcMar>
          </w:tcPr>
          <w:p w14:paraId="25B9A548" w14:textId="77777777" w:rsidR="00863285" w:rsidRDefault="00000000">
            <w:hyperlink w:anchor="scheda_15" w:history="1">
              <w:r>
                <w:rPr>
                  <w:color w:val="2E6876"/>
                  <w:sz w:val="19"/>
                </w:rPr>
                <w:t>Installazione di bozzelli con rotazione elettrica</w:t>
              </w:r>
            </w:hyperlink>
          </w:p>
        </w:tc>
        <w:tc>
          <w:tcPr>
            <w:tcW w:w="1247" w:type="dxa"/>
            <w:shd w:val="clear" w:color="auto" w:fill="EFF5F8"/>
            <w:tcMar>
              <w:top w:w="78" w:type="dxa"/>
              <w:left w:w="90" w:type="dxa"/>
              <w:bottom w:w="78" w:type="dxa"/>
              <w:right w:w="90" w:type="dxa"/>
            </w:tcMar>
          </w:tcPr>
          <w:p w14:paraId="5E0684E2" w14:textId="77777777" w:rsidR="00863285" w:rsidRDefault="00000000">
            <w:pPr>
              <w:jc w:val="center"/>
            </w:pPr>
            <w:hyperlink w:anchor="scheda_15" w:history="1">
              <w:r>
                <w:rPr>
                  <w:b/>
                  <w:color w:val="2E6876"/>
                  <w:sz w:val="19"/>
                </w:rPr>
                <w:t>32</w:t>
              </w:r>
            </w:hyperlink>
          </w:p>
        </w:tc>
        <w:tc>
          <w:tcPr>
            <w:tcW w:w="1247" w:type="dxa"/>
            <w:shd w:val="clear" w:color="auto" w:fill="EFF5F8"/>
            <w:tcMar>
              <w:top w:w="78" w:type="dxa"/>
              <w:left w:w="90" w:type="dxa"/>
              <w:bottom w:w="78" w:type="dxa"/>
              <w:right w:w="90" w:type="dxa"/>
            </w:tcMar>
          </w:tcPr>
          <w:p w14:paraId="3B24C81D" w14:textId="77777777" w:rsidR="00863285" w:rsidRDefault="00000000">
            <w:pPr>
              <w:jc w:val="center"/>
            </w:pPr>
            <w:hyperlink w:anchor="tabella_15" w:history="1">
              <w:r>
                <w:rPr>
                  <w:b/>
                  <w:color w:val="2E6876"/>
                  <w:sz w:val="19"/>
                </w:rPr>
                <w:t>33</w:t>
              </w:r>
            </w:hyperlink>
          </w:p>
        </w:tc>
      </w:tr>
    </w:tbl>
    <w:p w14:paraId="4DCB00FC" w14:textId="77777777" w:rsidR="00863285" w:rsidRDefault="00000000">
      <w:pPr>
        <w:spacing w:before="200"/>
      </w:pPr>
      <w:r>
        <w:rPr>
          <w:rFonts w:eastAsia="Arial" w:cs="Arial"/>
          <w:color w:val="627584"/>
          <w:sz w:val="19"/>
        </w:rPr>
        <w:t>Guida alla lettura e note sull’accorpamento: pagina 3.</w:t>
      </w:r>
    </w:p>
    <w:p w14:paraId="7FF1AB8B" w14:textId="77777777" w:rsidR="00863285" w:rsidRDefault="00000000">
      <w:pPr>
        <w:spacing w:before="60"/>
      </w:pPr>
      <w:r>
        <w:rPr>
          <w:rFonts w:eastAsia="Arial" w:cs="Arial"/>
          <w:color w:val="627584"/>
          <w:sz w:val="18"/>
        </w:rPr>
        <w:t>I collegamenti nell’indice consentono di raggiungere direttamente le singole schede e le rispettive tabelle.</w:t>
      </w:r>
    </w:p>
    <w:p w14:paraId="754EF831" w14:textId="77777777" w:rsidR="00863285" w:rsidRDefault="00000000">
      <w:pPr>
        <w:pageBreakBefore/>
        <w:spacing w:after="100"/>
      </w:pPr>
      <w:bookmarkStart w:id="1" w:name="guida"/>
      <w:r>
        <w:rPr>
          <w:rFonts w:eastAsia="Arial" w:cs="Arial"/>
          <w:b/>
          <w:color w:val="2E6876"/>
          <w:sz w:val="18"/>
        </w:rPr>
        <w:t>ISTRUZIONI DI CONSULTAZIONE</w:t>
      </w:r>
      <w:bookmarkEnd w:id="1"/>
    </w:p>
    <w:p w14:paraId="71946403" w14:textId="77777777" w:rsidR="00863285" w:rsidRDefault="00000000">
      <w:pPr>
        <w:pStyle w:val="Titolo1"/>
        <w:pBdr>
          <w:bottom w:val="single" w:sz="8" w:space="5" w:color="D99927"/>
        </w:pBdr>
        <w:spacing w:before="0" w:after="100" w:line="247" w:lineRule="auto"/>
      </w:pPr>
      <w:r>
        <w:rPr>
          <w:rFonts w:ascii="Arial" w:eastAsia="Arial" w:hAnsi="Arial" w:cs="Arial"/>
          <w:sz w:val="37"/>
        </w:rPr>
        <w:t>Come utilizzare le schede</w:t>
      </w:r>
    </w:p>
    <w:p w14:paraId="64CDBCCD" w14:textId="77777777" w:rsidR="00863285" w:rsidRDefault="00000000">
      <w:pPr>
        <w:keepNext/>
        <w:spacing w:before="80" w:after="180" w:line="250" w:lineRule="auto"/>
      </w:pPr>
      <w:r>
        <w:rPr>
          <w:rFonts w:eastAsia="Arial" w:cs="Arial"/>
          <w:color w:val="627584"/>
          <w:sz w:val="18"/>
        </w:rPr>
        <w:t>Sintesi illustrate, documentazione di dettaglio e note devono essere lette congiuntamente.</w:t>
      </w:r>
    </w:p>
    <w:tbl>
      <w:tblPr>
        <w:tblW w:w="15196" w:type="dxa"/>
        <w:jc w:val="center"/>
        <w:tblBorders>
          <w:top w:val="single" w:sz="4" w:space="0" w:color="D4E1E7"/>
          <w:left w:val="single" w:sz="4" w:space="0" w:color="D4E1E7"/>
          <w:bottom w:val="single" w:sz="4" w:space="0" w:color="D4E1E7"/>
          <w:right w:val="single" w:sz="4" w:space="0" w:color="D4E1E7"/>
          <w:insideH w:val="single" w:sz="4" w:space="0" w:color="D4E1E7"/>
          <w:insideV w:val="single" w:sz="4" w:space="0" w:color="D4E1E7"/>
        </w:tblBorders>
        <w:tblLayout w:type="fixed"/>
        <w:tblLook w:val="04A0" w:firstRow="1" w:lastRow="0" w:firstColumn="1" w:lastColumn="0" w:noHBand="0" w:noVBand="1"/>
      </w:tblPr>
      <w:tblGrid>
        <w:gridCol w:w="2494"/>
        <w:gridCol w:w="12702"/>
      </w:tblGrid>
      <w:tr w:rsidR="00863285" w14:paraId="79404591" w14:textId="77777777">
        <w:trPr>
          <w:cantSplit/>
          <w:jc w:val="center"/>
        </w:trPr>
        <w:tc>
          <w:tcPr>
            <w:tcW w:w="2494" w:type="dxa"/>
            <w:shd w:val="clear" w:color="auto" w:fill="EFF5F8"/>
            <w:tcMar>
              <w:top w:w="100" w:type="dxa"/>
              <w:left w:w="130" w:type="dxa"/>
              <w:bottom w:w="100" w:type="dxa"/>
              <w:right w:w="130" w:type="dxa"/>
            </w:tcMar>
          </w:tcPr>
          <w:p w14:paraId="43D0EC19" w14:textId="77777777" w:rsidR="00863285" w:rsidRDefault="00000000">
            <w:r>
              <w:rPr>
                <w:rFonts w:eastAsia="Arial" w:cs="Arial"/>
                <w:b/>
                <w:color w:val="17384B"/>
                <w:sz w:val="20"/>
              </w:rPr>
              <w:t>Oggetto e portata</w:t>
            </w:r>
          </w:p>
        </w:tc>
        <w:tc>
          <w:tcPr>
            <w:tcW w:w="12699" w:type="dxa"/>
            <w:tcMar>
              <w:top w:w="100" w:type="dxa"/>
              <w:left w:w="130" w:type="dxa"/>
              <w:bottom w:w="100" w:type="dxa"/>
              <w:right w:w="130" w:type="dxa"/>
            </w:tcMar>
          </w:tcPr>
          <w:p w14:paraId="40FE5CF0" w14:textId="77777777" w:rsidR="00863285" w:rsidRDefault="00000000">
            <w:pPr>
              <w:spacing w:line="266" w:lineRule="auto"/>
            </w:pPr>
            <w:r>
              <w:rPr>
                <w:rFonts w:eastAsia="Arial" w:cs="Arial"/>
                <w:sz w:val="20"/>
              </w:rPr>
              <w:t>Le schede riepilogano 15 situazioni della pubblicazione INAIL. La qualificazione come manutenzione straordinaria non è automatica: devono risultare dimostrate tutte le condizioni pertinenti, anche quando l’intervento interessa più schede.</w:t>
            </w:r>
          </w:p>
        </w:tc>
      </w:tr>
      <w:tr w:rsidR="00863285" w14:paraId="7CDC9BD9" w14:textId="77777777">
        <w:trPr>
          <w:cantSplit/>
          <w:jc w:val="center"/>
        </w:trPr>
        <w:tc>
          <w:tcPr>
            <w:tcW w:w="2494" w:type="dxa"/>
            <w:shd w:val="clear" w:color="auto" w:fill="EFF5F8"/>
            <w:tcMar>
              <w:top w:w="100" w:type="dxa"/>
              <w:left w:w="130" w:type="dxa"/>
              <w:bottom w:w="100" w:type="dxa"/>
              <w:right w:w="130" w:type="dxa"/>
            </w:tcMar>
          </w:tcPr>
          <w:p w14:paraId="31B9B879" w14:textId="77777777" w:rsidR="00863285" w:rsidRDefault="00000000">
            <w:r>
              <w:rPr>
                <w:rFonts w:eastAsia="Arial" w:cs="Arial"/>
                <w:b/>
                <w:color w:val="17384B"/>
                <w:sz w:val="20"/>
              </w:rPr>
              <w:t>Origine e tipologie</w:t>
            </w:r>
          </w:p>
        </w:tc>
        <w:tc>
          <w:tcPr>
            <w:tcW w:w="12699" w:type="dxa"/>
            <w:tcMar>
              <w:top w:w="100" w:type="dxa"/>
              <w:left w:w="130" w:type="dxa"/>
              <w:bottom w:w="100" w:type="dxa"/>
              <w:right w:w="130" w:type="dxa"/>
            </w:tcMar>
          </w:tcPr>
          <w:p w14:paraId="3CE6C9E8" w14:textId="77777777" w:rsidR="00863285" w:rsidRDefault="00000000">
            <w:pPr>
              <w:spacing w:line="266" w:lineRule="auto"/>
            </w:pPr>
            <w:r>
              <w:rPr>
                <w:rFonts w:eastAsia="Arial" w:cs="Arial"/>
                <w:sz w:val="20"/>
              </w:rPr>
              <w:t>La fonte distingue tra intervento realizzato dal fabbricante e intervento eseguito da soggetti diversi. Per il secondo caso viene richiesta, in generale, una relazione tecnica firmata da persona competente con descrizione, analisi dei rischi, eventuali verifiche strutturali e prove.</w:t>
            </w:r>
          </w:p>
        </w:tc>
      </w:tr>
      <w:tr w:rsidR="00863285" w14:paraId="4C921F68" w14:textId="77777777">
        <w:trPr>
          <w:cantSplit/>
          <w:jc w:val="center"/>
        </w:trPr>
        <w:tc>
          <w:tcPr>
            <w:tcW w:w="2494" w:type="dxa"/>
            <w:shd w:val="clear" w:color="auto" w:fill="EFF5F8"/>
            <w:tcMar>
              <w:top w:w="100" w:type="dxa"/>
              <w:left w:w="130" w:type="dxa"/>
              <w:bottom w:w="100" w:type="dxa"/>
              <w:right w:w="130" w:type="dxa"/>
            </w:tcMar>
          </w:tcPr>
          <w:p w14:paraId="3653DA7B" w14:textId="77777777" w:rsidR="00863285" w:rsidRDefault="00000000">
            <w:r>
              <w:rPr>
                <w:rFonts w:eastAsia="Arial" w:cs="Arial"/>
                <w:b/>
                <w:color w:val="17384B"/>
                <w:sz w:val="20"/>
              </w:rPr>
              <w:t>Documentazione comune</w:t>
            </w:r>
          </w:p>
        </w:tc>
        <w:tc>
          <w:tcPr>
            <w:tcW w:w="12699" w:type="dxa"/>
            <w:tcMar>
              <w:top w:w="100" w:type="dxa"/>
              <w:left w:w="130" w:type="dxa"/>
              <w:bottom w:w="100" w:type="dxa"/>
              <w:right w:w="130" w:type="dxa"/>
            </w:tcMar>
          </w:tcPr>
          <w:p w14:paraId="49F163E5" w14:textId="77777777" w:rsidR="00863285" w:rsidRDefault="00000000">
            <w:pPr>
              <w:spacing w:line="266" w:lineRule="auto"/>
            </w:pPr>
            <w:r>
              <w:rPr>
                <w:rFonts w:eastAsia="Arial" w:cs="Arial"/>
                <w:sz w:val="20"/>
              </w:rPr>
              <w:t>Le schede richiamano, secondo il caso, dichiarazione di idoneità del fabbricante, relazione tecnica, rapporti di prova/collaudo, schemi aggiornati, dichiarazione di corretta installazione, documenti dei componenti e annotazione nel registro di controllo.</w:t>
            </w:r>
          </w:p>
        </w:tc>
      </w:tr>
      <w:tr w:rsidR="00863285" w14:paraId="78C72EA8" w14:textId="77777777">
        <w:trPr>
          <w:cantSplit/>
          <w:jc w:val="center"/>
        </w:trPr>
        <w:tc>
          <w:tcPr>
            <w:tcW w:w="2494" w:type="dxa"/>
            <w:shd w:val="clear" w:color="auto" w:fill="EFF5F8"/>
            <w:tcMar>
              <w:top w:w="100" w:type="dxa"/>
              <w:left w:w="130" w:type="dxa"/>
              <w:bottom w:w="100" w:type="dxa"/>
              <w:right w:w="130" w:type="dxa"/>
            </w:tcMar>
          </w:tcPr>
          <w:p w14:paraId="1CCBC31B" w14:textId="77777777" w:rsidR="00863285" w:rsidRDefault="00000000">
            <w:r>
              <w:rPr>
                <w:rFonts w:eastAsia="Arial" w:cs="Arial"/>
                <w:b/>
                <w:color w:val="17384B"/>
                <w:sz w:val="20"/>
              </w:rPr>
              <w:t>Marcatura CE</w:t>
            </w:r>
          </w:p>
        </w:tc>
        <w:tc>
          <w:tcPr>
            <w:tcW w:w="12699" w:type="dxa"/>
            <w:tcMar>
              <w:top w:w="100" w:type="dxa"/>
              <w:left w:w="130" w:type="dxa"/>
              <w:bottom w:w="100" w:type="dxa"/>
              <w:right w:w="130" w:type="dxa"/>
            </w:tcMar>
          </w:tcPr>
          <w:p w14:paraId="5008B2FB" w14:textId="77777777" w:rsidR="00863285" w:rsidRDefault="00000000">
            <w:pPr>
              <w:spacing w:line="266" w:lineRule="auto"/>
            </w:pPr>
            <w:r>
              <w:rPr>
                <w:rFonts w:eastAsia="Arial" w:cs="Arial"/>
                <w:sz w:val="20"/>
              </w:rPr>
              <w:t>L’assenza di nuova marcatura CE vale esclusivamente quando ricorrono le specifiche condizioni tecniche richiamate. L’intervento può altrimenti assumere carattere sostanziale, con gli obblighi correlati.</w:t>
            </w:r>
          </w:p>
        </w:tc>
      </w:tr>
      <w:tr w:rsidR="00863285" w14:paraId="1C1095A0" w14:textId="77777777">
        <w:trPr>
          <w:cantSplit/>
          <w:jc w:val="center"/>
        </w:trPr>
        <w:tc>
          <w:tcPr>
            <w:tcW w:w="2494" w:type="dxa"/>
            <w:shd w:val="clear" w:color="auto" w:fill="EFF5F8"/>
            <w:tcMar>
              <w:top w:w="100" w:type="dxa"/>
              <w:left w:w="130" w:type="dxa"/>
              <w:bottom w:w="100" w:type="dxa"/>
              <w:right w:w="130" w:type="dxa"/>
            </w:tcMar>
          </w:tcPr>
          <w:p w14:paraId="0C55DD51" w14:textId="77777777" w:rsidR="00863285" w:rsidRDefault="00000000">
            <w:r>
              <w:rPr>
                <w:rFonts w:eastAsia="Arial" w:cs="Arial"/>
                <w:b/>
                <w:color w:val="17384B"/>
                <w:sz w:val="20"/>
              </w:rPr>
              <w:t>Aggiornamento normativo</w:t>
            </w:r>
          </w:p>
        </w:tc>
        <w:tc>
          <w:tcPr>
            <w:tcW w:w="12699" w:type="dxa"/>
            <w:tcMar>
              <w:top w:w="100" w:type="dxa"/>
              <w:left w:w="130" w:type="dxa"/>
              <w:bottom w:w="100" w:type="dxa"/>
              <w:right w:w="130" w:type="dxa"/>
            </w:tcMar>
          </w:tcPr>
          <w:p w14:paraId="551830AF" w14:textId="77777777" w:rsidR="00863285" w:rsidRDefault="00000000">
            <w:pPr>
              <w:spacing w:line="266" w:lineRule="auto"/>
            </w:pPr>
            <w:r>
              <w:rPr>
                <w:rFonts w:eastAsia="Arial" w:cs="Arial"/>
                <w:sz w:val="20"/>
              </w:rPr>
              <w:t>Il Regolamento (UE) 2023/1230 trova applicazione generale dal 20 gennaio 2027, ferme restando le disposizioni con altre decorrenze; nella data di pubblicazione della fonte resta rilevante la Direttiva 2006/42/CE.</w:t>
            </w:r>
          </w:p>
        </w:tc>
      </w:tr>
      <w:tr w:rsidR="00863285" w14:paraId="32F8BDF2" w14:textId="77777777">
        <w:trPr>
          <w:cantSplit/>
          <w:jc w:val="center"/>
        </w:trPr>
        <w:tc>
          <w:tcPr>
            <w:tcW w:w="2494" w:type="dxa"/>
            <w:shd w:val="clear" w:color="auto" w:fill="EFF5F8"/>
            <w:tcMar>
              <w:top w:w="100" w:type="dxa"/>
              <w:left w:w="130" w:type="dxa"/>
              <w:bottom w:w="100" w:type="dxa"/>
              <w:right w:w="130" w:type="dxa"/>
            </w:tcMar>
          </w:tcPr>
          <w:p w14:paraId="4348CBC1" w14:textId="77777777" w:rsidR="00863285" w:rsidRDefault="00000000">
            <w:r>
              <w:rPr>
                <w:rFonts w:eastAsia="Arial" w:cs="Arial"/>
                <w:b/>
                <w:color w:val="17384B"/>
                <w:sz w:val="20"/>
              </w:rPr>
              <w:t>Autonomia dell’opera</w:t>
            </w:r>
          </w:p>
        </w:tc>
        <w:tc>
          <w:tcPr>
            <w:tcW w:w="12699" w:type="dxa"/>
            <w:tcMar>
              <w:top w:w="100" w:type="dxa"/>
              <w:left w:w="130" w:type="dxa"/>
              <w:bottom w:w="100" w:type="dxa"/>
              <w:right w:w="130" w:type="dxa"/>
            </w:tcMar>
          </w:tcPr>
          <w:p w14:paraId="5ABD8088" w14:textId="77777777" w:rsidR="00863285" w:rsidRDefault="00000000">
            <w:pPr>
              <w:spacing w:line="266" w:lineRule="auto"/>
            </w:pPr>
            <w:r>
              <w:rPr>
                <w:rFonts w:eastAsia="Arial" w:cs="Arial"/>
                <w:sz w:val="20"/>
              </w:rPr>
              <w:t>Il presente dossier presenta sintesi originali e schemi grafici appositamente elaborati; non sostituisce le schede INAIL originali, a cui si deve fare riferimento per il dettaglio della documentazione prevista.</w:t>
            </w:r>
          </w:p>
        </w:tc>
      </w:tr>
    </w:tbl>
    <w:p w14:paraId="0B9BACE8" w14:textId="77777777" w:rsidR="00863285" w:rsidRDefault="00000000">
      <w:pPr>
        <w:spacing w:before="240" w:after="100"/>
      </w:pPr>
      <w:r>
        <w:rPr>
          <w:rFonts w:eastAsia="Arial" w:cs="Arial"/>
          <w:b/>
          <w:color w:val="2E6876"/>
          <w:sz w:val="20"/>
        </w:rPr>
        <w:t>STRUTTURA E PROVENIENZA DEL FASCICOLO</w:t>
      </w:r>
    </w:p>
    <w:p w14:paraId="6E44F866" w14:textId="77777777" w:rsidR="00863285" w:rsidRDefault="00000000">
      <w:pPr>
        <w:spacing w:after="120" w:line="269" w:lineRule="auto"/>
      </w:pPr>
      <w:r>
        <w:rPr>
          <w:rFonts w:eastAsia="Arial" w:cs="Arial"/>
          <w:sz w:val="19"/>
        </w:rPr>
        <w:t>Per ciascun codice 1.01–1.15, la sintesi illustrata proveniente da «Schede_interventi_sollevamento_fisso_INAIL_2026.docx» è seguita dalla corrispondente tabella completa di «tabelle.docx». Sono mantenute distinte la documentazione per il soggetto diverso dal fabbricante e quella per il fabbricante.</w:t>
      </w:r>
    </w:p>
    <w:p w14:paraId="66FA6321" w14:textId="77777777" w:rsidR="00863285" w:rsidRDefault="00000000">
      <w:pPr>
        <w:spacing w:after="120" w:line="269" w:lineRule="auto"/>
      </w:pPr>
      <w:r>
        <w:rPr>
          <w:rFonts w:eastAsia="Arial" w:cs="Arial"/>
          <w:sz w:val="19"/>
        </w:rPr>
        <w:t>Le tabelle sono ricomposte come tabelle Word modificabili. Sono normalizzati gli spazi, le sillabazioni a fine riga e la disposizione delle note; i richiami alle note sono espressi tra parentesi quadre. Le sintesi restano rielaborazioni e non sostituiscono gli elenchi di dettaglio.</w:t>
      </w: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2956FAF6" w14:textId="77777777">
        <w:trPr>
          <w:cantSplit/>
          <w:jc w:val="center"/>
        </w:trPr>
        <w:tc>
          <w:tcPr>
            <w:tcW w:w="15194" w:type="dxa"/>
            <w:shd w:val="clear" w:color="auto" w:fill="FFF5E5"/>
            <w:tcMar>
              <w:top w:w="85" w:type="dxa"/>
              <w:left w:w="110" w:type="dxa"/>
              <w:bottom w:w="85" w:type="dxa"/>
              <w:right w:w="110" w:type="dxa"/>
            </w:tcMar>
          </w:tcPr>
          <w:p w14:paraId="2EB9CF6B" w14:textId="77777777" w:rsidR="00863285" w:rsidRDefault="00000000">
            <w:pPr>
              <w:spacing w:line="264" w:lineRule="auto"/>
            </w:pPr>
            <w:r>
              <w:rPr>
                <w:rFonts w:eastAsia="Arial" w:cs="Arial"/>
                <w:sz w:val="19"/>
              </w:rPr>
              <w:t>L’accorpamento è editoriale: non costituisce verifica o aggiornamento dei riferimenti normativi riportati nei documenti. Le eventuali differenze tra sintesi e tabelle non sono trasformate in nuove prescrizioni.</w:t>
            </w:r>
          </w:p>
        </w:tc>
      </w:tr>
    </w:tbl>
    <w:p w14:paraId="08E686F6" w14:textId="77777777" w:rsidR="00863285" w:rsidRDefault="00000000">
      <w:pPr>
        <w:pageBreakBefore/>
        <w:spacing w:after="100"/>
      </w:pPr>
      <w:bookmarkStart w:id="2" w:name="scheda_01"/>
      <w:r>
        <w:rPr>
          <w:rFonts w:eastAsia="Arial" w:cs="Arial"/>
          <w:b/>
          <w:color w:val="2E6876"/>
          <w:sz w:val="18"/>
        </w:rPr>
        <w:t>SCHEDA 1.01  /  SINTESI ILLUSTRATA</w:t>
      </w:r>
      <w:bookmarkEnd w:id="2"/>
    </w:p>
    <w:p w14:paraId="0ED44BCF" w14:textId="77777777" w:rsidR="00863285" w:rsidRDefault="00000000">
      <w:pPr>
        <w:pStyle w:val="Titolo1"/>
        <w:pBdr>
          <w:bottom w:val="single" w:sz="8" w:space="5" w:color="D99927"/>
        </w:pBdr>
        <w:spacing w:before="0" w:after="100" w:line="247" w:lineRule="auto"/>
      </w:pPr>
      <w:r>
        <w:rPr>
          <w:rFonts w:ascii="Arial" w:eastAsia="Arial" w:hAnsi="Arial" w:cs="Arial"/>
          <w:sz w:val="37"/>
        </w:rPr>
        <w:t>VARIAZIONI DIMENSIONALI</w:t>
      </w:r>
    </w:p>
    <w:p w14:paraId="016CFFC5" w14:textId="77777777" w:rsidR="00863285" w:rsidRDefault="00000000">
      <w:pPr>
        <w:keepNext/>
        <w:spacing w:before="80" w:after="180" w:line="250" w:lineRule="auto"/>
      </w:pPr>
      <w:r>
        <w:rPr>
          <w:rFonts w:eastAsia="Arial" w:cs="Arial"/>
          <w:color w:val="627584"/>
          <w:sz w:val="18"/>
        </w:rPr>
        <w:t>INTERVENTO • CONDIZIONI DI CLASSIFICAZIONE • EVIDENZE TECNICHE</w:t>
      </w: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8959"/>
        <w:gridCol w:w="6237"/>
      </w:tblGrid>
      <w:tr w:rsidR="00863285" w14:paraId="448F6CB2" w14:textId="77777777">
        <w:trPr>
          <w:cantSplit/>
          <w:jc w:val="center"/>
        </w:trPr>
        <w:tc>
          <w:tcPr>
            <w:tcW w:w="8957" w:type="dxa"/>
            <w:shd w:val="clear" w:color="auto" w:fill="EFF5F8"/>
            <w:tcMar>
              <w:top w:w="160" w:type="dxa"/>
              <w:left w:w="170" w:type="dxa"/>
              <w:bottom w:w="160" w:type="dxa"/>
              <w:right w:w="170" w:type="dxa"/>
            </w:tcMar>
            <w:vAlign w:val="center"/>
          </w:tcPr>
          <w:p w14:paraId="4D9CEB8D" w14:textId="77777777" w:rsidR="00863285" w:rsidRDefault="00000000">
            <w:pPr>
              <w:spacing w:after="100"/>
            </w:pPr>
            <w:r>
              <w:rPr>
                <w:rFonts w:eastAsia="Arial" w:cs="Arial"/>
                <w:b/>
                <w:color w:val="2E6876"/>
                <w:sz w:val="20"/>
              </w:rPr>
              <w:t>TIPOLOGIA E DESCRIZIONE</w:t>
            </w:r>
          </w:p>
          <w:p w14:paraId="180568E7" w14:textId="77777777" w:rsidR="00863285" w:rsidRDefault="00000000">
            <w:pPr>
              <w:spacing w:after="200" w:line="276" w:lineRule="auto"/>
            </w:pPr>
            <w:r>
              <w:rPr>
                <w:rFonts w:eastAsia="Arial" w:cs="Arial"/>
                <w:sz w:val="22"/>
              </w:rPr>
              <w:t>Scartamento, sbraccio/sbalzo, altezza della struttura, masse proprie o contrappesi.</w:t>
            </w:r>
          </w:p>
          <w:p w14:paraId="22961B58" w14:textId="77777777" w:rsidR="00863285" w:rsidRDefault="00000000">
            <w:pPr>
              <w:spacing w:after="100"/>
            </w:pPr>
            <w:r>
              <w:rPr>
                <w:rFonts w:eastAsia="Arial" w:cs="Arial"/>
                <w:b/>
                <w:color w:val="2E6876"/>
                <w:sz w:val="20"/>
              </w:rPr>
              <w:t>CONDIZIONI DA DIMOSTRARE</w:t>
            </w:r>
          </w:p>
          <w:p w14:paraId="73A3C5FF" w14:textId="77777777" w:rsidR="00863285" w:rsidRDefault="00000000">
            <w:pPr>
              <w:spacing w:line="276" w:lineRule="auto"/>
            </w:pPr>
            <w:r>
              <w:rPr>
                <w:rFonts w:eastAsia="Arial" w:cs="Arial"/>
                <w:sz w:val="22"/>
              </w:rPr>
              <w:t>Stato tensionale non superiore alla configurazione originaria nei limiti del fabbricante; geometria senza nuove interferenze o rischi durante l’uso previsto.</w:t>
            </w:r>
          </w:p>
        </w:tc>
        <w:tc>
          <w:tcPr>
            <w:tcW w:w="6236" w:type="dxa"/>
            <w:tcMar>
              <w:top w:w="0" w:type="dxa"/>
              <w:left w:w="90" w:type="dxa"/>
              <w:bottom w:w="0" w:type="dxa"/>
              <w:right w:w="0" w:type="dxa"/>
            </w:tcMar>
          </w:tcPr>
          <w:p w14:paraId="6CEFCF54" w14:textId="77777777" w:rsidR="00863285" w:rsidRDefault="00000000">
            <w:pPr>
              <w:spacing w:line="240" w:lineRule="auto"/>
              <w:jc w:val="center"/>
            </w:pPr>
            <w:r>
              <w:rPr>
                <w:noProof/>
              </w:rPr>
              <w:drawing>
                <wp:inline distT="0" distB="0" distL="0" distR="0" wp14:anchorId="28394F50" wp14:editId="39A4749F">
                  <wp:extent cx="3708000" cy="2017152"/>
                  <wp:effectExtent l="0" t="0" r="0" b="0"/>
                  <wp:docPr id="4" name="Picture 4" descr="Schema illustrativo originale per la scheda 1.01 - rappresentazione esemplificativa, non esecu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3708000" cy="2017152"/>
                          </a:xfrm>
                          <a:prstGeom prst="rect">
                            <a:avLst/>
                          </a:prstGeom>
                        </pic:spPr>
                      </pic:pic>
                    </a:graphicData>
                  </a:graphic>
                </wp:inline>
              </w:drawing>
            </w:r>
          </w:p>
          <w:p w14:paraId="46F1C7EB" w14:textId="77777777" w:rsidR="00863285" w:rsidRDefault="00000000">
            <w:pPr>
              <w:spacing w:before="60"/>
              <w:jc w:val="center"/>
            </w:pPr>
            <w:r>
              <w:rPr>
                <w:rFonts w:eastAsia="Arial" w:cs="Arial"/>
                <w:color w:val="627584"/>
                <w:sz w:val="15"/>
              </w:rPr>
              <w:t>Illustrazione tecnica originale • esemplificativa</w:t>
            </w:r>
          </w:p>
        </w:tc>
      </w:tr>
    </w:tbl>
    <w:p w14:paraId="4D49B8D6" w14:textId="77777777" w:rsidR="00863285" w:rsidRDefault="00863285">
      <w:pPr>
        <w:spacing w:line="16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2B7165F7" w14:textId="77777777">
        <w:trPr>
          <w:cantSplit/>
          <w:jc w:val="center"/>
        </w:trPr>
        <w:tc>
          <w:tcPr>
            <w:tcW w:w="15194" w:type="dxa"/>
            <w:shd w:val="clear" w:color="auto" w:fill="EFF5F8"/>
            <w:tcMar>
              <w:top w:w="105" w:type="dxa"/>
              <w:left w:w="150" w:type="dxa"/>
              <w:bottom w:w="105" w:type="dxa"/>
              <w:right w:w="150" w:type="dxa"/>
            </w:tcMar>
          </w:tcPr>
          <w:p w14:paraId="2044D138" w14:textId="77777777" w:rsidR="00863285" w:rsidRDefault="00000000">
            <w:pPr>
              <w:spacing w:after="100"/>
            </w:pPr>
            <w:r>
              <w:rPr>
                <w:rFonts w:eastAsia="Arial" w:cs="Arial"/>
                <w:b/>
                <w:color w:val="17384B"/>
                <w:sz w:val="19"/>
              </w:rPr>
              <w:t>DOCUMENTAZIONE – INTERVENTO ESEGUITO DA SOGGETTO DIVERSO DAL FABBRICANTE</w:t>
            </w:r>
          </w:p>
          <w:p w14:paraId="0B1B2544" w14:textId="77777777" w:rsidR="00863285" w:rsidRDefault="00000000">
            <w:pPr>
              <w:spacing w:line="271" w:lineRule="auto"/>
            </w:pPr>
            <w:r>
              <w:rPr>
                <w:rFonts w:eastAsia="Arial" w:cs="Arial"/>
                <w:sz w:val="20"/>
              </w:rPr>
              <w:t>Relazione tecnica firmata da persona competente: Dimensioni prima/dopo; verifica di resistenza, stabilità e deformazione; analisi rischi UNI EN ISO 12100; prove programmate. A completamento: rapporto di verifica e/o collaudo, documentazione dei nuovi componenti (ove prevista), dichiarazione di corretta installazione nei casi pertinenti e descrizione nel registro di controllo.</w:t>
            </w:r>
          </w:p>
        </w:tc>
      </w:tr>
    </w:tbl>
    <w:p w14:paraId="38617A6A" w14:textId="77777777" w:rsidR="00863285" w:rsidRDefault="00863285">
      <w:pPr>
        <w:spacing w:line="12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0A9CCDE9" w14:textId="77777777">
        <w:trPr>
          <w:cantSplit/>
          <w:jc w:val="center"/>
        </w:trPr>
        <w:tc>
          <w:tcPr>
            <w:tcW w:w="15194" w:type="dxa"/>
            <w:shd w:val="clear" w:color="auto" w:fill="FFF5E5"/>
            <w:tcMar>
              <w:top w:w="105" w:type="dxa"/>
              <w:left w:w="150" w:type="dxa"/>
              <w:bottom w:w="105" w:type="dxa"/>
              <w:right w:w="150" w:type="dxa"/>
            </w:tcMar>
          </w:tcPr>
          <w:p w14:paraId="0EA20B81" w14:textId="77777777" w:rsidR="00863285" w:rsidRDefault="00000000">
            <w:pPr>
              <w:spacing w:after="100"/>
            </w:pPr>
            <w:r>
              <w:rPr>
                <w:rFonts w:eastAsia="Arial" w:cs="Arial"/>
                <w:b/>
                <w:color w:val="17384B"/>
                <w:sz w:val="19"/>
              </w:rPr>
              <w:t>DOCUMENTAZIONE – INTERVENTO ESEGUITO DAL FABBRICANTE</w:t>
            </w:r>
          </w:p>
          <w:p w14:paraId="79A002EA" w14:textId="77777777" w:rsidR="00863285" w:rsidRDefault="00000000">
            <w:pPr>
              <w:spacing w:line="271" w:lineRule="auto"/>
            </w:pPr>
            <w:r>
              <w:rPr>
                <w:rFonts w:eastAsia="Arial" w:cs="Arial"/>
                <w:sz w:val="20"/>
              </w:rPr>
              <w:t>Dichiarazione di idoneità del fabbricante; rapporto di verifica/collaudo; attestazione di corretta installazione; registro e istruzioni aggiornate.</w:t>
            </w:r>
          </w:p>
        </w:tc>
      </w:tr>
    </w:tbl>
    <w:p w14:paraId="3C9423B5" w14:textId="77777777" w:rsidR="00863285" w:rsidRDefault="00863285">
      <w:pPr>
        <w:spacing w:line="120" w:lineRule="exact"/>
      </w:pPr>
    </w:p>
    <w:p w14:paraId="1A2ABC36" w14:textId="77777777" w:rsidR="00863285" w:rsidRDefault="00000000">
      <w:pPr>
        <w:spacing w:before="40" w:after="140" w:line="257" w:lineRule="auto"/>
      </w:pPr>
      <w:r>
        <w:rPr>
          <w:rFonts w:eastAsia="Arial" w:cs="Arial"/>
          <w:b/>
          <w:color w:val="17384B"/>
          <w:sz w:val="19"/>
        </w:rPr>
        <w:t>VERIFICA DI APPLICABILITÀ   □ Condizioni soddisfatte   □ Richieste integrazioni   □ Da valutare modifica sostanziale</w:t>
      </w:r>
    </w:p>
    <w:p w14:paraId="748314D8" w14:textId="77777777" w:rsidR="00863285" w:rsidRDefault="00000000">
      <w:pPr>
        <w:spacing w:after="140" w:line="252" w:lineRule="auto"/>
      </w:pPr>
      <w:r>
        <w:rPr>
          <w:rFonts w:eastAsia="Arial" w:cs="Arial"/>
          <w:sz w:val="18"/>
        </w:rPr>
        <w:t>Responsabile valutazione: ____________________________    Data: __________________    Riferimento pratica: __________________</w:t>
      </w:r>
    </w:p>
    <w:p w14:paraId="63C38945" w14:textId="77777777" w:rsidR="00863285" w:rsidRDefault="00000000">
      <w:pPr>
        <w:spacing w:after="100"/>
      </w:pPr>
      <w:r>
        <w:rPr>
          <w:rFonts w:eastAsia="Arial" w:cs="Arial"/>
          <w:i/>
          <w:color w:val="627584"/>
          <w:sz w:val="16"/>
        </w:rPr>
        <w:t>Fonte: INAIL, ottobre 2026, scheda 1.01 (pag. 19). Sintesi rielaborata; per condizioni ed elenchi documentali integrali consultare la fonte.</w:t>
      </w:r>
    </w:p>
    <w:p w14:paraId="5F75FDFF" w14:textId="77777777" w:rsidR="00863285" w:rsidRDefault="00000000">
      <w:pPr>
        <w:spacing w:line="254" w:lineRule="auto"/>
      </w:pPr>
      <w:hyperlink w:anchor="tabella_01" w:history="1">
        <w:r>
          <w:rPr>
            <w:b/>
            <w:color w:val="2E6876"/>
            <w:sz w:val="19"/>
          </w:rPr>
          <w:t>Tabella completa e note della scheda 1.01 → pagina 5</w:t>
        </w:r>
      </w:hyperlink>
      <w:r>
        <w:rPr>
          <w:rFonts w:eastAsia="Arial" w:cs="Arial"/>
          <w:color w:val="627584"/>
          <w:sz w:val="19"/>
        </w:rPr>
        <w:t xml:space="preserve">    |    </w:t>
      </w:r>
      <w:hyperlink w:anchor="indice" w:history="1">
        <w:r>
          <w:rPr>
            <w:color w:val="2E6876"/>
            <w:sz w:val="18"/>
          </w:rPr>
          <w:t>Torna all’indice</w:t>
        </w:r>
      </w:hyperlink>
    </w:p>
    <w:p w14:paraId="4C9E08FC" w14:textId="77777777" w:rsidR="00863285" w:rsidRDefault="00000000">
      <w:pPr>
        <w:pageBreakBefore/>
        <w:spacing w:after="100"/>
      </w:pPr>
      <w:bookmarkStart w:id="3" w:name="tabella_01"/>
      <w:r>
        <w:rPr>
          <w:rFonts w:eastAsia="Arial" w:cs="Arial"/>
          <w:b/>
          <w:color w:val="2E6876"/>
          <w:sz w:val="18"/>
        </w:rPr>
        <w:t>SCHEDA 1.01  /  TESTO DI DETTAGLIO</w:t>
      </w:r>
      <w:bookmarkEnd w:id="3"/>
    </w:p>
    <w:p w14:paraId="65CB9438" w14:textId="77777777" w:rsidR="00863285" w:rsidRDefault="00000000">
      <w:pPr>
        <w:pStyle w:val="Titolo1"/>
        <w:pBdr>
          <w:bottom w:val="single" w:sz="8" w:space="5" w:color="D99927"/>
        </w:pBdr>
        <w:spacing w:before="0" w:after="100" w:line="247" w:lineRule="auto"/>
      </w:pPr>
      <w:r>
        <w:rPr>
          <w:rFonts w:ascii="Arial" w:eastAsia="Arial" w:hAnsi="Arial" w:cs="Arial"/>
          <w:sz w:val="37"/>
        </w:rPr>
        <w:t>Tabella completa: condizioni e documentazione</w:t>
      </w:r>
    </w:p>
    <w:p w14:paraId="4E021F08" w14:textId="77777777" w:rsidR="00863285" w:rsidRDefault="00000000">
      <w:pPr>
        <w:spacing w:before="140" w:after="160" w:line="250" w:lineRule="auto"/>
      </w:pPr>
      <w:r>
        <w:rPr>
          <w:rFonts w:eastAsia="Arial" w:cs="Arial"/>
          <w:b/>
          <w:color w:val="17384B"/>
          <w:sz w:val="18"/>
        </w:rPr>
        <w:t>NON è richiesta una nuova Marcatura CE e rilascio di nuova dichiarazione CE di conformità, se sono verificate le condizioni sottoelencate.</w:t>
      </w:r>
    </w:p>
    <w:tbl>
      <w:tblPr>
        <w:tblW w:w="15196" w:type="dxa"/>
        <w:jc w:val="center"/>
        <w:tblBorders>
          <w:top w:val="single" w:sz="4" w:space="0" w:color="D4E1E7"/>
          <w:left w:val="single" w:sz="4" w:space="0" w:color="D4E1E7"/>
          <w:bottom w:val="single" w:sz="4" w:space="0" w:color="D4E1E7"/>
          <w:right w:val="single" w:sz="4" w:space="0" w:color="D4E1E7"/>
          <w:insideH w:val="single" w:sz="4" w:space="0" w:color="D4E1E7"/>
          <w:insideV w:val="single" w:sz="4" w:space="0" w:color="D4E1E7"/>
        </w:tblBorders>
        <w:tblLayout w:type="fixed"/>
        <w:tblLook w:val="04A0" w:firstRow="1" w:lastRow="0" w:firstColumn="1" w:lastColumn="0" w:noHBand="0" w:noVBand="1"/>
      </w:tblPr>
      <w:tblGrid>
        <w:gridCol w:w="2268"/>
        <w:gridCol w:w="3458"/>
        <w:gridCol w:w="5415"/>
        <w:gridCol w:w="4055"/>
      </w:tblGrid>
      <w:tr w:rsidR="00863285" w14:paraId="5B91FD5E" w14:textId="77777777">
        <w:trPr>
          <w:cantSplit/>
          <w:tblHeader/>
          <w:jc w:val="center"/>
        </w:trPr>
        <w:tc>
          <w:tcPr>
            <w:tcW w:w="2268" w:type="dxa"/>
            <w:shd w:val="clear" w:color="auto" w:fill="17384B"/>
            <w:tcMar>
              <w:top w:w="95" w:type="dxa"/>
              <w:left w:w="105" w:type="dxa"/>
              <w:bottom w:w="95" w:type="dxa"/>
              <w:right w:w="105" w:type="dxa"/>
            </w:tcMar>
          </w:tcPr>
          <w:p w14:paraId="426D44F5" w14:textId="77777777" w:rsidR="00863285" w:rsidRDefault="00000000">
            <w:pPr>
              <w:spacing w:line="252" w:lineRule="auto"/>
            </w:pPr>
            <w:r>
              <w:rPr>
                <w:rFonts w:eastAsia="Arial" w:cs="Arial"/>
                <w:b/>
                <w:color w:val="FFFFFF"/>
                <w:sz w:val="17"/>
              </w:rPr>
              <w:t>DESCRIZIONE</w:t>
            </w:r>
            <w:r>
              <w:rPr>
                <w:rFonts w:eastAsia="Arial" w:cs="Arial"/>
                <w:b/>
                <w:color w:val="FFFFFF"/>
                <w:sz w:val="17"/>
              </w:rPr>
              <w:br/>
              <w:t>INTERVENTO</w:t>
            </w:r>
          </w:p>
        </w:tc>
        <w:tc>
          <w:tcPr>
            <w:tcW w:w="3458" w:type="dxa"/>
            <w:shd w:val="clear" w:color="auto" w:fill="17384B"/>
            <w:tcMar>
              <w:top w:w="95" w:type="dxa"/>
              <w:left w:w="105" w:type="dxa"/>
              <w:bottom w:w="95" w:type="dxa"/>
              <w:right w:w="105" w:type="dxa"/>
            </w:tcMar>
          </w:tcPr>
          <w:p w14:paraId="74FB36AE" w14:textId="77777777" w:rsidR="00863285" w:rsidRDefault="00000000">
            <w:pPr>
              <w:spacing w:line="252" w:lineRule="auto"/>
            </w:pPr>
            <w:r>
              <w:rPr>
                <w:rFonts w:eastAsia="Arial" w:cs="Arial"/>
                <w:b/>
                <w:color w:val="FFFFFF"/>
                <w:sz w:val="17"/>
              </w:rPr>
              <w:t>CONDIZIONI</w:t>
            </w:r>
          </w:p>
        </w:tc>
        <w:tc>
          <w:tcPr>
            <w:tcW w:w="5414" w:type="dxa"/>
            <w:shd w:val="clear" w:color="auto" w:fill="17384B"/>
            <w:tcMar>
              <w:top w:w="95" w:type="dxa"/>
              <w:left w:w="105" w:type="dxa"/>
              <w:bottom w:w="95" w:type="dxa"/>
              <w:right w:w="105" w:type="dxa"/>
            </w:tcMar>
          </w:tcPr>
          <w:p w14:paraId="646D9C95"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Soggetto diverso dal fabbricante</w:t>
            </w:r>
          </w:p>
        </w:tc>
        <w:tc>
          <w:tcPr>
            <w:tcW w:w="4054" w:type="dxa"/>
            <w:shd w:val="clear" w:color="auto" w:fill="17384B"/>
            <w:tcMar>
              <w:top w:w="95" w:type="dxa"/>
              <w:left w:w="105" w:type="dxa"/>
              <w:bottom w:w="95" w:type="dxa"/>
              <w:right w:w="105" w:type="dxa"/>
            </w:tcMar>
          </w:tcPr>
          <w:p w14:paraId="5C1CE535"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Fabbricante</w:t>
            </w:r>
          </w:p>
        </w:tc>
      </w:tr>
      <w:tr w:rsidR="00863285" w14:paraId="2EFC3722" w14:textId="77777777">
        <w:trPr>
          <w:cantSplit/>
          <w:jc w:val="center"/>
        </w:trPr>
        <w:tc>
          <w:tcPr>
            <w:tcW w:w="2268" w:type="dxa"/>
            <w:shd w:val="clear" w:color="auto" w:fill="EFF5F8"/>
            <w:tcMar>
              <w:top w:w="100" w:type="dxa"/>
              <w:left w:w="100" w:type="dxa"/>
              <w:bottom w:w="95" w:type="dxa"/>
              <w:right w:w="100" w:type="dxa"/>
            </w:tcMar>
          </w:tcPr>
          <w:p w14:paraId="0AB1D432" w14:textId="77777777" w:rsidR="00863285" w:rsidRDefault="00000000">
            <w:pPr>
              <w:spacing w:after="120" w:line="253" w:lineRule="auto"/>
            </w:pPr>
            <w:r>
              <w:rPr>
                <w:rFonts w:eastAsia="Arial" w:cs="Arial"/>
                <w:b/>
                <w:sz w:val="18"/>
              </w:rPr>
              <w:t>VARIAZIONI DIMENSIONALI</w:t>
            </w:r>
          </w:p>
          <w:p w14:paraId="63263BDB" w14:textId="77777777" w:rsidR="00863285" w:rsidRDefault="00000000">
            <w:pPr>
              <w:spacing w:after="50" w:line="253" w:lineRule="auto"/>
            </w:pPr>
            <w:r>
              <w:rPr>
                <w:rFonts w:eastAsia="Arial" w:cs="Arial"/>
                <w:sz w:val="18"/>
              </w:rPr>
              <w:t>(es.: variazioni di scartamento, sbraccio/sbalzo, altezza della struttura portante, masse proprie e/o contrappesi)</w:t>
            </w:r>
          </w:p>
        </w:tc>
        <w:tc>
          <w:tcPr>
            <w:tcW w:w="3458" w:type="dxa"/>
            <w:shd w:val="clear" w:color="auto" w:fill="F8FAFB"/>
            <w:tcMar>
              <w:top w:w="100" w:type="dxa"/>
              <w:left w:w="100" w:type="dxa"/>
              <w:bottom w:w="95" w:type="dxa"/>
              <w:right w:w="100" w:type="dxa"/>
            </w:tcMar>
          </w:tcPr>
          <w:p w14:paraId="4CD33B84" w14:textId="77777777" w:rsidR="00863285" w:rsidRDefault="00000000">
            <w:pPr>
              <w:spacing w:after="100" w:line="253" w:lineRule="auto"/>
              <w:ind w:left="136" w:hanging="136"/>
            </w:pPr>
            <w:r>
              <w:rPr>
                <w:rFonts w:eastAsia="Arial" w:cs="Arial"/>
                <w:sz w:val="18"/>
              </w:rPr>
              <w:t>- l’intervento non comporta incremento dello stato tensionale rispetto a quello della macchina originaria (nell’ambito dei limiti previsti dal fabbricante);</w:t>
            </w:r>
          </w:p>
          <w:p w14:paraId="5E9F1390" w14:textId="77777777" w:rsidR="00863285" w:rsidRDefault="00000000">
            <w:pPr>
              <w:spacing w:after="100" w:line="253" w:lineRule="auto"/>
              <w:ind w:left="136" w:hanging="136"/>
            </w:pPr>
            <w:r>
              <w:rPr>
                <w:rFonts w:eastAsia="Arial" w:cs="Arial"/>
                <w:sz w:val="18"/>
              </w:rPr>
              <w:t>- l’intervento non implica variazioni di geometria tali da comportare interferenze e/o ulteriori rischi durante il funzionamento previsto della macchina.</w:t>
            </w:r>
          </w:p>
        </w:tc>
        <w:tc>
          <w:tcPr>
            <w:tcW w:w="5414" w:type="dxa"/>
            <w:tcMar>
              <w:top w:w="100" w:type="dxa"/>
              <w:left w:w="100" w:type="dxa"/>
              <w:bottom w:w="95" w:type="dxa"/>
              <w:right w:w="100" w:type="dxa"/>
            </w:tcMar>
          </w:tcPr>
          <w:p w14:paraId="17BE68A3" w14:textId="77777777" w:rsidR="00863285" w:rsidRDefault="00000000">
            <w:pPr>
              <w:spacing w:after="80" w:line="253" w:lineRule="auto"/>
            </w:pPr>
            <w:r>
              <w:rPr>
                <w:rFonts w:eastAsia="Arial" w:cs="Arial"/>
                <w:sz w:val="18"/>
              </w:rPr>
              <w:t>1. Relazione tecnica, firmata da persona competente, contenente:</w:t>
            </w:r>
          </w:p>
          <w:p w14:paraId="7EC0E936" w14:textId="77777777" w:rsidR="00863285" w:rsidRDefault="00000000">
            <w:pPr>
              <w:spacing w:after="64" w:line="253" w:lineRule="auto"/>
              <w:ind w:left="238" w:hanging="136"/>
            </w:pPr>
            <w:r>
              <w:rPr>
                <w:rFonts w:eastAsia="Arial" w:cs="Arial"/>
                <w:sz w:val="18"/>
              </w:rPr>
              <w:t>- descrizione dell’intervento con indicazione delle variazioni dimensionali apportate agli elementi;</w:t>
            </w:r>
          </w:p>
          <w:p w14:paraId="49BFBF11" w14:textId="77777777" w:rsidR="00863285" w:rsidRDefault="00000000">
            <w:pPr>
              <w:spacing w:after="64" w:line="253" w:lineRule="auto"/>
              <w:ind w:left="238" w:hanging="136"/>
            </w:pPr>
            <w:r>
              <w:rPr>
                <w:rFonts w:eastAsia="Arial" w:cs="Arial"/>
                <w:sz w:val="18"/>
              </w:rPr>
              <w:t>- finalità dell’intervento;</w:t>
            </w:r>
          </w:p>
          <w:p w14:paraId="5C11D228" w14:textId="77777777" w:rsidR="00863285" w:rsidRDefault="00000000">
            <w:pPr>
              <w:spacing w:after="64" w:line="253" w:lineRule="auto"/>
              <w:ind w:left="238" w:hanging="136"/>
            </w:pPr>
            <w:r>
              <w:rPr>
                <w:rFonts w:eastAsia="Arial" w:cs="Arial"/>
                <w:sz w:val="18"/>
              </w:rPr>
              <w:t>- verifica dello stato tensionale delle strutture, condotta sulla base di norme di buona tecnica (ove disponibili), con attestazione del non superamento dei limiti originari in relazione, ad esempio, a resistenza, stabilità e deformazione;</w:t>
            </w:r>
          </w:p>
          <w:p w14:paraId="32B82059" w14:textId="77777777" w:rsidR="00863285" w:rsidRDefault="00000000">
            <w:pPr>
              <w:spacing w:after="64" w:line="253" w:lineRule="auto"/>
              <w:ind w:left="238" w:hanging="136"/>
            </w:pPr>
            <w:r>
              <w:rPr>
                <w:rFonts w:eastAsia="Arial" w:cs="Arial"/>
                <w:sz w:val="18"/>
              </w:rPr>
              <w:t>- estratto della valutazione del rischio condotta secondo la UNI EN ISO 12100, relativamente ai rischi che potrebbero subire modifiche in conseguenza dell’intervento di cui trattasi;</w:t>
            </w:r>
          </w:p>
          <w:p w14:paraId="5CBDCBAD" w14:textId="77777777" w:rsidR="00863285" w:rsidRDefault="00000000">
            <w:pPr>
              <w:spacing w:after="64" w:line="253" w:lineRule="auto"/>
              <w:ind w:left="238" w:hanging="136"/>
            </w:pPr>
            <w:r>
              <w:rPr>
                <w:rFonts w:eastAsia="Arial" w:cs="Arial"/>
                <w:sz w:val="18"/>
              </w:rPr>
              <w:t>- prove e/o verifiche da condurre a seguito della realizzazione degli interventi.</w:t>
            </w:r>
          </w:p>
          <w:p w14:paraId="783B816A" w14:textId="77777777" w:rsidR="00863285" w:rsidRDefault="00000000">
            <w:pPr>
              <w:spacing w:after="80" w:line="253" w:lineRule="auto"/>
              <w:ind w:left="136" w:hanging="136"/>
            </w:pPr>
            <w:r>
              <w:rPr>
                <w:rFonts w:eastAsia="Arial" w:cs="Arial"/>
                <w:sz w:val="18"/>
              </w:rPr>
              <w:t>2. Rapporto di verifica e/o collaudo con la descrizione dei test condotti e relativo esito, sulla base di quanto previsto nella relazione tecnica.</w:t>
            </w:r>
          </w:p>
          <w:p w14:paraId="1DE0A9FC" w14:textId="77777777" w:rsidR="00863285" w:rsidRDefault="00000000">
            <w:pPr>
              <w:spacing w:after="80" w:line="253" w:lineRule="auto"/>
              <w:ind w:left="136" w:hanging="136"/>
            </w:pPr>
            <w:r>
              <w:rPr>
                <w:rFonts w:eastAsia="Arial" w:cs="Arial"/>
                <w:sz w:val="18"/>
              </w:rPr>
              <w:t>3. Dichiarazione di corretta installazione o lavoro eseguito alla regola dell’arte.</w:t>
            </w:r>
          </w:p>
          <w:p w14:paraId="4EE5E05E" w14:textId="77777777" w:rsidR="00863285" w:rsidRDefault="00000000">
            <w:pPr>
              <w:spacing w:after="80" w:line="253" w:lineRule="auto"/>
              <w:ind w:left="136" w:hanging="136"/>
            </w:pPr>
            <w:r>
              <w:rPr>
                <w:rFonts w:eastAsia="Arial" w:cs="Arial"/>
                <w:sz w:val="18"/>
              </w:rPr>
              <w:t>4. Descrizione dell’intervento nel registro di controllo.</w:t>
            </w:r>
          </w:p>
        </w:tc>
        <w:tc>
          <w:tcPr>
            <w:tcW w:w="4054" w:type="dxa"/>
            <w:tcMar>
              <w:top w:w="100" w:type="dxa"/>
              <w:left w:w="100" w:type="dxa"/>
              <w:bottom w:w="95" w:type="dxa"/>
              <w:right w:w="100" w:type="dxa"/>
            </w:tcMar>
          </w:tcPr>
          <w:p w14:paraId="63DD5C59" w14:textId="77777777" w:rsidR="00863285" w:rsidRDefault="00000000">
            <w:pPr>
              <w:spacing w:after="100" w:line="253" w:lineRule="auto"/>
              <w:ind w:left="136" w:hanging="136"/>
            </w:pPr>
            <w:r>
              <w:rPr>
                <w:rFonts w:eastAsia="Arial" w:cs="Arial"/>
                <w:sz w:val="18"/>
              </w:rPr>
              <w:t>1. Dichiarazione di idoneità del fabbricante, nella quale è esplicitato che l’intervento condotto non fa decadere la validità dell’originaria dichiarazione di conformità della macchina.</w:t>
            </w:r>
          </w:p>
          <w:p w14:paraId="3E2CB93E" w14:textId="77777777" w:rsidR="00863285" w:rsidRDefault="00000000">
            <w:pPr>
              <w:spacing w:after="100" w:line="253" w:lineRule="auto"/>
              <w:ind w:left="136" w:hanging="136"/>
            </w:pPr>
            <w:r>
              <w:rPr>
                <w:rFonts w:eastAsia="Arial" w:cs="Arial"/>
                <w:sz w:val="18"/>
              </w:rPr>
              <w:t>2. Rapporto di verifica e/o collaudo con la descrizione dei test condotti e relativo esito, sulla base di quanto previsto nelle istruzioni originarie.</w:t>
            </w:r>
          </w:p>
          <w:p w14:paraId="54CB637A" w14:textId="77777777" w:rsidR="00863285" w:rsidRDefault="00000000">
            <w:pPr>
              <w:spacing w:after="100" w:line="253" w:lineRule="auto"/>
              <w:ind w:left="136" w:hanging="136"/>
            </w:pPr>
            <w:r>
              <w:rPr>
                <w:rFonts w:eastAsia="Arial" w:cs="Arial"/>
                <w:sz w:val="18"/>
              </w:rPr>
              <w:t>3. Dichiarazione di corretta installazione o lavoro eseguito alla regola dell’arte.</w:t>
            </w:r>
          </w:p>
          <w:p w14:paraId="19B42500" w14:textId="77777777" w:rsidR="00863285" w:rsidRDefault="00000000">
            <w:pPr>
              <w:spacing w:after="100" w:line="253" w:lineRule="auto"/>
              <w:ind w:left="136" w:hanging="136"/>
            </w:pPr>
            <w:r>
              <w:rPr>
                <w:rFonts w:eastAsia="Arial" w:cs="Arial"/>
                <w:sz w:val="18"/>
              </w:rPr>
              <w:t>4. Descrizione dell’intervento nel registro di controllo e aggiornamento delle istruzioni.</w:t>
            </w:r>
          </w:p>
        </w:tc>
      </w:tr>
    </w:tbl>
    <w:p w14:paraId="1CDBEDCB" w14:textId="77777777" w:rsidR="00863285" w:rsidRDefault="00000000">
      <w:pPr>
        <w:spacing w:before="120" w:line="240" w:lineRule="auto"/>
      </w:pPr>
      <w:r>
        <w:rPr>
          <w:rFonts w:eastAsia="Arial" w:cs="Arial"/>
          <w:i/>
          <w:color w:val="627584"/>
          <w:sz w:val="15"/>
        </w:rPr>
        <w:t>Provenienza: «tabelle.docx», scheda 1.01 (pagina 1 del documento fornito). Testo ricomposto in tabella Word.</w:t>
      </w:r>
    </w:p>
    <w:p w14:paraId="3C3E4170" w14:textId="77777777" w:rsidR="00863285" w:rsidRDefault="00000000">
      <w:pPr>
        <w:pageBreakBefore/>
        <w:spacing w:after="100"/>
      </w:pPr>
      <w:bookmarkStart w:id="4" w:name="scheda_02"/>
      <w:r>
        <w:rPr>
          <w:rFonts w:eastAsia="Arial" w:cs="Arial"/>
          <w:b/>
          <w:color w:val="2E6876"/>
          <w:sz w:val="18"/>
        </w:rPr>
        <w:t>SCHEDA 1.02  /  SINTESI ILLUSTRATA</w:t>
      </w:r>
      <w:bookmarkEnd w:id="4"/>
    </w:p>
    <w:p w14:paraId="3B614479" w14:textId="77777777" w:rsidR="00863285" w:rsidRDefault="00000000">
      <w:pPr>
        <w:pStyle w:val="Titolo1"/>
        <w:pBdr>
          <w:bottom w:val="single" w:sz="8" w:space="5" w:color="D99927"/>
        </w:pBdr>
        <w:spacing w:before="0" w:after="100" w:line="247" w:lineRule="auto"/>
      </w:pPr>
      <w:r>
        <w:rPr>
          <w:rFonts w:ascii="Arial" w:eastAsia="Arial" w:hAnsi="Arial" w:cs="Arial"/>
          <w:sz w:val="37"/>
        </w:rPr>
        <w:t>INSTALLAZIONE DI MASSE ADDIZIONALI</w:t>
      </w:r>
    </w:p>
    <w:p w14:paraId="1D8CA72F" w14:textId="77777777" w:rsidR="00863285" w:rsidRDefault="00000000">
      <w:pPr>
        <w:keepNext/>
        <w:spacing w:before="80" w:after="180" w:line="250" w:lineRule="auto"/>
      </w:pPr>
      <w:r>
        <w:rPr>
          <w:rFonts w:eastAsia="Arial" w:cs="Arial"/>
          <w:color w:val="627584"/>
          <w:sz w:val="18"/>
        </w:rPr>
        <w:t>INTERVENTO • CONDIZIONI DI CLASSIFICAZIONE • EVIDENZE TECNICHE</w:t>
      </w: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8959"/>
        <w:gridCol w:w="6237"/>
      </w:tblGrid>
      <w:tr w:rsidR="00863285" w14:paraId="4920DB6B" w14:textId="77777777">
        <w:trPr>
          <w:cantSplit/>
          <w:jc w:val="center"/>
        </w:trPr>
        <w:tc>
          <w:tcPr>
            <w:tcW w:w="8957" w:type="dxa"/>
            <w:shd w:val="clear" w:color="auto" w:fill="EFF5F8"/>
            <w:tcMar>
              <w:top w:w="160" w:type="dxa"/>
              <w:left w:w="170" w:type="dxa"/>
              <w:bottom w:w="160" w:type="dxa"/>
              <w:right w:w="170" w:type="dxa"/>
            </w:tcMar>
            <w:vAlign w:val="center"/>
          </w:tcPr>
          <w:p w14:paraId="37F665A8" w14:textId="77777777" w:rsidR="00863285" w:rsidRDefault="00000000">
            <w:pPr>
              <w:spacing w:after="100"/>
            </w:pPr>
            <w:r>
              <w:rPr>
                <w:rFonts w:eastAsia="Arial" w:cs="Arial"/>
                <w:b/>
                <w:color w:val="2E6876"/>
                <w:sz w:val="20"/>
              </w:rPr>
              <w:t>TIPOLOGIA E DESCRIZIONE</w:t>
            </w:r>
          </w:p>
          <w:p w14:paraId="02A69EA0" w14:textId="77777777" w:rsidR="00863285" w:rsidRDefault="00000000">
            <w:pPr>
              <w:spacing w:after="200" w:line="276" w:lineRule="auto"/>
            </w:pPr>
            <w:r>
              <w:rPr>
                <w:rFonts w:eastAsia="Arial" w:cs="Arial"/>
                <w:sz w:val="22"/>
              </w:rPr>
              <w:t>Corpi illuminanti, apparecchiature per sottogancio o altre dotazioni che incrementano le masse.</w:t>
            </w:r>
          </w:p>
          <w:p w14:paraId="4D200344" w14:textId="77777777" w:rsidR="00863285" w:rsidRDefault="00000000">
            <w:pPr>
              <w:spacing w:after="100"/>
            </w:pPr>
            <w:r>
              <w:rPr>
                <w:rFonts w:eastAsia="Arial" w:cs="Arial"/>
                <w:b/>
                <w:color w:val="2E6876"/>
                <w:sz w:val="20"/>
              </w:rPr>
              <w:t>CONDIZIONI DA DIMOSTRARE</w:t>
            </w:r>
          </w:p>
          <w:p w14:paraId="602A28D0" w14:textId="77777777" w:rsidR="00863285" w:rsidRDefault="00000000">
            <w:pPr>
              <w:spacing w:line="276" w:lineRule="auto"/>
            </w:pPr>
            <w:r>
              <w:rPr>
                <w:rFonts w:eastAsia="Arial" w:cs="Arial"/>
                <w:sz w:val="22"/>
              </w:rPr>
              <w:t>Nessun incremento dello stato tensionale oltre l’originario; assenza di interferenze geometriche e di pericoli aggiuntivi.</w:t>
            </w:r>
          </w:p>
        </w:tc>
        <w:tc>
          <w:tcPr>
            <w:tcW w:w="6236" w:type="dxa"/>
            <w:tcMar>
              <w:top w:w="0" w:type="dxa"/>
              <w:left w:w="90" w:type="dxa"/>
              <w:bottom w:w="0" w:type="dxa"/>
              <w:right w:w="0" w:type="dxa"/>
            </w:tcMar>
          </w:tcPr>
          <w:p w14:paraId="4C6C8DA0" w14:textId="77777777" w:rsidR="00863285" w:rsidRDefault="00000000">
            <w:pPr>
              <w:spacing w:line="240" w:lineRule="auto"/>
              <w:jc w:val="center"/>
            </w:pPr>
            <w:r>
              <w:rPr>
                <w:noProof/>
              </w:rPr>
              <w:drawing>
                <wp:inline distT="0" distB="0" distL="0" distR="0" wp14:anchorId="751AD951" wp14:editId="220FE54C">
                  <wp:extent cx="3708000" cy="2017152"/>
                  <wp:effectExtent l="0" t="0" r="0" b="0"/>
                  <wp:docPr id="5" name="Picture 5" descr="Schema illustrativo originale per la scheda 1.02 - rappresentazione esemplificativa, non esecu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3708000" cy="2017152"/>
                          </a:xfrm>
                          <a:prstGeom prst="rect">
                            <a:avLst/>
                          </a:prstGeom>
                        </pic:spPr>
                      </pic:pic>
                    </a:graphicData>
                  </a:graphic>
                </wp:inline>
              </w:drawing>
            </w:r>
          </w:p>
          <w:p w14:paraId="7B8219B3" w14:textId="77777777" w:rsidR="00863285" w:rsidRDefault="00000000">
            <w:pPr>
              <w:spacing w:before="60"/>
              <w:jc w:val="center"/>
            </w:pPr>
            <w:r>
              <w:rPr>
                <w:rFonts w:eastAsia="Arial" w:cs="Arial"/>
                <w:color w:val="627584"/>
                <w:sz w:val="15"/>
              </w:rPr>
              <w:t>Illustrazione tecnica originale • esemplificativa</w:t>
            </w:r>
          </w:p>
        </w:tc>
      </w:tr>
    </w:tbl>
    <w:p w14:paraId="0C8E6739" w14:textId="77777777" w:rsidR="00863285" w:rsidRDefault="00863285">
      <w:pPr>
        <w:spacing w:line="16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5111C7C4" w14:textId="77777777">
        <w:trPr>
          <w:cantSplit/>
          <w:jc w:val="center"/>
        </w:trPr>
        <w:tc>
          <w:tcPr>
            <w:tcW w:w="15194" w:type="dxa"/>
            <w:shd w:val="clear" w:color="auto" w:fill="EFF5F8"/>
            <w:tcMar>
              <w:top w:w="105" w:type="dxa"/>
              <w:left w:w="150" w:type="dxa"/>
              <w:bottom w:w="105" w:type="dxa"/>
              <w:right w:w="150" w:type="dxa"/>
            </w:tcMar>
          </w:tcPr>
          <w:p w14:paraId="4E1AB6E5" w14:textId="77777777" w:rsidR="00863285" w:rsidRDefault="00000000">
            <w:pPr>
              <w:spacing w:after="100"/>
            </w:pPr>
            <w:r>
              <w:rPr>
                <w:rFonts w:eastAsia="Arial" w:cs="Arial"/>
                <w:b/>
                <w:color w:val="17384B"/>
                <w:sz w:val="19"/>
              </w:rPr>
              <w:t>DOCUMENTAZIONE – INTERVENTO ESEGUITO DA SOGGETTO DIVERSO DAL FABBRICANTE</w:t>
            </w:r>
          </w:p>
          <w:p w14:paraId="71E74A14" w14:textId="77777777" w:rsidR="00863285" w:rsidRDefault="00000000">
            <w:pPr>
              <w:spacing w:line="271" w:lineRule="auto"/>
            </w:pPr>
            <w:r>
              <w:rPr>
                <w:rFonts w:eastAsia="Arial" w:cs="Arial"/>
                <w:sz w:val="20"/>
              </w:rPr>
              <w:t>Relazione tecnica firmata da persona competente: Dettaglio masse, ubicazione e documenti dei componenti; calcoli strutturali; valutazione rischi; test. A completamento: rapporto di verifica e/o collaudo, documentazione dei nuovi componenti (ove prevista), dichiarazione di corretta installazione nei casi pertinenti e descrizione nel registro di controllo.</w:t>
            </w:r>
          </w:p>
        </w:tc>
      </w:tr>
    </w:tbl>
    <w:p w14:paraId="322996A0" w14:textId="77777777" w:rsidR="00863285" w:rsidRDefault="00863285">
      <w:pPr>
        <w:spacing w:line="12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4B241A1A" w14:textId="77777777">
        <w:trPr>
          <w:cantSplit/>
          <w:jc w:val="center"/>
        </w:trPr>
        <w:tc>
          <w:tcPr>
            <w:tcW w:w="15194" w:type="dxa"/>
            <w:shd w:val="clear" w:color="auto" w:fill="FFF5E5"/>
            <w:tcMar>
              <w:top w:w="105" w:type="dxa"/>
              <w:left w:w="150" w:type="dxa"/>
              <w:bottom w:w="105" w:type="dxa"/>
              <w:right w:w="150" w:type="dxa"/>
            </w:tcMar>
          </w:tcPr>
          <w:p w14:paraId="00844B99" w14:textId="77777777" w:rsidR="00863285" w:rsidRDefault="00000000">
            <w:pPr>
              <w:spacing w:after="100"/>
            </w:pPr>
            <w:r>
              <w:rPr>
                <w:rFonts w:eastAsia="Arial" w:cs="Arial"/>
                <w:b/>
                <w:color w:val="17384B"/>
                <w:sz w:val="19"/>
              </w:rPr>
              <w:t>DOCUMENTAZIONE – INTERVENTO ESEGUITO DAL FABBRICANTE</w:t>
            </w:r>
          </w:p>
          <w:p w14:paraId="6E54ED64" w14:textId="77777777" w:rsidR="00863285" w:rsidRDefault="00000000">
            <w:pPr>
              <w:spacing w:line="271" w:lineRule="auto"/>
            </w:pPr>
            <w:r>
              <w:rPr>
                <w:rFonts w:eastAsia="Arial" w:cs="Arial"/>
                <w:sz w:val="20"/>
              </w:rPr>
              <w:t>Dichiarazione di idoneità; rapporto di prova; corretta installazione; certificazioni/istruzioni dei componenti; registro e istruzioni aggiornate.</w:t>
            </w:r>
          </w:p>
        </w:tc>
      </w:tr>
    </w:tbl>
    <w:p w14:paraId="430A37BA" w14:textId="77777777" w:rsidR="00863285" w:rsidRDefault="00863285">
      <w:pPr>
        <w:spacing w:line="120" w:lineRule="exact"/>
      </w:pPr>
    </w:p>
    <w:p w14:paraId="7A08C411" w14:textId="77777777" w:rsidR="00863285" w:rsidRDefault="00000000">
      <w:pPr>
        <w:spacing w:before="40" w:after="140" w:line="257" w:lineRule="auto"/>
      </w:pPr>
      <w:r>
        <w:rPr>
          <w:rFonts w:eastAsia="Arial" w:cs="Arial"/>
          <w:b/>
          <w:color w:val="17384B"/>
          <w:sz w:val="19"/>
        </w:rPr>
        <w:t>VERIFICA DI APPLICABILITÀ   □ Condizioni soddisfatte   □ Richieste integrazioni   □ Da valutare modifica sostanziale</w:t>
      </w:r>
    </w:p>
    <w:p w14:paraId="3D56B6CA" w14:textId="77777777" w:rsidR="00863285" w:rsidRDefault="00000000">
      <w:pPr>
        <w:spacing w:after="140" w:line="252" w:lineRule="auto"/>
      </w:pPr>
      <w:r>
        <w:rPr>
          <w:rFonts w:eastAsia="Arial" w:cs="Arial"/>
          <w:sz w:val="18"/>
        </w:rPr>
        <w:t>Responsabile valutazione: ____________________________    Data: __________________    Riferimento pratica: __________________</w:t>
      </w:r>
    </w:p>
    <w:p w14:paraId="42AF2B8A" w14:textId="77777777" w:rsidR="00863285" w:rsidRDefault="00000000">
      <w:pPr>
        <w:spacing w:after="100"/>
      </w:pPr>
      <w:r>
        <w:rPr>
          <w:rFonts w:eastAsia="Arial" w:cs="Arial"/>
          <w:i/>
          <w:color w:val="627584"/>
          <w:sz w:val="16"/>
        </w:rPr>
        <w:t>Fonte: INAIL, ottobre 2026, scheda 1.02 (pag. 20). Sintesi rielaborata; per condizioni ed elenchi documentali integrali consultare la fonte.</w:t>
      </w:r>
    </w:p>
    <w:p w14:paraId="552623E6" w14:textId="77777777" w:rsidR="00863285" w:rsidRDefault="00000000">
      <w:pPr>
        <w:spacing w:line="254" w:lineRule="auto"/>
      </w:pPr>
      <w:hyperlink w:anchor="tabella_02" w:history="1">
        <w:r>
          <w:rPr>
            <w:b/>
            <w:color w:val="2E6876"/>
            <w:sz w:val="19"/>
          </w:rPr>
          <w:t>Tabella completa e note della scheda 1.02 → pagina 7</w:t>
        </w:r>
      </w:hyperlink>
      <w:r>
        <w:rPr>
          <w:rFonts w:eastAsia="Arial" w:cs="Arial"/>
          <w:color w:val="627584"/>
          <w:sz w:val="19"/>
        </w:rPr>
        <w:t xml:space="preserve">    |    </w:t>
      </w:r>
      <w:hyperlink w:anchor="indice" w:history="1">
        <w:r>
          <w:rPr>
            <w:color w:val="2E6876"/>
            <w:sz w:val="18"/>
          </w:rPr>
          <w:t>Torna all’indice</w:t>
        </w:r>
      </w:hyperlink>
    </w:p>
    <w:p w14:paraId="333C156F" w14:textId="77777777" w:rsidR="00863285" w:rsidRDefault="00000000">
      <w:pPr>
        <w:pageBreakBefore/>
        <w:spacing w:after="100"/>
      </w:pPr>
      <w:bookmarkStart w:id="5" w:name="tabella_02"/>
      <w:r>
        <w:rPr>
          <w:rFonts w:eastAsia="Arial" w:cs="Arial"/>
          <w:b/>
          <w:color w:val="2E6876"/>
          <w:sz w:val="18"/>
        </w:rPr>
        <w:t>SCHEDA 1.02  /  TESTO DI DETTAGLIO</w:t>
      </w:r>
      <w:bookmarkEnd w:id="5"/>
    </w:p>
    <w:p w14:paraId="230F05DD" w14:textId="77777777" w:rsidR="00863285" w:rsidRDefault="00000000">
      <w:pPr>
        <w:pStyle w:val="Titolo1"/>
        <w:pBdr>
          <w:bottom w:val="single" w:sz="8" w:space="5" w:color="D99927"/>
        </w:pBdr>
        <w:spacing w:before="0" w:after="100" w:line="247" w:lineRule="auto"/>
      </w:pPr>
      <w:r>
        <w:rPr>
          <w:rFonts w:ascii="Arial" w:eastAsia="Arial" w:hAnsi="Arial" w:cs="Arial"/>
          <w:sz w:val="37"/>
        </w:rPr>
        <w:t>Tabella completa: condizioni e documentazione</w:t>
      </w:r>
    </w:p>
    <w:p w14:paraId="1260AE27" w14:textId="77777777" w:rsidR="00863285" w:rsidRDefault="00000000">
      <w:pPr>
        <w:spacing w:before="140" w:after="160" w:line="250" w:lineRule="auto"/>
      </w:pPr>
      <w:r>
        <w:rPr>
          <w:rFonts w:eastAsia="Arial" w:cs="Arial"/>
          <w:b/>
          <w:color w:val="17384B"/>
          <w:sz w:val="18"/>
        </w:rPr>
        <w:t>NON è richiesta una nuova Marcatura CE e rilascio di nuova dichiarazione CE di conformità, se sono verificate le condizioni sottoelencate.</w:t>
      </w:r>
    </w:p>
    <w:tbl>
      <w:tblPr>
        <w:tblW w:w="15196" w:type="dxa"/>
        <w:jc w:val="center"/>
        <w:tblBorders>
          <w:top w:val="single" w:sz="4" w:space="0" w:color="D4E1E7"/>
          <w:left w:val="single" w:sz="4" w:space="0" w:color="D4E1E7"/>
          <w:bottom w:val="single" w:sz="4" w:space="0" w:color="D4E1E7"/>
          <w:right w:val="single" w:sz="4" w:space="0" w:color="D4E1E7"/>
          <w:insideH w:val="single" w:sz="4" w:space="0" w:color="D4E1E7"/>
          <w:insideV w:val="single" w:sz="4" w:space="0" w:color="D4E1E7"/>
        </w:tblBorders>
        <w:tblLayout w:type="fixed"/>
        <w:tblLook w:val="04A0" w:firstRow="1" w:lastRow="0" w:firstColumn="1" w:lastColumn="0" w:noHBand="0" w:noVBand="1"/>
      </w:tblPr>
      <w:tblGrid>
        <w:gridCol w:w="2268"/>
        <w:gridCol w:w="3458"/>
        <w:gridCol w:w="5415"/>
        <w:gridCol w:w="4055"/>
      </w:tblGrid>
      <w:tr w:rsidR="00863285" w14:paraId="789B9162" w14:textId="77777777">
        <w:trPr>
          <w:cantSplit/>
          <w:tblHeader/>
          <w:jc w:val="center"/>
        </w:trPr>
        <w:tc>
          <w:tcPr>
            <w:tcW w:w="2268" w:type="dxa"/>
            <w:shd w:val="clear" w:color="auto" w:fill="17384B"/>
            <w:tcMar>
              <w:top w:w="95" w:type="dxa"/>
              <w:left w:w="105" w:type="dxa"/>
              <w:bottom w:w="95" w:type="dxa"/>
              <w:right w:w="105" w:type="dxa"/>
            </w:tcMar>
          </w:tcPr>
          <w:p w14:paraId="2205D0DB" w14:textId="77777777" w:rsidR="00863285" w:rsidRDefault="00000000">
            <w:pPr>
              <w:spacing w:line="252" w:lineRule="auto"/>
            </w:pPr>
            <w:r>
              <w:rPr>
                <w:rFonts w:eastAsia="Arial" w:cs="Arial"/>
                <w:b/>
                <w:color w:val="FFFFFF"/>
                <w:sz w:val="17"/>
              </w:rPr>
              <w:t>DESCRIZIONE</w:t>
            </w:r>
            <w:r>
              <w:rPr>
                <w:rFonts w:eastAsia="Arial" w:cs="Arial"/>
                <w:b/>
                <w:color w:val="FFFFFF"/>
                <w:sz w:val="17"/>
              </w:rPr>
              <w:br/>
              <w:t>INTERVENTO</w:t>
            </w:r>
          </w:p>
        </w:tc>
        <w:tc>
          <w:tcPr>
            <w:tcW w:w="3458" w:type="dxa"/>
            <w:shd w:val="clear" w:color="auto" w:fill="17384B"/>
            <w:tcMar>
              <w:top w:w="95" w:type="dxa"/>
              <w:left w:w="105" w:type="dxa"/>
              <w:bottom w:w="95" w:type="dxa"/>
              <w:right w:w="105" w:type="dxa"/>
            </w:tcMar>
          </w:tcPr>
          <w:p w14:paraId="542A2E5C" w14:textId="77777777" w:rsidR="00863285" w:rsidRDefault="00000000">
            <w:pPr>
              <w:spacing w:line="252" w:lineRule="auto"/>
            </w:pPr>
            <w:r>
              <w:rPr>
                <w:rFonts w:eastAsia="Arial" w:cs="Arial"/>
                <w:b/>
                <w:color w:val="FFFFFF"/>
                <w:sz w:val="17"/>
              </w:rPr>
              <w:t>CONDIZIONI</w:t>
            </w:r>
          </w:p>
        </w:tc>
        <w:tc>
          <w:tcPr>
            <w:tcW w:w="5414" w:type="dxa"/>
            <w:shd w:val="clear" w:color="auto" w:fill="17384B"/>
            <w:tcMar>
              <w:top w:w="95" w:type="dxa"/>
              <w:left w:w="105" w:type="dxa"/>
              <w:bottom w:w="95" w:type="dxa"/>
              <w:right w:w="105" w:type="dxa"/>
            </w:tcMar>
          </w:tcPr>
          <w:p w14:paraId="7141603A"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Soggetto diverso dal fabbricante</w:t>
            </w:r>
          </w:p>
        </w:tc>
        <w:tc>
          <w:tcPr>
            <w:tcW w:w="4054" w:type="dxa"/>
            <w:shd w:val="clear" w:color="auto" w:fill="17384B"/>
            <w:tcMar>
              <w:top w:w="95" w:type="dxa"/>
              <w:left w:w="105" w:type="dxa"/>
              <w:bottom w:w="95" w:type="dxa"/>
              <w:right w:w="105" w:type="dxa"/>
            </w:tcMar>
          </w:tcPr>
          <w:p w14:paraId="741584FB"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Fabbricante</w:t>
            </w:r>
          </w:p>
        </w:tc>
      </w:tr>
      <w:tr w:rsidR="00863285" w14:paraId="46B052F1" w14:textId="77777777">
        <w:trPr>
          <w:cantSplit/>
          <w:jc w:val="center"/>
        </w:trPr>
        <w:tc>
          <w:tcPr>
            <w:tcW w:w="2268" w:type="dxa"/>
            <w:shd w:val="clear" w:color="auto" w:fill="EFF5F8"/>
            <w:tcMar>
              <w:top w:w="100" w:type="dxa"/>
              <w:left w:w="100" w:type="dxa"/>
              <w:bottom w:w="95" w:type="dxa"/>
              <w:right w:w="100" w:type="dxa"/>
            </w:tcMar>
          </w:tcPr>
          <w:p w14:paraId="032554B7" w14:textId="77777777" w:rsidR="00863285" w:rsidRDefault="00000000">
            <w:pPr>
              <w:spacing w:after="120" w:line="253" w:lineRule="auto"/>
            </w:pPr>
            <w:r>
              <w:rPr>
                <w:rFonts w:eastAsia="Arial" w:cs="Arial"/>
                <w:b/>
                <w:sz w:val="18"/>
              </w:rPr>
              <w:t>INSTALLAZIONE DI MASSE ADDIZIONALI</w:t>
            </w:r>
          </w:p>
          <w:p w14:paraId="4A2FAA8D" w14:textId="77777777" w:rsidR="00863285" w:rsidRDefault="00000000">
            <w:pPr>
              <w:spacing w:after="50" w:line="253" w:lineRule="auto"/>
            </w:pPr>
            <w:r>
              <w:rPr>
                <w:rFonts w:eastAsia="Arial" w:cs="Arial"/>
                <w:sz w:val="18"/>
              </w:rPr>
              <w:t>(es.: aggiunta di lampade per aumentare la luminosità, di apparecchiature per la gestione di attrezzature sottogancio, ecc.)</w:t>
            </w:r>
          </w:p>
        </w:tc>
        <w:tc>
          <w:tcPr>
            <w:tcW w:w="3458" w:type="dxa"/>
            <w:shd w:val="clear" w:color="auto" w:fill="F8FAFB"/>
            <w:tcMar>
              <w:top w:w="100" w:type="dxa"/>
              <w:left w:w="100" w:type="dxa"/>
              <w:bottom w:w="95" w:type="dxa"/>
              <w:right w:w="100" w:type="dxa"/>
            </w:tcMar>
          </w:tcPr>
          <w:p w14:paraId="21AEB44D" w14:textId="77777777" w:rsidR="00863285" w:rsidRDefault="00000000">
            <w:pPr>
              <w:spacing w:after="100" w:line="253" w:lineRule="auto"/>
              <w:ind w:left="136" w:hanging="136"/>
            </w:pPr>
            <w:r>
              <w:rPr>
                <w:rFonts w:eastAsia="Arial" w:cs="Arial"/>
                <w:sz w:val="18"/>
              </w:rPr>
              <w:t>- l’intervento non comporta incremento dello stato tensionale rispetto a quello della macchina originaria (nell’ambito dei limiti previsti dal fabbricante);</w:t>
            </w:r>
          </w:p>
          <w:p w14:paraId="4647A69E" w14:textId="77777777" w:rsidR="00863285" w:rsidRDefault="00000000">
            <w:pPr>
              <w:spacing w:after="100" w:line="253" w:lineRule="auto"/>
              <w:ind w:left="136" w:hanging="136"/>
            </w:pPr>
            <w:r>
              <w:rPr>
                <w:rFonts w:eastAsia="Arial" w:cs="Arial"/>
                <w:sz w:val="18"/>
              </w:rPr>
              <w:t>- l’intervento non implica variazioni di geometria tali da comportare interferenze e/o ulteriori rischi durante il funzionamento previsto della macchina.</w:t>
            </w:r>
          </w:p>
        </w:tc>
        <w:tc>
          <w:tcPr>
            <w:tcW w:w="5414" w:type="dxa"/>
            <w:tcMar>
              <w:top w:w="100" w:type="dxa"/>
              <w:left w:w="100" w:type="dxa"/>
              <w:bottom w:w="95" w:type="dxa"/>
              <w:right w:w="100" w:type="dxa"/>
            </w:tcMar>
          </w:tcPr>
          <w:p w14:paraId="45CFE187" w14:textId="77777777" w:rsidR="00863285" w:rsidRDefault="00000000">
            <w:pPr>
              <w:spacing w:after="80" w:line="253" w:lineRule="auto"/>
            </w:pPr>
            <w:r>
              <w:rPr>
                <w:rFonts w:eastAsia="Arial" w:cs="Arial"/>
                <w:sz w:val="18"/>
              </w:rPr>
              <w:t>1. Relazione tecnica, firmata da persona competente, contenente:</w:t>
            </w:r>
          </w:p>
          <w:p w14:paraId="530BC19F" w14:textId="77777777" w:rsidR="00863285" w:rsidRDefault="00000000">
            <w:pPr>
              <w:spacing w:after="64" w:line="253" w:lineRule="auto"/>
              <w:ind w:left="238" w:hanging="136"/>
            </w:pPr>
            <w:r>
              <w:rPr>
                <w:rFonts w:eastAsia="Arial" w:cs="Arial"/>
                <w:sz w:val="18"/>
              </w:rPr>
              <w:t>- descrizione dell’intervento con indicazione degli elementi inseriti e degli eventuali documenti di accompagno di tali componenti;</w:t>
            </w:r>
          </w:p>
          <w:p w14:paraId="050FD8D7" w14:textId="77777777" w:rsidR="00863285" w:rsidRDefault="00000000">
            <w:pPr>
              <w:spacing w:after="64" w:line="253" w:lineRule="auto"/>
              <w:ind w:left="238" w:hanging="136"/>
            </w:pPr>
            <w:r>
              <w:rPr>
                <w:rFonts w:eastAsia="Arial" w:cs="Arial"/>
                <w:sz w:val="18"/>
              </w:rPr>
              <w:t>- finalità dell’intervento;</w:t>
            </w:r>
          </w:p>
          <w:p w14:paraId="4BFE6F0B" w14:textId="77777777" w:rsidR="00863285" w:rsidRDefault="00000000">
            <w:pPr>
              <w:spacing w:after="64" w:line="253" w:lineRule="auto"/>
              <w:ind w:left="238" w:hanging="136"/>
            </w:pPr>
            <w:r>
              <w:rPr>
                <w:rFonts w:eastAsia="Arial" w:cs="Arial"/>
                <w:sz w:val="18"/>
              </w:rPr>
              <w:t>- verifica dello stato tensionale delle strutture, condotta sulla base di norme di buona tecnica (ove disponibili), con attestazione del non superamento dei limiti originari in relazione, ad esempio, a resistenza, stabilità e deformazione;</w:t>
            </w:r>
          </w:p>
          <w:p w14:paraId="7AF6E903" w14:textId="77777777" w:rsidR="00863285" w:rsidRDefault="00000000">
            <w:pPr>
              <w:spacing w:after="64" w:line="253" w:lineRule="auto"/>
              <w:ind w:left="238" w:hanging="136"/>
            </w:pPr>
            <w:r>
              <w:rPr>
                <w:rFonts w:eastAsia="Arial" w:cs="Arial"/>
                <w:sz w:val="18"/>
              </w:rPr>
              <w:t>- estratto della valutazione del rischio condotta secondo la UNI EN ISO 12100, relativamente ai rischi che potrebbero subire modifiche in conseguenza dell’intervento di cui trattasi;</w:t>
            </w:r>
          </w:p>
          <w:p w14:paraId="6D560722" w14:textId="77777777" w:rsidR="00863285" w:rsidRDefault="00000000">
            <w:pPr>
              <w:spacing w:after="64" w:line="253" w:lineRule="auto"/>
              <w:ind w:left="238" w:hanging="136"/>
            </w:pPr>
            <w:r>
              <w:rPr>
                <w:rFonts w:eastAsia="Arial" w:cs="Arial"/>
                <w:sz w:val="18"/>
              </w:rPr>
              <w:t>- prove e/o verifiche da condurre a seguito della realizzazione degli interventi.</w:t>
            </w:r>
          </w:p>
          <w:p w14:paraId="185C84B0" w14:textId="77777777" w:rsidR="00863285" w:rsidRDefault="00000000">
            <w:pPr>
              <w:spacing w:after="80" w:line="253" w:lineRule="auto"/>
              <w:ind w:left="136" w:hanging="136"/>
            </w:pPr>
            <w:r>
              <w:rPr>
                <w:rFonts w:eastAsia="Arial" w:cs="Arial"/>
                <w:sz w:val="18"/>
              </w:rPr>
              <w:t>2. Rapporto di verifica e/o collaudo con la descrizione dei test condotti e relativo esito, sulla base di quanto previsto nella relazione tecnica.</w:t>
            </w:r>
          </w:p>
          <w:p w14:paraId="305B059E" w14:textId="77777777" w:rsidR="00863285" w:rsidRDefault="00000000">
            <w:pPr>
              <w:spacing w:after="80" w:line="253" w:lineRule="auto"/>
              <w:ind w:left="136" w:hanging="136"/>
            </w:pPr>
            <w:r>
              <w:rPr>
                <w:rFonts w:eastAsia="Arial" w:cs="Arial"/>
                <w:sz w:val="18"/>
              </w:rPr>
              <w:t>3. Dichiarazione di corretta installazione o lavoro eseguito alla regola dell’arte.</w:t>
            </w:r>
          </w:p>
          <w:p w14:paraId="2EF34249" w14:textId="77777777" w:rsidR="00863285" w:rsidRDefault="00000000">
            <w:pPr>
              <w:spacing w:after="80" w:line="253" w:lineRule="auto"/>
              <w:ind w:left="136" w:hanging="136"/>
            </w:pPr>
            <w:r>
              <w:rPr>
                <w:rFonts w:eastAsia="Arial" w:cs="Arial"/>
                <w:sz w:val="18"/>
              </w:rPr>
              <w:t>4. Documentazione a corredo degli elementi inseriti (ove prevista), in particolare eventuale dichiarazione CE di conformità e istruzioni.</w:t>
            </w:r>
          </w:p>
          <w:p w14:paraId="4542B3B9" w14:textId="77777777" w:rsidR="00863285" w:rsidRDefault="00000000">
            <w:pPr>
              <w:spacing w:after="80" w:line="253" w:lineRule="auto"/>
              <w:ind w:left="136" w:hanging="136"/>
            </w:pPr>
            <w:r>
              <w:rPr>
                <w:rFonts w:eastAsia="Arial" w:cs="Arial"/>
                <w:sz w:val="18"/>
              </w:rPr>
              <w:t>5. Descrizione dell’intervento nel registro di controllo.</w:t>
            </w:r>
          </w:p>
        </w:tc>
        <w:tc>
          <w:tcPr>
            <w:tcW w:w="4054" w:type="dxa"/>
            <w:tcMar>
              <w:top w:w="100" w:type="dxa"/>
              <w:left w:w="100" w:type="dxa"/>
              <w:bottom w:w="95" w:type="dxa"/>
              <w:right w:w="100" w:type="dxa"/>
            </w:tcMar>
          </w:tcPr>
          <w:p w14:paraId="2AF5ABCE" w14:textId="77777777" w:rsidR="00863285" w:rsidRDefault="00000000">
            <w:pPr>
              <w:spacing w:after="100" w:line="253" w:lineRule="auto"/>
              <w:ind w:left="136" w:hanging="136"/>
            </w:pPr>
            <w:r>
              <w:rPr>
                <w:rFonts w:eastAsia="Arial" w:cs="Arial"/>
                <w:sz w:val="18"/>
              </w:rPr>
              <w:t>1. Dichiarazione di idoneità del fabbricante, nella quale è esplicitato che l’intervento condotto non fa decadere la validità dell’originaria dichiarazione di conformità della macchina.</w:t>
            </w:r>
          </w:p>
          <w:p w14:paraId="2DCCD162" w14:textId="77777777" w:rsidR="00863285" w:rsidRDefault="00000000">
            <w:pPr>
              <w:spacing w:after="100" w:line="253" w:lineRule="auto"/>
              <w:ind w:left="136" w:hanging="136"/>
            </w:pPr>
            <w:r>
              <w:rPr>
                <w:rFonts w:eastAsia="Arial" w:cs="Arial"/>
                <w:sz w:val="18"/>
              </w:rPr>
              <w:t>2. Rapporto di verifica e/o collaudo con la descrizione dei test condotti e relativo esito.</w:t>
            </w:r>
          </w:p>
          <w:p w14:paraId="25896463" w14:textId="77777777" w:rsidR="00863285" w:rsidRDefault="00000000">
            <w:pPr>
              <w:spacing w:after="100" w:line="253" w:lineRule="auto"/>
              <w:ind w:left="136" w:hanging="136"/>
            </w:pPr>
            <w:r>
              <w:rPr>
                <w:rFonts w:eastAsia="Arial" w:cs="Arial"/>
                <w:sz w:val="18"/>
              </w:rPr>
              <w:t>3. Dichiarazione di corretta installazione o lavoro eseguito alla regola dell’arte.</w:t>
            </w:r>
          </w:p>
          <w:p w14:paraId="22DCDDE4" w14:textId="77777777" w:rsidR="00863285" w:rsidRDefault="00000000">
            <w:pPr>
              <w:spacing w:after="100" w:line="253" w:lineRule="auto"/>
              <w:ind w:left="136" w:hanging="136"/>
            </w:pPr>
            <w:r>
              <w:rPr>
                <w:rFonts w:eastAsia="Arial" w:cs="Arial"/>
                <w:sz w:val="18"/>
              </w:rPr>
              <w:t>4. Documentazione a corredo degli elementi inseriti (ove prevista), in particolare eventuale dichiarazione CE di conformità e istruzioni.</w:t>
            </w:r>
          </w:p>
          <w:p w14:paraId="0E3948F3" w14:textId="77777777" w:rsidR="00863285" w:rsidRDefault="00000000">
            <w:pPr>
              <w:spacing w:after="100" w:line="253" w:lineRule="auto"/>
              <w:ind w:left="136" w:hanging="136"/>
            </w:pPr>
            <w:r>
              <w:rPr>
                <w:rFonts w:eastAsia="Arial" w:cs="Arial"/>
                <w:sz w:val="18"/>
              </w:rPr>
              <w:t>5. Descrizione dell’intervento nel registro di controllo e aggiornamento delle istruzioni.</w:t>
            </w:r>
          </w:p>
        </w:tc>
      </w:tr>
    </w:tbl>
    <w:p w14:paraId="756AB805" w14:textId="77777777" w:rsidR="00863285" w:rsidRDefault="00000000">
      <w:pPr>
        <w:spacing w:before="120" w:line="240" w:lineRule="auto"/>
      </w:pPr>
      <w:r>
        <w:rPr>
          <w:rFonts w:eastAsia="Arial" w:cs="Arial"/>
          <w:i/>
          <w:color w:val="627584"/>
          <w:sz w:val="15"/>
        </w:rPr>
        <w:t>Provenienza: «tabelle.docx», scheda 1.02 (pagina 2 del documento fornito). Testo ricomposto in tabella Word.</w:t>
      </w:r>
    </w:p>
    <w:p w14:paraId="1A229B2B" w14:textId="77777777" w:rsidR="00863285" w:rsidRDefault="00000000">
      <w:pPr>
        <w:pageBreakBefore/>
        <w:spacing w:after="100"/>
      </w:pPr>
      <w:bookmarkStart w:id="6" w:name="scheda_03"/>
      <w:r>
        <w:rPr>
          <w:rFonts w:eastAsia="Arial" w:cs="Arial"/>
          <w:b/>
          <w:color w:val="2E6876"/>
          <w:sz w:val="18"/>
        </w:rPr>
        <w:t>SCHEDA 1.03  /  SINTESI ILLUSTRATA</w:t>
      </w:r>
      <w:bookmarkEnd w:id="6"/>
    </w:p>
    <w:p w14:paraId="3CA78422" w14:textId="77777777" w:rsidR="00863285" w:rsidRDefault="00000000">
      <w:pPr>
        <w:pStyle w:val="Titolo1"/>
        <w:pBdr>
          <w:bottom w:val="single" w:sz="8" w:space="5" w:color="D99927"/>
        </w:pBdr>
        <w:spacing w:before="0" w:after="100" w:line="247" w:lineRule="auto"/>
      </w:pPr>
      <w:r>
        <w:rPr>
          <w:rFonts w:ascii="Arial" w:eastAsia="Arial" w:hAnsi="Arial" w:cs="Arial"/>
          <w:sz w:val="37"/>
        </w:rPr>
        <w:t>VARIAZIONE DEI PARAMETRI FUNZIONALI</w:t>
      </w:r>
    </w:p>
    <w:p w14:paraId="0184D915" w14:textId="77777777" w:rsidR="00863285" w:rsidRDefault="00000000">
      <w:pPr>
        <w:keepNext/>
        <w:spacing w:before="80" w:after="180" w:line="250" w:lineRule="auto"/>
      </w:pPr>
      <w:r>
        <w:rPr>
          <w:rFonts w:eastAsia="Arial" w:cs="Arial"/>
          <w:color w:val="627584"/>
          <w:sz w:val="18"/>
        </w:rPr>
        <w:t>INTERVENTO • CONDIZIONI DI CLASSIFICAZIONE • EVIDENZE TECNICHE</w:t>
      </w: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8959"/>
        <w:gridCol w:w="6237"/>
      </w:tblGrid>
      <w:tr w:rsidR="00863285" w14:paraId="09A8BAA3" w14:textId="77777777">
        <w:trPr>
          <w:cantSplit/>
          <w:jc w:val="center"/>
        </w:trPr>
        <w:tc>
          <w:tcPr>
            <w:tcW w:w="8957" w:type="dxa"/>
            <w:shd w:val="clear" w:color="auto" w:fill="EFF5F8"/>
            <w:tcMar>
              <w:top w:w="160" w:type="dxa"/>
              <w:left w:w="170" w:type="dxa"/>
              <w:bottom w:w="160" w:type="dxa"/>
              <w:right w:w="170" w:type="dxa"/>
            </w:tcMar>
            <w:vAlign w:val="center"/>
          </w:tcPr>
          <w:p w14:paraId="6088AE1A" w14:textId="77777777" w:rsidR="00863285" w:rsidRDefault="00000000">
            <w:pPr>
              <w:spacing w:after="100"/>
            </w:pPr>
            <w:r>
              <w:rPr>
                <w:rFonts w:eastAsia="Arial" w:cs="Arial"/>
                <w:b/>
                <w:color w:val="2E6876"/>
                <w:sz w:val="20"/>
              </w:rPr>
              <w:t>TIPOLOGIA E DESCRIZIONE</w:t>
            </w:r>
          </w:p>
          <w:p w14:paraId="768C137B" w14:textId="77777777" w:rsidR="00863285" w:rsidRDefault="00000000">
            <w:pPr>
              <w:spacing w:after="200" w:line="276" w:lineRule="auto"/>
            </w:pPr>
            <w:r>
              <w:rPr>
                <w:rFonts w:eastAsia="Arial" w:cs="Arial"/>
                <w:sz w:val="22"/>
              </w:rPr>
              <w:t>Portata della gru o accessori, momenti, velocità, accelerazioni, decelerazioni ed effetti dinamici.</w:t>
            </w:r>
          </w:p>
          <w:p w14:paraId="76D43A89" w14:textId="77777777" w:rsidR="00863285" w:rsidRDefault="00000000">
            <w:pPr>
              <w:spacing w:after="100"/>
            </w:pPr>
            <w:r>
              <w:rPr>
                <w:rFonts w:eastAsia="Arial" w:cs="Arial"/>
                <w:b/>
                <w:color w:val="2E6876"/>
                <w:sz w:val="20"/>
              </w:rPr>
              <w:t>CONDIZIONI DA DIMOSTRARE</w:t>
            </w:r>
          </w:p>
          <w:p w14:paraId="46D6867E" w14:textId="77777777" w:rsidR="00863285" w:rsidRDefault="00000000">
            <w:pPr>
              <w:spacing w:line="276" w:lineRule="auto"/>
            </w:pPr>
            <w:r>
              <w:rPr>
                <w:rFonts w:eastAsia="Arial" w:cs="Arial"/>
                <w:sz w:val="22"/>
              </w:rPr>
              <w:t>Stato tensionale nei limiti originari; nessun rischio supplementare per i requisiti essenziali di sicurezza interessati.</w:t>
            </w:r>
          </w:p>
        </w:tc>
        <w:tc>
          <w:tcPr>
            <w:tcW w:w="6236" w:type="dxa"/>
            <w:tcMar>
              <w:top w:w="0" w:type="dxa"/>
              <w:left w:w="90" w:type="dxa"/>
              <w:bottom w:w="0" w:type="dxa"/>
              <w:right w:w="0" w:type="dxa"/>
            </w:tcMar>
          </w:tcPr>
          <w:p w14:paraId="2EF258D4" w14:textId="77777777" w:rsidR="00863285" w:rsidRDefault="00000000">
            <w:pPr>
              <w:spacing w:line="240" w:lineRule="auto"/>
              <w:jc w:val="center"/>
            </w:pPr>
            <w:r>
              <w:rPr>
                <w:noProof/>
              </w:rPr>
              <w:drawing>
                <wp:inline distT="0" distB="0" distL="0" distR="0" wp14:anchorId="56DC6B9A" wp14:editId="6118C85D">
                  <wp:extent cx="3708000" cy="2017152"/>
                  <wp:effectExtent l="0" t="0" r="0" b="0"/>
                  <wp:docPr id="6" name="Picture 6" descr="Schema illustrativo originale per la scheda 1.03 - rappresentazione esemplificativa, non esecu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9"/>
                          <a:stretch>
                            <a:fillRect/>
                          </a:stretch>
                        </pic:blipFill>
                        <pic:spPr>
                          <a:xfrm>
                            <a:off x="0" y="0"/>
                            <a:ext cx="3708000" cy="2017152"/>
                          </a:xfrm>
                          <a:prstGeom prst="rect">
                            <a:avLst/>
                          </a:prstGeom>
                        </pic:spPr>
                      </pic:pic>
                    </a:graphicData>
                  </a:graphic>
                </wp:inline>
              </w:drawing>
            </w:r>
          </w:p>
          <w:p w14:paraId="22469AAE" w14:textId="77777777" w:rsidR="00863285" w:rsidRDefault="00000000">
            <w:pPr>
              <w:spacing w:before="60"/>
              <w:jc w:val="center"/>
            </w:pPr>
            <w:r>
              <w:rPr>
                <w:rFonts w:eastAsia="Arial" w:cs="Arial"/>
                <w:color w:val="627584"/>
                <w:sz w:val="15"/>
              </w:rPr>
              <w:t>Illustrazione tecnica originale • esemplificativa</w:t>
            </w:r>
          </w:p>
        </w:tc>
      </w:tr>
    </w:tbl>
    <w:p w14:paraId="290CC640" w14:textId="77777777" w:rsidR="00863285" w:rsidRDefault="00863285">
      <w:pPr>
        <w:spacing w:line="16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7FB7C5FA" w14:textId="77777777">
        <w:trPr>
          <w:cantSplit/>
          <w:jc w:val="center"/>
        </w:trPr>
        <w:tc>
          <w:tcPr>
            <w:tcW w:w="15194" w:type="dxa"/>
            <w:shd w:val="clear" w:color="auto" w:fill="EFF5F8"/>
            <w:tcMar>
              <w:top w:w="105" w:type="dxa"/>
              <w:left w:w="150" w:type="dxa"/>
              <w:bottom w:w="105" w:type="dxa"/>
              <w:right w:w="150" w:type="dxa"/>
            </w:tcMar>
          </w:tcPr>
          <w:p w14:paraId="6A1E4037" w14:textId="77777777" w:rsidR="00863285" w:rsidRDefault="00000000">
            <w:pPr>
              <w:spacing w:after="100"/>
            </w:pPr>
            <w:r>
              <w:rPr>
                <w:rFonts w:eastAsia="Arial" w:cs="Arial"/>
                <w:b/>
                <w:color w:val="17384B"/>
                <w:sz w:val="19"/>
              </w:rPr>
              <w:t>DOCUMENTAZIONE – INTERVENTO ESEGUITO DA SOGGETTO DIVERSO DAL FABBRICANTE</w:t>
            </w:r>
          </w:p>
          <w:p w14:paraId="25927C50" w14:textId="77777777" w:rsidR="00863285" w:rsidRDefault="00000000">
            <w:pPr>
              <w:spacing w:line="271" w:lineRule="auto"/>
            </w:pPr>
            <w:r>
              <w:rPr>
                <w:rFonts w:eastAsia="Arial" w:cs="Arial"/>
                <w:sz w:val="20"/>
              </w:rPr>
              <w:t>Relazione tecnica firmata da persona competente: Confronto parametri iniziali/finali; calcoli strutturali; valutazione dei rischi e prove. A completamento: rapporto di verifica e/o collaudo, documentazione dei nuovi componenti (ove prevista), dichiarazione di corretta installazione nei casi pertinenti e descrizione nel registro di controllo.</w:t>
            </w:r>
          </w:p>
        </w:tc>
      </w:tr>
    </w:tbl>
    <w:p w14:paraId="4832FB82" w14:textId="77777777" w:rsidR="00863285" w:rsidRDefault="00863285">
      <w:pPr>
        <w:spacing w:line="12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5B9AC1DB" w14:textId="77777777">
        <w:trPr>
          <w:cantSplit/>
          <w:jc w:val="center"/>
        </w:trPr>
        <w:tc>
          <w:tcPr>
            <w:tcW w:w="15194" w:type="dxa"/>
            <w:shd w:val="clear" w:color="auto" w:fill="FFF5E5"/>
            <w:tcMar>
              <w:top w:w="105" w:type="dxa"/>
              <w:left w:w="150" w:type="dxa"/>
              <w:bottom w:w="105" w:type="dxa"/>
              <w:right w:w="150" w:type="dxa"/>
            </w:tcMar>
          </w:tcPr>
          <w:p w14:paraId="66E79572" w14:textId="77777777" w:rsidR="00863285" w:rsidRDefault="00000000">
            <w:pPr>
              <w:spacing w:after="100"/>
            </w:pPr>
            <w:r>
              <w:rPr>
                <w:rFonts w:eastAsia="Arial" w:cs="Arial"/>
                <w:b/>
                <w:color w:val="17384B"/>
                <w:sz w:val="19"/>
              </w:rPr>
              <w:t>DOCUMENTAZIONE – INTERVENTO ESEGUITO DAL FABBRICANTE</w:t>
            </w:r>
          </w:p>
          <w:p w14:paraId="5D5D33D8" w14:textId="77777777" w:rsidR="00863285" w:rsidRDefault="00000000">
            <w:pPr>
              <w:spacing w:line="271" w:lineRule="auto"/>
            </w:pPr>
            <w:r>
              <w:rPr>
                <w:rFonts w:eastAsia="Arial" w:cs="Arial"/>
                <w:sz w:val="20"/>
              </w:rPr>
              <w:t>Dichiarazione del fabbricante con verifiche richieste; rapporto prove; documenti componenti; registro.</w:t>
            </w:r>
          </w:p>
        </w:tc>
      </w:tr>
    </w:tbl>
    <w:p w14:paraId="5B0BC6F9" w14:textId="77777777" w:rsidR="00863285" w:rsidRDefault="00863285">
      <w:pPr>
        <w:spacing w:line="120" w:lineRule="exact"/>
      </w:pPr>
    </w:p>
    <w:p w14:paraId="6DDD252E" w14:textId="77777777" w:rsidR="00863285" w:rsidRDefault="00000000">
      <w:pPr>
        <w:spacing w:before="40" w:after="140" w:line="257" w:lineRule="auto"/>
      </w:pPr>
      <w:r>
        <w:rPr>
          <w:rFonts w:eastAsia="Arial" w:cs="Arial"/>
          <w:b/>
          <w:color w:val="17384B"/>
          <w:sz w:val="19"/>
        </w:rPr>
        <w:t>VERIFICA DI APPLICABILITÀ   □ Condizioni soddisfatte   □ Richieste integrazioni   □ Da valutare modifica sostanziale</w:t>
      </w:r>
    </w:p>
    <w:p w14:paraId="57E85709" w14:textId="77777777" w:rsidR="00863285" w:rsidRDefault="00000000">
      <w:pPr>
        <w:spacing w:after="140" w:line="252" w:lineRule="auto"/>
      </w:pPr>
      <w:r>
        <w:rPr>
          <w:rFonts w:eastAsia="Arial" w:cs="Arial"/>
          <w:sz w:val="18"/>
        </w:rPr>
        <w:t>Responsabile valutazione: ____________________________    Data: __________________    Riferimento pratica: __________________</w:t>
      </w:r>
    </w:p>
    <w:p w14:paraId="075FE1E5" w14:textId="77777777" w:rsidR="00863285" w:rsidRDefault="00000000">
      <w:pPr>
        <w:spacing w:after="100"/>
      </w:pPr>
      <w:r>
        <w:rPr>
          <w:rFonts w:eastAsia="Arial" w:cs="Arial"/>
          <w:i/>
          <w:color w:val="627584"/>
          <w:sz w:val="16"/>
        </w:rPr>
        <w:t>Fonte: INAIL, ottobre 2026, scheda 1.03 (pag. 21). Sintesi rielaborata; per condizioni ed elenchi documentali integrali consultare la fonte.</w:t>
      </w:r>
    </w:p>
    <w:p w14:paraId="0469B7B5" w14:textId="77777777" w:rsidR="00863285" w:rsidRDefault="00000000">
      <w:pPr>
        <w:spacing w:line="254" w:lineRule="auto"/>
      </w:pPr>
      <w:hyperlink w:anchor="tabella_03" w:history="1">
        <w:r>
          <w:rPr>
            <w:b/>
            <w:color w:val="2E6876"/>
            <w:sz w:val="19"/>
          </w:rPr>
          <w:t>Tabella completa e note della scheda 1.03 → pagina 9</w:t>
        </w:r>
      </w:hyperlink>
      <w:r>
        <w:rPr>
          <w:rFonts w:eastAsia="Arial" w:cs="Arial"/>
          <w:color w:val="627584"/>
          <w:sz w:val="19"/>
        </w:rPr>
        <w:t xml:space="preserve">    |    </w:t>
      </w:r>
      <w:hyperlink w:anchor="indice" w:history="1">
        <w:r>
          <w:rPr>
            <w:color w:val="2E6876"/>
            <w:sz w:val="18"/>
          </w:rPr>
          <w:t>Torna all’indice</w:t>
        </w:r>
      </w:hyperlink>
    </w:p>
    <w:p w14:paraId="66B93FFE" w14:textId="77777777" w:rsidR="00863285" w:rsidRDefault="00000000">
      <w:pPr>
        <w:pageBreakBefore/>
        <w:spacing w:after="100"/>
      </w:pPr>
      <w:bookmarkStart w:id="7" w:name="tabella_03"/>
      <w:r>
        <w:rPr>
          <w:rFonts w:eastAsia="Arial" w:cs="Arial"/>
          <w:b/>
          <w:color w:val="2E6876"/>
          <w:sz w:val="18"/>
        </w:rPr>
        <w:t>SCHEDA 1.03  /  TESTO DI DETTAGLIO</w:t>
      </w:r>
      <w:bookmarkEnd w:id="7"/>
    </w:p>
    <w:p w14:paraId="6BD8D7AD" w14:textId="77777777" w:rsidR="00863285" w:rsidRDefault="00000000">
      <w:pPr>
        <w:pStyle w:val="Titolo1"/>
        <w:pBdr>
          <w:bottom w:val="single" w:sz="8" w:space="5" w:color="D99927"/>
        </w:pBdr>
        <w:spacing w:before="0" w:after="100" w:line="247" w:lineRule="auto"/>
      </w:pPr>
      <w:r>
        <w:rPr>
          <w:rFonts w:ascii="Arial" w:eastAsia="Arial" w:hAnsi="Arial" w:cs="Arial"/>
          <w:sz w:val="37"/>
        </w:rPr>
        <w:t>Tabella completa: condizioni e documentazione</w:t>
      </w:r>
    </w:p>
    <w:p w14:paraId="78D6F0F8" w14:textId="77777777" w:rsidR="00863285" w:rsidRDefault="00000000">
      <w:pPr>
        <w:spacing w:before="140" w:after="160" w:line="250" w:lineRule="auto"/>
      </w:pPr>
      <w:r>
        <w:rPr>
          <w:rFonts w:eastAsia="Arial" w:cs="Arial"/>
          <w:b/>
          <w:color w:val="17384B"/>
          <w:sz w:val="18"/>
        </w:rPr>
        <w:t>NON è richiesta una nuova Marcatura CE e rilascio di nuova dichiarazione CE di conformità, se sono verificate le condizioni sottoelencate.</w:t>
      </w:r>
    </w:p>
    <w:tbl>
      <w:tblPr>
        <w:tblW w:w="15196" w:type="dxa"/>
        <w:jc w:val="center"/>
        <w:tblBorders>
          <w:top w:val="single" w:sz="4" w:space="0" w:color="D4E1E7"/>
          <w:left w:val="single" w:sz="4" w:space="0" w:color="D4E1E7"/>
          <w:bottom w:val="single" w:sz="4" w:space="0" w:color="D4E1E7"/>
          <w:right w:val="single" w:sz="4" w:space="0" w:color="D4E1E7"/>
          <w:insideH w:val="single" w:sz="4" w:space="0" w:color="D4E1E7"/>
          <w:insideV w:val="single" w:sz="4" w:space="0" w:color="D4E1E7"/>
        </w:tblBorders>
        <w:tblLayout w:type="fixed"/>
        <w:tblLook w:val="04A0" w:firstRow="1" w:lastRow="0" w:firstColumn="1" w:lastColumn="0" w:noHBand="0" w:noVBand="1"/>
      </w:tblPr>
      <w:tblGrid>
        <w:gridCol w:w="2268"/>
        <w:gridCol w:w="3458"/>
        <w:gridCol w:w="5415"/>
        <w:gridCol w:w="4055"/>
      </w:tblGrid>
      <w:tr w:rsidR="00863285" w14:paraId="5B129D6D" w14:textId="77777777">
        <w:trPr>
          <w:cantSplit/>
          <w:tblHeader/>
          <w:jc w:val="center"/>
        </w:trPr>
        <w:tc>
          <w:tcPr>
            <w:tcW w:w="2268" w:type="dxa"/>
            <w:shd w:val="clear" w:color="auto" w:fill="17384B"/>
            <w:tcMar>
              <w:top w:w="95" w:type="dxa"/>
              <w:left w:w="105" w:type="dxa"/>
              <w:bottom w:w="95" w:type="dxa"/>
              <w:right w:w="105" w:type="dxa"/>
            </w:tcMar>
          </w:tcPr>
          <w:p w14:paraId="68E7544D" w14:textId="77777777" w:rsidR="00863285" w:rsidRDefault="00000000">
            <w:pPr>
              <w:spacing w:line="252" w:lineRule="auto"/>
            </w:pPr>
            <w:r>
              <w:rPr>
                <w:rFonts w:eastAsia="Arial" w:cs="Arial"/>
                <w:b/>
                <w:color w:val="FFFFFF"/>
                <w:sz w:val="17"/>
              </w:rPr>
              <w:t>DESCRIZIONE</w:t>
            </w:r>
            <w:r>
              <w:rPr>
                <w:rFonts w:eastAsia="Arial" w:cs="Arial"/>
                <w:b/>
                <w:color w:val="FFFFFF"/>
                <w:sz w:val="17"/>
              </w:rPr>
              <w:br/>
              <w:t>INTERVENTO</w:t>
            </w:r>
          </w:p>
        </w:tc>
        <w:tc>
          <w:tcPr>
            <w:tcW w:w="3458" w:type="dxa"/>
            <w:shd w:val="clear" w:color="auto" w:fill="17384B"/>
            <w:tcMar>
              <w:top w:w="95" w:type="dxa"/>
              <w:left w:w="105" w:type="dxa"/>
              <w:bottom w:w="95" w:type="dxa"/>
              <w:right w:w="105" w:type="dxa"/>
            </w:tcMar>
          </w:tcPr>
          <w:p w14:paraId="0D99F1B5" w14:textId="77777777" w:rsidR="00863285" w:rsidRDefault="00000000">
            <w:pPr>
              <w:spacing w:line="252" w:lineRule="auto"/>
            </w:pPr>
            <w:r>
              <w:rPr>
                <w:rFonts w:eastAsia="Arial" w:cs="Arial"/>
                <w:b/>
                <w:color w:val="FFFFFF"/>
                <w:sz w:val="17"/>
              </w:rPr>
              <w:t>CONDIZIONI</w:t>
            </w:r>
          </w:p>
        </w:tc>
        <w:tc>
          <w:tcPr>
            <w:tcW w:w="5414" w:type="dxa"/>
            <w:shd w:val="clear" w:color="auto" w:fill="17384B"/>
            <w:tcMar>
              <w:top w:w="95" w:type="dxa"/>
              <w:left w:w="105" w:type="dxa"/>
              <w:bottom w:w="95" w:type="dxa"/>
              <w:right w:w="105" w:type="dxa"/>
            </w:tcMar>
          </w:tcPr>
          <w:p w14:paraId="65DA5729"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Soggetto diverso dal fabbricante</w:t>
            </w:r>
          </w:p>
        </w:tc>
        <w:tc>
          <w:tcPr>
            <w:tcW w:w="4054" w:type="dxa"/>
            <w:shd w:val="clear" w:color="auto" w:fill="17384B"/>
            <w:tcMar>
              <w:top w:w="95" w:type="dxa"/>
              <w:left w:w="105" w:type="dxa"/>
              <w:bottom w:w="95" w:type="dxa"/>
              <w:right w:w="105" w:type="dxa"/>
            </w:tcMar>
          </w:tcPr>
          <w:p w14:paraId="044EB8C2"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Fabbricante</w:t>
            </w:r>
          </w:p>
        </w:tc>
      </w:tr>
      <w:tr w:rsidR="00863285" w14:paraId="774FACE0" w14:textId="77777777">
        <w:trPr>
          <w:cantSplit/>
          <w:jc w:val="center"/>
        </w:trPr>
        <w:tc>
          <w:tcPr>
            <w:tcW w:w="2268" w:type="dxa"/>
            <w:shd w:val="clear" w:color="auto" w:fill="EFF5F8"/>
            <w:tcMar>
              <w:top w:w="100" w:type="dxa"/>
              <w:left w:w="100" w:type="dxa"/>
              <w:bottom w:w="95" w:type="dxa"/>
              <w:right w:w="100" w:type="dxa"/>
            </w:tcMar>
          </w:tcPr>
          <w:p w14:paraId="742E4C37" w14:textId="77777777" w:rsidR="00863285" w:rsidRDefault="00000000">
            <w:pPr>
              <w:spacing w:after="120" w:line="253" w:lineRule="auto"/>
            </w:pPr>
            <w:r>
              <w:rPr>
                <w:rFonts w:eastAsia="Arial" w:cs="Arial"/>
                <w:b/>
                <w:sz w:val="18"/>
              </w:rPr>
              <w:t>VARIAZIONE DEI PARAMETRI FUNZIONALI</w:t>
            </w:r>
          </w:p>
          <w:p w14:paraId="2F2ED038" w14:textId="77777777" w:rsidR="00863285" w:rsidRDefault="00000000">
            <w:pPr>
              <w:spacing w:after="50" w:line="253" w:lineRule="auto"/>
            </w:pPr>
            <w:r>
              <w:rPr>
                <w:rFonts w:eastAsia="Arial" w:cs="Arial"/>
                <w:sz w:val="18"/>
              </w:rPr>
              <w:t>(ad esempio di:</w:t>
            </w:r>
          </w:p>
          <w:p w14:paraId="31F6C019" w14:textId="77777777" w:rsidR="00863285" w:rsidRDefault="00000000">
            <w:pPr>
              <w:spacing w:after="50" w:line="253" w:lineRule="auto"/>
              <w:ind w:left="136" w:hanging="136"/>
            </w:pPr>
            <w:r>
              <w:rPr>
                <w:rFonts w:eastAsia="Arial" w:cs="Arial"/>
                <w:sz w:val="18"/>
              </w:rPr>
              <w:t>- portata[1]</w:t>
            </w:r>
          </w:p>
          <w:p w14:paraId="62344B0F" w14:textId="77777777" w:rsidR="00863285" w:rsidRDefault="00000000">
            <w:pPr>
              <w:spacing w:after="50" w:line="253" w:lineRule="auto"/>
              <w:ind w:left="136" w:hanging="136"/>
            </w:pPr>
            <w:r>
              <w:rPr>
                <w:rFonts w:eastAsia="Arial" w:cs="Arial"/>
                <w:sz w:val="18"/>
              </w:rPr>
              <w:t>- momenti flettenti, torsionali, ribaltanti</w:t>
            </w:r>
          </w:p>
          <w:p w14:paraId="0B305F56" w14:textId="77777777" w:rsidR="00863285" w:rsidRDefault="00000000">
            <w:pPr>
              <w:spacing w:after="50" w:line="253" w:lineRule="auto"/>
              <w:ind w:left="136" w:hanging="136"/>
            </w:pPr>
            <w:r>
              <w:rPr>
                <w:rFonts w:eastAsia="Arial" w:cs="Arial"/>
                <w:sz w:val="18"/>
              </w:rPr>
              <w:t>- velocità di qualsiasi movimento</w:t>
            </w:r>
          </w:p>
          <w:p w14:paraId="59C61466" w14:textId="77777777" w:rsidR="00863285" w:rsidRDefault="00000000">
            <w:pPr>
              <w:spacing w:after="50" w:line="253" w:lineRule="auto"/>
              <w:ind w:left="136" w:hanging="136"/>
            </w:pPr>
            <w:r>
              <w:rPr>
                <w:rFonts w:eastAsia="Arial" w:cs="Arial"/>
                <w:sz w:val="18"/>
              </w:rPr>
              <w:t>- effetti dinamici dovuti a diverse condizioni di esercizio o di accelerazione/​decelerazione di qualsiasi movimento)</w:t>
            </w:r>
          </w:p>
        </w:tc>
        <w:tc>
          <w:tcPr>
            <w:tcW w:w="3458" w:type="dxa"/>
            <w:shd w:val="clear" w:color="auto" w:fill="F8FAFB"/>
            <w:tcMar>
              <w:top w:w="100" w:type="dxa"/>
              <w:left w:w="100" w:type="dxa"/>
              <w:bottom w:w="95" w:type="dxa"/>
              <w:right w:w="100" w:type="dxa"/>
            </w:tcMar>
          </w:tcPr>
          <w:p w14:paraId="1F0962B3" w14:textId="77777777" w:rsidR="00863285" w:rsidRDefault="00000000">
            <w:pPr>
              <w:spacing w:after="100" w:line="253" w:lineRule="auto"/>
              <w:ind w:left="136" w:hanging="136"/>
            </w:pPr>
            <w:r>
              <w:rPr>
                <w:rFonts w:eastAsia="Arial" w:cs="Arial"/>
                <w:sz w:val="18"/>
              </w:rPr>
              <w:t>- l’intervento non comporta incremento dello stato tensionale rispetto a quello della macchina originaria (nell’ambito dei limiti previsti dal fabbricante);</w:t>
            </w:r>
          </w:p>
          <w:p w14:paraId="461C381B" w14:textId="77777777" w:rsidR="00863285" w:rsidRDefault="00000000">
            <w:pPr>
              <w:spacing w:after="100" w:line="253" w:lineRule="auto"/>
              <w:ind w:left="136" w:hanging="136"/>
            </w:pPr>
            <w:r>
              <w:rPr>
                <w:rFonts w:eastAsia="Arial" w:cs="Arial"/>
                <w:sz w:val="18"/>
              </w:rPr>
              <w:t>- l’intervento non comporta rischi supplementari, con riferimento ai requisiti essenziali di sicurezza sui quali l’intervento potrebbe incidere.</w:t>
            </w:r>
          </w:p>
        </w:tc>
        <w:tc>
          <w:tcPr>
            <w:tcW w:w="5414" w:type="dxa"/>
            <w:tcMar>
              <w:top w:w="100" w:type="dxa"/>
              <w:left w:w="100" w:type="dxa"/>
              <w:bottom w:w="95" w:type="dxa"/>
              <w:right w:w="100" w:type="dxa"/>
            </w:tcMar>
          </w:tcPr>
          <w:p w14:paraId="43A13DCC" w14:textId="77777777" w:rsidR="00863285" w:rsidRDefault="00000000">
            <w:pPr>
              <w:spacing w:after="80" w:line="253" w:lineRule="auto"/>
            </w:pPr>
            <w:r>
              <w:rPr>
                <w:rFonts w:eastAsia="Arial" w:cs="Arial"/>
                <w:sz w:val="18"/>
              </w:rPr>
              <w:t>1. Relazione tecnica, firmata da persona competente, contenente:</w:t>
            </w:r>
          </w:p>
          <w:p w14:paraId="1BCC9AB8" w14:textId="77777777" w:rsidR="00863285" w:rsidRDefault="00000000">
            <w:pPr>
              <w:spacing w:after="64" w:line="253" w:lineRule="auto"/>
              <w:ind w:left="238" w:hanging="136"/>
            </w:pPr>
            <w:r>
              <w:rPr>
                <w:rFonts w:eastAsia="Arial" w:cs="Arial"/>
                <w:sz w:val="18"/>
              </w:rPr>
              <w:t>- descrizione dell’intervento con indicazione delle variazioni dei parametri funzionali;</w:t>
            </w:r>
          </w:p>
          <w:p w14:paraId="135855FF" w14:textId="77777777" w:rsidR="00863285" w:rsidRDefault="00000000">
            <w:pPr>
              <w:spacing w:after="64" w:line="253" w:lineRule="auto"/>
              <w:ind w:left="238" w:hanging="136"/>
            </w:pPr>
            <w:r>
              <w:rPr>
                <w:rFonts w:eastAsia="Arial" w:cs="Arial"/>
                <w:sz w:val="18"/>
              </w:rPr>
              <w:t>- finalità dell’intervento;</w:t>
            </w:r>
          </w:p>
          <w:p w14:paraId="3EE7C040" w14:textId="77777777" w:rsidR="00863285" w:rsidRDefault="00000000">
            <w:pPr>
              <w:spacing w:after="64" w:line="253" w:lineRule="auto"/>
              <w:ind w:left="238" w:hanging="136"/>
            </w:pPr>
            <w:r>
              <w:rPr>
                <w:rFonts w:eastAsia="Arial" w:cs="Arial"/>
                <w:sz w:val="18"/>
              </w:rPr>
              <w:t>- verifica dello stato tensionale delle strutture, condotta sulla base di norme di buona tecnica (ove disponibili), con attestazione del non superamento dei limiti originari in relazione, ad esempio, a resistenza, stabilità e deformazione;</w:t>
            </w:r>
          </w:p>
          <w:p w14:paraId="5BC71BF5" w14:textId="77777777" w:rsidR="00863285" w:rsidRDefault="00000000">
            <w:pPr>
              <w:spacing w:after="64" w:line="253" w:lineRule="auto"/>
              <w:ind w:left="238" w:hanging="136"/>
            </w:pPr>
            <w:r>
              <w:rPr>
                <w:rFonts w:eastAsia="Arial" w:cs="Arial"/>
                <w:sz w:val="18"/>
              </w:rPr>
              <w:t>- estratto della valutazione del rischio condotta secondo la UNI EN ISO 12100, relativamente ai rischi che potrebbero subire modifiche in conseguenza dell’intervento di cui trattasi;</w:t>
            </w:r>
          </w:p>
          <w:p w14:paraId="00887580" w14:textId="77777777" w:rsidR="00863285" w:rsidRDefault="00000000">
            <w:pPr>
              <w:spacing w:after="64" w:line="253" w:lineRule="auto"/>
              <w:ind w:left="238" w:hanging="136"/>
            </w:pPr>
            <w:r>
              <w:rPr>
                <w:rFonts w:eastAsia="Arial" w:cs="Arial"/>
                <w:sz w:val="18"/>
              </w:rPr>
              <w:t>- prove e/o verifiche da condurre a seguito della realizzazione degli interventi.</w:t>
            </w:r>
          </w:p>
          <w:p w14:paraId="0E106DC5" w14:textId="77777777" w:rsidR="00863285" w:rsidRDefault="00000000">
            <w:pPr>
              <w:spacing w:after="80" w:line="253" w:lineRule="auto"/>
              <w:ind w:left="136" w:hanging="136"/>
            </w:pPr>
            <w:r>
              <w:rPr>
                <w:rFonts w:eastAsia="Arial" w:cs="Arial"/>
                <w:sz w:val="18"/>
              </w:rPr>
              <w:t>2. Rapporto di verifica e/o collaudo con la descrizione dei test condotti e relativo esito, sulla base di quanto previsto nella relazione tecnica.</w:t>
            </w:r>
          </w:p>
          <w:p w14:paraId="274FCFDF" w14:textId="77777777" w:rsidR="00863285" w:rsidRDefault="00000000">
            <w:pPr>
              <w:spacing w:after="80" w:line="253" w:lineRule="auto"/>
              <w:ind w:left="136" w:hanging="136"/>
            </w:pPr>
            <w:r>
              <w:rPr>
                <w:rFonts w:eastAsia="Arial" w:cs="Arial"/>
                <w:sz w:val="18"/>
              </w:rPr>
              <w:t>3. Documentazione a corredo degli elementi eventuali inseriti (ove prevista), in particolare eventuale dichiarazione CE di conformità e istruzioni.</w:t>
            </w:r>
          </w:p>
          <w:p w14:paraId="3BE670EC" w14:textId="77777777" w:rsidR="00863285" w:rsidRDefault="00000000">
            <w:pPr>
              <w:spacing w:after="80" w:line="253" w:lineRule="auto"/>
              <w:ind w:left="136" w:hanging="136"/>
            </w:pPr>
            <w:r>
              <w:rPr>
                <w:rFonts w:eastAsia="Arial" w:cs="Arial"/>
                <w:sz w:val="18"/>
              </w:rPr>
              <w:t>4. Descrizione dell’intervento nel registro di controllo.</w:t>
            </w:r>
          </w:p>
        </w:tc>
        <w:tc>
          <w:tcPr>
            <w:tcW w:w="4054" w:type="dxa"/>
            <w:tcMar>
              <w:top w:w="100" w:type="dxa"/>
              <w:left w:w="100" w:type="dxa"/>
              <w:bottom w:w="95" w:type="dxa"/>
              <w:right w:w="100" w:type="dxa"/>
            </w:tcMar>
          </w:tcPr>
          <w:p w14:paraId="1286D3D5" w14:textId="77777777" w:rsidR="00863285" w:rsidRDefault="00000000">
            <w:pPr>
              <w:spacing w:after="100" w:line="253" w:lineRule="auto"/>
              <w:ind w:left="136" w:hanging="136"/>
            </w:pPr>
            <w:r>
              <w:rPr>
                <w:rFonts w:eastAsia="Arial" w:cs="Arial"/>
                <w:sz w:val="18"/>
              </w:rPr>
              <w:t>1. Dichiarazione di idoneità del fabbricante, nella quale è esplicitato che l’intervento condotto non fa decadere la validità dell’originaria dichiarazione di conformità della macchina, prove e/o verifiche da condurre a seguito dell’attuazione degli interventi.</w:t>
            </w:r>
          </w:p>
          <w:p w14:paraId="5979561D" w14:textId="77777777" w:rsidR="00863285" w:rsidRDefault="00000000">
            <w:pPr>
              <w:spacing w:after="100" w:line="253" w:lineRule="auto"/>
              <w:ind w:left="136" w:hanging="136"/>
            </w:pPr>
            <w:r>
              <w:rPr>
                <w:rFonts w:eastAsia="Arial" w:cs="Arial"/>
                <w:sz w:val="18"/>
              </w:rPr>
              <w:t>2. Rapporto di verifica e/o collaudo con la descrizione dei test condotti e relativo esito.</w:t>
            </w:r>
          </w:p>
          <w:p w14:paraId="1EE9782B" w14:textId="77777777" w:rsidR="00863285" w:rsidRDefault="00000000">
            <w:pPr>
              <w:spacing w:after="100" w:line="253" w:lineRule="auto"/>
              <w:ind w:left="136" w:hanging="136"/>
            </w:pPr>
            <w:r>
              <w:rPr>
                <w:rFonts w:eastAsia="Arial" w:cs="Arial"/>
                <w:sz w:val="18"/>
              </w:rPr>
              <w:t>3. Documentazione a corredo degli eventuali elementi inseriti (ove prevista), in particolare eventuale dichiarazione CE di conformità e istruzioni.</w:t>
            </w:r>
          </w:p>
          <w:p w14:paraId="7DB3D718" w14:textId="77777777" w:rsidR="00863285" w:rsidRDefault="00000000">
            <w:pPr>
              <w:spacing w:after="100" w:line="253" w:lineRule="auto"/>
              <w:ind w:left="136" w:hanging="136"/>
            </w:pPr>
            <w:r>
              <w:rPr>
                <w:rFonts w:eastAsia="Arial" w:cs="Arial"/>
                <w:sz w:val="18"/>
              </w:rPr>
              <w:t>4. Descrizione dell’intervento nel registro di controllo.</w:t>
            </w:r>
          </w:p>
        </w:tc>
      </w:tr>
    </w:tbl>
    <w:p w14:paraId="46A802A3" w14:textId="77777777" w:rsidR="00863285" w:rsidRDefault="00000000">
      <w:pPr>
        <w:spacing w:before="120" w:after="60"/>
      </w:pPr>
      <w:r>
        <w:rPr>
          <w:rFonts w:eastAsia="Arial" w:cs="Arial"/>
          <w:b/>
          <w:color w:val="2E6876"/>
          <w:sz w:val="17"/>
        </w:rPr>
        <w:t>NOTE DELLA TABELLA</w:t>
      </w:r>
    </w:p>
    <w:p w14:paraId="367A0B65" w14:textId="77777777" w:rsidR="00863285" w:rsidRDefault="00000000">
      <w:pPr>
        <w:spacing w:after="50" w:line="251" w:lineRule="auto"/>
        <w:ind w:left="255" w:hanging="255"/>
      </w:pPr>
      <w:r>
        <w:rPr>
          <w:rFonts w:eastAsia="Arial" w:cs="Arial"/>
          <w:sz w:val="16"/>
        </w:rPr>
        <w:t>[1]  La portata si riferisce sia all’apparecchio di sollevamento che a eventuali attrezzature ausiliarie.</w:t>
      </w:r>
    </w:p>
    <w:p w14:paraId="0313F5EA" w14:textId="77777777" w:rsidR="00863285" w:rsidRDefault="00000000">
      <w:pPr>
        <w:spacing w:before="120" w:line="240" w:lineRule="auto"/>
      </w:pPr>
      <w:r>
        <w:rPr>
          <w:rFonts w:eastAsia="Arial" w:cs="Arial"/>
          <w:i/>
          <w:color w:val="627584"/>
          <w:sz w:val="15"/>
        </w:rPr>
        <w:t>Provenienza: «tabelle.docx», scheda 1.03 (pagina 3 del documento fornito). Testo ricomposto in tabella Word.</w:t>
      </w:r>
    </w:p>
    <w:p w14:paraId="2FCDCBC7" w14:textId="77777777" w:rsidR="00863285" w:rsidRDefault="00000000">
      <w:pPr>
        <w:pageBreakBefore/>
        <w:spacing w:after="100"/>
      </w:pPr>
      <w:bookmarkStart w:id="8" w:name="scheda_04"/>
      <w:r>
        <w:rPr>
          <w:rFonts w:eastAsia="Arial" w:cs="Arial"/>
          <w:b/>
          <w:color w:val="2E6876"/>
          <w:sz w:val="18"/>
        </w:rPr>
        <w:t>SCHEDA 1.04  /  SINTESI ILLUSTRATA</w:t>
      </w:r>
      <w:bookmarkEnd w:id="8"/>
    </w:p>
    <w:p w14:paraId="050F6CDD" w14:textId="77777777" w:rsidR="00863285" w:rsidRDefault="00000000">
      <w:pPr>
        <w:pStyle w:val="Titolo1"/>
        <w:pBdr>
          <w:bottom w:val="single" w:sz="8" w:space="5" w:color="D99927"/>
        </w:pBdr>
        <w:spacing w:before="0" w:after="100" w:line="247" w:lineRule="auto"/>
      </w:pPr>
      <w:r>
        <w:rPr>
          <w:rFonts w:ascii="Arial" w:eastAsia="Arial" w:hAnsi="Arial" w:cs="Arial"/>
          <w:sz w:val="37"/>
        </w:rPr>
        <w:t>VARIAZIONI DI GEOMETRIA, MASSA E REAZIONI</w:t>
      </w:r>
    </w:p>
    <w:p w14:paraId="3BCFFD0D" w14:textId="77777777" w:rsidR="00863285" w:rsidRDefault="00000000">
      <w:pPr>
        <w:keepNext/>
        <w:spacing w:before="80" w:after="180" w:line="250" w:lineRule="auto"/>
      </w:pPr>
      <w:r>
        <w:rPr>
          <w:rFonts w:eastAsia="Arial" w:cs="Arial"/>
          <w:color w:val="627584"/>
          <w:sz w:val="18"/>
        </w:rPr>
        <w:t>INTERVENTO • CONDIZIONI DI CLASSIFICAZIONE • EVIDENZE TECNICHE</w:t>
      </w: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8959"/>
        <w:gridCol w:w="6237"/>
      </w:tblGrid>
      <w:tr w:rsidR="00863285" w14:paraId="3018D98D" w14:textId="77777777">
        <w:trPr>
          <w:cantSplit/>
          <w:jc w:val="center"/>
        </w:trPr>
        <w:tc>
          <w:tcPr>
            <w:tcW w:w="8957" w:type="dxa"/>
            <w:shd w:val="clear" w:color="auto" w:fill="EFF5F8"/>
            <w:tcMar>
              <w:top w:w="160" w:type="dxa"/>
              <w:left w:w="170" w:type="dxa"/>
              <w:bottom w:w="160" w:type="dxa"/>
              <w:right w:w="170" w:type="dxa"/>
            </w:tcMar>
            <w:vAlign w:val="center"/>
          </w:tcPr>
          <w:p w14:paraId="352BC05A" w14:textId="77777777" w:rsidR="00863285" w:rsidRDefault="00000000">
            <w:pPr>
              <w:spacing w:after="100"/>
            </w:pPr>
            <w:r>
              <w:rPr>
                <w:rFonts w:eastAsia="Arial" w:cs="Arial"/>
                <w:b/>
                <w:color w:val="2E6876"/>
                <w:sz w:val="20"/>
              </w:rPr>
              <w:t>TIPOLOGIA E DESCRIZIONE</w:t>
            </w:r>
          </w:p>
          <w:p w14:paraId="6A7F145C" w14:textId="77777777" w:rsidR="00863285" w:rsidRDefault="00000000">
            <w:pPr>
              <w:spacing w:after="200" w:line="276" w:lineRule="auto"/>
            </w:pPr>
            <w:r>
              <w:rPr>
                <w:rFonts w:eastAsia="Arial" w:cs="Arial"/>
                <w:sz w:val="22"/>
              </w:rPr>
              <w:t>Allungamento braccio con riduzione portata, riduzione colonna, incremento scartamento e analoghe combinazioni.</w:t>
            </w:r>
          </w:p>
          <w:p w14:paraId="283CFB32" w14:textId="77777777" w:rsidR="00863285" w:rsidRDefault="00000000">
            <w:pPr>
              <w:spacing w:after="100"/>
            </w:pPr>
            <w:r>
              <w:rPr>
                <w:rFonts w:eastAsia="Arial" w:cs="Arial"/>
                <w:b/>
                <w:color w:val="2E6876"/>
                <w:sz w:val="20"/>
              </w:rPr>
              <w:t>CONDIZIONI DA DIMOSTRARE</w:t>
            </w:r>
          </w:p>
          <w:p w14:paraId="467D649C" w14:textId="77777777" w:rsidR="00863285" w:rsidRDefault="00000000">
            <w:pPr>
              <w:spacing w:line="276" w:lineRule="auto"/>
            </w:pPr>
            <w:r>
              <w:rPr>
                <w:rFonts w:eastAsia="Arial" w:cs="Arial"/>
                <w:sz w:val="22"/>
              </w:rPr>
              <w:t>Non aumentano le tensioni rispetto ai limiti originari e non si introducono ulteriori rischi pertinenti.</w:t>
            </w:r>
          </w:p>
        </w:tc>
        <w:tc>
          <w:tcPr>
            <w:tcW w:w="6236" w:type="dxa"/>
            <w:tcMar>
              <w:top w:w="0" w:type="dxa"/>
              <w:left w:w="90" w:type="dxa"/>
              <w:bottom w:w="0" w:type="dxa"/>
              <w:right w:w="0" w:type="dxa"/>
            </w:tcMar>
          </w:tcPr>
          <w:p w14:paraId="53899E65" w14:textId="77777777" w:rsidR="00863285" w:rsidRDefault="00000000">
            <w:pPr>
              <w:spacing w:line="240" w:lineRule="auto"/>
              <w:jc w:val="center"/>
            </w:pPr>
            <w:r>
              <w:rPr>
                <w:noProof/>
              </w:rPr>
              <w:drawing>
                <wp:inline distT="0" distB="0" distL="0" distR="0" wp14:anchorId="0ECB7453" wp14:editId="2E3A5424">
                  <wp:extent cx="3708000" cy="2017152"/>
                  <wp:effectExtent l="0" t="0" r="0" b="0"/>
                  <wp:docPr id="7" name="Picture 7" descr="Schema illustrativo originale per la scheda 1.04 - rappresentazione esemplificativa, non esecu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stretch>
                            <a:fillRect/>
                          </a:stretch>
                        </pic:blipFill>
                        <pic:spPr>
                          <a:xfrm>
                            <a:off x="0" y="0"/>
                            <a:ext cx="3708000" cy="2017152"/>
                          </a:xfrm>
                          <a:prstGeom prst="rect">
                            <a:avLst/>
                          </a:prstGeom>
                        </pic:spPr>
                      </pic:pic>
                    </a:graphicData>
                  </a:graphic>
                </wp:inline>
              </w:drawing>
            </w:r>
          </w:p>
          <w:p w14:paraId="618E6DD8" w14:textId="77777777" w:rsidR="00863285" w:rsidRDefault="00000000">
            <w:pPr>
              <w:spacing w:before="60"/>
              <w:jc w:val="center"/>
            </w:pPr>
            <w:r>
              <w:rPr>
                <w:rFonts w:eastAsia="Arial" w:cs="Arial"/>
                <w:color w:val="627584"/>
                <w:sz w:val="15"/>
              </w:rPr>
              <w:t>Illustrazione tecnica originale • esemplificativa</w:t>
            </w:r>
          </w:p>
        </w:tc>
      </w:tr>
    </w:tbl>
    <w:p w14:paraId="445EC725" w14:textId="77777777" w:rsidR="00863285" w:rsidRDefault="00863285">
      <w:pPr>
        <w:spacing w:line="16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734A83C8" w14:textId="77777777">
        <w:trPr>
          <w:cantSplit/>
          <w:jc w:val="center"/>
        </w:trPr>
        <w:tc>
          <w:tcPr>
            <w:tcW w:w="15194" w:type="dxa"/>
            <w:shd w:val="clear" w:color="auto" w:fill="EFF5F8"/>
            <w:tcMar>
              <w:top w:w="105" w:type="dxa"/>
              <w:left w:w="150" w:type="dxa"/>
              <w:bottom w:w="105" w:type="dxa"/>
              <w:right w:w="150" w:type="dxa"/>
            </w:tcMar>
          </w:tcPr>
          <w:p w14:paraId="030AB6E1" w14:textId="77777777" w:rsidR="00863285" w:rsidRDefault="00000000">
            <w:pPr>
              <w:spacing w:after="100"/>
            </w:pPr>
            <w:r>
              <w:rPr>
                <w:rFonts w:eastAsia="Arial" w:cs="Arial"/>
                <w:b/>
                <w:color w:val="17384B"/>
                <w:sz w:val="19"/>
              </w:rPr>
              <w:t>DOCUMENTAZIONE – INTERVENTO ESEGUITO DA SOGGETTO DIVERSO DAL FABBRICANTE</w:t>
            </w:r>
          </w:p>
          <w:p w14:paraId="4D168072" w14:textId="77777777" w:rsidR="00863285" w:rsidRDefault="00000000">
            <w:pPr>
              <w:spacing w:line="271" w:lineRule="auto"/>
            </w:pPr>
            <w:r>
              <w:rPr>
                <w:rFonts w:eastAsia="Arial" w:cs="Arial"/>
                <w:sz w:val="20"/>
              </w:rPr>
              <w:t>Relazione tecnica firmata da persona competente: Descrizione nuova configurazione; calcoli di resistenza, stabilità e deformazione; analisi dei rischi; prove. A completamento: rapporto di verifica e/o collaudo, documentazione dei nuovi componenti (ove prevista), dichiarazione di corretta installazione nei casi pertinenti e descrizione nel registro di controllo.</w:t>
            </w:r>
          </w:p>
        </w:tc>
      </w:tr>
    </w:tbl>
    <w:p w14:paraId="0CAE95DB" w14:textId="77777777" w:rsidR="00863285" w:rsidRDefault="00863285">
      <w:pPr>
        <w:spacing w:line="12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4E6D6502" w14:textId="77777777">
        <w:trPr>
          <w:cantSplit/>
          <w:jc w:val="center"/>
        </w:trPr>
        <w:tc>
          <w:tcPr>
            <w:tcW w:w="15194" w:type="dxa"/>
            <w:shd w:val="clear" w:color="auto" w:fill="FFF5E5"/>
            <w:tcMar>
              <w:top w:w="105" w:type="dxa"/>
              <w:left w:w="150" w:type="dxa"/>
              <w:bottom w:w="105" w:type="dxa"/>
              <w:right w:w="150" w:type="dxa"/>
            </w:tcMar>
          </w:tcPr>
          <w:p w14:paraId="20B7B253" w14:textId="77777777" w:rsidR="00863285" w:rsidRDefault="00000000">
            <w:pPr>
              <w:spacing w:after="100"/>
            </w:pPr>
            <w:r>
              <w:rPr>
                <w:rFonts w:eastAsia="Arial" w:cs="Arial"/>
                <w:b/>
                <w:color w:val="17384B"/>
                <w:sz w:val="19"/>
              </w:rPr>
              <w:t>DOCUMENTAZIONE – INTERVENTO ESEGUITO DAL FABBRICANTE</w:t>
            </w:r>
          </w:p>
          <w:p w14:paraId="4240E3BB" w14:textId="77777777" w:rsidR="00863285" w:rsidRDefault="00000000">
            <w:pPr>
              <w:spacing w:line="271" w:lineRule="auto"/>
            </w:pPr>
            <w:r>
              <w:rPr>
                <w:rFonts w:eastAsia="Arial" w:cs="Arial"/>
                <w:sz w:val="20"/>
              </w:rPr>
              <w:t>Dichiarazione di idoneità; collaudo; documenti nuovi elementi; registrazione.</w:t>
            </w:r>
          </w:p>
        </w:tc>
      </w:tr>
    </w:tbl>
    <w:p w14:paraId="55C8E307" w14:textId="77777777" w:rsidR="00863285" w:rsidRDefault="00863285">
      <w:pPr>
        <w:spacing w:line="120" w:lineRule="exact"/>
      </w:pPr>
    </w:p>
    <w:p w14:paraId="16BA7390" w14:textId="77777777" w:rsidR="00863285" w:rsidRDefault="00000000">
      <w:pPr>
        <w:spacing w:before="40" w:after="140" w:line="257" w:lineRule="auto"/>
      </w:pPr>
      <w:r>
        <w:rPr>
          <w:rFonts w:eastAsia="Arial" w:cs="Arial"/>
          <w:b/>
          <w:color w:val="17384B"/>
          <w:sz w:val="19"/>
        </w:rPr>
        <w:t>VERIFICA DI APPLICABILITÀ   □ Condizioni soddisfatte   □ Richieste integrazioni   □ Da valutare modifica sostanziale</w:t>
      </w:r>
    </w:p>
    <w:p w14:paraId="09F023FF" w14:textId="77777777" w:rsidR="00863285" w:rsidRDefault="00000000">
      <w:pPr>
        <w:spacing w:after="140" w:line="252" w:lineRule="auto"/>
      </w:pPr>
      <w:r>
        <w:rPr>
          <w:rFonts w:eastAsia="Arial" w:cs="Arial"/>
          <w:sz w:val="18"/>
        </w:rPr>
        <w:t>Responsabile valutazione: ____________________________    Data: __________________    Riferimento pratica: __________________</w:t>
      </w:r>
    </w:p>
    <w:p w14:paraId="5CA1A874" w14:textId="77777777" w:rsidR="00863285" w:rsidRDefault="00000000">
      <w:pPr>
        <w:spacing w:after="100"/>
      </w:pPr>
      <w:r>
        <w:rPr>
          <w:rFonts w:eastAsia="Arial" w:cs="Arial"/>
          <w:i/>
          <w:color w:val="627584"/>
          <w:sz w:val="16"/>
        </w:rPr>
        <w:t>Fonte: INAIL, ottobre 2026, scheda 1.04 (pag. 22). Sintesi rielaborata; per condizioni ed elenchi documentali integrali consultare la fonte.</w:t>
      </w:r>
    </w:p>
    <w:p w14:paraId="40C85A89" w14:textId="77777777" w:rsidR="00863285" w:rsidRDefault="00000000">
      <w:pPr>
        <w:spacing w:line="254" w:lineRule="auto"/>
      </w:pPr>
      <w:hyperlink w:anchor="tabella_04" w:history="1">
        <w:r>
          <w:rPr>
            <w:b/>
            <w:color w:val="2E6876"/>
            <w:sz w:val="19"/>
          </w:rPr>
          <w:t>Tabella completa e note della scheda 1.04 → pagina 11</w:t>
        </w:r>
      </w:hyperlink>
      <w:r>
        <w:rPr>
          <w:rFonts w:eastAsia="Arial" w:cs="Arial"/>
          <w:color w:val="627584"/>
          <w:sz w:val="19"/>
        </w:rPr>
        <w:t xml:space="preserve">    |    </w:t>
      </w:r>
      <w:hyperlink w:anchor="indice" w:history="1">
        <w:r>
          <w:rPr>
            <w:color w:val="2E6876"/>
            <w:sz w:val="18"/>
          </w:rPr>
          <w:t>Torna all’indice</w:t>
        </w:r>
      </w:hyperlink>
    </w:p>
    <w:p w14:paraId="6145FEED" w14:textId="77777777" w:rsidR="00863285" w:rsidRDefault="00000000">
      <w:pPr>
        <w:pageBreakBefore/>
        <w:spacing w:after="100"/>
      </w:pPr>
      <w:bookmarkStart w:id="9" w:name="tabella_04"/>
      <w:r>
        <w:rPr>
          <w:rFonts w:eastAsia="Arial" w:cs="Arial"/>
          <w:b/>
          <w:color w:val="2E6876"/>
          <w:sz w:val="18"/>
        </w:rPr>
        <w:t>SCHEDA 1.04  /  TESTO DI DETTAGLIO</w:t>
      </w:r>
      <w:bookmarkEnd w:id="9"/>
    </w:p>
    <w:p w14:paraId="5551BD09" w14:textId="77777777" w:rsidR="00863285" w:rsidRDefault="00000000">
      <w:pPr>
        <w:pStyle w:val="Titolo1"/>
        <w:pBdr>
          <w:bottom w:val="single" w:sz="8" w:space="5" w:color="D99927"/>
        </w:pBdr>
        <w:spacing w:before="0" w:after="100" w:line="247" w:lineRule="auto"/>
      </w:pPr>
      <w:r>
        <w:rPr>
          <w:rFonts w:ascii="Arial" w:eastAsia="Arial" w:hAnsi="Arial" w:cs="Arial"/>
          <w:sz w:val="37"/>
        </w:rPr>
        <w:t>Tabella completa: condizioni e documentazione</w:t>
      </w:r>
    </w:p>
    <w:p w14:paraId="3BCDF489" w14:textId="77777777" w:rsidR="00863285" w:rsidRDefault="00000000">
      <w:pPr>
        <w:spacing w:before="140" w:after="160" w:line="250" w:lineRule="auto"/>
      </w:pPr>
      <w:r>
        <w:rPr>
          <w:rFonts w:eastAsia="Arial" w:cs="Arial"/>
          <w:b/>
          <w:color w:val="17384B"/>
          <w:sz w:val="18"/>
        </w:rPr>
        <w:t>NON è richiesta una nuova Marcatura CE e rilascio di nuova dichiarazione CE di conformità, se sono verificate le condizioni sottoelencate.</w:t>
      </w:r>
    </w:p>
    <w:tbl>
      <w:tblPr>
        <w:tblW w:w="15196" w:type="dxa"/>
        <w:jc w:val="center"/>
        <w:tblBorders>
          <w:top w:val="single" w:sz="4" w:space="0" w:color="D4E1E7"/>
          <w:left w:val="single" w:sz="4" w:space="0" w:color="D4E1E7"/>
          <w:bottom w:val="single" w:sz="4" w:space="0" w:color="D4E1E7"/>
          <w:right w:val="single" w:sz="4" w:space="0" w:color="D4E1E7"/>
          <w:insideH w:val="single" w:sz="4" w:space="0" w:color="D4E1E7"/>
          <w:insideV w:val="single" w:sz="4" w:space="0" w:color="D4E1E7"/>
        </w:tblBorders>
        <w:tblLayout w:type="fixed"/>
        <w:tblLook w:val="04A0" w:firstRow="1" w:lastRow="0" w:firstColumn="1" w:lastColumn="0" w:noHBand="0" w:noVBand="1"/>
      </w:tblPr>
      <w:tblGrid>
        <w:gridCol w:w="2268"/>
        <w:gridCol w:w="3458"/>
        <w:gridCol w:w="5415"/>
        <w:gridCol w:w="4055"/>
      </w:tblGrid>
      <w:tr w:rsidR="00863285" w14:paraId="51DC3E2B" w14:textId="77777777">
        <w:trPr>
          <w:cantSplit/>
          <w:tblHeader/>
          <w:jc w:val="center"/>
        </w:trPr>
        <w:tc>
          <w:tcPr>
            <w:tcW w:w="2268" w:type="dxa"/>
            <w:shd w:val="clear" w:color="auto" w:fill="17384B"/>
            <w:tcMar>
              <w:top w:w="95" w:type="dxa"/>
              <w:left w:w="105" w:type="dxa"/>
              <w:bottom w:w="95" w:type="dxa"/>
              <w:right w:w="105" w:type="dxa"/>
            </w:tcMar>
          </w:tcPr>
          <w:p w14:paraId="672B05AE" w14:textId="77777777" w:rsidR="00863285" w:rsidRDefault="00000000">
            <w:pPr>
              <w:spacing w:line="252" w:lineRule="auto"/>
            </w:pPr>
            <w:r>
              <w:rPr>
                <w:rFonts w:eastAsia="Arial" w:cs="Arial"/>
                <w:b/>
                <w:color w:val="FFFFFF"/>
                <w:sz w:val="17"/>
              </w:rPr>
              <w:t>DESCRIZIONE</w:t>
            </w:r>
            <w:r>
              <w:rPr>
                <w:rFonts w:eastAsia="Arial" w:cs="Arial"/>
                <w:b/>
                <w:color w:val="FFFFFF"/>
                <w:sz w:val="17"/>
              </w:rPr>
              <w:br/>
              <w:t>INTERVENTO</w:t>
            </w:r>
          </w:p>
        </w:tc>
        <w:tc>
          <w:tcPr>
            <w:tcW w:w="3458" w:type="dxa"/>
            <w:shd w:val="clear" w:color="auto" w:fill="17384B"/>
            <w:tcMar>
              <w:top w:w="95" w:type="dxa"/>
              <w:left w:w="105" w:type="dxa"/>
              <w:bottom w:w="95" w:type="dxa"/>
              <w:right w:w="105" w:type="dxa"/>
            </w:tcMar>
          </w:tcPr>
          <w:p w14:paraId="7885E336" w14:textId="77777777" w:rsidR="00863285" w:rsidRDefault="00000000">
            <w:pPr>
              <w:spacing w:line="252" w:lineRule="auto"/>
            </w:pPr>
            <w:r>
              <w:rPr>
                <w:rFonts w:eastAsia="Arial" w:cs="Arial"/>
                <w:b/>
                <w:color w:val="FFFFFF"/>
                <w:sz w:val="17"/>
              </w:rPr>
              <w:t>CONDIZIONI</w:t>
            </w:r>
          </w:p>
        </w:tc>
        <w:tc>
          <w:tcPr>
            <w:tcW w:w="5414" w:type="dxa"/>
            <w:shd w:val="clear" w:color="auto" w:fill="17384B"/>
            <w:tcMar>
              <w:top w:w="95" w:type="dxa"/>
              <w:left w:w="105" w:type="dxa"/>
              <w:bottom w:w="95" w:type="dxa"/>
              <w:right w:w="105" w:type="dxa"/>
            </w:tcMar>
          </w:tcPr>
          <w:p w14:paraId="436A8A40"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Soggetto diverso dal fabbricante</w:t>
            </w:r>
          </w:p>
        </w:tc>
        <w:tc>
          <w:tcPr>
            <w:tcW w:w="4054" w:type="dxa"/>
            <w:shd w:val="clear" w:color="auto" w:fill="17384B"/>
            <w:tcMar>
              <w:top w:w="95" w:type="dxa"/>
              <w:left w:w="105" w:type="dxa"/>
              <w:bottom w:w="95" w:type="dxa"/>
              <w:right w:w="105" w:type="dxa"/>
            </w:tcMar>
          </w:tcPr>
          <w:p w14:paraId="694687FF"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Fabbricante</w:t>
            </w:r>
          </w:p>
        </w:tc>
      </w:tr>
      <w:tr w:rsidR="00863285" w14:paraId="0D2AE3EC" w14:textId="77777777">
        <w:trPr>
          <w:cantSplit/>
          <w:jc w:val="center"/>
        </w:trPr>
        <w:tc>
          <w:tcPr>
            <w:tcW w:w="2268" w:type="dxa"/>
            <w:shd w:val="clear" w:color="auto" w:fill="EFF5F8"/>
            <w:tcMar>
              <w:top w:w="100" w:type="dxa"/>
              <w:left w:w="100" w:type="dxa"/>
              <w:bottom w:w="95" w:type="dxa"/>
              <w:right w:w="100" w:type="dxa"/>
            </w:tcMar>
          </w:tcPr>
          <w:p w14:paraId="0949CD1E" w14:textId="77777777" w:rsidR="00863285" w:rsidRDefault="00000000">
            <w:pPr>
              <w:spacing w:after="120" w:line="253" w:lineRule="auto"/>
            </w:pPr>
            <w:r>
              <w:rPr>
                <w:rFonts w:eastAsia="Arial" w:cs="Arial"/>
                <w:b/>
                <w:sz w:val="18"/>
              </w:rPr>
              <w:t>VARIAZIONI DI GEOMETRIA E/O DI MASSA E/O DELLE REAZIONI</w:t>
            </w:r>
          </w:p>
          <w:p w14:paraId="6F4EB50A" w14:textId="77777777" w:rsidR="00863285" w:rsidRDefault="00000000">
            <w:pPr>
              <w:spacing w:after="50" w:line="253" w:lineRule="auto"/>
            </w:pPr>
            <w:r>
              <w:rPr>
                <w:rFonts w:eastAsia="Arial" w:cs="Arial"/>
                <w:sz w:val="18"/>
              </w:rPr>
              <w:t>(es.: aumento della lunghezza del braccio di una gru a bandiera con riduzione della portata, riduzione dell’altezza della colonna di una gru a bandiera, aumento dello scartamento di un carroponte con riduzione della portata, ecc.)</w:t>
            </w:r>
          </w:p>
        </w:tc>
        <w:tc>
          <w:tcPr>
            <w:tcW w:w="3458" w:type="dxa"/>
            <w:shd w:val="clear" w:color="auto" w:fill="F8FAFB"/>
            <w:tcMar>
              <w:top w:w="100" w:type="dxa"/>
              <w:left w:w="100" w:type="dxa"/>
              <w:bottom w:w="95" w:type="dxa"/>
              <w:right w:w="100" w:type="dxa"/>
            </w:tcMar>
          </w:tcPr>
          <w:p w14:paraId="398422DD" w14:textId="77777777" w:rsidR="00863285" w:rsidRDefault="00000000">
            <w:pPr>
              <w:spacing w:after="100" w:line="253" w:lineRule="auto"/>
              <w:ind w:left="136" w:hanging="136"/>
            </w:pPr>
            <w:r>
              <w:rPr>
                <w:rFonts w:eastAsia="Arial" w:cs="Arial"/>
                <w:sz w:val="18"/>
              </w:rPr>
              <w:t>- l’intervento non comporta incremento dello stato tensionale rispetto a quello della macchina originaria (nell’ambito dei limiti previsti dal fabbricante);</w:t>
            </w:r>
          </w:p>
          <w:p w14:paraId="1D3A5739" w14:textId="77777777" w:rsidR="00863285" w:rsidRDefault="00000000">
            <w:pPr>
              <w:spacing w:after="100" w:line="253" w:lineRule="auto"/>
              <w:ind w:left="136" w:hanging="136"/>
            </w:pPr>
            <w:r>
              <w:rPr>
                <w:rFonts w:eastAsia="Arial" w:cs="Arial"/>
                <w:sz w:val="18"/>
              </w:rPr>
              <w:t>- l’intervento non comporta rischi supplementari, con riferimento ai requisiti essenziali di sicurezza sui quali l’intervento potrebbe incidere.</w:t>
            </w:r>
          </w:p>
        </w:tc>
        <w:tc>
          <w:tcPr>
            <w:tcW w:w="5414" w:type="dxa"/>
            <w:tcMar>
              <w:top w:w="100" w:type="dxa"/>
              <w:left w:w="100" w:type="dxa"/>
              <w:bottom w:w="95" w:type="dxa"/>
              <w:right w:w="100" w:type="dxa"/>
            </w:tcMar>
          </w:tcPr>
          <w:p w14:paraId="6230DE80" w14:textId="77777777" w:rsidR="00863285" w:rsidRDefault="00000000">
            <w:pPr>
              <w:spacing w:after="80" w:line="253" w:lineRule="auto"/>
            </w:pPr>
            <w:r>
              <w:rPr>
                <w:rFonts w:eastAsia="Arial" w:cs="Arial"/>
                <w:sz w:val="18"/>
              </w:rPr>
              <w:t>1. Relazione tecnica, firmata da persona competente, contenente:</w:t>
            </w:r>
          </w:p>
          <w:p w14:paraId="07D4C891" w14:textId="77777777" w:rsidR="00863285" w:rsidRDefault="00000000">
            <w:pPr>
              <w:spacing w:after="64" w:line="253" w:lineRule="auto"/>
              <w:ind w:left="238" w:hanging="136"/>
            </w:pPr>
            <w:r>
              <w:rPr>
                <w:rFonts w:eastAsia="Arial" w:cs="Arial"/>
                <w:sz w:val="18"/>
              </w:rPr>
              <w:t>- descrizione dell’intervento con indicazione delle variazioni realizzate;</w:t>
            </w:r>
          </w:p>
          <w:p w14:paraId="091F2404" w14:textId="77777777" w:rsidR="00863285" w:rsidRDefault="00000000">
            <w:pPr>
              <w:spacing w:after="64" w:line="253" w:lineRule="auto"/>
              <w:ind w:left="238" w:hanging="136"/>
            </w:pPr>
            <w:r>
              <w:rPr>
                <w:rFonts w:eastAsia="Arial" w:cs="Arial"/>
                <w:sz w:val="18"/>
              </w:rPr>
              <w:t>- finalità dell’intervento;</w:t>
            </w:r>
          </w:p>
          <w:p w14:paraId="0AB56FEB" w14:textId="77777777" w:rsidR="00863285" w:rsidRDefault="00000000">
            <w:pPr>
              <w:spacing w:after="64" w:line="253" w:lineRule="auto"/>
              <w:ind w:left="238" w:hanging="136"/>
            </w:pPr>
            <w:r>
              <w:rPr>
                <w:rFonts w:eastAsia="Arial" w:cs="Arial"/>
                <w:sz w:val="18"/>
              </w:rPr>
              <w:t>- verifica dello stato tensionale delle strutture, condotta sulla base di norme di buona tecnica (ove disponibili), con attestazione del non superamento dei limiti originari in relazione ad esempio a resistenza, stabilità e deformazione;</w:t>
            </w:r>
          </w:p>
          <w:p w14:paraId="6D934244" w14:textId="77777777" w:rsidR="00863285" w:rsidRDefault="00000000">
            <w:pPr>
              <w:spacing w:after="64" w:line="253" w:lineRule="auto"/>
              <w:ind w:left="238" w:hanging="136"/>
            </w:pPr>
            <w:r>
              <w:rPr>
                <w:rFonts w:eastAsia="Arial" w:cs="Arial"/>
                <w:sz w:val="18"/>
              </w:rPr>
              <w:t>- estratto della valutazione del rischio condotta secondo la UNI EN ISO 12100 relativamente ai rischi che potrebbero subire modifiche in conseguenza dell’intervento di cui trattasi;</w:t>
            </w:r>
          </w:p>
          <w:p w14:paraId="456217E0" w14:textId="77777777" w:rsidR="00863285" w:rsidRDefault="00000000">
            <w:pPr>
              <w:spacing w:after="64" w:line="253" w:lineRule="auto"/>
              <w:ind w:left="238" w:hanging="136"/>
            </w:pPr>
            <w:r>
              <w:rPr>
                <w:rFonts w:eastAsia="Arial" w:cs="Arial"/>
                <w:sz w:val="18"/>
              </w:rPr>
              <w:t>- prove e/o verifiche da condurre a seguito dell’attuazione degli interventi.</w:t>
            </w:r>
          </w:p>
          <w:p w14:paraId="5F3AB8E0" w14:textId="77777777" w:rsidR="00863285" w:rsidRDefault="00000000">
            <w:pPr>
              <w:spacing w:after="80" w:line="253" w:lineRule="auto"/>
              <w:ind w:left="136" w:hanging="136"/>
            </w:pPr>
            <w:r>
              <w:rPr>
                <w:rFonts w:eastAsia="Arial" w:cs="Arial"/>
                <w:sz w:val="18"/>
              </w:rPr>
              <w:t>2. Rapporto di verifica e/o collaudo con la descrizione dei test condotti e relativo esito, sulla base di quanto previsto nella relazione tecnica.</w:t>
            </w:r>
          </w:p>
          <w:p w14:paraId="6AD354AC" w14:textId="77777777" w:rsidR="00863285" w:rsidRDefault="00000000">
            <w:pPr>
              <w:spacing w:after="80" w:line="253" w:lineRule="auto"/>
              <w:ind w:left="136" w:hanging="136"/>
            </w:pPr>
            <w:r>
              <w:rPr>
                <w:rFonts w:eastAsia="Arial" w:cs="Arial"/>
                <w:sz w:val="18"/>
              </w:rPr>
              <w:t>3. Documentazione a corredo degli elementi inseriti (ove prevista), in particolare eventuale dichiarazione CE di conformità e istruzioni.</w:t>
            </w:r>
          </w:p>
          <w:p w14:paraId="48642885" w14:textId="77777777" w:rsidR="00863285" w:rsidRDefault="00000000">
            <w:pPr>
              <w:spacing w:after="80" w:line="253" w:lineRule="auto"/>
              <w:ind w:left="136" w:hanging="136"/>
            </w:pPr>
            <w:r>
              <w:rPr>
                <w:rFonts w:eastAsia="Arial" w:cs="Arial"/>
                <w:sz w:val="18"/>
              </w:rPr>
              <w:t>4. Descrizione dell’intervento nel registro di controllo.</w:t>
            </w:r>
          </w:p>
        </w:tc>
        <w:tc>
          <w:tcPr>
            <w:tcW w:w="4054" w:type="dxa"/>
            <w:tcMar>
              <w:top w:w="100" w:type="dxa"/>
              <w:left w:w="100" w:type="dxa"/>
              <w:bottom w:w="95" w:type="dxa"/>
              <w:right w:w="100" w:type="dxa"/>
            </w:tcMar>
          </w:tcPr>
          <w:p w14:paraId="45734EA8" w14:textId="77777777" w:rsidR="00863285" w:rsidRDefault="00000000">
            <w:pPr>
              <w:spacing w:after="100" w:line="253" w:lineRule="auto"/>
              <w:ind w:left="136" w:hanging="136"/>
            </w:pPr>
            <w:r>
              <w:rPr>
                <w:rFonts w:eastAsia="Arial" w:cs="Arial"/>
                <w:sz w:val="18"/>
              </w:rPr>
              <w:t>1. Dichiarazione di idoneità del fabbricante, nella quale è esplicitato che l’intervento condotto non fa decadere la validità dell’originaria dichiarazione di conformità della macchina.</w:t>
            </w:r>
          </w:p>
          <w:p w14:paraId="739D62C9" w14:textId="77777777" w:rsidR="00863285" w:rsidRDefault="00000000">
            <w:pPr>
              <w:spacing w:after="100" w:line="253" w:lineRule="auto"/>
              <w:ind w:left="136" w:hanging="136"/>
            </w:pPr>
            <w:r>
              <w:rPr>
                <w:rFonts w:eastAsia="Arial" w:cs="Arial"/>
                <w:sz w:val="18"/>
              </w:rPr>
              <w:t>2. Rapporto di verifica e/o collaudo con la descrizione dei test condotti e relativo esito.</w:t>
            </w:r>
          </w:p>
          <w:p w14:paraId="77E3BE77" w14:textId="77777777" w:rsidR="00863285" w:rsidRDefault="00000000">
            <w:pPr>
              <w:spacing w:after="100" w:line="253" w:lineRule="auto"/>
              <w:ind w:left="136" w:hanging="136"/>
            </w:pPr>
            <w:r>
              <w:rPr>
                <w:rFonts w:eastAsia="Arial" w:cs="Arial"/>
                <w:sz w:val="18"/>
              </w:rPr>
              <w:t>3. Documentazione a corredo degli elementi inseriti (ove prevista), in particolare eventuale dichiarazione CE di conformità e istruzioni.</w:t>
            </w:r>
          </w:p>
          <w:p w14:paraId="770EC866" w14:textId="77777777" w:rsidR="00863285" w:rsidRDefault="00000000">
            <w:pPr>
              <w:spacing w:after="100" w:line="253" w:lineRule="auto"/>
              <w:ind w:left="136" w:hanging="136"/>
            </w:pPr>
            <w:r>
              <w:rPr>
                <w:rFonts w:eastAsia="Arial" w:cs="Arial"/>
                <w:sz w:val="18"/>
              </w:rPr>
              <w:t>4. Descrizione dell’intervento nel registro di controllo.</w:t>
            </w:r>
          </w:p>
        </w:tc>
      </w:tr>
    </w:tbl>
    <w:p w14:paraId="417699BE" w14:textId="77777777" w:rsidR="00863285" w:rsidRDefault="00000000">
      <w:pPr>
        <w:spacing w:before="120" w:line="240" w:lineRule="auto"/>
      </w:pPr>
      <w:r>
        <w:rPr>
          <w:rFonts w:eastAsia="Arial" w:cs="Arial"/>
          <w:i/>
          <w:color w:val="627584"/>
          <w:sz w:val="15"/>
        </w:rPr>
        <w:t>Provenienza: «tabelle.docx», scheda 1.04 (pagina 4 del documento fornito). Testo ricomposto in tabella Word.</w:t>
      </w:r>
    </w:p>
    <w:p w14:paraId="7DF4F306" w14:textId="77777777" w:rsidR="00863285" w:rsidRDefault="00000000">
      <w:pPr>
        <w:pageBreakBefore/>
        <w:spacing w:after="100"/>
      </w:pPr>
      <w:bookmarkStart w:id="10" w:name="scheda_05"/>
      <w:r>
        <w:rPr>
          <w:rFonts w:eastAsia="Arial" w:cs="Arial"/>
          <w:b/>
          <w:color w:val="2E6876"/>
          <w:sz w:val="18"/>
        </w:rPr>
        <w:t>SCHEDA 1.05  /  SINTESI ILLUSTRATA</w:t>
      </w:r>
      <w:bookmarkEnd w:id="10"/>
    </w:p>
    <w:p w14:paraId="391C27B0" w14:textId="77777777" w:rsidR="00863285" w:rsidRDefault="00000000">
      <w:pPr>
        <w:pStyle w:val="Titolo1"/>
        <w:pBdr>
          <w:bottom w:val="single" w:sz="8" w:space="5" w:color="D99927"/>
        </w:pBdr>
        <w:spacing w:before="0" w:after="100" w:line="247" w:lineRule="auto"/>
      </w:pPr>
      <w:r>
        <w:rPr>
          <w:rFonts w:ascii="Arial" w:eastAsia="Arial" w:hAnsi="Arial" w:cs="Arial"/>
          <w:sz w:val="37"/>
        </w:rPr>
        <w:t>INSTALLAZIONE DI COMPONENTI DI SICUREZZA</w:t>
      </w:r>
    </w:p>
    <w:p w14:paraId="082B642E" w14:textId="77777777" w:rsidR="00863285" w:rsidRDefault="00000000">
      <w:pPr>
        <w:keepNext/>
        <w:spacing w:before="80" w:after="180" w:line="250" w:lineRule="auto"/>
      </w:pPr>
      <w:r>
        <w:rPr>
          <w:rFonts w:eastAsia="Arial" w:cs="Arial"/>
          <w:color w:val="627584"/>
          <w:sz w:val="18"/>
        </w:rPr>
        <w:t>INTERVENTO • CONDIZIONI DI CLASSIFICAZIONE • EVIDENZE TECNICHE</w:t>
      </w: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8959"/>
        <w:gridCol w:w="6237"/>
      </w:tblGrid>
      <w:tr w:rsidR="00863285" w14:paraId="539B7358" w14:textId="77777777">
        <w:trPr>
          <w:cantSplit/>
          <w:jc w:val="center"/>
        </w:trPr>
        <w:tc>
          <w:tcPr>
            <w:tcW w:w="8957" w:type="dxa"/>
            <w:shd w:val="clear" w:color="auto" w:fill="EFF5F8"/>
            <w:tcMar>
              <w:top w:w="160" w:type="dxa"/>
              <w:left w:w="170" w:type="dxa"/>
              <w:bottom w:w="160" w:type="dxa"/>
              <w:right w:w="170" w:type="dxa"/>
            </w:tcMar>
            <w:vAlign w:val="center"/>
          </w:tcPr>
          <w:p w14:paraId="03AEF901" w14:textId="77777777" w:rsidR="00863285" w:rsidRDefault="00000000">
            <w:pPr>
              <w:spacing w:after="100"/>
            </w:pPr>
            <w:r>
              <w:rPr>
                <w:rFonts w:eastAsia="Arial" w:cs="Arial"/>
                <w:b/>
                <w:color w:val="2E6876"/>
                <w:sz w:val="20"/>
              </w:rPr>
              <w:t>TIPOLOGIA E DESCRIZIONE</w:t>
            </w:r>
          </w:p>
          <w:p w14:paraId="6A9348FE" w14:textId="77777777" w:rsidR="00863285" w:rsidRDefault="00000000">
            <w:pPr>
              <w:spacing w:after="200" w:line="276" w:lineRule="auto"/>
            </w:pPr>
            <w:r>
              <w:rPr>
                <w:rFonts w:eastAsia="Arial" w:cs="Arial"/>
                <w:sz w:val="22"/>
              </w:rPr>
              <w:t>Anticollisione, antideragliamento, limitatori di carico o momento, freni, finecorsa, pulsanti di emergenza e dispositivi affini.</w:t>
            </w:r>
          </w:p>
          <w:p w14:paraId="2F6429DE" w14:textId="77777777" w:rsidR="00863285" w:rsidRDefault="00000000">
            <w:pPr>
              <w:spacing w:after="100"/>
            </w:pPr>
            <w:r>
              <w:rPr>
                <w:rFonts w:eastAsia="Arial" w:cs="Arial"/>
                <w:b/>
                <w:color w:val="2E6876"/>
                <w:sz w:val="20"/>
              </w:rPr>
              <w:t>CONDIZIONI DA DIMOSTRARE</w:t>
            </w:r>
          </w:p>
          <w:p w14:paraId="30A6EB36" w14:textId="77777777" w:rsidR="00863285" w:rsidRDefault="00000000">
            <w:pPr>
              <w:spacing w:line="276" w:lineRule="auto"/>
            </w:pPr>
            <w:r>
              <w:rPr>
                <w:rFonts w:eastAsia="Arial" w:cs="Arial"/>
                <w:sz w:val="22"/>
              </w:rPr>
              <w:t>Logica di funzionamento non alterata; dispositivi tecnicamente e funzionalmente adeguati, compatibili con macchina e comandi; nessun rischio aggiuntivo.</w:t>
            </w:r>
          </w:p>
        </w:tc>
        <w:tc>
          <w:tcPr>
            <w:tcW w:w="6236" w:type="dxa"/>
            <w:tcMar>
              <w:top w:w="0" w:type="dxa"/>
              <w:left w:w="90" w:type="dxa"/>
              <w:bottom w:w="0" w:type="dxa"/>
              <w:right w:w="0" w:type="dxa"/>
            </w:tcMar>
          </w:tcPr>
          <w:p w14:paraId="0E9A4DFD" w14:textId="77777777" w:rsidR="00863285" w:rsidRDefault="00000000">
            <w:pPr>
              <w:spacing w:line="240" w:lineRule="auto"/>
              <w:jc w:val="center"/>
            </w:pPr>
            <w:r>
              <w:rPr>
                <w:noProof/>
              </w:rPr>
              <w:drawing>
                <wp:inline distT="0" distB="0" distL="0" distR="0" wp14:anchorId="0EBAC791" wp14:editId="2E86BB07">
                  <wp:extent cx="3708000" cy="2017152"/>
                  <wp:effectExtent l="0" t="0" r="0" b="0"/>
                  <wp:docPr id="8" name="Picture 8" descr="Schema illustrativo originale per la scheda 1.05 - rappresentazione esemplificativa, non esecu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3708000" cy="2017152"/>
                          </a:xfrm>
                          <a:prstGeom prst="rect">
                            <a:avLst/>
                          </a:prstGeom>
                        </pic:spPr>
                      </pic:pic>
                    </a:graphicData>
                  </a:graphic>
                </wp:inline>
              </w:drawing>
            </w:r>
          </w:p>
          <w:p w14:paraId="50AE8E71" w14:textId="77777777" w:rsidR="00863285" w:rsidRDefault="00000000">
            <w:pPr>
              <w:spacing w:before="60"/>
              <w:jc w:val="center"/>
            </w:pPr>
            <w:r>
              <w:rPr>
                <w:rFonts w:eastAsia="Arial" w:cs="Arial"/>
                <w:color w:val="627584"/>
                <w:sz w:val="15"/>
              </w:rPr>
              <w:t>Illustrazione tecnica originale • esemplificativa</w:t>
            </w:r>
          </w:p>
        </w:tc>
      </w:tr>
    </w:tbl>
    <w:p w14:paraId="0DA4DF33" w14:textId="77777777" w:rsidR="00863285" w:rsidRDefault="00863285">
      <w:pPr>
        <w:spacing w:line="16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25602E94" w14:textId="77777777">
        <w:trPr>
          <w:cantSplit/>
          <w:jc w:val="center"/>
        </w:trPr>
        <w:tc>
          <w:tcPr>
            <w:tcW w:w="15194" w:type="dxa"/>
            <w:shd w:val="clear" w:color="auto" w:fill="EFF5F8"/>
            <w:tcMar>
              <w:top w:w="105" w:type="dxa"/>
              <w:left w:w="150" w:type="dxa"/>
              <w:bottom w:w="105" w:type="dxa"/>
              <w:right w:w="150" w:type="dxa"/>
            </w:tcMar>
          </w:tcPr>
          <w:p w14:paraId="09134E0B" w14:textId="77777777" w:rsidR="00863285" w:rsidRDefault="00000000">
            <w:pPr>
              <w:spacing w:after="100"/>
            </w:pPr>
            <w:r>
              <w:rPr>
                <w:rFonts w:eastAsia="Arial" w:cs="Arial"/>
                <w:b/>
                <w:color w:val="17384B"/>
                <w:sz w:val="19"/>
              </w:rPr>
              <w:t>DOCUMENTAZIONE – INTERVENTO ESEGUITO DA SOGGETTO DIVERSO DAL FABBRICANTE</w:t>
            </w:r>
          </w:p>
          <w:p w14:paraId="44A5BD69" w14:textId="77777777" w:rsidR="00863285" w:rsidRDefault="00000000">
            <w:pPr>
              <w:spacing w:line="271" w:lineRule="auto"/>
            </w:pPr>
            <w:r>
              <w:rPr>
                <w:rFonts w:eastAsia="Arial" w:cs="Arial"/>
                <w:sz w:val="20"/>
              </w:rPr>
              <w:t>Relazione tecnica firmata da persona competente: Specifiche dispositivi e compatibilità; verifiche strutturali ove pertinenti; UNI EN ISO 12100; prove e aggiornamento schemi elettrici. A completamento: rapporto di verifica e/o collaudo, documentazione dei nuovi componenti (ove prevista), dichiarazione di corretta installazione nei casi pertinenti e descrizione nel registro di controllo.</w:t>
            </w:r>
          </w:p>
        </w:tc>
      </w:tr>
    </w:tbl>
    <w:p w14:paraId="75E7978A" w14:textId="77777777" w:rsidR="00863285" w:rsidRDefault="00863285">
      <w:pPr>
        <w:spacing w:line="12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2F2CA05D" w14:textId="77777777">
        <w:trPr>
          <w:cantSplit/>
          <w:jc w:val="center"/>
        </w:trPr>
        <w:tc>
          <w:tcPr>
            <w:tcW w:w="15194" w:type="dxa"/>
            <w:shd w:val="clear" w:color="auto" w:fill="FFF5E5"/>
            <w:tcMar>
              <w:top w:w="105" w:type="dxa"/>
              <w:left w:w="150" w:type="dxa"/>
              <w:bottom w:w="105" w:type="dxa"/>
              <w:right w:w="150" w:type="dxa"/>
            </w:tcMar>
          </w:tcPr>
          <w:p w14:paraId="50AD76AD" w14:textId="77777777" w:rsidR="00863285" w:rsidRDefault="00000000">
            <w:pPr>
              <w:spacing w:after="100"/>
            </w:pPr>
            <w:r>
              <w:rPr>
                <w:rFonts w:eastAsia="Arial" w:cs="Arial"/>
                <w:b/>
                <w:color w:val="17384B"/>
                <w:sz w:val="19"/>
              </w:rPr>
              <w:t>DOCUMENTAZIONE – INTERVENTO ESEGUITO DAL FABBRICANTE</w:t>
            </w:r>
          </w:p>
          <w:p w14:paraId="29AEBA45" w14:textId="77777777" w:rsidR="00863285" w:rsidRDefault="00000000">
            <w:pPr>
              <w:spacing w:line="271" w:lineRule="auto"/>
            </w:pPr>
            <w:r>
              <w:rPr>
                <w:rFonts w:eastAsia="Arial" w:cs="Arial"/>
                <w:sz w:val="20"/>
              </w:rPr>
              <w:t>Dichiarazione del fabbricante; schemi aggiornati; prove; certificazioni e istruzioni; registro.</w:t>
            </w:r>
          </w:p>
        </w:tc>
      </w:tr>
    </w:tbl>
    <w:p w14:paraId="5E10EB92" w14:textId="77777777" w:rsidR="00863285" w:rsidRDefault="00863285">
      <w:pPr>
        <w:spacing w:line="120" w:lineRule="exact"/>
      </w:pPr>
    </w:p>
    <w:p w14:paraId="4A2A2D6F" w14:textId="77777777" w:rsidR="00863285" w:rsidRDefault="00000000">
      <w:pPr>
        <w:spacing w:before="40" w:after="140" w:line="257" w:lineRule="auto"/>
      </w:pPr>
      <w:r>
        <w:rPr>
          <w:rFonts w:eastAsia="Arial" w:cs="Arial"/>
          <w:b/>
          <w:color w:val="17384B"/>
          <w:sz w:val="19"/>
        </w:rPr>
        <w:t>VERIFICA DI APPLICABILITÀ   □ Condizioni soddisfatte   □ Richieste integrazioni   □ Da valutare modifica sostanziale</w:t>
      </w:r>
    </w:p>
    <w:p w14:paraId="4F1DDCA8" w14:textId="77777777" w:rsidR="00863285" w:rsidRDefault="00000000">
      <w:pPr>
        <w:spacing w:after="140" w:line="252" w:lineRule="auto"/>
      </w:pPr>
      <w:r>
        <w:rPr>
          <w:rFonts w:eastAsia="Arial" w:cs="Arial"/>
          <w:sz w:val="18"/>
        </w:rPr>
        <w:t>Responsabile valutazione: ____________________________    Data: __________________    Riferimento pratica: __________________</w:t>
      </w:r>
    </w:p>
    <w:p w14:paraId="47A6F0FF" w14:textId="77777777" w:rsidR="00863285" w:rsidRDefault="00000000">
      <w:pPr>
        <w:spacing w:after="100"/>
      </w:pPr>
      <w:r>
        <w:rPr>
          <w:rFonts w:eastAsia="Arial" w:cs="Arial"/>
          <w:i/>
          <w:color w:val="627584"/>
          <w:sz w:val="16"/>
        </w:rPr>
        <w:t>Fonte: INAIL, ottobre 2026, scheda 1.05 (pag. 23). Sintesi rielaborata; per condizioni ed elenchi documentali integrali consultare la fonte.</w:t>
      </w:r>
    </w:p>
    <w:p w14:paraId="6A7849EA" w14:textId="77777777" w:rsidR="00863285" w:rsidRDefault="00000000">
      <w:pPr>
        <w:spacing w:line="254" w:lineRule="auto"/>
      </w:pPr>
      <w:hyperlink w:anchor="tabella_05" w:history="1">
        <w:r>
          <w:rPr>
            <w:b/>
            <w:color w:val="2E6876"/>
            <w:sz w:val="19"/>
          </w:rPr>
          <w:t>Tabella completa e note della scheda 1.05 → pagina 13</w:t>
        </w:r>
      </w:hyperlink>
      <w:r>
        <w:rPr>
          <w:rFonts w:eastAsia="Arial" w:cs="Arial"/>
          <w:color w:val="627584"/>
          <w:sz w:val="19"/>
        </w:rPr>
        <w:t xml:space="preserve">    |    </w:t>
      </w:r>
      <w:hyperlink w:anchor="indice" w:history="1">
        <w:r>
          <w:rPr>
            <w:color w:val="2E6876"/>
            <w:sz w:val="18"/>
          </w:rPr>
          <w:t>Torna all’indice</w:t>
        </w:r>
      </w:hyperlink>
    </w:p>
    <w:p w14:paraId="23B889B3" w14:textId="77777777" w:rsidR="00863285" w:rsidRDefault="00000000">
      <w:pPr>
        <w:pageBreakBefore/>
        <w:spacing w:after="100"/>
      </w:pPr>
      <w:bookmarkStart w:id="11" w:name="tabella_05"/>
      <w:r>
        <w:rPr>
          <w:rFonts w:eastAsia="Arial" w:cs="Arial"/>
          <w:b/>
          <w:color w:val="2E6876"/>
          <w:sz w:val="18"/>
        </w:rPr>
        <w:t>SCHEDA 1.05  /  TESTO DI DETTAGLIO</w:t>
      </w:r>
      <w:bookmarkEnd w:id="11"/>
    </w:p>
    <w:p w14:paraId="79875CE2" w14:textId="77777777" w:rsidR="00863285" w:rsidRDefault="00000000">
      <w:pPr>
        <w:pStyle w:val="Titolo1"/>
        <w:pBdr>
          <w:bottom w:val="single" w:sz="8" w:space="5" w:color="D99927"/>
        </w:pBdr>
        <w:spacing w:before="0" w:after="100" w:line="247" w:lineRule="auto"/>
      </w:pPr>
      <w:r>
        <w:rPr>
          <w:rFonts w:ascii="Arial" w:eastAsia="Arial" w:hAnsi="Arial" w:cs="Arial"/>
          <w:sz w:val="37"/>
        </w:rPr>
        <w:t>Tabella completa: condizioni e documentazione</w:t>
      </w:r>
    </w:p>
    <w:p w14:paraId="59034788" w14:textId="77777777" w:rsidR="00863285" w:rsidRDefault="00000000">
      <w:pPr>
        <w:spacing w:before="140" w:after="160" w:line="250" w:lineRule="auto"/>
      </w:pPr>
      <w:r>
        <w:rPr>
          <w:rFonts w:eastAsia="Arial" w:cs="Arial"/>
          <w:b/>
          <w:color w:val="17384B"/>
          <w:sz w:val="18"/>
        </w:rPr>
        <w:t>NON è richiesta una nuova Marcatura CE e rilascio di nuova dichiarazione CE di conformità, se sono verificate le condizioni sottoelencate.</w:t>
      </w:r>
    </w:p>
    <w:tbl>
      <w:tblPr>
        <w:tblW w:w="15196" w:type="dxa"/>
        <w:jc w:val="center"/>
        <w:tblBorders>
          <w:top w:val="single" w:sz="4" w:space="0" w:color="D4E1E7"/>
          <w:left w:val="single" w:sz="4" w:space="0" w:color="D4E1E7"/>
          <w:bottom w:val="single" w:sz="4" w:space="0" w:color="D4E1E7"/>
          <w:right w:val="single" w:sz="4" w:space="0" w:color="D4E1E7"/>
          <w:insideH w:val="single" w:sz="4" w:space="0" w:color="D4E1E7"/>
          <w:insideV w:val="single" w:sz="4" w:space="0" w:color="D4E1E7"/>
        </w:tblBorders>
        <w:tblLayout w:type="fixed"/>
        <w:tblLook w:val="04A0" w:firstRow="1" w:lastRow="0" w:firstColumn="1" w:lastColumn="0" w:noHBand="0" w:noVBand="1"/>
      </w:tblPr>
      <w:tblGrid>
        <w:gridCol w:w="3062"/>
        <w:gridCol w:w="3402"/>
        <w:gridCol w:w="4990"/>
        <w:gridCol w:w="3742"/>
      </w:tblGrid>
      <w:tr w:rsidR="00863285" w14:paraId="7203DE58" w14:textId="77777777">
        <w:trPr>
          <w:cantSplit/>
          <w:tblHeader/>
          <w:jc w:val="center"/>
        </w:trPr>
        <w:tc>
          <w:tcPr>
            <w:tcW w:w="3061" w:type="dxa"/>
            <w:shd w:val="clear" w:color="auto" w:fill="17384B"/>
            <w:tcMar>
              <w:top w:w="95" w:type="dxa"/>
              <w:left w:w="105" w:type="dxa"/>
              <w:bottom w:w="95" w:type="dxa"/>
              <w:right w:w="105" w:type="dxa"/>
            </w:tcMar>
          </w:tcPr>
          <w:p w14:paraId="6DDC08F1" w14:textId="77777777" w:rsidR="00863285" w:rsidRDefault="00000000">
            <w:pPr>
              <w:spacing w:line="252" w:lineRule="auto"/>
            </w:pPr>
            <w:r>
              <w:rPr>
                <w:rFonts w:eastAsia="Arial" w:cs="Arial"/>
                <w:b/>
                <w:color w:val="FFFFFF"/>
                <w:sz w:val="17"/>
              </w:rPr>
              <w:t>DESCRIZIONE</w:t>
            </w:r>
            <w:r>
              <w:rPr>
                <w:rFonts w:eastAsia="Arial" w:cs="Arial"/>
                <w:b/>
                <w:color w:val="FFFFFF"/>
                <w:sz w:val="17"/>
              </w:rPr>
              <w:br/>
              <w:t>INTERVENTO</w:t>
            </w:r>
          </w:p>
        </w:tc>
        <w:tc>
          <w:tcPr>
            <w:tcW w:w="3402" w:type="dxa"/>
            <w:shd w:val="clear" w:color="auto" w:fill="17384B"/>
            <w:tcMar>
              <w:top w:w="95" w:type="dxa"/>
              <w:left w:w="105" w:type="dxa"/>
              <w:bottom w:w="95" w:type="dxa"/>
              <w:right w:w="105" w:type="dxa"/>
            </w:tcMar>
          </w:tcPr>
          <w:p w14:paraId="2D4FEBE8" w14:textId="77777777" w:rsidR="00863285" w:rsidRDefault="00000000">
            <w:pPr>
              <w:spacing w:line="252" w:lineRule="auto"/>
            </w:pPr>
            <w:r>
              <w:rPr>
                <w:rFonts w:eastAsia="Arial" w:cs="Arial"/>
                <w:b/>
                <w:color w:val="FFFFFF"/>
                <w:sz w:val="17"/>
              </w:rPr>
              <w:t>CONDIZIONI</w:t>
            </w:r>
          </w:p>
        </w:tc>
        <w:tc>
          <w:tcPr>
            <w:tcW w:w="4989" w:type="dxa"/>
            <w:shd w:val="clear" w:color="auto" w:fill="17384B"/>
            <w:tcMar>
              <w:top w:w="95" w:type="dxa"/>
              <w:left w:w="105" w:type="dxa"/>
              <w:bottom w:w="95" w:type="dxa"/>
              <w:right w:w="105" w:type="dxa"/>
            </w:tcMar>
          </w:tcPr>
          <w:p w14:paraId="6E19DB8D"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Soggetto diverso dal fabbricante</w:t>
            </w:r>
          </w:p>
        </w:tc>
        <w:tc>
          <w:tcPr>
            <w:tcW w:w="3742" w:type="dxa"/>
            <w:shd w:val="clear" w:color="auto" w:fill="17384B"/>
            <w:tcMar>
              <w:top w:w="95" w:type="dxa"/>
              <w:left w:w="105" w:type="dxa"/>
              <w:bottom w:w="95" w:type="dxa"/>
              <w:right w:w="105" w:type="dxa"/>
            </w:tcMar>
          </w:tcPr>
          <w:p w14:paraId="710899DE"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Fabbricante</w:t>
            </w:r>
          </w:p>
        </w:tc>
      </w:tr>
      <w:tr w:rsidR="00863285" w14:paraId="3BA73B24" w14:textId="77777777">
        <w:trPr>
          <w:cantSplit/>
          <w:jc w:val="center"/>
        </w:trPr>
        <w:tc>
          <w:tcPr>
            <w:tcW w:w="3061" w:type="dxa"/>
            <w:shd w:val="clear" w:color="auto" w:fill="EFF5F8"/>
            <w:tcMar>
              <w:top w:w="100" w:type="dxa"/>
              <w:left w:w="100" w:type="dxa"/>
              <w:bottom w:w="95" w:type="dxa"/>
              <w:right w:w="100" w:type="dxa"/>
            </w:tcMar>
          </w:tcPr>
          <w:p w14:paraId="1975CA2F" w14:textId="77777777" w:rsidR="00863285" w:rsidRDefault="00000000">
            <w:pPr>
              <w:spacing w:after="120" w:line="253" w:lineRule="auto"/>
            </w:pPr>
            <w:r>
              <w:rPr>
                <w:rFonts w:eastAsia="Arial" w:cs="Arial"/>
                <w:b/>
                <w:sz w:val="18"/>
              </w:rPr>
              <w:t>INSTALLAZIONE DI COMPONENTI DI SICUREZZA:</w:t>
            </w:r>
          </w:p>
          <w:p w14:paraId="56DA3C6C" w14:textId="77777777" w:rsidR="00863285" w:rsidRDefault="00000000">
            <w:pPr>
              <w:spacing w:after="50" w:line="253" w:lineRule="auto"/>
            </w:pPr>
            <w:r>
              <w:rPr>
                <w:rFonts w:eastAsia="Arial" w:cs="Arial"/>
                <w:sz w:val="18"/>
              </w:rPr>
              <w:t>(es.:</w:t>
            </w:r>
          </w:p>
          <w:p w14:paraId="0D4CE2CA" w14:textId="77777777" w:rsidR="00863285" w:rsidRDefault="00000000">
            <w:pPr>
              <w:spacing w:after="50" w:line="253" w:lineRule="auto"/>
              <w:ind w:left="136" w:hanging="136"/>
            </w:pPr>
            <w:r>
              <w:rPr>
                <w:rFonts w:eastAsia="Arial" w:cs="Arial"/>
                <w:sz w:val="18"/>
              </w:rPr>
              <w:t>- antideragliamento;</w:t>
            </w:r>
          </w:p>
          <w:p w14:paraId="59A513E8" w14:textId="77777777" w:rsidR="00863285" w:rsidRDefault="00000000">
            <w:pPr>
              <w:spacing w:after="50" w:line="253" w:lineRule="auto"/>
              <w:ind w:left="136" w:hanging="136"/>
            </w:pPr>
            <w:r>
              <w:rPr>
                <w:rFonts w:eastAsia="Arial" w:cs="Arial"/>
                <w:sz w:val="18"/>
              </w:rPr>
              <w:t>- anticollisione;</w:t>
            </w:r>
          </w:p>
          <w:p w14:paraId="2CF991C9" w14:textId="77777777" w:rsidR="00863285" w:rsidRDefault="00000000">
            <w:pPr>
              <w:spacing w:after="50" w:line="253" w:lineRule="auto"/>
              <w:ind w:left="136" w:hanging="136"/>
            </w:pPr>
            <w:r>
              <w:rPr>
                <w:rFonts w:eastAsia="Arial" w:cs="Arial"/>
                <w:sz w:val="18"/>
              </w:rPr>
              <w:t>- sistemi meccanici di arresto;</w:t>
            </w:r>
          </w:p>
          <w:p w14:paraId="7D5A9213" w14:textId="77777777" w:rsidR="00863285" w:rsidRDefault="00000000">
            <w:pPr>
              <w:spacing w:after="50" w:line="253" w:lineRule="auto"/>
              <w:ind w:left="136" w:hanging="136"/>
            </w:pPr>
            <w:r>
              <w:rPr>
                <w:rFonts w:eastAsia="Arial" w:cs="Arial"/>
                <w:sz w:val="18"/>
              </w:rPr>
              <w:t>- antipendolamento;</w:t>
            </w:r>
          </w:p>
          <w:p w14:paraId="16A2DCBD" w14:textId="77777777" w:rsidR="00863285" w:rsidRDefault="00000000">
            <w:pPr>
              <w:spacing w:after="50" w:line="253" w:lineRule="auto"/>
              <w:ind w:left="136" w:hanging="136"/>
            </w:pPr>
            <w:r>
              <w:rPr>
                <w:rFonts w:eastAsia="Arial" w:cs="Arial"/>
                <w:sz w:val="18"/>
              </w:rPr>
              <w:t>- limitatori di carico;</w:t>
            </w:r>
          </w:p>
          <w:p w14:paraId="00FAFFA1" w14:textId="77777777" w:rsidR="00863285" w:rsidRDefault="00000000">
            <w:pPr>
              <w:spacing w:after="50" w:line="253" w:lineRule="auto"/>
              <w:ind w:left="136" w:hanging="136"/>
            </w:pPr>
            <w:r>
              <w:rPr>
                <w:rFonts w:eastAsia="Arial" w:cs="Arial"/>
                <w:sz w:val="18"/>
              </w:rPr>
              <w:t>- limitatori di momento;</w:t>
            </w:r>
          </w:p>
          <w:p w14:paraId="382D631C" w14:textId="77777777" w:rsidR="00863285" w:rsidRDefault="00000000">
            <w:pPr>
              <w:spacing w:after="50" w:line="253" w:lineRule="auto"/>
              <w:ind w:left="136" w:hanging="136"/>
            </w:pPr>
            <w:r>
              <w:rPr>
                <w:rFonts w:eastAsia="Arial" w:cs="Arial"/>
                <w:sz w:val="18"/>
              </w:rPr>
              <w:t>- limitatori di campo;</w:t>
            </w:r>
          </w:p>
          <w:p w14:paraId="403FF5AD" w14:textId="77777777" w:rsidR="00863285" w:rsidRDefault="00000000">
            <w:pPr>
              <w:spacing w:after="50" w:line="253" w:lineRule="auto"/>
              <w:ind w:left="136" w:hanging="136"/>
            </w:pPr>
            <w:r>
              <w:rPr>
                <w:rFonts w:eastAsia="Arial" w:cs="Arial"/>
                <w:sz w:val="18"/>
              </w:rPr>
              <w:t>- anticollisione reciproci;</w:t>
            </w:r>
          </w:p>
          <w:p w14:paraId="70C0BE3E" w14:textId="77777777" w:rsidR="00863285" w:rsidRDefault="00000000">
            <w:pPr>
              <w:spacing w:after="50" w:line="253" w:lineRule="auto"/>
              <w:ind w:left="136" w:hanging="136"/>
            </w:pPr>
            <w:r>
              <w:rPr>
                <w:rFonts w:eastAsia="Arial" w:cs="Arial"/>
                <w:sz w:val="18"/>
              </w:rPr>
              <w:t>- freni supplementari;</w:t>
            </w:r>
          </w:p>
          <w:p w14:paraId="2D4F4CE8" w14:textId="77777777" w:rsidR="00863285" w:rsidRDefault="00000000">
            <w:pPr>
              <w:spacing w:after="50" w:line="253" w:lineRule="auto"/>
              <w:ind w:left="136" w:hanging="136"/>
            </w:pPr>
            <w:r>
              <w:rPr>
                <w:rFonts w:eastAsia="Arial" w:cs="Arial"/>
                <w:sz w:val="18"/>
              </w:rPr>
              <w:t>- freni di emergenza;</w:t>
            </w:r>
          </w:p>
          <w:p w14:paraId="564627D6" w14:textId="77777777" w:rsidR="00863285" w:rsidRDefault="00000000">
            <w:pPr>
              <w:spacing w:after="50" w:line="253" w:lineRule="auto"/>
              <w:ind w:left="136" w:hanging="136"/>
            </w:pPr>
            <w:r>
              <w:rPr>
                <w:rFonts w:eastAsia="Arial" w:cs="Arial"/>
                <w:sz w:val="18"/>
              </w:rPr>
              <w:t>- finecorsa supplementari;</w:t>
            </w:r>
          </w:p>
          <w:p w14:paraId="5C73287D" w14:textId="77777777" w:rsidR="00863285" w:rsidRDefault="00000000">
            <w:pPr>
              <w:spacing w:after="50" w:line="253" w:lineRule="auto"/>
              <w:ind w:left="136" w:hanging="136"/>
            </w:pPr>
            <w:r>
              <w:rPr>
                <w:rFonts w:eastAsia="Arial" w:cs="Arial"/>
                <w:sz w:val="18"/>
              </w:rPr>
              <w:t>- finecorsa di emergenza;</w:t>
            </w:r>
          </w:p>
          <w:p w14:paraId="48E524E4" w14:textId="77777777" w:rsidR="00863285" w:rsidRDefault="00000000">
            <w:pPr>
              <w:spacing w:after="50" w:line="253" w:lineRule="auto"/>
              <w:ind w:left="136" w:hanging="136"/>
            </w:pPr>
            <w:r>
              <w:rPr>
                <w:rFonts w:eastAsia="Arial" w:cs="Arial"/>
                <w:sz w:val="18"/>
              </w:rPr>
              <w:t>- guida fune;</w:t>
            </w:r>
          </w:p>
          <w:p w14:paraId="19C524BC" w14:textId="77777777" w:rsidR="00863285" w:rsidRDefault="00000000">
            <w:pPr>
              <w:spacing w:after="50" w:line="253" w:lineRule="auto"/>
              <w:ind w:left="136" w:hanging="136"/>
            </w:pPr>
            <w:r>
              <w:rPr>
                <w:rFonts w:eastAsia="Arial" w:cs="Arial"/>
                <w:sz w:val="18"/>
              </w:rPr>
              <w:t>- stringi fune;</w:t>
            </w:r>
          </w:p>
          <w:p w14:paraId="3B1EF4F9" w14:textId="77777777" w:rsidR="00863285" w:rsidRDefault="00000000">
            <w:pPr>
              <w:spacing w:after="50" w:line="253" w:lineRule="auto"/>
              <w:ind w:left="136" w:hanging="136"/>
            </w:pPr>
            <w:r>
              <w:rPr>
                <w:rFonts w:eastAsia="Arial" w:cs="Arial"/>
                <w:sz w:val="18"/>
              </w:rPr>
              <w:t>- controllo bando fune;</w:t>
            </w:r>
          </w:p>
          <w:p w14:paraId="2DA8C289" w14:textId="77777777" w:rsidR="00863285" w:rsidRDefault="00000000">
            <w:pPr>
              <w:spacing w:after="50" w:line="253" w:lineRule="auto"/>
              <w:ind w:left="136" w:hanging="136"/>
            </w:pPr>
            <w:r>
              <w:rPr>
                <w:rFonts w:eastAsia="Arial" w:cs="Arial"/>
                <w:sz w:val="18"/>
              </w:rPr>
              <w:t>- antiaccavallamento fune;</w:t>
            </w:r>
          </w:p>
          <w:p w14:paraId="3E3BBF96" w14:textId="77777777" w:rsidR="00863285" w:rsidRDefault="00000000">
            <w:pPr>
              <w:spacing w:after="50" w:line="253" w:lineRule="auto"/>
              <w:ind w:left="136" w:hanging="136"/>
            </w:pPr>
            <w:r>
              <w:rPr>
                <w:rFonts w:eastAsia="Arial" w:cs="Arial"/>
                <w:sz w:val="18"/>
              </w:rPr>
              <w:t>- pinze di ammaraggio;</w:t>
            </w:r>
          </w:p>
          <w:p w14:paraId="1531B1B7" w14:textId="77777777" w:rsidR="00863285" w:rsidRDefault="00000000">
            <w:pPr>
              <w:spacing w:after="50" w:line="253" w:lineRule="auto"/>
              <w:ind w:left="136" w:hanging="136"/>
            </w:pPr>
            <w:r>
              <w:rPr>
                <w:rFonts w:eastAsia="Arial" w:cs="Arial"/>
                <w:sz w:val="18"/>
              </w:rPr>
              <w:t>- fermi antiuragano;</w:t>
            </w:r>
          </w:p>
          <w:p w14:paraId="2E7B7340" w14:textId="77777777" w:rsidR="00863285" w:rsidRDefault="00000000">
            <w:pPr>
              <w:spacing w:after="50" w:line="253" w:lineRule="auto"/>
              <w:ind w:left="136" w:hanging="136"/>
            </w:pPr>
            <w:r>
              <w:rPr>
                <w:rFonts w:eastAsia="Arial" w:cs="Arial"/>
                <w:sz w:val="18"/>
              </w:rPr>
              <w:t>- limitatori di velocità;</w:t>
            </w:r>
          </w:p>
          <w:p w14:paraId="510139D0" w14:textId="77777777" w:rsidR="00863285" w:rsidRDefault="00000000">
            <w:pPr>
              <w:spacing w:after="50" w:line="253" w:lineRule="auto"/>
              <w:ind w:left="136" w:hanging="136"/>
            </w:pPr>
            <w:r>
              <w:rPr>
                <w:rFonts w:eastAsia="Arial" w:cs="Arial"/>
                <w:sz w:val="18"/>
              </w:rPr>
              <w:t>- finecorsa di potenza;</w:t>
            </w:r>
          </w:p>
          <w:p w14:paraId="3713B90E" w14:textId="77777777" w:rsidR="00863285" w:rsidRDefault="00000000">
            <w:pPr>
              <w:spacing w:after="50" w:line="253" w:lineRule="auto"/>
              <w:ind w:left="136" w:hanging="136"/>
            </w:pPr>
            <w:r>
              <w:rPr>
                <w:rFonts w:eastAsia="Arial" w:cs="Arial"/>
                <w:sz w:val="18"/>
              </w:rPr>
              <w:t>- controllo pinze di ammaraggio;</w:t>
            </w:r>
          </w:p>
          <w:p w14:paraId="0AAF156C" w14:textId="77777777" w:rsidR="00863285" w:rsidRDefault="00000000">
            <w:pPr>
              <w:spacing w:after="50" w:line="253" w:lineRule="auto"/>
              <w:ind w:left="136" w:hanging="136"/>
            </w:pPr>
            <w:r>
              <w:rPr>
                <w:rFonts w:eastAsia="Arial" w:cs="Arial"/>
                <w:sz w:val="18"/>
              </w:rPr>
              <w:t>- controllo fermi antiuragano;</w:t>
            </w:r>
          </w:p>
          <w:p w14:paraId="79D580B6" w14:textId="77777777" w:rsidR="00863285" w:rsidRDefault="00000000">
            <w:pPr>
              <w:spacing w:after="50" w:line="253" w:lineRule="auto"/>
              <w:ind w:left="136" w:hanging="136"/>
            </w:pPr>
            <w:r>
              <w:rPr>
                <w:rFonts w:eastAsia="Arial" w:cs="Arial"/>
                <w:sz w:val="18"/>
              </w:rPr>
              <w:t>- controllo giri/sovra velocità;</w:t>
            </w:r>
          </w:p>
          <w:p w14:paraId="0EB7B3F7" w14:textId="77777777" w:rsidR="00863285" w:rsidRDefault="00000000">
            <w:pPr>
              <w:spacing w:after="50" w:line="253" w:lineRule="auto"/>
              <w:ind w:left="136" w:hanging="136"/>
            </w:pPr>
            <w:r>
              <w:rPr>
                <w:rFonts w:eastAsia="Arial" w:cs="Arial"/>
                <w:sz w:val="18"/>
              </w:rPr>
              <w:t>- encoder;</w:t>
            </w:r>
          </w:p>
          <w:p w14:paraId="387FC94C" w14:textId="77777777" w:rsidR="00863285" w:rsidRDefault="00000000">
            <w:pPr>
              <w:spacing w:after="50" w:line="253" w:lineRule="auto"/>
              <w:ind w:left="136" w:hanging="136"/>
            </w:pPr>
            <w:r>
              <w:rPr>
                <w:rFonts w:eastAsia="Arial" w:cs="Arial"/>
                <w:sz w:val="18"/>
              </w:rPr>
              <w:t>- pulsanti di emergenza)</w:t>
            </w:r>
          </w:p>
        </w:tc>
        <w:tc>
          <w:tcPr>
            <w:tcW w:w="3402" w:type="dxa"/>
            <w:shd w:val="clear" w:color="auto" w:fill="F8FAFB"/>
            <w:tcMar>
              <w:top w:w="100" w:type="dxa"/>
              <w:left w:w="100" w:type="dxa"/>
              <w:bottom w:w="95" w:type="dxa"/>
              <w:right w:w="100" w:type="dxa"/>
            </w:tcMar>
          </w:tcPr>
          <w:p w14:paraId="195A35CA" w14:textId="77777777" w:rsidR="00863285" w:rsidRDefault="00000000">
            <w:pPr>
              <w:spacing w:after="100" w:line="253" w:lineRule="auto"/>
              <w:ind w:left="136" w:hanging="136"/>
            </w:pPr>
            <w:r>
              <w:rPr>
                <w:rFonts w:eastAsia="Arial" w:cs="Arial"/>
                <w:sz w:val="18"/>
              </w:rPr>
              <w:t>- l’intervento non modifica la logica di funzionamento della macchina;</w:t>
            </w:r>
          </w:p>
          <w:p w14:paraId="34CE3D4E" w14:textId="77777777" w:rsidR="00863285" w:rsidRDefault="00000000">
            <w:pPr>
              <w:spacing w:after="100" w:line="253" w:lineRule="auto"/>
              <w:ind w:left="136" w:hanging="136"/>
            </w:pPr>
            <w:r>
              <w:rPr>
                <w:rFonts w:eastAsia="Arial" w:cs="Arial"/>
                <w:sz w:val="18"/>
              </w:rPr>
              <w:t>- idoneità tecnica e funzionale dei requisiti dei nuovi componenti di sicurezza, con riferimento allo stato dell’arte applicabile alla data di immissione sul mercato/messa in servizio della macchina originaria;</w:t>
            </w:r>
          </w:p>
          <w:p w14:paraId="6712B8A5" w14:textId="77777777" w:rsidR="00863285" w:rsidRDefault="00000000">
            <w:pPr>
              <w:spacing w:after="100" w:line="253" w:lineRule="auto"/>
              <w:ind w:left="136" w:hanging="136"/>
            </w:pPr>
            <w:r>
              <w:rPr>
                <w:rFonts w:eastAsia="Arial" w:cs="Arial"/>
                <w:sz w:val="18"/>
              </w:rPr>
              <w:t>- compatibilità dei nuovi componenti di sicurezza con la macchina su cui vanno installati;</w:t>
            </w:r>
          </w:p>
          <w:p w14:paraId="54426D94" w14:textId="77777777" w:rsidR="00863285" w:rsidRDefault="00000000">
            <w:pPr>
              <w:spacing w:after="100" w:line="253" w:lineRule="auto"/>
              <w:ind w:left="136" w:hanging="136"/>
            </w:pPr>
            <w:r>
              <w:rPr>
                <w:rFonts w:eastAsia="Arial" w:cs="Arial"/>
                <w:sz w:val="18"/>
              </w:rPr>
              <w:t>- compatibilità dei nuovi componenti di sicurezza con la logica di funzionamento della macchina originaria;</w:t>
            </w:r>
          </w:p>
          <w:p w14:paraId="1372A63A" w14:textId="77777777" w:rsidR="00863285" w:rsidRDefault="00000000">
            <w:pPr>
              <w:spacing w:after="100" w:line="253" w:lineRule="auto"/>
              <w:ind w:left="136" w:hanging="136"/>
            </w:pPr>
            <w:r>
              <w:rPr>
                <w:rFonts w:eastAsia="Arial" w:cs="Arial"/>
                <w:sz w:val="18"/>
              </w:rPr>
              <w:t>- l’intervento non comporta rischi supplementari, con riferimento ai requisiti essenziali di sicurezza sui quali l’intervento potrebbe incidere.</w:t>
            </w:r>
          </w:p>
        </w:tc>
        <w:tc>
          <w:tcPr>
            <w:tcW w:w="4989" w:type="dxa"/>
            <w:tcMar>
              <w:top w:w="100" w:type="dxa"/>
              <w:left w:w="100" w:type="dxa"/>
              <w:bottom w:w="95" w:type="dxa"/>
              <w:right w:w="100" w:type="dxa"/>
            </w:tcMar>
          </w:tcPr>
          <w:p w14:paraId="305FC248" w14:textId="77777777" w:rsidR="00863285" w:rsidRDefault="00000000">
            <w:pPr>
              <w:spacing w:after="80" w:line="253" w:lineRule="auto"/>
            </w:pPr>
            <w:r>
              <w:rPr>
                <w:rFonts w:eastAsia="Arial" w:cs="Arial"/>
                <w:sz w:val="18"/>
              </w:rPr>
              <w:t>1. Relazione tecnica, firmata da persona competente, contenente:</w:t>
            </w:r>
          </w:p>
          <w:p w14:paraId="64AD1B5F" w14:textId="77777777" w:rsidR="00863285" w:rsidRDefault="00000000">
            <w:pPr>
              <w:spacing w:after="64" w:line="253" w:lineRule="auto"/>
              <w:ind w:left="238" w:hanging="136"/>
            </w:pPr>
            <w:r>
              <w:rPr>
                <w:rFonts w:eastAsia="Arial" w:cs="Arial"/>
                <w:sz w:val="18"/>
              </w:rPr>
              <w:t>- descrizione dell’intervento con indicazione dei dispositivi di sicurezza da installare;</w:t>
            </w:r>
          </w:p>
          <w:p w14:paraId="5FFFF5D5" w14:textId="77777777" w:rsidR="00863285" w:rsidRDefault="00000000">
            <w:pPr>
              <w:spacing w:after="64" w:line="253" w:lineRule="auto"/>
              <w:ind w:left="238" w:hanging="136"/>
            </w:pPr>
            <w:r>
              <w:rPr>
                <w:rFonts w:eastAsia="Arial" w:cs="Arial"/>
                <w:sz w:val="18"/>
              </w:rPr>
              <w:t>- finalità dell’intervento;</w:t>
            </w:r>
          </w:p>
          <w:p w14:paraId="7986E2EA" w14:textId="77777777" w:rsidR="00863285" w:rsidRDefault="00000000">
            <w:pPr>
              <w:spacing w:after="64" w:line="253" w:lineRule="auto"/>
              <w:ind w:left="238" w:hanging="136"/>
            </w:pPr>
            <w:r>
              <w:rPr>
                <w:rFonts w:eastAsia="Arial" w:cs="Arial"/>
                <w:sz w:val="18"/>
              </w:rPr>
              <w:t>- verifica dell’idoneità tecnica, funzionale e normativa dei requisiti dei nuovi dispositivi, e della loro compatibilità con la macchina su cui vanno installati;</w:t>
            </w:r>
          </w:p>
          <w:p w14:paraId="46BC127C" w14:textId="77777777" w:rsidR="00863285" w:rsidRDefault="00000000">
            <w:pPr>
              <w:spacing w:after="64" w:line="253" w:lineRule="auto"/>
              <w:ind w:left="238" w:hanging="136"/>
            </w:pPr>
            <w:r>
              <w:rPr>
                <w:rFonts w:eastAsia="Arial" w:cs="Arial"/>
                <w:sz w:val="18"/>
              </w:rPr>
              <w:t>- verifica dello stato tensionale delle strutture, condotta sulla base di norme di buona tecnica (ove disponibili), con attestazione del non superamento dei limiti originari in relazione ad esempio a resistenza, stabilità e geometria;</w:t>
            </w:r>
          </w:p>
          <w:p w14:paraId="381DF30B" w14:textId="77777777" w:rsidR="00863285" w:rsidRDefault="00000000">
            <w:pPr>
              <w:spacing w:after="64" w:line="253" w:lineRule="auto"/>
              <w:ind w:left="238" w:hanging="136"/>
            </w:pPr>
            <w:r>
              <w:rPr>
                <w:rFonts w:eastAsia="Arial" w:cs="Arial"/>
                <w:sz w:val="18"/>
              </w:rPr>
              <w:t>- estratto della valutazione del rischio condotta secondo la UNI EN ISO 12100 relativamente ai rischi che potrebbero subire modifiche in conseguenza dell’intervento di cui trattasi;</w:t>
            </w:r>
          </w:p>
          <w:p w14:paraId="7001B839" w14:textId="77777777" w:rsidR="00863285" w:rsidRDefault="00000000">
            <w:pPr>
              <w:spacing w:after="64" w:line="253" w:lineRule="auto"/>
              <w:ind w:left="238" w:hanging="136"/>
            </w:pPr>
            <w:r>
              <w:rPr>
                <w:rFonts w:eastAsia="Arial" w:cs="Arial"/>
                <w:sz w:val="18"/>
              </w:rPr>
              <w:t>- prove e/o verifiche da condurre a seguito dell’attuazione degli interventi.</w:t>
            </w:r>
          </w:p>
          <w:p w14:paraId="0D054AA3" w14:textId="77777777" w:rsidR="00863285" w:rsidRDefault="00000000">
            <w:pPr>
              <w:spacing w:after="80" w:line="253" w:lineRule="auto"/>
              <w:ind w:left="136" w:hanging="136"/>
            </w:pPr>
            <w:r>
              <w:rPr>
                <w:rFonts w:eastAsia="Arial" w:cs="Arial"/>
                <w:sz w:val="18"/>
              </w:rPr>
              <w:t>2. Aggiornamento degli schemi elettrici.</w:t>
            </w:r>
          </w:p>
          <w:p w14:paraId="1F0D004C" w14:textId="77777777" w:rsidR="00863285" w:rsidRDefault="00000000">
            <w:pPr>
              <w:spacing w:after="80" w:line="253" w:lineRule="auto"/>
              <w:ind w:left="136" w:hanging="136"/>
            </w:pPr>
            <w:r>
              <w:rPr>
                <w:rFonts w:eastAsia="Arial" w:cs="Arial"/>
                <w:sz w:val="18"/>
              </w:rPr>
              <w:t>3. Rapporto di verifica e/o collaudo con la descrizione dei test condotti e relativo esito, sulla base di quanto previsto nella relazione tecnica.</w:t>
            </w:r>
          </w:p>
          <w:p w14:paraId="50D1161C" w14:textId="77777777" w:rsidR="00863285" w:rsidRDefault="00000000">
            <w:pPr>
              <w:spacing w:after="80" w:line="253" w:lineRule="auto"/>
              <w:ind w:left="136" w:hanging="136"/>
            </w:pPr>
            <w:r>
              <w:rPr>
                <w:rFonts w:eastAsia="Arial" w:cs="Arial"/>
                <w:sz w:val="18"/>
              </w:rPr>
              <w:t>4. Documentazione a corredo dei dispositivi di sicurezza inseriti, in particolare eventuale dichiarazione CE di conformità e istruzioni.</w:t>
            </w:r>
          </w:p>
          <w:p w14:paraId="004A1A59" w14:textId="77777777" w:rsidR="00863285" w:rsidRDefault="00000000">
            <w:pPr>
              <w:spacing w:after="80" w:line="253" w:lineRule="auto"/>
              <w:ind w:left="136" w:hanging="136"/>
            </w:pPr>
            <w:r>
              <w:rPr>
                <w:rFonts w:eastAsia="Arial" w:cs="Arial"/>
                <w:sz w:val="18"/>
              </w:rPr>
              <w:t>5. Descrizione dell’intervento nel registro di controllo.</w:t>
            </w:r>
          </w:p>
        </w:tc>
        <w:tc>
          <w:tcPr>
            <w:tcW w:w="3742" w:type="dxa"/>
            <w:tcMar>
              <w:top w:w="100" w:type="dxa"/>
              <w:left w:w="100" w:type="dxa"/>
              <w:bottom w:w="95" w:type="dxa"/>
              <w:right w:w="100" w:type="dxa"/>
            </w:tcMar>
          </w:tcPr>
          <w:p w14:paraId="35E18A92" w14:textId="77777777" w:rsidR="00863285" w:rsidRDefault="00000000">
            <w:pPr>
              <w:spacing w:after="100" w:line="253" w:lineRule="auto"/>
              <w:ind w:left="136" w:hanging="136"/>
            </w:pPr>
            <w:r>
              <w:rPr>
                <w:rFonts w:eastAsia="Arial" w:cs="Arial"/>
                <w:sz w:val="18"/>
              </w:rPr>
              <w:t>1. Dichiarazione di idoneità del fabbricante, nella quale è esplicitato che l’intervento condotto non fa decadere la validità dell’originaria dichiarazione di conformità della macchina.</w:t>
            </w:r>
          </w:p>
          <w:p w14:paraId="288DCC66" w14:textId="77777777" w:rsidR="00863285" w:rsidRDefault="00000000">
            <w:pPr>
              <w:spacing w:after="100" w:line="253" w:lineRule="auto"/>
              <w:ind w:left="136" w:hanging="136"/>
            </w:pPr>
            <w:r>
              <w:rPr>
                <w:rFonts w:eastAsia="Arial" w:cs="Arial"/>
                <w:sz w:val="18"/>
              </w:rPr>
              <w:t>2. Aggiornamento degli schemi elettrici.</w:t>
            </w:r>
          </w:p>
          <w:p w14:paraId="62E7203F" w14:textId="77777777" w:rsidR="00863285" w:rsidRDefault="00000000">
            <w:pPr>
              <w:spacing w:after="100" w:line="253" w:lineRule="auto"/>
              <w:ind w:left="136" w:hanging="136"/>
            </w:pPr>
            <w:r>
              <w:rPr>
                <w:rFonts w:eastAsia="Arial" w:cs="Arial"/>
                <w:sz w:val="18"/>
              </w:rPr>
              <w:t>3. Rapporto di verifica e/o collaudo con la descrizione dei test condotti e relativo esito.</w:t>
            </w:r>
          </w:p>
          <w:p w14:paraId="57CCFDC2" w14:textId="77777777" w:rsidR="00863285" w:rsidRDefault="00000000">
            <w:pPr>
              <w:spacing w:after="100" w:line="253" w:lineRule="auto"/>
              <w:ind w:left="136" w:hanging="136"/>
            </w:pPr>
            <w:r>
              <w:rPr>
                <w:rFonts w:eastAsia="Arial" w:cs="Arial"/>
                <w:sz w:val="18"/>
              </w:rPr>
              <w:t>4. Documentazione a corredo dei componenti di sicurezza inseriti (ove prevista), in particolare eventuale dichiarazione CE di conformità e istruzioni.</w:t>
            </w:r>
          </w:p>
          <w:p w14:paraId="6E2FD264" w14:textId="77777777" w:rsidR="00863285" w:rsidRDefault="00000000">
            <w:pPr>
              <w:spacing w:after="100" w:line="253" w:lineRule="auto"/>
              <w:ind w:left="136" w:hanging="136"/>
            </w:pPr>
            <w:r>
              <w:rPr>
                <w:rFonts w:eastAsia="Arial" w:cs="Arial"/>
                <w:sz w:val="18"/>
              </w:rPr>
              <w:t>5. Descrizione dell’intervento nel registro di controllo.</w:t>
            </w:r>
          </w:p>
        </w:tc>
      </w:tr>
    </w:tbl>
    <w:p w14:paraId="1994B4D0" w14:textId="77777777" w:rsidR="00863285" w:rsidRDefault="00000000">
      <w:pPr>
        <w:spacing w:before="120" w:line="240" w:lineRule="auto"/>
      </w:pPr>
      <w:r>
        <w:rPr>
          <w:rFonts w:eastAsia="Arial" w:cs="Arial"/>
          <w:i/>
          <w:color w:val="627584"/>
          <w:sz w:val="15"/>
        </w:rPr>
        <w:t>Provenienza: «tabelle.docx», scheda 1.05 (pagina 5 del documento fornito). Testo ricomposto in tabella Word.</w:t>
      </w:r>
    </w:p>
    <w:p w14:paraId="78E95624" w14:textId="77777777" w:rsidR="00863285" w:rsidRDefault="00000000">
      <w:pPr>
        <w:pageBreakBefore/>
        <w:spacing w:after="100"/>
      </w:pPr>
      <w:bookmarkStart w:id="12" w:name="scheda_06"/>
      <w:r>
        <w:rPr>
          <w:rFonts w:eastAsia="Arial" w:cs="Arial"/>
          <w:b/>
          <w:color w:val="2E6876"/>
          <w:sz w:val="18"/>
        </w:rPr>
        <w:t>SCHEDA 1.06  /  SINTESI ILLUSTRATA</w:t>
      </w:r>
      <w:bookmarkEnd w:id="12"/>
    </w:p>
    <w:p w14:paraId="2A9AA754" w14:textId="77777777" w:rsidR="00863285" w:rsidRDefault="00000000">
      <w:pPr>
        <w:pStyle w:val="Titolo1"/>
        <w:pBdr>
          <w:bottom w:val="single" w:sz="8" w:space="5" w:color="D99927"/>
        </w:pBdr>
        <w:spacing w:before="0" w:after="100" w:line="247" w:lineRule="auto"/>
      </w:pPr>
      <w:r>
        <w:rPr>
          <w:rFonts w:ascii="Arial" w:eastAsia="Arial" w:hAnsi="Arial" w:cs="Arial"/>
          <w:sz w:val="37"/>
        </w:rPr>
        <w:t>SOSTITUZIONE DI COMPONENTI DI SICUREZZA DIFFERENTI</w:t>
      </w:r>
    </w:p>
    <w:p w14:paraId="0A120BEC" w14:textId="77777777" w:rsidR="00863285" w:rsidRDefault="00000000">
      <w:pPr>
        <w:keepNext/>
        <w:spacing w:before="80" w:after="180" w:line="250" w:lineRule="auto"/>
      </w:pPr>
      <w:r>
        <w:rPr>
          <w:rFonts w:eastAsia="Arial" w:cs="Arial"/>
          <w:color w:val="627584"/>
          <w:sz w:val="18"/>
        </w:rPr>
        <w:t>INTERVENTO • CONDIZIONI DI CLASSIFICAZIONE • EVIDENZE TECNICHE</w:t>
      </w: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8959"/>
        <w:gridCol w:w="6237"/>
      </w:tblGrid>
      <w:tr w:rsidR="00863285" w14:paraId="246411F4" w14:textId="77777777">
        <w:trPr>
          <w:cantSplit/>
          <w:jc w:val="center"/>
        </w:trPr>
        <w:tc>
          <w:tcPr>
            <w:tcW w:w="8957" w:type="dxa"/>
            <w:shd w:val="clear" w:color="auto" w:fill="EFF5F8"/>
            <w:tcMar>
              <w:top w:w="160" w:type="dxa"/>
              <w:left w:w="170" w:type="dxa"/>
              <w:bottom w:w="160" w:type="dxa"/>
              <w:right w:w="170" w:type="dxa"/>
            </w:tcMar>
            <w:vAlign w:val="center"/>
          </w:tcPr>
          <w:p w14:paraId="71601E5E" w14:textId="77777777" w:rsidR="00863285" w:rsidRDefault="00000000">
            <w:pPr>
              <w:spacing w:after="100"/>
            </w:pPr>
            <w:r>
              <w:rPr>
                <w:rFonts w:eastAsia="Arial" w:cs="Arial"/>
                <w:b/>
                <w:color w:val="2E6876"/>
                <w:sz w:val="20"/>
              </w:rPr>
              <w:t>TIPOLOGIA E DESCRIZIONE</w:t>
            </w:r>
          </w:p>
          <w:p w14:paraId="0F7A00DA" w14:textId="77777777" w:rsidR="00863285" w:rsidRDefault="00000000">
            <w:pPr>
              <w:spacing w:after="200" w:line="276" w:lineRule="auto"/>
            </w:pPr>
            <w:r>
              <w:rPr>
                <w:rFonts w:eastAsia="Arial" w:cs="Arial"/>
                <w:sz w:val="22"/>
              </w:rPr>
              <w:t>Dispositivi con stessa funzione ma marca, modello o tecnologia diversi (es. anticollisione fotoelettrica/radar).</w:t>
            </w:r>
          </w:p>
          <w:p w14:paraId="567F52AE" w14:textId="77777777" w:rsidR="00863285" w:rsidRDefault="00000000">
            <w:pPr>
              <w:spacing w:after="100"/>
            </w:pPr>
            <w:r>
              <w:rPr>
                <w:rFonts w:eastAsia="Arial" w:cs="Arial"/>
                <w:b/>
                <w:color w:val="2E6876"/>
                <w:sz w:val="20"/>
              </w:rPr>
              <w:t>CONDIZIONI DA DIMOSTRARE</w:t>
            </w:r>
          </w:p>
          <w:p w14:paraId="6D93D2D9" w14:textId="77777777" w:rsidR="00863285" w:rsidRDefault="00000000">
            <w:pPr>
              <w:spacing w:line="276" w:lineRule="auto"/>
            </w:pPr>
            <w:r>
              <w:rPr>
                <w:rFonts w:eastAsia="Arial" w:cs="Arial"/>
                <w:sz w:val="22"/>
              </w:rPr>
              <w:t>Funzione conservata; Performance Level almeno pari a quello originario; compatibilità con macchina, ambiente e logica di comando; assenza di rischi ulteriori.</w:t>
            </w:r>
          </w:p>
        </w:tc>
        <w:tc>
          <w:tcPr>
            <w:tcW w:w="6236" w:type="dxa"/>
            <w:tcMar>
              <w:top w:w="0" w:type="dxa"/>
              <w:left w:w="90" w:type="dxa"/>
              <w:bottom w:w="0" w:type="dxa"/>
              <w:right w:w="0" w:type="dxa"/>
            </w:tcMar>
          </w:tcPr>
          <w:p w14:paraId="5B0CAF6A" w14:textId="77777777" w:rsidR="00863285" w:rsidRDefault="00000000">
            <w:pPr>
              <w:spacing w:line="240" w:lineRule="auto"/>
              <w:jc w:val="center"/>
            </w:pPr>
            <w:r>
              <w:rPr>
                <w:noProof/>
              </w:rPr>
              <w:drawing>
                <wp:inline distT="0" distB="0" distL="0" distR="0" wp14:anchorId="01C1BB9C" wp14:editId="00470EC4">
                  <wp:extent cx="3708000" cy="2017152"/>
                  <wp:effectExtent l="0" t="0" r="0" b="0"/>
                  <wp:docPr id="9" name="Picture 9" descr="Schema illustrativo originale per la scheda 1.06 - rappresentazione esemplificativa, non esecu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3708000" cy="2017152"/>
                          </a:xfrm>
                          <a:prstGeom prst="rect">
                            <a:avLst/>
                          </a:prstGeom>
                        </pic:spPr>
                      </pic:pic>
                    </a:graphicData>
                  </a:graphic>
                </wp:inline>
              </w:drawing>
            </w:r>
          </w:p>
          <w:p w14:paraId="10B25498" w14:textId="77777777" w:rsidR="00863285" w:rsidRDefault="00000000">
            <w:pPr>
              <w:spacing w:before="60"/>
              <w:jc w:val="center"/>
            </w:pPr>
            <w:r>
              <w:rPr>
                <w:rFonts w:eastAsia="Arial" w:cs="Arial"/>
                <w:color w:val="627584"/>
                <w:sz w:val="15"/>
              </w:rPr>
              <w:t>Illustrazione tecnica originale • esemplificativa</w:t>
            </w:r>
          </w:p>
        </w:tc>
      </w:tr>
    </w:tbl>
    <w:p w14:paraId="2E11831A" w14:textId="77777777" w:rsidR="00863285" w:rsidRDefault="00863285">
      <w:pPr>
        <w:spacing w:line="16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182911ED" w14:textId="77777777">
        <w:trPr>
          <w:cantSplit/>
          <w:jc w:val="center"/>
        </w:trPr>
        <w:tc>
          <w:tcPr>
            <w:tcW w:w="15194" w:type="dxa"/>
            <w:shd w:val="clear" w:color="auto" w:fill="EFF5F8"/>
            <w:tcMar>
              <w:top w:w="105" w:type="dxa"/>
              <w:left w:w="150" w:type="dxa"/>
              <w:bottom w:w="105" w:type="dxa"/>
              <w:right w:w="150" w:type="dxa"/>
            </w:tcMar>
          </w:tcPr>
          <w:p w14:paraId="70DF3E88" w14:textId="77777777" w:rsidR="00863285" w:rsidRDefault="00000000">
            <w:pPr>
              <w:spacing w:after="100"/>
            </w:pPr>
            <w:r>
              <w:rPr>
                <w:rFonts w:eastAsia="Arial" w:cs="Arial"/>
                <w:b/>
                <w:color w:val="17384B"/>
                <w:sz w:val="19"/>
              </w:rPr>
              <w:t>DOCUMENTAZIONE – INTERVENTO ESEGUITO DA SOGGETTO DIVERSO DAL FABBRICANTE</w:t>
            </w:r>
          </w:p>
          <w:p w14:paraId="3F6EC930" w14:textId="77777777" w:rsidR="00863285" w:rsidRDefault="00000000">
            <w:pPr>
              <w:spacing w:line="271" w:lineRule="auto"/>
            </w:pPr>
            <w:r>
              <w:rPr>
                <w:rFonts w:eastAsia="Arial" w:cs="Arial"/>
                <w:sz w:val="20"/>
              </w:rPr>
              <w:t>Relazione tecnica firmata da persona competente: Analisi equivalenza e PL; valutazione rischi; prove funzionali; eventuale revisione schemi. A completamento: rapporto di verifica e/o collaudo, documentazione dei nuovi componenti (ove prevista), dichiarazione di corretta installazione nei casi pertinenti e descrizione nel registro di controllo.</w:t>
            </w:r>
          </w:p>
        </w:tc>
      </w:tr>
    </w:tbl>
    <w:p w14:paraId="7AA1829E" w14:textId="77777777" w:rsidR="00863285" w:rsidRDefault="00863285">
      <w:pPr>
        <w:spacing w:line="12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459C8BA7" w14:textId="77777777">
        <w:trPr>
          <w:cantSplit/>
          <w:jc w:val="center"/>
        </w:trPr>
        <w:tc>
          <w:tcPr>
            <w:tcW w:w="15194" w:type="dxa"/>
            <w:shd w:val="clear" w:color="auto" w:fill="FFF5E5"/>
            <w:tcMar>
              <w:top w:w="105" w:type="dxa"/>
              <w:left w:w="150" w:type="dxa"/>
              <w:bottom w:w="105" w:type="dxa"/>
              <w:right w:w="150" w:type="dxa"/>
            </w:tcMar>
          </w:tcPr>
          <w:p w14:paraId="211CD937" w14:textId="77777777" w:rsidR="00863285" w:rsidRDefault="00000000">
            <w:pPr>
              <w:spacing w:after="100"/>
            </w:pPr>
            <w:r>
              <w:rPr>
                <w:rFonts w:eastAsia="Arial" w:cs="Arial"/>
                <w:b/>
                <w:color w:val="17384B"/>
                <w:sz w:val="19"/>
              </w:rPr>
              <w:t>DOCUMENTAZIONE – INTERVENTO ESEGUITO DAL FABBRICANTE</w:t>
            </w:r>
          </w:p>
          <w:p w14:paraId="6AC5E985" w14:textId="77777777" w:rsidR="00863285" w:rsidRDefault="00000000">
            <w:pPr>
              <w:spacing w:line="271" w:lineRule="auto"/>
            </w:pPr>
            <w:r>
              <w:rPr>
                <w:rFonts w:eastAsia="Arial" w:cs="Arial"/>
                <w:sz w:val="20"/>
              </w:rPr>
              <w:t>Dichiarazione di idoneità; schemi ove necessari; report prove; documenti nuovi dispositivi; registro.</w:t>
            </w:r>
          </w:p>
        </w:tc>
      </w:tr>
    </w:tbl>
    <w:p w14:paraId="21A654B8" w14:textId="77777777" w:rsidR="00863285" w:rsidRDefault="00863285">
      <w:pPr>
        <w:spacing w:line="120" w:lineRule="exact"/>
      </w:pPr>
    </w:p>
    <w:p w14:paraId="050CE286" w14:textId="77777777" w:rsidR="00863285" w:rsidRDefault="00000000">
      <w:pPr>
        <w:spacing w:before="40" w:after="140" w:line="257" w:lineRule="auto"/>
      </w:pPr>
      <w:r>
        <w:rPr>
          <w:rFonts w:eastAsia="Arial" w:cs="Arial"/>
          <w:b/>
          <w:color w:val="17384B"/>
          <w:sz w:val="19"/>
        </w:rPr>
        <w:t>VERIFICA DI APPLICABILITÀ   □ Condizioni soddisfatte   □ Richieste integrazioni   □ Da valutare modifica sostanziale</w:t>
      </w:r>
    </w:p>
    <w:p w14:paraId="5A5AF3B0" w14:textId="77777777" w:rsidR="00863285" w:rsidRDefault="00000000">
      <w:pPr>
        <w:spacing w:after="140" w:line="252" w:lineRule="auto"/>
      </w:pPr>
      <w:r>
        <w:rPr>
          <w:rFonts w:eastAsia="Arial" w:cs="Arial"/>
          <w:sz w:val="18"/>
        </w:rPr>
        <w:t>Responsabile valutazione: ____________________________    Data: __________________    Riferimento pratica: __________________</w:t>
      </w:r>
    </w:p>
    <w:p w14:paraId="6E438BF0" w14:textId="77777777" w:rsidR="00863285" w:rsidRDefault="00000000">
      <w:pPr>
        <w:spacing w:after="100"/>
      </w:pPr>
      <w:r>
        <w:rPr>
          <w:rFonts w:eastAsia="Arial" w:cs="Arial"/>
          <w:i/>
          <w:color w:val="627584"/>
          <w:sz w:val="16"/>
        </w:rPr>
        <w:t>Fonte: INAIL, ottobre 2026, scheda 1.06 (pag. 24). Sintesi rielaborata; per condizioni ed elenchi documentali integrali consultare la fonte.</w:t>
      </w:r>
    </w:p>
    <w:p w14:paraId="305C70B2" w14:textId="77777777" w:rsidR="00863285" w:rsidRDefault="00000000">
      <w:pPr>
        <w:spacing w:line="254" w:lineRule="auto"/>
      </w:pPr>
      <w:hyperlink w:anchor="tabella_06" w:history="1">
        <w:r>
          <w:rPr>
            <w:b/>
            <w:color w:val="2E6876"/>
            <w:sz w:val="19"/>
          </w:rPr>
          <w:t>Tabella completa e note della scheda 1.06 → pagina 15</w:t>
        </w:r>
      </w:hyperlink>
      <w:r>
        <w:rPr>
          <w:rFonts w:eastAsia="Arial" w:cs="Arial"/>
          <w:color w:val="627584"/>
          <w:sz w:val="19"/>
        </w:rPr>
        <w:t xml:space="preserve">    |    </w:t>
      </w:r>
      <w:hyperlink w:anchor="indice" w:history="1">
        <w:r>
          <w:rPr>
            <w:color w:val="2E6876"/>
            <w:sz w:val="18"/>
          </w:rPr>
          <w:t>Torna all’indice</w:t>
        </w:r>
      </w:hyperlink>
    </w:p>
    <w:p w14:paraId="655C35E7" w14:textId="77777777" w:rsidR="00863285" w:rsidRDefault="00000000">
      <w:pPr>
        <w:pageBreakBefore/>
        <w:spacing w:after="100"/>
      </w:pPr>
      <w:bookmarkStart w:id="13" w:name="tabella_06"/>
      <w:r>
        <w:rPr>
          <w:rFonts w:eastAsia="Arial" w:cs="Arial"/>
          <w:b/>
          <w:color w:val="2E6876"/>
          <w:sz w:val="18"/>
        </w:rPr>
        <w:t>SCHEDA 1.06  /  TESTO DI DETTAGLIO</w:t>
      </w:r>
      <w:bookmarkEnd w:id="13"/>
    </w:p>
    <w:p w14:paraId="1D8CC592" w14:textId="77777777" w:rsidR="00863285" w:rsidRDefault="00000000">
      <w:pPr>
        <w:pStyle w:val="Titolo1"/>
        <w:pBdr>
          <w:bottom w:val="single" w:sz="8" w:space="5" w:color="D99927"/>
        </w:pBdr>
        <w:spacing w:before="0" w:after="100" w:line="247" w:lineRule="auto"/>
      </w:pPr>
      <w:r>
        <w:rPr>
          <w:rFonts w:ascii="Arial" w:eastAsia="Arial" w:hAnsi="Arial" w:cs="Arial"/>
          <w:sz w:val="37"/>
        </w:rPr>
        <w:t>Tabella completa: condizioni e documentazione</w:t>
      </w:r>
    </w:p>
    <w:p w14:paraId="3C844609" w14:textId="77777777" w:rsidR="00863285" w:rsidRDefault="00000000">
      <w:pPr>
        <w:spacing w:before="140" w:after="160" w:line="250" w:lineRule="auto"/>
      </w:pPr>
      <w:r>
        <w:rPr>
          <w:rFonts w:eastAsia="Arial" w:cs="Arial"/>
          <w:b/>
          <w:color w:val="17384B"/>
          <w:sz w:val="18"/>
        </w:rPr>
        <w:t>NON è richiesta una nuova Marcatura CE e rilascio di nuova dichiarazione CE di conformità, se sono verificate le condizioni sottoelencate.</w:t>
      </w:r>
    </w:p>
    <w:tbl>
      <w:tblPr>
        <w:tblW w:w="15196" w:type="dxa"/>
        <w:jc w:val="center"/>
        <w:tblBorders>
          <w:top w:val="single" w:sz="4" w:space="0" w:color="D4E1E7"/>
          <w:left w:val="single" w:sz="4" w:space="0" w:color="D4E1E7"/>
          <w:bottom w:val="single" w:sz="4" w:space="0" w:color="D4E1E7"/>
          <w:right w:val="single" w:sz="4" w:space="0" w:color="D4E1E7"/>
          <w:insideH w:val="single" w:sz="4" w:space="0" w:color="D4E1E7"/>
          <w:insideV w:val="single" w:sz="4" w:space="0" w:color="D4E1E7"/>
        </w:tblBorders>
        <w:tblLayout w:type="fixed"/>
        <w:tblLook w:val="04A0" w:firstRow="1" w:lastRow="0" w:firstColumn="1" w:lastColumn="0" w:noHBand="0" w:noVBand="1"/>
      </w:tblPr>
      <w:tblGrid>
        <w:gridCol w:w="2268"/>
        <w:gridCol w:w="3458"/>
        <w:gridCol w:w="5415"/>
        <w:gridCol w:w="4055"/>
      </w:tblGrid>
      <w:tr w:rsidR="00863285" w14:paraId="305ACD6C" w14:textId="77777777">
        <w:trPr>
          <w:cantSplit/>
          <w:tblHeader/>
          <w:jc w:val="center"/>
        </w:trPr>
        <w:tc>
          <w:tcPr>
            <w:tcW w:w="2268" w:type="dxa"/>
            <w:shd w:val="clear" w:color="auto" w:fill="17384B"/>
            <w:tcMar>
              <w:top w:w="95" w:type="dxa"/>
              <w:left w:w="105" w:type="dxa"/>
              <w:bottom w:w="95" w:type="dxa"/>
              <w:right w:w="105" w:type="dxa"/>
            </w:tcMar>
          </w:tcPr>
          <w:p w14:paraId="397F9280" w14:textId="77777777" w:rsidR="00863285" w:rsidRDefault="00000000">
            <w:pPr>
              <w:spacing w:line="252" w:lineRule="auto"/>
            </w:pPr>
            <w:r>
              <w:rPr>
                <w:rFonts w:eastAsia="Arial" w:cs="Arial"/>
                <w:b/>
                <w:color w:val="FFFFFF"/>
                <w:sz w:val="17"/>
              </w:rPr>
              <w:t>DESCRIZIONE</w:t>
            </w:r>
            <w:r>
              <w:rPr>
                <w:rFonts w:eastAsia="Arial" w:cs="Arial"/>
                <w:b/>
                <w:color w:val="FFFFFF"/>
                <w:sz w:val="17"/>
              </w:rPr>
              <w:br/>
              <w:t>INTERVENTO</w:t>
            </w:r>
          </w:p>
        </w:tc>
        <w:tc>
          <w:tcPr>
            <w:tcW w:w="3458" w:type="dxa"/>
            <w:shd w:val="clear" w:color="auto" w:fill="17384B"/>
            <w:tcMar>
              <w:top w:w="95" w:type="dxa"/>
              <w:left w:w="105" w:type="dxa"/>
              <w:bottom w:w="95" w:type="dxa"/>
              <w:right w:w="105" w:type="dxa"/>
            </w:tcMar>
          </w:tcPr>
          <w:p w14:paraId="6E23FA0F" w14:textId="77777777" w:rsidR="00863285" w:rsidRDefault="00000000">
            <w:pPr>
              <w:spacing w:line="252" w:lineRule="auto"/>
            </w:pPr>
            <w:r>
              <w:rPr>
                <w:rFonts w:eastAsia="Arial" w:cs="Arial"/>
                <w:b/>
                <w:color w:val="FFFFFF"/>
                <w:sz w:val="17"/>
              </w:rPr>
              <w:t>CONDIZIONI</w:t>
            </w:r>
          </w:p>
        </w:tc>
        <w:tc>
          <w:tcPr>
            <w:tcW w:w="5414" w:type="dxa"/>
            <w:shd w:val="clear" w:color="auto" w:fill="17384B"/>
            <w:tcMar>
              <w:top w:w="95" w:type="dxa"/>
              <w:left w:w="105" w:type="dxa"/>
              <w:bottom w:w="95" w:type="dxa"/>
              <w:right w:w="105" w:type="dxa"/>
            </w:tcMar>
          </w:tcPr>
          <w:p w14:paraId="753D0F2D"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Soggetto diverso dal fabbricante</w:t>
            </w:r>
          </w:p>
        </w:tc>
        <w:tc>
          <w:tcPr>
            <w:tcW w:w="4054" w:type="dxa"/>
            <w:shd w:val="clear" w:color="auto" w:fill="17384B"/>
            <w:tcMar>
              <w:top w:w="95" w:type="dxa"/>
              <w:left w:w="105" w:type="dxa"/>
              <w:bottom w:w="95" w:type="dxa"/>
              <w:right w:w="105" w:type="dxa"/>
            </w:tcMar>
          </w:tcPr>
          <w:p w14:paraId="427C29C2"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Fabbricante</w:t>
            </w:r>
          </w:p>
        </w:tc>
      </w:tr>
      <w:tr w:rsidR="00863285" w14:paraId="07AC951C" w14:textId="77777777">
        <w:trPr>
          <w:cantSplit/>
          <w:jc w:val="center"/>
        </w:trPr>
        <w:tc>
          <w:tcPr>
            <w:tcW w:w="2268" w:type="dxa"/>
            <w:shd w:val="clear" w:color="auto" w:fill="EFF5F8"/>
            <w:tcMar>
              <w:top w:w="100" w:type="dxa"/>
              <w:left w:w="100" w:type="dxa"/>
              <w:bottom w:w="95" w:type="dxa"/>
              <w:right w:w="100" w:type="dxa"/>
            </w:tcMar>
          </w:tcPr>
          <w:p w14:paraId="268768D3" w14:textId="77777777" w:rsidR="00863285" w:rsidRDefault="00000000">
            <w:pPr>
              <w:spacing w:after="120" w:line="253" w:lineRule="auto"/>
            </w:pPr>
            <w:r>
              <w:rPr>
                <w:rFonts w:eastAsia="Arial" w:cs="Arial"/>
                <w:b/>
                <w:sz w:val="18"/>
              </w:rPr>
              <w:t>SOSTITUZIONE DI COMPONENTI DI SICUREZZA CON ALTRI DIFFERENTI[2], MA CON LE MEDESIME FINALITÀ</w:t>
            </w:r>
          </w:p>
        </w:tc>
        <w:tc>
          <w:tcPr>
            <w:tcW w:w="3458" w:type="dxa"/>
            <w:shd w:val="clear" w:color="auto" w:fill="F8FAFB"/>
            <w:tcMar>
              <w:top w:w="100" w:type="dxa"/>
              <w:left w:w="100" w:type="dxa"/>
              <w:bottom w:w="95" w:type="dxa"/>
              <w:right w:w="100" w:type="dxa"/>
            </w:tcMar>
          </w:tcPr>
          <w:p w14:paraId="33CD3028" w14:textId="77777777" w:rsidR="00863285" w:rsidRDefault="00000000">
            <w:pPr>
              <w:spacing w:after="100" w:line="253" w:lineRule="auto"/>
              <w:ind w:left="136" w:hanging="136"/>
            </w:pPr>
            <w:r>
              <w:rPr>
                <w:rFonts w:eastAsia="Arial" w:cs="Arial"/>
                <w:sz w:val="18"/>
              </w:rPr>
              <w:t>- idoneità tecnica e funzionale dei requisiti dei nuovi componenti di sicurezza, con riferimento allo stato dell’arte applicabile alla data di immissione sul mercato/messa in servizio della macchina originaria;</w:t>
            </w:r>
          </w:p>
          <w:p w14:paraId="61BD4FA3" w14:textId="77777777" w:rsidR="00863285" w:rsidRDefault="00000000">
            <w:pPr>
              <w:spacing w:after="100" w:line="253" w:lineRule="auto"/>
              <w:ind w:left="136" w:hanging="136"/>
            </w:pPr>
            <w:r>
              <w:rPr>
                <w:rFonts w:eastAsia="Arial" w:cs="Arial"/>
                <w:sz w:val="18"/>
              </w:rPr>
              <w:t>- componente di sicurezza inserito presenta almeno il medesimo performance level di quello originario;</w:t>
            </w:r>
          </w:p>
          <w:p w14:paraId="36A509A4" w14:textId="77777777" w:rsidR="00863285" w:rsidRDefault="00000000">
            <w:pPr>
              <w:spacing w:after="100" w:line="253" w:lineRule="auto"/>
              <w:ind w:left="136" w:hanging="136"/>
            </w:pPr>
            <w:r>
              <w:rPr>
                <w:rFonts w:eastAsia="Arial" w:cs="Arial"/>
                <w:sz w:val="18"/>
              </w:rPr>
              <w:t>- compatibilità dei nuovi componenti di sicurezza con la macchina e l’ambiente di lavoro;</w:t>
            </w:r>
          </w:p>
          <w:p w14:paraId="746FA1DB" w14:textId="77777777" w:rsidR="00863285" w:rsidRDefault="00000000">
            <w:pPr>
              <w:spacing w:after="100" w:line="253" w:lineRule="auto"/>
              <w:ind w:left="136" w:hanging="136"/>
            </w:pPr>
            <w:r>
              <w:rPr>
                <w:rFonts w:eastAsia="Arial" w:cs="Arial"/>
                <w:sz w:val="18"/>
              </w:rPr>
              <w:t>- compatibilità dei nuovi componenti di sicurezza con la logica di funzionamento della macchina originaria;</w:t>
            </w:r>
          </w:p>
          <w:p w14:paraId="79A1411F" w14:textId="77777777" w:rsidR="00863285" w:rsidRDefault="00000000">
            <w:pPr>
              <w:spacing w:after="100" w:line="253" w:lineRule="auto"/>
              <w:ind w:left="136" w:hanging="136"/>
            </w:pPr>
            <w:r>
              <w:rPr>
                <w:rFonts w:eastAsia="Arial" w:cs="Arial"/>
                <w:sz w:val="18"/>
              </w:rPr>
              <w:t>- l’intervento non comporta rischi supplementari, con riferimento ai requisiti essenziali di sicurezza sui quali l’intervento potrebbe incidere.</w:t>
            </w:r>
          </w:p>
        </w:tc>
        <w:tc>
          <w:tcPr>
            <w:tcW w:w="5414" w:type="dxa"/>
            <w:tcMar>
              <w:top w:w="100" w:type="dxa"/>
              <w:left w:w="100" w:type="dxa"/>
              <w:bottom w:w="95" w:type="dxa"/>
              <w:right w:w="100" w:type="dxa"/>
            </w:tcMar>
          </w:tcPr>
          <w:p w14:paraId="3A4C3820" w14:textId="77777777" w:rsidR="00863285" w:rsidRDefault="00000000">
            <w:pPr>
              <w:spacing w:after="80" w:line="253" w:lineRule="auto"/>
            </w:pPr>
            <w:r>
              <w:rPr>
                <w:rFonts w:eastAsia="Arial" w:cs="Arial"/>
                <w:sz w:val="18"/>
              </w:rPr>
              <w:t>1. Relazione tecnica, firmata da persona competente, contenente:</w:t>
            </w:r>
          </w:p>
          <w:p w14:paraId="1911F2D4" w14:textId="77777777" w:rsidR="00863285" w:rsidRDefault="00000000">
            <w:pPr>
              <w:spacing w:after="64" w:line="253" w:lineRule="auto"/>
              <w:ind w:left="238" w:hanging="136"/>
            </w:pPr>
            <w:r>
              <w:rPr>
                <w:rFonts w:eastAsia="Arial" w:cs="Arial"/>
                <w:sz w:val="18"/>
              </w:rPr>
              <w:t>- descrizione dell’intervento con indicazione dei dispositivi di sicurezza da installare;</w:t>
            </w:r>
          </w:p>
          <w:p w14:paraId="609D6244" w14:textId="77777777" w:rsidR="00863285" w:rsidRDefault="00000000">
            <w:pPr>
              <w:spacing w:after="64" w:line="253" w:lineRule="auto"/>
              <w:ind w:left="238" w:hanging="136"/>
            </w:pPr>
            <w:r>
              <w:rPr>
                <w:rFonts w:eastAsia="Arial" w:cs="Arial"/>
                <w:sz w:val="18"/>
              </w:rPr>
              <w:t>- finalità dell’intervento;</w:t>
            </w:r>
          </w:p>
          <w:p w14:paraId="10CFADD6" w14:textId="77777777" w:rsidR="00863285" w:rsidRDefault="00000000">
            <w:pPr>
              <w:spacing w:after="64" w:line="253" w:lineRule="auto"/>
              <w:ind w:left="238" w:hanging="136"/>
            </w:pPr>
            <w:r>
              <w:rPr>
                <w:rFonts w:eastAsia="Arial" w:cs="Arial"/>
                <w:sz w:val="18"/>
              </w:rPr>
              <w:t>- verifica dell’idoneità tecnica, funzionale e normativa dei requisiti dei nuovi dispositivi, e della loro compatibilità con la macchina su cui vanno installati;</w:t>
            </w:r>
          </w:p>
          <w:p w14:paraId="0A4CAA23" w14:textId="77777777" w:rsidR="00863285" w:rsidRDefault="00000000">
            <w:pPr>
              <w:spacing w:after="64" w:line="253" w:lineRule="auto"/>
              <w:ind w:left="238" w:hanging="136"/>
            </w:pPr>
            <w:r>
              <w:rPr>
                <w:rFonts w:eastAsia="Arial" w:cs="Arial"/>
                <w:sz w:val="18"/>
              </w:rPr>
              <w:t>- verifica del performance level del nuovo componente di sicurezza introdotto rispetto all’originario;</w:t>
            </w:r>
          </w:p>
          <w:p w14:paraId="3A27A774" w14:textId="77777777" w:rsidR="00863285" w:rsidRDefault="00000000">
            <w:pPr>
              <w:spacing w:after="64" w:line="253" w:lineRule="auto"/>
              <w:ind w:left="238" w:hanging="136"/>
            </w:pPr>
            <w:r>
              <w:rPr>
                <w:rFonts w:eastAsia="Arial" w:cs="Arial"/>
                <w:sz w:val="18"/>
              </w:rPr>
              <w:t>- estratto della valutazione del rischio condotta secondo la UNI EN ISO 12100 relativamente ai rischi che potrebbero subire modifiche in conseguenza dell’intervento di cui trattasi;</w:t>
            </w:r>
          </w:p>
          <w:p w14:paraId="1E4FE376" w14:textId="77777777" w:rsidR="00863285" w:rsidRDefault="00000000">
            <w:pPr>
              <w:spacing w:after="64" w:line="253" w:lineRule="auto"/>
              <w:ind w:left="238" w:hanging="136"/>
            </w:pPr>
            <w:r>
              <w:rPr>
                <w:rFonts w:eastAsia="Arial" w:cs="Arial"/>
                <w:sz w:val="18"/>
              </w:rPr>
              <w:t>- prove e/o verifiche da condurre a seguito dell’attuazione degli interventi.</w:t>
            </w:r>
          </w:p>
          <w:p w14:paraId="79D5E2EE" w14:textId="77777777" w:rsidR="00863285" w:rsidRDefault="00000000">
            <w:pPr>
              <w:spacing w:after="80" w:line="253" w:lineRule="auto"/>
              <w:ind w:left="136" w:hanging="136"/>
            </w:pPr>
            <w:r>
              <w:rPr>
                <w:rFonts w:eastAsia="Arial" w:cs="Arial"/>
                <w:sz w:val="18"/>
              </w:rPr>
              <w:t>2. Eventuale aggiornamento degli schemi elettrici.</w:t>
            </w:r>
          </w:p>
          <w:p w14:paraId="1D6FC617" w14:textId="77777777" w:rsidR="00863285" w:rsidRDefault="00000000">
            <w:pPr>
              <w:spacing w:after="80" w:line="253" w:lineRule="auto"/>
              <w:ind w:left="136" w:hanging="136"/>
            </w:pPr>
            <w:r>
              <w:rPr>
                <w:rFonts w:eastAsia="Arial" w:cs="Arial"/>
                <w:sz w:val="18"/>
              </w:rPr>
              <w:t>3. Rapporto di verifica e/o collaudo con la descrizione dei test condotti e relativo esito, sulla base di quanto previsto nella relazione tecnica.</w:t>
            </w:r>
          </w:p>
          <w:p w14:paraId="640F1D1F" w14:textId="77777777" w:rsidR="00863285" w:rsidRDefault="00000000">
            <w:pPr>
              <w:spacing w:after="80" w:line="253" w:lineRule="auto"/>
              <w:ind w:left="136" w:hanging="136"/>
            </w:pPr>
            <w:r>
              <w:rPr>
                <w:rFonts w:eastAsia="Arial" w:cs="Arial"/>
                <w:sz w:val="18"/>
              </w:rPr>
              <w:t>4. Documentazione a corredo dei dispositivi di sicurezza inseriti, in particolare eventuale dichiarazione CE di conformità e istruzioni.</w:t>
            </w:r>
          </w:p>
          <w:p w14:paraId="32DD1404" w14:textId="77777777" w:rsidR="00863285" w:rsidRDefault="00000000">
            <w:pPr>
              <w:spacing w:after="80" w:line="253" w:lineRule="auto"/>
              <w:ind w:left="136" w:hanging="136"/>
            </w:pPr>
            <w:r>
              <w:rPr>
                <w:rFonts w:eastAsia="Arial" w:cs="Arial"/>
                <w:sz w:val="18"/>
              </w:rPr>
              <w:t>5. Descrizione dell’intervento nel registro di controllo.</w:t>
            </w:r>
          </w:p>
        </w:tc>
        <w:tc>
          <w:tcPr>
            <w:tcW w:w="4054" w:type="dxa"/>
            <w:tcMar>
              <w:top w:w="100" w:type="dxa"/>
              <w:left w:w="100" w:type="dxa"/>
              <w:bottom w:w="95" w:type="dxa"/>
              <w:right w:w="100" w:type="dxa"/>
            </w:tcMar>
          </w:tcPr>
          <w:p w14:paraId="6655AA8D" w14:textId="77777777" w:rsidR="00863285" w:rsidRDefault="00000000">
            <w:pPr>
              <w:spacing w:after="100" w:line="253" w:lineRule="auto"/>
              <w:ind w:left="136" w:hanging="136"/>
            </w:pPr>
            <w:r>
              <w:rPr>
                <w:rFonts w:eastAsia="Arial" w:cs="Arial"/>
                <w:sz w:val="18"/>
              </w:rPr>
              <w:t>1. Dichiarazione di idoneità del fabbricante, nella quale è esplicitato che l’intervento condotto non fa decadere la validità dell’originaria dichiarazione di conformità della macchina.</w:t>
            </w:r>
          </w:p>
          <w:p w14:paraId="7F7CDFE6" w14:textId="77777777" w:rsidR="00863285" w:rsidRDefault="00000000">
            <w:pPr>
              <w:spacing w:after="100" w:line="253" w:lineRule="auto"/>
              <w:ind w:left="136" w:hanging="136"/>
            </w:pPr>
            <w:r>
              <w:rPr>
                <w:rFonts w:eastAsia="Arial" w:cs="Arial"/>
                <w:sz w:val="18"/>
              </w:rPr>
              <w:t>2. Eventuale aggiornamento degli schemi elettrici.</w:t>
            </w:r>
          </w:p>
          <w:p w14:paraId="74A68458" w14:textId="77777777" w:rsidR="00863285" w:rsidRDefault="00000000">
            <w:pPr>
              <w:spacing w:after="100" w:line="253" w:lineRule="auto"/>
              <w:ind w:left="136" w:hanging="136"/>
            </w:pPr>
            <w:r>
              <w:rPr>
                <w:rFonts w:eastAsia="Arial" w:cs="Arial"/>
                <w:sz w:val="18"/>
              </w:rPr>
              <w:t>3. Rapporto di verifica e/o collaudo con la descrizione dei test condotti e relativo esito.</w:t>
            </w:r>
          </w:p>
          <w:p w14:paraId="333025AC" w14:textId="77777777" w:rsidR="00863285" w:rsidRDefault="00000000">
            <w:pPr>
              <w:spacing w:after="100" w:line="253" w:lineRule="auto"/>
              <w:ind w:left="136" w:hanging="136"/>
            </w:pPr>
            <w:r>
              <w:rPr>
                <w:rFonts w:eastAsia="Arial" w:cs="Arial"/>
                <w:sz w:val="18"/>
              </w:rPr>
              <w:t>4. Documentazione a corredo dei componenti di sicurezza inseriti (ove prevista), in particolare eventuale dichiarazione CE di conformità e istruzioni.</w:t>
            </w:r>
          </w:p>
          <w:p w14:paraId="5921FB25" w14:textId="77777777" w:rsidR="00863285" w:rsidRDefault="00000000">
            <w:pPr>
              <w:spacing w:after="100" w:line="253" w:lineRule="auto"/>
              <w:ind w:left="136" w:hanging="136"/>
            </w:pPr>
            <w:r>
              <w:rPr>
                <w:rFonts w:eastAsia="Arial" w:cs="Arial"/>
                <w:sz w:val="18"/>
              </w:rPr>
              <w:t>5. Descrizione dell’intervento nel registro di controllo.</w:t>
            </w:r>
          </w:p>
        </w:tc>
      </w:tr>
    </w:tbl>
    <w:p w14:paraId="02E0FE69" w14:textId="77777777" w:rsidR="00863285" w:rsidRDefault="00000000">
      <w:pPr>
        <w:spacing w:before="120" w:after="60"/>
      </w:pPr>
      <w:r>
        <w:rPr>
          <w:rFonts w:eastAsia="Arial" w:cs="Arial"/>
          <w:b/>
          <w:color w:val="2E6876"/>
          <w:sz w:val="17"/>
        </w:rPr>
        <w:t>NOTE DELLA TABELLA</w:t>
      </w:r>
    </w:p>
    <w:p w14:paraId="0C8CAE35" w14:textId="77777777" w:rsidR="00863285" w:rsidRDefault="00000000">
      <w:pPr>
        <w:spacing w:after="50" w:line="251" w:lineRule="auto"/>
        <w:ind w:left="255" w:hanging="255"/>
      </w:pPr>
      <w:r>
        <w:rPr>
          <w:rFonts w:eastAsia="Arial" w:cs="Arial"/>
          <w:sz w:val="16"/>
        </w:rPr>
        <w:t>[2]  La differenza può consistere nella scelta di un componente di sicurezza di marca e/o modello diversi o nella selezione di un componente che adotta tecnologie differenti (ad es. sostituzione di un sistema anticollisione a fotocellule con sistema elettromeccanico costituito da respingenti a contatto o con sistema radar).</w:t>
      </w:r>
    </w:p>
    <w:p w14:paraId="0C03D33E" w14:textId="77777777" w:rsidR="00863285" w:rsidRDefault="00000000">
      <w:pPr>
        <w:spacing w:before="120" w:line="240" w:lineRule="auto"/>
      </w:pPr>
      <w:r>
        <w:rPr>
          <w:rFonts w:eastAsia="Arial" w:cs="Arial"/>
          <w:i/>
          <w:color w:val="627584"/>
          <w:sz w:val="15"/>
        </w:rPr>
        <w:t>Provenienza: «tabelle.docx», scheda 1.06 (pagina 6 del documento fornito). Testo ricomposto in tabella Word.</w:t>
      </w:r>
    </w:p>
    <w:p w14:paraId="09CBAD89" w14:textId="77777777" w:rsidR="00863285" w:rsidRDefault="00000000">
      <w:pPr>
        <w:pageBreakBefore/>
        <w:spacing w:after="100"/>
      </w:pPr>
      <w:bookmarkStart w:id="14" w:name="scheda_07"/>
      <w:r>
        <w:rPr>
          <w:rFonts w:eastAsia="Arial" w:cs="Arial"/>
          <w:b/>
          <w:color w:val="2E6876"/>
          <w:sz w:val="18"/>
        </w:rPr>
        <w:t>SCHEDA 1.07  /  SINTESI ILLUSTRATA</w:t>
      </w:r>
      <w:bookmarkEnd w:id="14"/>
    </w:p>
    <w:p w14:paraId="65CD17F1" w14:textId="77777777" w:rsidR="00863285" w:rsidRDefault="00000000">
      <w:pPr>
        <w:pStyle w:val="Titolo1"/>
        <w:pBdr>
          <w:bottom w:val="single" w:sz="8" w:space="5" w:color="D99927"/>
        </w:pBdr>
        <w:spacing w:before="0" w:after="100" w:line="247" w:lineRule="auto"/>
      </w:pPr>
      <w:r>
        <w:rPr>
          <w:rFonts w:ascii="Arial" w:eastAsia="Arial" w:hAnsi="Arial" w:cs="Arial"/>
          <w:sz w:val="37"/>
        </w:rPr>
        <w:t>INTERVENTI SULL’IMPIANTO ELETTRICO</w:t>
      </w:r>
    </w:p>
    <w:p w14:paraId="081C742D" w14:textId="77777777" w:rsidR="00863285" w:rsidRDefault="00000000">
      <w:pPr>
        <w:keepNext/>
        <w:spacing w:before="80" w:after="180" w:line="250" w:lineRule="auto"/>
      </w:pPr>
      <w:r>
        <w:rPr>
          <w:rFonts w:eastAsia="Arial" w:cs="Arial"/>
          <w:color w:val="627584"/>
          <w:sz w:val="18"/>
        </w:rPr>
        <w:t>INTERVENTO • CONDIZIONI DI CLASSIFICAZIONE • EVIDENZE TECNICHE</w:t>
      </w: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8959"/>
        <w:gridCol w:w="6237"/>
      </w:tblGrid>
      <w:tr w:rsidR="00863285" w14:paraId="4CC3B241" w14:textId="77777777">
        <w:trPr>
          <w:cantSplit/>
          <w:jc w:val="center"/>
        </w:trPr>
        <w:tc>
          <w:tcPr>
            <w:tcW w:w="8957" w:type="dxa"/>
            <w:shd w:val="clear" w:color="auto" w:fill="EFF5F8"/>
            <w:tcMar>
              <w:top w:w="160" w:type="dxa"/>
              <w:left w:w="170" w:type="dxa"/>
              <w:bottom w:w="160" w:type="dxa"/>
              <w:right w:w="170" w:type="dxa"/>
            </w:tcMar>
            <w:vAlign w:val="center"/>
          </w:tcPr>
          <w:p w14:paraId="46A1A1A9" w14:textId="77777777" w:rsidR="00863285" w:rsidRDefault="00000000">
            <w:pPr>
              <w:spacing w:after="100"/>
            </w:pPr>
            <w:r>
              <w:rPr>
                <w:rFonts w:eastAsia="Arial" w:cs="Arial"/>
                <w:b/>
                <w:color w:val="2E6876"/>
                <w:sz w:val="20"/>
              </w:rPr>
              <w:t>TIPOLOGIA E DESCRIZIONE</w:t>
            </w:r>
          </w:p>
          <w:p w14:paraId="41C3BCE4" w14:textId="77777777" w:rsidR="00863285" w:rsidRDefault="00000000">
            <w:pPr>
              <w:spacing w:after="200" w:line="276" w:lineRule="auto"/>
            </w:pPr>
            <w:r>
              <w:rPr>
                <w:rFonts w:eastAsia="Arial" w:cs="Arial"/>
                <w:sz w:val="22"/>
              </w:rPr>
              <w:t>Controllo fase, protezioni termiche, sovracorrenti, sovratensioni e prese di terra.</w:t>
            </w:r>
          </w:p>
          <w:p w14:paraId="0D325145" w14:textId="77777777" w:rsidR="00863285" w:rsidRDefault="00000000">
            <w:pPr>
              <w:spacing w:after="100"/>
            </w:pPr>
            <w:r>
              <w:rPr>
                <w:rFonts w:eastAsia="Arial" w:cs="Arial"/>
                <w:b/>
                <w:color w:val="2E6876"/>
                <w:sz w:val="20"/>
              </w:rPr>
              <w:t>CONDIZIONI DA DIMOSTRARE</w:t>
            </w:r>
          </w:p>
          <w:p w14:paraId="5E6480C2" w14:textId="77777777" w:rsidR="00863285" w:rsidRDefault="00000000">
            <w:pPr>
              <w:spacing w:line="276" w:lineRule="auto"/>
            </w:pPr>
            <w:r>
              <w:rPr>
                <w:rFonts w:eastAsia="Arial" w:cs="Arial"/>
                <w:sz w:val="22"/>
              </w:rPr>
              <w:t>Componenti compatibili con l’impianto, prestazioni almeno equivalenti; nessun incremento dei rischi pertinenti.</w:t>
            </w:r>
          </w:p>
        </w:tc>
        <w:tc>
          <w:tcPr>
            <w:tcW w:w="6236" w:type="dxa"/>
            <w:tcMar>
              <w:top w:w="0" w:type="dxa"/>
              <w:left w:w="90" w:type="dxa"/>
              <w:bottom w:w="0" w:type="dxa"/>
              <w:right w:w="0" w:type="dxa"/>
            </w:tcMar>
          </w:tcPr>
          <w:p w14:paraId="50AC7143" w14:textId="77777777" w:rsidR="00863285" w:rsidRDefault="00000000">
            <w:pPr>
              <w:spacing w:line="240" w:lineRule="auto"/>
              <w:jc w:val="center"/>
            </w:pPr>
            <w:r>
              <w:rPr>
                <w:noProof/>
              </w:rPr>
              <w:drawing>
                <wp:inline distT="0" distB="0" distL="0" distR="0" wp14:anchorId="410E266F" wp14:editId="56E547C2">
                  <wp:extent cx="3708000" cy="2017152"/>
                  <wp:effectExtent l="0" t="0" r="0" b="0"/>
                  <wp:docPr id="10" name="Picture 10" descr="Schema illustrativo originale per la scheda 1.07 - rappresentazione esemplificativa, non esecu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1"/>
                          <a:stretch>
                            <a:fillRect/>
                          </a:stretch>
                        </pic:blipFill>
                        <pic:spPr>
                          <a:xfrm>
                            <a:off x="0" y="0"/>
                            <a:ext cx="3708000" cy="2017152"/>
                          </a:xfrm>
                          <a:prstGeom prst="rect">
                            <a:avLst/>
                          </a:prstGeom>
                        </pic:spPr>
                      </pic:pic>
                    </a:graphicData>
                  </a:graphic>
                </wp:inline>
              </w:drawing>
            </w:r>
          </w:p>
          <w:p w14:paraId="0281E891" w14:textId="77777777" w:rsidR="00863285" w:rsidRDefault="00000000">
            <w:pPr>
              <w:spacing w:before="60"/>
              <w:jc w:val="center"/>
            </w:pPr>
            <w:r>
              <w:rPr>
                <w:rFonts w:eastAsia="Arial" w:cs="Arial"/>
                <w:color w:val="627584"/>
                <w:sz w:val="15"/>
              </w:rPr>
              <w:t>Illustrazione tecnica originale • esemplificativa</w:t>
            </w:r>
          </w:p>
        </w:tc>
      </w:tr>
    </w:tbl>
    <w:p w14:paraId="0A9A4E92" w14:textId="77777777" w:rsidR="00863285" w:rsidRDefault="00863285">
      <w:pPr>
        <w:spacing w:line="16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708AF2C8" w14:textId="77777777">
        <w:trPr>
          <w:cantSplit/>
          <w:jc w:val="center"/>
        </w:trPr>
        <w:tc>
          <w:tcPr>
            <w:tcW w:w="15194" w:type="dxa"/>
            <w:shd w:val="clear" w:color="auto" w:fill="EFF5F8"/>
            <w:tcMar>
              <w:top w:w="105" w:type="dxa"/>
              <w:left w:w="150" w:type="dxa"/>
              <w:bottom w:w="105" w:type="dxa"/>
              <w:right w:w="150" w:type="dxa"/>
            </w:tcMar>
          </w:tcPr>
          <w:p w14:paraId="5CC4F12F" w14:textId="77777777" w:rsidR="00863285" w:rsidRDefault="00000000">
            <w:pPr>
              <w:spacing w:after="100"/>
            </w:pPr>
            <w:r>
              <w:rPr>
                <w:rFonts w:eastAsia="Arial" w:cs="Arial"/>
                <w:b/>
                <w:color w:val="17384B"/>
                <w:sz w:val="19"/>
              </w:rPr>
              <w:t>DOCUMENTAZIONE – INTERVENTO ESEGUITO DA SOGGETTO DIVERSO DAL FABBRICANTE</w:t>
            </w:r>
          </w:p>
          <w:p w14:paraId="0A65701E" w14:textId="77777777" w:rsidR="00863285" w:rsidRDefault="00000000">
            <w:pPr>
              <w:spacing w:line="271" w:lineRule="auto"/>
            </w:pPr>
            <w:r>
              <w:rPr>
                <w:rFonts w:eastAsia="Arial" w:cs="Arial"/>
                <w:sz w:val="20"/>
              </w:rPr>
              <w:t>Relazione tecnica firmata da persona competente: Verifica compatibilità elettrica; valutazione rischi; prove; distinta componenti o schemi aggiornati. A completamento: rapporto di verifica e/o collaudo, documentazione dei nuovi componenti (ove prevista), dichiarazione di corretta installazione nei casi pertinenti e descrizione nel registro di controllo.</w:t>
            </w:r>
          </w:p>
        </w:tc>
      </w:tr>
    </w:tbl>
    <w:p w14:paraId="1D90D23A" w14:textId="77777777" w:rsidR="00863285" w:rsidRDefault="00863285">
      <w:pPr>
        <w:spacing w:line="12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78AA66C5" w14:textId="77777777">
        <w:trPr>
          <w:cantSplit/>
          <w:jc w:val="center"/>
        </w:trPr>
        <w:tc>
          <w:tcPr>
            <w:tcW w:w="15194" w:type="dxa"/>
            <w:shd w:val="clear" w:color="auto" w:fill="FFF5E5"/>
            <w:tcMar>
              <w:top w:w="105" w:type="dxa"/>
              <w:left w:w="150" w:type="dxa"/>
              <w:bottom w:w="105" w:type="dxa"/>
              <w:right w:w="150" w:type="dxa"/>
            </w:tcMar>
          </w:tcPr>
          <w:p w14:paraId="57DDC061" w14:textId="77777777" w:rsidR="00863285" w:rsidRDefault="00000000">
            <w:pPr>
              <w:spacing w:after="100"/>
            </w:pPr>
            <w:r>
              <w:rPr>
                <w:rFonts w:eastAsia="Arial" w:cs="Arial"/>
                <w:b/>
                <w:color w:val="17384B"/>
                <w:sz w:val="19"/>
              </w:rPr>
              <w:t>DOCUMENTAZIONE – INTERVENTO ESEGUITO DAL FABBRICANTE</w:t>
            </w:r>
          </w:p>
          <w:p w14:paraId="712A23C0" w14:textId="77777777" w:rsidR="00863285" w:rsidRDefault="00000000">
            <w:pPr>
              <w:spacing w:line="271" w:lineRule="auto"/>
            </w:pPr>
            <w:r>
              <w:rPr>
                <w:rFonts w:eastAsia="Arial" w:cs="Arial"/>
                <w:sz w:val="20"/>
              </w:rPr>
              <w:t>Dichiarazione di idoneità; schemi/distinta aggiornati; rapporto di prova; certificazioni e istruzioni; registro.</w:t>
            </w:r>
          </w:p>
        </w:tc>
      </w:tr>
    </w:tbl>
    <w:p w14:paraId="3C3594AB" w14:textId="77777777" w:rsidR="00863285" w:rsidRDefault="00863285">
      <w:pPr>
        <w:spacing w:line="120" w:lineRule="exact"/>
      </w:pPr>
    </w:p>
    <w:p w14:paraId="6E953CC2" w14:textId="77777777" w:rsidR="00863285" w:rsidRDefault="00000000">
      <w:pPr>
        <w:spacing w:before="40" w:after="140" w:line="257" w:lineRule="auto"/>
      </w:pPr>
      <w:r>
        <w:rPr>
          <w:rFonts w:eastAsia="Arial" w:cs="Arial"/>
          <w:b/>
          <w:color w:val="17384B"/>
          <w:sz w:val="19"/>
        </w:rPr>
        <w:t>VERIFICA DI APPLICABILITÀ   □ Condizioni soddisfatte   □ Richieste integrazioni   □ Da valutare modifica sostanziale</w:t>
      </w:r>
    </w:p>
    <w:p w14:paraId="6E48DA1B" w14:textId="77777777" w:rsidR="00863285" w:rsidRDefault="00000000">
      <w:pPr>
        <w:spacing w:after="140" w:line="252" w:lineRule="auto"/>
      </w:pPr>
      <w:r>
        <w:rPr>
          <w:rFonts w:eastAsia="Arial" w:cs="Arial"/>
          <w:sz w:val="18"/>
        </w:rPr>
        <w:t>Responsabile valutazione: ____________________________    Data: __________________    Riferimento pratica: __________________</w:t>
      </w:r>
    </w:p>
    <w:p w14:paraId="7BE432EB" w14:textId="77777777" w:rsidR="00863285" w:rsidRDefault="00000000">
      <w:pPr>
        <w:spacing w:after="100"/>
      </w:pPr>
      <w:r>
        <w:rPr>
          <w:rFonts w:eastAsia="Arial" w:cs="Arial"/>
          <w:i/>
          <w:color w:val="627584"/>
          <w:sz w:val="16"/>
        </w:rPr>
        <w:t>Fonte: INAIL, ottobre 2026, scheda 1.07 (pag. 25). Sintesi rielaborata; per condizioni ed elenchi documentali integrali consultare la fonte.</w:t>
      </w:r>
    </w:p>
    <w:p w14:paraId="7C825DF9" w14:textId="77777777" w:rsidR="00863285" w:rsidRDefault="00000000">
      <w:pPr>
        <w:spacing w:line="254" w:lineRule="auto"/>
      </w:pPr>
      <w:hyperlink w:anchor="tabella_07" w:history="1">
        <w:r>
          <w:rPr>
            <w:b/>
            <w:color w:val="2E6876"/>
            <w:sz w:val="19"/>
          </w:rPr>
          <w:t>Tabella completa e note della scheda 1.07 → pagina 17</w:t>
        </w:r>
      </w:hyperlink>
      <w:r>
        <w:rPr>
          <w:rFonts w:eastAsia="Arial" w:cs="Arial"/>
          <w:color w:val="627584"/>
          <w:sz w:val="19"/>
        </w:rPr>
        <w:t xml:space="preserve">    |    </w:t>
      </w:r>
      <w:hyperlink w:anchor="indice" w:history="1">
        <w:r>
          <w:rPr>
            <w:color w:val="2E6876"/>
            <w:sz w:val="18"/>
          </w:rPr>
          <w:t>Torna all’indice</w:t>
        </w:r>
      </w:hyperlink>
    </w:p>
    <w:p w14:paraId="305C1C5C" w14:textId="77777777" w:rsidR="00863285" w:rsidRDefault="00000000">
      <w:pPr>
        <w:pageBreakBefore/>
        <w:spacing w:after="100"/>
      </w:pPr>
      <w:bookmarkStart w:id="15" w:name="tabella_07"/>
      <w:r>
        <w:rPr>
          <w:rFonts w:eastAsia="Arial" w:cs="Arial"/>
          <w:b/>
          <w:color w:val="2E6876"/>
          <w:sz w:val="18"/>
        </w:rPr>
        <w:t>SCHEDA 1.07  /  TESTO DI DETTAGLIO</w:t>
      </w:r>
      <w:bookmarkEnd w:id="15"/>
    </w:p>
    <w:p w14:paraId="58B8B57C" w14:textId="77777777" w:rsidR="00863285" w:rsidRDefault="00000000">
      <w:pPr>
        <w:pStyle w:val="Titolo1"/>
        <w:pBdr>
          <w:bottom w:val="single" w:sz="8" w:space="5" w:color="D99927"/>
        </w:pBdr>
        <w:spacing w:before="0" w:after="100" w:line="247" w:lineRule="auto"/>
      </w:pPr>
      <w:r>
        <w:rPr>
          <w:rFonts w:ascii="Arial" w:eastAsia="Arial" w:hAnsi="Arial" w:cs="Arial"/>
          <w:sz w:val="37"/>
        </w:rPr>
        <w:t>Tabella completa: condizioni e documentazione</w:t>
      </w:r>
    </w:p>
    <w:p w14:paraId="41173B80" w14:textId="77777777" w:rsidR="00863285" w:rsidRDefault="00000000">
      <w:pPr>
        <w:spacing w:before="140" w:after="160" w:line="250" w:lineRule="auto"/>
      </w:pPr>
      <w:r>
        <w:rPr>
          <w:rFonts w:eastAsia="Arial" w:cs="Arial"/>
          <w:b/>
          <w:color w:val="17384B"/>
          <w:sz w:val="18"/>
        </w:rPr>
        <w:t>NON è richiesta una nuova Marcatura CE e rilascio di nuova dichiarazione CE di conformità, se sono verificate le condizioni sottoelencate.</w:t>
      </w:r>
    </w:p>
    <w:tbl>
      <w:tblPr>
        <w:tblW w:w="15196" w:type="dxa"/>
        <w:jc w:val="center"/>
        <w:tblBorders>
          <w:top w:val="single" w:sz="4" w:space="0" w:color="D4E1E7"/>
          <w:left w:val="single" w:sz="4" w:space="0" w:color="D4E1E7"/>
          <w:bottom w:val="single" w:sz="4" w:space="0" w:color="D4E1E7"/>
          <w:right w:val="single" w:sz="4" w:space="0" w:color="D4E1E7"/>
          <w:insideH w:val="single" w:sz="4" w:space="0" w:color="D4E1E7"/>
          <w:insideV w:val="single" w:sz="4" w:space="0" w:color="D4E1E7"/>
        </w:tblBorders>
        <w:tblLayout w:type="fixed"/>
        <w:tblLook w:val="04A0" w:firstRow="1" w:lastRow="0" w:firstColumn="1" w:lastColumn="0" w:noHBand="0" w:noVBand="1"/>
      </w:tblPr>
      <w:tblGrid>
        <w:gridCol w:w="2268"/>
        <w:gridCol w:w="3458"/>
        <w:gridCol w:w="5415"/>
        <w:gridCol w:w="4055"/>
      </w:tblGrid>
      <w:tr w:rsidR="00863285" w14:paraId="2C356087" w14:textId="77777777">
        <w:trPr>
          <w:cantSplit/>
          <w:tblHeader/>
          <w:jc w:val="center"/>
        </w:trPr>
        <w:tc>
          <w:tcPr>
            <w:tcW w:w="2268" w:type="dxa"/>
            <w:shd w:val="clear" w:color="auto" w:fill="17384B"/>
            <w:tcMar>
              <w:top w:w="95" w:type="dxa"/>
              <w:left w:w="105" w:type="dxa"/>
              <w:bottom w:w="95" w:type="dxa"/>
              <w:right w:w="105" w:type="dxa"/>
            </w:tcMar>
          </w:tcPr>
          <w:p w14:paraId="33527518" w14:textId="77777777" w:rsidR="00863285" w:rsidRDefault="00000000">
            <w:pPr>
              <w:spacing w:line="252" w:lineRule="auto"/>
            </w:pPr>
            <w:r>
              <w:rPr>
                <w:rFonts w:eastAsia="Arial" w:cs="Arial"/>
                <w:b/>
                <w:color w:val="FFFFFF"/>
                <w:sz w:val="17"/>
              </w:rPr>
              <w:t>DESCRIZIONE</w:t>
            </w:r>
            <w:r>
              <w:rPr>
                <w:rFonts w:eastAsia="Arial" w:cs="Arial"/>
                <w:b/>
                <w:color w:val="FFFFFF"/>
                <w:sz w:val="17"/>
              </w:rPr>
              <w:br/>
              <w:t>INTERVENTO</w:t>
            </w:r>
          </w:p>
        </w:tc>
        <w:tc>
          <w:tcPr>
            <w:tcW w:w="3458" w:type="dxa"/>
            <w:shd w:val="clear" w:color="auto" w:fill="17384B"/>
            <w:tcMar>
              <w:top w:w="95" w:type="dxa"/>
              <w:left w:w="105" w:type="dxa"/>
              <w:bottom w:w="95" w:type="dxa"/>
              <w:right w:w="105" w:type="dxa"/>
            </w:tcMar>
          </w:tcPr>
          <w:p w14:paraId="7D62DA27" w14:textId="77777777" w:rsidR="00863285" w:rsidRDefault="00000000">
            <w:pPr>
              <w:spacing w:line="252" w:lineRule="auto"/>
            </w:pPr>
            <w:r>
              <w:rPr>
                <w:rFonts w:eastAsia="Arial" w:cs="Arial"/>
                <w:b/>
                <w:color w:val="FFFFFF"/>
                <w:sz w:val="17"/>
              </w:rPr>
              <w:t>CONDIZIONI</w:t>
            </w:r>
          </w:p>
        </w:tc>
        <w:tc>
          <w:tcPr>
            <w:tcW w:w="5414" w:type="dxa"/>
            <w:shd w:val="clear" w:color="auto" w:fill="17384B"/>
            <w:tcMar>
              <w:top w:w="95" w:type="dxa"/>
              <w:left w:w="105" w:type="dxa"/>
              <w:bottom w:w="95" w:type="dxa"/>
              <w:right w:w="105" w:type="dxa"/>
            </w:tcMar>
          </w:tcPr>
          <w:p w14:paraId="54581276"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Soggetto diverso dal fabbricante</w:t>
            </w:r>
          </w:p>
        </w:tc>
        <w:tc>
          <w:tcPr>
            <w:tcW w:w="4054" w:type="dxa"/>
            <w:shd w:val="clear" w:color="auto" w:fill="17384B"/>
            <w:tcMar>
              <w:top w:w="95" w:type="dxa"/>
              <w:left w:w="105" w:type="dxa"/>
              <w:bottom w:w="95" w:type="dxa"/>
              <w:right w:w="105" w:type="dxa"/>
            </w:tcMar>
          </w:tcPr>
          <w:p w14:paraId="51C9224A"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Fabbricante</w:t>
            </w:r>
          </w:p>
        </w:tc>
      </w:tr>
      <w:tr w:rsidR="00863285" w14:paraId="4345D668" w14:textId="77777777">
        <w:trPr>
          <w:cantSplit/>
          <w:jc w:val="center"/>
        </w:trPr>
        <w:tc>
          <w:tcPr>
            <w:tcW w:w="2268" w:type="dxa"/>
            <w:shd w:val="clear" w:color="auto" w:fill="EFF5F8"/>
            <w:tcMar>
              <w:top w:w="100" w:type="dxa"/>
              <w:left w:w="100" w:type="dxa"/>
              <w:bottom w:w="95" w:type="dxa"/>
              <w:right w:w="100" w:type="dxa"/>
            </w:tcMar>
          </w:tcPr>
          <w:p w14:paraId="16C4E73F" w14:textId="77777777" w:rsidR="00863285" w:rsidRDefault="00000000">
            <w:pPr>
              <w:spacing w:after="120" w:line="253" w:lineRule="auto"/>
            </w:pPr>
            <w:r>
              <w:rPr>
                <w:rFonts w:eastAsia="Arial" w:cs="Arial"/>
                <w:b/>
                <w:sz w:val="18"/>
              </w:rPr>
              <w:t>INTERVENTI SULL’IMPIANTO ELETTRICO, AD ES. INSERIMENTO/​SOSTITUZIONE DI:</w:t>
            </w:r>
          </w:p>
          <w:p w14:paraId="1AE82B50" w14:textId="77777777" w:rsidR="00863285" w:rsidRDefault="00000000">
            <w:pPr>
              <w:spacing w:after="50" w:line="253" w:lineRule="auto"/>
              <w:ind w:left="136" w:hanging="136"/>
            </w:pPr>
            <w:r>
              <w:rPr>
                <w:rFonts w:eastAsia="Arial" w:cs="Arial"/>
                <w:sz w:val="18"/>
              </w:rPr>
              <w:t>- controllo di fase;</w:t>
            </w:r>
          </w:p>
          <w:p w14:paraId="57D26438" w14:textId="77777777" w:rsidR="00863285" w:rsidRDefault="00000000">
            <w:pPr>
              <w:spacing w:after="50" w:line="253" w:lineRule="auto"/>
              <w:ind w:left="136" w:hanging="136"/>
            </w:pPr>
            <w:r>
              <w:rPr>
                <w:rFonts w:eastAsia="Arial" w:cs="Arial"/>
                <w:sz w:val="18"/>
              </w:rPr>
              <w:t>- protezioni termiche;</w:t>
            </w:r>
          </w:p>
          <w:p w14:paraId="3D5B8F1C" w14:textId="77777777" w:rsidR="00863285" w:rsidRDefault="00000000">
            <w:pPr>
              <w:spacing w:after="50" w:line="253" w:lineRule="auto"/>
              <w:ind w:left="136" w:hanging="136"/>
            </w:pPr>
            <w:r>
              <w:rPr>
                <w:rFonts w:eastAsia="Arial" w:cs="Arial"/>
                <w:sz w:val="18"/>
              </w:rPr>
              <w:t>- protezioni contro le sovracorrenti;</w:t>
            </w:r>
          </w:p>
          <w:p w14:paraId="7C8E0C0C" w14:textId="77777777" w:rsidR="00863285" w:rsidRDefault="00000000">
            <w:pPr>
              <w:spacing w:after="50" w:line="253" w:lineRule="auto"/>
              <w:ind w:left="136" w:hanging="136"/>
            </w:pPr>
            <w:r>
              <w:rPr>
                <w:rFonts w:eastAsia="Arial" w:cs="Arial"/>
                <w:sz w:val="18"/>
              </w:rPr>
              <w:t>- protezioni contro le sovratensioni;</w:t>
            </w:r>
          </w:p>
          <w:p w14:paraId="70711142" w14:textId="77777777" w:rsidR="00863285" w:rsidRDefault="00000000">
            <w:pPr>
              <w:spacing w:after="50" w:line="253" w:lineRule="auto"/>
              <w:ind w:left="136" w:hanging="136"/>
            </w:pPr>
            <w:r>
              <w:rPr>
                <w:rFonts w:eastAsia="Arial" w:cs="Arial"/>
                <w:sz w:val="18"/>
              </w:rPr>
              <w:t>- prese di terra.</w:t>
            </w:r>
          </w:p>
        </w:tc>
        <w:tc>
          <w:tcPr>
            <w:tcW w:w="3458" w:type="dxa"/>
            <w:shd w:val="clear" w:color="auto" w:fill="F8FAFB"/>
            <w:tcMar>
              <w:top w:w="100" w:type="dxa"/>
              <w:left w:w="100" w:type="dxa"/>
              <w:bottom w:w="95" w:type="dxa"/>
              <w:right w:w="100" w:type="dxa"/>
            </w:tcMar>
          </w:tcPr>
          <w:p w14:paraId="3CAFF635" w14:textId="77777777" w:rsidR="00863285" w:rsidRDefault="00000000">
            <w:pPr>
              <w:spacing w:after="100" w:line="253" w:lineRule="auto"/>
              <w:ind w:left="136" w:hanging="136"/>
            </w:pPr>
            <w:r>
              <w:rPr>
                <w:rFonts w:eastAsia="Arial" w:cs="Arial"/>
                <w:sz w:val="18"/>
              </w:rPr>
              <w:t>- i componenti/le parti dell’impianto elettrico sostituiti/e risultano compatibili con l’impianto elettrico e garantiscono una prestazione almeno equivalente a quella dei componenti/parti originari/e;</w:t>
            </w:r>
          </w:p>
          <w:p w14:paraId="45851204" w14:textId="77777777" w:rsidR="00863285" w:rsidRDefault="00000000">
            <w:pPr>
              <w:spacing w:after="100" w:line="253" w:lineRule="auto"/>
              <w:ind w:left="136" w:hanging="136"/>
            </w:pPr>
            <w:r>
              <w:rPr>
                <w:rFonts w:eastAsia="Arial" w:cs="Arial"/>
                <w:sz w:val="18"/>
              </w:rPr>
              <w:t>- l’intervento non comporta rischi supplementari, con riferimento ai requisiti essenziali di sicurezza sui quali l’intervento potrebbe incidere.</w:t>
            </w:r>
          </w:p>
        </w:tc>
        <w:tc>
          <w:tcPr>
            <w:tcW w:w="5414" w:type="dxa"/>
            <w:tcMar>
              <w:top w:w="100" w:type="dxa"/>
              <w:left w:w="100" w:type="dxa"/>
              <w:bottom w:w="95" w:type="dxa"/>
              <w:right w:w="100" w:type="dxa"/>
            </w:tcMar>
          </w:tcPr>
          <w:p w14:paraId="1D10F73A" w14:textId="77777777" w:rsidR="00863285" w:rsidRDefault="00000000">
            <w:pPr>
              <w:spacing w:after="80" w:line="253" w:lineRule="auto"/>
            </w:pPr>
            <w:r>
              <w:rPr>
                <w:rFonts w:eastAsia="Arial" w:cs="Arial"/>
                <w:sz w:val="18"/>
              </w:rPr>
              <w:t>1. Relazione tecnica, firmata da persona competente, contenente:</w:t>
            </w:r>
          </w:p>
          <w:p w14:paraId="2EE92265" w14:textId="77777777" w:rsidR="00863285" w:rsidRDefault="00000000">
            <w:pPr>
              <w:spacing w:after="64" w:line="253" w:lineRule="auto"/>
              <w:ind w:left="238" w:hanging="136"/>
            </w:pPr>
            <w:r>
              <w:rPr>
                <w:rFonts w:eastAsia="Arial" w:cs="Arial"/>
                <w:sz w:val="18"/>
              </w:rPr>
              <w:t>- descrizione dell’intervento;</w:t>
            </w:r>
          </w:p>
          <w:p w14:paraId="40D94A9E" w14:textId="77777777" w:rsidR="00863285" w:rsidRDefault="00000000">
            <w:pPr>
              <w:spacing w:after="64" w:line="253" w:lineRule="auto"/>
              <w:ind w:left="238" w:hanging="136"/>
            </w:pPr>
            <w:r>
              <w:rPr>
                <w:rFonts w:eastAsia="Arial" w:cs="Arial"/>
                <w:sz w:val="18"/>
              </w:rPr>
              <w:t>- finalità dell’intervento;</w:t>
            </w:r>
          </w:p>
          <w:p w14:paraId="6B1065A3" w14:textId="77777777" w:rsidR="00863285" w:rsidRDefault="00000000">
            <w:pPr>
              <w:spacing w:after="64" w:line="253" w:lineRule="auto"/>
              <w:ind w:left="238" w:hanging="136"/>
            </w:pPr>
            <w:r>
              <w:rPr>
                <w:rFonts w:eastAsia="Arial" w:cs="Arial"/>
                <w:sz w:val="18"/>
              </w:rPr>
              <w:t>- verifica della compatibilità dei dispositivi con tutti i componenti dell’impianto elettrico;</w:t>
            </w:r>
          </w:p>
          <w:p w14:paraId="6F182109" w14:textId="77777777" w:rsidR="00863285" w:rsidRDefault="00000000">
            <w:pPr>
              <w:spacing w:after="64" w:line="253" w:lineRule="auto"/>
              <w:ind w:left="238" w:hanging="136"/>
            </w:pPr>
            <w:r>
              <w:rPr>
                <w:rFonts w:eastAsia="Arial" w:cs="Arial"/>
                <w:sz w:val="18"/>
              </w:rPr>
              <w:t>- estratto della valutazione del rischio condotta secondo la UNI EN ISO 12100 relativamente ai rischi che potrebbero subire modifiche in conseguenza dell’intervento di cui trattasi;</w:t>
            </w:r>
          </w:p>
          <w:p w14:paraId="0BB85C2B" w14:textId="77777777" w:rsidR="00863285" w:rsidRDefault="00000000">
            <w:pPr>
              <w:spacing w:after="64" w:line="253" w:lineRule="auto"/>
              <w:ind w:left="238" w:hanging="136"/>
            </w:pPr>
            <w:r>
              <w:rPr>
                <w:rFonts w:eastAsia="Arial" w:cs="Arial"/>
                <w:sz w:val="18"/>
              </w:rPr>
              <w:t>- prove e/o verifiche da condurre a seguito dell’attuazione degli interventi.</w:t>
            </w:r>
          </w:p>
          <w:p w14:paraId="3AB4A7E0" w14:textId="77777777" w:rsidR="00863285" w:rsidRDefault="00000000">
            <w:pPr>
              <w:spacing w:after="80" w:line="253" w:lineRule="auto"/>
              <w:ind w:left="136" w:hanging="136"/>
            </w:pPr>
            <w:r>
              <w:rPr>
                <w:rFonts w:eastAsia="Arial" w:cs="Arial"/>
                <w:sz w:val="18"/>
              </w:rPr>
              <w:t>2. Schemi elettrici aggiornati sulla base dei componenti/parti sostituiti/e o inserite ex novo[3].</w:t>
            </w:r>
          </w:p>
          <w:p w14:paraId="3F991670" w14:textId="77777777" w:rsidR="00863285" w:rsidRDefault="00000000">
            <w:pPr>
              <w:spacing w:after="80" w:line="253" w:lineRule="auto"/>
              <w:ind w:left="136" w:hanging="136"/>
            </w:pPr>
            <w:r>
              <w:rPr>
                <w:rFonts w:eastAsia="Arial" w:cs="Arial"/>
                <w:sz w:val="18"/>
              </w:rPr>
              <w:t>3. Rapporto di verifica e/o collaudo con la descrizione dei test condotti e relativo esito, sulla base di quanto previsto nella relazione tecnica.</w:t>
            </w:r>
          </w:p>
          <w:p w14:paraId="6EFEAD43" w14:textId="77777777" w:rsidR="00863285" w:rsidRDefault="00000000">
            <w:pPr>
              <w:spacing w:after="80" w:line="253" w:lineRule="auto"/>
              <w:ind w:left="136" w:hanging="136"/>
            </w:pPr>
            <w:r>
              <w:rPr>
                <w:rFonts w:eastAsia="Arial" w:cs="Arial"/>
                <w:sz w:val="18"/>
              </w:rPr>
              <w:t>4. Documentazione a corredo dei dispositivi di sicurezza inseriti, in particolare eventuale dichiarazione CE di conformità e istruzioni.</w:t>
            </w:r>
          </w:p>
          <w:p w14:paraId="3B49D6BB" w14:textId="77777777" w:rsidR="00863285" w:rsidRDefault="00000000">
            <w:pPr>
              <w:spacing w:after="80" w:line="253" w:lineRule="auto"/>
              <w:ind w:left="136" w:hanging="136"/>
            </w:pPr>
            <w:r>
              <w:rPr>
                <w:rFonts w:eastAsia="Arial" w:cs="Arial"/>
                <w:sz w:val="18"/>
              </w:rPr>
              <w:t>5. Descrizione dell’intervento nel registro di controllo.</w:t>
            </w:r>
          </w:p>
        </w:tc>
        <w:tc>
          <w:tcPr>
            <w:tcW w:w="4054" w:type="dxa"/>
            <w:tcMar>
              <w:top w:w="100" w:type="dxa"/>
              <w:left w:w="100" w:type="dxa"/>
              <w:bottom w:w="95" w:type="dxa"/>
              <w:right w:w="100" w:type="dxa"/>
            </w:tcMar>
          </w:tcPr>
          <w:p w14:paraId="1ABF9349" w14:textId="77777777" w:rsidR="00863285" w:rsidRDefault="00000000">
            <w:pPr>
              <w:spacing w:after="100" w:line="253" w:lineRule="auto"/>
              <w:ind w:left="136" w:hanging="136"/>
            </w:pPr>
            <w:r>
              <w:rPr>
                <w:rFonts w:eastAsia="Arial" w:cs="Arial"/>
                <w:sz w:val="18"/>
              </w:rPr>
              <w:t>1. Dichiarazione di idoneità del fabbricante, nella quale è esplicitato che l’intervento condotto non fa decadere la validità dell’originaria dichiarazione di conformità della macchina.</w:t>
            </w:r>
          </w:p>
          <w:p w14:paraId="428218B5" w14:textId="77777777" w:rsidR="00863285" w:rsidRDefault="00000000">
            <w:pPr>
              <w:spacing w:after="100" w:line="253" w:lineRule="auto"/>
              <w:ind w:left="136" w:hanging="136"/>
            </w:pPr>
            <w:r>
              <w:rPr>
                <w:rFonts w:eastAsia="Arial" w:cs="Arial"/>
                <w:sz w:val="18"/>
              </w:rPr>
              <w:t>2. Schemi elettrici aggiornati sulla base dei componenti/parti sostituiti/e o inserite ex novo.</w:t>
            </w:r>
          </w:p>
          <w:p w14:paraId="13FAB2A5" w14:textId="77777777" w:rsidR="00863285" w:rsidRDefault="00000000">
            <w:pPr>
              <w:spacing w:after="100" w:line="253" w:lineRule="auto"/>
              <w:ind w:left="136" w:hanging="136"/>
            </w:pPr>
            <w:r>
              <w:rPr>
                <w:rFonts w:eastAsia="Arial" w:cs="Arial"/>
                <w:sz w:val="18"/>
              </w:rPr>
              <w:t>3. Rapporto di verifica e/o collaudo con la descrizione dei test condotti e relativo esito.</w:t>
            </w:r>
          </w:p>
          <w:p w14:paraId="13A42415" w14:textId="77777777" w:rsidR="00863285" w:rsidRDefault="00000000">
            <w:pPr>
              <w:spacing w:after="100" w:line="253" w:lineRule="auto"/>
              <w:ind w:left="136" w:hanging="136"/>
            </w:pPr>
            <w:r>
              <w:rPr>
                <w:rFonts w:eastAsia="Arial" w:cs="Arial"/>
                <w:sz w:val="18"/>
              </w:rPr>
              <w:t>4. Documentazione a corredo degli elementi inseriti (ove prevista), in particolare eventuale dichiarazione CE di conformità e istruzioni.</w:t>
            </w:r>
          </w:p>
          <w:p w14:paraId="1B08FFB0" w14:textId="77777777" w:rsidR="00863285" w:rsidRDefault="00000000">
            <w:pPr>
              <w:spacing w:after="100" w:line="253" w:lineRule="auto"/>
              <w:ind w:left="136" w:hanging="136"/>
            </w:pPr>
            <w:r>
              <w:rPr>
                <w:rFonts w:eastAsia="Arial" w:cs="Arial"/>
                <w:sz w:val="18"/>
              </w:rPr>
              <w:t>5. Descrizione dell’intervento nel registro di controllo.</w:t>
            </w:r>
          </w:p>
        </w:tc>
      </w:tr>
    </w:tbl>
    <w:p w14:paraId="693F3AF5" w14:textId="77777777" w:rsidR="00863285" w:rsidRDefault="00000000">
      <w:pPr>
        <w:spacing w:before="120" w:after="60"/>
      </w:pPr>
      <w:r>
        <w:rPr>
          <w:rFonts w:eastAsia="Arial" w:cs="Arial"/>
          <w:b/>
          <w:color w:val="2E6876"/>
          <w:sz w:val="17"/>
        </w:rPr>
        <w:t>NOTE DELLA TABELLA</w:t>
      </w:r>
    </w:p>
    <w:p w14:paraId="39C5A76A" w14:textId="77777777" w:rsidR="00863285" w:rsidRDefault="00000000">
      <w:pPr>
        <w:spacing w:after="50" w:line="251" w:lineRule="auto"/>
        <w:ind w:left="255" w:hanging="255"/>
      </w:pPr>
      <w:r>
        <w:rPr>
          <w:rFonts w:eastAsia="Arial" w:cs="Arial"/>
          <w:sz w:val="16"/>
        </w:rPr>
        <w:t>[3]  In caso di sostituzione di un componente è sufficiente aggiornare la distinta dei componenti dell’impianto, in caso di inserimento è necessario invece aggiornare le sezioni dello schema elettrico coinvolte dall’intervento.</w:t>
      </w:r>
    </w:p>
    <w:p w14:paraId="6EB46240" w14:textId="77777777" w:rsidR="00863285" w:rsidRDefault="00000000">
      <w:pPr>
        <w:spacing w:before="120" w:line="240" w:lineRule="auto"/>
      </w:pPr>
      <w:r>
        <w:rPr>
          <w:rFonts w:eastAsia="Arial" w:cs="Arial"/>
          <w:i/>
          <w:color w:val="627584"/>
          <w:sz w:val="15"/>
        </w:rPr>
        <w:t>Provenienza: «tabelle.docx», scheda 1.07 (pagina 7 del documento fornito). Testo ricomposto in tabella Word.</w:t>
      </w:r>
    </w:p>
    <w:p w14:paraId="192A1BCD" w14:textId="77777777" w:rsidR="00863285" w:rsidRDefault="00000000">
      <w:pPr>
        <w:pageBreakBefore/>
        <w:spacing w:after="100"/>
      </w:pPr>
      <w:bookmarkStart w:id="16" w:name="scheda_08"/>
      <w:r>
        <w:rPr>
          <w:rFonts w:eastAsia="Arial" w:cs="Arial"/>
          <w:b/>
          <w:color w:val="2E6876"/>
          <w:sz w:val="18"/>
        </w:rPr>
        <w:t>SCHEDA 1.08  /  SINTESI ILLUSTRATA</w:t>
      </w:r>
      <w:bookmarkEnd w:id="16"/>
    </w:p>
    <w:p w14:paraId="7F794655" w14:textId="77777777" w:rsidR="00863285" w:rsidRDefault="00000000">
      <w:pPr>
        <w:pStyle w:val="Titolo1"/>
        <w:pBdr>
          <w:bottom w:val="single" w:sz="8" w:space="5" w:color="D99927"/>
        </w:pBdr>
        <w:spacing w:before="0" w:after="100" w:line="247" w:lineRule="auto"/>
      </w:pPr>
      <w:r>
        <w:rPr>
          <w:rFonts w:ascii="Arial" w:eastAsia="Arial" w:hAnsi="Arial" w:cs="Arial"/>
          <w:sz w:val="37"/>
        </w:rPr>
        <w:t>INSTALLAZIONE DI RIPARI AGGIUNTIVI</w:t>
      </w:r>
    </w:p>
    <w:p w14:paraId="6A8C3A4A" w14:textId="77777777" w:rsidR="00863285" w:rsidRDefault="00000000">
      <w:pPr>
        <w:keepNext/>
        <w:spacing w:before="80" w:after="180" w:line="250" w:lineRule="auto"/>
      </w:pPr>
      <w:r>
        <w:rPr>
          <w:rFonts w:eastAsia="Arial" w:cs="Arial"/>
          <w:color w:val="627584"/>
          <w:sz w:val="18"/>
        </w:rPr>
        <w:t>INTERVENTO • CONDIZIONI DI CLASSIFICAZIONE • EVIDENZE TECNICHE</w:t>
      </w: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8959"/>
        <w:gridCol w:w="6237"/>
      </w:tblGrid>
      <w:tr w:rsidR="00863285" w14:paraId="3F1F2108" w14:textId="77777777">
        <w:trPr>
          <w:cantSplit/>
          <w:jc w:val="center"/>
        </w:trPr>
        <w:tc>
          <w:tcPr>
            <w:tcW w:w="8957" w:type="dxa"/>
            <w:shd w:val="clear" w:color="auto" w:fill="EFF5F8"/>
            <w:tcMar>
              <w:top w:w="160" w:type="dxa"/>
              <w:left w:w="170" w:type="dxa"/>
              <w:bottom w:w="160" w:type="dxa"/>
              <w:right w:w="170" w:type="dxa"/>
            </w:tcMar>
            <w:vAlign w:val="center"/>
          </w:tcPr>
          <w:p w14:paraId="20A51C33" w14:textId="77777777" w:rsidR="00863285" w:rsidRDefault="00000000">
            <w:pPr>
              <w:spacing w:after="100"/>
            </w:pPr>
            <w:r>
              <w:rPr>
                <w:rFonts w:eastAsia="Arial" w:cs="Arial"/>
                <w:b/>
                <w:color w:val="2E6876"/>
                <w:sz w:val="20"/>
              </w:rPr>
              <w:t>TIPOLOGIA E DESCRIZIONE</w:t>
            </w:r>
          </w:p>
          <w:p w14:paraId="793798E8" w14:textId="77777777" w:rsidR="00863285" w:rsidRDefault="00000000">
            <w:pPr>
              <w:spacing w:after="200" w:line="276" w:lineRule="auto"/>
            </w:pPr>
            <w:r>
              <w:rPr>
                <w:rFonts w:eastAsia="Arial" w:cs="Arial"/>
                <w:sz w:val="22"/>
              </w:rPr>
              <w:t>Ripari fissi o interbloccati supplementari per proteggere zone pericolose.</w:t>
            </w:r>
          </w:p>
          <w:p w14:paraId="64F1E7F4" w14:textId="77777777" w:rsidR="00863285" w:rsidRDefault="00000000">
            <w:pPr>
              <w:spacing w:after="100"/>
            </w:pPr>
            <w:r>
              <w:rPr>
                <w:rFonts w:eastAsia="Arial" w:cs="Arial"/>
                <w:b/>
                <w:color w:val="2E6876"/>
                <w:sz w:val="20"/>
              </w:rPr>
              <w:t>CONDIZIONI DA DIMOSTRARE</w:t>
            </w:r>
          </w:p>
          <w:p w14:paraId="2F5C563B" w14:textId="77777777" w:rsidR="00863285" w:rsidRDefault="00000000">
            <w:pPr>
              <w:spacing w:line="276" w:lineRule="auto"/>
            </w:pPr>
            <w:r>
              <w:rPr>
                <w:rFonts w:eastAsia="Arial" w:cs="Arial"/>
                <w:sz w:val="22"/>
              </w:rPr>
              <w:t>Nessuna interferenza con la geometria/uso previsto e nessun rischio supplementare.</w:t>
            </w:r>
          </w:p>
        </w:tc>
        <w:tc>
          <w:tcPr>
            <w:tcW w:w="6236" w:type="dxa"/>
            <w:tcMar>
              <w:top w:w="0" w:type="dxa"/>
              <w:left w:w="90" w:type="dxa"/>
              <w:bottom w:w="0" w:type="dxa"/>
              <w:right w:w="0" w:type="dxa"/>
            </w:tcMar>
          </w:tcPr>
          <w:p w14:paraId="0464E011" w14:textId="77777777" w:rsidR="00863285" w:rsidRDefault="00000000">
            <w:pPr>
              <w:spacing w:line="240" w:lineRule="auto"/>
              <w:jc w:val="center"/>
            </w:pPr>
            <w:r>
              <w:rPr>
                <w:noProof/>
              </w:rPr>
              <w:drawing>
                <wp:inline distT="0" distB="0" distL="0" distR="0" wp14:anchorId="34FECC72" wp14:editId="2DF60BA1">
                  <wp:extent cx="3708000" cy="2017152"/>
                  <wp:effectExtent l="0" t="0" r="0" b="0"/>
                  <wp:docPr id="11" name="Picture 11" descr="Schema illustrativo originale per la scheda 1.08 - rappresentazione esemplificativa, non esecu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stretch>
                            <a:fillRect/>
                          </a:stretch>
                        </pic:blipFill>
                        <pic:spPr>
                          <a:xfrm>
                            <a:off x="0" y="0"/>
                            <a:ext cx="3708000" cy="2017152"/>
                          </a:xfrm>
                          <a:prstGeom prst="rect">
                            <a:avLst/>
                          </a:prstGeom>
                        </pic:spPr>
                      </pic:pic>
                    </a:graphicData>
                  </a:graphic>
                </wp:inline>
              </w:drawing>
            </w:r>
          </w:p>
          <w:p w14:paraId="2CF49C5B" w14:textId="77777777" w:rsidR="00863285" w:rsidRDefault="00000000">
            <w:pPr>
              <w:spacing w:before="60"/>
              <w:jc w:val="center"/>
            </w:pPr>
            <w:r>
              <w:rPr>
                <w:rFonts w:eastAsia="Arial" w:cs="Arial"/>
                <w:color w:val="627584"/>
                <w:sz w:val="15"/>
              </w:rPr>
              <w:t>Illustrazione tecnica originale • esemplificativa</w:t>
            </w:r>
          </w:p>
        </w:tc>
      </w:tr>
    </w:tbl>
    <w:p w14:paraId="2842FECF" w14:textId="77777777" w:rsidR="00863285" w:rsidRDefault="00863285">
      <w:pPr>
        <w:spacing w:line="16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1A00E6BB" w14:textId="77777777">
        <w:trPr>
          <w:cantSplit/>
          <w:jc w:val="center"/>
        </w:trPr>
        <w:tc>
          <w:tcPr>
            <w:tcW w:w="15194" w:type="dxa"/>
            <w:shd w:val="clear" w:color="auto" w:fill="EFF5F8"/>
            <w:tcMar>
              <w:top w:w="105" w:type="dxa"/>
              <w:left w:w="150" w:type="dxa"/>
              <w:bottom w:w="105" w:type="dxa"/>
              <w:right w:w="150" w:type="dxa"/>
            </w:tcMar>
          </w:tcPr>
          <w:p w14:paraId="2D3608F1" w14:textId="77777777" w:rsidR="00863285" w:rsidRDefault="00000000">
            <w:pPr>
              <w:spacing w:after="100"/>
            </w:pPr>
            <w:r>
              <w:rPr>
                <w:rFonts w:eastAsia="Arial" w:cs="Arial"/>
                <w:b/>
                <w:color w:val="17384B"/>
                <w:sz w:val="19"/>
              </w:rPr>
              <w:t>DOCUMENTAZIONE – INTERVENTO ESEGUITO DA SOGGETTO DIVERSO DAL FABBRICANTE</w:t>
            </w:r>
          </w:p>
          <w:p w14:paraId="0D01D2CE" w14:textId="77777777" w:rsidR="00863285" w:rsidRDefault="00000000">
            <w:pPr>
              <w:spacing w:line="271" w:lineRule="auto"/>
            </w:pPr>
            <w:r>
              <w:rPr>
                <w:rFonts w:eastAsia="Arial" w:cs="Arial"/>
                <w:sz w:val="20"/>
              </w:rPr>
              <w:t>Relazione tecnica firmata da persona competente: Descrizione ripari e accessibilità; analisi interferenze; valutazione rischi; prove; schemi se interbloccati. A completamento: rapporto di verifica e/o collaudo, documentazione dei nuovi componenti (ove prevista), dichiarazione di corretta installazione nei casi pertinenti e descrizione nel registro di controllo.</w:t>
            </w:r>
          </w:p>
        </w:tc>
      </w:tr>
    </w:tbl>
    <w:p w14:paraId="2FA048C2" w14:textId="77777777" w:rsidR="00863285" w:rsidRDefault="00863285">
      <w:pPr>
        <w:spacing w:line="12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7F014C4C" w14:textId="77777777">
        <w:trPr>
          <w:cantSplit/>
          <w:jc w:val="center"/>
        </w:trPr>
        <w:tc>
          <w:tcPr>
            <w:tcW w:w="15194" w:type="dxa"/>
            <w:shd w:val="clear" w:color="auto" w:fill="FFF5E5"/>
            <w:tcMar>
              <w:top w:w="105" w:type="dxa"/>
              <w:left w:w="150" w:type="dxa"/>
              <w:bottom w:w="105" w:type="dxa"/>
              <w:right w:w="150" w:type="dxa"/>
            </w:tcMar>
          </w:tcPr>
          <w:p w14:paraId="3314167D" w14:textId="77777777" w:rsidR="00863285" w:rsidRDefault="00000000">
            <w:pPr>
              <w:spacing w:after="100"/>
            </w:pPr>
            <w:r>
              <w:rPr>
                <w:rFonts w:eastAsia="Arial" w:cs="Arial"/>
                <w:b/>
                <w:color w:val="17384B"/>
                <w:sz w:val="19"/>
              </w:rPr>
              <w:t>DOCUMENTAZIONE – INTERVENTO ESEGUITO DAL FABBRICANTE</w:t>
            </w:r>
          </w:p>
          <w:p w14:paraId="24AF9559" w14:textId="77777777" w:rsidR="00863285" w:rsidRDefault="00000000">
            <w:pPr>
              <w:spacing w:line="271" w:lineRule="auto"/>
            </w:pPr>
            <w:r>
              <w:rPr>
                <w:rFonts w:eastAsia="Arial" w:cs="Arial"/>
                <w:sz w:val="20"/>
              </w:rPr>
              <w:t>Dichiarazione del fabbricante; schemi se necessari; collaudo dove previsto; documenti dispositivi; registro.</w:t>
            </w:r>
          </w:p>
        </w:tc>
      </w:tr>
    </w:tbl>
    <w:p w14:paraId="6FD8FF0F" w14:textId="77777777" w:rsidR="00863285" w:rsidRDefault="00863285">
      <w:pPr>
        <w:spacing w:line="120" w:lineRule="exact"/>
      </w:pPr>
    </w:p>
    <w:p w14:paraId="72BDE19A" w14:textId="77777777" w:rsidR="00863285" w:rsidRDefault="00000000">
      <w:pPr>
        <w:spacing w:before="40" w:after="140" w:line="257" w:lineRule="auto"/>
      </w:pPr>
      <w:r>
        <w:rPr>
          <w:rFonts w:eastAsia="Arial" w:cs="Arial"/>
          <w:b/>
          <w:color w:val="17384B"/>
          <w:sz w:val="19"/>
        </w:rPr>
        <w:t>VERIFICA DI APPLICABILITÀ   □ Condizioni soddisfatte   □ Richieste integrazioni   □ Da valutare modifica sostanziale</w:t>
      </w:r>
    </w:p>
    <w:p w14:paraId="7984B439" w14:textId="77777777" w:rsidR="00863285" w:rsidRDefault="00000000">
      <w:pPr>
        <w:spacing w:after="140" w:line="252" w:lineRule="auto"/>
      </w:pPr>
      <w:r>
        <w:rPr>
          <w:rFonts w:eastAsia="Arial" w:cs="Arial"/>
          <w:sz w:val="18"/>
        </w:rPr>
        <w:t>Responsabile valutazione: ____________________________    Data: __________________    Riferimento pratica: __________________</w:t>
      </w:r>
    </w:p>
    <w:p w14:paraId="7302E278" w14:textId="77777777" w:rsidR="00863285" w:rsidRDefault="00000000">
      <w:pPr>
        <w:spacing w:after="100"/>
      </w:pPr>
      <w:r>
        <w:rPr>
          <w:rFonts w:eastAsia="Arial" w:cs="Arial"/>
          <w:i/>
          <w:color w:val="627584"/>
          <w:sz w:val="16"/>
        </w:rPr>
        <w:t>Fonte: INAIL, ottobre 2026, scheda 1.08 (pag. 26). Sintesi rielaborata; per condizioni ed elenchi documentali integrali consultare la fonte.</w:t>
      </w:r>
    </w:p>
    <w:p w14:paraId="50B707DC" w14:textId="77777777" w:rsidR="00863285" w:rsidRDefault="00000000">
      <w:pPr>
        <w:spacing w:line="254" w:lineRule="auto"/>
      </w:pPr>
      <w:hyperlink w:anchor="tabella_08" w:history="1">
        <w:r>
          <w:rPr>
            <w:b/>
            <w:color w:val="2E6876"/>
            <w:sz w:val="19"/>
          </w:rPr>
          <w:t>Tabella completa e note della scheda 1.08 → pagina 19</w:t>
        </w:r>
      </w:hyperlink>
      <w:r>
        <w:rPr>
          <w:rFonts w:eastAsia="Arial" w:cs="Arial"/>
          <w:color w:val="627584"/>
          <w:sz w:val="19"/>
        </w:rPr>
        <w:t xml:space="preserve">    |    </w:t>
      </w:r>
      <w:hyperlink w:anchor="indice" w:history="1">
        <w:r>
          <w:rPr>
            <w:color w:val="2E6876"/>
            <w:sz w:val="18"/>
          </w:rPr>
          <w:t>Torna all’indice</w:t>
        </w:r>
      </w:hyperlink>
    </w:p>
    <w:p w14:paraId="18B55CEA" w14:textId="77777777" w:rsidR="00863285" w:rsidRDefault="00000000">
      <w:pPr>
        <w:pageBreakBefore/>
        <w:spacing w:after="100"/>
      </w:pPr>
      <w:bookmarkStart w:id="17" w:name="tabella_08"/>
      <w:r>
        <w:rPr>
          <w:rFonts w:eastAsia="Arial" w:cs="Arial"/>
          <w:b/>
          <w:color w:val="2E6876"/>
          <w:sz w:val="18"/>
        </w:rPr>
        <w:t>SCHEDA 1.08  /  TESTO DI DETTAGLIO</w:t>
      </w:r>
      <w:bookmarkEnd w:id="17"/>
    </w:p>
    <w:p w14:paraId="00BA3642" w14:textId="77777777" w:rsidR="00863285" w:rsidRDefault="00000000">
      <w:pPr>
        <w:pStyle w:val="Titolo1"/>
        <w:pBdr>
          <w:bottom w:val="single" w:sz="8" w:space="5" w:color="D99927"/>
        </w:pBdr>
        <w:spacing w:before="0" w:after="100" w:line="247" w:lineRule="auto"/>
      </w:pPr>
      <w:r>
        <w:rPr>
          <w:rFonts w:ascii="Arial" w:eastAsia="Arial" w:hAnsi="Arial" w:cs="Arial"/>
          <w:sz w:val="37"/>
        </w:rPr>
        <w:t>Tabella completa: condizioni e documentazione</w:t>
      </w:r>
    </w:p>
    <w:p w14:paraId="02C02CC4" w14:textId="77777777" w:rsidR="00863285" w:rsidRDefault="00000000">
      <w:pPr>
        <w:spacing w:before="140" w:after="160" w:line="250" w:lineRule="auto"/>
      </w:pPr>
      <w:r>
        <w:rPr>
          <w:rFonts w:eastAsia="Arial" w:cs="Arial"/>
          <w:b/>
          <w:color w:val="17384B"/>
          <w:sz w:val="18"/>
        </w:rPr>
        <w:t>NON è richiesta una nuova Marcatura CE e rilascio di nuova dichiarazione CE di conformità, se sono verificate le condizioni sottoelencate.</w:t>
      </w:r>
    </w:p>
    <w:tbl>
      <w:tblPr>
        <w:tblW w:w="15196" w:type="dxa"/>
        <w:jc w:val="center"/>
        <w:tblBorders>
          <w:top w:val="single" w:sz="4" w:space="0" w:color="D4E1E7"/>
          <w:left w:val="single" w:sz="4" w:space="0" w:color="D4E1E7"/>
          <w:bottom w:val="single" w:sz="4" w:space="0" w:color="D4E1E7"/>
          <w:right w:val="single" w:sz="4" w:space="0" w:color="D4E1E7"/>
          <w:insideH w:val="single" w:sz="4" w:space="0" w:color="D4E1E7"/>
          <w:insideV w:val="single" w:sz="4" w:space="0" w:color="D4E1E7"/>
        </w:tblBorders>
        <w:tblLayout w:type="fixed"/>
        <w:tblLook w:val="04A0" w:firstRow="1" w:lastRow="0" w:firstColumn="1" w:lastColumn="0" w:noHBand="0" w:noVBand="1"/>
      </w:tblPr>
      <w:tblGrid>
        <w:gridCol w:w="2268"/>
        <w:gridCol w:w="3458"/>
        <w:gridCol w:w="5415"/>
        <w:gridCol w:w="4055"/>
      </w:tblGrid>
      <w:tr w:rsidR="00863285" w14:paraId="06E16AF1" w14:textId="77777777">
        <w:trPr>
          <w:cantSplit/>
          <w:tblHeader/>
          <w:jc w:val="center"/>
        </w:trPr>
        <w:tc>
          <w:tcPr>
            <w:tcW w:w="2268" w:type="dxa"/>
            <w:shd w:val="clear" w:color="auto" w:fill="17384B"/>
            <w:tcMar>
              <w:top w:w="95" w:type="dxa"/>
              <w:left w:w="105" w:type="dxa"/>
              <w:bottom w:w="95" w:type="dxa"/>
              <w:right w:w="105" w:type="dxa"/>
            </w:tcMar>
          </w:tcPr>
          <w:p w14:paraId="218203D1" w14:textId="77777777" w:rsidR="00863285" w:rsidRDefault="00000000">
            <w:pPr>
              <w:spacing w:line="252" w:lineRule="auto"/>
            </w:pPr>
            <w:r>
              <w:rPr>
                <w:rFonts w:eastAsia="Arial" w:cs="Arial"/>
                <w:b/>
                <w:color w:val="FFFFFF"/>
                <w:sz w:val="17"/>
              </w:rPr>
              <w:t>DESCRIZIONE</w:t>
            </w:r>
            <w:r>
              <w:rPr>
                <w:rFonts w:eastAsia="Arial" w:cs="Arial"/>
                <w:b/>
                <w:color w:val="FFFFFF"/>
                <w:sz w:val="17"/>
              </w:rPr>
              <w:br/>
              <w:t>INTERVENTO</w:t>
            </w:r>
          </w:p>
        </w:tc>
        <w:tc>
          <w:tcPr>
            <w:tcW w:w="3458" w:type="dxa"/>
            <w:shd w:val="clear" w:color="auto" w:fill="17384B"/>
            <w:tcMar>
              <w:top w:w="95" w:type="dxa"/>
              <w:left w:w="105" w:type="dxa"/>
              <w:bottom w:w="95" w:type="dxa"/>
              <w:right w:w="105" w:type="dxa"/>
            </w:tcMar>
          </w:tcPr>
          <w:p w14:paraId="13D93923" w14:textId="77777777" w:rsidR="00863285" w:rsidRDefault="00000000">
            <w:pPr>
              <w:spacing w:line="252" w:lineRule="auto"/>
            </w:pPr>
            <w:r>
              <w:rPr>
                <w:rFonts w:eastAsia="Arial" w:cs="Arial"/>
                <w:b/>
                <w:color w:val="FFFFFF"/>
                <w:sz w:val="17"/>
              </w:rPr>
              <w:t>CONDIZIONI</w:t>
            </w:r>
          </w:p>
        </w:tc>
        <w:tc>
          <w:tcPr>
            <w:tcW w:w="5414" w:type="dxa"/>
            <w:shd w:val="clear" w:color="auto" w:fill="17384B"/>
            <w:tcMar>
              <w:top w:w="95" w:type="dxa"/>
              <w:left w:w="105" w:type="dxa"/>
              <w:bottom w:w="95" w:type="dxa"/>
              <w:right w:w="105" w:type="dxa"/>
            </w:tcMar>
          </w:tcPr>
          <w:p w14:paraId="0F71B47E"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Soggetto diverso dal fabbricante</w:t>
            </w:r>
          </w:p>
        </w:tc>
        <w:tc>
          <w:tcPr>
            <w:tcW w:w="4054" w:type="dxa"/>
            <w:shd w:val="clear" w:color="auto" w:fill="17384B"/>
            <w:tcMar>
              <w:top w:w="95" w:type="dxa"/>
              <w:left w:w="105" w:type="dxa"/>
              <w:bottom w:w="95" w:type="dxa"/>
              <w:right w:w="105" w:type="dxa"/>
            </w:tcMar>
          </w:tcPr>
          <w:p w14:paraId="18260D85"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Fabbricante</w:t>
            </w:r>
          </w:p>
        </w:tc>
      </w:tr>
      <w:tr w:rsidR="00863285" w14:paraId="4EA2D0E8" w14:textId="77777777">
        <w:trPr>
          <w:cantSplit/>
          <w:jc w:val="center"/>
        </w:trPr>
        <w:tc>
          <w:tcPr>
            <w:tcW w:w="2268" w:type="dxa"/>
            <w:shd w:val="clear" w:color="auto" w:fill="EFF5F8"/>
            <w:tcMar>
              <w:top w:w="100" w:type="dxa"/>
              <w:left w:w="100" w:type="dxa"/>
              <w:bottom w:w="95" w:type="dxa"/>
              <w:right w:w="100" w:type="dxa"/>
            </w:tcMar>
          </w:tcPr>
          <w:p w14:paraId="10D0638D" w14:textId="77777777" w:rsidR="00863285" w:rsidRDefault="00000000">
            <w:pPr>
              <w:spacing w:after="120" w:line="253" w:lineRule="auto"/>
            </w:pPr>
            <w:r>
              <w:rPr>
                <w:rFonts w:eastAsia="Arial" w:cs="Arial"/>
                <w:b/>
                <w:sz w:val="18"/>
              </w:rPr>
              <w:t>INSTALLAZIONE DI RIPARI AGGIUNTIVI</w:t>
            </w:r>
          </w:p>
        </w:tc>
        <w:tc>
          <w:tcPr>
            <w:tcW w:w="3458" w:type="dxa"/>
            <w:shd w:val="clear" w:color="auto" w:fill="F8FAFB"/>
            <w:tcMar>
              <w:top w:w="100" w:type="dxa"/>
              <w:left w:w="100" w:type="dxa"/>
              <w:bottom w:w="95" w:type="dxa"/>
              <w:right w:w="100" w:type="dxa"/>
            </w:tcMar>
          </w:tcPr>
          <w:p w14:paraId="2587D8B3" w14:textId="77777777" w:rsidR="00863285" w:rsidRDefault="00000000">
            <w:pPr>
              <w:spacing w:after="100" w:line="253" w:lineRule="auto"/>
              <w:ind w:left="136" w:hanging="136"/>
            </w:pPr>
            <w:r>
              <w:rPr>
                <w:rFonts w:eastAsia="Arial" w:cs="Arial"/>
                <w:sz w:val="18"/>
              </w:rPr>
              <w:t>- l’intervento non implica variazioni di geometria tali da comportare interferenze e/o ulteriori rischi durante il funzionamento previsto della macchina;</w:t>
            </w:r>
          </w:p>
          <w:p w14:paraId="67911D42" w14:textId="77777777" w:rsidR="00863285" w:rsidRDefault="00000000">
            <w:pPr>
              <w:spacing w:after="100" w:line="253" w:lineRule="auto"/>
              <w:ind w:left="136" w:hanging="136"/>
            </w:pPr>
            <w:r>
              <w:rPr>
                <w:rFonts w:eastAsia="Arial" w:cs="Arial"/>
                <w:sz w:val="18"/>
              </w:rPr>
              <w:t>- l’intervento non comporta rischi supplementari con riferimento ai requisiti essenziali di sicurezza sui quali l’intervento potrebbe incidere.</w:t>
            </w:r>
          </w:p>
        </w:tc>
        <w:tc>
          <w:tcPr>
            <w:tcW w:w="5414" w:type="dxa"/>
            <w:tcMar>
              <w:top w:w="100" w:type="dxa"/>
              <w:left w:w="100" w:type="dxa"/>
              <w:bottom w:w="95" w:type="dxa"/>
              <w:right w:w="100" w:type="dxa"/>
            </w:tcMar>
          </w:tcPr>
          <w:p w14:paraId="451C6772" w14:textId="77777777" w:rsidR="00863285" w:rsidRDefault="00000000">
            <w:pPr>
              <w:spacing w:after="80" w:line="253" w:lineRule="auto"/>
            </w:pPr>
            <w:r>
              <w:rPr>
                <w:rFonts w:eastAsia="Arial" w:cs="Arial"/>
                <w:sz w:val="18"/>
              </w:rPr>
              <w:t>1. Relazione tecnica, firmata da persona competente, contenente:</w:t>
            </w:r>
          </w:p>
          <w:p w14:paraId="6DB96950" w14:textId="77777777" w:rsidR="00863285" w:rsidRDefault="00000000">
            <w:pPr>
              <w:spacing w:after="64" w:line="253" w:lineRule="auto"/>
              <w:ind w:left="238" w:hanging="136"/>
            </w:pPr>
            <w:r>
              <w:rPr>
                <w:rFonts w:eastAsia="Arial" w:cs="Arial"/>
                <w:sz w:val="18"/>
              </w:rPr>
              <w:t>- descrizione dell’intervento con indicazione delle protezioni installate;</w:t>
            </w:r>
          </w:p>
          <w:p w14:paraId="7D0A074A" w14:textId="77777777" w:rsidR="00863285" w:rsidRDefault="00000000">
            <w:pPr>
              <w:spacing w:after="64" w:line="253" w:lineRule="auto"/>
              <w:ind w:left="238" w:hanging="136"/>
            </w:pPr>
            <w:r>
              <w:rPr>
                <w:rFonts w:eastAsia="Arial" w:cs="Arial"/>
                <w:sz w:val="18"/>
              </w:rPr>
              <w:t>- finalità dell’intervento;</w:t>
            </w:r>
          </w:p>
          <w:p w14:paraId="04C68B03" w14:textId="77777777" w:rsidR="00863285" w:rsidRDefault="00000000">
            <w:pPr>
              <w:spacing w:after="64" w:line="253" w:lineRule="auto"/>
              <w:ind w:left="238" w:hanging="136"/>
            </w:pPr>
            <w:r>
              <w:rPr>
                <w:rFonts w:eastAsia="Arial" w:cs="Arial"/>
                <w:sz w:val="18"/>
              </w:rPr>
              <w:t>- aggiornamento dello schema elettrico, in caso di inserimento di riparo interbloccato;</w:t>
            </w:r>
          </w:p>
          <w:p w14:paraId="4FCF9F92" w14:textId="77777777" w:rsidR="00863285" w:rsidRDefault="00000000">
            <w:pPr>
              <w:spacing w:after="64" w:line="253" w:lineRule="auto"/>
              <w:ind w:left="238" w:hanging="136"/>
            </w:pPr>
            <w:r>
              <w:rPr>
                <w:rFonts w:eastAsia="Arial" w:cs="Arial"/>
                <w:sz w:val="18"/>
              </w:rPr>
              <w:t>- verifica dell’assenza di interferenze durante il funzionamento della macchina a seguito dell’implementazione delle protezioni;</w:t>
            </w:r>
          </w:p>
          <w:p w14:paraId="6B2987B1" w14:textId="77777777" w:rsidR="00863285" w:rsidRDefault="00000000">
            <w:pPr>
              <w:spacing w:after="64" w:line="253" w:lineRule="auto"/>
              <w:ind w:left="238" w:hanging="136"/>
            </w:pPr>
            <w:r>
              <w:rPr>
                <w:rFonts w:eastAsia="Arial" w:cs="Arial"/>
                <w:sz w:val="18"/>
              </w:rPr>
              <w:t>- estratto della valutazione del rischio condotta secondo la UNI EN ISO 12100 relativamente ai rischi che potrebbero subire modifiche in conseguenza dell’intervento di cui trattasi;</w:t>
            </w:r>
          </w:p>
          <w:p w14:paraId="33478178" w14:textId="77777777" w:rsidR="00863285" w:rsidRDefault="00000000">
            <w:pPr>
              <w:spacing w:after="64" w:line="253" w:lineRule="auto"/>
              <w:ind w:left="238" w:hanging="136"/>
            </w:pPr>
            <w:r>
              <w:rPr>
                <w:rFonts w:eastAsia="Arial" w:cs="Arial"/>
                <w:sz w:val="18"/>
              </w:rPr>
              <w:t>- prove e/o verifiche da condurre a seguito dell’attuazione degli interventi (ove necessarie).</w:t>
            </w:r>
          </w:p>
          <w:p w14:paraId="593EAF49" w14:textId="77777777" w:rsidR="00863285" w:rsidRDefault="00000000">
            <w:pPr>
              <w:spacing w:after="80" w:line="253" w:lineRule="auto"/>
              <w:ind w:left="136" w:hanging="136"/>
            </w:pPr>
            <w:r>
              <w:rPr>
                <w:rFonts w:eastAsia="Arial" w:cs="Arial"/>
                <w:sz w:val="18"/>
              </w:rPr>
              <w:t>2. Eventuale aggiornamento degli schemi elettrici.</w:t>
            </w:r>
          </w:p>
          <w:p w14:paraId="54D7636D" w14:textId="77777777" w:rsidR="00863285" w:rsidRDefault="00000000">
            <w:pPr>
              <w:spacing w:after="80" w:line="253" w:lineRule="auto"/>
              <w:ind w:left="136" w:hanging="136"/>
            </w:pPr>
            <w:r>
              <w:rPr>
                <w:rFonts w:eastAsia="Arial" w:cs="Arial"/>
                <w:sz w:val="18"/>
              </w:rPr>
              <w:t>3. Documentazione a corredo dei dispositivi di sicurezza inseriti, in particolare eventuale dichiarazione CE di conformità e istruzioni.</w:t>
            </w:r>
          </w:p>
          <w:p w14:paraId="660E399E" w14:textId="77777777" w:rsidR="00863285" w:rsidRDefault="00000000">
            <w:pPr>
              <w:spacing w:after="80" w:line="253" w:lineRule="auto"/>
              <w:ind w:left="136" w:hanging="136"/>
            </w:pPr>
            <w:r>
              <w:rPr>
                <w:rFonts w:eastAsia="Arial" w:cs="Arial"/>
                <w:sz w:val="18"/>
              </w:rPr>
              <w:t>4. Rapporto di verifica e/o collaudo con la descrizione dei test condotti e relativo esito, sulla base di quanto previsto nella relazione tecnica.</w:t>
            </w:r>
          </w:p>
          <w:p w14:paraId="4AC54740" w14:textId="77777777" w:rsidR="00863285" w:rsidRDefault="00000000">
            <w:pPr>
              <w:spacing w:after="80" w:line="253" w:lineRule="auto"/>
              <w:ind w:left="136" w:hanging="136"/>
            </w:pPr>
            <w:r>
              <w:rPr>
                <w:rFonts w:eastAsia="Arial" w:cs="Arial"/>
                <w:sz w:val="18"/>
              </w:rPr>
              <w:t>5. Descrizione dell’intervento nel registro di controllo.</w:t>
            </w:r>
          </w:p>
        </w:tc>
        <w:tc>
          <w:tcPr>
            <w:tcW w:w="4054" w:type="dxa"/>
            <w:tcMar>
              <w:top w:w="100" w:type="dxa"/>
              <w:left w:w="100" w:type="dxa"/>
              <w:bottom w:w="95" w:type="dxa"/>
              <w:right w:w="100" w:type="dxa"/>
            </w:tcMar>
          </w:tcPr>
          <w:p w14:paraId="0D4B4ED3" w14:textId="77777777" w:rsidR="00863285" w:rsidRDefault="00000000">
            <w:pPr>
              <w:spacing w:after="100" w:line="253" w:lineRule="auto"/>
              <w:ind w:left="136" w:hanging="136"/>
            </w:pPr>
            <w:r>
              <w:rPr>
                <w:rFonts w:eastAsia="Arial" w:cs="Arial"/>
                <w:sz w:val="18"/>
              </w:rPr>
              <w:t>1. Dichiarazione di idoneità del fabbricante, nella quale è esplicitato che l’intervento condotto non fa decadere la validità dell’originaria dichiarazione di conformità della macchina.</w:t>
            </w:r>
          </w:p>
          <w:p w14:paraId="1D1BAFB3" w14:textId="77777777" w:rsidR="00863285" w:rsidRDefault="00000000">
            <w:pPr>
              <w:spacing w:after="100" w:line="253" w:lineRule="auto"/>
              <w:ind w:left="136" w:hanging="136"/>
            </w:pPr>
            <w:r>
              <w:rPr>
                <w:rFonts w:eastAsia="Arial" w:cs="Arial"/>
                <w:sz w:val="18"/>
              </w:rPr>
              <w:t>2. Eventuale aggiornamento degli schemi elettrici.</w:t>
            </w:r>
          </w:p>
          <w:p w14:paraId="4A301E99" w14:textId="77777777" w:rsidR="00863285" w:rsidRDefault="00000000">
            <w:pPr>
              <w:spacing w:after="100" w:line="253" w:lineRule="auto"/>
              <w:ind w:left="136" w:hanging="136"/>
            </w:pPr>
            <w:r>
              <w:rPr>
                <w:rFonts w:eastAsia="Arial" w:cs="Arial"/>
                <w:sz w:val="18"/>
              </w:rPr>
              <w:t>3. Rapporto di verifica e/o collaudo con la descrizione dei test condotti e relativo esito (ove richiesto).</w:t>
            </w:r>
          </w:p>
          <w:p w14:paraId="3312B2BE" w14:textId="77777777" w:rsidR="00863285" w:rsidRDefault="00000000">
            <w:pPr>
              <w:spacing w:after="100" w:line="253" w:lineRule="auto"/>
              <w:ind w:left="136" w:hanging="136"/>
            </w:pPr>
            <w:r>
              <w:rPr>
                <w:rFonts w:eastAsia="Arial" w:cs="Arial"/>
                <w:sz w:val="18"/>
              </w:rPr>
              <w:t>4. Documentazione a corredo dei componenti di sicurezza inseriti (ove prevista), in particolare eventuale dichiarazione CE di conformità e istruzioni.</w:t>
            </w:r>
          </w:p>
          <w:p w14:paraId="6F5FF0B9" w14:textId="77777777" w:rsidR="00863285" w:rsidRDefault="00000000">
            <w:pPr>
              <w:spacing w:after="100" w:line="253" w:lineRule="auto"/>
              <w:ind w:left="136" w:hanging="136"/>
            </w:pPr>
            <w:r>
              <w:rPr>
                <w:rFonts w:eastAsia="Arial" w:cs="Arial"/>
                <w:sz w:val="18"/>
              </w:rPr>
              <w:t>5. Descrizione dell’intervento nel registro di controllo.</w:t>
            </w:r>
          </w:p>
        </w:tc>
      </w:tr>
    </w:tbl>
    <w:p w14:paraId="57353D1B" w14:textId="77777777" w:rsidR="00863285" w:rsidRDefault="00000000">
      <w:pPr>
        <w:spacing w:before="120" w:line="240" w:lineRule="auto"/>
      </w:pPr>
      <w:r>
        <w:rPr>
          <w:rFonts w:eastAsia="Arial" w:cs="Arial"/>
          <w:i/>
          <w:color w:val="627584"/>
          <w:sz w:val="15"/>
        </w:rPr>
        <w:t>Provenienza: «tabelle.docx», scheda 1.08 (pagina 8 del documento fornito). Testo ricomposto in tabella Word.</w:t>
      </w:r>
    </w:p>
    <w:p w14:paraId="30761312" w14:textId="77777777" w:rsidR="00863285" w:rsidRDefault="00000000">
      <w:pPr>
        <w:pageBreakBefore/>
        <w:spacing w:after="100"/>
      </w:pPr>
      <w:bookmarkStart w:id="18" w:name="scheda_09"/>
      <w:r>
        <w:rPr>
          <w:rFonts w:eastAsia="Arial" w:cs="Arial"/>
          <w:b/>
          <w:color w:val="2E6876"/>
          <w:sz w:val="18"/>
        </w:rPr>
        <w:t>SCHEDA 1.09  /  SINTESI ILLUSTRATA</w:t>
      </w:r>
      <w:bookmarkEnd w:id="18"/>
    </w:p>
    <w:p w14:paraId="3CC66059" w14:textId="77777777" w:rsidR="00863285" w:rsidRDefault="00000000">
      <w:pPr>
        <w:pStyle w:val="Titolo1"/>
        <w:pBdr>
          <w:bottom w:val="single" w:sz="8" w:space="5" w:color="D99927"/>
        </w:pBdr>
        <w:spacing w:before="0" w:after="100" w:line="247" w:lineRule="auto"/>
      </w:pPr>
      <w:r>
        <w:rPr>
          <w:rFonts w:ascii="Arial" w:eastAsia="Arial" w:hAnsi="Arial" w:cs="Arial"/>
          <w:sz w:val="37"/>
        </w:rPr>
        <w:t>INSTALLAZIONE DI PASSERELLE, BALLATOI, SCALE E ACCESSI</w:t>
      </w:r>
    </w:p>
    <w:p w14:paraId="216B02C3" w14:textId="77777777" w:rsidR="00863285" w:rsidRDefault="00000000">
      <w:pPr>
        <w:keepNext/>
        <w:spacing w:before="80" w:after="180" w:line="250" w:lineRule="auto"/>
      </w:pPr>
      <w:r>
        <w:rPr>
          <w:rFonts w:eastAsia="Arial" w:cs="Arial"/>
          <w:color w:val="627584"/>
          <w:sz w:val="18"/>
        </w:rPr>
        <w:t>INTERVENTO • CONDIZIONI DI CLASSIFICAZIONE • EVIDENZE TECNICHE</w:t>
      </w: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8959"/>
        <w:gridCol w:w="6237"/>
      </w:tblGrid>
      <w:tr w:rsidR="00863285" w14:paraId="4B0C7C0F" w14:textId="77777777">
        <w:trPr>
          <w:cantSplit/>
          <w:jc w:val="center"/>
        </w:trPr>
        <w:tc>
          <w:tcPr>
            <w:tcW w:w="8957" w:type="dxa"/>
            <w:shd w:val="clear" w:color="auto" w:fill="EFF5F8"/>
            <w:tcMar>
              <w:top w:w="160" w:type="dxa"/>
              <w:left w:w="170" w:type="dxa"/>
              <w:bottom w:w="160" w:type="dxa"/>
              <w:right w:w="170" w:type="dxa"/>
            </w:tcMar>
            <w:vAlign w:val="center"/>
          </w:tcPr>
          <w:p w14:paraId="2155B0CF" w14:textId="77777777" w:rsidR="00863285" w:rsidRDefault="00000000">
            <w:pPr>
              <w:spacing w:after="100"/>
            </w:pPr>
            <w:r>
              <w:rPr>
                <w:rFonts w:eastAsia="Arial" w:cs="Arial"/>
                <w:b/>
                <w:color w:val="2E6876"/>
                <w:sz w:val="20"/>
              </w:rPr>
              <w:t>TIPOLOGIA E DESCRIZIONE</w:t>
            </w:r>
          </w:p>
          <w:p w14:paraId="6F6CB0FD" w14:textId="77777777" w:rsidR="00863285" w:rsidRDefault="00000000">
            <w:pPr>
              <w:spacing w:after="200" w:line="276" w:lineRule="auto"/>
            </w:pPr>
            <w:r>
              <w:rPr>
                <w:rFonts w:eastAsia="Arial" w:cs="Arial"/>
                <w:sz w:val="22"/>
              </w:rPr>
              <w:t>Installazione di accessi per manutenzione o controllo, comprese passerelle e scale.</w:t>
            </w:r>
          </w:p>
          <w:p w14:paraId="37CED82A" w14:textId="77777777" w:rsidR="00863285" w:rsidRDefault="00000000">
            <w:pPr>
              <w:spacing w:after="100"/>
            </w:pPr>
            <w:r>
              <w:rPr>
                <w:rFonts w:eastAsia="Arial" w:cs="Arial"/>
                <w:b/>
                <w:color w:val="2E6876"/>
                <w:sz w:val="20"/>
              </w:rPr>
              <w:t>CONDIZIONI DA DIMOSTRARE</w:t>
            </w:r>
          </w:p>
          <w:p w14:paraId="15479FA6" w14:textId="77777777" w:rsidR="00863285" w:rsidRDefault="00000000">
            <w:pPr>
              <w:spacing w:line="276" w:lineRule="auto"/>
            </w:pPr>
            <w:r>
              <w:rPr>
                <w:rFonts w:eastAsia="Arial" w:cs="Arial"/>
                <w:sz w:val="22"/>
              </w:rPr>
              <w:t>Strutture nei limiti tensione originari, senza interferenze; mezzi e modalità di accesso già previsti dal fabbricante.</w:t>
            </w:r>
          </w:p>
        </w:tc>
        <w:tc>
          <w:tcPr>
            <w:tcW w:w="6236" w:type="dxa"/>
            <w:tcMar>
              <w:top w:w="0" w:type="dxa"/>
              <w:left w:w="90" w:type="dxa"/>
              <w:bottom w:w="0" w:type="dxa"/>
              <w:right w:w="0" w:type="dxa"/>
            </w:tcMar>
          </w:tcPr>
          <w:p w14:paraId="77C4555B" w14:textId="77777777" w:rsidR="00863285" w:rsidRDefault="00000000">
            <w:pPr>
              <w:spacing w:line="240" w:lineRule="auto"/>
              <w:jc w:val="center"/>
            </w:pPr>
            <w:r>
              <w:rPr>
                <w:noProof/>
              </w:rPr>
              <w:drawing>
                <wp:inline distT="0" distB="0" distL="0" distR="0" wp14:anchorId="5328EDA3" wp14:editId="6431715C">
                  <wp:extent cx="3708000" cy="2017152"/>
                  <wp:effectExtent l="0" t="0" r="0" b="0"/>
                  <wp:docPr id="12" name="Picture 12" descr="Schema illustrativo originale per la scheda 1.09 - rappresentazione esemplificativa, non esecu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9"/>
                          <a:stretch>
                            <a:fillRect/>
                          </a:stretch>
                        </pic:blipFill>
                        <pic:spPr>
                          <a:xfrm>
                            <a:off x="0" y="0"/>
                            <a:ext cx="3708000" cy="2017152"/>
                          </a:xfrm>
                          <a:prstGeom prst="rect">
                            <a:avLst/>
                          </a:prstGeom>
                        </pic:spPr>
                      </pic:pic>
                    </a:graphicData>
                  </a:graphic>
                </wp:inline>
              </w:drawing>
            </w:r>
          </w:p>
          <w:p w14:paraId="420B6AC9" w14:textId="77777777" w:rsidR="00863285" w:rsidRDefault="00000000">
            <w:pPr>
              <w:spacing w:before="60"/>
              <w:jc w:val="center"/>
            </w:pPr>
            <w:r>
              <w:rPr>
                <w:rFonts w:eastAsia="Arial" w:cs="Arial"/>
                <w:color w:val="627584"/>
                <w:sz w:val="15"/>
              </w:rPr>
              <w:t>Illustrazione tecnica originale • esemplificativa</w:t>
            </w:r>
          </w:p>
        </w:tc>
      </w:tr>
    </w:tbl>
    <w:p w14:paraId="39001986" w14:textId="77777777" w:rsidR="00863285" w:rsidRDefault="00863285">
      <w:pPr>
        <w:spacing w:line="16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3E809636" w14:textId="77777777">
        <w:trPr>
          <w:cantSplit/>
          <w:jc w:val="center"/>
        </w:trPr>
        <w:tc>
          <w:tcPr>
            <w:tcW w:w="15194" w:type="dxa"/>
            <w:shd w:val="clear" w:color="auto" w:fill="EFF5F8"/>
            <w:tcMar>
              <w:top w:w="105" w:type="dxa"/>
              <w:left w:w="150" w:type="dxa"/>
              <w:bottom w:w="105" w:type="dxa"/>
              <w:right w:w="150" w:type="dxa"/>
            </w:tcMar>
          </w:tcPr>
          <w:p w14:paraId="53E00DDC" w14:textId="77777777" w:rsidR="00863285" w:rsidRDefault="00000000">
            <w:pPr>
              <w:spacing w:after="100"/>
            </w:pPr>
            <w:r>
              <w:rPr>
                <w:rFonts w:eastAsia="Arial" w:cs="Arial"/>
                <w:b/>
                <w:color w:val="17384B"/>
                <w:sz w:val="19"/>
              </w:rPr>
              <w:t>DOCUMENTAZIONE – INTERVENTO ESEGUITO DA SOGGETTO DIVERSO DAL FABBRICANTE</w:t>
            </w:r>
          </w:p>
          <w:p w14:paraId="55808524" w14:textId="77777777" w:rsidR="00863285" w:rsidRDefault="00000000">
            <w:pPr>
              <w:spacing w:line="271" w:lineRule="auto"/>
            </w:pPr>
            <w:r>
              <w:rPr>
                <w:rFonts w:eastAsia="Arial" w:cs="Arial"/>
                <w:sz w:val="20"/>
              </w:rPr>
              <w:t>Relazione tecnica firmata da persona competente: Calcoli strutturali; valutazione rischi di inciampo/scivolamento/caduta e manutenzione; verifiche e dichiarazione corretta installazione. A completamento: rapporto di verifica e/o collaudo, documentazione dei nuovi componenti (ove prevista), dichiarazione di corretta installazione nei casi pertinenti e descrizione nel registro di controllo.</w:t>
            </w:r>
          </w:p>
        </w:tc>
      </w:tr>
    </w:tbl>
    <w:p w14:paraId="660F712D" w14:textId="77777777" w:rsidR="00863285" w:rsidRDefault="00863285">
      <w:pPr>
        <w:spacing w:line="12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08D8058D" w14:textId="77777777">
        <w:trPr>
          <w:cantSplit/>
          <w:jc w:val="center"/>
        </w:trPr>
        <w:tc>
          <w:tcPr>
            <w:tcW w:w="15194" w:type="dxa"/>
            <w:shd w:val="clear" w:color="auto" w:fill="FFF5E5"/>
            <w:tcMar>
              <w:top w:w="105" w:type="dxa"/>
              <w:left w:w="150" w:type="dxa"/>
              <w:bottom w:w="105" w:type="dxa"/>
              <w:right w:w="150" w:type="dxa"/>
            </w:tcMar>
          </w:tcPr>
          <w:p w14:paraId="7975CA33" w14:textId="77777777" w:rsidR="00863285" w:rsidRDefault="00000000">
            <w:pPr>
              <w:spacing w:after="100"/>
            </w:pPr>
            <w:r>
              <w:rPr>
                <w:rFonts w:eastAsia="Arial" w:cs="Arial"/>
                <w:b/>
                <w:color w:val="17384B"/>
                <w:sz w:val="19"/>
              </w:rPr>
              <w:t>DOCUMENTAZIONE – INTERVENTO ESEGUITO DAL FABBRICANTE</w:t>
            </w:r>
          </w:p>
          <w:p w14:paraId="36DAF439" w14:textId="77777777" w:rsidR="00863285" w:rsidRDefault="00000000">
            <w:pPr>
              <w:spacing w:line="271" w:lineRule="auto"/>
            </w:pPr>
            <w:r>
              <w:rPr>
                <w:rFonts w:eastAsia="Arial" w:cs="Arial"/>
                <w:sz w:val="20"/>
              </w:rPr>
              <w:t>Dichiarazione di idoneità; collaudo; corretta installazione; documenti prodotti da costruzione ove applicabili; registro.</w:t>
            </w:r>
          </w:p>
        </w:tc>
      </w:tr>
    </w:tbl>
    <w:p w14:paraId="6259B9B4" w14:textId="77777777" w:rsidR="00863285" w:rsidRDefault="00863285">
      <w:pPr>
        <w:spacing w:line="120" w:lineRule="exact"/>
      </w:pPr>
    </w:p>
    <w:p w14:paraId="2736132C" w14:textId="77777777" w:rsidR="00863285" w:rsidRDefault="00000000">
      <w:pPr>
        <w:spacing w:before="40" w:after="140" w:line="257" w:lineRule="auto"/>
      </w:pPr>
      <w:r>
        <w:rPr>
          <w:rFonts w:eastAsia="Arial" w:cs="Arial"/>
          <w:b/>
          <w:color w:val="17384B"/>
          <w:sz w:val="19"/>
        </w:rPr>
        <w:t>VERIFICA DI APPLICABILITÀ   □ Condizioni soddisfatte   □ Richieste integrazioni   □ Da valutare modifica sostanziale</w:t>
      </w:r>
    </w:p>
    <w:p w14:paraId="608A3E39" w14:textId="77777777" w:rsidR="00863285" w:rsidRDefault="00000000">
      <w:pPr>
        <w:spacing w:after="140" w:line="252" w:lineRule="auto"/>
      </w:pPr>
      <w:r>
        <w:rPr>
          <w:rFonts w:eastAsia="Arial" w:cs="Arial"/>
          <w:sz w:val="18"/>
        </w:rPr>
        <w:t>Responsabile valutazione: ____________________________    Data: __________________    Riferimento pratica: __________________</w:t>
      </w:r>
    </w:p>
    <w:p w14:paraId="3281F63C" w14:textId="77777777" w:rsidR="00863285" w:rsidRDefault="00000000">
      <w:pPr>
        <w:spacing w:after="100"/>
      </w:pPr>
      <w:r>
        <w:rPr>
          <w:rFonts w:eastAsia="Arial" w:cs="Arial"/>
          <w:i/>
          <w:color w:val="627584"/>
          <w:sz w:val="16"/>
        </w:rPr>
        <w:t>Fonte: INAIL, ottobre 2026, scheda 1.09 (pag. 27). Sintesi rielaborata; per condizioni ed elenchi documentali integrali consultare la fonte.</w:t>
      </w:r>
    </w:p>
    <w:p w14:paraId="3ED03A5B" w14:textId="77777777" w:rsidR="00863285" w:rsidRDefault="00000000">
      <w:pPr>
        <w:spacing w:line="254" w:lineRule="auto"/>
      </w:pPr>
      <w:hyperlink w:anchor="tabella_09" w:history="1">
        <w:r>
          <w:rPr>
            <w:b/>
            <w:color w:val="2E6876"/>
            <w:sz w:val="19"/>
          </w:rPr>
          <w:t>Tabella completa e note della scheda 1.09 → pagina 21</w:t>
        </w:r>
      </w:hyperlink>
      <w:r>
        <w:rPr>
          <w:rFonts w:eastAsia="Arial" w:cs="Arial"/>
          <w:color w:val="627584"/>
          <w:sz w:val="19"/>
        </w:rPr>
        <w:t xml:space="preserve">    |    </w:t>
      </w:r>
      <w:hyperlink w:anchor="indice" w:history="1">
        <w:r>
          <w:rPr>
            <w:color w:val="2E6876"/>
            <w:sz w:val="18"/>
          </w:rPr>
          <w:t>Torna all’indice</w:t>
        </w:r>
      </w:hyperlink>
    </w:p>
    <w:p w14:paraId="555B97BD" w14:textId="77777777" w:rsidR="00863285" w:rsidRDefault="00000000">
      <w:pPr>
        <w:pageBreakBefore/>
        <w:spacing w:after="100"/>
      </w:pPr>
      <w:bookmarkStart w:id="19" w:name="tabella_09"/>
      <w:r>
        <w:rPr>
          <w:rFonts w:eastAsia="Arial" w:cs="Arial"/>
          <w:b/>
          <w:color w:val="2E6876"/>
          <w:sz w:val="18"/>
        </w:rPr>
        <w:t>SCHEDA 1.09  /  TESTO DI DETTAGLIO</w:t>
      </w:r>
      <w:bookmarkEnd w:id="19"/>
    </w:p>
    <w:p w14:paraId="35D90FF8" w14:textId="77777777" w:rsidR="00863285" w:rsidRDefault="00000000">
      <w:pPr>
        <w:pStyle w:val="Titolo1"/>
        <w:pBdr>
          <w:bottom w:val="single" w:sz="8" w:space="5" w:color="D99927"/>
        </w:pBdr>
        <w:spacing w:before="0" w:after="100" w:line="247" w:lineRule="auto"/>
      </w:pPr>
      <w:r>
        <w:rPr>
          <w:rFonts w:ascii="Arial" w:eastAsia="Arial" w:hAnsi="Arial" w:cs="Arial"/>
          <w:sz w:val="37"/>
        </w:rPr>
        <w:t>Tabella completa: condizioni e documentazione</w:t>
      </w:r>
    </w:p>
    <w:p w14:paraId="63465C8E" w14:textId="77777777" w:rsidR="00863285" w:rsidRDefault="00000000">
      <w:pPr>
        <w:spacing w:before="140" w:after="160" w:line="250" w:lineRule="auto"/>
      </w:pPr>
      <w:r>
        <w:rPr>
          <w:rFonts w:eastAsia="Arial" w:cs="Arial"/>
          <w:b/>
          <w:color w:val="17384B"/>
          <w:sz w:val="18"/>
        </w:rPr>
        <w:t>NON è richiesta una nuova Marcatura CE e rilascio di nuova dichiarazione CE di conformità, se sono verificate le condizioni sottoelencate.</w:t>
      </w:r>
    </w:p>
    <w:tbl>
      <w:tblPr>
        <w:tblW w:w="15196" w:type="dxa"/>
        <w:jc w:val="center"/>
        <w:tblBorders>
          <w:top w:val="single" w:sz="4" w:space="0" w:color="D4E1E7"/>
          <w:left w:val="single" w:sz="4" w:space="0" w:color="D4E1E7"/>
          <w:bottom w:val="single" w:sz="4" w:space="0" w:color="D4E1E7"/>
          <w:right w:val="single" w:sz="4" w:space="0" w:color="D4E1E7"/>
          <w:insideH w:val="single" w:sz="4" w:space="0" w:color="D4E1E7"/>
          <w:insideV w:val="single" w:sz="4" w:space="0" w:color="D4E1E7"/>
        </w:tblBorders>
        <w:tblLayout w:type="fixed"/>
        <w:tblLook w:val="04A0" w:firstRow="1" w:lastRow="0" w:firstColumn="1" w:lastColumn="0" w:noHBand="0" w:noVBand="1"/>
      </w:tblPr>
      <w:tblGrid>
        <w:gridCol w:w="1929"/>
        <w:gridCol w:w="3317"/>
        <w:gridCol w:w="5698"/>
        <w:gridCol w:w="4252"/>
      </w:tblGrid>
      <w:tr w:rsidR="00863285" w14:paraId="7DC59532" w14:textId="77777777">
        <w:trPr>
          <w:cantSplit/>
          <w:tblHeader/>
          <w:jc w:val="center"/>
        </w:trPr>
        <w:tc>
          <w:tcPr>
            <w:tcW w:w="1928" w:type="dxa"/>
            <w:shd w:val="clear" w:color="auto" w:fill="17384B"/>
            <w:tcMar>
              <w:top w:w="95" w:type="dxa"/>
              <w:left w:w="105" w:type="dxa"/>
              <w:bottom w:w="95" w:type="dxa"/>
              <w:right w:w="105" w:type="dxa"/>
            </w:tcMar>
          </w:tcPr>
          <w:p w14:paraId="1D59AE05" w14:textId="77777777" w:rsidR="00863285" w:rsidRDefault="00000000">
            <w:pPr>
              <w:spacing w:line="252" w:lineRule="auto"/>
            </w:pPr>
            <w:r>
              <w:rPr>
                <w:rFonts w:eastAsia="Arial" w:cs="Arial"/>
                <w:b/>
                <w:color w:val="FFFFFF"/>
                <w:sz w:val="17"/>
              </w:rPr>
              <w:t>DESCRIZIONE</w:t>
            </w:r>
            <w:r>
              <w:rPr>
                <w:rFonts w:eastAsia="Arial" w:cs="Arial"/>
                <w:b/>
                <w:color w:val="FFFFFF"/>
                <w:sz w:val="17"/>
              </w:rPr>
              <w:br/>
              <w:t>INTERVENTO</w:t>
            </w:r>
          </w:p>
        </w:tc>
        <w:tc>
          <w:tcPr>
            <w:tcW w:w="3317" w:type="dxa"/>
            <w:shd w:val="clear" w:color="auto" w:fill="17384B"/>
            <w:tcMar>
              <w:top w:w="95" w:type="dxa"/>
              <w:left w:w="105" w:type="dxa"/>
              <w:bottom w:w="95" w:type="dxa"/>
              <w:right w:w="105" w:type="dxa"/>
            </w:tcMar>
          </w:tcPr>
          <w:p w14:paraId="1475C804" w14:textId="77777777" w:rsidR="00863285" w:rsidRDefault="00000000">
            <w:pPr>
              <w:spacing w:line="252" w:lineRule="auto"/>
            </w:pPr>
            <w:r>
              <w:rPr>
                <w:rFonts w:eastAsia="Arial" w:cs="Arial"/>
                <w:b/>
                <w:color w:val="FFFFFF"/>
                <w:sz w:val="17"/>
              </w:rPr>
              <w:t>CONDIZIONI</w:t>
            </w:r>
          </w:p>
        </w:tc>
        <w:tc>
          <w:tcPr>
            <w:tcW w:w="5698" w:type="dxa"/>
            <w:shd w:val="clear" w:color="auto" w:fill="17384B"/>
            <w:tcMar>
              <w:top w:w="95" w:type="dxa"/>
              <w:left w:w="105" w:type="dxa"/>
              <w:bottom w:w="95" w:type="dxa"/>
              <w:right w:w="105" w:type="dxa"/>
            </w:tcMar>
          </w:tcPr>
          <w:p w14:paraId="0586FEE6"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Soggetto diverso dal fabbricante</w:t>
            </w:r>
          </w:p>
        </w:tc>
        <w:tc>
          <w:tcPr>
            <w:tcW w:w="4252" w:type="dxa"/>
            <w:shd w:val="clear" w:color="auto" w:fill="17384B"/>
            <w:tcMar>
              <w:top w:w="95" w:type="dxa"/>
              <w:left w:w="105" w:type="dxa"/>
              <w:bottom w:w="95" w:type="dxa"/>
              <w:right w:w="105" w:type="dxa"/>
            </w:tcMar>
          </w:tcPr>
          <w:p w14:paraId="26ED6EEF"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Fabbricante</w:t>
            </w:r>
          </w:p>
        </w:tc>
      </w:tr>
      <w:tr w:rsidR="00863285" w14:paraId="63DA21C5" w14:textId="77777777">
        <w:trPr>
          <w:cantSplit/>
          <w:jc w:val="center"/>
        </w:trPr>
        <w:tc>
          <w:tcPr>
            <w:tcW w:w="1928" w:type="dxa"/>
            <w:shd w:val="clear" w:color="auto" w:fill="EFF5F8"/>
            <w:tcMar>
              <w:top w:w="100" w:type="dxa"/>
              <w:left w:w="100" w:type="dxa"/>
              <w:bottom w:w="95" w:type="dxa"/>
              <w:right w:w="100" w:type="dxa"/>
            </w:tcMar>
          </w:tcPr>
          <w:p w14:paraId="1FF99F38" w14:textId="77777777" w:rsidR="00863285" w:rsidRDefault="00000000">
            <w:pPr>
              <w:spacing w:after="120" w:line="253" w:lineRule="auto"/>
            </w:pPr>
            <w:r>
              <w:rPr>
                <w:rFonts w:eastAsia="Arial" w:cs="Arial"/>
                <w:b/>
                <w:sz w:val="17"/>
              </w:rPr>
              <w:t>INSTALLAZIONE DI PASSERELLE, BALLATOI, SCALE E ACCESSI</w:t>
            </w:r>
          </w:p>
        </w:tc>
        <w:tc>
          <w:tcPr>
            <w:tcW w:w="3317" w:type="dxa"/>
            <w:shd w:val="clear" w:color="auto" w:fill="F8FAFB"/>
            <w:tcMar>
              <w:top w:w="100" w:type="dxa"/>
              <w:left w:w="100" w:type="dxa"/>
              <w:bottom w:w="95" w:type="dxa"/>
              <w:right w:w="100" w:type="dxa"/>
            </w:tcMar>
          </w:tcPr>
          <w:p w14:paraId="465DEB27" w14:textId="77777777" w:rsidR="00863285" w:rsidRDefault="00000000">
            <w:pPr>
              <w:spacing w:after="100" w:line="253" w:lineRule="auto"/>
              <w:ind w:left="136" w:hanging="136"/>
            </w:pPr>
            <w:r>
              <w:rPr>
                <w:rFonts w:eastAsia="Arial" w:cs="Arial"/>
                <w:sz w:val="17"/>
              </w:rPr>
              <w:t>- l’intervento non comporta incremento dello stato tensionale rispetto a quello della macchina originaria (nell’ambito dei limiti previsti dal fabbricante);</w:t>
            </w:r>
          </w:p>
          <w:p w14:paraId="1C131FC5" w14:textId="77777777" w:rsidR="00863285" w:rsidRDefault="00000000">
            <w:pPr>
              <w:spacing w:after="100" w:line="253" w:lineRule="auto"/>
              <w:ind w:left="136" w:hanging="136"/>
            </w:pPr>
            <w:r>
              <w:rPr>
                <w:rFonts w:eastAsia="Arial" w:cs="Arial"/>
                <w:sz w:val="17"/>
              </w:rPr>
              <w:t>- l’intervento non implica variazioni di geometria tali da comportare interferenze e/o ulteriori rischi durante il funzionamento previsto della macchina;</w:t>
            </w:r>
          </w:p>
          <w:p w14:paraId="24B691EC" w14:textId="77777777" w:rsidR="00863285" w:rsidRDefault="00000000">
            <w:pPr>
              <w:spacing w:after="100" w:line="253" w:lineRule="auto"/>
              <w:ind w:left="136" w:hanging="136"/>
            </w:pPr>
            <w:r>
              <w:rPr>
                <w:rFonts w:eastAsia="Arial" w:cs="Arial"/>
                <w:sz w:val="17"/>
              </w:rPr>
              <w:t>- l’intervento non comporta modifiche delle modalità/mezzi di accesso[4] rispetto a quelle/i originariamente previste/i dal fabbricante.</w:t>
            </w:r>
          </w:p>
        </w:tc>
        <w:tc>
          <w:tcPr>
            <w:tcW w:w="5698" w:type="dxa"/>
            <w:tcMar>
              <w:top w:w="100" w:type="dxa"/>
              <w:left w:w="100" w:type="dxa"/>
              <w:bottom w:w="95" w:type="dxa"/>
              <w:right w:w="100" w:type="dxa"/>
            </w:tcMar>
          </w:tcPr>
          <w:p w14:paraId="0B08DDE9" w14:textId="77777777" w:rsidR="00863285" w:rsidRDefault="00000000">
            <w:pPr>
              <w:spacing w:after="80" w:line="253" w:lineRule="auto"/>
            </w:pPr>
            <w:r>
              <w:rPr>
                <w:rFonts w:eastAsia="Arial" w:cs="Arial"/>
                <w:sz w:val="17"/>
              </w:rPr>
              <w:t>1. Relazione tecnica, firmata da persona competente, contenente:</w:t>
            </w:r>
          </w:p>
          <w:p w14:paraId="6E35D895" w14:textId="77777777" w:rsidR="00863285" w:rsidRDefault="00000000">
            <w:pPr>
              <w:spacing w:after="64" w:line="253" w:lineRule="auto"/>
              <w:ind w:left="238" w:hanging="136"/>
            </w:pPr>
            <w:r>
              <w:rPr>
                <w:rFonts w:eastAsia="Arial" w:cs="Arial"/>
                <w:sz w:val="17"/>
              </w:rPr>
              <w:t>- la descrizione dell’intervento con indicazione degli elementi inseriti e degli eventuali documenti di accompagno di tali componenti;</w:t>
            </w:r>
          </w:p>
          <w:p w14:paraId="22C2BB06" w14:textId="77777777" w:rsidR="00863285" w:rsidRDefault="00000000">
            <w:pPr>
              <w:spacing w:after="64" w:line="253" w:lineRule="auto"/>
              <w:ind w:left="238" w:hanging="136"/>
            </w:pPr>
            <w:r>
              <w:rPr>
                <w:rFonts w:eastAsia="Arial" w:cs="Arial"/>
                <w:sz w:val="17"/>
              </w:rPr>
              <w:t>- la finalità dell’intervento;</w:t>
            </w:r>
          </w:p>
          <w:p w14:paraId="238DA86D" w14:textId="77777777" w:rsidR="00863285" w:rsidRDefault="00000000">
            <w:pPr>
              <w:spacing w:after="64" w:line="253" w:lineRule="auto"/>
              <w:ind w:left="238" w:hanging="136"/>
            </w:pPr>
            <w:r>
              <w:rPr>
                <w:rFonts w:eastAsia="Arial" w:cs="Arial"/>
                <w:sz w:val="17"/>
              </w:rPr>
              <w:t>- verifica dello stato tensionale delle strutture, condotta sulla base di norme di buona tecnica (ove disponibili), con attestazione del non superamento dei limiti originari in relazione, ad esempio, a resistenza, stabilità e deformazione;</w:t>
            </w:r>
          </w:p>
          <w:p w14:paraId="0C832FDF" w14:textId="77777777" w:rsidR="00863285" w:rsidRDefault="00000000">
            <w:pPr>
              <w:spacing w:after="64" w:line="253" w:lineRule="auto"/>
              <w:ind w:left="238" w:hanging="136"/>
            </w:pPr>
            <w:r>
              <w:rPr>
                <w:rFonts w:eastAsia="Arial" w:cs="Arial"/>
                <w:sz w:val="17"/>
              </w:rPr>
              <w:t>- estratto della valutazione del rischio condotta secondo la UNI EN ISO 12100 relativamente ai rischi che potrebbero subire modifiche in conseguenza dell’intervento di cui trattasi (tra i quali i rischi connessi a scivolamento, inciampo, caduta - di cui al Res 1.5.15, e alla manutenzione - di cui ai RESS 1.6.1, 1.6.2 e 1.6.4);</w:t>
            </w:r>
          </w:p>
          <w:p w14:paraId="1FD0426C" w14:textId="77777777" w:rsidR="00863285" w:rsidRDefault="00000000">
            <w:pPr>
              <w:spacing w:after="64" w:line="253" w:lineRule="auto"/>
              <w:ind w:left="238" w:hanging="136"/>
            </w:pPr>
            <w:r>
              <w:rPr>
                <w:rFonts w:eastAsia="Arial" w:cs="Arial"/>
                <w:sz w:val="17"/>
              </w:rPr>
              <w:t>- prove e/o verifiche da condurre a seguito dell’attuazione degli interventi;</w:t>
            </w:r>
          </w:p>
          <w:p w14:paraId="1390FCDB" w14:textId="77777777" w:rsidR="00863285" w:rsidRDefault="00000000">
            <w:pPr>
              <w:spacing w:after="80" w:line="253" w:lineRule="auto"/>
              <w:ind w:left="136" w:hanging="136"/>
            </w:pPr>
            <w:r>
              <w:rPr>
                <w:rFonts w:eastAsia="Arial" w:cs="Arial"/>
                <w:sz w:val="17"/>
              </w:rPr>
              <w:t>2. Rapporto di verifica e/o collaudo con la descrizione dei test condotti e relativo esito, sulla base di quanto previsto nella relazione tecnica.</w:t>
            </w:r>
          </w:p>
          <w:p w14:paraId="3C412C4F" w14:textId="77777777" w:rsidR="00863285" w:rsidRDefault="00000000">
            <w:pPr>
              <w:spacing w:after="80" w:line="253" w:lineRule="auto"/>
              <w:ind w:left="136" w:hanging="136"/>
            </w:pPr>
            <w:r>
              <w:rPr>
                <w:rFonts w:eastAsia="Arial" w:cs="Arial"/>
                <w:sz w:val="17"/>
              </w:rPr>
              <w:t>3. Dichiarazione di corretta installazione o lavoro eseguito alla regola dell’arte.</w:t>
            </w:r>
          </w:p>
          <w:p w14:paraId="2B4DA8DE" w14:textId="77777777" w:rsidR="00863285" w:rsidRDefault="00000000">
            <w:pPr>
              <w:spacing w:after="80" w:line="253" w:lineRule="auto"/>
              <w:ind w:left="136" w:hanging="136"/>
            </w:pPr>
            <w:r>
              <w:rPr>
                <w:rFonts w:eastAsia="Arial" w:cs="Arial"/>
                <w:sz w:val="17"/>
              </w:rPr>
              <w:t>4. Documentazione a corredo degli elementi inseriti (ove prevista), DOP per eventuali elementi ricadenti nel campo di applicazione del Regolamento (UE) n. 2024/3110 del parlamento europeo e del consiglio che fissa condizioni armonizzate per la commercializzazione dei prodotti da costruzione e che abroga il Regolamento (UE) n. 305/2011 del Consiglio[5], e relative istruzioni.</w:t>
            </w:r>
          </w:p>
          <w:p w14:paraId="5D542224" w14:textId="77777777" w:rsidR="00863285" w:rsidRDefault="00000000">
            <w:pPr>
              <w:spacing w:after="80" w:line="253" w:lineRule="auto"/>
              <w:ind w:left="136" w:hanging="136"/>
            </w:pPr>
            <w:r>
              <w:rPr>
                <w:rFonts w:eastAsia="Arial" w:cs="Arial"/>
                <w:sz w:val="17"/>
              </w:rPr>
              <w:t>5. Descrizione dell’intervento nel registro di controllo.</w:t>
            </w:r>
          </w:p>
        </w:tc>
        <w:tc>
          <w:tcPr>
            <w:tcW w:w="4252" w:type="dxa"/>
            <w:tcMar>
              <w:top w:w="100" w:type="dxa"/>
              <w:left w:w="100" w:type="dxa"/>
              <w:bottom w:w="95" w:type="dxa"/>
              <w:right w:w="100" w:type="dxa"/>
            </w:tcMar>
          </w:tcPr>
          <w:p w14:paraId="7FAEA294" w14:textId="77777777" w:rsidR="00863285" w:rsidRDefault="00000000">
            <w:pPr>
              <w:spacing w:after="100" w:line="253" w:lineRule="auto"/>
              <w:ind w:left="136" w:hanging="136"/>
            </w:pPr>
            <w:r>
              <w:rPr>
                <w:rFonts w:eastAsia="Arial" w:cs="Arial"/>
                <w:sz w:val="17"/>
              </w:rPr>
              <w:t>1. Dichiarazione di idoneità del fabbricante, nella quale è esplicitato che l’intervento condotto non fa decadere la validità dell’originaria dichiarazione di conformità della macchina;</w:t>
            </w:r>
          </w:p>
          <w:p w14:paraId="69A0105C" w14:textId="77777777" w:rsidR="00863285" w:rsidRDefault="00000000">
            <w:pPr>
              <w:spacing w:after="100" w:line="253" w:lineRule="auto"/>
              <w:ind w:left="136" w:hanging="136"/>
            </w:pPr>
            <w:r>
              <w:rPr>
                <w:rFonts w:eastAsia="Arial" w:cs="Arial"/>
                <w:sz w:val="17"/>
              </w:rPr>
              <w:t>2. Rapporto di verifica e/o collaudo con la descrizione dei test condotti e relativo esito;</w:t>
            </w:r>
          </w:p>
          <w:p w14:paraId="3CA0785B" w14:textId="77777777" w:rsidR="00863285" w:rsidRDefault="00000000">
            <w:pPr>
              <w:spacing w:after="100" w:line="253" w:lineRule="auto"/>
              <w:ind w:left="136" w:hanging="136"/>
            </w:pPr>
            <w:r>
              <w:rPr>
                <w:rFonts w:eastAsia="Arial" w:cs="Arial"/>
                <w:sz w:val="17"/>
              </w:rPr>
              <w:t>3. Dichiarazione di corretta installazione o lavoro eseguito alla regola dell’arte;</w:t>
            </w:r>
          </w:p>
          <w:p w14:paraId="73361A37" w14:textId="77777777" w:rsidR="00863285" w:rsidRDefault="00000000">
            <w:pPr>
              <w:spacing w:after="100" w:line="253" w:lineRule="auto"/>
              <w:ind w:left="136" w:hanging="136"/>
            </w:pPr>
            <w:r>
              <w:rPr>
                <w:rFonts w:eastAsia="Arial" w:cs="Arial"/>
                <w:sz w:val="17"/>
              </w:rPr>
              <w:t>4. Documentazione a corredo degli elementi inseriti (ove prevista), DOP per eventuali elementi ricadenti nel campo di applicazione del Regolamento (UE) n. 2024/3110 del parlamento europeo e del consiglio che fissa condizioni armonizzate per la commercializzazione dei prodotti da costruzione che abroga il Regolamento (UE) n. 305/2011 del Consiglio[6], e relative istruzioni;</w:t>
            </w:r>
          </w:p>
          <w:p w14:paraId="7D98A40A" w14:textId="77777777" w:rsidR="00863285" w:rsidRDefault="00000000">
            <w:pPr>
              <w:spacing w:after="100" w:line="253" w:lineRule="auto"/>
              <w:ind w:left="136" w:hanging="136"/>
            </w:pPr>
            <w:r>
              <w:rPr>
                <w:rFonts w:eastAsia="Arial" w:cs="Arial"/>
                <w:sz w:val="17"/>
              </w:rPr>
              <w:t>5. Descrizione dell’intervento nel registro di controllo.</w:t>
            </w:r>
          </w:p>
        </w:tc>
      </w:tr>
    </w:tbl>
    <w:p w14:paraId="424E726F" w14:textId="77777777" w:rsidR="00863285" w:rsidRDefault="00000000">
      <w:pPr>
        <w:spacing w:before="120" w:after="60"/>
      </w:pPr>
      <w:r>
        <w:rPr>
          <w:rFonts w:eastAsia="Arial" w:cs="Arial"/>
          <w:b/>
          <w:color w:val="2E6876"/>
          <w:sz w:val="17"/>
        </w:rPr>
        <w:t>NOTE DELLA TABELLA</w:t>
      </w:r>
    </w:p>
    <w:p w14:paraId="5688ED6E" w14:textId="77777777" w:rsidR="00863285" w:rsidRDefault="00000000">
      <w:pPr>
        <w:spacing w:after="50" w:line="251" w:lineRule="auto"/>
        <w:ind w:left="255" w:hanging="255"/>
      </w:pPr>
      <w:r>
        <w:rPr>
          <w:rFonts w:eastAsia="Arial" w:cs="Arial"/>
          <w:sz w:val="16"/>
        </w:rPr>
        <w:t>[4]  L’eventuale installazione/aggiunta di un accesso da parte di persona competente, distinta dal fabbricante, rientra nella manutenzione straordinaria laddove trattasi di un accesso già previsto originariamente dal fabbricante, ad es. aggiunta di una ulteriore scala o di un altro cancelletto.</w:t>
      </w:r>
    </w:p>
    <w:p w14:paraId="5E097E62" w14:textId="77777777" w:rsidR="00863285" w:rsidRDefault="00000000">
      <w:pPr>
        <w:spacing w:after="50" w:line="251" w:lineRule="auto"/>
        <w:ind w:left="255" w:hanging="255"/>
      </w:pPr>
      <w:r>
        <w:rPr>
          <w:rFonts w:eastAsia="Arial" w:cs="Arial"/>
          <w:sz w:val="16"/>
        </w:rPr>
        <w:t>[5]  Un esempio può essere rappresentato da una struttura portante, quale ad es. un ballatoio in quota ancorato al sostegno delle vie di corse, a terra o ad altra struttura diversa dalla gru.</w:t>
      </w:r>
    </w:p>
    <w:p w14:paraId="2D42653F" w14:textId="77777777" w:rsidR="00863285" w:rsidRDefault="00000000">
      <w:pPr>
        <w:spacing w:after="50" w:line="251" w:lineRule="auto"/>
        <w:ind w:left="255" w:hanging="255"/>
      </w:pPr>
      <w:r>
        <w:rPr>
          <w:rFonts w:eastAsia="Arial" w:cs="Arial"/>
          <w:sz w:val="16"/>
        </w:rPr>
        <w:t>[6]  Un esempio può essere rappresentato da una struttura portante, quale ad es. un ballatoio in quota ancorato al sostegno delle vie di corse, a terra o ad altra struttura diversa dalla gru.</w:t>
      </w:r>
    </w:p>
    <w:p w14:paraId="6732EE16" w14:textId="77777777" w:rsidR="00863285" w:rsidRDefault="00000000">
      <w:pPr>
        <w:spacing w:before="120" w:line="240" w:lineRule="auto"/>
      </w:pPr>
      <w:r>
        <w:rPr>
          <w:rFonts w:eastAsia="Arial" w:cs="Arial"/>
          <w:i/>
          <w:color w:val="627584"/>
          <w:sz w:val="15"/>
        </w:rPr>
        <w:t>Provenienza: «tabelle.docx», scheda 1.09 (pagina 9 del documento fornito). Testo ricomposto in tabella Word.</w:t>
      </w:r>
    </w:p>
    <w:p w14:paraId="27E4B7C8" w14:textId="77777777" w:rsidR="00863285" w:rsidRDefault="00000000">
      <w:pPr>
        <w:pageBreakBefore/>
        <w:spacing w:after="100"/>
      </w:pPr>
      <w:bookmarkStart w:id="20" w:name="scheda_10"/>
      <w:r>
        <w:rPr>
          <w:rFonts w:eastAsia="Arial" w:cs="Arial"/>
          <w:b/>
          <w:color w:val="2E6876"/>
          <w:sz w:val="18"/>
        </w:rPr>
        <w:t>SCHEDA 1.10  /  SINTESI ILLUSTRATA</w:t>
      </w:r>
      <w:bookmarkEnd w:id="20"/>
    </w:p>
    <w:p w14:paraId="0C6B3BD1" w14:textId="77777777" w:rsidR="00863285" w:rsidRDefault="00000000">
      <w:pPr>
        <w:pStyle w:val="Titolo1"/>
        <w:pBdr>
          <w:bottom w:val="single" w:sz="8" w:space="5" w:color="D99927"/>
        </w:pBdr>
        <w:spacing w:before="0" w:after="100" w:line="247" w:lineRule="auto"/>
      </w:pPr>
      <w:r>
        <w:rPr>
          <w:rFonts w:ascii="Arial" w:eastAsia="Arial" w:hAnsi="Arial" w:cs="Arial"/>
          <w:sz w:val="37"/>
        </w:rPr>
        <w:t>ANTICADUTA PER INTERVENTI DI EMERGENZA</w:t>
      </w:r>
    </w:p>
    <w:p w14:paraId="08E27155" w14:textId="77777777" w:rsidR="00863285" w:rsidRDefault="00000000">
      <w:pPr>
        <w:keepNext/>
        <w:spacing w:before="80" w:after="180" w:line="250" w:lineRule="auto"/>
      </w:pPr>
      <w:r>
        <w:rPr>
          <w:rFonts w:eastAsia="Arial" w:cs="Arial"/>
          <w:color w:val="627584"/>
          <w:sz w:val="18"/>
        </w:rPr>
        <w:t>INTERVENTO • CONDIZIONI DI CLASSIFICAZIONE • EVIDENZE TECNICHE</w:t>
      </w: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8959"/>
        <w:gridCol w:w="6237"/>
      </w:tblGrid>
      <w:tr w:rsidR="00863285" w14:paraId="236CD103" w14:textId="77777777">
        <w:trPr>
          <w:cantSplit/>
          <w:jc w:val="center"/>
        </w:trPr>
        <w:tc>
          <w:tcPr>
            <w:tcW w:w="8957" w:type="dxa"/>
            <w:shd w:val="clear" w:color="auto" w:fill="EFF5F8"/>
            <w:tcMar>
              <w:top w:w="160" w:type="dxa"/>
              <w:left w:w="170" w:type="dxa"/>
              <w:bottom w:w="160" w:type="dxa"/>
              <w:right w:w="170" w:type="dxa"/>
            </w:tcMar>
            <w:vAlign w:val="center"/>
          </w:tcPr>
          <w:p w14:paraId="72228A64" w14:textId="77777777" w:rsidR="00863285" w:rsidRDefault="00000000">
            <w:pPr>
              <w:spacing w:after="100"/>
            </w:pPr>
            <w:r>
              <w:rPr>
                <w:rFonts w:eastAsia="Arial" w:cs="Arial"/>
                <w:b/>
                <w:color w:val="2E6876"/>
                <w:sz w:val="20"/>
              </w:rPr>
              <w:t>TIPOLOGIA E DESCRIZIONE</w:t>
            </w:r>
          </w:p>
          <w:p w14:paraId="3224073B" w14:textId="77777777" w:rsidR="00863285" w:rsidRDefault="00000000">
            <w:pPr>
              <w:spacing w:after="200" w:line="276" w:lineRule="auto"/>
            </w:pPr>
            <w:r>
              <w:rPr>
                <w:rFonts w:eastAsia="Arial" w:cs="Arial"/>
                <w:sz w:val="22"/>
              </w:rPr>
              <w:t>Linee vita e punti di aggancio destinati a interventi di emergenza non compresi nella normale manutenzione.</w:t>
            </w:r>
          </w:p>
          <w:p w14:paraId="2B36214D" w14:textId="77777777" w:rsidR="00863285" w:rsidRDefault="00000000">
            <w:pPr>
              <w:spacing w:after="100"/>
            </w:pPr>
            <w:r>
              <w:rPr>
                <w:rFonts w:eastAsia="Arial" w:cs="Arial"/>
                <w:b/>
                <w:color w:val="2E6876"/>
                <w:sz w:val="20"/>
              </w:rPr>
              <w:t>CONDIZIONI DA DIMOSTRARE</w:t>
            </w:r>
          </w:p>
          <w:p w14:paraId="56A849A8" w14:textId="77777777" w:rsidR="00863285" w:rsidRDefault="00000000">
            <w:pPr>
              <w:spacing w:line="276" w:lineRule="auto"/>
            </w:pPr>
            <w:r>
              <w:rPr>
                <w:rFonts w:eastAsia="Arial" w:cs="Arial"/>
                <w:sz w:val="22"/>
              </w:rPr>
              <w:t>Nessun aumento delle tensioni oltre limiti originari; assenza di interferenze; nessuna modifica alle modalità di accesso originarie.</w:t>
            </w:r>
          </w:p>
        </w:tc>
        <w:tc>
          <w:tcPr>
            <w:tcW w:w="6236" w:type="dxa"/>
            <w:tcMar>
              <w:top w:w="0" w:type="dxa"/>
              <w:left w:w="90" w:type="dxa"/>
              <w:bottom w:w="0" w:type="dxa"/>
              <w:right w:w="0" w:type="dxa"/>
            </w:tcMar>
          </w:tcPr>
          <w:p w14:paraId="111EA533" w14:textId="77777777" w:rsidR="00863285" w:rsidRDefault="00000000">
            <w:pPr>
              <w:spacing w:line="240" w:lineRule="auto"/>
              <w:jc w:val="center"/>
            </w:pPr>
            <w:r>
              <w:rPr>
                <w:noProof/>
              </w:rPr>
              <w:drawing>
                <wp:inline distT="0" distB="0" distL="0" distR="0" wp14:anchorId="57D6CCE2" wp14:editId="667EDA9B">
                  <wp:extent cx="3708000" cy="2017152"/>
                  <wp:effectExtent l="0" t="0" r="0" b="0"/>
                  <wp:docPr id="13" name="Picture 13" descr="Schema illustrativo originale per la scheda 1.10 - rappresentazione esemplificativa, non esecu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3708000" cy="2017152"/>
                          </a:xfrm>
                          <a:prstGeom prst="rect">
                            <a:avLst/>
                          </a:prstGeom>
                        </pic:spPr>
                      </pic:pic>
                    </a:graphicData>
                  </a:graphic>
                </wp:inline>
              </w:drawing>
            </w:r>
          </w:p>
          <w:p w14:paraId="5FB44FF8" w14:textId="77777777" w:rsidR="00863285" w:rsidRDefault="00000000">
            <w:pPr>
              <w:spacing w:before="60"/>
              <w:jc w:val="center"/>
            </w:pPr>
            <w:r>
              <w:rPr>
                <w:rFonts w:eastAsia="Arial" w:cs="Arial"/>
                <w:color w:val="627584"/>
                <w:sz w:val="15"/>
              </w:rPr>
              <w:t>Illustrazione tecnica originale • esemplificativa</w:t>
            </w:r>
          </w:p>
        </w:tc>
      </w:tr>
    </w:tbl>
    <w:p w14:paraId="209B137E" w14:textId="77777777" w:rsidR="00863285" w:rsidRDefault="00863285">
      <w:pPr>
        <w:spacing w:line="16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09B4953C" w14:textId="77777777">
        <w:trPr>
          <w:cantSplit/>
          <w:jc w:val="center"/>
        </w:trPr>
        <w:tc>
          <w:tcPr>
            <w:tcW w:w="15194" w:type="dxa"/>
            <w:shd w:val="clear" w:color="auto" w:fill="EFF5F8"/>
            <w:tcMar>
              <w:top w:w="105" w:type="dxa"/>
              <w:left w:w="150" w:type="dxa"/>
              <w:bottom w:w="105" w:type="dxa"/>
              <w:right w:w="150" w:type="dxa"/>
            </w:tcMar>
          </w:tcPr>
          <w:p w14:paraId="78479379" w14:textId="77777777" w:rsidR="00863285" w:rsidRDefault="00000000">
            <w:pPr>
              <w:spacing w:after="100"/>
            </w:pPr>
            <w:r>
              <w:rPr>
                <w:rFonts w:eastAsia="Arial" w:cs="Arial"/>
                <w:b/>
                <w:color w:val="17384B"/>
                <w:sz w:val="19"/>
              </w:rPr>
              <w:t>DOCUMENTAZIONE – INTERVENTO ESEGUITO DA SOGGETTO DIVERSO DAL FABBRICANTE</w:t>
            </w:r>
          </w:p>
          <w:p w14:paraId="6CF18CD4" w14:textId="77777777" w:rsidR="00863285" w:rsidRDefault="00000000">
            <w:pPr>
              <w:spacing w:line="271" w:lineRule="auto"/>
            </w:pPr>
            <w:r>
              <w:rPr>
                <w:rFonts w:eastAsia="Arial" w:cs="Arial"/>
                <w:sz w:val="20"/>
              </w:rPr>
              <w:t>Relazione tecnica firmata da persona competente: Valutazione fissaggi e rischi caduta; finalità d’emergenza; prove ove pertinenti; installazione eseguita da qualificati. A completamento: rapporto di verifica e/o collaudo, documentazione dei nuovi componenti (ove prevista), dichiarazione di corretta installazione nei casi pertinenti e descrizione nel registro di controllo.</w:t>
            </w:r>
          </w:p>
        </w:tc>
      </w:tr>
    </w:tbl>
    <w:p w14:paraId="6FCDC7C8" w14:textId="77777777" w:rsidR="00863285" w:rsidRDefault="00863285">
      <w:pPr>
        <w:spacing w:line="12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1B74EA53" w14:textId="77777777">
        <w:trPr>
          <w:cantSplit/>
          <w:jc w:val="center"/>
        </w:trPr>
        <w:tc>
          <w:tcPr>
            <w:tcW w:w="15194" w:type="dxa"/>
            <w:shd w:val="clear" w:color="auto" w:fill="FFF5E5"/>
            <w:tcMar>
              <w:top w:w="105" w:type="dxa"/>
              <w:left w:w="150" w:type="dxa"/>
              <w:bottom w:w="105" w:type="dxa"/>
              <w:right w:w="150" w:type="dxa"/>
            </w:tcMar>
          </w:tcPr>
          <w:p w14:paraId="44762B35" w14:textId="77777777" w:rsidR="00863285" w:rsidRDefault="00000000">
            <w:pPr>
              <w:spacing w:after="100"/>
            </w:pPr>
            <w:r>
              <w:rPr>
                <w:rFonts w:eastAsia="Arial" w:cs="Arial"/>
                <w:b/>
                <w:color w:val="17384B"/>
                <w:sz w:val="19"/>
              </w:rPr>
              <w:t>DOCUMENTAZIONE – INTERVENTO ESEGUITO DAL FABBRICANTE</w:t>
            </w:r>
          </w:p>
          <w:p w14:paraId="04646B4C" w14:textId="77777777" w:rsidR="00863285" w:rsidRDefault="00000000">
            <w:pPr>
              <w:spacing w:line="271" w:lineRule="auto"/>
            </w:pPr>
            <w:r>
              <w:rPr>
                <w:rFonts w:eastAsia="Arial" w:cs="Arial"/>
                <w:sz w:val="20"/>
              </w:rPr>
              <w:t>Dichiarazione fabbricante; attestazione installazione a regola d’arte; documenti sistemi; registro.</w:t>
            </w:r>
          </w:p>
        </w:tc>
      </w:tr>
    </w:tbl>
    <w:p w14:paraId="6F4E2FF7" w14:textId="77777777" w:rsidR="00863285" w:rsidRDefault="00863285">
      <w:pPr>
        <w:spacing w:line="120" w:lineRule="exact"/>
      </w:pPr>
    </w:p>
    <w:p w14:paraId="25931151" w14:textId="77777777" w:rsidR="00863285" w:rsidRDefault="00000000">
      <w:pPr>
        <w:spacing w:before="40" w:after="140" w:line="257" w:lineRule="auto"/>
      </w:pPr>
      <w:r>
        <w:rPr>
          <w:rFonts w:eastAsia="Arial" w:cs="Arial"/>
          <w:b/>
          <w:color w:val="17384B"/>
          <w:sz w:val="19"/>
        </w:rPr>
        <w:t>VERIFICA DI APPLICABILITÀ   □ Condizioni soddisfatte   □ Richieste integrazioni   □ Da valutare modifica sostanziale</w:t>
      </w:r>
    </w:p>
    <w:p w14:paraId="160C0A33" w14:textId="77777777" w:rsidR="00863285" w:rsidRDefault="00000000">
      <w:pPr>
        <w:spacing w:after="140" w:line="252" w:lineRule="auto"/>
      </w:pPr>
      <w:r>
        <w:rPr>
          <w:rFonts w:eastAsia="Arial" w:cs="Arial"/>
          <w:sz w:val="18"/>
        </w:rPr>
        <w:t>Responsabile valutazione: ____________________________    Data: __________________    Riferimento pratica: __________________</w:t>
      </w:r>
    </w:p>
    <w:p w14:paraId="66EFFBB9" w14:textId="77777777" w:rsidR="00863285" w:rsidRDefault="00000000">
      <w:pPr>
        <w:spacing w:after="100"/>
      </w:pPr>
      <w:r>
        <w:rPr>
          <w:rFonts w:eastAsia="Arial" w:cs="Arial"/>
          <w:i/>
          <w:color w:val="627584"/>
          <w:sz w:val="16"/>
        </w:rPr>
        <w:t>Fonte: INAIL, ottobre 2026, scheda 1.10 (pag. 28). Sintesi rielaborata; per condizioni ed elenchi documentali integrali consultare la fonte.</w:t>
      </w:r>
    </w:p>
    <w:p w14:paraId="1F98E710" w14:textId="77777777" w:rsidR="00863285" w:rsidRDefault="00000000">
      <w:pPr>
        <w:spacing w:line="254" w:lineRule="auto"/>
      </w:pPr>
      <w:hyperlink w:anchor="tabella_10" w:history="1">
        <w:r>
          <w:rPr>
            <w:b/>
            <w:color w:val="2E6876"/>
            <w:sz w:val="19"/>
          </w:rPr>
          <w:t>Tabella completa e note della scheda 1.10 → pagina 23</w:t>
        </w:r>
      </w:hyperlink>
      <w:r>
        <w:rPr>
          <w:rFonts w:eastAsia="Arial" w:cs="Arial"/>
          <w:color w:val="627584"/>
          <w:sz w:val="19"/>
        </w:rPr>
        <w:t xml:space="preserve">    |    </w:t>
      </w:r>
      <w:hyperlink w:anchor="indice" w:history="1">
        <w:r>
          <w:rPr>
            <w:color w:val="2E6876"/>
            <w:sz w:val="18"/>
          </w:rPr>
          <w:t>Torna all’indice</w:t>
        </w:r>
      </w:hyperlink>
    </w:p>
    <w:p w14:paraId="47E51825" w14:textId="77777777" w:rsidR="00863285" w:rsidRDefault="00000000">
      <w:pPr>
        <w:pageBreakBefore/>
        <w:spacing w:after="100"/>
      </w:pPr>
      <w:bookmarkStart w:id="21" w:name="tabella_10"/>
      <w:r>
        <w:rPr>
          <w:rFonts w:eastAsia="Arial" w:cs="Arial"/>
          <w:b/>
          <w:color w:val="2E6876"/>
          <w:sz w:val="18"/>
        </w:rPr>
        <w:t>SCHEDA 1.10  /  TESTO DI DETTAGLIO</w:t>
      </w:r>
      <w:bookmarkEnd w:id="21"/>
    </w:p>
    <w:p w14:paraId="3ADC1A49" w14:textId="77777777" w:rsidR="00863285" w:rsidRDefault="00000000">
      <w:pPr>
        <w:pStyle w:val="Titolo1"/>
        <w:pBdr>
          <w:bottom w:val="single" w:sz="8" w:space="5" w:color="D99927"/>
        </w:pBdr>
        <w:spacing w:before="0" w:after="100" w:line="247" w:lineRule="auto"/>
      </w:pPr>
      <w:r>
        <w:rPr>
          <w:rFonts w:ascii="Arial" w:eastAsia="Arial" w:hAnsi="Arial" w:cs="Arial"/>
          <w:sz w:val="37"/>
        </w:rPr>
        <w:t>Tabella completa: condizioni e documentazione</w:t>
      </w:r>
    </w:p>
    <w:p w14:paraId="28E92A01" w14:textId="77777777" w:rsidR="00863285" w:rsidRDefault="00000000">
      <w:pPr>
        <w:spacing w:before="140" w:after="160" w:line="250" w:lineRule="auto"/>
      </w:pPr>
      <w:r>
        <w:rPr>
          <w:rFonts w:eastAsia="Arial" w:cs="Arial"/>
          <w:b/>
          <w:color w:val="17384B"/>
          <w:sz w:val="18"/>
        </w:rPr>
        <w:t>NON è richiesta una nuova Marcatura CE e rilascio di nuova dichiarazione CE di conformità, se sono verificate le condizioni sottoelencate.</w:t>
      </w:r>
    </w:p>
    <w:tbl>
      <w:tblPr>
        <w:tblW w:w="15196" w:type="dxa"/>
        <w:jc w:val="center"/>
        <w:tblBorders>
          <w:top w:val="single" w:sz="4" w:space="0" w:color="D4E1E7"/>
          <w:left w:val="single" w:sz="4" w:space="0" w:color="D4E1E7"/>
          <w:bottom w:val="single" w:sz="4" w:space="0" w:color="D4E1E7"/>
          <w:right w:val="single" w:sz="4" w:space="0" w:color="D4E1E7"/>
          <w:insideH w:val="single" w:sz="4" w:space="0" w:color="D4E1E7"/>
          <w:insideV w:val="single" w:sz="4" w:space="0" w:color="D4E1E7"/>
        </w:tblBorders>
        <w:tblLayout w:type="fixed"/>
        <w:tblLook w:val="04A0" w:firstRow="1" w:lastRow="0" w:firstColumn="1" w:lastColumn="0" w:noHBand="0" w:noVBand="1"/>
      </w:tblPr>
      <w:tblGrid>
        <w:gridCol w:w="2268"/>
        <w:gridCol w:w="3458"/>
        <w:gridCol w:w="5415"/>
        <w:gridCol w:w="4055"/>
      </w:tblGrid>
      <w:tr w:rsidR="00863285" w14:paraId="1E493DF9" w14:textId="77777777">
        <w:trPr>
          <w:cantSplit/>
          <w:tblHeader/>
          <w:jc w:val="center"/>
        </w:trPr>
        <w:tc>
          <w:tcPr>
            <w:tcW w:w="2268" w:type="dxa"/>
            <w:shd w:val="clear" w:color="auto" w:fill="17384B"/>
            <w:tcMar>
              <w:top w:w="95" w:type="dxa"/>
              <w:left w:w="105" w:type="dxa"/>
              <w:bottom w:w="95" w:type="dxa"/>
              <w:right w:w="105" w:type="dxa"/>
            </w:tcMar>
          </w:tcPr>
          <w:p w14:paraId="13FD26C8" w14:textId="77777777" w:rsidR="00863285" w:rsidRDefault="00000000">
            <w:pPr>
              <w:spacing w:line="252" w:lineRule="auto"/>
            </w:pPr>
            <w:r>
              <w:rPr>
                <w:rFonts w:eastAsia="Arial" w:cs="Arial"/>
                <w:b/>
                <w:color w:val="FFFFFF"/>
                <w:sz w:val="17"/>
              </w:rPr>
              <w:t>DESCRIZIONE</w:t>
            </w:r>
            <w:r>
              <w:rPr>
                <w:rFonts w:eastAsia="Arial" w:cs="Arial"/>
                <w:b/>
                <w:color w:val="FFFFFF"/>
                <w:sz w:val="17"/>
              </w:rPr>
              <w:br/>
              <w:t>INTERVENTO</w:t>
            </w:r>
          </w:p>
        </w:tc>
        <w:tc>
          <w:tcPr>
            <w:tcW w:w="3458" w:type="dxa"/>
            <w:shd w:val="clear" w:color="auto" w:fill="17384B"/>
            <w:tcMar>
              <w:top w:w="95" w:type="dxa"/>
              <w:left w:w="105" w:type="dxa"/>
              <w:bottom w:w="95" w:type="dxa"/>
              <w:right w:w="105" w:type="dxa"/>
            </w:tcMar>
          </w:tcPr>
          <w:p w14:paraId="71C585E5" w14:textId="77777777" w:rsidR="00863285" w:rsidRDefault="00000000">
            <w:pPr>
              <w:spacing w:line="252" w:lineRule="auto"/>
            </w:pPr>
            <w:r>
              <w:rPr>
                <w:rFonts w:eastAsia="Arial" w:cs="Arial"/>
                <w:b/>
                <w:color w:val="FFFFFF"/>
                <w:sz w:val="17"/>
              </w:rPr>
              <w:t>CONDIZIONI</w:t>
            </w:r>
          </w:p>
        </w:tc>
        <w:tc>
          <w:tcPr>
            <w:tcW w:w="5414" w:type="dxa"/>
            <w:shd w:val="clear" w:color="auto" w:fill="17384B"/>
            <w:tcMar>
              <w:top w:w="95" w:type="dxa"/>
              <w:left w:w="105" w:type="dxa"/>
              <w:bottom w:w="95" w:type="dxa"/>
              <w:right w:w="105" w:type="dxa"/>
            </w:tcMar>
          </w:tcPr>
          <w:p w14:paraId="41AE87B8"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Soggetto diverso dal fabbricante</w:t>
            </w:r>
          </w:p>
        </w:tc>
        <w:tc>
          <w:tcPr>
            <w:tcW w:w="4054" w:type="dxa"/>
            <w:shd w:val="clear" w:color="auto" w:fill="17384B"/>
            <w:tcMar>
              <w:top w:w="95" w:type="dxa"/>
              <w:left w:w="105" w:type="dxa"/>
              <w:bottom w:w="95" w:type="dxa"/>
              <w:right w:w="105" w:type="dxa"/>
            </w:tcMar>
          </w:tcPr>
          <w:p w14:paraId="5F997C7A"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Fabbricante</w:t>
            </w:r>
          </w:p>
        </w:tc>
      </w:tr>
      <w:tr w:rsidR="00863285" w14:paraId="590ECDCC" w14:textId="77777777">
        <w:trPr>
          <w:cantSplit/>
          <w:jc w:val="center"/>
        </w:trPr>
        <w:tc>
          <w:tcPr>
            <w:tcW w:w="2268" w:type="dxa"/>
            <w:shd w:val="clear" w:color="auto" w:fill="EFF5F8"/>
            <w:tcMar>
              <w:top w:w="100" w:type="dxa"/>
              <w:left w:w="100" w:type="dxa"/>
              <w:bottom w:w="95" w:type="dxa"/>
              <w:right w:w="100" w:type="dxa"/>
            </w:tcMar>
          </w:tcPr>
          <w:p w14:paraId="7ADB3146" w14:textId="77777777" w:rsidR="00863285" w:rsidRDefault="00000000">
            <w:pPr>
              <w:spacing w:after="120" w:line="253" w:lineRule="auto"/>
            </w:pPr>
            <w:r>
              <w:rPr>
                <w:rFonts w:eastAsia="Arial" w:cs="Arial"/>
                <w:b/>
                <w:sz w:val="18"/>
              </w:rPr>
              <w:t>ANTICADUTA PER INTERVENTI DI EMERGENZA[7] SULL’APPARECCHIO DI SOLLEVAMENTO</w:t>
            </w:r>
          </w:p>
          <w:p w14:paraId="45FE56FF" w14:textId="77777777" w:rsidR="00863285" w:rsidRDefault="00000000">
            <w:pPr>
              <w:spacing w:after="50" w:line="253" w:lineRule="auto"/>
            </w:pPr>
            <w:r>
              <w:rPr>
                <w:rFonts w:eastAsia="Arial" w:cs="Arial"/>
                <w:sz w:val="18"/>
              </w:rPr>
              <w:t>(linee vita, punti di aggancio)</w:t>
            </w:r>
          </w:p>
        </w:tc>
        <w:tc>
          <w:tcPr>
            <w:tcW w:w="3458" w:type="dxa"/>
            <w:shd w:val="clear" w:color="auto" w:fill="F8FAFB"/>
            <w:tcMar>
              <w:top w:w="100" w:type="dxa"/>
              <w:left w:w="100" w:type="dxa"/>
              <w:bottom w:w="95" w:type="dxa"/>
              <w:right w:w="100" w:type="dxa"/>
            </w:tcMar>
          </w:tcPr>
          <w:p w14:paraId="495C452F" w14:textId="77777777" w:rsidR="00863285" w:rsidRDefault="00000000">
            <w:pPr>
              <w:spacing w:after="100" w:line="253" w:lineRule="auto"/>
              <w:ind w:left="136" w:hanging="136"/>
            </w:pPr>
            <w:r>
              <w:rPr>
                <w:rFonts w:eastAsia="Arial" w:cs="Arial"/>
                <w:sz w:val="18"/>
              </w:rPr>
              <w:t>- l’intervento non comporta incremento dello stato tensionale rispetto a quello della macchina originaria (nell’ambito dei limiti previsti dal fabbricante);</w:t>
            </w:r>
          </w:p>
          <w:p w14:paraId="73D70007" w14:textId="77777777" w:rsidR="00863285" w:rsidRDefault="00000000">
            <w:pPr>
              <w:spacing w:after="100" w:line="253" w:lineRule="auto"/>
              <w:ind w:left="136" w:hanging="136"/>
            </w:pPr>
            <w:r>
              <w:rPr>
                <w:rFonts w:eastAsia="Arial" w:cs="Arial"/>
                <w:sz w:val="18"/>
              </w:rPr>
              <w:t>- l’intervento non implica variazioni di geometria tali da comportare interferenze e/o ulteriori rischi durante il funzionamento previsto della macchina;</w:t>
            </w:r>
          </w:p>
          <w:p w14:paraId="1A28F239" w14:textId="77777777" w:rsidR="00863285" w:rsidRDefault="00000000">
            <w:pPr>
              <w:spacing w:after="100" w:line="253" w:lineRule="auto"/>
              <w:ind w:left="136" w:hanging="136"/>
            </w:pPr>
            <w:r>
              <w:rPr>
                <w:rFonts w:eastAsia="Arial" w:cs="Arial"/>
                <w:sz w:val="18"/>
              </w:rPr>
              <w:t>- l’intervento non comporta modifiche delle modalità/mezzi di accesso rispetto a quelle/i originariamente previste/i dal fabbricante.</w:t>
            </w:r>
          </w:p>
        </w:tc>
        <w:tc>
          <w:tcPr>
            <w:tcW w:w="5414" w:type="dxa"/>
            <w:tcMar>
              <w:top w:w="100" w:type="dxa"/>
              <w:left w:w="100" w:type="dxa"/>
              <w:bottom w:w="95" w:type="dxa"/>
              <w:right w:w="100" w:type="dxa"/>
            </w:tcMar>
          </w:tcPr>
          <w:p w14:paraId="2FE13AEB" w14:textId="77777777" w:rsidR="00863285" w:rsidRDefault="00000000">
            <w:pPr>
              <w:spacing w:after="80" w:line="253" w:lineRule="auto"/>
            </w:pPr>
            <w:r>
              <w:rPr>
                <w:rFonts w:eastAsia="Arial" w:cs="Arial"/>
                <w:sz w:val="18"/>
              </w:rPr>
              <w:t>1. Relazione tecnica, firmata da persona competente, contenente:</w:t>
            </w:r>
          </w:p>
          <w:p w14:paraId="6E9E0469" w14:textId="77777777" w:rsidR="00863285" w:rsidRDefault="00000000">
            <w:pPr>
              <w:spacing w:after="64" w:line="253" w:lineRule="auto"/>
              <w:ind w:left="238" w:hanging="136"/>
            </w:pPr>
            <w:r>
              <w:rPr>
                <w:rFonts w:eastAsia="Arial" w:cs="Arial"/>
                <w:sz w:val="18"/>
              </w:rPr>
              <w:t>- la descrizione dell’intervento con indicazione degli elementi inseriti e degli eventuali documenti di accompagno di tali componenti;</w:t>
            </w:r>
          </w:p>
          <w:p w14:paraId="3F1C3571" w14:textId="77777777" w:rsidR="00863285" w:rsidRDefault="00000000">
            <w:pPr>
              <w:spacing w:after="64" w:line="253" w:lineRule="auto"/>
              <w:ind w:left="238" w:hanging="136"/>
            </w:pPr>
            <w:r>
              <w:rPr>
                <w:rFonts w:eastAsia="Arial" w:cs="Arial"/>
                <w:sz w:val="18"/>
              </w:rPr>
              <w:t>- la finalità dell’intervento, con specifico riferimento agli interventi di emergenza per i quali è previsto il ricorso a tale dispositivo;</w:t>
            </w:r>
          </w:p>
          <w:p w14:paraId="383B0F49" w14:textId="77777777" w:rsidR="00863285" w:rsidRDefault="00000000">
            <w:pPr>
              <w:spacing w:after="64" w:line="253" w:lineRule="auto"/>
              <w:ind w:left="238" w:hanging="136"/>
            </w:pPr>
            <w:r>
              <w:rPr>
                <w:rFonts w:eastAsia="Arial" w:cs="Arial"/>
                <w:sz w:val="18"/>
              </w:rPr>
              <w:t>- verifica dello stato tensionale delle strutture, condotta sulla base di norme di buona tecnica (ove disponibili), con attestazione del non superamento dei limiti originari in relazione ad esempio a resistenza, stabilità e deformazione;</w:t>
            </w:r>
          </w:p>
          <w:p w14:paraId="4CC63830" w14:textId="77777777" w:rsidR="00863285" w:rsidRDefault="00000000">
            <w:pPr>
              <w:spacing w:after="64" w:line="253" w:lineRule="auto"/>
              <w:ind w:left="238" w:hanging="136"/>
            </w:pPr>
            <w:r>
              <w:rPr>
                <w:rFonts w:eastAsia="Arial" w:cs="Arial"/>
                <w:sz w:val="18"/>
              </w:rPr>
              <w:t>- estratto della valutazione del rischio condotta secondo la UNI EN ISO 12100 relativamente ai rischi che potrebbero subire modifiche in conseguenza dell’intervento di cui trattasi (tra i quali i rischi connessi allo scivolamento, inciampo, caduta - di cui al RESS 1.5.15);</w:t>
            </w:r>
          </w:p>
          <w:p w14:paraId="6B666D04" w14:textId="77777777" w:rsidR="00863285" w:rsidRDefault="00000000">
            <w:pPr>
              <w:spacing w:after="64" w:line="253" w:lineRule="auto"/>
              <w:ind w:left="238" w:hanging="136"/>
            </w:pPr>
            <w:r>
              <w:rPr>
                <w:rFonts w:eastAsia="Arial" w:cs="Arial"/>
                <w:sz w:val="18"/>
              </w:rPr>
              <w:t>- prove e/o verifiche da condurre a seguito dell’attuazione degli interventi.</w:t>
            </w:r>
          </w:p>
          <w:p w14:paraId="53711BA7" w14:textId="77777777" w:rsidR="00863285" w:rsidRDefault="00000000">
            <w:pPr>
              <w:spacing w:after="80" w:line="253" w:lineRule="auto"/>
              <w:ind w:left="136" w:hanging="136"/>
            </w:pPr>
            <w:r>
              <w:rPr>
                <w:rFonts w:eastAsia="Arial" w:cs="Arial"/>
                <w:sz w:val="18"/>
              </w:rPr>
              <w:t>2. Dichiarazione di corretta installazione o lavoro eseguito alla regola dell’arte da parte di personale qualificato ai sensi della normativa vigente.</w:t>
            </w:r>
          </w:p>
          <w:p w14:paraId="353EB068" w14:textId="77777777" w:rsidR="00863285" w:rsidRDefault="00000000">
            <w:pPr>
              <w:spacing w:after="80" w:line="253" w:lineRule="auto"/>
              <w:ind w:left="136" w:hanging="136"/>
            </w:pPr>
            <w:r>
              <w:rPr>
                <w:rFonts w:eastAsia="Arial" w:cs="Arial"/>
                <w:sz w:val="18"/>
              </w:rPr>
              <w:t>3. Documentazione a corredo degli elementi inseriti, in particolare eventuale dichiarazione CE di conformità e istruzioni.</w:t>
            </w:r>
          </w:p>
          <w:p w14:paraId="41025E59" w14:textId="77777777" w:rsidR="00863285" w:rsidRDefault="00000000">
            <w:pPr>
              <w:spacing w:after="80" w:line="253" w:lineRule="auto"/>
              <w:ind w:left="136" w:hanging="136"/>
            </w:pPr>
            <w:r>
              <w:rPr>
                <w:rFonts w:eastAsia="Arial" w:cs="Arial"/>
                <w:sz w:val="18"/>
              </w:rPr>
              <w:t>4. Descrizione dell’intervento nel registro di controllo.</w:t>
            </w:r>
          </w:p>
        </w:tc>
        <w:tc>
          <w:tcPr>
            <w:tcW w:w="4054" w:type="dxa"/>
            <w:tcMar>
              <w:top w:w="100" w:type="dxa"/>
              <w:left w:w="100" w:type="dxa"/>
              <w:bottom w:w="95" w:type="dxa"/>
              <w:right w:w="100" w:type="dxa"/>
            </w:tcMar>
          </w:tcPr>
          <w:p w14:paraId="12EA4AA3" w14:textId="77777777" w:rsidR="00863285" w:rsidRDefault="00000000">
            <w:pPr>
              <w:spacing w:after="100" w:line="253" w:lineRule="auto"/>
              <w:ind w:left="136" w:hanging="136"/>
            </w:pPr>
            <w:r>
              <w:rPr>
                <w:rFonts w:eastAsia="Arial" w:cs="Arial"/>
                <w:sz w:val="18"/>
              </w:rPr>
              <w:t>1. Dichiarazione di idoneità del fabbricante, nella quale è esplicitato che l’intervento condotto non fa decadere la validità dell’originaria dichiarazione di conformità della macchina.</w:t>
            </w:r>
          </w:p>
          <w:p w14:paraId="413DFB93" w14:textId="77777777" w:rsidR="00863285" w:rsidRDefault="00000000">
            <w:pPr>
              <w:spacing w:after="100" w:line="253" w:lineRule="auto"/>
              <w:ind w:left="136" w:hanging="136"/>
            </w:pPr>
            <w:r>
              <w:rPr>
                <w:rFonts w:eastAsia="Arial" w:cs="Arial"/>
                <w:sz w:val="18"/>
              </w:rPr>
              <w:t>2. Dichiarazione di corretta installazione o lavoro eseguito alla regola dell’arte da parte di personale qualificato ai sensi della normativa vigente.</w:t>
            </w:r>
          </w:p>
          <w:p w14:paraId="01E8FE43" w14:textId="77777777" w:rsidR="00863285" w:rsidRDefault="00000000">
            <w:pPr>
              <w:spacing w:after="100" w:line="253" w:lineRule="auto"/>
              <w:ind w:left="136" w:hanging="136"/>
            </w:pPr>
            <w:r>
              <w:rPr>
                <w:rFonts w:eastAsia="Arial" w:cs="Arial"/>
                <w:sz w:val="18"/>
              </w:rPr>
              <w:t>3. Documentazione a corredo degli elementi inseriti (ove prevista), in particolare eventuale dichiarazione CE di conformità e istruzioni.</w:t>
            </w:r>
          </w:p>
          <w:p w14:paraId="626F0B3B" w14:textId="77777777" w:rsidR="00863285" w:rsidRDefault="00000000">
            <w:pPr>
              <w:spacing w:after="100" w:line="253" w:lineRule="auto"/>
              <w:ind w:left="136" w:hanging="136"/>
            </w:pPr>
            <w:r>
              <w:rPr>
                <w:rFonts w:eastAsia="Arial" w:cs="Arial"/>
                <w:sz w:val="18"/>
              </w:rPr>
              <w:t>4. Descrizione dell’intervento nel registro di controllo.</w:t>
            </w:r>
          </w:p>
        </w:tc>
      </w:tr>
    </w:tbl>
    <w:p w14:paraId="27F9E327" w14:textId="77777777" w:rsidR="00863285" w:rsidRDefault="00000000">
      <w:pPr>
        <w:spacing w:before="120" w:after="60"/>
      </w:pPr>
      <w:r>
        <w:rPr>
          <w:rFonts w:eastAsia="Arial" w:cs="Arial"/>
          <w:b/>
          <w:color w:val="2E6876"/>
          <w:sz w:val="17"/>
        </w:rPr>
        <w:t>NOTE DELLA TABELLA</w:t>
      </w:r>
    </w:p>
    <w:p w14:paraId="388C130E" w14:textId="77777777" w:rsidR="00863285" w:rsidRDefault="00000000">
      <w:pPr>
        <w:spacing w:after="50" w:line="251" w:lineRule="auto"/>
        <w:ind w:left="255" w:hanging="255"/>
      </w:pPr>
      <w:r>
        <w:rPr>
          <w:rFonts w:eastAsia="Arial" w:cs="Arial"/>
          <w:sz w:val="16"/>
        </w:rPr>
        <w:t>[7]  Per interventi di emergenza si intendono tutte le operazioni che non rientrano nella regolazione e manutenzione (previsti dal fabbricante nelle istruzioni) e devono essere contemplate nel documento di valutazione dei rischi del datore di lavoro.</w:t>
      </w:r>
    </w:p>
    <w:p w14:paraId="70C3C94A" w14:textId="77777777" w:rsidR="00863285" w:rsidRDefault="00000000">
      <w:pPr>
        <w:spacing w:before="120" w:line="240" w:lineRule="auto"/>
      </w:pPr>
      <w:r>
        <w:rPr>
          <w:rFonts w:eastAsia="Arial" w:cs="Arial"/>
          <w:i/>
          <w:color w:val="627584"/>
          <w:sz w:val="15"/>
        </w:rPr>
        <w:t>Provenienza: «tabelle.docx», scheda 1.10 (pagina 10 del documento fornito). Testo ricomposto in tabella Word.</w:t>
      </w:r>
    </w:p>
    <w:p w14:paraId="220E077B" w14:textId="77777777" w:rsidR="00863285" w:rsidRDefault="00000000">
      <w:pPr>
        <w:pageBreakBefore/>
        <w:spacing w:after="100"/>
      </w:pPr>
      <w:bookmarkStart w:id="22" w:name="scheda_11"/>
      <w:r>
        <w:rPr>
          <w:rFonts w:eastAsia="Arial" w:cs="Arial"/>
          <w:b/>
          <w:color w:val="2E6876"/>
          <w:sz w:val="18"/>
        </w:rPr>
        <w:t>SCHEDA 1.11  /  SINTESI ILLUSTRATA</w:t>
      </w:r>
      <w:bookmarkEnd w:id="22"/>
    </w:p>
    <w:p w14:paraId="0F41CD3B" w14:textId="77777777" w:rsidR="00863285" w:rsidRDefault="00000000">
      <w:pPr>
        <w:pStyle w:val="Titolo1"/>
        <w:pBdr>
          <w:bottom w:val="single" w:sz="8" w:space="5" w:color="D99927"/>
        </w:pBdr>
        <w:spacing w:before="0" w:after="100" w:line="247" w:lineRule="auto"/>
      </w:pPr>
      <w:r>
        <w:rPr>
          <w:rFonts w:ascii="Arial" w:eastAsia="Arial" w:hAnsi="Arial" w:cs="Arial"/>
          <w:sz w:val="37"/>
        </w:rPr>
        <w:t>MODIFICA/SOSTITUZIONE COMANDI ED EQUIPAGGIAMENTO ELETTRICO</w:t>
      </w:r>
    </w:p>
    <w:p w14:paraId="6A6B1836" w14:textId="77777777" w:rsidR="00863285" w:rsidRDefault="00000000">
      <w:pPr>
        <w:keepNext/>
        <w:spacing w:before="80" w:after="180" w:line="250" w:lineRule="auto"/>
      </w:pPr>
      <w:r>
        <w:rPr>
          <w:rFonts w:eastAsia="Arial" w:cs="Arial"/>
          <w:color w:val="627584"/>
          <w:sz w:val="18"/>
        </w:rPr>
        <w:t>INTERVENTO • CONDIZIONI DI CLASSIFICAZIONE • EVIDENZE TECNICHE</w:t>
      </w: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8959"/>
        <w:gridCol w:w="6237"/>
      </w:tblGrid>
      <w:tr w:rsidR="00863285" w14:paraId="560474AE" w14:textId="77777777">
        <w:trPr>
          <w:cantSplit/>
          <w:jc w:val="center"/>
        </w:trPr>
        <w:tc>
          <w:tcPr>
            <w:tcW w:w="8957" w:type="dxa"/>
            <w:shd w:val="clear" w:color="auto" w:fill="EFF5F8"/>
            <w:tcMar>
              <w:top w:w="160" w:type="dxa"/>
              <w:left w:w="170" w:type="dxa"/>
              <w:bottom w:w="160" w:type="dxa"/>
              <w:right w:w="170" w:type="dxa"/>
            </w:tcMar>
            <w:vAlign w:val="center"/>
          </w:tcPr>
          <w:p w14:paraId="298CD045" w14:textId="77777777" w:rsidR="00863285" w:rsidRDefault="00000000">
            <w:pPr>
              <w:spacing w:after="100"/>
            </w:pPr>
            <w:r>
              <w:rPr>
                <w:rFonts w:eastAsia="Arial" w:cs="Arial"/>
                <w:b/>
                <w:color w:val="2E6876"/>
                <w:sz w:val="20"/>
              </w:rPr>
              <w:t>TIPOLOGIA E DESCRIZIONE</w:t>
            </w:r>
          </w:p>
          <w:p w14:paraId="1A1EBC30" w14:textId="77777777" w:rsidR="00863285" w:rsidRDefault="00000000">
            <w:pPr>
              <w:spacing w:after="200" w:line="276" w:lineRule="auto"/>
            </w:pPr>
            <w:r>
              <w:rPr>
                <w:rFonts w:eastAsia="Arial" w:cs="Arial"/>
                <w:sz w:val="22"/>
              </w:rPr>
              <w:t>Sostituzione apparecchiature, quadri di comando o aggiunta asse elettrico.</w:t>
            </w:r>
          </w:p>
          <w:p w14:paraId="28263E1A" w14:textId="77777777" w:rsidR="00863285" w:rsidRDefault="00000000">
            <w:pPr>
              <w:spacing w:after="100"/>
            </w:pPr>
            <w:r>
              <w:rPr>
                <w:rFonts w:eastAsia="Arial" w:cs="Arial"/>
                <w:b/>
                <w:color w:val="2E6876"/>
                <w:sz w:val="20"/>
              </w:rPr>
              <w:t>CONDIZIONI DA DIMOSTRARE</w:t>
            </w:r>
          </w:p>
          <w:p w14:paraId="5E293BEB" w14:textId="77777777" w:rsidR="00863285" w:rsidRDefault="00000000">
            <w:pPr>
              <w:spacing w:line="276" w:lineRule="auto"/>
            </w:pPr>
            <w:r>
              <w:rPr>
                <w:rFonts w:eastAsia="Arial" w:cs="Arial"/>
                <w:sz w:val="22"/>
              </w:rPr>
              <w:t>Funzioni di sicurezza almeno con PL originario; compatibilità funzionale, ambientale (es. IP) e con logica di comando; nessun rischio aggiuntivo.</w:t>
            </w:r>
          </w:p>
        </w:tc>
        <w:tc>
          <w:tcPr>
            <w:tcW w:w="6236" w:type="dxa"/>
            <w:tcMar>
              <w:top w:w="0" w:type="dxa"/>
              <w:left w:w="90" w:type="dxa"/>
              <w:bottom w:w="0" w:type="dxa"/>
              <w:right w:w="0" w:type="dxa"/>
            </w:tcMar>
          </w:tcPr>
          <w:p w14:paraId="6EEC835B" w14:textId="77777777" w:rsidR="00863285" w:rsidRDefault="00000000">
            <w:pPr>
              <w:spacing w:line="240" w:lineRule="auto"/>
              <w:jc w:val="center"/>
            </w:pPr>
            <w:r>
              <w:rPr>
                <w:noProof/>
              </w:rPr>
              <w:drawing>
                <wp:inline distT="0" distB="0" distL="0" distR="0" wp14:anchorId="2B956AB7" wp14:editId="1E2BB25E">
                  <wp:extent cx="3708000" cy="2017152"/>
                  <wp:effectExtent l="0" t="0" r="0" b="0"/>
                  <wp:docPr id="14" name="Picture 14" descr="Schema illustrativo originale per la scheda 1.11 - rappresentazione esemplificativa, non esecu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3708000" cy="2017152"/>
                          </a:xfrm>
                          <a:prstGeom prst="rect">
                            <a:avLst/>
                          </a:prstGeom>
                        </pic:spPr>
                      </pic:pic>
                    </a:graphicData>
                  </a:graphic>
                </wp:inline>
              </w:drawing>
            </w:r>
          </w:p>
          <w:p w14:paraId="027823DD" w14:textId="77777777" w:rsidR="00863285" w:rsidRDefault="00000000">
            <w:pPr>
              <w:spacing w:before="60"/>
              <w:jc w:val="center"/>
            </w:pPr>
            <w:r>
              <w:rPr>
                <w:rFonts w:eastAsia="Arial" w:cs="Arial"/>
                <w:color w:val="627584"/>
                <w:sz w:val="15"/>
              </w:rPr>
              <w:t>Illustrazione tecnica originale • esemplificativa</w:t>
            </w:r>
          </w:p>
        </w:tc>
      </w:tr>
    </w:tbl>
    <w:p w14:paraId="03FD152D" w14:textId="77777777" w:rsidR="00863285" w:rsidRDefault="00863285">
      <w:pPr>
        <w:spacing w:line="16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3CFDF071" w14:textId="77777777">
        <w:trPr>
          <w:cantSplit/>
          <w:jc w:val="center"/>
        </w:trPr>
        <w:tc>
          <w:tcPr>
            <w:tcW w:w="15194" w:type="dxa"/>
            <w:shd w:val="clear" w:color="auto" w:fill="EFF5F8"/>
            <w:tcMar>
              <w:top w:w="105" w:type="dxa"/>
              <w:left w:w="150" w:type="dxa"/>
              <w:bottom w:w="105" w:type="dxa"/>
              <w:right w:w="150" w:type="dxa"/>
            </w:tcMar>
          </w:tcPr>
          <w:p w14:paraId="1F222149" w14:textId="77777777" w:rsidR="00863285" w:rsidRDefault="00000000">
            <w:pPr>
              <w:spacing w:after="100"/>
            </w:pPr>
            <w:r>
              <w:rPr>
                <w:rFonts w:eastAsia="Arial" w:cs="Arial"/>
                <w:b/>
                <w:color w:val="17384B"/>
                <w:sz w:val="19"/>
              </w:rPr>
              <w:t>DOCUMENTAZIONE – INTERVENTO ESEGUITO DA SOGGETTO DIVERSO DAL FABBRICANTE</w:t>
            </w:r>
          </w:p>
          <w:p w14:paraId="7B63C15C" w14:textId="77777777" w:rsidR="00863285" w:rsidRDefault="00000000">
            <w:pPr>
              <w:spacing w:line="271" w:lineRule="auto"/>
            </w:pPr>
            <w:r>
              <w:rPr>
                <w:rFonts w:eastAsia="Arial" w:cs="Arial"/>
                <w:sz w:val="20"/>
              </w:rPr>
              <w:t>Relazione tecnica firmata da persona competente: Analisi dei comandi e sicurezza; UNI EN ISO 12100; prove, attestazione installazione e aggiornamento schemi. A completamento: rapporto di verifica e/o collaudo, documentazione dei nuovi componenti (ove prevista), dichiarazione di corretta installazione nei casi pertinenti e descrizione nel registro di controllo.</w:t>
            </w:r>
          </w:p>
        </w:tc>
      </w:tr>
    </w:tbl>
    <w:p w14:paraId="74FDE901" w14:textId="77777777" w:rsidR="00863285" w:rsidRDefault="00863285">
      <w:pPr>
        <w:spacing w:line="12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22548CCF" w14:textId="77777777">
        <w:trPr>
          <w:cantSplit/>
          <w:jc w:val="center"/>
        </w:trPr>
        <w:tc>
          <w:tcPr>
            <w:tcW w:w="15194" w:type="dxa"/>
            <w:shd w:val="clear" w:color="auto" w:fill="FFF5E5"/>
            <w:tcMar>
              <w:top w:w="105" w:type="dxa"/>
              <w:left w:w="150" w:type="dxa"/>
              <w:bottom w:w="105" w:type="dxa"/>
              <w:right w:w="150" w:type="dxa"/>
            </w:tcMar>
          </w:tcPr>
          <w:p w14:paraId="4BE0AFEB" w14:textId="77777777" w:rsidR="00863285" w:rsidRDefault="00000000">
            <w:pPr>
              <w:spacing w:after="100"/>
            </w:pPr>
            <w:r>
              <w:rPr>
                <w:rFonts w:eastAsia="Arial" w:cs="Arial"/>
                <w:b/>
                <w:color w:val="17384B"/>
                <w:sz w:val="19"/>
              </w:rPr>
              <w:t>DOCUMENTAZIONE – INTERVENTO ESEGUITO DAL FABBRICANTE</w:t>
            </w:r>
          </w:p>
          <w:p w14:paraId="05C99B39" w14:textId="77777777" w:rsidR="00863285" w:rsidRDefault="00000000">
            <w:pPr>
              <w:spacing w:line="271" w:lineRule="auto"/>
            </w:pPr>
            <w:r>
              <w:rPr>
                <w:rFonts w:eastAsia="Arial" w:cs="Arial"/>
                <w:sz w:val="20"/>
              </w:rPr>
              <w:t>Dichiarazione fabbricante; corretta installazione; schemi; rapporto prove; certificazioni/istruzioni; registro.</w:t>
            </w:r>
          </w:p>
        </w:tc>
      </w:tr>
    </w:tbl>
    <w:p w14:paraId="20AAB665" w14:textId="77777777" w:rsidR="00863285" w:rsidRDefault="00863285">
      <w:pPr>
        <w:spacing w:line="120" w:lineRule="exact"/>
      </w:pPr>
    </w:p>
    <w:p w14:paraId="50240852" w14:textId="77777777" w:rsidR="00863285" w:rsidRDefault="00000000">
      <w:pPr>
        <w:spacing w:before="40" w:after="140" w:line="257" w:lineRule="auto"/>
      </w:pPr>
      <w:r>
        <w:rPr>
          <w:rFonts w:eastAsia="Arial" w:cs="Arial"/>
          <w:b/>
          <w:color w:val="17384B"/>
          <w:sz w:val="19"/>
        </w:rPr>
        <w:t>VERIFICA DI APPLICABILITÀ   □ Condizioni soddisfatte   □ Richieste integrazioni   □ Da valutare modifica sostanziale</w:t>
      </w:r>
    </w:p>
    <w:p w14:paraId="11602482" w14:textId="77777777" w:rsidR="00863285" w:rsidRDefault="00000000">
      <w:pPr>
        <w:spacing w:after="140" w:line="252" w:lineRule="auto"/>
      </w:pPr>
      <w:r>
        <w:rPr>
          <w:rFonts w:eastAsia="Arial" w:cs="Arial"/>
          <w:sz w:val="18"/>
        </w:rPr>
        <w:t>Responsabile valutazione: ____________________________    Data: __________________    Riferimento pratica: __________________</w:t>
      </w:r>
    </w:p>
    <w:p w14:paraId="3065463A" w14:textId="77777777" w:rsidR="00863285" w:rsidRDefault="00000000">
      <w:pPr>
        <w:spacing w:after="100"/>
      </w:pPr>
      <w:r>
        <w:rPr>
          <w:rFonts w:eastAsia="Arial" w:cs="Arial"/>
          <w:i/>
          <w:color w:val="627584"/>
          <w:sz w:val="16"/>
        </w:rPr>
        <w:t>Fonte: INAIL, ottobre 2026, scheda 1.11 (pag. 29). Sintesi rielaborata; per condizioni ed elenchi documentali integrali consultare la fonte.</w:t>
      </w:r>
    </w:p>
    <w:p w14:paraId="3843DEFC" w14:textId="77777777" w:rsidR="00863285" w:rsidRDefault="00000000">
      <w:pPr>
        <w:spacing w:line="254" w:lineRule="auto"/>
      </w:pPr>
      <w:hyperlink w:anchor="tabella_11" w:history="1">
        <w:r>
          <w:rPr>
            <w:b/>
            <w:color w:val="2E6876"/>
            <w:sz w:val="19"/>
          </w:rPr>
          <w:t>Tabella completa e note della scheda 1.11 → pagina 25</w:t>
        </w:r>
      </w:hyperlink>
      <w:r>
        <w:rPr>
          <w:rFonts w:eastAsia="Arial" w:cs="Arial"/>
          <w:color w:val="627584"/>
          <w:sz w:val="19"/>
        </w:rPr>
        <w:t xml:space="preserve">    |    </w:t>
      </w:r>
      <w:hyperlink w:anchor="indice" w:history="1">
        <w:r>
          <w:rPr>
            <w:color w:val="2E6876"/>
            <w:sz w:val="18"/>
          </w:rPr>
          <w:t>Torna all’indice</w:t>
        </w:r>
      </w:hyperlink>
    </w:p>
    <w:p w14:paraId="1ECE4111" w14:textId="77777777" w:rsidR="00863285" w:rsidRDefault="00000000">
      <w:pPr>
        <w:pageBreakBefore/>
        <w:spacing w:after="100"/>
      </w:pPr>
      <w:bookmarkStart w:id="23" w:name="tabella_11"/>
      <w:r>
        <w:rPr>
          <w:rFonts w:eastAsia="Arial" w:cs="Arial"/>
          <w:b/>
          <w:color w:val="2E6876"/>
          <w:sz w:val="18"/>
        </w:rPr>
        <w:t>SCHEDA 1.11  /  TESTO DI DETTAGLIO</w:t>
      </w:r>
      <w:bookmarkEnd w:id="23"/>
    </w:p>
    <w:p w14:paraId="69A2E2A5" w14:textId="77777777" w:rsidR="00863285" w:rsidRDefault="00000000">
      <w:pPr>
        <w:pStyle w:val="Titolo1"/>
        <w:pBdr>
          <w:bottom w:val="single" w:sz="8" w:space="5" w:color="D99927"/>
        </w:pBdr>
        <w:spacing w:before="0" w:after="100" w:line="247" w:lineRule="auto"/>
      </w:pPr>
      <w:r>
        <w:rPr>
          <w:rFonts w:ascii="Arial" w:eastAsia="Arial" w:hAnsi="Arial" w:cs="Arial"/>
          <w:sz w:val="37"/>
        </w:rPr>
        <w:t>Tabella completa: condizioni e documentazione</w:t>
      </w:r>
    </w:p>
    <w:p w14:paraId="28DDB9FF" w14:textId="77777777" w:rsidR="00863285" w:rsidRDefault="00000000">
      <w:pPr>
        <w:spacing w:before="140" w:after="160" w:line="250" w:lineRule="auto"/>
      </w:pPr>
      <w:r>
        <w:rPr>
          <w:rFonts w:eastAsia="Arial" w:cs="Arial"/>
          <w:b/>
          <w:color w:val="17384B"/>
          <w:sz w:val="18"/>
        </w:rPr>
        <w:t>NON è richiesta una nuova Marcatura CE e rilascio di nuova dichiarazione CE di conformità, se sono verificate le condizioni sottoelencate.</w:t>
      </w:r>
    </w:p>
    <w:tbl>
      <w:tblPr>
        <w:tblW w:w="15196" w:type="dxa"/>
        <w:jc w:val="center"/>
        <w:tblBorders>
          <w:top w:val="single" w:sz="4" w:space="0" w:color="D4E1E7"/>
          <w:left w:val="single" w:sz="4" w:space="0" w:color="D4E1E7"/>
          <w:bottom w:val="single" w:sz="4" w:space="0" w:color="D4E1E7"/>
          <w:right w:val="single" w:sz="4" w:space="0" w:color="D4E1E7"/>
          <w:insideH w:val="single" w:sz="4" w:space="0" w:color="D4E1E7"/>
          <w:insideV w:val="single" w:sz="4" w:space="0" w:color="D4E1E7"/>
        </w:tblBorders>
        <w:tblLayout w:type="fixed"/>
        <w:tblLook w:val="04A0" w:firstRow="1" w:lastRow="0" w:firstColumn="1" w:lastColumn="0" w:noHBand="0" w:noVBand="1"/>
      </w:tblPr>
      <w:tblGrid>
        <w:gridCol w:w="2268"/>
        <w:gridCol w:w="3458"/>
        <w:gridCol w:w="5415"/>
        <w:gridCol w:w="4055"/>
      </w:tblGrid>
      <w:tr w:rsidR="00863285" w14:paraId="7D4150E8" w14:textId="77777777">
        <w:trPr>
          <w:cantSplit/>
          <w:tblHeader/>
          <w:jc w:val="center"/>
        </w:trPr>
        <w:tc>
          <w:tcPr>
            <w:tcW w:w="2268" w:type="dxa"/>
            <w:shd w:val="clear" w:color="auto" w:fill="17384B"/>
            <w:tcMar>
              <w:top w:w="95" w:type="dxa"/>
              <w:left w:w="105" w:type="dxa"/>
              <w:bottom w:w="95" w:type="dxa"/>
              <w:right w:w="105" w:type="dxa"/>
            </w:tcMar>
          </w:tcPr>
          <w:p w14:paraId="5D352E3F" w14:textId="77777777" w:rsidR="00863285" w:rsidRDefault="00000000">
            <w:pPr>
              <w:spacing w:line="252" w:lineRule="auto"/>
            </w:pPr>
            <w:r>
              <w:rPr>
                <w:rFonts w:eastAsia="Arial" w:cs="Arial"/>
                <w:b/>
                <w:color w:val="FFFFFF"/>
                <w:sz w:val="17"/>
              </w:rPr>
              <w:t>DESCRIZIONE</w:t>
            </w:r>
            <w:r>
              <w:rPr>
                <w:rFonts w:eastAsia="Arial" w:cs="Arial"/>
                <w:b/>
                <w:color w:val="FFFFFF"/>
                <w:sz w:val="17"/>
              </w:rPr>
              <w:br/>
              <w:t>INTERVENTO</w:t>
            </w:r>
          </w:p>
        </w:tc>
        <w:tc>
          <w:tcPr>
            <w:tcW w:w="3458" w:type="dxa"/>
            <w:shd w:val="clear" w:color="auto" w:fill="17384B"/>
            <w:tcMar>
              <w:top w:w="95" w:type="dxa"/>
              <w:left w:w="105" w:type="dxa"/>
              <w:bottom w:w="95" w:type="dxa"/>
              <w:right w:w="105" w:type="dxa"/>
            </w:tcMar>
          </w:tcPr>
          <w:p w14:paraId="5C3C1315" w14:textId="77777777" w:rsidR="00863285" w:rsidRDefault="00000000">
            <w:pPr>
              <w:spacing w:line="252" w:lineRule="auto"/>
            </w:pPr>
            <w:r>
              <w:rPr>
                <w:rFonts w:eastAsia="Arial" w:cs="Arial"/>
                <w:b/>
                <w:color w:val="FFFFFF"/>
                <w:sz w:val="17"/>
              </w:rPr>
              <w:t>CONDIZIONI</w:t>
            </w:r>
          </w:p>
        </w:tc>
        <w:tc>
          <w:tcPr>
            <w:tcW w:w="5414" w:type="dxa"/>
            <w:shd w:val="clear" w:color="auto" w:fill="17384B"/>
            <w:tcMar>
              <w:top w:w="95" w:type="dxa"/>
              <w:left w:w="105" w:type="dxa"/>
              <w:bottom w:w="95" w:type="dxa"/>
              <w:right w:w="105" w:type="dxa"/>
            </w:tcMar>
          </w:tcPr>
          <w:p w14:paraId="07B4F190"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Soggetto diverso dal fabbricante</w:t>
            </w:r>
          </w:p>
        </w:tc>
        <w:tc>
          <w:tcPr>
            <w:tcW w:w="4054" w:type="dxa"/>
            <w:shd w:val="clear" w:color="auto" w:fill="17384B"/>
            <w:tcMar>
              <w:top w:w="95" w:type="dxa"/>
              <w:left w:w="105" w:type="dxa"/>
              <w:bottom w:w="95" w:type="dxa"/>
              <w:right w:w="105" w:type="dxa"/>
            </w:tcMar>
          </w:tcPr>
          <w:p w14:paraId="43A3C820"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Fabbricante</w:t>
            </w:r>
          </w:p>
        </w:tc>
      </w:tr>
      <w:tr w:rsidR="00863285" w14:paraId="21ED6CDE" w14:textId="77777777">
        <w:trPr>
          <w:cantSplit/>
          <w:jc w:val="center"/>
        </w:trPr>
        <w:tc>
          <w:tcPr>
            <w:tcW w:w="2268" w:type="dxa"/>
            <w:shd w:val="clear" w:color="auto" w:fill="EFF5F8"/>
            <w:tcMar>
              <w:top w:w="100" w:type="dxa"/>
              <w:left w:w="100" w:type="dxa"/>
              <w:bottom w:w="95" w:type="dxa"/>
              <w:right w:w="100" w:type="dxa"/>
            </w:tcMar>
          </w:tcPr>
          <w:p w14:paraId="4DC9D9F4" w14:textId="77777777" w:rsidR="00863285" w:rsidRDefault="00000000">
            <w:pPr>
              <w:spacing w:after="120" w:line="253" w:lineRule="auto"/>
            </w:pPr>
            <w:r>
              <w:rPr>
                <w:rFonts w:eastAsia="Arial" w:cs="Arial"/>
                <w:b/>
                <w:sz w:val="18"/>
              </w:rPr>
              <w:t>MODIFICA/SOSTITUZIONE DI SISTEMI DI COMANDO E CONTROLLO/​EQUIPAGGIAMENTO ELETTRICO</w:t>
            </w:r>
          </w:p>
          <w:p w14:paraId="53BB4147" w14:textId="77777777" w:rsidR="00863285" w:rsidRDefault="00000000">
            <w:pPr>
              <w:spacing w:after="50" w:line="253" w:lineRule="auto"/>
            </w:pPr>
            <w:r>
              <w:rPr>
                <w:rFonts w:eastAsia="Arial" w:cs="Arial"/>
                <w:sz w:val="18"/>
              </w:rPr>
              <w:t>(ad es. sostituzione di apparecchiature elettriche o aggiunta asse elettrico)</w:t>
            </w:r>
          </w:p>
        </w:tc>
        <w:tc>
          <w:tcPr>
            <w:tcW w:w="3458" w:type="dxa"/>
            <w:shd w:val="clear" w:color="auto" w:fill="F8FAFB"/>
            <w:tcMar>
              <w:top w:w="100" w:type="dxa"/>
              <w:left w:w="100" w:type="dxa"/>
              <w:bottom w:w="95" w:type="dxa"/>
              <w:right w:w="100" w:type="dxa"/>
            </w:tcMar>
          </w:tcPr>
          <w:p w14:paraId="51C42040" w14:textId="77777777" w:rsidR="00863285" w:rsidRDefault="00000000">
            <w:pPr>
              <w:spacing w:after="100" w:line="253" w:lineRule="auto"/>
              <w:ind w:left="136" w:hanging="136"/>
            </w:pPr>
            <w:r>
              <w:rPr>
                <w:rFonts w:eastAsia="Arial" w:cs="Arial"/>
                <w:sz w:val="18"/>
              </w:rPr>
              <w:t>- idoneità tecnica e funzionale dei requisiti dei nuovi sistemi di comando/equipaggiamento elettrico con riferimento allo stato dell’arte;</w:t>
            </w:r>
          </w:p>
          <w:p w14:paraId="6C1620D2" w14:textId="77777777" w:rsidR="00863285" w:rsidRDefault="00000000">
            <w:pPr>
              <w:spacing w:after="100" w:line="253" w:lineRule="auto"/>
              <w:ind w:left="136" w:hanging="136"/>
            </w:pPr>
            <w:r>
              <w:rPr>
                <w:rFonts w:eastAsia="Arial" w:cs="Arial"/>
                <w:sz w:val="18"/>
              </w:rPr>
              <w:t>- nuovi sistemi di comando/equipaggiamento elettrico presentano le stesse funzioni di sicurezza con almeno i medesimi performance level di quelli originari;</w:t>
            </w:r>
          </w:p>
          <w:p w14:paraId="27F615DF" w14:textId="77777777" w:rsidR="00863285" w:rsidRDefault="00000000">
            <w:pPr>
              <w:spacing w:after="100" w:line="253" w:lineRule="auto"/>
              <w:ind w:left="136" w:hanging="136"/>
            </w:pPr>
            <w:r>
              <w:rPr>
                <w:rFonts w:eastAsia="Arial" w:cs="Arial"/>
                <w:sz w:val="18"/>
              </w:rPr>
              <w:t>- compatibilità dei nuovi sistemi di comando/equipaggiamento elettrico con la macchina (ad es. grado IP del nuovo sistema di comando/equipaggiamento elettrico inserito) e l’ambiente di lavoro;</w:t>
            </w:r>
          </w:p>
          <w:p w14:paraId="26B1CFF9" w14:textId="77777777" w:rsidR="00863285" w:rsidRDefault="00000000">
            <w:pPr>
              <w:spacing w:after="100" w:line="253" w:lineRule="auto"/>
              <w:ind w:left="136" w:hanging="136"/>
            </w:pPr>
            <w:r>
              <w:rPr>
                <w:rFonts w:eastAsia="Arial" w:cs="Arial"/>
                <w:sz w:val="18"/>
              </w:rPr>
              <w:t>- compatibilità dei nuovi sistemi di comando/equipaggiamento elettrico con la logica di funzionamento della macchina originaria;</w:t>
            </w:r>
          </w:p>
          <w:p w14:paraId="0E8453A2" w14:textId="77777777" w:rsidR="00863285" w:rsidRDefault="00000000">
            <w:pPr>
              <w:spacing w:after="100" w:line="253" w:lineRule="auto"/>
              <w:ind w:left="136" w:hanging="136"/>
            </w:pPr>
            <w:r>
              <w:rPr>
                <w:rFonts w:eastAsia="Arial" w:cs="Arial"/>
                <w:sz w:val="18"/>
              </w:rPr>
              <w:t>- l’intervento non comporta rischi supplementari, con riferimento ai requisiti essenziali di sicurezza sui quali l’intervento potrebbe incidere.</w:t>
            </w:r>
          </w:p>
        </w:tc>
        <w:tc>
          <w:tcPr>
            <w:tcW w:w="5414" w:type="dxa"/>
            <w:tcMar>
              <w:top w:w="100" w:type="dxa"/>
              <w:left w:w="100" w:type="dxa"/>
              <w:bottom w:w="95" w:type="dxa"/>
              <w:right w:w="100" w:type="dxa"/>
            </w:tcMar>
          </w:tcPr>
          <w:p w14:paraId="05892EF8" w14:textId="77777777" w:rsidR="00863285" w:rsidRDefault="00000000">
            <w:pPr>
              <w:spacing w:after="80" w:line="253" w:lineRule="auto"/>
            </w:pPr>
            <w:r>
              <w:rPr>
                <w:rFonts w:eastAsia="Arial" w:cs="Arial"/>
                <w:sz w:val="18"/>
              </w:rPr>
              <w:t>1. Relazione tecnica, firmata da persona competente, contenente:</w:t>
            </w:r>
          </w:p>
          <w:p w14:paraId="7ADB8DA6" w14:textId="77777777" w:rsidR="00863285" w:rsidRDefault="00000000">
            <w:pPr>
              <w:spacing w:after="64" w:line="253" w:lineRule="auto"/>
              <w:ind w:left="238" w:hanging="136"/>
            </w:pPr>
            <w:r>
              <w:rPr>
                <w:rFonts w:eastAsia="Arial" w:cs="Arial"/>
                <w:sz w:val="18"/>
              </w:rPr>
              <w:t>- la descrizione dell’intervento con indicazione degli elementi inseriti e degli eventuali documenti di accompagno di tali componenti;</w:t>
            </w:r>
          </w:p>
          <w:p w14:paraId="53D603ED" w14:textId="77777777" w:rsidR="00863285" w:rsidRDefault="00000000">
            <w:pPr>
              <w:spacing w:after="64" w:line="253" w:lineRule="auto"/>
              <w:ind w:left="238" w:hanging="136"/>
            </w:pPr>
            <w:r>
              <w:rPr>
                <w:rFonts w:eastAsia="Arial" w:cs="Arial"/>
                <w:sz w:val="18"/>
              </w:rPr>
              <w:t>- la finalità dell’intervento;</w:t>
            </w:r>
          </w:p>
          <w:p w14:paraId="54618738" w14:textId="77777777" w:rsidR="00863285" w:rsidRDefault="00000000">
            <w:pPr>
              <w:spacing w:after="64" w:line="253" w:lineRule="auto"/>
              <w:ind w:left="238" w:hanging="136"/>
            </w:pPr>
            <w:r>
              <w:rPr>
                <w:rFonts w:eastAsia="Arial" w:cs="Arial"/>
                <w:sz w:val="18"/>
              </w:rPr>
              <w:t>- verifica della loro compatibilità dei nuovi sistemi di comando/equipaggiamenti elettrici con la logica di funzionamento della macchina su cui vanno installati;</w:t>
            </w:r>
          </w:p>
          <w:p w14:paraId="3C8D4D4E" w14:textId="77777777" w:rsidR="00863285" w:rsidRDefault="00000000">
            <w:pPr>
              <w:spacing w:after="64" w:line="253" w:lineRule="auto"/>
              <w:ind w:left="238" w:hanging="136"/>
            </w:pPr>
            <w:r>
              <w:rPr>
                <w:rFonts w:eastAsia="Arial" w:cs="Arial"/>
                <w:sz w:val="18"/>
              </w:rPr>
              <w:t>- estratto della valutazione del rischio condotta secondo la UNI EN ISO 12100 relativamente ai rischi che potrebbero subire modifiche in conseguenza dell’intervento di cui trattasi;</w:t>
            </w:r>
          </w:p>
          <w:p w14:paraId="13DB7AA3" w14:textId="77777777" w:rsidR="00863285" w:rsidRDefault="00000000">
            <w:pPr>
              <w:spacing w:after="64" w:line="253" w:lineRule="auto"/>
              <w:ind w:left="238" w:hanging="136"/>
            </w:pPr>
            <w:r>
              <w:rPr>
                <w:rFonts w:eastAsia="Arial" w:cs="Arial"/>
                <w:sz w:val="18"/>
              </w:rPr>
              <w:t>- prove e/o verifiche da condurre a seguito dell’attuazione degli interventi.</w:t>
            </w:r>
          </w:p>
          <w:p w14:paraId="65FC75C3" w14:textId="77777777" w:rsidR="00863285" w:rsidRDefault="00000000">
            <w:pPr>
              <w:spacing w:after="80" w:line="253" w:lineRule="auto"/>
              <w:ind w:left="136" w:hanging="136"/>
            </w:pPr>
            <w:r>
              <w:rPr>
                <w:rFonts w:eastAsia="Arial" w:cs="Arial"/>
                <w:sz w:val="18"/>
              </w:rPr>
              <w:t>2. Dichiarazione di corretta installazione o lavoro eseguito alla regola dell’arte.</w:t>
            </w:r>
          </w:p>
          <w:p w14:paraId="213E9CAC" w14:textId="77777777" w:rsidR="00863285" w:rsidRDefault="00000000">
            <w:pPr>
              <w:spacing w:after="80" w:line="253" w:lineRule="auto"/>
              <w:ind w:left="136" w:hanging="136"/>
            </w:pPr>
            <w:r>
              <w:rPr>
                <w:rFonts w:eastAsia="Arial" w:cs="Arial"/>
                <w:sz w:val="18"/>
              </w:rPr>
              <w:t>3. Rapporto di verifica e/o collaudo con la descrizione dei test condotti e relativo esito, sulla base di quanto previsto nella relazione tecnica.</w:t>
            </w:r>
          </w:p>
          <w:p w14:paraId="7A0D3C5C" w14:textId="77777777" w:rsidR="00863285" w:rsidRDefault="00000000">
            <w:pPr>
              <w:spacing w:after="80" w:line="253" w:lineRule="auto"/>
              <w:ind w:left="136" w:hanging="136"/>
            </w:pPr>
            <w:r>
              <w:rPr>
                <w:rFonts w:eastAsia="Arial" w:cs="Arial"/>
                <w:sz w:val="18"/>
              </w:rPr>
              <w:t>4. Aggiornamento degli schemi elettrici.</w:t>
            </w:r>
          </w:p>
          <w:p w14:paraId="68D1995E" w14:textId="77777777" w:rsidR="00863285" w:rsidRDefault="00000000">
            <w:pPr>
              <w:spacing w:after="80" w:line="253" w:lineRule="auto"/>
              <w:ind w:left="136" w:hanging="136"/>
            </w:pPr>
            <w:r>
              <w:rPr>
                <w:rFonts w:eastAsia="Arial" w:cs="Arial"/>
                <w:sz w:val="18"/>
              </w:rPr>
              <w:t>5. Documentazione a corredo degli elementi inseriti (ove prevista), in particolare eventuale dichiarazione CE di conformità e istruzioni.</w:t>
            </w:r>
          </w:p>
          <w:p w14:paraId="4BF5A668" w14:textId="77777777" w:rsidR="00863285" w:rsidRDefault="00000000">
            <w:pPr>
              <w:spacing w:after="80" w:line="253" w:lineRule="auto"/>
              <w:ind w:left="136" w:hanging="136"/>
            </w:pPr>
            <w:r>
              <w:rPr>
                <w:rFonts w:eastAsia="Arial" w:cs="Arial"/>
                <w:sz w:val="18"/>
              </w:rPr>
              <w:t>6. Descrizione dell’intervento nel registro di controllo.</w:t>
            </w:r>
          </w:p>
        </w:tc>
        <w:tc>
          <w:tcPr>
            <w:tcW w:w="4054" w:type="dxa"/>
            <w:tcMar>
              <w:top w:w="100" w:type="dxa"/>
              <w:left w:w="100" w:type="dxa"/>
              <w:bottom w:w="95" w:type="dxa"/>
              <w:right w:w="100" w:type="dxa"/>
            </w:tcMar>
          </w:tcPr>
          <w:p w14:paraId="29FDB5E8" w14:textId="77777777" w:rsidR="00863285" w:rsidRDefault="00000000">
            <w:pPr>
              <w:spacing w:after="100" w:line="253" w:lineRule="auto"/>
              <w:ind w:left="136" w:hanging="136"/>
            </w:pPr>
            <w:r>
              <w:rPr>
                <w:rFonts w:eastAsia="Arial" w:cs="Arial"/>
                <w:sz w:val="18"/>
              </w:rPr>
              <w:t>1. Dichiarazione di idoneità del fabbricante, nella quale è esplicitato che l’intervento condotto non fa decadere la validità dell’originaria dichiarazione di conformità della macchina.</w:t>
            </w:r>
          </w:p>
          <w:p w14:paraId="05383BC2" w14:textId="77777777" w:rsidR="00863285" w:rsidRDefault="00000000">
            <w:pPr>
              <w:spacing w:after="100" w:line="253" w:lineRule="auto"/>
              <w:ind w:left="136" w:hanging="136"/>
            </w:pPr>
            <w:r>
              <w:rPr>
                <w:rFonts w:eastAsia="Arial" w:cs="Arial"/>
                <w:sz w:val="18"/>
              </w:rPr>
              <w:t>2. Dichiarazione di corretta installazione o lavoro eseguito alla regola dell’arte.</w:t>
            </w:r>
          </w:p>
          <w:p w14:paraId="595936F9" w14:textId="77777777" w:rsidR="00863285" w:rsidRDefault="00000000">
            <w:pPr>
              <w:spacing w:after="100" w:line="253" w:lineRule="auto"/>
              <w:ind w:left="136" w:hanging="136"/>
            </w:pPr>
            <w:r>
              <w:rPr>
                <w:rFonts w:eastAsia="Arial" w:cs="Arial"/>
                <w:sz w:val="18"/>
              </w:rPr>
              <w:t>3. Aggiornamento degli schemi elettrici.</w:t>
            </w:r>
          </w:p>
          <w:p w14:paraId="4E9EE2D2" w14:textId="77777777" w:rsidR="00863285" w:rsidRDefault="00000000">
            <w:pPr>
              <w:spacing w:after="100" w:line="253" w:lineRule="auto"/>
              <w:ind w:left="136" w:hanging="136"/>
            </w:pPr>
            <w:r>
              <w:rPr>
                <w:rFonts w:eastAsia="Arial" w:cs="Arial"/>
                <w:sz w:val="18"/>
              </w:rPr>
              <w:t>4. Rapporto di verifica e/o collaudo con la descrizione dei test condotti e relativo esito;</w:t>
            </w:r>
          </w:p>
          <w:p w14:paraId="40706F80" w14:textId="77777777" w:rsidR="00863285" w:rsidRDefault="00000000">
            <w:pPr>
              <w:spacing w:after="100" w:line="253" w:lineRule="auto"/>
              <w:ind w:left="136" w:hanging="136"/>
            </w:pPr>
            <w:r>
              <w:rPr>
                <w:rFonts w:eastAsia="Arial" w:cs="Arial"/>
                <w:sz w:val="18"/>
              </w:rPr>
              <w:t>5. Documentazione a corredo degli elementi inseriti (ove prevista), in particolare eventuale dichiarazione CE di conformità e istruzioni.</w:t>
            </w:r>
          </w:p>
          <w:p w14:paraId="347259D7" w14:textId="77777777" w:rsidR="00863285" w:rsidRDefault="00000000">
            <w:pPr>
              <w:spacing w:after="100" w:line="253" w:lineRule="auto"/>
              <w:ind w:left="136" w:hanging="136"/>
            </w:pPr>
            <w:r>
              <w:rPr>
                <w:rFonts w:eastAsia="Arial" w:cs="Arial"/>
                <w:sz w:val="18"/>
              </w:rPr>
              <w:t>6. Descrizione dell’intervento nel registro di controllo.</w:t>
            </w:r>
          </w:p>
        </w:tc>
      </w:tr>
    </w:tbl>
    <w:p w14:paraId="2C76395F" w14:textId="77777777" w:rsidR="00863285" w:rsidRDefault="00000000">
      <w:pPr>
        <w:spacing w:before="120" w:line="240" w:lineRule="auto"/>
      </w:pPr>
      <w:r>
        <w:rPr>
          <w:rFonts w:eastAsia="Arial" w:cs="Arial"/>
          <w:i/>
          <w:color w:val="627584"/>
          <w:sz w:val="15"/>
        </w:rPr>
        <w:t>Provenienza: «tabelle.docx», scheda 1.11 (pagina 11 del documento fornito). Testo ricomposto in tabella Word.</w:t>
      </w:r>
    </w:p>
    <w:p w14:paraId="4E83B83E" w14:textId="77777777" w:rsidR="00863285" w:rsidRDefault="00000000">
      <w:pPr>
        <w:pageBreakBefore/>
        <w:spacing w:after="100"/>
      </w:pPr>
      <w:bookmarkStart w:id="24" w:name="scheda_12"/>
      <w:r>
        <w:rPr>
          <w:rFonts w:eastAsia="Arial" w:cs="Arial"/>
          <w:b/>
          <w:color w:val="2E6876"/>
          <w:sz w:val="18"/>
        </w:rPr>
        <w:t>SCHEDA 1.12  /  SINTESI ILLUSTRATA</w:t>
      </w:r>
      <w:bookmarkEnd w:id="24"/>
    </w:p>
    <w:p w14:paraId="2E400E59" w14:textId="77777777" w:rsidR="00863285" w:rsidRDefault="00000000">
      <w:pPr>
        <w:pStyle w:val="Titolo1"/>
        <w:pBdr>
          <w:bottom w:val="single" w:sz="8" w:space="5" w:color="D99927"/>
        </w:pBdr>
        <w:spacing w:before="0" w:after="100" w:line="247" w:lineRule="auto"/>
      </w:pPr>
      <w:r>
        <w:rPr>
          <w:rFonts w:ascii="Arial" w:eastAsia="Arial" w:hAnsi="Arial" w:cs="Arial"/>
          <w:sz w:val="37"/>
        </w:rPr>
        <w:t>SOSTITUZIONE AZIONAMENTO CON EQUIVALENTI</w:t>
      </w:r>
    </w:p>
    <w:p w14:paraId="6A732E6B" w14:textId="77777777" w:rsidR="00863285" w:rsidRDefault="00000000">
      <w:pPr>
        <w:keepNext/>
        <w:spacing w:before="80" w:after="180" w:line="250" w:lineRule="auto"/>
      </w:pPr>
      <w:r>
        <w:rPr>
          <w:rFonts w:eastAsia="Arial" w:cs="Arial"/>
          <w:color w:val="627584"/>
          <w:sz w:val="18"/>
        </w:rPr>
        <w:t>INTERVENTO • CONDIZIONI DI CLASSIFICAZIONE • EVIDENZE TECNICHE</w:t>
      </w: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8959"/>
        <w:gridCol w:w="6237"/>
      </w:tblGrid>
      <w:tr w:rsidR="00863285" w14:paraId="57A36264" w14:textId="77777777">
        <w:trPr>
          <w:cantSplit/>
          <w:jc w:val="center"/>
        </w:trPr>
        <w:tc>
          <w:tcPr>
            <w:tcW w:w="8957" w:type="dxa"/>
            <w:shd w:val="clear" w:color="auto" w:fill="EFF5F8"/>
            <w:tcMar>
              <w:top w:w="160" w:type="dxa"/>
              <w:left w:w="170" w:type="dxa"/>
              <w:bottom w:w="160" w:type="dxa"/>
              <w:right w:w="170" w:type="dxa"/>
            </w:tcMar>
            <w:vAlign w:val="center"/>
          </w:tcPr>
          <w:p w14:paraId="5FC8A0A7" w14:textId="77777777" w:rsidR="00863285" w:rsidRDefault="00000000">
            <w:pPr>
              <w:spacing w:after="100"/>
            </w:pPr>
            <w:r>
              <w:rPr>
                <w:rFonts w:eastAsia="Arial" w:cs="Arial"/>
                <w:b/>
                <w:color w:val="2E6876"/>
                <w:sz w:val="20"/>
              </w:rPr>
              <w:t>TIPOLOGIA E DESCRIZIONE</w:t>
            </w:r>
          </w:p>
          <w:p w14:paraId="2EC80215" w14:textId="77777777" w:rsidR="00863285" w:rsidRDefault="00000000">
            <w:pPr>
              <w:spacing w:after="200" w:line="276" w:lineRule="auto"/>
            </w:pPr>
            <w:r>
              <w:rPr>
                <w:rFonts w:eastAsia="Arial" w:cs="Arial"/>
                <w:sz w:val="22"/>
              </w:rPr>
              <w:t>Sostituzione integrale o parziale con motori/azionamenti di caratteristiche equivalenti.</w:t>
            </w:r>
          </w:p>
          <w:p w14:paraId="4A04AA2F" w14:textId="77777777" w:rsidR="00863285" w:rsidRDefault="00000000">
            <w:pPr>
              <w:spacing w:after="100"/>
            </w:pPr>
            <w:r>
              <w:rPr>
                <w:rFonts w:eastAsia="Arial" w:cs="Arial"/>
                <w:b/>
                <w:color w:val="2E6876"/>
                <w:sz w:val="20"/>
              </w:rPr>
              <w:t>CONDIZIONI DA DIMOSTRARE</w:t>
            </w:r>
          </w:p>
          <w:p w14:paraId="30019CA6" w14:textId="77777777" w:rsidR="00863285" w:rsidRDefault="00000000">
            <w:pPr>
              <w:spacing w:line="276" w:lineRule="auto"/>
            </w:pPr>
            <w:r>
              <w:rPr>
                <w:rFonts w:eastAsia="Arial" w:cs="Arial"/>
                <w:sz w:val="22"/>
              </w:rPr>
              <w:t>Prestazioni e parametri corrispondenti agli originari; protezioni di sorveglianza almeno equivalenti; nessun rischio ulteriore.</w:t>
            </w:r>
          </w:p>
        </w:tc>
        <w:tc>
          <w:tcPr>
            <w:tcW w:w="6236" w:type="dxa"/>
            <w:tcMar>
              <w:top w:w="0" w:type="dxa"/>
              <w:left w:w="90" w:type="dxa"/>
              <w:bottom w:w="0" w:type="dxa"/>
              <w:right w:w="0" w:type="dxa"/>
            </w:tcMar>
          </w:tcPr>
          <w:p w14:paraId="48E36266" w14:textId="77777777" w:rsidR="00863285" w:rsidRDefault="00000000">
            <w:pPr>
              <w:spacing w:line="240" w:lineRule="auto"/>
              <w:jc w:val="center"/>
            </w:pPr>
            <w:r>
              <w:rPr>
                <w:noProof/>
              </w:rPr>
              <w:drawing>
                <wp:inline distT="0" distB="0" distL="0" distR="0" wp14:anchorId="0D66895B" wp14:editId="31B02D4B">
                  <wp:extent cx="3708000" cy="2017152"/>
                  <wp:effectExtent l="0" t="0" r="0" b="0"/>
                  <wp:docPr id="15" name="Picture 15" descr="Schema illustrativo originale per la scheda 1.12 - rappresentazione esemplificativa, non esecu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stretch>
                            <a:fillRect/>
                          </a:stretch>
                        </pic:blipFill>
                        <pic:spPr>
                          <a:xfrm>
                            <a:off x="0" y="0"/>
                            <a:ext cx="3708000" cy="2017152"/>
                          </a:xfrm>
                          <a:prstGeom prst="rect">
                            <a:avLst/>
                          </a:prstGeom>
                        </pic:spPr>
                      </pic:pic>
                    </a:graphicData>
                  </a:graphic>
                </wp:inline>
              </w:drawing>
            </w:r>
          </w:p>
          <w:p w14:paraId="5642B194" w14:textId="77777777" w:rsidR="00863285" w:rsidRDefault="00000000">
            <w:pPr>
              <w:spacing w:before="60"/>
              <w:jc w:val="center"/>
            </w:pPr>
            <w:r>
              <w:rPr>
                <w:rFonts w:eastAsia="Arial" w:cs="Arial"/>
                <w:color w:val="627584"/>
                <w:sz w:val="15"/>
              </w:rPr>
              <w:t>Illustrazione tecnica originale • esemplificativa</w:t>
            </w:r>
          </w:p>
        </w:tc>
      </w:tr>
    </w:tbl>
    <w:p w14:paraId="32027830" w14:textId="77777777" w:rsidR="00863285" w:rsidRDefault="00863285">
      <w:pPr>
        <w:spacing w:line="16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10318A24" w14:textId="77777777">
        <w:trPr>
          <w:cantSplit/>
          <w:jc w:val="center"/>
        </w:trPr>
        <w:tc>
          <w:tcPr>
            <w:tcW w:w="15194" w:type="dxa"/>
            <w:shd w:val="clear" w:color="auto" w:fill="EFF5F8"/>
            <w:tcMar>
              <w:top w:w="105" w:type="dxa"/>
              <w:left w:w="150" w:type="dxa"/>
              <w:bottom w:w="105" w:type="dxa"/>
              <w:right w:w="150" w:type="dxa"/>
            </w:tcMar>
          </w:tcPr>
          <w:p w14:paraId="23C98575" w14:textId="77777777" w:rsidR="00863285" w:rsidRDefault="00000000">
            <w:pPr>
              <w:spacing w:after="100"/>
            </w:pPr>
            <w:r>
              <w:rPr>
                <w:rFonts w:eastAsia="Arial" w:cs="Arial"/>
                <w:b/>
                <w:color w:val="17384B"/>
                <w:sz w:val="19"/>
              </w:rPr>
              <w:t>DOCUMENTAZIONE – INTERVENTO ESEGUITO DA SOGGETTO DIVERSO DAL FABBRICANTE</w:t>
            </w:r>
          </w:p>
          <w:p w14:paraId="05119FF1" w14:textId="77777777" w:rsidR="00863285" w:rsidRDefault="00000000">
            <w:pPr>
              <w:spacing w:line="271" w:lineRule="auto"/>
            </w:pPr>
            <w:r>
              <w:rPr>
                <w:rFonts w:eastAsia="Arial" w:cs="Arial"/>
                <w:sz w:val="20"/>
              </w:rPr>
              <w:t>Relazione tecnica firmata da persona competente: Confronto parametri, grado IP, protezioni termiche e classe d’isolamento; prove funzionali. A completamento: rapporto di verifica e/o collaudo, documentazione dei nuovi componenti (ove prevista), dichiarazione di corretta installazione nei casi pertinenti e descrizione nel registro di controllo.</w:t>
            </w:r>
          </w:p>
        </w:tc>
      </w:tr>
    </w:tbl>
    <w:p w14:paraId="578D3349" w14:textId="77777777" w:rsidR="00863285" w:rsidRDefault="00863285">
      <w:pPr>
        <w:spacing w:line="12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0CCDECB5" w14:textId="77777777">
        <w:trPr>
          <w:cantSplit/>
          <w:jc w:val="center"/>
        </w:trPr>
        <w:tc>
          <w:tcPr>
            <w:tcW w:w="15194" w:type="dxa"/>
            <w:shd w:val="clear" w:color="auto" w:fill="FFF5E5"/>
            <w:tcMar>
              <w:top w:w="105" w:type="dxa"/>
              <w:left w:w="150" w:type="dxa"/>
              <w:bottom w:w="105" w:type="dxa"/>
              <w:right w:w="150" w:type="dxa"/>
            </w:tcMar>
          </w:tcPr>
          <w:p w14:paraId="5EF557CD" w14:textId="77777777" w:rsidR="00863285" w:rsidRDefault="00000000">
            <w:pPr>
              <w:spacing w:after="100"/>
            </w:pPr>
            <w:r>
              <w:rPr>
                <w:rFonts w:eastAsia="Arial" w:cs="Arial"/>
                <w:b/>
                <w:color w:val="17384B"/>
                <w:sz w:val="19"/>
              </w:rPr>
              <w:t>DOCUMENTAZIONE – INTERVENTO ESEGUITO DAL FABBRICANTE</w:t>
            </w:r>
          </w:p>
          <w:p w14:paraId="05363CFA" w14:textId="77777777" w:rsidR="00863285" w:rsidRDefault="00000000">
            <w:pPr>
              <w:spacing w:line="271" w:lineRule="auto"/>
            </w:pPr>
            <w:r>
              <w:rPr>
                <w:rFonts w:eastAsia="Arial" w:cs="Arial"/>
                <w:sz w:val="20"/>
              </w:rPr>
              <w:t>Dichiarazione del fabbricante; rapporto prove; documenti nuovi componenti; registro.</w:t>
            </w:r>
          </w:p>
        </w:tc>
      </w:tr>
    </w:tbl>
    <w:p w14:paraId="52FEA3D6" w14:textId="77777777" w:rsidR="00863285" w:rsidRDefault="00863285">
      <w:pPr>
        <w:spacing w:line="120" w:lineRule="exact"/>
      </w:pPr>
    </w:p>
    <w:p w14:paraId="0DE0188B" w14:textId="77777777" w:rsidR="00863285" w:rsidRDefault="00000000">
      <w:pPr>
        <w:spacing w:before="40" w:after="140" w:line="257" w:lineRule="auto"/>
      </w:pPr>
      <w:r>
        <w:rPr>
          <w:rFonts w:eastAsia="Arial" w:cs="Arial"/>
          <w:b/>
          <w:color w:val="17384B"/>
          <w:sz w:val="19"/>
        </w:rPr>
        <w:t>VERIFICA DI APPLICABILITÀ   □ Condizioni soddisfatte   □ Richieste integrazioni   □ Da valutare modifica sostanziale</w:t>
      </w:r>
    </w:p>
    <w:p w14:paraId="691A5121" w14:textId="77777777" w:rsidR="00863285" w:rsidRDefault="00000000">
      <w:pPr>
        <w:spacing w:after="140" w:line="252" w:lineRule="auto"/>
      </w:pPr>
      <w:r>
        <w:rPr>
          <w:rFonts w:eastAsia="Arial" w:cs="Arial"/>
          <w:sz w:val="18"/>
        </w:rPr>
        <w:t>Responsabile valutazione: ____________________________    Data: __________________    Riferimento pratica: __________________</w:t>
      </w:r>
    </w:p>
    <w:p w14:paraId="31A74784" w14:textId="77777777" w:rsidR="00863285" w:rsidRDefault="00000000">
      <w:pPr>
        <w:spacing w:after="100"/>
      </w:pPr>
      <w:r>
        <w:rPr>
          <w:rFonts w:eastAsia="Arial" w:cs="Arial"/>
          <w:i/>
          <w:color w:val="627584"/>
          <w:sz w:val="16"/>
        </w:rPr>
        <w:t>Fonte: INAIL, ottobre 2026, scheda 1.12 (pag. 30). Sintesi rielaborata; per condizioni ed elenchi documentali integrali consultare la fonte.</w:t>
      </w:r>
    </w:p>
    <w:p w14:paraId="796F5556" w14:textId="77777777" w:rsidR="00863285" w:rsidRDefault="00000000">
      <w:pPr>
        <w:spacing w:line="254" w:lineRule="auto"/>
      </w:pPr>
      <w:hyperlink w:anchor="tabella_12" w:history="1">
        <w:r>
          <w:rPr>
            <w:b/>
            <w:color w:val="2E6876"/>
            <w:sz w:val="19"/>
          </w:rPr>
          <w:t>Tabella completa e note della scheda 1.12 → pagina 27</w:t>
        </w:r>
      </w:hyperlink>
      <w:r>
        <w:rPr>
          <w:rFonts w:eastAsia="Arial" w:cs="Arial"/>
          <w:color w:val="627584"/>
          <w:sz w:val="19"/>
        </w:rPr>
        <w:t xml:space="preserve">    |    </w:t>
      </w:r>
      <w:hyperlink w:anchor="indice" w:history="1">
        <w:r>
          <w:rPr>
            <w:color w:val="2E6876"/>
            <w:sz w:val="18"/>
          </w:rPr>
          <w:t>Torna all’indice</w:t>
        </w:r>
      </w:hyperlink>
    </w:p>
    <w:p w14:paraId="3F29C1E6" w14:textId="77777777" w:rsidR="00863285" w:rsidRDefault="00000000">
      <w:pPr>
        <w:pageBreakBefore/>
        <w:spacing w:after="100"/>
      </w:pPr>
      <w:bookmarkStart w:id="25" w:name="tabella_12"/>
      <w:r>
        <w:rPr>
          <w:rFonts w:eastAsia="Arial" w:cs="Arial"/>
          <w:b/>
          <w:color w:val="2E6876"/>
          <w:sz w:val="18"/>
        </w:rPr>
        <w:t>SCHEDA 1.12  /  TESTO DI DETTAGLIO</w:t>
      </w:r>
      <w:bookmarkEnd w:id="25"/>
    </w:p>
    <w:p w14:paraId="40005F8F" w14:textId="77777777" w:rsidR="00863285" w:rsidRDefault="00000000">
      <w:pPr>
        <w:pStyle w:val="Titolo1"/>
        <w:pBdr>
          <w:bottom w:val="single" w:sz="8" w:space="5" w:color="D99927"/>
        </w:pBdr>
        <w:spacing w:before="0" w:after="100" w:line="247" w:lineRule="auto"/>
      </w:pPr>
      <w:r>
        <w:rPr>
          <w:rFonts w:ascii="Arial" w:eastAsia="Arial" w:hAnsi="Arial" w:cs="Arial"/>
          <w:sz w:val="37"/>
        </w:rPr>
        <w:t>Tabella completa: condizioni e documentazione</w:t>
      </w:r>
    </w:p>
    <w:p w14:paraId="695EC3F8" w14:textId="77777777" w:rsidR="00863285" w:rsidRDefault="00000000">
      <w:pPr>
        <w:spacing w:before="140" w:after="160" w:line="250" w:lineRule="auto"/>
      </w:pPr>
      <w:r>
        <w:rPr>
          <w:rFonts w:eastAsia="Arial" w:cs="Arial"/>
          <w:b/>
          <w:color w:val="17384B"/>
          <w:sz w:val="18"/>
        </w:rPr>
        <w:t>NON è richiesta una nuova Marcatura CE e rilascio di nuova dichiarazione CE di conformità, se sono verificate le condizioni sottoelencate.</w:t>
      </w:r>
    </w:p>
    <w:tbl>
      <w:tblPr>
        <w:tblW w:w="15196" w:type="dxa"/>
        <w:jc w:val="center"/>
        <w:tblBorders>
          <w:top w:val="single" w:sz="4" w:space="0" w:color="D4E1E7"/>
          <w:left w:val="single" w:sz="4" w:space="0" w:color="D4E1E7"/>
          <w:bottom w:val="single" w:sz="4" w:space="0" w:color="D4E1E7"/>
          <w:right w:val="single" w:sz="4" w:space="0" w:color="D4E1E7"/>
          <w:insideH w:val="single" w:sz="4" w:space="0" w:color="D4E1E7"/>
          <w:insideV w:val="single" w:sz="4" w:space="0" w:color="D4E1E7"/>
        </w:tblBorders>
        <w:tblLayout w:type="fixed"/>
        <w:tblLook w:val="04A0" w:firstRow="1" w:lastRow="0" w:firstColumn="1" w:lastColumn="0" w:noHBand="0" w:noVBand="1"/>
      </w:tblPr>
      <w:tblGrid>
        <w:gridCol w:w="2268"/>
        <w:gridCol w:w="3458"/>
        <w:gridCol w:w="5415"/>
        <w:gridCol w:w="4055"/>
      </w:tblGrid>
      <w:tr w:rsidR="00863285" w14:paraId="4689154F" w14:textId="77777777">
        <w:trPr>
          <w:cantSplit/>
          <w:tblHeader/>
          <w:jc w:val="center"/>
        </w:trPr>
        <w:tc>
          <w:tcPr>
            <w:tcW w:w="2268" w:type="dxa"/>
            <w:shd w:val="clear" w:color="auto" w:fill="17384B"/>
            <w:tcMar>
              <w:top w:w="95" w:type="dxa"/>
              <w:left w:w="105" w:type="dxa"/>
              <w:bottom w:w="95" w:type="dxa"/>
              <w:right w:w="105" w:type="dxa"/>
            </w:tcMar>
          </w:tcPr>
          <w:p w14:paraId="7390E4D2" w14:textId="77777777" w:rsidR="00863285" w:rsidRDefault="00000000">
            <w:pPr>
              <w:spacing w:line="252" w:lineRule="auto"/>
            </w:pPr>
            <w:r>
              <w:rPr>
                <w:rFonts w:eastAsia="Arial" w:cs="Arial"/>
                <w:b/>
                <w:color w:val="FFFFFF"/>
                <w:sz w:val="17"/>
              </w:rPr>
              <w:t>DESCRIZIONE</w:t>
            </w:r>
            <w:r>
              <w:rPr>
                <w:rFonts w:eastAsia="Arial" w:cs="Arial"/>
                <w:b/>
                <w:color w:val="FFFFFF"/>
                <w:sz w:val="17"/>
              </w:rPr>
              <w:br/>
              <w:t>INTERVENTO</w:t>
            </w:r>
          </w:p>
        </w:tc>
        <w:tc>
          <w:tcPr>
            <w:tcW w:w="3458" w:type="dxa"/>
            <w:shd w:val="clear" w:color="auto" w:fill="17384B"/>
            <w:tcMar>
              <w:top w:w="95" w:type="dxa"/>
              <w:left w:w="105" w:type="dxa"/>
              <w:bottom w:w="95" w:type="dxa"/>
              <w:right w:w="105" w:type="dxa"/>
            </w:tcMar>
          </w:tcPr>
          <w:p w14:paraId="18A7436E" w14:textId="77777777" w:rsidR="00863285" w:rsidRDefault="00000000">
            <w:pPr>
              <w:spacing w:line="252" w:lineRule="auto"/>
            </w:pPr>
            <w:r>
              <w:rPr>
                <w:rFonts w:eastAsia="Arial" w:cs="Arial"/>
                <w:b/>
                <w:color w:val="FFFFFF"/>
                <w:sz w:val="17"/>
              </w:rPr>
              <w:t>CONDIZIONI</w:t>
            </w:r>
          </w:p>
        </w:tc>
        <w:tc>
          <w:tcPr>
            <w:tcW w:w="5414" w:type="dxa"/>
            <w:shd w:val="clear" w:color="auto" w:fill="17384B"/>
            <w:tcMar>
              <w:top w:w="95" w:type="dxa"/>
              <w:left w:w="105" w:type="dxa"/>
              <w:bottom w:w="95" w:type="dxa"/>
              <w:right w:w="105" w:type="dxa"/>
            </w:tcMar>
          </w:tcPr>
          <w:p w14:paraId="63D27F3E"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Soggetto diverso dal fabbricante</w:t>
            </w:r>
          </w:p>
        </w:tc>
        <w:tc>
          <w:tcPr>
            <w:tcW w:w="4054" w:type="dxa"/>
            <w:shd w:val="clear" w:color="auto" w:fill="17384B"/>
            <w:tcMar>
              <w:top w:w="95" w:type="dxa"/>
              <w:left w:w="105" w:type="dxa"/>
              <w:bottom w:w="95" w:type="dxa"/>
              <w:right w:w="105" w:type="dxa"/>
            </w:tcMar>
          </w:tcPr>
          <w:p w14:paraId="1D6854C7"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Fabbricante</w:t>
            </w:r>
          </w:p>
        </w:tc>
      </w:tr>
      <w:tr w:rsidR="00863285" w14:paraId="3E5FBD80" w14:textId="77777777">
        <w:trPr>
          <w:cantSplit/>
          <w:jc w:val="center"/>
        </w:trPr>
        <w:tc>
          <w:tcPr>
            <w:tcW w:w="2268" w:type="dxa"/>
            <w:shd w:val="clear" w:color="auto" w:fill="EFF5F8"/>
            <w:tcMar>
              <w:top w:w="100" w:type="dxa"/>
              <w:left w:w="100" w:type="dxa"/>
              <w:bottom w:w="95" w:type="dxa"/>
              <w:right w:w="100" w:type="dxa"/>
            </w:tcMar>
          </w:tcPr>
          <w:p w14:paraId="14034853" w14:textId="77777777" w:rsidR="00863285" w:rsidRDefault="00000000">
            <w:pPr>
              <w:spacing w:after="120" w:line="253" w:lineRule="auto"/>
            </w:pPr>
            <w:r>
              <w:rPr>
                <w:rFonts w:eastAsia="Arial" w:cs="Arial"/>
                <w:b/>
                <w:sz w:val="18"/>
              </w:rPr>
              <w:t>SOSTITUZIONE DEL SISTEMA DI AZIONAMENTO (O PARTE DI ESSO) CON ALTRI EQUIVALENTI</w:t>
            </w:r>
          </w:p>
        </w:tc>
        <w:tc>
          <w:tcPr>
            <w:tcW w:w="3458" w:type="dxa"/>
            <w:shd w:val="clear" w:color="auto" w:fill="F8FAFB"/>
            <w:tcMar>
              <w:top w:w="100" w:type="dxa"/>
              <w:left w:w="100" w:type="dxa"/>
              <w:bottom w:w="95" w:type="dxa"/>
              <w:right w:w="100" w:type="dxa"/>
            </w:tcMar>
          </w:tcPr>
          <w:p w14:paraId="5CFA5CB6" w14:textId="77777777" w:rsidR="00863285" w:rsidRDefault="00000000">
            <w:pPr>
              <w:spacing w:after="100" w:line="253" w:lineRule="auto"/>
              <w:ind w:left="136" w:hanging="136"/>
            </w:pPr>
            <w:r>
              <w:rPr>
                <w:rFonts w:eastAsia="Arial" w:cs="Arial"/>
                <w:sz w:val="18"/>
              </w:rPr>
              <w:t>- corrispondenza dei parametri funzionali/prestazionali del nuovo sistema di azionamento (o di una sua parte) con quello originario;</w:t>
            </w:r>
          </w:p>
          <w:p w14:paraId="0BC393AD" w14:textId="77777777" w:rsidR="00863285" w:rsidRDefault="00000000">
            <w:pPr>
              <w:spacing w:after="100" w:line="253" w:lineRule="auto"/>
              <w:ind w:left="136" w:hanging="136"/>
            </w:pPr>
            <w:r>
              <w:rPr>
                <w:rFonts w:eastAsia="Arial" w:cs="Arial"/>
                <w:sz w:val="18"/>
              </w:rPr>
              <w:t>- funzioni di sorveglianza e protezione del nuovo sistema di azionamento (ad es. grado di protezione IP, protezioni termiche, classe di isolamento, ecc.) equivalenti o superiori a quelle del sistema originario;</w:t>
            </w:r>
          </w:p>
          <w:p w14:paraId="69051A5A" w14:textId="77777777" w:rsidR="00863285" w:rsidRDefault="00000000">
            <w:pPr>
              <w:spacing w:after="100" w:line="253" w:lineRule="auto"/>
              <w:ind w:left="136" w:hanging="136"/>
            </w:pPr>
            <w:r>
              <w:rPr>
                <w:rFonts w:eastAsia="Arial" w:cs="Arial"/>
                <w:sz w:val="18"/>
              </w:rPr>
              <w:t>- l’intervento non comporta rischi supplementari, con riferimento ai requisiti essenziali di sicurezza sui quali l’intervento potrebbe incidere.</w:t>
            </w:r>
          </w:p>
        </w:tc>
        <w:tc>
          <w:tcPr>
            <w:tcW w:w="5414" w:type="dxa"/>
            <w:tcMar>
              <w:top w:w="100" w:type="dxa"/>
              <w:left w:w="100" w:type="dxa"/>
              <w:bottom w:w="95" w:type="dxa"/>
              <w:right w:w="100" w:type="dxa"/>
            </w:tcMar>
          </w:tcPr>
          <w:p w14:paraId="03D0EBFB" w14:textId="77777777" w:rsidR="00863285" w:rsidRDefault="00000000">
            <w:pPr>
              <w:spacing w:after="80" w:line="253" w:lineRule="auto"/>
            </w:pPr>
            <w:r>
              <w:rPr>
                <w:rFonts w:eastAsia="Arial" w:cs="Arial"/>
                <w:sz w:val="18"/>
              </w:rPr>
              <w:t>1. Relazione tecnica, firmata da persona competente, contenente:</w:t>
            </w:r>
          </w:p>
          <w:p w14:paraId="00F9A446" w14:textId="77777777" w:rsidR="00863285" w:rsidRDefault="00000000">
            <w:pPr>
              <w:spacing w:after="64" w:line="253" w:lineRule="auto"/>
              <w:ind w:left="238" w:hanging="136"/>
            </w:pPr>
            <w:r>
              <w:rPr>
                <w:rFonts w:eastAsia="Arial" w:cs="Arial"/>
                <w:sz w:val="18"/>
              </w:rPr>
              <w:t>- descrizione dell’intervento con indicazione delle caratteristiche del nuovo sistema di azionamento (o di sue parti);</w:t>
            </w:r>
          </w:p>
          <w:p w14:paraId="041FCBBA" w14:textId="77777777" w:rsidR="00863285" w:rsidRDefault="00000000">
            <w:pPr>
              <w:spacing w:after="64" w:line="253" w:lineRule="auto"/>
              <w:ind w:left="238" w:hanging="136"/>
            </w:pPr>
            <w:r>
              <w:rPr>
                <w:rFonts w:eastAsia="Arial" w:cs="Arial"/>
                <w:sz w:val="18"/>
              </w:rPr>
              <w:t>- finalità dell’intervento;</w:t>
            </w:r>
          </w:p>
          <w:p w14:paraId="52D75E2F" w14:textId="77777777" w:rsidR="00863285" w:rsidRDefault="00000000">
            <w:pPr>
              <w:spacing w:after="64" w:line="253" w:lineRule="auto"/>
              <w:ind w:left="238" w:hanging="136"/>
            </w:pPr>
            <w:r>
              <w:rPr>
                <w:rFonts w:eastAsia="Arial" w:cs="Arial"/>
                <w:sz w:val="18"/>
              </w:rPr>
              <w:t>- verifica della corrispondenza dei parametri funzionali/prestazionali del nuovo sistema di azionamento rispetto all’originario;</w:t>
            </w:r>
          </w:p>
          <w:p w14:paraId="2B451E94" w14:textId="77777777" w:rsidR="00863285" w:rsidRDefault="00000000">
            <w:pPr>
              <w:spacing w:after="64" w:line="253" w:lineRule="auto"/>
              <w:ind w:left="238" w:hanging="136"/>
            </w:pPr>
            <w:r>
              <w:rPr>
                <w:rFonts w:eastAsia="Arial" w:cs="Arial"/>
                <w:sz w:val="18"/>
              </w:rPr>
              <w:t>- verifica delle funzioni sorveglianza e protezione del nuovo sistema di azionamento;</w:t>
            </w:r>
          </w:p>
          <w:p w14:paraId="15B2E4C4" w14:textId="77777777" w:rsidR="00863285" w:rsidRDefault="00000000">
            <w:pPr>
              <w:spacing w:after="64" w:line="253" w:lineRule="auto"/>
              <w:ind w:left="238" w:hanging="136"/>
            </w:pPr>
            <w:r>
              <w:rPr>
                <w:rFonts w:eastAsia="Arial" w:cs="Arial"/>
                <w:sz w:val="18"/>
              </w:rPr>
              <w:t>- prove e/o verifiche da condurre a seguito dell’attuazione degli interventi.</w:t>
            </w:r>
          </w:p>
          <w:p w14:paraId="0AFEF43F" w14:textId="77777777" w:rsidR="00863285" w:rsidRDefault="00000000">
            <w:pPr>
              <w:spacing w:after="80" w:line="253" w:lineRule="auto"/>
              <w:ind w:left="136" w:hanging="136"/>
            </w:pPr>
            <w:r>
              <w:rPr>
                <w:rFonts w:eastAsia="Arial" w:cs="Arial"/>
                <w:sz w:val="18"/>
              </w:rPr>
              <w:t>2. Rapporto di verifica e/o collaudo con la descrizione dei test condotti e relativo esito, sulla base di quanto previsto nella relazione tecnica.</w:t>
            </w:r>
          </w:p>
          <w:p w14:paraId="71ECBB79" w14:textId="77777777" w:rsidR="00863285" w:rsidRDefault="00000000">
            <w:pPr>
              <w:spacing w:after="80" w:line="253" w:lineRule="auto"/>
              <w:ind w:left="136" w:hanging="136"/>
            </w:pPr>
            <w:r>
              <w:rPr>
                <w:rFonts w:eastAsia="Arial" w:cs="Arial"/>
                <w:sz w:val="18"/>
              </w:rPr>
              <w:t>3. Documentazione a corredo degli elementi inseriti (ove prevista), in particolare eventuale dichiarazione CE di conformità e istruzioni.</w:t>
            </w:r>
          </w:p>
          <w:p w14:paraId="21E0FFB4" w14:textId="77777777" w:rsidR="00863285" w:rsidRDefault="00000000">
            <w:pPr>
              <w:spacing w:after="80" w:line="253" w:lineRule="auto"/>
              <w:ind w:left="136" w:hanging="136"/>
            </w:pPr>
            <w:r>
              <w:rPr>
                <w:rFonts w:eastAsia="Arial" w:cs="Arial"/>
                <w:sz w:val="18"/>
              </w:rPr>
              <w:t>4. Descrizione dell’intervento nel registro di controllo.</w:t>
            </w:r>
          </w:p>
        </w:tc>
        <w:tc>
          <w:tcPr>
            <w:tcW w:w="4054" w:type="dxa"/>
            <w:tcMar>
              <w:top w:w="100" w:type="dxa"/>
              <w:left w:w="100" w:type="dxa"/>
              <w:bottom w:w="95" w:type="dxa"/>
              <w:right w:w="100" w:type="dxa"/>
            </w:tcMar>
          </w:tcPr>
          <w:p w14:paraId="4FBE61D9" w14:textId="77777777" w:rsidR="00863285" w:rsidRDefault="00000000">
            <w:pPr>
              <w:spacing w:after="100" w:line="253" w:lineRule="auto"/>
              <w:ind w:left="136" w:hanging="136"/>
            </w:pPr>
            <w:r>
              <w:rPr>
                <w:rFonts w:eastAsia="Arial" w:cs="Arial"/>
                <w:sz w:val="18"/>
              </w:rPr>
              <w:t>1. Dichiarazione di idoneità del fabbricante, nella quale è esplicitato che l’intervento condotto non fa decadere la validità dell’originaria dichiarazione di conformità della macchina, prove e/o verifiche da condurre a seguito dell’attuazione degli interventi.</w:t>
            </w:r>
          </w:p>
          <w:p w14:paraId="55BCAA48" w14:textId="77777777" w:rsidR="00863285" w:rsidRDefault="00000000">
            <w:pPr>
              <w:spacing w:after="100" w:line="253" w:lineRule="auto"/>
              <w:ind w:left="136" w:hanging="136"/>
            </w:pPr>
            <w:r>
              <w:rPr>
                <w:rFonts w:eastAsia="Arial" w:cs="Arial"/>
                <w:sz w:val="18"/>
              </w:rPr>
              <w:t>2. Rapporto di verifica e/o collaudo con la descrizione dei test condotti e relativo esito.</w:t>
            </w:r>
          </w:p>
          <w:p w14:paraId="41DD6DF0" w14:textId="77777777" w:rsidR="00863285" w:rsidRDefault="00000000">
            <w:pPr>
              <w:spacing w:after="100" w:line="253" w:lineRule="auto"/>
              <w:ind w:left="136" w:hanging="136"/>
            </w:pPr>
            <w:r>
              <w:rPr>
                <w:rFonts w:eastAsia="Arial" w:cs="Arial"/>
                <w:sz w:val="18"/>
              </w:rPr>
              <w:t>3. Documentazione a corredo degli elementi inseriti (ove prevista), in particolare eventuale dichiarazione CE di conformità e istruzioni.</w:t>
            </w:r>
          </w:p>
          <w:p w14:paraId="66CF6B99" w14:textId="77777777" w:rsidR="00863285" w:rsidRDefault="00000000">
            <w:pPr>
              <w:spacing w:after="100" w:line="253" w:lineRule="auto"/>
              <w:ind w:left="136" w:hanging="136"/>
            </w:pPr>
            <w:r>
              <w:rPr>
                <w:rFonts w:eastAsia="Arial" w:cs="Arial"/>
                <w:sz w:val="18"/>
              </w:rPr>
              <w:t>4. Descrizione dell’intervento nel registro di controllo.</w:t>
            </w:r>
          </w:p>
        </w:tc>
      </w:tr>
    </w:tbl>
    <w:p w14:paraId="79F5A712" w14:textId="77777777" w:rsidR="00863285" w:rsidRDefault="00000000">
      <w:pPr>
        <w:spacing w:before="120" w:line="240" w:lineRule="auto"/>
      </w:pPr>
      <w:r>
        <w:rPr>
          <w:rFonts w:eastAsia="Arial" w:cs="Arial"/>
          <w:i/>
          <w:color w:val="627584"/>
          <w:sz w:val="15"/>
        </w:rPr>
        <w:t>Provenienza: «tabelle.docx», scheda 1.12 (pagina 12 del documento fornito). Testo ricomposto in tabella Word.</w:t>
      </w:r>
    </w:p>
    <w:p w14:paraId="601759FE" w14:textId="77777777" w:rsidR="00863285" w:rsidRDefault="00000000">
      <w:pPr>
        <w:pageBreakBefore/>
        <w:spacing w:after="100"/>
      </w:pPr>
      <w:bookmarkStart w:id="26" w:name="scheda_13"/>
      <w:r>
        <w:rPr>
          <w:rFonts w:eastAsia="Arial" w:cs="Arial"/>
          <w:b/>
          <w:color w:val="2E6876"/>
          <w:sz w:val="18"/>
        </w:rPr>
        <w:t>SCHEDA 1.13  /  SINTESI ILLUSTRATA</w:t>
      </w:r>
      <w:bookmarkEnd w:id="26"/>
    </w:p>
    <w:p w14:paraId="7AE45A3C" w14:textId="77777777" w:rsidR="00863285" w:rsidRDefault="00000000">
      <w:pPr>
        <w:pStyle w:val="Titolo1"/>
        <w:pBdr>
          <w:bottom w:val="single" w:sz="8" w:space="5" w:color="D99927"/>
        </w:pBdr>
        <w:spacing w:before="0" w:after="100" w:line="247" w:lineRule="auto"/>
      </w:pPr>
      <w:r>
        <w:rPr>
          <w:rFonts w:ascii="Arial" w:eastAsia="Arial" w:hAnsi="Arial" w:cs="Arial"/>
          <w:sz w:val="37"/>
        </w:rPr>
        <w:t>SOSTITUZIONE AZIONAMENTO CON DIFFERENTI</w:t>
      </w:r>
    </w:p>
    <w:p w14:paraId="25669E65" w14:textId="77777777" w:rsidR="00863285" w:rsidRDefault="00000000">
      <w:pPr>
        <w:keepNext/>
        <w:spacing w:before="80" w:after="180" w:line="250" w:lineRule="auto"/>
      </w:pPr>
      <w:r>
        <w:rPr>
          <w:rFonts w:eastAsia="Arial" w:cs="Arial"/>
          <w:color w:val="627584"/>
          <w:sz w:val="18"/>
        </w:rPr>
        <w:t>INTERVENTO • CONDIZIONI DI CLASSIFICAZIONE • EVIDENZE TECNICHE</w:t>
      </w: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8959"/>
        <w:gridCol w:w="6237"/>
      </w:tblGrid>
      <w:tr w:rsidR="00863285" w14:paraId="418A8F37" w14:textId="77777777">
        <w:trPr>
          <w:cantSplit/>
          <w:jc w:val="center"/>
        </w:trPr>
        <w:tc>
          <w:tcPr>
            <w:tcW w:w="8957" w:type="dxa"/>
            <w:shd w:val="clear" w:color="auto" w:fill="EFF5F8"/>
            <w:tcMar>
              <w:top w:w="160" w:type="dxa"/>
              <w:left w:w="170" w:type="dxa"/>
              <w:bottom w:w="160" w:type="dxa"/>
              <w:right w:w="170" w:type="dxa"/>
            </w:tcMar>
            <w:vAlign w:val="center"/>
          </w:tcPr>
          <w:p w14:paraId="6CD74010" w14:textId="77777777" w:rsidR="00863285" w:rsidRDefault="00000000">
            <w:pPr>
              <w:spacing w:after="100"/>
            </w:pPr>
            <w:r>
              <w:rPr>
                <w:rFonts w:eastAsia="Arial" w:cs="Arial"/>
                <w:b/>
                <w:color w:val="2E6876"/>
                <w:sz w:val="20"/>
              </w:rPr>
              <w:t>TIPOLOGIA E DESCRIZIONE</w:t>
            </w:r>
          </w:p>
          <w:p w14:paraId="18C18892" w14:textId="77777777" w:rsidR="00863285" w:rsidRDefault="00000000">
            <w:pPr>
              <w:spacing w:after="200" w:line="276" w:lineRule="auto"/>
            </w:pPr>
            <w:r>
              <w:rPr>
                <w:rFonts w:eastAsia="Arial" w:cs="Arial"/>
                <w:sz w:val="22"/>
              </w:rPr>
              <w:t>Impiego di nuovi sistemi di azionamento, o parti, diversi dagli originali.</w:t>
            </w:r>
          </w:p>
          <w:p w14:paraId="53A10C19" w14:textId="77777777" w:rsidR="00863285" w:rsidRDefault="00000000">
            <w:pPr>
              <w:spacing w:after="100"/>
            </w:pPr>
            <w:r>
              <w:rPr>
                <w:rFonts w:eastAsia="Arial" w:cs="Arial"/>
                <w:b/>
                <w:color w:val="2E6876"/>
                <w:sz w:val="20"/>
              </w:rPr>
              <w:t>CONDIZIONI DA DIMOSTRARE</w:t>
            </w:r>
          </w:p>
          <w:p w14:paraId="645A0AB9" w14:textId="77777777" w:rsidR="00863285" w:rsidRDefault="00000000">
            <w:pPr>
              <w:spacing w:line="276" w:lineRule="auto"/>
            </w:pPr>
            <w:r>
              <w:rPr>
                <w:rFonts w:eastAsia="Arial" w:cs="Arial"/>
                <w:sz w:val="22"/>
              </w:rPr>
              <w:t>Sollecitazioni entro i limiti originari; compatibilità con macchina e ambiente; assenza di rischi ulteriori.</w:t>
            </w:r>
          </w:p>
        </w:tc>
        <w:tc>
          <w:tcPr>
            <w:tcW w:w="6236" w:type="dxa"/>
            <w:tcMar>
              <w:top w:w="0" w:type="dxa"/>
              <w:left w:w="90" w:type="dxa"/>
              <w:bottom w:w="0" w:type="dxa"/>
              <w:right w:w="0" w:type="dxa"/>
            </w:tcMar>
          </w:tcPr>
          <w:p w14:paraId="6D5A4DC5" w14:textId="77777777" w:rsidR="00863285" w:rsidRDefault="00000000">
            <w:pPr>
              <w:spacing w:line="240" w:lineRule="auto"/>
              <w:jc w:val="center"/>
            </w:pPr>
            <w:r>
              <w:rPr>
                <w:noProof/>
              </w:rPr>
              <w:drawing>
                <wp:inline distT="0" distB="0" distL="0" distR="0" wp14:anchorId="4EC669CA" wp14:editId="2CD55887">
                  <wp:extent cx="3708000" cy="2017152"/>
                  <wp:effectExtent l="0" t="0" r="0" b="0"/>
                  <wp:docPr id="16" name="Picture 16" descr="Schema illustrativo originale per la scheda 1.13 - rappresentazione esemplificativa, non esecu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9"/>
                          <a:stretch>
                            <a:fillRect/>
                          </a:stretch>
                        </pic:blipFill>
                        <pic:spPr>
                          <a:xfrm>
                            <a:off x="0" y="0"/>
                            <a:ext cx="3708000" cy="2017152"/>
                          </a:xfrm>
                          <a:prstGeom prst="rect">
                            <a:avLst/>
                          </a:prstGeom>
                        </pic:spPr>
                      </pic:pic>
                    </a:graphicData>
                  </a:graphic>
                </wp:inline>
              </w:drawing>
            </w:r>
          </w:p>
          <w:p w14:paraId="3C66745B" w14:textId="77777777" w:rsidR="00863285" w:rsidRDefault="00000000">
            <w:pPr>
              <w:spacing w:before="60"/>
              <w:jc w:val="center"/>
            </w:pPr>
            <w:r>
              <w:rPr>
                <w:rFonts w:eastAsia="Arial" w:cs="Arial"/>
                <w:color w:val="627584"/>
                <w:sz w:val="15"/>
              </w:rPr>
              <w:t>Illustrazione tecnica originale • esemplificativa</w:t>
            </w:r>
          </w:p>
        </w:tc>
      </w:tr>
    </w:tbl>
    <w:p w14:paraId="7BA507BE" w14:textId="77777777" w:rsidR="00863285" w:rsidRDefault="00863285">
      <w:pPr>
        <w:spacing w:line="16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6CBA8942" w14:textId="77777777">
        <w:trPr>
          <w:cantSplit/>
          <w:jc w:val="center"/>
        </w:trPr>
        <w:tc>
          <w:tcPr>
            <w:tcW w:w="15194" w:type="dxa"/>
            <w:shd w:val="clear" w:color="auto" w:fill="EFF5F8"/>
            <w:tcMar>
              <w:top w:w="105" w:type="dxa"/>
              <w:left w:w="150" w:type="dxa"/>
              <w:bottom w:w="105" w:type="dxa"/>
              <w:right w:w="150" w:type="dxa"/>
            </w:tcMar>
          </w:tcPr>
          <w:p w14:paraId="05271144" w14:textId="77777777" w:rsidR="00863285" w:rsidRDefault="00000000">
            <w:pPr>
              <w:spacing w:after="100"/>
            </w:pPr>
            <w:r>
              <w:rPr>
                <w:rFonts w:eastAsia="Arial" w:cs="Arial"/>
                <w:b/>
                <w:color w:val="17384B"/>
                <w:sz w:val="19"/>
              </w:rPr>
              <w:t>DOCUMENTAZIONE – INTERVENTO ESEGUITO DA SOGGETTO DIVERSO DAL FABBRICANTE</w:t>
            </w:r>
          </w:p>
          <w:p w14:paraId="46CE2050" w14:textId="77777777" w:rsidR="00863285" w:rsidRDefault="00000000">
            <w:pPr>
              <w:spacing w:line="271" w:lineRule="auto"/>
            </w:pPr>
            <w:r>
              <w:rPr>
                <w:rFonts w:eastAsia="Arial" w:cs="Arial"/>
                <w:sz w:val="20"/>
              </w:rPr>
              <w:t>Relazione tecnica firmata da persona competente: Descrizione, calcoli strutturali, verifica compatibilità e valutazione rischi; prove; aggiornamento schemi. A completamento: rapporto di verifica e/o collaudo, documentazione dei nuovi componenti (ove prevista), dichiarazione di corretta installazione nei casi pertinenti e descrizione nel registro di controllo.</w:t>
            </w:r>
          </w:p>
        </w:tc>
      </w:tr>
    </w:tbl>
    <w:p w14:paraId="4B308DE8" w14:textId="77777777" w:rsidR="00863285" w:rsidRDefault="00863285">
      <w:pPr>
        <w:spacing w:line="12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28FAD996" w14:textId="77777777">
        <w:trPr>
          <w:cantSplit/>
          <w:jc w:val="center"/>
        </w:trPr>
        <w:tc>
          <w:tcPr>
            <w:tcW w:w="15194" w:type="dxa"/>
            <w:shd w:val="clear" w:color="auto" w:fill="FFF5E5"/>
            <w:tcMar>
              <w:top w:w="105" w:type="dxa"/>
              <w:left w:w="150" w:type="dxa"/>
              <w:bottom w:w="105" w:type="dxa"/>
              <w:right w:w="150" w:type="dxa"/>
            </w:tcMar>
          </w:tcPr>
          <w:p w14:paraId="20C0CA89" w14:textId="77777777" w:rsidR="00863285" w:rsidRDefault="00000000">
            <w:pPr>
              <w:spacing w:after="100"/>
            </w:pPr>
            <w:r>
              <w:rPr>
                <w:rFonts w:eastAsia="Arial" w:cs="Arial"/>
                <w:b/>
                <w:color w:val="17384B"/>
                <w:sz w:val="19"/>
              </w:rPr>
              <w:t>DOCUMENTAZIONE – INTERVENTO ESEGUITO DAL FABBRICANTE</w:t>
            </w:r>
          </w:p>
          <w:p w14:paraId="1F26A7AA" w14:textId="77777777" w:rsidR="00863285" w:rsidRDefault="00000000">
            <w:pPr>
              <w:spacing w:line="271" w:lineRule="auto"/>
            </w:pPr>
            <w:r>
              <w:rPr>
                <w:rFonts w:eastAsia="Arial" w:cs="Arial"/>
                <w:sz w:val="20"/>
              </w:rPr>
              <w:t>Dichiarazione del fabbricante; rapporto prove; schemi aggiornati; documenti componenti; registro.</w:t>
            </w:r>
          </w:p>
        </w:tc>
      </w:tr>
    </w:tbl>
    <w:p w14:paraId="3A7A0524" w14:textId="77777777" w:rsidR="00863285" w:rsidRDefault="00863285">
      <w:pPr>
        <w:spacing w:line="120" w:lineRule="exact"/>
      </w:pPr>
    </w:p>
    <w:p w14:paraId="76241203" w14:textId="77777777" w:rsidR="00863285" w:rsidRDefault="00000000">
      <w:pPr>
        <w:spacing w:before="40" w:after="140" w:line="257" w:lineRule="auto"/>
      </w:pPr>
      <w:r>
        <w:rPr>
          <w:rFonts w:eastAsia="Arial" w:cs="Arial"/>
          <w:b/>
          <w:color w:val="17384B"/>
          <w:sz w:val="19"/>
        </w:rPr>
        <w:t>VERIFICA DI APPLICABILITÀ   □ Condizioni soddisfatte   □ Richieste integrazioni   □ Da valutare modifica sostanziale</w:t>
      </w:r>
    </w:p>
    <w:p w14:paraId="60D3F86C" w14:textId="77777777" w:rsidR="00863285" w:rsidRDefault="00000000">
      <w:pPr>
        <w:spacing w:after="140" w:line="252" w:lineRule="auto"/>
      </w:pPr>
      <w:r>
        <w:rPr>
          <w:rFonts w:eastAsia="Arial" w:cs="Arial"/>
          <w:sz w:val="18"/>
        </w:rPr>
        <w:t>Responsabile valutazione: ____________________________    Data: __________________    Riferimento pratica: __________________</w:t>
      </w:r>
    </w:p>
    <w:p w14:paraId="3EEE2079" w14:textId="77777777" w:rsidR="00863285" w:rsidRDefault="00000000">
      <w:pPr>
        <w:spacing w:after="100"/>
      </w:pPr>
      <w:r>
        <w:rPr>
          <w:rFonts w:eastAsia="Arial" w:cs="Arial"/>
          <w:i/>
          <w:color w:val="627584"/>
          <w:sz w:val="16"/>
        </w:rPr>
        <w:t>Fonte: INAIL, ottobre 2026, scheda 1.13 (pag. 31). Sintesi rielaborata; per condizioni ed elenchi documentali integrali consultare la fonte.</w:t>
      </w:r>
    </w:p>
    <w:p w14:paraId="5060A89C" w14:textId="77777777" w:rsidR="00863285" w:rsidRDefault="00000000">
      <w:pPr>
        <w:spacing w:line="254" w:lineRule="auto"/>
      </w:pPr>
      <w:hyperlink w:anchor="tabella_13" w:history="1">
        <w:r>
          <w:rPr>
            <w:b/>
            <w:color w:val="2E6876"/>
            <w:sz w:val="19"/>
          </w:rPr>
          <w:t>Tabella completa e note della scheda 1.13 → pagina 29</w:t>
        </w:r>
      </w:hyperlink>
      <w:r>
        <w:rPr>
          <w:rFonts w:eastAsia="Arial" w:cs="Arial"/>
          <w:color w:val="627584"/>
          <w:sz w:val="19"/>
        </w:rPr>
        <w:t xml:space="preserve">    |    </w:t>
      </w:r>
      <w:hyperlink w:anchor="indice" w:history="1">
        <w:r>
          <w:rPr>
            <w:color w:val="2E6876"/>
            <w:sz w:val="18"/>
          </w:rPr>
          <w:t>Torna all’indice</w:t>
        </w:r>
      </w:hyperlink>
    </w:p>
    <w:p w14:paraId="27313CAB" w14:textId="77777777" w:rsidR="00863285" w:rsidRDefault="00000000">
      <w:pPr>
        <w:pageBreakBefore/>
        <w:spacing w:after="100"/>
      </w:pPr>
      <w:bookmarkStart w:id="27" w:name="tabella_13"/>
      <w:r>
        <w:rPr>
          <w:rFonts w:eastAsia="Arial" w:cs="Arial"/>
          <w:b/>
          <w:color w:val="2E6876"/>
          <w:sz w:val="18"/>
        </w:rPr>
        <w:t>SCHEDA 1.13  /  TESTO DI DETTAGLIO</w:t>
      </w:r>
      <w:bookmarkEnd w:id="27"/>
    </w:p>
    <w:p w14:paraId="26F1375A" w14:textId="77777777" w:rsidR="00863285" w:rsidRDefault="00000000">
      <w:pPr>
        <w:pStyle w:val="Titolo1"/>
        <w:pBdr>
          <w:bottom w:val="single" w:sz="8" w:space="5" w:color="D99927"/>
        </w:pBdr>
        <w:spacing w:before="0" w:after="100" w:line="247" w:lineRule="auto"/>
      </w:pPr>
      <w:r>
        <w:rPr>
          <w:rFonts w:ascii="Arial" w:eastAsia="Arial" w:hAnsi="Arial" w:cs="Arial"/>
          <w:sz w:val="37"/>
        </w:rPr>
        <w:t>Tabella completa: condizioni e documentazione</w:t>
      </w:r>
    </w:p>
    <w:p w14:paraId="0EE53943" w14:textId="77777777" w:rsidR="00863285" w:rsidRDefault="00000000">
      <w:pPr>
        <w:spacing w:before="140" w:after="160" w:line="250" w:lineRule="auto"/>
      </w:pPr>
      <w:r>
        <w:rPr>
          <w:rFonts w:eastAsia="Arial" w:cs="Arial"/>
          <w:b/>
          <w:color w:val="17384B"/>
          <w:sz w:val="18"/>
        </w:rPr>
        <w:t>NON è richiesta una nuova Marcatura CE e rilascio di nuova dichiarazione CE di conformità, se sono verificate le condizioni sottoelencate.</w:t>
      </w:r>
    </w:p>
    <w:tbl>
      <w:tblPr>
        <w:tblW w:w="15196" w:type="dxa"/>
        <w:jc w:val="center"/>
        <w:tblBorders>
          <w:top w:val="single" w:sz="4" w:space="0" w:color="D4E1E7"/>
          <w:left w:val="single" w:sz="4" w:space="0" w:color="D4E1E7"/>
          <w:bottom w:val="single" w:sz="4" w:space="0" w:color="D4E1E7"/>
          <w:right w:val="single" w:sz="4" w:space="0" w:color="D4E1E7"/>
          <w:insideH w:val="single" w:sz="4" w:space="0" w:color="D4E1E7"/>
          <w:insideV w:val="single" w:sz="4" w:space="0" w:color="D4E1E7"/>
        </w:tblBorders>
        <w:tblLayout w:type="fixed"/>
        <w:tblLook w:val="04A0" w:firstRow="1" w:lastRow="0" w:firstColumn="1" w:lastColumn="0" w:noHBand="0" w:noVBand="1"/>
      </w:tblPr>
      <w:tblGrid>
        <w:gridCol w:w="2268"/>
        <w:gridCol w:w="3458"/>
        <w:gridCol w:w="5415"/>
        <w:gridCol w:w="4055"/>
      </w:tblGrid>
      <w:tr w:rsidR="00863285" w14:paraId="223A5F27" w14:textId="77777777">
        <w:trPr>
          <w:cantSplit/>
          <w:tblHeader/>
          <w:jc w:val="center"/>
        </w:trPr>
        <w:tc>
          <w:tcPr>
            <w:tcW w:w="2268" w:type="dxa"/>
            <w:shd w:val="clear" w:color="auto" w:fill="17384B"/>
            <w:tcMar>
              <w:top w:w="95" w:type="dxa"/>
              <w:left w:w="105" w:type="dxa"/>
              <w:bottom w:w="95" w:type="dxa"/>
              <w:right w:w="105" w:type="dxa"/>
            </w:tcMar>
          </w:tcPr>
          <w:p w14:paraId="0AD27059" w14:textId="77777777" w:rsidR="00863285" w:rsidRDefault="00000000">
            <w:pPr>
              <w:spacing w:line="252" w:lineRule="auto"/>
            </w:pPr>
            <w:r>
              <w:rPr>
                <w:rFonts w:eastAsia="Arial" w:cs="Arial"/>
                <w:b/>
                <w:color w:val="FFFFFF"/>
                <w:sz w:val="17"/>
              </w:rPr>
              <w:t>DESCRIZIONE</w:t>
            </w:r>
            <w:r>
              <w:rPr>
                <w:rFonts w:eastAsia="Arial" w:cs="Arial"/>
                <w:b/>
                <w:color w:val="FFFFFF"/>
                <w:sz w:val="17"/>
              </w:rPr>
              <w:br/>
              <w:t>INTERVENTO</w:t>
            </w:r>
          </w:p>
        </w:tc>
        <w:tc>
          <w:tcPr>
            <w:tcW w:w="3458" w:type="dxa"/>
            <w:shd w:val="clear" w:color="auto" w:fill="17384B"/>
            <w:tcMar>
              <w:top w:w="95" w:type="dxa"/>
              <w:left w:w="105" w:type="dxa"/>
              <w:bottom w:w="95" w:type="dxa"/>
              <w:right w:w="105" w:type="dxa"/>
            </w:tcMar>
          </w:tcPr>
          <w:p w14:paraId="462CB1DE" w14:textId="77777777" w:rsidR="00863285" w:rsidRDefault="00000000">
            <w:pPr>
              <w:spacing w:line="252" w:lineRule="auto"/>
            </w:pPr>
            <w:r>
              <w:rPr>
                <w:rFonts w:eastAsia="Arial" w:cs="Arial"/>
                <w:b/>
                <w:color w:val="FFFFFF"/>
                <w:sz w:val="17"/>
              </w:rPr>
              <w:t>CONDIZIONI</w:t>
            </w:r>
          </w:p>
        </w:tc>
        <w:tc>
          <w:tcPr>
            <w:tcW w:w="5414" w:type="dxa"/>
            <w:shd w:val="clear" w:color="auto" w:fill="17384B"/>
            <w:tcMar>
              <w:top w:w="95" w:type="dxa"/>
              <w:left w:w="105" w:type="dxa"/>
              <w:bottom w:w="95" w:type="dxa"/>
              <w:right w:w="105" w:type="dxa"/>
            </w:tcMar>
          </w:tcPr>
          <w:p w14:paraId="3BB05995"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Soggetto diverso dal fabbricante</w:t>
            </w:r>
          </w:p>
        </w:tc>
        <w:tc>
          <w:tcPr>
            <w:tcW w:w="4054" w:type="dxa"/>
            <w:shd w:val="clear" w:color="auto" w:fill="17384B"/>
            <w:tcMar>
              <w:top w:w="95" w:type="dxa"/>
              <w:left w:w="105" w:type="dxa"/>
              <w:bottom w:w="95" w:type="dxa"/>
              <w:right w:w="105" w:type="dxa"/>
            </w:tcMar>
          </w:tcPr>
          <w:p w14:paraId="77696AFD"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Fabbricante</w:t>
            </w:r>
          </w:p>
        </w:tc>
      </w:tr>
      <w:tr w:rsidR="00863285" w14:paraId="0306D530" w14:textId="77777777">
        <w:trPr>
          <w:cantSplit/>
          <w:jc w:val="center"/>
        </w:trPr>
        <w:tc>
          <w:tcPr>
            <w:tcW w:w="2268" w:type="dxa"/>
            <w:shd w:val="clear" w:color="auto" w:fill="EFF5F8"/>
            <w:tcMar>
              <w:top w:w="100" w:type="dxa"/>
              <w:left w:w="100" w:type="dxa"/>
              <w:bottom w:w="95" w:type="dxa"/>
              <w:right w:w="100" w:type="dxa"/>
            </w:tcMar>
          </w:tcPr>
          <w:p w14:paraId="34611CBB" w14:textId="77777777" w:rsidR="00863285" w:rsidRDefault="00000000">
            <w:pPr>
              <w:spacing w:after="120" w:line="253" w:lineRule="auto"/>
            </w:pPr>
            <w:r>
              <w:rPr>
                <w:rFonts w:eastAsia="Arial" w:cs="Arial"/>
                <w:b/>
                <w:sz w:val="18"/>
              </w:rPr>
              <w:t>SOSTITUZIONE DEL SISTEMA DI AZIONAMENTO (O PARTE DI ESSO) CON ALTRI DIFFERENTI</w:t>
            </w:r>
          </w:p>
        </w:tc>
        <w:tc>
          <w:tcPr>
            <w:tcW w:w="3458" w:type="dxa"/>
            <w:shd w:val="clear" w:color="auto" w:fill="F8FAFB"/>
            <w:tcMar>
              <w:top w:w="100" w:type="dxa"/>
              <w:left w:w="100" w:type="dxa"/>
              <w:bottom w:w="95" w:type="dxa"/>
              <w:right w:w="100" w:type="dxa"/>
            </w:tcMar>
          </w:tcPr>
          <w:p w14:paraId="0C98094E" w14:textId="77777777" w:rsidR="00863285" w:rsidRDefault="00000000">
            <w:pPr>
              <w:spacing w:after="100" w:line="253" w:lineRule="auto"/>
              <w:ind w:left="136" w:hanging="136"/>
            </w:pPr>
            <w:r>
              <w:rPr>
                <w:rFonts w:eastAsia="Arial" w:cs="Arial"/>
                <w:sz w:val="18"/>
              </w:rPr>
              <w:t>- l’intervento non comporta incremento dello stato tensionale rispetto a quello della macchina originaria (nell’ambito dei limiti previsti dal fabbricante);</w:t>
            </w:r>
          </w:p>
          <w:p w14:paraId="3FA9A0DF" w14:textId="77777777" w:rsidR="00863285" w:rsidRDefault="00000000">
            <w:pPr>
              <w:spacing w:after="100" w:line="253" w:lineRule="auto"/>
              <w:ind w:left="136" w:hanging="136"/>
            </w:pPr>
            <w:r>
              <w:rPr>
                <w:rFonts w:eastAsia="Arial" w:cs="Arial"/>
                <w:sz w:val="18"/>
              </w:rPr>
              <w:t>- compatibilità del nuovo sistema di azionamento con la macchina e l’ambiente di lavoro;</w:t>
            </w:r>
          </w:p>
          <w:p w14:paraId="698D52F1" w14:textId="77777777" w:rsidR="00863285" w:rsidRDefault="00000000">
            <w:pPr>
              <w:spacing w:after="100" w:line="253" w:lineRule="auto"/>
              <w:ind w:left="136" w:hanging="136"/>
            </w:pPr>
            <w:r>
              <w:rPr>
                <w:rFonts w:eastAsia="Arial" w:cs="Arial"/>
                <w:sz w:val="18"/>
              </w:rPr>
              <w:t>- l’intervento non comporta rischi supplementari, con riferimento ai requisiti essenziali di sicurezza sui quali l’intervento potrebbe incidere.</w:t>
            </w:r>
          </w:p>
        </w:tc>
        <w:tc>
          <w:tcPr>
            <w:tcW w:w="5414" w:type="dxa"/>
            <w:tcMar>
              <w:top w:w="100" w:type="dxa"/>
              <w:left w:w="100" w:type="dxa"/>
              <w:bottom w:w="95" w:type="dxa"/>
              <w:right w:w="100" w:type="dxa"/>
            </w:tcMar>
          </w:tcPr>
          <w:p w14:paraId="6DB3CFC6" w14:textId="77777777" w:rsidR="00863285" w:rsidRDefault="00000000">
            <w:pPr>
              <w:spacing w:after="80" w:line="253" w:lineRule="auto"/>
            </w:pPr>
            <w:r>
              <w:rPr>
                <w:rFonts w:eastAsia="Arial" w:cs="Arial"/>
                <w:sz w:val="18"/>
              </w:rPr>
              <w:t>1. Relazione tecnica, firmata da persona competente, contenente:</w:t>
            </w:r>
          </w:p>
          <w:p w14:paraId="2636D22C" w14:textId="77777777" w:rsidR="00863285" w:rsidRDefault="00000000">
            <w:pPr>
              <w:spacing w:after="64" w:line="253" w:lineRule="auto"/>
              <w:ind w:left="238" w:hanging="136"/>
            </w:pPr>
            <w:r>
              <w:rPr>
                <w:rFonts w:eastAsia="Arial" w:cs="Arial"/>
                <w:sz w:val="18"/>
              </w:rPr>
              <w:t>- descrizione dell’intervento con indicazione delle caratteristiche del nuovo sistema di azionamento (o di sue parti);</w:t>
            </w:r>
          </w:p>
          <w:p w14:paraId="2029A38D" w14:textId="77777777" w:rsidR="00863285" w:rsidRDefault="00000000">
            <w:pPr>
              <w:spacing w:after="64" w:line="253" w:lineRule="auto"/>
              <w:ind w:left="238" w:hanging="136"/>
            </w:pPr>
            <w:r>
              <w:rPr>
                <w:rFonts w:eastAsia="Arial" w:cs="Arial"/>
                <w:sz w:val="18"/>
              </w:rPr>
              <w:t>- finalità dell’intervento;</w:t>
            </w:r>
          </w:p>
          <w:p w14:paraId="78740939" w14:textId="77777777" w:rsidR="00863285" w:rsidRDefault="00000000">
            <w:pPr>
              <w:spacing w:after="64" w:line="253" w:lineRule="auto"/>
              <w:ind w:left="238" w:hanging="136"/>
            </w:pPr>
            <w:r>
              <w:rPr>
                <w:rFonts w:eastAsia="Arial" w:cs="Arial"/>
                <w:sz w:val="18"/>
              </w:rPr>
              <w:t>- verifica dello stato tensionale delle strutture, condotta sulla base di norme di buona tecnica (ove disponibili), con attestazione del non superamento dei limiti originari in relazione ad esempio a resistenza, stabilità e deformazione;</w:t>
            </w:r>
          </w:p>
          <w:p w14:paraId="1692C7F8" w14:textId="77777777" w:rsidR="00863285" w:rsidRDefault="00000000">
            <w:pPr>
              <w:spacing w:after="64" w:line="253" w:lineRule="auto"/>
              <w:ind w:left="238" w:hanging="136"/>
            </w:pPr>
            <w:r>
              <w:rPr>
                <w:rFonts w:eastAsia="Arial" w:cs="Arial"/>
                <w:sz w:val="18"/>
              </w:rPr>
              <w:t>- verifica della compatibilità del nuovo sistema di azionamento con la macchina su cui va installato e con l’ambiente di lavoro;</w:t>
            </w:r>
          </w:p>
          <w:p w14:paraId="180E3D1A" w14:textId="77777777" w:rsidR="00863285" w:rsidRDefault="00000000">
            <w:pPr>
              <w:spacing w:after="64" w:line="253" w:lineRule="auto"/>
              <w:ind w:left="238" w:hanging="136"/>
            </w:pPr>
            <w:r>
              <w:rPr>
                <w:rFonts w:eastAsia="Arial" w:cs="Arial"/>
                <w:sz w:val="18"/>
              </w:rPr>
              <w:t>- estratto della valutazione del rischio condotta secondo la UNI EN ISO 12100 relativamente ai rischi che potrebbero subire modifiche in conseguenza dell’intervento di cui trattasi;</w:t>
            </w:r>
          </w:p>
          <w:p w14:paraId="754AD746" w14:textId="77777777" w:rsidR="00863285" w:rsidRDefault="00000000">
            <w:pPr>
              <w:spacing w:after="64" w:line="253" w:lineRule="auto"/>
              <w:ind w:left="238" w:hanging="136"/>
            </w:pPr>
            <w:r>
              <w:rPr>
                <w:rFonts w:eastAsia="Arial" w:cs="Arial"/>
                <w:sz w:val="18"/>
              </w:rPr>
              <w:t>- prove e/o verifiche da condurre a seguito dell’attuazione degli interventi.</w:t>
            </w:r>
          </w:p>
          <w:p w14:paraId="5331878C" w14:textId="77777777" w:rsidR="00863285" w:rsidRDefault="00000000">
            <w:pPr>
              <w:spacing w:after="80" w:line="253" w:lineRule="auto"/>
              <w:ind w:left="136" w:hanging="136"/>
            </w:pPr>
            <w:r>
              <w:rPr>
                <w:rFonts w:eastAsia="Arial" w:cs="Arial"/>
                <w:sz w:val="18"/>
              </w:rPr>
              <w:t>2. Rapporto di verifica e/o collaudo con la descrizione dei test condotti e relativo esito, sulla base di quanto previsto nella relazione tecnica.</w:t>
            </w:r>
          </w:p>
          <w:p w14:paraId="2E29EE16" w14:textId="77777777" w:rsidR="00863285" w:rsidRDefault="00000000">
            <w:pPr>
              <w:spacing w:after="80" w:line="253" w:lineRule="auto"/>
              <w:ind w:left="136" w:hanging="136"/>
            </w:pPr>
            <w:r>
              <w:rPr>
                <w:rFonts w:eastAsia="Arial" w:cs="Arial"/>
                <w:sz w:val="18"/>
              </w:rPr>
              <w:t>3. Aggiornamento degli schemi elettrici.</w:t>
            </w:r>
          </w:p>
          <w:p w14:paraId="199F8EDF" w14:textId="77777777" w:rsidR="00863285" w:rsidRDefault="00000000">
            <w:pPr>
              <w:spacing w:after="80" w:line="253" w:lineRule="auto"/>
              <w:ind w:left="136" w:hanging="136"/>
            </w:pPr>
            <w:r>
              <w:rPr>
                <w:rFonts w:eastAsia="Arial" w:cs="Arial"/>
                <w:sz w:val="18"/>
              </w:rPr>
              <w:t>4. Documentazione a corredo degli elementi inseriti (ove prevista), in particolare eventuale dichiarazione CE di conformità e istruzioni.</w:t>
            </w:r>
          </w:p>
          <w:p w14:paraId="1938C26D" w14:textId="77777777" w:rsidR="00863285" w:rsidRDefault="00000000">
            <w:pPr>
              <w:spacing w:after="80" w:line="253" w:lineRule="auto"/>
              <w:ind w:left="136" w:hanging="136"/>
            </w:pPr>
            <w:r>
              <w:rPr>
                <w:rFonts w:eastAsia="Arial" w:cs="Arial"/>
                <w:sz w:val="18"/>
              </w:rPr>
              <w:t>5. Descrizione dell’intervento nel registro di controllo.</w:t>
            </w:r>
          </w:p>
        </w:tc>
        <w:tc>
          <w:tcPr>
            <w:tcW w:w="4054" w:type="dxa"/>
            <w:tcMar>
              <w:top w:w="100" w:type="dxa"/>
              <w:left w:w="100" w:type="dxa"/>
              <w:bottom w:w="95" w:type="dxa"/>
              <w:right w:w="100" w:type="dxa"/>
            </w:tcMar>
          </w:tcPr>
          <w:p w14:paraId="31879907" w14:textId="77777777" w:rsidR="00863285" w:rsidRDefault="00000000">
            <w:pPr>
              <w:spacing w:after="100" w:line="253" w:lineRule="auto"/>
              <w:ind w:left="136" w:hanging="136"/>
            </w:pPr>
            <w:r>
              <w:rPr>
                <w:rFonts w:eastAsia="Arial" w:cs="Arial"/>
                <w:sz w:val="18"/>
              </w:rPr>
              <w:t>1. Dichiarazione di idoneità del fabbricante, nella quale è esplicitato che l’intervento condotto non fa decadere la validità dell’originaria dichiarazione di conformità della macchina.</w:t>
            </w:r>
          </w:p>
          <w:p w14:paraId="3A067BAF" w14:textId="77777777" w:rsidR="00863285" w:rsidRDefault="00000000">
            <w:pPr>
              <w:spacing w:after="100" w:line="253" w:lineRule="auto"/>
              <w:ind w:left="136" w:hanging="136"/>
            </w:pPr>
            <w:r>
              <w:rPr>
                <w:rFonts w:eastAsia="Arial" w:cs="Arial"/>
                <w:sz w:val="18"/>
              </w:rPr>
              <w:t>2. Rapporto di verifica e/o collaudo con la descrizione dei test condotti e relativo esito.</w:t>
            </w:r>
          </w:p>
          <w:p w14:paraId="25C3AFC2" w14:textId="77777777" w:rsidR="00863285" w:rsidRDefault="00000000">
            <w:pPr>
              <w:spacing w:after="100" w:line="253" w:lineRule="auto"/>
              <w:ind w:left="136" w:hanging="136"/>
            </w:pPr>
            <w:r>
              <w:rPr>
                <w:rFonts w:eastAsia="Arial" w:cs="Arial"/>
                <w:sz w:val="18"/>
              </w:rPr>
              <w:t>3. Documentazione a corredo degli elementi inseriti (ove prevista), in particolare eventuale dichiarazione CE di conformità e istruzioni.</w:t>
            </w:r>
          </w:p>
          <w:p w14:paraId="5F3A6E61" w14:textId="77777777" w:rsidR="00863285" w:rsidRDefault="00000000">
            <w:pPr>
              <w:spacing w:after="100" w:line="253" w:lineRule="auto"/>
              <w:ind w:left="136" w:hanging="136"/>
            </w:pPr>
            <w:r>
              <w:rPr>
                <w:rFonts w:eastAsia="Arial" w:cs="Arial"/>
                <w:sz w:val="18"/>
              </w:rPr>
              <w:t>4. Aggiornamento degli schemi elettrici.</w:t>
            </w:r>
          </w:p>
          <w:p w14:paraId="5FA97553" w14:textId="77777777" w:rsidR="00863285" w:rsidRDefault="00000000">
            <w:pPr>
              <w:spacing w:after="100" w:line="253" w:lineRule="auto"/>
              <w:ind w:left="136" w:hanging="136"/>
            </w:pPr>
            <w:r>
              <w:rPr>
                <w:rFonts w:eastAsia="Arial" w:cs="Arial"/>
                <w:sz w:val="18"/>
              </w:rPr>
              <w:t>5. Descrizione dell’intervento nel registro di controllo.</w:t>
            </w:r>
          </w:p>
        </w:tc>
      </w:tr>
    </w:tbl>
    <w:p w14:paraId="382D325C" w14:textId="77777777" w:rsidR="00863285" w:rsidRDefault="00000000">
      <w:pPr>
        <w:spacing w:before="120" w:line="240" w:lineRule="auto"/>
      </w:pPr>
      <w:r>
        <w:rPr>
          <w:rFonts w:eastAsia="Arial" w:cs="Arial"/>
          <w:i/>
          <w:color w:val="627584"/>
          <w:sz w:val="15"/>
        </w:rPr>
        <w:t>Provenienza: «tabelle.docx», scheda 1.13 (pagina 13 del documento fornito). Testo ricomposto in tabella Word.</w:t>
      </w:r>
    </w:p>
    <w:p w14:paraId="38F1B570" w14:textId="77777777" w:rsidR="00863285" w:rsidRDefault="00000000">
      <w:pPr>
        <w:pageBreakBefore/>
        <w:spacing w:after="100"/>
      </w:pPr>
      <w:bookmarkStart w:id="28" w:name="scheda_14"/>
      <w:r>
        <w:rPr>
          <w:rFonts w:eastAsia="Arial" w:cs="Arial"/>
          <w:b/>
          <w:color w:val="2E6876"/>
          <w:sz w:val="18"/>
        </w:rPr>
        <w:t>SCHEDA 1.14  /  SINTESI ILLUSTRATA</w:t>
      </w:r>
      <w:bookmarkEnd w:id="28"/>
    </w:p>
    <w:p w14:paraId="2BCA5524" w14:textId="77777777" w:rsidR="00863285" w:rsidRDefault="00000000">
      <w:pPr>
        <w:pStyle w:val="Titolo1"/>
        <w:pBdr>
          <w:bottom w:val="single" w:sz="8" w:space="5" w:color="D99927"/>
        </w:pBdr>
        <w:spacing w:before="0" w:after="100" w:line="247" w:lineRule="auto"/>
      </w:pPr>
      <w:r>
        <w:rPr>
          <w:rFonts w:ascii="Arial" w:eastAsia="Arial" w:hAnsi="Arial" w:cs="Arial"/>
          <w:sz w:val="37"/>
        </w:rPr>
        <w:t>ALIMENTAZIONE E COMANDI PER ACCESSORI DI SOLLEVAMENTO</w:t>
      </w:r>
    </w:p>
    <w:p w14:paraId="0C311C8D" w14:textId="77777777" w:rsidR="00863285" w:rsidRDefault="00000000">
      <w:pPr>
        <w:keepNext/>
        <w:spacing w:before="80" w:after="180" w:line="250" w:lineRule="auto"/>
      </w:pPr>
      <w:r>
        <w:rPr>
          <w:rFonts w:eastAsia="Arial" w:cs="Arial"/>
          <w:color w:val="627584"/>
          <w:sz w:val="18"/>
        </w:rPr>
        <w:t>INTERVENTO • CONDIZIONI DI CLASSIFICAZIONE • EVIDENZE TECNICHE</w:t>
      </w: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8959"/>
        <w:gridCol w:w="6237"/>
      </w:tblGrid>
      <w:tr w:rsidR="00863285" w14:paraId="698FEB24" w14:textId="77777777">
        <w:trPr>
          <w:cantSplit/>
          <w:jc w:val="center"/>
        </w:trPr>
        <w:tc>
          <w:tcPr>
            <w:tcW w:w="8957" w:type="dxa"/>
            <w:shd w:val="clear" w:color="auto" w:fill="EFF5F8"/>
            <w:tcMar>
              <w:top w:w="160" w:type="dxa"/>
              <w:left w:w="170" w:type="dxa"/>
              <w:bottom w:w="160" w:type="dxa"/>
              <w:right w:w="170" w:type="dxa"/>
            </w:tcMar>
            <w:vAlign w:val="center"/>
          </w:tcPr>
          <w:p w14:paraId="5320F1DD" w14:textId="77777777" w:rsidR="00863285" w:rsidRDefault="00000000">
            <w:pPr>
              <w:spacing w:after="100"/>
            </w:pPr>
            <w:r>
              <w:rPr>
                <w:rFonts w:eastAsia="Arial" w:cs="Arial"/>
                <w:b/>
                <w:color w:val="2E6876"/>
                <w:sz w:val="20"/>
              </w:rPr>
              <w:t>TIPOLOGIA E DESCRIZIONE</w:t>
            </w:r>
          </w:p>
          <w:p w14:paraId="31EB7E4F" w14:textId="77777777" w:rsidR="00863285" w:rsidRDefault="00000000">
            <w:pPr>
              <w:spacing w:after="200" w:line="276" w:lineRule="auto"/>
            </w:pPr>
            <w:r>
              <w:rPr>
                <w:rFonts w:eastAsia="Arial" w:cs="Arial"/>
                <w:sz w:val="22"/>
              </w:rPr>
              <w:t>Sistemi destinati a magneti, ventose e bilancini motorizzati, compresi i relativi comandi.</w:t>
            </w:r>
          </w:p>
          <w:p w14:paraId="32595A11" w14:textId="77777777" w:rsidR="00863285" w:rsidRDefault="00000000">
            <w:pPr>
              <w:spacing w:after="100"/>
            </w:pPr>
            <w:r>
              <w:rPr>
                <w:rFonts w:eastAsia="Arial" w:cs="Arial"/>
                <w:b/>
                <w:color w:val="2E6876"/>
                <w:sz w:val="20"/>
              </w:rPr>
              <w:t>CONDIZIONI DA DIMOSTRARE</w:t>
            </w:r>
          </w:p>
          <w:p w14:paraId="28E10EF3" w14:textId="77777777" w:rsidR="00863285" w:rsidRDefault="00000000">
            <w:pPr>
              <w:spacing w:line="276" w:lineRule="auto"/>
            </w:pPr>
            <w:r>
              <w:rPr>
                <w:rFonts w:eastAsia="Arial" w:cs="Arial"/>
                <w:sz w:val="22"/>
              </w:rPr>
              <w:t>Nessun incremento tensionale oltre i limiti originali; nessuna interferenza; comandi compatibili con la logica originaria; assenza di rischi ulteriori.</w:t>
            </w:r>
          </w:p>
        </w:tc>
        <w:tc>
          <w:tcPr>
            <w:tcW w:w="6236" w:type="dxa"/>
            <w:tcMar>
              <w:top w:w="0" w:type="dxa"/>
              <w:left w:w="90" w:type="dxa"/>
              <w:bottom w:w="0" w:type="dxa"/>
              <w:right w:w="0" w:type="dxa"/>
            </w:tcMar>
          </w:tcPr>
          <w:p w14:paraId="5D0752C6" w14:textId="77777777" w:rsidR="00863285" w:rsidRDefault="00000000">
            <w:pPr>
              <w:spacing w:line="240" w:lineRule="auto"/>
              <w:jc w:val="center"/>
            </w:pPr>
            <w:r>
              <w:rPr>
                <w:noProof/>
              </w:rPr>
              <w:drawing>
                <wp:inline distT="0" distB="0" distL="0" distR="0" wp14:anchorId="0FB20D56" wp14:editId="3CB64AFF">
                  <wp:extent cx="3708000" cy="2017152"/>
                  <wp:effectExtent l="0" t="0" r="0" b="0"/>
                  <wp:docPr id="17" name="Picture 17" descr="Schema illustrativo originale per la scheda 1.14 - rappresentazione esemplificativa, non esecu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1"/>
                          <a:stretch>
                            <a:fillRect/>
                          </a:stretch>
                        </pic:blipFill>
                        <pic:spPr>
                          <a:xfrm>
                            <a:off x="0" y="0"/>
                            <a:ext cx="3708000" cy="2017152"/>
                          </a:xfrm>
                          <a:prstGeom prst="rect">
                            <a:avLst/>
                          </a:prstGeom>
                        </pic:spPr>
                      </pic:pic>
                    </a:graphicData>
                  </a:graphic>
                </wp:inline>
              </w:drawing>
            </w:r>
          </w:p>
          <w:p w14:paraId="7CFF4F3E" w14:textId="77777777" w:rsidR="00863285" w:rsidRDefault="00000000">
            <w:pPr>
              <w:spacing w:before="60"/>
              <w:jc w:val="center"/>
            </w:pPr>
            <w:r>
              <w:rPr>
                <w:rFonts w:eastAsia="Arial" w:cs="Arial"/>
                <w:color w:val="627584"/>
                <w:sz w:val="15"/>
              </w:rPr>
              <w:t>Illustrazione tecnica originale • esemplificativa</w:t>
            </w:r>
          </w:p>
        </w:tc>
      </w:tr>
    </w:tbl>
    <w:p w14:paraId="513CBA64" w14:textId="77777777" w:rsidR="00863285" w:rsidRDefault="00863285">
      <w:pPr>
        <w:spacing w:line="16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59B3F63D" w14:textId="77777777">
        <w:trPr>
          <w:cantSplit/>
          <w:jc w:val="center"/>
        </w:trPr>
        <w:tc>
          <w:tcPr>
            <w:tcW w:w="15194" w:type="dxa"/>
            <w:shd w:val="clear" w:color="auto" w:fill="EFF5F8"/>
            <w:tcMar>
              <w:top w:w="105" w:type="dxa"/>
              <w:left w:w="150" w:type="dxa"/>
              <w:bottom w:w="105" w:type="dxa"/>
              <w:right w:w="150" w:type="dxa"/>
            </w:tcMar>
          </w:tcPr>
          <w:p w14:paraId="21C760E7" w14:textId="77777777" w:rsidR="00863285" w:rsidRDefault="00000000">
            <w:pPr>
              <w:spacing w:after="100"/>
            </w:pPr>
            <w:r>
              <w:rPr>
                <w:rFonts w:eastAsia="Arial" w:cs="Arial"/>
                <w:b/>
                <w:color w:val="17384B"/>
                <w:sz w:val="19"/>
              </w:rPr>
              <w:t>DOCUMENTAZIONE – INTERVENTO ESEGUITO DA SOGGETTO DIVERSO DAL FABBRICANTE</w:t>
            </w:r>
          </w:p>
          <w:p w14:paraId="78DD37D6" w14:textId="77777777" w:rsidR="00863285" w:rsidRDefault="00000000">
            <w:pPr>
              <w:spacing w:line="271" w:lineRule="auto"/>
            </w:pPr>
            <w:r>
              <w:rPr>
                <w:rFonts w:eastAsia="Arial" w:cs="Arial"/>
                <w:sz w:val="20"/>
              </w:rPr>
              <w:t>Relazione tecnica firmata da persona competente: Analisi di alimentazione e comandi accessorio; compatibilità; UNI EN ISO 12100; prove, schemi, corretta installazione. A completamento: rapporto di verifica e/o collaudo, documentazione dei nuovi componenti (ove prevista), dichiarazione di corretta installazione nei casi pertinenti e descrizione nel registro di controllo.</w:t>
            </w:r>
          </w:p>
        </w:tc>
      </w:tr>
    </w:tbl>
    <w:p w14:paraId="67FA78C5" w14:textId="77777777" w:rsidR="00863285" w:rsidRDefault="00863285">
      <w:pPr>
        <w:spacing w:line="12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3C695577" w14:textId="77777777">
        <w:trPr>
          <w:cantSplit/>
          <w:jc w:val="center"/>
        </w:trPr>
        <w:tc>
          <w:tcPr>
            <w:tcW w:w="15194" w:type="dxa"/>
            <w:shd w:val="clear" w:color="auto" w:fill="FFF5E5"/>
            <w:tcMar>
              <w:top w:w="105" w:type="dxa"/>
              <w:left w:w="150" w:type="dxa"/>
              <w:bottom w:w="105" w:type="dxa"/>
              <w:right w:w="150" w:type="dxa"/>
            </w:tcMar>
          </w:tcPr>
          <w:p w14:paraId="0EF80C04" w14:textId="77777777" w:rsidR="00863285" w:rsidRDefault="00000000">
            <w:pPr>
              <w:spacing w:after="100"/>
            </w:pPr>
            <w:r>
              <w:rPr>
                <w:rFonts w:eastAsia="Arial" w:cs="Arial"/>
                <w:b/>
                <w:color w:val="17384B"/>
                <w:sz w:val="19"/>
              </w:rPr>
              <w:t>DOCUMENTAZIONE – INTERVENTO ESEGUITO DAL FABBRICANTE</w:t>
            </w:r>
          </w:p>
          <w:p w14:paraId="5CF19EE3" w14:textId="77777777" w:rsidR="00863285" w:rsidRDefault="00000000">
            <w:pPr>
              <w:spacing w:line="271" w:lineRule="auto"/>
            </w:pPr>
            <w:r>
              <w:rPr>
                <w:rFonts w:eastAsia="Arial" w:cs="Arial"/>
                <w:sz w:val="20"/>
              </w:rPr>
              <w:t>Dichiarazione del fabbricante; attestazione installazione; prove; schemi; documentazione accessori; registro.</w:t>
            </w:r>
          </w:p>
        </w:tc>
      </w:tr>
    </w:tbl>
    <w:p w14:paraId="30007865" w14:textId="77777777" w:rsidR="00863285" w:rsidRDefault="00863285">
      <w:pPr>
        <w:spacing w:line="120" w:lineRule="exact"/>
      </w:pPr>
    </w:p>
    <w:p w14:paraId="1D177D15" w14:textId="77777777" w:rsidR="00863285" w:rsidRDefault="00000000">
      <w:pPr>
        <w:spacing w:before="40" w:after="140" w:line="257" w:lineRule="auto"/>
      </w:pPr>
      <w:r>
        <w:rPr>
          <w:rFonts w:eastAsia="Arial" w:cs="Arial"/>
          <w:b/>
          <w:color w:val="17384B"/>
          <w:sz w:val="19"/>
        </w:rPr>
        <w:t>VERIFICA DI APPLICABILITÀ   □ Condizioni soddisfatte   □ Richieste integrazioni   □ Da valutare modifica sostanziale</w:t>
      </w:r>
    </w:p>
    <w:p w14:paraId="29263F8F" w14:textId="77777777" w:rsidR="00863285" w:rsidRDefault="00000000">
      <w:pPr>
        <w:spacing w:after="140" w:line="252" w:lineRule="auto"/>
      </w:pPr>
      <w:r>
        <w:rPr>
          <w:rFonts w:eastAsia="Arial" w:cs="Arial"/>
          <w:sz w:val="18"/>
        </w:rPr>
        <w:t>Responsabile valutazione: ____________________________    Data: __________________    Riferimento pratica: __________________</w:t>
      </w:r>
    </w:p>
    <w:p w14:paraId="3B611BE1" w14:textId="77777777" w:rsidR="00863285" w:rsidRDefault="00000000">
      <w:pPr>
        <w:spacing w:after="100"/>
      </w:pPr>
      <w:r>
        <w:rPr>
          <w:rFonts w:eastAsia="Arial" w:cs="Arial"/>
          <w:i/>
          <w:color w:val="627584"/>
          <w:sz w:val="16"/>
        </w:rPr>
        <w:t>Fonte: INAIL, ottobre 2026, scheda 1.14 (pag. 32). Sintesi rielaborata; per condizioni ed elenchi documentali integrali consultare la fonte.</w:t>
      </w:r>
    </w:p>
    <w:p w14:paraId="177752CB" w14:textId="77777777" w:rsidR="00863285" w:rsidRDefault="00000000">
      <w:pPr>
        <w:spacing w:line="254" w:lineRule="auto"/>
      </w:pPr>
      <w:hyperlink w:anchor="tabella_14" w:history="1">
        <w:r>
          <w:rPr>
            <w:b/>
            <w:color w:val="2E6876"/>
            <w:sz w:val="19"/>
          </w:rPr>
          <w:t>Tabella completa e note della scheda 1.14 → pagina 31</w:t>
        </w:r>
      </w:hyperlink>
      <w:r>
        <w:rPr>
          <w:rFonts w:eastAsia="Arial" w:cs="Arial"/>
          <w:color w:val="627584"/>
          <w:sz w:val="19"/>
        </w:rPr>
        <w:t xml:space="preserve">    |    </w:t>
      </w:r>
      <w:hyperlink w:anchor="indice" w:history="1">
        <w:r>
          <w:rPr>
            <w:color w:val="2E6876"/>
            <w:sz w:val="18"/>
          </w:rPr>
          <w:t>Torna all’indice</w:t>
        </w:r>
      </w:hyperlink>
    </w:p>
    <w:p w14:paraId="57AFF73B" w14:textId="77777777" w:rsidR="00863285" w:rsidRDefault="00000000">
      <w:pPr>
        <w:pageBreakBefore/>
        <w:spacing w:after="100"/>
      </w:pPr>
      <w:bookmarkStart w:id="29" w:name="tabella_14"/>
      <w:r>
        <w:rPr>
          <w:rFonts w:eastAsia="Arial" w:cs="Arial"/>
          <w:b/>
          <w:color w:val="2E6876"/>
          <w:sz w:val="18"/>
        </w:rPr>
        <w:t>SCHEDA 1.14  /  TESTO DI DETTAGLIO</w:t>
      </w:r>
      <w:bookmarkEnd w:id="29"/>
    </w:p>
    <w:p w14:paraId="14AC8933" w14:textId="77777777" w:rsidR="00863285" w:rsidRDefault="00000000">
      <w:pPr>
        <w:pStyle w:val="Titolo1"/>
        <w:pBdr>
          <w:bottom w:val="single" w:sz="8" w:space="5" w:color="D99927"/>
        </w:pBdr>
        <w:spacing w:before="0" w:after="100" w:line="247" w:lineRule="auto"/>
      </w:pPr>
      <w:r>
        <w:rPr>
          <w:rFonts w:ascii="Arial" w:eastAsia="Arial" w:hAnsi="Arial" w:cs="Arial"/>
          <w:sz w:val="37"/>
        </w:rPr>
        <w:t>Tabella completa: condizioni e documentazione</w:t>
      </w:r>
    </w:p>
    <w:p w14:paraId="3A18192F" w14:textId="77777777" w:rsidR="00863285" w:rsidRDefault="00000000">
      <w:pPr>
        <w:spacing w:before="140" w:after="160" w:line="250" w:lineRule="auto"/>
      </w:pPr>
      <w:r>
        <w:rPr>
          <w:rFonts w:eastAsia="Arial" w:cs="Arial"/>
          <w:b/>
          <w:color w:val="17384B"/>
          <w:sz w:val="18"/>
        </w:rPr>
        <w:t>NON è richiesta una nuova Marcatura CE e rilascio di nuova dichiarazione CE di conformità, se sono verificate le condizioni sottoelencate.</w:t>
      </w:r>
    </w:p>
    <w:tbl>
      <w:tblPr>
        <w:tblW w:w="15196" w:type="dxa"/>
        <w:jc w:val="center"/>
        <w:tblBorders>
          <w:top w:val="single" w:sz="4" w:space="0" w:color="D4E1E7"/>
          <w:left w:val="single" w:sz="4" w:space="0" w:color="D4E1E7"/>
          <w:bottom w:val="single" w:sz="4" w:space="0" w:color="D4E1E7"/>
          <w:right w:val="single" w:sz="4" w:space="0" w:color="D4E1E7"/>
          <w:insideH w:val="single" w:sz="4" w:space="0" w:color="D4E1E7"/>
          <w:insideV w:val="single" w:sz="4" w:space="0" w:color="D4E1E7"/>
        </w:tblBorders>
        <w:tblLayout w:type="fixed"/>
        <w:tblLook w:val="04A0" w:firstRow="1" w:lastRow="0" w:firstColumn="1" w:lastColumn="0" w:noHBand="0" w:noVBand="1"/>
      </w:tblPr>
      <w:tblGrid>
        <w:gridCol w:w="2268"/>
        <w:gridCol w:w="3458"/>
        <w:gridCol w:w="5415"/>
        <w:gridCol w:w="4055"/>
      </w:tblGrid>
      <w:tr w:rsidR="00863285" w14:paraId="664D1692" w14:textId="77777777">
        <w:trPr>
          <w:cantSplit/>
          <w:tblHeader/>
          <w:jc w:val="center"/>
        </w:trPr>
        <w:tc>
          <w:tcPr>
            <w:tcW w:w="2268" w:type="dxa"/>
            <w:shd w:val="clear" w:color="auto" w:fill="17384B"/>
            <w:tcMar>
              <w:top w:w="95" w:type="dxa"/>
              <w:left w:w="105" w:type="dxa"/>
              <w:bottom w:w="95" w:type="dxa"/>
              <w:right w:w="105" w:type="dxa"/>
            </w:tcMar>
          </w:tcPr>
          <w:p w14:paraId="498AE7A1" w14:textId="77777777" w:rsidR="00863285" w:rsidRDefault="00000000">
            <w:pPr>
              <w:spacing w:line="252" w:lineRule="auto"/>
            </w:pPr>
            <w:r>
              <w:rPr>
                <w:rFonts w:eastAsia="Arial" w:cs="Arial"/>
                <w:b/>
                <w:color w:val="FFFFFF"/>
                <w:sz w:val="17"/>
              </w:rPr>
              <w:t>DESCRIZIONE</w:t>
            </w:r>
            <w:r>
              <w:rPr>
                <w:rFonts w:eastAsia="Arial" w:cs="Arial"/>
                <w:b/>
                <w:color w:val="FFFFFF"/>
                <w:sz w:val="17"/>
              </w:rPr>
              <w:br/>
              <w:t>INTERVENTO</w:t>
            </w:r>
          </w:p>
        </w:tc>
        <w:tc>
          <w:tcPr>
            <w:tcW w:w="3458" w:type="dxa"/>
            <w:shd w:val="clear" w:color="auto" w:fill="17384B"/>
            <w:tcMar>
              <w:top w:w="95" w:type="dxa"/>
              <w:left w:w="105" w:type="dxa"/>
              <w:bottom w:w="95" w:type="dxa"/>
              <w:right w:w="105" w:type="dxa"/>
            </w:tcMar>
          </w:tcPr>
          <w:p w14:paraId="70E4F73C" w14:textId="77777777" w:rsidR="00863285" w:rsidRDefault="00000000">
            <w:pPr>
              <w:spacing w:line="252" w:lineRule="auto"/>
            </w:pPr>
            <w:r>
              <w:rPr>
                <w:rFonts w:eastAsia="Arial" w:cs="Arial"/>
                <w:b/>
                <w:color w:val="FFFFFF"/>
                <w:sz w:val="17"/>
              </w:rPr>
              <w:t>CONDIZIONI</w:t>
            </w:r>
          </w:p>
        </w:tc>
        <w:tc>
          <w:tcPr>
            <w:tcW w:w="5414" w:type="dxa"/>
            <w:shd w:val="clear" w:color="auto" w:fill="17384B"/>
            <w:tcMar>
              <w:top w:w="95" w:type="dxa"/>
              <w:left w:w="105" w:type="dxa"/>
              <w:bottom w:w="95" w:type="dxa"/>
              <w:right w:w="105" w:type="dxa"/>
            </w:tcMar>
          </w:tcPr>
          <w:p w14:paraId="1AED9A48"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Soggetto diverso dal fabbricante</w:t>
            </w:r>
          </w:p>
        </w:tc>
        <w:tc>
          <w:tcPr>
            <w:tcW w:w="4054" w:type="dxa"/>
            <w:shd w:val="clear" w:color="auto" w:fill="17384B"/>
            <w:tcMar>
              <w:top w:w="95" w:type="dxa"/>
              <w:left w:w="105" w:type="dxa"/>
              <w:bottom w:w="95" w:type="dxa"/>
              <w:right w:w="105" w:type="dxa"/>
            </w:tcMar>
          </w:tcPr>
          <w:p w14:paraId="28447BC6"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Fabbricante</w:t>
            </w:r>
          </w:p>
        </w:tc>
      </w:tr>
      <w:tr w:rsidR="00863285" w14:paraId="47D25D2F" w14:textId="77777777">
        <w:trPr>
          <w:cantSplit/>
          <w:jc w:val="center"/>
        </w:trPr>
        <w:tc>
          <w:tcPr>
            <w:tcW w:w="2268" w:type="dxa"/>
            <w:shd w:val="clear" w:color="auto" w:fill="EFF5F8"/>
            <w:tcMar>
              <w:top w:w="100" w:type="dxa"/>
              <w:left w:w="100" w:type="dxa"/>
              <w:bottom w:w="95" w:type="dxa"/>
              <w:right w:w="100" w:type="dxa"/>
            </w:tcMar>
          </w:tcPr>
          <w:p w14:paraId="3667CF5C" w14:textId="77777777" w:rsidR="00863285" w:rsidRDefault="00000000">
            <w:pPr>
              <w:spacing w:after="120" w:line="253" w:lineRule="auto"/>
            </w:pPr>
            <w:r>
              <w:rPr>
                <w:rFonts w:eastAsia="Arial" w:cs="Arial"/>
                <w:b/>
                <w:sz w:val="18"/>
              </w:rPr>
              <w:t>INSTALLAZIONE DI SISTEMI DI ALIMENTAZIONE DI ACCESSORI DI SOLLEVAMENTO E RELATIVI COMANDI</w:t>
            </w:r>
          </w:p>
          <w:p w14:paraId="478ABA9D" w14:textId="77777777" w:rsidR="00863285" w:rsidRDefault="00000000">
            <w:pPr>
              <w:spacing w:after="50" w:line="253" w:lineRule="auto"/>
            </w:pPr>
            <w:r>
              <w:rPr>
                <w:rFonts w:eastAsia="Arial" w:cs="Arial"/>
                <w:sz w:val="18"/>
              </w:rPr>
              <w:t>(ad es. nel caso di adozione di magnete, bilancino motorizzato, ventose, ecc.)</w:t>
            </w:r>
          </w:p>
        </w:tc>
        <w:tc>
          <w:tcPr>
            <w:tcW w:w="3458" w:type="dxa"/>
            <w:shd w:val="clear" w:color="auto" w:fill="F8FAFB"/>
            <w:tcMar>
              <w:top w:w="100" w:type="dxa"/>
              <w:left w:w="100" w:type="dxa"/>
              <w:bottom w:w="95" w:type="dxa"/>
              <w:right w:w="100" w:type="dxa"/>
            </w:tcMar>
          </w:tcPr>
          <w:p w14:paraId="3025E9BC" w14:textId="77777777" w:rsidR="00863285" w:rsidRDefault="00000000">
            <w:pPr>
              <w:spacing w:after="100" w:line="253" w:lineRule="auto"/>
              <w:ind w:left="136" w:hanging="136"/>
            </w:pPr>
            <w:r>
              <w:rPr>
                <w:rFonts w:eastAsia="Arial" w:cs="Arial"/>
                <w:sz w:val="18"/>
              </w:rPr>
              <w:t>- l’intervento non comporta incremento dello stato tensionale rispetto a quello della macchina originaria (nell’ambito dei limiti previsti dal fabbricante);</w:t>
            </w:r>
          </w:p>
          <w:p w14:paraId="39849CD3" w14:textId="77777777" w:rsidR="00863285" w:rsidRDefault="00000000">
            <w:pPr>
              <w:spacing w:after="100" w:line="253" w:lineRule="auto"/>
              <w:ind w:left="136" w:hanging="136"/>
            </w:pPr>
            <w:r>
              <w:rPr>
                <w:rFonts w:eastAsia="Arial" w:cs="Arial"/>
                <w:sz w:val="18"/>
              </w:rPr>
              <w:t>- l’intervento non implica variazioni di geometria tali da comportare interferenze compatibilità dei sistemi di comando dell’accessorio con la logica di funzionamento della macchina originaria;</w:t>
            </w:r>
          </w:p>
          <w:p w14:paraId="2F812817" w14:textId="77777777" w:rsidR="00863285" w:rsidRDefault="00000000">
            <w:pPr>
              <w:spacing w:after="100" w:line="253" w:lineRule="auto"/>
              <w:ind w:left="136" w:hanging="136"/>
            </w:pPr>
            <w:r>
              <w:rPr>
                <w:rFonts w:eastAsia="Arial" w:cs="Arial"/>
                <w:sz w:val="18"/>
              </w:rPr>
              <w:t>- l’intervento non comporta rischi supplementari, con riferimento ai requisiti essenziali di sicurezza sui quali l’intervento potrebbe incidere.</w:t>
            </w:r>
          </w:p>
        </w:tc>
        <w:tc>
          <w:tcPr>
            <w:tcW w:w="5414" w:type="dxa"/>
            <w:tcMar>
              <w:top w:w="100" w:type="dxa"/>
              <w:left w:w="100" w:type="dxa"/>
              <w:bottom w:w="95" w:type="dxa"/>
              <w:right w:w="100" w:type="dxa"/>
            </w:tcMar>
          </w:tcPr>
          <w:p w14:paraId="08EBC13E" w14:textId="77777777" w:rsidR="00863285" w:rsidRDefault="00000000">
            <w:pPr>
              <w:spacing w:after="80" w:line="253" w:lineRule="auto"/>
            </w:pPr>
            <w:r>
              <w:rPr>
                <w:rFonts w:eastAsia="Arial" w:cs="Arial"/>
                <w:sz w:val="18"/>
              </w:rPr>
              <w:t>1. Relazione tecnica, firmata da persona competente, contenente:</w:t>
            </w:r>
          </w:p>
          <w:p w14:paraId="5761148E" w14:textId="77777777" w:rsidR="00863285" w:rsidRDefault="00000000">
            <w:pPr>
              <w:spacing w:after="64" w:line="253" w:lineRule="auto"/>
              <w:ind w:left="238" w:hanging="136"/>
            </w:pPr>
            <w:r>
              <w:rPr>
                <w:rFonts w:eastAsia="Arial" w:cs="Arial"/>
                <w:sz w:val="18"/>
              </w:rPr>
              <w:t>- la descrizione dell’intervento con indicazione degli elementi inseriti e degli eventuali documenti di accompagno di tali componenti e la verifica della compatibilità del sistema di comando dell’accessorio con la macchina originaria;</w:t>
            </w:r>
          </w:p>
          <w:p w14:paraId="425E6BCB" w14:textId="77777777" w:rsidR="00863285" w:rsidRDefault="00000000">
            <w:pPr>
              <w:spacing w:after="64" w:line="253" w:lineRule="auto"/>
              <w:ind w:left="238" w:hanging="136"/>
            </w:pPr>
            <w:r>
              <w:rPr>
                <w:rFonts w:eastAsia="Arial" w:cs="Arial"/>
                <w:sz w:val="18"/>
              </w:rPr>
              <w:t>- la finalità dell’intervento;</w:t>
            </w:r>
          </w:p>
          <w:p w14:paraId="3B5A2D47" w14:textId="77777777" w:rsidR="00863285" w:rsidRDefault="00000000">
            <w:pPr>
              <w:spacing w:after="64" w:line="253" w:lineRule="auto"/>
              <w:ind w:left="238" w:hanging="136"/>
            </w:pPr>
            <w:r>
              <w:rPr>
                <w:rFonts w:eastAsia="Arial" w:cs="Arial"/>
                <w:sz w:val="18"/>
              </w:rPr>
              <w:t>- estratto della valutazione del rischio condotta secondo la UNI EN ISO 12100 relativamente ai rischi che potrebbero subire modifiche in conseguenza dell’intervento di cui trattasi;</w:t>
            </w:r>
          </w:p>
          <w:p w14:paraId="0D87D12A" w14:textId="77777777" w:rsidR="00863285" w:rsidRDefault="00000000">
            <w:pPr>
              <w:spacing w:after="64" w:line="253" w:lineRule="auto"/>
              <w:ind w:left="238" w:hanging="136"/>
            </w:pPr>
            <w:r>
              <w:rPr>
                <w:rFonts w:eastAsia="Arial" w:cs="Arial"/>
                <w:sz w:val="18"/>
              </w:rPr>
              <w:t>- prove e/o verifiche da condurre a seguito dell’attuazione degli interventi.</w:t>
            </w:r>
          </w:p>
          <w:p w14:paraId="2E6FFFF7" w14:textId="77777777" w:rsidR="00863285" w:rsidRDefault="00000000">
            <w:pPr>
              <w:spacing w:after="80" w:line="253" w:lineRule="auto"/>
              <w:ind w:left="136" w:hanging="136"/>
            </w:pPr>
            <w:r>
              <w:rPr>
                <w:rFonts w:eastAsia="Arial" w:cs="Arial"/>
                <w:sz w:val="18"/>
              </w:rPr>
              <w:t>2. Dichiarazione di corretta installazione o lavoro eseguito alla regola dell’arte.</w:t>
            </w:r>
          </w:p>
          <w:p w14:paraId="19BB7A0E" w14:textId="77777777" w:rsidR="00863285" w:rsidRDefault="00000000">
            <w:pPr>
              <w:spacing w:after="80" w:line="253" w:lineRule="auto"/>
              <w:ind w:left="136" w:hanging="136"/>
            </w:pPr>
            <w:r>
              <w:rPr>
                <w:rFonts w:eastAsia="Arial" w:cs="Arial"/>
                <w:sz w:val="18"/>
              </w:rPr>
              <w:t>3. Rapporto di verifica e/o collaudo con la descrizione dei test condotti e relativo esito, sulla base di quanto previsto nella relazione tecnica.</w:t>
            </w:r>
          </w:p>
          <w:p w14:paraId="48461DF6" w14:textId="77777777" w:rsidR="00863285" w:rsidRDefault="00000000">
            <w:pPr>
              <w:spacing w:after="80" w:line="253" w:lineRule="auto"/>
              <w:ind w:left="136" w:hanging="136"/>
            </w:pPr>
            <w:r>
              <w:rPr>
                <w:rFonts w:eastAsia="Arial" w:cs="Arial"/>
                <w:sz w:val="18"/>
              </w:rPr>
              <w:t>4. Aggiornamento degli schemi elettrici.</w:t>
            </w:r>
          </w:p>
          <w:p w14:paraId="44F84D05" w14:textId="77777777" w:rsidR="00863285" w:rsidRDefault="00000000">
            <w:pPr>
              <w:spacing w:after="80" w:line="253" w:lineRule="auto"/>
              <w:ind w:left="136" w:hanging="136"/>
            </w:pPr>
            <w:r>
              <w:rPr>
                <w:rFonts w:eastAsia="Arial" w:cs="Arial"/>
                <w:sz w:val="18"/>
              </w:rPr>
              <w:t>5. Documentazione a corredo degli elementi inseriti (ove prevista), in particolare eventuale dichiarazione CE di conformità e istruzioni.</w:t>
            </w:r>
          </w:p>
          <w:p w14:paraId="04AF8CD1" w14:textId="77777777" w:rsidR="00863285" w:rsidRDefault="00000000">
            <w:pPr>
              <w:spacing w:after="80" w:line="253" w:lineRule="auto"/>
              <w:ind w:left="136" w:hanging="136"/>
            </w:pPr>
            <w:r>
              <w:rPr>
                <w:rFonts w:eastAsia="Arial" w:cs="Arial"/>
                <w:sz w:val="18"/>
              </w:rPr>
              <w:t>6. Descrizione dell’intervento nel registro di controllo.</w:t>
            </w:r>
          </w:p>
        </w:tc>
        <w:tc>
          <w:tcPr>
            <w:tcW w:w="4054" w:type="dxa"/>
            <w:tcMar>
              <w:top w:w="100" w:type="dxa"/>
              <w:left w:w="100" w:type="dxa"/>
              <w:bottom w:w="95" w:type="dxa"/>
              <w:right w:w="100" w:type="dxa"/>
            </w:tcMar>
          </w:tcPr>
          <w:p w14:paraId="5DB9D2CA" w14:textId="77777777" w:rsidR="00863285" w:rsidRDefault="00000000">
            <w:pPr>
              <w:spacing w:after="100" w:line="253" w:lineRule="auto"/>
              <w:ind w:left="136" w:hanging="136"/>
            </w:pPr>
            <w:r>
              <w:rPr>
                <w:rFonts w:eastAsia="Arial" w:cs="Arial"/>
                <w:sz w:val="18"/>
              </w:rPr>
              <w:t>1. Dichiarazione di idoneità del fabbricante, nella quale è esplicitato che l’intervento condotto non fa decadere la validità dell’originaria dichiarazione di conformità della macchina.</w:t>
            </w:r>
          </w:p>
          <w:p w14:paraId="3CD8774F" w14:textId="77777777" w:rsidR="00863285" w:rsidRDefault="00000000">
            <w:pPr>
              <w:spacing w:after="100" w:line="253" w:lineRule="auto"/>
              <w:ind w:left="136" w:hanging="136"/>
            </w:pPr>
            <w:r>
              <w:rPr>
                <w:rFonts w:eastAsia="Arial" w:cs="Arial"/>
                <w:sz w:val="18"/>
              </w:rPr>
              <w:t>2. Dichiarazione di corretta installazione o lavoro eseguito alla regola dell’arte.</w:t>
            </w:r>
          </w:p>
          <w:p w14:paraId="5765E911" w14:textId="77777777" w:rsidR="00863285" w:rsidRDefault="00000000">
            <w:pPr>
              <w:spacing w:after="100" w:line="253" w:lineRule="auto"/>
              <w:ind w:left="136" w:hanging="136"/>
            </w:pPr>
            <w:r>
              <w:rPr>
                <w:rFonts w:eastAsia="Arial" w:cs="Arial"/>
                <w:sz w:val="18"/>
              </w:rPr>
              <w:t>3. Rapporto di verifica e/o collaudo con la descrizione dei test condotti e relativo esito.</w:t>
            </w:r>
          </w:p>
          <w:p w14:paraId="7BAB0312" w14:textId="77777777" w:rsidR="00863285" w:rsidRDefault="00000000">
            <w:pPr>
              <w:spacing w:after="100" w:line="253" w:lineRule="auto"/>
              <w:ind w:left="136" w:hanging="136"/>
            </w:pPr>
            <w:r>
              <w:rPr>
                <w:rFonts w:eastAsia="Arial" w:cs="Arial"/>
                <w:sz w:val="18"/>
              </w:rPr>
              <w:t>4. Aggiornamento degli schemi elettrici.</w:t>
            </w:r>
          </w:p>
          <w:p w14:paraId="6AA1B7D5" w14:textId="77777777" w:rsidR="00863285" w:rsidRDefault="00000000">
            <w:pPr>
              <w:spacing w:after="100" w:line="253" w:lineRule="auto"/>
              <w:ind w:left="136" w:hanging="136"/>
            </w:pPr>
            <w:r>
              <w:rPr>
                <w:rFonts w:eastAsia="Arial" w:cs="Arial"/>
                <w:sz w:val="18"/>
              </w:rPr>
              <w:t>5. Documentazione a corredo degli elementi inseriti (ove prevista), in particolare eventuale dichiarazione CE di conformità e istruzioni.</w:t>
            </w:r>
          </w:p>
          <w:p w14:paraId="59164E9A" w14:textId="77777777" w:rsidR="00863285" w:rsidRDefault="00000000">
            <w:pPr>
              <w:spacing w:after="100" w:line="253" w:lineRule="auto"/>
              <w:ind w:left="136" w:hanging="136"/>
            </w:pPr>
            <w:r>
              <w:rPr>
                <w:rFonts w:eastAsia="Arial" w:cs="Arial"/>
                <w:sz w:val="18"/>
              </w:rPr>
              <w:t>6. Descrizione dell’intervento nel registro di controllo.</w:t>
            </w:r>
          </w:p>
        </w:tc>
      </w:tr>
    </w:tbl>
    <w:p w14:paraId="6C4DBBD9" w14:textId="77777777" w:rsidR="00863285" w:rsidRDefault="00000000">
      <w:pPr>
        <w:spacing w:before="120" w:after="60"/>
      </w:pPr>
      <w:r>
        <w:rPr>
          <w:rFonts w:eastAsia="Arial" w:cs="Arial"/>
          <w:i/>
          <w:color w:val="627584"/>
          <w:sz w:val="16"/>
        </w:rPr>
        <w:t>Nota redazionale: il secondo punto delle condizioni conserva la formulazione presente in «tabelle.docx», senza integrazioni interpretative.</w:t>
      </w:r>
    </w:p>
    <w:p w14:paraId="7D2C639F" w14:textId="77777777" w:rsidR="00863285" w:rsidRDefault="00000000">
      <w:pPr>
        <w:spacing w:before="120" w:line="240" w:lineRule="auto"/>
      </w:pPr>
      <w:r>
        <w:rPr>
          <w:rFonts w:eastAsia="Arial" w:cs="Arial"/>
          <w:i/>
          <w:color w:val="627584"/>
          <w:sz w:val="15"/>
        </w:rPr>
        <w:t>Provenienza: «tabelle.docx», scheda 1.14 (pagina 14 del documento fornito). Testo ricomposto in tabella Word.</w:t>
      </w:r>
    </w:p>
    <w:p w14:paraId="2AF6CB44" w14:textId="77777777" w:rsidR="00863285" w:rsidRDefault="00000000">
      <w:pPr>
        <w:pageBreakBefore/>
        <w:spacing w:after="100"/>
      </w:pPr>
      <w:bookmarkStart w:id="30" w:name="scheda_15"/>
      <w:r>
        <w:rPr>
          <w:rFonts w:eastAsia="Arial" w:cs="Arial"/>
          <w:b/>
          <w:color w:val="2E6876"/>
          <w:sz w:val="18"/>
        </w:rPr>
        <w:t>SCHEDA 1.15  /  SINTESI ILLUSTRATA</w:t>
      </w:r>
      <w:bookmarkEnd w:id="30"/>
    </w:p>
    <w:p w14:paraId="58E0B6F5" w14:textId="77777777" w:rsidR="00863285" w:rsidRDefault="00000000">
      <w:pPr>
        <w:pStyle w:val="Titolo1"/>
        <w:pBdr>
          <w:bottom w:val="single" w:sz="8" w:space="5" w:color="D99927"/>
        </w:pBdr>
        <w:spacing w:before="0" w:after="100" w:line="247" w:lineRule="auto"/>
      </w:pPr>
      <w:r>
        <w:rPr>
          <w:rFonts w:ascii="Arial" w:eastAsia="Arial" w:hAnsi="Arial" w:cs="Arial"/>
          <w:sz w:val="37"/>
        </w:rPr>
        <w:t>INSTALLAZIONE DI BOZZELLI CON ROTAZIONE ELETTRICA</w:t>
      </w:r>
    </w:p>
    <w:p w14:paraId="3FD7CB3E" w14:textId="77777777" w:rsidR="00863285" w:rsidRDefault="00000000">
      <w:pPr>
        <w:keepNext/>
        <w:spacing w:before="80" w:after="180" w:line="250" w:lineRule="auto"/>
      </w:pPr>
      <w:r>
        <w:rPr>
          <w:rFonts w:eastAsia="Arial" w:cs="Arial"/>
          <w:color w:val="627584"/>
          <w:sz w:val="18"/>
        </w:rPr>
        <w:t>INTERVENTO • CONDIZIONI DI CLASSIFICAZIONE • EVIDENZE TECNICHE</w:t>
      </w: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8959"/>
        <w:gridCol w:w="6237"/>
      </w:tblGrid>
      <w:tr w:rsidR="00863285" w14:paraId="49CB2EFB" w14:textId="77777777">
        <w:trPr>
          <w:cantSplit/>
          <w:jc w:val="center"/>
        </w:trPr>
        <w:tc>
          <w:tcPr>
            <w:tcW w:w="8957" w:type="dxa"/>
            <w:shd w:val="clear" w:color="auto" w:fill="EFF5F8"/>
            <w:tcMar>
              <w:top w:w="160" w:type="dxa"/>
              <w:left w:w="170" w:type="dxa"/>
              <w:bottom w:w="160" w:type="dxa"/>
              <w:right w:w="170" w:type="dxa"/>
            </w:tcMar>
            <w:vAlign w:val="center"/>
          </w:tcPr>
          <w:p w14:paraId="549CD520" w14:textId="77777777" w:rsidR="00863285" w:rsidRDefault="00000000">
            <w:pPr>
              <w:spacing w:after="100"/>
            </w:pPr>
            <w:r>
              <w:rPr>
                <w:rFonts w:eastAsia="Arial" w:cs="Arial"/>
                <w:b/>
                <w:color w:val="2E6876"/>
                <w:sz w:val="20"/>
              </w:rPr>
              <w:t>TIPOLOGIA E DESCRIZIONE</w:t>
            </w:r>
          </w:p>
          <w:p w14:paraId="1FA91108" w14:textId="77777777" w:rsidR="00863285" w:rsidRDefault="00000000">
            <w:pPr>
              <w:spacing w:after="200" w:line="276" w:lineRule="auto"/>
            </w:pPr>
            <w:r>
              <w:rPr>
                <w:rFonts w:eastAsia="Arial" w:cs="Arial"/>
                <w:sz w:val="22"/>
              </w:rPr>
              <w:t>Introduzione di bozzelli motorizzati per la rotazione del gancio/carico.</w:t>
            </w:r>
          </w:p>
          <w:p w14:paraId="33FF22AB" w14:textId="77777777" w:rsidR="00863285" w:rsidRDefault="00000000">
            <w:pPr>
              <w:spacing w:after="100"/>
            </w:pPr>
            <w:r>
              <w:rPr>
                <w:rFonts w:eastAsia="Arial" w:cs="Arial"/>
                <w:b/>
                <w:color w:val="2E6876"/>
                <w:sz w:val="20"/>
              </w:rPr>
              <w:t>CONDIZIONI DA DIMOSTRARE</w:t>
            </w:r>
          </w:p>
          <w:p w14:paraId="5DE1CDE4" w14:textId="77777777" w:rsidR="00863285" w:rsidRDefault="00000000">
            <w:pPr>
              <w:spacing w:line="276" w:lineRule="auto"/>
            </w:pPr>
            <w:r>
              <w:rPr>
                <w:rFonts w:eastAsia="Arial" w:cs="Arial"/>
                <w:sz w:val="22"/>
              </w:rPr>
              <w:t>Compatibilità dei comandi e momenti torcenti sulle funi; tensioni nei limiti originari; nessuna interferenza geometrica o rischio supplementare.</w:t>
            </w:r>
          </w:p>
        </w:tc>
        <w:tc>
          <w:tcPr>
            <w:tcW w:w="6236" w:type="dxa"/>
            <w:tcMar>
              <w:top w:w="0" w:type="dxa"/>
              <w:left w:w="90" w:type="dxa"/>
              <w:bottom w:w="0" w:type="dxa"/>
              <w:right w:w="0" w:type="dxa"/>
            </w:tcMar>
          </w:tcPr>
          <w:p w14:paraId="3AA48084" w14:textId="77777777" w:rsidR="00863285" w:rsidRDefault="00000000">
            <w:pPr>
              <w:spacing w:line="240" w:lineRule="auto"/>
              <w:jc w:val="center"/>
            </w:pPr>
            <w:r>
              <w:rPr>
                <w:noProof/>
              </w:rPr>
              <w:drawing>
                <wp:inline distT="0" distB="0" distL="0" distR="0" wp14:anchorId="3867FFAA" wp14:editId="08C7ED3C">
                  <wp:extent cx="3708000" cy="2017152"/>
                  <wp:effectExtent l="0" t="0" r="0" b="0"/>
                  <wp:docPr id="18" name="Picture 18" descr="Schema illustrativo originale per la scheda 1.15 - rappresentazione esemplificativa, non esecu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3708000" cy="2017152"/>
                          </a:xfrm>
                          <a:prstGeom prst="rect">
                            <a:avLst/>
                          </a:prstGeom>
                        </pic:spPr>
                      </pic:pic>
                    </a:graphicData>
                  </a:graphic>
                </wp:inline>
              </w:drawing>
            </w:r>
          </w:p>
          <w:p w14:paraId="53E315E1" w14:textId="77777777" w:rsidR="00863285" w:rsidRDefault="00000000">
            <w:pPr>
              <w:spacing w:before="60"/>
              <w:jc w:val="center"/>
            </w:pPr>
            <w:r>
              <w:rPr>
                <w:rFonts w:eastAsia="Arial" w:cs="Arial"/>
                <w:color w:val="627584"/>
                <w:sz w:val="15"/>
              </w:rPr>
              <w:t>Illustrazione tecnica originale • esemplificativa</w:t>
            </w:r>
          </w:p>
        </w:tc>
      </w:tr>
    </w:tbl>
    <w:p w14:paraId="12D62FA6" w14:textId="77777777" w:rsidR="00863285" w:rsidRDefault="00863285">
      <w:pPr>
        <w:spacing w:line="16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5EE9C3D0" w14:textId="77777777">
        <w:trPr>
          <w:cantSplit/>
          <w:jc w:val="center"/>
        </w:trPr>
        <w:tc>
          <w:tcPr>
            <w:tcW w:w="15194" w:type="dxa"/>
            <w:shd w:val="clear" w:color="auto" w:fill="EFF5F8"/>
            <w:tcMar>
              <w:top w:w="105" w:type="dxa"/>
              <w:left w:w="150" w:type="dxa"/>
              <w:bottom w:w="105" w:type="dxa"/>
              <w:right w:w="150" w:type="dxa"/>
            </w:tcMar>
          </w:tcPr>
          <w:p w14:paraId="3DEEAC53" w14:textId="77777777" w:rsidR="00863285" w:rsidRDefault="00000000">
            <w:pPr>
              <w:spacing w:after="100"/>
            </w:pPr>
            <w:r>
              <w:rPr>
                <w:rFonts w:eastAsia="Arial" w:cs="Arial"/>
                <w:b/>
                <w:color w:val="17384B"/>
                <w:sz w:val="19"/>
              </w:rPr>
              <w:t>DOCUMENTAZIONE – INTERVENTO ESEGUITO DA SOGGETTO DIVERSO DAL FABBRICANTE</w:t>
            </w:r>
          </w:p>
          <w:p w14:paraId="0855CEC3" w14:textId="77777777" w:rsidR="00863285" w:rsidRDefault="00000000">
            <w:pPr>
              <w:spacing w:line="271" w:lineRule="auto"/>
            </w:pPr>
            <w:r>
              <w:rPr>
                <w:rFonts w:eastAsia="Arial" w:cs="Arial"/>
                <w:sz w:val="20"/>
              </w:rPr>
              <w:t>Relazione tecnica firmata da persona competente: Analisi integrazione e rischi; verifiche; schemi; corretta installazione; dichiarazione CE e istruzioni del bozzello come macchina, ove applicabile. A completamento: rapporto di verifica e/o collaudo, documentazione dei nuovi componenti (ove prevista), dichiarazione di corretta installazione nei casi pertinenti e descrizione nel registro di controllo.</w:t>
            </w:r>
          </w:p>
        </w:tc>
      </w:tr>
    </w:tbl>
    <w:p w14:paraId="4909EC83" w14:textId="77777777" w:rsidR="00863285" w:rsidRDefault="00863285">
      <w:pPr>
        <w:spacing w:line="12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5196"/>
      </w:tblGrid>
      <w:tr w:rsidR="00863285" w14:paraId="398B5D35" w14:textId="77777777">
        <w:trPr>
          <w:cantSplit/>
          <w:jc w:val="center"/>
        </w:trPr>
        <w:tc>
          <w:tcPr>
            <w:tcW w:w="15194" w:type="dxa"/>
            <w:shd w:val="clear" w:color="auto" w:fill="FFF5E5"/>
            <w:tcMar>
              <w:top w:w="105" w:type="dxa"/>
              <w:left w:w="150" w:type="dxa"/>
              <w:bottom w:w="105" w:type="dxa"/>
              <w:right w:w="150" w:type="dxa"/>
            </w:tcMar>
          </w:tcPr>
          <w:p w14:paraId="1CC3314A" w14:textId="77777777" w:rsidR="00863285" w:rsidRDefault="00000000">
            <w:pPr>
              <w:spacing w:after="100"/>
            </w:pPr>
            <w:r>
              <w:rPr>
                <w:rFonts w:eastAsia="Arial" w:cs="Arial"/>
                <w:b/>
                <w:color w:val="17384B"/>
                <w:sz w:val="19"/>
              </w:rPr>
              <w:t>DOCUMENTAZIONE – INTERVENTO ESEGUITO DAL FABBRICANTE</w:t>
            </w:r>
          </w:p>
          <w:p w14:paraId="0746933E" w14:textId="77777777" w:rsidR="00863285" w:rsidRDefault="00000000">
            <w:pPr>
              <w:spacing w:line="271" w:lineRule="auto"/>
            </w:pPr>
            <w:r>
              <w:rPr>
                <w:rFonts w:eastAsia="Arial" w:cs="Arial"/>
                <w:sz w:val="20"/>
              </w:rPr>
              <w:t>Dichiarazione di idoneità; corretta installazione; schemi; documenti nuovi elementi; registro. ATTENZIONE: se il bozzello è quasi-macchina, occorre definire gli obblighi di valutazione di conformità relativi all’integrazione.</w:t>
            </w:r>
          </w:p>
        </w:tc>
      </w:tr>
    </w:tbl>
    <w:p w14:paraId="3283901F" w14:textId="77777777" w:rsidR="00863285" w:rsidRDefault="00863285">
      <w:pPr>
        <w:spacing w:line="120" w:lineRule="exact"/>
      </w:pPr>
    </w:p>
    <w:p w14:paraId="7C3CD53E" w14:textId="77777777" w:rsidR="00863285" w:rsidRDefault="00000000">
      <w:pPr>
        <w:spacing w:before="40" w:after="140" w:line="257" w:lineRule="auto"/>
      </w:pPr>
      <w:r>
        <w:rPr>
          <w:rFonts w:eastAsia="Arial" w:cs="Arial"/>
          <w:b/>
          <w:color w:val="17384B"/>
          <w:sz w:val="19"/>
        </w:rPr>
        <w:t>VERIFICA DI APPLICABILITÀ   □ Condizioni soddisfatte   □ Richieste integrazioni   □ Da valutare modifica sostanziale</w:t>
      </w:r>
    </w:p>
    <w:p w14:paraId="44CD9F83" w14:textId="77777777" w:rsidR="00863285" w:rsidRDefault="00000000">
      <w:pPr>
        <w:spacing w:after="140" w:line="252" w:lineRule="auto"/>
      </w:pPr>
      <w:r>
        <w:rPr>
          <w:rFonts w:eastAsia="Arial" w:cs="Arial"/>
          <w:sz w:val="18"/>
        </w:rPr>
        <w:t>Responsabile valutazione: ____________________________    Data: __________________    Riferimento pratica: __________________</w:t>
      </w:r>
    </w:p>
    <w:p w14:paraId="1F6D4553" w14:textId="77777777" w:rsidR="00863285" w:rsidRDefault="00000000">
      <w:pPr>
        <w:spacing w:after="100"/>
      </w:pPr>
      <w:r>
        <w:rPr>
          <w:rFonts w:eastAsia="Arial" w:cs="Arial"/>
          <w:i/>
          <w:color w:val="627584"/>
          <w:sz w:val="16"/>
        </w:rPr>
        <w:t>Fonte: INAIL, ottobre 2026, scheda 1.15 (pag. 33). Sintesi rielaborata; per condizioni ed elenchi documentali integrali consultare la fonte.</w:t>
      </w:r>
    </w:p>
    <w:p w14:paraId="3E0947BC" w14:textId="77777777" w:rsidR="00863285" w:rsidRDefault="00000000">
      <w:pPr>
        <w:spacing w:line="254" w:lineRule="auto"/>
      </w:pPr>
      <w:hyperlink w:anchor="tabella_15" w:history="1">
        <w:r>
          <w:rPr>
            <w:b/>
            <w:color w:val="2E6876"/>
            <w:sz w:val="19"/>
          </w:rPr>
          <w:t>Tabella completa e note della scheda 1.15 → pagina 33</w:t>
        </w:r>
      </w:hyperlink>
      <w:r>
        <w:rPr>
          <w:rFonts w:eastAsia="Arial" w:cs="Arial"/>
          <w:color w:val="627584"/>
          <w:sz w:val="19"/>
        </w:rPr>
        <w:t xml:space="preserve">    |    </w:t>
      </w:r>
      <w:hyperlink w:anchor="indice" w:history="1">
        <w:r>
          <w:rPr>
            <w:color w:val="2E6876"/>
            <w:sz w:val="18"/>
          </w:rPr>
          <w:t>Torna all’indice</w:t>
        </w:r>
      </w:hyperlink>
    </w:p>
    <w:p w14:paraId="0511D530" w14:textId="77777777" w:rsidR="00863285" w:rsidRDefault="00000000">
      <w:pPr>
        <w:pageBreakBefore/>
        <w:spacing w:after="100"/>
      </w:pPr>
      <w:bookmarkStart w:id="31" w:name="tabella_15"/>
      <w:r>
        <w:rPr>
          <w:rFonts w:eastAsia="Arial" w:cs="Arial"/>
          <w:b/>
          <w:color w:val="2E6876"/>
          <w:sz w:val="18"/>
        </w:rPr>
        <w:t>SCHEDA 1.15  /  TESTO DI DETTAGLIO</w:t>
      </w:r>
      <w:bookmarkEnd w:id="31"/>
    </w:p>
    <w:p w14:paraId="182C3668" w14:textId="77777777" w:rsidR="00863285" w:rsidRDefault="00000000">
      <w:pPr>
        <w:pStyle w:val="Titolo1"/>
        <w:pBdr>
          <w:bottom w:val="single" w:sz="8" w:space="5" w:color="D99927"/>
        </w:pBdr>
        <w:spacing w:before="0" w:after="100" w:line="247" w:lineRule="auto"/>
      </w:pPr>
      <w:r>
        <w:rPr>
          <w:rFonts w:ascii="Arial" w:eastAsia="Arial" w:hAnsi="Arial" w:cs="Arial"/>
          <w:sz w:val="37"/>
        </w:rPr>
        <w:t>Tabella completa: condizioni e documentazione</w:t>
      </w:r>
    </w:p>
    <w:p w14:paraId="732FEE73" w14:textId="77777777" w:rsidR="00863285" w:rsidRDefault="00000000">
      <w:pPr>
        <w:spacing w:before="140" w:after="160" w:line="250" w:lineRule="auto"/>
      </w:pPr>
      <w:r>
        <w:rPr>
          <w:rFonts w:eastAsia="Arial" w:cs="Arial"/>
          <w:b/>
          <w:color w:val="17384B"/>
          <w:sz w:val="18"/>
        </w:rPr>
        <w:t>NON è richiesta una nuova Marcatura CE e rilascio di nuova dichiarazione CE di conformità, se sono verificate le condizioni sottoelencate.</w:t>
      </w:r>
    </w:p>
    <w:tbl>
      <w:tblPr>
        <w:tblW w:w="15196" w:type="dxa"/>
        <w:jc w:val="center"/>
        <w:tblBorders>
          <w:top w:val="single" w:sz="4" w:space="0" w:color="D4E1E7"/>
          <w:left w:val="single" w:sz="4" w:space="0" w:color="D4E1E7"/>
          <w:bottom w:val="single" w:sz="4" w:space="0" w:color="D4E1E7"/>
          <w:right w:val="single" w:sz="4" w:space="0" w:color="D4E1E7"/>
          <w:insideH w:val="single" w:sz="4" w:space="0" w:color="D4E1E7"/>
          <w:insideV w:val="single" w:sz="4" w:space="0" w:color="D4E1E7"/>
        </w:tblBorders>
        <w:tblLayout w:type="fixed"/>
        <w:tblLook w:val="04A0" w:firstRow="1" w:lastRow="0" w:firstColumn="1" w:lastColumn="0" w:noHBand="0" w:noVBand="1"/>
      </w:tblPr>
      <w:tblGrid>
        <w:gridCol w:w="2268"/>
        <w:gridCol w:w="3458"/>
        <w:gridCol w:w="5415"/>
        <w:gridCol w:w="4055"/>
      </w:tblGrid>
      <w:tr w:rsidR="00863285" w14:paraId="4C573C9B" w14:textId="77777777">
        <w:trPr>
          <w:cantSplit/>
          <w:tblHeader/>
          <w:jc w:val="center"/>
        </w:trPr>
        <w:tc>
          <w:tcPr>
            <w:tcW w:w="2268" w:type="dxa"/>
            <w:shd w:val="clear" w:color="auto" w:fill="17384B"/>
            <w:tcMar>
              <w:top w:w="95" w:type="dxa"/>
              <w:left w:w="105" w:type="dxa"/>
              <w:bottom w:w="95" w:type="dxa"/>
              <w:right w:w="105" w:type="dxa"/>
            </w:tcMar>
          </w:tcPr>
          <w:p w14:paraId="10DB943D" w14:textId="77777777" w:rsidR="00863285" w:rsidRDefault="00000000">
            <w:pPr>
              <w:spacing w:line="252" w:lineRule="auto"/>
            </w:pPr>
            <w:r>
              <w:rPr>
                <w:rFonts w:eastAsia="Arial" w:cs="Arial"/>
                <w:b/>
                <w:color w:val="FFFFFF"/>
                <w:sz w:val="17"/>
              </w:rPr>
              <w:t>DESCRIZIONE</w:t>
            </w:r>
            <w:r>
              <w:rPr>
                <w:rFonts w:eastAsia="Arial" w:cs="Arial"/>
                <w:b/>
                <w:color w:val="FFFFFF"/>
                <w:sz w:val="17"/>
              </w:rPr>
              <w:br/>
              <w:t>INTERVENTO</w:t>
            </w:r>
          </w:p>
        </w:tc>
        <w:tc>
          <w:tcPr>
            <w:tcW w:w="3458" w:type="dxa"/>
            <w:shd w:val="clear" w:color="auto" w:fill="17384B"/>
            <w:tcMar>
              <w:top w:w="95" w:type="dxa"/>
              <w:left w:w="105" w:type="dxa"/>
              <w:bottom w:w="95" w:type="dxa"/>
              <w:right w:w="105" w:type="dxa"/>
            </w:tcMar>
          </w:tcPr>
          <w:p w14:paraId="52D28F59" w14:textId="77777777" w:rsidR="00863285" w:rsidRDefault="00000000">
            <w:pPr>
              <w:spacing w:line="252" w:lineRule="auto"/>
            </w:pPr>
            <w:r>
              <w:rPr>
                <w:rFonts w:eastAsia="Arial" w:cs="Arial"/>
                <w:b/>
                <w:color w:val="FFFFFF"/>
                <w:sz w:val="17"/>
              </w:rPr>
              <w:t>CONDIZIONI</w:t>
            </w:r>
          </w:p>
        </w:tc>
        <w:tc>
          <w:tcPr>
            <w:tcW w:w="5414" w:type="dxa"/>
            <w:shd w:val="clear" w:color="auto" w:fill="17384B"/>
            <w:tcMar>
              <w:top w:w="95" w:type="dxa"/>
              <w:left w:w="105" w:type="dxa"/>
              <w:bottom w:w="95" w:type="dxa"/>
              <w:right w:w="105" w:type="dxa"/>
            </w:tcMar>
          </w:tcPr>
          <w:p w14:paraId="72D22318"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Soggetto diverso dal fabbricante</w:t>
            </w:r>
          </w:p>
        </w:tc>
        <w:tc>
          <w:tcPr>
            <w:tcW w:w="4054" w:type="dxa"/>
            <w:shd w:val="clear" w:color="auto" w:fill="17384B"/>
            <w:tcMar>
              <w:top w:w="95" w:type="dxa"/>
              <w:left w:w="105" w:type="dxa"/>
              <w:bottom w:w="95" w:type="dxa"/>
              <w:right w:w="105" w:type="dxa"/>
            </w:tcMar>
          </w:tcPr>
          <w:p w14:paraId="029940CA" w14:textId="77777777" w:rsidR="00863285" w:rsidRDefault="00000000">
            <w:pPr>
              <w:spacing w:line="252" w:lineRule="auto"/>
            </w:pPr>
            <w:r>
              <w:rPr>
                <w:rFonts w:eastAsia="Arial" w:cs="Arial"/>
                <w:b/>
                <w:color w:val="FFFFFF"/>
                <w:sz w:val="17"/>
              </w:rPr>
              <w:t>DOCUMENTAZIONE DA PRODURRE</w:t>
            </w:r>
            <w:r>
              <w:rPr>
                <w:rFonts w:eastAsia="Arial" w:cs="Arial"/>
                <w:b/>
                <w:color w:val="FFFFFF"/>
                <w:sz w:val="17"/>
              </w:rPr>
              <w:br/>
              <w:t>Fabbricante</w:t>
            </w:r>
          </w:p>
        </w:tc>
      </w:tr>
      <w:tr w:rsidR="00863285" w14:paraId="78365E05" w14:textId="77777777">
        <w:trPr>
          <w:cantSplit/>
          <w:jc w:val="center"/>
        </w:trPr>
        <w:tc>
          <w:tcPr>
            <w:tcW w:w="2268" w:type="dxa"/>
            <w:shd w:val="clear" w:color="auto" w:fill="EFF5F8"/>
            <w:tcMar>
              <w:top w:w="100" w:type="dxa"/>
              <w:left w:w="100" w:type="dxa"/>
              <w:bottom w:w="95" w:type="dxa"/>
              <w:right w:w="100" w:type="dxa"/>
            </w:tcMar>
          </w:tcPr>
          <w:p w14:paraId="49BCDB21" w14:textId="77777777" w:rsidR="00863285" w:rsidRDefault="00000000">
            <w:pPr>
              <w:spacing w:after="120" w:line="253" w:lineRule="auto"/>
            </w:pPr>
            <w:r>
              <w:rPr>
                <w:rFonts w:eastAsia="Arial" w:cs="Arial"/>
                <w:b/>
                <w:sz w:val="18"/>
              </w:rPr>
              <w:t>INSTALLAZIONE DI BOZZELLI CON ROTAZIONE ELETTRICA</w:t>
            </w:r>
          </w:p>
        </w:tc>
        <w:tc>
          <w:tcPr>
            <w:tcW w:w="3458" w:type="dxa"/>
            <w:shd w:val="clear" w:color="auto" w:fill="F8FAFB"/>
            <w:tcMar>
              <w:top w:w="100" w:type="dxa"/>
              <w:left w:w="100" w:type="dxa"/>
              <w:bottom w:w="95" w:type="dxa"/>
              <w:right w:w="100" w:type="dxa"/>
            </w:tcMar>
          </w:tcPr>
          <w:p w14:paraId="6D2F6324" w14:textId="77777777" w:rsidR="00863285" w:rsidRDefault="00000000">
            <w:pPr>
              <w:spacing w:after="100" w:line="253" w:lineRule="auto"/>
              <w:ind w:left="136" w:hanging="136"/>
            </w:pPr>
            <w:r>
              <w:rPr>
                <w:rFonts w:eastAsia="Arial" w:cs="Arial"/>
                <w:sz w:val="18"/>
              </w:rPr>
              <w:t>- compatibilità del bozzello (sia in riferimento al sistema di comando che al momento torcente che si viene a generare sulle funi) con la macchina nella quale viene installato[8];</w:t>
            </w:r>
          </w:p>
          <w:p w14:paraId="4DFB5A55" w14:textId="77777777" w:rsidR="00863285" w:rsidRDefault="00000000">
            <w:pPr>
              <w:spacing w:after="100" w:line="253" w:lineRule="auto"/>
              <w:ind w:left="136" w:hanging="136"/>
            </w:pPr>
            <w:r>
              <w:rPr>
                <w:rFonts w:eastAsia="Arial" w:cs="Arial"/>
                <w:sz w:val="18"/>
              </w:rPr>
              <w:t>- l’intervento non comporta incremento dello stato tensionale rispetto a quello della macchina originaria (nell’ambito dei limiti previsti dal fabbricante);</w:t>
            </w:r>
          </w:p>
          <w:p w14:paraId="3EC54B44" w14:textId="77777777" w:rsidR="00863285" w:rsidRDefault="00000000">
            <w:pPr>
              <w:spacing w:after="100" w:line="253" w:lineRule="auto"/>
              <w:ind w:left="136" w:hanging="136"/>
            </w:pPr>
            <w:r>
              <w:rPr>
                <w:rFonts w:eastAsia="Arial" w:cs="Arial"/>
                <w:sz w:val="18"/>
              </w:rPr>
              <w:t>- l’intervento non implica variazioni di geometria tali da comportare interferenze;</w:t>
            </w:r>
          </w:p>
          <w:p w14:paraId="31E5481F" w14:textId="77777777" w:rsidR="00863285" w:rsidRDefault="00000000">
            <w:pPr>
              <w:spacing w:after="100" w:line="253" w:lineRule="auto"/>
              <w:ind w:left="136" w:hanging="136"/>
            </w:pPr>
            <w:r>
              <w:rPr>
                <w:rFonts w:eastAsia="Arial" w:cs="Arial"/>
                <w:sz w:val="18"/>
              </w:rPr>
              <w:t>- l’intervento non comporta rischi supplementari, con riferimento ai requisiti essenziali di sicurezza sui quali l’intervento potrebbe incidere.</w:t>
            </w:r>
          </w:p>
        </w:tc>
        <w:tc>
          <w:tcPr>
            <w:tcW w:w="5414" w:type="dxa"/>
            <w:tcMar>
              <w:top w:w="100" w:type="dxa"/>
              <w:left w:w="100" w:type="dxa"/>
              <w:bottom w:w="95" w:type="dxa"/>
              <w:right w:w="100" w:type="dxa"/>
            </w:tcMar>
          </w:tcPr>
          <w:p w14:paraId="440C8DA0" w14:textId="77777777" w:rsidR="00863285" w:rsidRDefault="00000000">
            <w:pPr>
              <w:spacing w:after="80" w:line="253" w:lineRule="auto"/>
            </w:pPr>
            <w:r>
              <w:rPr>
                <w:rFonts w:eastAsia="Arial" w:cs="Arial"/>
                <w:sz w:val="18"/>
              </w:rPr>
              <w:t>1. Relazione tecnica, firmata da persona competente, contenente:</w:t>
            </w:r>
          </w:p>
          <w:p w14:paraId="30A20E17" w14:textId="77777777" w:rsidR="00863285" w:rsidRDefault="00000000">
            <w:pPr>
              <w:spacing w:after="64" w:line="253" w:lineRule="auto"/>
              <w:ind w:left="238" w:hanging="136"/>
            </w:pPr>
            <w:r>
              <w:rPr>
                <w:rFonts w:eastAsia="Arial" w:cs="Arial"/>
                <w:sz w:val="18"/>
              </w:rPr>
              <w:t>- la descrizione dell’intervento con indicazione degli elementi inseriti e degli eventuali documenti di accompagno di tali componenti;</w:t>
            </w:r>
          </w:p>
          <w:p w14:paraId="54034F76" w14:textId="77777777" w:rsidR="00863285" w:rsidRDefault="00000000">
            <w:pPr>
              <w:spacing w:after="64" w:line="253" w:lineRule="auto"/>
              <w:ind w:left="238" w:hanging="136"/>
            </w:pPr>
            <w:r>
              <w:rPr>
                <w:rFonts w:eastAsia="Arial" w:cs="Arial"/>
                <w:sz w:val="18"/>
              </w:rPr>
              <w:t>- la finalità dell’intervento;</w:t>
            </w:r>
          </w:p>
          <w:p w14:paraId="1E0C4A2B" w14:textId="77777777" w:rsidR="00863285" w:rsidRDefault="00000000">
            <w:pPr>
              <w:spacing w:after="64" w:line="253" w:lineRule="auto"/>
              <w:ind w:left="238" w:hanging="136"/>
            </w:pPr>
            <w:r>
              <w:rPr>
                <w:rFonts w:eastAsia="Arial" w:cs="Arial"/>
                <w:sz w:val="18"/>
              </w:rPr>
              <w:t>- estratto della valutazione del rischio condotta secondo la UNI EN ISO 12100 relativamente ai rischi che potrebbero subire modifiche in conseguenza dell’intervento di cui trattasi;</w:t>
            </w:r>
          </w:p>
          <w:p w14:paraId="58862777" w14:textId="77777777" w:rsidR="00863285" w:rsidRDefault="00000000">
            <w:pPr>
              <w:spacing w:after="64" w:line="253" w:lineRule="auto"/>
              <w:ind w:left="238" w:hanging="136"/>
            </w:pPr>
            <w:r>
              <w:rPr>
                <w:rFonts w:eastAsia="Arial" w:cs="Arial"/>
                <w:sz w:val="18"/>
              </w:rPr>
              <w:t>- prove e/o verifiche da condurre a seguito dell’attuazione degli interventi.</w:t>
            </w:r>
          </w:p>
          <w:p w14:paraId="2DA4E3E3" w14:textId="77777777" w:rsidR="00863285" w:rsidRDefault="00000000">
            <w:pPr>
              <w:spacing w:after="80" w:line="253" w:lineRule="auto"/>
              <w:ind w:left="136" w:hanging="136"/>
            </w:pPr>
            <w:r>
              <w:rPr>
                <w:rFonts w:eastAsia="Arial" w:cs="Arial"/>
                <w:sz w:val="18"/>
              </w:rPr>
              <w:t>2. Dichiarazione di corretta installazione o lavoro eseguito alla regola dell’arte.</w:t>
            </w:r>
          </w:p>
          <w:p w14:paraId="29C74545" w14:textId="77777777" w:rsidR="00863285" w:rsidRDefault="00000000">
            <w:pPr>
              <w:spacing w:after="80" w:line="253" w:lineRule="auto"/>
              <w:ind w:left="136" w:hanging="136"/>
            </w:pPr>
            <w:r>
              <w:rPr>
                <w:rFonts w:eastAsia="Arial" w:cs="Arial"/>
                <w:sz w:val="18"/>
              </w:rPr>
              <w:t>3. Aggiornamento degli schemi elettrici.</w:t>
            </w:r>
          </w:p>
          <w:p w14:paraId="5CB93EAF" w14:textId="77777777" w:rsidR="00863285" w:rsidRDefault="00000000">
            <w:pPr>
              <w:spacing w:after="80" w:line="253" w:lineRule="auto"/>
              <w:ind w:left="136" w:hanging="136"/>
            </w:pPr>
            <w:r>
              <w:rPr>
                <w:rFonts w:eastAsia="Arial" w:cs="Arial"/>
                <w:sz w:val="18"/>
              </w:rPr>
              <w:t>4. Dichiarazione CE di conformità e istruzioni del bozzello come macchina.</w:t>
            </w:r>
          </w:p>
          <w:p w14:paraId="49A69884" w14:textId="77777777" w:rsidR="00863285" w:rsidRDefault="00000000">
            <w:pPr>
              <w:spacing w:after="80" w:line="253" w:lineRule="auto"/>
              <w:ind w:left="136" w:hanging="136"/>
            </w:pPr>
            <w:r>
              <w:rPr>
                <w:rFonts w:eastAsia="Arial" w:cs="Arial"/>
                <w:sz w:val="18"/>
              </w:rPr>
              <w:t>5. Documentazione a corredo degli altri elementi inseriti (ove prevista), in particolare eventuale dichiarazione CE di conformità e istruzioni.</w:t>
            </w:r>
          </w:p>
          <w:p w14:paraId="1735CABC" w14:textId="77777777" w:rsidR="00863285" w:rsidRDefault="00000000">
            <w:pPr>
              <w:spacing w:after="80" w:line="253" w:lineRule="auto"/>
              <w:ind w:left="136" w:hanging="136"/>
            </w:pPr>
            <w:r>
              <w:rPr>
                <w:rFonts w:eastAsia="Arial" w:cs="Arial"/>
                <w:sz w:val="18"/>
              </w:rPr>
              <w:t>6. Descrizione dell’intervento nel registro di controllo.</w:t>
            </w:r>
          </w:p>
        </w:tc>
        <w:tc>
          <w:tcPr>
            <w:tcW w:w="4054" w:type="dxa"/>
            <w:tcMar>
              <w:top w:w="100" w:type="dxa"/>
              <w:left w:w="100" w:type="dxa"/>
              <w:bottom w:w="95" w:type="dxa"/>
              <w:right w:w="100" w:type="dxa"/>
            </w:tcMar>
          </w:tcPr>
          <w:p w14:paraId="05AF4C6B" w14:textId="77777777" w:rsidR="00863285" w:rsidRDefault="00000000">
            <w:pPr>
              <w:spacing w:after="100" w:line="253" w:lineRule="auto"/>
              <w:ind w:left="136" w:hanging="136"/>
            </w:pPr>
            <w:r>
              <w:rPr>
                <w:rFonts w:eastAsia="Arial" w:cs="Arial"/>
                <w:sz w:val="18"/>
              </w:rPr>
              <w:t>1. Dichiarazione di idoneità del fabbricante, nella quale è esplicitato che l’intervento condotto non fa decadere la validità dell’originaria dichiarazione di conformità della macchina.</w:t>
            </w:r>
          </w:p>
          <w:p w14:paraId="3113483D" w14:textId="77777777" w:rsidR="00863285" w:rsidRDefault="00000000">
            <w:pPr>
              <w:spacing w:after="100" w:line="253" w:lineRule="auto"/>
              <w:ind w:left="136" w:hanging="136"/>
            </w:pPr>
            <w:r>
              <w:rPr>
                <w:rFonts w:eastAsia="Arial" w:cs="Arial"/>
                <w:sz w:val="18"/>
              </w:rPr>
              <w:t>2. Dichiarazione di corretta installazione o lavoro eseguito alla regola dell’arte.</w:t>
            </w:r>
          </w:p>
          <w:p w14:paraId="4BC71BCF" w14:textId="77777777" w:rsidR="00863285" w:rsidRDefault="00000000">
            <w:pPr>
              <w:spacing w:after="100" w:line="253" w:lineRule="auto"/>
              <w:ind w:left="136" w:hanging="136"/>
            </w:pPr>
            <w:r>
              <w:rPr>
                <w:rFonts w:eastAsia="Arial" w:cs="Arial"/>
                <w:sz w:val="18"/>
              </w:rPr>
              <w:t>3. Aggiornamento degli schemi elettrici.</w:t>
            </w:r>
          </w:p>
          <w:p w14:paraId="3082B143" w14:textId="77777777" w:rsidR="00863285" w:rsidRDefault="00000000">
            <w:pPr>
              <w:spacing w:after="100" w:line="253" w:lineRule="auto"/>
              <w:ind w:left="136" w:hanging="136"/>
            </w:pPr>
            <w:r>
              <w:rPr>
                <w:rFonts w:eastAsia="Arial" w:cs="Arial"/>
                <w:sz w:val="18"/>
              </w:rPr>
              <w:t>4. Documentazione a corredo degli elementi inseriti (ove prevista).</w:t>
            </w:r>
          </w:p>
          <w:p w14:paraId="20D721BF" w14:textId="77777777" w:rsidR="00863285" w:rsidRDefault="00000000">
            <w:pPr>
              <w:spacing w:after="100" w:line="253" w:lineRule="auto"/>
              <w:ind w:left="136" w:hanging="136"/>
            </w:pPr>
            <w:r>
              <w:rPr>
                <w:rFonts w:eastAsia="Arial" w:cs="Arial"/>
                <w:sz w:val="18"/>
              </w:rPr>
              <w:t>5. Descrizione dell’intervento nel registro di controllo.</w:t>
            </w:r>
          </w:p>
        </w:tc>
      </w:tr>
    </w:tbl>
    <w:p w14:paraId="58C1EA83" w14:textId="77777777" w:rsidR="00863285" w:rsidRDefault="00000000">
      <w:pPr>
        <w:spacing w:before="120" w:after="60"/>
      </w:pPr>
      <w:r>
        <w:rPr>
          <w:rFonts w:eastAsia="Arial" w:cs="Arial"/>
          <w:b/>
          <w:color w:val="2E6876"/>
          <w:sz w:val="17"/>
        </w:rPr>
        <w:t>NOTE DELLA TABELLA</w:t>
      </w:r>
    </w:p>
    <w:p w14:paraId="224E97CE" w14:textId="77777777" w:rsidR="00863285" w:rsidRDefault="00000000">
      <w:pPr>
        <w:spacing w:after="50" w:line="251" w:lineRule="auto"/>
        <w:ind w:left="255" w:hanging="255"/>
      </w:pPr>
      <w:r>
        <w:rPr>
          <w:rFonts w:eastAsia="Arial" w:cs="Arial"/>
          <w:sz w:val="16"/>
        </w:rPr>
        <w:t>[8]  Il bozzello motorizzato è generalmente immesso sul mercato come quasi-macchina, ovvero insieme che non è in grado di garantire un’applicazione ben determinata e che è destinato ad essere incorporato o assemblato ad altre macchine o quasi-macchine; risulta pertanto necessario che chi realizza l’installazione di tale dispositivo su macchine originariamente non previste per tale applicazione debba procedere con la valutazione di conformità, la marcatura CE e il conseguente rilascio della dichiarazione CE di conformità. Tali azioni possono riguardare l’intera macchina nella quale il bozzello motorizzato è inserito, prevedendo l’adeguamento allo stato dell’arte riferito al momento in cui l’installazione è realizzata (trattando l’intervento come modifica sostanziale), ovvero, se tecnicamente possibile, concernere il solo bozzello, per il quale viene ultimata la valutazione di tutti i requisiti essenziali di sicurezza pertinenti, con rilascio di dichiarazione CE di conformità riferita solo a quest’ultimo e apposizione di marcatura CE.</w:t>
      </w:r>
    </w:p>
    <w:sectPr w:rsidR="00863285" w:rsidSect="00034616">
      <w:headerReference w:type="default" r:id="rId12"/>
      <w:footerReference w:type="default" r:id="rId13"/>
      <w:pgSz w:w="16838" w:h="11906" w:orient="landscape"/>
      <w:pgMar w:top="737" w:right="822" w:bottom="680" w:left="822" w:header="312"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DA57F" w14:textId="77777777" w:rsidR="009C035D" w:rsidRDefault="009C035D">
      <w:pPr>
        <w:spacing w:line="240" w:lineRule="auto"/>
      </w:pPr>
      <w:r>
        <w:separator/>
      </w:r>
    </w:p>
  </w:endnote>
  <w:endnote w:type="continuationSeparator" w:id="0">
    <w:p w14:paraId="02EDCF98" w14:textId="77777777" w:rsidR="009C035D" w:rsidRDefault="009C03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65451" w14:textId="77777777" w:rsidR="00863285" w:rsidRDefault="00863285">
    <w:pPr>
      <w:pStyle w:val="Pidipagina"/>
      <w:spacing w:line="20" w:lineRule="exact"/>
    </w:pPr>
  </w:p>
  <w:tbl>
    <w:tblPr>
      <w:tblW w:w="15196" w:type="dxa"/>
      <w:jc w:val="center"/>
      <w:tblBorders>
        <w:top w:val="nil"/>
        <w:left w:val="nil"/>
        <w:bottom w:val="nil"/>
        <w:right w:val="nil"/>
        <w:insideH w:val="nil"/>
        <w:insideV w:val="nil"/>
      </w:tblBorders>
      <w:tblLayout w:type="fixed"/>
      <w:tblLook w:val="04A0" w:firstRow="1" w:lastRow="0" w:firstColumn="1" w:lastColumn="0" w:noHBand="0" w:noVBand="1"/>
    </w:tblPr>
    <w:tblGrid>
      <w:gridCol w:w="13042"/>
      <w:gridCol w:w="2154"/>
    </w:tblGrid>
    <w:tr w:rsidR="00863285" w14:paraId="5AECCFAE" w14:textId="77777777">
      <w:trPr>
        <w:cantSplit/>
        <w:jc w:val="center"/>
      </w:trPr>
      <w:tc>
        <w:tcPr>
          <w:tcW w:w="13039" w:type="dxa"/>
          <w:tcMar>
            <w:top w:w="0" w:type="dxa"/>
            <w:left w:w="0" w:type="dxa"/>
            <w:bottom w:w="0" w:type="dxa"/>
            <w:right w:w="0" w:type="dxa"/>
          </w:tcMar>
        </w:tcPr>
        <w:p w14:paraId="104D5A9B" w14:textId="77777777" w:rsidR="00863285" w:rsidRDefault="00000000">
          <w:pPr>
            <w:spacing w:line="240" w:lineRule="auto"/>
          </w:pPr>
          <w:r>
            <w:rPr>
              <w:rFonts w:eastAsia="Arial" w:cs="Arial"/>
              <w:color w:val="627584"/>
              <w:sz w:val="14"/>
            </w:rPr>
            <w:t>Raccolta unificata • Consultare anche la documentazione della macchina e le istruzioni del fabbricante.</w:t>
          </w:r>
        </w:p>
      </w:tc>
      <w:tc>
        <w:tcPr>
          <w:tcW w:w="2154" w:type="dxa"/>
          <w:tcMar>
            <w:top w:w="0" w:type="dxa"/>
            <w:left w:w="0" w:type="dxa"/>
            <w:bottom w:w="0" w:type="dxa"/>
            <w:right w:w="0" w:type="dxa"/>
          </w:tcMar>
        </w:tcPr>
        <w:p w14:paraId="0299A21C" w14:textId="77777777" w:rsidR="00863285" w:rsidRDefault="00000000">
          <w:pPr>
            <w:spacing w:line="240" w:lineRule="auto"/>
            <w:jc w:val="right"/>
          </w:pPr>
          <w:r>
            <w:rPr>
              <w:rFonts w:eastAsia="Arial" w:cs="Arial"/>
              <w:color w:val="627584"/>
              <w:sz w:val="15"/>
            </w:rPr>
            <w:fldChar w:fldCharType="begin"/>
          </w:r>
          <w:r>
            <w:rPr>
              <w:rFonts w:eastAsia="Arial" w:cs="Arial"/>
              <w:color w:val="627584"/>
              <w:sz w:val="15"/>
            </w:rPr>
            <w:instrText xml:space="preserve"> PAGE </w:instrText>
          </w:r>
          <w:r>
            <w:rPr>
              <w:rFonts w:eastAsia="Arial" w:cs="Arial"/>
              <w:color w:val="627584"/>
              <w:sz w:val="15"/>
            </w:rPr>
            <w:fldChar w:fldCharType="separate"/>
          </w:r>
          <w:r>
            <w:rPr>
              <w:rFonts w:eastAsia="Arial" w:cs="Arial"/>
              <w:color w:val="627584"/>
              <w:sz w:val="15"/>
            </w:rPr>
            <w:t>1</w:t>
          </w:r>
          <w:r>
            <w:rPr>
              <w:rFonts w:eastAsia="Arial" w:cs="Arial"/>
              <w:color w:val="627584"/>
              <w:sz w:val="15"/>
            </w:rPr>
            <w:fldChar w:fldCharType="end"/>
          </w:r>
          <w:r>
            <w:rPr>
              <w:rFonts w:eastAsia="Arial" w:cs="Arial"/>
              <w:color w:val="627584"/>
              <w:sz w:val="15"/>
            </w:rPr>
            <w:t xml:space="preserve"> / </w:t>
          </w:r>
          <w:r>
            <w:rPr>
              <w:rFonts w:eastAsia="Arial" w:cs="Arial"/>
              <w:color w:val="627584"/>
              <w:sz w:val="15"/>
            </w:rPr>
            <w:fldChar w:fldCharType="begin"/>
          </w:r>
          <w:r>
            <w:rPr>
              <w:rFonts w:eastAsia="Arial" w:cs="Arial"/>
              <w:color w:val="627584"/>
              <w:sz w:val="15"/>
            </w:rPr>
            <w:instrText xml:space="preserve"> NUMPAGES </w:instrText>
          </w:r>
          <w:r>
            <w:rPr>
              <w:rFonts w:eastAsia="Arial" w:cs="Arial"/>
              <w:color w:val="627584"/>
              <w:sz w:val="15"/>
            </w:rPr>
            <w:fldChar w:fldCharType="separate"/>
          </w:r>
          <w:r>
            <w:rPr>
              <w:rFonts w:eastAsia="Arial" w:cs="Arial"/>
              <w:color w:val="627584"/>
              <w:sz w:val="15"/>
            </w:rPr>
            <w:t>33</w:t>
          </w:r>
          <w:r>
            <w:rPr>
              <w:rFonts w:eastAsia="Arial" w:cs="Arial"/>
              <w:color w:val="627584"/>
              <w:sz w:val="15"/>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FE6B4" w14:textId="77777777" w:rsidR="009C035D" w:rsidRDefault="009C035D">
      <w:pPr>
        <w:spacing w:line="240" w:lineRule="auto"/>
      </w:pPr>
      <w:r>
        <w:separator/>
      </w:r>
    </w:p>
  </w:footnote>
  <w:footnote w:type="continuationSeparator" w:id="0">
    <w:p w14:paraId="155C88D3" w14:textId="77777777" w:rsidR="009C035D" w:rsidRDefault="009C03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40B8F" w14:textId="77777777" w:rsidR="00863285" w:rsidRDefault="00863285">
    <w:pPr>
      <w:pStyle w:val="Intestazione"/>
      <w:spacing w:line="20" w:lineRule="exact"/>
    </w:pPr>
  </w:p>
  <w:tbl>
    <w:tblPr>
      <w:tblW w:w="15196" w:type="dxa"/>
      <w:jc w:val="center"/>
      <w:tblBorders>
        <w:bottom w:val="single" w:sz="4" w:space="0" w:color="D4E1E7"/>
      </w:tblBorders>
      <w:tblLayout w:type="fixed"/>
      <w:tblLook w:val="04A0" w:firstRow="1" w:lastRow="0" w:firstColumn="1" w:lastColumn="0" w:noHBand="0" w:noVBand="1"/>
    </w:tblPr>
    <w:tblGrid>
      <w:gridCol w:w="10489"/>
      <w:gridCol w:w="4707"/>
    </w:tblGrid>
    <w:tr w:rsidR="00863285" w14:paraId="3D2AF4AE" w14:textId="77777777">
      <w:trPr>
        <w:cantSplit/>
        <w:jc w:val="center"/>
      </w:trPr>
      <w:tc>
        <w:tcPr>
          <w:tcW w:w="10488" w:type="dxa"/>
          <w:tcMar>
            <w:top w:w="0" w:type="dxa"/>
            <w:left w:w="0" w:type="dxa"/>
            <w:bottom w:w="25" w:type="dxa"/>
            <w:right w:w="0" w:type="dxa"/>
          </w:tcMar>
        </w:tcPr>
        <w:p w14:paraId="37BC6C41" w14:textId="77777777" w:rsidR="00863285" w:rsidRDefault="00000000">
          <w:r>
            <w:rPr>
              <w:rFonts w:eastAsia="Arial" w:cs="Arial"/>
              <w:b/>
              <w:color w:val="17384B"/>
              <w:sz w:val="16"/>
            </w:rPr>
            <w:t>DOSSIER TECNICO  /  SOLLEVAMENTO FISSO</w:t>
          </w:r>
        </w:p>
      </w:tc>
      <w:tc>
        <w:tcPr>
          <w:tcW w:w="4706" w:type="dxa"/>
          <w:tcMar>
            <w:top w:w="0" w:type="dxa"/>
            <w:left w:w="0" w:type="dxa"/>
            <w:bottom w:w="25" w:type="dxa"/>
            <w:right w:w="0" w:type="dxa"/>
          </w:tcMar>
        </w:tcPr>
        <w:p w14:paraId="5291C477" w14:textId="77777777" w:rsidR="00863285" w:rsidRDefault="00000000">
          <w:pPr>
            <w:jc w:val="right"/>
          </w:pPr>
          <w:r>
            <w:rPr>
              <w:rFonts w:eastAsia="Arial" w:cs="Arial"/>
              <w:b/>
              <w:color w:val="17384B"/>
              <w:sz w:val="16"/>
            </w:rPr>
            <w:t>SCHEDE + TABELLE  |  2026</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725331522">
    <w:abstractNumId w:val="8"/>
  </w:num>
  <w:num w:numId="2" w16cid:durableId="1322008265">
    <w:abstractNumId w:val="6"/>
  </w:num>
  <w:num w:numId="3" w16cid:durableId="7803486">
    <w:abstractNumId w:val="5"/>
  </w:num>
  <w:num w:numId="4" w16cid:durableId="1161430264">
    <w:abstractNumId w:val="4"/>
  </w:num>
  <w:num w:numId="5" w16cid:durableId="1342512694">
    <w:abstractNumId w:val="7"/>
  </w:num>
  <w:num w:numId="6" w16cid:durableId="475806671">
    <w:abstractNumId w:val="3"/>
  </w:num>
  <w:num w:numId="7" w16cid:durableId="626863085">
    <w:abstractNumId w:val="2"/>
  </w:num>
  <w:num w:numId="8" w16cid:durableId="286400781">
    <w:abstractNumId w:val="1"/>
  </w:num>
  <w:num w:numId="9" w16cid:durableId="661810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7E79"/>
    <w:rsid w:val="0029639D"/>
    <w:rsid w:val="00326F90"/>
    <w:rsid w:val="003A41E8"/>
    <w:rsid w:val="00863285"/>
    <w:rsid w:val="009C035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A13353"/>
  <w14:defaultImageDpi w14:val="330"/>
  <w15:docId w15:val="{42679713-B767-4C03-9CC6-8D563C2B8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0" w:line="259" w:lineRule="auto"/>
    </w:pPr>
    <w:rPr>
      <w:rFonts w:ascii="Arial" w:hAnsi="Arial"/>
      <w:color w:val="203448"/>
      <w:sz w:val="21"/>
    </w:rPr>
  </w:style>
  <w:style w:type="paragraph" w:styleId="Titolo1">
    <w:name w:val="heading 1"/>
    <w:basedOn w:val="Normale"/>
    <w:next w:val="Normale"/>
    <w:link w:val="Titolo1Carattere"/>
    <w:uiPriority w:val="9"/>
    <w:qFormat/>
    <w:rsid w:val="00FC693F"/>
    <w:pPr>
      <w:keepNext/>
      <w:keepLines/>
      <w:spacing w:before="480"/>
      <w:outlineLvl w:val="0"/>
    </w:pPr>
    <w:rPr>
      <w:rFonts w:asciiTheme="majorHAnsi" w:eastAsiaTheme="majorEastAsia" w:hAnsiTheme="majorHAnsi" w:cstheme="majorBidi"/>
      <w:b/>
      <w:bCs/>
      <w:color w:val="17384B"/>
      <w:sz w:val="28"/>
      <w:szCs w:val="28"/>
    </w:rPr>
  </w:style>
  <w:style w:type="paragraph" w:styleId="Titolo2">
    <w:name w:val="heading 2"/>
    <w:basedOn w:val="Normale"/>
    <w:next w:val="Normale"/>
    <w:link w:val="Titolo2Carattere"/>
    <w:uiPriority w:val="9"/>
    <w:unhideWhenUsed/>
    <w:qFormat/>
    <w:rsid w:val="00FC693F"/>
    <w:pPr>
      <w:keepNext/>
      <w:keepLines/>
      <w:spacing w:before="200"/>
      <w:outlineLvl w:val="1"/>
    </w:pPr>
    <w:rPr>
      <w:rFonts w:asciiTheme="majorHAnsi" w:eastAsiaTheme="majorEastAsia" w:hAnsiTheme="majorHAnsi" w:cstheme="majorBidi"/>
      <w:b/>
      <w:bCs/>
      <w:color w:val="17384B"/>
      <w:sz w:val="26"/>
      <w:szCs w:val="26"/>
    </w:rPr>
  </w:style>
  <w:style w:type="paragraph" w:styleId="Titolo3">
    <w:name w:val="heading 3"/>
    <w:basedOn w:val="Normale"/>
    <w:next w:val="Normale"/>
    <w:link w:val="Titolo3Carattere"/>
    <w:uiPriority w:val="9"/>
    <w:unhideWhenUsed/>
    <w:qFormat/>
    <w:rsid w:val="00FC693F"/>
    <w:pPr>
      <w:keepNext/>
      <w:keepLines/>
      <w:spacing w:before="200"/>
      <w:outlineLvl w:val="2"/>
    </w:pPr>
    <w:rPr>
      <w:rFonts w:asciiTheme="majorHAnsi" w:eastAsiaTheme="majorEastAsia" w:hAnsiTheme="majorHAnsi" w:cstheme="majorBidi"/>
      <w:b/>
      <w:bCs/>
      <w:color w:val="17384B"/>
    </w:rPr>
  </w:style>
  <w:style w:type="paragraph" w:styleId="Titolo4">
    <w:name w:val="heading 4"/>
    <w:basedOn w:val="Normale"/>
    <w:next w:val="Normale"/>
    <w:link w:val="Titolo4Carattere"/>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line="240" w:lineRule="auto"/>
    </w:pPr>
  </w:style>
  <w:style w:type="character" w:customStyle="1" w:styleId="IntestazioneCarattere">
    <w:name w:val="Intestazione Carattere"/>
    <w:basedOn w:val="Carpredefinitoparagrafo"/>
    <w:link w:val="Intestazione"/>
    <w:uiPriority w:val="99"/>
    <w:rsid w:val="00E618BF"/>
    <w:rPr>
      <w:rFonts w:ascii="Arial" w:hAnsi="Arial"/>
    </w:rPr>
  </w:style>
  <w:style w:type="paragraph" w:styleId="Pidipagina">
    <w:name w:val="footer"/>
    <w:basedOn w:val="Normale"/>
    <w:link w:val="PidipaginaCarattere"/>
    <w:uiPriority w:val="99"/>
    <w:unhideWhenUsed/>
    <w:rsid w:val="00E618BF"/>
    <w:pPr>
      <w:tabs>
        <w:tab w:val="center" w:pos="4680"/>
        <w:tab w:val="right" w:pos="9360"/>
      </w:tabs>
      <w:spacing w:line="240" w:lineRule="auto"/>
    </w:pPr>
  </w:style>
  <w:style w:type="character" w:customStyle="1" w:styleId="PidipaginaCarattere">
    <w:name w:val="Piè di pagina Carattere"/>
    <w:basedOn w:val="Carpredefinitoparagrafo"/>
    <w:link w:val="Pidipagina"/>
    <w:uiPriority w:val="99"/>
    <w:rsid w:val="00E618BF"/>
    <w:rPr>
      <w:rFonts w:ascii="Arial" w:hAnsi="Arial"/>
    </w:rPr>
  </w:style>
  <w:style w:type="paragraph" w:styleId="Nessunaspaziatura">
    <w:name w:val="No Spacing"/>
    <w:uiPriority w:val="1"/>
    <w:qFormat/>
    <w:rsid w:val="00FC693F"/>
    <w:pPr>
      <w:spacing w:after="0" w:line="240" w:lineRule="auto"/>
    </w:pPr>
    <w:rPr>
      <w:rFonts w:ascii="Arial" w:hAnsi="Arial"/>
    </w:r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rPr>
      <w:rFonts w:ascii="Arial" w:hAnsi="Arial"/>
    </w:rPr>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rPr>
      <w:rFonts w:ascii="Arial" w:hAnsi="Arial"/>
    </w:rPr>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rFonts w:ascii="Arial" w:hAnsi="Arial"/>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Arial" w:hAnsi="Arial"/>
      <w:sz w:val="20"/>
      <w:szCs w:val="20"/>
    </w:rPr>
  </w:style>
  <w:style w:type="character" w:customStyle="1" w:styleId="TestomacroCarattere">
    <w:name w:val="Testo macro Carattere"/>
    <w:basedOn w:val="Carpredefinitoparagrafo"/>
    <w:link w:val="Testomacro"/>
    <w:uiPriority w:val="99"/>
    <w:rsid w:val="0029639D"/>
    <w:rPr>
      <w:rFonts w:ascii="Arial" w:hAnsi="Arial"/>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rFonts w:ascii="Arial" w:hAnsi="Arial"/>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rFonts w:ascii="Arial" w:hAnsi="Arial"/>
      <w:b/>
      <w:bCs/>
    </w:rPr>
  </w:style>
  <w:style w:type="character" w:styleId="Enfasicorsivo">
    <w:name w:val="Emphasis"/>
    <w:basedOn w:val="Carpredefinitoparagrafo"/>
    <w:uiPriority w:val="20"/>
    <w:qFormat/>
    <w:rsid w:val="00FC693F"/>
    <w:rPr>
      <w:rFonts w:ascii="Arial" w:hAnsi="Arial"/>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rFonts w:ascii="Arial" w:hAnsi="Arial"/>
      <w:b/>
      <w:bCs/>
      <w:i/>
      <w:iCs/>
      <w:color w:val="4F81BD" w:themeColor="accent1"/>
    </w:rPr>
  </w:style>
  <w:style w:type="character" w:styleId="Enfasidelicata">
    <w:name w:val="Subtle Emphasis"/>
    <w:basedOn w:val="Carpredefinitoparagrafo"/>
    <w:uiPriority w:val="19"/>
    <w:qFormat/>
    <w:rsid w:val="00FC693F"/>
    <w:rPr>
      <w:rFonts w:ascii="Arial" w:hAnsi="Arial"/>
      <w:i/>
      <w:iCs/>
      <w:color w:val="808080" w:themeColor="text1" w:themeTint="7F"/>
    </w:rPr>
  </w:style>
  <w:style w:type="character" w:styleId="Enfasiintensa">
    <w:name w:val="Intense Emphasis"/>
    <w:basedOn w:val="Carpredefinitoparagrafo"/>
    <w:uiPriority w:val="21"/>
    <w:qFormat/>
    <w:rsid w:val="00FC693F"/>
    <w:rPr>
      <w:rFonts w:ascii="Arial" w:hAnsi="Arial"/>
      <w:b/>
      <w:bCs/>
      <w:i/>
      <w:iCs/>
      <w:color w:val="4F81BD" w:themeColor="accent1"/>
    </w:rPr>
  </w:style>
  <w:style w:type="character" w:styleId="Riferimentodelicato">
    <w:name w:val="Subtle Reference"/>
    <w:basedOn w:val="Carpredefinitoparagrafo"/>
    <w:uiPriority w:val="31"/>
    <w:qFormat/>
    <w:rsid w:val="00FC693F"/>
    <w:rPr>
      <w:rFonts w:ascii="Arial" w:hAnsi="Arial"/>
      <w:smallCaps/>
      <w:color w:val="C0504D" w:themeColor="accent2"/>
      <w:u w:val="single"/>
    </w:rPr>
  </w:style>
  <w:style w:type="character" w:styleId="Riferimentointenso">
    <w:name w:val="Intense Reference"/>
    <w:basedOn w:val="Carpredefinitoparagrafo"/>
    <w:uiPriority w:val="32"/>
    <w:qFormat/>
    <w:rsid w:val="00FC693F"/>
    <w:rPr>
      <w:rFonts w:ascii="Arial" w:hAnsi="Arial"/>
      <w:b/>
      <w:bCs/>
      <w:smallCaps/>
      <w:color w:val="C0504D" w:themeColor="accent2"/>
      <w:spacing w:val="5"/>
      <w:u w:val="single"/>
    </w:rPr>
  </w:style>
  <w:style w:type="character" w:styleId="Titolodellibro">
    <w:name w:val="Book Title"/>
    <w:basedOn w:val="Carpredefinitoparagrafo"/>
    <w:uiPriority w:val="33"/>
    <w:qFormat/>
    <w:rsid w:val="00FC693F"/>
    <w:rPr>
      <w:rFonts w:ascii="Arial" w:hAnsi="Arial"/>
      <w:b/>
      <w:bCs/>
      <w:smallCaps/>
      <w:spacing w:val="5"/>
    </w:rPr>
  </w:style>
  <w:style w:type="paragraph" w:styleId="Titolosommario">
    <w:name w:val="TOC Heading"/>
    <w:basedOn w:val="Titolo1"/>
    <w:next w:val="Normale"/>
    <w:uiPriority w:val="39"/>
    <w:semiHidden/>
    <w:unhideWhenUsed/>
    <w:qFormat/>
    <w:rsid w:val="00FC693F"/>
    <w:pPr>
      <w:outlineLvl w:val="9"/>
    </w:pPr>
    <w:rPr>
      <w:rFonts w:ascii="Arial" w:hAnsi="Arial"/>
    </w:r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9498</Words>
  <Characters>63928</Characters>
  <Application>Microsoft Office Word</Application>
  <DocSecurity>0</DocSecurity>
  <Lines>1598</Lines>
  <Paragraphs>941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72485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Manutenzione straordinaria - Apparecchi di sollevamento di tipo fisso</dc:title>
  <dc:subject>Dossier unificato: 15 schede illustrate e 15 tabelle complete</dc:subject>
  <dc:creator/>
  <cp:keywords>sollevamento fisso, manutenzione straordinaria, schede, tabelle, INAIL 2026</cp:keywords>
  <dc:description>Accorpamento editoriale dei due documenti forniti. Non costituisce una verifica normativa.</dc:description>
  <cp:lastModifiedBy>PAOLO BENNI</cp:lastModifiedBy>
  <cp:revision>2</cp:revision>
  <dcterms:created xsi:type="dcterms:W3CDTF">2013-12-23T23:15:00Z</dcterms:created>
  <dcterms:modified xsi:type="dcterms:W3CDTF">2026-10-15T15:50:00Z</dcterms:modified>
  <cp:category/>
</cp:coreProperties>
</file>