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EFA8C" w14:textId="77777777" w:rsidR="00D93F19" w:rsidRDefault="00000000">
      <w:pPr>
        <w:pStyle w:val="Kicker"/>
        <w:rPr>
          <w:rFonts w:hint="eastAsia"/>
        </w:rPr>
      </w:pPr>
      <w:r>
        <w:t>PROCEDURA OPERATIVA AZIENDALE • EDIZIONE 2026</w:t>
      </w:r>
    </w:p>
    <w:p w14:paraId="401EB1DD" w14:textId="77777777" w:rsidR="00D93F19" w:rsidRDefault="00000000">
      <w:pPr>
        <w:pStyle w:val="Titolo1"/>
      </w:pPr>
      <w:bookmarkStart w:id="0" w:name="P1"/>
      <w:r>
        <w:t>MANUTENZIONE</w:t>
      </w:r>
      <w:r>
        <w:br/>
        <w:t>STRAORDINARIA</w:t>
      </w:r>
      <w:bookmarkEnd w:id="0"/>
    </w:p>
    <w:p w14:paraId="749A3F6D" w14:textId="77777777" w:rsidR="00D93F19" w:rsidRDefault="00000000">
      <w:pPr>
        <w:pStyle w:val="Sottotitolo"/>
      </w:pPr>
      <w:r>
        <w:t>Apparecchi di sollevamento</w:t>
      </w:r>
      <w:r>
        <w:br/>
        <w:t>di tipo fisso</w:t>
      </w:r>
    </w:p>
    <w:p w14:paraId="5C803820" w14:textId="77777777" w:rsidR="00D93F19" w:rsidRDefault="00000000">
      <w:pPr>
        <w:rPr>
          <w:rFonts w:hint="eastAsia"/>
        </w:rPr>
      </w:pPr>
      <w:r>
        <w:rPr>
          <w:b/>
        </w:rPr>
        <w:t>Dalla richiesta di intervento</w:t>
      </w:r>
      <w:r>
        <w:t xml:space="preserve"> alla rimessa in servizio controllata.</w:t>
      </w:r>
    </w:p>
    <w:p w14:paraId="3DF60375" w14:textId="77777777" w:rsidR="00D93F19" w:rsidRDefault="00000000">
      <w:pPr>
        <w:spacing w:after="60"/>
        <w:rPr>
          <w:rFonts w:hint="eastAsia"/>
        </w:rPr>
      </w:pPr>
      <w:r>
        <w:rPr>
          <w:noProof/>
        </w:rPr>
        <w:drawing>
          <wp:inline distT="0" distB="0" distL="0" distR="0" wp14:anchorId="3E1AB5CC" wp14:editId="21BD2A7A">
            <wp:extent cx="6263999" cy="4175999"/>
            <wp:effectExtent l="0" t="0" r="0" b="0"/>
            <wp:docPr id="1" name="Picture 1" descr="Illustrazioni originali delle fasi di lavoro. Configurazioni esemplificative, non disegni esecuti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rtina.jpg"/>
                    <pic:cNvPicPr/>
                  </pic:nvPicPr>
                  <pic:blipFill>
                    <a:blip r:embed="rId8"/>
                    <a:stretch>
                      <a:fillRect/>
                    </a:stretch>
                  </pic:blipFill>
                  <pic:spPr>
                    <a:xfrm>
                      <a:off x="0" y="0"/>
                      <a:ext cx="6263999" cy="4175999"/>
                    </a:xfrm>
                    <a:prstGeom prst="rect">
                      <a:avLst/>
                    </a:prstGeom>
                  </pic:spPr>
                </pic:pic>
              </a:graphicData>
            </a:graphic>
          </wp:inline>
        </w:drawing>
      </w:r>
    </w:p>
    <w:p w14:paraId="21EF858F" w14:textId="77777777" w:rsidR="00D93F19" w:rsidRDefault="00000000">
      <w:pPr>
        <w:pStyle w:val="CaptionCustom"/>
        <w:rPr>
          <w:rFonts w:hint="eastAsia"/>
        </w:rPr>
      </w:pPr>
      <w:r>
        <w:t>Illustrazioni originali delle fasi di lavoro. Configurazioni esemplificative, non disegni esecutivi.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494"/>
        <w:gridCol w:w="7370"/>
      </w:tblGrid>
      <w:tr w:rsidR="00D93F19" w14:paraId="53C66B5E" w14:textId="77777777">
        <w:trPr>
          <w:cantSplit/>
          <w:tblHeader/>
          <w:jc w:val="center"/>
        </w:trPr>
        <w:tc>
          <w:tcPr>
            <w:tcW w:w="2494" w:type="dxa"/>
            <w:shd w:val="clear" w:color="auto" w:fill="15344B"/>
            <w:vAlign w:val="center"/>
          </w:tcPr>
          <w:p w14:paraId="7CE3818F" w14:textId="77777777" w:rsidR="00D93F19" w:rsidRDefault="00000000">
            <w:pPr>
              <w:pStyle w:val="TableText"/>
              <w:rPr>
                <w:rFonts w:hint="eastAsia"/>
              </w:rPr>
            </w:pPr>
            <w:r>
              <w:rPr>
                <w:b/>
                <w:color w:val="FFFFFF"/>
              </w:rPr>
              <w:t>IDENTIFICAZIONE</w:t>
            </w:r>
          </w:p>
        </w:tc>
        <w:tc>
          <w:tcPr>
            <w:tcW w:w="7370" w:type="dxa"/>
            <w:shd w:val="clear" w:color="auto" w:fill="15344B"/>
            <w:vAlign w:val="center"/>
          </w:tcPr>
          <w:p w14:paraId="3EEE3725" w14:textId="77777777" w:rsidR="00D93F19" w:rsidRDefault="00000000">
            <w:pPr>
              <w:pStyle w:val="TableText"/>
              <w:rPr>
                <w:rFonts w:hint="eastAsia"/>
              </w:rPr>
            </w:pPr>
            <w:r>
              <w:rPr>
                <w:b/>
                <w:color w:val="FFFFFF"/>
              </w:rPr>
              <w:t>DATI DI ADOZIONE</w:t>
            </w:r>
          </w:p>
        </w:tc>
      </w:tr>
      <w:tr w:rsidR="00D93F19" w14:paraId="17BBBB18" w14:textId="77777777">
        <w:trPr>
          <w:cantSplit/>
          <w:jc w:val="center"/>
        </w:trPr>
        <w:tc>
          <w:tcPr>
            <w:tcW w:w="2494" w:type="dxa"/>
            <w:shd w:val="clear" w:color="auto" w:fill="F2F6F8"/>
            <w:vAlign w:val="center"/>
          </w:tcPr>
          <w:p w14:paraId="7E11E8AF" w14:textId="77777777" w:rsidR="00D93F19" w:rsidRDefault="00000000">
            <w:pPr>
              <w:pStyle w:val="TableText"/>
              <w:rPr>
                <w:rFonts w:hint="eastAsia"/>
              </w:rPr>
            </w:pPr>
            <w:r>
              <w:t>Codice e revisione</w:t>
            </w:r>
          </w:p>
        </w:tc>
        <w:tc>
          <w:tcPr>
            <w:tcW w:w="7370" w:type="dxa"/>
            <w:shd w:val="clear" w:color="auto" w:fill="F2F6F8"/>
            <w:vAlign w:val="center"/>
          </w:tcPr>
          <w:p w14:paraId="1018853A" w14:textId="77777777" w:rsidR="00D93F19" w:rsidRDefault="00000000">
            <w:pPr>
              <w:pStyle w:val="TableText"/>
              <w:rPr>
                <w:rFonts w:hint="eastAsia"/>
              </w:rPr>
            </w:pPr>
            <w:r>
              <w:t>PO-SOL-01 • Revisione 00 • 15 ottobre 2026</w:t>
            </w:r>
          </w:p>
        </w:tc>
      </w:tr>
      <w:tr w:rsidR="00D93F19" w14:paraId="19205658" w14:textId="77777777">
        <w:trPr>
          <w:cantSplit/>
          <w:jc w:val="center"/>
        </w:trPr>
        <w:tc>
          <w:tcPr>
            <w:tcW w:w="2494" w:type="dxa"/>
            <w:vAlign w:val="center"/>
          </w:tcPr>
          <w:p w14:paraId="180543F7" w14:textId="77777777" w:rsidR="00D93F19" w:rsidRDefault="00000000">
            <w:pPr>
              <w:pStyle w:val="TableText"/>
              <w:rPr>
                <w:rFonts w:hint="eastAsia"/>
              </w:rPr>
            </w:pPr>
            <w:r>
              <w:t>Azienda / unità produttiva</w:t>
            </w:r>
          </w:p>
        </w:tc>
        <w:tc>
          <w:tcPr>
            <w:tcW w:w="7370" w:type="dxa"/>
            <w:vAlign w:val="center"/>
          </w:tcPr>
          <w:p w14:paraId="1D0D0FB5" w14:textId="77777777" w:rsidR="00D93F19" w:rsidRDefault="00000000">
            <w:pPr>
              <w:pStyle w:val="TableText"/>
              <w:rPr>
                <w:rFonts w:hint="eastAsia"/>
              </w:rPr>
            </w:pPr>
            <w:r>
              <w:t>[Ragione sociale] • [Stabilimento / reparto]</w:t>
            </w:r>
          </w:p>
        </w:tc>
      </w:tr>
      <w:tr w:rsidR="00D93F19" w14:paraId="76650E58" w14:textId="77777777">
        <w:trPr>
          <w:cantSplit/>
          <w:jc w:val="center"/>
        </w:trPr>
        <w:tc>
          <w:tcPr>
            <w:tcW w:w="2494" w:type="dxa"/>
            <w:shd w:val="clear" w:color="auto" w:fill="F2F6F8"/>
            <w:vAlign w:val="center"/>
          </w:tcPr>
          <w:p w14:paraId="089D1B4E" w14:textId="77777777" w:rsidR="00D93F19" w:rsidRDefault="00000000">
            <w:pPr>
              <w:pStyle w:val="TableText"/>
              <w:rPr>
                <w:rFonts w:hint="eastAsia"/>
              </w:rPr>
            </w:pPr>
            <w:r>
              <w:t>Ambito</w:t>
            </w:r>
          </w:p>
        </w:tc>
        <w:tc>
          <w:tcPr>
            <w:tcW w:w="7370" w:type="dxa"/>
            <w:shd w:val="clear" w:color="auto" w:fill="F2F6F8"/>
            <w:vAlign w:val="center"/>
          </w:tcPr>
          <w:p w14:paraId="0E2D2EB2" w14:textId="77777777" w:rsidR="00D93F19" w:rsidRDefault="00000000">
            <w:pPr>
              <w:pStyle w:val="TableText"/>
              <w:rPr>
                <w:rFonts w:hint="eastAsia"/>
              </w:rPr>
            </w:pPr>
            <w:r>
              <w:t>Gru a ponte, gru a struttura limitata, gru a cavalletto e monorotaie</w:t>
            </w:r>
          </w:p>
        </w:tc>
      </w:tr>
      <w:tr w:rsidR="00D93F19" w14:paraId="3823F4F5" w14:textId="77777777">
        <w:trPr>
          <w:cantSplit/>
          <w:jc w:val="center"/>
        </w:trPr>
        <w:tc>
          <w:tcPr>
            <w:tcW w:w="2494" w:type="dxa"/>
            <w:vAlign w:val="center"/>
          </w:tcPr>
          <w:p w14:paraId="1DE44234" w14:textId="77777777" w:rsidR="00D93F19" w:rsidRDefault="00000000">
            <w:pPr>
              <w:pStyle w:val="TableText"/>
              <w:rPr>
                <w:rFonts w:hint="eastAsia"/>
              </w:rPr>
            </w:pPr>
            <w:r>
              <w:t>Contenuto</w:t>
            </w:r>
          </w:p>
        </w:tc>
        <w:tc>
          <w:tcPr>
            <w:tcW w:w="7370" w:type="dxa"/>
            <w:vAlign w:val="center"/>
          </w:tcPr>
          <w:p w14:paraId="58CC7EA9" w14:textId="77777777" w:rsidR="00D93F19" w:rsidRDefault="00000000">
            <w:pPr>
              <w:pStyle w:val="TableText"/>
              <w:rPr>
                <w:rFonts w:hint="eastAsia"/>
              </w:rPr>
            </w:pPr>
            <w:r>
              <w:t>Procedura, 15 schede di intervento, matrice documentale e 22 allegati operativi</w:t>
            </w:r>
          </w:p>
        </w:tc>
      </w:tr>
    </w:tbl>
    <w:p w14:paraId="5679337E" w14:textId="77777777" w:rsidR="00D93F19" w:rsidRDefault="00D93F19">
      <w:pPr>
        <w:spacing w:after="0" w:line="20" w:lineRule="exact"/>
        <w:rPr>
          <w:rFonts w:hint="eastAsia"/>
        </w:rPr>
      </w:pPr>
    </w:p>
    <w:p w14:paraId="02B95679" w14:textId="77777777" w:rsidR="00D93F19" w:rsidRDefault="00000000">
      <w:pPr>
        <w:pStyle w:val="Small"/>
        <w:rPr>
          <w:rFonts w:hint="eastAsia"/>
        </w:rPr>
      </w:pPr>
      <w:r>
        <w:t>Base tecnica: INAIL, «Interventi di manutenzione straordinaria su apparecchi di sollevamento di tipo fisso», ottobre 2026.</w:t>
      </w:r>
    </w:p>
    <w:p w14:paraId="1B371070" w14:textId="77777777" w:rsidR="00D93F19" w:rsidRDefault="00000000">
      <w:pPr>
        <w:pStyle w:val="Kicker"/>
        <w:rPr>
          <w:rFonts w:hint="eastAsia"/>
        </w:rPr>
      </w:pPr>
      <w:r>
        <w:t>MODELLO DA PERSONALIZZARE, VERIFICARE E APPROVARE PRIMA DELL’UTILIZZO</w:t>
      </w:r>
    </w:p>
    <w:p w14:paraId="2A7E602C" w14:textId="77777777" w:rsidR="00D93F19" w:rsidRDefault="00000000">
      <w:pPr>
        <w:pStyle w:val="Kicker"/>
        <w:pageBreakBefore/>
        <w:rPr>
          <w:rFonts w:hint="eastAsia"/>
        </w:rPr>
      </w:pPr>
      <w:r>
        <w:lastRenderedPageBreak/>
        <w:t>CONTROLLO DOCUMENTALE</w:t>
      </w:r>
    </w:p>
    <w:p w14:paraId="4D3C4D67" w14:textId="77777777" w:rsidR="00D93F19" w:rsidRDefault="00000000">
      <w:pPr>
        <w:pStyle w:val="Titolo1"/>
      </w:pPr>
      <w:bookmarkStart w:id="1" w:name="P2"/>
      <w:r>
        <w:t>Gestione e approvazione del documento</w:t>
      </w:r>
      <w:bookmarkEnd w:id="1"/>
    </w:p>
    <w:p w14:paraId="1D7244F5" w14:textId="77777777" w:rsidR="00D93F19" w:rsidRDefault="00000000">
      <w:pPr>
        <w:rPr>
          <w:rFonts w:hint="eastAsia"/>
        </w:rPr>
      </w:pPr>
      <w:r>
        <w:t>Questa procedura organizza le decisioni, le attività e le evidenze necessarie per gestire interventi su apparecchi di sollevamento fissi. Non è una relazione tecnica relativa a una macchina reale e non autorizza, da sola, alcuna trasformazione, prova o rimessa in servizio.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3628"/>
        <w:gridCol w:w="3118"/>
        <w:gridCol w:w="3118"/>
      </w:tblGrid>
      <w:tr w:rsidR="00D93F19" w14:paraId="2B233DDE" w14:textId="77777777">
        <w:trPr>
          <w:cantSplit/>
          <w:tblHeader/>
          <w:jc w:val="center"/>
        </w:trPr>
        <w:tc>
          <w:tcPr>
            <w:tcW w:w="3628" w:type="dxa"/>
            <w:shd w:val="clear" w:color="auto" w:fill="15344B"/>
            <w:vAlign w:val="center"/>
          </w:tcPr>
          <w:p w14:paraId="43CC2AFE" w14:textId="77777777" w:rsidR="00D93F19" w:rsidRDefault="00000000">
            <w:pPr>
              <w:pStyle w:val="TableText"/>
              <w:rPr>
                <w:rFonts w:hint="eastAsia"/>
              </w:rPr>
            </w:pPr>
            <w:r>
              <w:rPr>
                <w:b/>
                <w:color w:val="FFFFFF"/>
              </w:rPr>
              <w:t>FUNZIONE</w:t>
            </w:r>
          </w:p>
        </w:tc>
        <w:tc>
          <w:tcPr>
            <w:tcW w:w="3118" w:type="dxa"/>
            <w:shd w:val="clear" w:color="auto" w:fill="15344B"/>
            <w:vAlign w:val="center"/>
          </w:tcPr>
          <w:p w14:paraId="0A9A30C3" w14:textId="77777777" w:rsidR="00D93F19" w:rsidRDefault="00000000">
            <w:pPr>
              <w:pStyle w:val="TableText"/>
              <w:rPr>
                <w:rFonts w:hint="eastAsia"/>
              </w:rPr>
            </w:pPr>
            <w:r>
              <w:rPr>
                <w:b/>
                <w:color w:val="FFFFFF"/>
              </w:rPr>
              <w:t>RESPONSABILE</w:t>
            </w:r>
          </w:p>
        </w:tc>
        <w:tc>
          <w:tcPr>
            <w:tcW w:w="3118" w:type="dxa"/>
            <w:shd w:val="clear" w:color="auto" w:fill="15344B"/>
            <w:vAlign w:val="center"/>
          </w:tcPr>
          <w:p w14:paraId="584D5E30" w14:textId="77777777" w:rsidR="00D93F19" w:rsidRDefault="00000000">
            <w:pPr>
              <w:pStyle w:val="TableText"/>
              <w:rPr>
                <w:rFonts w:hint="eastAsia"/>
              </w:rPr>
            </w:pPr>
            <w:r>
              <w:rPr>
                <w:b/>
                <w:color w:val="FFFFFF"/>
              </w:rPr>
              <w:t>DATA / FIRMA</w:t>
            </w:r>
          </w:p>
        </w:tc>
      </w:tr>
      <w:tr w:rsidR="00D93F19" w14:paraId="4ED087A8" w14:textId="77777777">
        <w:trPr>
          <w:cantSplit/>
          <w:jc w:val="center"/>
        </w:trPr>
        <w:tc>
          <w:tcPr>
            <w:tcW w:w="3628" w:type="dxa"/>
            <w:shd w:val="clear" w:color="auto" w:fill="F2F6F8"/>
            <w:vAlign w:val="center"/>
          </w:tcPr>
          <w:p w14:paraId="02092CBE" w14:textId="77777777" w:rsidR="00D93F19" w:rsidRDefault="00000000">
            <w:pPr>
              <w:pStyle w:val="TableText"/>
              <w:rPr>
                <w:rFonts w:hint="eastAsia"/>
              </w:rPr>
            </w:pPr>
            <w:r>
              <w:t>Redazione aziendale</w:t>
            </w:r>
          </w:p>
        </w:tc>
        <w:tc>
          <w:tcPr>
            <w:tcW w:w="3118" w:type="dxa"/>
            <w:shd w:val="clear" w:color="auto" w:fill="F2F6F8"/>
            <w:vAlign w:val="center"/>
          </w:tcPr>
          <w:p w14:paraId="35062641" w14:textId="77777777" w:rsidR="00D93F19" w:rsidRDefault="00000000">
            <w:pPr>
              <w:pStyle w:val="TableText"/>
              <w:rPr>
                <w:rFonts w:hint="eastAsia"/>
              </w:rPr>
            </w:pPr>
            <w:r>
              <w:t>____________________________</w:t>
            </w:r>
          </w:p>
        </w:tc>
        <w:tc>
          <w:tcPr>
            <w:tcW w:w="3118" w:type="dxa"/>
            <w:shd w:val="clear" w:color="auto" w:fill="F2F6F8"/>
            <w:vAlign w:val="center"/>
          </w:tcPr>
          <w:p w14:paraId="47F64C0E" w14:textId="77777777" w:rsidR="00D93F19" w:rsidRDefault="00000000">
            <w:pPr>
              <w:pStyle w:val="TableText"/>
              <w:rPr>
                <w:rFonts w:hint="eastAsia"/>
              </w:rPr>
            </w:pPr>
            <w:r>
              <w:t>______________________</w:t>
            </w:r>
          </w:p>
        </w:tc>
      </w:tr>
      <w:tr w:rsidR="00D93F19" w14:paraId="6B48BE64" w14:textId="77777777">
        <w:trPr>
          <w:cantSplit/>
          <w:jc w:val="center"/>
        </w:trPr>
        <w:tc>
          <w:tcPr>
            <w:tcW w:w="3628" w:type="dxa"/>
            <w:vAlign w:val="center"/>
          </w:tcPr>
          <w:p w14:paraId="30F11851" w14:textId="77777777" w:rsidR="00D93F19" w:rsidRDefault="00000000">
            <w:pPr>
              <w:pStyle w:val="TableText"/>
              <w:rPr>
                <w:rFonts w:hint="eastAsia"/>
              </w:rPr>
            </w:pPr>
            <w:r>
              <w:t>Verifica tecnica</w:t>
            </w:r>
          </w:p>
        </w:tc>
        <w:tc>
          <w:tcPr>
            <w:tcW w:w="3118" w:type="dxa"/>
            <w:vAlign w:val="center"/>
          </w:tcPr>
          <w:p w14:paraId="2C3E9E90" w14:textId="77777777" w:rsidR="00D93F19" w:rsidRDefault="00000000">
            <w:pPr>
              <w:pStyle w:val="TableText"/>
              <w:rPr>
                <w:rFonts w:hint="eastAsia"/>
              </w:rPr>
            </w:pPr>
            <w:r>
              <w:t>____________________________</w:t>
            </w:r>
          </w:p>
        </w:tc>
        <w:tc>
          <w:tcPr>
            <w:tcW w:w="3118" w:type="dxa"/>
            <w:vAlign w:val="center"/>
          </w:tcPr>
          <w:p w14:paraId="7955CA8F" w14:textId="77777777" w:rsidR="00D93F19" w:rsidRDefault="00000000">
            <w:pPr>
              <w:pStyle w:val="TableText"/>
              <w:rPr>
                <w:rFonts w:hint="eastAsia"/>
              </w:rPr>
            </w:pPr>
            <w:r>
              <w:t>______________________</w:t>
            </w:r>
          </w:p>
        </w:tc>
      </w:tr>
      <w:tr w:rsidR="00D93F19" w14:paraId="14DD9763" w14:textId="77777777">
        <w:trPr>
          <w:cantSplit/>
          <w:jc w:val="center"/>
        </w:trPr>
        <w:tc>
          <w:tcPr>
            <w:tcW w:w="3628" w:type="dxa"/>
            <w:shd w:val="clear" w:color="auto" w:fill="F2F6F8"/>
            <w:vAlign w:val="center"/>
          </w:tcPr>
          <w:p w14:paraId="60BCF8A3" w14:textId="77777777" w:rsidR="00D93F19" w:rsidRDefault="00000000">
            <w:pPr>
              <w:pStyle w:val="TableText"/>
              <w:rPr>
                <w:rFonts w:hint="eastAsia"/>
              </w:rPr>
            </w:pPr>
            <w:r>
              <w:t>Verifica organizzativa SSL</w:t>
            </w:r>
          </w:p>
        </w:tc>
        <w:tc>
          <w:tcPr>
            <w:tcW w:w="3118" w:type="dxa"/>
            <w:shd w:val="clear" w:color="auto" w:fill="F2F6F8"/>
            <w:vAlign w:val="center"/>
          </w:tcPr>
          <w:p w14:paraId="4C9B7E39" w14:textId="77777777" w:rsidR="00D93F19" w:rsidRDefault="00000000">
            <w:pPr>
              <w:pStyle w:val="TableText"/>
              <w:rPr>
                <w:rFonts w:hint="eastAsia"/>
              </w:rPr>
            </w:pPr>
            <w:r>
              <w:t>____________________________</w:t>
            </w:r>
          </w:p>
        </w:tc>
        <w:tc>
          <w:tcPr>
            <w:tcW w:w="3118" w:type="dxa"/>
            <w:shd w:val="clear" w:color="auto" w:fill="F2F6F8"/>
            <w:vAlign w:val="center"/>
          </w:tcPr>
          <w:p w14:paraId="044637F6" w14:textId="77777777" w:rsidR="00D93F19" w:rsidRDefault="00000000">
            <w:pPr>
              <w:pStyle w:val="TableText"/>
              <w:rPr>
                <w:rFonts w:hint="eastAsia"/>
              </w:rPr>
            </w:pPr>
            <w:r>
              <w:t>______________________</w:t>
            </w:r>
          </w:p>
        </w:tc>
      </w:tr>
      <w:tr w:rsidR="00D93F19" w14:paraId="7038F0DD" w14:textId="77777777">
        <w:trPr>
          <w:cantSplit/>
          <w:jc w:val="center"/>
        </w:trPr>
        <w:tc>
          <w:tcPr>
            <w:tcW w:w="3628" w:type="dxa"/>
            <w:vAlign w:val="center"/>
          </w:tcPr>
          <w:p w14:paraId="14055B3A" w14:textId="77777777" w:rsidR="00D93F19" w:rsidRDefault="00000000">
            <w:pPr>
              <w:pStyle w:val="TableText"/>
              <w:rPr>
                <w:rFonts w:hint="eastAsia"/>
              </w:rPr>
            </w:pPr>
            <w:r>
              <w:t>Approvazione del datore di lavoro</w:t>
            </w:r>
          </w:p>
        </w:tc>
        <w:tc>
          <w:tcPr>
            <w:tcW w:w="3118" w:type="dxa"/>
            <w:vAlign w:val="center"/>
          </w:tcPr>
          <w:p w14:paraId="2C8984A2" w14:textId="77777777" w:rsidR="00D93F19" w:rsidRDefault="00000000">
            <w:pPr>
              <w:pStyle w:val="TableText"/>
              <w:rPr>
                <w:rFonts w:hint="eastAsia"/>
              </w:rPr>
            </w:pPr>
            <w:r>
              <w:t>____________________________</w:t>
            </w:r>
          </w:p>
        </w:tc>
        <w:tc>
          <w:tcPr>
            <w:tcW w:w="3118" w:type="dxa"/>
            <w:vAlign w:val="center"/>
          </w:tcPr>
          <w:p w14:paraId="32B1F60C" w14:textId="77777777" w:rsidR="00D93F19" w:rsidRDefault="00000000">
            <w:pPr>
              <w:pStyle w:val="TableText"/>
              <w:rPr>
                <w:rFonts w:hint="eastAsia"/>
              </w:rPr>
            </w:pPr>
            <w:r>
              <w:t>______________________</w:t>
            </w:r>
          </w:p>
        </w:tc>
      </w:tr>
    </w:tbl>
    <w:p w14:paraId="537D4B90" w14:textId="77777777" w:rsidR="00D93F19" w:rsidRDefault="00D93F19">
      <w:pPr>
        <w:spacing w:after="0" w:line="20" w:lineRule="exact"/>
        <w:rPr>
          <w:rFonts w:hint="eastAsia"/>
        </w:rPr>
      </w:pPr>
    </w:p>
    <w:p w14:paraId="08C8C821" w14:textId="77777777" w:rsidR="00D93F19" w:rsidRDefault="00000000">
      <w:pPr>
        <w:pStyle w:val="Titolo2"/>
      </w:pPr>
      <w:r>
        <w:t>Condizioni per l’adozione</w:t>
      </w:r>
    </w:p>
    <w:p w14:paraId="19B25449" w14:textId="77777777" w:rsidR="00D93F19" w:rsidRDefault="00000000">
      <w:pPr>
        <w:pStyle w:val="Puntoelenco"/>
        <w:rPr>
          <w:rFonts w:hint="eastAsia"/>
        </w:rPr>
      </w:pPr>
      <w:r>
        <w:t>Identificare macchine, luoghi, ruoli, imprese coinvolte, istruzioni del fabbricante e procedure aziendali collegate; compilare gli allegati pertinenti.</w:t>
      </w:r>
    </w:p>
    <w:p w14:paraId="69583422" w14:textId="77777777" w:rsidR="00D93F19" w:rsidRDefault="00000000">
      <w:pPr>
        <w:pStyle w:val="Puntoelenco"/>
        <w:rPr>
          <w:rFonts w:hint="eastAsia"/>
        </w:rPr>
      </w:pPr>
      <w:r>
        <w:t>Far definire alla persona competente i limiti tecnici, i criteri di accettazione, gli eventuali calcoli e le prove. Non utilizzare valori presunti per portate, serraggi, ancoraggi o carichi di prova.</w:t>
      </w:r>
    </w:p>
    <w:p w14:paraId="77D4DE5B" w14:textId="77777777" w:rsidR="00D93F19" w:rsidRDefault="00000000">
      <w:pPr>
        <w:pStyle w:val="Puntoelenco"/>
        <w:rPr>
          <w:rFonts w:hint="eastAsia"/>
        </w:rPr>
      </w:pPr>
      <w:r>
        <w:t>Coordinare il documento con la valutazione dei rischi, la gestione degli appalti, i lavori elettrici, gli accessi in quota e il piano di emergenza applicabili.</w:t>
      </w:r>
    </w:p>
    <w:p w14:paraId="3C633960" w14:textId="77777777" w:rsidR="00D93F19" w:rsidRDefault="00000000">
      <w:pPr>
        <w:pStyle w:val="Puntoelenco"/>
        <w:rPr>
          <w:rFonts w:hint="eastAsia"/>
        </w:rPr>
      </w:pPr>
      <w:r>
        <w:t>Rendere disponibili ai lavoratori istruzioni comprensibili e aggiornate, verificandone l’apprendimento; ritirare le revisioni superate.</w:t>
      </w:r>
    </w:p>
    <w:p w14:paraId="459CFC81" w14:textId="77777777" w:rsidR="00D93F19" w:rsidRDefault="00000000">
      <w:pPr>
        <w:pStyle w:val="Titolo2"/>
      </w:pPr>
      <w:r>
        <w:t>Come sono distinti i contenuti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268"/>
        <w:gridCol w:w="7597"/>
      </w:tblGrid>
      <w:tr w:rsidR="00D93F19" w14:paraId="77D7095F" w14:textId="77777777">
        <w:trPr>
          <w:cantSplit/>
          <w:tblHeader/>
          <w:jc w:val="center"/>
        </w:trPr>
        <w:tc>
          <w:tcPr>
            <w:tcW w:w="2268" w:type="dxa"/>
            <w:shd w:val="clear" w:color="auto" w:fill="15344B"/>
            <w:vAlign w:val="center"/>
          </w:tcPr>
          <w:p w14:paraId="328FB888" w14:textId="77777777" w:rsidR="00D93F19" w:rsidRDefault="00000000">
            <w:pPr>
              <w:pStyle w:val="TableText"/>
              <w:rPr>
                <w:rFonts w:hint="eastAsia"/>
              </w:rPr>
            </w:pPr>
            <w:r>
              <w:rPr>
                <w:b/>
                <w:color w:val="FFFFFF"/>
              </w:rPr>
              <w:t>SIGLA</w:t>
            </w:r>
          </w:p>
        </w:tc>
        <w:tc>
          <w:tcPr>
            <w:tcW w:w="7597" w:type="dxa"/>
            <w:shd w:val="clear" w:color="auto" w:fill="15344B"/>
            <w:vAlign w:val="center"/>
          </w:tcPr>
          <w:p w14:paraId="4EA700D0" w14:textId="77777777" w:rsidR="00D93F19" w:rsidRDefault="00000000">
            <w:pPr>
              <w:pStyle w:val="TableText"/>
              <w:rPr>
                <w:rFonts w:hint="eastAsia"/>
              </w:rPr>
            </w:pPr>
            <w:r>
              <w:rPr>
                <w:b/>
                <w:color w:val="FFFFFF"/>
              </w:rPr>
              <w:t>SIGNIFICATO</w:t>
            </w:r>
          </w:p>
        </w:tc>
      </w:tr>
      <w:tr w:rsidR="00D93F19" w14:paraId="204D493B" w14:textId="77777777">
        <w:trPr>
          <w:cantSplit/>
          <w:jc w:val="center"/>
        </w:trPr>
        <w:tc>
          <w:tcPr>
            <w:tcW w:w="2268" w:type="dxa"/>
            <w:shd w:val="clear" w:color="auto" w:fill="F2F6F8"/>
            <w:vAlign w:val="center"/>
          </w:tcPr>
          <w:p w14:paraId="0F8F6B3D" w14:textId="77777777" w:rsidR="00D93F19" w:rsidRDefault="00000000">
            <w:pPr>
              <w:pStyle w:val="TableText"/>
              <w:rPr>
                <w:rFonts w:hint="eastAsia"/>
              </w:rPr>
            </w:pPr>
            <w:r>
              <w:t>F – Fonte INAIL</w:t>
            </w:r>
          </w:p>
        </w:tc>
        <w:tc>
          <w:tcPr>
            <w:tcW w:w="7597" w:type="dxa"/>
            <w:shd w:val="clear" w:color="auto" w:fill="F2F6F8"/>
            <w:vAlign w:val="center"/>
          </w:tcPr>
          <w:p w14:paraId="0C11C207" w14:textId="77777777" w:rsidR="00D93F19" w:rsidRDefault="00000000">
            <w:pPr>
              <w:pStyle w:val="TableText"/>
              <w:rPr>
                <w:rFonts w:hint="eastAsia"/>
              </w:rPr>
            </w:pPr>
            <w:r>
              <w:t>Criteri e documenti ricavati dalla pubblicazione allegata. I rinvii indicano le pagine stampate, non la posizione del file PDF.</w:t>
            </w:r>
          </w:p>
        </w:tc>
      </w:tr>
      <w:tr w:rsidR="00D93F19" w14:paraId="78A5DEDB" w14:textId="77777777">
        <w:trPr>
          <w:cantSplit/>
          <w:jc w:val="center"/>
        </w:trPr>
        <w:tc>
          <w:tcPr>
            <w:tcW w:w="2268" w:type="dxa"/>
            <w:vAlign w:val="center"/>
          </w:tcPr>
          <w:p w14:paraId="4FFF293C" w14:textId="77777777" w:rsidR="00D93F19" w:rsidRDefault="00000000">
            <w:pPr>
              <w:pStyle w:val="TableText"/>
              <w:rPr>
                <w:rFonts w:hint="eastAsia"/>
              </w:rPr>
            </w:pPr>
            <w:r>
              <w:t>O – Organizzazione aziendale</w:t>
            </w:r>
          </w:p>
        </w:tc>
        <w:tc>
          <w:tcPr>
            <w:tcW w:w="7597" w:type="dxa"/>
            <w:vAlign w:val="center"/>
          </w:tcPr>
          <w:p w14:paraId="0ADDC39C" w14:textId="77777777" w:rsidR="00D93F19" w:rsidRDefault="00000000">
            <w:pPr>
              <w:pStyle w:val="TableText"/>
              <w:rPr>
                <w:rFonts w:hint="eastAsia"/>
              </w:rPr>
            </w:pPr>
            <w:r>
              <w:t>Sequenze, punti di arresto, permessi e modulistica originali proposti per attuare il controllo dell’intervento. Diventano regole interne solo dopo l’adozione.</w:t>
            </w:r>
          </w:p>
        </w:tc>
      </w:tr>
      <w:tr w:rsidR="00D93F19" w14:paraId="4C94E1D4" w14:textId="77777777">
        <w:trPr>
          <w:cantSplit/>
          <w:jc w:val="center"/>
        </w:trPr>
        <w:tc>
          <w:tcPr>
            <w:tcW w:w="2268" w:type="dxa"/>
            <w:shd w:val="clear" w:color="auto" w:fill="F2F6F8"/>
            <w:vAlign w:val="center"/>
          </w:tcPr>
          <w:p w14:paraId="0E6377B0" w14:textId="77777777" w:rsidR="00D93F19" w:rsidRDefault="00000000">
            <w:pPr>
              <w:pStyle w:val="TableText"/>
              <w:rPr>
                <w:rFonts w:hint="eastAsia"/>
              </w:rPr>
            </w:pPr>
            <w:r>
              <w:t>E – Integrazione esterna</w:t>
            </w:r>
          </w:p>
        </w:tc>
        <w:tc>
          <w:tcPr>
            <w:tcW w:w="7597" w:type="dxa"/>
            <w:shd w:val="clear" w:color="auto" w:fill="F2F6F8"/>
            <w:vAlign w:val="center"/>
          </w:tcPr>
          <w:p w14:paraId="18F365CB" w14:textId="77777777" w:rsidR="00D93F19" w:rsidRDefault="00000000">
            <w:pPr>
              <w:pStyle w:val="TableText"/>
              <w:rPr>
                <w:rFonts w:hint="eastAsia"/>
              </w:rPr>
            </w:pPr>
            <w:r>
              <w:t>Precisazioni circoscritte e fonti pubbliche distinte dalla pubblicazione. Non equivalgono a una verifica esaustiva dell’intero quadro normativo.</w:t>
            </w:r>
          </w:p>
        </w:tc>
      </w:tr>
    </w:tbl>
    <w:p w14:paraId="06A86DFE"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69CA745C" w14:textId="77777777">
        <w:trPr>
          <w:cantSplit/>
        </w:trPr>
        <w:tc>
          <w:tcPr>
            <w:tcW w:w="9866" w:type="dxa"/>
            <w:shd w:val="clear" w:color="auto" w:fill="FFF5E2"/>
            <w:vAlign w:val="center"/>
          </w:tcPr>
          <w:p w14:paraId="069052F0" w14:textId="77777777" w:rsidR="00D93F19" w:rsidRDefault="00000000">
            <w:pPr>
              <w:pStyle w:val="TableText"/>
              <w:rPr>
                <w:rFonts w:hint="eastAsia"/>
              </w:rPr>
            </w:pPr>
            <w:r>
              <w:rPr>
                <w:color w:val="A53435"/>
              </w:rPr>
              <w:t>Nessuna casella selezionata equivale a una certificazione. La qualificazione dell’intervento compete a chi lo realizza e deve essere sostenuta da valutazioni documentate. Il verificatore esamina l’adeguatezza della documentazione: non sostituisce tale responsabilità.</w:t>
            </w:r>
          </w:p>
        </w:tc>
      </w:tr>
    </w:tbl>
    <w:p w14:paraId="16DEEFF3" w14:textId="77777777" w:rsidR="00D93F19" w:rsidRDefault="00D93F19">
      <w:pPr>
        <w:spacing w:after="0" w:line="20" w:lineRule="exact"/>
        <w:rPr>
          <w:rFonts w:hint="eastAsia"/>
        </w:rPr>
      </w:pPr>
    </w:p>
    <w:p w14:paraId="01A800CB" w14:textId="77777777" w:rsidR="00D93F19" w:rsidRDefault="00000000">
      <w:pPr>
        <w:pStyle w:val="Small"/>
        <w:rPr>
          <w:rFonts w:hint="eastAsia"/>
        </w:rPr>
      </w:pPr>
      <w:r>
        <w:t>F: INAIL 2026, premessa p. 5 e introduzione pp. 7–12. Redazione assistita da IA; necessaria revisione dei responsabili tecnici e aziendali prima dell’adozione. Nessuna approvazione INAIL è implicita.</w:t>
      </w:r>
    </w:p>
    <w:p w14:paraId="2533121D" w14:textId="77777777" w:rsidR="00D93F19" w:rsidRDefault="00000000">
      <w:pPr>
        <w:pStyle w:val="Kicker"/>
        <w:pageBreakBefore/>
        <w:rPr>
          <w:rFonts w:hint="eastAsia"/>
        </w:rPr>
      </w:pPr>
      <w:r>
        <w:t>NAVIGAZIONE INTERNA</w:t>
      </w:r>
    </w:p>
    <w:p w14:paraId="334A9603" w14:textId="77777777" w:rsidR="00D93F19" w:rsidRDefault="00000000">
      <w:pPr>
        <w:pStyle w:val="Titolo1"/>
      </w:pPr>
      <w:bookmarkStart w:id="2" w:name="P3"/>
      <w:r>
        <w:t>Indice della procedura</w:t>
      </w:r>
      <w:bookmarkEnd w:id="2"/>
    </w:p>
    <w:p w14:paraId="4F69CE43" w14:textId="77777777" w:rsidR="00D93F19" w:rsidRDefault="00000000">
      <w:pPr>
        <w:pStyle w:val="Small"/>
        <w:rPr>
          <w:rFonts w:hint="eastAsia"/>
        </w:rPr>
      </w:pPr>
      <w:r>
        <w:t>Fare clic sul titolo per raggiungere la sezione. Le schede 1.01–1.15 sono ordinate come nella pubblicazione di riferimento. Gli allegati sono raccolti nella seconda parte e sono modificabili in Word.</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8957"/>
        <w:gridCol w:w="907"/>
      </w:tblGrid>
      <w:tr w:rsidR="00D93F19" w14:paraId="46B78335" w14:textId="77777777">
        <w:trPr>
          <w:cantSplit/>
          <w:tblHeader/>
          <w:jc w:val="center"/>
        </w:trPr>
        <w:tc>
          <w:tcPr>
            <w:tcW w:w="8957" w:type="dxa"/>
            <w:shd w:val="clear" w:color="auto" w:fill="15344B"/>
            <w:vAlign w:val="center"/>
          </w:tcPr>
          <w:p w14:paraId="291AC861" w14:textId="77777777" w:rsidR="00D93F19" w:rsidRDefault="00000000">
            <w:pPr>
              <w:pStyle w:val="TableText"/>
              <w:rPr>
                <w:rFonts w:hint="eastAsia"/>
              </w:rPr>
            </w:pPr>
            <w:r>
              <w:rPr>
                <w:b/>
                <w:color w:val="FFFFFF"/>
              </w:rPr>
              <w:t>SEZIONE</w:t>
            </w:r>
          </w:p>
        </w:tc>
        <w:tc>
          <w:tcPr>
            <w:tcW w:w="907" w:type="dxa"/>
            <w:shd w:val="clear" w:color="auto" w:fill="15344B"/>
            <w:vAlign w:val="center"/>
          </w:tcPr>
          <w:p w14:paraId="0385FFEB" w14:textId="77777777" w:rsidR="00D93F19" w:rsidRDefault="00000000">
            <w:pPr>
              <w:pStyle w:val="TableText"/>
              <w:rPr>
                <w:rFonts w:hint="eastAsia"/>
              </w:rPr>
            </w:pPr>
            <w:r>
              <w:rPr>
                <w:b/>
                <w:color w:val="FFFFFF"/>
              </w:rPr>
              <w:t>PAG.</w:t>
            </w:r>
          </w:p>
        </w:tc>
      </w:tr>
      <w:tr w:rsidR="00D93F19" w14:paraId="601B0C0B" w14:textId="77777777">
        <w:trPr>
          <w:cantSplit/>
          <w:jc w:val="center"/>
        </w:trPr>
        <w:tc>
          <w:tcPr>
            <w:tcW w:w="8957" w:type="dxa"/>
            <w:shd w:val="clear" w:color="auto" w:fill="F2F6F8"/>
          </w:tcPr>
          <w:p w14:paraId="093161DF" w14:textId="77777777" w:rsidR="00D93F19" w:rsidRDefault="00000000">
            <w:pPr>
              <w:pStyle w:val="TableText"/>
              <w:rPr>
                <w:rFonts w:hint="eastAsia"/>
              </w:rPr>
            </w:pPr>
            <w:hyperlink w:anchor="P2" w:history="1">
              <w:r>
                <w:rPr>
                  <w:color w:val="15344B"/>
                </w:rPr>
                <w:t>Gestione, approvazione e condizioni d’uso</w:t>
              </w:r>
            </w:hyperlink>
          </w:p>
        </w:tc>
        <w:tc>
          <w:tcPr>
            <w:tcW w:w="907" w:type="dxa"/>
            <w:shd w:val="clear" w:color="auto" w:fill="F2F6F8"/>
            <w:vAlign w:val="center"/>
          </w:tcPr>
          <w:p w14:paraId="468464C7" w14:textId="77777777" w:rsidR="00D93F19" w:rsidRDefault="00000000">
            <w:pPr>
              <w:pStyle w:val="TableText"/>
              <w:spacing w:after="30" w:line="245" w:lineRule="auto"/>
              <w:jc w:val="center"/>
              <w:rPr>
                <w:rFonts w:hint="eastAsia"/>
              </w:rPr>
            </w:pPr>
            <w:r>
              <w:fldChar w:fldCharType="begin"/>
            </w:r>
            <w:r>
              <w:instrText>PAGEREF P2 \h</w:instrText>
            </w:r>
            <w:r>
              <w:rPr>
                <w:rFonts w:hint="eastAsia"/>
              </w:rPr>
              <w:fldChar w:fldCharType="separate"/>
            </w:r>
            <w:r w:rsidR="00C1183A">
              <w:rPr>
                <w:rFonts w:hint="eastAsia"/>
                <w:noProof/>
              </w:rPr>
              <w:t>1</w:t>
            </w:r>
            <w:r>
              <w:fldChar w:fldCharType="end"/>
            </w:r>
          </w:p>
        </w:tc>
      </w:tr>
      <w:tr w:rsidR="00D93F19" w14:paraId="0F3A9C82" w14:textId="77777777">
        <w:trPr>
          <w:cantSplit/>
          <w:jc w:val="center"/>
        </w:trPr>
        <w:tc>
          <w:tcPr>
            <w:tcW w:w="8957" w:type="dxa"/>
          </w:tcPr>
          <w:p w14:paraId="08A9F577" w14:textId="77777777" w:rsidR="00D93F19" w:rsidRDefault="00000000">
            <w:pPr>
              <w:pStyle w:val="TableText"/>
              <w:rPr>
                <w:rFonts w:hint="eastAsia"/>
              </w:rPr>
            </w:pPr>
            <w:hyperlink w:anchor="P5" w:history="1">
              <w:r>
                <w:rPr>
                  <w:color w:val="15344B"/>
                </w:rPr>
                <w:t>01 • Scopo, campo di applicazione e limiti</w:t>
              </w:r>
            </w:hyperlink>
          </w:p>
        </w:tc>
        <w:tc>
          <w:tcPr>
            <w:tcW w:w="907" w:type="dxa"/>
            <w:vAlign w:val="center"/>
          </w:tcPr>
          <w:p w14:paraId="7B3A862E" w14:textId="77777777" w:rsidR="00D93F19" w:rsidRDefault="00000000">
            <w:pPr>
              <w:pStyle w:val="TableText"/>
              <w:spacing w:after="30" w:line="245" w:lineRule="auto"/>
              <w:jc w:val="center"/>
              <w:rPr>
                <w:rFonts w:hint="eastAsia"/>
              </w:rPr>
            </w:pPr>
            <w:r>
              <w:fldChar w:fldCharType="begin"/>
            </w:r>
            <w:r>
              <w:instrText>PAGEREF P5 \h</w:instrText>
            </w:r>
            <w:r>
              <w:rPr>
                <w:rFonts w:hint="eastAsia"/>
              </w:rPr>
              <w:fldChar w:fldCharType="separate"/>
            </w:r>
            <w:r w:rsidR="00C1183A">
              <w:rPr>
                <w:rFonts w:hint="eastAsia"/>
                <w:noProof/>
              </w:rPr>
              <w:t>1</w:t>
            </w:r>
            <w:r>
              <w:fldChar w:fldCharType="end"/>
            </w:r>
          </w:p>
        </w:tc>
      </w:tr>
      <w:tr w:rsidR="00D93F19" w14:paraId="08656E05" w14:textId="77777777">
        <w:trPr>
          <w:cantSplit/>
          <w:jc w:val="center"/>
        </w:trPr>
        <w:tc>
          <w:tcPr>
            <w:tcW w:w="8957" w:type="dxa"/>
            <w:shd w:val="clear" w:color="auto" w:fill="F2F6F8"/>
          </w:tcPr>
          <w:p w14:paraId="5692DC33" w14:textId="77777777" w:rsidR="00D93F19" w:rsidRDefault="00000000">
            <w:pPr>
              <w:pStyle w:val="TableText"/>
              <w:rPr>
                <w:rFonts w:hint="eastAsia"/>
              </w:rPr>
            </w:pPr>
            <w:hyperlink w:anchor="P6" w:history="1">
              <w:r>
                <w:rPr>
                  <w:color w:val="15344B"/>
                </w:rPr>
                <w:t>02 • Fonti e riferimenti applicativi</w:t>
              </w:r>
            </w:hyperlink>
          </w:p>
        </w:tc>
        <w:tc>
          <w:tcPr>
            <w:tcW w:w="907" w:type="dxa"/>
            <w:shd w:val="clear" w:color="auto" w:fill="F2F6F8"/>
            <w:vAlign w:val="center"/>
          </w:tcPr>
          <w:p w14:paraId="5B167A7A" w14:textId="77777777" w:rsidR="00D93F19" w:rsidRDefault="00000000">
            <w:pPr>
              <w:pStyle w:val="TableText"/>
              <w:spacing w:after="30" w:line="245" w:lineRule="auto"/>
              <w:jc w:val="center"/>
              <w:rPr>
                <w:rFonts w:hint="eastAsia"/>
              </w:rPr>
            </w:pPr>
            <w:r>
              <w:fldChar w:fldCharType="begin"/>
            </w:r>
            <w:r>
              <w:instrText>PAGEREF P6 \h</w:instrText>
            </w:r>
            <w:r>
              <w:rPr>
                <w:rFonts w:hint="eastAsia"/>
              </w:rPr>
              <w:fldChar w:fldCharType="separate"/>
            </w:r>
            <w:r w:rsidR="00C1183A">
              <w:rPr>
                <w:rFonts w:hint="eastAsia"/>
                <w:noProof/>
              </w:rPr>
              <w:t>1</w:t>
            </w:r>
            <w:r>
              <w:fldChar w:fldCharType="end"/>
            </w:r>
          </w:p>
        </w:tc>
      </w:tr>
      <w:tr w:rsidR="00D93F19" w14:paraId="5E41D7C6" w14:textId="77777777">
        <w:trPr>
          <w:cantSplit/>
          <w:jc w:val="center"/>
        </w:trPr>
        <w:tc>
          <w:tcPr>
            <w:tcW w:w="8957" w:type="dxa"/>
          </w:tcPr>
          <w:p w14:paraId="363A652C" w14:textId="77777777" w:rsidR="00D93F19" w:rsidRDefault="00000000">
            <w:pPr>
              <w:pStyle w:val="TableText"/>
              <w:rPr>
                <w:rFonts w:hint="eastAsia"/>
              </w:rPr>
            </w:pPr>
            <w:hyperlink w:anchor="P7" w:history="1">
              <w:r>
                <w:rPr>
                  <w:color w:val="15344B"/>
                </w:rPr>
                <w:t>03 • Ruoli, competenze e responsabilità</w:t>
              </w:r>
            </w:hyperlink>
          </w:p>
        </w:tc>
        <w:tc>
          <w:tcPr>
            <w:tcW w:w="907" w:type="dxa"/>
            <w:vAlign w:val="center"/>
          </w:tcPr>
          <w:p w14:paraId="79481B07" w14:textId="77777777" w:rsidR="00D93F19" w:rsidRDefault="00000000">
            <w:pPr>
              <w:pStyle w:val="TableText"/>
              <w:spacing w:after="30" w:line="245" w:lineRule="auto"/>
              <w:jc w:val="center"/>
              <w:rPr>
                <w:rFonts w:hint="eastAsia"/>
              </w:rPr>
            </w:pPr>
            <w:r>
              <w:fldChar w:fldCharType="begin"/>
            </w:r>
            <w:r>
              <w:instrText>PAGEREF P7 \h</w:instrText>
            </w:r>
            <w:r>
              <w:rPr>
                <w:rFonts w:hint="eastAsia"/>
              </w:rPr>
              <w:fldChar w:fldCharType="separate"/>
            </w:r>
            <w:r w:rsidR="00C1183A">
              <w:rPr>
                <w:rFonts w:hint="eastAsia"/>
                <w:noProof/>
              </w:rPr>
              <w:t>1</w:t>
            </w:r>
            <w:r>
              <w:fldChar w:fldCharType="end"/>
            </w:r>
          </w:p>
        </w:tc>
      </w:tr>
      <w:tr w:rsidR="00D93F19" w14:paraId="6150F75D" w14:textId="77777777">
        <w:trPr>
          <w:cantSplit/>
          <w:jc w:val="center"/>
        </w:trPr>
        <w:tc>
          <w:tcPr>
            <w:tcW w:w="8957" w:type="dxa"/>
            <w:shd w:val="clear" w:color="auto" w:fill="F2F6F8"/>
          </w:tcPr>
          <w:p w14:paraId="1EFFA711" w14:textId="77777777" w:rsidR="00D93F19" w:rsidRDefault="00000000">
            <w:pPr>
              <w:pStyle w:val="TableText"/>
              <w:rPr>
                <w:rFonts w:hint="eastAsia"/>
              </w:rPr>
            </w:pPr>
            <w:hyperlink w:anchor="P8" w:history="1">
              <w:r>
                <w:rPr>
                  <w:color w:val="15344B"/>
                </w:rPr>
                <w:t>04 • Flusso operativo e punti di arresto</w:t>
              </w:r>
            </w:hyperlink>
          </w:p>
        </w:tc>
        <w:tc>
          <w:tcPr>
            <w:tcW w:w="907" w:type="dxa"/>
            <w:shd w:val="clear" w:color="auto" w:fill="F2F6F8"/>
            <w:vAlign w:val="center"/>
          </w:tcPr>
          <w:p w14:paraId="50B8EC60" w14:textId="77777777" w:rsidR="00D93F19" w:rsidRDefault="00000000">
            <w:pPr>
              <w:pStyle w:val="TableText"/>
              <w:spacing w:after="30" w:line="245" w:lineRule="auto"/>
              <w:jc w:val="center"/>
              <w:rPr>
                <w:rFonts w:hint="eastAsia"/>
              </w:rPr>
            </w:pPr>
            <w:r>
              <w:fldChar w:fldCharType="begin"/>
            </w:r>
            <w:r>
              <w:instrText>PAGEREF P8 \h</w:instrText>
            </w:r>
            <w:r>
              <w:rPr>
                <w:rFonts w:hint="eastAsia"/>
              </w:rPr>
              <w:fldChar w:fldCharType="separate"/>
            </w:r>
            <w:r w:rsidR="00C1183A">
              <w:rPr>
                <w:rFonts w:hint="eastAsia"/>
                <w:noProof/>
              </w:rPr>
              <w:t>1</w:t>
            </w:r>
            <w:r>
              <w:fldChar w:fldCharType="end"/>
            </w:r>
          </w:p>
        </w:tc>
      </w:tr>
      <w:tr w:rsidR="00D93F19" w14:paraId="56886B99" w14:textId="77777777">
        <w:trPr>
          <w:cantSplit/>
          <w:jc w:val="center"/>
        </w:trPr>
        <w:tc>
          <w:tcPr>
            <w:tcW w:w="8957" w:type="dxa"/>
          </w:tcPr>
          <w:p w14:paraId="7A2E987A" w14:textId="77777777" w:rsidR="00D93F19" w:rsidRDefault="00000000">
            <w:pPr>
              <w:pStyle w:val="TableText"/>
              <w:rPr>
                <w:rFonts w:hint="eastAsia"/>
              </w:rPr>
            </w:pPr>
            <w:hyperlink w:anchor="P9" w:history="1">
              <w:r>
                <w:rPr>
                  <w:color w:val="15344B"/>
                </w:rPr>
                <w:t>05 • Richiesta, sopralluogo e fabbricante</w:t>
              </w:r>
            </w:hyperlink>
          </w:p>
        </w:tc>
        <w:tc>
          <w:tcPr>
            <w:tcW w:w="907" w:type="dxa"/>
            <w:vAlign w:val="center"/>
          </w:tcPr>
          <w:p w14:paraId="689C7D86" w14:textId="77777777" w:rsidR="00D93F19" w:rsidRDefault="00000000">
            <w:pPr>
              <w:pStyle w:val="TableText"/>
              <w:spacing w:after="30" w:line="245" w:lineRule="auto"/>
              <w:jc w:val="center"/>
              <w:rPr>
                <w:rFonts w:hint="eastAsia"/>
              </w:rPr>
            </w:pPr>
            <w:r>
              <w:fldChar w:fldCharType="begin"/>
            </w:r>
            <w:r>
              <w:instrText>PAGEREF P9 \h</w:instrText>
            </w:r>
            <w:r>
              <w:rPr>
                <w:rFonts w:hint="eastAsia"/>
              </w:rPr>
              <w:fldChar w:fldCharType="separate"/>
            </w:r>
            <w:r w:rsidR="00C1183A">
              <w:rPr>
                <w:rFonts w:hint="eastAsia"/>
                <w:noProof/>
              </w:rPr>
              <w:t>1</w:t>
            </w:r>
            <w:r>
              <w:fldChar w:fldCharType="end"/>
            </w:r>
          </w:p>
        </w:tc>
      </w:tr>
      <w:tr w:rsidR="00D93F19" w14:paraId="5DB9CF8A" w14:textId="77777777">
        <w:trPr>
          <w:cantSplit/>
          <w:jc w:val="center"/>
        </w:trPr>
        <w:tc>
          <w:tcPr>
            <w:tcW w:w="8957" w:type="dxa"/>
            <w:shd w:val="clear" w:color="auto" w:fill="F2F6F8"/>
          </w:tcPr>
          <w:p w14:paraId="4A94B854" w14:textId="77777777" w:rsidR="00D93F19" w:rsidRDefault="00000000">
            <w:pPr>
              <w:pStyle w:val="TableText"/>
              <w:rPr>
                <w:rFonts w:hint="eastAsia"/>
              </w:rPr>
            </w:pPr>
            <w:hyperlink w:anchor="P10" w:history="1">
              <w:r>
                <w:rPr>
                  <w:color w:val="15344B"/>
                </w:rPr>
                <w:t>06 • Classificazione e modifica sostanziale</w:t>
              </w:r>
            </w:hyperlink>
          </w:p>
        </w:tc>
        <w:tc>
          <w:tcPr>
            <w:tcW w:w="907" w:type="dxa"/>
            <w:shd w:val="clear" w:color="auto" w:fill="F2F6F8"/>
            <w:vAlign w:val="center"/>
          </w:tcPr>
          <w:p w14:paraId="46704FFF" w14:textId="77777777" w:rsidR="00D93F19" w:rsidRDefault="00000000">
            <w:pPr>
              <w:pStyle w:val="TableText"/>
              <w:spacing w:after="30" w:line="245" w:lineRule="auto"/>
              <w:jc w:val="center"/>
              <w:rPr>
                <w:rFonts w:hint="eastAsia"/>
              </w:rPr>
            </w:pPr>
            <w:r>
              <w:fldChar w:fldCharType="begin"/>
            </w:r>
            <w:r>
              <w:instrText>PAGEREF P10 \h</w:instrText>
            </w:r>
            <w:r>
              <w:rPr>
                <w:rFonts w:hint="eastAsia"/>
              </w:rPr>
              <w:fldChar w:fldCharType="separate"/>
            </w:r>
            <w:r w:rsidR="00C1183A">
              <w:rPr>
                <w:rFonts w:hint="eastAsia"/>
                <w:noProof/>
              </w:rPr>
              <w:t>1</w:t>
            </w:r>
            <w:r>
              <w:fldChar w:fldCharType="end"/>
            </w:r>
          </w:p>
        </w:tc>
      </w:tr>
      <w:tr w:rsidR="00D93F19" w14:paraId="3411CDA1" w14:textId="77777777">
        <w:trPr>
          <w:cantSplit/>
          <w:jc w:val="center"/>
        </w:trPr>
        <w:tc>
          <w:tcPr>
            <w:tcW w:w="8957" w:type="dxa"/>
          </w:tcPr>
          <w:p w14:paraId="3C5BBC2C" w14:textId="77777777" w:rsidR="00D93F19" w:rsidRDefault="00000000">
            <w:pPr>
              <w:pStyle w:val="TableText"/>
              <w:rPr>
                <w:rFonts w:hint="eastAsia"/>
              </w:rPr>
            </w:pPr>
            <w:hyperlink w:anchor="P11" w:history="1">
              <w:r>
                <w:rPr>
                  <w:color w:val="15344B"/>
                </w:rPr>
                <w:t>07 • Relazione tecnica e valutazione dei rischi</w:t>
              </w:r>
            </w:hyperlink>
          </w:p>
        </w:tc>
        <w:tc>
          <w:tcPr>
            <w:tcW w:w="907" w:type="dxa"/>
            <w:vAlign w:val="center"/>
          </w:tcPr>
          <w:p w14:paraId="264EB210" w14:textId="77777777" w:rsidR="00D93F19" w:rsidRDefault="00000000">
            <w:pPr>
              <w:pStyle w:val="TableText"/>
              <w:spacing w:after="30" w:line="245" w:lineRule="auto"/>
              <w:jc w:val="center"/>
              <w:rPr>
                <w:rFonts w:hint="eastAsia"/>
              </w:rPr>
            </w:pPr>
            <w:r>
              <w:fldChar w:fldCharType="begin"/>
            </w:r>
            <w:r>
              <w:instrText>PAGEREF P11 \h</w:instrText>
            </w:r>
            <w:r>
              <w:rPr>
                <w:rFonts w:hint="eastAsia"/>
              </w:rPr>
              <w:fldChar w:fldCharType="separate"/>
            </w:r>
            <w:r w:rsidR="00C1183A">
              <w:rPr>
                <w:rFonts w:hint="eastAsia"/>
                <w:noProof/>
              </w:rPr>
              <w:t>1</w:t>
            </w:r>
            <w:r>
              <w:fldChar w:fldCharType="end"/>
            </w:r>
          </w:p>
        </w:tc>
      </w:tr>
      <w:tr w:rsidR="00D93F19" w14:paraId="70391806" w14:textId="77777777">
        <w:trPr>
          <w:cantSplit/>
          <w:jc w:val="center"/>
        </w:trPr>
        <w:tc>
          <w:tcPr>
            <w:tcW w:w="8957" w:type="dxa"/>
            <w:shd w:val="clear" w:color="auto" w:fill="F2F6F8"/>
          </w:tcPr>
          <w:p w14:paraId="2A0A6DB6" w14:textId="77777777" w:rsidR="00D93F19" w:rsidRDefault="00000000">
            <w:pPr>
              <w:pStyle w:val="TableText"/>
              <w:rPr>
                <w:rFonts w:hint="eastAsia"/>
              </w:rPr>
            </w:pPr>
            <w:hyperlink w:anchor="P12" w:history="1">
              <w:r>
                <w:rPr>
                  <w:color w:val="15344B"/>
                </w:rPr>
                <w:t>08 • Preparazione, interferenze e permesso</w:t>
              </w:r>
            </w:hyperlink>
          </w:p>
        </w:tc>
        <w:tc>
          <w:tcPr>
            <w:tcW w:w="907" w:type="dxa"/>
            <w:shd w:val="clear" w:color="auto" w:fill="F2F6F8"/>
            <w:vAlign w:val="center"/>
          </w:tcPr>
          <w:p w14:paraId="6D1F98E2" w14:textId="77777777" w:rsidR="00D93F19" w:rsidRDefault="00000000">
            <w:pPr>
              <w:pStyle w:val="TableText"/>
              <w:spacing w:after="30" w:line="245" w:lineRule="auto"/>
              <w:jc w:val="center"/>
              <w:rPr>
                <w:rFonts w:hint="eastAsia"/>
              </w:rPr>
            </w:pPr>
            <w:r>
              <w:fldChar w:fldCharType="begin"/>
            </w:r>
            <w:r>
              <w:instrText>PAGEREF P12 \h</w:instrText>
            </w:r>
            <w:r>
              <w:rPr>
                <w:rFonts w:hint="eastAsia"/>
              </w:rPr>
              <w:fldChar w:fldCharType="separate"/>
            </w:r>
            <w:r w:rsidR="00C1183A">
              <w:rPr>
                <w:rFonts w:hint="eastAsia"/>
                <w:noProof/>
              </w:rPr>
              <w:t>1</w:t>
            </w:r>
            <w:r>
              <w:fldChar w:fldCharType="end"/>
            </w:r>
          </w:p>
        </w:tc>
      </w:tr>
      <w:tr w:rsidR="00D93F19" w14:paraId="536C8370" w14:textId="77777777">
        <w:trPr>
          <w:cantSplit/>
          <w:jc w:val="center"/>
        </w:trPr>
        <w:tc>
          <w:tcPr>
            <w:tcW w:w="8957" w:type="dxa"/>
          </w:tcPr>
          <w:p w14:paraId="595B9D2F" w14:textId="77777777" w:rsidR="00D93F19" w:rsidRDefault="00000000">
            <w:pPr>
              <w:pStyle w:val="TableText"/>
              <w:rPr>
                <w:rFonts w:hint="eastAsia"/>
              </w:rPr>
            </w:pPr>
            <w:hyperlink w:anchor="P13" w:history="1">
              <w:r>
                <w:rPr>
                  <w:color w:val="15344B"/>
                </w:rPr>
                <w:t>09 • Isolamento, blocco e stato sicuro</w:t>
              </w:r>
            </w:hyperlink>
          </w:p>
        </w:tc>
        <w:tc>
          <w:tcPr>
            <w:tcW w:w="907" w:type="dxa"/>
            <w:vAlign w:val="center"/>
          </w:tcPr>
          <w:p w14:paraId="2AA9E96B" w14:textId="77777777" w:rsidR="00D93F19" w:rsidRDefault="00000000">
            <w:pPr>
              <w:pStyle w:val="TableText"/>
              <w:spacing w:after="30" w:line="245" w:lineRule="auto"/>
              <w:jc w:val="center"/>
              <w:rPr>
                <w:rFonts w:hint="eastAsia"/>
              </w:rPr>
            </w:pPr>
            <w:r>
              <w:fldChar w:fldCharType="begin"/>
            </w:r>
            <w:r>
              <w:instrText>PAGEREF P13 \h</w:instrText>
            </w:r>
            <w:r>
              <w:rPr>
                <w:rFonts w:hint="eastAsia"/>
              </w:rPr>
              <w:fldChar w:fldCharType="separate"/>
            </w:r>
            <w:r w:rsidR="00C1183A">
              <w:rPr>
                <w:rFonts w:hint="eastAsia"/>
                <w:noProof/>
              </w:rPr>
              <w:t>1</w:t>
            </w:r>
            <w:r>
              <w:fldChar w:fldCharType="end"/>
            </w:r>
          </w:p>
        </w:tc>
      </w:tr>
      <w:tr w:rsidR="00D93F19" w14:paraId="68563698" w14:textId="77777777">
        <w:trPr>
          <w:cantSplit/>
          <w:jc w:val="center"/>
        </w:trPr>
        <w:tc>
          <w:tcPr>
            <w:tcW w:w="8957" w:type="dxa"/>
            <w:shd w:val="clear" w:color="auto" w:fill="F2F6F8"/>
          </w:tcPr>
          <w:p w14:paraId="04FB4A2A" w14:textId="77777777" w:rsidR="00D93F19" w:rsidRDefault="00000000">
            <w:pPr>
              <w:pStyle w:val="TableText"/>
              <w:rPr>
                <w:rFonts w:hint="eastAsia"/>
              </w:rPr>
            </w:pPr>
            <w:hyperlink w:anchor="P15" w:history="1">
              <w:r>
                <w:rPr>
                  <w:color w:val="15344B"/>
                </w:rPr>
                <w:t>10 • Esecuzione, componenti e varianti</w:t>
              </w:r>
            </w:hyperlink>
          </w:p>
        </w:tc>
        <w:tc>
          <w:tcPr>
            <w:tcW w:w="907" w:type="dxa"/>
            <w:shd w:val="clear" w:color="auto" w:fill="F2F6F8"/>
            <w:vAlign w:val="center"/>
          </w:tcPr>
          <w:p w14:paraId="3758E501" w14:textId="77777777" w:rsidR="00D93F19" w:rsidRDefault="00000000">
            <w:pPr>
              <w:pStyle w:val="TableText"/>
              <w:spacing w:after="30" w:line="245" w:lineRule="auto"/>
              <w:jc w:val="center"/>
              <w:rPr>
                <w:rFonts w:hint="eastAsia"/>
              </w:rPr>
            </w:pPr>
            <w:r>
              <w:fldChar w:fldCharType="begin"/>
            </w:r>
            <w:r>
              <w:instrText>PAGEREF P15 \h</w:instrText>
            </w:r>
            <w:r>
              <w:rPr>
                <w:rFonts w:hint="eastAsia"/>
              </w:rPr>
              <w:fldChar w:fldCharType="separate"/>
            </w:r>
            <w:r w:rsidR="00C1183A">
              <w:rPr>
                <w:rFonts w:hint="eastAsia"/>
                <w:noProof/>
              </w:rPr>
              <w:t>1</w:t>
            </w:r>
            <w:r>
              <w:fldChar w:fldCharType="end"/>
            </w:r>
          </w:p>
        </w:tc>
      </w:tr>
      <w:tr w:rsidR="00D93F19" w14:paraId="219F6038" w14:textId="77777777">
        <w:trPr>
          <w:cantSplit/>
          <w:jc w:val="center"/>
        </w:trPr>
        <w:tc>
          <w:tcPr>
            <w:tcW w:w="8957" w:type="dxa"/>
          </w:tcPr>
          <w:p w14:paraId="4E796040" w14:textId="77777777" w:rsidR="00D93F19" w:rsidRDefault="00000000">
            <w:pPr>
              <w:pStyle w:val="TableText"/>
              <w:rPr>
                <w:rFonts w:hint="eastAsia"/>
              </w:rPr>
            </w:pPr>
            <w:hyperlink w:anchor="P16" w:history="1">
              <w:r>
                <w:rPr>
                  <w:color w:val="15344B"/>
                </w:rPr>
                <w:t>11 • Strutture, sostegni e vie di corsa</w:t>
              </w:r>
            </w:hyperlink>
          </w:p>
        </w:tc>
        <w:tc>
          <w:tcPr>
            <w:tcW w:w="907" w:type="dxa"/>
            <w:vAlign w:val="center"/>
          </w:tcPr>
          <w:p w14:paraId="216E5AD5" w14:textId="77777777" w:rsidR="00D93F19" w:rsidRDefault="00000000">
            <w:pPr>
              <w:pStyle w:val="TableText"/>
              <w:spacing w:after="30" w:line="245" w:lineRule="auto"/>
              <w:jc w:val="center"/>
              <w:rPr>
                <w:rFonts w:hint="eastAsia"/>
              </w:rPr>
            </w:pPr>
            <w:r>
              <w:fldChar w:fldCharType="begin"/>
            </w:r>
            <w:r>
              <w:instrText>PAGEREF P16 \h</w:instrText>
            </w:r>
            <w:r>
              <w:rPr>
                <w:rFonts w:hint="eastAsia"/>
              </w:rPr>
              <w:fldChar w:fldCharType="separate"/>
            </w:r>
            <w:r w:rsidR="00C1183A">
              <w:rPr>
                <w:rFonts w:hint="eastAsia"/>
                <w:noProof/>
              </w:rPr>
              <w:t>1</w:t>
            </w:r>
            <w:r>
              <w:fldChar w:fldCharType="end"/>
            </w:r>
          </w:p>
        </w:tc>
      </w:tr>
      <w:tr w:rsidR="00D93F19" w14:paraId="02122199" w14:textId="77777777">
        <w:trPr>
          <w:cantSplit/>
          <w:jc w:val="center"/>
        </w:trPr>
        <w:tc>
          <w:tcPr>
            <w:tcW w:w="8957" w:type="dxa"/>
            <w:shd w:val="clear" w:color="auto" w:fill="F2F6F8"/>
          </w:tcPr>
          <w:p w14:paraId="7A3AF8B7" w14:textId="77777777" w:rsidR="00D93F19" w:rsidRDefault="00000000">
            <w:pPr>
              <w:pStyle w:val="TableText"/>
              <w:rPr>
                <w:rFonts w:hint="eastAsia"/>
              </w:rPr>
            </w:pPr>
            <w:hyperlink w:anchor="P17" w:history="1">
              <w:r>
                <w:rPr>
                  <w:color w:val="15344B"/>
                </w:rPr>
                <w:t>12 • Sicurezza, elettrico, accessori e bozzelli</w:t>
              </w:r>
            </w:hyperlink>
          </w:p>
        </w:tc>
        <w:tc>
          <w:tcPr>
            <w:tcW w:w="907" w:type="dxa"/>
            <w:shd w:val="clear" w:color="auto" w:fill="F2F6F8"/>
            <w:vAlign w:val="center"/>
          </w:tcPr>
          <w:p w14:paraId="43648369" w14:textId="77777777" w:rsidR="00D93F19" w:rsidRDefault="00000000">
            <w:pPr>
              <w:pStyle w:val="TableText"/>
              <w:spacing w:after="30" w:line="245" w:lineRule="auto"/>
              <w:jc w:val="center"/>
              <w:rPr>
                <w:rFonts w:hint="eastAsia"/>
              </w:rPr>
            </w:pPr>
            <w:r>
              <w:fldChar w:fldCharType="begin"/>
            </w:r>
            <w:r>
              <w:instrText>PAGEREF P17 \h</w:instrText>
            </w:r>
            <w:r>
              <w:rPr>
                <w:rFonts w:hint="eastAsia"/>
              </w:rPr>
              <w:fldChar w:fldCharType="separate"/>
            </w:r>
            <w:r w:rsidR="00C1183A">
              <w:rPr>
                <w:rFonts w:hint="eastAsia"/>
                <w:noProof/>
              </w:rPr>
              <w:t>1</w:t>
            </w:r>
            <w:r>
              <w:fldChar w:fldCharType="end"/>
            </w:r>
          </w:p>
        </w:tc>
      </w:tr>
      <w:tr w:rsidR="00D93F19" w14:paraId="021174B3" w14:textId="77777777">
        <w:trPr>
          <w:cantSplit/>
          <w:jc w:val="center"/>
        </w:trPr>
        <w:tc>
          <w:tcPr>
            <w:tcW w:w="8957" w:type="dxa"/>
          </w:tcPr>
          <w:p w14:paraId="0C9FA4E1" w14:textId="77777777" w:rsidR="00D93F19" w:rsidRDefault="00000000">
            <w:pPr>
              <w:pStyle w:val="TableText"/>
              <w:rPr>
                <w:rFonts w:hint="eastAsia"/>
              </w:rPr>
            </w:pPr>
            <w:hyperlink w:anchor="P18" w:history="1">
              <w:r>
                <w:rPr>
                  <w:color w:val="15344B"/>
                </w:rPr>
                <w:t>13 • Piano di prove, verifiche ed esiti</w:t>
              </w:r>
            </w:hyperlink>
          </w:p>
        </w:tc>
        <w:tc>
          <w:tcPr>
            <w:tcW w:w="907" w:type="dxa"/>
            <w:vAlign w:val="center"/>
          </w:tcPr>
          <w:p w14:paraId="63850B5A" w14:textId="77777777" w:rsidR="00D93F19" w:rsidRDefault="00000000">
            <w:pPr>
              <w:pStyle w:val="TableText"/>
              <w:spacing w:after="30" w:line="245" w:lineRule="auto"/>
              <w:jc w:val="center"/>
              <w:rPr>
                <w:rFonts w:hint="eastAsia"/>
              </w:rPr>
            </w:pPr>
            <w:r>
              <w:fldChar w:fldCharType="begin"/>
            </w:r>
            <w:r>
              <w:instrText>PAGEREF P18 \h</w:instrText>
            </w:r>
            <w:r>
              <w:rPr>
                <w:rFonts w:hint="eastAsia"/>
              </w:rPr>
              <w:fldChar w:fldCharType="separate"/>
            </w:r>
            <w:r w:rsidR="00C1183A">
              <w:rPr>
                <w:rFonts w:hint="eastAsia"/>
                <w:noProof/>
              </w:rPr>
              <w:t>1</w:t>
            </w:r>
            <w:r>
              <w:fldChar w:fldCharType="end"/>
            </w:r>
          </w:p>
        </w:tc>
      </w:tr>
      <w:tr w:rsidR="00D93F19" w14:paraId="398068E5" w14:textId="77777777">
        <w:trPr>
          <w:cantSplit/>
          <w:jc w:val="center"/>
        </w:trPr>
        <w:tc>
          <w:tcPr>
            <w:tcW w:w="8957" w:type="dxa"/>
            <w:shd w:val="clear" w:color="auto" w:fill="F2F6F8"/>
          </w:tcPr>
          <w:p w14:paraId="72B6A8A1" w14:textId="77777777" w:rsidR="00D93F19" w:rsidRDefault="00000000">
            <w:pPr>
              <w:pStyle w:val="TableText"/>
              <w:rPr>
                <w:rFonts w:hint="eastAsia"/>
              </w:rPr>
            </w:pPr>
            <w:hyperlink w:anchor="P19" w:history="1">
              <w:r>
                <w:rPr>
                  <w:color w:val="15344B"/>
                </w:rPr>
                <w:t>14 • Dichiarazioni e chiusura tecnica</w:t>
              </w:r>
            </w:hyperlink>
          </w:p>
        </w:tc>
        <w:tc>
          <w:tcPr>
            <w:tcW w:w="907" w:type="dxa"/>
            <w:shd w:val="clear" w:color="auto" w:fill="F2F6F8"/>
            <w:vAlign w:val="center"/>
          </w:tcPr>
          <w:p w14:paraId="64700BC5" w14:textId="77777777" w:rsidR="00D93F19" w:rsidRDefault="00000000">
            <w:pPr>
              <w:pStyle w:val="TableText"/>
              <w:spacing w:after="30" w:line="245" w:lineRule="auto"/>
              <w:jc w:val="center"/>
              <w:rPr>
                <w:rFonts w:hint="eastAsia"/>
              </w:rPr>
            </w:pPr>
            <w:r>
              <w:fldChar w:fldCharType="begin"/>
            </w:r>
            <w:r>
              <w:instrText>PAGEREF P19 \h</w:instrText>
            </w:r>
            <w:r>
              <w:rPr>
                <w:rFonts w:hint="eastAsia"/>
              </w:rPr>
              <w:fldChar w:fldCharType="separate"/>
            </w:r>
            <w:r w:rsidR="00C1183A">
              <w:rPr>
                <w:rFonts w:hint="eastAsia"/>
                <w:noProof/>
              </w:rPr>
              <w:t>1</w:t>
            </w:r>
            <w:r>
              <w:fldChar w:fldCharType="end"/>
            </w:r>
          </w:p>
        </w:tc>
      </w:tr>
      <w:tr w:rsidR="00D93F19" w14:paraId="3CE43005" w14:textId="77777777">
        <w:trPr>
          <w:cantSplit/>
          <w:jc w:val="center"/>
        </w:trPr>
        <w:tc>
          <w:tcPr>
            <w:tcW w:w="8957" w:type="dxa"/>
          </w:tcPr>
          <w:p w14:paraId="0E44FB5A" w14:textId="77777777" w:rsidR="00D93F19" w:rsidRDefault="00000000">
            <w:pPr>
              <w:pStyle w:val="TableText"/>
              <w:rPr>
                <w:rFonts w:hint="eastAsia"/>
              </w:rPr>
            </w:pPr>
            <w:hyperlink w:anchor="P20" w:history="1">
              <w:r>
                <w:rPr>
                  <w:color w:val="15344B"/>
                </w:rPr>
                <w:t>15 • Rimessa in servizio e verifiche periodiche</w:t>
              </w:r>
            </w:hyperlink>
          </w:p>
        </w:tc>
        <w:tc>
          <w:tcPr>
            <w:tcW w:w="907" w:type="dxa"/>
            <w:vAlign w:val="center"/>
          </w:tcPr>
          <w:p w14:paraId="076B5D3A" w14:textId="77777777" w:rsidR="00D93F19" w:rsidRDefault="00000000">
            <w:pPr>
              <w:pStyle w:val="TableText"/>
              <w:spacing w:after="30" w:line="245" w:lineRule="auto"/>
              <w:jc w:val="center"/>
              <w:rPr>
                <w:rFonts w:hint="eastAsia"/>
              </w:rPr>
            </w:pPr>
            <w:r>
              <w:fldChar w:fldCharType="begin"/>
            </w:r>
            <w:r>
              <w:instrText>PAGEREF P20 \h</w:instrText>
            </w:r>
            <w:r>
              <w:rPr>
                <w:rFonts w:hint="eastAsia"/>
              </w:rPr>
              <w:fldChar w:fldCharType="separate"/>
            </w:r>
            <w:r w:rsidR="00C1183A">
              <w:rPr>
                <w:rFonts w:hint="eastAsia"/>
                <w:noProof/>
              </w:rPr>
              <w:t>1</w:t>
            </w:r>
            <w:r>
              <w:fldChar w:fldCharType="end"/>
            </w:r>
          </w:p>
        </w:tc>
      </w:tr>
      <w:tr w:rsidR="00D93F19" w14:paraId="5171D606" w14:textId="77777777">
        <w:trPr>
          <w:cantSplit/>
          <w:jc w:val="center"/>
        </w:trPr>
        <w:tc>
          <w:tcPr>
            <w:tcW w:w="8957" w:type="dxa"/>
            <w:shd w:val="clear" w:color="auto" w:fill="F2F6F8"/>
          </w:tcPr>
          <w:p w14:paraId="19130144" w14:textId="77777777" w:rsidR="00D93F19" w:rsidRDefault="00000000">
            <w:pPr>
              <w:pStyle w:val="TableText"/>
              <w:rPr>
                <w:rFonts w:hint="eastAsia"/>
              </w:rPr>
            </w:pPr>
            <w:hyperlink w:anchor="P21" w:history="1">
              <w:r>
                <w:rPr>
                  <w:color w:val="15344B"/>
                </w:rPr>
                <w:t>16 • Registro, anomalie, emergenze e riesame</w:t>
              </w:r>
            </w:hyperlink>
          </w:p>
        </w:tc>
        <w:tc>
          <w:tcPr>
            <w:tcW w:w="907" w:type="dxa"/>
            <w:shd w:val="clear" w:color="auto" w:fill="F2F6F8"/>
            <w:vAlign w:val="center"/>
          </w:tcPr>
          <w:p w14:paraId="09245231" w14:textId="77777777" w:rsidR="00D93F19" w:rsidRDefault="00000000">
            <w:pPr>
              <w:pStyle w:val="TableText"/>
              <w:spacing w:after="30" w:line="245" w:lineRule="auto"/>
              <w:jc w:val="center"/>
              <w:rPr>
                <w:rFonts w:hint="eastAsia"/>
              </w:rPr>
            </w:pPr>
            <w:r>
              <w:fldChar w:fldCharType="begin"/>
            </w:r>
            <w:r>
              <w:instrText>PAGEREF P21 \h</w:instrText>
            </w:r>
            <w:r>
              <w:rPr>
                <w:rFonts w:hint="eastAsia"/>
              </w:rPr>
              <w:fldChar w:fldCharType="separate"/>
            </w:r>
            <w:r w:rsidR="00C1183A">
              <w:rPr>
                <w:rFonts w:hint="eastAsia"/>
                <w:noProof/>
              </w:rPr>
              <w:t>1</w:t>
            </w:r>
            <w:r>
              <w:fldChar w:fldCharType="end"/>
            </w:r>
          </w:p>
        </w:tc>
      </w:tr>
      <w:tr w:rsidR="00D93F19" w14:paraId="1A860004" w14:textId="77777777">
        <w:trPr>
          <w:cantSplit/>
          <w:jc w:val="center"/>
        </w:trPr>
        <w:tc>
          <w:tcPr>
            <w:tcW w:w="8957" w:type="dxa"/>
          </w:tcPr>
          <w:p w14:paraId="172C952D" w14:textId="77777777" w:rsidR="00D93F19" w:rsidRDefault="00000000">
            <w:pPr>
              <w:pStyle w:val="TableText"/>
              <w:rPr>
                <w:rFonts w:hint="eastAsia"/>
              </w:rPr>
            </w:pPr>
            <w:hyperlink w:anchor="P22" w:history="1">
              <w:r>
                <w:rPr>
                  <w:color w:val="15344B"/>
                </w:rPr>
                <w:t>17 • Guida e indice delle 15 schede tecniche</w:t>
              </w:r>
            </w:hyperlink>
          </w:p>
        </w:tc>
        <w:tc>
          <w:tcPr>
            <w:tcW w:w="907" w:type="dxa"/>
            <w:vAlign w:val="center"/>
          </w:tcPr>
          <w:p w14:paraId="24638F87" w14:textId="77777777" w:rsidR="00D93F19" w:rsidRDefault="00000000">
            <w:pPr>
              <w:pStyle w:val="TableText"/>
              <w:spacing w:after="30" w:line="245" w:lineRule="auto"/>
              <w:jc w:val="center"/>
              <w:rPr>
                <w:rFonts w:hint="eastAsia"/>
              </w:rPr>
            </w:pPr>
            <w:r>
              <w:fldChar w:fldCharType="begin"/>
            </w:r>
            <w:r>
              <w:instrText>PAGEREF P22 \h</w:instrText>
            </w:r>
            <w:r>
              <w:rPr>
                <w:rFonts w:hint="eastAsia"/>
              </w:rPr>
              <w:fldChar w:fldCharType="separate"/>
            </w:r>
            <w:r w:rsidR="00C1183A">
              <w:rPr>
                <w:rFonts w:hint="eastAsia"/>
                <w:noProof/>
              </w:rPr>
              <w:t>1</w:t>
            </w:r>
            <w:r>
              <w:fldChar w:fldCharType="end"/>
            </w:r>
          </w:p>
        </w:tc>
      </w:tr>
      <w:tr w:rsidR="00D93F19" w14:paraId="4DED0DB9" w14:textId="77777777">
        <w:trPr>
          <w:cantSplit/>
          <w:jc w:val="center"/>
        </w:trPr>
        <w:tc>
          <w:tcPr>
            <w:tcW w:w="8957" w:type="dxa"/>
            <w:shd w:val="clear" w:color="auto" w:fill="F2F6F8"/>
          </w:tcPr>
          <w:p w14:paraId="21BB685B" w14:textId="77777777" w:rsidR="00D93F19" w:rsidRDefault="00000000">
            <w:pPr>
              <w:pStyle w:val="TableText"/>
              <w:rPr>
                <w:rFonts w:hint="eastAsia"/>
              </w:rPr>
            </w:pPr>
            <w:hyperlink w:anchor="P38" w:history="1">
              <w:r>
                <w:rPr>
                  <w:color w:val="15344B"/>
                </w:rPr>
                <w:t>18 • Matrice documentale fabbricante / altri soggetti</w:t>
              </w:r>
            </w:hyperlink>
          </w:p>
        </w:tc>
        <w:tc>
          <w:tcPr>
            <w:tcW w:w="907" w:type="dxa"/>
            <w:shd w:val="clear" w:color="auto" w:fill="F2F6F8"/>
            <w:vAlign w:val="center"/>
          </w:tcPr>
          <w:p w14:paraId="2D9F28CD" w14:textId="77777777" w:rsidR="00D93F19" w:rsidRDefault="00000000">
            <w:pPr>
              <w:pStyle w:val="TableText"/>
              <w:spacing w:after="30" w:line="245" w:lineRule="auto"/>
              <w:jc w:val="center"/>
              <w:rPr>
                <w:rFonts w:hint="eastAsia"/>
              </w:rPr>
            </w:pPr>
            <w:r>
              <w:fldChar w:fldCharType="begin"/>
            </w:r>
            <w:r>
              <w:instrText>PAGEREF P38 \h</w:instrText>
            </w:r>
            <w:r>
              <w:rPr>
                <w:rFonts w:hint="eastAsia"/>
              </w:rPr>
              <w:fldChar w:fldCharType="separate"/>
            </w:r>
            <w:r w:rsidR="00C1183A">
              <w:rPr>
                <w:rFonts w:hint="eastAsia"/>
                <w:noProof/>
              </w:rPr>
              <w:t>1</w:t>
            </w:r>
            <w:r>
              <w:fldChar w:fldCharType="end"/>
            </w:r>
          </w:p>
        </w:tc>
      </w:tr>
      <w:tr w:rsidR="00D93F19" w14:paraId="5E389D19" w14:textId="77777777">
        <w:trPr>
          <w:cantSplit/>
          <w:jc w:val="center"/>
        </w:trPr>
        <w:tc>
          <w:tcPr>
            <w:tcW w:w="8957" w:type="dxa"/>
          </w:tcPr>
          <w:p w14:paraId="1A345677" w14:textId="77777777" w:rsidR="00D93F19" w:rsidRDefault="00000000">
            <w:pPr>
              <w:pStyle w:val="TableText"/>
              <w:rPr>
                <w:rFonts w:hint="eastAsia"/>
              </w:rPr>
            </w:pPr>
            <w:hyperlink w:anchor="P64" w:history="1">
              <w:r>
                <w:rPr>
                  <w:color w:val="15344B"/>
                </w:rPr>
                <w:t>19 • Esempio guidato e criteri di utilizzo</w:t>
              </w:r>
            </w:hyperlink>
          </w:p>
        </w:tc>
        <w:tc>
          <w:tcPr>
            <w:tcW w:w="907" w:type="dxa"/>
            <w:vAlign w:val="center"/>
          </w:tcPr>
          <w:p w14:paraId="64E5C80E" w14:textId="77777777" w:rsidR="00D93F19" w:rsidRDefault="00000000">
            <w:pPr>
              <w:pStyle w:val="TableText"/>
              <w:spacing w:after="30" w:line="245" w:lineRule="auto"/>
              <w:jc w:val="center"/>
              <w:rPr>
                <w:rFonts w:hint="eastAsia"/>
              </w:rPr>
            </w:pPr>
            <w:r>
              <w:fldChar w:fldCharType="begin"/>
            </w:r>
            <w:r>
              <w:instrText>PAGEREF P64 \h</w:instrText>
            </w:r>
            <w:r>
              <w:rPr>
                <w:rFonts w:hint="eastAsia"/>
              </w:rPr>
              <w:fldChar w:fldCharType="separate"/>
            </w:r>
            <w:r w:rsidR="00C1183A">
              <w:rPr>
                <w:rFonts w:hint="eastAsia"/>
                <w:noProof/>
              </w:rPr>
              <w:t>1</w:t>
            </w:r>
            <w:r>
              <w:fldChar w:fldCharType="end"/>
            </w:r>
          </w:p>
        </w:tc>
      </w:tr>
    </w:tbl>
    <w:p w14:paraId="3CEFA405" w14:textId="77777777" w:rsidR="00D93F19" w:rsidRDefault="00D93F19">
      <w:pPr>
        <w:spacing w:after="0" w:line="20" w:lineRule="exact"/>
        <w:rPr>
          <w:rFonts w:hint="eastAsia"/>
        </w:rPr>
      </w:pPr>
    </w:p>
    <w:p w14:paraId="507428C9" w14:textId="77777777" w:rsidR="00D93F19" w:rsidRDefault="00000000">
      <w:pPr>
        <w:pStyle w:val="Small"/>
        <w:rPr>
          <w:rFonts w:hint="eastAsia"/>
        </w:rPr>
      </w:pPr>
      <w:r>
        <w:t>Percorso operativo: richiesta → classificazione → progetto → autorizzazione → isolamento → esecuzione → prove → rilascio → archiviazione. Dopo le modifiche, aggiornare i campi di Word per riallineare i numeri dell’indice.</w:t>
      </w:r>
    </w:p>
    <w:p w14:paraId="134D801D" w14:textId="77777777" w:rsidR="00D93F19" w:rsidRDefault="00000000">
      <w:pPr>
        <w:pStyle w:val="Kicker"/>
        <w:pageBreakBefore/>
        <w:rPr>
          <w:rFonts w:hint="eastAsia"/>
        </w:rPr>
      </w:pPr>
      <w:r>
        <w:t>MODULISTICA • A01–A22</w:t>
      </w:r>
    </w:p>
    <w:p w14:paraId="1F388AE4" w14:textId="77777777" w:rsidR="00D93F19" w:rsidRDefault="00000000">
      <w:pPr>
        <w:pStyle w:val="Titolo1"/>
      </w:pPr>
      <w:bookmarkStart w:id="3" w:name="P4"/>
      <w:r>
        <w:t>Indice degli allegati compilabili</w:t>
      </w:r>
      <w:bookmarkEnd w:id="3"/>
    </w:p>
    <w:p w14:paraId="573502B3" w14:textId="77777777" w:rsidR="00D93F19" w:rsidRDefault="00000000">
      <w:pPr>
        <w:pStyle w:val="Small"/>
        <w:rPr>
          <w:rFonts w:hint="eastAsia"/>
        </w:rPr>
      </w:pPr>
      <w:r>
        <w:t>Compilare un fascicolo per ciascuna macchina e ciascun intervento. «N.A.» significa non applicabile e richiede una motivazione. Campi vuoti e giudizi non supportati mantengono la pratica aperta.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8957"/>
        <w:gridCol w:w="907"/>
      </w:tblGrid>
      <w:tr w:rsidR="00D93F19" w14:paraId="4447339D" w14:textId="77777777">
        <w:trPr>
          <w:cantSplit/>
          <w:tblHeader/>
          <w:jc w:val="center"/>
        </w:trPr>
        <w:tc>
          <w:tcPr>
            <w:tcW w:w="8957" w:type="dxa"/>
            <w:shd w:val="clear" w:color="auto" w:fill="15344B"/>
            <w:vAlign w:val="center"/>
          </w:tcPr>
          <w:p w14:paraId="27B57DDF" w14:textId="77777777" w:rsidR="00D93F19" w:rsidRDefault="00000000">
            <w:pPr>
              <w:pStyle w:val="TableText"/>
              <w:rPr>
                <w:rFonts w:hint="eastAsia"/>
              </w:rPr>
            </w:pPr>
            <w:r>
              <w:rPr>
                <w:b/>
                <w:color w:val="FFFFFF"/>
                <w:sz w:val="18"/>
              </w:rPr>
              <w:t>MODULO / DESTINAZIONE</w:t>
            </w:r>
          </w:p>
        </w:tc>
        <w:tc>
          <w:tcPr>
            <w:tcW w:w="907" w:type="dxa"/>
            <w:shd w:val="clear" w:color="auto" w:fill="15344B"/>
            <w:vAlign w:val="center"/>
          </w:tcPr>
          <w:p w14:paraId="78AA9C9D" w14:textId="77777777" w:rsidR="00D93F19" w:rsidRDefault="00000000">
            <w:pPr>
              <w:pStyle w:val="TableText"/>
              <w:rPr>
                <w:rFonts w:hint="eastAsia"/>
              </w:rPr>
            </w:pPr>
            <w:r>
              <w:rPr>
                <w:b/>
                <w:color w:val="FFFFFF"/>
                <w:sz w:val="18"/>
              </w:rPr>
              <w:t>PAG.</w:t>
            </w:r>
          </w:p>
        </w:tc>
      </w:tr>
      <w:tr w:rsidR="00D93F19" w14:paraId="735D74F4" w14:textId="77777777">
        <w:trPr>
          <w:cantSplit/>
          <w:jc w:val="center"/>
        </w:trPr>
        <w:tc>
          <w:tcPr>
            <w:tcW w:w="8957" w:type="dxa"/>
            <w:shd w:val="clear" w:color="auto" w:fill="F2F6F8"/>
          </w:tcPr>
          <w:p w14:paraId="7A93DC2F" w14:textId="77777777" w:rsidR="00D93F19" w:rsidRDefault="00000000">
            <w:pPr>
              <w:pStyle w:val="TableText"/>
              <w:rPr>
                <w:rFonts w:hint="eastAsia"/>
              </w:rPr>
            </w:pPr>
            <w:hyperlink w:anchor="P39" w:history="1">
              <w:r>
                <w:rPr>
                  <w:color w:val="15344B"/>
                </w:rPr>
                <w:t>A01 | Richiesta e identificazione della macchina</w:t>
              </w:r>
            </w:hyperlink>
          </w:p>
        </w:tc>
        <w:tc>
          <w:tcPr>
            <w:tcW w:w="907" w:type="dxa"/>
            <w:shd w:val="clear" w:color="auto" w:fill="F2F6F8"/>
            <w:vAlign w:val="center"/>
          </w:tcPr>
          <w:p w14:paraId="1572E23A" w14:textId="77777777" w:rsidR="00D93F19" w:rsidRDefault="00000000">
            <w:pPr>
              <w:pStyle w:val="TableText"/>
              <w:spacing w:after="30" w:line="245" w:lineRule="auto"/>
              <w:jc w:val="center"/>
              <w:rPr>
                <w:rFonts w:hint="eastAsia"/>
              </w:rPr>
            </w:pPr>
            <w:r>
              <w:fldChar w:fldCharType="begin"/>
            </w:r>
            <w:r>
              <w:instrText>PAGEREF P39 \h</w:instrText>
            </w:r>
            <w:r>
              <w:rPr>
                <w:rFonts w:hint="eastAsia"/>
              </w:rPr>
              <w:fldChar w:fldCharType="separate"/>
            </w:r>
            <w:r w:rsidR="00C1183A">
              <w:rPr>
                <w:rFonts w:hint="eastAsia"/>
                <w:noProof/>
              </w:rPr>
              <w:t>1</w:t>
            </w:r>
            <w:r>
              <w:fldChar w:fldCharType="end"/>
            </w:r>
          </w:p>
        </w:tc>
      </w:tr>
      <w:tr w:rsidR="00D93F19" w14:paraId="591FBA1F" w14:textId="77777777">
        <w:trPr>
          <w:cantSplit/>
          <w:jc w:val="center"/>
        </w:trPr>
        <w:tc>
          <w:tcPr>
            <w:tcW w:w="8957" w:type="dxa"/>
          </w:tcPr>
          <w:p w14:paraId="635CA315" w14:textId="77777777" w:rsidR="00D93F19" w:rsidRDefault="00000000">
            <w:pPr>
              <w:pStyle w:val="TableText"/>
              <w:rPr>
                <w:rFonts w:hint="eastAsia"/>
              </w:rPr>
            </w:pPr>
            <w:hyperlink w:anchor="P40" w:history="1">
              <w:r>
                <w:rPr>
                  <w:color w:val="15344B"/>
                </w:rPr>
                <w:t>A02 | Inventario della documentazione iniziale</w:t>
              </w:r>
            </w:hyperlink>
          </w:p>
        </w:tc>
        <w:tc>
          <w:tcPr>
            <w:tcW w:w="907" w:type="dxa"/>
            <w:vAlign w:val="center"/>
          </w:tcPr>
          <w:p w14:paraId="73E952F0" w14:textId="77777777" w:rsidR="00D93F19" w:rsidRDefault="00000000">
            <w:pPr>
              <w:pStyle w:val="TableText"/>
              <w:spacing w:after="30" w:line="245" w:lineRule="auto"/>
              <w:jc w:val="center"/>
              <w:rPr>
                <w:rFonts w:hint="eastAsia"/>
              </w:rPr>
            </w:pPr>
            <w:r>
              <w:fldChar w:fldCharType="begin"/>
            </w:r>
            <w:r>
              <w:instrText>PAGEREF P40 \h</w:instrText>
            </w:r>
            <w:r>
              <w:rPr>
                <w:rFonts w:hint="eastAsia"/>
              </w:rPr>
              <w:fldChar w:fldCharType="separate"/>
            </w:r>
            <w:r w:rsidR="00C1183A">
              <w:rPr>
                <w:rFonts w:hint="eastAsia"/>
                <w:noProof/>
              </w:rPr>
              <w:t>1</w:t>
            </w:r>
            <w:r>
              <w:fldChar w:fldCharType="end"/>
            </w:r>
          </w:p>
        </w:tc>
      </w:tr>
      <w:tr w:rsidR="00D93F19" w14:paraId="14F092AB" w14:textId="77777777">
        <w:trPr>
          <w:cantSplit/>
          <w:jc w:val="center"/>
        </w:trPr>
        <w:tc>
          <w:tcPr>
            <w:tcW w:w="8957" w:type="dxa"/>
            <w:shd w:val="clear" w:color="auto" w:fill="F2F6F8"/>
          </w:tcPr>
          <w:p w14:paraId="313417B2" w14:textId="77777777" w:rsidR="00D93F19" w:rsidRDefault="00000000">
            <w:pPr>
              <w:pStyle w:val="TableText"/>
              <w:rPr>
                <w:rFonts w:hint="eastAsia"/>
              </w:rPr>
            </w:pPr>
            <w:hyperlink w:anchor="P41" w:history="1">
              <w:r>
                <w:rPr>
                  <w:color w:val="15344B"/>
                </w:rPr>
                <w:t>A03 | Confronto con il fabbricante</w:t>
              </w:r>
            </w:hyperlink>
          </w:p>
        </w:tc>
        <w:tc>
          <w:tcPr>
            <w:tcW w:w="907" w:type="dxa"/>
            <w:shd w:val="clear" w:color="auto" w:fill="F2F6F8"/>
            <w:vAlign w:val="center"/>
          </w:tcPr>
          <w:p w14:paraId="367DD8BD" w14:textId="77777777" w:rsidR="00D93F19" w:rsidRDefault="00000000">
            <w:pPr>
              <w:pStyle w:val="TableText"/>
              <w:spacing w:after="30" w:line="245" w:lineRule="auto"/>
              <w:jc w:val="center"/>
              <w:rPr>
                <w:rFonts w:hint="eastAsia"/>
              </w:rPr>
            </w:pPr>
            <w:r>
              <w:fldChar w:fldCharType="begin"/>
            </w:r>
            <w:r>
              <w:instrText>PAGEREF P41 \h</w:instrText>
            </w:r>
            <w:r>
              <w:rPr>
                <w:rFonts w:hint="eastAsia"/>
              </w:rPr>
              <w:fldChar w:fldCharType="separate"/>
            </w:r>
            <w:r w:rsidR="00C1183A">
              <w:rPr>
                <w:rFonts w:hint="eastAsia"/>
                <w:noProof/>
              </w:rPr>
              <w:t>1</w:t>
            </w:r>
            <w:r>
              <w:fldChar w:fldCharType="end"/>
            </w:r>
          </w:p>
        </w:tc>
      </w:tr>
      <w:tr w:rsidR="00D93F19" w14:paraId="43F1E1EB" w14:textId="77777777">
        <w:trPr>
          <w:cantSplit/>
          <w:jc w:val="center"/>
        </w:trPr>
        <w:tc>
          <w:tcPr>
            <w:tcW w:w="8957" w:type="dxa"/>
          </w:tcPr>
          <w:p w14:paraId="6C3772F3" w14:textId="77777777" w:rsidR="00D93F19" w:rsidRDefault="00000000">
            <w:pPr>
              <w:pStyle w:val="TableText"/>
              <w:rPr>
                <w:rFonts w:hint="eastAsia"/>
              </w:rPr>
            </w:pPr>
            <w:hyperlink w:anchor="P42" w:history="1">
              <w:r>
                <w:rPr>
                  <w:color w:val="15344B"/>
                </w:rPr>
                <w:t>A04 | Competenze e assegnazione degli incarichi</w:t>
              </w:r>
            </w:hyperlink>
          </w:p>
        </w:tc>
        <w:tc>
          <w:tcPr>
            <w:tcW w:w="907" w:type="dxa"/>
            <w:vAlign w:val="center"/>
          </w:tcPr>
          <w:p w14:paraId="2641C366" w14:textId="77777777" w:rsidR="00D93F19" w:rsidRDefault="00000000">
            <w:pPr>
              <w:pStyle w:val="TableText"/>
              <w:spacing w:after="30" w:line="245" w:lineRule="auto"/>
              <w:jc w:val="center"/>
              <w:rPr>
                <w:rFonts w:hint="eastAsia"/>
              </w:rPr>
            </w:pPr>
            <w:r>
              <w:fldChar w:fldCharType="begin"/>
            </w:r>
            <w:r>
              <w:instrText>PAGEREF P42 \h</w:instrText>
            </w:r>
            <w:r>
              <w:rPr>
                <w:rFonts w:hint="eastAsia"/>
              </w:rPr>
              <w:fldChar w:fldCharType="separate"/>
            </w:r>
            <w:r w:rsidR="00C1183A">
              <w:rPr>
                <w:rFonts w:hint="eastAsia"/>
                <w:noProof/>
              </w:rPr>
              <w:t>1</w:t>
            </w:r>
            <w:r>
              <w:fldChar w:fldCharType="end"/>
            </w:r>
          </w:p>
        </w:tc>
      </w:tr>
      <w:tr w:rsidR="00D93F19" w14:paraId="497CC430" w14:textId="77777777">
        <w:trPr>
          <w:cantSplit/>
          <w:jc w:val="center"/>
        </w:trPr>
        <w:tc>
          <w:tcPr>
            <w:tcW w:w="8957" w:type="dxa"/>
            <w:shd w:val="clear" w:color="auto" w:fill="F2F6F8"/>
          </w:tcPr>
          <w:p w14:paraId="3174C140" w14:textId="77777777" w:rsidR="00D93F19" w:rsidRDefault="00000000">
            <w:pPr>
              <w:pStyle w:val="TableText"/>
              <w:rPr>
                <w:rFonts w:hint="eastAsia"/>
              </w:rPr>
            </w:pPr>
            <w:hyperlink w:anchor="P43" w:history="1">
              <w:r>
                <w:rPr>
                  <w:color w:val="15344B"/>
                </w:rPr>
                <w:t>A05 | Valutazione e classificazione dell’intervento</w:t>
              </w:r>
            </w:hyperlink>
          </w:p>
        </w:tc>
        <w:tc>
          <w:tcPr>
            <w:tcW w:w="907" w:type="dxa"/>
            <w:shd w:val="clear" w:color="auto" w:fill="F2F6F8"/>
            <w:vAlign w:val="center"/>
          </w:tcPr>
          <w:p w14:paraId="672675A9" w14:textId="77777777" w:rsidR="00D93F19" w:rsidRDefault="00000000">
            <w:pPr>
              <w:pStyle w:val="TableText"/>
              <w:spacing w:after="30" w:line="245" w:lineRule="auto"/>
              <w:jc w:val="center"/>
              <w:rPr>
                <w:rFonts w:hint="eastAsia"/>
              </w:rPr>
            </w:pPr>
            <w:r>
              <w:fldChar w:fldCharType="begin"/>
            </w:r>
            <w:r>
              <w:instrText>PAGEREF P43 \h</w:instrText>
            </w:r>
            <w:r>
              <w:rPr>
                <w:rFonts w:hint="eastAsia"/>
              </w:rPr>
              <w:fldChar w:fldCharType="separate"/>
            </w:r>
            <w:r w:rsidR="00C1183A">
              <w:rPr>
                <w:rFonts w:hint="eastAsia"/>
                <w:noProof/>
              </w:rPr>
              <w:t>1</w:t>
            </w:r>
            <w:r>
              <w:fldChar w:fldCharType="end"/>
            </w:r>
          </w:p>
        </w:tc>
      </w:tr>
      <w:tr w:rsidR="00D93F19" w14:paraId="5F874E2E" w14:textId="77777777">
        <w:trPr>
          <w:cantSplit/>
          <w:jc w:val="center"/>
        </w:trPr>
        <w:tc>
          <w:tcPr>
            <w:tcW w:w="8957" w:type="dxa"/>
          </w:tcPr>
          <w:p w14:paraId="527F3F93" w14:textId="77777777" w:rsidR="00D93F19" w:rsidRDefault="00000000">
            <w:pPr>
              <w:pStyle w:val="TableText"/>
              <w:rPr>
                <w:rFonts w:hint="eastAsia"/>
              </w:rPr>
            </w:pPr>
            <w:hyperlink w:anchor="P44" w:history="1">
              <w:r>
                <w:rPr>
                  <w:color w:val="15344B"/>
                </w:rPr>
                <w:t>A06 | Relazione tecnica – identificazione e progetto</w:t>
              </w:r>
            </w:hyperlink>
          </w:p>
        </w:tc>
        <w:tc>
          <w:tcPr>
            <w:tcW w:w="907" w:type="dxa"/>
            <w:vAlign w:val="center"/>
          </w:tcPr>
          <w:p w14:paraId="76B6D7F2" w14:textId="77777777" w:rsidR="00D93F19" w:rsidRDefault="00000000">
            <w:pPr>
              <w:pStyle w:val="TableText"/>
              <w:spacing w:after="30" w:line="245" w:lineRule="auto"/>
              <w:jc w:val="center"/>
              <w:rPr>
                <w:rFonts w:hint="eastAsia"/>
              </w:rPr>
            </w:pPr>
            <w:r>
              <w:fldChar w:fldCharType="begin"/>
            </w:r>
            <w:r>
              <w:instrText>PAGEREF P44 \h</w:instrText>
            </w:r>
            <w:r>
              <w:rPr>
                <w:rFonts w:hint="eastAsia"/>
              </w:rPr>
              <w:fldChar w:fldCharType="separate"/>
            </w:r>
            <w:r w:rsidR="00C1183A">
              <w:rPr>
                <w:rFonts w:hint="eastAsia"/>
                <w:noProof/>
              </w:rPr>
              <w:t>1</w:t>
            </w:r>
            <w:r>
              <w:fldChar w:fldCharType="end"/>
            </w:r>
          </w:p>
        </w:tc>
      </w:tr>
      <w:tr w:rsidR="00D93F19" w14:paraId="48C32340" w14:textId="77777777">
        <w:trPr>
          <w:cantSplit/>
          <w:jc w:val="center"/>
        </w:trPr>
        <w:tc>
          <w:tcPr>
            <w:tcW w:w="8957" w:type="dxa"/>
            <w:shd w:val="clear" w:color="auto" w:fill="F2F6F8"/>
          </w:tcPr>
          <w:p w14:paraId="64CF30DF" w14:textId="77777777" w:rsidR="00D93F19" w:rsidRDefault="00000000">
            <w:pPr>
              <w:pStyle w:val="TableText"/>
              <w:rPr>
                <w:rFonts w:hint="eastAsia"/>
              </w:rPr>
            </w:pPr>
            <w:hyperlink w:anchor="P46" w:history="1">
              <w:r>
                <w:rPr>
                  <w:color w:val="15344B"/>
                </w:rPr>
                <w:t>A07 | Analisi dei rischi delle attività di manutenzione</w:t>
              </w:r>
            </w:hyperlink>
          </w:p>
        </w:tc>
        <w:tc>
          <w:tcPr>
            <w:tcW w:w="907" w:type="dxa"/>
            <w:shd w:val="clear" w:color="auto" w:fill="F2F6F8"/>
            <w:vAlign w:val="center"/>
          </w:tcPr>
          <w:p w14:paraId="7B92C602" w14:textId="77777777" w:rsidR="00D93F19" w:rsidRDefault="00000000">
            <w:pPr>
              <w:pStyle w:val="TableText"/>
              <w:spacing w:after="30" w:line="245" w:lineRule="auto"/>
              <w:jc w:val="center"/>
              <w:rPr>
                <w:rFonts w:hint="eastAsia"/>
              </w:rPr>
            </w:pPr>
            <w:r>
              <w:fldChar w:fldCharType="begin"/>
            </w:r>
            <w:r>
              <w:instrText>PAGEREF P46 \h</w:instrText>
            </w:r>
            <w:r>
              <w:rPr>
                <w:rFonts w:hint="eastAsia"/>
              </w:rPr>
              <w:fldChar w:fldCharType="separate"/>
            </w:r>
            <w:r w:rsidR="00C1183A">
              <w:rPr>
                <w:rFonts w:hint="eastAsia"/>
                <w:noProof/>
              </w:rPr>
              <w:t>1</w:t>
            </w:r>
            <w:r>
              <w:fldChar w:fldCharType="end"/>
            </w:r>
          </w:p>
        </w:tc>
      </w:tr>
      <w:tr w:rsidR="00D93F19" w14:paraId="5E44BC11" w14:textId="77777777">
        <w:trPr>
          <w:cantSplit/>
          <w:jc w:val="center"/>
        </w:trPr>
        <w:tc>
          <w:tcPr>
            <w:tcW w:w="8957" w:type="dxa"/>
          </w:tcPr>
          <w:p w14:paraId="012C3714" w14:textId="77777777" w:rsidR="00D93F19" w:rsidRDefault="00000000">
            <w:pPr>
              <w:pStyle w:val="TableText"/>
              <w:rPr>
                <w:rFonts w:hint="eastAsia"/>
              </w:rPr>
            </w:pPr>
            <w:hyperlink w:anchor="P47" w:history="1">
              <w:r>
                <w:rPr>
                  <w:color w:val="15344B"/>
                </w:rPr>
                <w:t>A08 | Permesso di lavoro e consegna dell’area</w:t>
              </w:r>
            </w:hyperlink>
          </w:p>
        </w:tc>
        <w:tc>
          <w:tcPr>
            <w:tcW w:w="907" w:type="dxa"/>
            <w:vAlign w:val="center"/>
          </w:tcPr>
          <w:p w14:paraId="1849B22A" w14:textId="77777777" w:rsidR="00D93F19" w:rsidRDefault="00000000">
            <w:pPr>
              <w:pStyle w:val="TableText"/>
              <w:spacing w:after="30" w:line="245" w:lineRule="auto"/>
              <w:jc w:val="center"/>
              <w:rPr>
                <w:rFonts w:hint="eastAsia"/>
              </w:rPr>
            </w:pPr>
            <w:r>
              <w:fldChar w:fldCharType="begin"/>
            </w:r>
            <w:r>
              <w:instrText>PAGEREF P47 \h</w:instrText>
            </w:r>
            <w:r>
              <w:rPr>
                <w:rFonts w:hint="eastAsia"/>
              </w:rPr>
              <w:fldChar w:fldCharType="separate"/>
            </w:r>
            <w:r w:rsidR="00C1183A">
              <w:rPr>
                <w:rFonts w:hint="eastAsia"/>
                <w:noProof/>
              </w:rPr>
              <w:t>1</w:t>
            </w:r>
            <w:r>
              <w:fldChar w:fldCharType="end"/>
            </w:r>
          </w:p>
        </w:tc>
      </w:tr>
      <w:tr w:rsidR="00D93F19" w14:paraId="266B49DE" w14:textId="77777777">
        <w:trPr>
          <w:cantSplit/>
          <w:jc w:val="center"/>
        </w:trPr>
        <w:tc>
          <w:tcPr>
            <w:tcW w:w="8957" w:type="dxa"/>
            <w:shd w:val="clear" w:color="auto" w:fill="F2F6F8"/>
          </w:tcPr>
          <w:p w14:paraId="0DEFB01C" w14:textId="77777777" w:rsidR="00D93F19" w:rsidRDefault="00000000">
            <w:pPr>
              <w:pStyle w:val="TableText"/>
              <w:rPr>
                <w:rFonts w:hint="eastAsia"/>
              </w:rPr>
            </w:pPr>
            <w:hyperlink w:anchor="P48" w:history="1">
              <w:r>
                <w:rPr>
                  <w:color w:val="15344B"/>
                </w:rPr>
                <w:t>A09 | Piano di isolamento delle energie</w:t>
              </w:r>
            </w:hyperlink>
          </w:p>
        </w:tc>
        <w:tc>
          <w:tcPr>
            <w:tcW w:w="907" w:type="dxa"/>
            <w:shd w:val="clear" w:color="auto" w:fill="F2F6F8"/>
            <w:vAlign w:val="center"/>
          </w:tcPr>
          <w:p w14:paraId="3F43C863" w14:textId="77777777" w:rsidR="00D93F19" w:rsidRDefault="00000000">
            <w:pPr>
              <w:pStyle w:val="TableText"/>
              <w:spacing w:after="30" w:line="245" w:lineRule="auto"/>
              <w:jc w:val="center"/>
              <w:rPr>
                <w:rFonts w:hint="eastAsia"/>
              </w:rPr>
            </w:pPr>
            <w:r>
              <w:fldChar w:fldCharType="begin"/>
            </w:r>
            <w:r>
              <w:instrText>PAGEREF P48 \h</w:instrText>
            </w:r>
            <w:r>
              <w:rPr>
                <w:rFonts w:hint="eastAsia"/>
              </w:rPr>
              <w:fldChar w:fldCharType="separate"/>
            </w:r>
            <w:r w:rsidR="00C1183A">
              <w:rPr>
                <w:rFonts w:hint="eastAsia"/>
                <w:noProof/>
              </w:rPr>
              <w:t>1</w:t>
            </w:r>
            <w:r>
              <w:fldChar w:fldCharType="end"/>
            </w:r>
          </w:p>
        </w:tc>
      </w:tr>
      <w:tr w:rsidR="00D93F19" w14:paraId="14369CFD" w14:textId="77777777">
        <w:trPr>
          <w:cantSplit/>
          <w:jc w:val="center"/>
        </w:trPr>
        <w:tc>
          <w:tcPr>
            <w:tcW w:w="8957" w:type="dxa"/>
          </w:tcPr>
          <w:p w14:paraId="7CFDA38F" w14:textId="77777777" w:rsidR="00D93F19" w:rsidRDefault="00000000">
            <w:pPr>
              <w:pStyle w:val="TableText"/>
              <w:rPr>
                <w:rFonts w:hint="eastAsia"/>
              </w:rPr>
            </w:pPr>
            <w:hyperlink w:anchor="P50" w:history="1">
              <w:r>
                <w:rPr>
                  <w:color w:val="15344B"/>
                </w:rPr>
                <w:t>A10 | Giornale lavori e gestione delle varianti</w:t>
              </w:r>
            </w:hyperlink>
          </w:p>
        </w:tc>
        <w:tc>
          <w:tcPr>
            <w:tcW w:w="907" w:type="dxa"/>
            <w:vAlign w:val="center"/>
          </w:tcPr>
          <w:p w14:paraId="2978A3F4" w14:textId="77777777" w:rsidR="00D93F19" w:rsidRDefault="00000000">
            <w:pPr>
              <w:pStyle w:val="TableText"/>
              <w:spacing w:after="30" w:line="245" w:lineRule="auto"/>
              <w:jc w:val="center"/>
              <w:rPr>
                <w:rFonts w:hint="eastAsia"/>
              </w:rPr>
            </w:pPr>
            <w:r>
              <w:fldChar w:fldCharType="begin"/>
            </w:r>
            <w:r>
              <w:instrText>PAGEREF P50 \h</w:instrText>
            </w:r>
            <w:r>
              <w:rPr>
                <w:rFonts w:hint="eastAsia"/>
              </w:rPr>
              <w:fldChar w:fldCharType="separate"/>
            </w:r>
            <w:r w:rsidR="00C1183A">
              <w:rPr>
                <w:rFonts w:hint="eastAsia"/>
                <w:noProof/>
              </w:rPr>
              <w:t>1</w:t>
            </w:r>
            <w:r>
              <w:fldChar w:fldCharType="end"/>
            </w:r>
          </w:p>
        </w:tc>
      </w:tr>
      <w:tr w:rsidR="00D93F19" w14:paraId="7FE4AED5" w14:textId="77777777">
        <w:trPr>
          <w:cantSplit/>
          <w:jc w:val="center"/>
        </w:trPr>
        <w:tc>
          <w:tcPr>
            <w:tcW w:w="8957" w:type="dxa"/>
            <w:shd w:val="clear" w:color="auto" w:fill="F2F6F8"/>
          </w:tcPr>
          <w:p w14:paraId="0E31451E" w14:textId="77777777" w:rsidR="00D93F19" w:rsidRDefault="00000000">
            <w:pPr>
              <w:pStyle w:val="TableText"/>
              <w:rPr>
                <w:rFonts w:hint="eastAsia"/>
              </w:rPr>
            </w:pPr>
            <w:hyperlink w:anchor="P51" w:history="1">
              <w:r>
                <w:rPr>
                  <w:color w:val="15344B"/>
                </w:rPr>
                <w:t>A11 | Tracciabilità di componenti e configurazioni</w:t>
              </w:r>
            </w:hyperlink>
          </w:p>
        </w:tc>
        <w:tc>
          <w:tcPr>
            <w:tcW w:w="907" w:type="dxa"/>
            <w:shd w:val="clear" w:color="auto" w:fill="F2F6F8"/>
            <w:vAlign w:val="center"/>
          </w:tcPr>
          <w:p w14:paraId="13355403" w14:textId="77777777" w:rsidR="00D93F19" w:rsidRDefault="00000000">
            <w:pPr>
              <w:pStyle w:val="TableText"/>
              <w:spacing w:after="30" w:line="245" w:lineRule="auto"/>
              <w:jc w:val="center"/>
              <w:rPr>
                <w:rFonts w:hint="eastAsia"/>
              </w:rPr>
            </w:pPr>
            <w:r>
              <w:fldChar w:fldCharType="begin"/>
            </w:r>
            <w:r>
              <w:instrText>PAGEREF P51 \h</w:instrText>
            </w:r>
            <w:r>
              <w:rPr>
                <w:rFonts w:hint="eastAsia"/>
              </w:rPr>
              <w:fldChar w:fldCharType="separate"/>
            </w:r>
            <w:r w:rsidR="00C1183A">
              <w:rPr>
                <w:rFonts w:hint="eastAsia"/>
                <w:noProof/>
              </w:rPr>
              <w:t>1</w:t>
            </w:r>
            <w:r>
              <w:fldChar w:fldCharType="end"/>
            </w:r>
          </w:p>
        </w:tc>
      </w:tr>
      <w:tr w:rsidR="00D93F19" w14:paraId="186993DE" w14:textId="77777777">
        <w:trPr>
          <w:cantSplit/>
          <w:jc w:val="center"/>
        </w:trPr>
        <w:tc>
          <w:tcPr>
            <w:tcW w:w="8957" w:type="dxa"/>
          </w:tcPr>
          <w:p w14:paraId="031426FB" w14:textId="77777777" w:rsidR="00D93F19" w:rsidRDefault="00000000">
            <w:pPr>
              <w:pStyle w:val="TableText"/>
              <w:rPr>
                <w:rFonts w:hint="eastAsia"/>
              </w:rPr>
            </w:pPr>
            <w:hyperlink w:anchor="P52" w:history="1">
              <w:r>
                <w:rPr>
                  <w:color w:val="15344B"/>
                </w:rPr>
                <w:t>A12 | Piano di verifiche e prove</w:t>
              </w:r>
            </w:hyperlink>
          </w:p>
        </w:tc>
        <w:tc>
          <w:tcPr>
            <w:tcW w:w="907" w:type="dxa"/>
            <w:vAlign w:val="center"/>
          </w:tcPr>
          <w:p w14:paraId="37281991" w14:textId="77777777" w:rsidR="00D93F19" w:rsidRDefault="00000000">
            <w:pPr>
              <w:pStyle w:val="TableText"/>
              <w:spacing w:after="30" w:line="245" w:lineRule="auto"/>
              <w:jc w:val="center"/>
              <w:rPr>
                <w:rFonts w:hint="eastAsia"/>
              </w:rPr>
            </w:pPr>
            <w:r>
              <w:fldChar w:fldCharType="begin"/>
            </w:r>
            <w:r>
              <w:instrText>PAGEREF P52 \h</w:instrText>
            </w:r>
            <w:r>
              <w:rPr>
                <w:rFonts w:hint="eastAsia"/>
              </w:rPr>
              <w:fldChar w:fldCharType="separate"/>
            </w:r>
            <w:r w:rsidR="00C1183A">
              <w:rPr>
                <w:rFonts w:hint="eastAsia"/>
                <w:noProof/>
              </w:rPr>
              <w:t>1</w:t>
            </w:r>
            <w:r>
              <w:fldChar w:fldCharType="end"/>
            </w:r>
          </w:p>
        </w:tc>
      </w:tr>
      <w:tr w:rsidR="00D93F19" w14:paraId="49C31D03" w14:textId="77777777">
        <w:trPr>
          <w:cantSplit/>
          <w:jc w:val="center"/>
        </w:trPr>
        <w:tc>
          <w:tcPr>
            <w:tcW w:w="8957" w:type="dxa"/>
            <w:shd w:val="clear" w:color="auto" w:fill="F2F6F8"/>
          </w:tcPr>
          <w:p w14:paraId="255A5B01" w14:textId="77777777" w:rsidR="00D93F19" w:rsidRDefault="00000000">
            <w:pPr>
              <w:pStyle w:val="TableText"/>
              <w:rPr>
                <w:rFonts w:hint="eastAsia"/>
              </w:rPr>
            </w:pPr>
            <w:hyperlink w:anchor="P53" w:history="1">
              <w:r>
                <w:rPr>
                  <w:color w:val="15344B"/>
                </w:rPr>
                <w:t>A13 | Rapporto di verifica e/o collaudo</w:t>
              </w:r>
            </w:hyperlink>
          </w:p>
        </w:tc>
        <w:tc>
          <w:tcPr>
            <w:tcW w:w="907" w:type="dxa"/>
            <w:shd w:val="clear" w:color="auto" w:fill="F2F6F8"/>
            <w:vAlign w:val="center"/>
          </w:tcPr>
          <w:p w14:paraId="1662076A" w14:textId="77777777" w:rsidR="00D93F19" w:rsidRDefault="00000000">
            <w:pPr>
              <w:pStyle w:val="TableText"/>
              <w:spacing w:after="30" w:line="245" w:lineRule="auto"/>
              <w:jc w:val="center"/>
              <w:rPr>
                <w:rFonts w:hint="eastAsia"/>
              </w:rPr>
            </w:pPr>
            <w:r>
              <w:fldChar w:fldCharType="begin"/>
            </w:r>
            <w:r>
              <w:instrText>PAGEREF P53 \h</w:instrText>
            </w:r>
            <w:r>
              <w:rPr>
                <w:rFonts w:hint="eastAsia"/>
              </w:rPr>
              <w:fldChar w:fldCharType="separate"/>
            </w:r>
            <w:r w:rsidR="00C1183A">
              <w:rPr>
                <w:rFonts w:hint="eastAsia"/>
                <w:noProof/>
              </w:rPr>
              <w:t>1</w:t>
            </w:r>
            <w:r>
              <w:fldChar w:fldCharType="end"/>
            </w:r>
          </w:p>
        </w:tc>
      </w:tr>
      <w:tr w:rsidR="00D93F19" w14:paraId="09A925C7" w14:textId="77777777">
        <w:trPr>
          <w:cantSplit/>
          <w:jc w:val="center"/>
        </w:trPr>
        <w:tc>
          <w:tcPr>
            <w:tcW w:w="8957" w:type="dxa"/>
          </w:tcPr>
          <w:p w14:paraId="5D3CDC12" w14:textId="77777777" w:rsidR="00D93F19" w:rsidRDefault="00000000">
            <w:pPr>
              <w:pStyle w:val="TableText"/>
              <w:rPr>
                <w:rFonts w:hint="eastAsia"/>
              </w:rPr>
            </w:pPr>
            <w:hyperlink w:anchor="P54" w:history="1">
              <w:r>
                <w:rPr>
                  <w:color w:val="15344B"/>
                </w:rPr>
                <w:t>A14 | Idoneità di sostegni e vie di corsa</w:t>
              </w:r>
            </w:hyperlink>
          </w:p>
        </w:tc>
        <w:tc>
          <w:tcPr>
            <w:tcW w:w="907" w:type="dxa"/>
            <w:vAlign w:val="center"/>
          </w:tcPr>
          <w:p w14:paraId="02D39288" w14:textId="77777777" w:rsidR="00D93F19" w:rsidRDefault="00000000">
            <w:pPr>
              <w:pStyle w:val="TableText"/>
              <w:spacing w:after="30" w:line="245" w:lineRule="auto"/>
              <w:jc w:val="center"/>
              <w:rPr>
                <w:rFonts w:hint="eastAsia"/>
              </w:rPr>
            </w:pPr>
            <w:r>
              <w:fldChar w:fldCharType="begin"/>
            </w:r>
            <w:r>
              <w:instrText>PAGEREF P54 \h</w:instrText>
            </w:r>
            <w:r>
              <w:rPr>
                <w:rFonts w:hint="eastAsia"/>
              </w:rPr>
              <w:fldChar w:fldCharType="separate"/>
            </w:r>
            <w:r w:rsidR="00C1183A">
              <w:rPr>
                <w:rFonts w:hint="eastAsia"/>
                <w:noProof/>
              </w:rPr>
              <w:t>1</w:t>
            </w:r>
            <w:r>
              <w:fldChar w:fldCharType="end"/>
            </w:r>
          </w:p>
        </w:tc>
      </w:tr>
      <w:tr w:rsidR="00D93F19" w14:paraId="65C054F4" w14:textId="77777777">
        <w:trPr>
          <w:cantSplit/>
          <w:jc w:val="center"/>
        </w:trPr>
        <w:tc>
          <w:tcPr>
            <w:tcW w:w="8957" w:type="dxa"/>
            <w:shd w:val="clear" w:color="auto" w:fill="F2F6F8"/>
          </w:tcPr>
          <w:p w14:paraId="391B09E1" w14:textId="77777777" w:rsidR="00D93F19" w:rsidRDefault="00000000">
            <w:pPr>
              <w:pStyle w:val="TableText"/>
              <w:rPr>
                <w:rFonts w:hint="eastAsia"/>
              </w:rPr>
            </w:pPr>
            <w:hyperlink w:anchor="P55" w:history="1">
              <w:r>
                <w:rPr>
                  <w:color w:val="15344B"/>
                </w:rPr>
                <w:t>A15 | Dichiarazione dell’esecutore – identificazione</w:t>
              </w:r>
            </w:hyperlink>
          </w:p>
        </w:tc>
        <w:tc>
          <w:tcPr>
            <w:tcW w:w="907" w:type="dxa"/>
            <w:shd w:val="clear" w:color="auto" w:fill="F2F6F8"/>
            <w:vAlign w:val="center"/>
          </w:tcPr>
          <w:p w14:paraId="5D56CB41" w14:textId="77777777" w:rsidR="00D93F19" w:rsidRDefault="00000000">
            <w:pPr>
              <w:pStyle w:val="TableText"/>
              <w:spacing w:after="30" w:line="245" w:lineRule="auto"/>
              <w:jc w:val="center"/>
              <w:rPr>
                <w:rFonts w:hint="eastAsia"/>
              </w:rPr>
            </w:pPr>
            <w:r>
              <w:fldChar w:fldCharType="begin"/>
            </w:r>
            <w:r>
              <w:instrText>PAGEREF P55 \h</w:instrText>
            </w:r>
            <w:r>
              <w:rPr>
                <w:rFonts w:hint="eastAsia"/>
              </w:rPr>
              <w:fldChar w:fldCharType="separate"/>
            </w:r>
            <w:r w:rsidR="00C1183A">
              <w:rPr>
                <w:rFonts w:hint="eastAsia"/>
                <w:noProof/>
              </w:rPr>
              <w:t>1</w:t>
            </w:r>
            <w:r>
              <w:fldChar w:fldCharType="end"/>
            </w:r>
          </w:p>
        </w:tc>
      </w:tr>
      <w:tr w:rsidR="00D93F19" w14:paraId="061F47D0" w14:textId="77777777">
        <w:trPr>
          <w:cantSplit/>
          <w:jc w:val="center"/>
        </w:trPr>
        <w:tc>
          <w:tcPr>
            <w:tcW w:w="8957" w:type="dxa"/>
          </w:tcPr>
          <w:p w14:paraId="1E87F467" w14:textId="77777777" w:rsidR="00D93F19" w:rsidRDefault="00000000">
            <w:pPr>
              <w:pStyle w:val="TableText"/>
              <w:rPr>
                <w:rFonts w:hint="eastAsia"/>
              </w:rPr>
            </w:pPr>
            <w:hyperlink w:anchor="P57" w:history="1">
              <w:r>
                <w:rPr>
                  <w:color w:val="15344B"/>
                </w:rPr>
                <w:t>A16 | Non conformità e azioni correttive</w:t>
              </w:r>
            </w:hyperlink>
          </w:p>
        </w:tc>
        <w:tc>
          <w:tcPr>
            <w:tcW w:w="907" w:type="dxa"/>
            <w:vAlign w:val="center"/>
          </w:tcPr>
          <w:p w14:paraId="60B7CC23" w14:textId="77777777" w:rsidR="00D93F19" w:rsidRDefault="00000000">
            <w:pPr>
              <w:pStyle w:val="TableText"/>
              <w:spacing w:after="30" w:line="245" w:lineRule="auto"/>
              <w:jc w:val="center"/>
              <w:rPr>
                <w:rFonts w:hint="eastAsia"/>
              </w:rPr>
            </w:pPr>
            <w:r>
              <w:fldChar w:fldCharType="begin"/>
            </w:r>
            <w:r>
              <w:instrText>PAGEREF P57 \h</w:instrText>
            </w:r>
            <w:r>
              <w:rPr>
                <w:rFonts w:hint="eastAsia"/>
              </w:rPr>
              <w:fldChar w:fldCharType="separate"/>
            </w:r>
            <w:r w:rsidR="00C1183A">
              <w:rPr>
                <w:rFonts w:hint="eastAsia"/>
                <w:noProof/>
              </w:rPr>
              <w:t>1</w:t>
            </w:r>
            <w:r>
              <w:fldChar w:fldCharType="end"/>
            </w:r>
          </w:p>
        </w:tc>
      </w:tr>
      <w:tr w:rsidR="00D93F19" w14:paraId="1E7EB6A3" w14:textId="77777777">
        <w:trPr>
          <w:cantSplit/>
          <w:jc w:val="center"/>
        </w:trPr>
        <w:tc>
          <w:tcPr>
            <w:tcW w:w="8957" w:type="dxa"/>
            <w:shd w:val="clear" w:color="auto" w:fill="F2F6F8"/>
          </w:tcPr>
          <w:p w14:paraId="7912BC05" w14:textId="77777777" w:rsidR="00D93F19" w:rsidRDefault="00000000">
            <w:pPr>
              <w:pStyle w:val="TableText"/>
              <w:rPr>
                <w:rFonts w:hint="eastAsia"/>
              </w:rPr>
            </w:pPr>
            <w:hyperlink w:anchor="P58" w:history="1">
              <w:r>
                <w:rPr>
                  <w:color w:val="15344B"/>
                </w:rPr>
                <w:t>A17 | Autorizzazione alla rimessa in servizio</w:t>
              </w:r>
            </w:hyperlink>
          </w:p>
        </w:tc>
        <w:tc>
          <w:tcPr>
            <w:tcW w:w="907" w:type="dxa"/>
            <w:shd w:val="clear" w:color="auto" w:fill="F2F6F8"/>
            <w:vAlign w:val="center"/>
          </w:tcPr>
          <w:p w14:paraId="5EC3F444" w14:textId="77777777" w:rsidR="00D93F19" w:rsidRDefault="00000000">
            <w:pPr>
              <w:pStyle w:val="TableText"/>
              <w:spacing w:after="30" w:line="245" w:lineRule="auto"/>
              <w:jc w:val="center"/>
              <w:rPr>
                <w:rFonts w:hint="eastAsia"/>
              </w:rPr>
            </w:pPr>
            <w:r>
              <w:fldChar w:fldCharType="begin"/>
            </w:r>
            <w:r>
              <w:instrText>PAGEREF P58 \h</w:instrText>
            </w:r>
            <w:r>
              <w:rPr>
                <w:rFonts w:hint="eastAsia"/>
              </w:rPr>
              <w:fldChar w:fldCharType="separate"/>
            </w:r>
            <w:r w:rsidR="00C1183A">
              <w:rPr>
                <w:rFonts w:hint="eastAsia"/>
                <w:noProof/>
              </w:rPr>
              <w:t>1</w:t>
            </w:r>
            <w:r>
              <w:fldChar w:fldCharType="end"/>
            </w:r>
          </w:p>
        </w:tc>
      </w:tr>
      <w:tr w:rsidR="00D93F19" w14:paraId="2BC6124A" w14:textId="77777777">
        <w:trPr>
          <w:cantSplit/>
          <w:jc w:val="center"/>
        </w:trPr>
        <w:tc>
          <w:tcPr>
            <w:tcW w:w="8957" w:type="dxa"/>
          </w:tcPr>
          <w:p w14:paraId="7E314E33" w14:textId="77777777" w:rsidR="00D93F19" w:rsidRDefault="00000000">
            <w:pPr>
              <w:pStyle w:val="TableText"/>
              <w:rPr>
                <w:rFonts w:hint="eastAsia"/>
              </w:rPr>
            </w:pPr>
            <w:hyperlink w:anchor="P59" w:history="1">
              <w:r>
                <w:rPr>
                  <w:color w:val="15344B"/>
                </w:rPr>
                <w:t>A18 | Consegna, informazione e addestramento</w:t>
              </w:r>
            </w:hyperlink>
          </w:p>
        </w:tc>
        <w:tc>
          <w:tcPr>
            <w:tcW w:w="907" w:type="dxa"/>
            <w:vAlign w:val="center"/>
          </w:tcPr>
          <w:p w14:paraId="4491E334" w14:textId="77777777" w:rsidR="00D93F19" w:rsidRDefault="00000000">
            <w:pPr>
              <w:pStyle w:val="TableText"/>
              <w:spacing w:after="30" w:line="245" w:lineRule="auto"/>
              <w:jc w:val="center"/>
              <w:rPr>
                <w:rFonts w:hint="eastAsia"/>
              </w:rPr>
            </w:pPr>
            <w:r>
              <w:fldChar w:fldCharType="begin"/>
            </w:r>
            <w:r>
              <w:instrText>PAGEREF P59 \h</w:instrText>
            </w:r>
            <w:r>
              <w:rPr>
                <w:rFonts w:hint="eastAsia"/>
              </w:rPr>
              <w:fldChar w:fldCharType="separate"/>
            </w:r>
            <w:r w:rsidR="00C1183A">
              <w:rPr>
                <w:rFonts w:hint="eastAsia"/>
                <w:noProof/>
              </w:rPr>
              <w:t>1</w:t>
            </w:r>
            <w:r>
              <w:fldChar w:fldCharType="end"/>
            </w:r>
          </w:p>
        </w:tc>
      </w:tr>
      <w:tr w:rsidR="00D93F19" w14:paraId="764764B3" w14:textId="77777777">
        <w:trPr>
          <w:cantSplit/>
          <w:jc w:val="center"/>
        </w:trPr>
        <w:tc>
          <w:tcPr>
            <w:tcW w:w="8957" w:type="dxa"/>
            <w:shd w:val="clear" w:color="auto" w:fill="F2F6F8"/>
          </w:tcPr>
          <w:p w14:paraId="68B876E6" w14:textId="77777777" w:rsidR="00D93F19" w:rsidRDefault="00000000">
            <w:pPr>
              <w:pStyle w:val="TableText"/>
              <w:rPr>
                <w:rFonts w:hint="eastAsia"/>
              </w:rPr>
            </w:pPr>
            <w:hyperlink w:anchor="P60" w:history="1">
              <w:r>
                <w:rPr>
                  <w:color w:val="15344B"/>
                </w:rPr>
                <w:t>A19 | Registro di controllo e scadenzario</w:t>
              </w:r>
            </w:hyperlink>
          </w:p>
        </w:tc>
        <w:tc>
          <w:tcPr>
            <w:tcW w:w="907" w:type="dxa"/>
            <w:shd w:val="clear" w:color="auto" w:fill="F2F6F8"/>
            <w:vAlign w:val="center"/>
          </w:tcPr>
          <w:p w14:paraId="07B6437A" w14:textId="77777777" w:rsidR="00D93F19" w:rsidRDefault="00000000">
            <w:pPr>
              <w:pStyle w:val="TableText"/>
              <w:spacing w:after="30" w:line="245" w:lineRule="auto"/>
              <w:jc w:val="center"/>
              <w:rPr>
                <w:rFonts w:hint="eastAsia"/>
              </w:rPr>
            </w:pPr>
            <w:r>
              <w:fldChar w:fldCharType="begin"/>
            </w:r>
            <w:r>
              <w:instrText>PAGEREF P60 \h</w:instrText>
            </w:r>
            <w:r>
              <w:rPr>
                <w:rFonts w:hint="eastAsia"/>
              </w:rPr>
              <w:fldChar w:fldCharType="separate"/>
            </w:r>
            <w:r w:rsidR="00C1183A">
              <w:rPr>
                <w:rFonts w:hint="eastAsia"/>
                <w:noProof/>
              </w:rPr>
              <w:t>1</w:t>
            </w:r>
            <w:r>
              <w:fldChar w:fldCharType="end"/>
            </w:r>
          </w:p>
        </w:tc>
      </w:tr>
      <w:tr w:rsidR="00D93F19" w14:paraId="40A6F9EB" w14:textId="77777777">
        <w:trPr>
          <w:cantSplit/>
          <w:jc w:val="center"/>
        </w:trPr>
        <w:tc>
          <w:tcPr>
            <w:tcW w:w="8957" w:type="dxa"/>
          </w:tcPr>
          <w:p w14:paraId="2BEF2EE0" w14:textId="77777777" w:rsidR="00D93F19" w:rsidRDefault="00000000">
            <w:pPr>
              <w:pStyle w:val="TableText"/>
              <w:rPr>
                <w:rFonts w:hint="eastAsia"/>
              </w:rPr>
            </w:pPr>
            <w:hyperlink w:anchor="P61" w:history="1">
              <w:r>
                <w:rPr>
                  <w:color w:val="15344B"/>
                </w:rPr>
                <w:t>A20 | Indice del fascicolo e archiviazione</w:t>
              </w:r>
            </w:hyperlink>
          </w:p>
        </w:tc>
        <w:tc>
          <w:tcPr>
            <w:tcW w:w="907" w:type="dxa"/>
            <w:vAlign w:val="center"/>
          </w:tcPr>
          <w:p w14:paraId="11E606FE" w14:textId="77777777" w:rsidR="00D93F19" w:rsidRDefault="00000000">
            <w:pPr>
              <w:pStyle w:val="TableText"/>
              <w:spacing w:after="30" w:line="245" w:lineRule="auto"/>
              <w:jc w:val="center"/>
              <w:rPr>
                <w:rFonts w:hint="eastAsia"/>
              </w:rPr>
            </w:pPr>
            <w:r>
              <w:fldChar w:fldCharType="begin"/>
            </w:r>
            <w:r>
              <w:instrText>PAGEREF P61 \h</w:instrText>
            </w:r>
            <w:r>
              <w:rPr>
                <w:rFonts w:hint="eastAsia"/>
              </w:rPr>
              <w:fldChar w:fldCharType="separate"/>
            </w:r>
            <w:r w:rsidR="00C1183A">
              <w:rPr>
                <w:rFonts w:hint="eastAsia"/>
                <w:noProof/>
              </w:rPr>
              <w:t>1</w:t>
            </w:r>
            <w:r>
              <w:fldChar w:fldCharType="end"/>
            </w:r>
          </w:p>
        </w:tc>
      </w:tr>
      <w:tr w:rsidR="00D93F19" w14:paraId="2F0C1A74" w14:textId="77777777">
        <w:trPr>
          <w:cantSplit/>
          <w:jc w:val="center"/>
        </w:trPr>
        <w:tc>
          <w:tcPr>
            <w:tcW w:w="8957" w:type="dxa"/>
            <w:shd w:val="clear" w:color="auto" w:fill="F2F6F8"/>
          </w:tcPr>
          <w:p w14:paraId="60CE7653" w14:textId="77777777" w:rsidR="00D93F19" w:rsidRDefault="00000000">
            <w:pPr>
              <w:pStyle w:val="TableText"/>
              <w:rPr>
                <w:rFonts w:hint="eastAsia"/>
              </w:rPr>
            </w:pPr>
            <w:hyperlink w:anchor="P62" w:history="1">
              <w:r>
                <w:rPr>
                  <w:color w:val="15344B"/>
                </w:rPr>
                <w:t>A21 | Piano specifico di emergenza e sospensione</w:t>
              </w:r>
            </w:hyperlink>
          </w:p>
        </w:tc>
        <w:tc>
          <w:tcPr>
            <w:tcW w:w="907" w:type="dxa"/>
            <w:shd w:val="clear" w:color="auto" w:fill="F2F6F8"/>
            <w:vAlign w:val="center"/>
          </w:tcPr>
          <w:p w14:paraId="6B9E32B4" w14:textId="77777777" w:rsidR="00D93F19" w:rsidRDefault="00000000">
            <w:pPr>
              <w:pStyle w:val="TableText"/>
              <w:spacing w:after="30" w:line="245" w:lineRule="auto"/>
              <w:jc w:val="center"/>
              <w:rPr>
                <w:rFonts w:hint="eastAsia"/>
              </w:rPr>
            </w:pPr>
            <w:r>
              <w:fldChar w:fldCharType="begin"/>
            </w:r>
            <w:r>
              <w:instrText>PAGEREF P62 \h</w:instrText>
            </w:r>
            <w:r>
              <w:rPr>
                <w:rFonts w:hint="eastAsia"/>
              </w:rPr>
              <w:fldChar w:fldCharType="separate"/>
            </w:r>
            <w:r w:rsidR="00C1183A">
              <w:rPr>
                <w:rFonts w:hint="eastAsia"/>
                <w:noProof/>
              </w:rPr>
              <w:t>1</w:t>
            </w:r>
            <w:r>
              <w:fldChar w:fldCharType="end"/>
            </w:r>
          </w:p>
        </w:tc>
      </w:tr>
      <w:tr w:rsidR="00D93F19" w14:paraId="0F68DEBA" w14:textId="77777777">
        <w:trPr>
          <w:cantSplit/>
          <w:jc w:val="center"/>
        </w:trPr>
        <w:tc>
          <w:tcPr>
            <w:tcW w:w="8957" w:type="dxa"/>
          </w:tcPr>
          <w:p w14:paraId="7E5F9FBD" w14:textId="77777777" w:rsidR="00D93F19" w:rsidRDefault="00000000">
            <w:pPr>
              <w:pStyle w:val="TableText"/>
              <w:rPr>
                <w:rFonts w:hint="eastAsia"/>
              </w:rPr>
            </w:pPr>
            <w:hyperlink w:anchor="P63" w:history="1">
              <w:r>
                <w:rPr>
                  <w:color w:val="15344B"/>
                </w:rPr>
                <w:t>A22 | Audit della procedura e gestione revisioni</w:t>
              </w:r>
            </w:hyperlink>
          </w:p>
        </w:tc>
        <w:tc>
          <w:tcPr>
            <w:tcW w:w="907" w:type="dxa"/>
            <w:vAlign w:val="center"/>
          </w:tcPr>
          <w:p w14:paraId="3580206E" w14:textId="77777777" w:rsidR="00D93F19" w:rsidRDefault="00000000">
            <w:pPr>
              <w:pStyle w:val="TableText"/>
              <w:spacing w:after="30" w:line="245" w:lineRule="auto"/>
              <w:jc w:val="center"/>
              <w:rPr>
                <w:rFonts w:hint="eastAsia"/>
              </w:rPr>
            </w:pPr>
            <w:r>
              <w:fldChar w:fldCharType="begin"/>
            </w:r>
            <w:r>
              <w:instrText>PAGEREF P63 \h</w:instrText>
            </w:r>
            <w:r>
              <w:rPr>
                <w:rFonts w:hint="eastAsia"/>
              </w:rPr>
              <w:fldChar w:fldCharType="separate"/>
            </w:r>
            <w:r w:rsidR="00C1183A">
              <w:rPr>
                <w:rFonts w:hint="eastAsia"/>
                <w:noProof/>
              </w:rPr>
              <w:t>1</w:t>
            </w:r>
            <w:r>
              <w:fldChar w:fldCharType="end"/>
            </w:r>
          </w:p>
        </w:tc>
      </w:tr>
    </w:tbl>
    <w:p w14:paraId="453532FA" w14:textId="77777777" w:rsidR="00D93F19" w:rsidRDefault="00D93F19">
      <w:pPr>
        <w:spacing w:after="0" w:line="20" w:lineRule="exact"/>
        <w:rPr>
          <w:rFonts w:hint="eastAsia"/>
        </w:rPr>
      </w:pPr>
    </w:p>
    <w:p w14:paraId="24F17D82" w14:textId="77777777" w:rsidR="00D93F19" w:rsidRDefault="00000000">
      <w:pPr>
        <w:pStyle w:val="Small"/>
        <w:rPr>
          <w:rFonts w:hint="eastAsia"/>
        </w:rPr>
      </w:pPr>
      <w:r>
        <w:t>I moduli A06, A09 e A15 sono articolati su due pagine. Duplicare le righe o le schede quando servono ulteriori attività, componenti, fonti di energia, test o firme.</w:t>
      </w:r>
    </w:p>
    <w:p w14:paraId="5F68B227" w14:textId="77777777" w:rsidR="00D93F19" w:rsidRDefault="00000000">
      <w:pPr>
        <w:pStyle w:val="Kicker"/>
        <w:pageBreakBefore/>
        <w:rPr>
          <w:rFonts w:hint="eastAsia"/>
        </w:rPr>
      </w:pPr>
      <w:r>
        <w:t>F + O • PRESUPPOSTI DEL PROCESSO</w:t>
      </w:r>
    </w:p>
    <w:p w14:paraId="4E875869" w14:textId="77777777" w:rsidR="00D93F19" w:rsidRDefault="00000000">
      <w:pPr>
        <w:pStyle w:val="Titolo1"/>
      </w:pPr>
      <w:bookmarkStart w:id="4" w:name="P5"/>
      <w:r>
        <w:t>01. Scopo e campo di applicazione</w:t>
      </w:r>
      <w:bookmarkEnd w:id="4"/>
    </w:p>
    <w:p w14:paraId="3957909B" w14:textId="77777777" w:rsidR="00D93F19" w:rsidRDefault="00000000">
      <w:pPr>
        <w:rPr>
          <w:rFonts w:hint="eastAsia"/>
        </w:rPr>
      </w:pPr>
      <w:r>
        <w:t>Lo scopo è impedire che un intervento venga avviato come semplice manutenzione senza averne chiarito gli effetti sulla macchina, sull’ambiente di lavoro e sulla documentazione. Il processo accompagna la valutazione preliminare, la progettazione, la realizzazione e la restituzione dell’attrezzatura all’utilizzatore.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381"/>
        <w:gridCol w:w="7483"/>
      </w:tblGrid>
      <w:tr w:rsidR="00D93F19" w14:paraId="25F2D89F" w14:textId="77777777">
        <w:trPr>
          <w:cantSplit/>
          <w:tblHeader/>
          <w:jc w:val="center"/>
        </w:trPr>
        <w:tc>
          <w:tcPr>
            <w:tcW w:w="2381" w:type="dxa"/>
            <w:shd w:val="clear" w:color="auto" w:fill="15344B"/>
            <w:vAlign w:val="center"/>
          </w:tcPr>
          <w:p w14:paraId="6F5369B1" w14:textId="77777777" w:rsidR="00D93F19" w:rsidRDefault="00000000">
            <w:pPr>
              <w:pStyle w:val="TableText"/>
              <w:rPr>
                <w:rFonts w:hint="eastAsia"/>
              </w:rPr>
            </w:pPr>
            <w:r>
              <w:rPr>
                <w:b/>
                <w:color w:val="FFFFFF"/>
              </w:rPr>
              <w:t>APPARECCHIO</w:t>
            </w:r>
          </w:p>
        </w:tc>
        <w:tc>
          <w:tcPr>
            <w:tcW w:w="7483" w:type="dxa"/>
            <w:shd w:val="clear" w:color="auto" w:fill="15344B"/>
            <w:vAlign w:val="center"/>
          </w:tcPr>
          <w:p w14:paraId="6E0A8DE7" w14:textId="77777777" w:rsidR="00D93F19" w:rsidRDefault="00000000">
            <w:pPr>
              <w:pStyle w:val="TableText"/>
              <w:rPr>
                <w:rFonts w:hint="eastAsia"/>
              </w:rPr>
            </w:pPr>
            <w:r>
              <w:rPr>
                <w:b/>
                <w:color w:val="FFFFFF"/>
              </w:rPr>
              <w:t>PERIMETRO DA IDENTIFICARE</w:t>
            </w:r>
          </w:p>
        </w:tc>
      </w:tr>
      <w:tr w:rsidR="00D93F19" w14:paraId="3EC5554D" w14:textId="77777777">
        <w:trPr>
          <w:cantSplit/>
          <w:jc w:val="center"/>
        </w:trPr>
        <w:tc>
          <w:tcPr>
            <w:tcW w:w="2381" w:type="dxa"/>
            <w:shd w:val="clear" w:color="auto" w:fill="F2F6F8"/>
            <w:vAlign w:val="center"/>
          </w:tcPr>
          <w:p w14:paraId="706D0F6B" w14:textId="77777777" w:rsidR="00D93F19" w:rsidRDefault="00000000">
            <w:pPr>
              <w:pStyle w:val="TableText"/>
              <w:rPr>
                <w:rFonts w:hint="eastAsia"/>
              </w:rPr>
            </w:pPr>
            <w:r>
              <w:t>Gru a ponte</w:t>
            </w:r>
          </w:p>
        </w:tc>
        <w:tc>
          <w:tcPr>
            <w:tcW w:w="7483" w:type="dxa"/>
            <w:shd w:val="clear" w:color="auto" w:fill="F2F6F8"/>
            <w:vAlign w:val="center"/>
          </w:tcPr>
          <w:p w14:paraId="22F57CE6" w14:textId="77777777" w:rsidR="00D93F19" w:rsidRDefault="00000000">
            <w:pPr>
              <w:pStyle w:val="TableText"/>
              <w:rPr>
                <w:rFonts w:hint="eastAsia"/>
              </w:rPr>
            </w:pPr>
            <w:r>
              <w:t>Ponte, carrelli, argani/paranchi, testate, comandi, vie di corsa e interfacce con il fabbricato.</w:t>
            </w:r>
          </w:p>
        </w:tc>
      </w:tr>
      <w:tr w:rsidR="00D93F19" w14:paraId="130C20AD" w14:textId="77777777">
        <w:trPr>
          <w:cantSplit/>
          <w:jc w:val="center"/>
        </w:trPr>
        <w:tc>
          <w:tcPr>
            <w:tcW w:w="2381" w:type="dxa"/>
            <w:vAlign w:val="center"/>
          </w:tcPr>
          <w:p w14:paraId="33664B55" w14:textId="77777777" w:rsidR="00D93F19" w:rsidRDefault="00000000">
            <w:pPr>
              <w:pStyle w:val="TableText"/>
              <w:rPr>
                <w:rFonts w:hint="eastAsia"/>
              </w:rPr>
            </w:pPr>
            <w:r>
              <w:t>Gru a struttura limitata</w:t>
            </w:r>
          </w:p>
        </w:tc>
        <w:tc>
          <w:tcPr>
            <w:tcW w:w="7483" w:type="dxa"/>
            <w:vAlign w:val="center"/>
          </w:tcPr>
          <w:p w14:paraId="7664C5FB" w14:textId="77777777" w:rsidR="00D93F19" w:rsidRDefault="00000000">
            <w:pPr>
              <w:pStyle w:val="TableText"/>
              <w:rPr>
                <w:rFonts w:hint="eastAsia"/>
              </w:rPr>
            </w:pPr>
            <w:r>
              <w:t>Gru a bandiera a colonna o a mensola e altre configurazioni richiamate dalla fonte; braccio, sostegni, fondazioni e accessi.</w:t>
            </w:r>
          </w:p>
        </w:tc>
      </w:tr>
      <w:tr w:rsidR="00D93F19" w14:paraId="3DB3266E" w14:textId="77777777">
        <w:trPr>
          <w:cantSplit/>
          <w:jc w:val="center"/>
        </w:trPr>
        <w:tc>
          <w:tcPr>
            <w:tcW w:w="2381" w:type="dxa"/>
            <w:shd w:val="clear" w:color="auto" w:fill="F2F6F8"/>
            <w:vAlign w:val="center"/>
          </w:tcPr>
          <w:p w14:paraId="534E554D" w14:textId="77777777" w:rsidR="00D93F19" w:rsidRDefault="00000000">
            <w:pPr>
              <w:pStyle w:val="TableText"/>
              <w:rPr>
                <w:rFonts w:hint="eastAsia"/>
              </w:rPr>
            </w:pPr>
            <w:r>
              <w:t>Gru a cavalletto</w:t>
            </w:r>
          </w:p>
        </w:tc>
        <w:tc>
          <w:tcPr>
            <w:tcW w:w="7483" w:type="dxa"/>
            <w:shd w:val="clear" w:color="auto" w:fill="F2F6F8"/>
            <w:vAlign w:val="center"/>
          </w:tcPr>
          <w:p w14:paraId="7F2B5D9C" w14:textId="77777777" w:rsidR="00D93F19" w:rsidRDefault="00000000">
            <w:pPr>
              <w:pStyle w:val="TableText"/>
              <w:rPr>
                <w:rFonts w:hint="eastAsia"/>
              </w:rPr>
            </w:pPr>
            <w:r>
              <w:t>Struttura, ruote o rotaie, azionamenti, stabilità e interferenze con percorsi e altri impianti.</w:t>
            </w:r>
          </w:p>
        </w:tc>
      </w:tr>
      <w:tr w:rsidR="00D93F19" w14:paraId="5D940D89" w14:textId="77777777">
        <w:trPr>
          <w:cantSplit/>
          <w:jc w:val="center"/>
        </w:trPr>
        <w:tc>
          <w:tcPr>
            <w:tcW w:w="2381" w:type="dxa"/>
            <w:vAlign w:val="center"/>
          </w:tcPr>
          <w:p w14:paraId="1CD60E13" w14:textId="77777777" w:rsidR="00D93F19" w:rsidRDefault="00000000">
            <w:pPr>
              <w:pStyle w:val="TableText"/>
              <w:rPr>
                <w:rFonts w:hint="eastAsia"/>
              </w:rPr>
            </w:pPr>
            <w:r>
              <w:t>Monorotaie</w:t>
            </w:r>
          </w:p>
        </w:tc>
        <w:tc>
          <w:tcPr>
            <w:tcW w:w="7483" w:type="dxa"/>
            <w:vAlign w:val="center"/>
          </w:tcPr>
          <w:p w14:paraId="5AE6A6A6" w14:textId="77777777" w:rsidR="00D93F19" w:rsidRDefault="00000000">
            <w:pPr>
              <w:pStyle w:val="TableText"/>
              <w:rPr>
                <w:rFonts w:hint="eastAsia"/>
              </w:rPr>
            </w:pPr>
            <w:r>
              <w:t>Profilo, sostegni, carrello/paranco, alimentazioni, finecorsa e condizioni del percorso.</w:t>
            </w:r>
          </w:p>
        </w:tc>
      </w:tr>
    </w:tbl>
    <w:p w14:paraId="13D83BCE" w14:textId="77777777" w:rsidR="00D93F19" w:rsidRDefault="00D93F19">
      <w:pPr>
        <w:spacing w:after="0" w:line="20" w:lineRule="exact"/>
        <w:rPr>
          <w:rFonts w:hint="eastAsia"/>
        </w:rPr>
      </w:pPr>
    </w:p>
    <w:p w14:paraId="697B0B0D" w14:textId="77777777" w:rsidR="00D93F19" w:rsidRDefault="00000000">
      <w:pPr>
        <w:rPr>
          <w:rFonts w:hint="eastAsia"/>
        </w:rPr>
      </w:pPr>
      <w:r>
        <w:t>Il campo riprende le tipologie esemplificate da INAIL. Non si estende automaticamente a gru mobili, gru a torre, ascensori, piattaforme per persone o altre direttive di prodotto. Gli accessori e i sostegni sono analizzati per le interfacce interessate, senza assorbirne automaticamente gli obblighi nella marcatura della gru.</w:t>
      </w:r>
    </w:p>
    <w:p w14:paraId="3063DAEC" w14:textId="77777777" w:rsidR="00D93F19" w:rsidRDefault="00000000">
      <w:pPr>
        <w:pStyle w:val="Titolo2"/>
      </w:pPr>
      <w:r>
        <w:t>Quando attivare la procedura</w:t>
      </w:r>
    </w:p>
    <w:p w14:paraId="01D26A7A" w14:textId="77777777" w:rsidR="00D93F19" w:rsidRDefault="00000000">
      <w:pPr>
        <w:rPr>
          <w:rFonts w:hint="eastAsia"/>
        </w:rPr>
      </w:pPr>
      <w:r>
        <w:t>Avviare la pratica per variazioni dimensionali, masse aggiuntive, parametri funzionali, componenti di sicurezza, impianto elettrico, ripari, accessi, sistemi anticaduta per emergenze, comandi, azionamenti, alimentazioni sottogancio e bozzelli motorizzati. Attivarla anche quando la natura dell’intervento è incerta o il ripristino si discosta dalle istruzioni disponibili.</w:t>
      </w:r>
    </w:p>
    <w:p w14:paraId="004B7C87" w14:textId="77777777" w:rsidR="00D93F19" w:rsidRDefault="00000000">
      <w:pPr>
        <w:pStyle w:val="Titolo2"/>
      </w:pPr>
      <w:r>
        <w:t>Tre esiti distinti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948"/>
        <w:gridCol w:w="6917"/>
      </w:tblGrid>
      <w:tr w:rsidR="00D93F19" w14:paraId="5C72FEF6" w14:textId="77777777">
        <w:trPr>
          <w:cantSplit/>
          <w:tblHeader/>
          <w:jc w:val="center"/>
        </w:trPr>
        <w:tc>
          <w:tcPr>
            <w:tcW w:w="2948" w:type="dxa"/>
            <w:shd w:val="clear" w:color="auto" w:fill="15344B"/>
            <w:vAlign w:val="center"/>
          </w:tcPr>
          <w:p w14:paraId="6AF4EEFB" w14:textId="77777777" w:rsidR="00D93F19" w:rsidRDefault="00000000">
            <w:pPr>
              <w:pStyle w:val="TableText"/>
              <w:rPr>
                <w:rFonts w:hint="eastAsia"/>
              </w:rPr>
            </w:pPr>
            <w:r>
              <w:rPr>
                <w:b/>
                <w:color w:val="FFFFFF"/>
              </w:rPr>
              <w:t>ESITO</w:t>
            </w:r>
          </w:p>
        </w:tc>
        <w:tc>
          <w:tcPr>
            <w:tcW w:w="6917" w:type="dxa"/>
            <w:shd w:val="clear" w:color="auto" w:fill="15344B"/>
            <w:vAlign w:val="center"/>
          </w:tcPr>
          <w:p w14:paraId="5180FCE7" w14:textId="77777777" w:rsidR="00D93F19" w:rsidRDefault="00000000">
            <w:pPr>
              <w:pStyle w:val="TableText"/>
              <w:rPr>
                <w:rFonts w:hint="eastAsia"/>
              </w:rPr>
            </w:pPr>
            <w:r>
              <w:rPr>
                <w:b/>
                <w:color w:val="FFFFFF"/>
              </w:rPr>
              <w:t>GESTIONE</w:t>
            </w:r>
          </w:p>
        </w:tc>
      </w:tr>
      <w:tr w:rsidR="00D93F19" w14:paraId="5D2DD169" w14:textId="77777777">
        <w:trPr>
          <w:cantSplit/>
          <w:jc w:val="center"/>
        </w:trPr>
        <w:tc>
          <w:tcPr>
            <w:tcW w:w="2948" w:type="dxa"/>
            <w:shd w:val="clear" w:color="auto" w:fill="F2F6F8"/>
            <w:vAlign w:val="center"/>
          </w:tcPr>
          <w:p w14:paraId="42AC036D" w14:textId="77777777" w:rsidR="00D93F19" w:rsidRDefault="00000000">
            <w:pPr>
              <w:pStyle w:val="TableText"/>
              <w:rPr>
                <w:rFonts w:hint="eastAsia"/>
              </w:rPr>
            </w:pPr>
            <w:r>
              <w:t>Intervento previsto nelle istruzioni</w:t>
            </w:r>
          </w:p>
        </w:tc>
        <w:tc>
          <w:tcPr>
            <w:tcW w:w="6917" w:type="dxa"/>
            <w:shd w:val="clear" w:color="auto" w:fill="F2F6F8"/>
            <w:vAlign w:val="center"/>
          </w:tcPr>
          <w:p w14:paraId="5C0C4131" w14:textId="77777777" w:rsidR="00D93F19" w:rsidRDefault="00000000">
            <w:pPr>
              <w:pStyle w:val="TableText"/>
              <w:rPr>
                <w:rFonts w:hint="eastAsia"/>
              </w:rPr>
            </w:pPr>
            <w:r>
              <w:t>Applicare le istruzioni e i controlli pertinenti; motivare l’eventuale gestione nella procedura ordinaria.</w:t>
            </w:r>
          </w:p>
        </w:tc>
      </w:tr>
      <w:tr w:rsidR="00D93F19" w14:paraId="6CB5FC4E" w14:textId="77777777">
        <w:trPr>
          <w:cantSplit/>
          <w:jc w:val="center"/>
        </w:trPr>
        <w:tc>
          <w:tcPr>
            <w:tcW w:w="2948" w:type="dxa"/>
            <w:vAlign w:val="center"/>
          </w:tcPr>
          <w:p w14:paraId="41C79677" w14:textId="77777777" w:rsidR="00D93F19" w:rsidRDefault="00000000">
            <w:pPr>
              <w:pStyle w:val="TableText"/>
              <w:rPr>
                <w:rFonts w:hint="eastAsia"/>
              </w:rPr>
            </w:pPr>
            <w:r>
              <w:t>Manutenzione straordinaria documentata</w:t>
            </w:r>
          </w:p>
        </w:tc>
        <w:tc>
          <w:tcPr>
            <w:tcW w:w="6917" w:type="dxa"/>
            <w:vAlign w:val="center"/>
          </w:tcPr>
          <w:p w14:paraId="20E42D99" w14:textId="77777777" w:rsidR="00D93F19" w:rsidRDefault="00000000">
            <w:pPr>
              <w:pStyle w:val="TableText"/>
              <w:rPr>
                <w:rFonts w:hint="eastAsia"/>
              </w:rPr>
            </w:pPr>
            <w:r>
              <w:t>Seguire la presente procedura e dimostrare tutte le condizioni delle schede pertinenti.</w:t>
            </w:r>
          </w:p>
        </w:tc>
      </w:tr>
      <w:tr w:rsidR="00D93F19" w14:paraId="52653BFA" w14:textId="77777777">
        <w:trPr>
          <w:cantSplit/>
          <w:jc w:val="center"/>
        </w:trPr>
        <w:tc>
          <w:tcPr>
            <w:tcW w:w="2948" w:type="dxa"/>
            <w:shd w:val="clear" w:color="auto" w:fill="F2F6F8"/>
            <w:vAlign w:val="center"/>
          </w:tcPr>
          <w:p w14:paraId="1C9D1F3E" w14:textId="77777777" w:rsidR="00D93F19" w:rsidRDefault="00000000">
            <w:pPr>
              <w:pStyle w:val="TableText"/>
              <w:rPr>
                <w:rFonts w:hint="eastAsia"/>
              </w:rPr>
            </w:pPr>
            <w:r>
              <w:t>Modifica sostanziale / caso non risolto</w:t>
            </w:r>
          </w:p>
        </w:tc>
        <w:tc>
          <w:tcPr>
            <w:tcW w:w="6917" w:type="dxa"/>
            <w:shd w:val="clear" w:color="auto" w:fill="F2F6F8"/>
            <w:vAlign w:val="center"/>
          </w:tcPr>
          <w:p w14:paraId="52C45E5F" w14:textId="77777777" w:rsidR="00D93F19" w:rsidRDefault="00000000">
            <w:pPr>
              <w:pStyle w:val="TableText"/>
              <w:rPr>
                <w:rFonts w:hint="eastAsia"/>
              </w:rPr>
            </w:pPr>
            <w:r>
              <w:t>Non procedere nel percorso semplificato. Attivare valutazione specialistica e, se dovuto, il percorso di conformità del prodotto.</w:t>
            </w:r>
          </w:p>
        </w:tc>
      </w:tr>
    </w:tbl>
    <w:p w14:paraId="10BABB04"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6EFE2857" w14:textId="77777777">
        <w:trPr>
          <w:cantSplit/>
        </w:trPr>
        <w:tc>
          <w:tcPr>
            <w:tcW w:w="9866" w:type="dxa"/>
            <w:shd w:val="clear" w:color="auto" w:fill="EAF2F6"/>
            <w:vAlign w:val="center"/>
          </w:tcPr>
          <w:p w14:paraId="66A55015" w14:textId="77777777" w:rsidR="00D93F19" w:rsidRDefault="00000000">
            <w:pPr>
              <w:pStyle w:val="TableText"/>
              <w:rPr>
                <w:rFonts w:hint="eastAsia"/>
              </w:rPr>
            </w:pPr>
            <w:r>
              <w:rPr>
                <w:color w:val="15344B"/>
              </w:rPr>
              <w:t>Una riparazione, un miglioramento di sicurezza o la sostituzione di un componente non sono automaticamente manutenzione straordinaria. Anche una riduzione della portata richiede una valutazione della configurazione e dei rischi.</w:t>
            </w:r>
          </w:p>
        </w:tc>
      </w:tr>
    </w:tbl>
    <w:p w14:paraId="275E9555" w14:textId="77777777" w:rsidR="00D93F19" w:rsidRDefault="00D93F19">
      <w:pPr>
        <w:spacing w:after="0" w:line="20" w:lineRule="exact"/>
        <w:rPr>
          <w:rFonts w:hint="eastAsia"/>
        </w:rPr>
      </w:pPr>
    </w:p>
    <w:p w14:paraId="72939DF1" w14:textId="77777777" w:rsidR="00D93F19" w:rsidRDefault="00000000">
      <w:pPr>
        <w:pStyle w:val="Small"/>
        <w:rPr>
          <w:rFonts w:hint="eastAsia"/>
        </w:rPr>
      </w:pPr>
      <w:r>
        <w:t>F: INAIL 2026, pp. 5, 8–12, 14–15. O: attivazione della pratica ed esiti di gestione interna.</w:t>
      </w:r>
    </w:p>
    <w:p w14:paraId="241F0C01" w14:textId="77777777" w:rsidR="00D93F19" w:rsidRDefault="00000000">
      <w:pPr>
        <w:pStyle w:val="Kicker"/>
        <w:pageBreakBefore/>
        <w:rPr>
          <w:rFonts w:hint="eastAsia"/>
        </w:rPr>
      </w:pPr>
      <w:r>
        <w:t>F + E • TRACCIABILITÀ</w:t>
      </w:r>
    </w:p>
    <w:p w14:paraId="561C5A1A" w14:textId="77777777" w:rsidR="00D93F19" w:rsidRDefault="00000000">
      <w:pPr>
        <w:pStyle w:val="Titolo1"/>
      </w:pPr>
      <w:bookmarkStart w:id="5" w:name="P6"/>
      <w:r>
        <w:t>02. Fonti, riferimenti e lettura critica</w:t>
      </w:r>
      <w:bookmarkEnd w:id="5"/>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701"/>
        <w:gridCol w:w="8164"/>
      </w:tblGrid>
      <w:tr w:rsidR="00D93F19" w14:paraId="3F46E2F0" w14:textId="77777777">
        <w:trPr>
          <w:cantSplit/>
          <w:tblHeader/>
          <w:jc w:val="center"/>
        </w:trPr>
        <w:tc>
          <w:tcPr>
            <w:tcW w:w="1701" w:type="dxa"/>
            <w:shd w:val="clear" w:color="auto" w:fill="15344B"/>
            <w:vAlign w:val="center"/>
          </w:tcPr>
          <w:p w14:paraId="18B98C30" w14:textId="77777777" w:rsidR="00D93F19" w:rsidRDefault="00000000">
            <w:pPr>
              <w:pStyle w:val="TableText"/>
              <w:rPr>
                <w:rFonts w:hint="eastAsia"/>
              </w:rPr>
            </w:pPr>
            <w:r>
              <w:rPr>
                <w:b/>
                <w:color w:val="FFFFFF"/>
                <w:sz w:val="18"/>
              </w:rPr>
              <w:t>RIF.</w:t>
            </w:r>
          </w:p>
        </w:tc>
        <w:tc>
          <w:tcPr>
            <w:tcW w:w="8164" w:type="dxa"/>
            <w:shd w:val="clear" w:color="auto" w:fill="15344B"/>
            <w:vAlign w:val="center"/>
          </w:tcPr>
          <w:p w14:paraId="2143C0C4" w14:textId="77777777" w:rsidR="00D93F19" w:rsidRDefault="00000000">
            <w:pPr>
              <w:pStyle w:val="TableText"/>
              <w:rPr>
                <w:rFonts w:hint="eastAsia"/>
              </w:rPr>
            </w:pPr>
            <w:r>
              <w:rPr>
                <w:b/>
                <w:color w:val="FFFFFF"/>
                <w:sz w:val="18"/>
              </w:rPr>
              <w:t>DOCUMENTO / UTILIZZO</w:t>
            </w:r>
          </w:p>
        </w:tc>
      </w:tr>
      <w:tr w:rsidR="00D93F19" w14:paraId="00414501" w14:textId="77777777">
        <w:trPr>
          <w:cantSplit/>
          <w:jc w:val="center"/>
        </w:trPr>
        <w:tc>
          <w:tcPr>
            <w:tcW w:w="1701" w:type="dxa"/>
            <w:shd w:val="clear" w:color="auto" w:fill="F2F6F8"/>
            <w:vAlign w:val="center"/>
          </w:tcPr>
          <w:p w14:paraId="1D7CF2D2" w14:textId="77777777" w:rsidR="00D93F19" w:rsidRDefault="00000000">
            <w:pPr>
              <w:pStyle w:val="TableText"/>
              <w:rPr>
                <w:rFonts w:hint="eastAsia"/>
              </w:rPr>
            </w:pPr>
            <w:r>
              <w:rPr>
                <w:sz w:val="18"/>
              </w:rPr>
              <w:t>F01</w:t>
            </w:r>
          </w:p>
        </w:tc>
        <w:tc>
          <w:tcPr>
            <w:tcW w:w="8164" w:type="dxa"/>
            <w:shd w:val="clear" w:color="auto" w:fill="F2F6F8"/>
            <w:vAlign w:val="center"/>
          </w:tcPr>
          <w:p w14:paraId="5D7C2FC3" w14:textId="77777777" w:rsidR="00D93F19" w:rsidRDefault="00000000">
            <w:pPr>
              <w:pStyle w:val="TableText"/>
              <w:rPr>
                <w:rFonts w:hint="eastAsia"/>
              </w:rPr>
            </w:pPr>
            <w:r>
              <w:rPr>
                <w:sz w:val="18"/>
              </w:rPr>
              <w:t>INAIL, Interventi di manutenzione straordinaria su apparecchi di sollevamento di tipo fisso, ottobre 2026, ISBN 979-12-5758-019-3. Base tecnica principale: pp. 5–15, schede pp. 19–33, appendici pp. 37–42.</w:t>
            </w:r>
          </w:p>
        </w:tc>
      </w:tr>
      <w:tr w:rsidR="00D93F19" w14:paraId="55E7EB24" w14:textId="77777777">
        <w:trPr>
          <w:cantSplit/>
          <w:jc w:val="center"/>
        </w:trPr>
        <w:tc>
          <w:tcPr>
            <w:tcW w:w="1701" w:type="dxa"/>
            <w:vAlign w:val="center"/>
          </w:tcPr>
          <w:p w14:paraId="6300DFD3" w14:textId="77777777" w:rsidR="00D93F19" w:rsidRDefault="00000000">
            <w:pPr>
              <w:pStyle w:val="TableText"/>
              <w:rPr>
                <w:rFonts w:hint="eastAsia"/>
              </w:rPr>
            </w:pPr>
            <w:r>
              <w:rPr>
                <w:sz w:val="18"/>
              </w:rPr>
              <w:t>F01 – richiami</w:t>
            </w:r>
          </w:p>
        </w:tc>
        <w:tc>
          <w:tcPr>
            <w:tcW w:w="8164" w:type="dxa"/>
            <w:vAlign w:val="center"/>
          </w:tcPr>
          <w:p w14:paraId="33977ECA" w14:textId="77777777" w:rsidR="00D93F19" w:rsidRDefault="00000000">
            <w:pPr>
              <w:pStyle w:val="TableText"/>
              <w:rPr>
                <w:rFonts w:hint="eastAsia"/>
              </w:rPr>
            </w:pPr>
            <w:r>
              <w:rPr>
                <w:sz w:val="18"/>
              </w:rPr>
              <w:t>D.Lgs. 81/2008, in particolare art. 71; Direttiva 2006/42/CE; D.M. 11 aprile 2011; DPR 459/1996 e circolare ISPESL 71/1997 come inquadramento storico; UNI EN ISO 12100 per la valutazione dei rischi.</w:t>
            </w:r>
          </w:p>
        </w:tc>
      </w:tr>
      <w:tr w:rsidR="00D93F19" w14:paraId="4D50FDBB" w14:textId="77777777">
        <w:trPr>
          <w:cantSplit/>
          <w:jc w:val="center"/>
        </w:trPr>
        <w:tc>
          <w:tcPr>
            <w:tcW w:w="1701" w:type="dxa"/>
            <w:shd w:val="clear" w:color="auto" w:fill="F2F6F8"/>
            <w:vAlign w:val="center"/>
          </w:tcPr>
          <w:p w14:paraId="3D34A32A" w14:textId="77777777" w:rsidR="00D93F19" w:rsidRDefault="00000000">
            <w:pPr>
              <w:pStyle w:val="TableText"/>
              <w:rPr>
                <w:rFonts w:hint="eastAsia"/>
              </w:rPr>
            </w:pPr>
            <w:r>
              <w:rPr>
                <w:sz w:val="18"/>
              </w:rPr>
              <w:t>E01</w:t>
            </w:r>
          </w:p>
        </w:tc>
        <w:tc>
          <w:tcPr>
            <w:tcW w:w="8164" w:type="dxa"/>
            <w:shd w:val="clear" w:color="auto" w:fill="F2F6F8"/>
            <w:vAlign w:val="center"/>
          </w:tcPr>
          <w:p w14:paraId="276448FE" w14:textId="77777777" w:rsidR="00D93F19" w:rsidRDefault="00000000">
            <w:pPr>
              <w:pStyle w:val="TableText"/>
              <w:rPr>
                <w:rFonts w:hint="eastAsia"/>
              </w:rPr>
            </w:pPr>
            <w:r>
              <w:rPr>
                <w:sz w:val="18"/>
              </w:rPr>
              <w:t>EUR-Lex, Regolamento (UE) 2023/1230, artt. 3, 18, 52 e 54 e riepilogo ufficiale «Requisiti di sicurezza per le macchine». Precisazione temporale, consultazione 15/10/2026.</w:t>
            </w:r>
          </w:p>
        </w:tc>
      </w:tr>
      <w:tr w:rsidR="00D93F19" w14:paraId="77BB0703" w14:textId="77777777">
        <w:trPr>
          <w:cantSplit/>
          <w:jc w:val="center"/>
        </w:trPr>
        <w:tc>
          <w:tcPr>
            <w:tcW w:w="1701" w:type="dxa"/>
            <w:vAlign w:val="center"/>
          </w:tcPr>
          <w:p w14:paraId="3722D762" w14:textId="77777777" w:rsidR="00D93F19" w:rsidRDefault="00000000">
            <w:pPr>
              <w:pStyle w:val="TableText"/>
              <w:rPr>
                <w:rFonts w:hint="eastAsia"/>
              </w:rPr>
            </w:pPr>
            <w:r>
              <w:rPr>
                <w:sz w:val="18"/>
              </w:rPr>
              <w:t>E02</w:t>
            </w:r>
          </w:p>
        </w:tc>
        <w:tc>
          <w:tcPr>
            <w:tcW w:w="8164" w:type="dxa"/>
            <w:vAlign w:val="center"/>
          </w:tcPr>
          <w:p w14:paraId="4EADAC62" w14:textId="77777777" w:rsidR="00D93F19" w:rsidRDefault="00000000">
            <w:pPr>
              <w:pStyle w:val="TableText"/>
              <w:rPr>
                <w:rFonts w:hint="eastAsia"/>
              </w:rPr>
            </w:pPr>
            <w:r>
              <w:rPr>
                <w:sz w:val="18"/>
              </w:rPr>
              <w:t>INAIL, pagina istituzionale «Manutenzione, controllo e verifica di un’attrezzatura». Distinzione manutenzione/controlli/verifiche, consultazione 15/10/2026.</w:t>
            </w:r>
          </w:p>
        </w:tc>
      </w:tr>
      <w:tr w:rsidR="00D93F19" w14:paraId="567D12EF" w14:textId="77777777">
        <w:trPr>
          <w:cantSplit/>
          <w:jc w:val="center"/>
        </w:trPr>
        <w:tc>
          <w:tcPr>
            <w:tcW w:w="1701" w:type="dxa"/>
            <w:shd w:val="clear" w:color="auto" w:fill="F2F6F8"/>
            <w:vAlign w:val="center"/>
          </w:tcPr>
          <w:p w14:paraId="5D08EF01" w14:textId="77777777" w:rsidR="00D93F19" w:rsidRDefault="00000000">
            <w:pPr>
              <w:pStyle w:val="TableText"/>
              <w:rPr>
                <w:rFonts w:hint="eastAsia"/>
              </w:rPr>
            </w:pPr>
            <w:r>
              <w:rPr>
                <w:sz w:val="18"/>
              </w:rPr>
              <w:t>E03</w:t>
            </w:r>
          </w:p>
        </w:tc>
        <w:tc>
          <w:tcPr>
            <w:tcW w:w="8164" w:type="dxa"/>
            <w:shd w:val="clear" w:color="auto" w:fill="F2F6F8"/>
            <w:vAlign w:val="center"/>
          </w:tcPr>
          <w:p w14:paraId="3AC5EF60" w14:textId="77777777" w:rsidR="00D93F19" w:rsidRDefault="00000000">
            <w:pPr>
              <w:pStyle w:val="TableText"/>
              <w:rPr>
                <w:rFonts w:hint="eastAsia"/>
              </w:rPr>
            </w:pPr>
            <w:r>
              <w:rPr>
                <w:sz w:val="18"/>
              </w:rPr>
              <w:t>OSHA, «Control of Hazardous Energy (Lockout/Tagout) – Overview». Solo supporto tecnico generale sul controllo delle energie; non fonte di obblighi italiani. Consultazione 15/10/2026.</w:t>
            </w:r>
          </w:p>
        </w:tc>
      </w:tr>
    </w:tbl>
    <w:p w14:paraId="174C4B98" w14:textId="77777777" w:rsidR="00D93F19" w:rsidRDefault="00D93F19">
      <w:pPr>
        <w:spacing w:after="0" w:line="20" w:lineRule="exact"/>
        <w:rPr>
          <w:rFonts w:hint="eastAsia"/>
        </w:rPr>
      </w:pPr>
    </w:p>
    <w:p w14:paraId="64FCC7DB" w14:textId="77777777" w:rsidR="00D93F19" w:rsidRDefault="00000000">
      <w:pPr>
        <w:pStyle w:val="Titolo2"/>
      </w:pPr>
      <w:r>
        <w:t>Precisazione temporale separata dalla fonte</w:t>
      </w:r>
    </w:p>
    <w:p w14:paraId="508BFAE5" w14:textId="77777777" w:rsidR="00D93F19" w:rsidRDefault="00000000">
      <w:pPr>
        <w:rPr>
          <w:rFonts w:hint="eastAsia"/>
        </w:rPr>
      </w:pPr>
      <w:r>
        <w:t>Il Regolamento (UE) 2023/1230 ha applicazione generale dal 20 gennaio 2027, ferme le disposizioni con decorrenze diverse. Il suo richiamo nella pubblicazione non consente di trattare tutte le disposizioni come già applicabili alla data di questa procedura. Per ogni pratica, il responsabile tecnico individua la disciplina riferita alla data e alla natura dell’intervento. [E01]</w:t>
      </w:r>
    </w:p>
    <w:p w14:paraId="2524F0F8" w14:textId="77777777" w:rsidR="00D93F19" w:rsidRDefault="00000000">
      <w:pPr>
        <w:pStyle w:val="Titolo2"/>
      </w:pPr>
      <w:r>
        <w:t>Punti della fonte da non usare in modo automatico</w:t>
      </w:r>
    </w:p>
    <w:p w14:paraId="153D2267" w14:textId="77777777" w:rsidR="00D93F19" w:rsidRDefault="00000000">
      <w:pPr>
        <w:rPr>
          <w:rFonts w:hint="eastAsia"/>
        </w:rPr>
      </w:pPr>
      <w:r>
        <w:t>La scheda 1.09 richiama il Regolamento (UE) 2024/3110, mentre l’appendice sulle vie di corsa richiama il Regolamento (UE) 305/2011. I riferimenti sono mantenuti come rinvii della fonte: la disciplina del prodotto da costruzione e il relativo regime transitorio vanno determinati sul caso concreto, senza imporre indiscriminatamente DOP o marcatura.</w:t>
      </w:r>
    </w:p>
    <w:p w14:paraId="655D87C2" w14:textId="77777777" w:rsidR="00D93F19" w:rsidRDefault="00000000">
      <w:pPr>
        <w:rPr>
          <w:rFonts w:hint="eastAsia"/>
        </w:rPr>
      </w:pPr>
      <w:r>
        <w:t>La scheda 1.14 contiene una formulazione accostata nel punto sulle interferenze e sulla compatibilità dei comandi. La scheda operativa qui proposta mantiene visibili entrambi gli aspetti e richiede una verifica separata; non costituisce rettifica della pubblicazione.</w:t>
      </w:r>
    </w:p>
    <w:p w14:paraId="502DFC1C" w14:textId="77777777" w:rsidR="00D93F19" w:rsidRDefault="00000000">
      <w:pPr>
        <w:rPr>
          <w:rFonts w:hint="eastAsia"/>
        </w:rPr>
      </w:pPr>
      <w:r>
        <w:t>L’Appendice 2 include una voce relativa ai bozzelli con bloccaggio della rotazione dei ganci. L’introduzione, p. 10, descrive invece come sostanziale uno specifico intervento di sostituzione con bozzello non motorizzato a rotazione bloccata: la casella del fac-simile non costituisce un giudizio di ammissibilità.</w:t>
      </w:r>
    </w:p>
    <w:p w14:paraId="0F2DA7D3" w14:textId="77777777" w:rsidR="00D93F19" w:rsidRDefault="00000000">
      <w:pPr>
        <w:pStyle w:val="Small"/>
        <w:rPr>
          <w:rFonts w:hint="eastAsia"/>
        </w:rPr>
      </w:pPr>
      <w:r>
        <w:t>F01: pp. 10, 27, 32, 38–39 e 41. I riferimenti web integrativi sono identificati per titolo ed ente; nessuna verifica normativa esaustiva è dichiarata in questa edizione.</w:t>
      </w:r>
    </w:p>
    <w:p w14:paraId="658C0179" w14:textId="77777777" w:rsidR="00D93F19" w:rsidRDefault="00000000">
      <w:pPr>
        <w:pStyle w:val="Kicker"/>
        <w:pageBreakBefore/>
        <w:rPr>
          <w:rFonts w:hint="eastAsia"/>
        </w:rPr>
      </w:pPr>
      <w:r>
        <w:t>F + O • INCARICHI DA FORMALIZZARE</w:t>
      </w:r>
    </w:p>
    <w:p w14:paraId="47216529" w14:textId="77777777" w:rsidR="00D93F19" w:rsidRDefault="00000000">
      <w:pPr>
        <w:pStyle w:val="Titolo1"/>
      </w:pPr>
      <w:bookmarkStart w:id="6" w:name="P7"/>
      <w:r>
        <w:t>03. Ruoli, competenze e responsabilità</w:t>
      </w:r>
      <w:bookmarkEnd w:id="6"/>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324"/>
        <w:gridCol w:w="5783"/>
        <w:gridCol w:w="1757"/>
      </w:tblGrid>
      <w:tr w:rsidR="00D93F19" w14:paraId="0272B122" w14:textId="77777777">
        <w:trPr>
          <w:cantSplit/>
          <w:tblHeader/>
          <w:jc w:val="center"/>
        </w:trPr>
        <w:tc>
          <w:tcPr>
            <w:tcW w:w="2324" w:type="dxa"/>
            <w:shd w:val="clear" w:color="auto" w:fill="15344B"/>
            <w:vAlign w:val="center"/>
          </w:tcPr>
          <w:p w14:paraId="6732A671" w14:textId="77777777" w:rsidR="00D93F19" w:rsidRDefault="00000000">
            <w:pPr>
              <w:pStyle w:val="TableText"/>
              <w:rPr>
                <w:rFonts w:hint="eastAsia"/>
              </w:rPr>
            </w:pPr>
            <w:r>
              <w:rPr>
                <w:b/>
                <w:color w:val="FFFFFF"/>
                <w:sz w:val="18"/>
              </w:rPr>
              <w:t>SOGGETTO</w:t>
            </w:r>
          </w:p>
        </w:tc>
        <w:tc>
          <w:tcPr>
            <w:tcW w:w="5783" w:type="dxa"/>
            <w:shd w:val="clear" w:color="auto" w:fill="15344B"/>
            <w:vAlign w:val="center"/>
          </w:tcPr>
          <w:p w14:paraId="1D282102" w14:textId="77777777" w:rsidR="00D93F19" w:rsidRDefault="00000000">
            <w:pPr>
              <w:pStyle w:val="TableText"/>
              <w:rPr>
                <w:rFonts w:hint="eastAsia"/>
              </w:rPr>
            </w:pPr>
            <w:r>
              <w:rPr>
                <w:b/>
                <w:color w:val="FFFFFF"/>
                <w:sz w:val="18"/>
              </w:rPr>
              <w:t>COMPITO NEL PROCESSO</w:t>
            </w:r>
          </w:p>
        </w:tc>
        <w:tc>
          <w:tcPr>
            <w:tcW w:w="1757" w:type="dxa"/>
            <w:shd w:val="clear" w:color="auto" w:fill="15344B"/>
            <w:vAlign w:val="center"/>
          </w:tcPr>
          <w:p w14:paraId="2787090B" w14:textId="77777777" w:rsidR="00D93F19" w:rsidRDefault="00000000">
            <w:pPr>
              <w:pStyle w:val="TableText"/>
              <w:rPr>
                <w:rFonts w:hint="eastAsia"/>
              </w:rPr>
            </w:pPr>
            <w:r>
              <w:rPr>
                <w:b/>
                <w:color w:val="FFFFFF"/>
                <w:sz w:val="18"/>
              </w:rPr>
              <w:t>EVIDENZA</w:t>
            </w:r>
          </w:p>
        </w:tc>
      </w:tr>
      <w:tr w:rsidR="00D93F19" w14:paraId="172DF5A7" w14:textId="77777777">
        <w:trPr>
          <w:cantSplit/>
          <w:jc w:val="center"/>
        </w:trPr>
        <w:tc>
          <w:tcPr>
            <w:tcW w:w="2324" w:type="dxa"/>
            <w:shd w:val="clear" w:color="auto" w:fill="F2F6F8"/>
            <w:vAlign w:val="center"/>
          </w:tcPr>
          <w:p w14:paraId="0502196E" w14:textId="77777777" w:rsidR="00D93F19" w:rsidRDefault="00000000">
            <w:pPr>
              <w:pStyle w:val="TableText"/>
              <w:rPr>
                <w:rFonts w:hint="eastAsia"/>
              </w:rPr>
            </w:pPr>
            <w:r>
              <w:rPr>
                <w:sz w:val="18"/>
              </w:rPr>
              <w:t>Datore di lavoro / soggetto con effettivi poteri</w:t>
            </w:r>
          </w:p>
        </w:tc>
        <w:tc>
          <w:tcPr>
            <w:tcW w:w="5783" w:type="dxa"/>
            <w:shd w:val="clear" w:color="auto" w:fill="F2F6F8"/>
            <w:vAlign w:val="center"/>
          </w:tcPr>
          <w:p w14:paraId="3C964DA8" w14:textId="77777777" w:rsidR="00D93F19" w:rsidRDefault="00000000">
            <w:pPr>
              <w:pStyle w:val="TableText"/>
              <w:rPr>
                <w:rFonts w:hint="eastAsia"/>
              </w:rPr>
            </w:pPr>
            <w:r>
              <w:rPr>
                <w:sz w:val="18"/>
              </w:rPr>
              <w:t>Organizza il processo, seleziona soggetti competenti, mette a disposizione risorse e documenti, assicura controlli e decide la restituzione all’uso sulla base degli esiti tecnici.</w:t>
            </w:r>
          </w:p>
        </w:tc>
        <w:tc>
          <w:tcPr>
            <w:tcW w:w="1757" w:type="dxa"/>
            <w:shd w:val="clear" w:color="auto" w:fill="F2F6F8"/>
            <w:vAlign w:val="center"/>
          </w:tcPr>
          <w:p w14:paraId="6D2DF572" w14:textId="77777777" w:rsidR="00D93F19" w:rsidRDefault="00000000">
            <w:pPr>
              <w:pStyle w:val="TableText"/>
              <w:rPr>
                <w:rFonts w:hint="eastAsia"/>
              </w:rPr>
            </w:pPr>
            <w:r>
              <w:rPr>
                <w:sz w:val="18"/>
              </w:rPr>
              <w:t>A04, A08, A17</w:t>
            </w:r>
          </w:p>
        </w:tc>
      </w:tr>
      <w:tr w:rsidR="00D93F19" w14:paraId="29A87D9C" w14:textId="77777777">
        <w:trPr>
          <w:cantSplit/>
          <w:jc w:val="center"/>
        </w:trPr>
        <w:tc>
          <w:tcPr>
            <w:tcW w:w="2324" w:type="dxa"/>
            <w:vAlign w:val="center"/>
          </w:tcPr>
          <w:p w14:paraId="5935B60C" w14:textId="77777777" w:rsidR="00D93F19" w:rsidRDefault="00000000">
            <w:pPr>
              <w:pStyle w:val="TableText"/>
              <w:rPr>
                <w:rFonts w:hint="eastAsia"/>
              </w:rPr>
            </w:pPr>
            <w:r>
              <w:rPr>
                <w:sz w:val="18"/>
              </w:rPr>
              <w:t>Responsabile interno della manutenzione (RM)</w:t>
            </w:r>
          </w:p>
        </w:tc>
        <w:tc>
          <w:tcPr>
            <w:tcW w:w="5783" w:type="dxa"/>
            <w:vAlign w:val="center"/>
          </w:tcPr>
          <w:p w14:paraId="7C95D4E7" w14:textId="77777777" w:rsidR="00D93F19" w:rsidRDefault="00000000">
            <w:pPr>
              <w:pStyle w:val="TableText"/>
              <w:rPr>
                <w:rFonts w:hint="eastAsia"/>
              </w:rPr>
            </w:pPr>
            <w:r>
              <w:rPr>
                <w:sz w:val="18"/>
              </w:rPr>
              <w:t>Coordina la pratica, gestisce fermata, imprese, autorizzazioni, documenti, scadenze e chiusura. È una funzione organizzativa definita dall’azienda.</w:t>
            </w:r>
          </w:p>
        </w:tc>
        <w:tc>
          <w:tcPr>
            <w:tcW w:w="1757" w:type="dxa"/>
            <w:vAlign w:val="center"/>
          </w:tcPr>
          <w:p w14:paraId="1B15AD5D" w14:textId="77777777" w:rsidR="00D93F19" w:rsidRDefault="00000000">
            <w:pPr>
              <w:pStyle w:val="TableText"/>
              <w:rPr>
                <w:rFonts w:hint="eastAsia"/>
              </w:rPr>
            </w:pPr>
            <w:r>
              <w:rPr>
                <w:sz w:val="18"/>
              </w:rPr>
              <w:t>A01, A20</w:t>
            </w:r>
          </w:p>
        </w:tc>
      </w:tr>
      <w:tr w:rsidR="00D93F19" w14:paraId="560FDB0A" w14:textId="77777777">
        <w:trPr>
          <w:cantSplit/>
          <w:jc w:val="center"/>
        </w:trPr>
        <w:tc>
          <w:tcPr>
            <w:tcW w:w="2324" w:type="dxa"/>
            <w:shd w:val="clear" w:color="auto" w:fill="F2F6F8"/>
            <w:vAlign w:val="center"/>
          </w:tcPr>
          <w:p w14:paraId="3FE7A5AF" w14:textId="77777777" w:rsidR="00D93F19" w:rsidRDefault="00000000">
            <w:pPr>
              <w:pStyle w:val="TableText"/>
              <w:rPr>
                <w:rFonts w:hint="eastAsia"/>
              </w:rPr>
            </w:pPr>
            <w:r>
              <w:rPr>
                <w:sz w:val="18"/>
              </w:rPr>
              <w:t>Persona competente / progettista (PC)</w:t>
            </w:r>
          </w:p>
        </w:tc>
        <w:tc>
          <w:tcPr>
            <w:tcW w:w="5783" w:type="dxa"/>
            <w:shd w:val="clear" w:color="auto" w:fill="F2F6F8"/>
            <w:vAlign w:val="center"/>
          </w:tcPr>
          <w:p w14:paraId="34CC0683" w14:textId="77777777" w:rsidR="00D93F19" w:rsidRDefault="00000000">
            <w:pPr>
              <w:pStyle w:val="TableText"/>
              <w:rPr>
                <w:rFonts w:hint="eastAsia"/>
              </w:rPr>
            </w:pPr>
            <w:r>
              <w:rPr>
                <w:sz w:val="18"/>
              </w:rPr>
              <w:t>Redige la relazione, confronta prima/dopo, valuta rischi e interfacce, definisce lavorazioni, verifiche, prove e criteri di accettazione.</w:t>
            </w:r>
          </w:p>
        </w:tc>
        <w:tc>
          <w:tcPr>
            <w:tcW w:w="1757" w:type="dxa"/>
            <w:shd w:val="clear" w:color="auto" w:fill="F2F6F8"/>
            <w:vAlign w:val="center"/>
          </w:tcPr>
          <w:p w14:paraId="1222A490" w14:textId="77777777" w:rsidR="00D93F19" w:rsidRDefault="00000000">
            <w:pPr>
              <w:pStyle w:val="TableText"/>
              <w:rPr>
                <w:rFonts w:hint="eastAsia"/>
              </w:rPr>
            </w:pPr>
            <w:r>
              <w:rPr>
                <w:sz w:val="18"/>
              </w:rPr>
              <w:t>A04, A06, A12</w:t>
            </w:r>
          </w:p>
        </w:tc>
      </w:tr>
      <w:tr w:rsidR="00D93F19" w14:paraId="50AC9AEC" w14:textId="77777777">
        <w:trPr>
          <w:cantSplit/>
          <w:jc w:val="center"/>
        </w:trPr>
        <w:tc>
          <w:tcPr>
            <w:tcW w:w="2324" w:type="dxa"/>
            <w:vAlign w:val="center"/>
          </w:tcPr>
          <w:p w14:paraId="3952E759" w14:textId="77777777" w:rsidR="00D93F19" w:rsidRDefault="00000000">
            <w:pPr>
              <w:pStyle w:val="TableText"/>
              <w:rPr>
                <w:rFonts w:hint="eastAsia"/>
              </w:rPr>
            </w:pPr>
            <w:r>
              <w:rPr>
                <w:sz w:val="18"/>
              </w:rPr>
              <w:t>Soggetto che realizza l’intervento</w:t>
            </w:r>
          </w:p>
        </w:tc>
        <w:tc>
          <w:tcPr>
            <w:tcW w:w="5783" w:type="dxa"/>
            <w:vAlign w:val="center"/>
          </w:tcPr>
          <w:p w14:paraId="3C821D92" w14:textId="77777777" w:rsidR="00D93F19" w:rsidRDefault="00000000">
            <w:pPr>
              <w:pStyle w:val="TableText"/>
              <w:rPr>
                <w:rFonts w:hint="eastAsia"/>
              </w:rPr>
            </w:pPr>
            <w:r>
              <w:rPr>
                <w:sz w:val="18"/>
              </w:rPr>
              <w:t>Assume la responsabilità della valutazione della natura dell’intervento e della realizzazione per la propria competenza; rilascia i documenti previsti.</w:t>
            </w:r>
          </w:p>
        </w:tc>
        <w:tc>
          <w:tcPr>
            <w:tcW w:w="1757" w:type="dxa"/>
            <w:vAlign w:val="center"/>
          </w:tcPr>
          <w:p w14:paraId="66B53484" w14:textId="77777777" w:rsidR="00D93F19" w:rsidRDefault="00000000">
            <w:pPr>
              <w:pStyle w:val="TableText"/>
              <w:rPr>
                <w:rFonts w:hint="eastAsia"/>
              </w:rPr>
            </w:pPr>
            <w:r>
              <w:rPr>
                <w:sz w:val="18"/>
              </w:rPr>
              <w:t>A05, A10, A15</w:t>
            </w:r>
          </w:p>
        </w:tc>
      </w:tr>
      <w:tr w:rsidR="00D93F19" w14:paraId="5B0F747C" w14:textId="77777777">
        <w:trPr>
          <w:cantSplit/>
          <w:jc w:val="center"/>
        </w:trPr>
        <w:tc>
          <w:tcPr>
            <w:tcW w:w="2324" w:type="dxa"/>
            <w:shd w:val="clear" w:color="auto" w:fill="F2F6F8"/>
            <w:vAlign w:val="center"/>
          </w:tcPr>
          <w:p w14:paraId="08C029F4" w14:textId="77777777" w:rsidR="00D93F19" w:rsidRDefault="00000000">
            <w:pPr>
              <w:pStyle w:val="TableText"/>
              <w:rPr>
                <w:rFonts w:hint="eastAsia"/>
              </w:rPr>
            </w:pPr>
            <w:r>
              <w:rPr>
                <w:sz w:val="18"/>
              </w:rPr>
              <w:t>Fabbricante della macchina</w:t>
            </w:r>
          </w:p>
        </w:tc>
        <w:tc>
          <w:tcPr>
            <w:tcW w:w="5783" w:type="dxa"/>
            <w:shd w:val="clear" w:color="auto" w:fill="F2F6F8"/>
            <w:vAlign w:val="center"/>
          </w:tcPr>
          <w:p w14:paraId="4F161D6D" w14:textId="77777777" w:rsidR="00D93F19" w:rsidRDefault="00000000">
            <w:pPr>
              <w:pStyle w:val="TableText"/>
              <w:rPr>
                <w:rFonts w:hint="eastAsia"/>
              </w:rPr>
            </w:pPr>
            <w:r>
              <w:rPr>
                <w:sz w:val="18"/>
              </w:rPr>
              <w:t>Fornisce, ove coinvolto, chiarimenti sulle previsioni originarie. Se esegue l’intervento, produce la documentazione specifica della relativa colonna INAIL.</w:t>
            </w:r>
          </w:p>
        </w:tc>
        <w:tc>
          <w:tcPr>
            <w:tcW w:w="1757" w:type="dxa"/>
            <w:shd w:val="clear" w:color="auto" w:fill="F2F6F8"/>
            <w:vAlign w:val="center"/>
          </w:tcPr>
          <w:p w14:paraId="1E73C9BF" w14:textId="77777777" w:rsidR="00D93F19" w:rsidRDefault="00000000">
            <w:pPr>
              <w:pStyle w:val="TableText"/>
              <w:rPr>
                <w:rFonts w:hint="eastAsia"/>
              </w:rPr>
            </w:pPr>
            <w:r>
              <w:rPr>
                <w:sz w:val="18"/>
              </w:rPr>
              <w:t>A03, matrice §18</w:t>
            </w:r>
          </w:p>
        </w:tc>
      </w:tr>
      <w:tr w:rsidR="00D93F19" w14:paraId="2A5933F4" w14:textId="77777777">
        <w:trPr>
          <w:cantSplit/>
          <w:jc w:val="center"/>
        </w:trPr>
        <w:tc>
          <w:tcPr>
            <w:tcW w:w="2324" w:type="dxa"/>
            <w:vAlign w:val="center"/>
          </w:tcPr>
          <w:p w14:paraId="7AF4998D" w14:textId="77777777" w:rsidR="00D93F19" w:rsidRDefault="00000000">
            <w:pPr>
              <w:pStyle w:val="TableText"/>
              <w:rPr>
                <w:rFonts w:hint="eastAsia"/>
              </w:rPr>
            </w:pPr>
            <w:r>
              <w:rPr>
                <w:sz w:val="18"/>
              </w:rPr>
              <w:t>Preposto / coordinatore operativo</w:t>
            </w:r>
          </w:p>
        </w:tc>
        <w:tc>
          <w:tcPr>
            <w:tcW w:w="5783" w:type="dxa"/>
            <w:vAlign w:val="center"/>
          </w:tcPr>
          <w:p w14:paraId="14B3B4A1" w14:textId="77777777" w:rsidR="00D93F19" w:rsidRDefault="00000000">
            <w:pPr>
              <w:pStyle w:val="TableText"/>
              <w:rPr>
                <w:rFonts w:hint="eastAsia"/>
              </w:rPr>
            </w:pPr>
            <w:r>
              <w:rPr>
                <w:sz w:val="18"/>
              </w:rPr>
              <w:t>Controlla sul posto le condizioni del permesso, le interferenze e le protezioni; sospende l’attività in presenza di scostamenti o pericoli.</w:t>
            </w:r>
          </w:p>
        </w:tc>
        <w:tc>
          <w:tcPr>
            <w:tcW w:w="1757" w:type="dxa"/>
            <w:vAlign w:val="center"/>
          </w:tcPr>
          <w:p w14:paraId="4D254873" w14:textId="77777777" w:rsidR="00D93F19" w:rsidRDefault="00000000">
            <w:pPr>
              <w:pStyle w:val="TableText"/>
              <w:rPr>
                <w:rFonts w:hint="eastAsia"/>
              </w:rPr>
            </w:pPr>
            <w:r>
              <w:rPr>
                <w:sz w:val="18"/>
              </w:rPr>
              <w:t>A08, A09, A16</w:t>
            </w:r>
          </w:p>
        </w:tc>
      </w:tr>
      <w:tr w:rsidR="00D93F19" w14:paraId="16ADA82B" w14:textId="77777777">
        <w:trPr>
          <w:cantSplit/>
          <w:jc w:val="center"/>
        </w:trPr>
        <w:tc>
          <w:tcPr>
            <w:tcW w:w="2324" w:type="dxa"/>
            <w:shd w:val="clear" w:color="auto" w:fill="F2F6F8"/>
            <w:vAlign w:val="center"/>
          </w:tcPr>
          <w:p w14:paraId="3B2AD8C1" w14:textId="77777777" w:rsidR="00D93F19" w:rsidRDefault="00000000">
            <w:pPr>
              <w:pStyle w:val="TableText"/>
              <w:rPr>
                <w:rFonts w:hint="eastAsia"/>
              </w:rPr>
            </w:pPr>
            <w:r>
              <w:rPr>
                <w:sz w:val="18"/>
              </w:rPr>
              <w:t>Manutentori e personale specializzato</w:t>
            </w:r>
          </w:p>
        </w:tc>
        <w:tc>
          <w:tcPr>
            <w:tcW w:w="5783" w:type="dxa"/>
            <w:shd w:val="clear" w:color="auto" w:fill="F2F6F8"/>
            <w:vAlign w:val="center"/>
          </w:tcPr>
          <w:p w14:paraId="75CA3808" w14:textId="77777777" w:rsidR="00D93F19" w:rsidRDefault="00000000">
            <w:pPr>
              <w:pStyle w:val="TableText"/>
              <w:rPr>
                <w:rFonts w:hint="eastAsia"/>
              </w:rPr>
            </w:pPr>
            <w:r>
              <w:rPr>
                <w:sz w:val="18"/>
              </w:rPr>
              <w:t>Eseguono solo le attività affidate, applicano gli isolamenti e registrano lavorazioni e anomalie. Competenze elettriche, strutturali o in quota vanno verificate separatamente.</w:t>
            </w:r>
          </w:p>
        </w:tc>
        <w:tc>
          <w:tcPr>
            <w:tcW w:w="1757" w:type="dxa"/>
            <w:shd w:val="clear" w:color="auto" w:fill="F2F6F8"/>
            <w:vAlign w:val="center"/>
          </w:tcPr>
          <w:p w14:paraId="69D47587" w14:textId="77777777" w:rsidR="00D93F19" w:rsidRDefault="00000000">
            <w:pPr>
              <w:pStyle w:val="TableText"/>
              <w:rPr>
                <w:rFonts w:hint="eastAsia"/>
              </w:rPr>
            </w:pPr>
            <w:r>
              <w:rPr>
                <w:sz w:val="18"/>
              </w:rPr>
              <w:t>A04, A10, A11</w:t>
            </w:r>
          </w:p>
        </w:tc>
      </w:tr>
      <w:tr w:rsidR="00D93F19" w14:paraId="29E6E03E" w14:textId="77777777">
        <w:trPr>
          <w:cantSplit/>
          <w:jc w:val="center"/>
        </w:trPr>
        <w:tc>
          <w:tcPr>
            <w:tcW w:w="2324" w:type="dxa"/>
            <w:vAlign w:val="center"/>
          </w:tcPr>
          <w:p w14:paraId="1F193138" w14:textId="77777777" w:rsidR="00D93F19" w:rsidRDefault="00000000">
            <w:pPr>
              <w:pStyle w:val="TableText"/>
              <w:rPr>
                <w:rFonts w:hint="eastAsia"/>
              </w:rPr>
            </w:pPr>
            <w:r>
              <w:rPr>
                <w:sz w:val="18"/>
              </w:rPr>
              <w:t>Responsabile delle prove</w:t>
            </w:r>
          </w:p>
        </w:tc>
        <w:tc>
          <w:tcPr>
            <w:tcW w:w="5783" w:type="dxa"/>
            <w:vAlign w:val="center"/>
          </w:tcPr>
          <w:p w14:paraId="248202A5" w14:textId="77777777" w:rsidR="00D93F19" w:rsidRDefault="00000000">
            <w:pPr>
              <w:pStyle w:val="TableText"/>
              <w:rPr>
                <w:rFonts w:hint="eastAsia"/>
              </w:rPr>
            </w:pPr>
            <w:r>
              <w:rPr>
                <w:sz w:val="18"/>
              </w:rPr>
              <w:t>Conduce i test secondo piano, controlla accessi e strumenti, documenta risultati e difformità; non rilascia una verifica periodica se non ne ha titolo.</w:t>
            </w:r>
          </w:p>
        </w:tc>
        <w:tc>
          <w:tcPr>
            <w:tcW w:w="1757" w:type="dxa"/>
            <w:vAlign w:val="center"/>
          </w:tcPr>
          <w:p w14:paraId="2AAC2A7E" w14:textId="77777777" w:rsidR="00D93F19" w:rsidRDefault="00000000">
            <w:pPr>
              <w:pStyle w:val="TableText"/>
              <w:rPr>
                <w:rFonts w:hint="eastAsia"/>
              </w:rPr>
            </w:pPr>
            <w:r>
              <w:rPr>
                <w:sz w:val="18"/>
              </w:rPr>
              <w:t>A12, A13</w:t>
            </w:r>
          </w:p>
        </w:tc>
      </w:tr>
      <w:tr w:rsidR="00D93F19" w14:paraId="59C9BE3A" w14:textId="77777777">
        <w:trPr>
          <w:cantSplit/>
          <w:jc w:val="center"/>
        </w:trPr>
        <w:tc>
          <w:tcPr>
            <w:tcW w:w="2324" w:type="dxa"/>
            <w:shd w:val="clear" w:color="auto" w:fill="F2F6F8"/>
            <w:vAlign w:val="center"/>
          </w:tcPr>
          <w:p w14:paraId="19357468" w14:textId="77777777" w:rsidR="00D93F19" w:rsidRDefault="00000000">
            <w:pPr>
              <w:pStyle w:val="TableText"/>
              <w:rPr>
                <w:rFonts w:hint="eastAsia"/>
              </w:rPr>
            </w:pPr>
            <w:r>
              <w:rPr>
                <w:sz w:val="18"/>
              </w:rPr>
              <w:t>RSPP e supporto SSL</w:t>
            </w:r>
          </w:p>
        </w:tc>
        <w:tc>
          <w:tcPr>
            <w:tcW w:w="5783" w:type="dxa"/>
            <w:shd w:val="clear" w:color="auto" w:fill="F2F6F8"/>
            <w:vAlign w:val="center"/>
          </w:tcPr>
          <w:p w14:paraId="32BF7101" w14:textId="77777777" w:rsidR="00D93F19" w:rsidRDefault="00000000">
            <w:pPr>
              <w:pStyle w:val="TableText"/>
              <w:rPr>
                <w:rFonts w:hint="eastAsia"/>
              </w:rPr>
            </w:pPr>
            <w:r>
              <w:rPr>
                <w:sz w:val="18"/>
              </w:rPr>
              <w:t>Supportano la valutazione dei rischi e il coordinamento organizzativo, senza sostituire la progettazione tecnica o il fabbricante.</w:t>
            </w:r>
          </w:p>
        </w:tc>
        <w:tc>
          <w:tcPr>
            <w:tcW w:w="1757" w:type="dxa"/>
            <w:shd w:val="clear" w:color="auto" w:fill="F2F6F8"/>
            <w:vAlign w:val="center"/>
          </w:tcPr>
          <w:p w14:paraId="755F082E" w14:textId="77777777" w:rsidR="00D93F19" w:rsidRDefault="00000000">
            <w:pPr>
              <w:pStyle w:val="TableText"/>
              <w:rPr>
                <w:rFonts w:hint="eastAsia"/>
              </w:rPr>
            </w:pPr>
            <w:r>
              <w:rPr>
                <w:sz w:val="18"/>
              </w:rPr>
              <w:t>A07, A18</w:t>
            </w:r>
          </w:p>
        </w:tc>
      </w:tr>
      <w:tr w:rsidR="00D93F19" w14:paraId="11EE2B9F" w14:textId="77777777">
        <w:trPr>
          <w:cantSplit/>
          <w:jc w:val="center"/>
        </w:trPr>
        <w:tc>
          <w:tcPr>
            <w:tcW w:w="2324" w:type="dxa"/>
            <w:vAlign w:val="center"/>
          </w:tcPr>
          <w:p w14:paraId="2B93981B" w14:textId="77777777" w:rsidR="00D93F19" w:rsidRDefault="00000000">
            <w:pPr>
              <w:pStyle w:val="TableText"/>
              <w:rPr>
                <w:rFonts w:hint="eastAsia"/>
              </w:rPr>
            </w:pPr>
            <w:r>
              <w:rPr>
                <w:sz w:val="18"/>
              </w:rPr>
              <w:t>Verificatore INAIL / ASL / ARPA / abilitato</w:t>
            </w:r>
          </w:p>
        </w:tc>
        <w:tc>
          <w:tcPr>
            <w:tcW w:w="5783" w:type="dxa"/>
            <w:vAlign w:val="center"/>
          </w:tcPr>
          <w:p w14:paraId="583EFFE6" w14:textId="77777777" w:rsidR="00D93F19" w:rsidRDefault="00000000">
            <w:pPr>
              <w:pStyle w:val="TableText"/>
              <w:rPr>
                <w:rFonts w:hint="eastAsia"/>
              </w:rPr>
            </w:pPr>
            <w:r>
              <w:rPr>
                <w:sz w:val="18"/>
              </w:rPr>
              <w:t>Esamina la documentazione a supporto nell’ambito della verifica di competenza; non classifica in luogo dell’esecutore e non approva preventivamente il progetto.</w:t>
            </w:r>
          </w:p>
        </w:tc>
        <w:tc>
          <w:tcPr>
            <w:tcW w:w="1757" w:type="dxa"/>
            <w:vAlign w:val="center"/>
          </w:tcPr>
          <w:p w14:paraId="03EC0E53" w14:textId="77777777" w:rsidR="00D93F19" w:rsidRDefault="00000000">
            <w:pPr>
              <w:pStyle w:val="TableText"/>
              <w:rPr>
                <w:rFonts w:hint="eastAsia"/>
              </w:rPr>
            </w:pPr>
            <w:r>
              <w:rPr>
                <w:sz w:val="18"/>
              </w:rPr>
              <w:t>Verbale di verifica</w:t>
            </w:r>
          </w:p>
        </w:tc>
      </w:tr>
    </w:tbl>
    <w:p w14:paraId="790C1F57" w14:textId="77777777" w:rsidR="00D93F19" w:rsidRDefault="00D93F19">
      <w:pPr>
        <w:spacing w:after="0" w:line="20" w:lineRule="exact"/>
        <w:rPr>
          <w:rFonts w:hint="eastAsia"/>
        </w:rPr>
      </w:pPr>
    </w:p>
    <w:p w14:paraId="611B4FBA" w14:textId="77777777" w:rsidR="00D93F19" w:rsidRDefault="00000000">
      <w:pPr>
        <w:pStyle w:val="Small"/>
        <w:rPr>
          <w:rFonts w:hint="eastAsia"/>
        </w:rPr>
      </w:pPr>
      <w:r>
        <w:t>Per le strutture di sostegno possono essere necessari ulteriori soggetti con competenze e abilitazioni specifiche. La qualifica di manutentore non dimostra, da sola, la competenza a redigere calcoli strutturali o a validare sistemi di comando. Le nomine organizzative non trasferiscono automaticamente obblighi di legge.</w:t>
      </w:r>
    </w:p>
    <w:p w14:paraId="6FCE8DFA" w14:textId="77777777" w:rsidR="00D93F19" w:rsidRDefault="00000000">
      <w:pPr>
        <w:pStyle w:val="Small"/>
        <w:rPr>
          <w:rFonts w:hint="eastAsia"/>
        </w:rPr>
      </w:pPr>
      <w:r>
        <w:t>F: INAIL 2026, pp. 5, 8, 12 e 38. O: sigle RM/PC, ripartizione interna e corrispondenze con i moduli.</w:t>
      </w:r>
    </w:p>
    <w:p w14:paraId="62298FE0" w14:textId="77777777" w:rsidR="00D93F19" w:rsidRDefault="00000000">
      <w:pPr>
        <w:pStyle w:val="Kicker"/>
        <w:pageBreakBefore/>
        <w:rPr>
          <w:rFonts w:hint="eastAsia"/>
        </w:rPr>
      </w:pPr>
      <w:r>
        <w:t>O • MAPPA VISUALE DEL PROCESSO</w:t>
      </w:r>
    </w:p>
    <w:p w14:paraId="6F817F7B" w14:textId="77777777" w:rsidR="00D93F19" w:rsidRDefault="00000000">
      <w:pPr>
        <w:pStyle w:val="Titolo1"/>
      </w:pPr>
      <w:bookmarkStart w:id="7" w:name="P8"/>
      <w:r>
        <w:t>04. Flusso operativo e punti di arresto</w:t>
      </w:r>
      <w:bookmarkEnd w:id="7"/>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757"/>
        <w:gridCol w:w="5443"/>
        <w:gridCol w:w="2665"/>
      </w:tblGrid>
      <w:tr w:rsidR="00D93F19" w14:paraId="1BBCB638" w14:textId="77777777">
        <w:trPr>
          <w:cantSplit/>
          <w:tblHeader/>
          <w:jc w:val="center"/>
        </w:trPr>
        <w:tc>
          <w:tcPr>
            <w:tcW w:w="1757" w:type="dxa"/>
            <w:shd w:val="clear" w:color="auto" w:fill="15344B"/>
            <w:vAlign w:val="center"/>
          </w:tcPr>
          <w:p w14:paraId="56047C3B" w14:textId="77777777" w:rsidR="00D93F19" w:rsidRDefault="00000000">
            <w:pPr>
              <w:pStyle w:val="TableText"/>
              <w:rPr>
                <w:rFonts w:hint="eastAsia"/>
              </w:rPr>
            </w:pPr>
            <w:r>
              <w:rPr>
                <w:b/>
                <w:color w:val="FFFFFF"/>
                <w:sz w:val="18"/>
              </w:rPr>
              <w:t>FASE</w:t>
            </w:r>
          </w:p>
        </w:tc>
        <w:tc>
          <w:tcPr>
            <w:tcW w:w="5443" w:type="dxa"/>
            <w:shd w:val="clear" w:color="auto" w:fill="15344B"/>
            <w:vAlign w:val="center"/>
          </w:tcPr>
          <w:p w14:paraId="051EC8AA" w14:textId="77777777" w:rsidR="00D93F19" w:rsidRDefault="00000000">
            <w:pPr>
              <w:pStyle w:val="TableText"/>
              <w:rPr>
                <w:rFonts w:hint="eastAsia"/>
              </w:rPr>
            </w:pPr>
            <w:r>
              <w:rPr>
                <w:b/>
                <w:color w:val="FFFFFF"/>
                <w:sz w:val="18"/>
              </w:rPr>
              <w:t>ATTIVITÀ</w:t>
            </w:r>
          </w:p>
        </w:tc>
        <w:tc>
          <w:tcPr>
            <w:tcW w:w="2665" w:type="dxa"/>
            <w:shd w:val="clear" w:color="auto" w:fill="15344B"/>
            <w:vAlign w:val="center"/>
          </w:tcPr>
          <w:p w14:paraId="0904E473" w14:textId="77777777" w:rsidR="00D93F19" w:rsidRDefault="00000000">
            <w:pPr>
              <w:pStyle w:val="TableText"/>
              <w:rPr>
                <w:rFonts w:hint="eastAsia"/>
              </w:rPr>
            </w:pPr>
            <w:r>
              <w:rPr>
                <w:b/>
                <w:color w:val="FFFFFF"/>
                <w:sz w:val="18"/>
              </w:rPr>
              <w:t>USCITA NECESSARIA</w:t>
            </w:r>
          </w:p>
        </w:tc>
      </w:tr>
      <w:tr w:rsidR="00D93F19" w14:paraId="574C7BB5" w14:textId="77777777">
        <w:trPr>
          <w:cantSplit/>
          <w:jc w:val="center"/>
        </w:trPr>
        <w:tc>
          <w:tcPr>
            <w:tcW w:w="1757" w:type="dxa"/>
            <w:shd w:val="clear" w:color="auto" w:fill="F2F6F8"/>
            <w:vAlign w:val="center"/>
          </w:tcPr>
          <w:p w14:paraId="31A73CCA" w14:textId="77777777" w:rsidR="00D93F19" w:rsidRDefault="00000000">
            <w:pPr>
              <w:pStyle w:val="TableText"/>
              <w:rPr>
                <w:rFonts w:hint="eastAsia"/>
              </w:rPr>
            </w:pPr>
            <w:r>
              <w:rPr>
                <w:sz w:val="18"/>
              </w:rPr>
              <w:t>01  RICHIESTA</w:t>
            </w:r>
          </w:p>
        </w:tc>
        <w:tc>
          <w:tcPr>
            <w:tcW w:w="5443" w:type="dxa"/>
            <w:shd w:val="clear" w:color="auto" w:fill="F2F6F8"/>
            <w:vAlign w:val="center"/>
          </w:tcPr>
          <w:p w14:paraId="77D3DEEE" w14:textId="77777777" w:rsidR="00D93F19" w:rsidRDefault="00000000">
            <w:pPr>
              <w:pStyle w:val="TableText"/>
              <w:rPr>
                <w:rFonts w:hint="eastAsia"/>
              </w:rPr>
            </w:pPr>
            <w:r>
              <w:rPr>
                <w:sz w:val="18"/>
              </w:rPr>
              <w:t>Identificare macchina, problema, luogo e risultato atteso.</w:t>
            </w:r>
          </w:p>
        </w:tc>
        <w:tc>
          <w:tcPr>
            <w:tcW w:w="2665" w:type="dxa"/>
            <w:shd w:val="clear" w:color="auto" w:fill="F2F6F8"/>
            <w:vAlign w:val="center"/>
          </w:tcPr>
          <w:p w14:paraId="161C5097" w14:textId="77777777" w:rsidR="00D93F19" w:rsidRDefault="00000000">
            <w:pPr>
              <w:pStyle w:val="TableText"/>
              <w:rPr>
                <w:rFonts w:hint="eastAsia"/>
              </w:rPr>
            </w:pPr>
            <w:r>
              <w:rPr>
                <w:sz w:val="18"/>
              </w:rPr>
              <w:t>A01 + A02</w:t>
            </w:r>
          </w:p>
        </w:tc>
      </w:tr>
      <w:tr w:rsidR="00D93F19" w14:paraId="6336E638" w14:textId="77777777">
        <w:trPr>
          <w:cantSplit/>
          <w:jc w:val="center"/>
        </w:trPr>
        <w:tc>
          <w:tcPr>
            <w:tcW w:w="1757" w:type="dxa"/>
            <w:vAlign w:val="center"/>
          </w:tcPr>
          <w:p w14:paraId="2C32BA34" w14:textId="77777777" w:rsidR="00D93F19" w:rsidRDefault="00000000">
            <w:pPr>
              <w:pStyle w:val="TableText"/>
              <w:rPr>
                <w:rFonts w:hint="eastAsia"/>
              </w:rPr>
            </w:pPr>
            <w:r>
              <w:rPr>
                <w:sz w:val="18"/>
              </w:rPr>
              <w:t>↓  G1</w:t>
            </w:r>
          </w:p>
        </w:tc>
        <w:tc>
          <w:tcPr>
            <w:tcW w:w="5443" w:type="dxa"/>
            <w:vAlign w:val="center"/>
          </w:tcPr>
          <w:p w14:paraId="311E2280" w14:textId="77777777" w:rsidR="00D93F19" w:rsidRDefault="00000000">
            <w:pPr>
              <w:pStyle w:val="TableText"/>
              <w:rPr>
                <w:rFonts w:hint="eastAsia"/>
              </w:rPr>
            </w:pPr>
            <w:r>
              <w:rPr>
                <w:sz w:val="18"/>
              </w:rPr>
              <w:t>Acquisire dati originari e confrontarsi con il fabbricante.</w:t>
            </w:r>
          </w:p>
        </w:tc>
        <w:tc>
          <w:tcPr>
            <w:tcW w:w="2665" w:type="dxa"/>
            <w:vAlign w:val="center"/>
          </w:tcPr>
          <w:p w14:paraId="6C1E5885" w14:textId="77777777" w:rsidR="00D93F19" w:rsidRDefault="00000000">
            <w:pPr>
              <w:pStyle w:val="TableText"/>
              <w:rPr>
                <w:rFonts w:hint="eastAsia"/>
              </w:rPr>
            </w:pPr>
            <w:r>
              <w:rPr>
                <w:sz w:val="18"/>
              </w:rPr>
              <w:t>Dati sufficienti; altrimenti STOP</w:t>
            </w:r>
          </w:p>
        </w:tc>
      </w:tr>
      <w:tr w:rsidR="00D93F19" w14:paraId="2ACEF702" w14:textId="77777777">
        <w:trPr>
          <w:cantSplit/>
          <w:jc w:val="center"/>
        </w:trPr>
        <w:tc>
          <w:tcPr>
            <w:tcW w:w="1757" w:type="dxa"/>
            <w:shd w:val="clear" w:color="auto" w:fill="F2F6F8"/>
            <w:vAlign w:val="center"/>
          </w:tcPr>
          <w:p w14:paraId="4C2ACE94" w14:textId="77777777" w:rsidR="00D93F19" w:rsidRDefault="00000000">
            <w:pPr>
              <w:pStyle w:val="TableText"/>
              <w:rPr>
                <w:rFonts w:hint="eastAsia"/>
              </w:rPr>
            </w:pPr>
            <w:r>
              <w:rPr>
                <w:sz w:val="18"/>
              </w:rPr>
              <w:t>02  VALUTAZIONE</w:t>
            </w:r>
          </w:p>
        </w:tc>
        <w:tc>
          <w:tcPr>
            <w:tcW w:w="5443" w:type="dxa"/>
            <w:shd w:val="clear" w:color="auto" w:fill="F2F6F8"/>
            <w:vAlign w:val="center"/>
          </w:tcPr>
          <w:p w14:paraId="2143F49C" w14:textId="77777777" w:rsidR="00D93F19" w:rsidRDefault="00000000">
            <w:pPr>
              <w:pStyle w:val="TableText"/>
              <w:rPr>
                <w:rFonts w:hint="eastAsia"/>
              </w:rPr>
            </w:pPr>
            <w:r>
              <w:rPr>
                <w:sz w:val="18"/>
              </w:rPr>
              <w:t>Selezionare tutte le schede pertinenti e motivare la classificazione.</w:t>
            </w:r>
          </w:p>
        </w:tc>
        <w:tc>
          <w:tcPr>
            <w:tcW w:w="2665" w:type="dxa"/>
            <w:shd w:val="clear" w:color="auto" w:fill="F2F6F8"/>
            <w:vAlign w:val="center"/>
          </w:tcPr>
          <w:p w14:paraId="470BCD47" w14:textId="77777777" w:rsidR="00D93F19" w:rsidRDefault="00000000">
            <w:pPr>
              <w:pStyle w:val="TableText"/>
              <w:rPr>
                <w:rFonts w:hint="eastAsia"/>
              </w:rPr>
            </w:pPr>
            <w:r>
              <w:rPr>
                <w:sz w:val="18"/>
              </w:rPr>
              <w:t>A03 + A05</w:t>
            </w:r>
          </w:p>
        </w:tc>
      </w:tr>
      <w:tr w:rsidR="00D93F19" w14:paraId="4EEB0BCD" w14:textId="77777777">
        <w:trPr>
          <w:cantSplit/>
          <w:jc w:val="center"/>
        </w:trPr>
        <w:tc>
          <w:tcPr>
            <w:tcW w:w="1757" w:type="dxa"/>
            <w:vAlign w:val="center"/>
          </w:tcPr>
          <w:p w14:paraId="60E6D5E0" w14:textId="77777777" w:rsidR="00D93F19" w:rsidRDefault="00000000">
            <w:pPr>
              <w:pStyle w:val="TableText"/>
              <w:rPr>
                <w:rFonts w:hint="eastAsia"/>
              </w:rPr>
            </w:pPr>
            <w:r>
              <w:rPr>
                <w:sz w:val="18"/>
              </w:rPr>
              <w:t>03  PROGETTO</w:t>
            </w:r>
          </w:p>
        </w:tc>
        <w:tc>
          <w:tcPr>
            <w:tcW w:w="5443" w:type="dxa"/>
            <w:vAlign w:val="center"/>
          </w:tcPr>
          <w:p w14:paraId="12A7DD87" w14:textId="77777777" w:rsidR="00D93F19" w:rsidRDefault="00000000">
            <w:pPr>
              <w:pStyle w:val="TableText"/>
              <w:rPr>
                <w:rFonts w:hint="eastAsia"/>
              </w:rPr>
            </w:pPr>
            <w:r>
              <w:rPr>
                <w:sz w:val="18"/>
              </w:rPr>
              <w:t>Definire relazione, analisi dei rischi, istruzioni esecutive e prove.</w:t>
            </w:r>
          </w:p>
        </w:tc>
        <w:tc>
          <w:tcPr>
            <w:tcW w:w="2665" w:type="dxa"/>
            <w:vAlign w:val="center"/>
          </w:tcPr>
          <w:p w14:paraId="4CEA2DC7" w14:textId="77777777" w:rsidR="00D93F19" w:rsidRDefault="00000000">
            <w:pPr>
              <w:pStyle w:val="TableText"/>
              <w:rPr>
                <w:rFonts w:hint="eastAsia"/>
              </w:rPr>
            </w:pPr>
            <w:r>
              <w:rPr>
                <w:sz w:val="18"/>
              </w:rPr>
              <w:t>A06 + A07 + A12</w:t>
            </w:r>
          </w:p>
        </w:tc>
      </w:tr>
      <w:tr w:rsidR="00D93F19" w14:paraId="506F0D4C" w14:textId="77777777">
        <w:trPr>
          <w:cantSplit/>
          <w:jc w:val="center"/>
        </w:trPr>
        <w:tc>
          <w:tcPr>
            <w:tcW w:w="1757" w:type="dxa"/>
            <w:shd w:val="clear" w:color="auto" w:fill="F2F6F8"/>
            <w:vAlign w:val="center"/>
          </w:tcPr>
          <w:p w14:paraId="2A308F84" w14:textId="77777777" w:rsidR="00D93F19" w:rsidRDefault="00000000">
            <w:pPr>
              <w:pStyle w:val="TableText"/>
              <w:rPr>
                <w:rFonts w:hint="eastAsia"/>
              </w:rPr>
            </w:pPr>
            <w:r>
              <w:rPr>
                <w:sz w:val="18"/>
              </w:rPr>
              <w:t>↓  G2</w:t>
            </w:r>
          </w:p>
        </w:tc>
        <w:tc>
          <w:tcPr>
            <w:tcW w:w="5443" w:type="dxa"/>
            <w:shd w:val="clear" w:color="auto" w:fill="F2F6F8"/>
            <w:vAlign w:val="center"/>
          </w:tcPr>
          <w:p w14:paraId="23FE7ED7" w14:textId="77777777" w:rsidR="00D93F19" w:rsidRDefault="00000000">
            <w:pPr>
              <w:pStyle w:val="TableText"/>
              <w:rPr>
                <w:rFonts w:hint="eastAsia"/>
              </w:rPr>
            </w:pPr>
            <w:r>
              <w:rPr>
                <w:sz w:val="18"/>
              </w:rPr>
              <w:t>Autorizzare il lavoro e verificare area, competenze, accessi e isolamenti.</w:t>
            </w:r>
          </w:p>
        </w:tc>
        <w:tc>
          <w:tcPr>
            <w:tcW w:w="2665" w:type="dxa"/>
            <w:shd w:val="clear" w:color="auto" w:fill="F2F6F8"/>
            <w:vAlign w:val="center"/>
          </w:tcPr>
          <w:p w14:paraId="7554C74F" w14:textId="77777777" w:rsidR="00D93F19" w:rsidRDefault="00000000">
            <w:pPr>
              <w:pStyle w:val="TableText"/>
              <w:rPr>
                <w:rFonts w:hint="eastAsia"/>
              </w:rPr>
            </w:pPr>
            <w:r>
              <w:rPr>
                <w:sz w:val="18"/>
              </w:rPr>
              <w:t>A04 + A08 + A09</w:t>
            </w:r>
          </w:p>
        </w:tc>
      </w:tr>
      <w:tr w:rsidR="00D93F19" w14:paraId="3B4B92D1" w14:textId="77777777">
        <w:trPr>
          <w:cantSplit/>
          <w:jc w:val="center"/>
        </w:trPr>
        <w:tc>
          <w:tcPr>
            <w:tcW w:w="1757" w:type="dxa"/>
            <w:vAlign w:val="center"/>
          </w:tcPr>
          <w:p w14:paraId="4F5DF027" w14:textId="77777777" w:rsidR="00D93F19" w:rsidRDefault="00000000">
            <w:pPr>
              <w:pStyle w:val="TableText"/>
              <w:rPr>
                <w:rFonts w:hint="eastAsia"/>
              </w:rPr>
            </w:pPr>
            <w:r>
              <w:rPr>
                <w:sz w:val="18"/>
              </w:rPr>
              <w:t>04  ESECUZIONE</w:t>
            </w:r>
          </w:p>
        </w:tc>
        <w:tc>
          <w:tcPr>
            <w:tcW w:w="5443" w:type="dxa"/>
            <w:vAlign w:val="center"/>
          </w:tcPr>
          <w:p w14:paraId="61D2F650" w14:textId="77777777" w:rsidR="00D93F19" w:rsidRDefault="00000000">
            <w:pPr>
              <w:pStyle w:val="TableText"/>
              <w:rPr>
                <w:rFonts w:hint="eastAsia"/>
              </w:rPr>
            </w:pPr>
            <w:r>
              <w:rPr>
                <w:sz w:val="18"/>
              </w:rPr>
              <w:t>Realizzare soltanto quanto autorizzato; registrare componenti e varianti.</w:t>
            </w:r>
          </w:p>
        </w:tc>
        <w:tc>
          <w:tcPr>
            <w:tcW w:w="2665" w:type="dxa"/>
            <w:vAlign w:val="center"/>
          </w:tcPr>
          <w:p w14:paraId="75403559" w14:textId="77777777" w:rsidR="00D93F19" w:rsidRDefault="00000000">
            <w:pPr>
              <w:pStyle w:val="TableText"/>
              <w:rPr>
                <w:rFonts w:hint="eastAsia"/>
              </w:rPr>
            </w:pPr>
            <w:r>
              <w:rPr>
                <w:sz w:val="18"/>
              </w:rPr>
              <w:t>A10 + A11</w:t>
            </w:r>
          </w:p>
        </w:tc>
      </w:tr>
      <w:tr w:rsidR="00D93F19" w14:paraId="5F0E244C" w14:textId="77777777">
        <w:trPr>
          <w:cantSplit/>
          <w:jc w:val="center"/>
        </w:trPr>
        <w:tc>
          <w:tcPr>
            <w:tcW w:w="1757" w:type="dxa"/>
            <w:shd w:val="clear" w:color="auto" w:fill="F2F6F8"/>
            <w:vAlign w:val="center"/>
          </w:tcPr>
          <w:p w14:paraId="5D4C1C96" w14:textId="77777777" w:rsidR="00D93F19" w:rsidRDefault="00000000">
            <w:pPr>
              <w:pStyle w:val="TableText"/>
              <w:rPr>
                <w:rFonts w:hint="eastAsia"/>
              </w:rPr>
            </w:pPr>
            <w:r>
              <w:rPr>
                <w:sz w:val="18"/>
              </w:rPr>
              <w:t>↓  G3</w:t>
            </w:r>
          </w:p>
        </w:tc>
        <w:tc>
          <w:tcPr>
            <w:tcW w:w="5443" w:type="dxa"/>
            <w:shd w:val="clear" w:color="auto" w:fill="F2F6F8"/>
            <w:vAlign w:val="center"/>
          </w:tcPr>
          <w:p w14:paraId="4BF19D54" w14:textId="77777777" w:rsidR="00D93F19" w:rsidRDefault="00000000">
            <w:pPr>
              <w:pStyle w:val="TableText"/>
              <w:rPr>
                <w:rFonts w:hint="eastAsia"/>
              </w:rPr>
            </w:pPr>
            <w:r>
              <w:rPr>
                <w:sz w:val="18"/>
              </w:rPr>
              <w:t>Riesaminare l’esecuzione e ammettere esclusivamente le prove pianificate.</w:t>
            </w:r>
          </w:p>
        </w:tc>
        <w:tc>
          <w:tcPr>
            <w:tcW w:w="2665" w:type="dxa"/>
            <w:shd w:val="clear" w:color="auto" w:fill="F2F6F8"/>
            <w:vAlign w:val="center"/>
          </w:tcPr>
          <w:p w14:paraId="0F2D7C81" w14:textId="77777777" w:rsidR="00D93F19" w:rsidRDefault="00000000">
            <w:pPr>
              <w:pStyle w:val="TableText"/>
              <w:rPr>
                <w:rFonts w:hint="eastAsia"/>
              </w:rPr>
            </w:pPr>
            <w:r>
              <w:rPr>
                <w:sz w:val="18"/>
              </w:rPr>
              <w:t>Controlli preliminari completati</w:t>
            </w:r>
          </w:p>
        </w:tc>
      </w:tr>
      <w:tr w:rsidR="00D93F19" w14:paraId="47351C65" w14:textId="77777777">
        <w:trPr>
          <w:cantSplit/>
          <w:jc w:val="center"/>
        </w:trPr>
        <w:tc>
          <w:tcPr>
            <w:tcW w:w="1757" w:type="dxa"/>
            <w:vAlign w:val="center"/>
          </w:tcPr>
          <w:p w14:paraId="3C9363BB" w14:textId="77777777" w:rsidR="00D93F19" w:rsidRDefault="00000000">
            <w:pPr>
              <w:pStyle w:val="TableText"/>
              <w:rPr>
                <w:rFonts w:hint="eastAsia"/>
              </w:rPr>
            </w:pPr>
            <w:r>
              <w:rPr>
                <w:sz w:val="18"/>
              </w:rPr>
              <w:t>05  VERIFICHE</w:t>
            </w:r>
          </w:p>
        </w:tc>
        <w:tc>
          <w:tcPr>
            <w:tcW w:w="5443" w:type="dxa"/>
            <w:vAlign w:val="center"/>
          </w:tcPr>
          <w:p w14:paraId="7D65DAE4" w14:textId="77777777" w:rsidR="00D93F19" w:rsidRDefault="00000000">
            <w:pPr>
              <w:pStyle w:val="TableText"/>
              <w:rPr>
                <w:rFonts w:hint="eastAsia"/>
              </w:rPr>
            </w:pPr>
            <w:r>
              <w:rPr>
                <w:sz w:val="18"/>
              </w:rPr>
              <w:t>Eseguire i test e gestire ogni esito negativo.</w:t>
            </w:r>
          </w:p>
        </w:tc>
        <w:tc>
          <w:tcPr>
            <w:tcW w:w="2665" w:type="dxa"/>
            <w:vAlign w:val="center"/>
          </w:tcPr>
          <w:p w14:paraId="478B547D" w14:textId="77777777" w:rsidR="00D93F19" w:rsidRDefault="00000000">
            <w:pPr>
              <w:pStyle w:val="TableText"/>
              <w:rPr>
                <w:rFonts w:hint="eastAsia"/>
              </w:rPr>
            </w:pPr>
            <w:r>
              <w:rPr>
                <w:sz w:val="18"/>
              </w:rPr>
              <w:t>A13 + eventuale A16</w:t>
            </w:r>
          </w:p>
        </w:tc>
      </w:tr>
      <w:tr w:rsidR="00D93F19" w14:paraId="7E3A0171" w14:textId="77777777">
        <w:trPr>
          <w:cantSplit/>
          <w:jc w:val="center"/>
        </w:trPr>
        <w:tc>
          <w:tcPr>
            <w:tcW w:w="1757" w:type="dxa"/>
            <w:shd w:val="clear" w:color="auto" w:fill="F2F6F8"/>
            <w:vAlign w:val="center"/>
          </w:tcPr>
          <w:p w14:paraId="5B8F387D" w14:textId="77777777" w:rsidR="00D93F19" w:rsidRDefault="00000000">
            <w:pPr>
              <w:pStyle w:val="TableText"/>
              <w:rPr>
                <w:rFonts w:hint="eastAsia"/>
              </w:rPr>
            </w:pPr>
            <w:r>
              <w:rPr>
                <w:sz w:val="18"/>
              </w:rPr>
              <w:t>06  DOCUMENTI</w:t>
            </w:r>
          </w:p>
        </w:tc>
        <w:tc>
          <w:tcPr>
            <w:tcW w:w="5443" w:type="dxa"/>
            <w:shd w:val="clear" w:color="auto" w:fill="F2F6F8"/>
            <w:vAlign w:val="center"/>
          </w:tcPr>
          <w:p w14:paraId="2076FF89" w14:textId="77777777" w:rsidR="00D93F19" w:rsidRDefault="00000000">
            <w:pPr>
              <w:pStyle w:val="TableText"/>
              <w:rPr>
                <w:rFonts w:hint="eastAsia"/>
              </w:rPr>
            </w:pPr>
            <w:r>
              <w:rPr>
                <w:sz w:val="18"/>
              </w:rPr>
              <w:t>Raccogliere dichiarazioni, schemi, istruzioni e dati delle strutture.</w:t>
            </w:r>
          </w:p>
        </w:tc>
        <w:tc>
          <w:tcPr>
            <w:tcW w:w="2665" w:type="dxa"/>
            <w:shd w:val="clear" w:color="auto" w:fill="F2F6F8"/>
            <w:vAlign w:val="center"/>
          </w:tcPr>
          <w:p w14:paraId="1035E25F" w14:textId="77777777" w:rsidR="00D93F19" w:rsidRDefault="00000000">
            <w:pPr>
              <w:pStyle w:val="TableText"/>
              <w:rPr>
                <w:rFonts w:hint="eastAsia"/>
              </w:rPr>
            </w:pPr>
            <w:r>
              <w:rPr>
                <w:sz w:val="18"/>
              </w:rPr>
              <w:t>A14 + A15 + A20</w:t>
            </w:r>
          </w:p>
        </w:tc>
      </w:tr>
      <w:tr w:rsidR="00D93F19" w14:paraId="0A3B5930" w14:textId="77777777">
        <w:trPr>
          <w:cantSplit/>
          <w:jc w:val="center"/>
        </w:trPr>
        <w:tc>
          <w:tcPr>
            <w:tcW w:w="1757" w:type="dxa"/>
            <w:vAlign w:val="center"/>
          </w:tcPr>
          <w:p w14:paraId="12564F54" w14:textId="77777777" w:rsidR="00D93F19" w:rsidRDefault="00000000">
            <w:pPr>
              <w:pStyle w:val="TableText"/>
              <w:rPr>
                <w:rFonts w:hint="eastAsia"/>
              </w:rPr>
            </w:pPr>
            <w:r>
              <w:rPr>
                <w:sz w:val="18"/>
              </w:rPr>
              <w:t>↓  G4</w:t>
            </w:r>
          </w:p>
        </w:tc>
        <w:tc>
          <w:tcPr>
            <w:tcW w:w="5443" w:type="dxa"/>
            <w:vAlign w:val="center"/>
          </w:tcPr>
          <w:p w14:paraId="142E05FC" w14:textId="77777777" w:rsidR="00D93F19" w:rsidRDefault="00000000">
            <w:pPr>
              <w:pStyle w:val="TableText"/>
              <w:rPr>
                <w:rFonts w:hint="eastAsia"/>
              </w:rPr>
            </w:pPr>
            <w:r>
              <w:rPr>
                <w:sz w:val="18"/>
              </w:rPr>
              <w:t>Valutare esiti tecnici, scadenze, informazione e condizioni d’uso.</w:t>
            </w:r>
          </w:p>
        </w:tc>
        <w:tc>
          <w:tcPr>
            <w:tcW w:w="2665" w:type="dxa"/>
            <w:vAlign w:val="center"/>
          </w:tcPr>
          <w:p w14:paraId="44A85E6D" w14:textId="77777777" w:rsidR="00D93F19" w:rsidRDefault="00000000">
            <w:pPr>
              <w:pStyle w:val="TableText"/>
              <w:rPr>
                <w:rFonts w:hint="eastAsia"/>
              </w:rPr>
            </w:pPr>
            <w:r>
              <w:rPr>
                <w:sz w:val="18"/>
              </w:rPr>
              <w:t>A17 + A18</w:t>
            </w:r>
          </w:p>
        </w:tc>
      </w:tr>
      <w:tr w:rsidR="00D93F19" w14:paraId="0B8F2F97" w14:textId="77777777">
        <w:trPr>
          <w:cantSplit/>
          <w:jc w:val="center"/>
        </w:trPr>
        <w:tc>
          <w:tcPr>
            <w:tcW w:w="1757" w:type="dxa"/>
            <w:shd w:val="clear" w:color="auto" w:fill="F2F6F8"/>
            <w:vAlign w:val="center"/>
          </w:tcPr>
          <w:p w14:paraId="21D934E5" w14:textId="77777777" w:rsidR="00D93F19" w:rsidRDefault="00000000">
            <w:pPr>
              <w:pStyle w:val="TableText"/>
              <w:rPr>
                <w:rFonts w:hint="eastAsia"/>
              </w:rPr>
            </w:pPr>
            <w:r>
              <w:rPr>
                <w:sz w:val="18"/>
              </w:rPr>
              <w:t>07  RILASCIO</w:t>
            </w:r>
          </w:p>
        </w:tc>
        <w:tc>
          <w:tcPr>
            <w:tcW w:w="5443" w:type="dxa"/>
            <w:shd w:val="clear" w:color="auto" w:fill="F2F6F8"/>
            <w:vAlign w:val="center"/>
          </w:tcPr>
          <w:p w14:paraId="24CF0059" w14:textId="77777777" w:rsidR="00D93F19" w:rsidRDefault="00000000">
            <w:pPr>
              <w:pStyle w:val="TableText"/>
              <w:rPr>
                <w:rFonts w:hint="eastAsia"/>
              </w:rPr>
            </w:pPr>
            <w:r>
              <w:rPr>
                <w:sz w:val="18"/>
              </w:rPr>
              <w:t>Restituire formalmente la macchina all’utilizzatore.</w:t>
            </w:r>
          </w:p>
        </w:tc>
        <w:tc>
          <w:tcPr>
            <w:tcW w:w="2665" w:type="dxa"/>
            <w:shd w:val="clear" w:color="auto" w:fill="F2F6F8"/>
            <w:vAlign w:val="center"/>
          </w:tcPr>
          <w:p w14:paraId="344D10ED" w14:textId="77777777" w:rsidR="00D93F19" w:rsidRDefault="00000000">
            <w:pPr>
              <w:pStyle w:val="TableText"/>
              <w:rPr>
                <w:rFonts w:hint="eastAsia"/>
              </w:rPr>
            </w:pPr>
            <w:r>
              <w:rPr>
                <w:sz w:val="18"/>
              </w:rPr>
              <w:t>Autorizzazione firmata</w:t>
            </w:r>
          </w:p>
        </w:tc>
      </w:tr>
      <w:tr w:rsidR="00D93F19" w14:paraId="7386E1C0" w14:textId="77777777">
        <w:trPr>
          <w:cantSplit/>
          <w:jc w:val="center"/>
        </w:trPr>
        <w:tc>
          <w:tcPr>
            <w:tcW w:w="1757" w:type="dxa"/>
            <w:vAlign w:val="center"/>
          </w:tcPr>
          <w:p w14:paraId="0F215F04" w14:textId="77777777" w:rsidR="00D93F19" w:rsidRDefault="00000000">
            <w:pPr>
              <w:pStyle w:val="TableText"/>
              <w:rPr>
                <w:rFonts w:hint="eastAsia"/>
              </w:rPr>
            </w:pPr>
            <w:r>
              <w:rPr>
                <w:sz w:val="18"/>
              </w:rPr>
              <w:t>08  TRACCIABILITÀ</w:t>
            </w:r>
          </w:p>
        </w:tc>
        <w:tc>
          <w:tcPr>
            <w:tcW w:w="5443" w:type="dxa"/>
            <w:vAlign w:val="center"/>
          </w:tcPr>
          <w:p w14:paraId="0E46E7E9" w14:textId="77777777" w:rsidR="00D93F19" w:rsidRDefault="00000000">
            <w:pPr>
              <w:pStyle w:val="TableText"/>
              <w:rPr>
                <w:rFonts w:hint="eastAsia"/>
              </w:rPr>
            </w:pPr>
            <w:r>
              <w:rPr>
                <w:sz w:val="18"/>
              </w:rPr>
              <w:t>Aggiornare registro, piano controlli e riesame.</w:t>
            </w:r>
          </w:p>
        </w:tc>
        <w:tc>
          <w:tcPr>
            <w:tcW w:w="2665" w:type="dxa"/>
            <w:vAlign w:val="center"/>
          </w:tcPr>
          <w:p w14:paraId="513B85BF" w14:textId="77777777" w:rsidR="00D93F19" w:rsidRDefault="00000000">
            <w:pPr>
              <w:pStyle w:val="TableText"/>
              <w:rPr>
                <w:rFonts w:hint="eastAsia"/>
              </w:rPr>
            </w:pPr>
            <w:r>
              <w:rPr>
                <w:sz w:val="18"/>
              </w:rPr>
              <w:t>A19 + A20 + A22</w:t>
            </w:r>
          </w:p>
        </w:tc>
      </w:tr>
    </w:tbl>
    <w:p w14:paraId="188F7C23"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5734DE67" w14:textId="77777777">
        <w:trPr>
          <w:cantSplit/>
        </w:trPr>
        <w:tc>
          <w:tcPr>
            <w:tcW w:w="9866" w:type="dxa"/>
            <w:shd w:val="clear" w:color="auto" w:fill="FFF5E2"/>
            <w:vAlign w:val="center"/>
          </w:tcPr>
          <w:p w14:paraId="539A0815" w14:textId="77777777" w:rsidR="00D93F19" w:rsidRDefault="00000000">
            <w:pPr>
              <w:pStyle w:val="TableText"/>
              <w:rPr>
                <w:rFonts w:hint="eastAsia"/>
              </w:rPr>
            </w:pPr>
            <w:r>
              <w:rPr>
                <w:color w:val="A53435"/>
              </w:rPr>
              <w:t>REGOLA DI ARRESTO: un documento mancante, una condizione non dimostrata, una variante non valutata o un test negativo impediscono il superamento del punto di controllo. La necessità produttiva non sostituisce le evidenze.</w:t>
            </w:r>
          </w:p>
        </w:tc>
      </w:tr>
    </w:tbl>
    <w:p w14:paraId="2244E7EB" w14:textId="77777777" w:rsidR="00D93F19" w:rsidRDefault="00D93F19">
      <w:pPr>
        <w:spacing w:after="0" w:line="20" w:lineRule="exact"/>
        <w:rPr>
          <w:rFonts w:hint="eastAsia"/>
        </w:rPr>
      </w:pPr>
    </w:p>
    <w:p w14:paraId="4881D552" w14:textId="77777777" w:rsidR="00D93F19" w:rsidRDefault="00000000">
      <w:pPr>
        <w:pStyle w:val="Small"/>
        <w:rPr>
          <w:rFonts w:hint="eastAsia"/>
        </w:rPr>
      </w:pPr>
      <w:r>
        <w:t>G1: dati e inquadramento. G2: autorizzazione al lavoro. G3: autorizzazione alle prove. G4: autorizzazione al ritorno in esercizio. Le quattro decisioni sono distinte e devono essere riconoscibili nella pratica.</w:t>
      </w:r>
    </w:p>
    <w:p w14:paraId="37E19869" w14:textId="77777777" w:rsidR="00D93F19" w:rsidRDefault="00000000">
      <w:pPr>
        <w:pStyle w:val="Small"/>
        <w:rPr>
          <w:rFonts w:hint="eastAsia"/>
        </w:rPr>
      </w:pPr>
      <w:r>
        <w:t>O: flusso aziendale originale costruito sui criteri e sulle evidenze di F01, pp. 7–13. Le frecce indicano la sequenza, non un automatismo autorizzativo.</w:t>
      </w:r>
    </w:p>
    <w:p w14:paraId="64A0C404" w14:textId="77777777" w:rsidR="00D93F19" w:rsidRDefault="00000000">
      <w:pPr>
        <w:pStyle w:val="Kicker"/>
        <w:pageBreakBefore/>
        <w:rPr>
          <w:rFonts w:hint="eastAsia"/>
        </w:rPr>
      </w:pPr>
      <w:r>
        <w:t>F + O • FASE PRELIMINARE</w:t>
      </w:r>
    </w:p>
    <w:p w14:paraId="068CBF6C" w14:textId="77777777" w:rsidR="00D93F19" w:rsidRDefault="00000000">
      <w:pPr>
        <w:pStyle w:val="Titolo1"/>
      </w:pPr>
      <w:bookmarkStart w:id="8" w:name="P9"/>
      <w:r>
        <w:t>05. Richiesta, sopralluogo e dati originari</w:t>
      </w:r>
      <w:bookmarkEnd w:id="8"/>
    </w:p>
    <w:tbl>
      <w:tblPr>
        <w:tblW w:w="0" w:type="auto"/>
        <w:jc w:val="center"/>
        <w:tblLayout w:type="fixed"/>
        <w:tblLook w:val="04A0" w:firstRow="1" w:lastRow="0" w:firstColumn="1" w:lastColumn="0" w:noHBand="0" w:noVBand="1"/>
      </w:tblPr>
      <w:tblGrid>
        <w:gridCol w:w="5216"/>
        <w:gridCol w:w="4649"/>
      </w:tblGrid>
      <w:tr w:rsidR="00D93F19" w14:paraId="5D518CCC" w14:textId="77777777">
        <w:trPr>
          <w:cantSplit/>
          <w:jc w:val="center"/>
        </w:trPr>
        <w:tc>
          <w:tcPr>
            <w:tcW w:w="5216" w:type="dxa"/>
            <w:vAlign w:val="center"/>
          </w:tcPr>
          <w:p w14:paraId="60985046" w14:textId="77777777" w:rsidR="00D93F19" w:rsidRDefault="00000000">
            <w:pPr>
              <w:spacing w:after="0"/>
              <w:rPr>
                <w:rFonts w:hint="eastAsia"/>
              </w:rPr>
            </w:pPr>
            <w:r>
              <w:rPr>
                <w:noProof/>
              </w:rPr>
              <w:drawing>
                <wp:inline distT="0" distB="0" distL="0" distR="0" wp14:anchorId="71135C37" wp14:editId="0EC59847">
                  <wp:extent cx="3168000" cy="2067361"/>
                  <wp:effectExtent l="0" t="0" r="0" b="0"/>
                  <wp:docPr id="2" name="Picture 2" descr="Figura 1 – Confronto fra macchina reale, documentazione disponibile e intervento proposto. Il sopralluogo non sostituisce le verifiche tecn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anificazione.jpg"/>
                          <pic:cNvPicPr/>
                        </pic:nvPicPr>
                        <pic:blipFill>
                          <a:blip r:embed="rId9"/>
                          <a:stretch>
                            <a:fillRect/>
                          </a:stretch>
                        </pic:blipFill>
                        <pic:spPr>
                          <a:xfrm>
                            <a:off x="0" y="0"/>
                            <a:ext cx="3168000" cy="2067361"/>
                          </a:xfrm>
                          <a:prstGeom prst="rect">
                            <a:avLst/>
                          </a:prstGeom>
                        </pic:spPr>
                      </pic:pic>
                    </a:graphicData>
                  </a:graphic>
                </wp:inline>
              </w:drawing>
            </w:r>
          </w:p>
        </w:tc>
        <w:tc>
          <w:tcPr>
            <w:tcW w:w="4649" w:type="dxa"/>
            <w:shd w:val="clear" w:color="auto" w:fill="EAF2F6"/>
            <w:vAlign w:val="center"/>
          </w:tcPr>
          <w:p w14:paraId="4E4C768E" w14:textId="77777777" w:rsidR="00D93F19" w:rsidRDefault="00000000">
            <w:pPr>
              <w:pStyle w:val="Kicker"/>
              <w:rPr>
                <w:rFonts w:hint="eastAsia"/>
              </w:rPr>
            </w:pPr>
            <w:r>
              <w:t>PRIMA DI DECIDERE</w:t>
            </w:r>
          </w:p>
          <w:p w14:paraId="666CF95B" w14:textId="77777777" w:rsidR="00D93F19" w:rsidRDefault="00000000">
            <w:pPr>
              <w:pStyle w:val="TableText"/>
              <w:spacing w:after="140"/>
              <w:rPr>
                <w:rFonts w:hint="eastAsia"/>
              </w:rPr>
            </w:pPr>
            <w:r>
              <w:rPr>
                <w:b/>
                <w:color w:val="087E8B"/>
              </w:rPr>
              <w:t xml:space="preserve">1. </w:t>
            </w:r>
            <w:r>
              <w:t>Identificare la macchina e la configurazione reale.</w:t>
            </w:r>
          </w:p>
          <w:p w14:paraId="7DA6F4BE" w14:textId="77777777" w:rsidR="00D93F19" w:rsidRDefault="00000000">
            <w:pPr>
              <w:pStyle w:val="TableText"/>
              <w:spacing w:after="140"/>
              <w:rPr>
                <w:rFonts w:hint="eastAsia"/>
              </w:rPr>
            </w:pPr>
            <w:r>
              <w:rPr>
                <w:b/>
                <w:color w:val="087E8B"/>
              </w:rPr>
              <w:t xml:space="preserve">2. </w:t>
            </w:r>
            <w:r>
              <w:t>Confrontare istruzioni, dati e stato iniziale.</w:t>
            </w:r>
          </w:p>
          <w:p w14:paraId="09081151" w14:textId="77777777" w:rsidR="00D93F19" w:rsidRDefault="00000000">
            <w:pPr>
              <w:pStyle w:val="TableText"/>
              <w:spacing w:after="140"/>
              <w:rPr>
                <w:rFonts w:hint="eastAsia"/>
              </w:rPr>
            </w:pPr>
            <w:r>
              <w:rPr>
                <w:b/>
                <w:color w:val="087E8B"/>
              </w:rPr>
              <w:t xml:space="preserve">3. </w:t>
            </w:r>
            <w:r>
              <w:t>Chiedere al fabbricante limiti e chiarimenti.</w:t>
            </w:r>
          </w:p>
          <w:p w14:paraId="158D004F" w14:textId="77777777" w:rsidR="00D93F19" w:rsidRDefault="00000000">
            <w:pPr>
              <w:pStyle w:val="TableText"/>
              <w:spacing w:after="140"/>
              <w:rPr>
                <w:rFonts w:hint="eastAsia"/>
              </w:rPr>
            </w:pPr>
            <w:r>
              <w:rPr>
                <w:b/>
                <w:color w:val="087E8B"/>
              </w:rPr>
              <w:t xml:space="preserve">4. </w:t>
            </w:r>
            <w:r>
              <w:t>Sospendere il giudizio se mancano evidenze.</w:t>
            </w:r>
          </w:p>
        </w:tc>
      </w:tr>
    </w:tbl>
    <w:p w14:paraId="1C934D7F" w14:textId="77777777" w:rsidR="00D93F19" w:rsidRDefault="00000000">
      <w:pPr>
        <w:pStyle w:val="CaptionCustom"/>
        <w:rPr>
          <w:rFonts w:hint="eastAsia"/>
        </w:rPr>
      </w:pPr>
      <w:r>
        <w:t>Figura 1 – Confronto fra macchina reale, documentazione disponibile e intervento proposto. Il sopralluogo non sostituisce le verifiche tecniche.</w:t>
      </w:r>
    </w:p>
    <w:p w14:paraId="5A10BD61" w14:textId="77777777" w:rsidR="00D93F19" w:rsidRDefault="00000000">
      <w:pPr>
        <w:pStyle w:val="Titolo2"/>
      </w:pPr>
      <w:r>
        <w:t>Aprire e delimitare la pratica</w:t>
      </w:r>
    </w:p>
    <w:p w14:paraId="4F3E0D93" w14:textId="77777777" w:rsidR="00D93F19" w:rsidRDefault="00000000">
      <w:pPr>
        <w:rPr>
          <w:rFonts w:hint="eastAsia"/>
        </w:rPr>
      </w:pPr>
      <w:r>
        <w:t>Il RM assegna un identificativo univoco e registra in A01 la matricola, il numero di fabbrica, la configurazione e il luogo di installazione. Descrive il difetto o l’esigenza con fotografie, data di rilievo e condizioni nelle quali è stato osservato. In presenza di un dubbio sulla sicurezza, mantiene la macchina fuori servizio fino alla decisione del soggetto competente.</w:t>
      </w:r>
    </w:p>
    <w:p w14:paraId="1A9BAA5B" w14:textId="77777777" w:rsidR="00D93F19" w:rsidRDefault="00000000">
      <w:pPr>
        <w:pStyle w:val="Titolo2"/>
      </w:pPr>
      <w:r>
        <w:t>Ricostruire la configurazione prima dell’intervento</w:t>
      </w:r>
    </w:p>
    <w:p w14:paraId="60E31263" w14:textId="77777777" w:rsidR="00D93F19" w:rsidRDefault="00000000">
      <w:pPr>
        <w:rPr>
          <w:rFonts w:hint="eastAsia"/>
        </w:rPr>
      </w:pPr>
      <w:r>
        <w:t>Raccogliere dichiarazione di conformità ove pertinente, istruzioni con revisione, schemi elettrici, dati di portata e geometria, registro di controllo, verbali di verifica, rapporti precedenti, dati dei sostegni e degli accessori. Confrontare targhe e documenti con quanto effettivamente installato; annotare discrepanze, componenti già sostituiti, parametri software e precedenti modifiche.</w:t>
      </w:r>
    </w:p>
    <w:p w14:paraId="02455C0D" w14:textId="77777777" w:rsidR="00D93F19" w:rsidRDefault="00000000">
      <w:pPr>
        <w:pStyle w:val="Titolo2"/>
      </w:pPr>
      <w:r>
        <w:t>Coinvolgere preliminarmente il fabbricante</w:t>
      </w:r>
    </w:p>
    <w:p w14:paraId="39E90A68" w14:textId="77777777" w:rsidR="00D93F19" w:rsidRDefault="00000000">
      <w:pPr>
        <w:rPr>
          <w:rFonts w:hint="eastAsia"/>
        </w:rPr>
      </w:pPr>
      <w:r>
        <w:t>Inviare A03 con identificativi, fotografie e descrizione prima/dopo. Chiedere se l’operazione era prevista, quali limiti valgono, quali verifiche e prove siano necessarie e quali aggiornamenti documentali occorrano. Conservare domanda, risposta e relativi allegati. Il silenzio del fabbricante non vale come assenso e non rende idoneo un componente.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26B5904B" w14:textId="77777777">
        <w:trPr>
          <w:cantSplit/>
        </w:trPr>
        <w:tc>
          <w:tcPr>
            <w:tcW w:w="9866" w:type="dxa"/>
            <w:shd w:val="clear" w:color="auto" w:fill="FFF5E2"/>
            <w:vAlign w:val="center"/>
          </w:tcPr>
          <w:p w14:paraId="3C410DA7" w14:textId="77777777" w:rsidR="00D93F19" w:rsidRDefault="00000000">
            <w:pPr>
              <w:pStyle w:val="TableText"/>
              <w:rPr>
                <w:rFonts w:hint="eastAsia"/>
              </w:rPr>
            </w:pPr>
            <w:r>
              <w:rPr>
                <w:color w:val="A53435"/>
              </w:rPr>
              <w:t>G1 – Se mancano dati necessari a dimostrare una condizione, la PC definisce come recuperarli o ricostruirli con metodi documentati. Non desumere automaticamente dal nome del modello, dalla sola portata nominale o dall’esperienza d’uso l’assenza di nuovi rischi.</w:t>
            </w:r>
          </w:p>
        </w:tc>
      </w:tr>
    </w:tbl>
    <w:p w14:paraId="1E6D51CF" w14:textId="77777777" w:rsidR="00D93F19" w:rsidRDefault="00D93F19">
      <w:pPr>
        <w:spacing w:after="0" w:line="20" w:lineRule="exact"/>
        <w:rPr>
          <w:rFonts w:hint="eastAsia"/>
        </w:rPr>
      </w:pPr>
    </w:p>
    <w:p w14:paraId="62E82D64" w14:textId="77777777" w:rsidR="00D93F19" w:rsidRDefault="00000000">
      <w:pPr>
        <w:pStyle w:val="Small"/>
        <w:rPr>
          <w:rFonts w:hint="eastAsia"/>
        </w:rPr>
      </w:pPr>
      <w:r>
        <w:t>F: INAIL 2026, pp. 8–9 e 12. Il confronto è con le previsioni originarie del fabbricante; l’utilizzatore dispone normalmente delle istruzioni, non del fascicolo tecnico. O: A01–A03 e gestione del punto G1.</w:t>
      </w:r>
    </w:p>
    <w:p w14:paraId="00224234" w14:textId="77777777" w:rsidR="00D93F19" w:rsidRDefault="00000000">
      <w:pPr>
        <w:pStyle w:val="Kicker"/>
        <w:pageBreakBefore/>
        <w:rPr>
          <w:rFonts w:hint="eastAsia"/>
        </w:rPr>
      </w:pPr>
      <w:r>
        <w:t>F + O • VALUTAZIONE PRIMA DELL’ESECUZIONE</w:t>
      </w:r>
    </w:p>
    <w:p w14:paraId="3D527572" w14:textId="77777777" w:rsidR="00D93F19" w:rsidRDefault="00000000">
      <w:pPr>
        <w:pStyle w:val="Titolo1"/>
      </w:pPr>
      <w:bookmarkStart w:id="9" w:name="P10"/>
      <w:r>
        <w:t>06. Classificazione tecnica dell’intervento</w:t>
      </w:r>
      <w:bookmarkEnd w:id="9"/>
    </w:p>
    <w:p w14:paraId="1F7064DE" w14:textId="77777777" w:rsidR="00D93F19" w:rsidRDefault="00000000">
      <w:pPr>
        <w:rPr>
          <w:rFonts w:hint="eastAsia"/>
        </w:rPr>
      </w:pPr>
      <w:r>
        <w:t>La PC analizza il contenuto reale dell’operazione, non la denominazione commerciale dell’offerta. Il soggetto che realizza l’intervento formalizza la valutazione con A05 e relazione a supporto. L’inquadramento preliminare è riesaminato a fronte delle eventuali varianti e dell’esecuzione finale.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3402"/>
        <w:gridCol w:w="6463"/>
      </w:tblGrid>
      <w:tr w:rsidR="00D93F19" w14:paraId="1C25010F" w14:textId="77777777">
        <w:trPr>
          <w:cantSplit/>
          <w:tblHeader/>
          <w:jc w:val="center"/>
        </w:trPr>
        <w:tc>
          <w:tcPr>
            <w:tcW w:w="3402" w:type="dxa"/>
            <w:shd w:val="clear" w:color="auto" w:fill="15344B"/>
            <w:vAlign w:val="center"/>
          </w:tcPr>
          <w:p w14:paraId="35DA6154" w14:textId="77777777" w:rsidR="00D93F19" w:rsidRDefault="00000000">
            <w:pPr>
              <w:pStyle w:val="TableText"/>
              <w:rPr>
                <w:rFonts w:hint="eastAsia"/>
              </w:rPr>
            </w:pPr>
            <w:r>
              <w:rPr>
                <w:b/>
                <w:color w:val="FFFFFF"/>
              </w:rPr>
              <w:t>DOMANDA</w:t>
            </w:r>
          </w:p>
        </w:tc>
        <w:tc>
          <w:tcPr>
            <w:tcW w:w="6463" w:type="dxa"/>
            <w:shd w:val="clear" w:color="auto" w:fill="15344B"/>
            <w:vAlign w:val="center"/>
          </w:tcPr>
          <w:p w14:paraId="15D4B4B3" w14:textId="77777777" w:rsidR="00D93F19" w:rsidRDefault="00000000">
            <w:pPr>
              <w:pStyle w:val="TableText"/>
              <w:rPr>
                <w:rFonts w:hint="eastAsia"/>
              </w:rPr>
            </w:pPr>
            <w:r>
              <w:rPr>
                <w:b/>
                <w:color w:val="FFFFFF"/>
              </w:rPr>
              <w:t>ISTRUZIONE OPERATIVA</w:t>
            </w:r>
          </w:p>
        </w:tc>
      </w:tr>
      <w:tr w:rsidR="00D93F19" w14:paraId="6F27E526" w14:textId="77777777">
        <w:trPr>
          <w:cantSplit/>
          <w:jc w:val="center"/>
        </w:trPr>
        <w:tc>
          <w:tcPr>
            <w:tcW w:w="3402" w:type="dxa"/>
            <w:shd w:val="clear" w:color="auto" w:fill="F2F6F8"/>
            <w:vAlign w:val="center"/>
          </w:tcPr>
          <w:p w14:paraId="52A6619B" w14:textId="77777777" w:rsidR="00D93F19" w:rsidRDefault="00000000">
            <w:pPr>
              <w:pStyle w:val="TableText"/>
              <w:rPr>
                <w:rFonts w:hint="eastAsia"/>
              </w:rPr>
            </w:pPr>
            <w:r>
              <w:t>L’intervento è previsto dal fabbricante?</w:t>
            </w:r>
          </w:p>
        </w:tc>
        <w:tc>
          <w:tcPr>
            <w:tcW w:w="6463" w:type="dxa"/>
            <w:shd w:val="clear" w:color="auto" w:fill="F2F6F8"/>
            <w:vAlign w:val="center"/>
          </w:tcPr>
          <w:p w14:paraId="53FB6A3F" w14:textId="77777777" w:rsidR="00D93F19" w:rsidRDefault="00000000">
            <w:pPr>
              <w:pStyle w:val="TableText"/>
              <w:rPr>
                <w:rFonts w:hint="eastAsia"/>
              </w:rPr>
            </w:pPr>
            <w:r>
              <w:t>Indicare istruzione, revisione, paragrafo e limiti. Una risposta generica non è sufficiente.</w:t>
            </w:r>
          </w:p>
        </w:tc>
      </w:tr>
      <w:tr w:rsidR="00D93F19" w14:paraId="4261AD56" w14:textId="77777777">
        <w:trPr>
          <w:cantSplit/>
          <w:jc w:val="center"/>
        </w:trPr>
        <w:tc>
          <w:tcPr>
            <w:tcW w:w="3402" w:type="dxa"/>
            <w:vAlign w:val="center"/>
          </w:tcPr>
          <w:p w14:paraId="688EE314" w14:textId="77777777" w:rsidR="00D93F19" w:rsidRDefault="00000000">
            <w:pPr>
              <w:pStyle w:val="TableText"/>
              <w:rPr>
                <w:rFonts w:hint="eastAsia"/>
              </w:rPr>
            </w:pPr>
            <w:r>
              <w:t>Sono alterati uso, prestazioni, logica o rischi?</w:t>
            </w:r>
          </w:p>
        </w:tc>
        <w:tc>
          <w:tcPr>
            <w:tcW w:w="6463" w:type="dxa"/>
            <w:vAlign w:val="center"/>
          </w:tcPr>
          <w:p w14:paraId="4CAA7545" w14:textId="77777777" w:rsidR="00D93F19" w:rsidRDefault="00000000">
            <w:pPr>
              <w:pStyle w:val="TableText"/>
              <w:rPr>
                <w:rFonts w:hint="eastAsia"/>
              </w:rPr>
            </w:pPr>
            <w:r>
              <w:t>Confrontare configurazione iniziale e proposta, incluse interfacce, geometria, masse, dinamica, ambiente e sicurezza dei comandi.</w:t>
            </w:r>
          </w:p>
        </w:tc>
      </w:tr>
      <w:tr w:rsidR="00D93F19" w14:paraId="2E1BD8C4" w14:textId="77777777">
        <w:trPr>
          <w:cantSplit/>
          <w:jc w:val="center"/>
        </w:trPr>
        <w:tc>
          <w:tcPr>
            <w:tcW w:w="3402" w:type="dxa"/>
            <w:shd w:val="clear" w:color="auto" w:fill="F2F6F8"/>
            <w:vAlign w:val="center"/>
          </w:tcPr>
          <w:p w14:paraId="38438AD8" w14:textId="77777777" w:rsidR="00D93F19" w:rsidRDefault="00000000">
            <w:pPr>
              <w:pStyle w:val="TableText"/>
              <w:rPr>
                <w:rFonts w:hint="eastAsia"/>
              </w:rPr>
            </w:pPr>
            <w:r>
              <w:t>Quali schede INAIL sono coinvolte?</w:t>
            </w:r>
          </w:p>
        </w:tc>
        <w:tc>
          <w:tcPr>
            <w:tcW w:w="6463" w:type="dxa"/>
            <w:shd w:val="clear" w:color="auto" w:fill="F2F6F8"/>
            <w:vAlign w:val="center"/>
          </w:tcPr>
          <w:p w14:paraId="123248B4" w14:textId="77777777" w:rsidR="00D93F19" w:rsidRDefault="00000000">
            <w:pPr>
              <w:pStyle w:val="TableText"/>
              <w:rPr>
                <w:rFonts w:hint="eastAsia"/>
              </w:rPr>
            </w:pPr>
            <w:r>
              <w:t>Selezionare tutte le schede 1.01–1.15 pertinenti. Un intervento può ricadere in più schede; non sceglierne una sola per escludere condizioni più restrittive.</w:t>
            </w:r>
          </w:p>
        </w:tc>
      </w:tr>
      <w:tr w:rsidR="00D93F19" w14:paraId="01801E8F" w14:textId="77777777">
        <w:trPr>
          <w:cantSplit/>
          <w:jc w:val="center"/>
        </w:trPr>
        <w:tc>
          <w:tcPr>
            <w:tcW w:w="3402" w:type="dxa"/>
            <w:vAlign w:val="center"/>
          </w:tcPr>
          <w:p w14:paraId="7D579398" w14:textId="77777777" w:rsidR="00D93F19" w:rsidRDefault="00000000">
            <w:pPr>
              <w:pStyle w:val="TableText"/>
              <w:rPr>
                <w:rFonts w:hint="eastAsia"/>
              </w:rPr>
            </w:pPr>
            <w:r>
              <w:t>Tutte le condizioni sono dimostrate?</w:t>
            </w:r>
          </w:p>
        </w:tc>
        <w:tc>
          <w:tcPr>
            <w:tcW w:w="6463" w:type="dxa"/>
            <w:vAlign w:val="center"/>
          </w:tcPr>
          <w:p w14:paraId="23C6177F" w14:textId="77777777" w:rsidR="00D93F19" w:rsidRDefault="00000000">
            <w:pPr>
              <w:pStyle w:val="TableText"/>
              <w:rPr>
                <w:rFonts w:hint="eastAsia"/>
              </w:rPr>
            </w:pPr>
            <w:r>
              <w:t>Associare a ogni condizione un elaborato, una misura, un calcolo o un esito di verifica identificato. Un dato non disponibile non equivale a condizione soddisfatta.</w:t>
            </w:r>
          </w:p>
        </w:tc>
      </w:tr>
      <w:tr w:rsidR="00D93F19" w14:paraId="4C5895A9" w14:textId="77777777">
        <w:trPr>
          <w:cantSplit/>
          <w:jc w:val="center"/>
        </w:trPr>
        <w:tc>
          <w:tcPr>
            <w:tcW w:w="3402" w:type="dxa"/>
            <w:shd w:val="clear" w:color="auto" w:fill="F2F6F8"/>
            <w:vAlign w:val="center"/>
          </w:tcPr>
          <w:p w14:paraId="2B210900" w14:textId="77777777" w:rsidR="00D93F19" w:rsidRDefault="00000000">
            <w:pPr>
              <w:pStyle w:val="TableText"/>
              <w:rPr>
                <w:rFonts w:hint="eastAsia"/>
              </w:rPr>
            </w:pPr>
            <w:r>
              <w:t>È possibile il percorso di manutenzione straordinaria?</w:t>
            </w:r>
          </w:p>
        </w:tc>
        <w:tc>
          <w:tcPr>
            <w:tcW w:w="6463" w:type="dxa"/>
            <w:shd w:val="clear" w:color="auto" w:fill="F2F6F8"/>
            <w:vAlign w:val="center"/>
          </w:tcPr>
          <w:p w14:paraId="2D630F8E" w14:textId="77777777" w:rsidR="00D93F19" w:rsidRDefault="00000000">
            <w:pPr>
              <w:pStyle w:val="TableText"/>
              <w:rPr>
                <w:rFonts w:hint="eastAsia"/>
              </w:rPr>
            </w:pPr>
            <w:r>
              <w:t>Motivare l’esito. Se i presupposti non ricorrono, fermare questo percorso e valutare la modifica sostanziale o una diversa soluzione tecnica.</w:t>
            </w:r>
          </w:p>
        </w:tc>
      </w:tr>
    </w:tbl>
    <w:p w14:paraId="7D725922" w14:textId="77777777" w:rsidR="00D93F19" w:rsidRDefault="00D93F19">
      <w:pPr>
        <w:spacing w:after="0" w:line="20" w:lineRule="exact"/>
        <w:rPr>
          <w:rFonts w:hint="eastAsia"/>
        </w:rPr>
      </w:pPr>
    </w:p>
    <w:p w14:paraId="26D262B1" w14:textId="77777777" w:rsidR="00D93F19" w:rsidRDefault="00000000">
      <w:pPr>
        <w:pStyle w:val="Titolo2"/>
      </w:pPr>
      <w:r>
        <w:t>Casistiche che richiedono particolare attenzione</w:t>
      </w:r>
    </w:p>
    <w:p w14:paraId="7020E528" w14:textId="77777777" w:rsidR="00D93F19" w:rsidRDefault="00000000">
      <w:pPr>
        <w:rPr>
          <w:rFonts w:hint="eastAsia"/>
        </w:rPr>
      </w:pPr>
      <w:r>
        <w:t>L’introduzione INAIL presenta come esempi di modifica sostanziale: motorizzazione di movimenti originariamente manuali di una gru a bandiera; aggiunta non prevista di unità di sollevamento su gru a ponte/cavalletto o variazione della relativa portata oltre i limiti originari; sostituzione di bozzelli a rotazione libera con bozzelli non motorizzati a rotazione bloccata. Non trattare questi esempi come manutenzione mediante la sola compilazione di un modulo.</w:t>
      </w:r>
    </w:p>
    <w:p w14:paraId="39042CF6" w14:textId="77777777" w:rsidR="00D93F19" w:rsidRDefault="00000000">
      <w:pPr>
        <w:pStyle w:val="Titolo2"/>
      </w:pPr>
      <w:r>
        <w:t>Trasferimento della macchina</w:t>
      </w:r>
    </w:p>
    <w:p w14:paraId="703DB5E7" w14:textId="77777777" w:rsidR="00D93F19" w:rsidRDefault="00000000">
      <w:pPr>
        <w:rPr>
          <w:rFonts w:hint="eastAsia"/>
        </w:rPr>
      </w:pPr>
      <w:r>
        <w:t>Il semplice spostamento non determina automaticamente una modifica sostanziale. Occorre verificare istruzioni, nuova installazione, sostegni, alimentazioni, ambiente e compatibilità. Identificare il nuovo luogo nella dichiarazione e valutare gli adempimenti relativi all’attrezzatura; non riutilizzare senza verifica il giudizio riferito al sito precedente.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30646B3" w14:textId="77777777">
        <w:trPr>
          <w:cantSplit/>
        </w:trPr>
        <w:tc>
          <w:tcPr>
            <w:tcW w:w="9866" w:type="dxa"/>
            <w:shd w:val="clear" w:color="auto" w:fill="FFF5E2"/>
            <w:vAlign w:val="center"/>
          </w:tcPr>
          <w:p w14:paraId="0A784546" w14:textId="77777777" w:rsidR="00D93F19" w:rsidRDefault="00000000">
            <w:pPr>
              <w:pStyle w:val="TableText"/>
              <w:rPr>
                <w:rFonts w:hint="eastAsia"/>
              </w:rPr>
            </w:pPr>
            <w:r>
              <w:rPr>
                <w:color w:val="A53435"/>
              </w:rPr>
              <w:t>L’assenza di dati impedisce di concludere, ma non dimostra da sola che l’intervento sia sostanziale. L’esito corretto è «valutazione sospesa» finché non vengono acquisite le evidenze necessarie.</w:t>
            </w:r>
          </w:p>
        </w:tc>
      </w:tr>
    </w:tbl>
    <w:p w14:paraId="62D32AAD" w14:textId="77777777" w:rsidR="00D93F19" w:rsidRDefault="00D93F19">
      <w:pPr>
        <w:spacing w:after="0" w:line="20" w:lineRule="exact"/>
        <w:rPr>
          <w:rFonts w:hint="eastAsia"/>
        </w:rPr>
      </w:pPr>
    </w:p>
    <w:p w14:paraId="5A190D08" w14:textId="77777777" w:rsidR="00D93F19" w:rsidRDefault="00000000">
      <w:pPr>
        <w:pStyle w:val="Small"/>
        <w:rPr>
          <w:rFonts w:hint="eastAsia"/>
        </w:rPr>
      </w:pPr>
      <w:r>
        <w:t>F: INAIL 2026, pp. 5, 7–12. O: domande di screening, esito sospeso e formalizzazione in A05. E: applicazione temporale del Regolamento macchine come precisata al §02.</w:t>
      </w:r>
    </w:p>
    <w:p w14:paraId="0E15D21D" w14:textId="77777777" w:rsidR="00D93F19" w:rsidRDefault="00000000">
      <w:pPr>
        <w:pStyle w:val="Kicker"/>
        <w:pageBreakBefore/>
        <w:rPr>
          <w:rFonts w:hint="eastAsia"/>
        </w:rPr>
      </w:pPr>
      <w:r>
        <w:t>F + O • PROGETTAZIONE DELL’INTERVENTO</w:t>
      </w:r>
    </w:p>
    <w:p w14:paraId="762A4CB8" w14:textId="77777777" w:rsidR="00D93F19" w:rsidRDefault="00000000">
      <w:pPr>
        <w:pStyle w:val="Titolo1"/>
      </w:pPr>
      <w:bookmarkStart w:id="10" w:name="P11"/>
      <w:r>
        <w:t>07. Relazione tecnica e confronto dei rischi</w:t>
      </w:r>
      <w:bookmarkEnd w:id="10"/>
    </w:p>
    <w:p w14:paraId="4FCE12CC" w14:textId="77777777" w:rsidR="00D93F19" w:rsidRDefault="00000000">
      <w:pPr>
        <w:rPr>
          <w:rFonts w:hint="eastAsia"/>
        </w:rPr>
      </w:pPr>
      <w:r>
        <w:t>Quando l’intervento è eseguito da persona diversa dal fabbricante, le schede INAIL individuano una relazione tecnica firmata da persona competente con contenuti specifici. Il modulo A06 è una struttura di lavoro: deve essere completato con elaborati, calcoli e valutazioni reali, non con sole dichiarazioni conclusive.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494"/>
        <w:gridCol w:w="7370"/>
      </w:tblGrid>
      <w:tr w:rsidR="00D93F19" w14:paraId="52043E2C" w14:textId="77777777">
        <w:trPr>
          <w:cantSplit/>
          <w:tblHeader/>
          <w:jc w:val="center"/>
        </w:trPr>
        <w:tc>
          <w:tcPr>
            <w:tcW w:w="2494" w:type="dxa"/>
            <w:shd w:val="clear" w:color="auto" w:fill="15344B"/>
            <w:vAlign w:val="center"/>
          </w:tcPr>
          <w:p w14:paraId="2FB401F0" w14:textId="77777777" w:rsidR="00D93F19" w:rsidRDefault="00000000">
            <w:pPr>
              <w:pStyle w:val="TableText"/>
              <w:rPr>
                <w:rFonts w:hint="eastAsia"/>
              </w:rPr>
            </w:pPr>
            <w:r>
              <w:rPr>
                <w:b/>
                <w:color w:val="FFFFFF"/>
              </w:rPr>
              <w:t>CONTENUTO</w:t>
            </w:r>
          </w:p>
        </w:tc>
        <w:tc>
          <w:tcPr>
            <w:tcW w:w="7370" w:type="dxa"/>
            <w:shd w:val="clear" w:color="auto" w:fill="15344B"/>
            <w:vAlign w:val="center"/>
          </w:tcPr>
          <w:p w14:paraId="27BB2842" w14:textId="77777777" w:rsidR="00D93F19" w:rsidRDefault="00000000">
            <w:pPr>
              <w:pStyle w:val="TableText"/>
              <w:rPr>
                <w:rFonts w:hint="eastAsia"/>
              </w:rPr>
            </w:pPr>
            <w:r>
              <w:rPr>
                <w:b/>
                <w:color w:val="FFFFFF"/>
              </w:rPr>
              <w:t>INDICAZIONI PER LA REDAZIONE</w:t>
            </w:r>
          </w:p>
        </w:tc>
      </w:tr>
      <w:tr w:rsidR="00D93F19" w14:paraId="4DA8EC00" w14:textId="77777777">
        <w:trPr>
          <w:cantSplit/>
          <w:jc w:val="center"/>
        </w:trPr>
        <w:tc>
          <w:tcPr>
            <w:tcW w:w="2494" w:type="dxa"/>
            <w:shd w:val="clear" w:color="auto" w:fill="F2F6F8"/>
            <w:vAlign w:val="center"/>
          </w:tcPr>
          <w:p w14:paraId="07D201CB" w14:textId="77777777" w:rsidR="00D93F19" w:rsidRDefault="00000000">
            <w:pPr>
              <w:pStyle w:val="TableText"/>
              <w:rPr>
                <w:rFonts w:hint="eastAsia"/>
              </w:rPr>
            </w:pPr>
            <w:r>
              <w:t>Identificazione e finalità</w:t>
            </w:r>
          </w:p>
        </w:tc>
        <w:tc>
          <w:tcPr>
            <w:tcW w:w="7370" w:type="dxa"/>
            <w:shd w:val="clear" w:color="auto" w:fill="F2F6F8"/>
            <w:vAlign w:val="center"/>
          </w:tcPr>
          <w:p w14:paraId="1E9B7A20" w14:textId="77777777" w:rsidR="00D93F19" w:rsidRDefault="00000000">
            <w:pPr>
              <w:pStyle w:val="TableText"/>
              <w:rPr>
                <w:rFonts w:hint="eastAsia"/>
              </w:rPr>
            </w:pPr>
            <w:r>
              <w:t>Macchina, sito, stato iniziale, obiettivo, limiti dell’incarico, soggetti coinvolti e schede applicabili.</w:t>
            </w:r>
          </w:p>
        </w:tc>
      </w:tr>
      <w:tr w:rsidR="00D93F19" w14:paraId="6E4819E6" w14:textId="77777777">
        <w:trPr>
          <w:cantSplit/>
          <w:jc w:val="center"/>
        </w:trPr>
        <w:tc>
          <w:tcPr>
            <w:tcW w:w="2494" w:type="dxa"/>
            <w:vAlign w:val="center"/>
          </w:tcPr>
          <w:p w14:paraId="647295B0" w14:textId="77777777" w:rsidR="00D93F19" w:rsidRDefault="00000000">
            <w:pPr>
              <w:pStyle w:val="TableText"/>
              <w:rPr>
                <w:rFonts w:hint="eastAsia"/>
              </w:rPr>
            </w:pPr>
            <w:r>
              <w:t>Fonti tecniche</w:t>
            </w:r>
          </w:p>
        </w:tc>
        <w:tc>
          <w:tcPr>
            <w:tcW w:w="7370" w:type="dxa"/>
            <w:vAlign w:val="center"/>
          </w:tcPr>
          <w:p w14:paraId="1AE56B0A" w14:textId="77777777" w:rsidR="00D93F19" w:rsidRDefault="00000000">
            <w:pPr>
              <w:pStyle w:val="TableText"/>
              <w:rPr>
                <w:rFonts w:hint="eastAsia"/>
              </w:rPr>
            </w:pPr>
            <w:r>
              <w:t>Istruzioni e revisioni, chiarimenti del fabbricante, rilievi, norme di buona tecnica utilizzate e motivazione della loro pertinenza.</w:t>
            </w:r>
          </w:p>
        </w:tc>
      </w:tr>
      <w:tr w:rsidR="00D93F19" w14:paraId="5FD5CAF9" w14:textId="77777777">
        <w:trPr>
          <w:cantSplit/>
          <w:jc w:val="center"/>
        </w:trPr>
        <w:tc>
          <w:tcPr>
            <w:tcW w:w="2494" w:type="dxa"/>
            <w:shd w:val="clear" w:color="auto" w:fill="F2F6F8"/>
            <w:vAlign w:val="center"/>
          </w:tcPr>
          <w:p w14:paraId="5F168064" w14:textId="77777777" w:rsidR="00D93F19" w:rsidRDefault="00000000">
            <w:pPr>
              <w:pStyle w:val="TableText"/>
              <w:rPr>
                <w:rFonts w:hint="eastAsia"/>
              </w:rPr>
            </w:pPr>
            <w:r>
              <w:t>Descrizione prima/dopo</w:t>
            </w:r>
          </w:p>
        </w:tc>
        <w:tc>
          <w:tcPr>
            <w:tcW w:w="7370" w:type="dxa"/>
            <w:shd w:val="clear" w:color="auto" w:fill="F2F6F8"/>
            <w:vAlign w:val="center"/>
          </w:tcPr>
          <w:p w14:paraId="7D4875A2" w14:textId="77777777" w:rsidR="00D93F19" w:rsidRDefault="00000000">
            <w:pPr>
              <w:pStyle w:val="TableText"/>
              <w:rPr>
                <w:rFonts w:hint="eastAsia"/>
              </w:rPr>
            </w:pPr>
            <w:r>
              <w:t>Dimensioni, portate, masse, baricentri, velocità, accelerazioni, reazioni, componenti, logiche e configurazioni interessate.</w:t>
            </w:r>
          </w:p>
        </w:tc>
      </w:tr>
      <w:tr w:rsidR="00D93F19" w14:paraId="225C1F91" w14:textId="77777777">
        <w:trPr>
          <w:cantSplit/>
          <w:jc w:val="center"/>
        </w:trPr>
        <w:tc>
          <w:tcPr>
            <w:tcW w:w="2494" w:type="dxa"/>
            <w:vAlign w:val="center"/>
          </w:tcPr>
          <w:p w14:paraId="27D8ADDE" w14:textId="77777777" w:rsidR="00D93F19" w:rsidRDefault="00000000">
            <w:pPr>
              <w:pStyle w:val="TableText"/>
              <w:rPr>
                <w:rFonts w:hint="eastAsia"/>
              </w:rPr>
            </w:pPr>
            <w:r>
              <w:t>Verifiche specifiche</w:t>
            </w:r>
          </w:p>
        </w:tc>
        <w:tc>
          <w:tcPr>
            <w:tcW w:w="7370" w:type="dxa"/>
            <w:vAlign w:val="center"/>
          </w:tcPr>
          <w:p w14:paraId="3E92D758" w14:textId="77777777" w:rsidR="00D93F19" w:rsidRDefault="00000000">
            <w:pPr>
              <w:pStyle w:val="TableText"/>
              <w:rPr>
                <w:rFonts w:hint="eastAsia"/>
              </w:rPr>
            </w:pPr>
            <w:r>
              <w:t>Stato tensionale, resistenza, stabilità, deformazioni e compatibilità nei casi pertinenti; aspetti elettrici, ambientali e prestazioni di sicurezza.</w:t>
            </w:r>
          </w:p>
        </w:tc>
      </w:tr>
      <w:tr w:rsidR="00D93F19" w14:paraId="227ABD74" w14:textId="77777777">
        <w:trPr>
          <w:cantSplit/>
          <w:jc w:val="center"/>
        </w:trPr>
        <w:tc>
          <w:tcPr>
            <w:tcW w:w="2494" w:type="dxa"/>
            <w:shd w:val="clear" w:color="auto" w:fill="F2F6F8"/>
            <w:vAlign w:val="center"/>
          </w:tcPr>
          <w:p w14:paraId="4333B3ED" w14:textId="77777777" w:rsidR="00D93F19" w:rsidRDefault="00000000">
            <w:pPr>
              <w:pStyle w:val="TableText"/>
              <w:rPr>
                <w:rFonts w:hint="eastAsia"/>
              </w:rPr>
            </w:pPr>
            <w:r>
              <w:t>Valutazione dei rischi</w:t>
            </w:r>
          </w:p>
        </w:tc>
        <w:tc>
          <w:tcPr>
            <w:tcW w:w="7370" w:type="dxa"/>
            <w:shd w:val="clear" w:color="auto" w:fill="F2F6F8"/>
            <w:vAlign w:val="center"/>
          </w:tcPr>
          <w:p w14:paraId="318A520E" w14:textId="77777777" w:rsidR="00D93F19" w:rsidRDefault="00000000">
            <w:pPr>
              <w:pStyle w:val="TableText"/>
              <w:rPr>
                <w:rFonts w:hint="eastAsia"/>
              </w:rPr>
            </w:pPr>
            <w:r>
              <w:t>Estratto riferito ai rischi che possono cambiare, quando richiesto dalla scheda. Considerare anche fasi di regolazione, pulizia, accesso e manutenzione.</w:t>
            </w:r>
          </w:p>
        </w:tc>
      </w:tr>
      <w:tr w:rsidR="00D93F19" w14:paraId="509945A6" w14:textId="77777777">
        <w:trPr>
          <w:cantSplit/>
          <w:jc w:val="center"/>
        </w:trPr>
        <w:tc>
          <w:tcPr>
            <w:tcW w:w="2494" w:type="dxa"/>
            <w:vAlign w:val="center"/>
          </w:tcPr>
          <w:p w14:paraId="59C2C0DD" w14:textId="77777777" w:rsidR="00D93F19" w:rsidRDefault="00000000">
            <w:pPr>
              <w:pStyle w:val="TableText"/>
              <w:rPr>
                <w:rFonts w:hint="eastAsia"/>
              </w:rPr>
            </w:pPr>
            <w:r>
              <w:t>Istruzioni esecutive</w:t>
            </w:r>
          </w:p>
        </w:tc>
        <w:tc>
          <w:tcPr>
            <w:tcW w:w="7370" w:type="dxa"/>
            <w:vAlign w:val="center"/>
          </w:tcPr>
          <w:p w14:paraId="1F6DC131" w14:textId="77777777" w:rsidR="00D93F19" w:rsidRDefault="00000000">
            <w:pPr>
              <w:pStyle w:val="TableText"/>
              <w:rPr>
                <w:rFonts w:hint="eastAsia"/>
              </w:rPr>
            </w:pPr>
            <w:r>
              <w:t>Sequenza, parti da smontare, mezzi, sostegni temporanei, controlli intermedi, qualifiche, divieti e gestione delle varianti.</w:t>
            </w:r>
          </w:p>
        </w:tc>
      </w:tr>
      <w:tr w:rsidR="00D93F19" w14:paraId="24024C79" w14:textId="77777777">
        <w:trPr>
          <w:cantSplit/>
          <w:jc w:val="center"/>
        </w:trPr>
        <w:tc>
          <w:tcPr>
            <w:tcW w:w="2494" w:type="dxa"/>
            <w:shd w:val="clear" w:color="auto" w:fill="F2F6F8"/>
            <w:vAlign w:val="center"/>
          </w:tcPr>
          <w:p w14:paraId="2311CAC5" w14:textId="77777777" w:rsidR="00D93F19" w:rsidRDefault="00000000">
            <w:pPr>
              <w:pStyle w:val="TableText"/>
              <w:rPr>
                <w:rFonts w:hint="eastAsia"/>
              </w:rPr>
            </w:pPr>
            <w:r>
              <w:t>Piano di prove</w:t>
            </w:r>
          </w:p>
        </w:tc>
        <w:tc>
          <w:tcPr>
            <w:tcW w:w="7370" w:type="dxa"/>
            <w:shd w:val="clear" w:color="auto" w:fill="F2F6F8"/>
            <w:vAlign w:val="center"/>
          </w:tcPr>
          <w:p w14:paraId="7C9CBCC2" w14:textId="77777777" w:rsidR="00D93F19" w:rsidRDefault="00000000">
            <w:pPr>
              <w:pStyle w:val="TableText"/>
              <w:rPr>
                <w:rFonts w:hint="eastAsia"/>
              </w:rPr>
            </w:pPr>
            <w:r>
              <w:t>Tipo di test, condizioni, strumenti, limiti, criteri di accettazione, responsabile, area, gestione dell’esito negativo.</w:t>
            </w:r>
          </w:p>
        </w:tc>
      </w:tr>
      <w:tr w:rsidR="00D93F19" w14:paraId="742AE3B9" w14:textId="77777777">
        <w:trPr>
          <w:cantSplit/>
          <w:jc w:val="center"/>
        </w:trPr>
        <w:tc>
          <w:tcPr>
            <w:tcW w:w="2494" w:type="dxa"/>
            <w:vAlign w:val="center"/>
          </w:tcPr>
          <w:p w14:paraId="073C8A50" w14:textId="77777777" w:rsidR="00D93F19" w:rsidRDefault="00000000">
            <w:pPr>
              <w:pStyle w:val="TableText"/>
              <w:rPr>
                <w:rFonts w:hint="eastAsia"/>
              </w:rPr>
            </w:pPr>
            <w:r>
              <w:t>Conclusione motivata</w:t>
            </w:r>
          </w:p>
        </w:tc>
        <w:tc>
          <w:tcPr>
            <w:tcW w:w="7370" w:type="dxa"/>
            <w:vAlign w:val="center"/>
          </w:tcPr>
          <w:p w14:paraId="3892D610" w14:textId="77777777" w:rsidR="00D93F19" w:rsidRDefault="00000000">
            <w:pPr>
              <w:pStyle w:val="TableText"/>
              <w:rPr>
                <w:rFonts w:hint="eastAsia"/>
              </w:rPr>
            </w:pPr>
            <w:r>
              <w:t>Dimostrazione delle condizioni pertinenti e limiti di validità del giudizio; elaborati e firme identificabili.</w:t>
            </w:r>
          </w:p>
        </w:tc>
      </w:tr>
    </w:tbl>
    <w:p w14:paraId="2C6F2E17" w14:textId="77777777" w:rsidR="00D93F19" w:rsidRDefault="00D93F19">
      <w:pPr>
        <w:spacing w:after="0" w:line="20" w:lineRule="exact"/>
        <w:rPr>
          <w:rFonts w:hint="eastAsia"/>
        </w:rPr>
      </w:pPr>
    </w:p>
    <w:p w14:paraId="4047E1D3" w14:textId="77777777" w:rsidR="00D93F19" w:rsidRDefault="00000000">
      <w:pPr>
        <w:pStyle w:val="Titolo2"/>
      </w:pPr>
      <w:r>
        <w:t>Due valutazioni da non confondere</w:t>
      </w:r>
    </w:p>
    <w:p w14:paraId="20AF41B5" w14:textId="77777777" w:rsidR="00D93F19" w:rsidRDefault="00000000">
      <w:pPr>
        <w:rPr>
          <w:rFonts w:hint="eastAsia"/>
        </w:rPr>
      </w:pPr>
      <w:r>
        <w:t>La valutazione degli effetti dell’intervento sulla macchina serve a dimostrare la classificazione e la sicurezza della configurazione risultante. L’analisi dei rischi del lavoro di manutenzione (A07) serve a proteggere chi esegue le operazioni: include isolamento, accessi, carichi, attrezzature, interferenze ed emergenze. Entrambe devono essere coerenti ma non sono intercambiabili.</w:t>
      </w:r>
    </w:p>
    <w:p w14:paraId="7E787F5D" w14:textId="77777777" w:rsidR="00D93F19" w:rsidRDefault="00000000">
      <w:pPr>
        <w:pStyle w:val="Titolo2"/>
      </w:pPr>
      <w:r>
        <w:t>Criteri di accettazione prima delle prove</w:t>
      </w:r>
    </w:p>
    <w:p w14:paraId="6FBAFEFB" w14:textId="77777777" w:rsidR="00D93F19" w:rsidRDefault="00000000">
      <w:pPr>
        <w:rPr>
          <w:rFonts w:hint="eastAsia"/>
        </w:rPr>
      </w:pPr>
      <w:r>
        <w:t>Ogni requisito deve avere un riferimento verificabile. Riportare unità di misura, tolleranze, configurazione di carico e limiti di impiego. Non introdurre coefficienti universali, percentuali di sovraccarico o valori di Performance Level senza la giustificazione tecnica pertinente.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50DCDC9" w14:textId="77777777">
        <w:trPr>
          <w:cantSplit/>
        </w:trPr>
        <w:tc>
          <w:tcPr>
            <w:tcW w:w="9866" w:type="dxa"/>
            <w:shd w:val="clear" w:color="auto" w:fill="EAF2F6"/>
            <w:vAlign w:val="center"/>
          </w:tcPr>
          <w:p w14:paraId="73D4C81C" w14:textId="77777777" w:rsidR="00D93F19" w:rsidRDefault="00000000">
            <w:pPr>
              <w:pStyle w:val="TableText"/>
              <w:rPr>
                <w:rFonts w:hint="eastAsia"/>
              </w:rPr>
            </w:pPr>
            <w:r>
              <w:rPr>
                <w:color w:val="15344B"/>
              </w:rPr>
              <w:t>Il confronto di un singolo dato non dimostra l’equivalenza dell’intero sistema. Un motore della stessa potenza, un componente con PL dichiarato elevato o una portata ridotta non esonerano dalla verifica delle interfacce e dei rischi residui.</w:t>
            </w:r>
          </w:p>
        </w:tc>
      </w:tr>
    </w:tbl>
    <w:p w14:paraId="3D9C7C59" w14:textId="77777777" w:rsidR="00D93F19" w:rsidRDefault="00D93F19">
      <w:pPr>
        <w:spacing w:after="0" w:line="20" w:lineRule="exact"/>
        <w:rPr>
          <w:rFonts w:hint="eastAsia"/>
        </w:rPr>
      </w:pPr>
    </w:p>
    <w:p w14:paraId="375B447D" w14:textId="77777777" w:rsidR="00D93F19" w:rsidRDefault="00000000">
      <w:pPr>
        <w:pStyle w:val="Small"/>
        <w:rPr>
          <w:rFonts w:hint="eastAsia"/>
        </w:rPr>
      </w:pPr>
      <w:r>
        <w:t>F: INAIL 2026, p. 12 e contenuti delle singole schede pp. 19–33. O: struttura A06, distinzione con A07 e dettaglio dei criteri di accettazione.</w:t>
      </w:r>
    </w:p>
    <w:p w14:paraId="435F474D" w14:textId="77777777" w:rsidR="00D93F19" w:rsidRDefault="00000000">
      <w:pPr>
        <w:pStyle w:val="Kicker"/>
        <w:pageBreakBefore/>
        <w:rPr>
          <w:rFonts w:hint="eastAsia"/>
        </w:rPr>
      </w:pPr>
      <w:r>
        <w:t>O • PERSONE, AREA, MEZZI E COORDINAMENTO</w:t>
      </w:r>
    </w:p>
    <w:p w14:paraId="393F3149" w14:textId="77777777" w:rsidR="00D93F19" w:rsidRDefault="00000000">
      <w:pPr>
        <w:pStyle w:val="Titolo1"/>
      </w:pPr>
      <w:bookmarkStart w:id="11" w:name="P12"/>
      <w:r>
        <w:t>08. Preparazione e autorizzazione dei lavori</w:t>
      </w:r>
      <w:bookmarkEnd w:id="11"/>
    </w:p>
    <w:p w14:paraId="48528EF7" w14:textId="77777777" w:rsidR="00D93F19" w:rsidRDefault="00000000">
      <w:pPr>
        <w:rPr>
          <w:rFonts w:hint="eastAsia"/>
        </w:rPr>
      </w:pPr>
      <w:r>
        <w:t>Il RM prepara il lavoro soltanto dopo il riesame tecnico. Il permesso A08 individua macchina, luogo, durata, operazioni consentite e nominativi. La validità è limitata alle condizioni dichiarate: cambiamenti di squadra, impresa, perimetro o modalità richiedono un riesame prima della prosecuzione.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381"/>
        <w:gridCol w:w="7483"/>
      </w:tblGrid>
      <w:tr w:rsidR="00D93F19" w14:paraId="657AF9AF" w14:textId="77777777">
        <w:trPr>
          <w:cantSplit/>
          <w:tblHeader/>
          <w:jc w:val="center"/>
        </w:trPr>
        <w:tc>
          <w:tcPr>
            <w:tcW w:w="2381" w:type="dxa"/>
            <w:shd w:val="clear" w:color="auto" w:fill="15344B"/>
            <w:vAlign w:val="center"/>
          </w:tcPr>
          <w:p w14:paraId="22438495" w14:textId="77777777" w:rsidR="00D93F19" w:rsidRDefault="00000000">
            <w:pPr>
              <w:pStyle w:val="TableText"/>
              <w:rPr>
                <w:rFonts w:hint="eastAsia"/>
              </w:rPr>
            </w:pPr>
            <w:r>
              <w:rPr>
                <w:b/>
                <w:color w:val="FFFFFF"/>
              </w:rPr>
              <w:t>ASPETTO</w:t>
            </w:r>
          </w:p>
        </w:tc>
        <w:tc>
          <w:tcPr>
            <w:tcW w:w="7483" w:type="dxa"/>
            <w:shd w:val="clear" w:color="auto" w:fill="15344B"/>
            <w:vAlign w:val="center"/>
          </w:tcPr>
          <w:p w14:paraId="1341FC5B" w14:textId="77777777" w:rsidR="00D93F19" w:rsidRDefault="00000000">
            <w:pPr>
              <w:pStyle w:val="TableText"/>
              <w:rPr>
                <w:rFonts w:hint="eastAsia"/>
              </w:rPr>
            </w:pPr>
            <w:r>
              <w:rPr>
                <w:b/>
                <w:color w:val="FFFFFF"/>
              </w:rPr>
              <w:t>CONTROLLO PRIMA DELL’INIZIO</w:t>
            </w:r>
          </w:p>
        </w:tc>
      </w:tr>
      <w:tr w:rsidR="00D93F19" w14:paraId="70967EEE" w14:textId="77777777">
        <w:trPr>
          <w:cantSplit/>
          <w:jc w:val="center"/>
        </w:trPr>
        <w:tc>
          <w:tcPr>
            <w:tcW w:w="2381" w:type="dxa"/>
            <w:shd w:val="clear" w:color="auto" w:fill="F2F6F8"/>
            <w:vAlign w:val="center"/>
          </w:tcPr>
          <w:p w14:paraId="39C9AB7B" w14:textId="77777777" w:rsidR="00D93F19" w:rsidRDefault="00000000">
            <w:pPr>
              <w:pStyle w:val="TableText"/>
              <w:rPr>
                <w:rFonts w:hint="eastAsia"/>
              </w:rPr>
            </w:pPr>
            <w:r>
              <w:t>Competenze</w:t>
            </w:r>
          </w:p>
        </w:tc>
        <w:tc>
          <w:tcPr>
            <w:tcW w:w="7483" w:type="dxa"/>
            <w:shd w:val="clear" w:color="auto" w:fill="F2F6F8"/>
            <w:vAlign w:val="center"/>
          </w:tcPr>
          <w:p w14:paraId="08C45FA9" w14:textId="77777777" w:rsidR="00D93F19" w:rsidRDefault="00000000">
            <w:pPr>
              <w:pStyle w:val="TableText"/>
              <w:rPr>
                <w:rFonts w:hint="eastAsia"/>
              </w:rPr>
            </w:pPr>
            <w:r>
              <w:t>Verificare con A04 esperienza e capacità coerenti con le lavorazioni; identificare i soggetti autorizzati a operare sugli impianti elettrici e a usare mezzi di accesso.</w:t>
            </w:r>
          </w:p>
        </w:tc>
      </w:tr>
      <w:tr w:rsidR="00D93F19" w14:paraId="5A1B675A" w14:textId="77777777">
        <w:trPr>
          <w:cantSplit/>
          <w:jc w:val="center"/>
        </w:trPr>
        <w:tc>
          <w:tcPr>
            <w:tcW w:w="2381" w:type="dxa"/>
            <w:vAlign w:val="center"/>
          </w:tcPr>
          <w:p w14:paraId="58905490" w14:textId="77777777" w:rsidR="00D93F19" w:rsidRDefault="00000000">
            <w:pPr>
              <w:pStyle w:val="TableText"/>
              <w:rPr>
                <w:rFonts w:hint="eastAsia"/>
              </w:rPr>
            </w:pPr>
            <w:r>
              <w:t>Interferenze</w:t>
            </w:r>
          </w:p>
        </w:tc>
        <w:tc>
          <w:tcPr>
            <w:tcW w:w="7483" w:type="dxa"/>
            <w:vAlign w:val="center"/>
          </w:tcPr>
          <w:p w14:paraId="34090BEE" w14:textId="77777777" w:rsidR="00D93F19" w:rsidRDefault="00000000">
            <w:pPr>
              <w:pStyle w:val="TableText"/>
              <w:rPr>
                <w:rFonts w:hint="eastAsia"/>
              </w:rPr>
            </w:pPr>
            <w:r>
              <w:t>Coordinare imprese e reparti. Identificare carroponti sulle stesse vie di corsa, macchine vicine, traffico, percorsi e attività sovrapposte.</w:t>
            </w:r>
          </w:p>
        </w:tc>
      </w:tr>
      <w:tr w:rsidR="00D93F19" w14:paraId="1D911879" w14:textId="77777777">
        <w:trPr>
          <w:cantSplit/>
          <w:jc w:val="center"/>
        </w:trPr>
        <w:tc>
          <w:tcPr>
            <w:tcW w:w="2381" w:type="dxa"/>
            <w:shd w:val="clear" w:color="auto" w:fill="F2F6F8"/>
            <w:vAlign w:val="center"/>
          </w:tcPr>
          <w:p w14:paraId="6858C2E2" w14:textId="77777777" w:rsidR="00D93F19" w:rsidRDefault="00000000">
            <w:pPr>
              <w:pStyle w:val="TableText"/>
              <w:rPr>
                <w:rFonts w:hint="eastAsia"/>
              </w:rPr>
            </w:pPr>
            <w:r>
              <w:t>Area interdetta</w:t>
            </w:r>
          </w:p>
        </w:tc>
        <w:tc>
          <w:tcPr>
            <w:tcW w:w="7483" w:type="dxa"/>
            <w:shd w:val="clear" w:color="auto" w:fill="F2F6F8"/>
            <w:vAlign w:val="center"/>
          </w:tcPr>
          <w:p w14:paraId="3039341D" w14:textId="77777777" w:rsidR="00D93F19" w:rsidRDefault="00000000">
            <w:pPr>
              <w:pStyle w:val="TableText"/>
              <w:rPr>
                <w:rFonts w:hint="eastAsia"/>
              </w:rPr>
            </w:pPr>
            <w:r>
              <w:t>Delimitare l’area rispetto ai possibili movimenti, alla caduta di materiali e ai mezzi di accesso. Mantenere percorsi di esodo e soccorso.</w:t>
            </w:r>
          </w:p>
        </w:tc>
      </w:tr>
      <w:tr w:rsidR="00D93F19" w14:paraId="10F67128" w14:textId="77777777">
        <w:trPr>
          <w:cantSplit/>
          <w:jc w:val="center"/>
        </w:trPr>
        <w:tc>
          <w:tcPr>
            <w:tcW w:w="2381" w:type="dxa"/>
            <w:vAlign w:val="center"/>
          </w:tcPr>
          <w:p w14:paraId="6264AEED" w14:textId="77777777" w:rsidR="00D93F19" w:rsidRDefault="00000000">
            <w:pPr>
              <w:pStyle w:val="TableText"/>
              <w:rPr>
                <w:rFonts w:hint="eastAsia"/>
              </w:rPr>
            </w:pPr>
            <w:r>
              <w:t>Accesso in quota</w:t>
            </w:r>
          </w:p>
        </w:tc>
        <w:tc>
          <w:tcPr>
            <w:tcW w:w="7483" w:type="dxa"/>
            <w:vAlign w:val="center"/>
          </w:tcPr>
          <w:p w14:paraId="4B979330" w14:textId="77777777" w:rsidR="00D93F19" w:rsidRDefault="00000000">
            <w:pPr>
              <w:pStyle w:val="TableText"/>
              <w:rPr>
                <w:rFonts w:hint="eastAsia"/>
              </w:rPr>
            </w:pPr>
            <w:r>
              <w:t>Scegliere mezzi previsti o tecnicamente idonei, protezioni e modalità di recupero. Vietare l’arrampicata sulla struttura e l’uso del gancio per sollevare persone.</w:t>
            </w:r>
          </w:p>
        </w:tc>
      </w:tr>
      <w:tr w:rsidR="00D93F19" w14:paraId="07513BF3" w14:textId="77777777">
        <w:trPr>
          <w:cantSplit/>
          <w:jc w:val="center"/>
        </w:trPr>
        <w:tc>
          <w:tcPr>
            <w:tcW w:w="2381" w:type="dxa"/>
            <w:shd w:val="clear" w:color="auto" w:fill="F2F6F8"/>
            <w:vAlign w:val="center"/>
          </w:tcPr>
          <w:p w14:paraId="595FC167" w14:textId="77777777" w:rsidR="00D93F19" w:rsidRDefault="00000000">
            <w:pPr>
              <w:pStyle w:val="TableText"/>
              <w:rPr>
                <w:rFonts w:hint="eastAsia"/>
              </w:rPr>
            </w:pPr>
            <w:r>
              <w:t>Energie e gravità</w:t>
            </w:r>
          </w:p>
        </w:tc>
        <w:tc>
          <w:tcPr>
            <w:tcW w:w="7483" w:type="dxa"/>
            <w:shd w:val="clear" w:color="auto" w:fill="F2F6F8"/>
            <w:vAlign w:val="center"/>
          </w:tcPr>
          <w:p w14:paraId="498B7D42" w14:textId="77777777" w:rsidR="00D93F19" w:rsidRDefault="00000000">
            <w:pPr>
              <w:pStyle w:val="TableText"/>
              <w:rPr>
                <w:rFonts w:hint="eastAsia"/>
              </w:rPr>
            </w:pPr>
            <w:r>
              <w:t>Predisporre punti di isolamento, blocchi, sostegni e strumenti di verifica. Includere energie residue, alimentazioni ausiliarie e possibili comandi remoti.</w:t>
            </w:r>
          </w:p>
        </w:tc>
      </w:tr>
      <w:tr w:rsidR="00D93F19" w14:paraId="4D699EDD" w14:textId="77777777">
        <w:trPr>
          <w:cantSplit/>
          <w:jc w:val="center"/>
        </w:trPr>
        <w:tc>
          <w:tcPr>
            <w:tcW w:w="2381" w:type="dxa"/>
            <w:vAlign w:val="center"/>
          </w:tcPr>
          <w:p w14:paraId="52758D20" w14:textId="77777777" w:rsidR="00D93F19" w:rsidRDefault="00000000">
            <w:pPr>
              <w:pStyle w:val="TableText"/>
              <w:rPr>
                <w:rFonts w:hint="eastAsia"/>
              </w:rPr>
            </w:pPr>
            <w:r>
              <w:t>Utensili e materiali</w:t>
            </w:r>
          </w:p>
        </w:tc>
        <w:tc>
          <w:tcPr>
            <w:tcW w:w="7483" w:type="dxa"/>
            <w:vAlign w:val="center"/>
          </w:tcPr>
          <w:p w14:paraId="02B3F924" w14:textId="77777777" w:rsidR="00D93F19" w:rsidRDefault="00000000">
            <w:pPr>
              <w:pStyle w:val="TableText"/>
              <w:rPr>
                <w:rFonts w:hint="eastAsia"/>
              </w:rPr>
            </w:pPr>
            <w:r>
              <w:t>Controllare disponibilità, identificazione, compatibilità e documenti dei componenti; predisporre il contenimento degli oggetti e il deposito delle parti rimosse.</w:t>
            </w:r>
          </w:p>
        </w:tc>
      </w:tr>
      <w:tr w:rsidR="00D93F19" w14:paraId="212CC683" w14:textId="77777777">
        <w:trPr>
          <w:cantSplit/>
          <w:jc w:val="center"/>
        </w:trPr>
        <w:tc>
          <w:tcPr>
            <w:tcW w:w="2381" w:type="dxa"/>
            <w:shd w:val="clear" w:color="auto" w:fill="F2F6F8"/>
            <w:vAlign w:val="center"/>
          </w:tcPr>
          <w:p w14:paraId="68005462" w14:textId="77777777" w:rsidR="00D93F19" w:rsidRDefault="00000000">
            <w:pPr>
              <w:pStyle w:val="TableText"/>
              <w:rPr>
                <w:rFonts w:hint="eastAsia"/>
              </w:rPr>
            </w:pPr>
            <w:r>
              <w:t>Lavorazioni particolari</w:t>
            </w:r>
          </w:p>
        </w:tc>
        <w:tc>
          <w:tcPr>
            <w:tcW w:w="7483" w:type="dxa"/>
            <w:shd w:val="clear" w:color="auto" w:fill="F2F6F8"/>
            <w:vAlign w:val="center"/>
          </w:tcPr>
          <w:p w14:paraId="6FB22B1C" w14:textId="77777777" w:rsidR="00D93F19" w:rsidRDefault="00000000">
            <w:pPr>
              <w:pStyle w:val="TableText"/>
              <w:rPr>
                <w:rFonts w:hint="eastAsia"/>
              </w:rPr>
            </w:pPr>
            <w:r>
              <w:t>Valutare separatamente saldatura, taglio, lavori a caldo, sostanze chimiche, ambienti particolari e lavori elettrici; richiamare i relativi permessi, se applicabili.</w:t>
            </w:r>
          </w:p>
        </w:tc>
      </w:tr>
      <w:tr w:rsidR="00D93F19" w14:paraId="1013B8DC" w14:textId="77777777">
        <w:trPr>
          <w:cantSplit/>
          <w:jc w:val="center"/>
        </w:trPr>
        <w:tc>
          <w:tcPr>
            <w:tcW w:w="2381" w:type="dxa"/>
            <w:vAlign w:val="center"/>
          </w:tcPr>
          <w:p w14:paraId="4DC85473" w14:textId="77777777" w:rsidR="00D93F19" w:rsidRDefault="00000000">
            <w:pPr>
              <w:pStyle w:val="TableText"/>
              <w:rPr>
                <w:rFonts w:hint="eastAsia"/>
              </w:rPr>
            </w:pPr>
            <w:r>
              <w:t>Emergenza</w:t>
            </w:r>
          </w:p>
        </w:tc>
        <w:tc>
          <w:tcPr>
            <w:tcW w:w="7483" w:type="dxa"/>
            <w:vAlign w:val="center"/>
          </w:tcPr>
          <w:p w14:paraId="195C96D9" w14:textId="77777777" w:rsidR="00D93F19" w:rsidRDefault="00000000">
            <w:pPr>
              <w:pStyle w:val="TableText"/>
              <w:rPr>
                <w:rFonts w:hint="eastAsia"/>
              </w:rPr>
            </w:pPr>
            <w:r>
              <w:t>Compilare A21 con contatti, accesso ai soccorsi, recupero in quota e gestione di carico non depositabile in sicurezza. Eseguire il briefing.</w:t>
            </w:r>
          </w:p>
        </w:tc>
      </w:tr>
    </w:tbl>
    <w:p w14:paraId="5FA781F9" w14:textId="77777777" w:rsidR="00D93F19" w:rsidRDefault="00D93F19">
      <w:pPr>
        <w:spacing w:after="0" w:line="20" w:lineRule="exact"/>
        <w:rPr>
          <w:rFonts w:hint="eastAsia"/>
        </w:rPr>
      </w:pPr>
    </w:p>
    <w:p w14:paraId="3832142F" w14:textId="77777777" w:rsidR="00D93F19" w:rsidRDefault="00000000">
      <w:pPr>
        <w:pStyle w:val="Titolo2"/>
      </w:pPr>
      <w:r>
        <w:t>Riunione prima dell’intervento</w:t>
      </w:r>
    </w:p>
    <w:p w14:paraId="743D2A09" w14:textId="77777777" w:rsidR="00D93F19" w:rsidRDefault="00000000">
      <w:pPr>
        <w:rPr>
          <w:rFonts w:hint="eastAsia"/>
        </w:rPr>
      </w:pPr>
      <w:r>
        <w:t>Il preposto illustra le fasi, i divieti, gli isolamenti, il perimetro, i segnali di comunicazione e i criteri di arresto. Verifica che ciascun addetto sappia chi coordina l’attività e come segnalare un’anomalia. Registra i presenti e la consegna delle istruzioni, anche ai subaffidatari autorizzati.</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FC4A309" w14:textId="77777777">
        <w:trPr>
          <w:cantSplit/>
        </w:trPr>
        <w:tc>
          <w:tcPr>
            <w:tcW w:w="9866" w:type="dxa"/>
            <w:shd w:val="clear" w:color="auto" w:fill="FFF5E2"/>
            <w:vAlign w:val="center"/>
          </w:tcPr>
          <w:p w14:paraId="698288BD" w14:textId="77777777" w:rsidR="00D93F19" w:rsidRDefault="00000000">
            <w:pPr>
              <w:pStyle w:val="TableText"/>
              <w:rPr>
                <w:rFonts w:hint="eastAsia"/>
              </w:rPr>
            </w:pPr>
            <w:r>
              <w:rPr>
                <w:color w:val="A53435"/>
              </w:rPr>
              <w:t>G2 – Non consegnare il lavoro finché non sono completati e verificati il permesso, l’isolamento e i prerequisiti applicabili. Un arresto di emergenza, una chiave rimossa o un radiocomando spento non costituiscono da soli isolamento delle energie.</w:t>
            </w:r>
          </w:p>
        </w:tc>
      </w:tr>
    </w:tbl>
    <w:p w14:paraId="45AF6B15" w14:textId="77777777" w:rsidR="00D93F19" w:rsidRDefault="00D93F19">
      <w:pPr>
        <w:spacing w:after="0" w:line="20" w:lineRule="exact"/>
        <w:rPr>
          <w:rFonts w:hint="eastAsia"/>
        </w:rPr>
      </w:pPr>
    </w:p>
    <w:p w14:paraId="75ABE429" w14:textId="77777777" w:rsidR="00D93F19" w:rsidRDefault="00000000">
      <w:pPr>
        <w:pStyle w:val="Small"/>
        <w:rPr>
          <w:rFonts w:hint="eastAsia"/>
        </w:rPr>
      </w:pPr>
      <w:r>
        <w:t>O: prescrizioni organizzative proposte da adattare a DVR, istruzioni della macchina e procedure specialistiche applicabili. F: INAIL 2026, p. 12, competenze degli esecutori. E03: principio di controllo delle energie pericolose.</w:t>
      </w:r>
    </w:p>
    <w:p w14:paraId="5E5CE96F" w14:textId="77777777" w:rsidR="00D93F19" w:rsidRDefault="00000000">
      <w:pPr>
        <w:pStyle w:val="Kicker"/>
        <w:pageBreakBefore/>
        <w:rPr>
          <w:rFonts w:hint="eastAsia"/>
        </w:rPr>
      </w:pPr>
      <w:r>
        <w:t>O • SEQUENZA DA ADATTARE ALLA MACCHINA</w:t>
      </w:r>
    </w:p>
    <w:p w14:paraId="2D7440EF" w14:textId="77777777" w:rsidR="00D93F19" w:rsidRDefault="00000000">
      <w:pPr>
        <w:pStyle w:val="Titolo1"/>
      </w:pPr>
      <w:bookmarkStart w:id="12" w:name="P13"/>
      <w:r>
        <w:t>09. Isolamento e verifica dello stato sicuro</w:t>
      </w:r>
      <w:bookmarkEnd w:id="12"/>
    </w:p>
    <w:tbl>
      <w:tblPr>
        <w:tblW w:w="0" w:type="auto"/>
        <w:jc w:val="center"/>
        <w:tblLayout w:type="fixed"/>
        <w:tblLook w:val="04A0" w:firstRow="1" w:lastRow="0" w:firstColumn="1" w:lastColumn="0" w:noHBand="0" w:noVBand="1"/>
      </w:tblPr>
      <w:tblGrid>
        <w:gridCol w:w="5216"/>
        <w:gridCol w:w="4649"/>
      </w:tblGrid>
      <w:tr w:rsidR="00D93F19" w14:paraId="0BA94340" w14:textId="77777777">
        <w:trPr>
          <w:cantSplit/>
          <w:jc w:val="center"/>
        </w:trPr>
        <w:tc>
          <w:tcPr>
            <w:tcW w:w="5216" w:type="dxa"/>
            <w:vAlign w:val="center"/>
          </w:tcPr>
          <w:p w14:paraId="5FEBE318" w14:textId="77777777" w:rsidR="00D93F19" w:rsidRDefault="00000000">
            <w:pPr>
              <w:spacing w:after="0"/>
              <w:rPr>
                <w:rFonts w:hint="eastAsia"/>
              </w:rPr>
            </w:pPr>
            <w:r>
              <w:rPr>
                <w:noProof/>
              </w:rPr>
              <w:drawing>
                <wp:inline distT="0" distB="0" distL="0" distR="0" wp14:anchorId="4D6F9DA8" wp14:editId="4E0002E8">
                  <wp:extent cx="3168000" cy="2072837"/>
                  <wp:effectExtent l="0" t="0" r="0" b="0"/>
                  <wp:docPr id="3" name="Picture 3" descr="Figura 2 – Il blocco del sezionatore è soltanto una parte della messa in sicurezza: occorre identificare e verificare tutte le energie pertin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lamento.jpg"/>
                          <pic:cNvPicPr/>
                        </pic:nvPicPr>
                        <pic:blipFill>
                          <a:blip r:embed="rId10"/>
                          <a:stretch>
                            <a:fillRect/>
                          </a:stretch>
                        </pic:blipFill>
                        <pic:spPr>
                          <a:xfrm>
                            <a:off x="0" y="0"/>
                            <a:ext cx="3168000" cy="2072837"/>
                          </a:xfrm>
                          <a:prstGeom prst="rect">
                            <a:avLst/>
                          </a:prstGeom>
                        </pic:spPr>
                      </pic:pic>
                    </a:graphicData>
                  </a:graphic>
                </wp:inline>
              </w:drawing>
            </w:r>
          </w:p>
        </w:tc>
        <w:tc>
          <w:tcPr>
            <w:tcW w:w="4649" w:type="dxa"/>
            <w:shd w:val="clear" w:color="auto" w:fill="EAF2F6"/>
            <w:vAlign w:val="center"/>
          </w:tcPr>
          <w:p w14:paraId="7773FA7D" w14:textId="77777777" w:rsidR="00D93F19" w:rsidRDefault="00000000">
            <w:pPr>
              <w:pStyle w:val="Kicker"/>
              <w:rPr>
                <w:rFonts w:hint="eastAsia"/>
              </w:rPr>
            </w:pPr>
            <w:r>
              <w:t>PRIMA DI ACCEDERE</w:t>
            </w:r>
          </w:p>
          <w:p w14:paraId="375D8765" w14:textId="77777777" w:rsidR="00D93F19" w:rsidRDefault="00000000">
            <w:pPr>
              <w:pStyle w:val="TableText"/>
              <w:spacing w:after="140"/>
              <w:rPr>
                <w:rFonts w:hint="eastAsia"/>
              </w:rPr>
            </w:pPr>
            <w:r>
              <w:rPr>
                <w:b/>
                <w:color w:val="087E8B"/>
              </w:rPr>
              <w:t xml:space="preserve">1. </w:t>
            </w:r>
            <w:r>
              <w:t>Riconoscere tutte le fonti di energia.</w:t>
            </w:r>
          </w:p>
          <w:p w14:paraId="1A1FFC72" w14:textId="77777777" w:rsidR="00D93F19" w:rsidRDefault="00000000">
            <w:pPr>
              <w:pStyle w:val="TableText"/>
              <w:spacing w:after="140"/>
              <w:rPr>
                <w:rFonts w:hint="eastAsia"/>
              </w:rPr>
            </w:pPr>
            <w:r>
              <w:rPr>
                <w:b/>
                <w:color w:val="087E8B"/>
              </w:rPr>
              <w:t xml:space="preserve">2. </w:t>
            </w:r>
            <w:r>
              <w:t>Sezionare, bloccare e identificare i punti.</w:t>
            </w:r>
          </w:p>
          <w:p w14:paraId="58245138" w14:textId="77777777" w:rsidR="00D93F19" w:rsidRDefault="00000000">
            <w:pPr>
              <w:pStyle w:val="TableText"/>
              <w:spacing w:after="140"/>
              <w:rPr>
                <w:rFonts w:hint="eastAsia"/>
              </w:rPr>
            </w:pPr>
            <w:r>
              <w:rPr>
                <w:b/>
                <w:color w:val="087E8B"/>
              </w:rPr>
              <w:t xml:space="preserve">3. </w:t>
            </w:r>
            <w:r>
              <w:t>Dissipare o trattenere le energie residue.</w:t>
            </w:r>
          </w:p>
          <w:p w14:paraId="044CA6D7" w14:textId="77777777" w:rsidR="00D93F19" w:rsidRDefault="00000000">
            <w:pPr>
              <w:pStyle w:val="TableText"/>
              <w:spacing w:after="140"/>
              <w:rPr>
                <w:rFonts w:hint="eastAsia"/>
              </w:rPr>
            </w:pPr>
            <w:r>
              <w:rPr>
                <w:b/>
                <w:color w:val="087E8B"/>
              </w:rPr>
              <w:t xml:space="preserve">4. </w:t>
            </w:r>
            <w:r>
              <w:t>Verificare lo stato sicuro e registrarlo.</w:t>
            </w:r>
          </w:p>
        </w:tc>
      </w:tr>
    </w:tbl>
    <w:p w14:paraId="7785AA1D" w14:textId="77777777" w:rsidR="00D93F19" w:rsidRDefault="00000000">
      <w:pPr>
        <w:pStyle w:val="CaptionCustom"/>
        <w:rPr>
          <w:rFonts w:hint="eastAsia"/>
        </w:rPr>
      </w:pPr>
      <w:r>
        <w:t>Figura 2 – Il blocco del sezionatore è soltanto una parte della messa in sicurezza: occorre identificare e verificare tutte le energie pertinenti.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814"/>
        <w:gridCol w:w="8050"/>
      </w:tblGrid>
      <w:tr w:rsidR="00D93F19" w14:paraId="07D98AB0" w14:textId="77777777">
        <w:trPr>
          <w:cantSplit/>
          <w:tblHeader/>
          <w:jc w:val="center"/>
        </w:trPr>
        <w:tc>
          <w:tcPr>
            <w:tcW w:w="1814" w:type="dxa"/>
            <w:shd w:val="clear" w:color="auto" w:fill="15344B"/>
            <w:vAlign w:val="center"/>
          </w:tcPr>
          <w:p w14:paraId="5DDC1FC2" w14:textId="77777777" w:rsidR="00D93F19" w:rsidRDefault="00000000">
            <w:pPr>
              <w:pStyle w:val="TableText"/>
              <w:rPr>
                <w:rFonts w:hint="eastAsia"/>
              </w:rPr>
            </w:pPr>
            <w:r>
              <w:rPr>
                <w:b/>
                <w:color w:val="FFFFFF"/>
                <w:sz w:val="18"/>
              </w:rPr>
              <w:t>PASSO</w:t>
            </w:r>
          </w:p>
        </w:tc>
        <w:tc>
          <w:tcPr>
            <w:tcW w:w="8050" w:type="dxa"/>
            <w:shd w:val="clear" w:color="auto" w:fill="15344B"/>
            <w:vAlign w:val="center"/>
          </w:tcPr>
          <w:p w14:paraId="60BB2DD1" w14:textId="77777777" w:rsidR="00D93F19" w:rsidRDefault="00000000">
            <w:pPr>
              <w:pStyle w:val="TableText"/>
              <w:rPr>
                <w:rFonts w:hint="eastAsia"/>
              </w:rPr>
            </w:pPr>
            <w:r>
              <w:rPr>
                <w:b/>
                <w:color w:val="FFFFFF"/>
                <w:sz w:val="18"/>
              </w:rPr>
              <w:t>AZIONE E RISCONTRO</w:t>
            </w:r>
          </w:p>
        </w:tc>
      </w:tr>
      <w:tr w:rsidR="00D93F19" w14:paraId="0F3EB373" w14:textId="77777777">
        <w:trPr>
          <w:cantSplit/>
          <w:jc w:val="center"/>
        </w:trPr>
        <w:tc>
          <w:tcPr>
            <w:tcW w:w="1814" w:type="dxa"/>
            <w:shd w:val="clear" w:color="auto" w:fill="F2F6F8"/>
            <w:vAlign w:val="center"/>
          </w:tcPr>
          <w:p w14:paraId="3FAA3AA9" w14:textId="77777777" w:rsidR="00D93F19" w:rsidRDefault="00000000">
            <w:pPr>
              <w:pStyle w:val="TableText"/>
              <w:rPr>
                <w:rFonts w:hint="eastAsia"/>
              </w:rPr>
            </w:pPr>
            <w:r>
              <w:rPr>
                <w:sz w:val="18"/>
              </w:rPr>
              <w:t>1. Identificare</w:t>
            </w:r>
          </w:p>
        </w:tc>
        <w:tc>
          <w:tcPr>
            <w:tcW w:w="8050" w:type="dxa"/>
            <w:shd w:val="clear" w:color="auto" w:fill="F2F6F8"/>
            <w:vAlign w:val="center"/>
          </w:tcPr>
          <w:p w14:paraId="00992C22" w14:textId="77777777" w:rsidR="00D93F19" w:rsidRDefault="00000000">
            <w:pPr>
              <w:pStyle w:val="TableText"/>
              <w:rPr>
                <w:rFonts w:hint="eastAsia"/>
              </w:rPr>
            </w:pPr>
            <w:r>
              <w:rPr>
                <w:sz w:val="18"/>
              </w:rPr>
              <w:t>Elencare in A09 tutte le energie e i relativi punti: rete, ausiliari, batterie/accumulatori, azionamenti, gravità, pressioni ed energie elastiche.</w:t>
            </w:r>
          </w:p>
        </w:tc>
      </w:tr>
      <w:tr w:rsidR="00D93F19" w14:paraId="52E4C7D9" w14:textId="77777777">
        <w:trPr>
          <w:cantSplit/>
          <w:jc w:val="center"/>
        </w:trPr>
        <w:tc>
          <w:tcPr>
            <w:tcW w:w="1814" w:type="dxa"/>
            <w:vAlign w:val="center"/>
          </w:tcPr>
          <w:p w14:paraId="737704DD" w14:textId="77777777" w:rsidR="00D93F19" w:rsidRDefault="00000000">
            <w:pPr>
              <w:pStyle w:val="TableText"/>
              <w:rPr>
                <w:rFonts w:hint="eastAsia"/>
              </w:rPr>
            </w:pPr>
            <w:r>
              <w:rPr>
                <w:sz w:val="18"/>
              </w:rPr>
              <w:t>2. Informare e arrestare</w:t>
            </w:r>
          </w:p>
        </w:tc>
        <w:tc>
          <w:tcPr>
            <w:tcW w:w="8050" w:type="dxa"/>
            <w:vAlign w:val="center"/>
          </w:tcPr>
          <w:p w14:paraId="38027F92" w14:textId="77777777" w:rsidR="00D93F19" w:rsidRDefault="00000000">
            <w:pPr>
              <w:pStyle w:val="TableText"/>
              <w:rPr>
                <w:rFonts w:hint="eastAsia"/>
              </w:rPr>
            </w:pPr>
            <w:r>
              <w:rPr>
                <w:sz w:val="18"/>
              </w:rPr>
              <w:t>Avvisare gli interessati. Arrestare secondo le istruzioni, depositare i carichi in sicurezza e collocare la macchina nella posizione prevista.</w:t>
            </w:r>
          </w:p>
        </w:tc>
      </w:tr>
      <w:tr w:rsidR="00D93F19" w14:paraId="64CC3D61" w14:textId="77777777">
        <w:trPr>
          <w:cantSplit/>
          <w:jc w:val="center"/>
        </w:trPr>
        <w:tc>
          <w:tcPr>
            <w:tcW w:w="1814" w:type="dxa"/>
            <w:shd w:val="clear" w:color="auto" w:fill="F2F6F8"/>
            <w:vAlign w:val="center"/>
          </w:tcPr>
          <w:p w14:paraId="2DD3B86F" w14:textId="77777777" w:rsidR="00D93F19" w:rsidRDefault="00000000">
            <w:pPr>
              <w:pStyle w:val="TableText"/>
              <w:rPr>
                <w:rFonts w:hint="eastAsia"/>
              </w:rPr>
            </w:pPr>
            <w:r>
              <w:rPr>
                <w:sz w:val="18"/>
              </w:rPr>
              <w:t>3. Sezionare</w:t>
            </w:r>
          </w:p>
        </w:tc>
        <w:tc>
          <w:tcPr>
            <w:tcW w:w="8050" w:type="dxa"/>
            <w:shd w:val="clear" w:color="auto" w:fill="F2F6F8"/>
            <w:vAlign w:val="center"/>
          </w:tcPr>
          <w:p w14:paraId="2E5743AE" w14:textId="77777777" w:rsidR="00D93F19" w:rsidRDefault="00000000">
            <w:pPr>
              <w:pStyle w:val="TableText"/>
              <w:rPr>
                <w:rFonts w:hint="eastAsia"/>
              </w:rPr>
            </w:pPr>
            <w:r>
              <w:rPr>
                <w:sz w:val="18"/>
              </w:rPr>
              <w:t>Azionare i dispositivi di isolamento identificati; gestire anche alimentazioni separate e possibili ritorni da altri impianti.</w:t>
            </w:r>
          </w:p>
        </w:tc>
      </w:tr>
      <w:tr w:rsidR="00D93F19" w14:paraId="7083D5CE" w14:textId="77777777">
        <w:trPr>
          <w:cantSplit/>
          <w:jc w:val="center"/>
        </w:trPr>
        <w:tc>
          <w:tcPr>
            <w:tcW w:w="1814" w:type="dxa"/>
            <w:vAlign w:val="center"/>
          </w:tcPr>
          <w:p w14:paraId="0A5BA3E8" w14:textId="77777777" w:rsidR="00D93F19" w:rsidRDefault="00000000">
            <w:pPr>
              <w:pStyle w:val="TableText"/>
              <w:rPr>
                <w:rFonts w:hint="eastAsia"/>
              </w:rPr>
            </w:pPr>
            <w:r>
              <w:rPr>
                <w:sz w:val="18"/>
              </w:rPr>
              <w:t>4. Bloccare e identificare</w:t>
            </w:r>
          </w:p>
        </w:tc>
        <w:tc>
          <w:tcPr>
            <w:tcW w:w="8050" w:type="dxa"/>
            <w:vAlign w:val="center"/>
          </w:tcPr>
          <w:p w14:paraId="78ABC3CF" w14:textId="77777777" w:rsidR="00D93F19" w:rsidRDefault="00000000">
            <w:pPr>
              <w:pStyle w:val="TableText"/>
              <w:rPr>
                <w:rFonts w:hint="eastAsia"/>
              </w:rPr>
            </w:pPr>
            <w:r>
              <w:rPr>
                <w:sz w:val="18"/>
              </w:rPr>
              <w:t>Applicare i blocchi personali o il sistema di gruppo aziendale con identità e tracciabilità equivalenti. Custodire le chiavi secondo la procedura adottata.</w:t>
            </w:r>
          </w:p>
        </w:tc>
      </w:tr>
      <w:tr w:rsidR="00D93F19" w14:paraId="55E3B987" w14:textId="77777777">
        <w:trPr>
          <w:cantSplit/>
          <w:jc w:val="center"/>
        </w:trPr>
        <w:tc>
          <w:tcPr>
            <w:tcW w:w="1814" w:type="dxa"/>
            <w:shd w:val="clear" w:color="auto" w:fill="F2F6F8"/>
            <w:vAlign w:val="center"/>
          </w:tcPr>
          <w:p w14:paraId="0CAE388D" w14:textId="77777777" w:rsidR="00D93F19" w:rsidRDefault="00000000">
            <w:pPr>
              <w:pStyle w:val="TableText"/>
              <w:rPr>
                <w:rFonts w:hint="eastAsia"/>
              </w:rPr>
            </w:pPr>
            <w:r>
              <w:rPr>
                <w:sz w:val="18"/>
              </w:rPr>
              <w:t>5. Neutralizzare le energie residue</w:t>
            </w:r>
          </w:p>
        </w:tc>
        <w:tc>
          <w:tcPr>
            <w:tcW w:w="8050" w:type="dxa"/>
            <w:shd w:val="clear" w:color="auto" w:fill="F2F6F8"/>
            <w:vAlign w:val="center"/>
          </w:tcPr>
          <w:p w14:paraId="12BC1E51" w14:textId="77777777" w:rsidR="00D93F19" w:rsidRDefault="00000000">
            <w:pPr>
              <w:pStyle w:val="TableText"/>
              <w:rPr>
                <w:rFonts w:hint="eastAsia"/>
              </w:rPr>
            </w:pPr>
            <w:r>
              <w:rPr>
                <w:sz w:val="18"/>
              </w:rPr>
              <w:t>Attendere, dissipare o trattenere le energie con mezzi definiti dal piano. Sostenere le parti che potrebbero muoversi per gravità; non affidarsi al solo freno.</w:t>
            </w:r>
          </w:p>
        </w:tc>
      </w:tr>
      <w:tr w:rsidR="00D93F19" w14:paraId="612F4AFC" w14:textId="77777777">
        <w:trPr>
          <w:cantSplit/>
          <w:jc w:val="center"/>
        </w:trPr>
        <w:tc>
          <w:tcPr>
            <w:tcW w:w="1814" w:type="dxa"/>
            <w:vAlign w:val="center"/>
          </w:tcPr>
          <w:p w14:paraId="1C516169" w14:textId="77777777" w:rsidR="00D93F19" w:rsidRDefault="00000000">
            <w:pPr>
              <w:pStyle w:val="TableText"/>
              <w:rPr>
                <w:rFonts w:hint="eastAsia"/>
              </w:rPr>
            </w:pPr>
            <w:r>
              <w:rPr>
                <w:sz w:val="18"/>
              </w:rPr>
              <w:t>6. Verificare</w:t>
            </w:r>
          </w:p>
        </w:tc>
        <w:tc>
          <w:tcPr>
            <w:tcW w:w="8050" w:type="dxa"/>
            <w:vAlign w:val="center"/>
          </w:tcPr>
          <w:p w14:paraId="7912CC29" w14:textId="77777777" w:rsidR="00D93F19" w:rsidRDefault="00000000">
            <w:pPr>
              <w:pStyle w:val="TableText"/>
              <w:rPr>
                <w:rFonts w:hint="eastAsia"/>
              </w:rPr>
            </w:pPr>
            <w:r>
              <w:rPr>
                <w:sz w:val="18"/>
              </w:rPr>
              <w:t>Il personale competente verifica lo stato sicuro con metodi e strumenti appropriati. L’eventuale tentativo di avvio avviene solo senza persone esposte e non sostituisce le verifiche elettriche.</w:t>
            </w:r>
          </w:p>
        </w:tc>
      </w:tr>
      <w:tr w:rsidR="00D93F19" w14:paraId="1C2FCDE6" w14:textId="77777777">
        <w:trPr>
          <w:cantSplit/>
          <w:jc w:val="center"/>
        </w:trPr>
        <w:tc>
          <w:tcPr>
            <w:tcW w:w="1814" w:type="dxa"/>
            <w:shd w:val="clear" w:color="auto" w:fill="F2F6F8"/>
            <w:vAlign w:val="center"/>
          </w:tcPr>
          <w:p w14:paraId="6E5C9CC1" w14:textId="77777777" w:rsidR="00D93F19" w:rsidRDefault="00000000">
            <w:pPr>
              <w:pStyle w:val="TableText"/>
              <w:rPr>
                <w:rFonts w:hint="eastAsia"/>
              </w:rPr>
            </w:pPr>
            <w:r>
              <w:rPr>
                <w:sz w:val="18"/>
              </w:rPr>
              <w:t>7. Consegnare</w:t>
            </w:r>
          </w:p>
        </w:tc>
        <w:tc>
          <w:tcPr>
            <w:tcW w:w="8050" w:type="dxa"/>
            <w:shd w:val="clear" w:color="auto" w:fill="F2F6F8"/>
            <w:vAlign w:val="center"/>
          </w:tcPr>
          <w:p w14:paraId="71F697F0" w14:textId="77777777" w:rsidR="00D93F19" w:rsidRDefault="00000000">
            <w:pPr>
              <w:pStyle w:val="TableText"/>
              <w:rPr>
                <w:rFonts w:hint="eastAsia"/>
              </w:rPr>
            </w:pPr>
            <w:r>
              <w:rPr>
                <w:sz w:val="18"/>
              </w:rPr>
              <w:t>Registrare esito, data, ora, blocchi, persone e limiti. Riportare i comandi nello stato previsto e autorizzare l’accesso solo dopo la verifica positiva.</w:t>
            </w:r>
          </w:p>
        </w:tc>
      </w:tr>
    </w:tbl>
    <w:p w14:paraId="70FA9FD5"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004A156F" w14:textId="77777777">
        <w:trPr>
          <w:cantSplit/>
        </w:trPr>
        <w:tc>
          <w:tcPr>
            <w:tcW w:w="9866" w:type="dxa"/>
            <w:shd w:val="clear" w:color="auto" w:fill="FFF5E2"/>
            <w:vAlign w:val="center"/>
          </w:tcPr>
          <w:p w14:paraId="59D29FD2" w14:textId="77777777" w:rsidR="00D93F19" w:rsidRDefault="00000000">
            <w:pPr>
              <w:pStyle w:val="TableText"/>
              <w:rPr>
                <w:rFonts w:hint="eastAsia"/>
              </w:rPr>
            </w:pPr>
            <w:r>
              <w:rPr>
                <w:color w:val="A53435"/>
              </w:rPr>
              <w:t>STOP se un punto non è identificato, il blocco non è efficace, una parte resta instabile o non è possibile verificare lo stato sicuro. La presente sequenza non autorizza lavori sotto tensione né manovre elettriche da parte di personale non competente.</w:t>
            </w:r>
          </w:p>
        </w:tc>
      </w:tr>
    </w:tbl>
    <w:p w14:paraId="3524E425" w14:textId="77777777" w:rsidR="00D93F19" w:rsidRDefault="00D93F19">
      <w:pPr>
        <w:spacing w:after="0" w:line="20" w:lineRule="exact"/>
        <w:rPr>
          <w:rFonts w:hint="eastAsia"/>
        </w:rPr>
      </w:pPr>
    </w:p>
    <w:p w14:paraId="63512859" w14:textId="77777777" w:rsidR="00D93F19" w:rsidRDefault="00000000">
      <w:pPr>
        <w:pStyle w:val="Small"/>
        <w:rPr>
          <w:rFonts w:hint="eastAsia"/>
        </w:rPr>
      </w:pPr>
      <w:r>
        <w:t>O: sequenza aziendale e registrazione A09. E03: supporto tecnico generale sul rischio di avviamento inatteso/rilascio di energia; nessun obbligo statunitense è assunto come norma italiana.</w:t>
      </w:r>
    </w:p>
    <w:p w14:paraId="3B85BC71" w14:textId="77777777" w:rsidR="00D93F19" w:rsidRDefault="00000000">
      <w:pPr>
        <w:pStyle w:val="Kicker"/>
        <w:pageBreakBefore/>
        <w:rPr>
          <w:rFonts w:hint="eastAsia"/>
        </w:rPr>
      </w:pPr>
      <w:r>
        <w:t>O • CAMBI TURNO, SOSPENSIONI E PROVE</w:t>
      </w:r>
    </w:p>
    <w:p w14:paraId="149B1A4A" w14:textId="77777777" w:rsidR="00D93F19" w:rsidRDefault="00000000">
      <w:pPr>
        <w:pStyle w:val="Titolo1"/>
      </w:pPr>
      <w:bookmarkStart w:id="13" w:name="P14"/>
      <w:r>
        <w:t>09.1 Gestione degli isolamenti nel tempo</w:t>
      </w:r>
      <w:bookmarkEnd w:id="13"/>
    </w:p>
    <w:p w14:paraId="1D4C3731" w14:textId="77777777" w:rsidR="00D93F19" w:rsidRDefault="00000000">
      <w:pPr>
        <w:pStyle w:val="Titolo2"/>
      </w:pPr>
      <w:r>
        <w:t>Lavori con più addetti o più imprese</w:t>
      </w:r>
    </w:p>
    <w:p w14:paraId="0FEE1005" w14:textId="77777777" w:rsidR="00D93F19" w:rsidRDefault="00000000">
      <w:pPr>
        <w:rPr>
          <w:rFonts w:hint="eastAsia"/>
        </w:rPr>
      </w:pPr>
      <w:r>
        <w:t>Tutti gli addetti esposti devono essere protetti dal sistema di blocco adottato e identificati nel registro A09. Un lucchetto generale privo della tracciabilità delle persone non sostituisce un sistema controllato. Il coordinatore verifica che la rimozione di un singolo blocco non lasci senza protezione altri lavoratori.</w:t>
      </w:r>
    </w:p>
    <w:p w14:paraId="3AE952A7" w14:textId="77777777" w:rsidR="00D93F19" w:rsidRDefault="00000000">
      <w:pPr>
        <w:pStyle w:val="Titolo2"/>
      </w:pPr>
      <w:r>
        <w:t>Cambio turno e consegna della macchina</w:t>
      </w:r>
    </w:p>
    <w:p w14:paraId="2414AB68" w14:textId="77777777" w:rsidR="00D93F19" w:rsidRDefault="00000000">
      <w:pPr>
        <w:rPr>
          <w:rFonts w:hint="eastAsia"/>
        </w:rPr>
      </w:pPr>
      <w:r>
        <w:t>Prima del subentro, le due squadre verificano insieme punti isolati, stato delle parti smontate, lavori aperti e persone presenti. La protezione non deve interrompersi durante lo scambio. Il nuovo responsabile firma la presa in carico; la mera fine dell’orario non autorizza la rimozione dei blocchi. In assenza di una consegna valida, il lavoro resta sospeso.</w:t>
      </w:r>
    </w:p>
    <w:p w14:paraId="48008D59" w14:textId="77777777" w:rsidR="00D93F19" w:rsidRDefault="00000000">
      <w:pPr>
        <w:pStyle w:val="Titolo2"/>
      </w:pPr>
      <w:r>
        <w:t>Sospensione per notte, pausa lunga o imprevisto</w:t>
      </w:r>
    </w:p>
    <w:p w14:paraId="583B5DA2" w14:textId="77777777" w:rsidR="00D93F19" w:rsidRDefault="00000000">
      <w:pPr>
        <w:rPr>
          <w:rFonts w:hint="eastAsia"/>
        </w:rPr>
      </w:pPr>
      <w:r>
        <w:t>Mettere in sicurezza parti, attrezzi e materiali, mantenere area interdetta e blocchi pertinenti, proteggere il posto di lavoro da accessi non autorizzati. Annotare in A10 quanto resta incompleto e in A09 lo stato degli isolamenti. Alla ripresa ricontrollare le condizioni: non riutilizzare automaticamente un permesso scaduto.</w:t>
      </w:r>
    </w:p>
    <w:p w14:paraId="7883E292" w14:textId="77777777" w:rsidR="00D93F19" w:rsidRDefault="00000000">
      <w:pPr>
        <w:pStyle w:val="Titolo2"/>
      </w:pPr>
      <w:r>
        <w:t>Rialimentazione temporanea per prove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041"/>
        <w:gridCol w:w="7824"/>
      </w:tblGrid>
      <w:tr w:rsidR="00D93F19" w14:paraId="6EE730BD" w14:textId="77777777">
        <w:trPr>
          <w:cantSplit/>
          <w:tblHeader/>
          <w:jc w:val="center"/>
        </w:trPr>
        <w:tc>
          <w:tcPr>
            <w:tcW w:w="2041" w:type="dxa"/>
            <w:shd w:val="clear" w:color="auto" w:fill="15344B"/>
            <w:vAlign w:val="center"/>
          </w:tcPr>
          <w:p w14:paraId="7697E941" w14:textId="77777777" w:rsidR="00D93F19" w:rsidRDefault="00000000">
            <w:pPr>
              <w:pStyle w:val="TableText"/>
              <w:rPr>
                <w:rFonts w:hint="eastAsia"/>
              </w:rPr>
            </w:pPr>
            <w:r>
              <w:rPr>
                <w:b/>
                <w:color w:val="FFFFFF"/>
              </w:rPr>
              <w:t>FASE</w:t>
            </w:r>
          </w:p>
        </w:tc>
        <w:tc>
          <w:tcPr>
            <w:tcW w:w="7824" w:type="dxa"/>
            <w:shd w:val="clear" w:color="auto" w:fill="15344B"/>
            <w:vAlign w:val="center"/>
          </w:tcPr>
          <w:p w14:paraId="3CDC6A4F" w14:textId="77777777" w:rsidR="00D93F19" w:rsidRDefault="00000000">
            <w:pPr>
              <w:pStyle w:val="TableText"/>
              <w:rPr>
                <w:rFonts w:hint="eastAsia"/>
              </w:rPr>
            </w:pPr>
            <w:r>
              <w:rPr>
                <w:b/>
                <w:color w:val="FFFFFF"/>
              </w:rPr>
              <w:t>CONDIZIONE</w:t>
            </w:r>
          </w:p>
        </w:tc>
      </w:tr>
      <w:tr w:rsidR="00D93F19" w14:paraId="70C9432B" w14:textId="77777777">
        <w:trPr>
          <w:cantSplit/>
          <w:jc w:val="center"/>
        </w:trPr>
        <w:tc>
          <w:tcPr>
            <w:tcW w:w="2041" w:type="dxa"/>
            <w:shd w:val="clear" w:color="auto" w:fill="F2F6F8"/>
            <w:vAlign w:val="center"/>
          </w:tcPr>
          <w:p w14:paraId="3645ACE9" w14:textId="77777777" w:rsidR="00D93F19" w:rsidRDefault="00000000">
            <w:pPr>
              <w:pStyle w:val="TableText"/>
              <w:rPr>
                <w:rFonts w:hint="eastAsia"/>
              </w:rPr>
            </w:pPr>
            <w:r>
              <w:t>Preparazione</w:t>
            </w:r>
          </w:p>
        </w:tc>
        <w:tc>
          <w:tcPr>
            <w:tcW w:w="7824" w:type="dxa"/>
            <w:shd w:val="clear" w:color="auto" w:fill="F2F6F8"/>
            <w:vAlign w:val="center"/>
          </w:tcPr>
          <w:p w14:paraId="2A073000" w14:textId="77777777" w:rsidR="00D93F19" w:rsidRDefault="00000000">
            <w:pPr>
              <w:pStyle w:val="TableText"/>
              <w:rPr>
                <w:rFonts w:hint="eastAsia"/>
              </w:rPr>
            </w:pPr>
            <w:r>
              <w:t>Piano A12 approvato; nessuna attività di manutenzione incompatibile in corso; persone, attrezzi e parti fuori dalle zone pericolose.</w:t>
            </w:r>
          </w:p>
        </w:tc>
      </w:tr>
      <w:tr w:rsidR="00D93F19" w14:paraId="167BA2B4" w14:textId="77777777">
        <w:trPr>
          <w:cantSplit/>
          <w:jc w:val="center"/>
        </w:trPr>
        <w:tc>
          <w:tcPr>
            <w:tcW w:w="2041" w:type="dxa"/>
            <w:vAlign w:val="center"/>
          </w:tcPr>
          <w:p w14:paraId="7422BA49" w14:textId="77777777" w:rsidR="00D93F19" w:rsidRDefault="00000000">
            <w:pPr>
              <w:pStyle w:val="TableText"/>
              <w:rPr>
                <w:rFonts w:hint="eastAsia"/>
              </w:rPr>
            </w:pPr>
            <w:r>
              <w:t>Autorizzazione</w:t>
            </w:r>
          </w:p>
        </w:tc>
        <w:tc>
          <w:tcPr>
            <w:tcW w:w="7824" w:type="dxa"/>
            <w:vAlign w:val="center"/>
          </w:tcPr>
          <w:p w14:paraId="7351717C" w14:textId="77777777" w:rsidR="00D93F19" w:rsidRDefault="00000000">
            <w:pPr>
              <w:pStyle w:val="TableText"/>
              <w:rPr>
                <w:rFonts w:hint="eastAsia"/>
              </w:rPr>
            </w:pPr>
            <w:r>
              <w:t>Il responsabile delle prove assume il controllo, definisce confini e comunicazioni e autorizza la rimozione controllata dei blocchi interessati.</w:t>
            </w:r>
          </w:p>
        </w:tc>
      </w:tr>
      <w:tr w:rsidR="00D93F19" w14:paraId="1A29B1F6" w14:textId="77777777">
        <w:trPr>
          <w:cantSplit/>
          <w:jc w:val="center"/>
        </w:trPr>
        <w:tc>
          <w:tcPr>
            <w:tcW w:w="2041" w:type="dxa"/>
            <w:shd w:val="clear" w:color="auto" w:fill="F2F6F8"/>
            <w:vAlign w:val="center"/>
          </w:tcPr>
          <w:p w14:paraId="201D8239" w14:textId="77777777" w:rsidR="00D93F19" w:rsidRDefault="00000000">
            <w:pPr>
              <w:pStyle w:val="TableText"/>
              <w:rPr>
                <w:rFonts w:hint="eastAsia"/>
              </w:rPr>
            </w:pPr>
            <w:r>
              <w:t>Prova</w:t>
            </w:r>
          </w:p>
        </w:tc>
        <w:tc>
          <w:tcPr>
            <w:tcW w:w="7824" w:type="dxa"/>
            <w:shd w:val="clear" w:color="auto" w:fill="F2F6F8"/>
            <w:vAlign w:val="center"/>
          </w:tcPr>
          <w:p w14:paraId="27198C57" w14:textId="77777777" w:rsidR="00D93F19" w:rsidRDefault="00000000">
            <w:pPr>
              <w:pStyle w:val="TableText"/>
              <w:rPr>
                <w:rFonts w:hint="eastAsia"/>
              </w:rPr>
            </w:pPr>
            <w:r>
              <w:t>Consentire esclusivamente i movimenti e le condizioni pianificati. Non introdurre bypass o esclusioni di sicurezza non progettati.</w:t>
            </w:r>
          </w:p>
        </w:tc>
      </w:tr>
      <w:tr w:rsidR="00D93F19" w14:paraId="47DCA454" w14:textId="77777777">
        <w:trPr>
          <w:cantSplit/>
          <w:jc w:val="center"/>
        </w:trPr>
        <w:tc>
          <w:tcPr>
            <w:tcW w:w="2041" w:type="dxa"/>
            <w:vAlign w:val="center"/>
          </w:tcPr>
          <w:p w14:paraId="4C9CE15D" w14:textId="77777777" w:rsidR="00D93F19" w:rsidRDefault="00000000">
            <w:pPr>
              <w:pStyle w:val="TableText"/>
              <w:rPr>
                <w:rFonts w:hint="eastAsia"/>
              </w:rPr>
            </w:pPr>
            <w:r>
              <w:t>Fine o esito negativo</w:t>
            </w:r>
          </w:p>
        </w:tc>
        <w:tc>
          <w:tcPr>
            <w:tcW w:w="7824" w:type="dxa"/>
            <w:vAlign w:val="center"/>
          </w:tcPr>
          <w:p w14:paraId="397E9310" w14:textId="77777777" w:rsidR="00D93F19" w:rsidRDefault="00000000">
            <w:pPr>
              <w:pStyle w:val="TableText"/>
              <w:rPr>
                <w:rFonts w:hint="eastAsia"/>
              </w:rPr>
            </w:pPr>
            <w:r>
              <w:t>Arrestare, riportare la macchina in sicurezza e, prima di riprendere il lavoro, ripetere isolamento e verifica. Registrare la transizione.</w:t>
            </w:r>
          </w:p>
        </w:tc>
      </w:tr>
    </w:tbl>
    <w:p w14:paraId="76990A59" w14:textId="77777777" w:rsidR="00D93F19" w:rsidRDefault="00D93F19">
      <w:pPr>
        <w:spacing w:after="0" w:line="20" w:lineRule="exact"/>
        <w:rPr>
          <w:rFonts w:hint="eastAsia"/>
        </w:rPr>
      </w:pPr>
    </w:p>
    <w:p w14:paraId="682EDE62" w14:textId="77777777" w:rsidR="00D93F19" w:rsidRDefault="00000000">
      <w:pPr>
        <w:pStyle w:val="Titolo2"/>
      </w:pPr>
      <w:r>
        <w:t>Blocco di un addetto non reperibile</w:t>
      </w:r>
    </w:p>
    <w:p w14:paraId="69163EB9" w14:textId="77777777" w:rsidR="00D93F19" w:rsidRDefault="00000000">
      <w:pPr>
        <w:rPr>
          <w:rFonts w:hint="eastAsia"/>
        </w:rPr>
      </w:pPr>
      <w:r>
        <w:t>Non rimuovere un blocco per convenienza. Applicare esclusivamente l’eventuale procedura eccezionale aziendale formalizzata, con verifica della posizione dell’addetto, assenza di esposizione, responsabilità identificata e comunicazione prima del suo rientro. Se tali condizioni non sono assicurabili, mantenere il fermo.</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33B19B4B" w14:textId="77777777">
        <w:trPr>
          <w:cantSplit/>
        </w:trPr>
        <w:tc>
          <w:tcPr>
            <w:tcW w:w="9866" w:type="dxa"/>
            <w:shd w:val="clear" w:color="auto" w:fill="FFF5E2"/>
            <w:vAlign w:val="center"/>
          </w:tcPr>
          <w:p w14:paraId="15713958" w14:textId="77777777" w:rsidR="00D93F19" w:rsidRDefault="00000000">
            <w:pPr>
              <w:pStyle w:val="TableText"/>
              <w:rPr>
                <w:rFonts w:hint="eastAsia"/>
              </w:rPr>
            </w:pPr>
            <w:r>
              <w:rPr>
                <w:color w:val="A53435"/>
              </w:rPr>
              <w:t>I ripari rimossi per lavorare devono essere ripristinati prima delle prove che li richiedono e prima della restituzione all’uso. Ogni fase energizzata resta distinta dalle attività eseguite in isolamento.</w:t>
            </w:r>
          </w:p>
        </w:tc>
      </w:tr>
    </w:tbl>
    <w:p w14:paraId="3F9F5A2C" w14:textId="77777777" w:rsidR="00D93F19" w:rsidRDefault="00D93F19">
      <w:pPr>
        <w:spacing w:after="0" w:line="20" w:lineRule="exact"/>
        <w:rPr>
          <w:rFonts w:hint="eastAsia"/>
        </w:rPr>
      </w:pPr>
    </w:p>
    <w:p w14:paraId="5F53203A" w14:textId="77777777" w:rsidR="00D93F19" w:rsidRDefault="00000000">
      <w:pPr>
        <w:pStyle w:val="Small"/>
        <w:rPr>
          <w:rFonts w:hint="eastAsia"/>
        </w:rPr>
      </w:pPr>
      <w:r>
        <w:t>O: regole organizzative proposte; riferimenti interni A08–A10 e A12–A13. Le operazioni specifiche sono definite dal responsabile tecnico e dalle procedure aziendali applicabili.</w:t>
      </w:r>
    </w:p>
    <w:p w14:paraId="13082D89" w14:textId="77777777" w:rsidR="00D93F19" w:rsidRDefault="00000000">
      <w:pPr>
        <w:pStyle w:val="Kicker"/>
        <w:pageBreakBefore/>
        <w:rPr>
          <w:rFonts w:hint="eastAsia"/>
        </w:rPr>
      </w:pPr>
      <w:r>
        <w:t>F + O • DALLO SMONTAGGIO ALLA CONFIGURAZIONE FINALE</w:t>
      </w:r>
    </w:p>
    <w:p w14:paraId="3BC799CA" w14:textId="77777777" w:rsidR="00D93F19" w:rsidRDefault="00000000">
      <w:pPr>
        <w:pStyle w:val="Titolo1"/>
      </w:pPr>
      <w:bookmarkStart w:id="14" w:name="P15"/>
      <w:r>
        <w:t>10. Esecuzione controllata dell’intervento</w:t>
      </w:r>
      <w:bookmarkEnd w:id="14"/>
    </w:p>
    <w:tbl>
      <w:tblPr>
        <w:tblW w:w="0" w:type="auto"/>
        <w:jc w:val="center"/>
        <w:tblLayout w:type="fixed"/>
        <w:tblLook w:val="04A0" w:firstRow="1" w:lastRow="0" w:firstColumn="1" w:lastColumn="0" w:noHBand="0" w:noVBand="1"/>
      </w:tblPr>
      <w:tblGrid>
        <w:gridCol w:w="5216"/>
        <w:gridCol w:w="4649"/>
      </w:tblGrid>
      <w:tr w:rsidR="00D93F19" w14:paraId="47B79B41" w14:textId="77777777">
        <w:trPr>
          <w:cantSplit/>
          <w:jc w:val="center"/>
        </w:trPr>
        <w:tc>
          <w:tcPr>
            <w:tcW w:w="5216" w:type="dxa"/>
            <w:vAlign w:val="center"/>
          </w:tcPr>
          <w:p w14:paraId="7363BCFC" w14:textId="77777777" w:rsidR="00D93F19" w:rsidRDefault="00000000">
            <w:pPr>
              <w:spacing w:after="0"/>
              <w:rPr>
                <w:rFonts w:hint="eastAsia"/>
              </w:rPr>
            </w:pPr>
            <w:r>
              <w:rPr>
                <w:noProof/>
              </w:rPr>
              <w:drawing>
                <wp:inline distT="0" distB="0" distL="0" distR="0" wp14:anchorId="717C660E" wp14:editId="4C6416E1">
                  <wp:extent cx="3168000" cy="2134320"/>
                  <wp:effectExtent l="0" t="0" r="0" b="0"/>
                  <wp:docPr id="4" name="Picture 4" descr="Figura 3 – Accesso da piattaforma protetta e zona sottostante interdetta. Mezzo, protezioni e sistema di trattenuta devono essere scelti per il caso re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ecuzione.jpg"/>
                          <pic:cNvPicPr/>
                        </pic:nvPicPr>
                        <pic:blipFill>
                          <a:blip r:embed="rId11"/>
                          <a:stretch>
                            <a:fillRect/>
                          </a:stretch>
                        </pic:blipFill>
                        <pic:spPr>
                          <a:xfrm>
                            <a:off x="0" y="0"/>
                            <a:ext cx="3168000" cy="2134320"/>
                          </a:xfrm>
                          <a:prstGeom prst="rect">
                            <a:avLst/>
                          </a:prstGeom>
                        </pic:spPr>
                      </pic:pic>
                    </a:graphicData>
                  </a:graphic>
                </wp:inline>
              </w:drawing>
            </w:r>
          </w:p>
        </w:tc>
        <w:tc>
          <w:tcPr>
            <w:tcW w:w="4649" w:type="dxa"/>
            <w:shd w:val="clear" w:color="auto" w:fill="EAF2F6"/>
            <w:vAlign w:val="center"/>
          </w:tcPr>
          <w:p w14:paraId="5456113F" w14:textId="77777777" w:rsidR="00D93F19" w:rsidRDefault="00000000">
            <w:pPr>
              <w:pStyle w:val="Kicker"/>
              <w:rPr>
                <w:rFonts w:hint="eastAsia"/>
              </w:rPr>
            </w:pPr>
            <w:r>
              <w:t>DURANTE IL LAVORO</w:t>
            </w:r>
          </w:p>
          <w:p w14:paraId="04E087EA" w14:textId="77777777" w:rsidR="00D93F19" w:rsidRDefault="00000000">
            <w:pPr>
              <w:pStyle w:val="TableText"/>
              <w:spacing w:after="140"/>
              <w:rPr>
                <w:rFonts w:hint="eastAsia"/>
              </w:rPr>
            </w:pPr>
            <w:r>
              <w:rPr>
                <w:b/>
                <w:color w:val="087E8B"/>
              </w:rPr>
              <w:t xml:space="preserve">1. </w:t>
            </w:r>
            <w:r>
              <w:t>Accedere con mezzi e protezioni predisposti.</w:t>
            </w:r>
          </w:p>
          <w:p w14:paraId="34CAD04F" w14:textId="77777777" w:rsidR="00D93F19" w:rsidRDefault="00000000">
            <w:pPr>
              <w:pStyle w:val="TableText"/>
              <w:spacing w:after="140"/>
              <w:rPr>
                <w:rFonts w:hint="eastAsia"/>
              </w:rPr>
            </w:pPr>
            <w:r>
              <w:rPr>
                <w:b/>
                <w:color w:val="087E8B"/>
              </w:rPr>
              <w:t xml:space="preserve">2. </w:t>
            </w:r>
            <w:r>
              <w:t>Eseguire solo la revisione autorizzata.</w:t>
            </w:r>
          </w:p>
          <w:p w14:paraId="63A6384B" w14:textId="77777777" w:rsidR="00D93F19" w:rsidRDefault="00000000">
            <w:pPr>
              <w:pStyle w:val="TableText"/>
              <w:spacing w:after="140"/>
              <w:rPr>
                <w:rFonts w:hint="eastAsia"/>
              </w:rPr>
            </w:pPr>
            <w:r>
              <w:rPr>
                <w:b/>
                <w:color w:val="087E8B"/>
              </w:rPr>
              <w:t xml:space="preserve">3. </w:t>
            </w:r>
            <w:r>
              <w:t>Registrare componenti e controlli intermedi.</w:t>
            </w:r>
          </w:p>
          <w:p w14:paraId="7ACA8E07" w14:textId="77777777" w:rsidR="00D93F19" w:rsidRDefault="00000000">
            <w:pPr>
              <w:pStyle w:val="TableText"/>
              <w:spacing w:after="140"/>
              <w:rPr>
                <w:rFonts w:hint="eastAsia"/>
              </w:rPr>
            </w:pPr>
            <w:r>
              <w:rPr>
                <w:b/>
                <w:color w:val="087E8B"/>
              </w:rPr>
              <w:t xml:space="preserve">4. </w:t>
            </w:r>
            <w:r>
              <w:t>Fermare e riesaminare ogni variante.</w:t>
            </w:r>
          </w:p>
        </w:tc>
      </w:tr>
    </w:tbl>
    <w:p w14:paraId="69CBD810" w14:textId="77777777" w:rsidR="00D93F19" w:rsidRDefault="00000000">
      <w:pPr>
        <w:pStyle w:val="CaptionCustom"/>
        <w:rPr>
          <w:rFonts w:hint="eastAsia"/>
        </w:rPr>
      </w:pPr>
      <w:r>
        <w:t>Figura 3 – Accesso da piattaforma protetta e zona sottostante interdetta. Mezzo, protezioni e sistema di trattenuta devono essere scelti per il caso reale.</w:t>
      </w:r>
    </w:p>
    <w:p w14:paraId="4C2CDAA5" w14:textId="77777777" w:rsidR="00D93F19" w:rsidRDefault="00000000">
      <w:pPr>
        <w:rPr>
          <w:rFonts w:hint="eastAsia"/>
        </w:rPr>
      </w:pPr>
      <w:r>
        <w:t>Il capo squadra verifica A08 e A09 prima dell’accesso. Gli addetti operano sulla revisione autorizzata delle istruzioni esecutive e mantengono disponibili disegni, schemi e limiti tecnici. La sequenza di smontaggio deve impedire che la rimozione di un componente destabilizzi parti sostenute o liberi energia.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041"/>
        <w:gridCol w:w="7824"/>
      </w:tblGrid>
      <w:tr w:rsidR="00D93F19" w14:paraId="7962988D" w14:textId="77777777">
        <w:trPr>
          <w:cantSplit/>
          <w:tblHeader/>
          <w:jc w:val="center"/>
        </w:trPr>
        <w:tc>
          <w:tcPr>
            <w:tcW w:w="2041" w:type="dxa"/>
            <w:shd w:val="clear" w:color="auto" w:fill="15344B"/>
            <w:vAlign w:val="center"/>
          </w:tcPr>
          <w:p w14:paraId="6FCCB6F1" w14:textId="77777777" w:rsidR="00D93F19" w:rsidRDefault="00000000">
            <w:pPr>
              <w:pStyle w:val="TableText"/>
              <w:rPr>
                <w:rFonts w:hint="eastAsia"/>
              </w:rPr>
            </w:pPr>
            <w:r>
              <w:rPr>
                <w:b/>
                <w:color w:val="FFFFFF"/>
              </w:rPr>
              <w:t>MOMENTO</w:t>
            </w:r>
          </w:p>
        </w:tc>
        <w:tc>
          <w:tcPr>
            <w:tcW w:w="7824" w:type="dxa"/>
            <w:shd w:val="clear" w:color="auto" w:fill="15344B"/>
            <w:vAlign w:val="center"/>
          </w:tcPr>
          <w:p w14:paraId="1B9334F0" w14:textId="77777777" w:rsidR="00D93F19" w:rsidRDefault="00000000">
            <w:pPr>
              <w:pStyle w:val="TableText"/>
              <w:rPr>
                <w:rFonts w:hint="eastAsia"/>
              </w:rPr>
            </w:pPr>
            <w:r>
              <w:rPr>
                <w:b/>
                <w:color w:val="FFFFFF"/>
              </w:rPr>
              <w:t>REGISTRAZIONE / CONTROLLO</w:t>
            </w:r>
          </w:p>
        </w:tc>
      </w:tr>
      <w:tr w:rsidR="00D93F19" w14:paraId="760BEF6D" w14:textId="77777777">
        <w:trPr>
          <w:cantSplit/>
          <w:jc w:val="center"/>
        </w:trPr>
        <w:tc>
          <w:tcPr>
            <w:tcW w:w="2041" w:type="dxa"/>
            <w:shd w:val="clear" w:color="auto" w:fill="F2F6F8"/>
            <w:vAlign w:val="center"/>
          </w:tcPr>
          <w:p w14:paraId="5683505C" w14:textId="77777777" w:rsidR="00D93F19" w:rsidRDefault="00000000">
            <w:pPr>
              <w:pStyle w:val="TableText"/>
              <w:rPr>
                <w:rFonts w:hint="eastAsia"/>
              </w:rPr>
            </w:pPr>
            <w:r>
              <w:t>Smontaggio</w:t>
            </w:r>
          </w:p>
        </w:tc>
        <w:tc>
          <w:tcPr>
            <w:tcW w:w="7824" w:type="dxa"/>
            <w:shd w:val="clear" w:color="auto" w:fill="F2F6F8"/>
            <w:vAlign w:val="center"/>
          </w:tcPr>
          <w:p w14:paraId="06AEAC12" w14:textId="77777777" w:rsidR="00D93F19" w:rsidRDefault="00000000">
            <w:pPr>
              <w:pStyle w:val="TableText"/>
              <w:rPr>
                <w:rFonts w:hint="eastAsia"/>
              </w:rPr>
            </w:pPr>
            <w:r>
              <w:t>Identificare parti e collegamenti; sostenere gli elementi prima del distacco; documentare difetti o configurazioni diverse dai disegni.</w:t>
            </w:r>
          </w:p>
        </w:tc>
      </w:tr>
      <w:tr w:rsidR="00D93F19" w14:paraId="34A6B9D8" w14:textId="77777777">
        <w:trPr>
          <w:cantSplit/>
          <w:jc w:val="center"/>
        </w:trPr>
        <w:tc>
          <w:tcPr>
            <w:tcW w:w="2041" w:type="dxa"/>
            <w:vAlign w:val="center"/>
          </w:tcPr>
          <w:p w14:paraId="42ED0DFA" w14:textId="77777777" w:rsidR="00D93F19" w:rsidRDefault="00000000">
            <w:pPr>
              <w:pStyle w:val="TableText"/>
              <w:rPr>
                <w:rFonts w:hint="eastAsia"/>
              </w:rPr>
            </w:pPr>
            <w:r>
              <w:t>Installazione</w:t>
            </w:r>
          </w:p>
        </w:tc>
        <w:tc>
          <w:tcPr>
            <w:tcW w:w="7824" w:type="dxa"/>
            <w:vAlign w:val="center"/>
          </w:tcPr>
          <w:p w14:paraId="1B3E0085" w14:textId="77777777" w:rsidR="00D93F19" w:rsidRDefault="00000000">
            <w:pPr>
              <w:pStyle w:val="TableText"/>
              <w:rPr>
                <w:rFonts w:hint="eastAsia"/>
              </w:rPr>
            </w:pPr>
            <w:r>
              <w:t>Confrontare componente ricevuto e specifica approvata; rispettare sequenza e valori prescritti; registrare seriali, lotti, certificati, tarature e configurazioni.</w:t>
            </w:r>
          </w:p>
        </w:tc>
      </w:tr>
      <w:tr w:rsidR="00D93F19" w14:paraId="0CD68DCE" w14:textId="77777777">
        <w:trPr>
          <w:cantSplit/>
          <w:jc w:val="center"/>
        </w:trPr>
        <w:tc>
          <w:tcPr>
            <w:tcW w:w="2041" w:type="dxa"/>
            <w:shd w:val="clear" w:color="auto" w:fill="F2F6F8"/>
            <w:vAlign w:val="center"/>
          </w:tcPr>
          <w:p w14:paraId="7B3470E7" w14:textId="77777777" w:rsidR="00D93F19" w:rsidRDefault="00000000">
            <w:pPr>
              <w:pStyle w:val="TableText"/>
              <w:rPr>
                <w:rFonts w:hint="eastAsia"/>
              </w:rPr>
            </w:pPr>
            <w:r>
              <w:t>Controlli intermedi</w:t>
            </w:r>
          </w:p>
        </w:tc>
        <w:tc>
          <w:tcPr>
            <w:tcW w:w="7824" w:type="dxa"/>
            <w:shd w:val="clear" w:color="auto" w:fill="F2F6F8"/>
            <w:vAlign w:val="center"/>
          </w:tcPr>
          <w:p w14:paraId="25DC3B2A" w14:textId="77777777" w:rsidR="00D93F19" w:rsidRDefault="00000000">
            <w:pPr>
              <w:pStyle w:val="TableText"/>
              <w:rPr>
                <w:rFonts w:hint="eastAsia"/>
              </w:rPr>
            </w:pPr>
            <w:r>
              <w:t>Rilevare geometria, collegamenti, serraggi o altri parametri prescritti prima che le parti diventino non accessibili.</w:t>
            </w:r>
          </w:p>
        </w:tc>
      </w:tr>
      <w:tr w:rsidR="00D93F19" w14:paraId="61A2570E" w14:textId="77777777">
        <w:trPr>
          <w:cantSplit/>
          <w:jc w:val="center"/>
        </w:trPr>
        <w:tc>
          <w:tcPr>
            <w:tcW w:w="2041" w:type="dxa"/>
            <w:vAlign w:val="center"/>
          </w:tcPr>
          <w:p w14:paraId="1E0ADF9F" w14:textId="77777777" w:rsidR="00D93F19" w:rsidRDefault="00000000">
            <w:pPr>
              <w:pStyle w:val="TableText"/>
              <w:rPr>
                <w:rFonts w:hint="eastAsia"/>
              </w:rPr>
            </w:pPr>
            <w:r>
              <w:t>Variante</w:t>
            </w:r>
          </w:p>
        </w:tc>
        <w:tc>
          <w:tcPr>
            <w:tcW w:w="7824" w:type="dxa"/>
            <w:vAlign w:val="center"/>
          </w:tcPr>
          <w:p w14:paraId="22318AB0" w14:textId="77777777" w:rsidR="00D93F19" w:rsidRDefault="00000000">
            <w:pPr>
              <w:pStyle w:val="TableText"/>
              <w:rPr>
                <w:rFonts w:hint="eastAsia"/>
              </w:rPr>
            </w:pPr>
            <w:r>
              <w:t>Arrestare la fase interessata, descrivere scostamento e motivo, chiedere riesame tecnico. Non sostituire in autonomia il componente con un «equivalente» non valutato.</w:t>
            </w:r>
          </w:p>
        </w:tc>
      </w:tr>
      <w:tr w:rsidR="00D93F19" w14:paraId="3F49C1B7" w14:textId="77777777">
        <w:trPr>
          <w:cantSplit/>
          <w:jc w:val="center"/>
        </w:trPr>
        <w:tc>
          <w:tcPr>
            <w:tcW w:w="2041" w:type="dxa"/>
            <w:shd w:val="clear" w:color="auto" w:fill="F2F6F8"/>
            <w:vAlign w:val="center"/>
          </w:tcPr>
          <w:p w14:paraId="2BF29B1D" w14:textId="77777777" w:rsidR="00D93F19" w:rsidRDefault="00000000">
            <w:pPr>
              <w:pStyle w:val="TableText"/>
              <w:rPr>
                <w:rFonts w:hint="eastAsia"/>
              </w:rPr>
            </w:pPr>
            <w:r>
              <w:t>Completamento</w:t>
            </w:r>
          </w:p>
        </w:tc>
        <w:tc>
          <w:tcPr>
            <w:tcW w:w="7824" w:type="dxa"/>
            <w:shd w:val="clear" w:color="auto" w:fill="F2F6F8"/>
            <w:vAlign w:val="center"/>
          </w:tcPr>
          <w:p w14:paraId="15357803" w14:textId="77777777" w:rsidR="00D93F19" w:rsidRDefault="00000000">
            <w:pPr>
              <w:pStyle w:val="TableText"/>
              <w:rPr>
                <w:rFonts w:hint="eastAsia"/>
              </w:rPr>
            </w:pPr>
            <w:r>
              <w:t>Ripristinare ripari, protezioni e identificazioni; rimuovere materiali estranei; aggiornare schemi e distinta alla configurazione realmente eseguita.</w:t>
            </w:r>
          </w:p>
        </w:tc>
      </w:tr>
    </w:tbl>
    <w:p w14:paraId="0B994CEB" w14:textId="77777777" w:rsidR="00D93F19" w:rsidRDefault="00D93F19">
      <w:pPr>
        <w:spacing w:after="0" w:line="20" w:lineRule="exact"/>
        <w:rPr>
          <w:rFonts w:hint="eastAsia"/>
        </w:rPr>
      </w:pPr>
    </w:p>
    <w:p w14:paraId="13289922" w14:textId="77777777" w:rsidR="00D93F19" w:rsidRDefault="00000000">
      <w:pPr>
        <w:rPr>
          <w:rFonts w:hint="eastAsia"/>
        </w:rPr>
      </w:pPr>
      <w:r>
        <w:t>La PC riesamina gli effetti di ogni variante su tutte le schede coinvolte, sui rischi e sulle prove. Una variante può modificare la classificazione iniziale: la firma dell’esecutore sul giornale lavori non sostituisce questa valutazione. In A16 si annotano le anomalie non risolte.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0388F93" w14:textId="77777777">
        <w:trPr>
          <w:cantSplit/>
        </w:trPr>
        <w:tc>
          <w:tcPr>
            <w:tcW w:w="9866" w:type="dxa"/>
            <w:shd w:val="clear" w:color="auto" w:fill="FFF5E2"/>
            <w:vAlign w:val="center"/>
          </w:tcPr>
          <w:p w14:paraId="178764F3" w14:textId="77777777" w:rsidR="00D93F19" w:rsidRDefault="00000000">
            <w:pPr>
              <w:pStyle w:val="TableText"/>
              <w:rPr>
                <w:rFonts w:hint="eastAsia"/>
              </w:rPr>
            </w:pPr>
            <w:r>
              <w:rPr>
                <w:color w:val="A53435"/>
              </w:rPr>
              <w:t>È vietato introdurre forature, saldature, rinforzi, nuovi ancoraggi, modifiche software o disattivazioni di protezione non contemplate dal progetto approvato. Un aggiustamento «sul posto» è comunque una variante quando incide sui requisiti valutati.</w:t>
            </w:r>
          </w:p>
        </w:tc>
      </w:tr>
    </w:tbl>
    <w:p w14:paraId="54E8D750" w14:textId="77777777" w:rsidR="00D93F19" w:rsidRDefault="00D93F19">
      <w:pPr>
        <w:spacing w:after="0" w:line="20" w:lineRule="exact"/>
        <w:rPr>
          <w:rFonts w:hint="eastAsia"/>
        </w:rPr>
      </w:pPr>
    </w:p>
    <w:p w14:paraId="0398FAE6" w14:textId="77777777" w:rsidR="00D93F19" w:rsidRDefault="00000000">
      <w:pPr>
        <w:pStyle w:val="Small"/>
        <w:rPr>
          <w:rFonts w:hint="eastAsia"/>
        </w:rPr>
      </w:pPr>
      <w:r>
        <w:t>F: INAIL 2026, p. 12 e schede 1.01–1.15. O: gestione esecutiva A10–A11, controllo delle varianti e autorizzazioni interne.</w:t>
      </w:r>
    </w:p>
    <w:p w14:paraId="1EDDED13" w14:textId="77777777" w:rsidR="00D93F19" w:rsidRDefault="00000000">
      <w:pPr>
        <w:pStyle w:val="Kicker"/>
        <w:pageBreakBefore/>
        <w:rPr>
          <w:rFonts w:hint="eastAsia"/>
        </w:rPr>
      </w:pPr>
      <w:r>
        <w:t>F + O • COMPATIBILITÀ DELL’INSTALLAZIONE</w:t>
      </w:r>
    </w:p>
    <w:p w14:paraId="42DCA920" w14:textId="77777777" w:rsidR="00D93F19" w:rsidRDefault="00000000">
      <w:pPr>
        <w:pStyle w:val="Titolo1"/>
      </w:pPr>
      <w:bookmarkStart w:id="15" w:name="P16"/>
      <w:r>
        <w:t>11. Strutture, sostegni e vie di corsa</w:t>
      </w:r>
      <w:bookmarkEnd w:id="15"/>
    </w:p>
    <w:p w14:paraId="26510572" w14:textId="77777777" w:rsidR="00D93F19" w:rsidRDefault="00000000">
      <w:pPr>
        <w:rPr>
          <w:rFonts w:hint="eastAsia"/>
        </w:rPr>
      </w:pPr>
      <w:r>
        <w:t>La compatibilità tra gru, vie di corsa e edificio deve essere verificata prima dell’utilizzo della configurazione risultante. L’analisi riguarda l’insieme delle azioni e delle condizioni di installazione, non la sola portata del carroponte. Le modifiche rispetto alla configurazione originaria richiedono un riesame dell’idoneità.</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3118"/>
        <w:gridCol w:w="6746"/>
      </w:tblGrid>
      <w:tr w:rsidR="00D93F19" w14:paraId="3D0B6A57" w14:textId="77777777">
        <w:trPr>
          <w:cantSplit/>
          <w:tblHeader/>
          <w:jc w:val="center"/>
        </w:trPr>
        <w:tc>
          <w:tcPr>
            <w:tcW w:w="3118" w:type="dxa"/>
            <w:shd w:val="clear" w:color="auto" w:fill="15344B"/>
            <w:vAlign w:val="center"/>
          </w:tcPr>
          <w:p w14:paraId="0D4AB192" w14:textId="77777777" w:rsidR="00D93F19" w:rsidRDefault="00000000">
            <w:pPr>
              <w:pStyle w:val="TableText"/>
              <w:rPr>
                <w:rFonts w:hint="eastAsia"/>
              </w:rPr>
            </w:pPr>
            <w:r>
              <w:rPr>
                <w:b/>
                <w:color w:val="FFFFFF"/>
              </w:rPr>
              <w:t>TIPO DI VIA DI CORSA</w:t>
            </w:r>
          </w:p>
        </w:tc>
        <w:tc>
          <w:tcPr>
            <w:tcW w:w="6746" w:type="dxa"/>
            <w:shd w:val="clear" w:color="auto" w:fill="15344B"/>
            <w:vAlign w:val="center"/>
          </w:tcPr>
          <w:p w14:paraId="058AE8A3" w14:textId="77777777" w:rsidR="00D93F19" w:rsidRDefault="00000000">
            <w:pPr>
              <w:pStyle w:val="TableText"/>
              <w:rPr>
                <w:rFonts w:hint="eastAsia"/>
              </w:rPr>
            </w:pPr>
            <w:r>
              <w:rPr>
                <w:b/>
                <w:color w:val="FFFFFF"/>
              </w:rPr>
              <w:t>INQUADRAMENTO NELLA FONTE</w:t>
            </w:r>
          </w:p>
        </w:tc>
      </w:tr>
      <w:tr w:rsidR="00D93F19" w14:paraId="4FA27398" w14:textId="77777777">
        <w:trPr>
          <w:cantSplit/>
          <w:jc w:val="center"/>
        </w:trPr>
        <w:tc>
          <w:tcPr>
            <w:tcW w:w="3118" w:type="dxa"/>
            <w:shd w:val="clear" w:color="auto" w:fill="F2F6F8"/>
            <w:vAlign w:val="center"/>
          </w:tcPr>
          <w:p w14:paraId="79FB5D20" w14:textId="77777777" w:rsidR="00D93F19" w:rsidRDefault="00000000">
            <w:pPr>
              <w:pStyle w:val="TableText"/>
              <w:rPr>
                <w:rFonts w:hint="eastAsia"/>
              </w:rPr>
            </w:pPr>
            <w:r>
              <w:t>Parte dell’edificio</w:t>
            </w:r>
          </w:p>
        </w:tc>
        <w:tc>
          <w:tcPr>
            <w:tcW w:w="6746" w:type="dxa"/>
            <w:shd w:val="clear" w:color="auto" w:fill="F2F6F8"/>
            <w:vAlign w:val="center"/>
          </w:tcPr>
          <w:p w14:paraId="3B308671" w14:textId="77777777" w:rsidR="00D93F19" w:rsidRDefault="00000000">
            <w:pPr>
              <w:pStyle w:val="TableText"/>
              <w:rPr>
                <w:rFonts w:hint="eastAsia"/>
              </w:rPr>
            </w:pPr>
            <w:r>
              <w:t>Prevista nel progetto originario e concorrente alla stabilità statica dell’edificio.</w:t>
            </w:r>
          </w:p>
        </w:tc>
      </w:tr>
      <w:tr w:rsidR="00D93F19" w14:paraId="6E09E521" w14:textId="77777777">
        <w:trPr>
          <w:cantSplit/>
          <w:jc w:val="center"/>
        </w:trPr>
        <w:tc>
          <w:tcPr>
            <w:tcW w:w="3118" w:type="dxa"/>
            <w:vAlign w:val="center"/>
          </w:tcPr>
          <w:p w14:paraId="26396031" w14:textId="77777777" w:rsidR="00D93F19" w:rsidRDefault="00000000">
            <w:pPr>
              <w:pStyle w:val="TableText"/>
              <w:rPr>
                <w:rFonts w:hint="eastAsia"/>
              </w:rPr>
            </w:pPr>
            <w:r>
              <w:t>Appoggiata / collegata all’edificio preesistente</w:t>
            </w:r>
          </w:p>
        </w:tc>
        <w:tc>
          <w:tcPr>
            <w:tcW w:w="6746" w:type="dxa"/>
            <w:vAlign w:val="center"/>
          </w:tcPr>
          <w:p w14:paraId="022C06B4" w14:textId="77777777" w:rsidR="00D93F19" w:rsidRDefault="00000000">
            <w:pPr>
              <w:pStyle w:val="TableText"/>
              <w:rPr>
                <w:rFonts w:hint="eastAsia"/>
              </w:rPr>
            </w:pPr>
            <w:r>
              <w:t>Non inclusa nel progetto originale e non concorrente alla sua stabilità statica.</w:t>
            </w:r>
          </w:p>
        </w:tc>
      </w:tr>
      <w:tr w:rsidR="00D93F19" w14:paraId="439F5603" w14:textId="77777777">
        <w:trPr>
          <w:cantSplit/>
          <w:jc w:val="center"/>
        </w:trPr>
        <w:tc>
          <w:tcPr>
            <w:tcW w:w="3118" w:type="dxa"/>
            <w:shd w:val="clear" w:color="auto" w:fill="F2F6F8"/>
            <w:vAlign w:val="center"/>
          </w:tcPr>
          <w:p w14:paraId="0CA8169C" w14:textId="77777777" w:rsidR="00D93F19" w:rsidRDefault="00000000">
            <w:pPr>
              <w:pStyle w:val="TableText"/>
              <w:rPr>
                <w:rFonts w:hint="eastAsia"/>
              </w:rPr>
            </w:pPr>
            <w:r>
              <w:t>Autoportante</w:t>
            </w:r>
          </w:p>
        </w:tc>
        <w:tc>
          <w:tcPr>
            <w:tcW w:w="6746" w:type="dxa"/>
            <w:shd w:val="clear" w:color="auto" w:fill="F2F6F8"/>
            <w:vAlign w:val="center"/>
          </w:tcPr>
          <w:p w14:paraId="27780D34" w14:textId="77777777" w:rsidR="00D93F19" w:rsidRDefault="00000000">
            <w:pPr>
              <w:pStyle w:val="TableText"/>
              <w:rPr>
                <w:rFonts w:hint="eastAsia"/>
              </w:rPr>
            </w:pPr>
            <w:r>
              <w:t>Struttura con colonne indipendente dall’edificio; occorre precisare il rapporto con la macchina e la disciplina pertinente.</w:t>
            </w:r>
          </w:p>
        </w:tc>
      </w:tr>
    </w:tbl>
    <w:p w14:paraId="52B38DED" w14:textId="77777777" w:rsidR="00D93F19" w:rsidRDefault="00D93F19">
      <w:pPr>
        <w:spacing w:after="0" w:line="20" w:lineRule="exact"/>
        <w:rPr>
          <w:rFonts w:hint="eastAsia"/>
        </w:rPr>
      </w:pPr>
    </w:p>
    <w:p w14:paraId="4D5898F6" w14:textId="77777777" w:rsidR="00D93F19" w:rsidRDefault="00000000">
      <w:pPr>
        <w:pStyle w:val="Titolo2"/>
      </w:pPr>
      <w:r>
        <w:t>Verifiche da documentare in A14</w:t>
      </w:r>
    </w:p>
    <w:p w14:paraId="5AF0E35E" w14:textId="77777777" w:rsidR="00D93F19" w:rsidRDefault="00000000">
      <w:pPr>
        <w:rPr>
          <w:rFonts w:hint="eastAsia"/>
        </w:rPr>
      </w:pPr>
      <w:r>
        <w:t>La fonte individua resistenza di progetto, compresi i carichi sismici ove previsti, geometria e allineamento, stato di conservazione con usura e corrosione. La documentazione di progetto deve comprendere le informazioni del fabbricante sulle azioni alle ruote, le dimensioni e le tolleranze delle vie di corsa e degli eventuali binari.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3118"/>
        <w:gridCol w:w="6746"/>
      </w:tblGrid>
      <w:tr w:rsidR="00D93F19" w14:paraId="7358CF98" w14:textId="77777777">
        <w:trPr>
          <w:cantSplit/>
          <w:tblHeader/>
          <w:jc w:val="center"/>
        </w:trPr>
        <w:tc>
          <w:tcPr>
            <w:tcW w:w="3118" w:type="dxa"/>
            <w:shd w:val="clear" w:color="auto" w:fill="15344B"/>
            <w:vAlign w:val="center"/>
          </w:tcPr>
          <w:p w14:paraId="664F6A5B" w14:textId="77777777" w:rsidR="00D93F19" w:rsidRDefault="00000000">
            <w:pPr>
              <w:pStyle w:val="TableText"/>
              <w:rPr>
                <w:rFonts w:hint="eastAsia"/>
              </w:rPr>
            </w:pPr>
            <w:r>
              <w:rPr>
                <w:b/>
                <w:color w:val="FFFFFF"/>
              </w:rPr>
              <w:t>SOGGETTO</w:t>
            </w:r>
          </w:p>
        </w:tc>
        <w:tc>
          <w:tcPr>
            <w:tcW w:w="6746" w:type="dxa"/>
            <w:shd w:val="clear" w:color="auto" w:fill="15344B"/>
            <w:vAlign w:val="center"/>
          </w:tcPr>
          <w:p w14:paraId="0FB023C4" w14:textId="77777777" w:rsidR="00D93F19" w:rsidRDefault="00000000">
            <w:pPr>
              <w:pStyle w:val="TableText"/>
              <w:rPr>
                <w:rFonts w:hint="eastAsia"/>
              </w:rPr>
            </w:pPr>
            <w:r>
              <w:rPr>
                <w:b/>
                <w:color w:val="FFFFFF"/>
              </w:rPr>
              <w:t>DOCUMENTO / INFORMAZIONE DA ACQUISIRE</w:t>
            </w:r>
          </w:p>
        </w:tc>
      </w:tr>
      <w:tr w:rsidR="00D93F19" w14:paraId="5B72BBE3" w14:textId="77777777">
        <w:trPr>
          <w:cantSplit/>
          <w:jc w:val="center"/>
        </w:trPr>
        <w:tc>
          <w:tcPr>
            <w:tcW w:w="3118" w:type="dxa"/>
            <w:shd w:val="clear" w:color="auto" w:fill="F2F6F8"/>
            <w:vAlign w:val="center"/>
          </w:tcPr>
          <w:p w14:paraId="3120FFAB" w14:textId="77777777" w:rsidR="00D93F19" w:rsidRDefault="00000000">
            <w:pPr>
              <w:pStyle w:val="TableText"/>
              <w:rPr>
                <w:rFonts w:hint="eastAsia"/>
              </w:rPr>
            </w:pPr>
            <w:r>
              <w:t>Fabbricante della gru</w:t>
            </w:r>
          </w:p>
        </w:tc>
        <w:tc>
          <w:tcPr>
            <w:tcW w:w="6746" w:type="dxa"/>
            <w:shd w:val="clear" w:color="auto" w:fill="F2F6F8"/>
            <w:vAlign w:val="center"/>
          </w:tcPr>
          <w:p w14:paraId="59FD09ED" w14:textId="77777777" w:rsidR="00D93F19" w:rsidRDefault="00000000">
            <w:pPr>
              <w:pStyle w:val="TableText"/>
              <w:rPr>
                <w:rFonts w:hint="eastAsia"/>
              </w:rPr>
            </w:pPr>
            <w:r>
              <w:t>Dati necessari alla progettazione e verifica dei sostegni: reazioni/azioni alle ruote, dimensioni e tolleranze richieste.</w:t>
            </w:r>
          </w:p>
        </w:tc>
      </w:tr>
      <w:tr w:rsidR="00D93F19" w14:paraId="04CA3DD0" w14:textId="77777777">
        <w:trPr>
          <w:cantSplit/>
          <w:jc w:val="center"/>
        </w:trPr>
        <w:tc>
          <w:tcPr>
            <w:tcW w:w="3118" w:type="dxa"/>
            <w:vAlign w:val="center"/>
          </w:tcPr>
          <w:p w14:paraId="5B9ED7CB" w14:textId="77777777" w:rsidR="00D93F19" w:rsidRDefault="00000000">
            <w:pPr>
              <w:pStyle w:val="TableText"/>
              <w:rPr>
                <w:rFonts w:hint="eastAsia"/>
              </w:rPr>
            </w:pPr>
            <w:r>
              <w:t>Costruttore vie di corsa / edificio</w:t>
            </w:r>
          </w:p>
        </w:tc>
        <w:tc>
          <w:tcPr>
            <w:tcW w:w="6746" w:type="dxa"/>
            <w:vAlign w:val="center"/>
          </w:tcPr>
          <w:p w14:paraId="77C968E6" w14:textId="77777777" w:rsidR="00D93F19" w:rsidRDefault="00000000">
            <w:pPr>
              <w:pStyle w:val="TableText"/>
              <w:rPr>
                <w:rFonts w:hint="eastAsia"/>
              </w:rPr>
            </w:pPr>
            <w:r>
              <w:t>Limiti d’utilizzo e documentazione pertinente della struttura realizzata.</w:t>
            </w:r>
          </w:p>
        </w:tc>
      </w:tr>
      <w:tr w:rsidR="00D93F19" w14:paraId="2D5C4F02" w14:textId="77777777">
        <w:trPr>
          <w:cantSplit/>
          <w:jc w:val="center"/>
        </w:trPr>
        <w:tc>
          <w:tcPr>
            <w:tcW w:w="3118" w:type="dxa"/>
            <w:shd w:val="clear" w:color="auto" w:fill="F2F6F8"/>
            <w:vAlign w:val="center"/>
          </w:tcPr>
          <w:p w14:paraId="5DB20A96" w14:textId="77777777" w:rsidR="00D93F19" w:rsidRDefault="00000000">
            <w:pPr>
              <w:pStyle w:val="TableText"/>
              <w:rPr>
                <w:rFonts w:hint="eastAsia"/>
              </w:rPr>
            </w:pPr>
            <w:r>
              <w:t>Installatore della gru</w:t>
            </w:r>
          </w:p>
        </w:tc>
        <w:tc>
          <w:tcPr>
            <w:tcW w:w="6746" w:type="dxa"/>
            <w:shd w:val="clear" w:color="auto" w:fill="F2F6F8"/>
            <w:vAlign w:val="center"/>
          </w:tcPr>
          <w:p w14:paraId="124CF4E9" w14:textId="77777777" w:rsidR="00D93F19" w:rsidRDefault="00000000">
            <w:pPr>
              <w:pStyle w:val="TableText"/>
              <w:rPr>
                <w:rFonts w:hint="eastAsia"/>
              </w:rPr>
            </w:pPr>
            <w:r>
              <w:t>Verifica dell’idoneità dei sostegni alle specifiche della macchina installata.</w:t>
            </w:r>
          </w:p>
        </w:tc>
      </w:tr>
      <w:tr w:rsidR="00D93F19" w14:paraId="7775A114" w14:textId="77777777">
        <w:trPr>
          <w:cantSplit/>
          <w:jc w:val="center"/>
        </w:trPr>
        <w:tc>
          <w:tcPr>
            <w:tcW w:w="3118" w:type="dxa"/>
            <w:vAlign w:val="center"/>
          </w:tcPr>
          <w:p w14:paraId="494FDAB0" w14:textId="77777777" w:rsidR="00D93F19" w:rsidRDefault="00000000">
            <w:pPr>
              <w:pStyle w:val="TableText"/>
              <w:rPr>
                <w:rFonts w:hint="eastAsia"/>
              </w:rPr>
            </w:pPr>
            <w:r>
              <w:t>Datore di lavoro</w:t>
            </w:r>
          </w:p>
        </w:tc>
        <w:tc>
          <w:tcPr>
            <w:tcW w:w="6746" w:type="dxa"/>
            <w:vAlign w:val="center"/>
          </w:tcPr>
          <w:p w14:paraId="17857F69" w14:textId="77777777" w:rsidR="00D93F19" w:rsidRDefault="00000000">
            <w:pPr>
              <w:pStyle w:val="TableText"/>
              <w:rPr>
                <w:rFonts w:hint="eastAsia"/>
              </w:rPr>
            </w:pPr>
            <w:r>
              <w:t>Evidenza dell’idoneità strutturale del luogo di installazione e disponibilità del fascicolo documentale.</w:t>
            </w:r>
          </w:p>
        </w:tc>
      </w:tr>
    </w:tbl>
    <w:p w14:paraId="76B17678" w14:textId="77777777" w:rsidR="00D93F19" w:rsidRDefault="00D93F19">
      <w:pPr>
        <w:spacing w:after="0" w:line="20" w:lineRule="exact"/>
        <w:rPr>
          <w:rFonts w:hint="eastAsia"/>
        </w:rPr>
      </w:pPr>
    </w:p>
    <w:p w14:paraId="111AE3B1" w14:textId="77777777" w:rsidR="00D93F19" w:rsidRDefault="00000000">
      <w:pPr>
        <w:pStyle w:val="Titolo2"/>
      </w:pPr>
      <w:r>
        <w:t>Confine fra marcatura della macchina e prodotti da costruzione</w:t>
      </w:r>
    </w:p>
    <w:p w14:paraId="4F9DA7C9" w14:textId="77777777" w:rsidR="00D93F19" w:rsidRDefault="00000000">
      <w:pPr>
        <w:rPr>
          <w:rFonts w:hint="eastAsia"/>
        </w:rPr>
      </w:pPr>
      <w:r>
        <w:t>L’appendice INAIL non prevede l’applicazione indiscriminata della direttiva macchine o del regime dei prodotti da costruzione a ogni via di corsa. Occorre determinare se si tratti di parte integrante della macchina oppure di elemento strutturale dell’opera. Le dichiarazioni dei prodotti non sostituiscono la verifica di idoneità dell’installazione.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5A9EA13D" w14:textId="77777777">
        <w:trPr>
          <w:cantSplit/>
        </w:trPr>
        <w:tc>
          <w:tcPr>
            <w:tcW w:w="9866" w:type="dxa"/>
            <w:shd w:val="clear" w:color="auto" w:fill="FFF5E2"/>
            <w:vAlign w:val="center"/>
          </w:tcPr>
          <w:p w14:paraId="6E3AA37B" w14:textId="77777777" w:rsidR="00D93F19" w:rsidRDefault="00000000">
            <w:pPr>
              <w:pStyle w:val="TableText"/>
              <w:rPr>
                <w:rFonts w:hint="eastAsia"/>
              </w:rPr>
            </w:pPr>
            <w:r>
              <w:rPr>
                <w:color w:val="A53435"/>
              </w:rPr>
              <w:t>Prima di aggiungere un carroponte alle stesse vie di corsa, aumentare portate o modificare la geometria, acquisire il riesame delle azioni e dei limiti dei sostegni. Non presumere l’idoneità perché la struttura ha già lavorato senza incidenti.</w:t>
            </w:r>
          </w:p>
        </w:tc>
      </w:tr>
    </w:tbl>
    <w:p w14:paraId="129C8F3C" w14:textId="77777777" w:rsidR="00D93F19" w:rsidRDefault="00D93F19">
      <w:pPr>
        <w:spacing w:after="0" w:line="20" w:lineRule="exact"/>
        <w:rPr>
          <w:rFonts w:hint="eastAsia"/>
        </w:rPr>
      </w:pPr>
    </w:p>
    <w:p w14:paraId="1B2F9DC2" w14:textId="77777777" w:rsidR="00D93F19" w:rsidRDefault="00000000">
      <w:pPr>
        <w:pStyle w:val="Small"/>
        <w:rPr>
          <w:rFonts w:hint="eastAsia"/>
        </w:rPr>
      </w:pPr>
      <w:r>
        <w:t>F: INAIL 2026, Appendice 1, pp. 37–39. O: raccolta delle evidenze in A14. Per i diversi richiami ai regolamenti sui prodotti da costruzione vedere §02.</w:t>
      </w:r>
    </w:p>
    <w:p w14:paraId="0CC3CE5B" w14:textId="77777777" w:rsidR="00D93F19" w:rsidRDefault="00000000">
      <w:pPr>
        <w:pStyle w:val="Kicker"/>
        <w:pageBreakBefore/>
        <w:rPr>
          <w:rFonts w:hint="eastAsia"/>
        </w:rPr>
      </w:pPr>
      <w:r>
        <w:t>F + O • INTERFACCE DA PRESIDIARE</w:t>
      </w:r>
    </w:p>
    <w:p w14:paraId="4ED03959" w14:textId="77777777" w:rsidR="00D93F19" w:rsidRDefault="00000000">
      <w:pPr>
        <w:pStyle w:val="Titolo1"/>
      </w:pPr>
      <w:bookmarkStart w:id="16" w:name="P17"/>
      <w:r>
        <w:t>12. Sistemi di sicurezza, comandi e accessori</w:t>
      </w:r>
      <w:bookmarkEnd w:id="16"/>
    </w:p>
    <w:p w14:paraId="2534DF54" w14:textId="77777777" w:rsidR="00D93F19" w:rsidRDefault="00000000">
      <w:pPr>
        <w:pStyle w:val="Titolo2"/>
      </w:pPr>
      <w:r>
        <w:t>Sicurezza funzionale e impianto elettrico</w:t>
      </w:r>
    </w:p>
    <w:p w14:paraId="786864BE" w14:textId="77777777" w:rsidR="00D93F19" w:rsidRDefault="00000000">
      <w:pPr>
        <w:rPr>
          <w:rFonts w:hint="eastAsia"/>
        </w:rPr>
      </w:pPr>
      <w:r>
        <w:t>Per le schede 1.05, 1.06, 1.07 e 1.11 documentare idoneità, compatibilità e prestazioni secondo le condizioni specifiche. Per 1.06 e 1.11 mantenere i Performance Level almeno pari a quelli originari e verificare la coerenza delle funzioni interessate. Il dato di catalogo del singolo componente non dimostra da solo l’idoneità della funzione integrata.</w:t>
      </w:r>
    </w:p>
    <w:p w14:paraId="57EDB4F3" w14:textId="77777777" w:rsidR="00D93F19" w:rsidRDefault="00000000">
      <w:pPr>
        <w:rPr>
          <w:rFonts w:hint="eastAsia"/>
        </w:rPr>
      </w:pPr>
      <w:r>
        <w:t>Identificare le parti modificate degli schemi, i dispositivi di protezione, le alimentazioni, la configurazione dei comandi e gli eventuali parametri programmabili. La nota della scheda 1.07 distingue la sostituzione di un componente, per cui è sufficiente aggiornare la distinta, dall’inserimento, che richiede l’aggiornamento delle sezioni di schema coinvolte. Non estendere questa semplificazione a modifiche circuitali diverse da quel caso.</w:t>
      </w:r>
    </w:p>
    <w:p w14:paraId="5543A5B8" w14:textId="77777777" w:rsidR="00D93F19" w:rsidRDefault="00000000">
      <w:pPr>
        <w:pStyle w:val="Titolo2"/>
      </w:pPr>
      <w:r>
        <w:t>Ripari, accessi e anticaduta</w:t>
      </w:r>
    </w:p>
    <w:p w14:paraId="1F395CB6" w14:textId="77777777" w:rsidR="00D93F19" w:rsidRDefault="00000000">
      <w:pPr>
        <w:rPr>
          <w:rFonts w:hint="eastAsia"/>
        </w:rPr>
      </w:pPr>
      <w:r>
        <w:t>Le schede 1.08–1.10 richiedono attenzione a interferenze e rischi ulteriori. Per passerelle, scale e anticaduta per emergenze valgono inoltre i limiti relativi a stato tensionale e modalità/mezzi di accesso originari. L’intervento 1.10 riguarda le emergenze non ricomprese nelle regolazioni e manutenzioni previste dal fabbricante e da contemplare nel DVR: non è un’autorizzazione generale a usare la gru come punto di ancoraggio.</w:t>
      </w:r>
    </w:p>
    <w:p w14:paraId="76A675ED" w14:textId="77777777" w:rsidR="00D93F19" w:rsidRDefault="00000000">
      <w:pPr>
        <w:pStyle w:val="Titolo2"/>
      </w:pPr>
      <w:r>
        <w:t>Alimentazione di magneti, ventose e altri accessori</w:t>
      </w:r>
    </w:p>
    <w:p w14:paraId="6B06EDB2" w14:textId="77777777" w:rsidR="00D93F19" w:rsidRDefault="00000000">
      <w:pPr>
        <w:rPr>
          <w:rFonts w:hint="eastAsia"/>
        </w:rPr>
      </w:pPr>
      <w:r>
        <w:t>Per la scheda 1.14 analizzare masse, geometrie, interferenze e compatibilità dei comandi con la logica originaria. L’analisi organizzativa del lavoro considera la possibile perdita di energia e le conseguenze sul carico, con misure e prove definite nella relazione; non assumere che un nuovo accessorio resti sicuro solo perché è marcato CE.</w:t>
      </w:r>
    </w:p>
    <w:p w14:paraId="03D9B563" w14:textId="77777777" w:rsidR="00D93F19" w:rsidRDefault="00000000">
      <w:pPr>
        <w:pStyle w:val="Titolo2"/>
      </w:pPr>
      <w:r>
        <w:t>Bozzelli con rotazione elettrica: due perimetri da distinguere</w:t>
      </w:r>
    </w:p>
    <w:p w14:paraId="521043D9" w14:textId="77777777" w:rsidR="00D93F19" w:rsidRDefault="00000000">
      <w:pPr>
        <w:rPr>
          <w:rFonts w:hint="eastAsia"/>
        </w:rPr>
      </w:pPr>
      <w:r>
        <w:t>La scheda 1.15 richiede compatibilità anche rispetto al momento torcente sulle funi. Nella colonna per soggetto diverso dal fabbricante sono previsti dichiarazione CE e istruzioni del bozzello come macchina. La nota 8 precisa che il dispositivo è generalmente commercializzato come quasi-macchina e che l’integrazione può richiedere la valutazione di conformità dell’intera macchina oppure, se tecnicamente possibile, del solo bozzello completato.</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22AF0638" w14:textId="77777777">
        <w:trPr>
          <w:cantSplit/>
        </w:trPr>
        <w:tc>
          <w:tcPr>
            <w:tcW w:w="9866" w:type="dxa"/>
            <w:shd w:val="clear" w:color="auto" w:fill="FFF5E2"/>
            <w:vAlign w:val="center"/>
          </w:tcPr>
          <w:p w14:paraId="5507AE1A" w14:textId="77777777" w:rsidR="00D93F19" w:rsidRDefault="00000000">
            <w:pPr>
              <w:pStyle w:val="TableText"/>
              <w:rPr>
                <w:rFonts w:hint="eastAsia"/>
              </w:rPr>
            </w:pPr>
            <w:r>
              <w:rPr>
                <w:color w:val="A53435"/>
              </w:rPr>
              <w:t>Non confondere la dichiarazione di incorporazione della quasi-macchina con la dichiarazione di conformità della macchina. Non presumere che la possibilità di certificare il solo bozzello sia sempre tecnicamente praticabile.</w:t>
            </w:r>
          </w:p>
        </w:tc>
      </w:tr>
    </w:tbl>
    <w:p w14:paraId="2F8E65F7" w14:textId="77777777" w:rsidR="00D93F19" w:rsidRDefault="00D93F19">
      <w:pPr>
        <w:spacing w:after="0" w:line="20" w:lineRule="exact"/>
        <w:rPr>
          <w:rFonts w:hint="eastAsia"/>
        </w:rPr>
      </w:pPr>
    </w:p>
    <w:p w14:paraId="04EA837C" w14:textId="77777777" w:rsidR="00D93F19" w:rsidRDefault="00000000">
      <w:pPr>
        <w:pStyle w:val="Small"/>
        <w:rPr>
          <w:rFonts w:hint="eastAsia"/>
        </w:rPr>
      </w:pPr>
      <w:r>
        <w:t>F: INAIL 2026, schede 1.05–1.11, 1.14–1.15, pp. 23–29 e 32–33; nota 7 p. 28 e nota 8 p. 33. O: controllo delle interfacce e divieti organizzativi.</w:t>
      </w:r>
    </w:p>
    <w:p w14:paraId="33C2DBDA" w14:textId="77777777" w:rsidR="00D93F19" w:rsidRDefault="00000000">
      <w:pPr>
        <w:pStyle w:val="Kicker"/>
        <w:pageBreakBefore/>
        <w:rPr>
          <w:rFonts w:hint="eastAsia"/>
        </w:rPr>
      </w:pPr>
      <w:r>
        <w:t>F + O • CONTROLLARE PRIMA DEL RILASCIO</w:t>
      </w:r>
    </w:p>
    <w:p w14:paraId="55790FB0" w14:textId="77777777" w:rsidR="00D93F19" w:rsidRDefault="00000000">
      <w:pPr>
        <w:pStyle w:val="Titolo1"/>
      </w:pPr>
      <w:bookmarkStart w:id="17" w:name="P18"/>
      <w:r>
        <w:t>13. Verifiche, prove e gestione degli esiti</w:t>
      </w:r>
      <w:bookmarkEnd w:id="17"/>
    </w:p>
    <w:tbl>
      <w:tblPr>
        <w:tblW w:w="0" w:type="auto"/>
        <w:jc w:val="center"/>
        <w:tblLayout w:type="fixed"/>
        <w:tblLook w:val="04A0" w:firstRow="1" w:lastRow="0" w:firstColumn="1" w:lastColumn="0" w:noHBand="0" w:noVBand="1"/>
      </w:tblPr>
      <w:tblGrid>
        <w:gridCol w:w="5216"/>
        <w:gridCol w:w="4649"/>
      </w:tblGrid>
      <w:tr w:rsidR="00D93F19" w14:paraId="349ECBC1" w14:textId="77777777">
        <w:trPr>
          <w:cantSplit/>
          <w:jc w:val="center"/>
        </w:trPr>
        <w:tc>
          <w:tcPr>
            <w:tcW w:w="5216" w:type="dxa"/>
            <w:vAlign w:val="center"/>
          </w:tcPr>
          <w:p w14:paraId="205BB672" w14:textId="77777777" w:rsidR="00D93F19" w:rsidRDefault="00000000">
            <w:pPr>
              <w:spacing w:after="0"/>
              <w:rPr>
                <w:rFonts w:hint="eastAsia"/>
              </w:rPr>
            </w:pPr>
            <w:r>
              <w:rPr>
                <w:noProof/>
              </w:rPr>
              <w:drawing>
                <wp:inline distT="0" distB="0" distL="0" distR="0" wp14:anchorId="36CE8FE1" wp14:editId="2D7271EC">
                  <wp:extent cx="3168000" cy="2139974"/>
                  <wp:effectExtent l="0" t="0" r="0" b="0"/>
                  <wp:docPr id="5" name="Picture 5" descr="Figura 4 – Prova pianificata con zona interdetta e personale fuori dall’area del carico. Masse, configurazioni e criteri di accettazione sono definiti dal responsabile tec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e.jpg"/>
                          <pic:cNvPicPr/>
                        </pic:nvPicPr>
                        <pic:blipFill>
                          <a:blip r:embed="rId12"/>
                          <a:stretch>
                            <a:fillRect/>
                          </a:stretch>
                        </pic:blipFill>
                        <pic:spPr>
                          <a:xfrm>
                            <a:off x="0" y="0"/>
                            <a:ext cx="3168000" cy="2139974"/>
                          </a:xfrm>
                          <a:prstGeom prst="rect">
                            <a:avLst/>
                          </a:prstGeom>
                        </pic:spPr>
                      </pic:pic>
                    </a:graphicData>
                  </a:graphic>
                </wp:inline>
              </w:drawing>
            </w:r>
          </w:p>
        </w:tc>
        <w:tc>
          <w:tcPr>
            <w:tcW w:w="4649" w:type="dxa"/>
            <w:shd w:val="clear" w:color="auto" w:fill="EAF2F6"/>
            <w:vAlign w:val="center"/>
          </w:tcPr>
          <w:p w14:paraId="7972EF47" w14:textId="77777777" w:rsidR="00D93F19" w:rsidRDefault="00000000">
            <w:pPr>
              <w:pStyle w:val="Kicker"/>
              <w:rPr>
                <w:rFonts w:hint="eastAsia"/>
              </w:rPr>
            </w:pPr>
            <w:r>
              <w:t>PRIMA DEL RILASCIO</w:t>
            </w:r>
          </w:p>
          <w:p w14:paraId="49527C04" w14:textId="77777777" w:rsidR="00D93F19" w:rsidRDefault="00000000">
            <w:pPr>
              <w:pStyle w:val="TableText"/>
              <w:spacing w:after="140"/>
              <w:rPr>
                <w:rFonts w:hint="eastAsia"/>
              </w:rPr>
            </w:pPr>
            <w:r>
              <w:rPr>
                <w:b/>
                <w:color w:val="087E8B"/>
              </w:rPr>
              <w:t xml:space="preserve">1. </w:t>
            </w:r>
            <w:r>
              <w:t>Seguire un piano di prove con criteri definiti.</w:t>
            </w:r>
          </w:p>
          <w:p w14:paraId="7C6C7DCA" w14:textId="77777777" w:rsidR="00D93F19" w:rsidRDefault="00000000">
            <w:pPr>
              <w:pStyle w:val="TableText"/>
              <w:spacing w:after="140"/>
              <w:rPr>
                <w:rFonts w:hint="eastAsia"/>
              </w:rPr>
            </w:pPr>
            <w:r>
              <w:rPr>
                <w:b/>
                <w:color w:val="087E8B"/>
              </w:rPr>
              <w:t xml:space="preserve">2. </w:t>
            </w:r>
            <w:r>
              <w:t>Interdire la zona e tenere lontani gli esposti.</w:t>
            </w:r>
          </w:p>
          <w:p w14:paraId="6922B481" w14:textId="77777777" w:rsidR="00D93F19" w:rsidRDefault="00000000">
            <w:pPr>
              <w:pStyle w:val="TableText"/>
              <w:spacing w:after="140"/>
              <w:rPr>
                <w:rFonts w:hint="eastAsia"/>
              </w:rPr>
            </w:pPr>
            <w:r>
              <w:rPr>
                <w:b/>
                <w:color w:val="087E8B"/>
              </w:rPr>
              <w:t xml:space="preserve">3. </w:t>
            </w:r>
            <w:r>
              <w:t>Registrare condizioni, risultati e anomalie.</w:t>
            </w:r>
          </w:p>
          <w:p w14:paraId="73739818" w14:textId="77777777" w:rsidR="00D93F19" w:rsidRDefault="00000000">
            <w:pPr>
              <w:pStyle w:val="TableText"/>
              <w:spacing w:after="140"/>
              <w:rPr>
                <w:rFonts w:hint="eastAsia"/>
              </w:rPr>
            </w:pPr>
            <w:r>
              <w:rPr>
                <w:b/>
                <w:color w:val="087E8B"/>
              </w:rPr>
              <w:t xml:space="preserve">4. </w:t>
            </w:r>
            <w:r>
              <w:t>Separare esito delle prove e rilascio all’uso.</w:t>
            </w:r>
          </w:p>
        </w:tc>
      </w:tr>
    </w:tbl>
    <w:p w14:paraId="4AFB687B" w14:textId="77777777" w:rsidR="00D93F19" w:rsidRDefault="00000000">
      <w:pPr>
        <w:pStyle w:val="CaptionCustom"/>
        <w:rPr>
          <w:rFonts w:hint="eastAsia"/>
        </w:rPr>
      </w:pPr>
      <w:r>
        <w:t>Figura 4 – Prova pianificata con zona interdetta e personale fuori dall’area del carico. Masse, configurazioni e criteri di accettazione sono definiti dal responsabile tecnico.</w:t>
      </w:r>
    </w:p>
    <w:p w14:paraId="29E40775" w14:textId="77777777" w:rsidR="00D93F19" w:rsidRDefault="00000000">
      <w:pPr>
        <w:rPr>
          <w:rFonts w:hint="eastAsia"/>
        </w:rPr>
      </w:pPr>
      <w:r>
        <w:t>Le prove sono individuate dal fabbricante o dalla relazione tecnica secondo la scheda applicabile. Il responsabile delle prove compila A12 prima dell’esecuzione e A13 al termine. Un generico «collaudo positivo» privo di test identificati, risultati e riferimenti non documenta le condizioni esaminate.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268"/>
        <w:gridCol w:w="7597"/>
      </w:tblGrid>
      <w:tr w:rsidR="00D93F19" w14:paraId="2BEA55AF" w14:textId="77777777">
        <w:trPr>
          <w:cantSplit/>
          <w:tblHeader/>
          <w:jc w:val="center"/>
        </w:trPr>
        <w:tc>
          <w:tcPr>
            <w:tcW w:w="2268" w:type="dxa"/>
            <w:shd w:val="clear" w:color="auto" w:fill="15344B"/>
            <w:vAlign w:val="center"/>
          </w:tcPr>
          <w:p w14:paraId="2BFEE600" w14:textId="77777777" w:rsidR="00D93F19" w:rsidRDefault="00000000">
            <w:pPr>
              <w:pStyle w:val="TableText"/>
              <w:rPr>
                <w:rFonts w:hint="eastAsia"/>
              </w:rPr>
            </w:pPr>
            <w:r>
              <w:rPr>
                <w:b/>
                <w:color w:val="FFFFFF"/>
                <w:sz w:val="18"/>
              </w:rPr>
              <w:t>PASSAGGIO</w:t>
            </w:r>
          </w:p>
        </w:tc>
        <w:tc>
          <w:tcPr>
            <w:tcW w:w="7597" w:type="dxa"/>
            <w:shd w:val="clear" w:color="auto" w:fill="15344B"/>
            <w:vAlign w:val="center"/>
          </w:tcPr>
          <w:p w14:paraId="6CCA6750" w14:textId="77777777" w:rsidR="00D93F19" w:rsidRDefault="00000000">
            <w:pPr>
              <w:pStyle w:val="TableText"/>
              <w:rPr>
                <w:rFonts w:hint="eastAsia"/>
              </w:rPr>
            </w:pPr>
            <w:r>
              <w:rPr>
                <w:b/>
                <w:color w:val="FFFFFF"/>
                <w:sz w:val="18"/>
              </w:rPr>
              <w:t>ATTIVITÀ</w:t>
            </w:r>
          </w:p>
        </w:tc>
      </w:tr>
      <w:tr w:rsidR="00D93F19" w14:paraId="2F9B1C89" w14:textId="77777777">
        <w:trPr>
          <w:cantSplit/>
          <w:jc w:val="center"/>
        </w:trPr>
        <w:tc>
          <w:tcPr>
            <w:tcW w:w="2268" w:type="dxa"/>
            <w:shd w:val="clear" w:color="auto" w:fill="F2F6F8"/>
            <w:vAlign w:val="center"/>
          </w:tcPr>
          <w:p w14:paraId="57E5EA86" w14:textId="77777777" w:rsidR="00D93F19" w:rsidRDefault="00000000">
            <w:pPr>
              <w:pStyle w:val="TableText"/>
              <w:rPr>
                <w:rFonts w:hint="eastAsia"/>
              </w:rPr>
            </w:pPr>
            <w:r>
              <w:rPr>
                <w:sz w:val="18"/>
              </w:rPr>
              <w:t>G3 – Ammissibilità</w:t>
            </w:r>
          </w:p>
        </w:tc>
        <w:tc>
          <w:tcPr>
            <w:tcW w:w="7597" w:type="dxa"/>
            <w:shd w:val="clear" w:color="auto" w:fill="F2F6F8"/>
            <w:vAlign w:val="center"/>
          </w:tcPr>
          <w:p w14:paraId="2A62E941" w14:textId="77777777" w:rsidR="00D93F19" w:rsidRDefault="00000000">
            <w:pPr>
              <w:pStyle w:val="TableText"/>
              <w:rPr>
                <w:rFonts w:hint="eastAsia"/>
              </w:rPr>
            </w:pPr>
            <w:r>
              <w:rPr>
                <w:sz w:val="18"/>
              </w:rPr>
              <w:t>Riesaminare completamento, documenti dei componenti, ripari, collegamenti e strumenti. Verificare idoneità dell’area e assenza di persone esposte.</w:t>
            </w:r>
          </w:p>
        </w:tc>
      </w:tr>
      <w:tr w:rsidR="00D93F19" w14:paraId="520E9390" w14:textId="77777777">
        <w:trPr>
          <w:cantSplit/>
          <w:jc w:val="center"/>
        </w:trPr>
        <w:tc>
          <w:tcPr>
            <w:tcW w:w="2268" w:type="dxa"/>
            <w:vAlign w:val="center"/>
          </w:tcPr>
          <w:p w14:paraId="6CA276E7" w14:textId="77777777" w:rsidR="00D93F19" w:rsidRDefault="00000000">
            <w:pPr>
              <w:pStyle w:val="TableText"/>
              <w:rPr>
                <w:rFonts w:hint="eastAsia"/>
              </w:rPr>
            </w:pPr>
            <w:r>
              <w:rPr>
                <w:sz w:val="18"/>
              </w:rPr>
              <w:t>Controlli preliminari</w:t>
            </w:r>
          </w:p>
        </w:tc>
        <w:tc>
          <w:tcPr>
            <w:tcW w:w="7597" w:type="dxa"/>
            <w:vAlign w:val="center"/>
          </w:tcPr>
          <w:p w14:paraId="2FB87288" w14:textId="77777777" w:rsidR="00D93F19" w:rsidRDefault="00000000">
            <w:pPr>
              <w:pStyle w:val="TableText"/>
              <w:rPr>
                <w:rFonts w:hint="eastAsia"/>
              </w:rPr>
            </w:pPr>
            <w:r>
              <w:rPr>
                <w:sz w:val="18"/>
              </w:rPr>
              <w:t>Eseguire controlli visivi, dimensionali e specialistici prescritti, confrontandoli con i limiti del progetto.</w:t>
            </w:r>
          </w:p>
        </w:tc>
      </w:tr>
      <w:tr w:rsidR="00D93F19" w14:paraId="7E22BDF9" w14:textId="77777777">
        <w:trPr>
          <w:cantSplit/>
          <w:jc w:val="center"/>
        </w:trPr>
        <w:tc>
          <w:tcPr>
            <w:tcW w:w="2268" w:type="dxa"/>
            <w:shd w:val="clear" w:color="auto" w:fill="F2F6F8"/>
            <w:vAlign w:val="center"/>
          </w:tcPr>
          <w:p w14:paraId="143FD215" w14:textId="77777777" w:rsidR="00D93F19" w:rsidRDefault="00000000">
            <w:pPr>
              <w:pStyle w:val="TableText"/>
              <w:rPr>
                <w:rFonts w:hint="eastAsia"/>
              </w:rPr>
            </w:pPr>
            <w:r>
              <w:rPr>
                <w:sz w:val="18"/>
              </w:rPr>
              <w:t>Prove funzionali</w:t>
            </w:r>
          </w:p>
        </w:tc>
        <w:tc>
          <w:tcPr>
            <w:tcW w:w="7597" w:type="dxa"/>
            <w:shd w:val="clear" w:color="auto" w:fill="F2F6F8"/>
            <w:vAlign w:val="center"/>
          </w:tcPr>
          <w:p w14:paraId="6F6B3024" w14:textId="77777777" w:rsidR="00D93F19" w:rsidRDefault="00000000">
            <w:pPr>
              <w:pStyle w:val="TableText"/>
              <w:rPr>
                <w:rFonts w:hint="eastAsia"/>
              </w:rPr>
            </w:pPr>
            <w:r>
              <w:rPr>
                <w:sz w:val="18"/>
              </w:rPr>
              <w:t>Verificare i movimenti e le funzioni di sicurezza pertinenti, con la sequenza, il carico e le condizioni previste dal piano.</w:t>
            </w:r>
          </w:p>
        </w:tc>
      </w:tr>
      <w:tr w:rsidR="00D93F19" w14:paraId="2C2116D1" w14:textId="77777777">
        <w:trPr>
          <w:cantSplit/>
          <w:jc w:val="center"/>
        </w:trPr>
        <w:tc>
          <w:tcPr>
            <w:tcW w:w="2268" w:type="dxa"/>
            <w:vAlign w:val="center"/>
          </w:tcPr>
          <w:p w14:paraId="15DF050D" w14:textId="77777777" w:rsidR="00D93F19" w:rsidRDefault="00000000">
            <w:pPr>
              <w:pStyle w:val="TableText"/>
              <w:rPr>
                <w:rFonts w:hint="eastAsia"/>
              </w:rPr>
            </w:pPr>
            <w:r>
              <w:rPr>
                <w:sz w:val="18"/>
              </w:rPr>
              <w:t>Prove con carico, se previste</w:t>
            </w:r>
          </w:p>
        </w:tc>
        <w:tc>
          <w:tcPr>
            <w:tcW w:w="7597" w:type="dxa"/>
            <w:vAlign w:val="center"/>
          </w:tcPr>
          <w:p w14:paraId="27D1867C" w14:textId="77777777" w:rsidR="00D93F19" w:rsidRDefault="00000000">
            <w:pPr>
              <w:pStyle w:val="TableText"/>
              <w:rPr>
                <w:rFonts w:hint="eastAsia"/>
              </w:rPr>
            </w:pPr>
            <w:r>
              <w:rPr>
                <w:sz w:val="18"/>
              </w:rPr>
              <w:t>Definire massa, identificazione, imbracatura, configurazione, limiti e criteri. Non utilizzare coefficienti generici di sovraccarico ricavati da questa procedura.</w:t>
            </w:r>
          </w:p>
        </w:tc>
      </w:tr>
      <w:tr w:rsidR="00D93F19" w14:paraId="7957C39B" w14:textId="77777777">
        <w:trPr>
          <w:cantSplit/>
          <w:jc w:val="center"/>
        </w:trPr>
        <w:tc>
          <w:tcPr>
            <w:tcW w:w="2268" w:type="dxa"/>
            <w:shd w:val="clear" w:color="auto" w:fill="F2F6F8"/>
            <w:vAlign w:val="center"/>
          </w:tcPr>
          <w:p w14:paraId="0C752C9E" w14:textId="77777777" w:rsidR="00D93F19" w:rsidRDefault="00000000">
            <w:pPr>
              <w:pStyle w:val="TableText"/>
              <w:rPr>
                <w:rFonts w:hint="eastAsia"/>
              </w:rPr>
            </w:pPr>
            <w:r>
              <w:rPr>
                <w:sz w:val="18"/>
              </w:rPr>
              <w:t>Registrazione e riesame</w:t>
            </w:r>
          </w:p>
        </w:tc>
        <w:tc>
          <w:tcPr>
            <w:tcW w:w="7597" w:type="dxa"/>
            <w:shd w:val="clear" w:color="auto" w:fill="F2F6F8"/>
            <w:vAlign w:val="center"/>
          </w:tcPr>
          <w:p w14:paraId="063D50F7" w14:textId="77777777" w:rsidR="00D93F19" w:rsidRDefault="00000000">
            <w:pPr>
              <w:pStyle w:val="TableText"/>
              <w:rPr>
                <w:rFonts w:hint="eastAsia"/>
              </w:rPr>
            </w:pPr>
            <w:r>
              <w:rPr>
                <w:sz w:val="18"/>
              </w:rPr>
              <w:t>Annotare valori osservati e giudizio, allegare evidenze, aprire A16 per difetti o dubbi; definire ripetizioni e nuovo isolamento prima di ulteriori lavori.</w:t>
            </w:r>
          </w:p>
        </w:tc>
      </w:tr>
    </w:tbl>
    <w:p w14:paraId="36F81422"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56EB3DA5" w14:textId="77777777">
        <w:trPr>
          <w:cantSplit/>
        </w:trPr>
        <w:tc>
          <w:tcPr>
            <w:tcW w:w="9866" w:type="dxa"/>
            <w:shd w:val="clear" w:color="auto" w:fill="FFF5E2"/>
            <w:vAlign w:val="center"/>
          </w:tcPr>
          <w:p w14:paraId="66293BE2" w14:textId="77777777" w:rsidR="00D93F19" w:rsidRDefault="00000000">
            <w:pPr>
              <w:pStyle w:val="TableText"/>
              <w:rPr>
                <w:rFonts w:hint="eastAsia"/>
              </w:rPr>
            </w:pPr>
            <w:r>
              <w:rPr>
                <w:color w:val="A53435"/>
              </w:rPr>
              <w:t>Una prova con esito positivo non sostituisce un calcolo richiesto, la valutazione dei rischi o la verifica periodica. Non eseguire prove non pianificate per «vedere se regge» e non proseguire dopo rumori, deformazioni, arresti o movimenti anomali.</w:t>
            </w:r>
          </w:p>
        </w:tc>
      </w:tr>
    </w:tbl>
    <w:p w14:paraId="19A8B60A" w14:textId="77777777" w:rsidR="00D93F19" w:rsidRDefault="00D93F19">
      <w:pPr>
        <w:spacing w:after="0" w:line="20" w:lineRule="exact"/>
        <w:rPr>
          <w:rFonts w:hint="eastAsia"/>
        </w:rPr>
      </w:pPr>
    </w:p>
    <w:p w14:paraId="785C61F7" w14:textId="77777777" w:rsidR="00D93F19" w:rsidRDefault="00000000">
      <w:pPr>
        <w:pStyle w:val="Small"/>
        <w:rPr>
          <w:rFonts w:hint="eastAsia"/>
        </w:rPr>
      </w:pPr>
      <w:r>
        <w:t>F: INAIL 2026, p. 12 e documentazione/prove delle schede 1.01–1.15. O: G3, moduli A12–A13 e gestione controllata degli esiti.</w:t>
      </w:r>
    </w:p>
    <w:p w14:paraId="0B2733C0" w14:textId="77777777" w:rsidR="00D93F19" w:rsidRDefault="00000000">
      <w:pPr>
        <w:pStyle w:val="Kicker"/>
        <w:pageBreakBefore/>
        <w:rPr>
          <w:rFonts w:hint="eastAsia"/>
        </w:rPr>
      </w:pPr>
      <w:r>
        <w:t>F + O • DOCUMENTAZIONE DEL LAVORO REALIZZATO</w:t>
      </w:r>
    </w:p>
    <w:p w14:paraId="79F8F954" w14:textId="77777777" w:rsidR="00D93F19" w:rsidRDefault="00000000">
      <w:pPr>
        <w:pStyle w:val="Titolo1"/>
      </w:pPr>
      <w:bookmarkStart w:id="18" w:name="P19"/>
      <w:r>
        <w:t>14. Chiusura tecnica e dichiarazioni</w:t>
      </w:r>
      <w:bookmarkEnd w:id="18"/>
    </w:p>
    <w:p w14:paraId="5F820EA3" w14:textId="77777777" w:rsidR="00D93F19" w:rsidRDefault="00000000">
      <w:pPr>
        <w:rPr>
          <w:rFonts w:hint="eastAsia"/>
        </w:rPr>
      </w:pPr>
      <w:r>
        <w:t>Prima della restituzione, il RM verifica che il fascicolo descriva la configurazione realmente realizzata e non soltanto quella progettata. La PC riesamina l’esito tecnico e l’esecutore rilascia gli atti di propria competenza. Tutti i documenti riportano macchina, pratica, data, autore e revisione.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381"/>
        <w:gridCol w:w="3742"/>
        <w:gridCol w:w="3742"/>
      </w:tblGrid>
      <w:tr w:rsidR="00D93F19" w14:paraId="085057CB" w14:textId="77777777">
        <w:trPr>
          <w:cantSplit/>
          <w:tblHeader/>
          <w:jc w:val="center"/>
        </w:trPr>
        <w:tc>
          <w:tcPr>
            <w:tcW w:w="2381" w:type="dxa"/>
            <w:shd w:val="clear" w:color="auto" w:fill="15344B"/>
            <w:vAlign w:val="center"/>
          </w:tcPr>
          <w:p w14:paraId="1B787EA0" w14:textId="77777777" w:rsidR="00D93F19" w:rsidRDefault="00000000">
            <w:pPr>
              <w:pStyle w:val="TableText"/>
              <w:rPr>
                <w:rFonts w:hint="eastAsia"/>
              </w:rPr>
            </w:pPr>
            <w:r>
              <w:rPr>
                <w:b/>
                <w:color w:val="FFFFFF"/>
                <w:sz w:val="18"/>
              </w:rPr>
              <w:t>DOCUMENTO</w:t>
            </w:r>
          </w:p>
        </w:tc>
        <w:tc>
          <w:tcPr>
            <w:tcW w:w="3742" w:type="dxa"/>
            <w:shd w:val="clear" w:color="auto" w:fill="15344B"/>
            <w:vAlign w:val="center"/>
          </w:tcPr>
          <w:p w14:paraId="789E79D1" w14:textId="77777777" w:rsidR="00D93F19" w:rsidRDefault="00000000">
            <w:pPr>
              <w:pStyle w:val="TableText"/>
              <w:rPr>
                <w:rFonts w:hint="eastAsia"/>
              </w:rPr>
            </w:pPr>
            <w:r>
              <w:rPr>
                <w:b/>
                <w:color w:val="FFFFFF"/>
                <w:sz w:val="18"/>
              </w:rPr>
              <w:t>CHE COSA DIMOSTRA</w:t>
            </w:r>
          </w:p>
        </w:tc>
        <w:tc>
          <w:tcPr>
            <w:tcW w:w="3742" w:type="dxa"/>
            <w:shd w:val="clear" w:color="auto" w:fill="15344B"/>
            <w:vAlign w:val="center"/>
          </w:tcPr>
          <w:p w14:paraId="72B441E1" w14:textId="77777777" w:rsidR="00D93F19" w:rsidRDefault="00000000">
            <w:pPr>
              <w:pStyle w:val="TableText"/>
              <w:rPr>
                <w:rFonts w:hint="eastAsia"/>
              </w:rPr>
            </w:pPr>
            <w:r>
              <w:rPr>
                <w:b/>
                <w:color w:val="FFFFFF"/>
                <w:sz w:val="18"/>
              </w:rPr>
              <w:t>CHE COSA NON SOSTITUISCE</w:t>
            </w:r>
          </w:p>
        </w:tc>
      </w:tr>
      <w:tr w:rsidR="00D93F19" w14:paraId="69E2E6AD" w14:textId="77777777">
        <w:trPr>
          <w:cantSplit/>
          <w:jc w:val="center"/>
        </w:trPr>
        <w:tc>
          <w:tcPr>
            <w:tcW w:w="2381" w:type="dxa"/>
            <w:shd w:val="clear" w:color="auto" w:fill="F2F6F8"/>
            <w:vAlign w:val="center"/>
          </w:tcPr>
          <w:p w14:paraId="0D44AE63" w14:textId="77777777" w:rsidR="00D93F19" w:rsidRDefault="00000000">
            <w:pPr>
              <w:pStyle w:val="TableText"/>
              <w:rPr>
                <w:rFonts w:hint="eastAsia"/>
              </w:rPr>
            </w:pPr>
            <w:r>
              <w:rPr>
                <w:sz w:val="18"/>
              </w:rPr>
              <w:t>Relazione tecnica</w:t>
            </w:r>
          </w:p>
        </w:tc>
        <w:tc>
          <w:tcPr>
            <w:tcW w:w="3742" w:type="dxa"/>
            <w:shd w:val="clear" w:color="auto" w:fill="F2F6F8"/>
            <w:vAlign w:val="center"/>
          </w:tcPr>
          <w:p w14:paraId="1EE2C2D1" w14:textId="77777777" w:rsidR="00D93F19" w:rsidRDefault="00000000">
            <w:pPr>
              <w:pStyle w:val="TableText"/>
              <w:rPr>
                <w:rFonts w:hint="eastAsia"/>
              </w:rPr>
            </w:pPr>
            <w:r>
              <w:rPr>
                <w:sz w:val="18"/>
              </w:rPr>
              <w:t>Criteri, verifiche e motivazione dell’inquadramento per il caso esaminato.</w:t>
            </w:r>
          </w:p>
        </w:tc>
        <w:tc>
          <w:tcPr>
            <w:tcW w:w="3742" w:type="dxa"/>
            <w:shd w:val="clear" w:color="auto" w:fill="F2F6F8"/>
            <w:vAlign w:val="center"/>
          </w:tcPr>
          <w:p w14:paraId="7C587DE6" w14:textId="77777777" w:rsidR="00D93F19" w:rsidRDefault="00000000">
            <w:pPr>
              <w:pStyle w:val="TableText"/>
              <w:rPr>
                <w:rFonts w:hint="eastAsia"/>
              </w:rPr>
            </w:pPr>
            <w:r>
              <w:rPr>
                <w:sz w:val="18"/>
              </w:rPr>
              <w:t>Esecuzione effettiva, rapporto delle prove o documenti di conformità dovuti.</w:t>
            </w:r>
          </w:p>
        </w:tc>
      </w:tr>
      <w:tr w:rsidR="00D93F19" w14:paraId="1676F1B7" w14:textId="77777777">
        <w:trPr>
          <w:cantSplit/>
          <w:jc w:val="center"/>
        </w:trPr>
        <w:tc>
          <w:tcPr>
            <w:tcW w:w="2381" w:type="dxa"/>
            <w:vAlign w:val="center"/>
          </w:tcPr>
          <w:p w14:paraId="40B85A15" w14:textId="77777777" w:rsidR="00D93F19" w:rsidRDefault="00000000">
            <w:pPr>
              <w:pStyle w:val="TableText"/>
              <w:rPr>
                <w:rFonts w:hint="eastAsia"/>
              </w:rPr>
            </w:pPr>
            <w:r>
              <w:rPr>
                <w:sz w:val="18"/>
              </w:rPr>
              <w:t>Dichiarazione di idoneità del fabbricante</w:t>
            </w:r>
          </w:p>
        </w:tc>
        <w:tc>
          <w:tcPr>
            <w:tcW w:w="3742" w:type="dxa"/>
            <w:vAlign w:val="center"/>
          </w:tcPr>
          <w:p w14:paraId="7B64AC4B" w14:textId="77777777" w:rsidR="00D93F19" w:rsidRDefault="00000000">
            <w:pPr>
              <w:pStyle w:val="TableText"/>
              <w:rPr>
                <w:rFonts w:hint="eastAsia"/>
              </w:rPr>
            </w:pPr>
            <w:r>
              <w:rPr>
                <w:sz w:val="18"/>
              </w:rPr>
              <w:t>Nelle schede pertinenti, che l’intervento non fa decadere la dichiarazione originaria.</w:t>
            </w:r>
          </w:p>
        </w:tc>
        <w:tc>
          <w:tcPr>
            <w:tcW w:w="3742" w:type="dxa"/>
            <w:vAlign w:val="center"/>
          </w:tcPr>
          <w:p w14:paraId="6032C330" w14:textId="77777777" w:rsidR="00D93F19" w:rsidRDefault="00000000">
            <w:pPr>
              <w:pStyle w:val="TableText"/>
              <w:rPr>
                <w:rFonts w:hint="eastAsia"/>
              </w:rPr>
            </w:pPr>
            <w:r>
              <w:rPr>
                <w:sz w:val="18"/>
              </w:rPr>
              <w:t>Altri documenti e test elencati nella medesima scheda.</w:t>
            </w:r>
          </w:p>
        </w:tc>
      </w:tr>
      <w:tr w:rsidR="00D93F19" w14:paraId="363DC98C" w14:textId="77777777">
        <w:trPr>
          <w:cantSplit/>
          <w:jc w:val="center"/>
        </w:trPr>
        <w:tc>
          <w:tcPr>
            <w:tcW w:w="2381" w:type="dxa"/>
            <w:shd w:val="clear" w:color="auto" w:fill="F2F6F8"/>
            <w:vAlign w:val="center"/>
          </w:tcPr>
          <w:p w14:paraId="6C23B4D2" w14:textId="77777777" w:rsidR="00D93F19" w:rsidRDefault="00000000">
            <w:pPr>
              <w:pStyle w:val="TableText"/>
              <w:rPr>
                <w:rFonts w:hint="eastAsia"/>
              </w:rPr>
            </w:pPr>
            <w:r>
              <w:rPr>
                <w:sz w:val="18"/>
              </w:rPr>
              <w:t>Dichiarazione di corretta installazione / regola dell’arte</w:t>
            </w:r>
          </w:p>
        </w:tc>
        <w:tc>
          <w:tcPr>
            <w:tcW w:w="3742" w:type="dxa"/>
            <w:shd w:val="clear" w:color="auto" w:fill="F2F6F8"/>
            <w:vAlign w:val="center"/>
          </w:tcPr>
          <w:p w14:paraId="30DCD719" w14:textId="77777777" w:rsidR="00D93F19" w:rsidRDefault="00000000">
            <w:pPr>
              <w:pStyle w:val="TableText"/>
              <w:rPr>
                <w:rFonts w:hint="eastAsia"/>
              </w:rPr>
            </w:pPr>
            <w:r>
              <w:rPr>
                <w:sz w:val="18"/>
              </w:rPr>
              <w:t>Lavori eseguiti e responsabilità dell’esecutore entro il perimetro dichiarato.</w:t>
            </w:r>
          </w:p>
        </w:tc>
        <w:tc>
          <w:tcPr>
            <w:tcW w:w="3742" w:type="dxa"/>
            <w:shd w:val="clear" w:color="auto" w:fill="F2F6F8"/>
            <w:vAlign w:val="center"/>
          </w:tcPr>
          <w:p w14:paraId="2334A8D5" w14:textId="77777777" w:rsidR="00D93F19" w:rsidRDefault="00000000">
            <w:pPr>
              <w:pStyle w:val="TableText"/>
              <w:rPr>
                <w:rFonts w:hint="eastAsia"/>
              </w:rPr>
            </w:pPr>
            <w:r>
              <w:rPr>
                <w:sz w:val="18"/>
              </w:rPr>
              <w:t>Marcatura CE, nuova dichiarazione di conformità o verifica periodica.</w:t>
            </w:r>
          </w:p>
        </w:tc>
      </w:tr>
      <w:tr w:rsidR="00D93F19" w14:paraId="04912857" w14:textId="77777777">
        <w:trPr>
          <w:cantSplit/>
          <w:jc w:val="center"/>
        </w:trPr>
        <w:tc>
          <w:tcPr>
            <w:tcW w:w="2381" w:type="dxa"/>
            <w:vAlign w:val="center"/>
          </w:tcPr>
          <w:p w14:paraId="7B69D559" w14:textId="77777777" w:rsidR="00D93F19" w:rsidRDefault="00000000">
            <w:pPr>
              <w:pStyle w:val="TableText"/>
              <w:rPr>
                <w:rFonts w:hint="eastAsia"/>
              </w:rPr>
            </w:pPr>
            <w:r>
              <w:rPr>
                <w:sz w:val="18"/>
              </w:rPr>
              <w:t>Rapporto di verifica / collaudo</w:t>
            </w:r>
          </w:p>
        </w:tc>
        <w:tc>
          <w:tcPr>
            <w:tcW w:w="3742" w:type="dxa"/>
            <w:vAlign w:val="center"/>
          </w:tcPr>
          <w:p w14:paraId="262AC134" w14:textId="77777777" w:rsidR="00D93F19" w:rsidRDefault="00000000">
            <w:pPr>
              <w:pStyle w:val="TableText"/>
              <w:rPr>
                <w:rFonts w:hint="eastAsia"/>
              </w:rPr>
            </w:pPr>
            <w:r>
              <w:rPr>
                <w:sz w:val="18"/>
              </w:rPr>
              <w:t>Test effettuati, condizioni, risultati e relativo giudizio.</w:t>
            </w:r>
          </w:p>
        </w:tc>
        <w:tc>
          <w:tcPr>
            <w:tcW w:w="3742" w:type="dxa"/>
            <w:vAlign w:val="center"/>
          </w:tcPr>
          <w:p w14:paraId="5142A3C2" w14:textId="77777777" w:rsidR="00D93F19" w:rsidRDefault="00000000">
            <w:pPr>
              <w:pStyle w:val="TableText"/>
              <w:rPr>
                <w:rFonts w:hint="eastAsia"/>
              </w:rPr>
            </w:pPr>
            <w:r>
              <w:rPr>
                <w:sz w:val="18"/>
              </w:rPr>
              <w:t>La classificazione dell’intervento basata sull’insieme delle evidenze.</w:t>
            </w:r>
          </w:p>
        </w:tc>
      </w:tr>
      <w:tr w:rsidR="00D93F19" w14:paraId="26C0188D" w14:textId="77777777">
        <w:trPr>
          <w:cantSplit/>
          <w:jc w:val="center"/>
        </w:trPr>
        <w:tc>
          <w:tcPr>
            <w:tcW w:w="2381" w:type="dxa"/>
            <w:shd w:val="clear" w:color="auto" w:fill="F2F6F8"/>
            <w:vAlign w:val="center"/>
          </w:tcPr>
          <w:p w14:paraId="4FC5436F" w14:textId="77777777" w:rsidR="00D93F19" w:rsidRDefault="00000000">
            <w:pPr>
              <w:pStyle w:val="TableText"/>
              <w:rPr>
                <w:rFonts w:hint="eastAsia"/>
              </w:rPr>
            </w:pPr>
            <w:r>
              <w:rPr>
                <w:sz w:val="18"/>
              </w:rPr>
              <w:t>Documenti dei componenti</w:t>
            </w:r>
          </w:p>
        </w:tc>
        <w:tc>
          <w:tcPr>
            <w:tcW w:w="3742" w:type="dxa"/>
            <w:shd w:val="clear" w:color="auto" w:fill="F2F6F8"/>
            <w:vAlign w:val="center"/>
          </w:tcPr>
          <w:p w14:paraId="5DB8CB25" w14:textId="77777777" w:rsidR="00D93F19" w:rsidRDefault="00000000">
            <w:pPr>
              <w:pStyle w:val="TableText"/>
              <w:rPr>
                <w:rFonts w:hint="eastAsia"/>
              </w:rPr>
            </w:pPr>
            <w:r>
              <w:rPr>
                <w:sz w:val="18"/>
              </w:rPr>
              <w:t>Caratteristiche, istruzioni e documenti richiesti per le parti inserite.</w:t>
            </w:r>
          </w:p>
        </w:tc>
        <w:tc>
          <w:tcPr>
            <w:tcW w:w="3742" w:type="dxa"/>
            <w:shd w:val="clear" w:color="auto" w:fill="F2F6F8"/>
            <w:vAlign w:val="center"/>
          </w:tcPr>
          <w:p w14:paraId="155631C5" w14:textId="77777777" w:rsidR="00D93F19" w:rsidRDefault="00000000">
            <w:pPr>
              <w:pStyle w:val="TableText"/>
              <w:rPr>
                <w:rFonts w:hint="eastAsia"/>
              </w:rPr>
            </w:pPr>
            <w:r>
              <w:rPr>
                <w:sz w:val="18"/>
              </w:rPr>
              <w:t>Compatibilità complessiva e idoneità dell’integrazione.</w:t>
            </w:r>
          </w:p>
        </w:tc>
      </w:tr>
      <w:tr w:rsidR="00D93F19" w14:paraId="399776D2" w14:textId="77777777">
        <w:trPr>
          <w:cantSplit/>
          <w:jc w:val="center"/>
        </w:trPr>
        <w:tc>
          <w:tcPr>
            <w:tcW w:w="2381" w:type="dxa"/>
            <w:vAlign w:val="center"/>
          </w:tcPr>
          <w:p w14:paraId="327AA5BA" w14:textId="77777777" w:rsidR="00D93F19" w:rsidRDefault="00000000">
            <w:pPr>
              <w:pStyle w:val="TableText"/>
              <w:rPr>
                <w:rFonts w:hint="eastAsia"/>
              </w:rPr>
            </w:pPr>
            <w:r>
              <w:rPr>
                <w:sz w:val="18"/>
              </w:rPr>
              <w:t>Verbale di rimessa in servizio</w:t>
            </w:r>
          </w:p>
        </w:tc>
        <w:tc>
          <w:tcPr>
            <w:tcW w:w="3742" w:type="dxa"/>
            <w:vAlign w:val="center"/>
          </w:tcPr>
          <w:p w14:paraId="26349582" w14:textId="77777777" w:rsidR="00D93F19" w:rsidRDefault="00000000">
            <w:pPr>
              <w:pStyle w:val="TableText"/>
              <w:rPr>
                <w:rFonts w:hint="eastAsia"/>
              </w:rPr>
            </w:pPr>
            <w:r>
              <w:rPr>
                <w:sz w:val="18"/>
              </w:rPr>
              <w:t>Decisione interna di restituire all’uso la macchina nelle condizioni indicate.</w:t>
            </w:r>
          </w:p>
        </w:tc>
        <w:tc>
          <w:tcPr>
            <w:tcW w:w="3742" w:type="dxa"/>
            <w:vAlign w:val="center"/>
          </w:tcPr>
          <w:p w14:paraId="4A5853E6" w14:textId="77777777" w:rsidR="00D93F19" w:rsidRDefault="00000000">
            <w:pPr>
              <w:pStyle w:val="TableText"/>
              <w:rPr>
                <w:rFonts w:hint="eastAsia"/>
              </w:rPr>
            </w:pPr>
            <w:r>
              <w:rPr>
                <w:sz w:val="18"/>
              </w:rPr>
              <w:t>Obblighi di controllo/verifica o conformità del prodotto.</w:t>
            </w:r>
          </w:p>
        </w:tc>
      </w:tr>
    </w:tbl>
    <w:p w14:paraId="02B62F15" w14:textId="77777777" w:rsidR="00D93F19" w:rsidRDefault="00D93F19">
      <w:pPr>
        <w:spacing w:after="0" w:line="20" w:lineRule="exact"/>
        <w:rPr>
          <w:rFonts w:hint="eastAsia"/>
        </w:rPr>
      </w:pPr>
    </w:p>
    <w:p w14:paraId="2238F579" w14:textId="77777777" w:rsidR="00D93F19" w:rsidRDefault="00000000">
      <w:pPr>
        <w:pStyle w:val="Titolo2"/>
      </w:pPr>
      <w:r>
        <w:t>Modello A15 e Appendice 2 INAIL</w:t>
      </w:r>
    </w:p>
    <w:p w14:paraId="7E2DE950" w14:textId="77777777" w:rsidR="00D93F19" w:rsidRDefault="00000000">
      <w:pPr>
        <w:rPr>
          <w:rFonts w:hint="eastAsia"/>
        </w:rPr>
      </w:pPr>
      <w:r>
        <w:t>Il modulo A15 è un modello aziendale rielaborato a partire dalle informazioni dell’Appendice 2: identifica esecutore, macchina, luogo, interventi, istruzioni/relazione, test e allegati. Deve essere sottoscritto solo dopo il completamento dei lavori e delle verifiche pertinenti. Le prove positive non sono prestampate come fatto già avvenuto.</w:t>
      </w:r>
    </w:p>
    <w:p w14:paraId="425CA869" w14:textId="77777777" w:rsidR="00D93F19" w:rsidRDefault="00000000">
      <w:pPr>
        <w:pStyle w:val="Titolo2"/>
      </w:pPr>
      <w:r>
        <w:t>Aggiornare istruzioni e configurazione</w:t>
      </w:r>
    </w:p>
    <w:p w14:paraId="77B591D8" w14:textId="77777777" w:rsidR="00D93F19" w:rsidRDefault="00000000">
      <w:pPr>
        <w:rPr>
          <w:rFonts w:hint="eastAsia"/>
        </w:rPr>
      </w:pPr>
      <w:r>
        <w:t>Produrre gli aggiornamenti previsti dalla scheda e quelli necessari per descrivere la configurazione effettiva: schemi, distinta, parametri autorizzati, limiti d’uso, avvertenze e controlli. Mantenere rintracciabile la versione precedente. Per i documenti che competono al fabbricante, non sostituirne firma o contenuto con un’attestazione dell’utilizzatore.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6B85A172" w14:textId="77777777">
        <w:trPr>
          <w:cantSplit/>
        </w:trPr>
        <w:tc>
          <w:tcPr>
            <w:tcW w:w="9866" w:type="dxa"/>
            <w:shd w:val="clear" w:color="auto" w:fill="EAF2F6"/>
            <w:vAlign w:val="center"/>
          </w:tcPr>
          <w:p w14:paraId="0BA8F32C" w14:textId="77777777" w:rsidR="00D93F19" w:rsidRDefault="00000000">
            <w:pPr>
              <w:pStyle w:val="TableText"/>
              <w:rPr>
                <w:rFonts w:hint="eastAsia"/>
              </w:rPr>
            </w:pPr>
            <w:r>
              <w:rPr>
                <w:color w:val="15344B"/>
              </w:rPr>
              <w:t>Le schede non richiedono gli stessi documenti in ogni caso. La matrice §18 conserva questa distinzione. La procedura aziendale può prevedere evidenze aggiuntive, ma esse sono indicate come integrazioni organizzative, non come prescrizioni testuali INAIL.</w:t>
            </w:r>
          </w:p>
        </w:tc>
      </w:tr>
    </w:tbl>
    <w:p w14:paraId="008F70AE" w14:textId="77777777" w:rsidR="00D93F19" w:rsidRDefault="00D93F19">
      <w:pPr>
        <w:spacing w:after="0" w:line="20" w:lineRule="exact"/>
        <w:rPr>
          <w:rFonts w:hint="eastAsia"/>
        </w:rPr>
      </w:pPr>
    </w:p>
    <w:p w14:paraId="19E263CF" w14:textId="77777777" w:rsidR="00D93F19" w:rsidRDefault="00000000">
      <w:pPr>
        <w:pStyle w:val="Small"/>
        <w:rPr>
          <w:rFonts w:hint="eastAsia"/>
        </w:rPr>
      </w:pPr>
      <w:r>
        <w:t>F: INAIL 2026, pp. 11–13, schede pp. 19–33, Appendice 2 pp. 41–42. O: chiusura del fascicolo e modulo A15 originale.</w:t>
      </w:r>
    </w:p>
    <w:p w14:paraId="1D1BB034" w14:textId="77777777" w:rsidR="00D93F19" w:rsidRDefault="00000000">
      <w:pPr>
        <w:pStyle w:val="Kicker"/>
        <w:pageBreakBefore/>
        <w:rPr>
          <w:rFonts w:hint="eastAsia"/>
        </w:rPr>
      </w:pPr>
      <w:r>
        <w:t>F + O • RILASCIO DELLA MACCHINA</w:t>
      </w:r>
    </w:p>
    <w:p w14:paraId="4A437C1E" w14:textId="77777777" w:rsidR="00D93F19" w:rsidRDefault="00000000">
      <w:pPr>
        <w:pStyle w:val="Titolo1"/>
      </w:pPr>
      <w:bookmarkStart w:id="19" w:name="P20"/>
      <w:r>
        <w:t>15. Rimessa in servizio e verifiche periodiche</w:t>
      </w:r>
      <w:bookmarkEnd w:id="19"/>
    </w:p>
    <w:p w14:paraId="19FD5617" w14:textId="77777777" w:rsidR="00D93F19" w:rsidRDefault="00000000">
      <w:pPr>
        <w:rPr>
          <w:rFonts w:hint="eastAsia"/>
        </w:rPr>
      </w:pPr>
      <w:r>
        <w:t>Il responsabile aziendale autorizzato restituisce la macchina all’uso solo dopo il punto G4. La restituzione è una decisione organizzativa fondata sulla documentazione tecnica: non sostituisce le responsabilità dell’esecutore, del progettista o dei soggetti competenti alle verifiche.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2835"/>
        <w:gridCol w:w="7030"/>
      </w:tblGrid>
      <w:tr w:rsidR="00D93F19" w14:paraId="36B066B5" w14:textId="77777777">
        <w:trPr>
          <w:cantSplit/>
          <w:tblHeader/>
          <w:jc w:val="center"/>
        </w:trPr>
        <w:tc>
          <w:tcPr>
            <w:tcW w:w="2835" w:type="dxa"/>
            <w:shd w:val="clear" w:color="auto" w:fill="15344B"/>
            <w:vAlign w:val="center"/>
          </w:tcPr>
          <w:p w14:paraId="26DC8194" w14:textId="77777777" w:rsidR="00D93F19" w:rsidRDefault="00000000">
            <w:pPr>
              <w:pStyle w:val="TableText"/>
              <w:rPr>
                <w:rFonts w:hint="eastAsia"/>
              </w:rPr>
            </w:pPr>
            <w:r>
              <w:rPr>
                <w:b/>
                <w:color w:val="FFFFFF"/>
              </w:rPr>
              <w:t>CONDIZIONE G4</w:t>
            </w:r>
          </w:p>
        </w:tc>
        <w:tc>
          <w:tcPr>
            <w:tcW w:w="7030" w:type="dxa"/>
            <w:shd w:val="clear" w:color="auto" w:fill="15344B"/>
            <w:vAlign w:val="center"/>
          </w:tcPr>
          <w:p w14:paraId="7463E0B5" w14:textId="77777777" w:rsidR="00D93F19" w:rsidRDefault="00000000">
            <w:pPr>
              <w:pStyle w:val="TableText"/>
              <w:rPr>
                <w:rFonts w:hint="eastAsia"/>
              </w:rPr>
            </w:pPr>
            <w:r>
              <w:rPr>
                <w:b/>
                <w:color w:val="FFFFFF"/>
              </w:rPr>
              <w:t>RISCONTRO IN A17</w:t>
            </w:r>
          </w:p>
        </w:tc>
      </w:tr>
      <w:tr w:rsidR="00D93F19" w14:paraId="439D62D6" w14:textId="77777777">
        <w:trPr>
          <w:cantSplit/>
          <w:jc w:val="center"/>
        </w:trPr>
        <w:tc>
          <w:tcPr>
            <w:tcW w:w="2835" w:type="dxa"/>
            <w:shd w:val="clear" w:color="auto" w:fill="F2F6F8"/>
            <w:vAlign w:val="center"/>
          </w:tcPr>
          <w:p w14:paraId="2860F769" w14:textId="77777777" w:rsidR="00D93F19" w:rsidRDefault="00000000">
            <w:pPr>
              <w:pStyle w:val="TableText"/>
              <w:rPr>
                <w:rFonts w:hint="eastAsia"/>
              </w:rPr>
            </w:pPr>
            <w:r>
              <w:t>Classificazione confermata</w:t>
            </w:r>
          </w:p>
        </w:tc>
        <w:tc>
          <w:tcPr>
            <w:tcW w:w="7030" w:type="dxa"/>
            <w:shd w:val="clear" w:color="auto" w:fill="F2F6F8"/>
            <w:vAlign w:val="center"/>
          </w:tcPr>
          <w:p w14:paraId="2B003FD4" w14:textId="77777777" w:rsidR="00D93F19" w:rsidRDefault="00000000">
            <w:pPr>
              <w:pStyle w:val="TableText"/>
              <w:rPr>
                <w:rFonts w:hint="eastAsia"/>
              </w:rPr>
            </w:pPr>
            <w:r>
              <w:t>Intervento eseguito e varianti coerenti con il giudizio finale; condizioni delle schede dimostrate.</w:t>
            </w:r>
          </w:p>
        </w:tc>
      </w:tr>
      <w:tr w:rsidR="00D93F19" w14:paraId="2BCB28EF" w14:textId="77777777">
        <w:trPr>
          <w:cantSplit/>
          <w:jc w:val="center"/>
        </w:trPr>
        <w:tc>
          <w:tcPr>
            <w:tcW w:w="2835" w:type="dxa"/>
            <w:vAlign w:val="center"/>
          </w:tcPr>
          <w:p w14:paraId="07E575C6" w14:textId="77777777" w:rsidR="00D93F19" w:rsidRDefault="00000000">
            <w:pPr>
              <w:pStyle w:val="TableText"/>
              <w:rPr>
                <w:rFonts w:hint="eastAsia"/>
              </w:rPr>
            </w:pPr>
            <w:r>
              <w:t>Esito tecnico favorevole</w:t>
            </w:r>
          </w:p>
        </w:tc>
        <w:tc>
          <w:tcPr>
            <w:tcW w:w="7030" w:type="dxa"/>
            <w:vAlign w:val="center"/>
          </w:tcPr>
          <w:p w14:paraId="08E3F218" w14:textId="77777777" w:rsidR="00D93F19" w:rsidRDefault="00000000">
            <w:pPr>
              <w:pStyle w:val="TableText"/>
              <w:rPr>
                <w:rFonts w:hint="eastAsia"/>
              </w:rPr>
            </w:pPr>
            <w:r>
              <w:t>Controlli e prove previsti completati; assenza di anomalie aperte che pregiudichino la sicurezza.</w:t>
            </w:r>
          </w:p>
        </w:tc>
      </w:tr>
      <w:tr w:rsidR="00D93F19" w14:paraId="2EEEE6B0" w14:textId="77777777">
        <w:trPr>
          <w:cantSplit/>
          <w:jc w:val="center"/>
        </w:trPr>
        <w:tc>
          <w:tcPr>
            <w:tcW w:w="2835" w:type="dxa"/>
            <w:shd w:val="clear" w:color="auto" w:fill="F2F6F8"/>
            <w:vAlign w:val="center"/>
          </w:tcPr>
          <w:p w14:paraId="2BEE24BA" w14:textId="77777777" w:rsidR="00D93F19" w:rsidRDefault="00000000">
            <w:pPr>
              <w:pStyle w:val="TableText"/>
              <w:rPr>
                <w:rFonts w:hint="eastAsia"/>
              </w:rPr>
            </w:pPr>
            <w:r>
              <w:t>Installazione idonea</w:t>
            </w:r>
          </w:p>
        </w:tc>
        <w:tc>
          <w:tcPr>
            <w:tcW w:w="7030" w:type="dxa"/>
            <w:shd w:val="clear" w:color="auto" w:fill="F2F6F8"/>
            <w:vAlign w:val="center"/>
          </w:tcPr>
          <w:p w14:paraId="6A03CD7B" w14:textId="77777777" w:rsidR="00D93F19" w:rsidRDefault="00000000">
            <w:pPr>
              <w:pStyle w:val="TableText"/>
              <w:rPr>
                <w:rFonts w:hint="eastAsia"/>
              </w:rPr>
            </w:pPr>
            <w:r>
              <w:t>Sostegni, vie di corsa, ambiente e interfacce documentati per la configurazione finale.</w:t>
            </w:r>
          </w:p>
        </w:tc>
      </w:tr>
      <w:tr w:rsidR="00D93F19" w14:paraId="755517C9" w14:textId="77777777">
        <w:trPr>
          <w:cantSplit/>
          <w:jc w:val="center"/>
        </w:trPr>
        <w:tc>
          <w:tcPr>
            <w:tcW w:w="2835" w:type="dxa"/>
            <w:vAlign w:val="center"/>
          </w:tcPr>
          <w:p w14:paraId="1E14C335" w14:textId="77777777" w:rsidR="00D93F19" w:rsidRDefault="00000000">
            <w:pPr>
              <w:pStyle w:val="TableText"/>
              <w:rPr>
                <w:rFonts w:hint="eastAsia"/>
              </w:rPr>
            </w:pPr>
            <w:r>
              <w:t>Configurazione pronta</w:t>
            </w:r>
          </w:p>
        </w:tc>
        <w:tc>
          <w:tcPr>
            <w:tcW w:w="7030" w:type="dxa"/>
            <w:vAlign w:val="center"/>
          </w:tcPr>
          <w:p w14:paraId="1D9196DB" w14:textId="77777777" w:rsidR="00D93F19" w:rsidRDefault="00000000">
            <w:pPr>
              <w:pStyle w:val="TableText"/>
              <w:rPr>
                <w:rFonts w:hint="eastAsia"/>
              </w:rPr>
            </w:pPr>
            <w:r>
              <w:t>Ripari e protezioni ripristinati, componenti identificati, area sgombra e documenti aggiornati.</w:t>
            </w:r>
          </w:p>
        </w:tc>
      </w:tr>
      <w:tr w:rsidR="00D93F19" w14:paraId="0935FAD1" w14:textId="77777777">
        <w:trPr>
          <w:cantSplit/>
          <w:jc w:val="center"/>
        </w:trPr>
        <w:tc>
          <w:tcPr>
            <w:tcW w:w="2835" w:type="dxa"/>
            <w:shd w:val="clear" w:color="auto" w:fill="F2F6F8"/>
            <w:vAlign w:val="center"/>
          </w:tcPr>
          <w:p w14:paraId="5C7E7E1E" w14:textId="77777777" w:rsidR="00D93F19" w:rsidRDefault="00000000">
            <w:pPr>
              <w:pStyle w:val="TableText"/>
              <w:rPr>
                <w:rFonts w:hint="eastAsia"/>
              </w:rPr>
            </w:pPr>
            <w:r>
              <w:t>Adempimenti gestiti</w:t>
            </w:r>
          </w:p>
        </w:tc>
        <w:tc>
          <w:tcPr>
            <w:tcW w:w="7030" w:type="dxa"/>
            <w:shd w:val="clear" w:color="auto" w:fill="F2F6F8"/>
            <w:vAlign w:val="center"/>
          </w:tcPr>
          <w:p w14:paraId="7BB927BA" w14:textId="77777777" w:rsidR="00D93F19" w:rsidRDefault="00000000">
            <w:pPr>
              <w:pStyle w:val="TableText"/>
              <w:rPr>
                <w:rFonts w:hint="eastAsia"/>
              </w:rPr>
            </w:pPr>
            <w:r>
              <w:t>Situazione della matricola, delle verifiche e delle eventuali comunicazioni esaminata dal responsabile aziendale.</w:t>
            </w:r>
          </w:p>
        </w:tc>
      </w:tr>
      <w:tr w:rsidR="00D93F19" w14:paraId="03E63A37" w14:textId="77777777">
        <w:trPr>
          <w:cantSplit/>
          <w:jc w:val="center"/>
        </w:trPr>
        <w:tc>
          <w:tcPr>
            <w:tcW w:w="2835" w:type="dxa"/>
            <w:vAlign w:val="center"/>
          </w:tcPr>
          <w:p w14:paraId="76E3DB4B" w14:textId="77777777" w:rsidR="00D93F19" w:rsidRDefault="00000000">
            <w:pPr>
              <w:pStyle w:val="TableText"/>
              <w:rPr>
                <w:rFonts w:hint="eastAsia"/>
              </w:rPr>
            </w:pPr>
            <w:r>
              <w:t>Utilizzatori informati</w:t>
            </w:r>
          </w:p>
        </w:tc>
        <w:tc>
          <w:tcPr>
            <w:tcW w:w="7030" w:type="dxa"/>
            <w:vAlign w:val="center"/>
          </w:tcPr>
          <w:p w14:paraId="1E60D55E" w14:textId="77777777" w:rsidR="00D93F19" w:rsidRDefault="00000000">
            <w:pPr>
              <w:pStyle w:val="TableText"/>
              <w:rPr>
                <w:rFonts w:hint="eastAsia"/>
              </w:rPr>
            </w:pPr>
            <w:r>
              <w:t>Consegna di limiti, istruzioni, controlli e nuove condizioni; formazione/addestramento quando necessari.</w:t>
            </w:r>
          </w:p>
        </w:tc>
      </w:tr>
    </w:tbl>
    <w:p w14:paraId="3253F2E6" w14:textId="77777777" w:rsidR="00D93F19" w:rsidRDefault="00D93F19">
      <w:pPr>
        <w:spacing w:after="0" w:line="20" w:lineRule="exact"/>
        <w:rPr>
          <w:rFonts w:hint="eastAsia"/>
        </w:rPr>
      </w:pPr>
    </w:p>
    <w:p w14:paraId="599A2DC1" w14:textId="77777777" w:rsidR="00D93F19" w:rsidRDefault="00000000">
      <w:pPr>
        <w:pStyle w:val="Titolo2"/>
      </w:pPr>
      <w:r>
        <w:t>Manutenzione straordinaria e verifica periodica</w:t>
      </w:r>
    </w:p>
    <w:p w14:paraId="0ADA3AE7" w14:textId="77777777" w:rsidR="00D93F19" w:rsidRDefault="00000000">
      <w:pPr>
        <w:rPr>
          <w:rFonts w:hint="eastAsia"/>
        </w:rPr>
      </w:pPr>
      <w:r>
        <w:t>INAIL indica che, in caso di manutenzione straordinaria, il verificatore esamina la documentazione fornita dal datore di lavoro e dà atto delle operazioni nel verbale; può richiedere integrazioni e interrompere la verifica in corso. La fonte precisa inoltre che, nella prima verifica sospesa per documenti mancanti, occorre attivare il seguito della procedura e non mettere a disposizione l’attrezzatura se nel frattempo siano scaduti i termini senza che la verifica sia effettuata.</w:t>
      </w:r>
    </w:p>
    <w:p w14:paraId="71127812" w14:textId="77777777" w:rsidR="00D93F19" w:rsidRDefault="00000000">
      <w:pPr>
        <w:pStyle w:val="Titolo2"/>
      </w:pPr>
      <w:r>
        <w:t>Quando l’intervento configura una nuova macchina</w:t>
      </w:r>
    </w:p>
    <w:p w14:paraId="6C9547AB" w14:textId="77777777" w:rsidR="00D93F19" w:rsidRDefault="00000000">
      <w:pPr>
        <w:rPr>
          <w:rFonts w:hint="eastAsia"/>
        </w:rPr>
      </w:pPr>
      <w:r>
        <w:t>La pubblicazione distingue il caso della modifica sostanziale: nuova valutazione di conformità e documenti correlati, nuova comunicazione di messa in servizio ai fini della matricola e cessazione dell’esercizio dell’attrezzatura originaria, nel relativo perimetro applicabile. Queste attività non possono essere sostituite dalla dichiarazione A15.</w:t>
      </w:r>
    </w:p>
    <w:p w14:paraId="35EB5226" w14:textId="77777777" w:rsidR="00D93F19" w:rsidRDefault="00000000">
      <w:pPr>
        <w:pStyle w:val="Titolo2"/>
      </w:pPr>
      <w:r>
        <w:t>Scadenze</w:t>
      </w:r>
    </w:p>
    <w:p w14:paraId="1FBB4C5B" w14:textId="77777777" w:rsidR="00D93F19" w:rsidRDefault="00000000">
      <w:pPr>
        <w:rPr>
          <w:rFonts w:hint="eastAsia"/>
        </w:rPr>
      </w:pPr>
      <w:r>
        <w:t>A19 tiene separate scadenze manutentive, controlli e verifiche periodiche. La periodicità dipende dall’assoggettamento e dalle caratteristiche dell’attrezzatura: non è introdotta una scadenza unica per tutte le gru. La manutenzione straordinaria non azzera automaticamente l’età, la storia né il calendario della macchina.</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32551FC" w14:textId="77777777">
        <w:trPr>
          <w:cantSplit/>
        </w:trPr>
        <w:tc>
          <w:tcPr>
            <w:tcW w:w="9866" w:type="dxa"/>
            <w:shd w:val="clear" w:color="auto" w:fill="FFF5E2"/>
            <w:vAlign w:val="center"/>
          </w:tcPr>
          <w:p w14:paraId="6F6CFCA6" w14:textId="77777777" w:rsidR="00D93F19" w:rsidRDefault="00000000">
            <w:pPr>
              <w:pStyle w:val="TableText"/>
              <w:rPr>
                <w:rFonts w:hint="eastAsia"/>
              </w:rPr>
            </w:pPr>
            <w:r>
              <w:rPr>
                <w:color w:val="A53435"/>
              </w:rPr>
              <w:t>La voce «documentazione da integrare» non è un’autorizzazione provvisoria all’uso. Se una carenza impedisce di dimostrare una condizione di sicurezza o un adempimento necessario, mantenere il fermo.</w:t>
            </w:r>
          </w:p>
        </w:tc>
      </w:tr>
    </w:tbl>
    <w:p w14:paraId="09C6F6C2" w14:textId="77777777" w:rsidR="00D93F19" w:rsidRDefault="00D93F19">
      <w:pPr>
        <w:spacing w:after="0" w:line="20" w:lineRule="exact"/>
        <w:rPr>
          <w:rFonts w:hint="eastAsia"/>
        </w:rPr>
      </w:pPr>
    </w:p>
    <w:p w14:paraId="30F52B85" w14:textId="77777777" w:rsidR="00D93F19" w:rsidRDefault="00000000">
      <w:pPr>
        <w:pStyle w:val="Small"/>
        <w:rPr>
          <w:rFonts w:hint="eastAsia"/>
        </w:rPr>
      </w:pPr>
      <w:r>
        <w:t>F: INAIL 2026, pp. 7–8 e nota 2 p. 7. E02: distinzione tra manutenzione, controlli e verifiche. O: G4 e scadenzario A19.</w:t>
      </w:r>
    </w:p>
    <w:p w14:paraId="48936C40" w14:textId="77777777" w:rsidR="00D93F19" w:rsidRDefault="00000000">
      <w:pPr>
        <w:pStyle w:val="Kicker"/>
        <w:pageBreakBefore/>
        <w:rPr>
          <w:rFonts w:hint="eastAsia"/>
        </w:rPr>
      </w:pPr>
      <w:r>
        <w:t>F + O • MANTENERE LA TRACCIABILITÀ</w:t>
      </w:r>
    </w:p>
    <w:p w14:paraId="5AACB268" w14:textId="77777777" w:rsidR="00D93F19" w:rsidRDefault="00000000">
      <w:pPr>
        <w:pStyle w:val="Titolo1"/>
      </w:pPr>
      <w:bookmarkStart w:id="20" w:name="P21"/>
      <w:r>
        <w:t>16. Registrazione, anomalie e riesame</w:t>
      </w:r>
      <w:bookmarkEnd w:id="20"/>
    </w:p>
    <w:p w14:paraId="2E4533D9" w14:textId="77777777" w:rsidR="00D93F19" w:rsidRDefault="00000000">
      <w:pPr>
        <w:pStyle w:val="Titolo2"/>
      </w:pPr>
      <w:r>
        <w:t>Registro di controllo</w:t>
      </w:r>
    </w:p>
    <w:p w14:paraId="2FE2CD2C" w14:textId="77777777" w:rsidR="00D93F19" w:rsidRDefault="00000000">
      <w:pPr>
        <w:rPr>
          <w:rFonts w:hint="eastAsia"/>
        </w:rPr>
      </w:pPr>
      <w:r>
        <w:t>Registrare almeno descrizione sintetica delle operazioni, esiti dei test previsti, data, nominativo e firma dell’incaricato, come indicato nella pubblicazione. Collegare la voce al fascicolo dell’intervento e ai rapporti specialistici. La fonte evidenzia la funzione del registro per ricostruire la storia dell’attrezzatura e richiama l’eccezione dei controlli giornalieri, salvo esito negativo.</w:t>
      </w:r>
    </w:p>
    <w:p w14:paraId="2AE5D373" w14:textId="77777777" w:rsidR="00D93F19" w:rsidRDefault="00000000">
      <w:pPr>
        <w:pStyle w:val="Titolo2"/>
      </w:pPr>
      <w:r>
        <w:t>Archiviazione e disponibilità</w:t>
      </w:r>
    </w:p>
    <w:p w14:paraId="4DED9AAC" w14:textId="77777777" w:rsidR="00D93F19" w:rsidRDefault="00000000">
      <w:pPr>
        <w:rPr>
          <w:rFonts w:hint="eastAsia"/>
        </w:rPr>
      </w:pPr>
      <w:r>
        <w:t>A20 elenca gli elaborati finali con autore, data, revisione e collocazione. Per scelta organizzativa di questa procedura, conservare il fascicolo per tutta la vita in uso della macchina e mantenerlo disponibile al subentro di un nuovo utilizzatore; tale scelta non sostituisce gli specifici termini legali di conservazione. Custodire copie di sicurezza e impedire che una versione superata venga utilizzata per un nuovo intervento.</w:t>
      </w:r>
    </w:p>
    <w:p w14:paraId="2F53A5A8" w14:textId="77777777" w:rsidR="00D93F19" w:rsidRDefault="00000000">
      <w:pPr>
        <w:pStyle w:val="Titolo2"/>
      </w:pPr>
      <w:r>
        <w:t>Anomalie e interventi correttivi</w:t>
      </w:r>
    </w:p>
    <w:p w14:paraId="3706EA75" w14:textId="77777777" w:rsidR="00D93F19" w:rsidRDefault="00000000">
      <w:pPr>
        <w:rPr>
          <w:rFonts w:hint="eastAsia"/>
        </w:rPr>
      </w:pPr>
      <w:r>
        <w:t>Ogni difetto, dato non coerente o risultato negativo viene descritto in A16 con condizioni di rilevazione, conseguenze, protezioni immediate, responsabile e termine dell’azione. La chiusura richiede evidenza della correzione e della verifica di efficacia; non basta indicare «risolto». Per un’anomalia che può compromettere la sicurezza, fermare e impedire l’uso fino al riesame.</w:t>
      </w:r>
    </w:p>
    <w:p w14:paraId="1F5D6ED6" w14:textId="77777777" w:rsidR="00D93F19" w:rsidRDefault="00000000">
      <w:pPr>
        <w:pStyle w:val="Titolo2"/>
      </w:pPr>
      <w:r>
        <w:t>Emergenza durante manutenzione o prove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3118"/>
        <w:gridCol w:w="6746"/>
      </w:tblGrid>
      <w:tr w:rsidR="00D93F19" w14:paraId="0BA8CDB6" w14:textId="77777777">
        <w:trPr>
          <w:cantSplit/>
          <w:tblHeader/>
          <w:jc w:val="center"/>
        </w:trPr>
        <w:tc>
          <w:tcPr>
            <w:tcW w:w="3118" w:type="dxa"/>
            <w:shd w:val="clear" w:color="auto" w:fill="15344B"/>
            <w:vAlign w:val="center"/>
          </w:tcPr>
          <w:p w14:paraId="5E71C389" w14:textId="77777777" w:rsidR="00D93F19" w:rsidRDefault="00000000">
            <w:pPr>
              <w:pStyle w:val="TableText"/>
              <w:rPr>
                <w:rFonts w:hint="eastAsia"/>
              </w:rPr>
            </w:pPr>
            <w:r>
              <w:rPr>
                <w:b/>
                <w:color w:val="FFFFFF"/>
              </w:rPr>
              <w:t>EVENTO</w:t>
            </w:r>
          </w:p>
        </w:tc>
        <w:tc>
          <w:tcPr>
            <w:tcW w:w="6746" w:type="dxa"/>
            <w:shd w:val="clear" w:color="auto" w:fill="15344B"/>
            <w:vAlign w:val="center"/>
          </w:tcPr>
          <w:p w14:paraId="4D6736A9" w14:textId="77777777" w:rsidR="00D93F19" w:rsidRDefault="00000000">
            <w:pPr>
              <w:pStyle w:val="TableText"/>
              <w:rPr>
                <w:rFonts w:hint="eastAsia"/>
              </w:rPr>
            </w:pPr>
            <w:r>
              <w:rPr>
                <w:b/>
                <w:color w:val="FFFFFF"/>
              </w:rPr>
              <w:t>REAZIONE ORGANIZZATIVA</w:t>
            </w:r>
          </w:p>
        </w:tc>
      </w:tr>
      <w:tr w:rsidR="00D93F19" w14:paraId="2E8A6A77" w14:textId="77777777">
        <w:trPr>
          <w:cantSplit/>
          <w:jc w:val="center"/>
        </w:trPr>
        <w:tc>
          <w:tcPr>
            <w:tcW w:w="3118" w:type="dxa"/>
            <w:shd w:val="clear" w:color="auto" w:fill="F2F6F8"/>
            <w:vAlign w:val="center"/>
          </w:tcPr>
          <w:p w14:paraId="65E86A33" w14:textId="77777777" w:rsidR="00D93F19" w:rsidRDefault="00000000">
            <w:pPr>
              <w:pStyle w:val="TableText"/>
              <w:rPr>
                <w:rFonts w:hint="eastAsia"/>
              </w:rPr>
            </w:pPr>
            <w:r>
              <w:t>Movimento inatteso / perdita di energia</w:t>
            </w:r>
          </w:p>
        </w:tc>
        <w:tc>
          <w:tcPr>
            <w:tcW w:w="6746" w:type="dxa"/>
            <w:shd w:val="clear" w:color="auto" w:fill="F2F6F8"/>
            <w:vAlign w:val="center"/>
          </w:tcPr>
          <w:p w14:paraId="203F1161" w14:textId="77777777" w:rsidR="00D93F19" w:rsidRDefault="00000000">
            <w:pPr>
              <w:pStyle w:val="TableText"/>
              <w:rPr>
                <w:rFonts w:hint="eastAsia"/>
              </w:rPr>
            </w:pPr>
            <w:r>
              <w:t>Interrompere l’attività, allontanare gli esposti, attivare i dispositivi di arresto in condizioni sicure e impedire nuove manovre. Non avvicinarsi al carico.</w:t>
            </w:r>
          </w:p>
        </w:tc>
      </w:tr>
      <w:tr w:rsidR="00D93F19" w14:paraId="38486634" w14:textId="77777777">
        <w:trPr>
          <w:cantSplit/>
          <w:jc w:val="center"/>
        </w:trPr>
        <w:tc>
          <w:tcPr>
            <w:tcW w:w="3118" w:type="dxa"/>
            <w:vAlign w:val="center"/>
          </w:tcPr>
          <w:p w14:paraId="0F2321DD" w14:textId="77777777" w:rsidR="00D93F19" w:rsidRDefault="00000000">
            <w:pPr>
              <w:pStyle w:val="TableText"/>
              <w:rPr>
                <w:rFonts w:hint="eastAsia"/>
              </w:rPr>
            </w:pPr>
            <w:r>
              <w:t>Carico instabile o non depositabile</w:t>
            </w:r>
          </w:p>
        </w:tc>
        <w:tc>
          <w:tcPr>
            <w:tcW w:w="6746" w:type="dxa"/>
            <w:vAlign w:val="center"/>
          </w:tcPr>
          <w:p w14:paraId="51D6CB77" w14:textId="77777777" w:rsidR="00D93F19" w:rsidRDefault="00000000">
            <w:pPr>
              <w:pStyle w:val="TableText"/>
              <w:rPr>
                <w:rFonts w:hint="eastAsia"/>
              </w:rPr>
            </w:pPr>
            <w:r>
              <w:t>Interdire la zona e attivare il piano specifico predisposto. Nessuno opera sotto il carico né tenta recuperi improvvisati.</w:t>
            </w:r>
          </w:p>
        </w:tc>
      </w:tr>
      <w:tr w:rsidR="00D93F19" w14:paraId="3C1E8CA9" w14:textId="77777777">
        <w:trPr>
          <w:cantSplit/>
          <w:jc w:val="center"/>
        </w:trPr>
        <w:tc>
          <w:tcPr>
            <w:tcW w:w="3118" w:type="dxa"/>
            <w:shd w:val="clear" w:color="auto" w:fill="F2F6F8"/>
            <w:vAlign w:val="center"/>
          </w:tcPr>
          <w:p w14:paraId="4C85A7CA" w14:textId="77777777" w:rsidR="00D93F19" w:rsidRDefault="00000000">
            <w:pPr>
              <w:pStyle w:val="TableText"/>
              <w:rPr>
                <w:rFonts w:hint="eastAsia"/>
              </w:rPr>
            </w:pPr>
            <w:r>
              <w:t>Infortunio / operatore bloccato in quota</w:t>
            </w:r>
          </w:p>
        </w:tc>
        <w:tc>
          <w:tcPr>
            <w:tcW w:w="6746" w:type="dxa"/>
            <w:shd w:val="clear" w:color="auto" w:fill="F2F6F8"/>
            <w:vAlign w:val="center"/>
          </w:tcPr>
          <w:p w14:paraId="3E82D47D" w14:textId="77777777" w:rsidR="00D93F19" w:rsidRDefault="00000000">
            <w:pPr>
              <w:pStyle w:val="TableText"/>
              <w:rPr>
                <w:rFonts w:hint="eastAsia"/>
              </w:rPr>
            </w:pPr>
            <w:r>
              <w:t>Attivare il piano di emergenza e il sistema di soccorso aziendale; consentire il recupero solo a personale e mezzi predisposti.</w:t>
            </w:r>
          </w:p>
        </w:tc>
      </w:tr>
      <w:tr w:rsidR="00D93F19" w14:paraId="102B97DD" w14:textId="77777777">
        <w:trPr>
          <w:cantSplit/>
          <w:jc w:val="center"/>
        </w:trPr>
        <w:tc>
          <w:tcPr>
            <w:tcW w:w="3118" w:type="dxa"/>
            <w:vAlign w:val="center"/>
          </w:tcPr>
          <w:p w14:paraId="7B0713A5" w14:textId="77777777" w:rsidR="00D93F19" w:rsidRDefault="00000000">
            <w:pPr>
              <w:pStyle w:val="TableText"/>
              <w:rPr>
                <w:rFonts w:hint="eastAsia"/>
              </w:rPr>
            </w:pPr>
            <w:r>
              <w:t>Dopo l’evento</w:t>
            </w:r>
          </w:p>
        </w:tc>
        <w:tc>
          <w:tcPr>
            <w:tcW w:w="6746" w:type="dxa"/>
            <w:vAlign w:val="center"/>
          </w:tcPr>
          <w:p w14:paraId="5989A27E" w14:textId="77777777" w:rsidR="00D93F19" w:rsidRDefault="00000000">
            <w:pPr>
              <w:pStyle w:val="TableText"/>
              <w:rPr>
                <w:rFonts w:hint="eastAsia"/>
              </w:rPr>
            </w:pPr>
            <w:r>
              <w:t>Mantenere il fermo, registrare l’accaduto, preservare le evidenze e riaprire la valutazione prima di qualsiasi ripresa.</w:t>
            </w:r>
          </w:p>
        </w:tc>
      </w:tr>
    </w:tbl>
    <w:p w14:paraId="736DB5D3" w14:textId="77777777" w:rsidR="00D93F19" w:rsidRDefault="00D93F19">
      <w:pPr>
        <w:spacing w:after="0" w:line="20" w:lineRule="exact"/>
        <w:rPr>
          <w:rFonts w:hint="eastAsia"/>
        </w:rPr>
      </w:pPr>
    </w:p>
    <w:p w14:paraId="52E556DD" w14:textId="77777777" w:rsidR="00D93F19" w:rsidRDefault="00000000">
      <w:pPr>
        <w:pStyle w:val="Titolo2"/>
      </w:pPr>
      <w:r>
        <w:t>Riesame della procedura</w:t>
      </w:r>
    </w:p>
    <w:p w14:paraId="434235D3" w14:textId="77777777" w:rsidR="00D93F19" w:rsidRDefault="00000000">
      <w:pPr>
        <w:rPr>
          <w:rFonts w:hint="eastAsia"/>
        </w:rPr>
      </w:pPr>
      <w:r>
        <w:t>A22 guida il controllo interno dopo eventi, varianti rilevanti, cambi organizzativi, modifiche delle istruzioni o dei riferimenti applicabili. Il datore di lavoro stabilisce la periodicità del riesame e registra azioni, responsabili ed esito. Un indicatore gestionale non può compensare una carenza di sicurezza aperta.</w:t>
      </w:r>
    </w:p>
    <w:p w14:paraId="5E17BBD0" w14:textId="77777777" w:rsidR="00D93F19" w:rsidRDefault="00000000">
      <w:pPr>
        <w:pStyle w:val="Small"/>
        <w:rPr>
          <w:rFonts w:hint="eastAsia"/>
        </w:rPr>
      </w:pPr>
      <w:r>
        <w:t>F: INAIL 2026, pp. 12–13. O: politica di archiviazione, gestione A16/A20–A22 e azioni di emergenza da personalizzare.</w:t>
      </w:r>
    </w:p>
    <w:p w14:paraId="4F8D0470" w14:textId="77777777" w:rsidR="00D93F19" w:rsidRDefault="00000000">
      <w:pPr>
        <w:pStyle w:val="Kicker"/>
        <w:pageBreakBefore/>
        <w:rPr>
          <w:rFonts w:hint="eastAsia"/>
        </w:rPr>
      </w:pPr>
      <w:r>
        <w:t>F + O • SCHEDE 1.01–1.15</w:t>
      </w:r>
    </w:p>
    <w:p w14:paraId="6FF00969" w14:textId="77777777" w:rsidR="00D93F19" w:rsidRDefault="00000000">
      <w:pPr>
        <w:pStyle w:val="Titolo1"/>
      </w:pPr>
      <w:bookmarkStart w:id="21" w:name="P22"/>
      <w:r>
        <w:t>17. Guida alle quindici schede tecniche</w:t>
      </w:r>
      <w:bookmarkEnd w:id="21"/>
    </w:p>
    <w:p w14:paraId="66A60158" w14:textId="77777777" w:rsidR="00D93F19" w:rsidRDefault="00000000">
      <w:pPr>
        <w:rPr>
          <w:rFonts w:hint="eastAsia"/>
        </w:rPr>
      </w:pPr>
      <w:r>
        <w:t>Le pagine seguenti rielaborano, nell’ordine originario, condizioni e documenti delle schede INAIL. Non attribuiscono automaticamente la qualifica di manutenzione straordinaria al titolo dell’intervento. Le prescrizioni specifiche e le note della fonte rimangono determinanti per il caso reale.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134"/>
        <w:gridCol w:w="8731"/>
      </w:tblGrid>
      <w:tr w:rsidR="00D93F19" w14:paraId="3F1A343B" w14:textId="77777777">
        <w:trPr>
          <w:cantSplit/>
          <w:tblHeader/>
          <w:jc w:val="center"/>
        </w:trPr>
        <w:tc>
          <w:tcPr>
            <w:tcW w:w="1134" w:type="dxa"/>
            <w:shd w:val="clear" w:color="auto" w:fill="15344B"/>
            <w:vAlign w:val="center"/>
          </w:tcPr>
          <w:p w14:paraId="098E8515" w14:textId="77777777" w:rsidR="00D93F19" w:rsidRDefault="00000000">
            <w:pPr>
              <w:pStyle w:val="TableText"/>
              <w:rPr>
                <w:rFonts w:hint="eastAsia"/>
              </w:rPr>
            </w:pPr>
            <w:r>
              <w:rPr>
                <w:b/>
                <w:color w:val="FFFFFF"/>
                <w:sz w:val="18"/>
              </w:rPr>
              <w:t>CODICE</w:t>
            </w:r>
          </w:p>
        </w:tc>
        <w:tc>
          <w:tcPr>
            <w:tcW w:w="8731" w:type="dxa"/>
            <w:shd w:val="clear" w:color="auto" w:fill="15344B"/>
            <w:vAlign w:val="center"/>
          </w:tcPr>
          <w:p w14:paraId="3B9430A0" w14:textId="77777777" w:rsidR="00D93F19" w:rsidRDefault="00000000">
            <w:pPr>
              <w:pStyle w:val="TableText"/>
              <w:rPr>
                <w:rFonts w:hint="eastAsia"/>
              </w:rPr>
            </w:pPr>
            <w:r>
              <w:rPr>
                <w:b/>
                <w:color w:val="FFFFFF"/>
                <w:sz w:val="18"/>
              </w:rPr>
              <w:t>INTERVENTO</w:t>
            </w:r>
          </w:p>
        </w:tc>
      </w:tr>
      <w:tr w:rsidR="00D93F19" w14:paraId="7AC4BCEA" w14:textId="77777777">
        <w:trPr>
          <w:cantSplit/>
          <w:jc w:val="center"/>
        </w:trPr>
        <w:tc>
          <w:tcPr>
            <w:tcW w:w="1134" w:type="dxa"/>
            <w:shd w:val="clear" w:color="auto" w:fill="F2F6F8"/>
            <w:vAlign w:val="center"/>
          </w:tcPr>
          <w:p w14:paraId="6B52878F" w14:textId="77777777" w:rsidR="00D93F19" w:rsidRDefault="00000000">
            <w:pPr>
              <w:pStyle w:val="TableText"/>
              <w:rPr>
                <w:rFonts w:hint="eastAsia"/>
              </w:rPr>
            </w:pPr>
            <w:hyperlink w:anchor="P23" w:history="1">
              <w:r>
                <w:rPr>
                  <w:color w:val="15344B"/>
                </w:rPr>
                <w:t>1.01</w:t>
              </w:r>
            </w:hyperlink>
          </w:p>
        </w:tc>
        <w:tc>
          <w:tcPr>
            <w:tcW w:w="8731" w:type="dxa"/>
            <w:shd w:val="clear" w:color="auto" w:fill="F2F6F8"/>
            <w:vAlign w:val="center"/>
          </w:tcPr>
          <w:p w14:paraId="582767C4" w14:textId="77777777" w:rsidR="00D93F19" w:rsidRDefault="00000000">
            <w:pPr>
              <w:pStyle w:val="TableText"/>
              <w:rPr>
                <w:rFonts w:hint="eastAsia"/>
              </w:rPr>
            </w:pPr>
            <w:r>
              <w:rPr>
                <w:sz w:val="18"/>
              </w:rPr>
              <w:t>Variazioni dimensionali</w:t>
            </w:r>
          </w:p>
        </w:tc>
      </w:tr>
      <w:tr w:rsidR="00D93F19" w14:paraId="5C3BCAE0" w14:textId="77777777">
        <w:trPr>
          <w:cantSplit/>
          <w:jc w:val="center"/>
        </w:trPr>
        <w:tc>
          <w:tcPr>
            <w:tcW w:w="1134" w:type="dxa"/>
            <w:vAlign w:val="center"/>
          </w:tcPr>
          <w:p w14:paraId="689060BB" w14:textId="77777777" w:rsidR="00D93F19" w:rsidRDefault="00000000">
            <w:pPr>
              <w:pStyle w:val="TableText"/>
              <w:rPr>
                <w:rFonts w:hint="eastAsia"/>
              </w:rPr>
            </w:pPr>
            <w:hyperlink w:anchor="P24" w:history="1">
              <w:r>
                <w:rPr>
                  <w:color w:val="15344B"/>
                </w:rPr>
                <w:t>1.02</w:t>
              </w:r>
            </w:hyperlink>
          </w:p>
        </w:tc>
        <w:tc>
          <w:tcPr>
            <w:tcW w:w="8731" w:type="dxa"/>
            <w:vAlign w:val="center"/>
          </w:tcPr>
          <w:p w14:paraId="05DBCC5D" w14:textId="77777777" w:rsidR="00D93F19" w:rsidRDefault="00000000">
            <w:pPr>
              <w:pStyle w:val="TableText"/>
              <w:rPr>
                <w:rFonts w:hint="eastAsia"/>
              </w:rPr>
            </w:pPr>
            <w:r>
              <w:rPr>
                <w:sz w:val="18"/>
              </w:rPr>
              <w:t>Installazione di masse addizionali</w:t>
            </w:r>
          </w:p>
        </w:tc>
      </w:tr>
      <w:tr w:rsidR="00D93F19" w14:paraId="1831DF57" w14:textId="77777777">
        <w:trPr>
          <w:cantSplit/>
          <w:jc w:val="center"/>
        </w:trPr>
        <w:tc>
          <w:tcPr>
            <w:tcW w:w="1134" w:type="dxa"/>
            <w:shd w:val="clear" w:color="auto" w:fill="F2F6F8"/>
            <w:vAlign w:val="center"/>
          </w:tcPr>
          <w:p w14:paraId="7CE2CAF6" w14:textId="77777777" w:rsidR="00D93F19" w:rsidRDefault="00000000">
            <w:pPr>
              <w:pStyle w:val="TableText"/>
              <w:rPr>
                <w:rFonts w:hint="eastAsia"/>
              </w:rPr>
            </w:pPr>
            <w:hyperlink w:anchor="P25" w:history="1">
              <w:r>
                <w:rPr>
                  <w:color w:val="15344B"/>
                </w:rPr>
                <w:t>1.03</w:t>
              </w:r>
            </w:hyperlink>
          </w:p>
        </w:tc>
        <w:tc>
          <w:tcPr>
            <w:tcW w:w="8731" w:type="dxa"/>
            <w:shd w:val="clear" w:color="auto" w:fill="F2F6F8"/>
            <w:vAlign w:val="center"/>
          </w:tcPr>
          <w:p w14:paraId="23914C89" w14:textId="77777777" w:rsidR="00D93F19" w:rsidRDefault="00000000">
            <w:pPr>
              <w:pStyle w:val="TableText"/>
              <w:rPr>
                <w:rFonts w:hint="eastAsia"/>
              </w:rPr>
            </w:pPr>
            <w:r>
              <w:rPr>
                <w:sz w:val="18"/>
              </w:rPr>
              <w:t>Variazione dei parametri funzionali</w:t>
            </w:r>
          </w:p>
        </w:tc>
      </w:tr>
      <w:tr w:rsidR="00D93F19" w14:paraId="006E7DBC" w14:textId="77777777">
        <w:trPr>
          <w:cantSplit/>
          <w:jc w:val="center"/>
        </w:trPr>
        <w:tc>
          <w:tcPr>
            <w:tcW w:w="1134" w:type="dxa"/>
            <w:vAlign w:val="center"/>
          </w:tcPr>
          <w:p w14:paraId="4C51CF97" w14:textId="77777777" w:rsidR="00D93F19" w:rsidRDefault="00000000">
            <w:pPr>
              <w:pStyle w:val="TableText"/>
              <w:rPr>
                <w:rFonts w:hint="eastAsia"/>
              </w:rPr>
            </w:pPr>
            <w:hyperlink w:anchor="P26" w:history="1">
              <w:r>
                <w:rPr>
                  <w:color w:val="15344B"/>
                </w:rPr>
                <w:t>1.04</w:t>
              </w:r>
            </w:hyperlink>
          </w:p>
        </w:tc>
        <w:tc>
          <w:tcPr>
            <w:tcW w:w="8731" w:type="dxa"/>
            <w:vAlign w:val="center"/>
          </w:tcPr>
          <w:p w14:paraId="7995BC87" w14:textId="77777777" w:rsidR="00D93F19" w:rsidRDefault="00000000">
            <w:pPr>
              <w:pStyle w:val="TableText"/>
              <w:rPr>
                <w:rFonts w:hint="eastAsia"/>
              </w:rPr>
            </w:pPr>
            <w:r>
              <w:rPr>
                <w:sz w:val="18"/>
              </w:rPr>
              <w:t>Variazioni di geometria, massa e reazioni</w:t>
            </w:r>
          </w:p>
        </w:tc>
      </w:tr>
      <w:tr w:rsidR="00D93F19" w14:paraId="7C105994" w14:textId="77777777">
        <w:trPr>
          <w:cantSplit/>
          <w:jc w:val="center"/>
        </w:trPr>
        <w:tc>
          <w:tcPr>
            <w:tcW w:w="1134" w:type="dxa"/>
            <w:shd w:val="clear" w:color="auto" w:fill="F2F6F8"/>
            <w:vAlign w:val="center"/>
          </w:tcPr>
          <w:p w14:paraId="29DA3DFC" w14:textId="77777777" w:rsidR="00D93F19" w:rsidRDefault="00000000">
            <w:pPr>
              <w:pStyle w:val="TableText"/>
              <w:rPr>
                <w:rFonts w:hint="eastAsia"/>
              </w:rPr>
            </w:pPr>
            <w:hyperlink w:anchor="P27" w:history="1">
              <w:r>
                <w:rPr>
                  <w:color w:val="15344B"/>
                </w:rPr>
                <w:t>1.05</w:t>
              </w:r>
            </w:hyperlink>
          </w:p>
        </w:tc>
        <w:tc>
          <w:tcPr>
            <w:tcW w:w="8731" w:type="dxa"/>
            <w:shd w:val="clear" w:color="auto" w:fill="F2F6F8"/>
            <w:vAlign w:val="center"/>
          </w:tcPr>
          <w:p w14:paraId="3488B83A" w14:textId="77777777" w:rsidR="00D93F19" w:rsidRDefault="00000000">
            <w:pPr>
              <w:pStyle w:val="TableText"/>
              <w:rPr>
                <w:rFonts w:hint="eastAsia"/>
              </w:rPr>
            </w:pPr>
            <w:r>
              <w:rPr>
                <w:sz w:val="18"/>
              </w:rPr>
              <w:t>Installazione di componenti di sicurezza</w:t>
            </w:r>
          </w:p>
        </w:tc>
      </w:tr>
      <w:tr w:rsidR="00D93F19" w14:paraId="2734A0D8" w14:textId="77777777">
        <w:trPr>
          <w:cantSplit/>
          <w:jc w:val="center"/>
        </w:trPr>
        <w:tc>
          <w:tcPr>
            <w:tcW w:w="1134" w:type="dxa"/>
            <w:vAlign w:val="center"/>
          </w:tcPr>
          <w:p w14:paraId="1A49766C" w14:textId="77777777" w:rsidR="00D93F19" w:rsidRDefault="00000000">
            <w:pPr>
              <w:pStyle w:val="TableText"/>
              <w:rPr>
                <w:rFonts w:hint="eastAsia"/>
              </w:rPr>
            </w:pPr>
            <w:hyperlink w:anchor="P28" w:history="1">
              <w:r>
                <w:rPr>
                  <w:color w:val="15344B"/>
                </w:rPr>
                <w:t>1.06</w:t>
              </w:r>
            </w:hyperlink>
          </w:p>
        </w:tc>
        <w:tc>
          <w:tcPr>
            <w:tcW w:w="8731" w:type="dxa"/>
            <w:vAlign w:val="center"/>
          </w:tcPr>
          <w:p w14:paraId="0F50BB78" w14:textId="77777777" w:rsidR="00D93F19" w:rsidRDefault="00000000">
            <w:pPr>
              <w:pStyle w:val="TableText"/>
              <w:rPr>
                <w:rFonts w:hint="eastAsia"/>
              </w:rPr>
            </w:pPr>
            <w:r>
              <w:rPr>
                <w:sz w:val="18"/>
              </w:rPr>
              <w:t>Sostituzione di componenti di sicurezza differenti, con le medesime finalità</w:t>
            </w:r>
          </w:p>
        </w:tc>
      </w:tr>
      <w:tr w:rsidR="00D93F19" w14:paraId="508FF974" w14:textId="77777777">
        <w:trPr>
          <w:cantSplit/>
          <w:jc w:val="center"/>
        </w:trPr>
        <w:tc>
          <w:tcPr>
            <w:tcW w:w="1134" w:type="dxa"/>
            <w:shd w:val="clear" w:color="auto" w:fill="F2F6F8"/>
            <w:vAlign w:val="center"/>
          </w:tcPr>
          <w:p w14:paraId="290B456D" w14:textId="77777777" w:rsidR="00D93F19" w:rsidRDefault="00000000">
            <w:pPr>
              <w:pStyle w:val="TableText"/>
              <w:rPr>
                <w:rFonts w:hint="eastAsia"/>
              </w:rPr>
            </w:pPr>
            <w:hyperlink w:anchor="P29" w:history="1">
              <w:r>
                <w:rPr>
                  <w:color w:val="15344B"/>
                </w:rPr>
                <w:t>1.07</w:t>
              </w:r>
            </w:hyperlink>
          </w:p>
        </w:tc>
        <w:tc>
          <w:tcPr>
            <w:tcW w:w="8731" w:type="dxa"/>
            <w:shd w:val="clear" w:color="auto" w:fill="F2F6F8"/>
            <w:vAlign w:val="center"/>
          </w:tcPr>
          <w:p w14:paraId="307340F6" w14:textId="77777777" w:rsidR="00D93F19" w:rsidRDefault="00000000">
            <w:pPr>
              <w:pStyle w:val="TableText"/>
              <w:rPr>
                <w:rFonts w:hint="eastAsia"/>
              </w:rPr>
            </w:pPr>
            <w:r>
              <w:rPr>
                <w:sz w:val="18"/>
              </w:rPr>
              <w:t>Interventi sull’impianto elettrico</w:t>
            </w:r>
          </w:p>
        </w:tc>
      </w:tr>
      <w:tr w:rsidR="00D93F19" w14:paraId="01BEDDB9" w14:textId="77777777">
        <w:trPr>
          <w:cantSplit/>
          <w:jc w:val="center"/>
        </w:trPr>
        <w:tc>
          <w:tcPr>
            <w:tcW w:w="1134" w:type="dxa"/>
            <w:vAlign w:val="center"/>
          </w:tcPr>
          <w:p w14:paraId="3E61BA0C" w14:textId="77777777" w:rsidR="00D93F19" w:rsidRDefault="00000000">
            <w:pPr>
              <w:pStyle w:val="TableText"/>
              <w:rPr>
                <w:rFonts w:hint="eastAsia"/>
              </w:rPr>
            </w:pPr>
            <w:hyperlink w:anchor="P30" w:history="1">
              <w:r>
                <w:rPr>
                  <w:color w:val="15344B"/>
                </w:rPr>
                <w:t>1.08</w:t>
              </w:r>
            </w:hyperlink>
          </w:p>
        </w:tc>
        <w:tc>
          <w:tcPr>
            <w:tcW w:w="8731" w:type="dxa"/>
            <w:vAlign w:val="center"/>
          </w:tcPr>
          <w:p w14:paraId="462B2F35" w14:textId="77777777" w:rsidR="00D93F19" w:rsidRDefault="00000000">
            <w:pPr>
              <w:pStyle w:val="TableText"/>
              <w:rPr>
                <w:rFonts w:hint="eastAsia"/>
              </w:rPr>
            </w:pPr>
            <w:r>
              <w:rPr>
                <w:sz w:val="18"/>
              </w:rPr>
              <w:t>Installazione di ripari aggiuntivi</w:t>
            </w:r>
          </w:p>
        </w:tc>
      </w:tr>
      <w:tr w:rsidR="00D93F19" w14:paraId="19B4D810" w14:textId="77777777">
        <w:trPr>
          <w:cantSplit/>
          <w:jc w:val="center"/>
        </w:trPr>
        <w:tc>
          <w:tcPr>
            <w:tcW w:w="1134" w:type="dxa"/>
            <w:shd w:val="clear" w:color="auto" w:fill="F2F6F8"/>
            <w:vAlign w:val="center"/>
          </w:tcPr>
          <w:p w14:paraId="124CB10A" w14:textId="77777777" w:rsidR="00D93F19" w:rsidRDefault="00000000">
            <w:pPr>
              <w:pStyle w:val="TableText"/>
              <w:rPr>
                <w:rFonts w:hint="eastAsia"/>
              </w:rPr>
            </w:pPr>
            <w:hyperlink w:anchor="P31" w:history="1">
              <w:r>
                <w:rPr>
                  <w:color w:val="15344B"/>
                </w:rPr>
                <w:t>1.09</w:t>
              </w:r>
            </w:hyperlink>
          </w:p>
        </w:tc>
        <w:tc>
          <w:tcPr>
            <w:tcW w:w="8731" w:type="dxa"/>
            <w:shd w:val="clear" w:color="auto" w:fill="F2F6F8"/>
            <w:vAlign w:val="center"/>
          </w:tcPr>
          <w:p w14:paraId="23309445" w14:textId="77777777" w:rsidR="00D93F19" w:rsidRDefault="00000000">
            <w:pPr>
              <w:pStyle w:val="TableText"/>
              <w:rPr>
                <w:rFonts w:hint="eastAsia"/>
              </w:rPr>
            </w:pPr>
            <w:r>
              <w:rPr>
                <w:sz w:val="18"/>
              </w:rPr>
              <w:t>Installazione di passerelle, ballatoi, scale e accessi</w:t>
            </w:r>
          </w:p>
        </w:tc>
      </w:tr>
      <w:tr w:rsidR="00D93F19" w14:paraId="7B7EA610" w14:textId="77777777">
        <w:trPr>
          <w:cantSplit/>
          <w:jc w:val="center"/>
        </w:trPr>
        <w:tc>
          <w:tcPr>
            <w:tcW w:w="1134" w:type="dxa"/>
            <w:vAlign w:val="center"/>
          </w:tcPr>
          <w:p w14:paraId="49D18BBE" w14:textId="77777777" w:rsidR="00D93F19" w:rsidRDefault="00000000">
            <w:pPr>
              <w:pStyle w:val="TableText"/>
              <w:rPr>
                <w:rFonts w:hint="eastAsia"/>
              </w:rPr>
            </w:pPr>
            <w:hyperlink w:anchor="P32" w:history="1">
              <w:r>
                <w:rPr>
                  <w:color w:val="15344B"/>
                </w:rPr>
                <w:t>1.10</w:t>
              </w:r>
            </w:hyperlink>
          </w:p>
        </w:tc>
        <w:tc>
          <w:tcPr>
            <w:tcW w:w="8731" w:type="dxa"/>
            <w:vAlign w:val="center"/>
          </w:tcPr>
          <w:p w14:paraId="06EADF21" w14:textId="77777777" w:rsidR="00D93F19" w:rsidRDefault="00000000">
            <w:pPr>
              <w:pStyle w:val="TableText"/>
              <w:rPr>
                <w:rFonts w:hint="eastAsia"/>
              </w:rPr>
            </w:pPr>
            <w:r>
              <w:rPr>
                <w:sz w:val="18"/>
              </w:rPr>
              <w:t>Anticaduta per interventi di emergenza</w:t>
            </w:r>
          </w:p>
        </w:tc>
      </w:tr>
      <w:tr w:rsidR="00D93F19" w14:paraId="37D4372E" w14:textId="77777777">
        <w:trPr>
          <w:cantSplit/>
          <w:jc w:val="center"/>
        </w:trPr>
        <w:tc>
          <w:tcPr>
            <w:tcW w:w="1134" w:type="dxa"/>
            <w:shd w:val="clear" w:color="auto" w:fill="F2F6F8"/>
            <w:vAlign w:val="center"/>
          </w:tcPr>
          <w:p w14:paraId="44B5B30A" w14:textId="77777777" w:rsidR="00D93F19" w:rsidRDefault="00000000">
            <w:pPr>
              <w:pStyle w:val="TableText"/>
              <w:rPr>
                <w:rFonts w:hint="eastAsia"/>
              </w:rPr>
            </w:pPr>
            <w:hyperlink w:anchor="P33" w:history="1">
              <w:r>
                <w:rPr>
                  <w:color w:val="15344B"/>
                </w:rPr>
                <w:t>1.11</w:t>
              </w:r>
            </w:hyperlink>
          </w:p>
        </w:tc>
        <w:tc>
          <w:tcPr>
            <w:tcW w:w="8731" w:type="dxa"/>
            <w:shd w:val="clear" w:color="auto" w:fill="F2F6F8"/>
            <w:vAlign w:val="center"/>
          </w:tcPr>
          <w:p w14:paraId="09A270F6" w14:textId="77777777" w:rsidR="00D93F19" w:rsidRDefault="00000000">
            <w:pPr>
              <w:pStyle w:val="TableText"/>
              <w:rPr>
                <w:rFonts w:hint="eastAsia"/>
              </w:rPr>
            </w:pPr>
            <w:r>
              <w:rPr>
                <w:sz w:val="18"/>
              </w:rPr>
              <w:t>Modifica/sostituzione dei sistemi di comando e controllo/equipaggiamento elettrico</w:t>
            </w:r>
          </w:p>
        </w:tc>
      </w:tr>
      <w:tr w:rsidR="00D93F19" w14:paraId="288ED5AA" w14:textId="77777777">
        <w:trPr>
          <w:cantSplit/>
          <w:jc w:val="center"/>
        </w:trPr>
        <w:tc>
          <w:tcPr>
            <w:tcW w:w="1134" w:type="dxa"/>
            <w:vAlign w:val="center"/>
          </w:tcPr>
          <w:p w14:paraId="6355A0D2" w14:textId="77777777" w:rsidR="00D93F19" w:rsidRDefault="00000000">
            <w:pPr>
              <w:pStyle w:val="TableText"/>
              <w:rPr>
                <w:rFonts w:hint="eastAsia"/>
              </w:rPr>
            </w:pPr>
            <w:hyperlink w:anchor="P34" w:history="1">
              <w:r>
                <w:rPr>
                  <w:color w:val="15344B"/>
                </w:rPr>
                <w:t>1.12</w:t>
              </w:r>
            </w:hyperlink>
          </w:p>
        </w:tc>
        <w:tc>
          <w:tcPr>
            <w:tcW w:w="8731" w:type="dxa"/>
            <w:vAlign w:val="center"/>
          </w:tcPr>
          <w:p w14:paraId="67079292" w14:textId="77777777" w:rsidR="00D93F19" w:rsidRDefault="00000000">
            <w:pPr>
              <w:pStyle w:val="TableText"/>
              <w:rPr>
                <w:rFonts w:hint="eastAsia"/>
              </w:rPr>
            </w:pPr>
            <w:r>
              <w:rPr>
                <w:sz w:val="18"/>
              </w:rPr>
              <w:t>Sostituzione del sistema di azionamento con altri equivalenti</w:t>
            </w:r>
          </w:p>
        </w:tc>
      </w:tr>
      <w:tr w:rsidR="00D93F19" w14:paraId="5F00096A" w14:textId="77777777">
        <w:trPr>
          <w:cantSplit/>
          <w:jc w:val="center"/>
        </w:trPr>
        <w:tc>
          <w:tcPr>
            <w:tcW w:w="1134" w:type="dxa"/>
            <w:shd w:val="clear" w:color="auto" w:fill="F2F6F8"/>
            <w:vAlign w:val="center"/>
          </w:tcPr>
          <w:p w14:paraId="0AA7A072" w14:textId="77777777" w:rsidR="00D93F19" w:rsidRDefault="00000000">
            <w:pPr>
              <w:pStyle w:val="TableText"/>
              <w:rPr>
                <w:rFonts w:hint="eastAsia"/>
              </w:rPr>
            </w:pPr>
            <w:hyperlink w:anchor="P35" w:history="1">
              <w:r>
                <w:rPr>
                  <w:color w:val="15344B"/>
                </w:rPr>
                <w:t>1.13</w:t>
              </w:r>
            </w:hyperlink>
          </w:p>
        </w:tc>
        <w:tc>
          <w:tcPr>
            <w:tcW w:w="8731" w:type="dxa"/>
            <w:shd w:val="clear" w:color="auto" w:fill="F2F6F8"/>
            <w:vAlign w:val="center"/>
          </w:tcPr>
          <w:p w14:paraId="5BC2E60B" w14:textId="77777777" w:rsidR="00D93F19" w:rsidRDefault="00000000">
            <w:pPr>
              <w:pStyle w:val="TableText"/>
              <w:rPr>
                <w:rFonts w:hint="eastAsia"/>
              </w:rPr>
            </w:pPr>
            <w:r>
              <w:rPr>
                <w:sz w:val="18"/>
              </w:rPr>
              <w:t>Sostituzione del sistema di azionamento con altri differenti</w:t>
            </w:r>
          </w:p>
        </w:tc>
      </w:tr>
      <w:tr w:rsidR="00D93F19" w14:paraId="68C834D0" w14:textId="77777777">
        <w:trPr>
          <w:cantSplit/>
          <w:jc w:val="center"/>
        </w:trPr>
        <w:tc>
          <w:tcPr>
            <w:tcW w:w="1134" w:type="dxa"/>
            <w:vAlign w:val="center"/>
          </w:tcPr>
          <w:p w14:paraId="1F76040C" w14:textId="77777777" w:rsidR="00D93F19" w:rsidRDefault="00000000">
            <w:pPr>
              <w:pStyle w:val="TableText"/>
              <w:rPr>
                <w:rFonts w:hint="eastAsia"/>
              </w:rPr>
            </w:pPr>
            <w:hyperlink w:anchor="P36" w:history="1">
              <w:r>
                <w:rPr>
                  <w:color w:val="15344B"/>
                </w:rPr>
                <w:t>1.14</w:t>
              </w:r>
            </w:hyperlink>
          </w:p>
        </w:tc>
        <w:tc>
          <w:tcPr>
            <w:tcW w:w="8731" w:type="dxa"/>
            <w:vAlign w:val="center"/>
          </w:tcPr>
          <w:p w14:paraId="0D86005A" w14:textId="77777777" w:rsidR="00D93F19" w:rsidRDefault="00000000">
            <w:pPr>
              <w:pStyle w:val="TableText"/>
              <w:rPr>
                <w:rFonts w:hint="eastAsia"/>
              </w:rPr>
            </w:pPr>
            <w:r>
              <w:rPr>
                <w:sz w:val="18"/>
              </w:rPr>
              <w:t>Alimentazione di accessori di sollevamento e relativi comandi</w:t>
            </w:r>
          </w:p>
        </w:tc>
      </w:tr>
      <w:tr w:rsidR="00D93F19" w14:paraId="5877F908" w14:textId="77777777">
        <w:trPr>
          <w:cantSplit/>
          <w:jc w:val="center"/>
        </w:trPr>
        <w:tc>
          <w:tcPr>
            <w:tcW w:w="1134" w:type="dxa"/>
            <w:shd w:val="clear" w:color="auto" w:fill="F2F6F8"/>
            <w:vAlign w:val="center"/>
          </w:tcPr>
          <w:p w14:paraId="639F11A3" w14:textId="77777777" w:rsidR="00D93F19" w:rsidRDefault="00000000">
            <w:pPr>
              <w:pStyle w:val="TableText"/>
              <w:rPr>
                <w:rFonts w:hint="eastAsia"/>
              </w:rPr>
            </w:pPr>
            <w:hyperlink w:anchor="P37" w:history="1">
              <w:r>
                <w:rPr>
                  <w:color w:val="15344B"/>
                </w:rPr>
                <w:t>1.15</w:t>
              </w:r>
            </w:hyperlink>
          </w:p>
        </w:tc>
        <w:tc>
          <w:tcPr>
            <w:tcW w:w="8731" w:type="dxa"/>
            <w:shd w:val="clear" w:color="auto" w:fill="F2F6F8"/>
            <w:vAlign w:val="center"/>
          </w:tcPr>
          <w:p w14:paraId="687480A4" w14:textId="77777777" w:rsidR="00D93F19" w:rsidRDefault="00000000">
            <w:pPr>
              <w:pStyle w:val="TableText"/>
              <w:rPr>
                <w:rFonts w:hint="eastAsia"/>
              </w:rPr>
            </w:pPr>
            <w:r>
              <w:rPr>
                <w:sz w:val="18"/>
              </w:rPr>
              <w:t>Installazione di bozzelli con rotazione elettrica</w:t>
            </w:r>
          </w:p>
        </w:tc>
      </w:tr>
    </w:tbl>
    <w:p w14:paraId="0D997F80" w14:textId="77777777" w:rsidR="00D93F19" w:rsidRDefault="00D93F19">
      <w:pPr>
        <w:spacing w:after="0" w:line="20" w:lineRule="exact"/>
        <w:rPr>
          <w:rFonts w:hint="eastAsia"/>
        </w:rPr>
      </w:pPr>
    </w:p>
    <w:p w14:paraId="54BD11F0" w14:textId="77777777" w:rsidR="00D93F19" w:rsidRDefault="00000000">
      <w:pPr>
        <w:pStyle w:val="Titolo2"/>
      </w:pPr>
      <w:r>
        <w:t>Uso operativo delle schede</w:t>
      </w:r>
    </w:p>
    <w:p w14:paraId="7466061E" w14:textId="77777777" w:rsidR="00D93F19" w:rsidRDefault="00000000">
      <w:pPr>
        <w:rPr>
          <w:rFonts w:hint="eastAsia"/>
        </w:rPr>
      </w:pPr>
      <w:r>
        <w:t>Selezionare in A05 tutti i codici interessati. Per ciascuna condizione indicare dove è dimostrata; compilare A06 con i contenuti specifici. Applicare la colonna documentale corretta in funzione di chi esegue l’intervento e unire le evidenze quando ricorrono più schede.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3661D7B6" w14:textId="77777777">
        <w:trPr>
          <w:cantSplit/>
        </w:trPr>
        <w:tc>
          <w:tcPr>
            <w:tcW w:w="9866" w:type="dxa"/>
            <w:shd w:val="clear" w:color="auto" w:fill="EAF2F6"/>
            <w:vAlign w:val="center"/>
          </w:tcPr>
          <w:p w14:paraId="09059640" w14:textId="77777777" w:rsidR="00D93F19" w:rsidRDefault="00000000">
            <w:pPr>
              <w:pStyle w:val="TableText"/>
              <w:rPr>
                <w:rFonts w:hint="eastAsia"/>
              </w:rPr>
            </w:pPr>
            <w:r>
              <w:rPr>
                <w:color w:val="15344B"/>
              </w:rPr>
              <w:t>Le voci «controllo operativo aziendale» e «punto di arresto» sono integrazioni O. Gli elenchi documentali F conservano le differenze tra fabbricante e soggetto diverso, senza aggiungere automaticamente la stessa documentazione a tutte le casistiche.</w:t>
            </w:r>
          </w:p>
        </w:tc>
      </w:tr>
    </w:tbl>
    <w:p w14:paraId="629D3F60" w14:textId="77777777" w:rsidR="00D93F19" w:rsidRDefault="00D93F19">
      <w:pPr>
        <w:spacing w:after="0" w:line="20" w:lineRule="exact"/>
        <w:rPr>
          <w:rFonts w:hint="eastAsia"/>
        </w:rPr>
      </w:pPr>
    </w:p>
    <w:p w14:paraId="4595330C" w14:textId="77777777" w:rsidR="00D93F19" w:rsidRDefault="00000000">
      <w:pPr>
        <w:pStyle w:val="Small"/>
        <w:rPr>
          <w:rFonts w:hint="eastAsia"/>
        </w:rPr>
      </w:pPr>
      <w:r>
        <w:t>F: INAIL 2026, pp. 11–12 e 19–33. O: raccordo con A05–A06 e organizzazione della consultazione.</w:t>
      </w:r>
    </w:p>
    <w:p w14:paraId="07D41FCA" w14:textId="77777777" w:rsidR="00D93F19" w:rsidRDefault="00000000">
      <w:pPr>
        <w:pStyle w:val="Kicker"/>
        <w:pageBreakBefore/>
        <w:rPr>
          <w:rFonts w:hint="eastAsia"/>
        </w:rPr>
      </w:pPr>
      <w:r>
        <w:t>F • SCHEDA TECNICA DI INTERVENTO</w:t>
      </w:r>
    </w:p>
    <w:p w14:paraId="6FD44659" w14:textId="77777777" w:rsidR="00D93F19" w:rsidRDefault="00000000">
      <w:pPr>
        <w:pStyle w:val="Titolo1"/>
      </w:pPr>
      <w:bookmarkStart w:id="22" w:name="P23"/>
      <w:r>
        <w:t>1.01 | Variazioni dimensionali</w:t>
      </w:r>
      <w:bookmarkEnd w:id="22"/>
    </w:p>
    <w:p w14:paraId="3D9BA67D" w14:textId="77777777" w:rsidR="00D93F19" w:rsidRDefault="00000000">
      <w:pPr>
        <w:rPr>
          <w:rFonts w:hint="eastAsia"/>
        </w:rPr>
      </w:pPr>
      <w:r>
        <w:t>Variazioni di scartamento, sbraccio o sbalzo, altezza della struttura portante, masse proprie o contrappesi.</w:t>
      </w:r>
    </w:p>
    <w:p w14:paraId="174EE174"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6ADA26FB" w14:textId="77777777">
        <w:trPr>
          <w:cantSplit/>
          <w:tblHeader/>
          <w:jc w:val="center"/>
        </w:trPr>
        <w:tc>
          <w:tcPr>
            <w:tcW w:w="1928" w:type="dxa"/>
            <w:shd w:val="clear" w:color="auto" w:fill="15344B"/>
            <w:vAlign w:val="center"/>
          </w:tcPr>
          <w:p w14:paraId="482BE307"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56B14CBF" w14:textId="77777777" w:rsidR="00D93F19" w:rsidRDefault="00000000">
            <w:pPr>
              <w:pStyle w:val="TableText"/>
              <w:rPr>
                <w:rFonts w:hint="eastAsia"/>
              </w:rPr>
            </w:pPr>
            <w:r>
              <w:rPr>
                <w:b/>
                <w:color w:val="FFFFFF"/>
                <w:sz w:val="18"/>
              </w:rPr>
              <w:t>CONDIZIONE INAIL RIELABORATA</w:t>
            </w:r>
          </w:p>
        </w:tc>
      </w:tr>
      <w:tr w:rsidR="00D93F19" w14:paraId="117C15AA" w14:textId="77777777">
        <w:trPr>
          <w:cantSplit/>
          <w:jc w:val="center"/>
        </w:trPr>
        <w:tc>
          <w:tcPr>
            <w:tcW w:w="1928" w:type="dxa"/>
            <w:shd w:val="clear" w:color="auto" w:fill="F2F6F8"/>
            <w:vAlign w:val="center"/>
          </w:tcPr>
          <w:p w14:paraId="4E166517" w14:textId="77777777" w:rsidR="00D93F19" w:rsidRDefault="00000000">
            <w:pPr>
              <w:pStyle w:val="TableText"/>
              <w:rPr>
                <w:rFonts w:hint="eastAsia"/>
              </w:rPr>
            </w:pPr>
            <w:r>
              <w:rPr>
                <w:sz w:val="18"/>
              </w:rPr>
              <w:t>Sollecitazioni</w:t>
            </w:r>
          </w:p>
        </w:tc>
        <w:tc>
          <w:tcPr>
            <w:tcW w:w="7937" w:type="dxa"/>
            <w:shd w:val="clear" w:color="auto" w:fill="F2F6F8"/>
            <w:vAlign w:val="center"/>
          </w:tcPr>
          <w:p w14:paraId="4C311193" w14:textId="77777777" w:rsidR="00D93F19" w:rsidRDefault="00000000">
            <w:pPr>
              <w:pStyle w:val="TableText"/>
              <w:rPr>
                <w:rFonts w:hint="eastAsia"/>
              </w:rPr>
            </w:pPr>
            <w:r>
              <w:rPr>
                <w:sz w:val="18"/>
              </w:rPr>
              <w:t>Non deve aumentare lo stato tensionale rispetto alla macchina originaria, nell’ambito dei limiti previsti dal fabbricante.</w:t>
            </w:r>
          </w:p>
        </w:tc>
      </w:tr>
      <w:tr w:rsidR="00D93F19" w14:paraId="0456F6E4" w14:textId="77777777">
        <w:trPr>
          <w:cantSplit/>
          <w:jc w:val="center"/>
        </w:trPr>
        <w:tc>
          <w:tcPr>
            <w:tcW w:w="1928" w:type="dxa"/>
            <w:vAlign w:val="center"/>
          </w:tcPr>
          <w:p w14:paraId="6057C564" w14:textId="77777777" w:rsidR="00D93F19" w:rsidRDefault="00000000">
            <w:pPr>
              <w:pStyle w:val="TableText"/>
              <w:rPr>
                <w:rFonts w:hint="eastAsia"/>
              </w:rPr>
            </w:pPr>
            <w:r>
              <w:rPr>
                <w:sz w:val="18"/>
              </w:rPr>
              <w:t>Geometria e uso</w:t>
            </w:r>
          </w:p>
        </w:tc>
        <w:tc>
          <w:tcPr>
            <w:tcW w:w="7937" w:type="dxa"/>
            <w:vAlign w:val="center"/>
          </w:tcPr>
          <w:p w14:paraId="223C74BB" w14:textId="77777777" w:rsidR="00D93F19" w:rsidRDefault="00000000">
            <w:pPr>
              <w:pStyle w:val="TableText"/>
              <w:rPr>
                <w:rFonts w:hint="eastAsia"/>
              </w:rPr>
            </w:pPr>
            <w:r>
              <w:rPr>
                <w:sz w:val="18"/>
              </w:rPr>
              <w:t>Le variazioni geometriche non devono generare interferenze o ulteriori rischi nel funzionamento previsto.</w:t>
            </w:r>
          </w:p>
        </w:tc>
      </w:tr>
    </w:tbl>
    <w:p w14:paraId="174A2AD9" w14:textId="77777777" w:rsidR="00D93F19" w:rsidRDefault="00D93F19">
      <w:pPr>
        <w:spacing w:after="0" w:line="20" w:lineRule="exact"/>
        <w:rPr>
          <w:rFonts w:hint="eastAsia"/>
        </w:rPr>
      </w:pPr>
    </w:p>
    <w:p w14:paraId="135A8C25" w14:textId="77777777" w:rsidR="00D93F19" w:rsidRDefault="00000000">
      <w:pPr>
        <w:pStyle w:val="Titolo2"/>
      </w:pPr>
      <w:r>
        <w:t>Relazione tecnica del soggetto diverso dal fabbricante</w:t>
      </w:r>
    </w:p>
    <w:p w14:paraId="13BF1B98" w14:textId="77777777" w:rsidR="00D93F19" w:rsidRDefault="00000000">
      <w:pPr>
        <w:rPr>
          <w:rFonts w:hint="eastAsia"/>
        </w:rPr>
      </w:pPr>
      <w:r>
        <w:t>Descrivere finalità e variazioni dimensionali; verificare lo stato tensionale delle strutture con norme di buona tecnica ove disponibili, attestando il non superamento dei limiti originari di resistenza, stabilità e deformazione; includere l’estratto della valutazione dei rischi secondo UNI EN ISO 12100 e le prove/verifiche da eseguire.</w:t>
      </w:r>
    </w:p>
    <w:p w14:paraId="259259E2" w14:textId="77777777" w:rsidR="00D93F19" w:rsidRDefault="00000000">
      <w:pPr>
        <w:pStyle w:val="Titolo3"/>
      </w:pPr>
      <w:r>
        <w:t>Documenti F – intervento eseguito da soggetto diverso dal fabbricante</w:t>
      </w:r>
    </w:p>
    <w:p w14:paraId="7A8EE766" w14:textId="77777777" w:rsidR="00D93F19" w:rsidRDefault="00000000">
      <w:pPr>
        <w:rPr>
          <w:rFonts w:hint="eastAsia"/>
        </w:rPr>
      </w:pPr>
      <w:r>
        <w:t>Relazione tecnica firmata da persona competente; rapporto di verifica/collaudo con test ed esiti secondo la relazione; dichiarazione di corretta installazione o lavoro a regola d’arte; annotazione nel registro di controllo.</w:t>
      </w:r>
    </w:p>
    <w:p w14:paraId="57502C04" w14:textId="77777777" w:rsidR="00D93F19" w:rsidRDefault="00000000">
      <w:pPr>
        <w:pStyle w:val="Titolo3"/>
      </w:pPr>
      <w:r>
        <w:t>Documenti F – intervento eseguito dal fabbricante</w:t>
      </w:r>
    </w:p>
    <w:p w14:paraId="39B567F3" w14:textId="77777777" w:rsidR="00D93F19" w:rsidRDefault="00000000">
      <w:pPr>
        <w:rPr>
          <w:rFonts w:hint="eastAsia"/>
        </w:rPr>
      </w:pPr>
      <w:r>
        <w:t>Dichiarazione di idoneità che confermi il mantenimento della validità della dichiarazione di conformità originaria; rapporto di verifica/collaudo secondo le istruzioni originarie; dichiarazione di corretta installazione o regola dell’arte; registro e istruzioni aggiornati.</w:t>
      </w:r>
    </w:p>
    <w:p w14:paraId="7F61AE97" w14:textId="77777777" w:rsidR="00D93F19" w:rsidRDefault="00000000">
      <w:pPr>
        <w:pStyle w:val="Titolo3"/>
      </w:pPr>
      <w:r>
        <w:t>Controllo operativo aziendale O</w:t>
      </w:r>
    </w:p>
    <w:p w14:paraId="6173C479" w14:textId="77777777" w:rsidR="00D93F19" w:rsidRDefault="00000000">
      <w:pPr>
        <w:rPr>
          <w:rFonts w:hint="eastAsia"/>
        </w:rPr>
      </w:pPr>
      <w:r>
        <w:t>Rilevare quote e configurazione iniziali, elaborare il confronto prima/dopo e individuare le parti soggette a lavorazione. Verificare anche l’effetto su finecorsa, distanze, sostegni e accessibilità; applicare le altre schede coinvolte.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A8BC5A3" w14:textId="77777777">
        <w:trPr>
          <w:cantSplit/>
        </w:trPr>
        <w:tc>
          <w:tcPr>
            <w:tcW w:w="9866" w:type="dxa"/>
            <w:shd w:val="clear" w:color="auto" w:fill="FFF5E2"/>
            <w:vAlign w:val="center"/>
          </w:tcPr>
          <w:p w14:paraId="31454C45" w14:textId="77777777" w:rsidR="00D93F19" w:rsidRDefault="00000000">
            <w:pPr>
              <w:pStyle w:val="TableText"/>
              <w:rPr>
                <w:rFonts w:hint="eastAsia"/>
              </w:rPr>
            </w:pPr>
            <w:r>
              <w:rPr>
                <w:color w:val="A53435"/>
              </w:rPr>
              <w:t>PUNTO DI ARRESTO – Non procedere sulla sola base della riduzione della portata o di una prova funzionale. Occorrono evidenze sulle sollecitazioni e sulle interferenze.</w:t>
            </w:r>
          </w:p>
        </w:tc>
      </w:tr>
    </w:tbl>
    <w:p w14:paraId="6F29DE7F" w14:textId="77777777" w:rsidR="00D93F19" w:rsidRDefault="00D93F19">
      <w:pPr>
        <w:spacing w:after="0" w:line="20" w:lineRule="exact"/>
        <w:rPr>
          <w:rFonts w:hint="eastAsia"/>
        </w:rPr>
      </w:pPr>
    </w:p>
    <w:p w14:paraId="344997A3" w14:textId="77777777" w:rsidR="00D93F19" w:rsidRDefault="00000000">
      <w:pPr>
        <w:pStyle w:val="Small"/>
        <w:rPr>
          <w:rFonts w:hint="eastAsia"/>
        </w:rPr>
      </w:pPr>
      <w:r>
        <w:t>F01: INAIL 2026, scheda 1.01, p. 19. O: applicazione aziendale e registrazioni A05–A06, A10–A13. Se ricorrono più schede, verificarne cumulativamente le condizioni.</w:t>
      </w:r>
    </w:p>
    <w:p w14:paraId="064B1878" w14:textId="77777777" w:rsidR="00D93F19" w:rsidRDefault="00000000">
      <w:pPr>
        <w:pStyle w:val="Kicker"/>
        <w:pageBreakBefore/>
        <w:rPr>
          <w:rFonts w:hint="eastAsia"/>
        </w:rPr>
      </w:pPr>
      <w:r>
        <w:t>F • SCHEDA TECNICA DI INTERVENTO</w:t>
      </w:r>
    </w:p>
    <w:p w14:paraId="09F65551" w14:textId="77777777" w:rsidR="00D93F19" w:rsidRDefault="00000000">
      <w:pPr>
        <w:pStyle w:val="Titolo1"/>
      </w:pPr>
      <w:bookmarkStart w:id="23" w:name="P24"/>
      <w:r>
        <w:t>1.02 | Installazione di masse addizionali</w:t>
      </w:r>
      <w:bookmarkEnd w:id="23"/>
    </w:p>
    <w:p w14:paraId="4A33ADDC" w14:textId="77777777" w:rsidR="00D93F19" w:rsidRDefault="00000000">
      <w:pPr>
        <w:rPr>
          <w:rFonts w:hint="eastAsia"/>
        </w:rPr>
      </w:pPr>
      <w:r>
        <w:t>Inserimento di lampade, apparecchiature per accessori sottogancio e altri elementi che aggiungono masse alla macchina.</w:t>
      </w:r>
    </w:p>
    <w:p w14:paraId="3BA1BBEC"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23BAA7D8" w14:textId="77777777">
        <w:trPr>
          <w:cantSplit/>
          <w:tblHeader/>
          <w:jc w:val="center"/>
        </w:trPr>
        <w:tc>
          <w:tcPr>
            <w:tcW w:w="1928" w:type="dxa"/>
            <w:shd w:val="clear" w:color="auto" w:fill="15344B"/>
            <w:vAlign w:val="center"/>
          </w:tcPr>
          <w:p w14:paraId="46B30EE5"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5E4F4FF1" w14:textId="77777777" w:rsidR="00D93F19" w:rsidRDefault="00000000">
            <w:pPr>
              <w:pStyle w:val="TableText"/>
              <w:rPr>
                <w:rFonts w:hint="eastAsia"/>
              </w:rPr>
            </w:pPr>
            <w:r>
              <w:rPr>
                <w:b/>
                <w:color w:val="FFFFFF"/>
                <w:sz w:val="18"/>
              </w:rPr>
              <w:t>CONDIZIONE INAIL RIELABORATA</w:t>
            </w:r>
          </w:p>
        </w:tc>
      </w:tr>
      <w:tr w:rsidR="00D93F19" w14:paraId="0E3A08AA" w14:textId="77777777">
        <w:trPr>
          <w:cantSplit/>
          <w:jc w:val="center"/>
        </w:trPr>
        <w:tc>
          <w:tcPr>
            <w:tcW w:w="1928" w:type="dxa"/>
            <w:shd w:val="clear" w:color="auto" w:fill="F2F6F8"/>
            <w:vAlign w:val="center"/>
          </w:tcPr>
          <w:p w14:paraId="4AC5D466" w14:textId="77777777" w:rsidR="00D93F19" w:rsidRDefault="00000000">
            <w:pPr>
              <w:pStyle w:val="TableText"/>
              <w:rPr>
                <w:rFonts w:hint="eastAsia"/>
              </w:rPr>
            </w:pPr>
            <w:r>
              <w:rPr>
                <w:sz w:val="18"/>
              </w:rPr>
              <w:t>Sollecitazioni</w:t>
            </w:r>
          </w:p>
        </w:tc>
        <w:tc>
          <w:tcPr>
            <w:tcW w:w="7937" w:type="dxa"/>
            <w:shd w:val="clear" w:color="auto" w:fill="F2F6F8"/>
            <w:vAlign w:val="center"/>
          </w:tcPr>
          <w:p w14:paraId="2272191C" w14:textId="77777777" w:rsidR="00D93F19" w:rsidRDefault="00000000">
            <w:pPr>
              <w:pStyle w:val="TableText"/>
              <w:rPr>
                <w:rFonts w:hint="eastAsia"/>
              </w:rPr>
            </w:pPr>
            <w:r>
              <w:rPr>
                <w:sz w:val="18"/>
              </w:rPr>
              <w:t>L’intervento non deve incrementare lo stato tensionale rispetto all’originario, nei limiti previsti dal fabbricante.</w:t>
            </w:r>
          </w:p>
        </w:tc>
      </w:tr>
      <w:tr w:rsidR="00D93F19" w14:paraId="30B166C3" w14:textId="77777777">
        <w:trPr>
          <w:cantSplit/>
          <w:jc w:val="center"/>
        </w:trPr>
        <w:tc>
          <w:tcPr>
            <w:tcW w:w="1928" w:type="dxa"/>
            <w:vAlign w:val="center"/>
          </w:tcPr>
          <w:p w14:paraId="636B0BCA" w14:textId="77777777" w:rsidR="00D93F19" w:rsidRDefault="00000000">
            <w:pPr>
              <w:pStyle w:val="TableText"/>
              <w:rPr>
                <w:rFonts w:hint="eastAsia"/>
              </w:rPr>
            </w:pPr>
            <w:r>
              <w:rPr>
                <w:sz w:val="18"/>
              </w:rPr>
              <w:t>Ingombri</w:t>
            </w:r>
          </w:p>
        </w:tc>
        <w:tc>
          <w:tcPr>
            <w:tcW w:w="7937" w:type="dxa"/>
            <w:vAlign w:val="center"/>
          </w:tcPr>
          <w:p w14:paraId="1CB040C4" w14:textId="77777777" w:rsidR="00D93F19" w:rsidRDefault="00000000">
            <w:pPr>
              <w:pStyle w:val="TableText"/>
              <w:rPr>
                <w:rFonts w:hint="eastAsia"/>
              </w:rPr>
            </w:pPr>
            <w:r>
              <w:rPr>
                <w:sz w:val="18"/>
              </w:rPr>
              <w:t>La geometria risultante non deve produrre interferenze né ulteriori rischi durante il funzionamento previsto.</w:t>
            </w:r>
          </w:p>
        </w:tc>
      </w:tr>
    </w:tbl>
    <w:p w14:paraId="20C00C3A" w14:textId="77777777" w:rsidR="00D93F19" w:rsidRDefault="00D93F19">
      <w:pPr>
        <w:spacing w:after="0" w:line="20" w:lineRule="exact"/>
        <w:rPr>
          <w:rFonts w:hint="eastAsia"/>
        </w:rPr>
      </w:pPr>
    </w:p>
    <w:p w14:paraId="02A1C831" w14:textId="77777777" w:rsidR="00D93F19" w:rsidRDefault="00000000">
      <w:pPr>
        <w:pStyle w:val="Titolo2"/>
      </w:pPr>
      <w:r>
        <w:t>Relazione tecnica del soggetto diverso dal fabbricante</w:t>
      </w:r>
    </w:p>
    <w:p w14:paraId="1389BF58" w14:textId="77777777" w:rsidR="00D93F19" w:rsidRDefault="00000000">
      <w:pPr>
        <w:rPr>
          <w:rFonts w:hint="eastAsia"/>
        </w:rPr>
      </w:pPr>
      <w:r>
        <w:t>Descrivere elementi inseriti, documenti di accompagnamento e finalità. Includere verifica dello stato tensionale e dei limiti originari di resistenza, stabilità e deformazione, estratto della valutazione dei rischi UNI EN ISO 12100 e piano delle prove/verifiche.</w:t>
      </w:r>
    </w:p>
    <w:p w14:paraId="267E47A6" w14:textId="77777777" w:rsidR="00D93F19" w:rsidRDefault="00000000">
      <w:pPr>
        <w:pStyle w:val="Titolo3"/>
      </w:pPr>
      <w:r>
        <w:t>Documenti F – intervento eseguito da soggetto diverso dal fabbricante</w:t>
      </w:r>
    </w:p>
    <w:p w14:paraId="558F6A05" w14:textId="77777777" w:rsidR="00D93F19" w:rsidRDefault="00000000">
      <w:pPr>
        <w:rPr>
          <w:rFonts w:hint="eastAsia"/>
        </w:rPr>
      </w:pPr>
      <w:r>
        <w:t>Relazione tecnica firmata; rapporto di verifica/collaudo secondo la relazione; dichiarazione di corretta installazione o regola dell’arte; documenti degli elementi inseriti, ove previsti, comprese eventuali dichiarazioni CE e istruzioni; registro di controllo.</w:t>
      </w:r>
    </w:p>
    <w:p w14:paraId="79E31CED" w14:textId="77777777" w:rsidR="00D93F19" w:rsidRDefault="00000000">
      <w:pPr>
        <w:pStyle w:val="Titolo3"/>
      </w:pPr>
      <w:r>
        <w:t>Documenti F – intervento eseguito dal fabbricante</w:t>
      </w:r>
    </w:p>
    <w:p w14:paraId="18D9AB82" w14:textId="77777777" w:rsidR="00D93F19" w:rsidRDefault="00000000">
      <w:pPr>
        <w:rPr>
          <w:rFonts w:hint="eastAsia"/>
        </w:rPr>
      </w:pPr>
      <w:r>
        <w:t>Dichiarazione di idoneità rispetto alla conformità originaria; rapporto di verifica/collaudo; dichiarazione di corretta installazione o regola dell’arte; documenti degli elementi inseriti ove previsti; registro e istruzioni aggiornati.</w:t>
      </w:r>
    </w:p>
    <w:p w14:paraId="719553FE" w14:textId="77777777" w:rsidR="00D93F19" w:rsidRDefault="00000000">
      <w:pPr>
        <w:pStyle w:val="Titolo3"/>
      </w:pPr>
      <w:r>
        <w:t>Controllo operativo aziendale O</w:t>
      </w:r>
    </w:p>
    <w:p w14:paraId="08C43934" w14:textId="77777777" w:rsidR="00D93F19" w:rsidRDefault="00000000">
      <w:pPr>
        <w:rPr>
          <w:rFonts w:hint="eastAsia"/>
        </w:rPr>
      </w:pPr>
      <w:r>
        <w:t>Registrare massa, posizione e modalità di fissaggio di ogni elemento, includendo cavi, supporti e accessori. Analizzare effetti statici e dinamici e garantire che i nuovi elementi non possano interferire con carrello, funi, percorsi o manutenzione.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33870E4" w14:textId="77777777">
        <w:trPr>
          <w:cantSplit/>
        </w:trPr>
        <w:tc>
          <w:tcPr>
            <w:tcW w:w="9866" w:type="dxa"/>
            <w:shd w:val="clear" w:color="auto" w:fill="FFF5E2"/>
            <w:vAlign w:val="center"/>
          </w:tcPr>
          <w:p w14:paraId="6AD3322A" w14:textId="77777777" w:rsidR="00D93F19" w:rsidRDefault="00000000">
            <w:pPr>
              <w:pStyle w:val="TableText"/>
              <w:rPr>
                <w:rFonts w:hint="eastAsia"/>
              </w:rPr>
            </w:pPr>
            <w:r>
              <w:rPr>
                <w:color w:val="A53435"/>
              </w:rPr>
              <w:t>PUNTO DI ARRESTO – Non qualificare una massa come trascurabile senza il confronto tecnico richiesto. Un fissaggio sicuro non dimostra da solo l’assenza di incremento tensionale.</w:t>
            </w:r>
          </w:p>
        </w:tc>
      </w:tr>
    </w:tbl>
    <w:p w14:paraId="674FA993" w14:textId="77777777" w:rsidR="00D93F19" w:rsidRDefault="00D93F19">
      <w:pPr>
        <w:spacing w:after="0" w:line="20" w:lineRule="exact"/>
        <w:rPr>
          <w:rFonts w:hint="eastAsia"/>
        </w:rPr>
      </w:pPr>
    </w:p>
    <w:p w14:paraId="762968EE" w14:textId="77777777" w:rsidR="00D93F19" w:rsidRDefault="00000000">
      <w:pPr>
        <w:pStyle w:val="Small"/>
        <w:rPr>
          <w:rFonts w:hint="eastAsia"/>
        </w:rPr>
      </w:pPr>
      <w:r>
        <w:t>F01: INAIL 2026, scheda 1.02, p. 20. O: applicazione aziendale e registrazioni A05–A06, A10–A13. Se ricorrono più schede, verificarne cumulativamente le condizioni.</w:t>
      </w:r>
    </w:p>
    <w:p w14:paraId="2DAB6E52" w14:textId="77777777" w:rsidR="00D93F19" w:rsidRDefault="00000000">
      <w:pPr>
        <w:pStyle w:val="Kicker"/>
        <w:pageBreakBefore/>
        <w:rPr>
          <w:rFonts w:hint="eastAsia"/>
        </w:rPr>
      </w:pPr>
      <w:r>
        <w:t>F • SCHEDA TECNICA DI INTERVENTO</w:t>
      </w:r>
    </w:p>
    <w:p w14:paraId="24B3FD02" w14:textId="77777777" w:rsidR="00D93F19" w:rsidRDefault="00000000">
      <w:pPr>
        <w:pStyle w:val="Titolo1"/>
      </w:pPr>
      <w:bookmarkStart w:id="24" w:name="P25"/>
      <w:r>
        <w:t>1.03 | Variazione dei parametri funzionali</w:t>
      </w:r>
      <w:bookmarkEnd w:id="24"/>
    </w:p>
    <w:p w14:paraId="27FDF890" w14:textId="77777777" w:rsidR="00D93F19" w:rsidRDefault="00000000">
      <w:pPr>
        <w:rPr>
          <w:rFonts w:hint="eastAsia"/>
        </w:rPr>
      </w:pPr>
      <w:r>
        <w:t>Variazioni di portata, momenti flettenti/torsionali/ribaltanti, velocità dei movimenti ed effetti dinamici dovuti a condizioni di esercizio o ad accelerazioni/decelerazioni.</w:t>
      </w:r>
    </w:p>
    <w:p w14:paraId="5535870D"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5EC014CB" w14:textId="77777777">
        <w:trPr>
          <w:cantSplit/>
          <w:tblHeader/>
          <w:jc w:val="center"/>
        </w:trPr>
        <w:tc>
          <w:tcPr>
            <w:tcW w:w="1928" w:type="dxa"/>
            <w:shd w:val="clear" w:color="auto" w:fill="15344B"/>
            <w:vAlign w:val="center"/>
          </w:tcPr>
          <w:p w14:paraId="018AD64B"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464BA32F" w14:textId="77777777" w:rsidR="00D93F19" w:rsidRDefault="00000000">
            <w:pPr>
              <w:pStyle w:val="TableText"/>
              <w:rPr>
                <w:rFonts w:hint="eastAsia"/>
              </w:rPr>
            </w:pPr>
            <w:r>
              <w:rPr>
                <w:b/>
                <w:color w:val="FFFFFF"/>
                <w:sz w:val="18"/>
              </w:rPr>
              <w:t>CONDIZIONE INAIL RIELABORATA</w:t>
            </w:r>
          </w:p>
        </w:tc>
      </w:tr>
      <w:tr w:rsidR="00D93F19" w14:paraId="6E5E1D2D" w14:textId="77777777">
        <w:trPr>
          <w:cantSplit/>
          <w:jc w:val="center"/>
        </w:trPr>
        <w:tc>
          <w:tcPr>
            <w:tcW w:w="1928" w:type="dxa"/>
            <w:shd w:val="clear" w:color="auto" w:fill="F2F6F8"/>
            <w:vAlign w:val="center"/>
          </w:tcPr>
          <w:p w14:paraId="09EAA96F" w14:textId="77777777" w:rsidR="00D93F19" w:rsidRDefault="00000000">
            <w:pPr>
              <w:pStyle w:val="TableText"/>
              <w:rPr>
                <w:rFonts w:hint="eastAsia"/>
              </w:rPr>
            </w:pPr>
            <w:r>
              <w:rPr>
                <w:sz w:val="18"/>
              </w:rPr>
              <w:t>Sollecitazioni</w:t>
            </w:r>
          </w:p>
        </w:tc>
        <w:tc>
          <w:tcPr>
            <w:tcW w:w="7937" w:type="dxa"/>
            <w:shd w:val="clear" w:color="auto" w:fill="F2F6F8"/>
            <w:vAlign w:val="center"/>
          </w:tcPr>
          <w:p w14:paraId="0A72BA34" w14:textId="77777777" w:rsidR="00D93F19" w:rsidRDefault="00000000">
            <w:pPr>
              <w:pStyle w:val="TableText"/>
              <w:rPr>
                <w:rFonts w:hint="eastAsia"/>
              </w:rPr>
            </w:pPr>
            <w:r>
              <w:rPr>
                <w:sz w:val="18"/>
              </w:rPr>
              <w:t>Nessun incremento dello stato tensionale rispetto alla macchina originaria, nell’ambito dei limiti del fabbricante.</w:t>
            </w:r>
          </w:p>
        </w:tc>
      </w:tr>
      <w:tr w:rsidR="00D93F19" w14:paraId="14436FFC" w14:textId="77777777">
        <w:trPr>
          <w:cantSplit/>
          <w:jc w:val="center"/>
        </w:trPr>
        <w:tc>
          <w:tcPr>
            <w:tcW w:w="1928" w:type="dxa"/>
            <w:vAlign w:val="center"/>
          </w:tcPr>
          <w:p w14:paraId="2B9241B5" w14:textId="77777777" w:rsidR="00D93F19" w:rsidRDefault="00000000">
            <w:pPr>
              <w:pStyle w:val="TableText"/>
              <w:rPr>
                <w:rFonts w:hint="eastAsia"/>
              </w:rPr>
            </w:pPr>
            <w:r>
              <w:rPr>
                <w:sz w:val="18"/>
              </w:rPr>
              <w:t>Rischi</w:t>
            </w:r>
          </w:p>
        </w:tc>
        <w:tc>
          <w:tcPr>
            <w:tcW w:w="7937" w:type="dxa"/>
            <w:vAlign w:val="center"/>
          </w:tcPr>
          <w:p w14:paraId="24EF880F" w14:textId="77777777" w:rsidR="00D93F19" w:rsidRDefault="00000000">
            <w:pPr>
              <w:pStyle w:val="TableText"/>
              <w:rPr>
                <w:rFonts w:hint="eastAsia"/>
              </w:rPr>
            </w:pPr>
            <w:r>
              <w:rPr>
                <w:sz w:val="18"/>
              </w:rPr>
              <w:t>Nessun rischio supplementare in relazione ai requisiti essenziali di sicurezza sui quali la variazione può incidere.</w:t>
            </w:r>
          </w:p>
        </w:tc>
      </w:tr>
    </w:tbl>
    <w:p w14:paraId="7A2BC36D" w14:textId="77777777" w:rsidR="00D93F19" w:rsidRDefault="00D93F19">
      <w:pPr>
        <w:spacing w:after="0" w:line="20" w:lineRule="exact"/>
        <w:rPr>
          <w:rFonts w:hint="eastAsia"/>
        </w:rPr>
      </w:pPr>
    </w:p>
    <w:p w14:paraId="7BF5253B" w14:textId="77777777" w:rsidR="00D93F19" w:rsidRDefault="00000000">
      <w:pPr>
        <w:pStyle w:val="Titolo2"/>
      </w:pPr>
      <w:r>
        <w:t>Relazione tecnica del soggetto diverso dal fabbricante</w:t>
      </w:r>
    </w:p>
    <w:p w14:paraId="06A2335C" w14:textId="77777777" w:rsidR="00D93F19" w:rsidRDefault="00000000">
      <w:pPr>
        <w:rPr>
          <w:rFonts w:hint="eastAsia"/>
        </w:rPr>
      </w:pPr>
      <w:r>
        <w:t>Identificare finalità e parametri modificati; verificare strutture e limiti originari di resistenza, stabilità e deformazione; includere estratto della valutazione dei rischi UNI EN ISO 12100 e prove/verifiche necessarie.</w:t>
      </w:r>
    </w:p>
    <w:p w14:paraId="17990BB1" w14:textId="77777777" w:rsidR="00D93F19" w:rsidRDefault="00000000">
      <w:pPr>
        <w:pStyle w:val="Titolo3"/>
      </w:pPr>
      <w:r>
        <w:t>Documenti F – intervento eseguito da soggetto diverso dal fabbricante</w:t>
      </w:r>
    </w:p>
    <w:p w14:paraId="656252C6" w14:textId="77777777" w:rsidR="00D93F19" w:rsidRDefault="00000000">
      <w:pPr>
        <w:rPr>
          <w:rFonts w:hint="eastAsia"/>
        </w:rPr>
      </w:pPr>
      <w:r>
        <w:t>Relazione tecnica firmata da persona competente; rapporto di verifica/collaudo con esiti secondo la relazione; documentazione degli eventuali elementi inseriti, ove prevista; descrizione nel registro di controllo.</w:t>
      </w:r>
    </w:p>
    <w:p w14:paraId="080E6F18" w14:textId="77777777" w:rsidR="00D93F19" w:rsidRDefault="00000000">
      <w:pPr>
        <w:pStyle w:val="Titolo3"/>
      </w:pPr>
      <w:r>
        <w:t>Documenti F – intervento eseguito dal fabbricante</w:t>
      </w:r>
    </w:p>
    <w:p w14:paraId="2CC8942E" w14:textId="77777777" w:rsidR="00D93F19" w:rsidRDefault="00000000">
      <w:pPr>
        <w:rPr>
          <w:rFonts w:hint="eastAsia"/>
        </w:rPr>
      </w:pPr>
      <w:r>
        <w:t>Dichiarazione di idoneità rispetto alla conformità originaria con prove/verifiche da condurre; rapporto di verifica/collaudo; documenti degli eventuali elementi inseriti, ove previsti; registro di controllo.</w:t>
      </w:r>
    </w:p>
    <w:p w14:paraId="25E985D9" w14:textId="77777777" w:rsidR="00D93F19" w:rsidRDefault="00000000">
      <w:pPr>
        <w:pStyle w:val="Titolo3"/>
      </w:pPr>
      <w:r>
        <w:t>Controllo operativo aziendale O</w:t>
      </w:r>
    </w:p>
    <w:p w14:paraId="0AC0A735" w14:textId="77777777" w:rsidR="00D93F19" w:rsidRDefault="00000000">
      <w:pPr>
        <w:rPr>
          <w:rFonts w:hint="eastAsia"/>
        </w:rPr>
      </w:pPr>
      <w:r>
        <w:t>Confrontare tabella parametri prima/dopo, identificare chi è autorizzato a modificarli e conservarne la configurazione finale. Considerare azionamenti, frenature, limitatori e condizioni di impiego, non soltanto la portata riportata in targa.</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490FB947" w14:textId="77777777">
        <w:trPr>
          <w:cantSplit/>
        </w:trPr>
        <w:tc>
          <w:tcPr>
            <w:tcW w:w="9866" w:type="dxa"/>
            <w:shd w:val="clear" w:color="auto" w:fill="FFF5E2"/>
            <w:vAlign w:val="center"/>
          </w:tcPr>
          <w:p w14:paraId="1BDB59C6" w14:textId="77777777" w:rsidR="00D93F19" w:rsidRDefault="00000000">
            <w:pPr>
              <w:pStyle w:val="TableText"/>
              <w:rPr>
                <w:rFonts w:hint="eastAsia"/>
              </w:rPr>
            </w:pPr>
            <w:r>
              <w:rPr>
                <w:color w:val="A53435"/>
              </w:rPr>
              <w:t>PUNTO DI ARRESTO – La portata richiamata dalla fonte riguarda sia l’apparecchio sia le eventuali attrezzature ausiliarie. I limiti della macchina non vanno confusi con quelli del solo paranco.</w:t>
            </w:r>
          </w:p>
        </w:tc>
      </w:tr>
    </w:tbl>
    <w:p w14:paraId="7B43A30B" w14:textId="77777777" w:rsidR="00D93F19" w:rsidRDefault="00D93F19">
      <w:pPr>
        <w:spacing w:after="0" w:line="20" w:lineRule="exact"/>
        <w:rPr>
          <w:rFonts w:hint="eastAsia"/>
        </w:rPr>
      </w:pPr>
    </w:p>
    <w:p w14:paraId="6CD2DD6C" w14:textId="77777777" w:rsidR="00D93F19" w:rsidRDefault="00000000">
      <w:pPr>
        <w:pStyle w:val="Small"/>
        <w:rPr>
          <w:rFonts w:hint="eastAsia"/>
        </w:rPr>
      </w:pPr>
      <w:r>
        <w:t>Nota della fonte: portata riferita all’apparecchio e alle eventuali attrezzature ausiliarie (nota 1).</w:t>
      </w:r>
    </w:p>
    <w:p w14:paraId="70855EF5" w14:textId="77777777" w:rsidR="00D93F19" w:rsidRDefault="00000000">
      <w:pPr>
        <w:pStyle w:val="Small"/>
        <w:rPr>
          <w:rFonts w:hint="eastAsia"/>
        </w:rPr>
      </w:pPr>
      <w:r>
        <w:t>F01: INAIL 2026, scheda 1.03, p. 21. O: applicazione aziendale e registrazioni A05–A06, A10–A13. Se ricorrono più schede, verificarne cumulativamente le condizioni.</w:t>
      </w:r>
    </w:p>
    <w:p w14:paraId="4798DE68" w14:textId="77777777" w:rsidR="00D93F19" w:rsidRDefault="00000000">
      <w:pPr>
        <w:pStyle w:val="Kicker"/>
        <w:pageBreakBefore/>
        <w:rPr>
          <w:rFonts w:hint="eastAsia"/>
        </w:rPr>
      </w:pPr>
      <w:r>
        <w:t>F • SCHEDA TECNICA DI INTERVENTO</w:t>
      </w:r>
    </w:p>
    <w:p w14:paraId="4E9909EE" w14:textId="77777777" w:rsidR="00D93F19" w:rsidRDefault="00000000">
      <w:pPr>
        <w:pStyle w:val="Titolo1"/>
      </w:pPr>
      <w:bookmarkStart w:id="25" w:name="P26"/>
      <w:r>
        <w:t>1.04 | Geometria, masse e reazioni</w:t>
      </w:r>
      <w:bookmarkEnd w:id="25"/>
    </w:p>
    <w:p w14:paraId="601EDA9B" w14:textId="77777777" w:rsidR="00D93F19" w:rsidRDefault="00000000">
      <w:pPr>
        <w:rPr>
          <w:rFonts w:hint="eastAsia"/>
        </w:rPr>
      </w:pPr>
      <w:r>
        <w:t>Combinazioni di variazioni geometriche, di massa o delle reazioni: ad esempio allungamento del braccio con riduzione della portata o variazione dello scartamento del carroponte.</w:t>
      </w:r>
    </w:p>
    <w:p w14:paraId="1AB562C6"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7FB6F7CC" w14:textId="77777777">
        <w:trPr>
          <w:cantSplit/>
          <w:tblHeader/>
          <w:jc w:val="center"/>
        </w:trPr>
        <w:tc>
          <w:tcPr>
            <w:tcW w:w="1928" w:type="dxa"/>
            <w:shd w:val="clear" w:color="auto" w:fill="15344B"/>
            <w:vAlign w:val="center"/>
          </w:tcPr>
          <w:p w14:paraId="3B9B0013"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445EB0F1" w14:textId="77777777" w:rsidR="00D93F19" w:rsidRDefault="00000000">
            <w:pPr>
              <w:pStyle w:val="TableText"/>
              <w:rPr>
                <w:rFonts w:hint="eastAsia"/>
              </w:rPr>
            </w:pPr>
            <w:r>
              <w:rPr>
                <w:b/>
                <w:color w:val="FFFFFF"/>
                <w:sz w:val="18"/>
              </w:rPr>
              <w:t>CONDIZIONE INAIL RIELABORATA</w:t>
            </w:r>
          </w:p>
        </w:tc>
      </w:tr>
      <w:tr w:rsidR="00D93F19" w14:paraId="733D5CD4" w14:textId="77777777">
        <w:trPr>
          <w:cantSplit/>
          <w:jc w:val="center"/>
        </w:trPr>
        <w:tc>
          <w:tcPr>
            <w:tcW w:w="1928" w:type="dxa"/>
            <w:shd w:val="clear" w:color="auto" w:fill="F2F6F8"/>
            <w:vAlign w:val="center"/>
          </w:tcPr>
          <w:p w14:paraId="294D3CAE" w14:textId="77777777" w:rsidR="00D93F19" w:rsidRDefault="00000000">
            <w:pPr>
              <w:pStyle w:val="TableText"/>
              <w:rPr>
                <w:rFonts w:hint="eastAsia"/>
              </w:rPr>
            </w:pPr>
            <w:r>
              <w:rPr>
                <w:sz w:val="18"/>
              </w:rPr>
              <w:t>Sollecitazioni</w:t>
            </w:r>
          </w:p>
        </w:tc>
        <w:tc>
          <w:tcPr>
            <w:tcW w:w="7937" w:type="dxa"/>
            <w:shd w:val="clear" w:color="auto" w:fill="F2F6F8"/>
            <w:vAlign w:val="center"/>
          </w:tcPr>
          <w:p w14:paraId="131DA486" w14:textId="77777777" w:rsidR="00D93F19" w:rsidRDefault="00000000">
            <w:pPr>
              <w:pStyle w:val="TableText"/>
              <w:rPr>
                <w:rFonts w:hint="eastAsia"/>
              </w:rPr>
            </w:pPr>
            <w:r>
              <w:rPr>
                <w:sz w:val="18"/>
              </w:rPr>
              <w:t>L’intervento non deve incrementare lo stato tensionale rispetto all’originario, nell’ambito dei limiti del fabbricante.</w:t>
            </w:r>
          </w:p>
        </w:tc>
      </w:tr>
      <w:tr w:rsidR="00D93F19" w14:paraId="7908FA13" w14:textId="77777777">
        <w:trPr>
          <w:cantSplit/>
          <w:jc w:val="center"/>
        </w:trPr>
        <w:tc>
          <w:tcPr>
            <w:tcW w:w="1928" w:type="dxa"/>
            <w:vAlign w:val="center"/>
          </w:tcPr>
          <w:p w14:paraId="141F1B0B" w14:textId="77777777" w:rsidR="00D93F19" w:rsidRDefault="00000000">
            <w:pPr>
              <w:pStyle w:val="TableText"/>
              <w:rPr>
                <w:rFonts w:hint="eastAsia"/>
              </w:rPr>
            </w:pPr>
            <w:r>
              <w:rPr>
                <w:sz w:val="18"/>
              </w:rPr>
              <w:t>Rischi</w:t>
            </w:r>
          </w:p>
        </w:tc>
        <w:tc>
          <w:tcPr>
            <w:tcW w:w="7937" w:type="dxa"/>
            <w:vAlign w:val="center"/>
          </w:tcPr>
          <w:p w14:paraId="085D2960" w14:textId="77777777" w:rsidR="00D93F19" w:rsidRDefault="00000000">
            <w:pPr>
              <w:pStyle w:val="TableText"/>
              <w:rPr>
                <w:rFonts w:hint="eastAsia"/>
              </w:rPr>
            </w:pPr>
            <w:r>
              <w:rPr>
                <w:sz w:val="18"/>
              </w:rPr>
              <w:t>Non devono essere introdotti rischi supplementari per i requisiti essenziali di sicurezza interessati.</w:t>
            </w:r>
          </w:p>
        </w:tc>
      </w:tr>
    </w:tbl>
    <w:p w14:paraId="686E9F90" w14:textId="77777777" w:rsidR="00D93F19" w:rsidRDefault="00D93F19">
      <w:pPr>
        <w:spacing w:after="0" w:line="20" w:lineRule="exact"/>
        <w:rPr>
          <w:rFonts w:hint="eastAsia"/>
        </w:rPr>
      </w:pPr>
    </w:p>
    <w:p w14:paraId="76EC5078" w14:textId="77777777" w:rsidR="00D93F19" w:rsidRDefault="00000000">
      <w:pPr>
        <w:pStyle w:val="Titolo2"/>
      </w:pPr>
      <w:r>
        <w:t>Relazione tecnica del soggetto diverso dal fabbricante</w:t>
      </w:r>
    </w:p>
    <w:p w14:paraId="62D800C8" w14:textId="77777777" w:rsidR="00D93F19" w:rsidRDefault="00000000">
      <w:pPr>
        <w:rPr>
          <w:rFonts w:hint="eastAsia"/>
        </w:rPr>
      </w:pPr>
      <w:r>
        <w:t>Descrivere finalità e variazioni; verificare lo stato tensionale e i limiti di resistenza, stabilità e deformazione; includere estratto della valutazione dei rischi UNI EN ISO 12100 e prove/verifiche successive.</w:t>
      </w:r>
    </w:p>
    <w:p w14:paraId="13A2D5CC" w14:textId="77777777" w:rsidR="00D93F19" w:rsidRDefault="00000000">
      <w:pPr>
        <w:pStyle w:val="Titolo3"/>
      </w:pPr>
      <w:r>
        <w:t>Documenti F – intervento eseguito da soggetto diverso dal fabbricante</w:t>
      </w:r>
    </w:p>
    <w:p w14:paraId="68F09E1E" w14:textId="77777777" w:rsidR="00D93F19" w:rsidRDefault="00000000">
      <w:pPr>
        <w:rPr>
          <w:rFonts w:hint="eastAsia"/>
        </w:rPr>
      </w:pPr>
      <w:r>
        <w:t>Relazione tecnica firmata; rapporto di verifica/collaudo con test ed esiti secondo la relazione; documenti degli elementi inseriti, ove previsti; registro di controllo.</w:t>
      </w:r>
    </w:p>
    <w:p w14:paraId="71EEC8C6" w14:textId="77777777" w:rsidR="00D93F19" w:rsidRDefault="00000000">
      <w:pPr>
        <w:pStyle w:val="Titolo3"/>
      </w:pPr>
      <w:r>
        <w:t>Documenti F – intervento eseguito dal fabbricante</w:t>
      </w:r>
    </w:p>
    <w:p w14:paraId="70995900" w14:textId="77777777" w:rsidR="00D93F19" w:rsidRDefault="00000000">
      <w:pPr>
        <w:rPr>
          <w:rFonts w:hint="eastAsia"/>
        </w:rPr>
      </w:pPr>
      <w:r>
        <w:t>Dichiarazione di idoneità rispetto alla validità della dichiarazione originaria; rapporto di verifica/collaudo; documenti degli elementi inseriti ove previsti; registro di controllo.</w:t>
      </w:r>
    </w:p>
    <w:p w14:paraId="45F8459E" w14:textId="77777777" w:rsidR="00D93F19" w:rsidRDefault="00000000">
      <w:pPr>
        <w:pStyle w:val="Titolo3"/>
      </w:pPr>
      <w:r>
        <w:t>Controllo operativo aziendale O</w:t>
      </w:r>
    </w:p>
    <w:p w14:paraId="60939889" w14:textId="77777777" w:rsidR="00D93F19" w:rsidRDefault="00000000">
      <w:pPr>
        <w:rPr>
          <w:rFonts w:hint="eastAsia"/>
        </w:rPr>
      </w:pPr>
      <w:r>
        <w:t>Confrontare la configurazione complessiva, incluse masse, baricentri, reazioni ai sostegni e geometria delle zone di lavoro. Associare la verifica dei supporti e delle vie di corsa quando le azioni o l’installazione risultano interessate.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20B8C555" w14:textId="77777777">
        <w:trPr>
          <w:cantSplit/>
        </w:trPr>
        <w:tc>
          <w:tcPr>
            <w:tcW w:w="9866" w:type="dxa"/>
            <w:shd w:val="clear" w:color="auto" w:fill="FFF5E2"/>
            <w:vAlign w:val="center"/>
          </w:tcPr>
          <w:p w14:paraId="194FAD51" w14:textId="77777777" w:rsidR="00D93F19" w:rsidRDefault="00000000">
            <w:pPr>
              <w:pStyle w:val="TableText"/>
              <w:rPr>
                <w:rFonts w:hint="eastAsia"/>
              </w:rPr>
            </w:pPr>
            <w:r>
              <w:rPr>
                <w:color w:val="A53435"/>
              </w:rPr>
              <w:t>PUNTO DI ARRESTO – Il prodotto portata × sbraccio, o un altro confronto semplificato isolato, non dimostra da solo il mantenimento di tutte le condizioni originarie e l’assenza di nuovi rischi.</w:t>
            </w:r>
          </w:p>
        </w:tc>
      </w:tr>
    </w:tbl>
    <w:p w14:paraId="6B771D9A" w14:textId="77777777" w:rsidR="00D93F19" w:rsidRDefault="00D93F19">
      <w:pPr>
        <w:spacing w:after="0" w:line="20" w:lineRule="exact"/>
        <w:rPr>
          <w:rFonts w:hint="eastAsia"/>
        </w:rPr>
      </w:pPr>
    </w:p>
    <w:p w14:paraId="53B780F9" w14:textId="77777777" w:rsidR="00D93F19" w:rsidRDefault="00000000">
      <w:pPr>
        <w:pStyle w:val="Small"/>
        <w:rPr>
          <w:rFonts w:hint="eastAsia"/>
        </w:rPr>
      </w:pPr>
      <w:r>
        <w:t>F01: INAIL 2026, scheda 1.04, p. 22. O: applicazione aziendale e registrazioni A05–A06, A10–A13. Se ricorrono più schede, verificarne cumulativamente le condizioni.</w:t>
      </w:r>
    </w:p>
    <w:p w14:paraId="41DBBD2E" w14:textId="77777777" w:rsidR="00D93F19" w:rsidRDefault="00000000">
      <w:pPr>
        <w:pStyle w:val="Kicker"/>
        <w:pageBreakBefore/>
        <w:rPr>
          <w:rFonts w:hint="eastAsia"/>
        </w:rPr>
      </w:pPr>
      <w:r>
        <w:t>F • SCHEDA TECNICA DI INTERVENTO</w:t>
      </w:r>
    </w:p>
    <w:p w14:paraId="25F556B1" w14:textId="77777777" w:rsidR="00D93F19" w:rsidRDefault="00000000">
      <w:pPr>
        <w:pStyle w:val="Titolo1"/>
      </w:pPr>
      <w:bookmarkStart w:id="26" w:name="P27"/>
      <w:r>
        <w:t>1.05 | Installazione di componenti di sicurezza</w:t>
      </w:r>
      <w:bookmarkEnd w:id="26"/>
    </w:p>
    <w:p w14:paraId="500B9AFE" w14:textId="77777777" w:rsidR="00D93F19" w:rsidRDefault="00000000">
      <w:pPr>
        <w:rPr>
          <w:rFonts w:hint="eastAsia"/>
        </w:rPr>
      </w:pPr>
      <w:r>
        <w:t>Dispositivi quali antideragliamento, anticollisione, limitatori, freni aggiuntivi, finecorsa, controlli delle funi, pinze di ammaraggio, fermi antiuragano, encoder e arresti di emergenza.</w:t>
      </w:r>
    </w:p>
    <w:p w14:paraId="6845E22E"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468D9097" w14:textId="77777777">
        <w:trPr>
          <w:cantSplit/>
          <w:tblHeader/>
          <w:jc w:val="center"/>
        </w:trPr>
        <w:tc>
          <w:tcPr>
            <w:tcW w:w="1928" w:type="dxa"/>
            <w:shd w:val="clear" w:color="auto" w:fill="15344B"/>
            <w:vAlign w:val="center"/>
          </w:tcPr>
          <w:p w14:paraId="5C02EBBB"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771A49C9" w14:textId="77777777" w:rsidR="00D93F19" w:rsidRDefault="00000000">
            <w:pPr>
              <w:pStyle w:val="TableText"/>
              <w:rPr>
                <w:rFonts w:hint="eastAsia"/>
              </w:rPr>
            </w:pPr>
            <w:r>
              <w:rPr>
                <w:b/>
                <w:color w:val="FFFFFF"/>
                <w:sz w:val="18"/>
              </w:rPr>
              <w:t>CONDIZIONE INAIL RIELABORATA</w:t>
            </w:r>
          </w:p>
        </w:tc>
      </w:tr>
      <w:tr w:rsidR="00D93F19" w14:paraId="74654D7A" w14:textId="77777777">
        <w:trPr>
          <w:cantSplit/>
          <w:jc w:val="center"/>
        </w:trPr>
        <w:tc>
          <w:tcPr>
            <w:tcW w:w="1928" w:type="dxa"/>
            <w:shd w:val="clear" w:color="auto" w:fill="F2F6F8"/>
            <w:vAlign w:val="center"/>
          </w:tcPr>
          <w:p w14:paraId="3FF0D256" w14:textId="77777777" w:rsidR="00D93F19" w:rsidRDefault="00000000">
            <w:pPr>
              <w:pStyle w:val="TableText"/>
              <w:rPr>
                <w:rFonts w:hint="eastAsia"/>
              </w:rPr>
            </w:pPr>
            <w:r>
              <w:rPr>
                <w:sz w:val="18"/>
              </w:rPr>
              <w:t>Logica</w:t>
            </w:r>
          </w:p>
        </w:tc>
        <w:tc>
          <w:tcPr>
            <w:tcW w:w="7937" w:type="dxa"/>
            <w:shd w:val="clear" w:color="auto" w:fill="F2F6F8"/>
            <w:vAlign w:val="center"/>
          </w:tcPr>
          <w:p w14:paraId="14C21326" w14:textId="77777777" w:rsidR="00D93F19" w:rsidRDefault="00000000">
            <w:pPr>
              <w:pStyle w:val="TableText"/>
              <w:rPr>
                <w:rFonts w:hint="eastAsia"/>
              </w:rPr>
            </w:pPr>
            <w:r>
              <w:rPr>
                <w:sz w:val="18"/>
              </w:rPr>
              <w:t>L’intervento non modifica la logica di funzionamento della macchina.</w:t>
            </w:r>
          </w:p>
        </w:tc>
      </w:tr>
      <w:tr w:rsidR="00D93F19" w14:paraId="33E2BC11" w14:textId="77777777">
        <w:trPr>
          <w:cantSplit/>
          <w:jc w:val="center"/>
        </w:trPr>
        <w:tc>
          <w:tcPr>
            <w:tcW w:w="1928" w:type="dxa"/>
            <w:vAlign w:val="center"/>
          </w:tcPr>
          <w:p w14:paraId="6D5A35C2" w14:textId="77777777" w:rsidR="00D93F19" w:rsidRDefault="00000000">
            <w:pPr>
              <w:pStyle w:val="TableText"/>
              <w:rPr>
                <w:rFonts w:hint="eastAsia"/>
              </w:rPr>
            </w:pPr>
            <w:r>
              <w:rPr>
                <w:sz w:val="18"/>
              </w:rPr>
              <w:t>Idoneità</w:t>
            </w:r>
          </w:p>
        </w:tc>
        <w:tc>
          <w:tcPr>
            <w:tcW w:w="7937" w:type="dxa"/>
            <w:vAlign w:val="center"/>
          </w:tcPr>
          <w:p w14:paraId="38CD37CE" w14:textId="77777777" w:rsidR="00D93F19" w:rsidRDefault="00000000">
            <w:pPr>
              <w:pStyle w:val="TableText"/>
              <w:rPr>
                <w:rFonts w:hint="eastAsia"/>
              </w:rPr>
            </w:pPr>
            <w:r>
              <w:rPr>
                <w:sz w:val="18"/>
              </w:rPr>
              <w:t>Requisiti tecnici e funzionali idonei, con riferimento allo stato dell’arte applicabile alla data originaria di immissione sul mercato/messa in servizio.</w:t>
            </w:r>
          </w:p>
        </w:tc>
      </w:tr>
      <w:tr w:rsidR="00D93F19" w14:paraId="1AF3FCB1" w14:textId="77777777">
        <w:trPr>
          <w:cantSplit/>
          <w:jc w:val="center"/>
        </w:trPr>
        <w:tc>
          <w:tcPr>
            <w:tcW w:w="1928" w:type="dxa"/>
            <w:shd w:val="clear" w:color="auto" w:fill="F2F6F8"/>
            <w:vAlign w:val="center"/>
          </w:tcPr>
          <w:p w14:paraId="1C55B70A" w14:textId="77777777" w:rsidR="00D93F19" w:rsidRDefault="00000000">
            <w:pPr>
              <w:pStyle w:val="TableText"/>
              <w:rPr>
                <w:rFonts w:hint="eastAsia"/>
              </w:rPr>
            </w:pPr>
            <w:r>
              <w:rPr>
                <w:sz w:val="18"/>
              </w:rPr>
              <w:t>Compatibilità</w:t>
            </w:r>
          </w:p>
        </w:tc>
        <w:tc>
          <w:tcPr>
            <w:tcW w:w="7937" w:type="dxa"/>
            <w:shd w:val="clear" w:color="auto" w:fill="F2F6F8"/>
            <w:vAlign w:val="center"/>
          </w:tcPr>
          <w:p w14:paraId="1F5BAC76" w14:textId="77777777" w:rsidR="00D93F19" w:rsidRDefault="00000000">
            <w:pPr>
              <w:pStyle w:val="TableText"/>
              <w:rPr>
                <w:rFonts w:hint="eastAsia"/>
              </w:rPr>
            </w:pPr>
            <w:r>
              <w:rPr>
                <w:sz w:val="18"/>
              </w:rPr>
              <w:t>Nuovi componenti compatibili con la macchina e con la logica di funzionamento originaria.</w:t>
            </w:r>
          </w:p>
        </w:tc>
      </w:tr>
      <w:tr w:rsidR="00D93F19" w14:paraId="7CE83570" w14:textId="77777777">
        <w:trPr>
          <w:cantSplit/>
          <w:jc w:val="center"/>
        </w:trPr>
        <w:tc>
          <w:tcPr>
            <w:tcW w:w="1928" w:type="dxa"/>
            <w:vAlign w:val="center"/>
          </w:tcPr>
          <w:p w14:paraId="1D31D344" w14:textId="77777777" w:rsidR="00D93F19" w:rsidRDefault="00000000">
            <w:pPr>
              <w:pStyle w:val="TableText"/>
              <w:rPr>
                <w:rFonts w:hint="eastAsia"/>
              </w:rPr>
            </w:pPr>
            <w:r>
              <w:rPr>
                <w:sz w:val="18"/>
              </w:rPr>
              <w:t>Rischi</w:t>
            </w:r>
          </w:p>
        </w:tc>
        <w:tc>
          <w:tcPr>
            <w:tcW w:w="7937" w:type="dxa"/>
            <w:vAlign w:val="center"/>
          </w:tcPr>
          <w:p w14:paraId="1B829DB0" w14:textId="77777777" w:rsidR="00D93F19" w:rsidRDefault="00000000">
            <w:pPr>
              <w:pStyle w:val="TableText"/>
              <w:rPr>
                <w:rFonts w:hint="eastAsia"/>
              </w:rPr>
            </w:pPr>
            <w:r>
              <w:rPr>
                <w:sz w:val="18"/>
              </w:rPr>
              <w:t>Assenza di rischi supplementari per i requisiti essenziali interessati.</w:t>
            </w:r>
          </w:p>
        </w:tc>
      </w:tr>
    </w:tbl>
    <w:p w14:paraId="7356F4FB" w14:textId="77777777" w:rsidR="00D93F19" w:rsidRDefault="00D93F19">
      <w:pPr>
        <w:spacing w:after="0" w:line="20" w:lineRule="exact"/>
        <w:rPr>
          <w:rFonts w:hint="eastAsia"/>
        </w:rPr>
      </w:pPr>
    </w:p>
    <w:p w14:paraId="6A014594" w14:textId="77777777" w:rsidR="00D93F19" w:rsidRDefault="00000000">
      <w:pPr>
        <w:pStyle w:val="Titolo2"/>
      </w:pPr>
      <w:r>
        <w:t>Relazione tecnica del soggetto diverso dal fabbricante</w:t>
      </w:r>
    </w:p>
    <w:p w14:paraId="4DD73D78" w14:textId="77777777" w:rsidR="00D93F19" w:rsidRDefault="00000000">
      <w:pPr>
        <w:rPr>
          <w:rFonts w:hint="eastAsia"/>
        </w:rPr>
      </w:pPr>
      <w:r>
        <w:t>Descrivere dispositivi e finalità; verificarne idoneità tecnica, funzionale e normativa e compatibilità. Includere la verifica dello stato tensionale e dei limiti originari richiamati dalla scheda, l’estratto della valutazione dei rischi UNI EN ISO 12100 e le prove/verifiche.</w:t>
      </w:r>
    </w:p>
    <w:p w14:paraId="555E045A" w14:textId="77777777" w:rsidR="00D93F19" w:rsidRDefault="00000000">
      <w:pPr>
        <w:pStyle w:val="Titolo3"/>
      </w:pPr>
      <w:r>
        <w:t>Documenti F – intervento eseguito da soggetto diverso dal fabbricante</w:t>
      </w:r>
    </w:p>
    <w:p w14:paraId="12D9CFC8" w14:textId="77777777" w:rsidR="00D93F19" w:rsidRDefault="00000000">
      <w:pPr>
        <w:rPr>
          <w:rFonts w:hint="eastAsia"/>
        </w:rPr>
      </w:pPr>
      <w:r>
        <w:t>Relazione tecnica firmata; schemi elettrici aggiornati; rapporto di verifica/collaudo secondo la relazione; documenti dei dispositivi di sicurezza, incluse eventuali dichiarazioni CE e istruzioni; registro di controllo.</w:t>
      </w:r>
    </w:p>
    <w:p w14:paraId="4904F263" w14:textId="77777777" w:rsidR="00D93F19" w:rsidRDefault="00000000">
      <w:pPr>
        <w:pStyle w:val="Titolo3"/>
      </w:pPr>
      <w:r>
        <w:t>Documenti F – intervento eseguito dal fabbricante</w:t>
      </w:r>
    </w:p>
    <w:p w14:paraId="5DD3ABC9" w14:textId="77777777" w:rsidR="00D93F19" w:rsidRDefault="00000000">
      <w:pPr>
        <w:rPr>
          <w:rFonts w:hint="eastAsia"/>
        </w:rPr>
      </w:pPr>
      <w:r>
        <w:t>Dichiarazione di idoneità rispetto alla conformità originaria; schemi elettrici aggiornati; rapporto di verifica/collaudo; documenti dei componenti inseriti ove previsti; registro di controllo.</w:t>
      </w:r>
    </w:p>
    <w:p w14:paraId="1C722679" w14:textId="77777777" w:rsidR="00D93F19" w:rsidRDefault="00000000">
      <w:pPr>
        <w:pStyle w:val="Titolo3"/>
      </w:pPr>
      <w:r>
        <w:t>Controllo operativo aziendale O</w:t>
      </w:r>
    </w:p>
    <w:p w14:paraId="623AAB60" w14:textId="77777777" w:rsidR="00D93F19" w:rsidRDefault="00000000">
      <w:pPr>
        <w:rPr>
          <w:rFonts w:hint="eastAsia"/>
        </w:rPr>
      </w:pPr>
      <w:r>
        <w:t>Identificare la funzione aggiunta, le condizioni di intervento e l’interazione con arresto, riavvio e altri dispositivi. Definire un test per ogni funzione coinvolta; registrare tarature e componenti effettivamente installati.</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0480AA71" w14:textId="77777777">
        <w:trPr>
          <w:cantSplit/>
        </w:trPr>
        <w:tc>
          <w:tcPr>
            <w:tcW w:w="9866" w:type="dxa"/>
            <w:shd w:val="clear" w:color="auto" w:fill="FFF5E2"/>
            <w:vAlign w:val="center"/>
          </w:tcPr>
          <w:p w14:paraId="7FCD5D49" w14:textId="77777777" w:rsidR="00D93F19" w:rsidRDefault="00000000">
            <w:pPr>
              <w:pStyle w:val="TableText"/>
              <w:rPr>
                <w:rFonts w:hint="eastAsia"/>
              </w:rPr>
            </w:pPr>
            <w:r>
              <w:rPr>
                <w:color w:val="A53435"/>
              </w:rPr>
              <w:t>PUNTO DI ARRESTO – La finalità migliorativa non basta a escludere la modifica sostanziale. Verificare che logiche, prestazioni e rischi restino nel perimetro ammissibile.</w:t>
            </w:r>
          </w:p>
        </w:tc>
      </w:tr>
    </w:tbl>
    <w:p w14:paraId="57175A56" w14:textId="77777777" w:rsidR="00D93F19" w:rsidRDefault="00D93F19">
      <w:pPr>
        <w:spacing w:after="0" w:line="20" w:lineRule="exact"/>
        <w:rPr>
          <w:rFonts w:hint="eastAsia"/>
        </w:rPr>
      </w:pPr>
    </w:p>
    <w:p w14:paraId="35F1724E" w14:textId="77777777" w:rsidR="00D93F19" w:rsidRDefault="00000000">
      <w:pPr>
        <w:pStyle w:val="Small"/>
        <w:rPr>
          <w:rFonts w:hint="eastAsia"/>
        </w:rPr>
      </w:pPr>
      <w:r>
        <w:t>F01: INAIL 2026, scheda 1.05, p. 23. O: applicazione aziendale e registrazioni A05–A06, A10–A13. Se ricorrono più schede, verificarne cumulativamente le condizioni.</w:t>
      </w:r>
    </w:p>
    <w:p w14:paraId="0ABAE4BE" w14:textId="77777777" w:rsidR="00D93F19" w:rsidRDefault="00000000">
      <w:pPr>
        <w:pStyle w:val="Kicker"/>
        <w:pageBreakBefore/>
        <w:rPr>
          <w:rFonts w:hint="eastAsia"/>
        </w:rPr>
      </w:pPr>
      <w:r>
        <w:t>F • SCHEDA TECNICA DI INTERVENTO</w:t>
      </w:r>
    </w:p>
    <w:p w14:paraId="3EE60EA9" w14:textId="77777777" w:rsidR="00D93F19" w:rsidRDefault="00000000">
      <w:pPr>
        <w:pStyle w:val="Titolo1"/>
      </w:pPr>
      <w:bookmarkStart w:id="27" w:name="P28"/>
      <w:r>
        <w:t>1.06 | Sostituzione di componenti di sicurezza</w:t>
      </w:r>
      <w:bookmarkEnd w:id="27"/>
    </w:p>
    <w:p w14:paraId="1ACD47BB" w14:textId="77777777" w:rsidR="00D93F19" w:rsidRDefault="00000000">
      <w:pPr>
        <w:rPr>
          <w:rFonts w:hint="eastAsia"/>
        </w:rPr>
      </w:pPr>
      <w:r>
        <w:t>Sostituzione con componenti di marca, modello o tecnologia differenti ma con le stesse finalità; ad esempio differenti tecnologie di anticollisione.</w:t>
      </w:r>
    </w:p>
    <w:p w14:paraId="50459EB5"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4B27D0D2" w14:textId="77777777">
        <w:trPr>
          <w:cantSplit/>
          <w:tblHeader/>
          <w:jc w:val="center"/>
        </w:trPr>
        <w:tc>
          <w:tcPr>
            <w:tcW w:w="1928" w:type="dxa"/>
            <w:shd w:val="clear" w:color="auto" w:fill="15344B"/>
            <w:vAlign w:val="center"/>
          </w:tcPr>
          <w:p w14:paraId="19E6746D"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390D37F0" w14:textId="77777777" w:rsidR="00D93F19" w:rsidRDefault="00000000">
            <w:pPr>
              <w:pStyle w:val="TableText"/>
              <w:rPr>
                <w:rFonts w:hint="eastAsia"/>
              </w:rPr>
            </w:pPr>
            <w:r>
              <w:rPr>
                <w:b/>
                <w:color w:val="FFFFFF"/>
                <w:sz w:val="18"/>
              </w:rPr>
              <w:t>CONDIZIONE INAIL RIELABORATA</w:t>
            </w:r>
          </w:p>
        </w:tc>
      </w:tr>
      <w:tr w:rsidR="00D93F19" w14:paraId="3632BCB7" w14:textId="77777777">
        <w:trPr>
          <w:cantSplit/>
          <w:jc w:val="center"/>
        </w:trPr>
        <w:tc>
          <w:tcPr>
            <w:tcW w:w="1928" w:type="dxa"/>
            <w:shd w:val="clear" w:color="auto" w:fill="F2F6F8"/>
            <w:vAlign w:val="center"/>
          </w:tcPr>
          <w:p w14:paraId="5182F1F0" w14:textId="77777777" w:rsidR="00D93F19" w:rsidRDefault="00000000">
            <w:pPr>
              <w:pStyle w:val="TableText"/>
              <w:rPr>
                <w:rFonts w:hint="eastAsia"/>
              </w:rPr>
            </w:pPr>
            <w:r>
              <w:rPr>
                <w:sz w:val="18"/>
              </w:rPr>
              <w:t>Idoneità</w:t>
            </w:r>
          </w:p>
        </w:tc>
        <w:tc>
          <w:tcPr>
            <w:tcW w:w="7937" w:type="dxa"/>
            <w:shd w:val="clear" w:color="auto" w:fill="F2F6F8"/>
            <w:vAlign w:val="center"/>
          </w:tcPr>
          <w:p w14:paraId="27886260" w14:textId="77777777" w:rsidR="00D93F19" w:rsidRDefault="00000000">
            <w:pPr>
              <w:pStyle w:val="TableText"/>
              <w:rPr>
                <w:rFonts w:hint="eastAsia"/>
              </w:rPr>
            </w:pPr>
            <w:r>
              <w:rPr>
                <w:sz w:val="18"/>
              </w:rPr>
              <w:t>Requisiti tecnici e funzionali riferiti allo stato dell’arte applicabile alla data originaria della macchina.</w:t>
            </w:r>
          </w:p>
        </w:tc>
      </w:tr>
      <w:tr w:rsidR="00D93F19" w14:paraId="314EAED1" w14:textId="77777777">
        <w:trPr>
          <w:cantSplit/>
          <w:jc w:val="center"/>
        </w:trPr>
        <w:tc>
          <w:tcPr>
            <w:tcW w:w="1928" w:type="dxa"/>
            <w:vAlign w:val="center"/>
          </w:tcPr>
          <w:p w14:paraId="537E8907" w14:textId="77777777" w:rsidR="00D93F19" w:rsidRDefault="00000000">
            <w:pPr>
              <w:pStyle w:val="TableText"/>
              <w:rPr>
                <w:rFonts w:hint="eastAsia"/>
              </w:rPr>
            </w:pPr>
            <w:r>
              <w:rPr>
                <w:sz w:val="18"/>
              </w:rPr>
              <w:t>Performance Level</w:t>
            </w:r>
          </w:p>
        </w:tc>
        <w:tc>
          <w:tcPr>
            <w:tcW w:w="7937" w:type="dxa"/>
            <w:vAlign w:val="center"/>
          </w:tcPr>
          <w:p w14:paraId="385BB580" w14:textId="77777777" w:rsidR="00D93F19" w:rsidRDefault="00000000">
            <w:pPr>
              <w:pStyle w:val="TableText"/>
              <w:rPr>
                <w:rFonts w:hint="eastAsia"/>
              </w:rPr>
            </w:pPr>
            <w:r>
              <w:rPr>
                <w:sz w:val="18"/>
              </w:rPr>
              <w:t>Il componente inserito presenta almeno il medesimo Performance Level di quello originario.</w:t>
            </w:r>
          </w:p>
        </w:tc>
      </w:tr>
      <w:tr w:rsidR="00D93F19" w14:paraId="51313A85" w14:textId="77777777">
        <w:trPr>
          <w:cantSplit/>
          <w:jc w:val="center"/>
        </w:trPr>
        <w:tc>
          <w:tcPr>
            <w:tcW w:w="1928" w:type="dxa"/>
            <w:shd w:val="clear" w:color="auto" w:fill="F2F6F8"/>
            <w:vAlign w:val="center"/>
          </w:tcPr>
          <w:p w14:paraId="32954E0F" w14:textId="77777777" w:rsidR="00D93F19" w:rsidRDefault="00000000">
            <w:pPr>
              <w:pStyle w:val="TableText"/>
              <w:rPr>
                <w:rFonts w:hint="eastAsia"/>
              </w:rPr>
            </w:pPr>
            <w:r>
              <w:rPr>
                <w:sz w:val="18"/>
              </w:rPr>
              <w:t>Compatibilità</w:t>
            </w:r>
          </w:p>
        </w:tc>
        <w:tc>
          <w:tcPr>
            <w:tcW w:w="7937" w:type="dxa"/>
            <w:shd w:val="clear" w:color="auto" w:fill="F2F6F8"/>
            <w:vAlign w:val="center"/>
          </w:tcPr>
          <w:p w14:paraId="24E06FE4" w14:textId="77777777" w:rsidR="00D93F19" w:rsidRDefault="00000000">
            <w:pPr>
              <w:pStyle w:val="TableText"/>
              <w:rPr>
                <w:rFonts w:hint="eastAsia"/>
              </w:rPr>
            </w:pPr>
            <w:r>
              <w:rPr>
                <w:sz w:val="18"/>
              </w:rPr>
              <w:t>Compatibile con macchina, ambiente di lavoro e logica di funzionamento originaria.</w:t>
            </w:r>
          </w:p>
        </w:tc>
      </w:tr>
      <w:tr w:rsidR="00D93F19" w14:paraId="3B9CAB10" w14:textId="77777777">
        <w:trPr>
          <w:cantSplit/>
          <w:jc w:val="center"/>
        </w:trPr>
        <w:tc>
          <w:tcPr>
            <w:tcW w:w="1928" w:type="dxa"/>
            <w:vAlign w:val="center"/>
          </w:tcPr>
          <w:p w14:paraId="689EDF19" w14:textId="77777777" w:rsidR="00D93F19" w:rsidRDefault="00000000">
            <w:pPr>
              <w:pStyle w:val="TableText"/>
              <w:rPr>
                <w:rFonts w:hint="eastAsia"/>
              </w:rPr>
            </w:pPr>
            <w:r>
              <w:rPr>
                <w:sz w:val="18"/>
              </w:rPr>
              <w:t>Rischi</w:t>
            </w:r>
          </w:p>
        </w:tc>
        <w:tc>
          <w:tcPr>
            <w:tcW w:w="7937" w:type="dxa"/>
            <w:vAlign w:val="center"/>
          </w:tcPr>
          <w:p w14:paraId="31E1B9AB" w14:textId="77777777" w:rsidR="00D93F19" w:rsidRDefault="00000000">
            <w:pPr>
              <w:pStyle w:val="TableText"/>
              <w:rPr>
                <w:rFonts w:hint="eastAsia"/>
              </w:rPr>
            </w:pPr>
            <w:r>
              <w:rPr>
                <w:sz w:val="18"/>
              </w:rPr>
              <w:t>Nessun rischio supplementare per i requisiti essenziali sui quali l’intervento incide.</w:t>
            </w:r>
          </w:p>
        </w:tc>
      </w:tr>
    </w:tbl>
    <w:p w14:paraId="045B6BC5" w14:textId="77777777" w:rsidR="00D93F19" w:rsidRDefault="00D93F19">
      <w:pPr>
        <w:spacing w:after="0" w:line="20" w:lineRule="exact"/>
        <w:rPr>
          <w:rFonts w:hint="eastAsia"/>
        </w:rPr>
      </w:pPr>
    </w:p>
    <w:p w14:paraId="424207B5" w14:textId="77777777" w:rsidR="00D93F19" w:rsidRDefault="00000000">
      <w:pPr>
        <w:pStyle w:val="Titolo2"/>
      </w:pPr>
      <w:r>
        <w:t>Relazione tecnica del soggetto diverso dal fabbricante</w:t>
      </w:r>
    </w:p>
    <w:p w14:paraId="7A2E8BDC" w14:textId="77777777" w:rsidR="00D93F19" w:rsidRDefault="00000000">
      <w:pPr>
        <w:rPr>
          <w:rFonts w:hint="eastAsia"/>
        </w:rPr>
      </w:pPr>
      <w:r>
        <w:t>Descrivere dispositivo e finalità; verificare idoneità tecnica, funzionale e normativa, compatibilità e Performance Level rispetto all’originario. Includere estratto della valutazione dei rischi UNI EN ISO 12100 e prove/verifiche.</w:t>
      </w:r>
    </w:p>
    <w:p w14:paraId="66B86058" w14:textId="77777777" w:rsidR="00D93F19" w:rsidRDefault="00000000">
      <w:pPr>
        <w:pStyle w:val="Titolo3"/>
      </w:pPr>
      <w:r>
        <w:t>Documenti F – intervento eseguito da soggetto diverso dal fabbricante</w:t>
      </w:r>
    </w:p>
    <w:p w14:paraId="4A54FFB0" w14:textId="77777777" w:rsidR="00D93F19" w:rsidRDefault="00000000">
      <w:pPr>
        <w:rPr>
          <w:rFonts w:hint="eastAsia"/>
        </w:rPr>
      </w:pPr>
      <w:r>
        <w:t>Relazione tecnica firmata; eventuale aggiornamento degli schemi elettrici; rapporto di verifica/collaudo secondo la relazione; documenti dei nuovi dispositivi, comprese eventuali dichiarazioni CE e istruzioni; registro.</w:t>
      </w:r>
    </w:p>
    <w:p w14:paraId="39E1D61C" w14:textId="77777777" w:rsidR="00D93F19" w:rsidRDefault="00000000">
      <w:pPr>
        <w:pStyle w:val="Titolo3"/>
      </w:pPr>
      <w:r>
        <w:t>Documenti F – intervento eseguito dal fabbricante</w:t>
      </w:r>
    </w:p>
    <w:p w14:paraId="27DFBB7A" w14:textId="77777777" w:rsidR="00D93F19" w:rsidRDefault="00000000">
      <w:pPr>
        <w:rPr>
          <w:rFonts w:hint="eastAsia"/>
        </w:rPr>
      </w:pPr>
      <w:r>
        <w:t>Dichiarazione di idoneità rispetto alla conformità originaria; eventuali schemi aggiornati; rapporto di verifica/collaudo; documenti dei componenti inseriti ove previsti; registro di controllo.</w:t>
      </w:r>
    </w:p>
    <w:p w14:paraId="4D27FFDA" w14:textId="77777777" w:rsidR="00D93F19" w:rsidRDefault="00000000">
      <w:pPr>
        <w:pStyle w:val="Titolo3"/>
      </w:pPr>
      <w:r>
        <w:t>Controllo operativo aziendale O</w:t>
      </w:r>
    </w:p>
    <w:p w14:paraId="128F2172" w14:textId="77777777" w:rsidR="00D93F19" w:rsidRDefault="00000000">
      <w:pPr>
        <w:rPr>
          <w:rFonts w:hint="eastAsia"/>
        </w:rPr>
      </w:pPr>
      <w:r>
        <w:t>Documentare funzione, interfacce, campo di rilevamento o intervento, comportamento al guasto e configurazione. Confrontare le evidenze tecniche effettive e verificare il risultato dell’integrazione, senza ridurre il giudizio alla sola marca.</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3C4C3A90" w14:textId="77777777">
        <w:trPr>
          <w:cantSplit/>
        </w:trPr>
        <w:tc>
          <w:tcPr>
            <w:tcW w:w="9866" w:type="dxa"/>
            <w:shd w:val="clear" w:color="auto" w:fill="FFF5E2"/>
            <w:vAlign w:val="center"/>
          </w:tcPr>
          <w:p w14:paraId="1802BE53" w14:textId="77777777" w:rsidR="00D93F19" w:rsidRDefault="00000000">
            <w:pPr>
              <w:pStyle w:val="TableText"/>
              <w:rPr>
                <w:rFonts w:hint="eastAsia"/>
              </w:rPr>
            </w:pPr>
            <w:r>
              <w:rPr>
                <w:color w:val="A53435"/>
              </w:rPr>
              <w:t>PUNTO DI ARRESTO – Se non è dimostrabile il livello originario necessario al confronto, non compilare automaticamente «almeno equivalente». La PC deve risolvere e documentare la carenza.</w:t>
            </w:r>
          </w:p>
        </w:tc>
      </w:tr>
    </w:tbl>
    <w:p w14:paraId="536F79EE" w14:textId="77777777" w:rsidR="00D93F19" w:rsidRDefault="00D93F19">
      <w:pPr>
        <w:spacing w:after="0" w:line="20" w:lineRule="exact"/>
        <w:rPr>
          <w:rFonts w:hint="eastAsia"/>
        </w:rPr>
      </w:pPr>
    </w:p>
    <w:p w14:paraId="76A59492" w14:textId="77777777" w:rsidR="00D93F19" w:rsidRDefault="00000000">
      <w:pPr>
        <w:pStyle w:val="Small"/>
        <w:rPr>
          <w:rFonts w:hint="eastAsia"/>
        </w:rPr>
      </w:pPr>
      <w:r>
        <w:t>F: la differenza può riguardare marca/modello o tecnologia, come precisato nella nota 2 della scheda.</w:t>
      </w:r>
    </w:p>
    <w:p w14:paraId="4941A192" w14:textId="77777777" w:rsidR="00D93F19" w:rsidRDefault="00000000">
      <w:pPr>
        <w:pStyle w:val="Small"/>
        <w:rPr>
          <w:rFonts w:hint="eastAsia"/>
        </w:rPr>
      </w:pPr>
      <w:r>
        <w:t>F01: INAIL 2026, scheda 1.06, p. 24. O: applicazione aziendale e registrazioni A05–A06, A10–A13. Se ricorrono più schede, verificarne cumulativamente le condizioni.</w:t>
      </w:r>
    </w:p>
    <w:p w14:paraId="75E033AE" w14:textId="77777777" w:rsidR="00D93F19" w:rsidRDefault="00000000">
      <w:pPr>
        <w:pStyle w:val="Kicker"/>
        <w:pageBreakBefore/>
        <w:rPr>
          <w:rFonts w:hint="eastAsia"/>
        </w:rPr>
      </w:pPr>
      <w:r>
        <w:t>F • SCHEDA TECNICA DI INTERVENTO</w:t>
      </w:r>
    </w:p>
    <w:p w14:paraId="352B8BA7" w14:textId="77777777" w:rsidR="00D93F19" w:rsidRDefault="00000000">
      <w:pPr>
        <w:pStyle w:val="Titolo1"/>
      </w:pPr>
      <w:bookmarkStart w:id="28" w:name="P29"/>
      <w:r>
        <w:t>1.07 | Interventi sull’impianto elettrico</w:t>
      </w:r>
      <w:bookmarkEnd w:id="28"/>
    </w:p>
    <w:p w14:paraId="62995FCE" w14:textId="77777777" w:rsidR="00D93F19" w:rsidRDefault="00000000">
      <w:pPr>
        <w:rPr>
          <w:rFonts w:hint="eastAsia"/>
        </w:rPr>
      </w:pPr>
      <w:r>
        <w:t>Inserimento o sostituzione di controllo di fase, protezioni termiche, protezioni contro sovracorrenti/sovratensioni e prese di terra.</w:t>
      </w:r>
    </w:p>
    <w:p w14:paraId="30FD4F62"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50BBF34F" w14:textId="77777777">
        <w:trPr>
          <w:cantSplit/>
          <w:tblHeader/>
          <w:jc w:val="center"/>
        </w:trPr>
        <w:tc>
          <w:tcPr>
            <w:tcW w:w="1928" w:type="dxa"/>
            <w:shd w:val="clear" w:color="auto" w:fill="15344B"/>
            <w:vAlign w:val="center"/>
          </w:tcPr>
          <w:p w14:paraId="00DB2B83"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7320E9F3" w14:textId="77777777" w:rsidR="00D93F19" w:rsidRDefault="00000000">
            <w:pPr>
              <w:pStyle w:val="TableText"/>
              <w:rPr>
                <w:rFonts w:hint="eastAsia"/>
              </w:rPr>
            </w:pPr>
            <w:r>
              <w:rPr>
                <w:b/>
                <w:color w:val="FFFFFF"/>
                <w:sz w:val="18"/>
              </w:rPr>
              <w:t>CONDIZIONE INAIL RIELABORATA</w:t>
            </w:r>
          </w:p>
        </w:tc>
      </w:tr>
      <w:tr w:rsidR="00D93F19" w14:paraId="48DEF1D1" w14:textId="77777777">
        <w:trPr>
          <w:cantSplit/>
          <w:jc w:val="center"/>
        </w:trPr>
        <w:tc>
          <w:tcPr>
            <w:tcW w:w="1928" w:type="dxa"/>
            <w:shd w:val="clear" w:color="auto" w:fill="F2F6F8"/>
            <w:vAlign w:val="center"/>
          </w:tcPr>
          <w:p w14:paraId="5571EF98" w14:textId="77777777" w:rsidR="00D93F19" w:rsidRDefault="00000000">
            <w:pPr>
              <w:pStyle w:val="TableText"/>
              <w:rPr>
                <w:rFonts w:hint="eastAsia"/>
              </w:rPr>
            </w:pPr>
            <w:r>
              <w:rPr>
                <w:sz w:val="18"/>
              </w:rPr>
              <w:t>Compatibilità e prestazione</w:t>
            </w:r>
          </w:p>
        </w:tc>
        <w:tc>
          <w:tcPr>
            <w:tcW w:w="7937" w:type="dxa"/>
            <w:shd w:val="clear" w:color="auto" w:fill="F2F6F8"/>
            <w:vAlign w:val="center"/>
          </w:tcPr>
          <w:p w14:paraId="0F018884" w14:textId="77777777" w:rsidR="00D93F19" w:rsidRDefault="00000000">
            <w:pPr>
              <w:pStyle w:val="TableText"/>
              <w:rPr>
                <w:rFonts w:hint="eastAsia"/>
              </w:rPr>
            </w:pPr>
            <w:r>
              <w:rPr>
                <w:sz w:val="18"/>
              </w:rPr>
              <w:t>Le parti sostituite risultano compatibili con l’impianto e garantiscono prestazioni almeno equivalenti alle originarie.</w:t>
            </w:r>
          </w:p>
        </w:tc>
      </w:tr>
      <w:tr w:rsidR="00D93F19" w14:paraId="791BC3AD" w14:textId="77777777">
        <w:trPr>
          <w:cantSplit/>
          <w:jc w:val="center"/>
        </w:trPr>
        <w:tc>
          <w:tcPr>
            <w:tcW w:w="1928" w:type="dxa"/>
            <w:vAlign w:val="center"/>
          </w:tcPr>
          <w:p w14:paraId="2BEFABCE" w14:textId="77777777" w:rsidR="00D93F19" w:rsidRDefault="00000000">
            <w:pPr>
              <w:pStyle w:val="TableText"/>
              <w:rPr>
                <w:rFonts w:hint="eastAsia"/>
              </w:rPr>
            </w:pPr>
            <w:r>
              <w:rPr>
                <w:sz w:val="18"/>
              </w:rPr>
              <w:t>Rischi</w:t>
            </w:r>
          </w:p>
        </w:tc>
        <w:tc>
          <w:tcPr>
            <w:tcW w:w="7937" w:type="dxa"/>
            <w:vAlign w:val="center"/>
          </w:tcPr>
          <w:p w14:paraId="249EBF40" w14:textId="77777777" w:rsidR="00D93F19" w:rsidRDefault="00000000">
            <w:pPr>
              <w:pStyle w:val="TableText"/>
              <w:rPr>
                <w:rFonts w:hint="eastAsia"/>
              </w:rPr>
            </w:pPr>
            <w:r>
              <w:rPr>
                <w:sz w:val="18"/>
              </w:rPr>
              <w:t>L’intervento non produce rischi supplementari per i requisiti essenziali di sicurezza coinvolti.</w:t>
            </w:r>
          </w:p>
        </w:tc>
      </w:tr>
    </w:tbl>
    <w:p w14:paraId="392EC45A" w14:textId="77777777" w:rsidR="00D93F19" w:rsidRDefault="00D93F19">
      <w:pPr>
        <w:spacing w:after="0" w:line="20" w:lineRule="exact"/>
        <w:rPr>
          <w:rFonts w:hint="eastAsia"/>
        </w:rPr>
      </w:pPr>
    </w:p>
    <w:p w14:paraId="522F77F4" w14:textId="77777777" w:rsidR="00D93F19" w:rsidRDefault="00000000">
      <w:pPr>
        <w:pStyle w:val="Titolo2"/>
      </w:pPr>
      <w:r>
        <w:t>Relazione tecnica del soggetto diverso dal fabbricante</w:t>
      </w:r>
    </w:p>
    <w:p w14:paraId="02199B85" w14:textId="77777777" w:rsidR="00D93F19" w:rsidRDefault="00000000">
      <w:pPr>
        <w:rPr>
          <w:rFonts w:hint="eastAsia"/>
        </w:rPr>
      </w:pPr>
      <w:r>
        <w:t>Descrivere intervento e finalità; verificare compatibilità dei dispositivi con tutti i componenti dell’impianto; includere estratto della valutazione dei rischi UNI EN ISO 12100 e prove/verifiche.</w:t>
      </w:r>
    </w:p>
    <w:p w14:paraId="2B6FE28F" w14:textId="77777777" w:rsidR="00D93F19" w:rsidRDefault="00000000">
      <w:pPr>
        <w:pStyle w:val="Titolo3"/>
      </w:pPr>
      <w:r>
        <w:t>Documenti F – intervento eseguito da soggetto diverso dal fabbricante</w:t>
      </w:r>
    </w:p>
    <w:p w14:paraId="7E5345FD" w14:textId="77777777" w:rsidR="00D93F19" w:rsidRDefault="00000000">
      <w:pPr>
        <w:rPr>
          <w:rFonts w:hint="eastAsia"/>
        </w:rPr>
      </w:pPr>
      <w:r>
        <w:t>Relazione tecnica firmata; schemi/distinta aggiornati secondo la nota 3; rapporto di verifica/collaudo con esiti secondo la relazione; documenti dei componenti inseriti ove pertinenti; registro di controllo.</w:t>
      </w:r>
    </w:p>
    <w:p w14:paraId="5BB0FB09" w14:textId="77777777" w:rsidR="00D93F19" w:rsidRDefault="00000000">
      <w:pPr>
        <w:pStyle w:val="Titolo3"/>
      </w:pPr>
      <w:r>
        <w:t>Documenti F – intervento eseguito dal fabbricante</w:t>
      </w:r>
    </w:p>
    <w:p w14:paraId="2F9B797D" w14:textId="77777777" w:rsidR="00D93F19" w:rsidRDefault="00000000">
      <w:pPr>
        <w:rPr>
          <w:rFonts w:hint="eastAsia"/>
        </w:rPr>
      </w:pPr>
      <w:r>
        <w:t>Dichiarazione di idoneità rispetto alla conformità originaria; schemi aggiornati in funzione delle parti sostituite o aggiunte; rapporto di verifica/collaudo; documenti degli elementi inseriti ove previsti; registro.</w:t>
      </w:r>
    </w:p>
    <w:p w14:paraId="7A90757E" w14:textId="77777777" w:rsidR="00D93F19" w:rsidRDefault="00000000">
      <w:pPr>
        <w:pStyle w:val="Titolo3"/>
      </w:pPr>
      <w:r>
        <w:t>Controllo operativo aziendale O</w:t>
      </w:r>
    </w:p>
    <w:p w14:paraId="12F84EC0" w14:textId="77777777" w:rsidR="00D93F19" w:rsidRDefault="00000000">
      <w:pPr>
        <w:rPr>
          <w:rFonts w:hint="eastAsia"/>
        </w:rPr>
      </w:pPr>
      <w:r>
        <w:t>Identificare circuito, alimentazioni, protezioni, parti sostituite e riferimenti dello schema. Affidare le attività elettriche a personale con competenze pertinenti, applicando il piano di lavoro e di isolamento specifico. Registrare le prove elettriche individuate dal responsabile.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0832068F" w14:textId="77777777">
        <w:trPr>
          <w:cantSplit/>
        </w:trPr>
        <w:tc>
          <w:tcPr>
            <w:tcW w:w="9866" w:type="dxa"/>
            <w:shd w:val="clear" w:color="auto" w:fill="FFF5E2"/>
            <w:vAlign w:val="center"/>
          </w:tcPr>
          <w:p w14:paraId="5AF1C57C" w14:textId="77777777" w:rsidR="00D93F19" w:rsidRDefault="00000000">
            <w:pPr>
              <w:pStyle w:val="TableText"/>
              <w:rPr>
                <w:rFonts w:hint="eastAsia"/>
              </w:rPr>
            </w:pPr>
            <w:r>
              <w:rPr>
                <w:color w:val="A53435"/>
              </w:rPr>
              <w:t>PUNTO DI ARRESTO – Non usare la continuità di funzionamento come unica dimostrazione di protezione e compatibilità. Non svolgere misure o lavori elettrici senza adeguata preparazione e condizioni di sicurezza.</w:t>
            </w:r>
          </w:p>
        </w:tc>
      </w:tr>
    </w:tbl>
    <w:p w14:paraId="02324DA1" w14:textId="77777777" w:rsidR="00D93F19" w:rsidRDefault="00D93F19">
      <w:pPr>
        <w:spacing w:after="0" w:line="20" w:lineRule="exact"/>
        <w:rPr>
          <w:rFonts w:hint="eastAsia"/>
        </w:rPr>
      </w:pPr>
    </w:p>
    <w:p w14:paraId="5ED8DD5F" w14:textId="77777777" w:rsidR="00D93F19" w:rsidRDefault="00000000">
      <w:pPr>
        <w:pStyle w:val="Small"/>
        <w:rPr>
          <w:rFonts w:hint="eastAsia"/>
        </w:rPr>
      </w:pPr>
      <w:r>
        <w:t>Nota 3 della fonte: per sostituzione di un componente è sufficiente aggiornare la distinta; per inserimento vanno aggiornate le sezioni dello schema interessate.</w:t>
      </w:r>
    </w:p>
    <w:p w14:paraId="40B17515" w14:textId="77777777" w:rsidR="00D93F19" w:rsidRDefault="00000000">
      <w:pPr>
        <w:pStyle w:val="Small"/>
        <w:rPr>
          <w:rFonts w:hint="eastAsia"/>
        </w:rPr>
      </w:pPr>
      <w:r>
        <w:t>F01: INAIL 2026, scheda 1.07, p. 25. O: applicazione aziendale e registrazioni A05–A06, A10–A13. Se ricorrono più schede, verificarne cumulativamente le condizioni.</w:t>
      </w:r>
    </w:p>
    <w:p w14:paraId="72E582DD" w14:textId="77777777" w:rsidR="00D93F19" w:rsidRDefault="00000000">
      <w:pPr>
        <w:pStyle w:val="Kicker"/>
        <w:pageBreakBefore/>
        <w:rPr>
          <w:rFonts w:hint="eastAsia"/>
        </w:rPr>
      </w:pPr>
      <w:r>
        <w:t>F • SCHEDA TECNICA DI INTERVENTO</w:t>
      </w:r>
    </w:p>
    <w:p w14:paraId="69DA4920" w14:textId="77777777" w:rsidR="00D93F19" w:rsidRDefault="00000000">
      <w:pPr>
        <w:pStyle w:val="Titolo1"/>
      </w:pPr>
      <w:bookmarkStart w:id="29" w:name="P30"/>
      <w:r>
        <w:t>1.08 | Installazione di ripari aggiuntivi</w:t>
      </w:r>
      <w:bookmarkEnd w:id="29"/>
    </w:p>
    <w:p w14:paraId="76343FBE" w14:textId="77777777" w:rsidR="00D93F19" w:rsidRDefault="00000000">
      <w:pPr>
        <w:rPr>
          <w:rFonts w:hint="eastAsia"/>
        </w:rPr>
      </w:pPr>
      <w:r>
        <w:t>Aggiunta di protezioni fisse o di ripari con interblocco, riferiti alle zone pericolose della macchina.</w:t>
      </w:r>
    </w:p>
    <w:p w14:paraId="4D7E442C"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075C9B6E" w14:textId="77777777">
        <w:trPr>
          <w:cantSplit/>
          <w:tblHeader/>
          <w:jc w:val="center"/>
        </w:trPr>
        <w:tc>
          <w:tcPr>
            <w:tcW w:w="1928" w:type="dxa"/>
            <w:shd w:val="clear" w:color="auto" w:fill="15344B"/>
            <w:vAlign w:val="center"/>
          </w:tcPr>
          <w:p w14:paraId="000A3869"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2322C141" w14:textId="77777777" w:rsidR="00D93F19" w:rsidRDefault="00000000">
            <w:pPr>
              <w:pStyle w:val="TableText"/>
              <w:rPr>
                <w:rFonts w:hint="eastAsia"/>
              </w:rPr>
            </w:pPr>
            <w:r>
              <w:rPr>
                <w:b/>
                <w:color w:val="FFFFFF"/>
                <w:sz w:val="18"/>
              </w:rPr>
              <w:t>CONDIZIONE INAIL RIELABORATA</w:t>
            </w:r>
          </w:p>
        </w:tc>
      </w:tr>
      <w:tr w:rsidR="00D93F19" w14:paraId="2C12063E" w14:textId="77777777">
        <w:trPr>
          <w:cantSplit/>
          <w:jc w:val="center"/>
        </w:trPr>
        <w:tc>
          <w:tcPr>
            <w:tcW w:w="1928" w:type="dxa"/>
            <w:shd w:val="clear" w:color="auto" w:fill="F2F6F8"/>
            <w:vAlign w:val="center"/>
          </w:tcPr>
          <w:p w14:paraId="06C390A6" w14:textId="77777777" w:rsidR="00D93F19" w:rsidRDefault="00000000">
            <w:pPr>
              <w:pStyle w:val="TableText"/>
              <w:rPr>
                <w:rFonts w:hint="eastAsia"/>
              </w:rPr>
            </w:pPr>
            <w:r>
              <w:rPr>
                <w:sz w:val="18"/>
              </w:rPr>
              <w:t>Geometria</w:t>
            </w:r>
          </w:p>
        </w:tc>
        <w:tc>
          <w:tcPr>
            <w:tcW w:w="7937" w:type="dxa"/>
            <w:shd w:val="clear" w:color="auto" w:fill="F2F6F8"/>
            <w:vAlign w:val="center"/>
          </w:tcPr>
          <w:p w14:paraId="1790E0F0" w14:textId="77777777" w:rsidR="00D93F19" w:rsidRDefault="00000000">
            <w:pPr>
              <w:pStyle w:val="TableText"/>
              <w:rPr>
                <w:rFonts w:hint="eastAsia"/>
              </w:rPr>
            </w:pPr>
            <w:r>
              <w:rPr>
                <w:sz w:val="18"/>
              </w:rPr>
              <w:t>Nessuna variazione geometrica che comporti interferenze o ulteriori rischi durante il funzionamento previsto.</w:t>
            </w:r>
          </w:p>
        </w:tc>
      </w:tr>
      <w:tr w:rsidR="00D93F19" w14:paraId="4A63C4F5" w14:textId="77777777">
        <w:trPr>
          <w:cantSplit/>
          <w:jc w:val="center"/>
        </w:trPr>
        <w:tc>
          <w:tcPr>
            <w:tcW w:w="1928" w:type="dxa"/>
            <w:vAlign w:val="center"/>
          </w:tcPr>
          <w:p w14:paraId="4A86550F" w14:textId="77777777" w:rsidR="00D93F19" w:rsidRDefault="00000000">
            <w:pPr>
              <w:pStyle w:val="TableText"/>
              <w:rPr>
                <w:rFonts w:hint="eastAsia"/>
              </w:rPr>
            </w:pPr>
            <w:r>
              <w:rPr>
                <w:sz w:val="18"/>
              </w:rPr>
              <w:t>Rischi</w:t>
            </w:r>
          </w:p>
        </w:tc>
        <w:tc>
          <w:tcPr>
            <w:tcW w:w="7937" w:type="dxa"/>
            <w:vAlign w:val="center"/>
          </w:tcPr>
          <w:p w14:paraId="1E7A06CE" w14:textId="77777777" w:rsidR="00D93F19" w:rsidRDefault="00000000">
            <w:pPr>
              <w:pStyle w:val="TableText"/>
              <w:rPr>
                <w:rFonts w:hint="eastAsia"/>
              </w:rPr>
            </w:pPr>
            <w:r>
              <w:rPr>
                <w:sz w:val="18"/>
              </w:rPr>
              <w:t>Assenza di rischi supplementari per i requisiti essenziali di sicurezza interessati.</w:t>
            </w:r>
          </w:p>
        </w:tc>
      </w:tr>
    </w:tbl>
    <w:p w14:paraId="7087C6B7" w14:textId="77777777" w:rsidR="00D93F19" w:rsidRDefault="00D93F19">
      <w:pPr>
        <w:spacing w:after="0" w:line="20" w:lineRule="exact"/>
        <w:rPr>
          <w:rFonts w:hint="eastAsia"/>
        </w:rPr>
      </w:pPr>
    </w:p>
    <w:p w14:paraId="23DF40E9" w14:textId="77777777" w:rsidR="00D93F19" w:rsidRDefault="00000000">
      <w:pPr>
        <w:pStyle w:val="Titolo2"/>
      </w:pPr>
      <w:r>
        <w:t>Relazione tecnica del soggetto diverso dal fabbricante</w:t>
      </w:r>
    </w:p>
    <w:p w14:paraId="46C9E9CF" w14:textId="77777777" w:rsidR="00D93F19" w:rsidRDefault="00000000">
      <w:pPr>
        <w:rPr>
          <w:rFonts w:hint="eastAsia"/>
        </w:rPr>
      </w:pPr>
      <w:r>
        <w:t>Descrivere protezioni e finalità; verificare l’assenza di interferenze; includere estratto della valutazione dei rischi UNI EN ISO 12100. Per un riparo interbloccato aggiornare lo schema elettrico; definire prove/verifiche ove necessarie.</w:t>
      </w:r>
    </w:p>
    <w:p w14:paraId="4B1B88C2" w14:textId="77777777" w:rsidR="00D93F19" w:rsidRDefault="00000000">
      <w:pPr>
        <w:pStyle w:val="Titolo3"/>
      </w:pPr>
      <w:r>
        <w:t>Documenti F – intervento eseguito da soggetto diverso dal fabbricante</w:t>
      </w:r>
    </w:p>
    <w:p w14:paraId="7A5A5D27" w14:textId="77777777" w:rsidR="00D93F19" w:rsidRDefault="00000000">
      <w:pPr>
        <w:rPr>
          <w:rFonts w:hint="eastAsia"/>
        </w:rPr>
      </w:pPr>
      <w:r>
        <w:t>Relazione tecnica firmata; eventuali schemi aggiornati; documenti dei dispositivi di sicurezza inseriti; rapporto di verifica/collaudo con test ed esiti secondo la relazione; registro di controllo.</w:t>
      </w:r>
    </w:p>
    <w:p w14:paraId="77B4A9D6" w14:textId="77777777" w:rsidR="00D93F19" w:rsidRDefault="00000000">
      <w:pPr>
        <w:pStyle w:val="Titolo3"/>
      </w:pPr>
      <w:r>
        <w:t>Documenti F – intervento eseguito dal fabbricante</w:t>
      </w:r>
    </w:p>
    <w:p w14:paraId="68E45C91" w14:textId="77777777" w:rsidR="00D93F19" w:rsidRDefault="00000000">
      <w:pPr>
        <w:rPr>
          <w:rFonts w:hint="eastAsia"/>
        </w:rPr>
      </w:pPr>
      <w:r>
        <w:t>Dichiarazione di idoneità rispetto alla conformità originaria; eventuali schemi aggiornati; rapporto di verifica/collaudo ove richiesto; documenti dei componenti di sicurezza ove previsti; registro.</w:t>
      </w:r>
    </w:p>
    <w:p w14:paraId="1BC02130" w14:textId="77777777" w:rsidR="00D93F19" w:rsidRDefault="00000000">
      <w:pPr>
        <w:pStyle w:val="Titolo3"/>
      </w:pPr>
      <w:r>
        <w:t>Controllo operativo aziendale O</w:t>
      </w:r>
    </w:p>
    <w:p w14:paraId="34C5E13D" w14:textId="77777777" w:rsidR="00D93F19" w:rsidRDefault="00000000">
      <w:pPr>
        <w:rPr>
          <w:rFonts w:hint="eastAsia"/>
        </w:rPr>
      </w:pPr>
      <w:r>
        <w:t>Esaminare montaggio, resistenza del fissaggio, accessibilità per manutenzione, possibilità di intrappolamento, visibilità e interferenze con carrello, funi e altri movimenti. I test devono coprire gli interblocchi e le funzioni interessate secondo il progetto.</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1C18F696" w14:textId="77777777">
        <w:trPr>
          <w:cantSplit/>
        </w:trPr>
        <w:tc>
          <w:tcPr>
            <w:tcW w:w="9866" w:type="dxa"/>
            <w:shd w:val="clear" w:color="auto" w:fill="FFF5E2"/>
            <w:vAlign w:val="center"/>
          </w:tcPr>
          <w:p w14:paraId="265EC0D8" w14:textId="77777777" w:rsidR="00D93F19" w:rsidRDefault="00000000">
            <w:pPr>
              <w:pStyle w:val="TableText"/>
              <w:rPr>
                <w:rFonts w:hint="eastAsia"/>
              </w:rPr>
            </w:pPr>
            <w:r>
              <w:rPr>
                <w:color w:val="A53435"/>
              </w:rPr>
              <w:t>PUNTO DI ARRESTO – Non introdurre un riparo che venga poi rimosso nell’uso normale perché ostacola l’attività. Il nuovo dispositivo deve essere valutato nella reale sequenza operativa.</w:t>
            </w:r>
          </w:p>
        </w:tc>
      </w:tr>
    </w:tbl>
    <w:p w14:paraId="04B8A359" w14:textId="77777777" w:rsidR="00D93F19" w:rsidRDefault="00D93F19">
      <w:pPr>
        <w:spacing w:after="0" w:line="20" w:lineRule="exact"/>
        <w:rPr>
          <w:rFonts w:hint="eastAsia"/>
        </w:rPr>
      </w:pPr>
    </w:p>
    <w:p w14:paraId="3A5F526B" w14:textId="77777777" w:rsidR="00D93F19" w:rsidRDefault="00000000">
      <w:pPr>
        <w:pStyle w:val="Small"/>
        <w:rPr>
          <w:rFonts w:hint="eastAsia"/>
        </w:rPr>
      </w:pPr>
      <w:r>
        <w:t>F01: INAIL 2026, scheda 1.08, p. 26. O: applicazione aziendale e registrazioni A05–A06, A10–A13. Se ricorrono più schede, verificarne cumulativamente le condizioni.</w:t>
      </w:r>
    </w:p>
    <w:p w14:paraId="75E9987A" w14:textId="77777777" w:rsidR="00D93F19" w:rsidRDefault="00000000">
      <w:pPr>
        <w:pStyle w:val="Kicker"/>
        <w:pageBreakBefore/>
        <w:rPr>
          <w:rFonts w:hint="eastAsia"/>
        </w:rPr>
      </w:pPr>
      <w:r>
        <w:t>F • SCHEDA TECNICA DI INTERVENTO</w:t>
      </w:r>
    </w:p>
    <w:p w14:paraId="1D8B76B6" w14:textId="77777777" w:rsidR="00D93F19" w:rsidRDefault="00000000">
      <w:pPr>
        <w:pStyle w:val="Titolo1"/>
      </w:pPr>
      <w:bookmarkStart w:id="30" w:name="P31"/>
      <w:r>
        <w:t>1.09 | Passerelle, ballatoi, scale e accessi</w:t>
      </w:r>
      <w:bookmarkEnd w:id="30"/>
    </w:p>
    <w:p w14:paraId="0A55D74C" w14:textId="77777777" w:rsidR="00D93F19" w:rsidRDefault="00000000">
      <w:pPr>
        <w:rPr>
          <w:rFonts w:hint="eastAsia"/>
        </w:rPr>
      </w:pPr>
      <w:r>
        <w:t>Installazione di elementi di accesso e transito connessi all’apparecchio di sollevamento e alla sua manutenzione.</w:t>
      </w:r>
    </w:p>
    <w:p w14:paraId="1A313469"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7EA41C50" w14:textId="77777777">
        <w:trPr>
          <w:cantSplit/>
          <w:tblHeader/>
          <w:jc w:val="center"/>
        </w:trPr>
        <w:tc>
          <w:tcPr>
            <w:tcW w:w="1928" w:type="dxa"/>
            <w:shd w:val="clear" w:color="auto" w:fill="15344B"/>
            <w:vAlign w:val="center"/>
          </w:tcPr>
          <w:p w14:paraId="6CB463A7"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5F5FF0C2" w14:textId="77777777" w:rsidR="00D93F19" w:rsidRDefault="00000000">
            <w:pPr>
              <w:pStyle w:val="TableText"/>
              <w:rPr>
                <w:rFonts w:hint="eastAsia"/>
              </w:rPr>
            </w:pPr>
            <w:r>
              <w:rPr>
                <w:b/>
                <w:color w:val="FFFFFF"/>
                <w:sz w:val="18"/>
              </w:rPr>
              <w:t>CONDIZIONE INAIL RIELABORATA</w:t>
            </w:r>
          </w:p>
        </w:tc>
      </w:tr>
      <w:tr w:rsidR="00D93F19" w14:paraId="2849D100" w14:textId="77777777">
        <w:trPr>
          <w:cantSplit/>
          <w:jc w:val="center"/>
        </w:trPr>
        <w:tc>
          <w:tcPr>
            <w:tcW w:w="1928" w:type="dxa"/>
            <w:shd w:val="clear" w:color="auto" w:fill="F2F6F8"/>
            <w:vAlign w:val="center"/>
          </w:tcPr>
          <w:p w14:paraId="78DF2118" w14:textId="77777777" w:rsidR="00D93F19" w:rsidRDefault="00000000">
            <w:pPr>
              <w:pStyle w:val="TableText"/>
              <w:rPr>
                <w:rFonts w:hint="eastAsia"/>
              </w:rPr>
            </w:pPr>
            <w:r>
              <w:rPr>
                <w:sz w:val="18"/>
              </w:rPr>
              <w:t>Sollecitazioni</w:t>
            </w:r>
          </w:p>
        </w:tc>
        <w:tc>
          <w:tcPr>
            <w:tcW w:w="7937" w:type="dxa"/>
            <w:shd w:val="clear" w:color="auto" w:fill="F2F6F8"/>
            <w:vAlign w:val="center"/>
          </w:tcPr>
          <w:p w14:paraId="230595A0" w14:textId="77777777" w:rsidR="00D93F19" w:rsidRDefault="00000000">
            <w:pPr>
              <w:pStyle w:val="TableText"/>
              <w:rPr>
                <w:rFonts w:hint="eastAsia"/>
              </w:rPr>
            </w:pPr>
            <w:r>
              <w:rPr>
                <w:sz w:val="18"/>
              </w:rPr>
              <w:t>Non aumenta lo stato tensionale rispetto alla macchina originaria, nei limiti del fabbricante.</w:t>
            </w:r>
          </w:p>
        </w:tc>
      </w:tr>
      <w:tr w:rsidR="00D93F19" w14:paraId="337E9B19" w14:textId="77777777">
        <w:trPr>
          <w:cantSplit/>
          <w:jc w:val="center"/>
        </w:trPr>
        <w:tc>
          <w:tcPr>
            <w:tcW w:w="1928" w:type="dxa"/>
            <w:vAlign w:val="center"/>
          </w:tcPr>
          <w:p w14:paraId="32E3B77B" w14:textId="77777777" w:rsidR="00D93F19" w:rsidRDefault="00000000">
            <w:pPr>
              <w:pStyle w:val="TableText"/>
              <w:rPr>
                <w:rFonts w:hint="eastAsia"/>
              </w:rPr>
            </w:pPr>
            <w:r>
              <w:rPr>
                <w:sz w:val="18"/>
              </w:rPr>
              <w:t>Geometria</w:t>
            </w:r>
          </w:p>
        </w:tc>
        <w:tc>
          <w:tcPr>
            <w:tcW w:w="7937" w:type="dxa"/>
            <w:vAlign w:val="center"/>
          </w:tcPr>
          <w:p w14:paraId="6502B24A" w14:textId="77777777" w:rsidR="00D93F19" w:rsidRDefault="00000000">
            <w:pPr>
              <w:pStyle w:val="TableText"/>
              <w:rPr>
                <w:rFonts w:hint="eastAsia"/>
              </w:rPr>
            </w:pPr>
            <w:r>
              <w:rPr>
                <w:sz w:val="18"/>
              </w:rPr>
              <w:t>Assenza di interferenze o ulteriori rischi nel funzionamento previsto.</w:t>
            </w:r>
          </w:p>
        </w:tc>
      </w:tr>
      <w:tr w:rsidR="00D93F19" w14:paraId="037F5A3B" w14:textId="77777777">
        <w:trPr>
          <w:cantSplit/>
          <w:jc w:val="center"/>
        </w:trPr>
        <w:tc>
          <w:tcPr>
            <w:tcW w:w="1928" w:type="dxa"/>
            <w:shd w:val="clear" w:color="auto" w:fill="F2F6F8"/>
            <w:vAlign w:val="center"/>
          </w:tcPr>
          <w:p w14:paraId="1B10DC3C" w14:textId="77777777" w:rsidR="00D93F19" w:rsidRDefault="00000000">
            <w:pPr>
              <w:pStyle w:val="TableText"/>
              <w:rPr>
                <w:rFonts w:hint="eastAsia"/>
              </w:rPr>
            </w:pPr>
            <w:r>
              <w:rPr>
                <w:sz w:val="18"/>
              </w:rPr>
              <w:t>Accesso</w:t>
            </w:r>
          </w:p>
        </w:tc>
        <w:tc>
          <w:tcPr>
            <w:tcW w:w="7937" w:type="dxa"/>
            <w:shd w:val="clear" w:color="auto" w:fill="F2F6F8"/>
            <w:vAlign w:val="center"/>
          </w:tcPr>
          <w:p w14:paraId="70DDAE94" w14:textId="77777777" w:rsidR="00D93F19" w:rsidRDefault="00000000">
            <w:pPr>
              <w:pStyle w:val="TableText"/>
              <w:rPr>
                <w:rFonts w:hint="eastAsia"/>
              </w:rPr>
            </w:pPr>
            <w:r>
              <w:rPr>
                <w:sz w:val="18"/>
              </w:rPr>
              <w:t>Non cambiano modalità e mezzi di accesso rispetto a quelli originariamente previsti dal fabbricante.</w:t>
            </w:r>
          </w:p>
        </w:tc>
      </w:tr>
    </w:tbl>
    <w:p w14:paraId="47B543A7" w14:textId="77777777" w:rsidR="00D93F19" w:rsidRDefault="00D93F19">
      <w:pPr>
        <w:spacing w:after="0" w:line="20" w:lineRule="exact"/>
        <w:rPr>
          <w:rFonts w:hint="eastAsia"/>
        </w:rPr>
      </w:pPr>
    </w:p>
    <w:p w14:paraId="0FF13CAE" w14:textId="77777777" w:rsidR="00D93F19" w:rsidRDefault="00000000">
      <w:pPr>
        <w:pStyle w:val="Titolo2"/>
      </w:pPr>
      <w:r>
        <w:t>Relazione tecnica del soggetto diverso dal fabbricante</w:t>
      </w:r>
    </w:p>
    <w:p w14:paraId="34B19EFA" w14:textId="77777777" w:rsidR="00D93F19" w:rsidRDefault="00000000">
      <w:pPr>
        <w:rPr>
          <w:rFonts w:hint="eastAsia"/>
        </w:rPr>
      </w:pPr>
      <w:r>
        <w:t>Descrivere elementi, documenti e finalità; verificare strutture e limiti di resistenza, stabilità e deformazione. L’estratto della valutazione dei rischi UNI EN ISO 12100 include scivolamento, inciampo, caduta e manutenzione, con richiamo ai RESS 1.5.15, 1.6.1, 1.6.2 e 1.6.4; definire prove/verifiche.</w:t>
      </w:r>
    </w:p>
    <w:p w14:paraId="1D2CA667" w14:textId="77777777" w:rsidR="00D93F19" w:rsidRDefault="00000000">
      <w:pPr>
        <w:pStyle w:val="Titolo3"/>
      </w:pPr>
      <w:r>
        <w:t>Documenti F – intervento eseguito da soggetto diverso dal fabbricante</w:t>
      </w:r>
    </w:p>
    <w:p w14:paraId="54F87F21" w14:textId="77777777" w:rsidR="00D93F19" w:rsidRDefault="00000000">
      <w:pPr>
        <w:rPr>
          <w:rFonts w:hint="eastAsia"/>
        </w:rPr>
      </w:pPr>
      <w:r>
        <w:t>Relazione tecnica firmata; rapporto di verifica/collaudo; dichiarazione di corretta installazione o regola dell’arte; documenti degli elementi e DOP solo per gli eventuali prodotti ricadenti nel relativo campo di applicazione, con istruzioni; registro.</w:t>
      </w:r>
    </w:p>
    <w:p w14:paraId="5C31FA4A" w14:textId="77777777" w:rsidR="00D93F19" w:rsidRDefault="00000000">
      <w:pPr>
        <w:pStyle w:val="Titolo3"/>
      </w:pPr>
      <w:r>
        <w:t>Documenti F – intervento eseguito dal fabbricante</w:t>
      </w:r>
    </w:p>
    <w:p w14:paraId="045BD8E8" w14:textId="77777777" w:rsidR="00D93F19" w:rsidRDefault="00000000">
      <w:pPr>
        <w:rPr>
          <w:rFonts w:hint="eastAsia"/>
        </w:rPr>
      </w:pPr>
      <w:r>
        <w:t>Dichiarazione di idoneità rispetto alla conformità originaria; rapporto di verifica/collaudo; dichiarazione di corretta installazione o regola dell’arte; documenti degli elementi e DOP ove pertinente; registro.</w:t>
      </w:r>
    </w:p>
    <w:p w14:paraId="529CDE99" w14:textId="77777777" w:rsidR="00D93F19" w:rsidRDefault="00000000">
      <w:pPr>
        <w:pStyle w:val="Titolo3"/>
      </w:pPr>
      <w:r>
        <w:t>Controllo operativo aziendale O</w:t>
      </w:r>
    </w:p>
    <w:p w14:paraId="671474C3" w14:textId="77777777" w:rsidR="00D93F19" w:rsidRDefault="00000000">
      <w:pPr>
        <w:rPr>
          <w:rFonts w:hint="eastAsia"/>
        </w:rPr>
      </w:pPr>
      <w:r>
        <w:t>Identificare l’accesso originariamente previsto e l’eventuale elemento aggiunto. Verificare congiunzioni, sostegni e percorsi, coordinando la verifica con l’Appendice 1 sulle vie di corsa quando pertinente.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502FBBF4" w14:textId="77777777">
        <w:trPr>
          <w:cantSplit/>
        </w:trPr>
        <w:tc>
          <w:tcPr>
            <w:tcW w:w="9866" w:type="dxa"/>
            <w:shd w:val="clear" w:color="auto" w:fill="FFF5E2"/>
            <w:vAlign w:val="center"/>
          </w:tcPr>
          <w:p w14:paraId="16D04D3C" w14:textId="77777777" w:rsidR="00D93F19" w:rsidRDefault="00000000">
            <w:pPr>
              <w:pStyle w:val="TableText"/>
              <w:rPr>
                <w:rFonts w:hint="eastAsia"/>
              </w:rPr>
            </w:pPr>
            <w:r>
              <w:rPr>
                <w:color w:val="A53435"/>
              </w:rPr>
              <w:t>PUNTO DI ARRESTO – Un nuovo modo di accedere non diventa ammissibile soltanto perché dotato di parapetto. La nota 4 considera l’aggiunta da parte di terzi quando l’accesso era già previsto dal fabbricante.</w:t>
            </w:r>
          </w:p>
        </w:tc>
      </w:tr>
    </w:tbl>
    <w:p w14:paraId="524A7294" w14:textId="77777777" w:rsidR="00D93F19" w:rsidRDefault="00D93F19">
      <w:pPr>
        <w:spacing w:after="0" w:line="20" w:lineRule="exact"/>
        <w:rPr>
          <w:rFonts w:hint="eastAsia"/>
        </w:rPr>
      </w:pPr>
    </w:p>
    <w:p w14:paraId="0D1A8A09" w14:textId="77777777" w:rsidR="00D93F19" w:rsidRDefault="00000000">
      <w:pPr>
        <w:pStyle w:val="Small"/>
        <w:rPr>
          <w:rFonts w:hint="eastAsia"/>
        </w:rPr>
      </w:pPr>
      <w:r>
        <w:t>Per il richiamo della fonte al Regolamento (UE) 2024/3110 e il raccordo con l’Appendice 1, vedere §02. Non è richiesta una DOP indistinta per ogni elemento.</w:t>
      </w:r>
    </w:p>
    <w:p w14:paraId="4E2E2ED2" w14:textId="77777777" w:rsidR="00D93F19" w:rsidRDefault="00000000">
      <w:pPr>
        <w:pStyle w:val="Small"/>
        <w:rPr>
          <w:rFonts w:hint="eastAsia"/>
        </w:rPr>
      </w:pPr>
      <w:r>
        <w:t>F01: INAIL 2026, scheda 1.09, p. 27. O: applicazione aziendale e registrazioni A05–A06, A10–A13. Se ricorrono più schede, verificarne cumulativamente le condizioni.</w:t>
      </w:r>
    </w:p>
    <w:p w14:paraId="5CC706EE" w14:textId="77777777" w:rsidR="00D93F19" w:rsidRDefault="00000000">
      <w:pPr>
        <w:pStyle w:val="Kicker"/>
        <w:pageBreakBefore/>
        <w:rPr>
          <w:rFonts w:hint="eastAsia"/>
        </w:rPr>
      </w:pPr>
      <w:r>
        <w:t>F • SCHEDA TECNICA DI INTERVENTO</w:t>
      </w:r>
    </w:p>
    <w:p w14:paraId="5A61ADBA" w14:textId="77777777" w:rsidR="00D93F19" w:rsidRDefault="00000000">
      <w:pPr>
        <w:pStyle w:val="Titolo1"/>
      </w:pPr>
      <w:bookmarkStart w:id="31" w:name="P32"/>
      <w:r>
        <w:t>1.10 | Anticaduta per interventi di emergenza</w:t>
      </w:r>
      <w:bookmarkEnd w:id="31"/>
    </w:p>
    <w:p w14:paraId="7052AD88" w14:textId="77777777" w:rsidR="00D93F19" w:rsidRDefault="00000000">
      <w:pPr>
        <w:rPr>
          <w:rFonts w:hint="eastAsia"/>
        </w:rPr>
      </w:pPr>
      <w:r>
        <w:t>Linee vita e punti di aggancio destinati a interventi di emergenza sull’apparecchio di sollevamento.</w:t>
      </w:r>
    </w:p>
    <w:p w14:paraId="2ED82900"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45B6A0FF" w14:textId="77777777">
        <w:trPr>
          <w:cantSplit/>
          <w:tblHeader/>
          <w:jc w:val="center"/>
        </w:trPr>
        <w:tc>
          <w:tcPr>
            <w:tcW w:w="1928" w:type="dxa"/>
            <w:shd w:val="clear" w:color="auto" w:fill="15344B"/>
            <w:vAlign w:val="center"/>
          </w:tcPr>
          <w:p w14:paraId="35A9C2BC"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4CA0890D" w14:textId="77777777" w:rsidR="00D93F19" w:rsidRDefault="00000000">
            <w:pPr>
              <w:pStyle w:val="TableText"/>
              <w:rPr>
                <w:rFonts w:hint="eastAsia"/>
              </w:rPr>
            </w:pPr>
            <w:r>
              <w:rPr>
                <w:b/>
                <w:color w:val="FFFFFF"/>
                <w:sz w:val="18"/>
              </w:rPr>
              <w:t>CONDIZIONE INAIL RIELABORATA</w:t>
            </w:r>
          </w:p>
        </w:tc>
      </w:tr>
      <w:tr w:rsidR="00D93F19" w14:paraId="358F1D2F" w14:textId="77777777">
        <w:trPr>
          <w:cantSplit/>
          <w:jc w:val="center"/>
        </w:trPr>
        <w:tc>
          <w:tcPr>
            <w:tcW w:w="1928" w:type="dxa"/>
            <w:shd w:val="clear" w:color="auto" w:fill="F2F6F8"/>
            <w:vAlign w:val="center"/>
          </w:tcPr>
          <w:p w14:paraId="0A4B3859" w14:textId="77777777" w:rsidR="00D93F19" w:rsidRDefault="00000000">
            <w:pPr>
              <w:pStyle w:val="TableText"/>
              <w:rPr>
                <w:rFonts w:hint="eastAsia"/>
              </w:rPr>
            </w:pPr>
            <w:r>
              <w:rPr>
                <w:sz w:val="18"/>
              </w:rPr>
              <w:t>Sollecitazioni</w:t>
            </w:r>
          </w:p>
        </w:tc>
        <w:tc>
          <w:tcPr>
            <w:tcW w:w="7937" w:type="dxa"/>
            <w:shd w:val="clear" w:color="auto" w:fill="F2F6F8"/>
            <w:vAlign w:val="center"/>
          </w:tcPr>
          <w:p w14:paraId="02BD5C6B" w14:textId="77777777" w:rsidR="00D93F19" w:rsidRDefault="00000000">
            <w:pPr>
              <w:pStyle w:val="TableText"/>
              <w:rPr>
                <w:rFonts w:hint="eastAsia"/>
              </w:rPr>
            </w:pPr>
            <w:r>
              <w:rPr>
                <w:sz w:val="18"/>
              </w:rPr>
              <w:t>Non aumenta lo stato tensionale rispetto alla macchina originaria, nei limiti previsti dal fabbricante.</w:t>
            </w:r>
          </w:p>
        </w:tc>
      </w:tr>
      <w:tr w:rsidR="00D93F19" w14:paraId="3EE1576C" w14:textId="77777777">
        <w:trPr>
          <w:cantSplit/>
          <w:jc w:val="center"/>
        </w:trPr>
        <w:tc>
          <w:tcPr>
            <w:tcW w:w="1928" w:type="dxa"/>
            <w:vAlign w:val="center"/>
          </w:tcPr>
          <w:p w14:paraId="4E5F6346" w14:textId="77777777" w:rsidR="00D93F19" w:rsidRDefault="00000000">
            <w:pPr>
              <w:pStyle w:val="TableText"/>
              <w:rPr>
                <w:rFonts w:hint="eastAsia"/>
              </w:rPr>
            </w:pPr>
            <w:r>
              <w:rPr>
                <w:sz w:val="18"/>
              </w:rPr>
              <w:t>Geometria</w:t>
            </w:r>
          </w:p>
        </w:tc>
        <w:tc>
          <w:tcPr>
            <w:tcW w:w="7937" w:type="dxa"/>
            <w:vAlign w:val="center"/>
          </w:tcPr>
          <w:p w14:paraId="3C70650C" w14:textId="77777777" w:rsidR="00D93F19" w:rsidRDefault="00000000">
            <w:pPr>
              <w:pStyle w:val="TableText"/>
              <w:rPr>
                <w:rFonts w:hint="eastAsia"/>
              </w:rPr>
            </w:pPr>
            <w:r>
              <w:rPr>
                <w:sz w:val="18"/>
              </w:rPr>
              <w:t>Le variazioni non introducono interferenze o ulteriori rischi nel funzionamento previsto.</w:t>
            </w:r>
          </w:p>
        </w:tc>
      </w:tr>
      <w:tr w:rsidR="00D93F19" w14:paraId="69A1B834" w14:textId="77777777">
        <w:trPr>
          <w:cantSplit/>
          <w:jc w:val="center"/>
        </w:trPr>
        <w:tc>
          <w:tcPr>
            <w:tcW w:w="1928" w:type="dxa"/>
            <w:shd w:val="clear" w:color="auto" w:fill="F2F6F8"/>
            <w:vAlign w:val="center"/>
          </w:tcPr>
          <w:p w14:paraId="65E3B0CF" w14:textId="77777777" w:rsidR="00D93F19" w:rsidRDefault="00000000">
            <w:pPr>
              <w:pStyle w:val="TableText"/>
              <w:rPr>
                <w:rFonts w:hint="eastAsia"/>
              </w:rPr>
            </w:pPr>
            <w:r>
              <w:rPr>
                <w:sz w:val="18"/>
              </w:rPr>
              <w:t>Accesso</w:t>
            </w:r>
          </w:p>
        </w:tc>
        <w:tc>
          <w:tcPr>
            <w:tcW w:w="7937" w:type="dxa"/>
            <w:shd w:val="clear" w:color="auto" w:fill="F2F6F8"/>
            <w:vAlign w:val="center"/>
          </w:tcPr>
          <w:p w14:paraId="6B02E896" w14:textId="77777777" w:rsidR="00D93F19" w:rsidRDefault="00000000">
            <w:pPr>
              <w:pStyle w:val="TableText"/>
              <w:rPr>
                <w:rFonts w:hint="eastAsia"/>
              </w:rPr>
            </w:pPr>
            <w:r>
              <w:rPr>
                <w:sz w:val="18"/>
              </w:rPr>
              <w:t>Non sono modificate modalità e mezzi di accesso originariamente previsti.</w:t>
            </w:r>
          </w:p>
        </w:tc>
      </w:tr>
    </w:tbl>
    <w:p w14:paraId="7C248A83" w14:textId="77777777" w:rsidR="00D93F19" w:rsidRDefault="00D93F19">
      <w:pPr>
        <w:spacing w:after="0" w:line="20" w:lineRule="exact"/>
        <w:rPr>
          <w:rFonts w:hint="eastAsia"/>
        </w:rPr>
      </w:pPr>
    </w:p>
    <w:p w14:paraId="20E2CBD0" w14:textId="77777777" w:rsidR="00D93F19" w:rsidRDefault="00000000">
      <w:pPr>
        <w:pStyle w:val="Titolo2"/>
      </w:pPr>
      <w:r>
        <w:t>Relazione tecnica del soggetto diverso dal fabbricante</w:t>
      </w:r>
    </w:p>
    <w:p w14:paraId="37B1A6BB" w14:textId="77777777" w:rsidR="00D93F19" w:rsidRDefault="00000000">
      <w:pPr>
        <w:rPr>
          <w:rFonts w:hint="eastAsia"/>
        </w:rPr>
      </w:pPr>
      <w:r>
        <w:t>Descrivere elementi, documenti e specifiche finalità di emergenza; verificare strutture e limiti originari di resistenza, stabilità e deformazione. Includere estratto della valutazione dei rischi UNI EN ISO 12100, con scivolamento, inciampo e caduta (RESS 1.5.15), e prove/verifiche da condurre.</w:t>
      </w:r>
    </w:p>
    <w:p w14:paraId="3556284E" w14:textId="77777777" w:rsidR="00D93F19" w:rsidRDefault="00000000">
      <w:pPr>
        <w:pStyle w:val="Titolo3"/>
      </w:pPr>
      <w:r>
        <w:t>Documenti F – intervento eseguito da soggetto diverso dal fabbricante</w:t>
      </w:r>
    </w:p>
    <w:p w14:paraId="4555000B" w14:textId="77777777" w:rsidR="00D93F19" w:rsidRDefault="00000000">
      <w:pPr>
        <w:rPr>
          <w:rFonts w:hint="eastAsia"/>
        </w:rPr>
      </w:pPr>
      <w:r>
        <w:t>Relazione tecnica firmata; dichiarazione di corretta installazione o regola dell’arte rilasciata da personale qualificato secondo la disciplina applicabile; documenti degli elementi inseriti, comprese eventuali dichiarazioni CE e istruzioni; registro.</w:t>
      </w:r>
    </w:p>
    <w:p w14:paraId="68EF7950" w14:textId="77777777" w:rsidR="00D93F19" w:rsidRDefault="00000000">
      <w:pPr>
        <w:pStyle w:val="Titolo3"/>
      </w:pPr>
      <w:r>
        <w:t>Documenti F – intervento eseguito dal fabbricante</w:t>
      </w:r>
    </w:p>
    <w:p w14:paraId="460DF1AA" w14:textId="77777777" w:rsidR="00D93F19" w:rsidRDefault="00000000">
      <w:pPr>
        <w:rPr>
          <w:rFonts w:hint="eastAsia"/>
        </w:rPr>
      </w:pPr>
      <w:r>
        <w:t>Dichiarazione di idoneità rispetto alla conformità originaria; dichiarazione di corretta installazione o regola dell’arte da personale qualificato; documenti degli elementi ove previsti; registro.</w:t>
      </w:r>
    </w:p>
    <w:p w14:paraId="1FFCED69" w14:textId="77777777" w:rsidR="00D93F19" w:rsidRDefault="00000000">
      <w:pPr>
        <w:pStyle w:val="Titolo3"/>
      </w:pPr>
      <w:r>
        <w:t>Controllo operativo aziendale O</w:t>
      </w:r>
    </w:p>
    <w:p w14:paraId="452CA924" w14:textId="77777777" w:rsidR="00D93F19" w:rsidRDefault="00000000">
      <w:pPr>
        <w:rPr>
          <w:rFonts w:hint="eastAsia"/>
        </w:rPr>
      </w:pPr>
      <w:r>
        <w:t>Collegare il sistema agli scenari A21, individuando accesso, utilizzo, recupero e controlli. La selezione e il dimensionamento richiedono la verifica specialistica dei dispositivi e della struttura; i test eventualmente previsti sono registrati in A13 come evidenza aziendale.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03A9B944" w14:textId="77777777">
        <w:trPr>
          <w:cantSplit/>
        </w:trPr>
        <w:tc>
          <w:tcPr>
            <w:tcW w:w="9866" w:type="dxa"/>
            <w:shd w:val="clear" w:color="auto" w:fill="FFF5E2"/>
            <w:vAlign w:val="center"/>
          </w:tcPr>
          <w:p w14:paraId="5D61954E" w14:textId="77777777" w:rsidR="00D93F19" w:rsidRDefault="00000000">
            <w:pPr>
              <w:pStyle w:val="TableText"/>
              <w:rPr>
                <w:rFonts w:hint="eastAsia"/>
              </w:rPr>
            </w:pPr>
            <w:r>
              <w:rPr>
                <w:color w:val="A53435"/>
              </w:rPr>
              <w:t>PUNTO DI ARRESTO – Non utilizzare i punti di aggancio senza verificarne finalità, limiti e compatibilità. Il rapporto di prova non è elencato come voce autonoma nella scheda: A13 è una registrazione organizzativa aggiuntiva quando vi sono test.</w:t>
            </w:r>
          </w:p>
        </w:tc>
      </w:tr>
    </w:tbl>
    <w:p w14:paraId="213516B5" w14:textId="77777777" w:rsidR="00D93F19" w:rsidRDefault="00D93F19">
      <w:pPr>
        <w:spacing w:after="0" w:line="20" w:lineRule="exact"/>
        <w:rPr>
          <w:rFonts w:hint="eastAsia"/>
        </w:rPr>
      </w:pPr>
    </w:p>
    <w:p w14:paraId="0CB4EFA7" w14:textId="77777777" w:rsidR="00D93F19" w:rsidRDefault="00000000">
      <w:pPr>
        <w:pStyle w:val="Small"/>
        <w:rPr>
          <w:rFonts w:hint="eastAsia"/>
        </w:rPr>
      </w:pPr>
      <w:r>
        <w:t>Nota 7: le emergenze considerate non rientrano nella regolazione/manutenzione previste nelle istruzioni del fabbricante e devono essere contemplate nel DVR.</w:t>
      </w:r>
    </w:p>
    <w:p w14:paraId="145AA19A" w14:textId="77777777" w:rsidR="00D93F19" w:rsidRDefault="00000000">
      <w:pPr>
        <w:pStyle w:val="Small"/>
        <w:rPr>
          <w:rFonts w:hint="eastAsia"/>
        </w:rPr>
      </w:pPr>
      <w:r>
        <w:t>F01: INAIL 2026, scheda 1.10, p. 28. O: applicazione aziendale e registrazioni A05–A06, A10–A13. Se ricorrono più schede, verificarne cumulativamente le condizioni.</w:t>
      </w:r>
    </w:p>
    <w:p w14:paraId="73F652CE" w14:textId="77777777" w:rsidR="00D93F19" w:rsidRDefault="00000000">
      <w:pPr>
        <w:pStyle w:val="Kicker"/>
        <w:pageBreakBefore/>
        <w:rPr>
          <w:rFonts w:hint="eastAsia"/>
        </w:rPr>
      </w:pPr>
      <w:r>
        <w:t>F • SCHEDA TECNICA DI INTERVENTO</w:t>
      </w:r>
    </w:p>
    <w:p w14:paraId="4BD39C13" w14:textId="77777777" w:rsidR="00D93F19" w:rsidRDefault="00000000">
      <w:pPr>
        <w:pStyle w:val="Titolo1"/>
      </w:pPr>
      <w:bookmarkStart w:id="32" w:name="P33"/>
      <w:r>
        <w:t>1.11 | Comandi, controllo ed equipaggiamento elettrico</w:t>
      </w:r>
      <w:bookmarkEnd w:id="32"/>
    </w:p>
    <w:p w14:paraId="10176CD5" w14:textId="77777777" w:rsidR="00D93F19" w:rsidRDefault="00000000">
      <w:pPr>
        <w:rPr>
          <w:rFonts w:hint="eastAsia"/>
        </w:rPr>
      </w:pPr>
      <w:r>
        <w:t>Modifica o sostituzione di sistemi di comando/controllo ed equipaggiamento elettrico, comprese le casistiche esemplificate di sostituzione delle apparecchiature o aggiunta di asse elettrico.</w:t>
      </w:r>
    </w:p>
    <w:p w14:paraId="6DB6D861"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0F68230F" w14:textId="77777777">
        <w:trPr>
          <w:cantSplit/>
          <w:tblHeader/>
          <w:jc w:val="center"/>
        </w:trPr>
        <w:tc>
          <w:tcPr>
            <w:tcW w:w="1928" w:type="dxa"/>
            <w:shd w:val="clear" w:color="auto" w:fill="15344B"/>
            <w:vAlign w:val="center"/>
          </w:tcPr>
          <w:p w14:paraId="1A97F980"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534B6B81" w14:textId="77777777" w:rsidR="00D93F19" w:rsidRDefault="00000000">
            <w:pPr>
              <w:pStyle w:val="TableText"/>
              <w:rPr>
                <w:rFonts w:hint="eastAsia"/>
              </w:rPr>
            </w:pPr>
            <w:r>
              <w:rPr>
                <w:b/>
                <w:color w:val="FFFFFF"/>
                <w:sz w:val="18"/>
              </w:rPr>
              <w:t>CONDIZIONE INAIL RIELABORATA</w:t>
            </w:r>
          </w:p>
        </w:tc>
      </w:tr>
      <w:tr w:rsidR="00D93F19" w14:paraId="553B69E7" w14:textId="77777777">
        <w:trPr>
          <w:cantSplit/>
          <w:jc w:val="center"/>
        </w:trPr>
        <w:tc>
          <w:tcPr>
            <w:tcW w:w="1928" w:type="dxa"/>
            <w:shd w:val="clear" w:color="auto" w:fill="F2F6F8"/>
            <w:vAlign w:val="center"/>
          </w:tcPr>
          <w:p w14:paraId="2915BF35" w14:textId="77777777" w:rsidR="00D93F19" w:rsidRDefault="00000000">
            <w:pPr>
              <w:pStyle w:val="TableText"/>
              <w:rPr>
                <w:rFonts w:hint="eastAsia"/>
              </w:rPr>
            </w:pPr>
            <w:r>
              <w:rPr>
                <w:sz w:val="18"/>
              </w:rPr>
              <w:t>Idoneità</w:t>
            </w:r>
          </w:p>
        </w:tc>
        <w:tc>
          <w:tcPr>
            <w:tcW w:w="7937" w:type="dxa"/>
            <w:shd w:val="clear" w:color="auto" w:fill="F2F6F8"/>
            <w:vAlign w:val="center"/>
          </w:tcPr>
          <w:p w14:paraId="4255160B" w14:textId="77777777" w:rsidR="00D93F19" w:rsidRDefault="00000000">
            <w:pPr>
              <w:pStyle w:val="TableText"/>
              <w:rPr>
                <w:rFonts w:hint="eastAsia"/>
              </w:rPr>
            </w:pPr>
            <w:r>
              <w:rPr>
                <w:sz w:val="18"/>
              </w:rPr>
              <w:t>Requisiti tecnici e funzionali dei nuovi sistemi idonei con riferimento allo stato dell’arte.</w:t>
            </w:r>
          </w:p>
        </w:tc>
      </w:tr>
      <w:tr w:rsidR="00D93F19" w14:paraId="4CBC8AD8" w14:textId="77777777">
        <w:trPr>
          <w:cantSplit/>
          <w:jc w:val="center"/>
        </w:trPr>
        <w:tc>
          <w:tcPr>
            <w:tcW w:w="1928" w:type="dxa"/>
            <w:vAlign w:val="center"/>
          </w:tcPr>
          <w:p w14:paraId="635AAED0" w14:textId="77777777" w:rsidR="00D93F19" w:rsidRDefault="00000000">
            <w:pPr>
              <w:pStyle w:val="TableText"/>
              <w:rPr>
                <w:rFonts w:hint="eastAsia"/>
              </w:rPr>
            </w:pPr>
            <w:r>
              <w:rPr>
                <w:sz w:val="18"/>
              </w:rPr>
              <w:t>Funzioni di sicurezza</w:t>
            </w:r>
          </w:p>
        </w:tc>
        <w:tc>
          <w:tcPr>
            <w:tcW w:w="7937" w:type="dxa"/>
            <w:vAlign w:val="center"/>
          </w:tcPr>
          <w:p w14:paraId="28F150FC" w14:textId="77777777" w:rsidR="00D93F19" w:rsidRDefault="00000000">
            <w:pPr>
              <w:pStyle w:val="TableText"/>
              <w:rPr>
                <w:rFonts w:hint="eastAsia"/>
              </w:rPr>
            </w:pPr>
            <w:r>
              <w:rPr>
                <w:sz w:val="18"/>
              </w:rPr>
              <w:t>Stesse funzioni con Performance Level almeno pari agli originari.</w:t>
            </w:r>
          </w:p>
        </w:tc>
      </w:tr>
      <w:tr w:rsidR="00D93F19" w14:paraId="597E890F" w14:textId="77777777">
        <w:trPr>
          <w:cantSplit/>
          <w:jc w:val="center"/>
        </w:trPr>
        <w:tc>
          <w:tcPr>
            <w:tcW w:w="1928" w:type="dxa"/>
            <w:shd w:val="clear" w:color="auto" w:fill="F2F6F8"/>
            <w:vAlign w:val="center"/>
          </w:tcPr>
          <w:p w14:paraId="78275C41" w14:textId="77777777" w:rsidR="00D93F19" w:rsidRDefault="00000000">
            <w:pPr>
              <w:pStyle w:val="TableText"/>
              <w:rPr>
                <w:rFonts w:hint="eastAsia"/>
              </w:rPr>
            </w:pPr>
            <w:r>
              <w:rPr>
                <w:sz w:val="18"/>
              </w:rPr>
              <w:t>Compatibilità</w:t>
            </w:r>
          </w:p>
        </w:tc>
        <w:tc>
          <w:tcPr>
            <w:tcW w:w="7937" w:type="dxa"/>
            <w:shd w:val="clear" w:color="auto" w:fill="F2F6F8"/>
            <w:vAlign w:val="center"/>
          </w:tcPr>
          <w:p w14:paraId="190B1703" w14:textId="77777777" w:rsidR="00D93F19" w:rsidRDefault="00000000">
            <w:pPr>
              <w:pStyle w:val="TableText"/>
              <w:rPr>
                <w:rFonts w:hint="eastAsia"/>
              </w:rPr>
            </w:pPr>
            <w:r>
              <w:rPr>
                <w:sz w:val="18"/>
              </w:rPr>
              <w:t>Compatibilità con macchina, ambiente (ad esempio grado IP) e logica di funzionamento originaria.</w:t>
            </w:r>
          </w:p>
        </w:tc>
      </w:tr>
      <w:tr w:rsidR="00D93F19" w14:paraId="4B315FB5" w14:textId="77777777">
        <w:trPr>
          <w:cantSplit/>
          <w:jc w:val="center"/>
        </w:trPr>
        <w:tc>
          <w:tcPr>
            <w:tcW w:w="1928" w:type="dxa"/>
            <w:vAlign w:val="center"/>
          </w:tcPr>
          <w:p w14:paraId="665CDC6A" w14:textId="77777777" w:rsidR="00D93F19" w:rsidRDefault="00000000">
            <w:pPr>
              <w:pStyle w:val="TableText"/>
              <w:rPr>
                <w:rFonts w:hint="eastAsia"/>
              </w:rPr>
            </w:pPr>
            <w:r>
              <w:rPr>
                <w:sz w:val="18"/>
              </w:rPr>
              <w:t>Rischi</w:t>
            </w:r>
          </w:p>
        </w:tc>
        <w:tc>
          <w:tcPr>
            <w:tcW w:w="7937" w:type="dxa"/>
            <w:vAlign w:val="center"/>
          </w:tcPr>
          <w:p w14:paraId="1380B1CA" w14:textId="77777777" w:rsidR="00D93F19" w:rsidRDefault="00000000">
            <w:pPr>
              <w:pStyle w:val="TableText"/>
              <w:rPr>
                <w:rFonts w:hint="eastAsia"/>
              </w:rPr>
            </w:pPr>
            <w:r>
              <w:rPr>
                <w:sz w:val="18"/>
              </w:rPr>
              <w:t>Nessun rischio supplementare per i requisiti essenziali interessati.</w:t>
            </w:r>
          </w:p>
        </w:tc>
      </w:tr>
    </w:tbl>
    <w:p w14:paraId="40318DFA" w14:textId="77777777" w:rsidR="00D93F19" w:rsidRDefault="00D93F19">
      <w:pPr>
        <w:spacing w:after="0" w:line="20" w:lineRule="exact"/>
        <w:rPr>
          <w:rFonts w:hint="eastAsia"/>
        </w:rPr>
      </w:pPr>
    </w:p>
    <w:p w14:paraId="482086E3" w14:textId="77777777" w:rsidR="00D93F19" w:rsidRDefault="00000000">
      <w:pPr>
        <w:pStyle w:val="Titolo2"/>
      </w:pPr>
      <w:r>
        <w:t>Relazione tecnica del soggetto diverso dal fabbricante</w:t>
      </w:r>
    </w:p>
    <w:p w14:paraId="22E38EDB" w14:textId="77777777" w:rsidR="00D93F19" w:rsidRDefault="00000000">
      <w:pPr>
        <w:rPr>
          <w:rFonts w:hint="eastAsia"/>
        </w:rPr>
      </w:pPr>
      <w:r>
        <w:t>Descrivere elementi, documenti e finalità; verificare compatibilità con la logica della macchina; includere estratto della valutazione dei rischi UNI EN ISO 12100 e piano di prove/verifiche.</w:t>
      </w:r>
    </w:p>
    <w:p w14:paraId="0EEC199D" w14:textId="77777777" w:rsidR="00D93F19" w:rsidRDefault="00000000">
      <w:pPr>
        <w:pStyle w:val="Titolo3"/>
      </w:pPr>
      <w:r>
        <w:t>Documenti F – intervento eseguito da soggetto diverso dal fabbricante</w:t>
      </w:r>
    </w:p>
    <w:p w14:paraId="129F5C67" w14:textId="77777777" w:rsidR="00D93F19" w:rsidRDefault="00000000">
      <w:pPr>
        <w:rPr>
          <w:rFonts w:hint="eastAsia"/>
        </w:rPr>
      </w:pPr>
      <w:r>
        <w:t>Relazione tecnica firmata; dichiarazione di corretta installazione o regola dell’arte; rapporto di verifica/collaudo secondo la relazione; schemi elettrici aggiornati; documenti degli elementi inseriti ove previsti; registro.</w:t>
      </w:r>
    </w:p>
    <w:p w14:paraId="06A89005" w14:textId="77777777" w:rsidR="00D93F19" w:rsidRDefault="00000000">
      <w:pPr>
        <w:pStyle w:val="Titolo3"/>
      </w:pPr>
      <w:r>
        <w:t>Documenti F – intervento eseguito dal fabbricante</w:t>
      </w:r>
    </w:p>
    <w:p w14:paraId="0BA9D6ED" w14:textId="77777777" w:rsidR="00D93F19" w:rsidRDefault="00000000">
      <w:pPr>
        <w:rPr>
          <w:rFonts w:hint="eastAsia"/>
        </w:rPr>
      </w:pPr>
      <w:r>
        <w:t>Dichiarazione di idoneità rispetto alla conformità originaria; dichiarazione di corretta installazione o regola dell’arte; schemi aggiornati; rapporto di verifica/collaudo; documenti degli elementi ove previsti; registro.</w:t>
      </w:r>
    </w:p>
    <w:p w14:paraId="0DA7040A" w14:textId="77777777" w:rsidR="00D93F19" w:rsidRDefault="00000000">
      <w:pPr>
        <w:pStyle w:val="Titolo3"/>
      </w:pPr>
      <w:r>
        <w:t>Controllo operativo aziendale O</w:t>
      </w:r>
    </w:p>
    <w:p w14:paraId="5B52A11D" w14:textId="77777777" w:rsidR="00D93F19" w:rsidRDefault="00000000">
      <w:pPr>
        <w:rPr>
          <w:rFonts w:hint="eastAsia"/>
        </w:rPr>
      </w:pPr>
      <w:r>
        <w:t>Identificare hardware, software e parametri modificati; conservare configurazioni prima/dopo e autorizzazioni. Verificare ogni funzione coinvolta, le interfacce tra movimenti e i comportamenti di arresto/riavvio secondo il progetto approvato.</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52FC569B" w14:textId="77777777">
        <w:trPr>
          <w:cantSplit/>
        </w:trPr>
        <w:tc>
          <w:tcPr>
            <w:tcW w:w="9866" w:type="dxa"/>
            <w:shd w:val="clear" w:color="auto" w:fill="FFF5E2"/>
            <w:vAlign w:val="center"/>
          </w:tcPr>
          <w:p w14:paraId="0BFBB931" w14:textId="77777777" w:rsidR="00D93F19" w:rsidRDefault="00000000">
            <w:pPr>
              <w:pStyle w:val="TableText"/>
              <w:rPr>
                <w:rFonts w:hint="eastAsia"/>
              </w:rPr>
            </w:pPr>
            <w:r>
              <w:rPr>
                <w:color w:val="A53435"/>
              </w:rPr>
              <w:t>PUNTO DI ARRESTO – La presenza di un PLC o di un azionamento di sicurezza non dimostra da sola il mantenimento delle funzioni originarie. Non modificare logiche o parametri durante le prove senza un nuovo riesame.</w:t>
            </w:r>
          </w:p>
        </w:tc>
      </w:tr>
    </w:tbl>
    <w:p w14:paraId="35934EED" w14:textId="77777777" w:rsidR="00D93F19" w:rsidRDefault="00D93F19">
      <w:pPr>
        <w:spacing w:after="0" w:line="20" w:lineRule="exact"/>
        <w:rPr>
          <w:rFonts w:hint="eastAsia"/>
        </w:rPr>
      </w:pPr>
    </w:p>
    <w:p w14:paraId="6F47B309" w14:textId="77777777" w:rsidR="00D93F19" w:rsidRDefault="00000000">
      <w:pPr>
        <w:pStyle w:val="Small"/>
        <w:rPr>
          <w:rFonts w:hint="eastAsia"/>
        </w:rPr>
      </w:pPr>
      <w:r>
        <w:t>F01: INAIL 2026, scheda 1.11, p. 29. O: applicazione aziendale e registrazioni A05–A06, A10–A13. Se ricorrono più schede, verificarne cumulativamente le condizioni.</w:t>
      </w:r>
    </w:p>
    <w:p w14:paraId="2CAC516A" w14:textId="77777777" w:rsidR="00D93F19" w:rsidRDefault="00000000">
      <w:pPr>
        <w:pStyle w:val="Kicker"/>
        <w:pageBreakBefore/>
        <w:rPr>
          <w:rFonts w:hint="eastAsia"/>
        </w:rPr>
      </w:pPr>
      <w:r>
        <w:t>F • SCHEDA TECNICA DI INTERVENTO</w:t>
      </w:r>
    </w:p>
    <w:p w14:paraId="69BC0DC5" w14:textId="77777777" w:rsidR="00D93F19" w:rsidRDefault="00000000">
      <w:pPr>
        <w:pStyle w:val="Titolo1"/>
      </w:pPr>
      <w:bookmarkStart w:id="33" w:name="P34"/>
      <w:r>
        <w:t>1.12 | Azionamenti sostitutivi equivalenti</w:t>
      </w:r>
      <w:bookmarkEnd w:id="33"/>
    </w:p>
    <w:p w14:paraId="6E693C98" w14:textId="77777777" w:rsidR="00D93F19" w:rsidRDefault="00000000">
      <w:pPr>
        <w:rPr>
          <w:rFonts w:hint="eastAsia"/>
        </w:rPr>
      </w:pPr>
      <w:r>
        <w:t>Sostituzione integrale o parziale del sistema di azionamento con un altro equivalente.</w:t>
      </w:r>
    </w:p>
    <w:p w14:paraId="564680FD"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7DAFD4B7" w14:textId="77777777">
        <w:trPr>
          <w:cantSplit/>
          <w:tblHeader/>
          <w:jc w:val="center"/>
        </w:trPr>
        <w:tc>
          <w:tcPr>
            <w:tcW w:w="1928" w:type="dxa"/>
            <w:shd w:val="clear" w:color="auto" w:fill="15344B"/>
            <w:vAlign w:val="center"/>
          </w:tcPr>
          <w:p w14:paraId="69CF47CB"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50022770" w14:textId="77777777" w:rsidR="00D93F19" w:rsidRDefault="00000000">
            <w:pPr>
              <w:pStyle w:val="TableText"/>
              <w:rPr>
                <w:rFonts w:hint="eastAsia"/>
              </w:rPr>
            </w:pPr>
            <w:r>
              <w:rPr>
                <w:b/>
                <w:color w:val="FFFFFF"/>
                <w:sz w:val="18"/>
              </w:rPr>
              <w:t>CONDIZIONE INAIL RIELABORATA</w:t>
            </w:r>
          </w:p>
        </w:tc>
      </w:tr>
      <w:tr w:rsidR="00D93F19" w14:paraId="1A168A72" w14:textId="77777777">
        <w:trPr>
          <w:cantSplit/>
          <w:jc w:val="center"/>
        </w:trPr>
        <w:tc>
          <w:tcPr>
            <w:tcW w:w="1928" w:type="dxa"/>
            <w:shd w:val="clear" w:color="auto" w:fill="F2F6F8"/>
            <w:vAlign w:val="center"/>
          </w:tcPr>
          <w:p w14:paraId="5D80794C" w14:textId="77777777" w:rsidR="00D93F19" w:rsidRDefault="00000000">
            <w:pPr>
              <w:pStyle w:val="TableText"/>
              <w:rPr>
                <w:rFonts w:hint="eastAsia"/>
              </w:rPr>
            </w:pPr>
            <w:r>
              <w:rPr>
                <w:sz w:val="18"/>
              </w:rPr>
              <w:t>Prestazioni</w:t>
            </w:r>
          </w:p>
        </w:tc>
        <w:tc>
          <w:tcPr>
            <w:tcW w:w="7937" w:type="dxa"/>
            <w:shd w:val="clear" w:color="auto" w:fill="F2F6F8"/>
            <w:vAlign w:val="center"/>
          </w:tcPr>
          <w:p w14:paraId="24BA4C87" w14:textId="77777777" w:rsidR="00D93F19" w:rsidRDefault="00000000">
            <w:pPr>
              <w:pStyle w:val="TableText"/>
              <w:rPr>
                <w:rFonts w:hint="eastAsia"/>
              </w:rPr>
            </w:pPr>
            <w:r>
              <w:rPr>
                <w:sz w:val="18"/>
              </w:rPr>
              <w:t>Corrispondenza dei parametri funzionali e prestazionali del nuovo sistema, o della sua parte, con l’originario.</w:t>
            </w:r>
          </w:p>
        </w:tc>
      </w:tr>
      <w:tr w:rsidR="00D93F19" w14:paraId="592887FE" w14:textId="77777777">
        <w:trPr>
          <w:cantSplit/>
          <w:jc w:val="center"/>
        </w:trPr>
        <w:tc>
          <w:tcPr>
            <w:tcW w:w="1928" w:type="dxa"/>
            <w:vAlign w:val="center"/>
          </w:tcPr>
          <w:p w14:paraId="6DCA021D" w14:textId="77777777" w:rsidR="00D93F19" w:rsidRDefault="00000000">
            <w:pPr>
              <w:pStyle w:val="TableText"/>
              <w:rPr>
                <w:rFonts w:hint="eastAsia"/>
              </w:rPr>
            </w:pPr>
            <w:r>
              <w:rPr>
                <w:sz w:val="18"/>
              </w:rPr>
              <w:t>Sorveglianza e protezione</w:t>
            </w:r>
          </w:p>
        </w:tc>
        <w:tc>
          <w:tcPr>
            <w:tcW w:w="7937" w:type="dxa"/>
            <w:vAlign w:val="center"/>
          </w:tcPr>
          <w:p w14:paraId="79C01668" w14:textId="77777777" w:rsidR="00D93F19" w:rsidRDefault="00000000">
            <w:pPr>
              <w:pStyle w:val="TableText"/>
              <w:rPr>
                <w:rFonts w:hint="eastAsia"/>
              </w:rPr>
            </w:pPr>
            <w:r>
              <w:rPr>
                <w:sz w:val="18"/>
              </w:rPr>
              <w:t>Funzioni equivalenti o superiori alle originarie: ad esempio grado IP, protezioni termiche e classe di isolamento.</w:t>
            </w:r>
          </w:p>
        </w:tc>
      </w:tr>
      <w:tr w:rsidR="00D93F19" w14:paraId="6EDD48F8" w14:textId="77777777">
        <w:trPr>
          <w:cantSplit/>
          <w:jc w:val="center"/>
        </w:trPr>
        <w:tc>
          <w:tcPr>
            <w:tcW w:w="1928" w:type="dxa"/>
            <w:shd w:val="clear" w:color="auto" w:fill="F2F6F8"/>
            <w:vAlign w:val="center"/>
          </w:tcPr>
          <w:p w14:paraId="02F610FD" w14:textId="77777777" w:rsidR="00D93F19" w:rsidRDefault="00000000">
            <w:pPr>
              <w:pStyle w:val="TableText"/>
              <w:rPr>
                <w:rFonts w:hint="eastAsia"/>
              </w:rPr>
            </w:pPr>
            <w:r>
              <w:rPr>
                <w:sz w:val="18"/>
              </w:rPr>
              <w:t>Rischi</w:t>
            </w:r>
          </w:p>
        </w:tc>
        <w:tc>
          <w:tcPr>
            <w:tcW w:w="7937" w:type="dxa"/>
            <w:shd w:val="clear" w:color="auto" w:fill="F2F6F8"/>
            <w:vAlign w:val="center"/>
          </w:tcPr>
          <w:p w14:paraId="34F67B19" w14:textId="77777777" w:rsidR="00D93F19" w:rsidRDefault="00000000">
            <w:pPr>
              <w:pStyle w:val="TableText"/>
              <w:rPr>
                <w:rFonts w:hint="eastAsia"/>
              </w:rPr>
            </w:pPr>
            <w:r>
              <w:rPr>
                <w:sz w:val="18"/>
              </w:rPr>
              <w:t>Non sono introdotti rischi supplementari per i requisiti essenziali coinvolti.</w:t>
            </w:r>
          </w:p>
        </w:tc>
      </w:tr>
    </w:tbl>
    <w:p w14:paraId="3A454F99" w14:textId="77777777" w:rsidR="00D93F19" w:rsidRDefault="00D93F19">
      <w:pPr>
        <w:spacing w:after="0" w:line="20" w:lineRule="exact"/>
        <w:rPr>
          <w:rFonts w:hint="eastAsia"/>
        </w:rPr>
      </w:pPr>
    </w:p>
    <w:p w14:paraId="100B8404" w14:textId="77777777" w:rsidR="00D93F19" w:rsidRDefault="00000000">
      <w:pPr>
        <w:pStyle w:val="Titolo2"/>
      </w:pPr>
      <w:r>
        <w:t>Relazione tecnica del soggetto diverso dal fabbricante</w:t>
      </w:r>
    </w:p>
    <w:p w14:paraId="24D4425B" w14:textId="77777777" w:rsidR="00D93F19" w:rsidRDefault="00000000">
      <w:pPr>
        <w:rPr>
          <w:rFonts w:hint="eastAsia"/>
        </w:rPr>
      </w:pPr>
      <w:r>
        <w:t>Descrivere caratteristiche del nuovo sistema e finalità; verificare corrispondenza dei parametri funzionali/prestazionali e delle funzioni di sorveglianza/protezione; definire le prove/verifiche.</w:t>
      </w:r>
    </w:p>
    <w:p w14:paraId="7E0259AC" w14:textId="77777777" w:rsidR="00D93F19" w:rsidRDefault="00000000">
      <w:pPr>
        <w:pStyle w:val="Titolo3"/>
      </w:pPr>
      <w:r>
        <w:t>Documenti F – intervento eseguito da soggetto diverso dal fabbricante</w:t>
      </w:r>
    </w:p>
    <w:p w14:paraId="3B3719AA" w14:textId="77777777" w:rsidR="00D93F19" w:rsidRDefault="00000000">
      <w:pPr>
        <w:rPr>
          <w:rFonts w:hint="eastAsia"/>
        </w:rPr>
      </w:pPr>
      <w:r>
        <w:t>Relazione tecnica firmata; rapporto di verifica/collaudo con test ed esiti secondo la relazione; documenti degli elementi inseriti ove previsti; registro di controllo.</w:t>
      </w:r>
    </w:p>
    <w:p w14:paraId="4BE0641A" w14:textId="77777777" w:rsidR="00D93F19" w:rsidRDefault="00000000">
      <w:pPr>
        <w:pStyle w:val="Titolo3"/>
      </w:pPr>
      <w:r>
        <w:t>Documenti F – intervento eseguito dal fabbricante</w:t>
      </w:r>
    </w:p>
    <w:p w14:paraId="7A6D0F03" w14:textId="77777777" w:rsidR="00D93F19" w:rsidRDefault="00000000">
      <w:pPr>
        <w:rPr>
          <w:rFonts w:hint="eastAsia"/>
        </w:rPr>
      </w:pPr>
      <w:r>
        <w:t>Dichiarazione di idoneità rispetto alla validità della dichiarazione originaria e prove/verifiche da condurre; rapporto di verifica/collaudo; documenti degli elementi inseriti ove previsti; registro.</w:t>
      </w:r>
    </w:p>
    <w:p w14:paraId="44E5D090" w14:textId="77777777" w:rsidR="00D93F19" w:rsidRDefault="00000000">
      <w:pPr>
        <w:pStyle w:val="Titolo3"/>
      </w:pPr>
      <w:r>
        <w:t>Controllo operativo aziendale O</w:t>
      </w:r>
    </w:p>
    <w:p w14:paraId="3F7F027F" w14:textId="77777777" w:rsidR="00D93F19" w:rsidRDefault="00000000">
      <w:pPr>
        <w:rPr>
          <w:rFonts w:hint="eastAsia"/>
        </w:rPr>
      </w:pPr>
      <w:r>
        <w:t>Confrontare sistematicamente caratteristiche elettriche, meccaniche, prestazionali e protezioni pertinenti; registrare identificativi e configurazioni. Se l’equivalenza non è dimostrata, riesaminare l’applicabilità della scheda 1.13 e delle altre schede coinvolte.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5039E227" w14:textId="77777777">
        <w:trPr>
          <w:cantSplit/>
        </w:trPr>
        <w:tc>
          <w:tcPr>
            <w:tcW w:w="9866" w:type="dxa"/>
            <w:shd w:val="clear" w:color="auto" w:fill="FFF5E2"/>
            <w:vAlign w:val="center"/>
          </w:tcPr>
          <w:p w14:paraId="068FA858" w14:textId="77777777" w:rsidR="00D93F19" w:rsidRDefault="00000000">
            <w:pPr>
              <w:pStyle w:val="TableText"/>
              <w:rPr>
                <w:rFonts w:hint="eastAsia"/>
              </w:rPr>
            </w:pPr>
            <w:r>
              <w:rPr>
                <w:color w:val="A53435"/>
              </w:rPr>
              <w:t>PUNTO DI ARRESTO – La stessa potenza nominale o la stessa taglia non provano l’equivalenza dell’azionamento. Verificare tutti i parametri che possono incidere sul funzionamento e sulle protezioni.</w:t>
            </w:r>
          </w:p>
        </w:tc>
      </w:tr>
    </w:tbl>
    <w:p w14:paraId="57A5D61F" w14:textId="77777777" w:rsidR="00D93F19" w:rsidRDefault="00D93F19">
      <w:pPr>
        <w:spacing w:after="0" w:line="20" w:lineRule="exact"/>
        <w:rPr>
          <w:rFonts w:hint="eastAsia"/>
        </w:rPr>
      </w:pPr>
    </w:p>
    <w:p w14:paraId="101448F1" w14:textId="77777777" w:rsidR="00D93F19" w:rsidRDefault="00000000">
      <w:pPr>
        <w:pStyle w:val="Small"/>
        <w:rPr>
          <w:rFonts w:hint="eastAsia"/>
        </w:rPr>
      </w:pPr>
      <w:r>
        <w:t>Fedeltà alla fonte: la scheda 1.12 non elenca espressamente un estratto UNI EN ISO 12100 nella relazione. Il controllo aziendale degli effetti sui rischi resta distinto da tale elenco documentale.</w:t>
      </w:r>
    </w:p>
    <w:p w14:paraId="753F0BAE" w14:textId="77777777" w:rsidR="00D93F19" w:rsidRDefault="00000000">
      <w:pPr>
        <w:pStyle w:val="Small"/>
        <w:rPr>
          <w:rFonts w:hint="eastAsia"/>
        </w:rPr>
      </w:pPr>
      <w:r>
        <w:t>F01: INAIL 2026, scheda 1.12, p. 30. O: applicazione aziendale e registrazioni A05–A06, A10–A13. Se ricorrono più schede, verificarne cumulativamente le condizioni.</w:t>
      </w:r>
    </w:p>
    <w:p w14:paraId="0EB01304" w14:textId="77777777" w:rsidR="00D93F19" w:rsidRDefault="00000000">
      <w:pPr>
        <w:pStyle w:val="Kicker"/>
        <w:pageBreakBefore/>
        <w:rPr>
          <w:rFonts w:hint="eastAsia"/>
        </w:rPr>
      </w:pPr>
      <w:r>
        <w:t>F • SCHEDA TECNICA DI INTERVENTO</w:t>
      </w:r>
    </w:p>
    <w:p w14:paraId="13D63D39" w14:textId="77777777" w:rsidR="00D93F19" w:rsidRDefault="00000000">
      <w:pPr>
        <w:pStyle w:val="Titolo1"/>
      </w:pPr>
      <w:bookmarkStart w:id="34" w:name="P35"/>
      <w:r>
        <w:t>1.13 | Azionamenti sostitutivi differenti</w:t>
      </w:r>
      <w:bookmarkEnd w:id="34"/>
    </w:p>
    <w:p w14:paraId="1CF77319" w14:textId="77777777" w:rsidR="00D93F19" w:rsidRDefault="00000000">
      <w:pPr>
        <w:rPr>
          <w:rFonts w:hint="eastAsia"/>
        </w:rPr>
      </w:pPr>
      <w:r>
        <w:t>Sostituzione del sistema di azionamento, o di una sua parte, con altro differente da quello originario.</w:t>
      </w:r>
    </w:p>
    <w:p w14:paraId="5C07532F"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541938BD" w14:textId="77777777">
        <w:trPr>
          <w:cantSplit/>
          <w:tblHeader/>
          <w:jc w:val="center"/>
        </w:trPr>
        <w:tc>
          <w:tcPr>
            <w:tcW w:w="1928" w:type="dxa"/>
            <w:shd w:val="clear" w:color="auto" w:fill="15344B"/>
            <w:vAlign w:val="center"/>
          </w:tcPr>
          <w:p w14:paraId="200F0865"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7BC1C7C1" w14:textId="77777777" w:rsidR="00D93F19" w:rsidRDefault="00000000">
            <w:pPr>
              <w:pStyle w:val="TableText"/>
              <w:rPr>
                <w:rFonts w:hint="eastAsia"/>
              </w:rPr>
            </w:pPr>
            <w:r>
              <w:rPr>
                <w:b/>
                <w:color w:val="FFFFFF"/>
                <w:sz w:val="18"/>
              </w:rPr>
              <w:t>CONDIZIONE INAIL RIELABORATA</w:t>
            </w:r>
          </w:p>
        </w:tc>
      </w:tr>
      <w:tr w:rsidR="00D93F19" w14:paraId="2CDC5FD1" w14:textId="77777777">
        <w:trPr>
          <w:cantSplit/>
          <w:jc w:val="center"/>
        </w:trPr>
        <w:tc>
          <w:tcPr>
            <w:tcW w:w="1928" w:type="dxa"/>
            <w:shd w:val="clear" w:color="auto" w:fill="F2F6F8"/>
            <w:vAlign w:val="center"/>
          </w:tcPr>
          <w:p w14:paraId="66A28DCA" w14:textId="77777777" w:rsidR="00D93F19" w:rsidRDefault="00000000">
            <w:pPr>
              <w:pStyle w:val="TableText"/>
              <w:rPr>
                <w:rFonts w:hint="eastAsia"/>
              </w:rPr>
            </w:pPr>
            <w:r>
              <w:rPr>
                <w:sz w:val="18"/>
              </w:rPr>
              <w:t>Sollecitazioni</w:t>
            </w:r>
          </w:p>
        </w:tc>
        <w:tc>
          <w:tcPr>
            <w:tcW w:w="7937" w:type="dxa"/>
            <w:shd w:val="clear" w:color="auto" w:fill="F2F6F8"/>
            <w:vAlign w:val="center"/>
          </w:tcPr>
          <w:p w14:paraId="05266424" w14:textId="77777777" w:rsidR="00D93F19" w:rsidRDefault="00000000">
            <w:pPr>
              <w:pStyle w:val="TableText"/>
              <w:rPr>
                <w:rFonts w:hint="eastAsia"/>
              </w:rPr>
            </w:pPr>
            <w:r>
              <w:rPr>
                <w:sz w:val="18"/>
              </w:rPr>
              <w:t>Assenza di incremento dello stato tensionale rispetto all’originario, nell’ambito dei limiti del fabbricante.</w:t>
            </w:r>
          </w:p>
        </w:tc>
      </w:tr>
      <w:tr w:rsidR="00D93F19" w14:paraId="5BA707E7" w14:textId="77777777">
        <w:trPr>
          <w:cantSplit/>
          <w:jc w:val="center"/>
        </w:trPr>
        <w:tc>
          <w:tcPr>
            <w:tcW w:w="1928" w:type="dxa"/>
            <w:vAlign w:val="center"/>
          </w:tcPr>
          <w:p w14:paraId="1D54AB3F" w14:textId="77777777" w:rsidR="00D93F19" w:rsidRDefault="00000000">
            <w:pPr>
              <w:pStyle w:val="TableText"/>
              <w:rPr>
                <w:rFonts w:hint="eastAsia"/>
              </w:rPr>
            </w:pPr>
            <w:r>
              <w:rPr>
                <w:sz w:val="18"/>
              </w:rPr>
              <w:t>Compatibilità</w:t>
            </w:r>
          </w:p>
        </w:tc>
        <w:tc>
          <w:tcPr>
            <w:tcW w:w="7937" w:type="dxa"/>
            <w:vAlign w:val="center"/>
          </w:tcPr>
          <w:p w14:paraId="543A4CF4" w14:textId="77777777" w:rsidR="00D93F19" w:rsidRDefault="00000000">
            <w:pPr>
              <w:pStyle w:val="TableText"/>
              <w:rPr>
                <w:rFonts w:hint="eastAsia"/>
              </w:rPr>
            </w:pPr>
            <w:r>
              <w:rPr>
                <w:sz w:val="18"/>
              </w:rPr>
              <w:t>Il nuovo sistema risulta compatibile con la macchina e con l’ambiente di lavoro.</w:t>
            </w:r>
          </w:p>
        </w:tc>
      </w:tr>
      <w:tr w:rsidR="00D93F19" w14:paraId="778B67DA" w14:textId="77777777">
        <w:trPr>
          <w:cantSplit/>
          <w:jc w:val="center"/>
        </w:trPr>
        <w:tc>
          <w:tcPr>
            <w:tcW w:w="1928" w:type="dxa"/>
            <w:shd w:val="clear" w:color="auto" w:fill="F2F6F8"/>
            <w:vAlign w:val="center"/>
          </w:tcPr>
          <w:p w14:paraId="31E70BE6" w14:textId="77777777" w:rsidR="00D93F19" w:rsidRDefault="00000000">
            <w:pPr>
              <w:pStyle w:val="TableText"/>
              <w:rPr>
                <w:rFonts w:hint="eastAsia"/>
              </w:rPr>
            </w:pPr>
            <w:r>
              <w:rPr>
                <w:sz w:val="18"/>
              </w:rPr>
              <w:t>Rischi</w:t>
            </w:r>
          </w:p>
        </w:tc>
        <w:tc>
          <w:tcPr>
            <w:tcW w:w="7937" w:type="dxa"/>
            <w:shd w:val="clear" w:color="auto" w:fill="F2F6F8"/>
            <w:vAlign w:val="center"/>
          </w:tcPr>
          <w:p w14:paraId="07C04E60" w14:textId="77777777" w:rsidR="00D93F19" w:rsidRDefault="00000000">
            <w:pPr>
              <w:pStyle w:val="TableText"/>
              <w:rPr>
                <w:rFonts w:hint="eastAsia"/>
              </w:rPr>
            </w:pPr>
            <w:r>
              <w:rPr>
                <w:sz w:val="18"/>
              </w:rPr>
              <w:t>Nessun rischio supplementare per i requisiti essenziali su cui l’intervento può incidere.</w:t>
            </w:r>
          </w:p>
        </w:tc>
      </w:tr>
    </w:tbl>
    <w:p w14:paraId="3A1C1221" w14:textId="77777777" w:rsidR="00D93F19" w:rsidRDefault="00D93F19">
      <w:pPr>
        <w:spacing w:after="0" w:line="20" w:lineRule="exact"/>
        <w:rPr>
          <w:rFonts w:hint="eastAsia"/>
        </w:rPr>
      </w:pPr>
    </w:p>
    <w:p w14:paraId="61F0403F" w14:textId="77777777" w:rsidR="00D93F19" w:rsidRDefault="00000000">
      <w:pPr>
        <w:pStyle w:val="Titolo2"/>
      </w:pPr>
      <w:r>
        <w:t>Relazione tecnica del soggetto diverso dal fabbricante</w:t>
      </w:r>
    </w:p>
    <w:p w14:paraId="58DD9CEF" w14:textId="77777777" w:rsidR="00D93F19" w:rsidRDefault="00000000">
      <w:pPr>
        <w:rPr>
          <w:rFonts w:hint="eastAsia"/>
        </w:rPr>
      </w:pPr>
      <w:r>
        <w:t>Descrivere caratteristiche e finalità; verificare strutture e limiti originari di resistenza, stabilità e deformazione; verificare compatibilità con macchina e ambiente; includere estratto della valutazione dei rischi UNI EN ISO 12100 e prove/verifiche.</w:t>
      </w:r>
    </w:p>
    <w:p w14:paraId="48DA53D1" w14:textId="77777777" w:rsidR="00D93F19" w:rsidRDefault="00000000">
      <w:pPr>
        <w:pStyle w:val="Titolo3"/>
      </w:pPr>
      <w:r>
        <w:t>Documenti F – intervento eseguito da soggetto diverso dal fabbricante</w:t>
      </w:r>
    </w:p>
    <w:p w14:paraId="7ACE4E57" w14:textId="77777777" w:rsidR="00D93F19" w:rsidRDefault="00000000">
      <w:pPr>
        <w:rPr>
          <w:rFonts w:hint="eastAsia"/>
        </w:rPr>
      </w:pPr>
      <w:r>
        <w:t>Relazione tecnica firmata; rapporto di verifica/collaudo secondo la relazione; schemi elettrici aggiornati; documenti degli elementi inseriti ove previsti; registro.</w:t>
      </w:r>
    </w:p>
    <w:p w14:paraId="57A06281" w14:textId="77777777" w:rsidR="00D93F19" w:rsidRDefault="00000000">
      <w:pPr>
        <w:pStyle w:val="Titolo3"/>
      </w:pPr>
      <w:r>
        <w:t>Documenti F – intervento eseguito dal fabbricante</w:t>
      </w:r>
    </w:p>
    <w:p w14:paraId="3EEFD54A" w14:textId="77777777" w:rsidR="00D93F19" w:rsidRDefault="00000000">
      <w:pPr>
        <w:rPr>
          <w:rFonts w:hint="eastAsia"/>
        </w:rPr>
      </w:pPr>
      <w:r>
        <w:t>Dichiarazione di idoneità rispetto alla conformità originaria; rapporto di verifica/collaudo; documenti degli elementi inseriti ove previsti; schemi elettrici aggiornati; registro.</w:t>
      </w:r>
    </w:p>
    <w:p w14:paraId="11D65D57" w14:textId="77777777" w:rsidR="00D93F19" w:rsidRDefault="00000000">
      <w:pPr>
        <w:pStyle w:val="Titolo3"/>
      </w:pPr>
      <w:r>
        <w:t>Controllo operativo aziendale O</w:t>
      </w:r>
    </w:p>
    <w:p w14:paraId="67C783D5" w14:textId="77777777" w:rsidR="00D93F19" w:rsidRDefault="00000000">
      <w:pPr>
        <w:rPr>
          <w:rFonts w:hint="eastAsia"/>
        </w:rPr>
      </w:pPr>
      <w:r>
        <w:t>Analizzare come le nuove caratteristiche influenzano movimenti, accelerazioni, decelerazioni, frenatura e protezioni. Stabilire limiti dei parametri autorizzati, configurazione finale e test che ne dimostrino la compatibilità.</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25E4EBA5" w14:textId="77777777">
        <w:trPr>
          <w:cantSplit/>
        </w:trPr>
        <w:tc>
          <w:tcPr>
            <w:tcW w:w="9866" w:type="dxa"/>
            <w:shd w:val="clear" w:color="auto" w:fill="FFF5E2"/>
            <w:vAlign w:val="center"/>
          </w:tcPr>
          <w:p w14:paraId="6C19692E" w14:textId="77777777" w:rsidR="00D93F19" w:rsidRDefault="00000000">
            <w:pPr>
              <w:pStyle w:val="TableText"/>
              <w:rPr>
                <w:rFonts w:hint="eastAsia"/>
              </w:rPr>
            </w:pPr>
            <w:r>
              <w:rPr>
                <w:color w:val="A53435"/>
              </w:rPr>
              <w:t>PUNTO DI ARRESTO – Un nuovo sistema più efficiente o più potente può modificare sollecitazioni e rischi. Non applicare automaticamente la scheda dell’equivalenza a un componente differente.</w:t>
            </w:r>
          </w:p>
        </w:tc>
      </w:tr>
    </w:tbl>
    <w:p w14:paraId="5A30DC00" w14:textId="77777777" w:rsidR="00D93F19" w:rsidRDefault="00D93F19">
      <w:pPr>
        <w:spacing w:after="0" w:line="20" w:lineRule="exact"/>
        <w:rPr>
          <w:rFonts w:hint="eastAsia"/>
        </w:rPr>
      </w:pPr>
    </w:p>
    <w:p w14:paraId="1F74DBA5" w14:textId="77777777" w:rsidR="00D93F19" w:rsidRDefault="00000000">
      <w:pPr>
        <w:pStyle w:val="Small"/>
        <w:rPr>
          <w:rFonts w:hint="eastAsia"/>
        </w:rPr>
      </w:pPr>
      <w:r>
        <w:t>F01: INAIL 2026, scheda 1.13, p. 31. O: applicazione aziendale e registrazioni A05–A06, A10–A13. Se ricorrono più schede, verificarne cumulativamente le condizioni.</w:t>
      </w:r>
    </w:p>
    <w:p w14:paraId="611B1524" w14:textId="77777777" w:rsidR="00D93F19" w:rsidRDefault="00000000">
      <w:pPr>
        <w:pStyle w:val="Kicker"/>
        <w:pageBreakBefore/>
        <w:rPr>
          <w:rFonts w:hint="eastAsia"/>
        </w:rPr>
      </w:pPr>
      <w:r>
        <w:t>F • SCHEDA TECNICA DI INTERVENTO</w:t>
      </w:r>
    </w:p>
    <w:p w14:paraId="6706FBDD" w14:textId="77777777" w:rsidR="00D93F19" w:rsidRDefault="00000000">
      <w:pPr>
        <w:pStyle w:val="Titolo1"/>
      </w:pPr>
      <w:bookmarkStart w:id="35" w:name="P36"/>
      <w:r>
        <w:t>1.14 | Alimentazioni e comandi degli accessori</w:t>
      </w:r>
      <w:bookmarkEnd w:id="35"/>
    </w:p>
    <w:p w14:paraId="11F93BCF" w14:textId="77777777" w:rsidR="00D93F19" w:rsidRDefault="00000000">
      <w:pPr>
        <w:rPr>
          <w:rFonts w:hint="eastAsia"/>
        </w:rPr>
      </w:pPr>
      <w:r>
        <w:t>Installazione di sistemi di alimentazione per magneti, bilancini motorizzati, ventose e altri accessori di sollevamento, con i relativi comandi.</w:t>
      </w:r>
    </w:p>
    <w:p w14:paraId="2178249B"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24E351AB" w14:textId="77777777">
        <w:trPr>
          <w:cantSplit/>
          <w:tblHeader/>
          <w:jc w:val="center"/>
        </w:trPr>
        <w:tc>
          <w:tcPr>
            <w:tcW w:w="1928" w:type="dxa"/>
            <w:shd w:val="clear" w:color="auto" w:fill="15344B"/>
            <w:vAlign w:val="center"/>
          </w:tcPr>
          <w:p w14:paraId="19210ED3"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24427731" w14:textId="77777777" w:rsidR="00D93F19" w:rsidRDefault="00000000">
            <w:pPr>
              <w:pStyle w:val="TableText"/>
              <w:rPr>
                <w:rFonts w:hint="eastAsia"/>
              </w:rPr>
            </w:pPr>
            <w:r>
              <w:rPr>
                <w:b/>
                <w:color w:val="FFFFFF"/>
                <w:sz w:val="18"/>
              </w:rPr>
              <w:t>CONDIZIONE INAIL RIELABORATA</w:t>
            </w:r>
          </w:p>
        </w:tc>
      </w:tr>
      <w:tr w:rsidR="00D93F19" w14:paraId="5359B1CE" w14:textId="77777777">
        <w:trPr>
          <w:cantSplit/>
          <w:jc w:val="center"/>
        </w:trPr>
        <w:tc>
          <w:tcPr>
            <w:tcW w:w="1928" w:type="dxa"/>
            <w:shd w:val="clear" w:color="auto" w:fill="F2F6F8"/>
            <w:vAlign w:val="center"/>
          </w:tcPr>
          <w:p w14:paraId="3FC0CFCF" w14:textId="77777777" w:rsidR="00D93F19" w:rsidRDefault="00000000">
            <w:pPr>
              <w:pStyle w:val="TableText"/>
              <w:rPr>
                <w:rFonts w:hint="eastAsia"/>
              </w:rPr>
            </w:pPr>
            <w:r>
              <w:rPr>
                <w:sz w:val="18"/>
              </w:rPr>
              <w:t>Sollecitazioni</w:t>
            </w:r>
          </w:p>
        </w:tc>
        <w:tc>
          <w:tcPr>
            <w:tcW w:w="7937" w:type="dxa"/>
            <w:shd w:val="clear" w:color="auto" w:fill="F2F6F8"/>
            <w:vAlign w:val="center"/>
          </w:tcPr>
          <w:p w14:paraId="62F10500" w14:textId="77777777" w:rsidR="00D93F19" w:rsidRDefault="00000000">
            <w:pPr>
              <w:pStyle w:val="TableText"/>
              <w:rPr>
                <w:rFonts w:hint="eastAsia"/>
              </w:rPr>
            </w:pPr>
            <w:r>
              <w:rPr>
                <w:sz w:val="18"/>
              </w:rPr>
              <w:t>Non aumenta lo stato tensionale rispetto alla macchina originaria, nell’ambito dei limiti previsti dal fabbricante.</w:t>
            </w:r>
          </w:p>
        </w:tc>
      </w:tr>
      <w:tr w:rsidR="00D93F19" w14:paraId="1A53ACA9" w14:textId="77777777">
        <w:trPr>
          <w:cantSplit/>
          <w:jc w:val="center"/>
        </w:trPr>
        <w:tc>
          <w:tcPr>
            <w:tcW w:w="1928" w:type="dxa"/>
            <w:vAlign w:val="center"/>
          </w:tcPr>
          <w:p w14:paraId="33071FC0" w14:textId="77777777" w:rsidR="00D93F19" w:rsidRDefault="00000000">
            <w:pPr>
              <w:pStyle w:val="TableText"/>
              <w:rPr>
                <w:rFonts w:hint="eastAsia"/>
              </w:rPr>
            </w:pPr>
            <w:r>
              <w:rPr>
                <w:sz w:val="18"/>
              </w:rPr>
              <w:t>Interferenze e comandi</w:t>
            </w:r>
          </w:p>
        </w:tc>
        <w:tc>
          <w:tcPr>
            <w:tcW w:w="7937" w:type="dxa"/>
            <w:vAlign w:val="center"/>
          </w:tcPr>
          <w:p w14:paraId="3359E284" w14:textId="77777777" w:rsidR="00D93F19" w:rsidRDefault="00000000">
            <w:pPr>
              <w:pStyle w:val="TableText"/>
              <w:rPr>
                <w:rFonts w:hint="eastAsia"/>
              </w:rPr>
            </w:pPr>
            <w:r>
              <w:rPr>
                <w:sz w:val="18"/>
              </w:rPr>
              <w:t>Esaminare variazioni geometriche/interferenze e compatibilità del comando dell’accessorio con la logica originaria; la formulazione accostata della fonte è segnalata al §02.</w:t>
            </w:r>
          </w:p>
        </w:tc>
      </w:tr>
      <w:tr w:rsidR="00D93F19" w14:paraId="76A0359A" w14:textId="77777777">
        <w:trPr>
          <w:cantSplit/>
          <w:jc w:val="center"/>
        </w:trPr>
        <w:tc>
          <w:tcPr>
            <w:tcW w:w="1928" w:type="dxa"/>
            <w:shd w:val="clear" w:color="auto" w:fill="F2F6F8"/>
            <w:vAlign w:val="center"/>
          </w:tcPr>
          <w:p w14:paraId="1713868B" w14:textId="77777777" w:rsidR="00D93F19" w:rsidRDefault="00000000">
            <w:pPr>
              <w:pStyle w:val="TableText"/>
              <w:rPr>
                <w:rFonts w:hint="eastAsia"/>
              </w:rPr>
            </w:pPr>
            <w:r>
              <w:rPr>
                <w:sz w:val="18"/>
              </w:rPr>
              <w:t>Rischi</w:t>
            </w:r>
          </w:p>
        </w:tc>
        <w:tc>
          <w:tcPr>
            <w:tcW w:w="7937" w:type="dxa"/>
            <w:shd w:val="clear" w:color="auto" w:fill="F2F6F8"/>
            <w:vAlign w:val="center"/>
          </w:tcPr>
          <w:p w14:paraId="631D5058" w14:textId="77777777" w:rsidR="00D93F19" w:rsidRDefault="00000000">
            <w:pPr>
              <w:pStyle w:val="TableText"/>
              <w:rPr>
                <w:rFonts w:hint="eastAsia"/>
              </w:rPr>
            </w:pPr>
            <w:r>
              <w:rPr>
                <w:sz w:val="18"/>
              </w:rPr>
              <w:t>Non sono introdotti rischi supplementari per i requisiti essenziali interessati.</w:t>
            </w:r>
          </w:p>
        </w:tc>
      </w:tr>
    </w:tbl>
    <w:p w14:paraId="7B355BE3" w14:textId="77777777" w:rsidR="00D93F19" w:rsidRDefault="00D93F19">
      <w:pPr>
        <w:spacing w:after="0" w:line="20" w:lineRule="exact"/>
        <w:rPr>
          <w:rFonts w:hint="eastAsia"/>
        </w:rPr>
      </w:pPr>
    </w:p>
    <w:p w14:paraId="491318E9" w14:textId="77777777" w:rsidR="00D93F19" w:rsidRDefault="00000000">
      <w:pPr>
        <w:pStyle w:val="Titolo2"/>
      </w:pPr>
      <w:r>
        <w:t>Relazione tecnica del soggetto diverso dal fabbricante</w:t>
      </w:r>
    </w:p>
    <w:p w14:paraId="7CAF8FD0" w14:textId="77777777" w:rsidR="00D93F19" w:rsidRDefault="00000000">
      <w:pPr>
        <w:rPr>
          <w:rFonts w:hint="eastAsia"/>
        </w:rPr>
      </w:pPr>
      <w:r>
        <w:t>Descrivere elementi e documenti, finalità e compatibilità del sistema di comando dell’accessorio con la macchina; includere estratto della valutazione dei rischi UNI EN ISO 12100 e prove/verifiche.</w:t>
      </w:r>
    </w:p>
    <w:p w14:paraId="762D115A" w14:textId="77777777" w:rsidR="00D93F19" w:rsidRDefault="00000000">
      <w:pPr>
        <w:pStyle w:val="Titolo3"/>
      </w:pPr>
      <w:r>
        <w:t>Documenti F – intervento eseguito da soggetto diverso dal fabbricante</w:t>
      </w:r>
    </w:p>
    <w:p w14:paraId="39FF8E06" w14:textId="77777777" w:rsidR="00D93F19" w:rsidRDefault="00000000">
      <w:pPr>
        <w:rPr>
          <w:rFonts w:hint="eastAsia"/>
        </w:rPr>
      </w:pPr>
      <w:r>
        <w:t>Relazione tecnica firmata; dichiarazione di corretta installazione o regola dell’arte; rapporto di verifica/collaudo secondo la relazione; schemi elettrici aggiornati; documenti degli elementi inseriti ove previsti; registro.</w:t>
      </w:r>
    </w:p>
    <w:p w14:paraId="1BF85E6A" w14:textId="77777777" w:rsidR="00D93F19" w:rsidRDefault="00000000">
      <w:pPr>
        <w:pStyle w:val="Titolo3"/>
      </w:pPr>
      <w:r>
        <w:t>Documenti F – intervento eseguito dal fabbricante</w:t>
      </w:r>
    </w:p>
    <w:p w14:paraId="224AC102" w14:textId="77777777" w:rsidR="00D93F19" w:rsidRDefault="00000000">
      <w:pPr>
        <w:rPr>
          <w:rFonts w:hint="eastAsia"/>
        </w:rPr>
      </w:pPr>
      <w:r>
        <w:t>Dichiarazione di idoneità rispetto alla conformità originaria; dichiarazione di corretta installazione o regola dell’arte; rapporto di verifica/collaudo; schemi aggiornati; documenti degli elementi ove previsti; registro.</w:t>
      </w:r>
    </w:p>
    <w:p w14:paraId="28DB1B8E" w14:textId="77777777" w:rsidR="00D93F19" w:rsidRDefault="00000000">
      <w:pPr>
        <w:pStyle w:val="Titolo3"/>
      </w:pPr>
      <w:r>
        <w:t>Controllo operativo aziendale O</w:t>
      </w:r>
    </w:p>
    <w:p w14:paraId="78BCE868" w14:textId="77777777" w:rsidR="00D93F19" w:rsidRDefault="00000000">
      <w:pPr>
        <w:rPr>
          <w:rFonts w:hint="eastAsia"/>
        </w:rPr>
      </w:pPr>
      <w:r>
        <w:t>Documentare interfacce di potenza e comando, masse sospese, ingombri, percorsi dei cavi/tubi e conseguenze della perdita di alimentazione. Affidare al progetto la scelta delle misure e dei test; valutare cumulativamente anche masse aggiunte e parametri funzionali.</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0A92893C" w14:textId="77777777">
        <w:trPr>
          <w:cantSplit/>
        </w:trPr>
        <w:tc>
          <w:tcPr>
            <w:tcW w:w="9866" w:type="dxa"/>
            <w:shd w:val="clear" w:color="auto" w:fill="FFF5E2"/>
            <w:vAlign w:val="center"/>
          </w:tcPr>
          <w:p w14:paraId="022CC51D" w14:textId="77777777" w:rsidR="00D93F19" w:rsidRDefault="00000000">
            <w:pPr>
              <w:pStyle w:val="TableText"/>
              <w:rPr>
                <w:rFonts w:hint="eastAsia"/>
              </w:rPr>
            </w:pPr>
            <w:r>
              <w:rPr>
                <w:color w:val="A53435"/>
              </w:rPr>
              <w:t>PUNTO DI ARRESTO – Non separare la valutazione dell’alimentazione da quella dell’accessorio e della macchina. La documentazione del singolo accessorio non risolve automaticamente la compatibilità del sistema integrato.</w:t>
            </w:r>
          </w:p>
        </w:tc>
      </w:tr>
    </w:tbl>
    <w:p w14:paraId="32A76FE8" w14:textId="77777777" w:rsidR="00D93F19" w:rsidRDefault="00D93F19">
      <w:pPr>
        <w:spacing w:after="0" w:line="20" w:lineRule="exact"/>
        <w:rPr>
          <w:rFonts w:hint="eastAsia"/>
        </w:rPr>
      </w:pPr>
    </w:p>
    <w:p w14:paraId="5C7CEF16" w14:textId="77777777" w:rsidR="00D93F19" w:rsidRDefault="00000000">
      <w:pPr>
        <w:pStyle w:val="Small"/>
        <w:rPr>
          <w:rFonts w:hint="eastAsia"/>
        </w:rPr>
      </w:pPr>
      <w:r>
        <w:t>F01: INAIL 2026, scheda 1.14, p. 32. O: applicazione aziendale e registrazioni A05–A06, A10–A13. Se ricorrono più schede, verificarne cumulativamente le condizioni.</w:t>
      </w:r>
    </w:p>
    <w:p w14:paraId="3FED0B74" w14:textId="77777777" w:rsidR="00D93F19" w:rsidRDefault="00000000">
      <w:pPr>
        <w:pStyle w:val="Kicker"/>
        <w:pageBreakBefore/>
        <w:rPr>
          <w:rFonts w:hint="eastAsia"/>
        </w:rPr>
      </w:pPr>
      <w:r>
        <w:t>F • SCHEDA TECNICA DI INTERVENTO</w:t>
      </w:r>
    </w:p>
    <w:p w14:paraId="03DD24E1" w14:textId="77777777" w:rsidR="00D93F19" w:rsidRDefault="00000000">
      <w:pPr>
        <w:pStyle w:val="Titolo1"/>
      </w:pPr>
      <w:bookmarkStart w:id="36" w:name="P37"/>
      <w:r>
        <w:t>1.15 | Bozzelli con rotazione elettrica</w:t>
      </w:r>
      <w:bookmarkEnd w:id="36"/>
    </w:p>
    <w:p w14:paraId="55DC8701" w14:textId="77777777" w:rsidR="00D93F19" w:rsidRDefault="00000000">
      <w:pPr>
        <w:rPr>
          <w:rFonts w:hint="eastAsia"/>
        </w:rPr>
      </w:pPr>
      <w:r>
        <w:t>Installazione di un bozzello con rotazione elettrica, con valutazione del perimetro del dispositivo e della sua integrazione.</w:t>
      </w:r>
    </w:p>
    <w:p w14:paraId="08342535" w14:textId="77777777" w:rsidR="00D93F19" w:rsidRDefault="00000000">
      <w:pPr>
        <w:pStyle w:val="Titolo2"/>
      </w:pPr>
      <w:r>
        <w:t>Condizioni da dimostrare con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1928"/>
        <w:gridCol w:w="7937"/>
      </w:tblGrid>
      <w:tr w:rsidR="00D93F19" w14:paraId="4C3EC9FA" w14:textId="77777777">
        <w:trPr>
          <w:cantSplit/>
          <w:tblHeader/>
          <w:jc w:val="center"/>
        </w:trPr>
        <w:tc>
          <w:tcPr>
            <w:tcW w:w="1928" w:type="dxa"/>
            <w:shd w:val="clear" w:color="auto" w:fill="15344B"/>
            <w:vAlign w:val="center"/>
          </w:tcPr>
          <w:p w14:paraId="53840EAF" w14:textId="77777777" w:rsidR="00D93F19" w:rsidRDefault="00000000">
            <w:pPr>
              <w:pStyle w:val="TableText"/>
              <w:rPr>
                <w:rFonts w:hint="eastAsia"/>
              </w:rPr>
            </w:pPr>
            <w:r>
              <w:rPr>
                <w:b/>
                <w:color w:val="FFFFFF"/>
                <w:sz w:val="18"/>
              </w:rPr>
              <w:t>ASPETTO</w:t>
            </w:r>
          </w:p>
        </w:tc>
        <w:tc>
          <w:tcPr>
            <w:tcW w:w="7937" w:type="dxa"/>
            <w:shd w:val="clear" w:color="auto" w:fill="15344B"/>
            <w:vAlign w:val="center"/>
          </w:tcPr>
          <w:p w14:paraId="0C3444C4" w14:textId="77777777" w:rsidR="00D93F19" w:rsidRDefault="00000000">
            <w:pPr>
              <w:pStyle w:val="TableText"/>
              <w:rPr>
                <w:rFonts w:hint="eastAsia"/>
              </w:rPr>
            </w:pPr>
            <w:r>
              <w:rPr>
                <w:b/>
                <w:color w:val="FFFFFF"/>
                <w:sz w:val="18"/>
              </w:rPr>
              <w:t>CONDIZIONE INAIL RIELABORATA</w:t>
            </w:r>
          </w:p>
        </w:tc>
      </w:tr>
      <w:tr w:rsidR="00D93F19" w14:paraId="5926D5EB" w14:textId="77777777">
        <w:trPr>
          <w:cantSplit/>
          <w:jc w:val="center"/>
        </w:trPr>
        <w:tc>
          <w:tcPr>
            <w:tcW w:w="1928" w:type="dxa"/>
            <w:shd w:val="clear" w:color="auto" w:fill="F2F6F8"/>
            <w:vAlign w:val="center"/>
          </w:tcPr>
          <w:p w14:paraId="1FD74D32" w14:textId="77777777" w:rsidR="00D93F19" w:rsidRDefault="00000000">
            <w:pPr>
              <w:pStyle w:val="TableText"/>
              <w:rPr>
                <w:rFonts w:hint="eastAsia"/>
              </w:rPr>
            </w:pPr>
            <w:r>
              <w:rPr>
                <w:sz w:val="18"/>
              </w:rPr>
              <w:t>Compatibilità</w:t>
            </w:r>
          </w:p>
        </w:tc>
        <w:tc>
          <w:tcPr>
            <w:tcW w:w="7937" w:type="dxa"/>
            <w:shd w:val="clear" w:color="auto" w:fill="F2F6F8"/>
            <w:vAlign w:val="center"/>
          </w:tcPr>
          <w:p w14:paraId="21B934AF" w14:textId="77777777" w:rsidR="00D93F19" w:rsidRDefault="00000000">
            <w:pPr>
              <w:pStyle w:val="TableText"/>
              <w:rPr>
                <w:rFonts w:hint="eastAsia"/>
              </w:rPr>
            </w:pPr>
            <w:r>
              <w:rPr>
                <w:sz w:val="18"/>
              </w:rPr>
              <w:t>Bozzello compatibile con macchina, sistema di comando e momento torcente generato sulle funi.</w:t>
            </w:r>
          </w:p>
        </w:tc>
      </w:tr>
      <w:tr w:rsidR="00D93F19" w14:paraId="2758D609" w14:textId="77777777">
        <w:trPr>
          <w:cantSplit/>
          <w:jc w:val="center"/>
        </w:trPr>
        <w:tc>
          <w:tcPr>
            <w:tcW w:w="1928" w:type="dxa"/>
            <w:vAlign w:val="center"/>
          </w:tcPr>
          <w:p w14:paraId="41E988FD" w14:textId="77777777" w:rsidR="00D93F19" w:rsidRDefault="00000000">
            <w:pPr>
              <w:pStyle w:val="TableText"/>
              <w:rPr>
                <w:rFonts w:hint="eastAsia"/>
              </w:rPr>
            </w:pPr>
            <w:r>
              <w:rPr>
                <w:sz w:val="18"/>
              </w:rPr>
              <w:t>Sollecitazioni</w:t>
            </w:r>
          </w:p>
        </w:tc>
        <w:tc>
          <w:tcPr>
            <w:tcW w:w="7937" w:type="dxa"/>
            <w:vAlign w:val="center"/>
          </w:tcPr>
          <w:p w14:paraId="37392BFA" w14:textId="77777777" w:rsidR="00D93F19" w:rsidRDefault="00000000">
            <w:pPr>
              <w:pStyle w:val="TableText"/>
              <w:rPr>
                <w:rFonts w:hint="eastAsia"/>
              </w:rPr>
            </w:pPr>
            <w:r>
              <w:rPr>
                <w:sz w:val="18"/>
              </w:rPr>
              <w:t>Nessun incremento dello stato tensionale rispetto all’originario, nei limiti del fabbricante.</w:t>
            </w:r>
          </w:p>
        </w:tc>
      </w:tr>
      <w:tr w:rsidR="00D93F19" w14:paraId="227DCC8F" w14:textId="77777777">
        <w:trPr>
          <w:cantSplit/>
          <w:jc w:val="center"/>
        </w:trPr>
        <w:tc>
          <w:tcPr>
            <w:tcW w:w="1928" w:type="dxa"/>
            <w:shd w:val="clear" w:color="auto" w:fill="F2F6F8"/>
            <w:vAlign w:val="center"/>
          </w:tcPr>
          <w:p w14:paraId="1617E44C" w14:textId="77777777" w:rsidR="00D93F19" w:rsidRDefault="00000000">
            <w:pPr>
              <w:pStyle w:val="TableText"/>
              <w:rPr>
                <w:rFonts w:hint="eastAsia"/>
              </w:rPr>
            </w:pPr>
            <w:r>
              <w:rPr>
                <w:sz w:val="18"/>
              </w:rPr>
              <w:t>Geometria e rischi</w:t>
            </w:r>
          </w:p>
        </w:tc>
        <w:tc>
          <w:tcPr>
            <w:tcW w:w="7937" w:type="dxa"/>
            <w:shd w:val="clear" w:color="auto" w:fill="F2F6F8"/>
            <w:vAlign w:val="center"/>
          </w:tcPr>
          <w:p w14:paraId="2D9E06F6" w14:textId="77777777" w:rsidR="00D93F19" w:rsidRDefault="00000000">
            <w:pPr>
              <w:pStyle w:val="TableText"/>
              <w:rPr>
                <w:rFonts w:hint="eastAsia"/>
              </w:rPr>
            </w:pPr>
            <w:r>
              <w:rPr>
                <w:sz w:val="18"/>
              </w:rPr>
              <w:t>Assenza di interferenze geometriche e di rischi supplementari per i requisiti essenziali coinvolti.</w:t>
            </w:r>
          </w:p>
        </w:tc>
      </w:tr>
    </w:tbl>
    <w:p w14:paraId="4F1D3E79" w14:textId="77777777" w:rsidR="00D93F19" w:rsidRDefault="00D93F19">
      <w:pPr>
        <w:spacing w:after="0" w:line="20" w:lineRule="exact"/>
        <w:rPr>
          <w:rFonts w:hint="eastAsia"/>
        </w:rPr>
      </w:pPr>
    </w:p>
    <w:p w14:paraId="2FF28E76" w14:textId="77777777" w:rsidR="00D93F19" w:rsidRDefault="00000000">
      <w:pPr>
        <w:pStyle w:val="Titolo2"/>
      </w:pPr>
      <w:r>
        <w:t>Relazione tecnica del soggetto diverso dal fabbricante</w:t>
      </w:r>
    </w:p>
    <w:p w14:paraId="07500AEE" w14:textId="77777777" w:rsidR="00D93F19" w:rsidRDefault="00000000">
      <w:pPr>
        <w:rPr>
          <w:rFonts w:hint="eastAsia"/>
        </w:rPr>
      </w:pPr>
      <w:r>
        <w:t>Descrivere elementi, documenti e finalità; includere estratto della valutazione dei rischi UNI EN ISO 12100 e prove/verifiche da effettuare. Motivare il perimetro della valutazione di conformità richiamato nella nota 8.</w:t>
      </w:r>
    </w:p>
    <w:p w14:paraId="24BFF992" w14:textId="77777777" w:rsidR="00D93F19" w:rsidRDefault="00000000">
      <w:pPr>
        <w:pStyle w:val="Titolo3"/>
      </w:pPr>
      <w:r>
        <w:t>Documenti F – intervento eseguito da soggetto diverso dal fabbricante</w:t>
      </w:r>
    </w:p>
    <w:p w14:paraId="73D616D9" w14:textId="77777777" w:rsidR="00D93F19" w:rsidRDefault="00000000">
      <w:pPr>
        <w:rPr>
          <w:rFonts w:hint="eastAsia"/>
        </w:rPr>
      </w:pPr>
      <w:r>
        <w:t>Relazione tecnica firmata; dichiarazione di corretta installazione o regola dell’arte; schemi elettrici aggiornati; dichiarazione CE di conformità e istruzioni del bozzello come macchina; documenti degli altri elementi ove previsti; registro.</w:t>
      </w:r>
    </w:p>
    <w:p w14:paraId="7737879A" w14:textId="77777777" w:rsidR="00D93F19" w:rsidRDefault="00000000">
      <w:pPr>
        <w:pStyle w:val="Titolo3"/>
      </w:pPr>
      <w:r>
        <w:t>Documenti F – intervento eseguito dal fabbricante</w:t>
      </w:r>
    </w:p>
    <w:p w14:paraId="285A1A0E" w14:textId="77777777" w:rsidR="00D93F19" w:rsidRDefault="00000000">
      <w:pPr>
        <w:rPr>
          <w:rFonts w:hint="eastAsia"/>
        </w:rPr>
      </w:pPr>
      <w:r>
        <w:t>Dichiarazione di idoneità rispetto alla conformità originaria; dichiarazione di corretta installazione o regola dell’arte; schemi aggiornati; documenti degli elementi inseriti ove previsti; registro.</w:t>
      </w:r>
    </w:p>
    <w:p w14:paraId="23A64F59" w14:textId="77777777" w:rsidR="00D93F19" w:rsidRDefault="00000000">
      <w:pPr>
        <w:pStyle w:val="Titolo3"/>
      </w:pPr>
      <w:r>
        <w:t>Controllo operativo aziendale O</w:t>
      </w:r>
    </w:p>
    <w:p w14:paraId="3E3ECF04" w14:textId="77777777" w:rsidR="00D93F19" w:rsidRDefault="00000000">
      <w:pPr>
        <w:rPr>
          <w:rFonts w:hint="eastAsia"/>
        </w:rPr>
      </w:pPr>
      <w:r>
        <w:t>Precisare se il dispositivo è fornito come quasi-macchina e chi completa la valutazione. La nota 8 distingue conformità dell’intera macchina, con percorso di modifica sostanziale, dalla conformità del solo bozzello quando tecnicamente possibile. Registrare i test definiti in A13 come evidenza aziendale.</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85" w:type="dxa"/>
          <w:left w:w="105" w:type="dxa"/>
          <w:bottom w:w="85" w:type="dxa"/>
          <w:right w:w="105" w:type="dxa"/>
        </w:tblCellMar>
        <w:tblLook w:val="04A0" w:firstRow="1" w:lastRow="0" w:firstColumn="1" w:lastColumn="0" w:noHBand="0" w:noVBand="1"/>
      </w:tblPr>
      <w:tblGrid>
        <w:gridCol w:w="9866"/>
      </w:tblGrid>
      <w:tr w:rsidR="00D93F19" w14:paraId="1CC321D6" w14:textId="77777777">
        <w:trPr>
          <w:cantSplit/>
        </w:trPr>
        <w:tc>
          <w:tcPr>
            <w:tcW w:w="9866" w:type="dxa"/>
            <w:shd w:val="clear" w:color="auto" w:fill="FFF5E2"/>
            <w:vAlign w:val="center"/>
          </w:tcPr>
          <w:p w14:paraId="0A98A373" w14:textId="77777777" w:rsidR="00D93F19" w:rsidRDefault="00000000">
            <w:pPr>
              <w:pStyle w:val="TableText"/>
              <w:rPr>
                <w:rFonts w:hint="eastAsia"/>
              </w:rPr>
            </w:pPr>
            <w:r>
              <w:rPr>
                <w:color w:val="A53435"/>
              </w:rPr>
              <w:t>PUNTO DI ARRESTO – Non trattare la dichiarazione di incorporazione come sufficiente per l’uso. La conformità del solo bozzello non è una possibilità automaticamente praticabile per ogni integrazione.</w:t>
            </w:r>
          </w:p>
        </w:tc>
      </w:tr>
    </w:tbl>
    <w:p w14:paraId="04F5C4EB" w14:textId="77777777" w:rsidR="00D93F19" w:rsidRDefault="00D93F19">
      <w:pPr>
        <w:spacing w:after="0" w:line="20" w:lineRule="exact"/>
        <w:rPr>
          <w:rFonts w:hint="eastAsia"/>
        </w:rPr>
      </w:pPr>
    </w:p>
    <w:p w14:paraId="63902B5C" w14:textId="77777777" w:rsidR="00D93F19" w:rsidRDefault="00000000">
      <w:pPr>
        <w:pStyle w:val="Small"/>
        <w:rPr>
          <w:rFonts w:hint="eastAsia"/>
        </w:rPr>
      </w:pPr>
      <w:r>
        <w:t>Fedeltà alla fonte: la scheda non elenca un rapporto di collaudo autonomo tra i documenti finali; le prove/verifiche sono previste nella relazione. A13 è l’evidenza organizzativa dei test effettivamente condotti.</w:t>
      </w:r>
    </w:p>
    <w:p w14:paraId="2CDC46E8" w14:textId="77777777" w:rsidR="00D93F19" w:rsidRDefault="00000000">
      <w:pPr>
        <w:pStyle w:val="Small"/>
        <w:rPr>
          <w:rFonts w:hint="eastAsia"/>
        </w:rPr>
      </w:pPr>
      <w:r>
        <w:t>F01: INAIL 2026, scheda 1.15, p. 33. O: applicazione aziendale e registrazioni A05–A06, A10–A13. Se ricorrono più schede, verificarne cumulativamente le condizioni.</w:t>
      </w:r>
    </w:p>
    <w:p w14:paraId="19990DFF" w14:textId="77777777" w:rsidR="00D93F19" w:rsidRDefault="00D93F19">
      <w:pPr>
        <w:spacing w:after="0" w:line="20" w:lineRule="exact"/>
        <w:rPr>
          <w:rFonts w:hint="eastAsia"/>
        </w:rPr>
        <w:sectPr w:rsidR="00D93F19">
          <w:headerReference w:type="default" r:id="rId13"/>
          <w:footerReference w:type="default" r:id="rId14"/>
          <w:pgSz w:w="11906" w:h="16838"/>
          <w:pgMar w:top="964" w:right="1020" w:bottom="879" w:left="1020" w:header="397" w:footer="397" w:gutter="0"/>
          <w:cols w:space="720"/>
          <w:docGrid w:linePitch="360"/>
        </w:sectPr>
      </w:pPr>
    </w:p>
    <w:p w14:paraId="1FBAAFB4" w14:textId="77777777" w:rsidR="00D93F19" w:rsidRDefault="00000000">
      <w:pPr>
        <w:pStyle w:val="Kicker"/>
        <w:rPr>
          <w:rFonts w:hint="eastAsia"/>
        </w:rPr>
      </w:pPr>
      <w:r>
        <w:t>F + O • DISTINZIONE DEI DUE PERCORSI</w:t>
      </w:r>
    </w:p>
    <w:p w14:paraId="57F34B7B" w14:textId="77777777" w:rsidR="00D93F19" w:rsidRDefault="00000000">
      <w:pPr>
        <w:pStyle w:val="Titolo1"/>
      </w:pPr>
      <w:bookmarkStart w:id="37" w:name="P38"/>
      <w:r>
        <w:t>18. Matrice della documentazione</w:t>
      </w:r>
      <w:bookmarkEnd w:id="37"/>
    </w:p>
    <w:p w14:paraId="2BA38547" w14:textId="77777777" w:rsidR="00D93F19" w:rsidRDefault="00000000">
      <w:pPr>
        <w:pStyle w:val="Small"/>
        <w:rPr>
          <w:rFonts w:hint="eastAsia"/>
        </w:rPr>
      </w:pPr>
      <w:r>
        <w:t>Legenda: RT = relazione tecnica firmata; ID = dichiarazione di idoneità del fabbricante; RP = rapporto di verifica/collaudo; DI = corretta installazione/regola dell’arte; SC = schemi elettrici; CO = documenti dei componenti ove previsti; RI = registro di controllo; IS = istruzioni aggiornate; BM = dichiarazione CE e istruzioni del bozzello come macchina.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020"/>
        <w:gridCol w:w="4082"/>
        <w:gridCol w:w="4082"/>
        <w:gridCol w:w="5613"/>
      </w:tblGrid>
      <w:tr w:rsidR="00D93F19" w14:paraId="025EFCDF" w14:textId="77777777">
        <w:trPr>
          <w:cantSplit/>
          <w:tblHeader/>
          <w:jc w:val="center"/>
        </w:trPr>
        <w:tc>
          <w:tcPr>
            <w:tcW w:w="1020" w:type="dxa"/>
            <w:shd w:val="clear" w:color="auto" w:fill="15344B"/>
            <w:vAlign w:val="center"/>
          </w:tcPr>
          <w:p w14:paraId="3B3CB53B" w14:textId="77777777" w:rsidR="00D93F19" w:rsidRDefault="00000000">
            <w:pPr>
              <w:pStyle w:val="TableText"/>
              <w:spacing w:after="30" w:line="245" w:lineRule="auto"/>
              <w:rPr>
                <w:rFonts w:hint="eastAsia"/>
              </w:rPr>
            </w:pPr>
            <w:r>
              <w:rPr>
                <w:b/>
                <w:color w:val="FFFFFF"/>
                <w:sz w:val="17"/>
              </w:rPr>
              <w:t>SCHEDA</w:t>
            </w:r>
          </w:p>
        </w:tc>
        <w:tc>
          <w:tcPr>
            <w:tcW w:w="4082" w:type="dxa"/>
            <w:shd w:val="clear" w:color="auto" w:fill="15344B"/>
            <w:vAlign w:val="center"/>
          </w:tcPr>
          <w:p w14:paraId="23017A5E" w14:textId="77777777" w:rsidR="00D93F19" w:rsidRDefault="00000000">
            <w:pPr>
              <w:pStyle w:val="TableText"/>
              <w:spacing w:after="30" w:line="245" w:lineRule="auto"/>
              <w:rPr>
                <w:rFonts w:hint="eastAsia"/>
              </w:rPr>
            </w:pPr>
            <w:r>
              <w:rPr>
                <w:b/>
                <w:color w:val="FFFFFF"/>
                <w:sz w:val="17"/>
              </w:rPr>
              <w:t>SOGGETTO DIVERSO DAL FABBRICANTE</w:t>
            </w:r>
          </w:p>
        </w:tc>
        <w:tc>
          <w:tcPr>
            <w:tcW w:w="4082" w:type="dxa"/>
            <w:shd w:val="clear" w:color="auto" w:fill="15344B"/>
            <w:vAlign w:val="center"/>
          </w:tcPr>
          <w:p w14:paraId="0AC02B23" w14:textId="77777777" w:rsidR="00D93F19" w:rsidRDefault="00000000">
            <w:pPr>
              <w:pStyle w:val="TableText"/>
              <w:spacing w:after="30" w:line="245" w:lineRule="auto"/>
              <w:rPr>
                <w:rFonts w:hint="eastAsia"/>
              </w:rPr>
            </w:pPr>
            <w:r>
              <w:rPr>
                <w:b/>
                <w:color w:val="FFFFFF"/>
                <w:sz w:val="17"/>
              </w:rPr>
              <w:t>FABBRICANTE</w:t>
            </w:r>
          </w:p>
        </w:tc>
        <w:tc>
          <w:tcPr>
            <w:tcW w:w="5613" w:type="dxa"/>
            <w:shd w:val="clear" w:color="auto" w:fill="15344B"/>
            <w:vAlign w:val="center"/>
          </w:tcPr>
          <w:p w14:paraId="0943A008" w14:textId="77777777" w:rsidR="00D93F19" w:rsidRDefault="00000000">
            <w:pPr>
              <w:pStyle w:val="TableText"/>
              <w:spacing w:after="30" w:line="245" w:lineRule="auto"/>
              <w:rPr>
                <w:rFonts w:hint="eastAsia"/>
              </w:rPr>
            </w:pPr>
            <w:r>
              <w:rPr>
                <w:b/>
                <w:color w:val="FFFFFF"/>
                <w:sz w:val="17"/>
              </w:rPr>
              <w:t>PRECISAZIONE</w:t>
            </w:r>
          </w:p>
        </w:tc>
      </w:tr>
      <w:tr w:rsidR="00D93F19" w14:paraId="6456A10B" w14:textId="77777777">
        <w:trPr>
          <w:cantSplit/>
          <w:jc w:val="center"/>
        </w:trPr>
        <w:tc>
          <w:tcPr>
            <w:tcW w:w="1020" w:type="dxa"/>
            <w:shd w:val="clear" w:color="auto" w:fill="F2F6F8"/>
            <w:vAlign w:val="center"/>
          </w:tcPr>
          <w:p w14:paraId="11179FB3" w14:textId="77777777" w:rsidR="00D93F19" w:rsidRDefault="00000000">
            <w:pPr>
              <w:pStyle w:val="TableText"/>
              <w:spacing w:after="30" w:line="245" w:lineRule="auto"/>
              <w:rPr>
                <w:rFonts w:hint="eastAsia"/>
              </w:rPr>
            </w:pPr>
            <w:r>
              <w:rPr>
                <w:sz w:val="17"/>
              </w:rPr>
              <w:t>1.01</w:t>
            </w:r>
          </w:p>
        </w:tc>
        <w:tc>
          <w:tcPr>
            <w:tcW w:w="4082" w:type="dxa"/>
            <w:shd w:val="clear" w:color="auto" w:fill="F2F6F8"/>
            <w:vAlign w:val="center"/>
          </w:tcPr>
          <w:p w14:paraId="525661B5" w14:textId="77777777" w:rsidR="00D93F19" w:rsidRDefault="00000000">
            <w:pPr>
              <w:pStyle w:val="TableText"/>
              <w:spacing w:after="30" w:line="245" w:lineRule="auto"/>
              <w:rPr>
                <w:rFonts w:hint="eastAsia"/>
              </w:rPr>
            </w:pPr>
            <w:r>
              <w:rPr>
                <w:sz w:val="17"/>
              </w:rPr>
              <w:t>RT · RP · DI · RI</w:t>
            </w:r>
          </w:p>
        </w:tc>
        <w:tc>
          <w:tcPr>
            <w:tcW w:w="4082" w:type="dxa"/>
            <w:shd w:val="clear" w:color="auto" w:fill="F2F6F8"/>
            <w:vAlign w:val="center"/>
          </w:tcPr>
          <w:p w14:paraId="56EF38C4" w14:textId="77777777" w:rsidR="00D93F19" w:rsidRDefault="00000000">
            <w:pPr>
              <w:pStyle w:val="TableText"/>
              <w:spacing w:after="30" w:line="245" w:lineRule="auto"/>
              <w:rPr>
                <w:rFonts w:hint="eastAsia"/>
              </w:rPr>
            </w:pPr>
            <w:r>
              <w:rPr>
                <w:sz w:val="17"/>
              </w:rPr>
              <w:t>ID · RP · DI · RI · IS</w:t>
            </w:r>
          </w:p>
        </w:tc>
        <w:tc>
          <w:tcPr>
            <w:tcW w:w="5613" w:type="dxa"/>
            <w:shd w:val="clear" w:color="auto" w:fill="F2F6F8"/>
            <w:vAlign w:val="center"/>
          </w:tcPr>
          <w:p w14:paraId="32619324" w14:textId="77777777" w:rsidR="00D93F19" w:rsidRDefault="00000000">
            <w:pPr>
              <w:pStyle w:val="TableText"/>
              <w:spacing w:after="30" w:line="245" w:lineRule="auto"/>
              <w:rPr>
                <w:rFonts w:hint="eastAsia"/>
              </w:rPr>
            </w:pPr>
            <w:r>
              <w:rPr>
                <w:sz w:val="17"/>
              </w:rPr>
              <w:t>Variazioni dimensionali; confronto con istruzioni originarie.</w:t>
            </w:r>
          </w:p>
        </w:tc>
      </w:tr>
      <w:tr w:rsidR="00D93F19" w14:paraId="72320696" w14:textId="77777777">
        <w:trPr>
          <w:cantSplit/>
          <w:jc w:val="center"/>
        </w:trPr>
        <w:tc>
          <w:tcPr>
            <w:tcW w:w="1020" w:type="dxa"/>
            <w:vAlign w:val="center"/>
          </w:tcPr>
          <w:p w14:paraId="6A6D2272" w14:textId="77777777" w:rsidR="00D93F19" w:rsidRDefault="00000000">
            <w:pPr>
              <w:pStyle w:val="TableText"/>
              <w:spacing w:after="30" w:line="245" w:lineRule="auto"/>
              <w:rPr>
                <w:rFonts w:hint="eastAsia"/>
              </w:rPr>
            </w:pPr>
            <w:r>
              <w:rPr>
                <w:sz w:val="17"/>
              </w:rPr>
              <w:t>1.02</w:t>
            </w:r>
          </w:p>
        </w:tc>
        <w:tc>
          <w:tcPr>
            <w:tcW w:w="4082" w:type="dxa"/>
            <w:vAlign w:val="center"/>
          </w:tcPr>
          <w:p w14:paraId="77CF6E7D" w14:textId="77777777" w:rsidR="00D93F19" w:rsidRDefault="00000000">
            <w:pPr>
              <w:pStyle w:val="TableText"/>
              <w:spacing w:after="30" w:line="245" w:lineRule="auto"/>
              <w:rPr>
                <w:rFonts w:hint="eastAsia"/>
              </w:rPr>
            </w:pPr>
            <w:r>
              <w:rPr>
                <w:sz w:val="17"/>
              </w:rPr>
              <w:t>RT · RP · DI · CO · RI</w:t>
            </w:r>
          </w:p>
        </w:tc>
        <w:tc>
          <w:tcPr>
            <w:tcW w:w="4082" w:type="dxa"/>
            <w:vAlign w:val="center"/>
          </w:tcPr>
          <w:p w14:paraId="6BCEB402" w14:textId="77777777" w:rsidR="00D93F19" w:rsidRDefault="00000000">
            <w:pPr>
              <w:pStyle w:val="TableText"/>
              <w:spacing w:after="30" w:line="245" w:lineRule="auto"/>
              <w:rPr>
                <w:rFonts w:hint="eastAsia"/>
              </w:rPr>
            </w:pPr>
            <w:r>
              <w:rPr>
                <w:sz w:val="17"/>
              </w:rPr>
              <w:t>ID · RP · DI · CO · RI · IS</w:t>
            </w:r>
          </w:p>
        </w:tc>
        <w:tc>
          <w:tcPr>
            <w:tcW w:w="5613" w:type="dxa"/>
            <w:vAlign w:val="center"/>
          </w:tcPr>
          <w:p w14:paraId="73DCA1A4" w14:textId="77777777" w:rsidR="00D93F19" w:rsidRDefault="00000000">
            <w:pPr>
              <w:pStyle w:val="TableText"/>
              <w:spacing w:after="30" w:line="245" w:lineRule="auto"/>
              <w:rPr>
                <w:rFonts w:hint="eastAsia"/>
              </w:rPr>
            </w:pPr>
            <w:r>
              <w:rPr>
                <w:sz w:val="17"/>
              </w:rPr>
              <w:t>Masse aggiunte e documenti degli elementi inseriti.</w:t>
            </w:r>
          </w:p>
        </w:tc>
      </w:tr>
      <w:tr w:rsidR="00D93F19" w14:paraId="1D91FA76" w14:textId="77777777">
        <w:trPr>
          <w:cantSplit/>
          <w:jc w:val="center"/>
        </w:trPr>
        <w:tc>
          <w:tcPr>
            <w:tcW w:w="1020" w:type="dxa"/>
            <w:shd w:val="clear" w:color="auto" w:fill="F2F6F8"/>
            <w:vAlign w:val="center"/>
          </w:tcPr>
          <w:p w14:paraId="0433ABFF" w14:textId="77777777" w:rsidR="00D93F19" w:rsidRDefault="00000000">
            <w:pPr>
              <w:pStyle w:val="TableText"/>
              <w:spacing w:after="30" w:line="245" w:lineRule="auto"/>
              <w:rPr>
                <w:rFonts w:hint="eastAsia"/>
              </w:rPr>
            </w:pPr>
            <w:r>
              <w:rPr>
                <w:sz w:val="17"/>
              </w:rPr>
              <w:t>1.03</w:t>
            </w:r>
          </w:p>
        </w:tc>
        <w:tc>
          <w:tcPr>
            <w:tcW w:w="4082" w:type="dxa"/>
            <w:shd w:val="clear" w:color="auto" w:fill="F2F6F8"/>
            <w:vAlign w:val="center"/>
          </w:tcPr>
          <w:p w14:paraId="4D5A00B8" w14:textId="77777777" w:rsidR="00D93F19" w:rsidRDefault="00000000">
            <w:pPr>
              <w:pStyle w:val="TableText"/>
              <w:spacing w:after="30" w:line="245" w:lineRule="auto"/>
              <w:rPr>
                <w:rFonts w:hint="eastAsia"/>
              </w:rPr>
            </w:pPr>
            <w:r>
              <w:rPr>
                <w:sz w:val="17"/>
              </w:rPr>
              <w:t>RT · RP · CO · RI</w:t>
            </w:r>
          </w:p>
        </w:tc>
        <w:tc>
          <w:tcPr>
            <w:tcW w:w="4082" w:type="dxa"/>
            <w:shd w:val="clear" w:color="auto" w:fill="F2F6F8"/>
            <w:vAlign w:val="center"/>
          </w:tcPr>
          <w:p w14:paraId="10DA7DB2" w14:textId="77777777" w:rsidR="00D93F19" w:rsidRDefault="00000000">
            <w:pPr>
              <w:pStyle w:val="TableText"/>
              <w:spacing w:after="30" w:line="245" w:lineRule="auto"/>
              <w:rPr>
                <w:rFonts w:hint="eastAsia"/>
              </w:rPr>
            </w:pPr>
            <w:r>
              <w:rPr>
                <w:sz w:val="17"/>
              </w:rPr>
              <w:t>ID · RP · CO · RI</w:t>
            </w:r>
          </w:p>
        </w:tc>
        <w:tc>
          <w:tcPr>
            <w:tcW w:w="5613" w:type="dxa"/>
            <w:shd w:val="clear" w:color="auto" w:fill="F2F6F8"/>
            <w:vAlign w:val="center"/>
          </w:tcPr>
          <w:p w14:paraId="2914C9E4" w14:textId="77777777" w:rsidR="00D93F19" w:rsidRDefault="00000000">
            <w:pPr>
              <w:pStyle w:val="TableText"/>
              <w:spacing w:after="30" w:line="245" w:lineRule="auto"/>
              <w:rPr>
                <w:rFonts w:hint="eastAsia"/>
              </w:rPr>
            </w:pPr>
            <w:r>
              <w:rPr>
                <w:sz w:val="17"/>
              </w:rPr>
              <w:t>ID con indicazione delle prove/verifiche.</w:t>
            </w:r>
          </w:p>
        </w:tc>
      </w:tr>
      <w:tr w:rsidR="00D93F19" w14:paraId="10CE4E2E" w14:textId="77777777">
        <w:trPr>
          <w:cantSplit/>
          <w:jc w:val="center"/>
        </w:trPr>
        <w:tc>
          <w:tcPr>
            <w:tcW w:w="1020" w:type="dxa"/>
            <w:vAlign w:val="center"/>
          </w:tcPr>
          <w:p w14:paraId="0442310D" w14:textId="77777777" w:rsidR="00D93F19" w:rsidRDefault="00000000">
            <w:pPr>
              <w:pStyle w:val="TableText"/>
              <w:spacing w:after="30" w:line="245" w:lineRule="auto"/>
              <w:rPr>
                <w:rFonts w:hint="eastAsia"/>
              </w:rPr>
            </w:pPr>
            <w:r>
              <w:rPr>
                <w:sz w:val="17"/>
              </w:rPr>
              <w:t>1.04</w:t>
            </w:r>
          </w:p>
        </w:tc>
        <w:tc>
          <w:tcPr>
            <w:tcW w:w="4082" w:type="dxa"/>
            <w:vAlign w:val="center"/>
          </w:tcPr>
          <w:p w14:paraId="7A606B54" w14:textId="77777777" w:rsidR="00D93F19" w:rsidRDefault="00000000">
            <w:pPr>
              <w:pStyle w:val="TableText"/>
              <w:spacing w:after="30" w:line="245" w:lineRule="auto"/>
              <w:rPr>
                <w:rFonts w:hint="eastAsia"/>
              </w:rPr>
            </w:pPr>
            <w:r>
              <w:rPr>
                <w:sz w:val="17"/>
              </w:rPr>
              <w:t>RT · RP · CO · RI</w:t>
            </w:r>
          </w:p>
        </w:tc>
        <w:tc>
          <w:tcPr>
            <w:tcW w:w="4082" w:type="dxa"/>
            <w:vAlign w:val="center"/>
          </w:tcPr>
          <w:p w14:paraId="60026AC7" w14:textId="77777777" w:rsidR="00D93F19" w:rsidRDefault="00000000">
            <w:pPr>
              <w:pStyle w:val="TableText"/>
              <w:spacing w:after="30" w:line="245" w:lineRule="auto"/>
              <w:rPr>
                <w:rFonts w:hint="eastAsia"/>
              </w:rPr>
            </w:pPr>
            <w:r>
              <w:rPr>
                <w:sz w:val="17"/>
              </w:rPr>
              <w:t>ID · RP · CO · RI</w:t>
            </w:r>
          </w:p>
        </w:tc>
        <w:tc>
          <w:tcPr>
            <w:tcW w:w="5613" w:type="dxa"/>
            <w:vAlign w:val="center"/>
          </w:tcPr>
          <w:p w14:paraId="57C73879" w14:textId="77777777" w:rsidR="00D93F19" w:rsidRDefault="00000000">
            <w:pPr>
              <w:pStyle w:val="TableText"/>
              <w:spacing w:after="30" w:line="245" w:lineRule="auto"/>
              <w:rPr>
                <w:rFonts w:hint="eastAsia"/>
              </w:rPr>
            </w:pPr>
            <w:r>
              <w:rPr>
                <w:sz w:val="17"/>
              </w:rPr>
              <w:t>Geometria, masse e reazioni.</w:t>
            </w:r>
          </w:p>
        </w:tc>
      </w:tr>
      <w:tr w:rsidR="00D93F19" w14:paraId="7C9BBEE1" w14:textId="77777777">
        <w:trPr>
          <w:cantSplit/>
          <w:jc w:val="center"/>
        </w:trPr>
        <w:tc>
          <w:tcPr>
            <w:tcW w:w="1020" w:type="dxa"/>
            <w:shd w:val="clear" w:color="auto" w:fill="F2F6F8"/>
            <w:vAlign w:val="center"/>
          </w:tcPr>
          <w:p w14:paraId="5599F47B" w14:textId="77777777" w:rsidR="00D93F19" w:rsidRDefault="00000000">
            <w:pPr>
              <w:pStyle w:val="TableText"/>
              <w:spacing w:after="30" w:line="245" w:lineRule="auto"/>
              <w:rPr>
                <w:rFonts w:hint="eastAsia"/>
              </w:rPr>
            </w:pPr>
            <w:r>
              <w:rPr>
                <w:sz w:val="17"/>
              </w:rPr>
              <w:t>1.05</w:t>
            </w:r>
          </w:p>
        </w:tc>
        <w:tc>
          <w:tcPr>
            <w:tcW w:w="4082" w:type="dxa"/>
            <w:shd w:val="clear" w:color="auto" w:fill="F2F6F8"/>
            <w:vAlign w:val="center"/>
          </w:tcPr>
          <w:p w14:paraId="0E44EE40" w14:textId="77777777" w:rsidR="00D93F19" w:rsidRDefault="00000000">
            <w:pPr>
              <w:pStyle w:val="TableText"/>
              <w:spacing w:after="30" w:line="245" w:lineRule="auto"/>
              <w:rPr>
                <w:rFonts w:hint="eastAsia"/>
              </w:rPr>
            </w:pPr>
            <w:r>
              <w:rPr>
                <w:sz w:val="17"/>
              </w:rPr>
              <w:t>RT · SC · RP · CO · RI</w:t>
            </w:r>
          </w:p>
        </w:tc>
        <w:tc>
          <w:tcPr>
            <w:tcW w:w="4082" w:type="dxa"/>
            <w:shd w:val="clear" w:color="auto" w:fill="F2F6F8"/>
            <w:vAlign w:val="center"/>
          </w:tcPr>
          <w:p w14:paraId="0574BF62" w14:textId="77777777" w:rsidR="00D93F19" w:rsidRDefault="00000000">
            <w:pPr>
              <w:pStyle w:val="TableText"/>
              <w:spacing w:after="30" w:line="245" w:lineRule="auto"/>
              <w:rPr>
                <w:rFonts w:hint="eastAsia"/>
              </w:rPr>
            </w:pPr>
            <w:r>
              <w:rPr>
                <w:sz w:val="17"/>
              </w:rPr>
              <w:t>ID · SC · RP · CO · RI</w:t>
            </w:r>
          </w:p>
        </w:tc>
        <w:tc>
          <w:tcPr>
            <w:tcW w:w="5613" w:type="dxa"/>
            <w:shd w:val="clear" w:color="auto" w:fill="F2F6F8"/>
            <w:vAlign w:val="center"/>
          </w:tcPr>
          <w:p w14:paraId="6ADEB391" w14:textId="77777777" w:rsidR="00D93F19" w:rsidRDefault="00000000">
            <w:pPr>
              <w:pStyle w:val="TableText"/>
              <w:spacing w:after="30" w:line="245" w:lineRule="auto"/>
              <w:rPr>
                <w:rFonts w:hint="eastAsia"/>
              </w:rPr>
            </w:pPr>
            <w:r>
              <w:rPr>
                <w:sz w:val="17"/>
              </w:rPr>
              <w:t>Installazione di componenti di sicurezza.</w:t>
            </w:r>
          </w:p>
        </w:tc>
      </w:tr>
      <w:tr w:rsidR="00D93F19" w14:paraId="2C19AB62" w14:textId="77777777">
        <w:trPr>
          <w:cantSplit/>
          <w:jc w:val="center"/>
        </w:trPr>
        <w:tc>
          <w:tcPr>
            <w:tcW w:w="1020" w:type="dxa"/>
            <w:vAlign w:val="center"/>
          </w:tcPr>
          <w:p w14:paraId="7DF6ABA8" w14:textId="77777777" w:rsidR="00D93F19" w:rsidRDefault="00000000">
            <w:pPr>
              <w:pStyle w:val="TableText"/>
              <w:spacing w:after="30" w:line="245" w:lineRule="auto"/>
              <w:rPr>
                <w:rFonts w:hint="eastAsia"/>
              </w:rPr>
            </w:pPr>
            <w:r>
              <w:rPr>
                <w:sz w:val="17"/>
              </w:rPr>
              <w:t>1.06</w:t>
            </w:r>
          </w:p>
        </w:tc>
        <w:tc>
          <w:tcPr>
            <w:tcW w:w="4082" w:type="dxa"/>
            <w:vAlign w:val="center"/>
          </w:tcPr>
          <w:p w14:paraId="7B2437DA" w14:textId="77777777" w:rsidR="00D93F19" w:rsidRDefault="00000000">
            <w:pPr>
              <w:pStyle w:val="TableText"/>
              <w:spacing w:after="30" w:line="245" w:lineRule="auto"/>
              <w:rPr>
                <w:rFonts w:hint="eastAsia"/>
              </w:rPr>
            </w:pPr>
            <w:r>
              <w:rPr>
                <w:sz w:val="17"/>
              </w:rPr>
              <w:t>RT · SC* · RP · CO · RI</w:t>
            </w:r>
          </w:p>
        </w:tc>
        <w:tc>
          <w:tcPr>
            <w:tcW w:w="4082" w:type="dxa"/>
            <w:vAlign w:val="center"/>
          </w:tcPr>
          <w:p w14:paraId="377F8EB9" w14:textId="77777777" w:rsidR="00D93F19" w:rsidRDefault="00000000">
            <w:pPr>
              <w:pStyle w:val="TableText"/>
              <w:spacing w:after="30" w:line="245" w:lineRule="auto"/>
              <w:rPr>
                <w:rFonts w:hint="eastAsia"/>
              </w:rPr>
            </w:pPr>
            <w:r>
              <w:rPr>
                <w:sz w:val="17"/>
              </w:rPr>
              <w:t>ID · SC* · RP · CO · RI</w:t>
            </w:r>
          </w:p>
        </w:tc>
        <w:tc>
          <w:tcPr>
            <w:tcW w:w="5613" w:type="dxa"/>
            <w:vAlign w:val="center"/>
          </w:tcPr>
          <w:p w14:paraId="339311AB" w14:textId="77777777" w:rsidR="00D93F19" w:rsidRDefault="00000000">
            <w:pPr>
              <w:pStyle w:val="TableText"/>
              <w:spacing w:after="30" w:line="245" w:lineRule="auto"/>
              <w:rPr>
                <w:rFonts w:hint="eastAsia"/>
              </w:rPr>
            </w:pPr>
            <w:r>
              <w:rPr>
                <w:sz w:val="17"/>
              </w:rPr>
              <w:t>SC eventuali; confronto dei Performance Level.</w:t>
            </w:r>
          </w:p>
        </w:tc>
      </w:tr>
      <w:tr w:rsidR="00D93F19" w14:paraId="287D9A3B" w14:textId="77777777">
        <w:trPr>
          <w:cantSplit/>
          <w:jc w:val="center"/>
        </w:trPr>
        <w:tc>
          <w:tcPr>
            <w:tcW w:w="1020" w:type="dxa"/>
            <w:shd w:val="clear" w:color="auto" w:fill="F2F6F8"/>
            <w:vAlign w:val="center"/>
          </w:tcPr>
          <w:p w14:paraId="6FD09568" w14:textId="77777777" w:rsidR="00D93F19" w:rsidRDefault="00000000">
            <w:pPr>
              <w:pStyle w:val="TableText"/>
              <w:spacing w:after="30" w:line="245" w:lineRule="auto"/>
              <w:rPr>
                <w:rFonts w:hint="eastAsia"/>
              </w:rPr>
            </w:pPr>
            <w:r>
              <w:rPr>
                <w:sz w:val="17"/>
              </w:rPr>
              <w:t>1.07</w:t>
            </w:r>
          </w:p>
        </w:tc>
        <w:tc>
          <w:tcPr>
            <w:tcW w:w="4082" w:type="dxa"/>
            <w:shd w:val="clear" w:color="auto" w:fill="F2F6F8"/>
            <w:vAlign w:val="center"/>
          </w:tcPr>
          <w:p w14:paraId="3000A993" w14:textId="77777777" w:rsidR="00D93F19" w:rsidRDefault="00000000">
            <w:pPr>
              <w:pStyle w:val="TableText"/>
              <w:spacing w:after="30" w:line="245" w:lineRule="auto"/>
              <w:rPr>
                <w:rFonts w:hint="eastAsia"/>
              </w:rPr>
            </w:pPr>
            <w:r>
              <w:rPr>
                <w:sz w:val="17"/>
              </w:rPr>
              <w:t>RT · SC† · RP · CO · RI</w:t>
            </w:r>
          </w:p>
        </w:tc>
        <w:tc>
          <w:tcPr>
            <w:tcW w:w="4082" w:type="dxa"/>
            <w:shd w:val="clear" w:color="auto" w:fill="F2F6F8"/>
            <w:vAlign w:val="center"/>
          </w:tcPr>
          <w:p w14:paraId="24762A5F" w14:textId="77777777" w:rsidR="00D93F19" w:rsidRDefault="00000000">
            <w:pPr>
              <w:pStyle w:val="TableText"/>
              <w:spacing w:after="30" w:line="245" w:lineRule="auto"/>
              <w:rPr>
                <w:rFonts w:hint="eastAsia"/>
              </w:rPr>
            </w:pPr>
            <w:r>
              <w:rPr>
                <w:sz w:val="17"/>
              </w:rPr>
              <w:t>ID · SC† · RP · CO · RI</w:t>
            </w:r>
          </w:p>
        </w:tc>
        <w:tc>
          <w:tcPr>
            <w:tcW w:w="5613" w:type="dxa"/>
            <w:shd w:val="clear" w:color="auto" w:fill="F2F6F8"/>
            <w:vAlign w:val="center"/>
          </w:tcPr>
          <w:p w14:paraId="64443A4D" w14:textId="77777777" w:rsidR="00D93F19" w:rsidRDefault="00000000">
            <w:pPr>
              <w:pStyle w:val="TableText"/>
              <w:spacing w:after="30" w:line="245" w:lineRule="auto"/>
              <w:rPr>
                <w:rFonts w:hint="eastAsia"/>
              </w:rPr>
            </w:pPr>
            <w:r>
              <w:rPr>
                <w:sz w:val="17"/>
              </w:rPr>
              <w:t>† Sostituzione: distinta; inserimento: sezioni di schema coinvolte.</w:t>
            </w:r>
          </w:p>
        </w:tc>
      </w:tr>
      <w:tr w:rsidR="00D93F19" w14:paraId="3FD034FD" w14:textId="77777777">
        <w:trPr>
          <w:cantSplit/>
          <w:jc w:val="center"/>
        </w:trPr>
        <w:tc>
          <w:tcPr>
            <w:tcW w:w="1020" w:type="dxa"/>
            <w:vAlign w:val="center"/>
          </w:tcPr>
          <w:p w14:paraId="75927F61" w14:textId="77777777" w:rsidR="00D93F19" w:rsidRDefault="00000000">
            <w:pPr>
              <w:pStyle w:val="TableText"/>
              <w:spacing w:after="30" w:line="245" w:lineRule="auto"/>
              <w:rPr>
                <w:rFonts w:hint="eastAsia"/>
              </w:rPr>
            </w:pPr>
            <w:r>
              <w:rPr>
                <w:sz w:val="17"/>
              </w:rPr>
              <w:t>1.08</w:t>
            </w:r>
          </w:p>
        </w:tc>
        <w:tc>
          <w:tcPr>
            <w:tcW w:w="4082" w:type="dxa"/>
            <w:vAlign w:val="center"/>
          </w:tcPr>
          <w:p w14:paraId="102DA40D" w14:textId="77777777" w:rsidR="00D93F19" w:rsidRDefault="00000000">
            <w:pPr>
              <w:pStyle w:val="TableText"/>
              <w:spacing w:after="30" w:line="245" w:lineRule="auto"/>
              <w:rPr>
                <w:rFonts w:hint="eastAsia"/>
              </w:rPr>
            </w:pPr>
            <w:r>
              <w:rPr>
                <w:sz w:val="17"/>
              </w:rPr>
              <w:t>RT · SC* · RP · CO · RI</w:t>
            </w:r>
          </w:p>
        </w:tc>
        <w:tc>
          <w:tcPr>
            <w:tcW w:w="4082" w:type="dxa"/>
            <w:vAlign w:val="center"/>
          </w:tcPr>
          <w:p w14:paraId="41FB4B48" w14:textId="77777777" w:rsidR="00D93F19" w:rsidRDefault="00000000">
            <w:pPr>
              <w:pStyle w:val="TableText"/>
              <w:spacing w:after="30" w:line="245" w:lineRule="auto"/>
              <w:rPr>
                <w:rFonts w:hint="eastAsia"/>
              </w:rPr>
            </w:pPr>
            <w:r>
              <w:rPr>
                <w:sz w:val="17"/>
              </w:rPr>
              <w:t>ID · SC* · RP* · CO · RI</w:t>
            </w:r>
          </w:p>
        </w:tc>
        <w:tc>
          <w:tcPr>
            <w:tcW w:w="5613" w:type="dxa"/>
            <w:vAlign w:val="center"/>
          </w:tcPr>
          <w:p w14:paraId="6083EAB6" w14:textId="77777777" w:rsidR="00D93F19" w:rsidRDefault="00000000">
            <w:pPr>
              <w:pStyle w:val="TableText"/>
              <w:spacing w:after="30" w:line="245" w:lineRule="auto"/>
              <w:rPr>
                <w:rFonts w:hint="eastAsia"/>
              </w:rPr>
            </w:pPr>
            <w:r>
              <w:rPr>
                <w:sz w:val="17"/>
              </w:rPr>
              <w:t>Schemi se necessari; RP secondo la relazione, nel percorso F ove richiesto.</w:t>
            </w:r>
          </w:p>
        </w:tc>
      </w:tr>
      <w:tr w:rsidR="00D93F19" w14:paraId="68F7B321" w14:textId="77777777">
        <w:trPr>
          <w:cantSplit/>
          <w:jc w:val="center"/>
        </w:trPr>
        <w:tc>
          <w:tcPr>
            <w:tcW w:w="1020" w:type="dxa"/>
            <w:shd w:val="clear" w:color="auto" w:fill="F2F6F8"/>
            <w:vAlign w:val="center"/>
          </w:tcPr>
          <w:p w14:paraId="318DA4D4" w14:textId="77777777" w:rsidR="00D93F19" w:rsidRDefault="00000000">
            <w:pPr>
              <w:pStyle w:val="TableText"/>
              <w:spacing w:after="30" w:line="245" w:lineRule="auto"/>
              <w:rPr>
                <w:rFonts w:hint="eastAsia"/>
              </w:rPr>
            </w:pPr>
            <w:r>
              <w:rPr>
                <w:sz w:val="17"/>
              </w:rPr>
              <w:t>1.09</w:t>
            </w:r>
          </w:p>
        </w:tc>
        <w:tc>
          <w:tcPr>
            <w:tcW w:w="4082" w:type="dxa"/>
            <w:shd w:val="clear" w:color="auto" w:fill="F2F6F8"/>
            <w:vAlign w:val="center"/>
          </w:tcPr>
          <w:p w14:paraId="21F92778" w14:textId="77777777" w:rsidR="00D93F19" w:rsidRDefault="00000000">
            <w:pPr>
              <w:pStyle w:val="TableText"/>
              <w:spacing w:after="30" w:line="245" w:lineRule="auto"/>
              <w:rPr>
                <w:rFonts w:hint="eastAsia"/>
              </w:rPr>
            </w:pPr>
            <w:r>
              <w:rPr>
                <w:sz w:val="17"/>
              </w:rPr>
              <w:t>RT · RP · DI · CO/DOP · RI</w:t>
            </w:r>
          </w:p>
        </w:tc>
        <w:tc>
          <w:tcPr>
            <w:tcW w:w="4082" w:type="dxa"/>
            <w:shd w:val="clear" w:color="auto" w:fill="F2F6F8"/>
            <w:vAlign w:val="center"/>
          </w:tcPr>
          <w:p w14:paraId="6E6BE0E3" w14:textId="77777777" w:rsidR="00D93F19" w:rsidRDefault="00000000">
            <w:pPr>
              <w:pStyle w:val="TableText"/>
              <w:spacing w:after="30" w:line="245" w:lineRule="auto"/>
              <w:rPr>
                <w:rFonts w:hint="eastAsia"/>
              </w:rPr>
            </w:pPr>
            <w:r>
              <w:rPr>
                <w:sz w:val="17"/>
              </w:rPr>
              <w:t>ID · RP · DI · CO/DOP · RI</w:t>
            </w:r>
          </w:p>
        </w:tc>
        <w:tc>
          <w:tcPr>
            <w:tcW w:w="5613" w:type="dxa"/>
            <w:shd w:val="clear" w:color="auto" w:fill="F2F6F8"/>
            <w:vAlign w:val="center"/>
          </w:tcPr>
          <w:p w14:paraId="3B9F4A71" w14:textId="77777777" w:rsidR="00D93F19" w:rsidRDefault="00000000">
            <w:pPr>
              <w:pStyle w:val="TableText"/>
              <w:spacing w:after="30" w:line="245" w:lineRule="auto"/>
              <w:rPr>
                <w:rFonts w:hint="eastAsia"/>
              </w:rPr>
            </w:pPr>
            <w:r>
              <w:rPr>
                <w:sz w:val="17"/>
              </w:rPr>
              <w:t>DOP soltanto quando ricorre il campo applicabile.</w:t>
            </w:r>
          </w:p>
        </w:tc>
      </w:tr>
      <w:tr w:rsidR="00D93F19" w14:paraId="14C805E1" w14:textId="77777777">
        <w:trPr>
          <w:cantSplit/>
          <w:jc w:val="center"/>
        </w:trPr>
        <w:tc>
          <w:tcPr>
            <w:tcW w:w="1020" w:type="dxa"/>
            <w:vAlign w:val="center"/>
          </w:tcPr>
          <w:p w14:paraId="019FF047" w14:textId="77777777" w:rsidR="00D93F19" w:rsidRDefault="00000000">
            <w:pPr>
              <w:pStyle w:val="TableText"/>
              <w:spacing w:after="30" w:line="245" w:lineRule="auto"/>
              <w:rPr>
                <w:rFonts w:hint="eastAsia"/>
              </w:rPr>
            </w:pPr>
            <w:r>
              <w:rPr>
                <w:sz w:val="17"/>
              </w:rPr>
              <w:t>1.10</w:t>
            </w:r>
          </w:p>
        </w:tc>
        <w:tc>
          <w:tcPr>
            <w:tcW w:w="4082" w:type="dxa"/>
            <w:vAlign w:val="center"/>
          </w:tcPr>
          <w:p w14:paraId="6FD18DDC" w14:textId="77777777" w:rsidR="00D93F19" w:rsidRDefault="00000000">
            <w:pPr>
              <w:pStyle w:val="TableText"/>
              <w:spacing w:after="30" w:line="245" w:lineRule="auto"/>
              <w:rPr>
                <w:rFonts w:hint="eastAsia"/>
              </w:rPr>
            </w:pPr>
            <w:r>
              <w:rPr>
                <w:sz w:val="17"/>
              </w:rPr>
              <w:t>RT · DI · CO · RI</w:t>
            </w:r>
          </w:p>
        </w:tc>
        <w:tc>
          <w:tcPr>
            <w:tcW w:w="4082" w:type="dxa"/>
            <w:vAlign w:val="center"/>
          </w:tcPr>
          <w:p w14:paraId="553C285C" w14:textId="77777777" w:rsidR="00D93F19" w:rsidRDefault="00000000">
            <w:pPr>
              <w:pStyle w:val="TableText"/>
              <w:spacing w:after="30" w:line="245" w:lineRule="auto"/>
              <w:rPr>
                <w:rFonts w:hint="eastAsia"/>
              </w:rPr>
            </w:pPr>
            <w:r>
              <w:rPr>
                <w:sz w:val="17"/>
              </w:rPr>
              <w:t>ID · DI · CO · RI</w:t>
            </w:r>
          </w:p>
        </w:tc>
        <w:tc>
          <w:tcPr>
            <w:tcW w:w="5613" w:type="dxa"/>
            <w:vAlign w:val="center"/>
          </w:tcPr>
          <w:p w14:paraId="7FE524F7" w14:textId="77777777" w:rsidR="00D93F19" w:rsidRDefault="00000000">
            <w:pPr>
              <w:pStyle w:val="TableText"/>
              <w:spacing w:after="30" w:line="245" w:lineRule="auto"/>
              <w:rPr>
                <w:rFonts w:hint="eastAsia"/>
              </w:rPr>
            </w:pPr>
            <w:r>
              <w:rPr>
                <w:sz w:val="17"/>
              </w:rPr>
              <w:t>Prove nella RT; nessun RP autonomo elencato nella fonte.</w:t>
            </w:r>
          </w:p>
        </w:tc>
      </w:tr>
      <w:tr w:rsidR="00D93F19" w14:paraId="649C538D" w14:textId="77777777">
        <w:trPr>
          <w:cantSplit/>
          <w:jc w:val="center"/>
        </w:trPr>
        <w:tc>
          <w:tcPr>
            <w:tcW w:w="1020" w:type="dxa"/>
            <w:shd w:val="clear" w:color="auto" w:fill="F2F6F8"/>
            <w:vAlign w:val="center"/>
          </w:tcPr>
          <w:p w14:paraId="58963CD0" w14:textId="77777777" w:rsidR="00D93F19" w:rsidRDefault="00000000">
            <w:pPr>
              <w:pStyle w:val="TableText"/>
              <w:spacing w:after="30" w:line="245" w:lineRule="auto"/>
              <w:rPr>
                <w:rFonts w:hint="eastAsia"/>
              </w:rPr>
            </w:pPr>
            <w:r>
              <w:rPr>
                <w:sz w:val="17"/>
              </w:rPr>
              <w:t>1.11</w:t>
            </w:r>
          </w:p>
        </w:tc>
        <w:tc>
          <w:tcPr>
            <w:tcW w:w="4082" w:type="dxa"/>
            <w:shd w:val="clear" w:color="auto" w:fill="F2F6F8"/>
            <w:vAlign w:val="center"/>
          </w:tcPr>
          <w:p w14:paraId="16A7DA9F" w14:textId="77777777" w:rsidR="00D93F19" w:rsidRDefault="00000000">
            <w:pPr>
              <w:pStyle w:val="TableText"/>
              <w:spacing w:after="30" w:line="245" w:lineRule="auto"/>
              <w:rPr>
                <w:rFonts w:hint="eastAsia"/>
              </w:rPr>
            </w:pPr>
            <w:r>
              <w:rPr>
                <w:sz w:val="17"/>
              </w:rPr>
              <w:t>RT · DI · RP · SC · CO · RI</w:t>
            </w:r>
          </w:p>
        </w:tc>
        <w:tc>
          <w:tcPr>
            <w:tcW w:w="4082" w:type="dxa"/>
            <w:shd w:val="clear" w:color="auto" w:fill="F2F6F8"/>
            <w:vAlign w:val="center"/>
          </w:tcPr>
          <w:p w14:paraId="407ABE2F" w14:textId="77777777" w:rsidR="00D93F19" w:rsidRDefault="00000000">
            <w:pPr>
              <w:pStyle w:val="TableText"/>
              <w:spacing w:after="30" w:line="245" w:lineRule="auto"/>
              <w:rPr>
                <w:rFonts w:hint="eastAsia"/>
              </w:rPr>
            </w:pPr>
            <w:r>
              <w:rPr>
                <w:sz w:val="17"/>
              </w:rPr>
              <w:t>ID · DI · SC · RP · CO · RI</w:t>
            </w:r>
          </w:p>
        </w:tc>
        <w:tc>
          <w:tcPr>
            <w:tcW w:w="5613" w:type="dxa"/>
            <w:shd w:val="clear" w:color="auto" w:fill="F2F6F8"/>
            <w:vAlign w:val="center"/>
          </w:tcPr>
          <w:p w14:paraId="3FDEE24C" w14:textId="77777777" w:rsidR="00D93F19" w:rsidRDefault="00000000">
            <w:pPr>
              <w:pStyle w:val="TableText"/>
              <w:spacing w:after="30" w:line="245" w:lineRule="auto"/>
              <w:rPr>
                <w:rFonts w:hint="eastAsia"/>
              </w:rPr>
            </w:pPr>
            <w:r>
              <w:rPr>
                <w:sz w:val="17"/>
              </w:rPr>
              <w:t>Comandi/controllo ed equipaggiamento elettrico.</w:t>
            </w:r>
          </w:p>
        </w:tc>
      </w:tr>
      <w:tr w:rsidR="00D93F19" w14:paraId="40B5C756" w14:textId="77777777">
        <w:trPr>
          <w:cantSplit/>
          <w:jc w:val="center"/>
        </w:trPr>
        <w:tc>
          <w:tcPr>
            <w:tcW w:w="1020" w:type="dxa"/>
            <w:vAlign w:val="center"/>
          </w:tcPr>
          <w:p w14:paraId="5C3E2F2C" w14:textId="77777777" w:rsidR="00D93F19" w:rsidRDefault="00000000">
            <w:pPr>
              <w:pStyle w:val="TableText"/>
              <w:spacing w:after="30" w:line="245" w:lineRule="auto"/>
              <w:rPr>
                <w:rFonts w:hint="eastAsia"/>
              </w:rPr>
            </w:pPr>
            <w:r>
              <w:rPr>
                <w:sz w:val="17"/>
              </w:rPr>
              <w:t>1.12</w:t>
            </w:r>
          </w:p>
        </w:tc>
        <w:tc>
          <w:tcPr>
            <w:tcW w:w="4082" w:type="dxa"/>
            <w:vAlign w:val="center"/>
          </w:tcPr>
          <w:p w14:paraId="58A49ADA" w14:textId="77777777" w:rsidR="00D93F19" w:rsidRDefault="00000000">
            <w:pPr>
              <w:pStyle w:val="TableText"/>
              <w:spacing w:after="30" w:line="245" w:lineRule="auto"/>
              <w:rPr>
                <w:rFonts w:hint="eastAsia"/>
              </w:rPr>
            </w:pPr>
            <w:r>
              <w:rPr>
                <w:sz w:val="17"/>
              </w:rPr>
              <w:t>RT · RP · CO · RI</w:t>
            </w:r>
          </w:p>
        </w:tc>
        <w:tc>
          <w:tcPr>
            <w:tcW w:w="4082" w:type="dxa"/>
            <w:vAlign w:val="center"/>
          </w:tcPr>
          <w:p w14:paraId="3DD57E4E" w14:textId="77777777" w:rsidR="00D93F19" w:rsidRDefault="00000000">
            <w:pPr>
              <w:pStyle w:val="TableText"/>
              <w:spacing w:after="30" w:line="245" w:lineRule="auto"/>
              <w:rPr>
                <w:rFonts w:hint="eastAsia"/>
              </w:rPr>
            </w:pPr>
            <w:r>
              <w:rPr>
                <w:sz w:val="17"/>
              </w:rPr>
              <w:t>ID · RP · CO · RI</w:t>
            </w:r>
          </w:p>
        </w:tc>
        <w:tc>
          <w:tcPr>
            <w:tcW w:w="5613" w:type="dxa"/>
            <w:vAlign w:val="center"/>
          </w:tcPr>
          <w:p w14:paraId="425B3966" w14:textId="77777777" w:rsidR="00D93F19" w:rsidRDefault="00000000">
            <w:pPr>
              <w:pStyle w:val="TableText"/>
              <w:spacing w:after="30" w:line="245" w:lineRule="auto"/>
              <w:rPr>
                <w:rFonts w:hint="eastAsia"/>
              </w:rPr>
            </w:pPr>
            <w:r>
              <w:rPr>
                <w:sz w:val="17"/>
              </w:rPr>
              <w:t>RT con verifiche di equivalenza e protezioni.</w:t>
            </w:r>
          </w:p>
        </w:tc>
      </w:tr>
      <w:tr w:rsidR="00D93F19" w14:paraId="329F3DD6" w14:textId="77777777">
        <w:trPr>
          <w:cantSplit/>
          <w:jc w:val="center"/>
        </w:trPr>
        <w:tc>
          <w:tcPr>
            <w:tcW w:w="1020" w:type="dxa"/>
            <w:shd w:val="clear" w:color="auto" w:fill="F2F6F8"/>
            <w:vAlign w:val="center"/>
          </w:tcPr>
          <w:p w14:paraId="18ACFA72" w14:textId="77777777" w:rsidR="00D93F19" w:rsidRDefault="00000000">
            <w:pPr>
              <w:pStyle w:val="TableText"/>
              <w:spacing w:after="30" w:line="245" w:lineRule="auto"/>
              <w:rPr>
                <w:rFonts w:hint="eastAsia"/>
              </w:rPr>
            </w:pPr>
            <w:r>
              <w:rPr>
                <w:sz w:val="17"/>
              </w:rPr>
              <w:t>1.13</w:t>
            </w:r>
          </w:p>
        </w:tc>
        <w:tc>
          <w:tcPr>
            <w:tcW w:w="4082" w:type="dxa"/>
            <w:shd w:val="clear" w:color="auto" w:fill="F2F6F8"/>
            <w:vAlign w:val="center"/>
          </w:tcPr>
          <w:p w14:paraId="3F10B6D7" w14:textId="77777777" w:rsidR="00D93F19" w:rsidRDefault="00000000">
            <w:pPr>
              <w:pStyle w:val="TableText"/>
              <w:spacing w:after="30" w:line="245" w:lineRule="auto"/>
              <w:rPr>
                <w:rFonts w:hint="eastAsia"/>
              </w:rPr>
            </w:pPr>
            <w:r>
              <w:rPr>
                <w:sz w:val="17"/>
              </w:rPr>
              <w:t>RT · RP · SC · CO · RI</w:t>
            </w:r>
          </w:p>
        </w:tc>
        <w:tc>
          <w:tcPr>
            <w:tcW w:w="4082" w:type="dxa"/>
            <w:shd w:val="clear" w:color="auto" w:fill="F2F6F8"/>
            <w:vAlign w:val="center"/>
          </w:tcPr>
          <w:p w14:paraId="7F431E42" w14:textId="77777777" w:rsidR="00D93F19" w:rsidRDefault="00000000">
            <w:pPr>
              <w:pStyle w:val="TableText"/>
              <w:spacing w:after="30" w:line="245" w:lineRule="auto"/>
              <w:rPr>
                <w:rFonts w:hint="eastAsia"/>
              </w:rPr>
            </w:pPr>
            <w:r>
              <w:rPr>
                <w:sz w:val="17"/>
              </w:rPr>
              <w:t>ID · RP · CO · SC · RI</w:t>
            </w:r>
          </w:p>
        </w:tc>
        <w:tc>
          <w:tcPr>
            <w:tcW w:w="5613" w:type="dxa"/>
            <w:shd w:val="clear" w:color="auto" w:fill="F2F6F8"/>
            <w:vAlign w:val="center"/>
          </w:tcPr>
          <w:p w14:paraId="4CECC71B" w14:textId="77777777" w:rsidR="00D93F19" w:rsidRDefault="00000000">
            <w:pPr>
              <w:pStyle w:val="TableText"/>
              <w:spacing w:after="30" w:line="245" w:lineRule="auto"/>
              <w:rPr>
                <w:rFonts w:hint="eastAsia"/>
              </w:rPr>
            </w:pPr>
            <w:r>
              <w:rPr>
                <w:sz w:val="17"/>
              </w:rPr>
              <w:t>Azionamenti differenti.</w:t>
            </w:r>
          </w:p>
        </w:tc>
      </w:tr>
      <w:tr w:rsidR="00D93F19" w14:paraId="1F97E638" w14:textId="77777777">
        <w:trPr>
          <w:cantSplit/>
          <w:jc w:val="center"/>
        </w:trPr>
        <w:tc>
          <w:tcPr>
            <w:tcW w:w="1020" w:type="dxa"/>
            <w:vAlign w:val="center"/>
          </w:tcPr>
          <w:p w14:paraId="22140B38" w14:textId="77777777" w:rsidR="00D93F19" w:rsidRDefault="00000000">
            <w:pPr>
              <w:pStyle w:val="TableText"/>
              <w:spacing w:after="30" w:line="245" w:lineRule="auto"/>
              <w:rPr>
                <w:rFonts w:hint="eastAsia"/>
              </w:rPr>
            </w:pPr>
            <w:r>
              <w:rPr>
                <w:sz w:val="17"/>
              </w:rPr>
              <w:t>1.14</w:t>
            </w:r>
          </w:p>
        </w:tc>
        <w:tc>
          <w:tcPr>
            <w:tcW w:w="4082" w:type="dxa"/>
            <w:vAlign w:val="center"/>
          </w:tcPr>
          <w:p w14:paraId="75FF19F7" w14:textId="77777777" w:rsidR="00D93F19" w:rsidRDefault="00000000">
            <w:pPr>
              <w:pStyle w:val="TableText"/>
              <w:spacing w:after="30" w:line="245" w:lineRule="auto"/>
              <w:rPr>
                <w:rFonts w:hint="eastAsia"/>
              </w:rPr>
            </w:pPr>
            <w:r>
              <w:rPr>
                <w:sz w:val="17"/>
              </w:rPr>
              <w:t>RT · DI · RP · SC · CO · RI</w:t>
            </w:r>
          </w:p>
        </w:tc>
        <w:tc>
          <w:tcPr>
            <w:tcW w:w="4082" w:type="dxa"/>
            <w:vAlign w:val="center"/>
          </w:tcPr>
          <w:p w14:paraId="56940287" w14:textId="77777777" w:rsidR="00D93F19" w:rsidRDefault="00000000">
            <w:pPr>
              <w:pStyle w:val="TableText"/>
              <w:spacing w:after="30" w:line="245" w:lineRule="auto"/>
              <w:rPr>
                <w:rFonts w:hint="eastAsia"/>
              </w:rPr>
            </w:pPr>
            <w:r>
              <w:rPr>
                <w:sz w:val="17"/>
              </w:rPr>
              <w:t>ID · DI · RP · SC · CO · RI</w:t>
            </w:r>
          </w:p>
        </w:tc>
        <w:tc>
          <w:tcPr>
            <w:tcW w:w="5613" w:type="dxa"/>
            <w:vAlign w:val="center"/>
          </w:tcPr>
          <w:p w14:paraId="0731E12B" w14:textId="77777777" w:rsidR="00D93F19" w:rsidRDefault="00000000">
            <w:pPr>
              <w:pStyle w:val="TableText"/>
              <w:spacing w:after="30" w:line="245" w:lineRule="auto"/>
              <w:rPr>
                <w:rFonts w:hint="eastAsia"/>
              </w:rPr>
            </w:pPr>
            <w:r>
              <w:rPr>
                <w:sz w:val="17"/>
              </w:rPr>
              <w:t>Alimentazioni e comandi accessori.</w:t>
            </w:r>
          </w:p>
        </w:tc>
      </w:tr>
      <w:tr w:rsidR="00D93F19" w14:paraId="3AF90201" w14:textId="77777777">
        <w:trPr>
          <w:cantSplit/>
          <w:jc w:val="center"/>
        </w:trPr>
        <w:tc>
          <w:tcPr>
            <w:tcW w:w="1020" w:type="dxa"/>
            <w:shd w:val="clear" w:color="auto" w:fill="F2F6F8"/>
            <w:vAlign w:val="center"/>
          </w:tcPr>
          <w:p w14:paraId="2167C3A5" w14:textId="77777777" w:rsidR="00D93F19" w:rsidRDefault="00000000">
            <w:pPr>
              <w:pStyle w:val="TableText"/>
              <w:spacing w:after="30" w:line="245" w:lineRule="auto"/>
              <w:rPr>
                <w:rFonts w:hint="eastAsia"/>
              </w:rPr>
            </w:pPr>
            <w:r>
              <w:rPr>
                <w:sz w:val="17"/>
              </w:rPr>
              <w:t>1.15</w:t>
            </w:r>
          </w:p>
        </w:tc>
        <w:tc>
          <w:tcPr>
            <w:tcW w:w="4082" w:type="dxa"/>
            <w:shd w:val="clear" w:color="auto" w:fill="F2F6F8"/>
            <w:vAlign w:val="center"/>
          </w:tcPr>
          <w:p w14:paraId="24C9477E" w14:textId="77777777" w:rsidR="00D93F19" w:rsidRDefault="00000000">
            <w:pPr>
              <w:pStyle w:val="TableText"/>
              <w:spacing w:after="30" w:line="245" w:lineRule="auto"/>
              <w:rPr>
                <w:rFonts w:hint="eastAsia"/>
              </w:rPr>
            </w:pPr>
            <w:r>
              <w:rPr>
                <w:sz w:val="17"/>
              </w:rPr>
              <w:t>RT · DI · SC · BM · CO · RI</w:t>
            </w:r>
          </w:p>
        </w:tc>
        <w:tc>
          <w:tcPr>
            <w:tcW w:w="4082" w:type="dxa"/>
            <w:shd w:val="clear" w:color="auto" w:fill="F2F6F8"/>
            <w:vAlign w:val="center"/>
          </w:tcPr>
          <w:p w14:paraId="58C8693D" w14:textId="77777777" w:rsidR="00D93F19" w:rsidRDefault="00000000">
            <w:pPr>
              <w:pStyle w:val="TableText"/>
              <w:spacing w:after="30" w:line="245" w:lineRule="auto"/>
              <w:rPr>
                <w:rFonts w:hint="eastAsia"/>
              </w:rPr>
            </w:pPr>
            <w:r>
              <w:rPr>
                <w:sz w:val="17"/>
              </w:rPr>
              <w:t>ID · DI · SC · CO · RI</w:t>
            </w:r>
          </w:p>
        </w:tc>
        <w:tc>
          <w:tcPr>
            <w:tcW w:w="5613" w:type="dxa"/>
            <w:shd w:val="clear" w:color="auto" w:fill="F2F6F8"/>
            <w:vAlign w:val="center"/>
          </w:tcPr>
          <w:p w14:paraId="1B7A3968" w14:textId="77777777" w:rsidR="00D93F19" w:rsidRDefault="00000000">
            <w:pPr>
              <w:pStyle w:val="TableText"/>
              <w:spacing w:after="30" w:line="245" w:lineRule="auto"/>
              <w:rPr>
                <w:rFonts w:hint="eastAsia"/>
              </w:rPr>
            </w:pPr>
            <w:r>
              <w:rPr>
                <w:sz w:val="17"/>
              </w:rPr>
              <w:t>Leggere la nota 8 sul bozzello/quasi-macchina.</w:t>
            </w:r>
          </w:p>
        </w:tc>
      </w:tr>
    </w:tbl>
    <w:p w14:paraId="7DCEB52E" w14:textId="77777777" w:rsidR="00D93F19" w:rsidRDefault="00D93F19">
      <w:pPr>
        <w:spacing w:after="0" w:line="20" w:lineRule="exact"/>
        <w:rPr>
          <w:rFonts w:hint="eastAsia"/>
        </w:rPr>
      </w:pPr>
    </w:p>
    <w:p w14:paraId="7E099739" w14:textId="77777777" w:rsidR="00D93F19" w:rsidRDefault="00000000">
      <w:pPr>
        <w:pStyle w:val="Small"/>
        <w:rPr>
          <w:rFonts w:hint="eastAsia"/>
        </w:rPr>
      </w:pPr>
      <w:r>
        <w:t>* Eventuale / quando richiesto dalla specifica scheda. I contenuti e le condizioni delle pagine precedenti prevalgono sulla sola sigla. La matrice non trasforma in obblighi generali i documenti non elencati nella singola casistica.</w:t>
      </w:r>
    </w:p>
    <w:p w14:paraId="50FB6D1A" w14:textId="77777777" w:rsidR="00D93F19" w:rsidRDefault="00000000">
      <w:pPr>
        <w:pStyle w:val="Small"/>
        <w:rPr>
          <w:rFonts w:hint="eastAsia"/>
        </w:rPr>
      </w:pPr>
      <w:r>
        <w:t>Integrazioni O: permesso A08, isolamento A09, registro esecutivo A10, registrazione dei test effettuati A13, verifica finale A17 e indice A20 sono strumenti aziendali aggiuntivi. In particolare, per 1.10 e 1.15 A13 non viene presentato come documento autonomo imposto dalla relativa tabella INAIL.</w:t>
      </w:r>
    </w:p>
    <w:p w14:paraId="589560FA" w14:textId="77777777" w:rsidR="00D93F19" w:rsidRDefault="00000000">
      <w:pPr>
        <w:pStyle w:val="Small"/>
        <w:rPr>
          <w:rFonts w:hint="eastAsia"/>
        </w:rPr>
      </w:pPr>
      <w:r>
        <w:t>F01: schede 1.01–1.15, pp. 19–33. Matrice originale rielaborata; applicare cumulativamente le voci di tutte le schede coinvolte.</w:t>
      </w:r>
    </w:p>
    <w:p w14:paraId="75B62B30" w14:textId="77777777" w:rsidR="00D93F19" w:rsidRDefault="00D93F19">
      <w:pPr>
        <w:spacing w:after="0" w:line="20" w:lineRule="exact"/>
        <w:rPr>
          <w:rFonts w:hint="eastAsia"/>
        </w:rPr>
        <w:sectPr w:rsidR="00D93F19">
          <w:pgSz w:w="16838" w:h="11906" w:orient="landscape"/>
          <w:pgMar w:top="964" w:right="1020" w:bottom="879" w:left="1020" w:header="397" w:footer="397" w:gutter="0"/>
          <w:cols w:space="720"/>
          <w:docGrid w:linePitch="360"/>
        </w:sectPr>
      </w:pPr>
    </w:p>
    <w:p w14:paraId="68A3BE81" w14:textId="77777777" w:rsidR="00D93F19" w:rsidRDefault="00000000">
      <w:pPr>
        <w:pStyle w:val="Kicker"/>
        <w:rPr>
          <w:rFonts w:hint="eastAsia"/>
        </w:rPr>
      </w:pPr>
      <w:r>
        <w:t>ALLEGATO OPERATIVO • MODELLO AZIENDALE</w:t>
      </w:r>
    </w:p>
    <w:p w14:paraId="6CD0549F" w14:textId="77777777" w:rsidR="00D93F19" w:rsidRDefault="00000000">
      <w:pPr>
        <w:pStyle w:val="Titolo1"/>
      </w:pPr>
      <w:bookmarkStart w:id="38" w:name="P39"/>
      <w:r>
        <w:t>A01 | Richiesta e identificazione della macchina</w:t>
      </w:r>
      <w:bookmarkEnd w:id="38"/>
    </w:p>
    <w:p w14:paraId="0F4B37F9" w14:textId="77777777" w:rsidR="00D93F19" w:rsidRDefault="00000000">
      <w:pPr>
        <w:pStyle w:val="Small"/>
        <w:rPr>
          <w:rFonts w:hint="eastAsia"/>
        </w:rPr>
      </w:pPr>
      <w:r>
        <w:t>Pratica n. __________________  |  Macchina / matricola __________________  |  Data __________</w:t>
      </w:r>
    </w:p>
    <w:p w14:paraId="53AF07A0" w14:textId="77777777" w:rsidR="00D93F19" w:rsidRDefault="00000000">
      <w:pPr>
        <w:pStyle w:val="Small"/>
        <w:rPr>
          <w:rFonts w:hint="eastAsia"/>
        </w:rPr>
      </w:pPr>
      <w:r>
        <w:t>F: INAIL 2026, Appendice 2 p. 41. O: apertura della pratica e gestione del fermo.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015445DE" w14:textId="77777777">
        <w:trPr>
          <w:cantSplit/>
          <w:tblHeader/>
          <w:jc w:val="center"/>
        </w:trPr>
        <w:tc>
          <w:tcPr>
            <w:tcW w:w="2891" w:type="dxa"/>
            <w:shd w:val="clear" w:color="auto" w:fill="15344B"/>
            <w:vAlign w:val="center"/>
          </w:tcPr>
          <w:p w14:paraId="7CC4597E"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13AA24D9" w14:textId="77777777" w:rsidR="00D93F19" w:rsidRDefault="00000000">
            <w:pPr>
              <w:pStyle w:val="TableText"/>
              <w:spacing w:after="30" w:line="245" w:lineRule="auto"/>
              <w:rPr>
                <w:rFonts w:hint="eastAsia"/>
              </w:rPr>
            </w:pPr>
            <w:r>
              <w:rPr>
                <w:b/>
                <w:color w:val="FFFFFF"/>
              </w:rPr>
              <w:t>COMPILAZIONE</w:t>
            </w:r>
          </w:p>
        </w:tc>
      </w:tr>
      <w:tr w:rsidR="00D93F19" w14:paraId="35EA8B35" w14:textId="77777777">
        <w:trPr>
          <w:cantSplit/>
          <w:jc w:val="center"/>
        </w:trPr>
        <w:tc>
          <w:tcPr>
            <w:tcW w:w="2891" w:type="dxa"/>
            <w:shd w:val="clear" w:color="auto" w:fill="F2F6F8"/>
            <w:vAlign w:val="center"/>
          </w:tcPr>
          <w:p w14:paraId="19090F7F" w14:textId="77777777" w:rsidR="00D93F19" w:rsidRDefault="00000000">
            <w:pPr>
              <w:pStyle w:val="TableText"/>
              <w:spacing w:after="30" w:line="245" w:lineRule="auto"/>
              <w:rPr>
                <w:rFonts w:hint="eastAsia"/>
              </w:rPr>
            </w:pPr>
            <w:r>
              <w:t>Azienda / unità produttiva</w:t>
            </w:r>
          </w:p>
        </w:tc>
        <w:tc>
          <w:tcPr>
            <w:tcW w:w="6973" w:type="dxa"/>
            <w:shd w:val="clear" w:color="auto" w:fill="F2F6F8"/>
            <w:vAlign w:val="center"/>
          </w:tcPr>
          <w:p w14:paraId="0BA4374F" w14:textId="77777777" w:rsidR="00D93F19" w:rsidRDefault="00000000">
            <w:pPr>
              <w:pStyle w:val="TableText"/>
              <w:spacing w:after="30" w:line="245" w:lineRule="auto"/>
              <w:rPr>
                <w:rFonts w:hint="eastAsia"/>
              </w:rPr>
            </w:pPr>
            <w:r>
              <w:t>________________________________________________________</w:t>
            </w:r>
          </w:p>
        </w:tc>
      </w:tr>
      <w:tr w:rsidR="00D93F19" w14:paraId="4564A5BD" w14:textId="77777777">
        <w:trPr>
          <w:cantSplit/>
          <w:jc w:val="center"/>
        </w:trPr>
        <w:tc>
          <w:tcPr>
            <w:tcW w:w="2891" w:type="dxa"/>
            <w:vAlign w:val="center"/>
          </w:tcPr>
          <w:p w14:paraId="01EB469D" w14:textId="77777777" w:rsidR="00D93F19" w:rsidRDefault="00000000">
            <w:pPr>
              <w:pStyle w:val="TableText"/>
              <w:spacing w:after="30" w:line="245" w:lineRule="auto"/>
              <w:rPr>
                <w:rFonts w:hint="eastAsia"/>
              </w:rPr>
            </w:pPr>
            <w:r>
              <w:t>Reparto / luogo di installazione</w:t>
            </w:r>
          </w:p>
        </w:tc>
        <w:tc>
          <w:tcPr>
            <w:tcW w:w="6973" w:type="dxa"/>
            <w:vAlign w:val="center"/>
          </w:tcPr>
          <w:p w14:paraId="3A00A271" w14:textId="77777777" w:rsidR="00D93F19" w:rsidRDefault="00000000">
            <w:pPr>
              <w:pStyle w:val="TableText"/>
              <w:spacing w:after="30" w:line="245" w:lineRule="auto"/>
              <w:rPr>
                <w:rFonts w:hint="eastAsia"/>
              </w:rPr>
            </w:pPr>
            <w:r>
              <w:t>________________________________________________________</w:t>
            </w:r>
          </w:p>
        </w:tc>
      </w:tr>
      <w:tr w:rsidR="00D93F19" w14:paraId="63EB2D2F" w14:textId="77777777">
        <w:trPr>
          <w:cantSplit/>
          <w:jc w:val="center"/>
        </w:trPr>
        <w:tc>
          <w:tcPr>
            <w:tcW w:w="2891" w:type="dxa"/>
            <w:shd w:val="clear" w:color="auto" w:fill="F2F6F8"/>
            <w:vAlign w:val="center"/>
          </w:tcPr>
          <w:p w14:paraId="41372897" w14:textId="77777777" w:rsidR="00D93F19" w:rsidRDefault="00000000">
            <w:pPr>
              <w:pStyle w:val="TableText"/>
              <w:spacing w:after="30" w:line="245" w:lineRule="auto"/>
              <w:rPr>
                <w:rFonts w:hint="eastAsia"/>
              </w:rPr>
            </w:pPr>
            <w:r>
              <w:t>Denominazione / tipologia</w:t>
            </w:r>
          </w:p>
        </w:tc>
        <w:tc>
          <w:tcPr>
            <w:tcW w:w="6973" w:type="dxa"/>
            <w:shd w:val="clear" w:color="auto" w:fill="F2F6F8"/>
            <w:vAlign w:val="center"/>
          </w:tcPr>
          <w:p w14:paraId="7C1CF607" w14:textId="77777777" w:rsidR="00D93F19" w:rsidRDefault="00000000">
            <w:pPr>
              <w:pStyle w:val="TableText"/>
              <w:spacing w:after="30" w:line="245" w:lineRule="auto"/>
              <w:rPr>
                <w:rFonts w:hint="eastAsia"/>
              </w:rPr>
            </w:pPr>
            <w:r>
              <w:t>□ Gru a ponte  □ Struttura limitata  □ Cavalletto  □ Monorotaia</w:t>
            </w:r>
          </w:p>
          <w:p w14:paraId="7E176E30" w14:textId="77777777" w:rsidR="00D93F19" w:rsidRDefault="00000000">
            <w:pPr>
              <w:pStyle w:val="TableText"/>
              <w:spacing w:after="30" w:line="245" w:lineRule="auto"/>
              <w:rPr>
                <w:rFonts w:hint="eastAsia"/>
              </w:rPr>
            </w:pPr>
            <w:r>
              <w:t>Altra configurazione da valutare: __________________________________</w:t>
            </w:r>
          </w:p>
        </w:tc>
      </w:tr>
      <w:tr w:rsidR="00D93F19" w14:paraId="3F3EBAB3" w14:textId="77777777">
        <w:trPr>
          <w:cantSplit/>
          <w:jc w:val="center"/>
        </w:trPr>
        <w:tc>
          <w:tcPr>
            <w:tcW w:w="2891" w:type="dxa"/>
            <w:vAlign w:val="center"/>
          </w:tcPr>
          <w:p w14:paraId="503146C1" w14:textId="77777777" w:rsidR="00D93F19" w:rsidRDefault="00000000">
            <w:pPr>
              <w:pStyle w:val="TableText"/>
              <w:spacing w:after="30" w:line="245" w:lineRule="auto"/>
              <w:rPr>
                <w:rFonts w:hint="eastAsia"/>
              </w:rPr>
            </w:pPr>
            <w:r>
              <w:t>Fabbricante / modello / tipo</w:t>
            </w:r>
          </w:p>
        </w:tc>
        <w:tc>
          <w:tcPr>
            <w:tcW w:w="6973" w:type="dxa"/>
            <w:vAlign w:val="center"/>
          </w:tcPr>
          <w:p w14:paraId="0D743C6C" w14:textId="77777777" w:rsidR="00D93F19" w:rsidRDefault="00000000">
            <w:pPr>
              <w:pStyle w:val="TableText"/>
              <w:spacing w:after="30" w:line="245" w:lineRule="auto"/>
              <w:rPr>
                <w:rFonts w:hint="eastAsia"/>
              </w:rPr>
            </w:pPr>
            <w:r>
              <w:t>________________________________________________________</w:t>
            </w:r>
          </w:p>
        </w:tc>
      </w:tr>
      <w:tr w:rsidR="00D93F19" w14:paraId="2298F599" w14:textId="77777777">
        <w:trPr>
          <w:cantSplit/>
          <w:jc w:val="center"/>
        </w:trPr>
        <w:tc>
          <w:tcPr>
            <w:tcW w:w="2891" w:type="dxa"/>
            <w:shd w:val="clear" w:color="auto" w:fill="F2F6F8"/>
            <w:vAlign w:val="center"/>
          </w:tcPr>
          <w:p w14:paraId="648D3918" w14:textId="77777777" w:rsidR="00D93F19" w:rsidRDefault="00000000">
            <w:pPr>
              <w:pStyle w:val="TableText"/>
              <w:spacing w:after="30" w:line="245" w:lineRule="auto"/>
              <w:rPr>
                <w:rFonts w:hint="eastAsia"/>
              </w:rPr>
            </w:pPr>
            <w:r>
              <w:t>Anno / numero di fabbrica</w:t>
            </w:r>
          </w:p>
        </w:tc>
        <w:tc>
          <w:tcPr>
            <w:tcW w:w="6973" w:type="dxa"/>
            <w:shd w:val="clear" w:color="auto" w:fill="F2F6F8"/>
            <w:vAlign w:val="center"/>
          </w:tcPr>
          <w:p w14:paraId="18D44648" w14:textId="77777777" w:rsidR="00D93F19" w:rsidRDefault="00000000">
            <w:pPr>
              <w:pStyle w:val="TableText"/>
              <w:spacing w:after="30" w:line="245" w:lineRule="auto"/>
              <w:rPr>
                <w:rFonts w:hint="eastAsia"/>
              </w:rPr>
            </w:pPr>
            <w:r>
              <w:t>________________________________________________________</w:t>
            </w:r>
          </w:p>
        </w:tc>
      </w:tr>
      <w:tr w:rsidR="00D93F19" w14:paraId="006C10BD" w14:textId="77777777">
        <w:trPr>
          <w:cantSplit/>
          <w:jc w:val="center"/>
        </w:trPr>
        <w:tc>
          <w:tcPr>
            <w:tcW w:w="2891" w:type="dxa"/>
            <w:vAlign w:val="center"/>
          </w:tcPr>
          <w:p w14:paraId="6112C652" w14:textId="77777777" w:rsidR="00D93F19" w:rsidRDefault="00000000">
            <w:pPr>
              <w:pStyle w:val="TableText"/>
              <w:spacing w:after="30" w:line="245" w:lineRule="auto"/>
              <w:rPr>
                <w:rFonts w:hint="eastAsia"/>
              </w:rPr>
            </w:pPr>
            <w:r>
              <w:t>Matricola ENPI / ISPESL / INAIL</w:t>
            </w:r>
          </w:p>
        </w:tc>
        <w:tc>
          <w:tcPr>
            <w:tcW w:w="6973" w:type="dxa"/>
            <w:vAlign w:val="center"/>
          </w:tcPr>
          <w:p w14:paraId="284F2C87" w14:textId="77777777" w:rsidR="00D93F19" w:rsidRDefault="00000000">
            <w:pPr>
              <w:pStyle w:val="TableText"/>
              <w:spacing w:after="30" w:line="245" w:lineRule="auto"/>
              <w:rPr>
                <w:rFonts w:hint="eastAsia"/>
              </w:rPr>
            </w:pPr>
            <w:r>
              <w:t>________________________________________________________</w:t>
            </w:r>
          </w:p>
        </w:tc>
      </w:tr>
      <w:tr w:rsidR="00D93F19" w14:paraId="250F22AF" w14:textId="77777777">
        <w:trPr>
          <w:cantSplit/>
          <w:jc w:val="center"/>
        </w:trPr>
        <w:tc>
          <w:tcPr>
            <w:tcW w:w="2891" w:type="dxa"/>
            <w:shd w:val="clear" w:color="auto" w:fill="F2F6F8"/>
            <w:vAlign w:val="center"/>
          </w:tcPr>
          <w:p w14:paraId="4CCAC008" w14:textId="77777777" w:rsidR="00D93F19" w:rsidRDefault="00000000">
            <w:pPr>
              <w:pStyle w:val="TableText"/>
              <w:spacing w:after="30" w:line="245" w:lineRule="auto"/>
              <w:rPr>
                <w:rFonts w:hint="eastAsia"/>
              </w:rPr>
            </w:pPr>
            <w:r>
              <w:t>Portata e configurazione</w:t>
            </w:r>
          </w:p>
        </w:tc>
        <w:tc>
          <w:tcPr>
            <w:tcW w:w="6973" w:type="dxa"/>
            <w:shd w:val="clear" w:color="auto" w:fill="F2F6F8"/>
            <w:vAlign w:val="center"/>
          </w:tcPr>
          <w:p w14:paraId="1935D48B" w14:textId="77777777" w:rsidR="00D93F19" w:rsidRDefault="00000000">
            <w:pPr>
              <w:pStyle w:val="TableText"/>
              <w:spacing w:after="30" w:line="245" w:lineRule="auto"/>
              <w:rPr>
                <w:rFonts w:hint="eastAsia"/>
              </w:rPr>
            </w:pPr>
            <w:r>
              <w:t>________________________________________________________</w:t>
            </w:r>
          </w:p>
          <w:p w14:paraId="41278B13" w14:textId="77777777" w:rsidR="00D93F19" w:rsidRDefault="00000000">
            <w:pPr>
              <w:pStyle w:val="TableText"/>
              <w:spacing w:after="30" w:line="245" w:lineRule="auto"/>
              <w:rPr>
                <w:rFonts w:hint="eastAsia"/>
              </w:rPr>
            </w:pPr>
            <w:r>
              <w:t>Fonte del dato: __________________________________________________</w:t>
            </w:r>
          </w:p>
        </w:tc>
      </w:tr>
      <w:tr w:rsidR="00D93F19" w14:paraId="3F04AB8E" w14:textId="77777777">
        <w:trPr>
          <w:cantSplit/>
          <w:jc w:val="center"/>
        </w:trPr>
        <w:tc>
          <w:tcPr>
            <w:tcW w:w="2891" w:type="dxa"/>
            <w:vAlign w:val="center"/>
          </w:tcPr>
          <w:p w14:paraId="50B251B0" w14:textId="77777777" w:rsidR="00D93F19" w:rsidRDefault="00000000">
            <w:pPr>
              <w:pStyle w:val="TableText"/>
              <w:spacing w:after="30" w:line="245" w:lineRule="auto"/>
              <w:rPr>
                <w:rFonts w:hint="eastAsia"/>
              </w:rPr>
            </w:pPr>
            <w:r>
              <w:t>Richiedente / funzione</w:t>
            </w:r>
          </w:p>
        </w:tc>
        <w:tc>
          <w:tcPr>
            <w:tcW w:w="6973" w:type="dxa"/>
            <w:vAlign w:val="center"/>
          </w:tcPr>
          <w:p w14:paraId="63F4BD07" w14:textId="77777777" w:rsidR="00D93F19" w:rsidRDefault="00000000">
            <w:pPr>
              <w:pStyle w:val="TableText"/>
              <w:spacing w:after="30" w:line="245" w:lineRule="auto"/>
              <w:rPr>
                <w:rFonts w:hint="eastAsia"/>
              </w:rPr>
            </w:pPr>
            <w:r>
              <w:t>________________________________________________________</w:t>
            </w:r>
          </w:p>
        </w:tc>
      </w:tr>
      <w:tr w:rsidR="00D93F19" w14:paraId="723A1E72" w14:textId="77777777">
        <w:trPr>
          <w:cantSplit/>
          <w:jc w:val="center"/>
        </w:trPr>
        <w:tc>
          <w:tcPr>
            <w:tcW w:w="2891" w:type="dxa"/>
            <w:shd w:val="clear" w:color="auto" w:fill="F2F6F8"/>
            <w:vAlign w:val="center"/>
          </w:tcPr>
          <w:p w14:paraId="313643A6" w14:textId="77777777" w:rsidR="00D93F19" w:rsidRDefault="00000000">
            <w:pPr>
              <w:pStyle w:val="TableText"/>
              <w:spacing w:after="30" w:line="245" w:lineRule="auto"/>
              <w:rPr>
                <w:rFonts w:hint="eastAsia"/>
              </w:rPr>
            </w:pPr>
            <w:r>
              <w:t>Motivo della richiesta</w:t>
            </w:r>
          </w:p>
        </w:tc>
        <w:tc>
          <w:tcPr>
            <w:tcW w:w="6973" w:type="dxa"/>
            <w:shd w:val="clear" w:color="auto" w:fill="F2F6F8"/>
            <w:vAlign w:val="center"/>
          </w:tcPr>
          <w:p w14:paraId="09CE01B6" w14:textId="77777777" w:rsidR="00D93F19" w:rsidRDefault="00000000">
            <w:pPr>
              <w:pStyle w:val="TableText"/>
              <w:spacing w:after="30" w:line="245" w:lineRule="auto"/>
              <w:rPr>
                <w:rFonts w:hint="eastAsia"/>
              </w:rPr>
            </w:pPr>
            <w:r>
              <w:t>□ Guasto  □ Ripristino  □ Miglioramento  □ Esigenza produttiva</w:t>
            </w:r>
          </w:p>
          <w:p w14:paraId="3F2464C1" w14:textId="77777777" w:rsidR="00D93F19" w:rsidRDefault="00000000">
            <w:pPr>
              <w:pStyle w:val="TableText"/>
              <w:spacing w:after="30" w:line="245" w:lineRule="auto"/>
              <w:rPr>
                <w:rFonts w:hint="eastAsia"/>
              </w:rPr>
            </w:pPr>
            <w:r>
              <w:t>□ Trasferimento  □ Altro: _________________________________________</w:t>
            </w:r>
          </w:p>
        </w:tc>
      </w:tr>
      <w:tr w:rsidR="00D93F19" w14:paraId="44F3F8D2" w14:textId="77777777">
        <w:trPr>
          <w:cantSplit/>
          <w:jc w:val="center"/>
        </w:trPr>
        <w:tc>
          <w:tcPr>
            <w:tcW w:w="2891" w:type="dxa"/>
            <w:vAlign w:val="center"/>
          </w:tcPr>
          <w:p w14:paraId="3AAEEF8E" w14:textId="77777777" w:rsidR="00D93F19" w:rsidRDefault="00000000">
            <w:pPr>
              <w:pStyle w:val="TableText"/>
              <w:spacing w:after="30" w:line="245" w:lineRule="auto"/>
              <w:rPr>
                <w:rFonts w:hint="eastAsia"/>
              </w:rPr>
            </w:pPr>
            <w:r>
              <w:t>Stato dell’apparecchio</w:t>
            </w:r>
          </w:p>
        </w:tc>
        <w:tc>
          <w:tcPr>
            <w:tcW w:w="6973" w:type="dxa"/>
            <w:vAlign w:val="center"/>
          </w:tcPr>
          <w:p w14:paraId="6428E30A" w14:textId="77777777" w:rsidR="00D93F19" w:rsidRDefault="00000000">
            <w:pPr>
              <w:pStyle w:val="TableText"/>
              <w:spacing w:after="30" w:line="245" w:lineRule="auto"/>
              <w:rPr>
                <w:rFonts w:hint="eastAsia"/>
              </w:rPr>
            </w:pPr>
            <w:r>
              <w:t>□ Fuori servizio  □ In servizio: motivazione del mantenimento __________</w:t>
            </w:r>
          </w:p>
          <w:p w14:paraId="0F9AE947" w14:textId="77777777" w:rsidR="00D93F19" w:rsidRDefault="00000000">
            <w:pPr>
              <w:pStyle w:val="TableText"/>
              <w:spacing w:after="30" w:line="245" w:lineRule="auto"/>
              <w:rPr>
                <w:rFonts w:hint="eastAsia"/>
              </w:rPr>
            </w:pPr>
            <w:r>
              <w:t>Responsabile della valutazione: ___________________________________</w:t>
            </w:r>
          </w:p>
        </w:tc>
      </w:tr>
    </w:tbl>
    <w:p w14:paraId="5E9D7AB0" w14:textId="77777777" w:rsidR="00D93F19" w:rsidRDefault="00D93F19">
      <w:pPr>
        <w:spacing w:after="0" w:line="20" w:lineRule="exact"/>
        <w:rPr>
          <w:rFonts w:hint="eastAsia"/>
        </w:rPr>
      </w:pPr>
    </w:p>
    <w:p w14:paraId="5A788914" w14:textId="77777777" w:rsidR="00D93F19" w:rsidRDefault="00000000">
      <w:pPr>
        <w:pStyle w:val="Titolo2"/>
      </w:pPr>
      <w:r>
        <w:t>Descrizione del problema e risultato atteso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932"/>
        <w:gridCol w:w="4932"/>
      </w:tblGrid>
      <w:tr w:rsidR="00D93F19" w14:paraId="5A052730" w14:textId="77777777">
        <w:trPr>
          <w:cantSplit/>
          <w:tblHeader/>
          <w:jc w:val="center"/>
        </w:trPr>
        <w:tc>
          <w:tcPr>
            <w:tcW w:w="4932" w:type="dxa"/>
            <w:shd w:val="clear" w:color="auto" w:fill="15344B"/>
            <w:vAlign w:val="center"/>
          </w:tcPr>
          <w:p w14:paraId="5D2FA79E" w14:textId="77777777" w:rsidR="00D93F19" w:rsidRDefault="00000000">
            <w:pPr>
              <w:pStyle w:val="TableText"/>
              <w:spacing w:after="30" w:line="245" w:lineRule="auto"/>
              <w:rPr>
                <w:rFonts w:hint="eastAsia"/>
              </w:rPr>
            </w:pPr>
            <w:r>
              <w:rPr>
                <w:b/>
                <w:color w:val="FFFFFF"/>
              </w:rPr>
              <w:t>SITUAZIONE RILEVATA</w:t>
            </w:r>
          </w:p>
        </w:tc>
        <w:tc>
          <w:tcPr>
            <w:tcW w:w="4932" w:type="dxa"/>
            <w:shd w:val="clear" w:color="auto" w:fill="15344B"/>
            <w:vAlign w:val="center"/>
          </w:tcPr>
          <w:p w14:paraId="083E530F" w14:textId="77777777" w:rsidR="00D93F19" w:rsidRDefault="00000000">
            <w:pPr>
              <w:pStyle w:val="TableText"/>
              <w:spacing w:after="30" w:line="245" w:lineRule="auto"/>
              <w:rPr>
                <w:rFonts w:hint="eastAsia"/>
              </w:rPr>
            </w:pPr>
            <w:r>
              <w:rPr>
                <w:b/>
                <w:color w:val="FFFFFF"/>
              </w:rPr>
              <w:t>INTERVENTO / RISULTATO RICHIESTO</w:t>
            </w:r>
          </w:p>
        </w:tc>
      </w:tr>
      <w:tr w:rsidR="00D93F19" w14:paraId="23FE5071" w14:textId="77777777">
        <w:trPr>
          <w:cantSplit/>
          <w:trHeight w:val="1134"/>
          <w:jc w:val="center"/>
        </w:trPr>
        <w:tc>
          <w:tcPr>
            <w:tcW w:w="4932" w:type="dxa"/>
            <w:shd w:val="clear" w:color="auto" w:fill="F2F6F8"/>
            <w:vAlign w:val="center"/>
          </w:tcPr>
          <w:p w14:paraId="12BD33E2" w14:textId="77777777" w:rsidR="00D93F19" w:rsidRDefault="00D93F19">
            <w:pPr>
              <w:pStyle w:val="TableText"/>
              <w:spacing w:after="30" w:line="245" w:lineRule="auto"/>
              <w:rPr>
                <w:rFonts w:hint="eastAsia"/>
              </w:rPr>
            </w:pPr>
          </w:p>
          <w:p w14:paraId="7F7C179A" w14:textId="77777777" w:rsidR="00D93F19" w:rsidRDefault="00D93F19">
            <w:pPr>
              <w:pStyle w:val="TableText"/>
              <w:spacing w:after="30" w:line="245" w:lineRule="auto"/>
              <w:rPr>
                <w:rFonts w:hint="eastAsia"/>
              </w:rPr>
            </w:pPr>
          </w:p>
          <w:p w14:paraId="56A2591E" w14:textId="77777777" w:rsidR="00D93F19" w:rsidRDefault="00D93F19">
            <w:pPr>
              <w:pStyle w:val="TableText"/>
              <w:spacing w:after="30" w:line="245" w:lineRule="auto"/>
              <w:rPr>
                <w:rFonts w:hint="eastAsia"/>
              </w:rPr>
            </w:pPr>
          </w:p>
        </w:tc>
        <w:tc>
          <w:tcPr>
            <w:tcW w:w="4932" w:type="dxa"/>
            <w:shd w:val="clear" w:color="auto" w:fill="F2F6F8"/>
            <w:vAlign w:val="center"/>
          </w:tcPr>
          <w:p w14:paraId="2D41BC93" w14:textId="77777777" w:rsidR="00D93F19" w:rsidRDefault="00D93F19">
            <w:pPr>
              <w:pStyle w:val="TableText"/>
              <w:spacing w:after="30" w:line="245" w:lineRule="auto"/>
              <w:rPr>
                <w:rFonts w:hint="eastAsia"/>
              </w:rPr>
            </w:pPr>
          </w:p>
          <w:p w14:paraId="4DEC23BA" w14:textId="77777777" w:rsidR="00D93F19" w:rsidRDefault="00D93F19">
            <w:pPr>
              <w:pStyle w:val="TableText"/>
              <w:spacing w:after="30" w:line="245" w:lineRule="auto"/>
              <w:rPr>
                <w:rFonts w:hint="eastAsia"/>
              </w:rPr>
            </w:pPr>
          </w:p>
          <w:p w14:paraId="7723659E" w14:textId="77777777" w:rsidR="00D93F19" w:rsidRDefault="00D93F19">
            <w:pPr>
              <w:pStyle w:val="TableText"/>
              <w:spacing w:after="30" w:line="245" w:lineRule="auto"/>
              <w:rPr>
                <w:rFonts w:hint="eastAsia"/>
              </w:rPr>
            </w:pPr>
          </w:p>
        </w:tc>
      </w:tr>
    </w:tbl>
    <w:p w14:paraId="6E60C435" w14:textId="77777777" w:rsidR="00D93F19" w:rsidRDefault="00D93F19">
      <w:pPr>
        <w:spacing w:after="0" w:line="20" w:lineRule="exact"/>
        <w:rPr>
          <w:rFonts w:hint="eastAsia"/>
        </w:rPr>
      </w:pPr>
    </w:p>
    <w:p w14:paraId="11541832" w14:textId="77777777" w:rsidR="00D93F19" w:rsidRDefault="00000000">
      <w:pPr>
        <w:rPr>
          <w:rFonts w:hint="eastAsia"/>
        </w:rPr>
      </w:pPr>
      <w:r>
        <w:t>Documenti / fotografie allegati e relativa data: ___________________________________________________</w:t>
      </w:r>
      <w:r>
        <w:br/>
        <w:t>________________________________________________________________________________________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739CAE4F" w14:textId="77777777">
        <w:trPr>
          <w:cantSplit/>
          <w:tblHeader/>
          <w:jc w:val="center"/>
        </w:trPr>
        <w:tc>
          <w:tcPr>
            <w:tcW w:w="3515" w:type="dxa"/>
            <w:shd w:val="clear" w:color="auto" w:fill="15344B"/>
            <w:vAlign w:val="center"/>
          </w:tcPr>
          <w:p w14:paraId="62310237"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0D2EDFD6"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5A4DBEC7" w14:textId="77777777" w:rsidR="00D93F19" w:rsidRDefault="00000000">
            <w:pPr>
              <w:pStyle w:val="TableText"/>
              <w:spacing w:after="30" w:line="245" w:lineRule="auto"/>
              <w:rPr>
                <w:rFonts w:hint="eastAsia"/>
              </w:rPr>
            </w:pPr>
            <w:r>
              <w:rPr>
                <w:b/>
                <w:color w:val="FFFFFF"/>
                <w:sz w:val="18"/>
              </w:rPr>
              <w:t>DATA E FIRMA</w:t>
            </w:r>
          </w:p>
        </w:tc>
      </w:tr>
      <w:tr w:rsidR="00D93F19" w14:paraId="3068EC87" w14:textId="77777777">
        <w:trPr>
          <w:cantSplit/>
          <w:jc w:val="center"/>
        </w:trPr>
        <w:tc>
          <w:tcPr>
            <w:tcW w:w="3515" w:type="dxa"/>
            <w:shd w:val="clear" w:color="auto" w:fill="F2F6F8"/>
            <w:vAlign w:val="center"/>
          </w:tcPr>
          <w:p w14:paraId="5CD7FA9E" w14:textId="77777777" w:rsidR="00D93F19" w:rsidRDefault="00000000">
            <w:pPr>
              <w:pStyle w:val="TableText"/>
              <w:spacing w:after="30" w:line="245" w:lineRule="auto"/>
              <w:rPr>
                <w:rFonts w:hint="eastAsia"/>
              </w:rPr>
            </w:pPr>
            <w:r>
              <w:rPr>
                <w:sz w:val="18"/>
              </w:rPr>
              <w:t>Richiedente</w:t>
            </w:r>
          </w:p>
        </w:tc>
        <w:tc>
          <w:tcPr>
            <w:tcW w:w="3175" w:type="dxa"/>
            <w:shd w:val="clear" w:color="auto" w:fill="F2F6F8"/>
            <w:vAlign w:val="center"/>
          </w:tcPr>
          <w:p w14:paraId="64B66B38"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453C2BCB" w14:textId="77777777" w:rsidR="00D93F19" w:rsidRDefault="00000000">
            <w:pPr>
              <w:pStyle w:val="TableText"/>
              <w:spacing w:after="30" w:line="245" w:lineRule="auto"/>
              <w:rPr>
                <w:rFonts w:hint="eastAsia"/>
              </w:rPr>
            </w:pPr>
            <w:r>
              <w:rPr>
                <w:sz w:val="18"/>
              </w:rPr>
              <w:t>_____________________</w:t>
            </w:r>
          </w:p>
        </w:tc>
      </w:tr>
      <w:tr w:rsidR="00D93F19" w14:paraId="0648746D" w14:textId="77777777">
        <w:trPr>
          <w:cantSplit/>
          <w:jc w:val="center"/>
        </w:trPr>
        <w:tc>
          <w:tcPr>
            <w:tcW w:w="3515" w:type="dxa"/>
            <w:vAlign w:val="center"/>
          </w:tcPr>
          <w:p w14:paraId="4446D275" w14:textId="77777777" w:rsidR="00D93F19" w:rsidRDefault="00000000">
            <w:pPr>
              <w:pStyle w:val="TableText"/>
              <w:spacing w:after="30" w:line="245" w:lineRule="auto"/>
              <w:rPr>
                <w:rFonts w:hint="eastAsia"/>
              </w:rPr>
            </w:pPr>
            <w:r>
              <w:rPr>
                <w:sz w:val="18"/>
              </w:rPr>
              <w:t>Responsabile della presa in carico</w:t>
            </w:r>
          </w:p>
        </w:tc>
        <w:tc>
          <w:tcPr>
            <w:tcW w:w="3175" w:type="dxa"/>
            <w:vAlign w:val="center"/>
          </w:tcPr>
          <w:p w14:paraId="6C049D0E"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080A1807" w14:textId="77777777" w:rsidR="00D93F19" w:rsidRDefault="00000000">
            <w:pPr>
              <w:pStyle w:val="TableText"/>
              <w:spacing w:after="30" w:line="245" w:lineRule="auto"/>
              <w:rPr>
                <w:rFonts w:hint="eastAsia"/>
              </w:rPr>
            </w:pPr>
            <w:r>
              <w:rPr>
                <w:sz w:val="18"/>
              </w:rPr>
              <w:t>_____________________</w:t>
            </w:r>
          </w:p>
        </w:tc>
      </w:tr>
    </w:tbl>
    <w:p w14:paraId="24A72FB3"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1D2B71F8" w14:textId="77777777">
        <w:trPr>
          <w:cantSplit/>
        </w:trPr>
        <w:tc>
          <w:tcPr>
            <w:tcW w:w="9866" w:type="dxa"/>
            <w:shd w:val="clear" w:color="auto" w:fill="FFF5E2"/>
            <w:vAlign w:val="center"/>
          </w:tcPr>
          <w:p w14:paraId="3CDD9F0C" w14:textId="77777777" w:rsidR="00D93F19" w:rsidRDefault="00000000">
            <w:pPr>
              <w:pStyle w:val="TableText"/>
              <w:spacing w:after="30" w:line="245" w:lineRule="auto"/>
              <w:rPr>
                <w:rFonts w:hint="eastAsia"/>
              </w:rPr>
            </w:pPr>
            <w:r>
              <w:rPr>
                <w:color w:val="A53435"/>
              </w:rPr>
              <w:t>La presa in carico apre la pratica; non autorizza il lavoro né il mantenimento in uso di una macchina con sicurezza non accertata.</w:t>
            </w:r>
          </w:p>
        </w:tc>
      </w:tr>
    </w:tbl>
    <w:p w14:paraId="26BFEC12" w14:textId="77777777" w:rsidR="00D93F19" w:rsidRDefault="00D93F19">
      <w:pPr>
        <w:spacing w:after="0" w:line="20" w:lineRule="exact"/>
        <w:rPr>
          <w:rFonts w:hint="eastAsia"/>
        </w:rPr>
      </w:pPr>
    </w:p>
    <w:p w14:paraId="2BD03220" w14:textId="77777777" w:rsidR="00D93F19" w:rsidRDefault="00000000">
      <w:pPr>
        <w:pStyle w:val="Kicker"/>
        <w:pageBreakBefore/>
        <w:rPr>
          <w:rFonts w:hint="eastAsia"/>
        </w:rPr>
      </w:pPr>
      <w:r>
        <w:t>ALLEGATO OPERATIVO • MODELLO AZIENDALE</w:t>
      </w:r>
    </w:p>
    <w:p w14:paraId="6D1FC951" w14:textId="77777777" w:rsidR="00D93F19" w:rsidRDefault="00000000">
      <w:pPr>
        <w:pStyle w:val="Titolo1"/>
      </w:pPr>
      <w:bookmarkStart w:id="39" w:name="P40"/>
      <w:r>
        <w:t>A02 | Inventario della documentazione iniziale</w:t>
      </w:r>
      <w:bookmarkEnd w:id="39"/>
    </w:p>
    <w:p w14:paraId="777B2481" w14:textId="77777777" w:rsidR="00D93F19" w:rsidRDefault="00000000">
      <w:pPr>
        <w:pStyle w:val="Small"/>
        <w:rPr>
          <w:rFonts w:hint="eastAsia"/>
        </w:rPr>
      </w:pPr>
      <w:r>
        <w:t>Pratica n. __________________  |  Macchina / matricola __________________  |  Data __________</w:t>
      </w:r>
    </w:p>
    <w:p w14:paraId="4A346146" w14:textId="77777777" w:rsidR="00D93F19" w:rsidRDefault="00000000">
      <w:pPr>
        <w:pStyle w:val="Small"/>
        <w:rPr>
          <w:rFonts w:hint="eastAsia"/>
        </w:rPr>
      </w:pPr>
      <w:r>
        <w:t>F: INAIL 2026, pp. 8–12. O: elenco di acquisizione e controllo delle versioni.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628"/>
        <w:gridCol w:w="1814"/>
        <w:gridCol w:w="4422"/>
      </w:tblGrid>
      <w:tr w:rsidR="00D93F19" w14:paraId="5FF8BE67" w14:textId="77777777">
        <w:trPr>
          <w:cantSplit/>
          <w:tblHeader/>
          <w:jc w:val="center"/>
        </w:trPr>
        <w:tc>
          <w:tcPr>
            <w:tcW w:w="3628" w:type="dxa"/>
            <w:shd w:val="clear" w:color="auto" w:fill="15344B"/>
            <w:vAlign w:val="center"/>
          </w:tcPr>
          <w:p w14:paraId="5684905F" w14:textId="77777777" w:rsidR="00D93F19" w:rsidRDefault="00000000">
            <w:pPr>
              <w:pStyle w:val="TableText"/>
              <w:spacing w:after="30" w:line="245" w:lineRule="auto"/>
              <w:rPr>
                <w:rFonts w:hint="eastAsia"/>
              </w:rPr>
            </w:pPr>
            <w:r>
              <w:rPr>
                <w:b/>
                <w:color w:val="FFFFFF"/>
                <w:sz w:val="18"/>
              </w:rPr>
              <w:t>DOCUMENTO / DATO</w:t>
            </w:r>
          </w:p>
        </w:tc>
        <w:tc>
          <w:tcPr>
            <w:tcW w:w="1814" w:type="dxa"/>
            <w:shd w:val="clear" w:color="auto" w:fill="15344B"/>
            <w:vAlign w:val="center"/>
          </w:tcPr>
          <w:p w14:paraId="36A37377" w14:textId="77777777" w:rsidR="00D93F19" w:rsidRDefault="00000000">
            <w:pPr>
              <w:pStyle w:val="TableText"/>
              <w:spacing w:after="30" w:line="245" w:lineRule="auto"/>
              <w:rPr>
                <w:rFonts w:hint="eastAsia"/>
              </w:rPr>
            </w:pPr>
            <w:r>
              <w:rPr>
                <w:b/>
                <w:color w:val="FFFFFF"/>
                <w:sz w:val="18"/>
              </w:rPr>
              <w:t>ESITO</w:t>
            </w:r>
          </w:p>
        </w:tc>
        <w:tc>
          <w:tcPr>
            <w:tcW w:w="4422" w:type="dxa"/>
            <w:shd w:val="clear" w:color="auto" w:fill="15344B"/>
            <w:vAlign w:val="center"/>
          </w:tcPr>
          <w:p w14:paraId="379165BC" w14:textId="77777777" w:rsidR="00D93F19" w:rsidRDefault="00000000">
            <w:pPr>
              <w:pStyle w:val="TableText"/>
              <w:spacing w:after="30" w:line="245" w:lineRule="auto"/>
              <w:rPr>
                <w:rFonts w:hint="eastAsia"/>
              </w:rPr>
            </w:pPr>
            <w:r>
              <w:rPr>
                <w:b/>
                <w:color w:val="FFFFFF"/>
                <w:sz w:val="18"/>
              </w:rPr>
              <w:t>IDENTIFICATIVO, REVISIONE E NOTE</w:t>
            </w:r>
          </w:p>
        </w:tc>
      </w:tr>
      <w:tr w:rsidR="00D93F19" w14:paraId="4CE28210" w14:textId="77777777">
        <w:trPr>
          <w:cantSplit/>
          <w:jc w:val="center"/>
        </w:trPr>
        <w:tc>
          <w:tcPr>
            <w:tcW w:w="3628" w:type="dxa"/>
            <w:shd w:val="clear" w:color="auto" w:fill="F2F6F8"/>
            <w:vAlign w:val="center"/>
          </w:tcPr>
          <w:p w14:paraId="64AD5ED7" w14:textId="77777777" w:rsidR="00D93F19" w:rsidRDefault="00000000">
            <w:pPr>
              <w:pStyle w:val="TableText"/>
              <w:spacing w:after="30" w:line="245" w:lineRule="auto"/>
              <w:rPr>
                <w:rFonts w:hint="eastAsia"/>
              </w:rPr>
            </w:pPr>
            <w:r>
              <w:rPr>
                <w:sz w:val="18"/>
              </w:rPr>
              <w:t>Istruzioni del fabbricante</w:t>
            </w:r>
          </w:p>
        </w:tc>
        <w:tc>
          <w:tcPr>
            <w:tcW w:w="1814" w:type="dxa"/>
            <w:shd w:val="clear" w:color="auto" w:fill="F2F6F8"/>
            <w:vAlign w:val="center"/>
          </w:tcPr>
          <w:p w14:paraId="6A1C4DBF" w14:textId="77777777" w:rsidR="00D93F19" w:rsidRDefault="00000000">
            <w:pPr>
              <w:pStyle w:val="TableText"/>
              <w:spacing w:after="30" w:line="245" w:lineRule="auto"/>
              <w:rPr>
                <w:rFonts w:hint="eastAsia"/>
              </w:rPr>
            </w:pPr>
            <w:r>
              <w:rPr>
                <w:sz w:val="18"/>
              </w:rPr>
              <w:t>□ P  □ M  □ N.A.</w:t>
            </w:r>
          </w:p>
        </w:tc>
        <w:tc>
          <w:tcPr>
            <w:tcW w:w="4422" w:type="dxa"/>
            <w:shd w:val="clear" w:color="auto" w:fill="F2F6F8"/>
            <w:vAlign w:val="center"/>
          </w:tcPr>
          <w:p w14:paraId="5ADF8AF3" w14:textId="77777777" w:rsidR="00D93F19" w:rsidRDefault="00000000">
            <w:pPr>
              <w:pStyle w:val="TableText"/>
              <w:spacing w:after="30" w:line="245" w:lineRule="auto"/>
              <w:rPr>
                <w:rFonts w:hint="eastAsia"/>
              </w:rPr>
            </w:pPr>
            <w:r>
              <w:rPr>
                <w:sz w:val="18"/>
              </w:rPr>
              <w:t>_________________________________</w:t>
            </w:r>
          </w:p>
        </w:tc>
      </w:tr>
      <w:tr w:rsidR="00D93F19" w14:paraId="47598BD3" w14:textId="77777777">
        <w:trPr>
          <w:cantSplit/>
          <w:jc w:val="center"/>
        </w:trPr>
        <w:tc>
          <w:tcPr>
            <w:tcW w:w="3628" w:type="dxa"/>
            <w:vAlign w:val="center"/>
          </w:tcPr>
          <w:p w14:paraId="28A48E55" w14:textId="77777777" w:rsidR="00D93F19" w:rsidRDefault="00000000">
            <w:pPr>
              <w:pStyle w:val="TableText"/>
              <w:spacing w:after="30" w:line="245" w:lineRule="auto"/>
              <w:rPr>
                <w:rFonts w:hint="eastAsia"/>
              </w:rPr>
            </w:pPr>
            <w:r>
              <w:rPr>
                <w:sz w:val="18"/>
              </w:rPr>
              <w:t>Dichiarazione di conformità pertinente</w:t>
            </w:r>
          </w:p>
        </w:tc>
        <w:tc>
          <w:tcPr>
            <w:tcW w:w="1814" w:type="dxa"/>
            <w:vAlign w:val="center"/>
          </w:tcPr>
          <w:p w14:paraId="4BF529A5" w14:textId="77777777" w:rsidR="00D93F19" w:rsidRDefault="00000000">
            <w:pPr>
              <w:pStyle w:val="TableText"/>
              <w:spacing w:after="30" w:line="245" w:lineRule="auto"/>
              <w:rPr>
                <w:rFonts w:hint="eastAsia"/>
              </w:rPr>
            </w:pPr>
            <w:r>
              <w:rPr>
                <w:sz w:val="18"/>
              </w:rPr>
              <w:t>□ P  □ M  □ N.A.</w:t>
            </w:r>
          </w:p>
        </w:tc>
        <w:tc>
          <w:tcPr>
            <w:tcW w:w="4422" w:type="dxa"/>
            <w:vAlign w:val="center"/>
          </w:tcPr>
          <w:p w14:paraId="174B85D2" w14:textId="77777777" w:rsidR="00D93F19" w:rsidRDefault="00000000">
            <w:pPr>
              <w:pStyle w:val="TableText"/>
              <w:spacing w:after="30" w:line="245" w:lineRule="auto"/>
              <w:rPr>
                <w:rFonts w:hint="eastAsia"/>
              </w:rPr>
            </w:pPr>
            <w:r>
              <w:rPr>
                <w:sz w:val="18"/>
              </w:rPr>
              <w:t>_________________________________</w:t>
            </w:r>
          </w:p>
        </w:tc>
      </w:tr>
      <w:tr w:rsidR="00D93F19" w14:paraId="705F1FF4" w14:textId="77777777">
        <w:trPr>
          <w:cantSplit/>
          <w:jc w:val="center"/>
        </w:trPr>
        <w:tc>
          <w:tcPr>
            <w:tcW w:w="3628" w:type="dxa"/>
            <w:shd w:val="clear" w:color="auto" w:fill="F2F6F8"/>
            <w:vAlign w:val="center"/>
          </w:tcPr>
          <w:p w14:paraId="515602E1" w14:textId="77777777" w:rsidR="00D93F19" w:rsidRDefault="00000000">
            <w:pPr>
              <w:pStyle w:val="TableText"/>
              <w:spacing w:after="30" w:line="245" w:lineRule="auto"/>
              <w:rPr>
                <w:rFonts w:hint="eastAsia"/>
              </w:rPr>
            </w:pPr>
            <w:r>
              <w:rPr>
                <w:sz w:val="18"/>
              </w:rPr>
              <w:t>Targhe e identificazione reale</w:t>
            </w:r>
          </w:p>
        </w:tc>
        <w:tc>
          <w:tcPr>
            <w:tcW w:w="1814" w:type="dxa"/>
            <w:shd w:val="clear" w:color="auto" w:fill="F2F6F8"/>
            <w:vAlign w:val="center"/>
          </w:tcPr>
          <w:p w14:paraId="6BB95AC9" w14:textId="77777777" w:rsidR="00D93F19" w:rsidRDefault="00000000">
            <w:pPr>
              <w:pStyle w:val="TableText"/>
              <w:spacing w:after="30" w:line="245" w:lineRule="auto"/>
              <w:rPr>
                <w:rFonts w:hint="eastAsia"/>
              </w:rPr>
            </w:pPr>
            <w:r>
              <w:rPr>
                <w:sz w:val="18"/>
              </w:rPr>
              <w:t>□ P  □ M  □ N.A.</w:t>
            </w:r>
          </w:p>
        </w:tc>
        <w:tc>
          <w:tcPr>
            <w:tcW w:w="4422" w:type="dxa"/>
            <w:shd w:val="clear" w:color="auto" w:fill="F2F6F8"/>
            <w:vAlign w:val="center"/>
          </w:tcPr>
          <w:p w14:paraId="40DCC42F" w14:textId="77777777" w:rsidR="00D93F19" w:rsidRDefault="00000000">
            <w:pPr>
              <w:pStyle w:val="TableText"/>
              <w:spacing w:after="30" w:line="245" w:lineRule="auto"/>
              <w:rPr>
                <w:rFonts w:hint="eastAsia"/>
              </w:rPr>
            </w:pPr>
            <w:r>
              <w:rPr>
                <w:sz w:val="18"/>
              </w:rPr>
              <w:t>_________________________________</w:t>
            </w:r>
          </w:p>
        </w:tc>
      </w:tr>
      <w:tr w:rsidR="00D93F19" w14:paraId="124CE093" w14:textId="77777777">
        <w:trPr>
          <w:cantSplit/>
          <w:jc w:val="center"/>
        </w:trPr>
        <w:tc>
          <w:tcPr>
            <w:tcW w:w="3628" w:type="dxa"/>
            <w:vAlign w:val="center"/>
          </w:tcPr>
          <w:p w14:paraId="0C59CE87" w14:textId="77777777" w:rsidR="00D93F19" w:rsidRDefault="00000000">
            <w:pPr>
              <w:pStyle w:val="TableText"/>
              <w:spacing w:after="30" w:line="245" w:lineRule="auto"/>
              <w:rPr>
                <w:rFonts w:hint="eastAsia"/>
              </w:rPr>
            </w:pPr>
            <w:r>
              <w:rPr>
                <w:sz w:val="18"/>
              </w:rPr>
              <w:t>Schemi elettrici / distinta</w:t>
            </w:r>
          </w:p>
        </w:tc>
        <w:tc>
          <w:tcPr>
            <w:tcW w:w="1814" w:type="dxa"/>
            <w:vAlign w:val="center"/>
          </w:tcPr>
          <w:p w14:paraId="6C54C052" w14:textId="77777777" w:rsidR="00D93F19" w:rsidRDefault="00000000">
            <w:pPr>
              <w:pStyle w:val="TableText"/>
              <w:spacing w:after="30" w:line="245" w:lineRule="auto"/>
              <w:rPr>
                <w:rFonts w:hint="eastAsia"/>
              </w:rPr>
            </w:pPr>
            <w:r>
              <w:rPr>
                <w:sz w:val="18"/>
              </w:rPr>
              <w:t>□ P  □ M  □ N.A.</w:t>
            </w:r>
          </w:p>
        </w:tc>
        <w:tc>
          <w:tcPr>
            <w:tcW w:w="4422" w:type="dxa"/>
            <w:vAlign w:val="center"/>
          </w:tcPr>
          <w:p w14:paraId="0A62FB3C" w14:textId="77777777" w:rsidR="00D93F19" w:rsidRDefault="00000000">
            <w:pPr>
              <w:pStyle w:val="TableText"/>
              <w:spacing w:after="30" w:line="245" w:lineRule="auto"/>
              <w:rPr>
                <w:rFonts w:hint="eastAsia"/>
              </w:rPr>
            </w:pPr>
            <w:r>
              <w:rPr>
                <w:sz w:val="18"/>
              </w:rPr>
              <w:t>_________________________________</w:t>
            </w:r>
          </w:p>
        </w:tc>
      </w:tr>
      <w:tr w:rsidR="00D93F19" w14:paraId="5596EF52" w14:textId="77777777">
        <w:trPr>
          <w:cantSplit/>
          <w:jc w:val="center"/>
        </w:trPr>
        <w:tc>
          <w:tcPr>
            <w:tcW w:w="3628" w:type="dxa"/>
            <w:shd w:val="clear" w:color="auto" w:fill="F2F6F8"/>
            <w:vAlign w:val="center"/>
          </w:tcPr>
          <w:p w14:paraId="2A502E96" w14:textId="77777777" w:rsidR="00D93F19" w:rsidRDefault="00000000">
            <w:pPr>
              <w:pStyle w:val="TableText"/>
              <w:spacing w:after="30" w:line="245" w:lineRule="auto"/>
              <w:rPr>
                <w:rFonts w:hint="eastAsia"/>
              </w:rPr>
            </w:pPr>
            <w:r>
              <w:rPr>
                <w:sz w:val="18"/>
              </w:rPr>
              <w:t>Dati di portata, geometria e masse</w:t>
            </w:r>
          </w:p>
        </w:tc>
        <w:tc>
          <w:tcPr>
            <w:tcW w:w="1814" w:type="dxa"/>
            <w:shd w:val="clear" w:color="auto" w:fill="F2F6F8"/>
            <w:vAlign w:val="center"/>
          </w:tcPr>
          <w:p w14:paraId="6117F965" w14:textId="77777777" w:rsidR="00D93F19" w:rsidRDefault="00000000">
            <w:pPr>
              <w:pStyle w:val="TableText"/>
              <w:spacing w:after="30" w:line="245" w:lineRule="auto"/>
              <w:rPr>
                <w:rFonts w:hint="eastAsia"/>
              </w:rPr>
            </w:pPr>
            <w:r>
              <w:rPr>
                <w:sz w:val="18"/>
              </w:rPr>
              <w:t>□ P  □ M  □ N.A.</w:t>
            </w:r>
          </w:p>
        </w:tc>
        <w:tc>
          <w:tcPr>
            <w:tcW w:w="4422" w:type="dxa"/>
            <w:shd w:val="clear" w:color="auto" w:fill="F2F6F8"/>
            <w:vAlign w:val="center"/>
          </w:tcPr>
          <w:p w14:paraId="6FC78DC7" w14:textId="77777777" w:rsidR="00D93F19" w:rsidRDefault="00000000">
            <w:pPr>
              <w:pStyle w:val="TableText"/>
              <w:spacing w:after="30" w:line="245" w:lineRule="auto"/>
              <w:rPr>
                <w:rFonts w:hint="eastAsia"/>
              </w:rPr>
            </w:pPr>
            <w:r>
              <w:rPr>
                <w:sz w:val="18"/>
              </w:rPr>
              <w:t>_________________________________</w:t>
            </w:r>
          </w:p>
        </w:tc>
      </w:tr>
      <w:tr w:rsidR="00D93F19" w14:paraId="24B4C7D8" w14:textId="77777777">
        <w:trPr>
          <w:cantSplit/>
          <w:jc w:val="center"/>
        </w:trPr>
        <w:tc>
          <w:tcPr>
            <w:tcW w:w="3628" w:type="dxa"/>
            <w:vAlign w:val="center"/>
          </w:tcPr>
          <w:p w14:paraId="1A680983" w14:textId="77777777" w:rsidR="00D93F19" w:rsidRDefault="00000000">
            <w:pPr>
              <w:pStyle w:val="TableText"/>
              <w:spacing w:after="30" w:line="245" w:lineRule="auto"/>
              <w:rPr>
                <w:rFonts w:hint="eastAsia"/>
              </w:rPr>
            </w:pPr>
            <w:r>
              <w:rPr>
                <w:sz w:val="18"/>
              </w:rPr>
              <w:t>Parametri e funzioni di sicurezza</w:t>
            </w:r>
          </w:p>
        </w:tc>
        <w:tc>
          <w:tcPr>
            <w:tcW w:w="1814" w:type="dxa"/>
            <w:vAlign w:val="center"/>
          </w:tcPr>
          <w:p w14:paraId="2441AF92" w14:textId="77777777" w:rsidR="00D93F19" w:rsidRDefault="00000000">
            <w:pPr>
              <w:pStyle w:val="TableText"/>
              <w:spacing w:after="30" w:line="245" w:lineRule="auto"/>
              <w:rPr>
                <w:rFonts w:hint="eastAsia"/>
              </w:rPr>
            </w:pPr>
            <w:r>
              <w:rPr>
                <w:sz w:val="18"/>
              </w:rPr>
              <w:t>□ P  □ M  □ N.A.</w:t>
            </w:r>
          </w:p>
        </w:tc>
        <w:tc>
          <w:tcPr>
            <w:tcW w:w="4422" w:type="dxa"/>
            <w:vAlign w:val="center"/>
          </w:tcPr>
          <w:p w14:paraId="06F94ABC" w14:textId="77777777" w:rsidR="00D93F19" w:rsidRDefault="00000000">
            <w:pPr>
              <w:pStyle w:val="TableText"/>
              <w:spacing w:after="30" w:line="245" w:lineRule="auto"/>
              <w:rPr>
                <w:rFonts w:hint="eastAsia"/>
              </w:rPr>
            </w:pPr>
            <w:r>
              <w:rPr>
                <w:sz w:val="18"/>
              </w:rPr>
              <w:t>_________________________________</w:t>
            </w:r>
          </w:p>
        </w:tc>
      </w:tr>
      <w:tr w:rsidR="00D93F19" w14:paraId="16815050" w14:textId="77777777">
        <w:trPr>
          <w:cantSplit/>
          <w:jc w:val="center"/>
        </w:trPr>
        <w:tc>
          <w:tcPr>
            <w:tcW w:w="3628" w:type="dxa"/>
            <w:shd w:val="clear" w:color="auto" w:fill="F2F6F8"/>
            <w:vAlign w:val="center"/>
          </w:tcPr>
          <w:p w14:paraId="46637020" w14:textId="77777777" w:rsidR="00D93F19" w:rsidRDefault="00000000">
            <w:pPr>
              <w:pStyle w:val="TableText"/>
              <w:spacing w:after="30" w:line="245" w:lineRule="auto"/>
              <w:rPr>
                <w:rFonts w:hint="eastAsia"/>
              </w:rPr>
            </w:pPr>
            <w:r>
              <w:rPr>
                <w:sz w:val="18"/>
              </w:rPr>
              <w:t>Registro di controllo / manutenzione</w:t>
            </w:r>
          </w:p>
        </w:tc>
        <w:tc>
          <w:tcPr>
            <w:tcW w:w="1814" w:type="dxa"/>
            <w:shd w:val="clear" w:color="auto" w:fill="F2F6F8"/>
            <w:vAlign w:val="center"/>
          </w:tcPr>
          <w:p w14:paraId="6FD1607A" w14:textId="77777777" w:rsidR="00D93F19" w:rsidRDefault="00000000">
            <w:pPr>
              <w:pStyle w:val="TableText"/>
              <w:spacing w:after="30" w:line="245" w:lineRule="auto"/>
              <w:rPr>
                <w:rFonts w:hint="eastAsia"/>
              </w:rPr>
            </w:pPr>
            <w:r>
              <w:rPr>
                <w:sz w:val="18"/>
              </w:rPr>
              <w:t>□ P  □ M  □ N.A.</w:t>
            </w:r>
          </w:p>
        </w:tc>
        <w:tc>
          <w:tcPr>
            <w:tcW w:w="4422" w:type="dxa"/>
            <w:shd w:val="clear" w:color="auto" w:fill="F2F6F8"/>
            <w:vAlign w:val="center"/>
          </w:tcPr>
          <w:p w14:paraId="4E6F14E4" w14:textId="77777777" w:rsidR="00D93F19" w:rsidRDefault="00000000">
            <w:pPr>
              <w:pStyle w:val="TableText"/>
              <w:spacing w:after="30" w:line="245" w:lineRule="auto"/>
              <w:rPr>
                <w:rFonts w:hint="eastAsia"/>
              </w:rPr>
            </w:pPr>
            <w:r>
              <w:rPr>
                <w:sz w:val="18"/>
              </w:rPr>
              <w:t>_________________________________</w:t>
            </w:r>
          </w:p>
        </w:tc>
      </w:tr>
      <w:tr w:rsidR="00D93F19" w14:paraId="1B161EE4" w14:textId="77777777">
        <w:trPr>
          <w:cantSplit/>
          <w:jc w:val="center"/>
        </w:trPr>
        <w:tc>
          <w:tcPr>
            <w:tcW w:w="3628" w:type="dxa"/>
            <w:vAlign w:val="center"/>
          </w:tcPr>
          <w:p w14:paraId="79F2CC99" w14:textId="77777777" w:rsidR="00D93F19" w:rsidRDefault="00000000">
            <w:pPr>
              <w:pStyle w:val="TableText"/>
              <w:spacing w:after="30" w:line="245" w:lineRule="auto"/>
              <w:rPr>
                <w:rFonts w:hint="eastAsia"/>
              </w:rPr>
            </w:pPr>
            <w:r>
              <w:rPr>
                <w:sz w:val="18"/>
              </w:rPr>
              <w:t>Verbali delle verifiche periodiche</w:t>
            </w:r>
          </w:p>
        </w:tc>
        <w:tc>
          <w:tcPr>
            <w:tcW w:w="1814" w:type="dxa"/>
            <w:vAlign w:val="center"/>
          </w:tcPr>
          <w:p w14:paraId="72A00AFB" w14:textId="77777777" w:rsidR="00D93F19" w:rsidRDefault="00000000">
            <w:pPr>
              <w:pStyle w:val="TableText"/>
              <w:spacing w:after="30" w:line="245" w:lineRule="auto"/>
              <w:rPr>
                <w:rFonts w:hint="eastAsia"/>
              </w:rPr>
            </w:pPr>
            <w:r>
              <w:rPr>
                <w:sz w:val="18"/>
              </w:rPr>
              <w:t>□ P  □ M  □ N.A.</w:t>
            </w:r>
          </w:p>
        </w:tc>
        <w:tc>
          <w:tcPr>
            <w:tcW w:w="4422" w:type="dxa"/>
            <w:vAlign w:val="center"/>
          </w:tcPr>
          <w:p w14:paraId="00D233B4" w14:textId="77777777" w:rsidR="00D93F19" w:rsidRDefault="00000000">
            <w:pPr>
              <w:pStyle w:val="TableText"/>
              <w:spacing w:after="30" w:line="245" w:lineRule="auto"/>
              <w:rPr>
                <w:rFonts w:hint="eastAsia"/>
              </w:rPr>
            </w:pPr>
            <w:r>
              <w:rPr>
                <w:sz w:val="18"/>
              </w:rPr>
              <w:t>_________________________________</w:t>
            </w:r>
          </w:p>
        </w:tc>
      </w:tr>
      <w:tr w:rsidR="00D93F19" w14:paraId="466157C6" w14:textId="77777777">
        <w:trPr>
          <w:cantSplit/>
          <w:jc w:val="center"/>
        </w:trPr>
        <w:tc>
          <w:tcPr>
            <w:tcW w:w="3628" w:type="dxa"/>
            <w:shd w:val="clear" w:color="auto" w:fill="F2F6F8"/>
            <w:vAlign w:val="center"/>
          </w:tcPr>
          <w:p w14:paraId="3AABC189" w14:textId="77777777" w:rsidR="00D93F19" w:rsidRDefault="00000000">
            <w:pPr>
              <w:pStyle w:val="TableText"/>
              <w:spacing w:after="30" w:line="245" w:lineRule="auto"/>
              <w:rPr>
                <w:rFonts w:hint="eastAsia"/>
              </w:rPr>
            </w:pPr>
            <w:r>
              <w:rPr>
                <w:sz w:val="18"/>
              </w:rPr>
              <w:t>Rapporti di precedenti interventi</w:t>
            </w:r>
          </w:p>
        </w:tc>
        <w:tc>
          <w:tcPr>
            <w:tcW w:w="1814" w:type="dxa"/>
            <w:shd w:val="clear" w:color="auto" w:fill="F2F6F8"/>
            <w:vAlign w:val="center"/>
          </w:tcPr>
          <w:p w14:paraId="6A2C664B" w14:textId="77777777" w:rsidR="00D93F19" w:rsidRDefault="00000000">
            <w:pPr>
              <w:pStyle w:val="TableText"/>
              <w:spacing w:after="30" w:line="245" w:lineRule="auto"/>
              <w:rPr>
                <w:rFonts w:hint="eastAsia"/>
              </w:rPr>
            </w:pPr>
            <w:r>
              <w:rPr>
                <w:sz w:val="18"/>
              </w:rPr>
              <w:t>□ P  □ M  □ N.A.</w:t>
            </w:r>
          </w:p>
        </w:tc>
        <w:tc>
          <w:tcPr>
            <w:tcW w:w="4422" w:type="dxa"/>
            <w:shd w:val="clear" w:color="auto" w:fill="F2F6F8"/>
            <w:vAlign w:val="center"/>
          </w:tcPr>
          <w:p w14:paraId="445D3259" w14:textId="77777777" w:rsidR="00D93F19" w:rsidRDefault="00000000">
            <w:pPr>
              <w:pStyle w:val="TableText"/>
              <w:spacing w:after="30" w:line="245" w:lineRule="auto"/>
              <w:rPr>
                <w:rFonts w:hint="eastAsia"/>
              </w:rPr>
            </w:pPr>
            <w:r>
              <w:rPr>
                <w:sz w:val="18"/>
              </w:rPr>
              <w:t>_________________________________</w:t>
            </w:r>
          </w:p>
        </w:tc>
      </w:tr>
      <w:tr w:rsidR="00D93F19" w14:paraId="687BB4CF" w14:textId="77777777">
        <w:trPr>
          <w:cantSplit/>
          <w:jc w:val="center"/>
        </w:trPr>
        <w:tc>
          <w:tcPr>
            <w:tcW w:w="3628" w:type="dxa"/>
            <w:vAlign w:val="center"/>
          </w:tcPr>
          <w:p w14:paraId="1F711FCC" w14:textId="77777777" w:rsidR="00D93F19" w:rsidRDefault="00000000">
            <w:pPr>
              <w:pStyle w:val="TableText"/>
              <w:spacing w:after="30" w:line="245" w:lineRule="auto"/>
              <w:rPr>
                <w:rFonts w:hint="eastAsia"/>
              </w:rPr>
            </w:pPr>
            <w:r>
              <w:rPr>
                <w:sz w:val="18"/>
              </w:rPr>
              <w:t>Dati e idoneità dei sostegni / vie di corsa</w:t>
            </w:r>
          </w:p>
        </w:tc>
        <w:tc>
          <w:tcPr>
            <w:tcW w:w="1814" w:type="dxa"/>
            <w:vAlign w:val="center"/>
          </w:tcPr>
          <w:p w14:paraId="51DD98EB" w14:textId="77777777" w:rsidR="00D93F19" w:rsidRDefault="00000000">
            <w:pPr>
              <w:pStyle w:val="TableText"/>
              <w:spacing w:after="30" w:line="245" w:lineRule="auto"/>
              <w:rPr>
                <w:rFonts w:hint="eastAsia"/>
              </w:rPr>
            </w:pPr>
            <w:r>
              <w:rPr>
                <w:sz w:val="18"/>
              </w:rPr>
              <w:t>□ P  □ M  □ N.A.</w:t>
            </w:r>
          </w:p>
        </w:tc>
        <w:tc>
          <w:tcPr>
            <w:tcW w:w="4422" w:type="dxa"/>
            <w:vAlign w:val="center"/>
          </w:tcPr>
          <w:p w14:paraId="3D4057F9" w14:textId="77777777" w:rsidR="00D93F19" w:rsidRDefault="00000000">
            <w:pPr>
              <w:pStyle w:val="TableText"/>
              <w:spacing w:after="30" w:line="245" w:lineRule="auto"/>
              <w:rPr>
                <w:rFonts w:hint="eastAsia"/>
              </w:rPr>
            </w:pPr>
            <w:r>
              <w:rPr>
                <w:sz w:val="18"/>
              </w:rPr>
              <w:t>_________________________________</w:t>
            </w:r>
          </w:p>
        </w:tc>
      </w:tr>
      <w:tr w:rsidR="00D93F19" w14:paraId="770BC06F" w14:textId="77777777">
        <w:trPr>
          <w:cantSplit/>
          <w:jc w:val="center"/>
        </w:trPr>
        <w:tc>
          <w:tcPr>
            <w:tcW w:w="3628" w:type="dxa"/>
            <w:shd w:val="clear" w:color="auto" w:fill="F2F6F8"/>
            <w:vAlign w:val="center"/>
          </w:tcPr>
          <w:p w14:paraId="6CD462BB" w14:textId="77777777" w:rsidR="00D93F19" w:rsidRDefault="00000000">
            <w:pPr>
              <w:pStyle w:val="TableText"/>
              <w:spacing w:after="30" w:line="245" w:lineRule="auto"/>
              <w:rPr>
                <w:rFonts w:hint="eastAsia"/>
              </w:rPr>
            </w:pPr>
            <w:r>
              <w:rPr>
                <w:sz w:val="18"/>
              </w:rPr>
              <w:t>Documenti accessori e componenti</w:t>
            </w:r>
          </w:p>
        </w:tc>
        <w:tc>
          <w:tcPr>
            <w:tcW w:w="1814" w:type="dxa"/>
            <w:shd w:val="clear" w:color="auto" w:fill="F2F6F8"/>
            <w:vAlign w:val="center"/>
          </w:tcPr>
          <w:p w14:paraId="2ADC919A" w14:textId="77777777" w:rsidR="00D93F19" w:rsidRDefault="00000000">
            <w:pPr>
              <w:pStyle w:val="TableText"/>
              <w:spacing w:after="30" w:line="245" w:lineRule="auto"/>
              <w:rPr>
                <w:rFonts w:hint="eastAsia"/>
              </w:rPr>
            </w:pPr>
            <w:r>
              <w:rPr>
                <w:sz w:val="18"/>
              </w:rPr>
              <w:t>□ P  □ M  □ N.A.</w:t>
            </w:r>
          </w:p>
        </w:tc>
        <w:tc>
          <w:tcPr>
            <w:tcW w:w="4422" w:type="dxa"/>
            <w:shd w:val="clear" w:color="auto" w:fill="F2F6F8"/>
            <w:vAlign w:val="center"/>
          </w:tcPr>
          <w:p w14:paraId="6ACA898C" w14:textId="77777777" w:rsidR="00D93F19" w:rsidRDefault="00000000">
            <w:pPr>
              <w:pStyle w:val="TableText"/>
              <w:spacing w:after="30" w:line="245" w:lineRule="auto"/>
              <w:rPr>
                <w:rFonts w:hint="eastAsia"/>
              </w:rPr>
            </w:pPr>
            <w:r>
              <w:rPr>
                <w:sz w:val="18"/>
              </w:rPr>
              <w:t>_________________________________</w:t>
            </w:r>
          </w:p>
        </w:tc>
      </w:tr>
      <w:tr w:rsidR="00D93F19" w14:paraId="249D2A7F" w14:textId="77777777">
        <w:trPr>
          <w:cantSplit/>
          <w:jc w:val="center"/>
        </w:trPr>
        <w:tc>
          <w:tcPr>
            <w:tcW w:w="3628" w:type="dxa"/>
            <w:vAlign w:val="center"/>
          </w:tcPr>
          <w:p w14:paraId="18E256D7" w14:textId="77777777" w:rsidR="00D93F19" w:rsidRDefault="00000000">
            <w:pPr>
              <w:pStyle w:val="TableText"/>
              <w:spacing w:after="30" w:line="245" w:lineRule="auto"/>
              <w:rPr>
                <w:rFonts w:hint="eastAsia"/>
              </w:rPr>
            </w:pPr>
            <w:r>
              <w:rPr>
                <w:sz w:val="18"/>
              </w:rPr>
              <w:t>Risposte / istruzioni integrative del fabbricante</w:t>
            </w:r>
          </w:p>
        </w:tc>
        <w:tc>
          <w:tcPr>
            <w:tcW w:w="1814" w:type="dxa"/>
            <w:vAlign w:val="center"/>
          </w:tcPr>
          <w:p w14:paraId="3E2A3AF7" w14:textId="77777777" w:rsidR="00D93F19" w:rsidRDefault="00000000">
            <w:pPr>
              <w:pStyle w:val="TableText"/>
              <w:spacing w:after="30" w:line="245" w:lineRule="auto"/>
              <w:rPr>
                <w:rFonts w:hint="eastAsia"/>
              </w:rPr>
            </w:pPr>
            <w:r>
              <w:rPr>
                <w:sz w:val="18"/>
              </w:rPr>
              <w:t>□ P  □ M  □ N.A.</w:t>
            </w:r>
          </w:p>
        </w:tc>
        <w:tc>
          <w:tcPr>
            <w:tcW w:w="4422" w:type="dxa"/>
            <w:vAlign w:val="center"/>
          </w:tcPr>
          <w:p w14:paraId="7524ECCB" w14:textId="77777777" w:rsidR="00D93F19" w:rsidRDefault="00000000">
            <w:pPr>
              <w:pStyle w:val="TableText"/>
              <w:spacing w:after="30" w:line="245" w:lineRule="auto"/>
              <w:rPr>
                <w:rFonts w:hint="eastAsia"/>
              </w:rPr>
            </w:pPr>
            <w:r>
              <w:rPr>
                <w:sz w:val="18"/>
              </w:rPr>
              <w:t>_________________________________</w:t>
            </w:r>
          </w:p>
        </w:tc>
      </w:tr>
      <w:tr w:rsidR="00D93F19" w14:paraId="643D9BD5" w14:textId="77777777">
        <w:trPr>
          <w:cantSplit/>
          <w:jc w:val="center"/>
        </w:trPr>
        <w:tc>
          <w:tcPr>
            <w:tcW w:w="3628" w:type="dxa"/>
            <w:shd w:val="clear" w:color="auto" w:fill="F2F6F8"/>
            <w:vAlign w:val="center"/>
          </w:tcPr>
          <w:p w14:paraId="3C7422A1" w14:textId="77777777" w:rsidR="00D93F19" w:rsidRDefault="00000000">
            <w:pPr>
              <w:pStyle w:val="TableText"/>
              <w:spacing w:after="30" w:line="245" w:lineRule="auto"/>
              <w:rPr>
                <w:rFonts w:hint="eastAsia"/>
              </w:rPr>
            </w:pPr>
            <w:r>
              <w:rPr>
                <w:sz w:val="18"/>
              </w:rPr>
              <w:t>Dati ambientali e interferenze</w:t>
            </w:r>
          </w:p>
        </w:tc>
        <w:tc>
          <w:tcPr>
            <w:tcW w:w="1814" w:type="dxa"/>
            <w:shd w:val="clear" w:color="auto" w:fill="F2F6F8"/>
            <w:vAlign w:val="center"/>
          </w:tcPr>
          <w:p w14:paraId="4E6141D2" w14:textId="77777777" w:rsidR="00D93F19" w:rsidRDefault="00000000">
            <w:pPr>
              <w:pStyle w:val="TableText"/>
              <w:spacing w:after="30" w:line="245" w:lineRule="auto"/>
              <w:rPr>
                <w:rFonts w:hint="eastAsia"/>
              </w:rPr>
            </w:pPr>
            <w:r>
              <w:rPr>
                <w:sz w:val="18"/>
              </w:rPr>
              <w:t>□ P  □ M  □ N.A.</w:t>
            </w:r>
          </w:p>
        </w:tc>
        <w:tc>
          <w:tcPr>
            <w:tcW w:w="4422" w:type="dxa"/>
            <w:shd w:val="clear" w:color="auto" w:fill="F2F6F8"/>
            <w:vAlign w:val="center"/>
          </w:tcPr>
          <w:p w14:paraId="0426EC23" w14:textId="77777777" w:rsidR="00D93F19" w:rsidRDefault="00000000">
            <w:pPr>
              <w:pStyle w:val="TableText"/>
              <w:spacing w:after="30" w:line="245" w:lineRule="auto"/>
              <w:rPr>
                <w:rFonts w:hint="eastAsia"/>
              </w:rPr>
            </w:pPr>
            <w:r>
              <w:rPr>
                <w:sz w:val="18"/>
              </w:rPr>
              <w:t>_________________________________</w:t>
            </w:r>
          </w:p>
        </w:tc>
      </w:tr>
    </w:tbl>
    <w:p w14:paraId="2A901F29" w14:textId="77777777" w:rsidR="00D93F19" w:rsidRDefault="00D93F19">
      <w:pPr>
        <w:spacing w:after="0" w:line="20" w:lineRule="exact"/>
        <w:rPr>
          <w:rFonts w:hint="eastAsia"/>
        </w:rPr>
      </w:pPr>
    </w:p>
    <w:p w14:paraId="76082722" w14:textId="77777777" w:rsidR="00D93F19" w:rsidRDefault="00000000">
      <w:pPr>
        <w:pStyle w:val="Small"/>
        <w:rPr>
          <w:rFonts w:hint="eastAsia"/>
        </w:rPr>
      </w:pPr>
      <w:r>
        <w:t>P = presente e coerente; M = mancante/incompleto. Il solo possesso del documento non dimostra la corrispondenza con la macchina: verificare identificazione e configurazione. Motivare tutti i N.A.</w:t>
      </w:r>
    </w:p>
    <w:p w14:paraId="31D228E1" w14:textId="77777777" w:rsidR="00D93F19" w:rsidRDefault="00000000">
      <w:pPr>
        <w:pStyle w:val="Titolo2"/>
      </w:pPr>
      <w:r>
        <w:t>Discrepanze e piano di recupero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535"/>
        <w:gridCol w:w="5329"/>
      </w:tblGrid>
      <w:tr w:rsidR="00D93F19" w14:paraId="42405F14" w14:textId="77777777">
        <w:trPr>
          <w:cantSplit/>
          <w:tblHeader/>
          <w:jc w:val="center"/>
        </w:trPr>
        <w:tc>
          <w:tcPr>
            <w:tcW w:w="4535" w:type="dxa"/>
            <w:shd w:val="clear" w:color="auto" w:fill="15344B"/>
            <w:vAlign w:val="center"/>
          </w:tcPr>
          <w:p w14:paraId="66771E5F" w14:textId="77777777" w:rsidR="00D93F19" w:rsidRDefault="00000000">
            <w:pPr>
              <w:pStyle w:val="TableText"/>
              <w:spacing w:after="30" w:line="245" w:lineRule="auto"/>
              <w:rPr>
                <w:rFonts w:hint="eastAsia"/>
              </w:rPr>
            </w:pPr>
            <w:r>
              <w:rPr>
                <w:b/>
                <w:color w:val="FFFFFF"/>
              </w:rPr>
              <w:t>DATO / DOCUMENTO NON RISOLTO</w:t>
            </w:r>
          </w:p>
        </w:tc>
        <w:tc>
          <w:tcPr>
            <w:tcW w:w="5329" w:type="dxa"/>
            <w:shd w:val="clear" w:color="auto" w:fill="15344B"/>
            <w:vAlign w:val="center"/>
          </w:tcPr>
          <w:p w14:paraId="02D50C2A" w14:textId="77777777" w:rsidR="00D93F19" w:rsidRDefault="00000000">
            <w:pPr>
              <w:pStyle w:val="TableText"/>
              <w:spacing w:after="30" w:line="245" w:lineRule="auto"/>
              <w:rPr>
                <w:rFonts w:hint="eastAsia"/>
              </w:rPr>
            </w:pPr>
            <w:r>
              <w:rPr>
                <w:b/>
                <w:color w:val="FFFFFF"/>
              </w:rPr>
              <w:t>AZIONE, RESPONSABILE E TERMINE</w:t>
            </w:r>
          </w:p>
        </w:tc>
      </w:tr>
      <w:tr w:rsidR="00D93F19" w14:paraId="44028554" w14:textId="77777777">
        <w:trPr>
          <w:cantSplit/>
          <w:trHeight w:val="454"/>
          <w:jc w:val="center"/>
        </w:trPr>
        <w:tc>
          <w:tcPr>
            <w:tcW w:w="4535" w:type="dxa"/>
            <w:shd w:val="clear" w:color="auto" w:fill="F2F6F8"/>
            <w:vAlign w:val="center"/>
          </w:tcPr>
          <w:p w14:paraId="3A8C6879" w14:textId="77777777" w:rsidR="00D93F19" w:rsidRDefault="00D93F19">
            <w:pPr>
              <w:pStyle w:val="TableText"/>
              <w:spacing w:after="30" w:line="245" w:lineRule="auto"/>
              <w:rPr>
                <w:rFonts w:hint="eastAsia"/>
              </w:rPr>
            </w:pPr>
          </w:p>
        </w:tc>
        <w:tc>
          <w:tcPr>
            <w:tcW w:w="5329" w:type="dxa"/>
            <w:shd w:val="clear" w:color="auto" w:fill="F2F6F8"/>
            <w:vAlign w:val="center"/>
          </w:tcPr>
          <w:p w14:paraId="3790AB25" w14:textId="77777777" w:rsidR="00D93F19" w:rsidRDefault="00D93F19">
            <w:pPr>
              <w:pStyle w:val="TableText"/>
              <w:spacing w:after="30" w:line="245" w:lineRule="auto"/>
              <w:rPr>
                <w:rFonts w:hint="eastAsia"/>
              </w:rPr>
            </w:pPr>
          </w:p>
        </w:tc>
      </w:tr>
      <w:tr w:rsidR="00D93F19" w14:paraId="371673D9" w14:textId="77777777">
        <w:trPr>
          <w:cantSplit/>
          <w:trHeight w:val="454"/>
          <w:jc w:val="center"/>
        </w:trPr>
        <w:tc>
          <w:tcPr>
            <w:tcW w:w="4535" w:type="dxa"/>
            <w:vAlign w:val="center"/>
          </w:tcPr>
          <w:p w14:paraId="2FC1CE05" w14:textId="77777777" w:rsidR="00D93F19" w:rsidRDefault="00D93F19">
            <w:pPr>
              <w:pStyle w:val="TableText"/>
              <w:spacing w:after="30" w:line="245" w:lineRule="auto"/>
              <w:rPr>
                <w:rFonts w:hint="eastAsia"/>
              </w:rPr>
            </w:pPr>
          </w:p>
        </w:tc>
        <w:tc>
          <w:tcPr>
            <w:tcW w:w="5329" w:type="dxa"/>
            <w:vAlign w:val="center"/>
          </w:tcPr>
          <w:p w14:paraId="39095BE0" w14:textId="77777777" w:rsidR="00D93F19" w:rsidRDefault="00D93F19">
            <w:pPr>
              <w:pStyle w:val="TableText"/>
              <w:spacing w:after="30" w:line="245" w:lineRule="auto"/>
              <w:rPr>
                <w:rFonts w:hint="eastAsia"/>
              </w:rPr>
            </w:pPr>
          </w:p>
        </w:tc>
      </w:tr>
      <w:tr w:rsidR="00D93F19" w14:paraId="3016F571" w14:textId="77777777">
        <w:trPr>
          <w:cantSplit/>
          <w:trHeight w:val="454"/>
          <w:jc w:val="center"/>
        </w:trPr>
        <w:tc>
          <w:tcPr>
            <w:tcW w:w="4535" w:type="dxa"/>
            <w:shd w:val="clear" w:color="auto" w:fill="F2F6F8"/>
            <w:vAlign w:val="center"/>
          </w:tcPr>
          <w:p w14:paraId="73670CA4" w14:textId="77777777" w:rsidR="00D93F19" w:rsidRDefault="00D93F19">
            <w:pPr>
              <w:pStyle w:val="TableText"/>
              <w:spacing w:after="30" w:line="245" w:lineRule="auto"/>
              <w:rPr>
                <w:rFonts w:hint="eastAsia"/>
              </w:rPr>
            </w:pPr>
          </w:p>
        </w:tc>
        <w:tc>
          <w:tcPr>
            <w:tcW w:w="5329" w:type="dxa"/>
            <w:shd w:val="clear" w:color="auto" w:fill="F2F6F8"/>
            <w:vAlign w:val="center"/>
          </w:tcPr>
          <w:p w14:paraId="535CF45A" w14:textId="77777777" w:rsidR="00D93F19" w:rsidRDefault="00D93F19">
            <w:pPr>
              <w:pStyle w:val="TableText"/>
              <w:spacing w:after="30" w:line="245" w:lineRule="auto"/>
              <w:rPr>
                <w:rFonts w:hint="eastAsia"/>
              </w:rPr>
            </w:pPr>
          </w:p>
        </w:tc>
      </w:tr>
    </w:tbl>
    <w:p w14:paraId="7BD2B43B"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CCDA253" w14:textId="77777777">
        <w:trPr>
          <w:cantSplit/>
          <w:tblHeader/>
          <w:jc w:val="center"/>
        </w:trPr>
        <w:tc>
          <w:tcPr>
            <w:tcW w:w="2891" w:type="dxa"/>
            <w:shd w:val="clear" w:color="auto" w:fill="15344B"/>
            <w:vAlign w:val="center"/>
          </w:tcPr>
          <w:p w14:paraId="5D5946E0"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4500DA90" w14:textId="77777777" w:rsidR="00D93F19" w:rsidRDefault="00000000">
            <w:pPr>
              <w:pStyle w:val="TableText"/>
              <w:spacing w:after="30" w:line="245" w:lineRule="auto"/>
              <w:rPr>
                <w:rFonts w:hint="eastAsia"/>
              </w:rPr>
            </w:pPr>
            <w:r>
              <w:rPr>
                <w:b/>
                <w:color w:val="FFFFFF"/>
              </w:rPr>
              <w:t>COMPILAZIONE</w:t>
            </w:r>
          </w:p>
        </w:tc>
      </w:tr>
      <w:tr w:rsidR="00D93F19" w14:paraId="2F19EA3E" w14:textId="77777777">
        <w:trPr>
          <w:cantSplit/>
          <w:jc w:val="center"/>
        </w:trPr>
        <w:tc>
          <w:tcPr>
            <w:tcW w:w="2891" w:type="dxa"/>
            <w:shd w:val="clear" w:color="auto" w:fill="F2F6F8"/>
            <w:vAlign w:val="center"/>
          </w:tcPr>
          <w:p w14:paraId="07D92618" w14:textId="77777777" w:rsidR="00D93F19" w:rsidRDefault="00000000">
            <w:pPr>
              <w:pStyle w:val="TableText"/>
              <w:spacing w:after="30" w:line="245" w:lineRule="auto"/>
              <w:rPr>
                <w:rFonts w:hint="eastAsia"/>
              </w:rPr>
            </w:pPr>
            <w:r>
              <w:t>Esito G1</w:t>
            </w:r>
          </w:p>
        </w:tc>
        <w:tc>
          <w:tcPr>
            <w:tcW w:w="6973" w:type="dxa"/>
            <w:shd w:val="clear" w:color="auto" w:fill="F2F6F8"/>
            <w:vAlign w:val="center"/>
          </w:tcPr>
          <w:p w14:paraId="30971553" w14:textId="77777777" w:rsidR="00D93F19" w:rsidRDefault="00000000">
            <w:pPr>
              <w:pStyle w:val="TableText"/>
              <w:spacing w:after="30" w:line="245" w:lineRule="auto"/>
              <w:rPr>
                <w:rFonts w:hint="eastAsia"/>
              </w:rPr>
            </w:pPr>
            <w:r>
              <w:t>□ Dati sufficienti  □ Integrazione necessaria  □ Valutazione sospesa</w:t>
            </w:r>
          </w:p>
        </w:tc>
      </w:tr>
      <w:tr w:rsidR="00D93F19" w14:paraId="77A42088" w14:textId="77777777">
        <w:trPr>
          <w:cantSplit/>
          <w:jc w:val="center"/>
        </w:trPr>
        <w:tc>
          <w:tcPr>
            <w:tcW w:w="2891" w:type="dxa"/>
            <w:vAlign w:val="center"/>
          </w:tcPr>
          <w:p w14:paraId="103C253E" w14:textId="77777777" w:rsidR="00D93F19" w:rsidRDefault="00000000">
            <w:pPr>
              <w:pStyle w:val="TableText"/>
              <w:spacing w:after="30" w:line="245" w:lineRule="auto"/>
              <w:rPr>
                <w:rFonts w:hint="eastAsia"/>
              </w:rPr>
            </w:pPr>
            <w:r>
              <w:t>Motivazione / dati critici</w:t>
            </w:r>
          </w:p>
        </w:tc>
        <w:tc>
          <w:tcPr>
            <w:tcW w:w="6973" w:type="dxa"/>
            <w:vAlign w:val="center"/>
          </w:tcPr>
          <w:p w14:paraId="6E6D7165" w14:textId="77777777" w:rsidR="00D93F19" w:rsidRDefault="00000000">
            <w:pPr>
              <w:pStyle w:val="TableText"/>
              <w:spacing w:after="30" w:line="245" w:lineRule="auto"/>
              <w:rPr>
                <w:rFonts w:hint="eastAsia"/>
              </w:rPr>
            </w:pPr>
            <w:r>
              <w:t>________________________________________________________</w:t>
            </w:r>
          </w:p>
        </w:tc>
      </w:tr>
    </w:tbl>
    <w:p w14:paraId="6E80F086"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6B1F4D04" w14:textId="77777777">
        <w:trPr>
          <w:cantSplit/>
          <w:tblHeader/>
          <w:jc w:val="center"/>
        </w:trPr>
        <w:tc>
          <w:tcPr>
            <w:tcW w:w="3515" w:type="dxa"/>
            <w:shd w:val="clear" w:color="auto" w:fill="15344B"/>
            <w:vAlign w:val="center"/>
          </w:tcPr>
          <w:p w14:paraId="63982CE7"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5FFF8D3B"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69D9FF2D" w14:textId="77777777" w:rsidR="00D93F19" w:rsidRDefault="00000000">
            <w:pPr>
              <w:pStyle w:val="TableText"/>
              <w:spacing w:after="30" w:line="245" w:lineRule="auto"/>
              <w:rPr>
                <w:rFonts w:hint="eastAsia"/>
              </w:rPr>
            </w:pPr>
            <w:r>
              <w:rPr>
                <w:b/>
                <w:color w:val="FFFFFF"/>
                <w:sz w:val="18"/>
              </w:rPr>
              <w:t>DATA E FIRMA</w:t>
            </w:r>
          </w:p>
        </w:tc>
      </w:tr>
      <w:tr w:rsidR="00D93F19" w14:paraId="4D2C2AB5" w14:textId="77777777">
        <w:trPr>
          <w:cantSplit/>
          <w:jc w:val="center"/>
        </w:trPr>
        <w:tc>
          <w:tcPr>
            <w:tcW w:w="3515" w:type="dxa"/>
            <w:shd w:val="clear" w:color="auto" w:fill="F2F6F8"/>
            <w:vAlign w:val="center"/>
          </w:tcPr>
          <w:p w14:paraId="2ADA9355" w14:textId="77777777" w:rsidR="00D93F19" w:rsidRDefault="00000000">
            <w:pPr>
              <w:pStyle w:val="TableText"/>
              <w:spacing w:after="30" w:line="245" w:lineRule="auto"/>
              <w:rPr>
                <w:rFonts w:hint="eastAsia"/>
              </w:rPr>
            </w:pPr>
            <w:r>
              <w:rPr>
                <w:sz w:val="18"/>
              </w:rPr>
              <w:t>Responsabile della raccolta documentale</w:t>
            </w:r>
          </w:p>
        </w:tc>
        <w:tc>
          <w:tcPr>
            <w:tcW w:w="3175" w:type="dxa"/>
            <w:shd w:val="clear" w:color="auto" w:fill="F2F6F8"/>
            <w:vAlign w:val="center"/>
          </w:tcPr>
          <w:p w14:paraId="1E52E78B"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6D8973CB" w14:textId="77777777" w:rsidR="00D93F19" w:rsidRDefault="00000000">
            <w:pPr>
              <w:pStyle w:val="TableText"/>
              <w:spacing w:after="30" w:line="245" w:lineRule="auto"/>
              <w:rPr>
                <w:rFonts w:hint="eastAsia"/>
              </w:rPr>
            </w:pPr>
            <w:r>
              <w:rPr>
                <w:sz w:val="18"/>
              </w:rPr>
              <w:t>_____________________</w:t>
            </w:r>
          </w:p>
        </w:tc>
      </w:tr>
      <w:tr w:rsidR="00D93F19" w14:paraId="33F971C6" w14:textId="77777777">
        <w:trPr>
          <w:cantSplit/>
          <w:jc w:val="center"/>
        </w:trPr>
        <w:tc>
          <w:tcPr>
            <w:tcW w:w="3515" w:type="dxa"/>
            <w:vAlign w:val="center"/>
          </w:tcPr>
          <w:p w14:paraId="326F3440" w14:textId="77777777" w:rsidR="00D93F19" w:rsidRDefault="00000000">
            <w:pPr>
              <w:pStyle w:val="TableText"/>
              <w:spacing w:after="30" w:line="245" w:lineRule="auto"/>
              <w:rPr>
                <w:rFonts w:hint="eastAsia"/>
              </w:rPr>
            </w:pPr>
            <w:r>
              <w:rPr>
                <w:sz w:val="18"/>
              </w:rPr>
              <w:t>Persona competente per il riesame</w:t>
            </w:r>
          </w:p>
        </w:tc>
        <w:tc>
          <w:tcPr>
            <w:tcW w:w="3175" w:type="dxa"/>
            <w:vAlign w:val="center"/>
          </w:tcPr>
          <w:p w14:paraId="6F345490"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459D05EF" w14:textId="77777777" w:rsidR="00D93F19" w:rsidRDefault="00000000">
            <w:pPr>
              <w:pStyle w:val="TableText"/>
              <w:spacing w:after="30" w:line="245" w:lineRule="auto"/>
              <w:rPr>
                <w:rFonts w:hint="eastAsia"/>
              </w:rPr>
            </w:pPr>
            <w:r>
              <w:rPr>
                <w:sz w:val="18"/>
              </w:rPr>
              <w:t>_____________________</w:t>
            </w:r>
          </w:p>
        </w:tc>
      </w:tr>
    </w:tbl>
    <w:p w14:paraId="038E8B81" w14:textId="77777777" w:rsidR="00D93F19" w:rsidRDefault="00D93F19">
      <w:pPr>
        <w:spacing w:after="0" w:line="20" w:lineRule="exact"/>
        <w:rPr>
          <w:rFonts w:hint="eastAsia"/>
        </w:rPr>
      </w:pPr>
    </w:p>
    <w:p w14:paraId="0E8A8DC9" w14:textId="77777777" w:rsidR="00D93F19" w:rsidRDefault="00000000">
      <w:pPr>
        <w:pStyle w:val="Kicker"/>
        <w:pageBreakBefore/>
        <w:rPr>
          <w:rFonts w:hint="eastAsia"/>
        </w:rPr>
      </w:pPr>
      <w:r>
        <w:t>ALLEGATO OPERATIVO • MODELLO AZIENDALE</w:t>
      </w:r>
    </w:p>
    <w:p w14:paraId="746E1B27" w14:textId="77777777" w:rsidR="00D93F19" w:rsidRDefault="00000000">
      <w:pPr>
        <w:pStyle w:val="Titolo1"/>
      </w:pPr>
      <w:bookmarkStart w:id="40" w:name="P41"/>
      <w:r>
        <w:t>A03 | Confronto con il fabbricante</w:t>
      </w:r>
      <w:bookmarkEnd w:id="40"/>
    </w:p>
    <w:p w14:paraId="3F149DC8" w14:textId="77777777" w:rsidR="00D93F19" w:rsidRDefault="00000000">
      <w:pPr>
        <w:pStyle w:val="Small"/>
        <w:rPr>
          <w:rFonts w:hint="eastAsia"/>
        </w:rPr>
      </w:pPr>
      <w:r>
        <w:t>Pratica n. __________________  |  Macchina / matricola __________________  |  Data __________</w:t>
      </w:r>
    </w:p>
    <w:p w14:paraId="14F5C9D1" w14:textId="77777777" w:rsidR="00D93F19" w:rsidRDefault="00000000">
      <w:pPr>
        <w:pStyle w:val="Small"/>
        <w:rPr>
          <w:rFonts w:hint="eastAsia"/>
        </w:rPr>
      </w:pPr>
      <w:r>
        <w:t>F: INAIL 2026, pp. 8–9. O: traccia della richiesta e gestione della risposta.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25C8CD3B" w14:textId="77777777">
        <w:trPr>
          <w:cantSplit/>
          <w:tblHeader/>
          <w:jc w:val="center"/>
        </w:trPr>
        <w:tc>
          <w:tcPr>
            <w:tcW w:w="2891" w:type="dxa"/>
            <w:shd w:val="clear" w:color="auto" w:fill="15344B"/>
            <w:vAlign w:val="center"/>
          </w:tcPr>
          <w:p w14:paraId="344C0755"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63C20864" w14:textId="77777777" w:rsidR="00D93F19" w:rsidRDefault="00000000">
            <w:pPr>
              <w:pStyle w:val="TableText"/>
              <w:spacing w:after="30" w:line="245" w:lineRule="auto"/>
              <w:rPr>
                <w:rFonts w:hint="eastAsia"/>
              </w:rPr>
            </w:pPr>
            <w:r>
              <w:rPr>
                <w:b/>
                <w:color w:val="FFFFFF"/>
              </w:rPr>
              <w:t>COMPILAZIONE</w:t>
            </w:r>
          </w:p>
        </w:tc>
      </w:tr>
      <w:tr w:rsidR="00D93F19" w14:paraId="40068332" w14:textId="77777777">
        <w:trPr>
          <w:cantSplit/>
          <w:jc w:val="center"/>
        </w:trPr>
        <w:tc>
          <w:tcPr>
            <w:tcW w:w="2891" w:type="dxa"/>
            <w:shd w:val="clear" w:color="auto" w:fill="F2F6F8"/>
            <w:vAlign w:val="center"/>
          </w:tcPr>
          <w:p w14:paraId="23760F4D" w14:textId="77777777" w:rsidR="00D93F19" w:rsidRDefault="00000000">
            <w:pPr>
              <w:pStyle w:val="TableText"/>
              <w:spacing w:after="30" w:line="245" w:lineRule="auto"/>
              <w:rPr>
                <w:rFonts w:hint="eastAsia"/>
              </w:rPr>
            </w:pPr>
            <w:r>
              <w:t>Fabbricante / referente</w:t>
            </w:r>
          </w:p>
        </w:tc>
        <w:tc>
          <w:tcPr>
            <w:tcW w:w="6973" w:type="dxa"/>
            <w:shd w:val="clear" w:color="auto" w:fill="F2F6F8"/>
            <w:vAlign w:val="center"/>
          </w:tcPr>
          <w:p w14:paraId="0335BFAA" w14:textId="77777777" w:rsidR="00D93F19" w:rsidRDefault="00000000">
            <w:pPr>
              <w:pStyle w:val="TableText"/>
              <w:spacing w:after="30" w:line="245" w:lineRule="auto"/>
              <w:rPr>
                <w:rFonts w:hint="eastAsia"/>
              </w:rPr>
            </w:pPr>
            <w:r>
              <w:t>________________________________________________________</w:t>
            </w:r>
          </w:p>
        </w:tc>
      </w:tr>
      <w:tr w:rsidR="00D93F19" w14:paraId="2E04E1CA" w14:textId="77777777">
        <w:trPr>
          <w:cantSplit/>
          <w:jc w:val="center"/>
        </w:trPr>
        <w:tc>
          <w:tcPr>
            <w:tcW w:w="2891" w:type="dxa"/>
            <w:vAlign w:val="center"/>
          </w:tcPr>
          <w:p w14:paraId="54E3F5F9" w14:textId="77777777" w:rsidR="00D93F19" w:rsidRDefault="00000000">
            <w:pPr>
              <w:pStyle w:val="TableText"/>
              <w:spacing w:after="30" w:line="245" w:lineRule="auto"/>
              <w:rPr>
                <w:rFonts w:hint="eastAsia"/>
              </w:rPr>
            </w:pPr>
            <w:r>
              <w:t>Contatto / data di invio</w:t>
            </w:r>
          </w:p>
        </w:tc>
        <w:tc>
          <w:tcPr>
            <w:tcW w:w="6973" w:type="dxa"/>
            <w:vAlign w:val="center"/>
          </w:tcPr>
          <w:p w14:paraId="48603603" w14:textId="77777777" w:rsidR="00D93F19" w:rsidRDefault="00000000">
            <w:pPr>
              <w:pStyle w:val="TableText"/>
              <w:spacing w:after="30" w:line="245" w:lineRule="auto"/>
              <w:rPr>
                <w:rFonts w:hint="eastAsia"/>
              </w:rPr>
            </w:pPr>
            <w:r>
              <w:t>________________________________________________________</w:t>
            </w:r>
          </w:p>
        </w:tc>
      </w:tr>
      <w:tr w:rsidR="00D93F19" w14:paraId="4B9B8983" w14:textId="77777777">
        <w:trPr>
          <w:cantSplit/>
          <w:jc w:val="center"/>
        </w:trPr>
        <w:tc>
          <w:tcPr>
            <w:tcW w:w="2891" w:type="dxa"/>
            <w:shd w:val="clear" w:color="auto" w:fill="F2F6F8"/>
            <w:vAlign w:val="center"/>
          </w:tcPr>
          <w:p w14:paraId="0C56CDEA" w14:textId="77777777" w:rsidR="00D93F19" w:rsidRDefault="00000000">
            <w:pPr>
              <w:pStyle w:val="TableText"/>
              <w:spacing w:after="30" w:line="245" w:lineRule="auto"/>
              <w:rPr>
                <w:rFonts w:hint="eastAsia"/>
              </w:rPr>
            </w:pPr>
            <w:r>
              <w:t>Istruzioni disponibili</w:t>
            </w:r>
          </w:p>
        </w:tc>
        <w:tc>
          <w:tcPr>
            <w:tcW w:w="6973" w:type="dxa"/>
            <w:shd w:val="clear" w:color="auto" w:fill="F2F6F8"/>
            <w:vAlign w:val="center"/>
          </w:tcPr>
          <w:p w14:paraId="79264114" w14:textId="77777777" w:rsidR="00D93F19" w:rsidRDefault="00000000">
            <w:pPr>
              <w:pStyle w:val="TableText"/>
              <w:spacing w:after="30" w:line="245" w:lineRule="auto"/>
              <w:rPr>
                <w:rFonts w:hint="eastAsia"/>
              </w:rPr>
            </w:pPr>
            <w:r>
              <w:t>Titolo / revisione / paragrafo: ____________________________________</w:t>
            </w:r>
          </w:p>
        </w:tc>
      </w:tr>
      <w:tr w:rsidR="00D93F19" w14:paraId="7AF71CB7" w14:textId="77777777">
        <w:trPr>
          <w:cantSplit/>
          <w:jc w:val="center"/>
        </w:trPr>
        <w:tc>
          <w:tcPr>
            <w:tcW w:w="2891" w:type="dxa"/>
            <w:vAlign w:val="center"/>
          </w:tcPr>
          <w:p w14:paraId="28F73A23" w14:textId="77777777" w:rsidR="00D93F19" w:rsidRDefault="00000000">
            <w:pPr>
              <w:pStyle w:val="TableText"/>
              <w:spacing w:after="30" w:line="245" w:lineRule="auto"/>
              <w:rPr>
                <w:rFonts w:hint="eastAsia"/>
              </w:rPr>
            </w:pPr>
            <w:r>
              <w:t>Intervento proposto</w:t>
            </w:r>
          </w:p>
        </w:tc>
        <w:tc>
          <w:tcPr>
            <w:tcW w:w="6973" w:type="dxa"/>
            <w:vAlign w:val="center"/>
          </w:tcPr>
          <w:p w14:paraId="2F7E187F" w14:textId="77777777" w:rsidR="00D93F19" w:rsidRDefault="00000000">
            <w:pPr>
              <w:pStyle w:val="TableText"/>
              <w:spacing w:after="30" w:line="245" w:lineRule="auto"/>
              <w:rPr>
                <w:rFonts w:hint="eastAsia"/>
              </w:rPr>
            </w:pPr>
            <w:r>
              <w:t>________________________________________________________</w:t>
            </w:r>
          </w:p>
          <w:p w14:paraId="137E9A6E" w14:textId="77777777" w:rsidR="00D93F19" w:rsidRDefault="00000000">
            <w:pPr>
              <w:pStyle w:val="TableText"/>
              <w:spacing w:after="30" w:line="245" w:lineRule="auto"/>
              <w:rPr>
                <w:rFonts w:hint="eastAsia"/>
              </w:rPr>
            </w:pPr>
            <w:r>
              <w:t>________________________________________________________</w:t>
            </w:r>
          </w:p>
        </w:tc>
      </w:tr>
    </w:tbl>
    <w:p w14:paraId="75157F81" w14:textId="77777777" w:rsidR="00D93F19" w:rsidRDefault="00D93F19">
      <w:pPr>
        <w:spacing w:after="0" w:line="20" w:lineRule="exact"/>
        <w:rPr>
          <w:rFonts w:hint="eastAsia"/>
        </w:rPr>
      </w:pPr>
    </w:p>
    <w:p w14:paraId="54C96EC6" w14:textId="77777777" w:rsidR="00D93F19" w:rsidRDefault="00000000">
      <w:pPr>
        <w:pStyle w:val="Titolo2"/>
      </w:pPr>
      <w:r>
        <w:t>Informazioni da trasmettere</w:t>
      </w:r>
    </w:p>
    <w:p w14:paraId="4EAB85F5" w14:textId="77777777" w:rsidR="00D93F19" w:rsidRDefault="00000000">
      <w:pPr>
        <w:rPr>
          <w:rFonts w:hint="eastAsia"/>
        </w:rPr>
      </w:pPr>
      <w:r>
        <w:t>□ Identificativi della macchina  □ Foto/targhe  □ Descrizione prima/dopo  □ Disegni</w:t>
      </w:r>
      <w:r>
        <w:br/>
        <w:t>□ Dati funzionali  □ Ambiente/installazione  □ Accessori  □ Documenti precedenti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649"/>
        <w:gridCol w:w="5216"/>
      </w:tblGrid>
      <w:tr w:rsidR="00D93F19" w14:paraId="58222A06" w14:textId="77777777">
        <w:trPr>
          <w:cantSplit/>
          <w:tblHeader/>
          <w:jc w:val="center"/>
        </w:trPr>
        <w:tc>
          <w:tcPr>
            <w:tcW w:w="4649" w:type="dxa"/>
            <w:shd w:val="clear" w:color="auto" w:fill="15344B"/>
            <w:vAlign w:val="center"/>
          </w:tcPr>
          <w:p w14:paraId="253EF4A7" w14:textId="77777777" w:rsidR="00D93F19" w:rsidRDefault="00000000">
            <w:pPr>
              <w:pStyle w:val="TableText"/>
              <w:spacing w:after="30" w:line="245" w:lineRule="auto"/>
              <w:rPr>
                <w:rFonts w:hint="eastAsia"/>
              </w:rPr>
            </w:pPr>
            <w:r>
              <w:rPr>
                <w:b/>
                <w:color w:val="FFFFFF"/>
                <w:sz w:val="18"/>
              </w:rPr>
              <w:t>QUESITO</w:t>
            </w:r>
          </w:p>
        </w:tc>
        <w:tc>
          <w:tcPr>
            <w:tcW w:w="5216" w:type="dxa"/>
            <w:shd w:val="clear" w:color="auto" w:fill="15344B"/>
            <w:vAlign w:val="center"/>
          </w:tcPr>
          <w:p w14:paraId="7B3C6CAD" w14:textId="77777777" w:rsidR="00D93F19" w:rsidRDefault="00000000">
            <w:pPr>
              <w:pStyle w:val="TableText"/>
              <w:spacing w:after="30" w:line="245" w:lineRule="auto"/>
              <w:rPr>
                <w:rFonts w:hint="eastAsia"/>
              </w:rPr>
            </w:pPr>
            <w:r>
              <w:rPr>
                <w:b/>
                <w:color w:val="FFFFFF"/>
                <w:sz w:val="18"/>
              </w:rPr>
              <w:t>RISPOSTA / RIFERIMENTO ALLEGATO</w:t>
            </w:r>
          </w:p>
        </w:tc>
      </w:tr>
      <w:tr w:rsidR="00D93F19" w14:paraId="5B81437D" w14:textId="77777777">
        <w:trPr>
          <w:cantSplit/>
          <w:jc w:val="center"/>
        </w:trPr>
        <w:tc>
          <w:tcPr>
            <w:tcW w:w="4649" w:type="dxa"/>
            <w:shd w:val="clear" w:color="auto" w:fill="F2F6F8"/>
            <w:vAlign w:val="center"/>
          </w:tcPr>
          <w:p w14:paraId="31B307B7" w14:textId="77777777" w:rsidR="00D93F19" w:rsidRDefault="00000000">
            <w:pPr>
              <w:pStyle w:val="TableText"/>
              <w:spacing w:after="30" w:line="245" w:lineRule="auto"/>
              <w:rPr>
                <w:rFonts w:hint="eastAsia"/>
              </w:rPr>
            </w:pPr>
            <w:r>
              <w:rPr>
                <w:sz w:val="18"/>
              </w:rPr>
              <w:t>L’intervento era previsto nella valutazione originaria e nelle istruzioni?</w:t>
            </w:r>
          </w:p>
        </w:tc>
        <w:tc>
          <w:tcPr>
            <w:tcW w:w="5216" w:type="dxa"/>
            <w:shd w:val="clear" w:color="auto" w:fill="F2F6F8"/>
            <w:vAlign w:val="center"/>
          </w:tcPr>
          <w:p w14:paraId="3C3BC1A9"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78525C85" w14:textId="77777777">
        <w:trPr>
          <w:cantSplit/>
          <w:jc w:val="center"/>
        </w:trPr>
        <w:tc>
          <w:tcPr>
            <w:tcW w:w="4649" w:type="dxa"/>
            <w:vAlign w:val="center"/>
          </w:tcPr>
          <w:p w14:paraId="0906FD1D" w14:textId="77777777" w:rsidR="00D93F19" w:rsidRDefault="00000000">
            <w:pPr>
              <w:pStyle w:val="TableText"/>
              <w:spacing w:after="30" w:line="245" w:lineRule="auto"/>
              <w:rPr>
                <w:rFonts w:hint="eastAsia"/>
              </w:rPr>
            </w:pPr>
            <w:r>
              <w:rPr>
                <w:sz w:val="18"/>
              </w:rPr>
              <w:t>Quali limiti dimensionali, di massa, prestazione e uso devono essere rispettati?</w:t>
            </w:r>
          </w:p>
        </w:tc>
        <w:tc>
          <w:tcPr>
            <w:tcW w:w="5216" w:type="dxa"/>
            <w:vAlign w:val="center"/>
          </w:tcPr>
          <w:p w14:paraId="6C28E7D2"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20342DDC" w14:textId="77777777">
        <w:trPr>
          <w:cantSplit/>
          <w:jc w:val="center"/>
        </w:trPr>
        <w:tc>
          <w:tcPr>
            <w:tcW w:w="4649" w:type="dxa"/>
            <w:shd w:val="clear" w:color="auto" w:fill="F2F6F8"/>
            <w:vAlign w:val="center"/>
          </w:tcPr>
          <w:p w14:paraId="0AB456A0" w14:textId="77777777" w:rsidR="00D93F19" w:rsidRDefault="00000000">
            <w:pPr>
              <w:pStyle w:val="TableText"/>
              <w:spacing w:after="30" w:line="245" w:lineRule="auto"/>
              <w:rPr>
                <w:rFonts w:hint="eastAsia"/>
              </w:rPr>
            </w:pPr>
            <w:r>
              <w:rPr>
                <w:sz w:val="18"/>
              </w:rPr>
              <w:t>Quali verifiche, prove e criteri di accettazione sono necessari?</w:t>
            </w:r>
          </w:p>
        </w:tc>
        <w:tc>
          <w:tcPr>
            <w:tcW w:w="5216" w:type="dxa"/>
            <w:shd w:val="clear" w:color="auto" w:fill="F2F6F8"/>
            <w:vAlign w:val="center"/>
          </w:tcPr>
          <w:p w14:paraId="436BF8CA"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560EAE5E" w14:textId="77777777">
        <w:trPr>
          <w:cantSplit/>
          <w:jc w:val="center"/>
        </w:trPr>
        <w:tc>
          <w:tcPr>
            <w:tcW w:w="4649" w:type="dxa"/>
            <w:vAlign w:val="center"/>
          </w:tcPr>
          <w:p w14:paraId="0CD0078C" w14:textId="77777777" w:rsidR="00D93F19" w:rsidRDefault="00000000">
            <w:pPr>
              <w:pStyle w:val="TableText"/>
              <w:spacing w:after="30" w:line="245" w:lineRule="auto"/>
              <w:rPr>
                <w:rFonts w:hint="eastAsia"/>
              </w:rPr>
            </w:pPr>
            <w:r>
              <w:rPr>
                <w:sz w:val="18"/>
              </w:rPr>
              <w:t>Quali componenti, schemi o parametri sono autorizzati?</w:t>
            </w:r>
          </w:p>
        </w:tc>
        <w:tc>
          <w:tcPr>
            <w:tcW w:w="5216" w:type="dxa"/>
            <w:vAlign w:val="center"/>
          </w:tcPr>
          <w:p w14:paraId="23BE494C"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4145E981" w14:textId="77777777">
        <w:trPr>
          <w:cantSplit/>
          <w:jc w:val="center"/>
        </w:trPr>
        <w:tc>
          <w:tcPr>
            <w:tcW w:w="4649" w:type="dxa"/>
            <w:shd w:val="clear" w:color="auto" w:fill="F2F6F8"/>
            <w:vAlign w:val="center"/>
          </w:tcPr>
          <w:p w14:paraId="0C442A1D" w14:textId="77777777" w:rsidR="00D93F19" w:rsidRDefault="00000000">
            <w:pPr>
              <w:pStyle w:val="TableText"/>
              <w:spacing w:after="30" w:line="245" w:lineRule="auto"/>
              <w:rPr>
                <w:rFonts w:hint="eastAsia"/>
              </w:rPr>
            </w:pPr>
            <w:r>
              <w:rPr>
                <w:sz w:val="18"/>
              </w:rPr>
              <w:t>Quali dati occorrono per sostegni, vie di corsa e luogo di installazione?</w:t>
            </w:r>
          </w:p>
        </w:tc>
        <w:tc>
          <w:tcPr>
            <w:tcW w:w="5216" w:type="dxa"/>
            <w:shd w:val="clear" w:color="auto" w:fill="F2F6F8"/>
            <w:vAlign w:val="center"/>
          </w:tcPr>
          <w:p w14:paraId="2E104578"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61474C14" w14:textId="77777777">
        <w:trPr>
          <w:cantSplit/>
          <w:jc w:val="center"/>
        </w:trPr>
        <w:tc>
          <w:tcPr>
            <w:tcW w:w="4649" w:type="dxa"/>
            <w:vAlign w:val="center"/>
          </w:tcPr>
          <w:p w14:paraId="321BDCB2" w14:textId="77777777" w:rsidR="00D93F19" w:rsidRDefault="00000000">
            <w:pPr>
              <w:pStyle w:val="TableText"/>
              <w:spacing w:after="30" w:line="245" w:lineRule="auto"/>
              <w:rPr>
                <w:rFonts w:hint="eastAsia"/>
              </w:rPr>
            </w:pPr>
            <w:r>
              <w:rPr>
                <w:sz w:val="18"/>
              </w:rPr>
              <w:t>Quali dichiarazioni e aggiornamenti sono previsti e chi li rilascia?</w:t>
            </w:r>
          </w:p>
        </w:tc>
        <w:tc>
          <w:tcPr>
            <w:tcW w:w="5216" w:type="dxa"/>
            <w:vAlign w:val="center"/>
          </w:tcPr>
          <w:p w14:paraId="71EE628A" w14:textId="77777777" w:rsidR="00D93F19" w:rsidRDefault="00000000">
            <w:pPr>
              <w:pStyle w:val="TableText"/>
              <w:spacing w:after="30" w:line="245" w:lineRule="auto"/>
              <w:rPr>
                <w:rFonts w:hint="eastAsia"/>
              </w:rPr>
            </w:pPr>
            <w:r>
              <w:rPr>
                <w:sz w:val="18"/>
              </w:rPr>
              <w:t>________________________________________________</w:t>
            </w:r>
          </w:p>
        </w:tc>
      </w:tr>
    </w:tbl>
    <w:p w14:paraId="073E9687"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E175790" w14:textId="77777777">
        <w:trPr>
          <w:cantSplit/>
          <w:tblHeader/>
          <w:jc w:val="center"/>
        </w:trPr>
        <w:tc>
          <w:tcPr>
            <w:tcW w:w="2891" w:type="dxa"/>
            <w:shd w:val="clear" w:color="auto" w:fill="15344B"/>
            <w:vAlign w:val="center"/>
          </w:tcPr>
          <w:p w14:paraId="072164CE"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2724E950" w14:textId="77777777" w:rsidR="00D93F19" w:rsidRDefault="00000000">
            <w:pPr>
              <w:pStyle w:val="TableText"/>
              <w:spacing w:after="30" w:line="245" w:lineRule="auto"/>
              <w:rPr>
                <w:rFonts w:hint="eastAsia"/>
              </w:rPr>
            </w:pPr>
            <w:r>
              <w:rPr>
                <w:b/>
                <w:color w:val="FFFFFF"/>
              </w:rPr>
              <w:t>COMPILAZIONE</w:t>
            </w:r>
          </w:p>
        </w:tc>
      </w:tr>
      <w:tr w:rsidR="00D93F19" w14:paraId="69402CC5" w14:textId="77777777">
        <w:trPr>
          <w:cantSplit/>
          <w:jc w:val="center"/>
        </w:trPr>
        <w:tc>
          <w:tcPr>
            <w:tcW w:w="2891" w:type="dxa"/>
            <w:shd w:val="clear" w:color="auto" w:fill="F2F6F8"/>
            <w:vAlign w:val="center"/>
          </w:tcPr>
          <w:p w14:paraId="7086FD4F" w14:textId="77777777" w:rsidR="00D93F19" w:rsidRDefault="00000000">
            <w:pPr>
              <w:pStyle w:val="TableText"/>
              <w:spacing w:after="30" w:line="245" w:lineRule="auto"/>
              <w:rPr>
                <w:rFonts w:hint="eastAsia"/>
              </w:rPr>
            </w:pPr>
            <w:r>
              <w:t>Risposta acquisita</w:t>
            </w:r>
          </w:p>
        </w:tc>
        <w:tc>
          <w:tcPr>
            <w:tcW w:w="6973" w:type="dxa"/>
            <w:shd w:val="clear" w:color="auto" w:fill="F2F6F8"/>
            <w:vAlign w:val="center"/>
          </w:tcPr>
          <w:p w14:paraId="05B0C347" w14:textId="77777777" w:rsidR="00D93F19" w:rsidRDefault="00000000">
            <w:pPr>
              <w:pStyle w:val="TableText"/>
              <w:spacing w:after="30" w:line="245" w:lineRule="auto"/>
              <w:rPr>
                <w:rFonts w:hint="eastAsia"/>
              </w:rPr>
            </w:pPr>
            <w:r>
              <w:t>□ Sì, data __________  □ Parziale  □ Non pervenuta</w:t>
            </w:r>
          </w:p>
        </w:tc>
      </w:tr>
      <w:tr w:rsidR="00D93F19" w14:paraId="257CC6E5" w14:textId="77777777">
        <w:trPr>
          <w:cantSplit/>
          <w:jc w:val="center"/>
        </w:trPr>
        <w:tc>
          <w:tcPr>
            <w:tcW w:w="2891" w:type="dxa"/>
            <w:vAlign w:val="center"/>
          </w:tcPr>
          <w:p w14:paraId="5E026153" w14:textId="77777777" w:rsidR="00D93F19" w:rsidRDefault="00000000">
            <w:pPr>
              <w:pStyle w:val="TableText"/>
              <w:spacing w:after="30" w:line="245" w:lineRule="auto"/>
              <w:rPr>
                <w:rFonts w:hint="eastAsia"/>
              </w:rPr>
            </w:pPr>
            <w:r>
              <w:t>Allegati / protocollo / revisione</w:t>
            </w:r>
          </w:p>
        </w:tc>
        <w:tc>
          <w:tcPr>
            <w:tcW w:w="6973" w:type="dxa"/>
            <w:vAlign w:val="center"/>
          </w:tcPr>
          <w:p w14:paraId="1C5C8C3D" w14:textId="77777777" w:rsidR="00D93F19" w:rsidRDefault="00000000">
            <w:pPr>
              <w:pStyle w:val="TableText"/>
              <w:spacing w:after="30" w:line="245" w:lineRule="auto"/>
              <w:rPr>
                <w:rFonts w:hint="eastAsia"/>
              </w:rPr>
            </w:pPr>
            <w:r>
              <w:t>________________________________________________________</w:t>
            </w:r>
          </w:p>
        </w:tc>
      </w:tr>
      <w:tr w:rsidR="00D93F19" w14:paraId="00E999E6" w14:textId="77777777">
        <w:trPr>
          <w:cantSplit/>
          <w:jc w:val="center"/>
        </w:trPr>
        <w:tc>
          <w:tcPr>
            <w:tcW w:w="2891" w:type="dxa"/>
            <w:shd w:val="clear" w:color="auto" w:fill="F2F6F8"/>
            <w:vAlign w:val="center"/>
          </w:tcPr>
          <w:p w14:paraId="3EE704A6" w14:textId="77777777" w:rsidR="00D93F19" w:rsidRDefault="00000000">
            <w:pPr>
              <w:pStyle w:val="TableText"/>
              <w:spacing w:after="30" w:line="245" w:lineRule="auto"/>
              <w:rPr>
                <w:rFonts w:hint="eastAsia"/>
              </w:rPr>
            </w:pPr>
            <w:r>
              <w:t>Riesame del contenuto</w:t>
            </w:r>
          </w:p>
        </w:tc>
        <w:tc>
          <w:tcPr>
            <w:tcW w:w="6973" w:type="dxa"/>
            <w:shd w:val="clear" w:color="auto" w:fill="F2F6F8"/>
            <w:vAlign w:val="center"/>
          </w:tcPr>
          <w:p w14:paraId="3FAA3CC1" w14:textId="77777777" w:rsidR="00D93F19" w:rsidRDefault="00000000">
            <w:pPr>
              <w:pStyle w:val="TableText"/>
              <w:spacing w:after="30" w:line="245" w:lineRule="auto"/>
              <w:rPr>
                <w:rFonts w:hint="eastAsia"/>
              </w:rPr>
            </w:pPr>
            <w:r>
              <w:t>□ Sufficiente  □ Richieste integrazioni  □ Valutazione sospesa</w:t>
            </w:r>
          </w:p>
        </w:tc>
      </w:tr>
    </w:tbl>
    <w:p w14:paraId="1CC1C19B"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7E2E0642" w14:textId="77777777">
        <w:trPr>
          <w:cantSplit/>
          <w:tblHeader/>
          <w:jc w:val="center"/>
        </w:trPr>
        <w:tc>
          <w:tcPr>
            <w:tcW w:w="3515" w:type="dxa"/>
            <w:shd w:val="clear" w:color="auto" w:fill="15344B"/>
            <w:vAlign w:val="center"/>
          </w:tcPr>
          <w:p w14:paraId="502D21DD"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6E78F65C"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31900C20" w14:textId="77777777" w:rsidR="00D93F19" w:rsidRDefault="00000000">
            <w:pPr>
              <w:pStyle w:val="TableText"/>
              <w:spacing w:after="30" w:line="245" w:lineRule="auto"/>
              <w:rPr>
                <w:rFonts w:hint="eastAsia"/>
              </w:rPr>
            </w:pPr>
            <w:r>
              <w:rPr>
                <w:b/>
                <w:color w:val="FFFFFF"/>
                <w:sz w:val="18"/>
              </w:rPr>
              <w:t>DATA E FIRMA</w:t>
            </w:r>
          </w:p>
        </w:tc>
      </w:tr>
      <w:tr w:rsidR="00D93F19" w14:paraId="3D9D0D3F" w14:textId="77777777">
        <w:trPr>
          <w:cantSplit/>
          <w:jc w:val="center"/>
        </w:trPr>
        <w:tc>
          <w:tcPr>
            <w:tcW w:w="3515" w:type="dxa"/>
            <w:shd w:val="clear" w:color="auto" w:fill="F2F6F8"/>
            <w:vAlign w:val="center"/>
          </w:tcPr>
          <w:p w14:paraId="46B2FBA0" w14:textId="77777777" w:rsidR="00D93F19" w:rsidRDefault="00000000">
            <w:pPr>
              <w:pStyle w:val="TableText"/>
              <w:spacing w:after="30" w:line="245" w:lineRule="auto"/>
              <w:rPr>
                <w:rFonts w:hint="eastAsia"/>
              </w:rPr>
            </w:pPr>
            <w:r>
              <w:rPr>
                <w:sz w:val="18"/>
              </w:rPr>
              <w:t>Referente aziendale</w:t>
            </w:r>
          </w:p>
        </w:tc>
        <w:tc>
          <w:tcPr>
            <w:tcW w:w="3175" w:type="dxa"/>
            <w:shd w:val="clear" w:color="auto" w:fill="F2F6F8"/>
            <w:vAlign w:val="center"/>
          </w:tcPr>
          <w:p w14:paraId="5B6C0775"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5A6707A4" w14:textId="77777777" w:rsidR="00D93F19" w:rsidRDefault="00000000">
            <w:pPr>
              <w:pStyle w:val="TableText"/>
              <w:spacing w:after="30" w:line="245" w:lineRule="auto"/>
              <w:rPr>
                <w:rFonts w:hint="eastAsia"/>
              </w:rPr>
            </w:pPr>
            <w:r>
              <w:rPr>
                <w:sz w:val="18"/>
              </w:rPr>
              <w:t>_____________________</w:t>
            </w:r>
          </w:p>
        </w:tc>
      </w:tr>
      <w:tr w:rsidR="00D93F19" w14:paraId="12F80BA3" w14:textId="77777777">
        <w:trPr>
          <w:cantSplit/>
          <w:jc w:val="center"/>
        </w:trPr>
        <w:tc>
          <w:tcPr>
            <w:tcW w:w="3515" w:type="dxa"/>
            <w:vAlign w:val="center"/>
          </w:tcPr>
          <w:p w14:paraId="4D120E97" w14:textId="77777777" w:rsidR="00D93F19" w:rsidRDefault="00000000">
            <w:pPr>
              <w:pStyle w:val="TableText"/>
              <w:spacing w:after="30" w:line="245" w:lineRule="auto"/>
              <w:rPr>
                <w:rFonts w:hint="eastAsia"/>
              </w:rPr>
            </w:pPr>
            <w:r>
              <w:rPr>
                <w:sz w:val="18"/>
              </w:rPr>
              <w:t>Persona competente</w:t>
            </w:r>
          </w:p>
        </w:tc>
        <w:tc>
          <w:tcPr>
            <w:tcW w:w="3175" w:type="dxa"/>
            <w:vAlign w:val="center"/>
          </w:tcPr>
          <w:p w14:paraId="48C6957D"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0561C610" w14:textId="77777777" w:rsidR="00D93F19" w:rsidRDefault="00000000">
            <w:pPr>
              <w:pStyle w:val="TableText"/>
              <w:spacing w:after="30" w:line="245" w:lineRule="auto"/>
              <w:rPr>
                <w:rFonts w:hint="eastAsia"/>
              </w:rPr>
            </w:pPr>
            <w:r>
              <w:rPr>
                <w:sz w:val="18"/>
              </w:rPr>
              <w:t>_____________________</w:t>
            </w:r>
          </w:p>
        </w:tc>
      </w:tr>
    </w:tbl>
    <w:p w14:paraId="50E32C0E"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33FF5BCF" w14:textId="77777777">
        <w:trPr>
          <w:cantSplit/>
        </w:trPr>
        <w:tc>
          <w:tcPr>
            <w:tcW w:w="9866" w:type="dxa"/>
            <w:shd w:val="clear" w:color="auto" w:fill="FFF5E2"/>
            <w:vAlign w:val="center"/>
          </w:tcPr>
          <w:p w14:paraId="361DE5A3" w14:textId="77777777" w:rsidR="00D93F19" w:rsidRDefault="00000000">
            <w:pPr>
              <w:pStyle w:val="TableText"/>
              <w:spacing w:after="30" w:line="245" w:lineRule="auto"/>
              <w:rPr>
                <w:rFonts w:hint="eastAsia"/>
              </w:rPr>
            </w:pPr>
            <w:r>
              <w:rPr>
                <w:color w:val="A53435"/>
              </w:rPr>
              <w:t>Il silenzio o una risposta riferita a un modello diverso non equivalgono a un’autorizzazione. La qualificazione del caso deve restare motivata dal soggetto che realizza l’intervento.</w:t>
            </w:r>
          </w:p>
        </w:tc>
      </w:tr>
    </w:tbl>
    <w:p w14:paraId="6671D383" w14:textId="77777777" w:rsidR="00D93F19" w:rsidRDefault="00D93F19">
      <w:pPr>
        <w:spacing w:after="0" w:line="20" w:lineRule="exact"/>
        <w:rPr>
          <w:rFonts w:hint="eastAsia"/>
        </w:rPr>
      </w:pPr>
    </w:p>
    <w:p w14:paraId="37CC3516" w14:textId="77777777" w:rsidR="00D93F19" w:rsidRDefault="00000000">
      <w:pPr>
        <w:pStyle w:val="Kicker"/>
        <w:pageBreakBefore/>
        <w:rPr>
          <w:rFonts w:hint="eastAsia"/>
        </w:rPr>
      </w:pPr>
      <w:r>
        <w:t>ALLEGATO OPERATIVO • MODELLO AZIENDALE</w:t>
      </w:r>
    </w:p>
    <w:p w14:paraId="301D676F" w14:textId="77777777" w:rsidR="00D93F19" w:rsidRDefault="00000000">
      <w:pPr>
        <w:pStyle w:val="Titolo1"/>
      </w:pPr>
      <w:bookmarkStart w:id="41" w:name="P42"/>
      <w:r>
        <w:t>A04 | Competenze e assegnazione degli incarichi</w:t>
      </w:r>
      <w:bookmarkEnd w:id="41"/>
    </w:p>
    <w:p w14:paraId="7315CA03" w14:textId="77777777" w:rsidR="00D93F19" w:rsidRDefault="00000000">
      <w:pPr>
        <w:pStyle w:val="Small"/>
        <w:rPr>
          <w:rFonts w:hint="eastAsia"/>
        </w:rPr>
      </w:pPr>
      <w:r>
        <w:t>Pratica n. __________________  |  Macchina / matricola __________________  |  Data __________</w:t>
      </w:r>
    </w:p>
    <w:p w14:paraId="25F3DA3D" w14:textId="77777777" w:rsidR="00D93F19" w:rsidRDefault="00000000">
      <w:pPr>
        <w:pStyle w:val="Small"/>
        <w:rPr>
          <w:rFonts w:hint="eastAsia"/>
        </w:rPr>
      </w:pPr>
      <w:r>
        <w:t>F: INAIL 2026, p. 12. O: formalizzazione dei compiti e dei limiti di intervento.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969"/>
        <w:gridCol w:w="2948"/>
        <w:gridCol w:w="2948"/>
      </w:tblGrid>
      <w:tr w:rsidR="00D93F19" w14:paraId="46DA747C" w14:textId="77777777">
        <w:trPr>
          <w:cantSplit/>
          <w:tblHeader/>
          <w:jc w:val="center"/>
        </w:trPr>
        <w:tc>
          <w:tcPr>
            <w:tcW w:w="3969" w:type="dxa"/>
            <w:shd w:val="clear" w:color="auto" w:fill="15344B"/>
            <w:vAlign w:val="center"/>
          </w:tcPr>
          <w:p w14:paraId="17082776" w14:textId="77777777" w:rsidR="00D93F19" w:rsidRDefault="00000000">
            <w:pPr>
              <w:pStyle w:val="TableText"/>
              <w:spacing w:after="30" w:line="245" w:lineRule="auto"/>
              <w:rPr>
                <w:rFonts w:hint="eastAsia"/>
              </w:rPr>
            </w:pPr>
            <w:r>
              <w:rPr>
                <w:b/>
                <w:color w:val="FFFFFF"/>
                <w:sz w:val="18"/>
              </w:rPr>
              <w:t>ATTIVITÀ / COMPETENZA</w:t>
            </w:r>
          </w:p>
        </w:tc>
        <w:tc>
          <w:tcPr>
            <w:tcW w:w="2948" w:type="dxa"/>
            <w:shd w:val="clear" w:color="auto" w:fill="15344B"/>
            <w:vAlign w:val="center"/>
          </w:tcPr>
          <w:p w14:paraId="2EDE906B" w14:textId="77777777" w:rsidR="00D93F19" w:rsidRDefault="00000000">
            <w:pPr>
              <w:pStyle w:val="TableText"/>
              <w:spacing w:after="30" w:line="245" w:lineRule="auto"/>
              <w:rPr>
                <w:rFonts w:hint="eastAsia"/>
              </w:rPr>
            </w:pPr>
            <w:r>
              <w:rPr>
                <w:b/>
                <w:color w:val="FFFFFF"/>
                <w:sz w:val="18"/>
              </w:rPr>
              <w:t>SOGGETTO / IMPRESA</w:t>
            </w:r>
          </w:p>
        </w:tc>
        <w:tc>
          <w:tcPr>
            <w:tcW w:w="2948" w:type="dxa"/>
            <w:shd w:val="clear" w:color="auto" w:fill="15344B"/>
            <w:vAlign w:val="center"/>
          </w:tcPr>
          <w:p w14:paraId="2B571557" w14:textId="77777777" w:rsidR="00D93F19" w:rsidRDefault="00000000">
            <w:pPr>
              <w:pStyle w:val="TableText"/>
              <w:spacing w:after="30" w:line="245" w:lineRule="auto"/>
              <w:rPr>
                <w:rFonts w:hint="eastAsia"/>
              </w:rPr>
            </w:pPr>
            <w:r>
              <w:rPr>
                <w:b/>
                <w:color w:val="FFFFFF"/>
                <w:sz w:val="18"/>
              </w:rPr>
              <w:t>EVIDENZA VERIFICATA</w:t>
            </w:r>
          </w:p>
        </w:tc>
      </w:tr>
      <w:tr w:rsidR="00D93F19" w14:paraId="29529F79" w14:textId="77777777">
        <w:trPr>
          <w:cantSplit/>
          <w:jc w:val="center"/>
        </w:trPr>
        <w:tc>
          <w:tcPr>
            <w:tcW w:w="3969" w:type="dxa"/>
            <w:shd w:val="clear" w:color="auto" w:fill="F2F6F8"/>
            <w:vAlign w:val="center"/>
          </w:tcPr>
          <w:p w14:paraId="45B396A2" w14:textId="77777777" w:rsidR="00D93F19" w:rsidRDefault="00000000">
            <w:pPr>
              <w:pStyle w:val="TableText"/>
              <w:spacing w:after="30" w:line="245" w:lineRule="auto"/>
              <w:rPr>
                <w:rFonts w:hint="eastAsia"/>
              </w:rPr>
            </w:pPr>
            <w:r>
              <w:rPr>
                <w:sz w:val="18"/>
              </w:rPr>
              <w:t>Relazione tecnica / progettazione apparecchi di sollevamento</w:t>
            </w:r>
          </w:p>
        </w:tc>
        <w:tc>
          <w:tcPr>
            <w:tcW w:w="2948" w:type="dxa"/>
            <w:shd w:val="clear" w:color="auto" w:fill="F2F6F8"/>
            <w:vAlign w:val="center"/>
          </w:tcPr>
          <w:p w14:paraId="15A699AC" w14:textId="77777777" w:rsidR="00D93F19" w:rsidRDefault="00000000">
            <w:pPr>
              <w:pStyle w:val="TableText"/>
              <w:spacing w:after="30" w:line="245" w:lineRule="auto"/>
              <w:rPr>
                <w:rFonts w:hint="eastAsia"/>
              </w:rPr>
            </w:pPr>
            <w:r>
              <w:rPr>
                <w:sz w:val="18"/>
              </w:rPr>
              <w:t>______________________</w:t>
            </w:r>
          </w:p>
        </w:tc>
        <w:tc>
          <w:tcPr>
            <w:tcW w:w="2948" w:type="dxa"/>
            <w:shd w:val="clear" w:color="auto" w:fill="F2F6F8"/>
            <w:vAlign w:val="center"/>
          </w:tcPr>
          <w:p w14:paraId="336226A3" w14:textId="77777777" w:rsidR="00D93F19" w:rsidRDefault="00000000">
            <w:pPr>
              <w:pStyle w:val="TableText"/>
              <w:spacing w:after="30" w:line="245" w:lineRule="auto"/>
              <w:rPr>
                <w:rFonts w:hint="eastAsia"/>
              </w:rPr>
            </w:pPr>
            <w:r>
              <w:rPr>
                <w:sz w:val="18"/>
              </w:rPr>
              <w:t>Esperienza / incarichi / qualifiche:</w:t>
            </w:r>
          </w:p>
          <w:p w14:paraId="57711C2C" w14:textId="77777777" w:rsidR="00D93F19" w:rsidRDefault="00000000">
            <w:pPr>
              <w:pStyle w:val="TableText"/>
              <w:spacing w:after="30" w:line="245" w:lineRule="auto"/>
              <w:rPr>
                <w:rFonts w:hint="eastAsia"/>
              </w:rPr>
            </w:pPr>
            <w:r>
              <w:rPr>
                <w:sz w:val="18"/>
              </w:rPr>
              <w:t>______________________</w:t>
            </w:r>
          </w:p>
        </w:tc>
      </w:tr>
      <w:tr w:rsidR="00D93F19" w14:paraId="17F98F15" w14:textId="77777777">
        <w:trPr>
          <w:cantSplit/>
          <w:jc w:val="center"/>
        </w:trPr>
        <w:tc>
          <w:tcPr>
            <w:tcW w:w="3969" w:type="dxa"/>
            <w:vAlign w:val="center"/>
          </w:tcPr>
          <w:p w14:paraId="61BCB67A" w14:textId="77777777" w:rsidR="00D93F19" w:rsidRDefault="00000000">
            <w:pPr>
              <w:pStyle w:val="TableText"/>
              <w:spacing w:after="30" w:line="245" w:lineRule="auto"/>
              <w:rPr>
                <w:rFonts w:hint="eastAsia"/>
              </w:rPr>
            </w:pPr>
            <w:r>
              <w:rPr>
                <w:sz w:val="18"/>
              </w:rPr>
              <w:t>Valutazioni strutturali / sostegni</w:t>
            </w:r>
          </w:p>
        </w:tc>
        <w:tc>
          <w:tcPr>
            <w:tcW w:w="2948" w:type="dxa"/>
            <w:vAlign w:val="center"/>
          </w:tcPr>
          <w:p w14:paraId="1FB15824" w14:textId="77777777" w:rsidR="00D93F19" w:rsidRDefault="00000000">
            <w:pPr>
              <w:pStyle w:val="TableText"/>
              <w:spacing w:after="30" w:line="245" w:lineRule="auto"/>
              <w:rPr>
                <w:rFonts w:hint="eastAsia"/>
              </w:rPr>
            </w:pPr>
            <w:r>
              <w:rPr>
                <w:sz w:val="18"/>
              </w:rPr>
              <w:t>______________________</w:t>
            </w:r>
          </w:p>
        </w:tc>
        <w:tc>
          <w:tcPr>
            <w:tcW w:w="2948" w:type="dxa"/>
            <w:vAlign w:val="center"/>
          </w:tcPr>
          <w:p w14:paraId="718F0D2E" w14:textId="77777777" w:rsidR="00D93F19" w:rsidRDefault="00000000">
            <w:pPr>
              <w:pStyle w:val="TableText"/>
              <w:spacing w:after="30" w:line="245" w:lineRule="auto"/>
              <w:rPr>
                <w:rFonts w:hint="eastAsia"/>
              </w:rPr>
            </w:pPr>
            <w:r>
              <w:rPr>
                <w:sz w:val="18"/>
              </w:rPr>
              <w:t>______________________</w:t>
            </w:r>
          </w:p>
        </w:tc>
      </w:tr>
      <w:tr w:rsidR="00D93F19" w14:paraId="26CD1DE1" w14:textId="77777777">
        <w:trPr>
          <w:cantSplit/>
          <w:jc w:val="center"/>
        </w:trPr>
        <w:tc>
          <w:tcPr>
            <w:tcW w:w="3969" w:type="dxa"/>
            <w:shd w:val="clear" w:color="auto" w:fill="F2F6F8"/>
            <w:vAlign w:val="center"/>
          </w:tcPr>
          <w:p w14:paraId="5BF2C55C" w14:textId="77777777" w:rsidR="00D93F19" w:rsidRDefault="00000000">
            <w:pPr>
              <w:pStyle w:val="TableText"/>
              <w:spacing w:after="30" w:line="245" w:lineRule="auto"/>
              <w:rPr>
                <w:rFonts w:hint="eastAsia"/>
              </w:rPr>
            </w:pPr>
            <w:r>
              <w:rPr>
                <w:sz w:val="18"/>
              </w:rPr>
              <w:t>Impianto elettrico / comandi / sicurezza</w:t>
            </w:r>
          </w:p>
        </w:tc>
        <w:tc>
          <w:tcPr>
            <w:tcW w:w="2948" w:type="dxa"/>
            <w:shd w:val="clear" w:color="auto" w:fill="F2F6F8"/>
            <w:vAlign w:val="center"/>
          </w:tcPr>
          <w:p w14:paraId="0B8A4520" w14:textId="77777777" w:rsidR="00D93F19" w:rsidRDefault="00000000">
            <w:pPr>
              <w:pStyle w:val="TableText"/>
              <w:spacing w:after="30" w:line="245" w:lineRule="auto"/>
              <w:rPr>
                <w:rFonts w:hint="eastAsia"/>
              </w:rPr>
            </w:pPr>
            <w:r>
              <w:rPr>
                <w:sz w:val="18"/>
              </w:rPr>
              <w:t>______________________</w:t>
            </w:r>
          </w:p>
        </w:tc>
        <w:tc>
          <w:tcPr>
            <w:tcW w:w="2948" w:type="dxa"/>
            <w:shd w:val="clear" w:color="auto" w:fill="F2F6F8"/>
            <w:vAlign w:val="center"/>
          </w:tcPr>
          <w:p w14:paraId="528A82EA" w14:textId="77777777" w:rsidR="00D93F19" w:rsidRDefault="00000000">
            <w:pPr>
              <w:pStyle w:val="TableText"/>
              <w:spacing w:after="30" w:line="245" w:lineRule="auto"/>
              <w:rPr>
                <w:rFonts w:hint="eastAsia"/>
              </w:rPr>
            </w:pPr>
            <w:r>
              <w:rPr>
                <w:sz w:val="18"/>
              </w:rPr>
              <w:t>______________________</w:t>
            </w:r>
          </w:p>
        </w:tc>
      </w:tr>
      <w:tr w:rsidR="00D93F19" w14:paraId="4ED4759E" w14:textId="77777777">
        <w:trPr>
          <w:cantSplit/>
          <w:jc w:val="center"/>
        </w:trPr>
        <w:tc>
          <w:tcPr>
            <w:tcW w:w="3969" w:type="dxa"/>
            <w:vAlign w:val="center"/>
          </w:tcPr>
          <w:p w14:paraId="26001688" w14:textId="77777777" w:rsidR="00D93F19" w:rsidRDefault="00000000">
            <w:pPr>
              <w:pStyle w:val="TableText"/>
              <w:spacing w:after="30" w:line="245" w:lineRule="auto"/>
              <w:rPr>
                <w:rFonts w:hint="eastAsia"/>
              </w:rPr>
            </w:pPr>
            <w:r>
              <w:rPr>
                <w:sz w:val="18"/>
              </w:rPr>
              <w:t>Lavorazioni meccaniche / montaggio</w:t>
            </w:r>
          </w:p>
        </w:tc>
        <w:tc>
          <w:tcPr>
            <w:tcW w:w="2948" w:type="dxa"/>
            <w:vAlign w:val="center"/>
          </w:tcPr>
          <w:p w14:paraId="6C6D386B" w14:textId="77777777" w:rsidR="00D93F19" w:rsidRDefault="00000000">
            <w:pPr>
              <w:pStyle w:val="TableText"/>
              <w:spacing w:after="30" w:line="245" w:lineRule="auto"/>
              <w:rPr>
                <w:rFonts w:hint="eastAsia"/>
              </w:rPr>
            </w:pPr>
            <w:r>
              <w:rPr>
                <w:sz w:val="18"/>
              </w:rPr>
              <w:t>______________________</w:t>
            </w:r>
          </w:p>
        </w:tc>
        <w:tc>
          <w:tcPr>
            <w:tcW w:w="2948" w:type="dxa"/>
            <w:vAlign w:val="center"/>
          </w:tcPr>
          <w:p w14:paraId="351A58FB" w14:textId="77777777" w:rsidR="00D93F19" w:rsidRDefault="00000000">
            <w:pPr>
              <w:pStyle w:val="TableText"/>
              <w:spacing w:after="30" w:line="245" w:lineRule="auto"/>
              <w:rPr>
                <w:rFonts w:hint="eastAsia"/>
              </w:rPr>
            </w:pPr>
            <w:r>
              <w:rPr>
                <w:sz w:val="18"/>
              </w:rPr>
              <w:t>______________________</w:t>
            </w:r>
          </w:p>
        </w:tc>
      </w:tr>
      <w:tr w:rsidR="00D93F19" w14:paraId="2F786512" w14:textId="77777777">
        <w:trPr>
          <w:cantSplit/>
          <w:jc w:val="center"/>
        </w:trPr>
        <w:tc>
          <w:tcPr>
            <w:tcW w:w="3969" w:type="dxa"/>
            <w:shd w:val="clear" w:color="auto" w:fill="F2F6F8"/>
            <w:vAlign w:val="center"/>
          </w:tcPr>
          <w:p w14:paraId="47B0FF79" w14:textId="77777777" w:rsidR="00D93F19" w:rsidRDefault="00000000">
            <w:pPr>
              <w:pStyle w:val="TableText"/>
              <w:spacing w:after="30" w:line="245" w:lineRule="auto"/>
              <w:rPr>
                <w:rFonts w:hint="eastAsia"/>
              </w:rPr>
            </w:pPr>
            <w:r>
              <w:rPr>
                <w:sz w:val="18"/>
              </w:rPr>
              <w:t>Lavorazioni specialistiche, se previste</w:t>
            </w:r>
          </w:p>
        </w:tc>
        <w:tc>
          <w:tcPr>
            <w:tcW w:w="2948" w:type="dxa"/>
            <w:shd w:val="clear" w:color="auto" w:fill="F2F6F8"/>
            <w:vAlign w:val="center"/>
          </w:tcPr>
          <w:p w14:paraId="6C458CF6" w14:textId="77777777" w:rsidR="00D93F19" w:rsidRDefault="00000000">
            <w:pPr>
              <w:pStyle w:val="TableText"/>
              <w:spacing w:after="30" w:line="245" w:lineRule="auto"/>
              <w:rPr>
                <w:rFonts w:hint="eastAsia"/>
              </w:rPr>
            </w:pPr>
            <w:r>
              <w:rPr>
                <w:sz w:val="18"/>
              </w:rPr>
              <w:t>______________________</w:t>
            </w:r>
          </w:p>
        </w:tc>
        <w:tc>
          <w:tcPr>
            <w:tcW w:w="2948" w:type="dxa"/>
            <w:shd w:val="clear" w:color="auto" w:fill="F2F6F8"/>
            <w:vAlign w:val="center"/>
          </w:tcPr>
          <w:p w14:paraId="433DA890" w14:textId="77777777" w:rsidR="00D93F19" w:rsidRDefault="00000000">
            <w:pPr>
              <w:pStyle w:val="TableText"/>
              <w:spacing w:after="30" w:line="245" w:lineRule="auto"/>
              <w:rPr>
                <w:rFonts w:hint="eastAsia"/>
              </w:rPr>
            </w:pPr>
            <w:r>
              <w:rPr>
                <w:sz w:val="18"/>
              </w:rPr>
              <w:t>______________________</w:t>
            </w:r>
          </w:p>
        </w:tc>
      </w:tr>
      <w:tr w:rsidR="00D93F19" w14:paraId="7256A567" w14:textId="77777777">
        <w:trPr>
          <w:cantSplit/>
          <w:jc w:val="center"/>
        </w:trPr>
        <w:tc>
          <w:tcPr>
            <w:tcW w:w="3969" w:type="dxa"/>
            <w:vAlign w:val="center"/>
          </w:tcPr>
          <w:p w14:paraId="38CA2554" w14:textId="77777777" w:rsidR="00D93F19" w:rsidRDefault="00000000">
            <w:pPr>
              <w:pStyle w:val="TableText"/>
              <w:spacing w:after="30" w:line="245" w:lineRule="auto"/>
              <w:rPr>
                <w:rFonts w:hint="eastAsia"/>
              </w:rPr>
            </w:pPr>
            <w:r>
              <w:rPr>
                <w:sz w:val="18"/>
              </w:rPr>
              <w:t>Accessi in quota e mezzi di lavoro</w:t>
            </w:r>
          </w:p>
        </w:tc>
        <w:tc>
          <w:tcPr>
            <w:tcW w:w="2948" w:type="dxa"/>
            <w:vAlign w:val="center"/>
          </w:tcPr>
          <w:p w14:paraId="3E06CD6D" w14:textId="77777777" w:rsidR="00D93F19" w:rsidRDefault="00000000">
            <w:pPr>
              <w:pStyle w:val="TableText"/>
              <w:spacing w:after="30" w:line="245" w:lineRule="auto"/>
              <w:rPr>
                <w:rFonts w:hint="eastAsia"/>
              </w:rPr>
            </w:pPr>
            <w:r>
              <w:rPr>
                <w:sz w:val="18"/>
              </w:rPr>
              <w:t>______________________</w:t>
            </w:r>
          </w:p>
        </w:tc>
        <w:tc>
          <w:tcPr>
            <w:tcW w:w="2948" w:type="dxa"/>
            <w:vAlign w:val="center"/>
          </w:tcPr>
          <w:p w14:paraId="26039422" w14:textId="77777777" w:rsidR="00D93F19" w:rsidRDefault="00000000">
            <w:pPr>
              <w:pStyle w:val="TableText"/>
              <w:spacing w:after="30" w:line="245" w:lineRule="auto"/>
              <w:rPr>
                <w:rFonts w:hint="eastAsia"/>
              </w:rPr>
            </w:pPr>
            <w:r>
              <w:rPr>
                <w:sz w:val="18"/>
              </w:rPr>
              <w:t>______________________</w:t>
            </w:r>
          </w:p>
        </w:tc>
      </w:tr>
      <w:tr w:rsidR="00D93F19" w14:paraId="62DD3053" w14:textId="77777777">
        <w:trPr>
          <w:cantSplit/>
          <w:jc w:val="center"/>
        </w:trPr>
        <w:tc>
          <w:tcPr>
            <w:tcW w:w="3969" w:type="dxa"/>
            <w:shd w:val="clear" w:color="auto" w:fill="F2F6F8"/>
            <w:vAlign w:val="center"/>
          </w:tcPr>
          <w:p w14:paraId="01146472" w14:textId="77777777" w:rsidR="00D93F19" w:rsidRDefault="00000000">
            <w:pPr>
              <w:pStyle w:val="TableText"/>
              <w:spacing w:after="30" w:line="245" w:lineRule="auto"/>
              <w:rPr>
                <w:rFonts w:hint="eastAsia"/>
              </w:rPr>
            </w:pPr>
            <w:r>
              <w:rPr>
                <w:sz w:val="18"/>
              </w:rPr>
              <w:t>Isolamento e verifica stato sicuro</w:t>
            </w:r>
          </w:p>
        </w:tc>
        <w:tc>
          <w:tcPr>
            <w:tcW w:w="2948" w:type="dxa"/>
            <w:shd w:val="clear" w:color="auto" w:fill="F2F6F8"/>
            <w:vAlign w:val="center"/>
          </w:tcPr>
          <w:p w14:paraId="065E1EFE" w14:textId="77777777" w:rsidR="00D93F19" w:rsidRDefault="00000000">
            <w:pPr>
              <w:pStyle w:val="TableText"/>
              <w:spacing w:after="30" w:line="245" w:lineRule="auto"/>
              <w:rPr>
                <w:rFonts w:hint="eastAsia"/>
              </w:rPr>
            </w:pPr>
            <w:r>
              <w:rPr>
                <w:sz w:val="18"/>
              </w:rPr>
              <w:t>______________________</w:t>
            </w:r>
          </w:p>
        </w:tc>
        <w:tc>
          <w:tcPr>
            <w:tcW w:w="2948" w:type="dxa"/>
            <w:shd w:val="clear" w:color="auto" w:fill="F2F6F8"/>
            <w:vAlign w:val="center"/>
          </w:tcPr>
          <w:p w14:paraId="63D7A4E1" w14:textId="77777777" w:rsidR="00D93F19" w:rsidRDefault="00000000">
            <w:pPr>
              <w:pStyle w:val="TableText"/>
              <w:spacing w:after="30" w:line="245" w:lineRule="auto"/>
              <w:rPr>
                <w:rFonts w:hint="eastAsia"/>
              </w:rPr>
            </w:pPr>
            <w:r>
              <w:rPr>
                <w:sz w:val="18"/>
              </w:rPr>
              <w:t>______________________</w:t>
            </w:r>
          </w:p>
        </w:tc>
      </w:tr>
      <w:tr w:rsidR="00D93F19" w14:paraId="3D450D95" w14:textId="77777777">
        <w:trPr>
          <w:cantSplit/>
          <w:jc w:val="center"/>
        </w:trPr>
        <w:tc>
          <w:tcPr>
            <w:tcW w:w="3969" w:type="dxa"/>
            <w:vAlign w:val="center"/>
          </w:tcPr>
          <w:p w14:paraId="5A93BFE9" w14:textId="77777777" w:rsidR="00D93F19" w:rsidRDefault="00000000">
            <w:pPr>
              <w:pStyle w:val="TableText"/>
              <w:spacing w:after="30" w:line="245" w:lineRule="auto"/>
              <w:rPr>
                <w:rFonts w:hint="eastAsia"/>
              </w:rPr>
            </w:pPr>
            <w:r>
              <w:rPr>
                <w:sz w:val="18"/>
              </w:rPr>
              <w:t>Direzione / conduzione delle prove</w:t>
            </w:r>
          </w:p>
        </w:tc>
        <w:tc>
          <w:tcPr>
            <w:tcW w:w="2948" w:type="dxa"/>
            <w:vAlign w:val="center"/>
          </w:tcPr>
          <w:p w14:paraId="71362CBA" w14:textId="77777777" w:rsidR="00D93F19" w:rsidRDefault="00000000">
            <w:pPr>
              <w:pStyle w:val="TableText"/>
              <w:spacing w:after="30" w:line="245" w:lineRule="auto"/>
              <w:rPr>
                <w:rFonts w:hint="eastAsia"/>
              </w:rPr>
            </w:pPr>
            <w:r>
              <w:rPr>
                <w:sz w:val="18"/>
              </w:rPr>
              <w:t>______________________</w:t>
            </w:r>
          </w:p>
        </w:tc>
        <w:tc>
          <w:tcPr>
            <w:tcW w:w="2948" w:type="dxa"/>
            <w:vAlign w:val="center"/>
          </w:tcPr>
          <w:p w14:paraId="465EC8AA" w14:textId="77777777" w:rsidR="00D93F19" w:rsidRDefault="00000000">
            <w:pPr>
              <w:pStyle w:val="TableText"/>
              <w:spacing w:after="30" w:line="245" w:lineRule="auto"/>
              <w:rPr>
                <w:rFonts w:hint="eastAsia"/>
              </w:rPr>
            </w:pPr>
            <w:r>
              <w:rPr>
                <w:sz w:val="18"/>
              </w:rPr>
              <w:t>______________________</w:t>
            </w:r>
          </w:p>
        </w:tc>
      </w:tr>
    </w:tbl>
    <w:p w14:paraId="1D26CF38" w14:textId="77777777" w:rsidR="00D93F19" w:rsidRDefault="00D93F19">
      <w:pPr>
        <w:spacing w:after="0" w:line="20" w:lineRule="exact"/>
        <w:rPr>
          <w:rFonts w:hint="eastAsia"/>
        </w:rPr>
      </w:pPr>
    </w:p>
    <w:p w14:paraId="74E852C2" w14:textId="77777777" w:rsidR="00D93F19" w:rsidRDefault="00000000">
      <w:pPr>
        <w:pStyle w:val="Titolo2"/>
      </w:pPr>
      <w:r>
        <w:t>Incarico e limiti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79D9F731" w14:textId="77777777">
        <w:trPr>
          <w:cantSplit/>
          <w:tblHeader/>
          <w:jc w:val="center"/>
        </w:trPr>
        <w:tc>
          <w:tcPr>
            <w:tcW w:w="2891" w:type="dxa"/>
            <w:shd w:val="clear" w:color="auto" w:fill="15344B"/>
            <w:vAlign w:val="center"/>
          </w:tcPr>
          <w:p w14:paraId="0FBBDE41"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354A2E2B" w14:textId="77777777" w:rsidR="00D93F19" w:rsidRDefault="00000000">
            <w:pPr>
              <w:pStyle w:val="TableText"/>
              <w:spacing w:after="30" w:line="245" w:lineRule="auto"/>
              <w:rPr>
                <w:rFonts w:hint="eastAsia"/>
              </w:rPr>
            </w:pPr>
            <w:r>
              <w:rPr>
                <w:b/>
                <w:color w:val="FFFFFF"/>
              </w:rPr>
              <w:t>COMPILAZIONE</w:t>
            </w:r>
          </w:p>
        </w:tc>
      </w:tr>
      <w:tr w:rsidR="00D93F19" w14:paraId="01016700" w14:textId="77777777">
        <w:trPr>
          <w:cantSplit/>
          <w:jc w:val="center"/>
        </w:trPr>
        <w:tc>
          <w:tcPr>
            <w:tcW w:w="2891" w:type="dxa"/>
            <w:shd w:val="clear" w:color="auto" w:fill="F2F6F8"/>
            <w:vAlign w:val="center"/>
          </w:tcPr>
          <w:p w14:paraId="39ED0F42" w14:textId="77777777" w:rsidR="00D93F19" w:rsidRDefault="00000000">
            <w:pPr>
              <w:pStyle w:val="TableText"/>
              <w:spacing w:after="30" w:line="245" w:lineRule="auto"/>
              <w:rPr>
                <w:rFonts w:hint="eastAsia"/>
              </w:rPr>
            </w:pPr>
            <w:r>
              <w:t>Responsabile interno RM</w:t>
            </w:r>
          </w:p>
        </w:tc>
        <w:tc>
          <w:tcPr>
            <w:tcW w:w="6973" w:type="dxa"/>
            <w:shd w:val="clear" w:color="auto" w:fill="F2F6F8"/>
            <w:vAlign w:val="center"/>
          </w:tcPr>
          <w:p w14:paraId="566F2593" w14:textId="77777777" w:rsidR="00D93F19" w:rsidRDefault="00000000">
            <w:pPr>
              <w:pStyle w:val="TableText"/>
              <w:spacing w:after="30" w:line="245" w:lineRule="auto"/>
              <w:rPr>
                <w:rFonts w:hint="eastAsia"/>
              </w:rPr>
            </w:pPr>
            <w:r>
              <w:t>________________________________________________________</w:t>
            </w:r>
          </w:p>
        </w:tc>
      </w:tr>
      <w:tr w:rsidR="00D93F19" w14:paraId="26211A7B" w14:textId="77777777">
        <w:trPr>
          <w:cantSplit/>
          <w:jc w:val="center"/>
        </w:trPr>
        <w:tc>
          <w:tcPr>
            <w:tcW w:w="2891" w:type="dxa"/>
            <w:vAlign w:val="center"/>
          </w:tcPr>
          <w:p w14:paraId="2DD92260" w14:textId="77777777" w:rsidR="00D93F19" w:rsidRDefault="00000000">
            <w:pPr>
              <w:pStyle w:val="TableText"/>
              <w:spacing w:after="30" w:line="245" w:lineRule="auto"/>
              <w:rPr>
                <w:rFonts w:hint="eastAsia"/>
              </w:rPr>
            </w:pPr>
            <w:r>
              <w:t>Persona competente PC</w:t>
            </w:r>
          </w:p>
        </w:tc>
        <w:tc>
          <w:tcPr>
            <w:tcW w:w="6973" w:type="dxa"/>
            <w:vAlign w:val="center"/>
          </w:tcPr>
          <w:p w14:paraId="7E087944" w14:textId="77777777" w:rsidR="00D93F19" w:rsidRDefault="00000000">
            <w:pPr>
              <w:pStyle w:val="TableText"/>
              <w:spacing w:after="30" w:line="245" w:lineRule="auto"/>
              <w:rPr>
                <w:rFonts w:hint="eastAsia"/>
              </w:rPr>
            </w:pPr>
            <w:r>
              <w:t>________________________________________________________</w:t>
            </w:r>
          </w:p>
        </w:tc>
      </w:tr>
      <w:tr w:rsidR="00D93F19" w14:paraId="071C110D" w14:textId="77777777">
        <w:trPr>
          <w:cantSplit/>
          <w:jc w:val="center"/>
        </w:trPr>
        <w:tc>
          <w:tcPr>
            <w:tcW w:w="2891" w:type="dxa"/>
            <w:shd w:val="clear" w:color="auto" w:fill="F2F6F8"/>
            <w:vAlign w:val="center"/>
          </w:tcPr>
          <w:p w14:paraId="5F01AAC9" w14:textId="77777777" w:rsidR="00D93F19" w:rsidRDefault="00000000">
            <w:pPr>
              <w:pStyle w:val="TableText"/>
              <w:spacing w:after="30" w:line="245" w:lineRule="auto"/>
              <w:rPr>
                <w:rFonts w:hint="eastAsia"/>
              </w:rPr>
            </w:pPr>
            <w:r>
              <w:t>Preposto / coordinatore operativo</w:t>
            </w:r>
          </w:p>
        </w:tc>
        <w:tc>
          <w:tcPr>
            <w:tcW w:w="6973" w:type="dxa"/>
            <w:shd w:val="clear" w:color="auto" w:fill="F2F6F8"/>
            <w:vAlign w:val="center"/>
          </w:tcPr>
          <w:p w14:paraId="5E01D382" w14:textId="77777777" w:rsidR="00D93F19" w:rsidRDefault="00000000">
            <w:pPr>
              <w:pStyle w:val="TableText"/>
              <w:spacing w:after="30" w:line="245" w:lineRule="auto"/>
              <w:rPr>
                <w:rFonts w:hint="eastAsia"/>
              </w:rPr>
            </w:pPr>
            <w:r>
              <w:t>________________________________________________________</w:t>
            </w:r>
          </w:p>
        </w:tc>
      </w:tr>
      <w:tr w:rsidR="00D93F19" w14:paraId="002128B6" w14:textId="77777777">
        <w:trPr>
          <w:cantSplit/>
          <w:jc w:val="center"/>
        </w:trPr>
        <w:tc>
          <w:tcPr>
            <w:tcW w:w="2891" w:type="dxa"/>
            <w:vAlign w:val="center"/>
          </w:tcPr>
          <w:p w14:paraId="5AC6C5A3" w14:textId="77777777" w:rsidR="00D93F19" w:rsidRDefault="00000000">
            <w:pPr>
              <w:pStyle w:val="TableText"/>
              <w:spacing w:after="30" w:line="245" w:lineRule="auto"/>
              <w:rPr>
                <w:rFonts w:hint="eastAsia"/>
              </w:rPr>
            </w:pPr>
            <w:r>
              <w:t>Responsabile delle prove</w:t>
            </w:r>
          </w:p>
        </w:tc>
        <w:tc>
          <w:tcPr>
            <w:tcW w:w="6973" w:type="dxa"/>
            <w:vAlign w:val="center"/>
          </w:tcPr>
          <w:p w14:paraId="1698D49C" w14:textId="77777777" w:rsidR="00D93F19" w:rsidRDefault="00000000">
            <w:pPr>
              <w:pStyle w:val="TableText"/>
              <w:spacing w:after="30" w:line="245" w:lineRule="auto"/>
              <w:rPr>
                <w:rFonts w:hint="eastAsia"/>
              </w:rPr>
            </w:pPr>
            <w:r>
              <w:t>________________________________________________________</w:t>
            </w:r>
          </w:p>
        </w:tc>
      </w:tr>
      <w:tr w:rsidR="00D93F19" w14:paraId="39E3AF86" w14:textId="77777777">
        <w:trPr>
          <w:cantSplit/>
          <w:jc w:val="center"/>
        </w:trPr>
        <w:tc>
          <w:tcPr>
            <w:tcW w:w="2891" w:type="dxa"/>
            <w:shd w:val="clear" w:color="auto" w:fill="F2F6F8"/>
            <w:vAlign w:val="center"/>
          </w:tcPr>
          <w:p w14:paraId="13237EE6" w14:textId="77777777" w:rsidR="00D93F19" w:rsidRDefault="00000000">
            <w:pPr>
              <w:pStyle w:val="TableText"/>
              <w:spacing w:after="30" w:line="245" w:lineRule="auto"/>
              <w:rPr>
                <w:rFonts w:hint="eastAsia"/>
              </w:rPr>
            </w:pPr>
            <w:r>
              <w:t>Operazioni espressamente affidate</w:t>
            </w:r>
          </w:p>
        </w:tc>
        <w:tc>
          <w:tcPr>
            <w:tcW w:w="6973" w:type="dxa"/>
            <w:shd w:val="clear" w:color="auto" w:fill="F2F6F8"/>
            <w:vAlign w:val="center"/>
          </w:tcPr>
          <w:p w14:paraId="53C7FA8C" w14:textId="77777777" w:rsidR="00D93F19" w:rsidRDefault="00000000">
            <w:pPr>
              <w:pStyle w:val="TableText"/>
              <w:spacing w:after="30" w:line="245" w:lineRule="auto"/>
              <w:rPr>
                <w:rFonts w:hint="eastAsia"/>
              </w:rPr>
            </w:pPr>
            <w:r>
              <w:t>________________________________________________________</w:t>
            </w:r>
          </w:p>
        </w:tc>
      </w:tr>
      <w:tr w:rsidR="00D93F19" w14:paraId="1B4FD372" w14:textId="77777777">
        <w:trPr>
          <w:cantSplit/>
          <w:jc w:val="center"/>
        </w:trPr>
        <w:tc>
          <w:tcPr>
            <w:tcW w:w="2891" w:type="dxa"/>
            <w:vAlign w:val="center"/>
          </w:tcPr>
          <w:p w14:paraId="6ED16B7D" w14:textId="77777777" w:rsidR="00D93F19" w:rsidRDefault="00000000">
            <w:pPr>
              <w:pStyle w:val="TableText"/>
              <w:spacing w:after="30" w:line="245" w:lineRule="auto"/>
              <w:rPr>
                <w:rFonts w:hint="eastAsia"/>
              </w:rPr>
            </w:pPr>
            <w:r>
              <w:t>Operazioni escluse / limiti</w:t>
            </w:r>
          </w:p>
        </w:tc>
        <w:tc>
          <w:tcPr>
            <w:tcW w:w="6973" w:type="dxa"/>
            <w:vAlign w:val="center"/>
          </w:tcPr>
          <w:p w14:paraId="73158302" w14:textId="77777777" w:rsidR="00D93F19" w:rsidRDefault="00000000">
            <w:pPr>
              <w:pStyle w:val="TableText"/>
              <w:spacing w:after="30" w:line="245" w:lineRule="auto"/>
              <w:rPr>
                <w:rFonts w:hint="eastAsia"/>
              </w:rPr>
            </w:pPr>
            <w:r>
              <w:t>________________________________________________________</w:t>
            </w:r>
          </w:p>
        </w:tc>
      </w:tr>
      <w:tr w:rsidR="00D93F19" w14:paraId="66AA1C87" w14:textId="77777777">
        <w:trPr>
          <w:cantSplit/>
          <w:jc w:val="center"/>
        </w:trPr>
        <w:tc>
          <w:tcPr>
            <w:tcW w:w="2891" w:type="dxa"/>
            <w:shd w:val="clear" w:color="auto" w:fill="F2F6F8"/>
            <w:vAlign w:val="center"/>
          </w:tcPr>
          <w:p w14:paraId="606F8FA8" w14:textId="77777777" w:rsidR="00D93F19" w:rsidRDefault="00000000">
            <w:pPr>
              <w:pStyle w:val="TableText"/>
              <w:spacing w:after="30" w:line="245" w:lineRule="auto"/>
              <w:rPr>
                <w:rFonts w:hint="eastAsia"/>
              </w:rPr>
            </w:pPr>
            <w:r>
              <w:t>Documenti da produrre</w:t>
            </w:r>
          </w:p>
        </w:tc>
        <w:tc>
          <w:tcPr>
            <w:tcW w:w="6973" w:type="dxa"/>
            <w:shd w:val="clear" w:color="auto" w:fill="F2F6F8"/>
            <w:vAlign w:val="center"/>
          </w:tcPr>
          <w:p w14:paraId="32E718AB" w14:textId="77777777" w:rsidR="00D93F19" w:rsidRDefault="00000000">
            <w:pPr>
              <w:pStyle w:val="TableText"/>
              <w:spacing w:after="30" w:line="245" w:lineRule="auto"/>
              <w:rPr>
                <w:rFonts w:hint="eastAsia"/>
              </w:rPr>
            </w:pPr>
            <w:r>
              <w:t>________________________________________________________</w:t>
            </w:r>
          </w:p>
        </w:tc>
      </w:tr>
    </w:tbl>
    <w:p w14:paraId="27156107" w14:textId="77777777" w:rsidR="00D93F19" w:rsidRDefault="00D93F19">
      <w:pPr>
        <w:spacing w:after="0" w:line="20" w:lineRule="exact"/>
        <w:rPr>
          <w:rFonts w:hint="eastAsia"/>
        </w:rPr>
      </w:pPr>
    </w:p>
    <w:p w14:paraId="7A38184A" w14:textId="77777777" w:rsidR="00D93F19" w:rsidRDefault="00000000">
      <w:pPr>
        <w:pStyle w:val="Small"/>
        <w:rPr>
          <w:rFonts w:hint="eastAsia"/>
        </w:rPr>
      </w:pPr>
      <w:r>
        <w:t>Le evidenze devono essere coerenti con le attività effettive. Conservare gli atti di incarico e i documenti di qualificazione pertinenti. Questa scheda non rilascia qualifiche, abilitazioni o una delega di funzioni.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5335F0E0" w14:textId="77777777">
        <w:trPr>
          <w:cantSplit/>
          <w:tblHeader/>
          <w:jc w:val="center"/>
        </w:trPr>
        <w:tc>
          <w:tcPr>
            <w:tcW w:w="3515" w:type="dxa"/>
            <w:shd w:val="clear" w:color="auto" w:fill="15344B"/>
            <w:vAlign w:val="center"/>
          </w:tcPr>
          <w:p w14:paraId="5508CB6A"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4D707726"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6E97DE3E" w14:textId="77777777" w:rsidR="00D93F19" w:rsidRDefault="00000000">
            <w:pPr>
              <w:pStyle w:val="TableText"/>
              <w:spacing w:after="30" w:line="245" w:lineRule="auto"/>
              <w:rPr>
                <w:rFonts w:hint="eastAsia"/>
              </w:rPr>
            </w:pPr>
            <w:r>
              <w:rPr>
                <w:b/>
                <w:color w:val="FFFFFF"/>
                <w:sz w:val="18"/>
              </w:rPr>
              <w:t>DATA E FIRMA</w:t>
            </w:r>
          </w:p>
        </w:tc>
      </w:tr>
      <w:tr w:rsidR="00D93F19" w14:paraId="3806AB7E" w14:textId="77777777">
        <w:trPr>
          <w:cantSplit/>
          <w:jc w:val="center"/>
        </w:trPr>
        <w:tc>
          <w:tcPr>
            <w:tcW w:w="3515" w:type="dxa"/>
            <w:shd w:val="clear" w:color="auto" w:fill="F2F6F8"/>
            <w:vAlign w:val="center"/>
          </w:tcPr>
          <w:p w14:paraId="5766A10F" w14:textId="77777777" w:rsidR="00D93F19" w:rsidRDefault="00000000">
            <w:pPr>
              <w:pStyle w:val="TableText"/>
              <w:spacing w:after="30" w:line="245" w:lineRule="auto"/>
              <w:rPr>
                <w:rFonts w:hint="eastAsia"/>
              </w:rPr>
            </w:pPr>
            <w:r>
              <w:rPr>
                <w:sz w:val="18"/>
              </w:rPr>
              <w:t>Datore di lavoro / incaricante</w:t>
            </w:r>
          </w:p>
        </w:tc>
        <w:tc>
          <w:tcPr>
            <w:tcW w:w="3175" w:type="dxa"/>
            <w:shd w:val="clear" w:color="auto" w:fill="F2F6F8"/>
            <w:vAlign w:val="center"/>
          </w:tcPr>
          <w:p w14:paraId="173D9491"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30794988" w14:textId="77777777" w:rsidR="00D93F19" w:rsidRDefault="00000000">
            <w:pPr>
              <w:pStyle w:val="TableText"/>
              <w:spacing w:after="30" w:line="245" w:lineRule="auto"/>
              <w:rPr>
                <w:rFonts w:hint="eastAsia"/>
              </w:rPr>
            </w:pPr>
            <w:r>
              <w:rPr>
                <w:sz w:val="18"/>
              </w:rPr>
              <w:t>_____________________</w:t>
            </w:r>
          </w:p>
        </w:tc>
      </w:tr>
      <w:tr w:rsidR="00D93F19" w14:paraId="788791EB" w14:textId="77777777">
        <w:trPr>
          <w:cantSplit/>
          <w:jc w:val="center"/>
        </w:trPr>
        <w:tc>
          <w:tcPr>
            <w:tcW w:w="3515" w:type="dxa"/>
            <w:vAlign w:val="center"/>
          </w:tcPr>
          <w:p w14:paraId="72EDC661" w14:textId="77777777" w:rsidR="00D93F19" w:rsidRDefault="00000000">
            <w:pPr>
              <w:pStyle w:val="TableText"/>
              <w:spacing w:after="30" w:line="245" w:lineRule="auto"/>
              <w:rPr>
                <w:rFonts w:hint="eastAsia"/>
              </w:rPr>
            </w:pPr>
            <w:r>
              <w:rPr>
                <w:sz w:val="18"/>
              </w:rPr>
              <w:t>Soggetto incaricato per accettazione</w:t>
            </w:r>
          </w:p>
        </w:tc>
        <w:tc>
          <w:tcPr>
            <w:tcW w:w="3175" w:type="dxa"/>
            <w:vAlign w:val="center"/>
          </w:tcPr>
          <w:p w14:paraId="26E06DA0"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0ADA6CAB" w14:textId="77777777" w:rsidR="00D93F19" w:rsidRDefault="00000000">
            <w:pPr>
              <w:pStyle w:val="TableText"/>
              <w:spacing w:after="30" w:line="245" w:lineRule="auto"/>
              <w:rPr>
                <w:rFonts w:hint="eastAsia"/>
              </w:rPr>
            </w:pPr>
            <w:r>
              <w:rPr>
                <w:sz w:val="18"/>
              </w:rPr>
              <w:t>_____________________</w:t>
            </w:r>
          </w:p>
        </w:tc>
      </w:tr>
    </w:tbl>
    <w:p w14:paraId="03F5CE40" w14:textId="77777777" w:rsidR="00D93F19" w:rsidRDefault="00D93F19">
      <w:pPr>
        <w:spacing w:after="0" w:line="20" w:lineRule="exact"/>
        <w:rPr>
          <w:rFonts w:hint="eastAsia"/>
        </w:rPr>
      </w:pPr>
    </w:p>
    <w:p w14:paraId="07F613B1" w14:textId="77777777" w:rsidR="00D93F19" w:rsidRDefault="00000000">
      <w:pPr>
        <w:pStyle w:val="Kicker"/>
        <w:pageBreakBefore/>
        <w:rPr>
          <w:rFonts w:hint="eastAsia"/>
        </w:rPr>
      </w:pPr>
      <w:r>
        <w:t>ALLEGATO OPERATIVO • MODELLO AZIENDALE</w:t>
      </w:r>
    </w:p>
    <w:p w14:paraId="065E27C0" w14:textId="77777777" w:rsidR="00D93F19" w:rsidRDefault="00000000">
      <w:pPr>
        <w:pStyle w:val="Titolo1"/>
      </w:pPr>
      <w:bookmarkStart w:id="42" w:name="P43"/>
      <w:r>
        <w:t>A05 | Valutazione e classificazione dell’intervento</w:t>
      </w:r>
      <w:bookmarkEnd w:id="42"/>
    </w:p>
    <w:p w14:paraId="652797F0" w14:textId="77777777" w:rsidR="00D93F19" w:rsidRDefault="00000000">
      <w:pPr>
        <w:pStyle w:val="Small"/>
        <w:rPr>
          <w:rFonts w:hint="eastAsia"/>
        </w:rPr>
      </w:pPr>
      <w:r>
        <w:t>Pratica n. __________________  |  Macchina / matricola __________________  |  Data __________</w:t>
      </w:r>
    </w:p>
    <w:p w14:paraId="3AFCABF4" w14:textId="77777777" w:rsidR="00D93F19" w:rsidRDefault="00000000">
      <w:pPr>
        <w:pStyle w:val="Small"/>
        <w:rPr>
          <w:rFonts w:hint="eastAsia"/>
        </w:rPr>
      </w:pPr>
      <w:r>
        <w:t>F: INAIL 2026, pp. 5 e 8–12. O: tracciabilità delle condizioni e dell’esito.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7DFABF88" w14:textId="77777777">
        <w:trPr>
          <w:cantSplit/>
          <w:tblHeader/>
          <w:jc w:val="center"/>
        </w:trPr>
        <w:tc>
          <w:tcPr>
            <w:tcW w:w="2891" w:type="dxa"/>
            <w:shd w:val="clear" w:color="auto" w:fill="15344B"/>
            <w:vAlign w:val="center"/>
          </w:tcPr>
          <w:p w14:paraId="0A5D7A59"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3F2B5F7B" w14:textId="77777777" w:rsidR="00D93F19" w:rsidRDefault="00000000">
            <w:pPr>
              <w:pStyle w:val="TableText"/>
              <w:spacing w:after="30" w:line="245" w:lineRule="auto"/>
              <w:rPr>
                <w:rFonts w:hint="eastAsia"/>
              </w:rPr>
            </w:pPr>
            <w:r>
              <w:rPr>
                <w:b/>
                <w:color w:val="FFFFFF"/>
              </w:rPr>
              <w:t>COMPILAZIONE</w:t>
            </w:r>
          </w:p>
        </w:tc>
      </w:tr>
      <w:tr w:rsidR="00D93F19" w14:paraId="32D98484" w14:textId="77777777">
        <w:trPr>
          <w:cantSplit/>
          <w:jc w:val="center"/>
        </w:trPr>
        <w:tc>
          <w:tcPr>
            <w:tcW w:w="2891" w:type="dxa"/>
            <w:shd w:val="clear" w:color="auto" w:fill="F2F6F8"/>
            <w:vAlign w:val="center"/>
          </w:tcPr>
          <w:p w14:paraId="1792BA0C" w14:textId="77777777" w:rsidR="00D93F19" w:rsidRDefault="00000000">
            <w:pPr>
              <w:pStyle w:val="TableText"/>
              <w:spacing w:after="30" w:line="245" w:lineRule="auto"/>
              <w:rPr>
                <w:rFonts w:hint="eastAsia"/>
              </w:rPr>
            </w:pPr>
            <w:r>
              <w:t>Soggetto che realizza l’intervento</w:t>
            </w:r>
          </w:p>
        </w:tc>
        <w:tc>
          <w:tcPr>
            <w:tcW w:w="6973" w:type="dxa"/>
            <w:shd w:val="clear" w:color="auto" w:fill="F2F6F8"/>
            <w:vAlign w:val="center"/>
          </w:tcPr>
          <w:p w14:paraId="72F818BA" w14:textId="77777777" w:rsidR="00D93F19" w:rsidRDefault="00000000">
            <w:pPr>
              <w:pStyle w:val="TableText"/>
              <w:spacing w:after="30" w:line="245" w:lineRule="auto"/>
              <w:rPr>
                <w:rFonts w:hint="eastAsia"/>
              </w:rPr>
            </w:pPr>
            <w:r>
              <w:t>________________________________________________________</w:t>
            </w:r>
          </w:p>
        </w:tc>
      </w:tr>
      <w:tr w:rsidR="00D93F19" w14:paraId="40223223" w14:textId="77777777">
        <w:trPr>
          <w:cantSplit/>
          <w:jc w:val="center"/>
        </w:trPr>
        <w:tc>
          <w:tcPr>
            <w:tcW w:w="2891" w:type="dxa"/>
            <w:vAlign w:val="center"/>
          </w:tcPr>
          <w:p w14:paraId="5DBD99FD" w14:textId="77777777" w:rsidR="00D93F19" w:rsidRDefault="00000000">
            <w:pPr>
              <w:pStyle w:val="TableText"/>
              <w:spacing w:after="30" w:line="245" w:lineRule="auto"/>
              <w:rPr>
                <w:rFonts w:hint="eastAsia"/>
              </w:rPr>
            </w:pPr>
            <w:r>
              <w:t>Valutatore / relazione di supporto</w:t>
            </w:r>
          </w:p>
        </w:tc>
        <w:tc>
          <w:tcPr>
            <w:tcW w:w="6973" w:type="dxa"/>
            <w:vAlign w:val="center"/>
          </w:tcPr>
          <w:p w14:paraId="4DC9572D" w14:textId="77777777" w:rsidR="00D93F19" w:rsidRDefault="00000000">
            <w:pPr>
              <w:pStyle w:val="TableText"/>
              <w:spacing w:after="30" w:line="245" w:lineRule="auto"/>
              <w:rPr>
                <w:rFonts w:hint="eastAsia"/>
              </w:rPr>
            </w:pPr>
            <w:r>
              <w:t>________________________________________________________</w:t>
            </w:r>
          </w:p>
        </w:tc>
      </w:tr>
      <w:tr w:rsidR="00D93F19" w14:paraId="600F8197" w14:textId="77777777">
        <w:trPr>
          <w:cantSplit/>
          <w:jc w:val="center"/>
        </w:trPr>
        <w:tc>
          <w:tcPr>
            <w:tcW w:w="2891" w:type="dxa"/>
            <w:shd w:val="clear" w:color="auto" w:fill="F2F6F8"/>
            <w:vAlign w:val="center"/>
          </w:tcPr>
          <w:p w14:paraId="7AEA4BEB" w14:textId="77777777" w:rsidR="00D93F19" w:rsidRDefault="00000000">
            <w:pPr>
              <w:pStyle w:val="TableText"/>
              <w:spacing w:after="30" w:line="245" w:lineRule="auto"/>
              <w:rPr>
                <w:rFonts w:hint="eastAsia"/>
              </w:rPr>
            </w:pPr>
            <w:r>
              <w:t>Schede INAIL applicabili</w:t>
            </w:r>
          </w:p>
        </w:tc>
        <w:tc>
          <w:tcPr>
            <w:tcW w:w="6973" w:type="dxa"/>
            <w:shd w:val="clear" w:color="auto" w:fill="F2F6F8"/>
            <w:vAlign w:val="center"/>
          </w:tcPr>
          <w:p w14:paraId="096F6319" w14:textId="77777777" w:rsidR="00D93F19" w:rsidRDefault="00000000">
            <w:pPr>
              <w:pStyle w:val="TableText"/>
              <w:spacing w:after="30" w:line="245" w:lineRule="auto"/>
              <w:rPr>
                <w:rFonts w:hint="eastAsia"/>
              </w:rPr>
            </w:pPr>
            <w:r>
              <w:t>________________________________________________________</w:t>
            </w:r>
          </w:p>
          <w:p w14:paraId="113958C7" w14:textId="77777777" w:rsidR="00D93F19" w:rsidRDefault="00000000">
            <w:pPr>
              <w:pStyle w:val="TableText"/>
              <w:spacing w:after="30" w:line="245" w:lineRule="auto"/>
              <w:rPr>
                <w:rFonts w:hint="eastAsia"/>
              </w:rPr>
            </w:pPr>
            <w:r>
              <w:t>Indicare tutti i codici pertinenti, non soltanto quello prevalente.</w:t>
            </w:r>
          </w:p>
        </w:tc>
      </w:tr>
      <w:tr w:rsidR="00D93F19" w14:paraId="5E4F92CA" w14:textId="77777777">
        <w:trPr>
          <w:cantSplit/>
          <w:jc w:val="center"/>
        </w:trPr>
        <w:tc>
          <w:tcPr>
            <w:tcW w:w="2891" w:type="dxa"/>
            <w:vAlign w:val="center"/>
          </w:tcPr>
          <w:p w14:paraId="4DEB59A4" w14:textId="77777777" w:rsidR="00D93F19" w:rsidRDefault="00000000">
            <w:pPr>
              <w:pStyle w:val="TableText"/>
              <w:spacing w:after="30" w:line="245" w:lineRule="auto"/>
              <w:rPr>
                <w:rFonts w:hint="eastAsia"/>
              </w:rPr>
            </w:pPr>
            <w:r>
              <w:t>Previsioni originarie del fabbricante</w:t>
            </w:r>
          </w:p>
        </w:tc>
        <w:tc>
          <w:tcPr>
            <w:tcW w:w="6973" w:type="dxa"/>
            <w:vAlign w:val="center"/>
          </w:tcPr>
          <w:p w14:paraId="58DAD5F9" w14:textId="77777777" w:rsidR="00D93F19" w:rsidRDefault="00000000">
            <w:pPr>
              <w:pStyle w:val="TableText"/>
              <w:spacing w:after="30" w:line="245" w:lineRule="auto"/>
              <w:rPr>
                <w:rFonts w:hint="eastAsia"/>
              </w:rPr>
            </w:pPr>
            <w:r>
              <w:t>Istruzioni / revisione / paragrafo / risposta: __________________________</w:t>
            </w:r>
          </w:p>
        </w:tc>
      </w:tr>
    </w:tbl>
    <w:p w14:paraId="2DBF275A"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535"/>
        <w:gridCol w:w="1928"/>
        <w:gridCol w:w="3402"/>
      </w:tblGrid>
      <w:tr w:rsidR="00D93F19" w14:paraId="58E5DD15" w14:textId="77777777">
        <w:trPr>
          <w:cantSplit/>
          <w:tblHeader/>
          <w:jc w:val="center"/>
        </w:trPr>
        <w:tc>
          <w:tcPr>
            <w:tcW w:w="4535" w:type="dxa"/>
            <w:shd w:val="clear" w:color="auto" w:fill="15344B"/>
            <w:vAlign w:val="center"/>
          </w:tcPr>
          <w:p w14:paraId="1955649D" w14:textId="77777777" w:rsidR="00D93F19" w:rsidRDefault="00000000">
            <w:pPr>
              <w:pStyle w:val="TableText"/>
              <w:spacing w:after="30" w:line="245" w:lineRule="auto"/>
              <w:rPr>
                <w:rFonts w:hint="eastAsia"/>
              </w:rPr>
            </w:pPr>
            <w:r>
              <w:rPr>
                <w:b/>
                <w:color w:val="FFFFFF"/>
                <w:sz w:val="18"/>
              </w:rPr>
              <w:t>VERIFICA</w:t>
            </w:r>
          </w:p>
        </w:tc>
        <w:tc>
          <w:tcPr>
            <w:tcW w:w="1928" w:type="dxa"/>
            <w:shd w:val="clear" w:color="auto" w:fill="15344B"/>
            <w:vAlign w:val="center"/>
          </w:tcPr>
          <w:p w14:paraId="7C01A85C" w14:textId="77777777" w:rsidR="00D93F19" w:rsidRDefault="00000000">
            <w:pPr>
              <w:pStyle w:val="TableText"/>
              <w:spacing w:after="30" w:line="245" w:lineRule="auto"/>
              <w:rPr>
                <w:rFonts w:hint="eastAsia"/>
              </w:rPr>
            </w:pPr>
            <w:r>
              <w:rPr>
                <w:b/>
                <w:color w:val="FFFFFF"/>
                <w:sz w:val="18"/>
              </w:rPr>
              <w:t>ESITO</w:t>
            </w:r>
          </w:p>
        </w:tc>
        <w:tc>
          <w:tcPr>
            <w:tcW w:w="3402" w:type="dxa"/>
            <w:shd w:val="clear" w:color="auto" w:fill="15344B"/>
            <w:vAlign w:val="center"/>
          </w:tcPr>
          <w:p w14:paraId="66A4BCA4" w14:textId="77777777" w:rsidR="00D93F19" w:rsidRDefault="00000000">
            <w:pPr>
              <w:pStyle w:val="TableText"/>
              <w:spacing w:after="30" w:line="245" w:lineRule="auto"/>
              <w:rPr>
                <w:rFonts w:hint="eastAsia"/>
              </w:rPr>
            </w:pPr>
            <w:r>
              <w:rPr>
                <w:b/>
                <w:color w:val="FFFFFF"/>
                <w:sz w:val="18"/>
              </w:rPr>
              <w:t>EVIDENZA / MOTIVAZIONE</w:t>
            </w:r>
          </w:p>
        </w:tc>
      </w:tr>
      <w:tr w:rsidR="00D93F19" w14:paraId="5F6B2FB2" w14:textId="77777777">
        <w:trPr>
          <w:cantSplit/>
          <w:jc w:val="center"/>
        </w:trPr>
        <w:tc>
          <w:tcPr>
            <w:tcW w:w="4535" w:type="dxa"/>
            <w:shd w:val="clear" w:color="auto" w:fill="F2F6F8"/>
            <w:vAlign w:val="center"/>
          </w:tcPr>
          <w:p w14:paraId="055F51FD" w14:textId="77777777" w:rsidR="00D93F19" w:rsidRDefault="00000000">
            <w:pPr>
              <w:pStyle w:val="TableText"/>
              <w:spacing w:after="30" w:line="245" w:lineRule="auto"/>
              <w:rPr>
                <w:rFonts w:hint="eastAsia"/>
              </w:rPr>
            </w:pPr>
            <w:r>
              <w:rPr>
                <w:sz w:val="18"/>
              </w:rPr>
              <w:t>Dati iniziali sufficienti e coerenti</w:t>
            </w:r>
          </w:p>
        </w:tc>
        <w:tc>
          <w:tcPr>
            <w:tcW w:w="1928" w:type="dxa"/>
            <w:shd w:val="clear" w:color="auto" w:fill="F2F6F8"/>
            <w:vAlign w:val="center"/>
          </w:tcPr>
          <w:p w14:paraId="34D904D8" w14:textId="77777777" w:rsidR="00D93F19" w:rsidRDefault="00000000">
            <w:pPr>
              <w:pStyle w:val="TableText"/>
              <w:spacing w:after="30" w:line="245" w:lineRule="auto"/>
              <w:rPr>
                <w:rFonts w:hint="eastAsia"/>
              </w:rPr>
            </w:pPr>
            <w:r>
              <w:rPr>
                <w:sz w:val="18"/>
              </w:rPr>
              <w:t>□ Sì  □ No</w:t>
            </w:r>
          </w:p>
        </w:tc>
        <w:tc>
          <w:tcPr>
            <w:tcW w:w="3402" w:type="dxa"/>
            <w:shd w:val="clear" w:color="auto" w:fill="F2F6F8"/>
            <w:vAlign w:val="center"/>
          </w:tcPr>
          <w:p w14:paraId="049B9336" w14:textId="77777777" w:rsidR="00D93F19" w:rsidRDefault="00000000">
            <w:pPr>
              <w:pStyle w:val="TableText"/>
              <w:spacing w:after="30" w:line="245" w:lineRule="auto"/>
              <w:rPr>
                <w:rFonts w:hint="eastAsia"/>
              </w:rPr>
            </w:pPr>
            <w:r>
              <w:rPr>
                <w:sz w:val="18"/>
              </w:rPr>
              <w:t>________________________</w:t>
            </w:r>
          </w:p>
        </w:tc>
      </w:tr>
      <w:tr w:rsidR="00D93F19" w14:paraId="62E4F07B" w14:textId="77777777">
        <w:trPr>
          <w:cantSplit/>
          <w:jc w:val="center"/>
        </w:trPr>
        <w:tc>
          <w:tcPr>
            <w:tcW w:w="4535" w:type="dxa"/>
            <w:vAlign w:val="center"/>
          </w:tcPr>
          <w:p w14:paraId="2E119888" w14:textId="77777777" w:rsidR="00D93F19" w:rsidRDefault="00000000">
            <w:pPr>
              <w:pStyle w:val="TableText"/>
              <w:spacing w:after="30" w:line="245" w:lineRule="auto"/>
              <w:rPr>
                <w:rFonts w:hint="eastAsia"/>
              </w:rPr>
            </w:pPr>
            <w:r>
              <w:rPr>
                <w:sz w:val="18"/>
              </w:rPr>
              <w:t>Uso e prestazioni originari confrontati</w:t>
            </w:r>
          </w:p>
        </w:tc>
        <w:tc>
          <w:tcPr>
            <w:tcW w:w="1928" w:type="dxa"/>
            <w:vAlign w:val="center"/>
          </w:tcPr>
          <w:p w14:paraId="74155D37" w14:textId="77777777" w:rsidR="00D93F19" w:rsidRDefault="00000000">
            <w:pPr>
              <w:pStyle w:val="TableText"/>
              <w:spacing w:after="30" w:line="245" w:lineRule="auto"/>
              <w:rPr>
                <w:rFonts w:hint="eastAsia"/>
              </w:rPr>
            </w:pPr>
            <w:r>
              <w:rPr>
                <w:sz w:val="18"/>
              </w:rPr>
              <w:t>□ Sì  □ No</w:t>
            </w:r>
          </w:p>
        </w:tc>
        <w:tc>
          <w:tcPr>
            <w:tcW w:w="3402" w:type="dxa"/>
            <w:vAlign w:val="center"/>
          </w:tcPr>
          <w:p w14:paraId="72A5EF94" w14:textId="77777777" w:rsidR="00D93F19" w:rsidRDefault="00000000">
            <w:pPr>
              <w:pStyle w:val="TableText"/>
              <w:spacing w:after="30" w:line="245" w:lineRule="auto"/>
              <w:rPr>
                <w:rFonts w:hint="eastAsia"/>
              </w:rPr>
            </w:pPr>
            <w:r>
              <w:rPr>
                <w:sz w:val="18"/>
              </w:rPr>
              <w:t>________________________</w:t>
            </w:r>
          </w:p>
        </w:tc>
      </w:tr>
      <w:tr w:rsidR="00D93F19" w14:paraId="2CC11C31" w14:textId="77777777">
        <w:trPr>
          <w:cantSplit/>
          <w:jc w:val="center"/>
        </w:trPr>
        <w:tc>
          <w:tcPr>
            <w:tcW w:w="4535" w:type="dxa"/>
            <w:shd w:val="clear" w:color="auto" w:fill="F2F6F8"/>
            <w:vAlign w:val="center"/>
          </w:tcPr>
          <w:p w14:paraId="03EA984C" w14:textId="77777777" w:rsidR="00D93F19" w:rsidRDefault="00000000">
            <w:pPr>
              <w:pStyle w:val="TableText"/>
              <w:spacing w:after="30" w:line="245" w:lineRule="auto"/>
              <w:rPr>
                <w:rFonts w:hint="eastAsia"/>
              </w:rPr>
            </w:pPr>
            <w:r>
              <w:rPr>
                <w:sz w:val="18"/>
              </w:rPr>
              <w:t>Tutte le schede pertinenti individuate</w:t>
            </w:r>
          </w:p>
        </w:tc>
        <w:tc>
          <w:tcPr>
            <w:tcW w:w="1928" w:type="dxa"/>
            <w:shd w:val="clear" w:color="auto" w:fill="F2F6F8"/>
            <w:vAlign w:val="center"/>
          </w:tcPr>
          <w:p w14:paraId="59E14784" w14:textId="77777777" w:rsidR="00D93F19" w:rsidRDefault="00000000">
            <w:pPr>
              <w:pStyle w:val="TableText"/>
              <w:spacing w:after="30" w:line="245" w:lineRule="auto"/>
              <w:rPr>
                <w:rFonts w:hint="eastAsia"/>
              </w:rPr>
            </w:pPr>
            <w:r>
              <w:rPr>
                <w:sz w:val="18"/>
              </w:rPr>
              <w:t>□ Sì  □ No</w:t>
            </w:r>
          </w:p>
        </w:tc>
        <w:tc>
          <w:tcPr>
            <w:tcW w:w="3402" w:type="dxa"/>
            <w:shd w:val="clear" w:color="auto" w:fill="F2F6F8"/>
            <w:vAlign w:val="center"/>
          </w:tcPr>
          <w:p w14:paraId="32817DBA" w14:textId="77777777" w:rsidR="00D93F19" w:rsidRDefault="00000000">
            <w:pPr>
              <w:pStyle w:val="TableText"/>
              <w:spacing w:after="30" w:line="245" w:lineRule="auto"/>
              <w:rPr>
                <w:rFonts w:hint="eastAsia"/>
              </w:rPr>
            </w:pPr>
            <w:r>
              <w:rPr>
                <w:sz w:val="18"/>
              </w:rPr>
              <w:t>________________________</w:t>
            </w:r>
          </w:p>
        </w:tc>
      </w:tr>
      <w:tr w:rsidR="00D93F19" w14:paraId="1253D1CC" w14:textId="77777777">
        <w:trPr>
          <w:cantSplit/>
          <w:jc w:val="center"/>
        </w:trPr>
        <w:tc>
          <w:tcPr>
            <w:tcW w:w="4535" w:type="dxa"/>
            <w:vAlign w:val="center"/>
          </w:tcPr>
          <w:p w14:paraId="0763528E" w14:textId="77777777" w:rsidR="00D93F19" w:rsidRDefault="00000000">
            <w:pPr>
              <w:pStyle w:val="TableText"/>
              <w:spacing w:after="30" w:line="245" w:lineRule="auto"/>
              <w:rPr>
                <w:rFonts w:hint="eastAsia"/>
              </w:rPr>
            </w:pPr>
            <w:r>
              <w:rPr>
                <w:sz w:val="18"/>
              </w:rPr>
              <w:t>Tutte le condizioni applicabili dimostrate</w:t>
            </w:r>
          </w:p>
        </w:tc>
        <w:tc>
          <w:tcPr>
            <w:tcW w:w="1928" w:type="dxa"/>
            <w:vAlign w:val="center"/>
          </w:tcPr>
          <w:p w14:paraId="0862C165" w14:textId="77777777" w:rsidR="00D93F19" w:rsidRDefault="00000000">
            <w:pPr>
              <w:pStyle w:val="TableText"/>
              <w:spacing w:after="30" w:line="245" w:lineRule="auto"/>
              <w:rPr>
                <w:rFonts w:hint="eastAsia"/>
              </w:rPr>
            </w:pPr>
            <w:r>
              <w:rPr>
                <w:sz w:val="18"/>
              </w:rPr>
              <w:t>□ Sì  □ No</w:t>
            </w:r>
          </w:p>
        </w:tc>
        <w:tc>
          <w:tcPr>
            <w:tcW w:w="3402" w:type="dxa"/>
            <w:vAlign w:val="center"/>
          </w:tcPr>
          <w:p w14:paraId="4FA1EED2" w14:textId="77777777" w:rsidR="00D93F19" w:rsidRDefault="00000000">
            <w:pPr>
              <w:pStyle w:val="TableText"/>
              <w:spacing w:after="30" w:line="245" w:lineRule="auto"/>
              <w:rPr>
                <w:rFonts w:hint="eastAsia"/>
              </w:rPr>
            </w:pPr>
            <w:r>
              <w:rPr>
                <w:sz w:val="18"/>
              </w:rPr>
              <w:t>________________________</w:t>
            </w:r>
          </w:p>
        </w:tc>
      </w:tr>
      <w:tr w:rsidR="00D93F19" w14:paraId="4FEC7F3D" w14:textId="77777777">
        <w:trPr>
          <w:cantSplit/>
          <w:jc w:val="center"/>
        </w:trPr>
        <w:tc>
          <w:tcPr>
            <w:tcW w:w="4535" w:type="dxa"/>
            <w:shd w:val="clear" w:color="auto" w:fill="F2F6F8"/>
            <w:vAlign w:val="center"/>
          </w:tcPr>
          <w:p w14:paraId="34A43AFA" w14:textId="77777777" w:rsidR="00D93F19" w:rsidRDefault="00000000">
            <w:pPr>
              <w:pStyle w:val="TableText"/>
              <w:spacing w:after="30" w:line="245" w:lineRule="auto"/>
              <w:rPr>
                <w:rFonts w:hint="eastAsia"/>
              </w:rPr>
            </w:pPr>
            <w:r>
              <w:rPr>
                <w:sz w:val="18"/>
              </w:rPr>
              <w:t>Interfacce / strutture / ambiente considerati</w:t>
            </w:r>
          </w:p>
        </w:tc>
        <w:tc>
          <w:tcPr>
            <w:tcW w:w="1928" w:type="dxa"/>
            <w:shd w:val="clear" w:color="auto" w:fill="F2F6F8"/>
            <w:vAlign w:val="center"/>
          </w:tcPr>
          <w:p w14:paraId="1B7767AF" w14:textId="77777777" w:rsidR="00D93F19" w:rsidRDefault="00000000">
            <w:pPr>
              <w:pStyle w:val="TableText"/>
              <w:spacing w:after="30" w:line="245" w:lineRule="auto"/>
              <w:rPr>
                <w:rFonts w:hint="eastAsia"/>
              </w:rPr>
            </w:pPr>
            <w:r>
              <w:rPr>
                <w:sz w:val="18"/>
              </w:rPr>
              <w:t>□ Sì  □ No</w:t>
            </w:r>
          </w:p>
        </w:tc>
        <w:tc>
          <w:tcPr>
            <w:tcW w:w="3402" w:type="dxa"/>
            <w:shd w:val="clear" w:color="auto" w:fill="F2F6F8"/>
            <w:vAlign w:val="center"/>
          </w:tcPr>
          <w:p w14:paraId="4ED15667" w14:textId="77777777" w:rsidR="00D93F19" w:rsidRDefault="00000000">
            <w:pPr>
              <w:pStyle w:val="TableText"/>
              <w:spacing w:after="30" w:line="245" w:lineRule="auto"/>
              <w:rPr>
                <w:rFonts w:hint="eastAsia"/>
              </w:rPr>
            </w:pPr>
            <w:r>
              <w:rPr>
                <w:sz w:val="18"/>
              </w:rPr>
              <w:t>________________________</w:t>
            </w:r>
          </w:p>
        </w:tc>
      </w:tr>
      <w:tr w:rsidR="00D93F19" w14:paraId="7EE04518" w14:textId="77777777">
        <w:trPr>
          <w:cantSplit/>
          <w:jc w:val="center"/>
        </w:trPr>
        <w:tc>
          <w:tcPr>
            <w:tcW w:w="4535" w:type="dxa"/>
            <w:vAlign w:val="center"/>
          </w:tcPr>
          <w:p w14:paraId="3EDA2E7D" w14:textId="77777777" w:rsidR="00D93F19" w:rsidRDefault="00000000">
            <w:pPr>
              <w:pStyle w:val="TableText"/>
              <w:spacing w:after="30" w:line="245" w:lineRule="auto"/>
              <w:rPr>
                <w:rFonts w:hint="eastAsia"/>
              </w:rPr>
            </w:pPr>
            <w:r>
              <w:rPr>
                <w:sz w:val="18"/>
              </w:rPr>
              <w:t>Documenti finali e prove definiti</w:t>
            </w:r>
          </w:p>
        </w:tc>
        <w:tc>
          <w:tcPr>
            <w:tcW w:w="1928" w:type="dxa"/>
            <w:vAlign w:val="center"/>
          </w:tcPr>
          <w:p w14:paraId="53363764" w14:textId="77777777" w:rsidR="00D93F19" w:rsidRDefault="00000000">
            <w:pPr>
              <w:pStyle w:val="TableText"/>
              <w:spacing w:after="30" w:line="245" w:lineRule="auto"/>
              <w:rPr>
                <w:rFonts w:hint="eastAsia"/>
              </w:rPr>
            </w:pPr>
            <w:r>
              <w:rPr>
                <w:sz w:val="18"/>
              </w:rPr>
              <w:t>□ Sì  □ No</w:t>
            </w:r>
          </w:p>
        </w:tc>
        <w:tc>
          <w:tcPr>
            <w:tcW w:w="3402" w:type="dxa"/>
            <w:vAlign w:val="center"/>
          </w:tcPr>
          <w:p w14:paraId="61F7EA31" w14:textId="77777777" w:rsidR="00D93F19" w:rsidRDefault="00000000">
            <w:pPr>
              <w:pStyle w:val="TableText"/>
              <w:spacing w:after="30" w:line="245" w:lineRule="auto"/>
              <w:rPr>
                <w:rFonts w:hint="eastAsia"/>
              </w:rPr>
            </w:pPr>
            <w:r>
              <w:rPr>
                <w:sz w:val="18"/>
              </w:rPr>
              <w:t>________________________</w:t>
            </w:r>
          </w:p>
        </w:tc>
      </w:tr>
      <w:tr w:rsidR="00D93F19" w14:paraId="0752C254" w14:textId="77777777">
        <w:trPr>
          <w:cantSplit/>
          <w:jc w:val="center"/>
        </w:trPr>
        <w:tc>
          <w:tcPr>
            <w:tcW w:w="4535" w:type="dxa"/>
            <w:shd w:val="clear" w:color="auto" w:fill="F2F6F8"/>
            <w:vAlign w:val="center"/>
          </w:tcPr>
          <w:p w14:paraId="7CC7AE1D" w14:textId="77777777" w:rsidR="00D93F19" w:rsidRDefault="00000000">
            <w:pPr>
              <w:pStyle w:val="TableText"/>
              <w:spacing w:after="30" w:line="245" w:lineRule="auto"/>
              <w:rPr>
                <w:rFonts w:hint="eastAsia"/>
              </w:rPr>
            </w:pPr>
            <w:r>
              <w:rPr>
                <w:sz w:val="18"/>
              </w:rPr>
              <w:t>Varianti riesaminate, se presenti</w:t>
            </w:r>
          </w:p>
        </w:tc>
        <w:tc>
          <w:tcPr>
            <w:tcW w:w="1928" w:type="dxa"/>
            <w:shd w:val="clear" w:color="auto" w:fill="F2F6F8"/>
            <w:vAlign w:val="center"/>
          </w:tcPr>
          <w:p w14:paraId="136F8D3E" w14:textId="77777777" w:rsidR="00D93F19" w:rsidRDefault="00000000">
            <w:pPr>
              <w:pStyle w:val="TableText"/>
              <w:spacing w:after="30" w:line="245" w:lineRule="auto"/>
              <w:rPr>
                <w:rFonts w:hint="eastAsia"/>
              </w:rPr>
            </w:pPr>
            <w:r>
              <w:rPr>
                <w:sz w:val="18"/>
              </w:rPr>
              <w:t>□ Sì  □ No  □ N.A.</w:t>
            </w:r>
          </w:p>
        </w:tc>
        <w:tc>
          <w:tcPr>
            <w:tcW w:w="3402" w:type="dxa"/>
            <w:shd w:val="clear" w:color="auto" w:fill="F2F6F8"/>
            <w:vAlign w:val="center"/>
          </w:tcPr>
          <w:p w14:paraId="398A3CFF" w14:textId="77777777" w:rsidR="00D93F19" w:rsidRDefault="00000000">
            <w:pPr>
              <w:pStyle w:val="TableText"/>
              <w:spacing w:after="30" w:line="245" w:lineRule="auto"/>
              <w:rPr>
                <w:rFonts w:hint="eastAsia"/>
              </w:rPr>
            </w:pPr>
            <w:r>
              <w:rPr>
                <w:sz w:val="18"/>
              </w:rPr>
              <w:t>________________________</w:t>
            </w:r>
          </w:p>
        </w:tc>
      </w:tr>
    </w:tbl>
    <w:p w14:paraId="0CF5D321" w14:textId="77777777" w:rsidR="00D93F19" w:rsidRDefault="00D93F19">
      <w:pPr>
        <w:spacing w:after="0" w:line="20" w:lineRule="exact"/>
        <w:rPr>
          <w:rFonts w:hint="eastAsia"/>
        </w:rPr>
      </w:pPr>
    </w:p>
    <w:p w14:paraId="4DB15ED2" w14:textId="77777777" w:rsidR="00D93F19" w:rsidRDefault="00000000">
      <w:pPr>
        <w:pStyle w:val="Titolo2"/>
      </w:pPr>
      <w:r>
        <w:t>Esito motivato – selezionare una sola opzione</w:t>
      </w:r>
    </w:p>
    <w:p w14:paraId="288F8338" w14:textId="77777777" w:rsidR="00D93F19" w:rsidRDefault="00000000">
      <w:pPr>
        <w:rPr>
          <w:rFonts w:hint="eastAsia"/>
        </w:rPr>
      </w:pPr>
      <w:r>
        <w:t>□ Intervento previsto dalle istruzioni: percorso applicabile ________________________________________</w:t>
      </w:r>
      <w:r>
        <w:br/>
        <w:t>□ Manutenzione straordinaria: condizioni dimostrate nei documenti indicati</w:t>
      </w:r>
      <w:r>
        <w:br/>
        <w:t>□ Modifica sostanziale: attivare percorso di conformità pertinente</w:t>
      </w:r>
      <w:r>
        <w:br/>
        <w:t>□ Valutazione sospesa: dati o verifiche ancora necessari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5"/>
      </w:tblGrid>
      <w:tr w:rsidR="00D93F19" w14:paraId="207E739B" w14:textId="77777777">
        <w:trPr>
          <w:cantSplit/>
          <w:tblHeader/>
          <w:jc w:val="center"/>
        </w:trPr>
        <w:tc>
          <w:tcPr>
            <w:tcW w:w="9865" w:type="dxa"/>
            <w:shd w:val="clear" w:color="auto" w:fill="15344B"/>
            <w:vAlign w:val="center"/>
          </w:tcPr>
          <w:p w14:paraId="24A9C886" w14:textId="77777777" w:rsidR="00D93F19" w:rsidRDefault="00000000">
            <w:pPr>
              <w:pStyle w:val="TableText"/>
              <w:spacing w:after="30" w:line="245" w:lineRule="auto"/>
              <w:rPr>
                <w:rFonts w:hint="eastAsia"/>
              </w:rPr>
            </w:pPr>
            <w:r>
              <w:rPr>
                <w:b/>
                <w:color w:val="FFFFFF"/>
              </w:rPr>
              <w:t>MOTIVAZIONE DEL GIUDIZIO E LIMITI</w:t>
            </w:r>
          </w:p>
        </w:tc>
      </w:tr>
      <w:tr w:rsidR="00D93F19" w14:paraId="1094AA7B" w14:textId="77777777">
        <w:trPr>
          <w:cantSplit/>
          <w:trHeight w:val="907"/>
          <w:jc w:val="center"/>
        </w:trPr>
        <w:tc>
          <w:tcPr>
            <w:tcW w:w="9865" w:type="dxa"/>
            <w:shd w:val="clear" w:color="auto" w:fill="F2F6F8"/>
            <w:vAlign w:val="center"/>
          </w:tcPr>
          <w:p w14:paraId="2E25BA41" w14:textId="77777777" w:rsidR="00D93F19" w:rsidRDefault="00D93F19">
            <w:pPr>
              <w:pStyle w:val="TableText"/>
              <w:spacing w:after="30" w:line="245" w:lineRule="auto"/>
              <w:rPr>
                <w:rFonts w:hint="eastAsia"/>
              </w:rPr>
            </w:pPr>
          </w:p>
          <w:p w14:paraId="78672B3F" w14:textId="77777777" w:rsidR="00D93F19" w:rsidRDefault="00D93F19">
            <w:pPr>
              <w:pStyle w:val="TableText"/>
              <w:spacing w:after="30" w:line="245" w:lineRule="auto"/>
              <w:rPr>
                <w:rFonts w:hint="eastAsia"/>
              </w:rPr>
            </w:pPr>
          </w:p>
          <w:p w14:paraId="28F315B6" w14:textId="77777777" w:rsidR="00D93F19" w:rsidRDefault="00D93F19">
            <w:pPr>
              <w:pStyle w:val="TableText"/>
              <w:spacing w:after="30" w:line="245" w:lineRule="auto"/>
              <w:rPr>
                <w:rFonts w:hint="eastAsia"/>
              </w:rPr>
            </w:pPr>
          </w:p>
        </w:tc>
      </w:tr>
    </w:tbl>
    <w:p w14:paraId="325CEF7A" w14:textId="77777777" w:rsidR="00D93F19" w:rsidRDefault="00D93F19">
      <w:pPr>
        <w:spacing w:after="0" w:line="20" w:lineRule="exact"/>
        <w:rPr>
          <w:rFonts w:hint="eastAsia"/>
        </w:rPr>
      </w:pPr>
    </w:p>
    <w:p w14:paraId="325BD70A" w14:textId="77777777" w:rsidR="00D93F19" w:rsidRDefault="00000000">
      <w:pPr>
        <w:rPr>
          <w:rFonts w:hint="eastAsia"/>
        </w:rPr>
      </w:pPr>
      <w:r>
        <w:t>Documenti da integrare / azioni prima dell’avvio: __________________________________________________</w:t>
      </w:r>
      <w:r>
        <w:br/>
        <w:t>________________________________________________________________________________________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6618C1D5" w14:textId="77777777">
        <w:trPr>
          <w:cantSplit/>
          <w:tblHeader/>
          <w:jc w:val="center"/>
        </w:trPr>
        <w:tc>
          <w:tcPr>
            <w:tcW w:w="3515" w:type="dxa"/>
            <w:shd w:val="clear" w:color="auto" w:fill="15344B"/>
            <w:vAlign w:val="center"/>
          </w:tcPr>
          <w:p w14:paraId="08556B8F"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500C0705"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78761BE3" w14:textId="77777777" w:rsidR="00D93F19" w:rsidRDefault="00000000">
            <w:pPr>
              <w:pStyle w:val="TableText"/>
              <w:spacing w:after="30" w:line="245" w:lineRule="auto"/>
              <w:rPr>
                <w:rFonts w:hint="eastAsia"/>
              </w:rPr>
            </w:pPr>
            <w:r>
              <w:rPr>
                <w:b/>
                <w:color w:val="FFFFFF"/>
                <w:sz w:val="18"/>
              </w:rPr>
              <w:t>DATA E FIRMA</w:t>
            </w:r>
          </w:p>
        </w:tc>
      </w:tr>
      <w:tr w:rsidR="00D93F19" w14:paraId="246700B0" w14:textId="77777777">
        <w:trPr>
          <w:cantSplit/>
          <w:jc w:val="center"/>
        </w:trPr>
        <w:tc>
          <w:tcPr>
            <w:tcW w:w="3515" w:type="dxa"/>
            <w:shd w:val="clear" w:color="auto" w:fill="F2F6F8"/>
            <w:vAlign w:val="center"/>
          </w:tcPr>
          <w:p w14:paraId="5ED0F7A5" w14:textId="77777777" w:rsidR="00D93F19" w:rsidRDefault="00000000">
            <w:pPr>
              <w:pStyle w:val="TableText"/>
              <w:spacing w:after="30" w:line="245" w:lineRule="auto"/>
              <w:rPr>
                <w:rFonts w:hint="eastAsia"/>
              </w:rPr>
            </w:pPr>
            <w:r>
              <w:rPr>
                <w:sz w:val="18"/>
              </w:rPr>
              <w:t>Persona competente – valutazioni tecniche</w:t>
            </w:r>
          </w:p>
        </w:tc>
        <w:tc>
          <w:tcPr>
            <w:tcW w:w="3175" w:type="dxa"/>
            <w:shd w:val="clear" w:color="auto" w:fill="F2F6F8"/>
            <w:vAlign w:val="center"/>
          </w:tcPr>
          <w:p w14:paraId="11B96B08"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114BCF93" w14:textId="77777777" w:rsidR="00D93F19" w:rsidRDefault="00000000">
            <w:pPr>
              <w:pStyle w:val="TableText"/>
              <w:spacing w:after="30" w:line="245" w:lineRule="auto"/>
              <w:rPr>
                <w:rFonts w:hint="eastAsia"/>
              </w:rPr>
            </w:pPr>
            <w:r>
              <w:rPr>
                <w:sz w:val="18"/>
              </w:rPr>
              <w:t>_____________________</w:t>
            </w:r>
          </w:p>
        </w:tc>
      </w:tr>
      <w:tr w:rsidR="00D93F19" w14:paraId="06653403" w14:textId="77777777">
        <w:trPr>
          <w:cantSplit/>
          <w:jc w:val="center"/>
        </w:trPr>
        <w:tc>
          <w:tcPr>
            <w:tcW w:w="3515" w:type="dxa"/>
            <w:vAlign w:val="center"/>
          </w:tcPr>
          <w:p w14:paraId="1E9221F4" w14:textId="77777777" w:rsidR="00D93F19" w:rsidRDefault="00000000">
            <w:pPr>
              <w:pStyle w:val="TableText"/>
              <w:spacing w:after="30" w:line="245" w:lineRule="auto"/>
              <w:rPr>
                <w:rFonts w:hint="eastAsia"/>
              </w:rPr>
            </w:pPr>
            <w:r>
              <w:rPr>
                <w:sz w:val="18"/>
              </w:rPr>
              <w:t>Soggetto che realizza l’intervento – assunzione del giudizio</w:t>
            </w:r>
          </w:p>
        </w:tc>
        <w:tc>
          <w:tcPr>
            <w:tcW w:w="3175" w:type="dxa"/>
            <w:vAlign w:val="center"/>
          </w:tcPr>
          <w:p w14:paraId="672D4217"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4E4D4BE3" w14:textId="77777777" w:rsidR="00D93F19" w:rsidRDefault="00000000">
            <w:pPr>
              <w:pStyle w:val="TableText"/>
              <w:spacing w:after="30" w:line="245" w:lineRule="auto"/>
              <w:rPr>
                <w:rFonts w:hint="eastAsia"/>
              </w:rPr>
            </w:pPr>
            <w:r>
              <w:rPr>
                <w:sz w:val="18"/>
              </w:rPr>
              <w:t>_____________________</w:t>
            </w:r>
          </w:p>
        </w:tc>
      </w:tr>
    </w:tbl>
    <w:p w14:paraId="738903D2" w14:textId="77777777" w:rsidR="00D93F19" w:rsidRDefault="00D93F19">
      <w:pPr>
        <w:spacing w:after="0" w:line="20" w:lineRule="exact"/>
        <w:rPr>
          <w:rFonts w:hint="eastAsia"/>
        </w:rPr>
      </w:pPr>
    </w:p>
    <w:p w14:paraId="6A6479FC" w14:textId="77777777" w:rsidR="00D93F19" w:rsidRDefault="00000000">
      <w:pPr>
        <w:pStyle w:val="Kicker"/>
        <w:pageBreakBefore/>
        <w:rPr>
          <w:rFonts w:hint="eastAsia"/>
        </w:rPr>
      </w:pPr>
      <w:r>
        <w:t>ALLEGATO OPERATIVO • MODELLO AZIENDALE</w:t>
      </w:r>
    </w:p>
    <w:p w14:paraId="2BA8AB90" w14:textId="77777777" w:rsidR="00D93F19" w:rsidRDefault="00000000">
      <w:pPr>
        <w:pStyle w:val="Titolo1"/>
      </w:pPr>
      <w:bookmarkStart w:id="43" w:name="P44"/>
      <w:r>
        <w:t>A06 | Relazione tecnica – identificazione e progetto</w:t>
      </w:r>
      <w:bookmarkEnd w:id="43"/>
    </w:p>
    <w:p w14:paraId="00CA8630" w14:textId="77777777" w:rsidR="00D93F19" w:rsidRDefault="00000000">
      <w:pPr>
        <w:pStyle w:val="Small"/>
        <w:rPr>
          <w:rFonts w:hint="eastAsia"/>
        </w:rPr>
      </w:pPr>
      <w:r>
        <w:t>Pratica n. __________________  |  Macchina / matricola __________________  |  Data __________</w:t>
      </w:r>
    </w:p>
    <w:p w14:paraId="748A8EDD" w14:textId="77777777" w:rsidR="00D93F19" w:rsidRDefault="00000000">
      <w:pPr>
        <w:pStyle w:val="Small"/>
        <w:rPr>
          <w:rFonts w:hint="eastAsia"/>
        </w:rPr>
      </w:pPr>
      <w:r>
        <w:t>F: INAIL 2026, p. 12 e schede pertinenti. O: modello di relazione, pagina 1 di 2.</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3E28AB4F" w14:textId="77777777">
        <w:trPr>
          <w:cantSplit/>
          <w:tblHeader/>
          <w:jc w:val="center"/>
        </w:trPr>
        <w:tc>
          <w:tcPr>
            <w:tcW w:w="2891" w:type="dxa"/>
            <w:shd w:val="clear" w:color="auto" w:fill="15344B"/>
            <w:vAlign w:val="center"/>
          </w:tcPr>
          <w:p w14:paraId="0297B3AB"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10D45E0C" w14:textId="77777777" w:rsidR="00D93F19" w:rsidRDefault="00000000">
            <w:pPr>
              <w:pStyle w:val="TableText"/>
              <w:spacing w:after="30" w:line="245" w:lineRule="auto"/>
              <w:rPr>
                <w:rFonts w:hint="eastAsia"/>
              </w:rPr>
            </w:pPr>
            <w:r>
              <w:rPr>
                <w:b/>
                <w:color w:val="FFFFFF"/>
              </w:rPr>
              <w:t>COMPILAZIONE</w:t>
            </w:r>
          </w:p>
        </w:tc>
      </w:tr>
      <w:tr w:rsidR="00D93F19" w14:paraId="351D8404" w14:textId="77777777">
        <w:trPr>
          <w:cantSplit/>
          <w:jc w:val="center"/>
        </w:trPr>
        <w:tc>
          <w:tcPr>
            <w:tcW w:w="2891" w:type="dxa"/>
            <w:shd w:val="clear" w:color="auto" w:fill="F2F6F8"/>
            <w:vAlign w:val="center"/>
          </w:tcPr>
          <w:p w14:paraId="3940C1FA" w14:textId="77777777" w:rsidR="00D93F19" w:rsidRDefault="00000000">
            <w:pPr>
              <w:pStyle w:val="TableText"/>
              <w:spacing w:after="30" w:line="245" w:lineRule="auto"/>
              <w:rPr>
                <w:rFonts w:hint="eastAsia"/>
              </w:rPr>
            </w:pPr>
            <w:r>
              <w:t>Titolo / numero / revisione relazione</w:t>
            </w:r>
          </w:p>
        </w:tc>
        <w:tc>
          <w:tcPr>
            <w:tcW w:w="6973" w:type="dxa"/>
            <w:shd w:val="clear" w:color="auto" w:fill="F2F6F8"/>
            <w:vAlign w:val="center"/>
          </w:tcPr>
          <w:p w14:paraId="045E6A37" w14:textId="77777777" w:rsidR="00D93F19" w:rsidRDefault="00000000">
            <w:pPr>
              <w:pStyle w:val="TableText"/>
              <w:spacing w:after="30" w:line="245" w:lineRule="auto"/>
              <w:rPr>
                <w:rFonts w:hint="eastAsia"/>
              </w:rPr>
            </w:pPr>
            <w:r>
              <w:t>________________________________________________________</w:t>
            </w:r>
          </w:p>
        </w:tc>
      </w:tr>
      <w:tr w:rsidR="00D93F19" w14:paraId="604421B2" w14:textId="77777777">
        <w:trPr>
          <w:cantSplit/>
          <w:jc w:val="center"/>
        </w:trPr>
        <w:tc>
          <w:tcPr>
            <w:tcW w:w="2891" w:type="dxa"/>
            <w:vAlign w:val="center"/>
          </w:tcPr>
          <w:p w14:paraId="485E6498" w14:textId="77777777" w:rsidR="00D93F19" w:rsidRDefault="00000000">
            <w:pPr>
              <w:pStyle w:val="TableText"/>
              <w:spacing w:after="30" w:line="245" w:lineRule="auto"/>
              <w:rPr>
                <w:rFonts w:hint="eastAsia"/>
              </w:rPr>
            </w:pPr>
            <w:r>
              <w:t>Autore e competenze pertinenti</w:t>
            </w:r>
          </w:p>
        </w:tc>
        <w:tc>
          <w:tcPr>
            <w:tcW w:w="6973" w:type="dxa"/>
            <w:vAlign w:val="center"/>
          </w:tcPr>
          <w:p w14:paraId="6845FE92" w14:textId="77777777" w:rsidR="00D93F19" w:rsidRDefault="00000000">
            <w:pPr>
              <w:pStyle w:val="TableText"/>
              <w:spacing w:after="30" w:line="245" w:lineRule="auto"/>
              <w:rPr>
                <w:rFonts w:hint="eastAsia"/>
              </w:rPr>
            </w:pPr>
            <w:r>
              <w:t>________________________________________________________</w:t>
            </w:r>
          </w:p>
        </w:tc>
      </w:tr>
      <w:tr w:rsidR="00D93F19" w14:paraId="10040903" w14:textId="77777777">
        <w:trPr>
          <w:cantSplit/>
          <w:jc w:val="center"/>
        </w:trPr>
        <w:tc>
          <w:tcPr>
            <w:tcW w:w="2891" w:type="dxa"/>
            <w:shd w:val="clear" w:color="auto" w:fill="F2F6F8"/>
            <w:vAlign w:val="center"/>
          </w:tcPr>
          <w:p w14:paraId="30CD90C4" w14:textId="77777777" w:rsidR="00D93F19" w:rsidRDefault="00000000">
            <w:pPr>
              <w:pStyle w:val="TableText"/>
              <w:spacing w:after="30" w:line="245" w:lineRule="auto"/>
              <w:rPr>
                <w:rFonts w:hint="eastAsia"/>
              </w:rPr>
            </w:pPr>
            <w:r>
              <w:t>Oggetto, finalità e limiti dell’incarico</w:t>
            </w:r>
          </w:p>
        </w:tc>
        <w:tc>
          <w:tcPr>
            <w:tcW w:w="6973" w:type="dxa"/>
            <w:shd w:val="clear" w:color="auto" w:fill="F2F6F8"/>
            <w:vAlign w:val="center"/>
          </w:tcPr>
          <w:p w14:paraId="593786A5" w14:textId="77777777" w:rsidR="00D93F19" w:rsidRDefault="00000000">
            <w:pPr>
              <w:pStyle w:val="TableText"/>
              <w:spacing w:after="30" w:line="245" w:lineRule="auto"/>
              <w:rPr>
                <w:rFonts w:hint="eastAsia"/>
              </w:rPr>
            </w:pPr>
            <w:r>
              <w:t>________________________________________________________</w:t>
            </w:r>
          </w:p>
          <w:p w14:paraId="423540CE" w14:textId="77777777" w:rsidR="00D93F19" w:rsidRDefault="00000000">
            <w:pPr>
              <w:pStyle w:val="TableText"/>
              <w:spacing w:after="30" w:line="245" w:lineRule="auto"/>
              <w:rPr>
                <w:rFonts w:hint="eastAsia"/>
              </w:rPr>
            </w:pPr>
            <w:r>
              <w:t>________________________________________________________</w:t>
            </w:r>
          </w:p>
        </w:tc>
      </w:tr>
      <w:tr w:rsidR="00D93F19" w14:paraId="15B75561" w14:textId="77777777">
        <w:trPr>
          <w:cantSplit/>
          <w:jc w:val="center"/>
        </w:trPr>
        <w:tc>
          <w:tcPr>
            <w:tcW w:w="2891" w:type="dxa"/>
            <w:vAlign w:val="center"/>
          </w:tcPr>
          <w:p w14:paraId="05DA7A55" w14:textId="77777777" w:rsidR="00D93F19" w:rsidRDefault="00000000">
            <w:pPr>
              <w:pStyle w:val="TableText"/>
              <w:spacing w:after="30" w:line="245" w:lineRule="auto"/>
              <w:rPr>
                <w:rFonts w:hint="eastAsia"/>
              </w:rPr>
            </w:pPr>
            <w:r>
              <w:t>Istruzioni, norme e dati utilizzati</w:t>
            </w:r>
          </w:p>
        </w:tc>
        <w:tc>
          <w:tcPr>
            <w:tcW w:w="6973" w:type="dxa"/>
            <w:vAlign w:val="center"/>
          </w:tcPr>
          <w:p w14:paraId="2993B1DF" w14:textId="77777777" w:rsidR="00D93F19" w:rsidRDefault="00000000">
            <w:pPr>
              <w:pStyle w:val="TableText"/>
              <w:spacing w:after="30" w:line="245" w:lineRule="auto"/>
              <w:rPr>
                <w:rFonts w:hint="eastAsia"/>
              </w:rPr>
            </w:pPr>
            <w:r>
              <w:t>________________________________________________________</w:t>
            </w:r>
          </w:p>
          <w:p w14:paraId="221B8B2F" w14:textId="77777777" w:rsidR="00D93F19" w:rsidRDefault="00000000">
            <w:pPr>
              <w:pStyle w:val="TableText"/>
              <w:spacing w:after="30" w:line="245" w:lineRule="auto"/>
              <w:rPr>
                <w:rFonts w:hint="eastAsia"/>
              </w:rPr>
            </w:pPr>
            <w:r>
              <w:t>Motivare edizioni e pertinenza: ___________________________________</w:t>
            </w:r>
          </w:p>
        </w:tc>
      </w:tr>
      <w:tr w:rsidR="00D93F19" w14:paraId="5ADA37D5" w14:textId="77777777">
        <w:trPr>
          <w:cantSplit/>
          <w:jc w:val="center"/>
        </w:trPr>
        <w:tc>
          <w:tcPr>
            <w:tcW w:w="2891" w:type="dxa"/>
            <w:shd w:val="clear" w:color="auto" w:fill="F2F6F8"/>
            <w:vAlign w:val="center"/>
          </w:tcPr>
          <w:p w14:paraId="355332C5" w14:textId="77777777" w:rsidR="00D93F19" w:rsidRDefault="00000000">
            <w:pPr>
              <w:pStyle w:val="TableText"/>
              <w:spacing w:after="30" w:line="245" w:lineRule="auto"/>
              <w:rPr>
                <w:rFonts w:hint="eastAsia"/>
              </w:rPr>
            </w:pPr>
            <w:r>
              <w:t>Schede INAIL applicabili</w:t>
            </w:r>
          </w:p>
        </w:tc>
        <w:tc>
          <w:tcPr>
            <w:tcW w:w="6973" w:type="dxa"/>
            <w:shd w:val="clear" w:color="auto" w:fill="F2F6F8"/>
            <w:vAlign w:val="center"/>
          </w:tcPr>
          <w:p w14:paraId="53CF82D0" w14:textId="77777777" w:rsidR="00D93F19" w:rsidRDefault="00000000">
            <w:pPr>
              <w:pStyle w:val="TableText"/>
              <w:spacing w:after="30" w:line="245" w:lineRule="auto"/>
              <w:rPr>
                <w:rFonts w:hint="eastAsia"/>
              </w:rPr>
            </w:pPr>
            <w:r>
              <w:t>________________________________________________________</w:t>
            </w:r>
          </w:p>
        </w:tc>
      </w:tr>
    </w:tbl>
    <w:p w14:paraId="009CD128" w14:textId="77777777" w:rsidR="00D93F19" w:rsidRDefault="00D93F19">
      <w:pPr>
        <w:spacing w:after="0" w:line="20" w:lineRule="exact"/>
        <w:rPr>
          <w:rFonts w:hint="eastAsia"/>
        </w:rPr>
      </w:pPr>
    </w:p>
    <w:p w14:paraId="1B1098CA" w14:textId="77777777" w:rsidR="00D93F19" w:rsidRDefault="00000000">
      <w:pPr>
        <w:pStyle w:val="Titolo2"/>
      </w:pPr>
      <w:r>
        <w:t>Confronto della configurazione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35"/>
        <w:gridCol w:w="1928"/>
        <w:gridCol w:w="1928"/>
        <w:gridCol w:w="3175"/>
      </w:tblGrid>
      <w:tr w:rsidR="00D93F19" w14:paraId="3FD7D2E0" w14:textId="77777777">
        <w:trPr>
          <w:cantSplit/>
          <w:tblHeader/>
          <w:jc w:val="center"/>
        </w:trPr>
        <w:tc>
          <w:tcPr>
            <w:tcW w:w="2835" w:type="dxa"/>
            <w:shd w:val="clear" w:color="auto" w:fill="15344B"/>
            <w:vAlign w:val="center"/>
          </w:tcPr>
          <w:p w14:paraId="66C24C22" w14:textId="77777777" w:rsidR="00D93F19" w:rsidRDefault="00000000">
            <w:pPr>
              <w:pStyle w:val="TableText"/>
              <w:spacing w:after="30" w:line="245" w:lineRule="auto"/>
              <w:rPr>
                <w:rFonts w:hint="eastAsia"/>
              </w:rPr>
            </w:pPr>
            <w:r>
              <w:rPr>
                <w:b/>
                <w:color w:val="FFFFFF"/>
                <w:sz w:val="18"/>
              </w:rPr>
              <w:t>PARAMETRO / PARTE</w:t>
            </w:r>
          </w:p>
        </w:tc>
        <w:tc>
          <w:tcPr>
            <w:tcW w:w="1928" w:type="dxa"/>
            <w:shd w:val="clear" w:color="auto" w:fill="15344B"/>
            <w:vAlign w:val="center"/>
          </w:tcPr>
          <w:p w14:paraId="46EF9605" w14:textId="77777777" w:rsidR="00D93F19" w:rsidRDefault="00000000">
            <w:pPr>
              <w:pStyle w:val="TableText"/>
              <w:spacing w:after="30" w:line="245" w:lineRule="auto"/>
              <w:rPr>
                <w:rFonts w:hint="eastAsia"/>
              </w:rPr>
            </w:pPr>
            <w:r>
              <w:rPr>
                <w:b/>
                <w:color w:val="FFFFFF"/>
                <w:sz w:val="18"/>
              </w:rPr>
              <w:t>PRIMA</w:t>
            </w:r>
          </w:p>
        </w:tc>
        <w:tc>
          <w:tcPr>
            <w:tcW w:w="1928" w:type="dxa"/>
            <w:shd w:val="clear" w:color="auto" w:fill="15344B"/>
            <w:vAlign w:val="center"/>
          </w:tcPr>
          <w:p w14:paraId="705B21EB" w14:textId="77777777" w:rsidR="00D93F19" w:rsidRDefault="00000000">
            <w:pPr>
              <w:pStyle w:val="TableText"/>
              <w:spacing w:after="30" w:line="245" w:lineRule="auto"/>
              <w:rPr>
                <w:rFonts w:hint="eastAsia"/>
              </w:rPr>
            </w:pPr>
            <w:r>
              <w:rPr>
                <w:b/>
                <w:color w:val="FFFFFF"/>
                <w:sz w:val="18"/>
              </w:rPr>
              <w:t>DOPO</w:t>
            </w:r>
          </w:p>
        </w:tc>
        <w:tc>
          <w:tcPr>
            <w:tcW w:w="3175" w:type="dxa"/>
            <w:shd w:val="clear" w:color="auto" w:fill="15344B"/>
            <w:vAlign w:val="center"/>
          </w:tcPr>
          <w:p w14:paraId="733127FC" w14:textId="77777777" w:rsidR="00D93F19" w:rsidRDefault="00000000">
            <w:pPr>
              <w:pStyle w:val="TableText"/>
              <w:spacing w:after="30" w:line="245" w:lineRule="auto"/>
              <w:rPr>
                <w:rFonts w:hint="eastAsia"/>
              </w:rPr>
            </w:pPr>
            <w:r>
              <w:rPr>
                <w:b/>
                <w:color w:val="FFFFFF"/>
                <w:sz w:val="18"/>
              </w:rPr>
              <w:t>FONTE / EVIDENZA</w:t>
            </w:r>
          </w:p>
        </w:tc>
      </w:tr>
      <w:tr w:rsidR="00D93F19" w14:paraId="64209AED" w14:textId="77777777">
        <w:trPr>
          <w:cantSplit/>
          <w:trHeight w:val="425"/>
          <w:jc w:val="center"/>
        </w:trPr>
        <w:tc>
          <w:tcPr>
            <w:tcW w:w="2835" w:type="dxa"/>
            <w:shd w:val="clear" w:color="auto" w:fill="F2F6F8"/>
            <w:vAlign w:val="center"/>
          </w:tcPr>
          <w:p w14:paraId="55C1BD9B" w14:textId="77777777" w:rsidR="00D93F19" w:rsidRDefault="00000000">
            <w:pPr>
              <w:pStyle w:val="TableText"/>
              <w:spacing w:after="30" w:line="245" w:lineRule="auto"/>
              <w:rPr>
                <w:rFonts w:hint="eastAsia"/>
              </w:rPr>
            </w:pPr>
            <w:r>
              <w:rPr>
                <w:sz w:val="18"/>
              </w:rPr>
              <w:t>Geometria / quote</w:t>
            </w:r>
          </w:p>
        </w:tc>
        <w:tc>
          <w:tcPr>
            <w:tcW w:w="1928" w:type="dxa"/>
            <w:shd w:val="clear" w:color="auto" w:fill="F2F6F8"/>
            <w:vAlign w:val="center"/>
          </w:tcPr>
          <w:p w14:paraId="0493C22C" w14:textId="77777777" w:rsidR="00D93F19" w:rsidRDefault="00000000">
            <w:pPr>
              <w:pStyle w:val="TableText"/>
              <w:spacing w:after="30" w:line="245" w:lineRule="auto"/>
              <w:rPr>
                <w:rFonts w:hint="eastAsia"/>
              </w:rPr>
            </w:pPr>
            <w:r>
              <w:rPr>
                <w:sz w:val="18"/>
              </w:rPr>
              <w:t>____________</w:t>
            </w:r>
          </w:p>
        </w:tc>
        <w:tc>
          <w:tcPr>
            <w:tcW w:w="1928" w:type="dxa"/>
            <w:shd w:val="clear" w:color="auto" w:fill="F2F6F8"/>
            <w:vAlign w:val="center"/>
          </w:tcPr>
          <w:p w14:paraId="338CC3D0" w14:textId="77777777" w:rsidR="00D93F19" w:rsidRDefault="00000000">
            <w:pPr>
              <w:pStyle w:val="TableText"/>
              <w:spacing w:after="30" w:line="245" w:lineRule="auto"/>
              <w:rPr>
                <w:rFonts w:hint="eastAsia"/>
              </w:rPr>
            </w:pPr>
            <w:r>
              <w:rPr>
                <w:sz w:val="18"/>
              </w:rPr>
              <w:t>____________</w:t>
            </w:r>
          </w:p>
        </w:tc>
        <w:tc>
          <w:tcPr>
            <w:tcW w:w="3175" w:type="dxa"/>
            <w:shd w:val="clear" w:color="auto" w:fill="F2F6F8"/>
            <w:vAlign w:val="center"/>
          </w:tcPr>
          <w:p w14:paraId="3A40D463" w14:textId="77777777" w:rsidR="00D93F19" w:rsidRDefault="00000000">
            <w:pPr>
              <w:pStyle w:val="TableText"/>
              <w:spacing w:after="30" w:line="245" w:lineRule="auto"/>
              <w:rPr>
                <w:rFonts w:hint="eastAsia"/>
              </w:rPr>
            </w:pPr>
            <w:r>
              <w:rPr>
                <w:sz w:val="18"/>
              </w:rPr>
              <w:t>___________________</w:t>
            </w:r>
          </w:p>
        </w:tc>
      </w:tr>
      <w:tr w:rsidR="00D93F19" w14:paraId="3312EDDA" w14:textId="77777777">
        <w:trPr>
          <w:cantSplit/>
          <w:trHeight w:val="425"/>
          <w:jc w:val="center"/>
        </w:trPr>
        <w:tc>
          <w:tcPr>
            <w:tcW w:w="2835" w:type="dxa"/>
            <w:vAlign w:val="center"/>
          </w:tcPr>
          <w:p w14:paraId="51E46271" w14:textId="77777777" w:rsidR="00D93F19" w:rsidRDefault="00000000">
            <w:pPr>
              <w:pStyle w:val="TableText"/>
              <w:spacing w:after="30" w:line="245" w:lineRule="auto"/>
              <w:rPr>
                <w:rFonts w:hint="eastAsia"/>
              </w:rPr>
            </w:pPr>
            <w:r>
              <w:rPr>
                <w:sz w:val="18"/>
              </w:rPr>
              <w:t>Masse / posizioni / baricentri</w:t>
            </w:r>
          </w:p>
        </w:tc>
        <w:tc>
          <w:tcPr>
            <w:tcW w:w="1928" w:type="dxa"/>
            <w:vAlign w:val="center"/>
          </w:tcPr>
          <w:p w14:paraId="41A17BEB" w14:textId="77777777" w:rsidR="00D93F19" w:rsidRDefault="00000000">
            <w:pPr>
              <w:pStyle w:val="TableText"/>
              <w:spacing w:after="30" w:line="245" w:lineRule="auto"/>
              <w:rPr>
                <w:rFonts w:hint="eastAsia"/>
              </w:rPr>
            </w:pPr>
            <w:r>
              <w:rPr>
                <w:sz w:val="18"/>
              </w:rPr>
              <w:t>____________</w:t>
            </w:r>
          </w:p>
        </w:tc>
        <w:tc>
          <w:tcPr>
            <w:tcW w:w="1928" w:type="dxa"/>
            <w:vAlign w:val="center"/>
          </w:tcPr>
          <w:p w14:paraId="6B1BAB4E" w14:textId="77777777" w:rsidR="00D93F19" w:rsidRDefault="00000000">
            <w:pPr>
              <w:pStyle w:val="TableText"/>
              <w:spacing w:after="30" w:line="245" w:lineRule="auto"/>
              <w:rPr>
                <w:rFonts w:hint="eastAsia"/>
              </w:rPr>
            </w:pPr>
            <w:r>
              <w:rPr>
                <w:sz w:val="18"/>
              </w:rPr>
              <w:t>____________</w:t>
            </w:r>
          </w:p>
        </w:tc>
        <w:tc>
          <w:tcPr>
            <w:tcW w:w="3175" w:type="dxa"/>
            <w:vAlign w:val="center"/>
          </w:tcPr>
          <w:p w14:paraId="1F87AD60" w14:textId="77777777" w:rsidR="00D93F19" w:rsidRDefault="00000000">
            <w:pPr>
              <w:pStyle w:val="TableText"/>
              <w:spacing w:after="30" w:line="245" w:lineRule="auto"/>
              <w:rPr>
                <w:rFonts w:hint="eastAsia"/>
              </w:rPr>
            </w:pPr>
            <w:r>
              <w:rPr>
                <w:sz w:val="18"/>
              </w:rPr>
              <w:t>___________________</w:t>
            </w:r>
          </w:p>
        </w:tc>
      </w:tr>
      <w:tr w:rsidR="00D93F19" w14:paraId="5D1ED316" w14:textId="77777777">
        <w:trPr>
          <w:cantSplit/>
          <w:trHeight w:val="425"/>
          <w:jc w:val="center"/>
        </w:trPr>
        <w:tc>
          <w:tcPr>
            <w:tcW w:w="2835" w:type="dxa"/>
            <w:shd w:val="clear" w:color="auto" w:fill="F2F6F8"/>
            <w:vAlign w:val="center"/>
          </w:tcPr>
          <w:p w14:paraId="783BA3F3" w14:textId="77777777" w:rsidR="00D93F19" w:rsidRDefault="00000000">
            <w:pPr>
              <w:pStyle w:val="TableText"/>
              <w:spacing w:after="30" w:line="245" w:lineRule="auto"/>
              <w:rPr>
                <w:rFonts w:hint="eastAsia"/>
              </w:rPr>
            </w:pPr>
            <w:r>
              <w:rPr>
                <w:sz w:val="18"/>
              </w:rPr>
              <w:t>Portata / parametri funzionali</w:t>
            </w:r>
          </w:p>
        </w:tc>
        <w:tc>
          <w:tcPr>
            <w:tcW w:w="1928" w:type="dxa"/>
            <w:shd w:val="clear" w:color="auto" w:fill="F2F6F8"/>
            <w:vAlign w:val="center"/>
          </w:tcPr>
          <w:p w14:paraId="230DA6BA" w14:textId="77777777" w:rsidR="00D93F19" w:rsidRDefault="00000000">
            <w:pPr>
              <w:pStyle w:val="TableText"/>
              <w:spacing w:after="30" w:line="245" w:lineRule="auto"/>
              <w:rPr>
                <w:rFonts w:hint="eastAsia"/>
              </w:rPr>
            </w:pPr>
            <w:r>
              <w:rPr>
                <w:sz w:val="18"/>
              </w:rPr>
              <w:t>____________</w:t>
            </w:r>
          </w:p>
        </w:tc>
        <w:tc>
          <w:tcPr>
            <w:tcW w:w="1928" w:type="dxa"/>
            <w:shd w:val="clear" w:color="auto" w:fill="F2F6F8"/>
            <w:vAlign w:val="center"/>
          </w:tcPr>
          <w:p w14:paraId="5DC1F460" w14:textId="77777777" w:rsidR="00D93F19" w:rsidRDefault="00000000">
            <w:pPr>
              <w:pStyle w:val="TableText"/>
              <w:spacing w:after="30" w:line="245" w:lineRule="auto"/>
              <w:rPr>
                <w:rFonts w:hint="eastAsia"/>
              </w:rPr>
            </w:pPr>
            <w:r>
              <w:rPr>
                <w:sz w:val="18"/>
              </w:rPr>
              <w:t>____________</w:t>
            </w:r>
          </w:p>
        </w:tc>
        <w:tc>
          <w:tcPr>
            <w:tcW w:w="3175" w:type="dxa"/>
            <w:shd w:val="clear" w:color="auto" w:fill="F2F6F8"/>
            <w:vAlign w:val="center"/>
          </w:tcPr>
          <w:p w14:paraId="74C8F9AA" w14:textId="77777777" w:rsidR="00D93F19" w:rsidRDefault="00000000">
            <w:pPr>
              <w:pStyle w:val="TableText"/>
              <w:spacing w:after="30" w:line="245" w:lineRule="auto"/>
              <w:rPr>
                <w:rFonts w:hint="eastAsia"/>
              </w:rPr>
            </w:pPr>
            <w:r>
              <w:rPr>
                <w:sz w:val="18"/>
              </w:rPr>
              <w:t>___________________</w:t>
            </w:r>
          </w:p>
        </w:tc>
      </w:tr>
      <w:tr w:rsidR="00D93F19" w14:paraId="0129ED4C" w14:textId="77777777">
        <w:trPr>
          <w:cantSplit/>
          <w:trHeight w:val="425"/>
          <w:jc w:val="center"/>
        </w:trPr>
        <w:tc>
          <w:tcPr>
            <w:tcW w:w="2835" w:type="dxa"/>
            <w:vAlign w:val="center"/>
          </w:tcPr>
          <w:p w14:paraId="0294D53A" w14:textId="77777777" w:rsidR="00D93F19" w:rsidRDefault="00000000">
            <w:pPr>
              <w:pStyle w:val="TableText"/>
              <w:spacing w:after="30" w:line="245" w:lineRule="auto"/>
              <w:rPr>
                <w:rFonts w:hint="eastAsia"/>
              </w:rPr>
            </w:pPr>
            <w:r>
              <w:rPr>
                <w:sz w:val="18"/>
              </w:rPr>
              <w:t>Movimenti / logiche / sicurezza</w:t>
            </w:r>
          </w:p>
        </w:tc>
        <w:tc>
          <w:tcPr>
            <w:tcW w:w="1928" w:type="dxa"/>
            <w:vAlign w:val="center"/>
          </w:tcPr>
          <w:p w14:paraId="22C4CA91" w14:textId="77777777" w:rsidR="00D93F19" w:rsidRDefault="00000000">
            <w:pPr>
              <w:pStyle w:val="TableText"/>
              <w:spacing w:after="30" w:line="245" w:lineRule="auto"/>
              <w:rPr>
                <w:rFonts w:hint="eastAsia"/>
              </w:rPr>
            </w:pPr>
            <w:r>
              <w:rPr>
                <w:sz w:val="18"/>
              </w:rPr>
              <w:t>____________</w:t>
            </w:r>
          </w:p>
        </w:tc>
        <w:tc>
          <w:tcPr>
            <w:tcW w:w="1928" w:type="dxa"/>
            <w:vAlign w:val="center"/>
          </w:tcPr>
          <w:p w14:paraId="729BF4DE" w14:textId="77777777" w:rsidR="00D93F19" w:rsidRDefault="00000000">
            <w:pPr>
              <w:pStyle w:val="TableText"/>
              <w:spacing w:after="30" w:line="245" w:lineRule="auto"/>
              <w:rPr>
                <w:rFonts w:hint="eastAsia"/>
              </w:rPr>
            </w:pPr>
            <w:r>
              <w:rPr>
                <w:sz w:val="18"/>
              </w:rPr>
              <w:t>____________</w:t>
            </w:r>
          </w:p>
        </w:tc>
        <w:tc>
          <w:tcPr>
            <w:tcW w:w="3175" w:type="dxa"/>
            <w:vAlign w:val="center"/>
          </w:tcPr>
          <w:p w14:paraId="640DD179" w14:textId="77777777" w:rsidR="00D93F19" w:rsidRDefault="00000000">
            <w:pPr>
              <w:pStyle w:val="TableText"/>
              <w:spacing w:after="30" w:line="245" w:lineRule="auto"/>
              <w:rPr>
                <w:rFonts w:hint="eastAsia"/>
              </w:rPr>
            </w:pPr>
            <w:r>
              <w:rPr>
                <w:sz w:val="18"/>
              </w:rPr>
              <w:t>___________________</w:t>
            </w:r>
          </w:p>
        </w:tc>
      </w:tr>
      <w:tr w:rsidR="00D93F19" w14:paraId="1ED34186" w14:textId="77777777">
        <w:trPr>
          <w:cantSplit/>
          <w:trHeight w:val="425"/>
          <w:jc w:val="center"/>
        </w:trPr>
        <w:tc>
          <w:tcPr>
            <w:tcW w:w="2835" w:type="dxa"/>
            <w:shd w:val="clear" w:color="auto" w:fill="F2F6F8"/>
            <w:vAlign w:val="center"/>
          </w:tcPr>
          <w:p w14:paraId="40812406" w14:textId="77777777" w:rsidR="00D93F19" w:rsidRDefault="00000000">
            <w:pPr>
              <w:pStyle w:val="TableText"/>
              <w:spacing w:after="30" w:line="245" w:lineRule="auto"/>
              <w:rPr>
                <w:rFonts w:hint="eastAsia"/>
              </w:rPr>
            </w:pPr>
            <w:r>
              <w:rPr>
                <w:sz w:val="18"/>
              </w:rPr>
              <w:t>Sostegni / reazioni / ambiente</w:t>
            </w:r>
          </w:p>
        </w:tc>
        <w:tc>
          <w:tcPr>
            <w:tcW w:w="1928" w:type="dxa"/>
            <w:shd w:val="clear" w:color="auto" w:fill="F2F6F8"/>
            <w:vAlign w:val="center"/>
          </w:tcPr>
          <w:p w14:paraId="354FC27D" w14:textId="77777777" w:rsidR="00D93F19" w:rsidRDefault="00000000">
            <w:pPr>
              <w:pStyle w:val="TableText"/>
              <w:spacing w:after="30" w:line="245" w:lineRule="auto"/>
              <w:rPr>
                <w:rFonts w:hint="eastAsia"/>
              </w:rPr>
            </w:pPr>
            <w:r>
              <w:rPr>
                <w:sz w:val="18"/>
              </w:rPr>
              <w:t>____________</w:t>
            </w:r>
          </w:p>
        </w:tc>
        <w:tc>
          <w:tcPr>
            <w:tcW w:w="1928" w:type="dxa"/>
            <w:shd w:val="clear" w:color="auto" w:fill="F2F6F8"/>
            <w:vAlign w:val="center"/>
          </w:tcPr>
          <w:p w14:paraId="4FE4FF37" w14:textId="77777777" w:rsidR="00D93F19" w:rsidRDefault="00000000">
            <w:pPr>
              <w:pStyle w:val="TableText"/>
              <w:spacing w:after="30" w:line="245" w:lineRule="auto"/>
              <w:rPr>
                <w:rFonts w:hint="eastAsia"/>
              </w:rPr>
            </w:pPr>
            <w:r>
              <w:rPr>
                <w:sz w:val="18"/>
              </w:rPr>
              <w:t>____________</w:t>
            </w:r>
          </w:p>
        </w:tc>
        <w:tc>
          <w:tcPr>
            <w:tcW w:w="3175" w:type="dxa"/>
            <w:shd w:val="clear" w:color="auto" w:fill="F2F6F8"/>
            <w:vAlign w:val="center"/>
          </w:tcPr>
          <w:p w14:paraId="1F1FB79A" w14:textId="77777777" w:rsidR="00D93F19" w:rsidRDefault="00000000">
            <w:pPr>
              <w:pStyle w:val="TableText"/>
              <w:spacing w:after="30" w:line="245" w:lineRule="auto"/>
              <w:rPr>
                <w:rFonts w:hint="eastAsia"/>
              </w:rPr>
            </w:pPr>
            <w:r>
              <w:rPr>
                <w:sz w:val="18"/>
              </w:rPr>
              <w:t>___________________</w:t>
            </w:r>
          </w:p>
        </w:tc>
      </w:tr>
    </w:tbl>
    <w:p w14:paraId="29857C76" w14:textId="77777777" w:rsidR="00D93F19" w:rsidRDefault="00D93F19">
      <w:pPr>
        <w:spacing w:after="0" w:line="20" w:lineRule="exact"/>
        <w:rPr>
          <w:rFonts w:hint="eastAsia"/>
        </w:rPr>
      </w:pPr>
    </w:p>
    <w:p w14:paraId="010478FD" w14:textId="77777777" w:rsidR="00D93F19" w:rsidRDefault="00000000">
      <w:pPr>
        <w:pStyle w:val="Titolo2"/>
      </w:pPr>
      <w:r>
        <w:t>Istruzioni esecutive e controlli intermedi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3854AB9D" w14:textId="77777777">
        <w:trPr>
          <w:cantSplit/>
          <w:tblHeader/>
          <w:jc w:val="center"/>
        </w:trPr>
        <w:tc>
          <w:tcPr>
            <w:tcW w:w="2891" w:type="dxa"/>
            <w:shd w:val="clear" w:color="auto" w:fill="15344B"/>
            <w:vAlign w:val="center"/>
          </w:tcPr>
          <w:p w14:paraId="23A22547" w14:textId="77777777" w:rsidR="00D93F19" w:rsidRDefault="00000000">
            <w:pPr>
              <w:pStyle w:val="TableText"/>
              <w:spacing w:after="30" w:line="245" w:lineRule="auto"/>
              <w:rPr>
                <w:rFonts w:hint="eastAsia"/>
              </w:rPr>
            </w:pPr>
            <w:r>
              <w:rPr>
                <w:b/>
                <w:color w:val="FFFFFF"/>
              </w:rPr>
              <w:t>FASE / OPERAZIONE</w:t>
            </w:r>
          </w:p>
        </w:tc>
        <w:tc>
          <w:tcPr>
            <w:tcW w:w="6973" w:type="dxa"/>
            <w:shd w:val="clear" w:color="auto" w:fill="15344B"/>
            <w:vAlign w:val="center"/>
          </w:tcPr>
          <w:p w14:paraId="1E7CE472" w14:textId="77777777" w:rsidR="00D93F19" w:rsidRDefault="00000000">
            <w:pPr>
              <w:pStyle w:val="TableText"/>
              <w:spacing w:after="30" w:line="245" w:lineRule="auto"/>
              <w:rPr>
                <w:rFonts w:hint="eastAsia"/>
              </w:rPr>
            </w:pPr>
            <w:r>
              <w:rPr>
                <w:b/>
                <w:color w:val="FFFFFF"/>
              </w:rPr>
              <w:t>MODALITÀ, LIMITI E DOCUMENTO ESECUTIVO</w:t>
            </w:r>
          </w:p>
        </w:tc>
      </w:tr>
      <w:tr w:rsidR="00D93F19" w14:paraId="52676BD5" w14:textId="77777777">
        <w:trPr>
          <w:cantSplit/>
          <w:trHeight w:val="425"/>
          <w:jc w:val="center"/>
        </w:trPr>
        <w:tc>
          <w:tcPr>
            <w:tcW w:w="2891" w:type="dxa"/>
            <w:shd w:val="clear" w:color="auto" w:fill="F2F6F8"/>
            <w:vAlign w:val="center"/>
          </w:tcPr>
          <w:p w14:paraId="23487F17" w14:textId="77777777" w:rsidR="00D93F19" w:rsidRDefault="00D93F19">
            <w:pPr>
              <w:pStyle w:val="TableText"/>
              <w:spacing w:after="30" w:line="245" w:lineRule="auto"/>
              <w:rPr>
                <w:rFonts w:hint="eastAsia"/>
              </w:rPr>
            </w:pPr>
          </w:p>
        </w:tc>
        <w:tc>
          <w:tcPr>
            <w:tcW w:w="6973" w:type="dxa"/>
            <w:shd w:val="clear" w:color="auto" w:fill="F2F6F8"/>
            <w:vAlign w:val="center"/>
          </w:tcPr>
          <w:p w14:paraId="2F405772" w14:textId="77777777" w:rsidR="00D93F19" w:rsidRDefault="00D93F19">
            <w:pPr>
              <w:pStyle w:val="TableText"/>
              <w:spacing w:after="30" w:line="245" w:lineRule="auto"/>
              <w:rPr>
                <w:rFonts w:hint="eastAsia"/>
              </w:rPr>
            </w:pPr>
          </w:p>
        </w:tc>
      </w:tr>
      <w:tr w:rsidR="00D93F19" w14:paraId="1AC1848D" w14:textId="77777777">
        <w:trPr>
          <w:cantSplit/>
          <w:trHeight w:val="425"/>
          <w:jc w:val="center"/>
        </w:trPr>
        <w:tc>
          <w:tcPr>
            <w:tcW w:w="2891" w:type="dxa"/>
            <w:vAlign w:val="center"/>
          </w:tcPr>
          <w:p w14:paraId="64A0A5CA" w14:textId="77777777" w:rsidR="00D93F19" w:rsidRDefault="00D93F19">
            <w:pPr>
              <w:pStyle w:val="TableText"/>
              <w:spacing w:after="30" w:line="245" w:lineRule="auto"/>
              <w:rPr>
                <w:rFonts w:hint="eastAsia"/>
              </w:rPr>
            </w:pPr>
          </w:p>
        </w:tc>
        <w:tc>
          <w:tcPr>
            <w:tcW w:w="6973" w:type="dxa"/>
            <w:vAlign w:val="center"/>
          </w:tcPr>
          <w:p w14:paraId="0205274E" w14:textId="77777777" w:rsidR="00D93F19" w:rsidRDefault="00D93F19">
            <w:pPr>
              <w:pStyle w:val="TableText"/>
              <w:spacing w:after="30" w:line="245" w:lineRule="auto"/>
              <w:rPr>
                <w:rFonts w:hint="eastAsia"/>
              </w:rPr>
            </w:pPr>
          </w:p>
        </w:tc>
      </w:tr>
      <w:tr w:rsidR="00D93F19" w14:paraId="4893122E" w14:textId="77777777">
        <w:trPr>
          <w:cantSplit/>
          <w:trHeight w:val="425"/>
          <w:jc w:val="center"/>
        </w:trPr>
        <w:tc>
          <w:tcPr>
            <w:tcW w:w="2891" w:type="dxa"/>
            <w:shd w:val="clear" w:color="auto" w:fill="F2F6F8"/>
            <w:vAlign w:val="center"/>
          </w:tcPr>
          <w:p w14:paraId="0D06C4F5" w14:textId="77777777" w:rsidR="00D93F19" w:rsidRDefault="00D93F19">
            <w:pPr>
              <w:pStyle w:val="TableText"/>
              <w:spacing w:after="30" w:line="245" w:lineRule="auto"/>
              <w:rPr>
                <w:rFonts w:hint="eastAsia"/>
              </w:rPr>
            </w:pPr>
          </w:p>
        </w:tc>
        <w:tc>
          <w:tcPr>
            <w:tcW w:w="6973" w:type="dxa"/>
            <w:shd w:val="clear" w:color="auto" w:fill="F2F6F8"/>
            <w:vAlign w:val="center"/>
          </w:tcPr>
          <w:p w14:paraId="57BEAA2B" w14:textId="77777777" w:rsidR="00D93F19" w:rsidRDefault="00D93F19">
            <w:pPr>
              <w:pStyle w:val="TableText"/>
              <w:spacing w:after="30" w:line="245" w:lineRule="auto"/>
              <w:rPr>
                <w:rFonts w:hint="eastAsia"/>
              </w:rPr>
            </w:pPr>
          </w:p>
        </w:tc>
      </w:tr>
    </w:tbl>
    <w:p w14:paraId="4D2D5164" w14:textId="77777777" w:rsidR="00D93F19" w:rsidRDefault="00D93F19">
      <w:pPr>
        <w:spacing w:after="0" w:line="20" w:lineRule="exact"/>
        <w:rPr>
          <w:rFonts w:hint="eastAsia"/>
        </w:rPr>
      </w:pPr>
    </w:p>
    <w:p w14:paraId="5E984BA2" w14:textId="77777777" w:rsidR="00D93F19" w:rsidRDefault="00000000">
      <w:pPr>
        <w:rPr>
          <w:rFonts w:hint="eastAsia"/>
        </w:rPr>
      </w:pPr>
      <w:r>
        <w:t>Elaborati allegati: □ Disegni  □ Calcoli  □ Analisi rischi  □ Schemi  □ Specifiche componenti</w:t>
      </w:r>
      <w:r>
        <w:br/>
        <w:t>□ Istruzioni di installazione  □ Piano prove A12  □ Altro ___________________________________________</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2621C648" w14:textId="77777777">
        <w:trPr>
          <w:cantSplit/>
        </w:trPr>
        <w:tc>
          <w:tcPr>
            <w:tcW w:w="9866" w:type="dxa"/>
            <w:shd w:val="clear" w:color="auto" w:fill="EAF2F6"/>
            <w:vAlign w:val="center"/>
          </w:tcPr>
          <w:p w14:paraId="139A6BAF" w14:textId="77777777" w:rsidR="00D93F19" w:rsidRDefault="00000000">
            <w:pPr>
              <w:pStyle w:val="TableText"/>
              <w:spacing w:after="30" w:line="245" w:lineRule="auto"/>
              <w:rPr>
                <w:rFonts w:hint="eastAsia"/>
              </w:rPr>
            </w:pPr>
            <w:r>
              <w:rPr>
                <w:color w:val="15344B"/>
              </w:rPr>
              <w:t>Allegare il contenuto tecnico effettivo. Il modulo non fornisce né sostituisce calcoli, valori di serraggio, tolleranze, carichi di prova o criteri di sicurezza specifici.</w:t>
            </w:r>
          </w:p>
        </w:tc>
      </w:tr>
    </w:tbl>
    <w:p w14:paraId="78C08A59" w14:textId="77777777" w:rsidR="00D93F19" w:rsidRDefault="00D93F19">
      <w:pPr>
        <w:spacing w:after="0" w:line="20" w:lineRule="exact"/>
        <w:rPr>
          <w:rFonts w:hint="eastAsia"/>
        </w:rPr>
      </w:pPr>
    </w:p>
    <w:p w14:paraId="0D888281" w14:textId="77777777" w:rsidR="00D93F19" w:rsidRDefault="00000000">
      <w:pPr>
        <w:pStyle w:val="Kicker"/>
        <w:pageBreakBefore/>
        <w:rPr>
          <w:rFonts w:hint="eastAsia"/>
        </w:rPr>
      </w:pPr>
      <w:r>
        <w:t>ALLEGATO OPERATIVO • MODELLO AZIENDALE</w:t>
      </w:r>
    </w:p>
    <w:p w14:paraId="4903403E" w14:textId="77777777" w:rsidR="00D93F19" w:rsidRDefault="00000000">
      <w:pPr>
        <w:pStyle w:val="Titolo1"/>
      </w:pPr>
      <w:bookmarkStart w:id="44" w:name="P45"/>
      <w:r>
        <w:t>A06 | Relazione tecnica – verifiche e conclusione</w:t>
      </w:r>
      <w:bookmarkEnd w:id="44"/>
    </w:p>
    <w:p w14:paraId="1CC458E7" w14:textId="77777777" w:rsidR="00D93F19" w:rsidRDefault="00000000">
      <w:pPr>
        <w:pStyle w:val="Small"/>
        <w:rPr>
          <w:rFonts w:hint="eastAsia"/>
        </w:rPr>
      </w:pPr>
      <w:r>
        <w:t>Pratica n. __________________  |  Macchina / matricola __________________  |  Data __________</w:t>
      </w:r>
    </w:p>
    <w:p w14:paraId="3393493F" w14:textId="77777777" w:rsidR="00D93F19" w:rsidRDefault="00000000">
      <w:pPr>
        <w:pStyle w:val="Small"/>
        <w:rPr>
          <w:rFonts w:hint="eastAsia"/>
        </w:rPr>
      </w:pPr>
      <w:r>
        <w:t>F: INAIL 2026, schede 1.01–1.15. O: modello di relazione, pagina 2 di 2.</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47F92E91" w14:textId="77777777">
        <w:trPr>
          <w:cantSplit/>
          <w:tblHeader/>
          <w:jc w:val="center"/>
        </w:trPr>
        <w:tc>
          <w:tcPr>
            <w:tcW w:w="3515" w:type="dxa"/>
            <w:shd w:val="clear" w:color="auto" w:fill="15344B"/>
            <w:vAlign w:val="center"/>
          </w:tcPr>
          <w:p w14:paraId="346DB99F" w14:textId="77777777" w:rsidR="00D93F19" w:rsidRDefault="00000000">
            <w:pPr>
              <w:pStyle w:val="TableText"/>
              <w:spacing w:after="30" w:line="245" w:lineRule="auto"/>
              <w:rPr>
                <w:rFonts w:hint="eastAsia"/>
              </w:rPr>
            </w:pPr>
            <w:r>
              <w:rPr>
                <w:b/>
                <w:color w:val="FFFFFF"/>
                <w:sz w:val="18"/>
              </w:rPr>
              <w:t>VERIFICA PERTINENTE</w:t>
            </w:r>
          </w:p>
        </w:tc>
        <w:tc>
          <w:tcPr>
            <w:tcW w:w="3175" w:type="dxa"/>
            <w:shd w:val="clear" w:color="auto" w:fill="15344B"/>
            <w:vAlign w:val="center"/>
          </w:tcPr>
          <w:p w14:paraId="7076EA64" w14:textId="77777777" w:rsidR="00D93F19" w:rsidRDefault="00000000">
            <w:pPr>
              <w:pStyle w:val="TableText"/>
              <w:spacing w:after="30" w:line="245" w:lineRule="auto"/>
              <w:rPr>
                <w:rFonts w:hint="eastAsia"/>
              </w:rPr>
            </w:pPr>
            <w:r>
              <w:rPr>
                <w:b/>
                <w:color w:val="FFFFFF"/>
                <w:sz w:val="18"/>
              </w:rPr>
              <w:t>METODO / RIFERIMENTO</w:t>
            </w:r>
          </w:p>
        </w:tc>
        <w:tc>
          <w:tcPr>
            <w:tcW w:w="3175" w:type="dxa"/>
            <w:shd w:val="clear" w:color="auto" w:fill="15344B"/>
            <w:vAlign w:val="center"/>
          </w:tcPr>
          <w:p w14:paraId="1D0AF22B" w14:textId="77777777" w:rsidR="00D93F19" w:rsidRDefault="00000000">
            <w:pPr>
              <w:pStyle w:val="TableText"/>
              <w:spacing w:after="30" w:line="245" w:lineRule="auto"/>
              <w:rPr>
                <w:rFonts w:hint="eastAsia"/>
              </w:rPr>
            </w:pPr>
            <w:r>
              <w:rPr>
                <w:b/>
                <w:color w:val="FFFFFF"/>
                <w:sz w:val="18"/>
              </w:rPr>
              <w:t>RISULTATO E LIMITE</w:t>
            </w:r>
          </w:p>
        </w:tc>
      </w:tr>
      <w:tr w:rsidR="00D93F19" w14:paraId="3F3E0816" w14:textId="77777777">
        <w:trPr>
          <w:cantSplit/>
          <w:trHeight w:val="425"/>
          <w:jc w:val="center"/>
        </w:trPr>
        <w:tc>
          <w:tcPr>
            <w:tcW w:w="3515" w:type="dxa"/>
            <w:shd w:val="clear" w:color="auto" w:fill="F2F6F8"/>
            <w:vAlign w:val="center"/>
          </w:tcPr>
          <w:p w14:paraId="3D7C4D70" w14:textId="77777777" w:rsidR="00D93F19" w:rsidRDefault="00000000">
            <w:pPr>
              <w:pStyle w:val="TableText"/>
              <w:spacing w:after="30" w:line="245" w:lineRule="auto"/>
              <w:rPr>
                <w:rFonts w:hint="eastAsia"/>
              </w:rPr>
            </w:pPr>
            <w:r>
              <w:rPr>
                <w:sz w:val="18"/>
              </w:rPr>
              <w:t>Stato tensionale / resistenza</w:t>
            </w:r>
          </w:p>
        </w:tc>
        <w:tc>
          <w:tcPr>
            <w:tcW w:w="3175" w:type="dxa"/>
            <w:shd w:val="clear" w:color="auto" w:fill="F2F6F8"/>
            <w:vAlign w:val="center"/>
          </w:tcPr>
          <w:p w14:paraId="64B39694" w14:textId="77777777" w:rsidR="00D93F19" w:rsidRDefault="00000000">
            <w:pPr>
              <w:pStyle w:val="TableText"/>
              <w:spacing w:after="30" w:line="245" w:lineRule="auto"/>
              <w:rPr>
                <w:rFonts w:hint="eastAsia"/>
              </w:rPr>
            </w:pPr>
            <w:r>
              <w:rPr>
                <w:sz w:val="18"/>
              </w:rPr>
              <w:t>______________________</w:t>
            </w:r>
          </w:p>
        </w:tc>
        <w:tc>
          <w:tcPr>
            <w:tcW w:w="3175" w:type="dxa"/>
            <w:shd w:val="clear" w:color="auto" w:fill="F2F6F8"/>
            <w:vAlign w:val="center"/>
          </w:tcPr>
          <w:p w14:paraId="58A4A440" w14:textId="77777777" w:rsidR="00D93F19" w:rsidRDefault="00000000">
            <w:pPr>
              <w:pStyle w:val="TableText"/>
              <w:spacing w:after="30" w:line="245" w:lineRule="auto"/>
              <w:rPr>
                <w:rFonts w:hint="eastAsia"/>
              </w:rPr>
            </w:pPr>
            <w:r>
              <w:rPr>
                <w:sz w:val="18"/>
              </w:rPr>
              <w:t>______________________</w:t>
            </w:r>
          </w:p>
        </w:tc>
      </w:tr>
      <w:tr w:rsidR="00D93F19" w14:paraId="15845E3D" w14:textId="77777777">
        <w:trPr>
          <w:cantSplit/>
          <w:trHeight w:val="425"/>
          <w:jc w:val="center"/>
        </w:trPr>
        <w:tc>
          <w:tcPr>
            <w:tcW w:w="3515" w:type="dxa"/>
            <w:vAlign w:val="center"/>
          </w:tcPr>
          <w:p w14:paraId="49C90FDB" w14:textId="77777777" w:rsidR="00D93F19" w:rsidRDefault="00000000">
            <w:pPr>
              <w:pStyle w:val="TableText"/>
              <w:spacing w:after="30" w:line="245" w:lineRule="auto"/>
              <w:rPr>
                <w:rFonts w:hint="eastAsia"/>
              </w:rPr>
            </w:pPr>
            <w:r>
              <w:rPr>
                <w:sz w:val="18"/>
              </w:rPr>
              <w:t>Stabilità / deformazione / geometria</w:t>
            </w:r>
          </w:p>
        </w:tc>
        <w:tc>
          <w:tcPr>
            <w:tcW w:w="3175" w:type="dxa"/>
            <w:vAlign w:val="center"/>
          </w:tcPr>
          <w:p w14:paraId="4172128F" w14:textId="77777777" w:rsidR="00D93F19" w:rsidRDefault="00000000">
            <w:pPr>
              <w:pStyle w:val="TableText"/>
              <w:spacing w:after="30" w:line="245" w:lineRule="auto"/>
              <w:rPr>
                <w:rFonts w:hint="eastAsia"/>
              </w:rPr>
            </w:pPr>
            <w:r>
              <w:rPr>
                <w:sz w:val="18"/>
              </w:rPr>
              <w:t>______________________</w:t>
            </w:r>
          </w:p>
        </w:tc>
        <w:tc>
          <w:tcPr>
            <w:tcW w:w="3175" w:type="dxa"/>
            <w:vAlign w:val="center"/>
          </w:tcPr>
          <w:p w14:paraId="503ED529" w14:textId="77777777" w:rsidR="00D93F19" w:rsidRDefault="00000000">
            <w:pPr>
              <w:pStyle w:val="TableText"/>
              <w:spacing w:after="30" w:line="245" w:lineRule="auto"/>
              <w:rPr>
                <w:rFonts w:hint="eastAsia"/>
              </w:rPr>
            </w:pPr>
            <w:r>
              <w:rPr>
                <w:sz w:val="18"/>
              </w:rPr>
              <w:t>______________________</w:t>
            </w:r>
          </w:p>
        </w:tc>
      </w:tr>
      <w:tr w:rsidR="00D93F19" w14:paraId="64DA47CD" w14:textId="77777777">
        <w:trPr>
          <w:cantSplit/>
          <w:trHeight w:val="425"/>
          <w:jc w:val="center"/>
        </w:trPr>
        <w:tc>
          <w:tcPr>
            <w:tcW w:w="3515" w:type="dxa"/>
            <w:shd w:val="clear" w:color="auto" w:fill="F2F6F8"/>
            <w:vAlign w:val="center"/>
          </w:tcPr>
          <w:p w14:paraId="1220038F" w14:textId="77777777" w:rsidR="00D93F19" w:rsidRDefault="00000000">
            <w:pPr>
              <w:pStyle w:val="TableText"/>
              <w:spacing w:after="30" w:line="245" w:lineRule="auto"/>
              <w:rPr>
                <w:rFonts w:hint="eastAsia"/>
              </w:rPr>
            </w:pPr>
            <w:r>
              <w:rPr>
                <w:sz w:val="18"/>
              </w:rPr>
              <w:t>Interferenze e modalità di accesso</w:t>
            </w:r>
          </w:p>
        </w:tc>
        <w:tc>
          <w:tcPr>
            <w:tcW w:w="3175" w:type="dxa"/>
            <w:shd w:val="clear" w:color="auto" w:fill="F2F6F8"/>
            <w:vAlign w:val="center"/>
          </w:tcPr>
          <w:p w14:paraId="71353DAB" w14:textId="77777777" w:rsidR="00D93F19" w:rsidRDefault="00000000">
            <w:pPr>
              <w:pStyle w:val="TableText"/>
              <w:spacing w:after="30" w:line="245" w:lineRule="auto"/>
              <w:rPr>
                <w:rFonts w:hint="eastAsia"/>
              </w:rPr>
            </w:pPr>
            <w:r>
              <w:rPr>
                <w:sz w:val="18"/>
              </w:rPr>
              <w:t>______________________</w:t>
            </w:r>
          </w:p>
        </w:tc>
        <w:tc>
          <w:tcPr>
            <w:tcW w:w="3175" w:type="dxa"/>
            <w:shd w:val="clear" w:color="auto" w:fill="F2F6F8"/>
            <w:vAlign w:val="center"/>
          </w:tcPr>
          <w:p w14:paraId="228BB638" w14:textId="77777777" w:rsidR="00D93F19" w:rsidRDefault="00000000">
            <w:pPr>
              <w:pStyle w:val="TableText"/>
              <w:spacing w:after="30" w:line="245" w:lineRule="auto"/>
              <w:rPr>
                <w:rFonts w:hint="eastAsia"/>
              </w:rPr>
            </w:pPr>
            <w:r>
              <w:rPr>
                <w:sz w:val="18"/>
              </w:rPr>
              <w:t>______________________</w:t>
            </w:r>
          </w:p>
        </w:tc>
      </w:tr>
      <w:tr w:rsidR="00D93F19" w14:paraId="4C2BA5B4" w14:textId="77777777">
        <w:trPr>
          <w:cantSplit/>
          <w:trHeight w:val="425"/>
          <w:jc w:val="center"/>
        </w:trPr>
        <w:tc>
          <w:tcPr>
            <w:tcW w:w="3515" w:type="dxa"/>
            <w:vAlign w:val="center"/>
          </w:tcPr>
          <w:p w14:paraId="25016BED" w14:textId="77777777" w:rsidR="00D93F19" w:rsidRDefault="00000000">
            <w:pPr>
              <w:pStyle w:val="TableText"/>
              <w:spacing w:after="30" w:line="245" w:lineRule="auto"/>
              <w:rPr>
                <w:rFonts w:hint="eastAsia"/>
              </w:rPr>
            </w:pPr>
            <w:r>
              <w:rPr>
                <w:sz w:val="18"/>
              </w:rPr>
              <w:t>Compatibilità elettrica / ambientale</w:t>
            </w:r>
          </w:p>
        </w:tc>
        <w:tc>
          <w:tcPr>
            <w:tcW w:w="3175" w:type="dxa"/>
            <w:vAlign w:val="center"/>
          </w:tcPr>
          <w:p w14:paraId="42961E84" w14:textId="77777777" w:rsidR="00D93F19" w:rsidRDefault="00000000">
            <w:pPr>
              <w:pStyle w:val="TableText"/>
              <w:spacing w:after="30" w:line="245" w:lineRule="auto"/>
              <w:rPr>
                <w:rFonts w:hint="eastAsia"/>
              </w:rPr>
            </w:pPr>
            <w:r>
              <w:rPr>
                <w:sz w:val="18"/>
              </w:rPr>
              <w:t>______________________</w:t>
            </w:r>
          </w:p>
        </w:tc>
        <w:tc>
          <w:tcPr>
            <w:tcW w:w="3175" w:type="dxa"/>
            <w:vAlign w:val="center"/>
          </w:tcPr>
          <w:p w14:paraId="141D895E" w14:textId="77777777" w:rsidR="00D93F19" w:rsidRDefault="00000000">
            <w:pPr>
              <w:pStyle w:val="TableText"/>
              <w:spacing w:after="30" w:line="245" w:lineRule="auto"/>
              <w:rPr>
                <w:rFonts w:hint="eastAsia"/>
              </w:rPr>
            </w:pPr>
            <w:r>
              <w:rPr>
                <w:sz w:val="18"/>
              </w:rPr>
              <w:t>______________________</w:t>
            </w:r>
          </w:p>
        </w:tc>
      </w:tr>
      <w:tr w:rsidR="00D93F19" w14:paraId="73C93CF9" w14:textId="77777777">
        <w:trPr>
          <w:cantSplit/>
          <w:trHeight w:val="425"/>
          <w:jc w:val="center"/>
        </w:trPr>
        <w:tc>
          <w:tcPr>
            <w:tcW w:w="3515" w:type="dxa"/>
            <w:shd w:val="clear" w:color="auto" w:fill="F2F6F8"/>
            <w:vAlign w:val="center"/>
          </w:tcPr>
          <w:p w14:paraId="4180B9F7" w14:textId="77777777" w:rsidR="00D93F19" w:rsidRDefault="00000000">
            <w:pPr>
              <w:pStyle w:val="TableText"/>
              <w:spacing w:after="30" w:line="245" w:lineRule="auto"/>
              <w:rPr>
                <w:rFonts w:hint="eastAsia"/>
              </w:rPr>
            </w:pPr>
            <w:r>
              <w:rPr>
                <w:sz w:val="18"/>
              </w:rPr>
              <w:t>Funzioni di sicurezza / PL, ove richiesto</w:t>
            </w:r>
          </w:p>
        </w:tc>
        <w:tc>
          <w:tcPr>
            <w:tcW w:w="3175" w:type="dxa"/>
            <w:shd w:val="clear" w:color="auto" w:fill="F2F6F8"/>
            <w:vAlign w:val="center"/>
          </w:tcPr>
          <w:p w14:paraId="026B0ED4" w14:textId="77777777" w:rsidR="00D93F19" w:rsidRDefault="00000000">
            <w:pPr>
              <w:pStyle w:val="TableText"/>
              <w:spacing w:after="30" w:line="245" w:lineRule="auto"/>
              <w:rPr>
                <w:rFonts w:hint="eastAsia"/>
              </w:rPr>
            </w:pPr>
            <w:r>
              <w:rPr>
                <w:sz w:val="18"/>
              </w:rPr>
              <w:t>______________________</w:t>
            </w:r>
          </w:p>
        </w:tc>
        <w:tc>
          <w:tcPr>
            <w:tcW w:w="3175" w:type="dxa"/>
            <w:shd w:val="clear" w:color="auto" w:fill="F2F6F8"/>
            <w:vAlign w:val="center"/>
          </w:tcPr>
          <w:p w14:paraId="6024832D" w14:textId="77777777" w:rsidR="00D93F19" w:rsidRDefault="00000000">
            <w:pPr>
              <w:pStyle w:val="TableText"/>
              <w:spacing w:after="30" w:line="245" w:lineRule="auto"/>
              <w:rPr>
                <w:rFonts w:hint="eastAsia"/>
              </w:rPr>
            </w:pPr>
            <w:r>
              <w:rPr>
                <w:sz w:val="18"/>
              </w:rPr>
              <w:t>______________________</w:t>
            </w:r>
          </w:p>
        </w:tc>
      </w:tr>
      <w:tr w:rsidR="00D93F19" w14:paraId="3DF588EC" w14:textId="77777777">
        <w:trPr>
          <w:cantSplit/>
          <w:trHeight w:val="425"/>
          <w:jc w:val="center"/>
        </w:trPr>
        <w:tc>
          <w:tcPr>
            <w:tcW w:w="3515" w:type="dxa"/>
            <w:vAlign w:val="center"/>
          </w:tcPr>
          <w:p w14:paraId="0A351552" w14:textId="77777777" w:rsidR="00D93F19" w:rsidRDefault="00000000">
            <w:pPr>
              <w:pStyle w:val="TableText"/>
              <w:spacing w:after="30" w:line="245" w:lineRule="auto"/>
              <w:rPr>
                <w:rFonts w:hint="eastAsia"/>
              </w:rPr>
            </w:pPr>
            <w:r>
              <w:rPr>
                <w:sz w:val="18"/>
              </w:rPr>
              <w:t>Sostegni / vie di corsa / fondazioni</w:t>
            </w:r>
          </w:p>
        </w:tc>
        <w:tc>
          <w:tcPr>
            <w:tcW w:w="3175" w:type="dxa"/>
            <w:vAlign w:val="center"/>
          </w:tcPr>
          <w:p w14:paraId="317F9DD1" w14:textId="77777777" w:rsidR="00D93F19" w:rsidRDefault="00000000">
            <w:pPr>
              <w:pStyle w:val="TableText"/>
              <w:spacing w:after="30" w:line="245" w:lineRule="auto"/>
              <w:rPr>
                <w:rFonts w:hint="eastAsia"/>
              </w:rPr>
            </w:pPr>
            <w:r>
              <w:rPr>
                <w:sz w:val="18"/>
              </w:rPr>
              <w:t>______________________</w:t>
            </w:r>
          </w:p>
        </w:tc>
        <w:tc>
          <w:tcPr>
            <w:tcW w:w="3175" w:type="dxa"/>
            <w:vAlign w:val="center"/>
          </w:tcPr>
          <w:p w14:paraId="07D62928" w14:textId="77777777" w:rsidR="00D93F19" w:rsidRDefault="00000000">
            <w:pPr>
              <w:pStyle w:val="TableText"/>
              <w:spacing w:after="30" w:line="245" w:lineRule="auto"/>
              <w:rPr>
                <w:rFonts w:hint="eastAsia"/>
              </w:rPr>
            </w:pPr>
            <w:r>
              <w:rPr>
                <w:sz w:val="18"/>
              </w:rPr>
              <w:t>______________________</w:t>
            </w:r>
          </w:p>
        </w:tc>
      </w:tr>
    </w:tbl>
    <w:p w14:paraId="0F9291B7" w14:textId="77777777" w:rsidR="00D93F19" w:rsidRDefault="00D93F19">
      <w:pPr>
        <w:spacing w:after="0" w:line="20" w:lineRule="exact"/>
        <w:rPr>
          <w:rFonts w:hint="eastAsia"/>
        </w:rPr>
      </w:pPr>
    </w:p>
    <w:p w14:paraId="04ECD401" w14:textId="77777777" w:rsidR="00D93F19" w:rsidRDefault="00000000">
      <w:pPr>
        <w:pStyle w:val="Titolo2"/>
      </w:pPr>
      <w:r>
        <w:t>Estratto della valutazione dei rischi, quando richiesto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288"/>
        <w:gridCol w:w="3288"/>
        <w:gridCol w:w="3288"/>
      </w:tblGrid>
      <w:tr w:rsidR="00D93F19" w14:paraId="6C4D4A67" w14:textId="77777777">
        <w:trPr>
          <w:cantSplit/>
          <w:tblHeader/>
          <w:jc w:val="center"/>
        </w:trPr>
        <w:tc>
          <w:tcPr>
            <w:tcW w:w="3288" w:type="dxa"/>
            <w:shd w:val="clear" w:color="auto" w:fill="15344B"/>
            <w:vAlign w:val="center"/>
          </w:tcPr>
          <w:p w14:paraId="0C8DD886" w14:textId="77777777" w:rsidR="00D93F19" w:rsidRDefault="00000000">
            <w:pPr>
              <w:pStyle w:val="TableText"/>
              <w:spacing w:after="30" w:line="245" w:lineRule="auto"/>
              <w:rPr>
                <w:rFonts w:hint="eastAsia"/>
              </w:rPr>
            </w:pPr>
            <w:r>
              <w:rPr>
                <w:b/>
                <w:color w:val="FFFFFF"/>
              </w:rPr>
              <w:t>PERICOLO / RESS COINVOLTO</w:t>
            </w:r>
          </w:p>
        </w:tc>
        <w:tc>
          <w:tcPr>
            <w:tcW w:w="3288" w:type="dxa"/>
            <w:shd w:val="clear" w:color="auto" w:fill="15344B"/>
            <w:vAlign w:val="center"/>
          </w:tcPr>
          <w:p w14:paraId="38B83BF6" w14:textId="77777777" w:rsidR="00D93F19" w:rsidRDefault="00000000">
            <w:pPr>
              <w:pStyle w:val="TableText"/>
              <w:spacing w:after="30" w:line="245" w:lineRule="auto"/>
              <w:rPr>
                <w:rFonts w:hint="eastAsia"/>
              </w:rPr>
            </w:pPr>
            <w:r>
              <w:rPr>
                <w:b/>
                <w:color w:val="FFFFFF"/>
              </w:rPr>
              <w:t>EFFETTO DELL’INTERVENTO</w:t>
            </w:r>
          </w:p>
        </w:tc>
        <w:tc>
          <w:tcPr>
            <w:tcW w:w="3288" w:type="dxa"/>
            <w:shd w:val="clear" w:color="auto" w:fill="15344B"/>
            <w:vAlign w:val="center"/>
          </w:tcPr>
          <w:p w14:paraId="0EE11773" w14:textId="77777777" w:rsidR="00D93F19" w:rsidRDefault="00000000">
            <w:pPr>
              <w:pStyle w:val="TableText"/>
              <w:spacing w:after="30" w:line="245" w:lineRule="auto"/>
              <w:rPr>
                <w:rFonts w:hint="eastAsia"/>
              </w:rPr>
            </w:pPr>
            <w:r>
              <w:rPr>
                <w:b/>
                <w:color w:val="FFFFFF"/>
              </w:rPr>
              <w:t>MISURA / EVIDENZA</w:t>
            </w:r>
          </w:p>
        </w:tc>
      </w:tr>
      <w:tr w:rsidR="00D93F19" w14:paraId="3232A373" w14:textId="77777777">
        <w:trPr>
          <w:cantSplit/>
          <w:trHeight w:val="454"/>
          <w:jc w:val="center"/>
        </w:trPr>
        <w:tc>
          <w:tcPr>
            <w:tcW w:w="3288" w:type="dxa"/>
            <w:shd w:val="clear" w:color="auto" w:fill="F2F6F8"/>
            <w:vAlign w:val="center"/>
          </w:tcPr>
          <w:p w14:paraId="6C2C3106" w14:textId="77777777" w:rsidR="00D93F19" w:rsidRDefault="00D93F19">
            <w:pPr>
              <w:pStyle w:val="TableText"/>
              <w:spacing w:after="30" w:line="245" w:lineRule="auto"/>
              <w:rPr>
                <w:rFonts w:hint="eastAsia"/>
              </w:rPr>
            </w:pPr>
          </w:p>
        </w:tc>
        <w:tc>
          <w:tcPr>
            <w:tcW w:w="3288" w:type="dxa"/>
            <w:shd w:val="clear" w:color="auto" w:fill="F2F6F8"/>
            <w:vAlign w:val="center"/>
          </w:tcPr>
          <w:p w14:paraId="7661AAB0" w14:textId="77777777" w:rsidR="00D93F19" w:rsidRDefault="00D93F19">
            <w:pPr>
              <w:pStyle w:val="TableText"/>
              <w:spacing w:after="30" w:line="245" w:lineRule="auto"/>
              <w:rPr>
                <w:rFonts w:hint="eastAsia"/>
              </w:rPr>
            </w:pPr>
          </w:p>
        </w:tc>
        <w:tc>
          <w:tcPr>
            <w:tcW w:w="3288" w:type="dxa"/>
          </w:tcPr>
          <w:p w14:paraId="1BDE175A" w14:textId="77777777" w:rsidR="00D93F19" w:rsidRDefault="00D93F19">
            <w:pPr>
              <w:rPr>
                <w:rFonts w:hint="eastAsia"/>
              </w:rPr>
            </w:pPr>
          </w:p>
        </w:tc>
      </w:tr>
      <w:tr w:rsidR="00D93F19" w14:paraId="70A7352C" w14:textId="77777777">
        <w:trPr>
          <w:cantSplit/>
          <w:trHeight w:val="454"/>
          <w:jc w:val="center"/>
        </w:trPr>
        <w:tc>
          <w:tcPr>
            <w:tcW w:w="3288" w:type="dxa"/>
            <w:vAlign w:val="center"/>
          </w:tcPr>
          <w:p w14:paraId="5BB53EC1" w14:textId="77777777" w:rsidR="00D93F19" w:rsidRDefault="00D93F19">
            <w:pPr>
              <w:pStyle w:val="TableText"/>
              <w:spacing w:after="30" w:line="245" w:lineRule="auto"/>
              <w:rPr>
                <w:rFonts w:hint="eastAsia"/>
              </w:rPr>
            </w:pPr>
          </w:p>
        </w:tc>
        <w:tc>
          <w:tcPr>
            <w:tcW w:w="3288" w:type="dxa"/>
            <w:vAlign w:val="center"/>
          </w:tcPr>
          <w:p w14:paraId="533552FF" w14:textId="77777777" w:rsidR="00D93F19" w:rsidRDefault="00D93F19">
            <w:pPr>
              <w:pStyle w:val="TableText"/>
              <w:spacing w:after="30" w:line="245" w:lineRule="auto"/>
              <w:rPr>
                <w:rFonts w:hint="eastAsia"/>
              </w:rPr>
            </w:pPr>
          </w:p>
        </w:tc>
        <w:tc>
          <w:tcPr>
            <w:tcW w:w="3288" w:type="dxa"/>
          </w:tcPr>
          <w:p w14:paraId="3FBDD528" w14:textId="77777777" w:rsidR="00D93F19" w:rsidRDefault="00D93F19">
            <w:pPr>
              <w:rPr>
                <w:rFonts w:hint="eastAsia"/>
              </w:rPr>
            </w:pPr>
          </w:p>
        </w:tc>
      </w:tr>
      <w:tr w:rsidR="00D93F19" w14:paraId="0DAD1561" w14:textId="77777777">
        <w:trPr>
          <w:cantSplit/>
          <w:trHeight w:val="454"/>
          <w:jc w:val="center"/>
        </w:trPr>
        <w:tc>
          <w:tcPr>
            <w:tcW w:w="3288" w:type="dxa"/>
            <w:shd w:val="clear" w:color="auto" w:fill="F2F6F8"/>
            <w:vAlign w:val="center"/>
          </w:tcPr>
          <w:p w14:paraId="59AFCA6D" w14:textId="77777777" w:rsidR="00D93F19" w:rsidRDefault="00D93F19">
            <w:pPr>
              <w:pStyle w:val="TableText"/>
              <w:spacing w:after="30" w:line="245" w:lineRule="auto"/>
              <w:rPr>
                <w:rFonts w:hint="eastAsia"/>
              </w:rPr>
            </w:pPr>
          </w:p>
        </w:tc>
        <w:tc>
          <w:tcPr>
            <w:tcW w:w="3288" w:type="dxa"/>
            <w:shd w:val="clear" w:color="auto" w:fill="F2F6F8"/>
            <w:vAlign w:val="center"/>
          </w:tcPr>
          <w:p w14:paraId="47F591BC" w14:textId="77777777" w:rsidR="00D93F19" w:rsidRDefault="00D93F19">
            <w:pPr>
              <w:pStyle w:val="TableText"/>
              <w:spacing w:after="30" w:line="245" w:lineRule="auto"/>
              <w:rPr>
                <w:rFonts w:hint="eastAsia"/>
              </w:rPr>
            </w:pPr>
          </w:p>
        </w:tc>
        <w:tc>
          <w:tcPr>
            <w:tcW w:w="3288" w:type="dxa"/>
          </w:tcPr>
          <w:p w14:paraId="32E4C6D8" w14:textId="77777777" w:rsidR="00D93F19" w:rsidRDefault="00D93F19">
            <w:pPr>
              <w:rPr>
                <w:rFonts w:hint="eastAsia"/>
              </w:rPr>
            </w:pPr>
          </w:p>
        </w:tc>
      </w:tr>
    </w:tbl>
    <w:p w14:paraId="4419D399" w14:textId="77777777" w:rsidR="00D93F19" w:rsidRDefault="00D93F19">
      <w:pPr>
        <w:spacing w:after="0" w:line="20" w:lineRule="exact"/>
        <w:rPr>
          <w:rFonts w:hint="eastAsia"/>
        </w:rPr>
      </w:pPr>
    </w:p>
    <w:p w14:paraId="2DD7789D" w14:textId="77777777" w:rsidR="00D93F19" w:rsidRDefault="00000000">
      <w:pPr>
        <w:rPr>
          <w:rFonts w:hint="eastAsia"/>
        </w:rPr>
      </w:pPr>
      <w:r>
        <w:t>Metodo e documento di riferimento: __________________________________________________________</w:t>
      </w:r>
      <w:r>
        <w:br/>
        <w:t>Rischi residui e informazioni da trasferire: _______________________________________________________</w:t>
      </w:r>
    </w:p>
    <w:p w14:paraId="3E3AE551" w14:textId="77777777" w:rsidR="00D93F19" w:rsidRDefault="00000000">
      <w:pPr>
        <w:pStyle w:val="Titolo2"/>
      </w:pPr>
      <w:r>
        <w:t>Prove, documenti finali e conclusione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6395530D" w14:textId="77777777">
        <w:trPr>
          <w:cantSplit/>
          <w:tblHeader/>
          <w:jc w:val="center"/>
        </w:trPr>
        <w:tc>
          <w:tcPr>
            <w:tcW w:w="2891" w:type="dxa"/>
            <w:shd w:val="clear" w:color="auto" w:fill="15344B"/>
            <w:vAlign w:val="center"/>
          </w:tcPr>
          <w:p w14:paraId="747C3CCC"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5D355F49" w14:textId="77777777" w:rsidR="00D93F19" w:rsidRDefault="00000000">
            <w:pPr>
              <w:pStyle w:val="TableText"/>
              <w:spacing w:after="30" w:line="245" w:lineRule="auto"/>
              <w:rPr>
                <w:rFonts w:hint="eastAsia"/>
              </w:rPr>
            </w:pPr>
            <w:r>
              <w:rPr>
                <w:b/>
                <w:color w:val="FFFFFF"/>
              </w:rPr>
              <w:t>COMPILAZIONE</w:t>
            </w:r>
          </w:p>
        </w:tc>
      </w:tr>
      <w:tr w:rsidR="00D93F19" w14:paraId="7A036DE1" w14:textId="77777777">
        <w:trPr>
          <w:cantSplit/>
          <w:jc w:val="center"/>
        </w:trPr>
        <w:tc>
          <w:tcPr>
            <w:tcW w:w="2891" w:type="dxa"/>
            <w:shd w:val="clear" w:color="auto" w:fill="F2F6F8"/>
            <w:vAlign w:val="center"/>
          </w:tcPr>
          <w:p w14:paraId="72A00A43" w14:textId="77777777" w:rsidR="00D93F19" w:rsidRDefault="00000000">
            <w:pPr>
              <w:pStyle w:val="TableText"/>
              <w:spacing w:after="30" w:line="245" w:lineRule="auto"/>
              <w:rPr>
                <w:rFonts w:hint="eastAsia"/>
              </w:rPr>
            </w:pPr>
            <w:r>
              <w:t>Piano di prove / criteri</w:t>
            </w:r>
          </w:p>
        </w:tc>
        <w:tc>
          <w:tcPr>
            <w:tcW w:w="6973" w:type="dxa"/>
            <w:shd w:val="clear" w:color="auto" w:fill="F2F6F8"/>
            <w:vAlign w:val="center"/>
          </w:tcPr>
          <w:p w14:paraId="00B6A5CE" w14:textId="77777777" w:rsidR="00D93F19" w:rsidRDefault="00000000">
            <w:pPr>
              <w:pStyle w:val="TableText"/>
              <w:spacing w:after="30" w:line="245" w:lineRule="auto"/>
              <w:rPr>
                <w:rFonts w:hint="eastAsia"/>
              </w:rPr>
            </w:pPr>
            <w:r>
              <w:t>A12 / altro n. _____________________ revisione __________________</w:t>
            </w:r>
          </w:p>
        </w:tc>
      </w:tr>
      <w:tr w:rsidR="00D93F19" w14:paraId="443E5E55" w14:textId="77777777">
        <w:trPr>
          <w:cantSplit/>
          <w:jc w:val="center"/>
        </w:trPr>
        <w:tc>
          <w:tcPr>
            <w:tcW w:w="2891" w:type="dxa"/>
            <w:vAlign w:val="center"/>
          </w:tcPr>
          <w:p w14:paraId="709B4AB8" w14:textId="77777777" w:rsidR="00D93F19" w:rsidRDefault="00000000">
            <w:pPr>
              <w:pStyle w:val="TableText"/>
              <w:spacing w:after="30" w:line="245" w:lineRule="auto"/>
              <w:rPr>
                <w:rFonts w:hint="eastAsia"/>
              </w:rPr>
            </w:pPr>
            <w:r>
              <w:t>Documenti finali da acquisire</w:t>
            </w:r>
          </w:p>
        </w:tc>
        <w:tc>
          <w:tcPr>
            <w:tcW w:w="6973" w:type="dxa"/>
            <w:vAlign w:val="center"/>
          </w:tcPr>
          <w:p w14:paraId="108E7580" w14:textId="77777777" w:rsidR="00D93F19" w:rsidRDefault="00000000">
            <w:pPr>
              <w:pStyle w:val="TableText"/>
              <w:spacing w:after="30" w:line="245" w:lineRule="auto"/>
              <w:rPr>
                <w:rFonts w:hint="eastAsia"/>
              </w:rPr>
            </w:pPr>
            <w:r>
              <w:t>________________________________________________________</w:t>
            </w:r>
          </w:p>
        </w:tc>
      </w:tr>
      <w:tr w:rsidR="00D93F19" w14:paraId="684B0DE9" w14:textId="77777777">
        <w:trPr>
          <w:cantSplit/>
          <w:jc w:val="center"/>
        </w:trPr>
        <w:tc>
          <w:tcPr>
            <w:tcW w:w="2891" w:type="dxa"/>
            <w:shd w:val="clear" w:color="auto" w:fill="F2F6F8"/>
            <w:vAlign w:val="center"/>
          </w:tcPr>
          <w:p w14:paraId="27B5AA83" w14:textId="77777777" w:rsidR="00D93F19" w:rsidRDefault="00000000">
            <w:pPr>
              <w:pStyle w:val="TableText"/>
              <w:spacing w:after="30" w:line="245" w:lineRule="auto"/>
              <w:rPr>
                <w:rFonts w:hint="eastAsia"/>
              </w:rPr>
            </w:pPr>
            <w:r>
              <w:t>Condizioni dimostrate / non dimostrate</w:t>
            </w:r>
          </w:p>
        </w:tc>
        <w:tc>
          <w:tcPr>
            <w:tcW w:w="6973" w:type="dxa"/>
            <w:shd w:val="clear" w:color="auto" w:fill="F2F6F8"/>
            <w:vAlign w:val="center"/>
          </w:tcPr>
          <w:p w14:paraId="7F5B2FF0" w14:textId="77777777" w:rsidR="00D93F19" w:rsidRDefault="00000000">
            <w:pPr>
              <w:pStyle w:val="TableText"/>
              <w:spacing w:after="30" w:line="245" w:lineRule="auto"/>
              <w:rPr>
                <w:rFonts w:hint="eastAsia"/>
              </w:rPr>
            </w:pPr>
            <w:r>
              <w:t>________________________________________________________</w:t>
            </w:r>
          </w:p>
        </w:tc>
      </w:tr>
      <w:tr w:rsidR="00D93F19" w14:paraId="13663117" w14:textId="77777777">
        <w:trPr>
          <w:cantSplit/>
          <w:jc w:val="center"/>
        </w:trPr>
        <w:tc>
          <w:tcPr>
            <w:tcW w:w="2891" w:type="dxa"/>
            <w:vAlign w:val="center"/>
          </w:tcPr>
          <w:p w14:paraId="22618A13" w14:textId="77777777" w:rsidR="00D93F19" w:rsidRDefault="00000000">
            <w:pPr>
              <w:pStyle w:val="TableText"/>
              <w:spacing w:after="30" w:line="245" w:lineRule="auto"/>
              <w:rPr>
                <w:rFonts w:hint="eastAsia"/>
              </w:rPr>
            </w:pPr>
            <w:r>
              <w:t>Conclusione tecnica e limiti di validità</w:t>
            </w:r>
          </w:p>
        </w:tc>
        <w:tc>
          <w:tcPr>
            <w:tcW w:w="6973" w:type="dxa"/>
            <w:vAlign w:val="center"/>
          </w:tcPr>
          <w:p w14:paraId="12FAB9FF" w14:textId="77777777" w:rsidR="00D93F19" w:rsidRDefault="00000000">
            <w:pPr>
              <w:pStyle w:val="TableText"/>
              <w:spacing w:after="30" w:line="245" w:lineRule="auto"/>
              <w:rPr>
                <w:rFonts w:hint="eastAsia"/>
              </w:rPr>
            </w:pPr>
            <w:r>
              <w:t>________________________________________________________</w:t>
            </w:r>
          </w:p>
          <w:p w14:paraId="37BE1CDE" w14:textId="77777777" w:rsidR="00D93F19" w:rsidRDefault="00000000">
            <w:pPr>
              <w:pStyle w:val="TableText"/>
              <w:spacing w:after="30" w:line="245" w:lineRule="auto"/>
              <w:rPr>
                <w:rFonts w:hint="eastAsia"/>
              </w:rPr>
            </w:pPr>
            <w:r>
              <w:t>________________________________________________________</w:t>
            </w:r>
          </w:p>
        </w:tc>
      </w:tr>
    </w:tbl>
    <w:p w14:paraId="5275FAEC"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704E1D71" w14:textId="77777777">
        <w:trPr>
          <w:cantSplit/>
          <w:tblHeader/>
          <w:jc w:val="center"/>
        </w:trPr>
        <w:tc>
          <w:tcPr>
            <w:tcW w:w="3515" w:type="dxa"/>
            <w:shd w:val="clear" w:color="auto" w:fill="15344B"/>
            <w:vAlign w:val="center"/>
          </w:tcPr>
          <w:p w14:paraId="13281916"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0457234F"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1DF237A9" w14:textId="77777777" w:rsidR="00D93F19" w:rsidRDefault="00000000">
            <w:pPr>
              <w:pStyle w:val="TableText"/>
              <w:spacing w:after="30" w:line="245" w:lineRule="auto"/>
              <w:rPr>
                <w:rFonts w:hint="eastAsia"/>
              </w:rPr>
            </w:pPr>
            <w:r>
              <w:rPr>
                <w:b/>
                <w:color w:val="FFFFFF"/>
                <w:sz w:val="18"/>
              </w:rPr>
              <w:t>DATA E FIRMA</w:t>
            </w:r>
          </w:p>
        </w:tc>
      </w:tr>
      <w:tr w:rsidR="00D93F19" w14:paraId="29E9DA33" w14:textId="77777777">
        <w:trPr>
          <w:cantSplit/>
          <w:jc w:val="center"/>
        </w:trPr>
        <w:tc>
          <w:tcPr>
            <w:tcW w:w="3515" w:type="dxa"/>
            <w:shd w:val="clear" w:color="auto" w:fill="F2F6F8"/>
            <w:vAlign w:val="center"/>
          </w:tcPr>
          <w:p w14:paraId="7FCC6A17" w14:textId="77777777" w:rsidR="00D93F19" w:rsidRDefault="00000000">
            <w:pPr>
              <w:pStyle w:val="TableText"/>
              <w:spacing w:after="30" w:line="245" w:lineRule="auto"/>
              <w:rPr>
                <w:rFonts w:hint="eastAsia"/>
              </w:rPr>
            </w:pPr>
            <w:r>
              <w:rPr>
                <w:sz w:val="18"/>
              </w:rPr>
              <w:t>Autore della relazione tecnica</w:t>
            </w:r>
          </w:p>
        </w:tc>
        <w:tc>
          <w:tcPr>
            <w:tcW w:w="3175" w:type="dxa"/>
            <w:shd w:val="clear" w:color="auto" w:fill="F2F6F8"/>
            <w:vAlign w:val="center"/>
          </w:tcPr>
          <w:p w14:paraId="600EDFE0"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35AF8764" w14:textId="77777777" w:rsidR="00D93F19" w:rsidRDefault="00000000">
            <w:pPr>
              <w:pStyle w:val="TableText"/>
              <w:spacing w:after="30" w:line="245" w:lineRule="auto"/>
              <w:rPr>
                <w:rFonts w:hint="eastAsia"/>
              </w:rPr>
            </w:pPr>
            <w:r>
              <w:rPr>
                <w:sz w:val="18"/>
              </w:rPr>
              <w:t>_____________________</w:t>
            </w:r>
          </w:p>
        </w:tc>
      </w:tr>
      <w:tr w:rsidR="00D93F19" w14:paraId="4C4F327C" w14:textId="77777777">
        <w:trPr>
          <w:cantSplit/>
          <w:jc w:val="center"/>
        </w:trPr>
        <w:tc>
          <w:tcPr>
            <w:tcW w:w="3515" w:type="dxa"/>
            <w:vAlign w:val="center"/>
          </w:tcPr>
          <w:p w14:paraId="0B64AC53" w14:textId="77777777" w:rsidR="00D93F19" w:rsidRDefault="00000000">
            <w:pPr>
              <w:pStyle w:val="TableText"/>
              <w:spacing w:after="30" w:line="245" w:lineRule="auto"/>
              <w:rPr>
                <w:rFonts w:hint="eastAsia"/>
              </w:rPr>
            </w:pPr>
            <w:r>
              <w:rPr>
                <w:sz w:val="18"/>
              </w:rPr>
              <w:t>Eventuale riesame specialistico</w:t>
            </w:r>
          </w:p>
        </w:tc>
        <w:tc>
          <w:tcPr>
            <w:tcW w:w="3175" w:type="dxa"/>
            <w:vAlign w:val="center"/>
          </w:tcPr>
          <w:p w14:paraId="30339ECE"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47601695" w14:textId="77777777" w:rsidR="00D93F19" w:rsidRDefault="00000000">
            <w:pPr>
              <w:pStyle w:val="TableText"/>
              <w:spacing w:after="30" w:line="245" w:lineRule="auto"/>
              <w:rPr>
                <w:rFonts w:hint="eastAsia"/>
              </w:rPr>
            </w:pPr>
            <w:r>
              <w:rPr>
                <w:sz w:val="18"/>
              </w:rPr>
              <w:t>_____________________</w:t>
            </w:r>
          </w:p>
        </w:tc>
      </w:tr>
    </w:tbl>
    <w:p w14:paraId="1550AF84" w14:textId="77777777" w:rsidR="00D93F19" w:rsidRDefault="00D93F19">
      <w:pPr>
        <w:spacing w:after="0" w:line="20" w:lineRule="exact"/>
        <w:rPr>
          <w:rFonts w:hint="eastAsia"/>
        </w:rPr>
      </w:pPr>
    </w:p>
    <w:p w14:paraId="536A2714" w14:textId="77777777" w:rsidR="00D93F19" w:rsidRDefault="00000000">
      <w:pPr>
        <w:pStyle w:val="Small"/>
        <w:rPr>
          <w:rFonts w:hint="eastAsia"/>
        </w:rPr>
      </w:pPr>
      <w:r>
        <w:t>Per le verifiche non pertinenti motivare il N.A.; per le verifiche mancanti indicare l’azione necessaria e mantenere sospeso il relativo giudizio. Non attribuire alla scheda INAIL documenti che essa non elenca.</w:t>
      </w:r>
    </w:p>
    <w:p w14:paraId="2A6A1916" w14:textId="77777777" w:rsidR="00D93F19" w:rsidRDefault="00D93F19">
      <w:pPr>
        <w:spacing w:after="0" w:line="20" w:lineRule="exact"/>
        <w:rPr>
          <w:rFonts w:hint="eastAsia"/>
        </w:rPr>
        <w:sectPr w:rsidR="00D93F19">
          <w:pgSz w:w="11906" w:h="16838"/>
          <w:pgMar w:top="964" w:right="1020" w:bottom="879" w:left="1020" w:header="397" w:footer="397" w:gutter="0"/>
          <w:cols w:space="720"/>
          <w:docGrid w:linePitch="360"/>
        </w:sectPr>
      </w:pPr>
    </w:p>
    <w:p w14:paraId="43512D45" w14:textId="77777777" w:rsidR="00D93F19" w:rsidRDefault="00000000">
      <w:pPr>
        <w:pStyle w:val="Kicker"/>
        <w:rPr>
          <w:rFonts w:hint="eastAsia"/>
        </w:rPr>
      </w:pPr>
      <w:r>
        <w:t>ALLEGATO OPERATIVO • MODELLO AZIENDALE</w:t>
      </w:r>
    </w:p>
    <w:p w14:paraId="1C428676" w14:textId="77777777" w:rsidR="00D93F19" w:rsidRDefault="00000000">
      <w:pPr>
        <w:pStyle w:val="Titolo1"/>
      </w:pPr>
      <w:bookmarkStart w:id="45" w:name="P46"/>
      <w:r>
        <w:t>A07 | Analisi dei rischi delle attività di manutenzione</w:t>
      </w:r>
      <w:bookmarkEnd w:id="45"/>
    </w:p>
    <w:p w14:paraId="3F2D20E7" w14:textId="77777777" w:rsidR="00D93F19" w:rsidRDefault="00000000">
      <w:pPr>
        <w:pStyle w:val="Small"/>
        <w:rPr>
          <w:rFonts w:hint="eastAsia"/>
        </w:rPr>
      </w:pPr>
      <w:r>
        <w:t>Pratica n. __________________  |  Macchina / matricola __________________  |  Data __________</w:t>
      </w:r>
    </w:p>
    <w:p w14:paraId="4154150F" w14:textId="77777777" w:rsidR="00D93F19" w:rsidRDefault="00000000">
      <w:pPr>
        <w:pStyle w:val="Small"/>
        <w:rPr>
          <w:rFonts w:hint="eastAsia"/>
        </w:rPr>
      </w:pPr>
      <w:r>
        <w:t>O: analisi del lavoro da svolgere, distinta dalla classificazione tecnica della macchina.</w:t>
      </w:r>
    </w:p>
    <w:p w14:paraId="51B8C3CE" w14:textId="77777777" w:rsidR="00D93F19" w:rsidRDefault="00000000">
      <w:pPr>
        <w:rPr>
          <w:rFonts w:hint="eastAsia"/>
        </w:rPr>
      </w:pPr>
      <w:r>
        <w:t>Lavoro / squadra: __________________________________  Istruzioni esecutive rev. __________  Preposto: ________________________________</w:t>
      </w:r>
      <w:r>
        <w:br/>
        <w:t>Interferenze e imprese presenti: ___________________________________________________________________________________________________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701"/>
        <w:gridCol w:w="2665"/>
        <w:gridCol w:w="2721"/>
        <w:gridCol w:w="2721"/>
        <w:gridCol w:w="3005"/>
        <w:gridCol w:w="1984"/>
      </w:tblGrid>
      <w:tr w:rsidR="00D93F19" w14:paraId="4B5B14B6" w14:textId="77777777">
        <w:trPr>
          <w:cantSplit/>
          <w:tblHeader/>
          <w:jc w:val="center"/>
        </w:trPr>
        <w:tc>
          <w:tcPr>
            <w:tcW w:w="1701" w:type="dxa"/>
            <w:shd w:val="clear" w:color="auto" w:fill="15344B"/>
            <w:vAlign w:val="center"/>
          </w:tcPr>
          <w:p w14:paraId="383C8A22" w14:textId="77777777" w:rsidR="00D93F19" w:rsidRDefault="00000000">
            <w:pPr>
              <w:pStyle w:val="TableText"/>
              <w:spacing w:after="30" w:line="245" w:lineRule="auto"/>
              <w:rPr>
                <w:rFonts w:hint="eastAsia"/>
              </w:rPr>
            </w:pPr>
            <w:r>
              <w:rPr>
                <w:b/>
                <w:color w:val="FFFFFF"/>
                <w:sz w:val="18"/>
              </w:rPr>
              <w:t>FASE / ATTIVITÀ</w:t>
            </w:r>
          </w:p>
        </w:tc>
        <w:tc>
          <w:tcPr>
            <w:tcW w:w="2665" w:type="dxa"/>
            <w:shd w:val="clear" w:color="auto" w:fill="15344B"/>
            <w:vAlign w:val="center"/>
          </w:tcPr>
          <w:p w14:paraId="058BFB18" w14:textId="77777777" w:rsidR="00D93F19" w:rsidRDefault="00000000">
            <w:pPr>
              <w:pStyle w:val="TableText"/>
              <w:spacing w:after="30" w:line="245" w:lineRule="auto"/>
              <w:rPr>
                <w:rFonts w:hint="eastAsia"/>
              </w:rPr>
            </w:pPr>
            <w:r>
              <w:rPr>
                <w:b/>
                <w:color w:val="FFFFFF"/>
                <w:sz w:val="18"/>
              </w:rPr>
              <w:t>PERICOLO E PERSONE ESPOSTE</w:t>
            </w:r>
          </w:p>
        </w:tc>
        <w:tc>
          <w:tcPr>
            <w:tcW w:w="2721" w:type="dxa"/>
            <w:shd w:val="clear" w:color="auto" w:fill="15344B"/>
            <w:vAlign w:val="center"/>
          </w:tcPr>
          <w:p w14:paraId="662C78CB" w14:textId="77777777" w:rsidR="00D93F19" w:rsidRDefault="00000000">
            <w:pPr>
              <w:pStyle w:val="TableText"/>
              <w:spacing w:after="30" w:line="245" w:lineRule="auto"/>
              <w:rPr>
                <w:rFonts w:hint="eastAsia"/>
              </w:rPr>
            </w:pPr>
            <w:r>
              <w:rPr>
                <w:b/>
                <w:color w:val="FFFFFF"/>
                <w:sz w:val="18"/>
              </w:rPr>
              <w:t>MISURE PRIMA DEL LAVORO</w:t>
            </w:r>
          </w:p>
        </w:tc>
        <w:tc>
          <w:tcPr>
            <w:tcW w:w="2721" w:type="dxa"/>
            <w:shd w:val="clear" w:color="auto" w:fill="15344B"/>
            <w:vAlign w:val="center"/>
          </w:tcPr>
          <w:p w14:paraId="532302F9" w14:textId="77777777" w:rsidR="00D93F19" w:rsidRDefault="00000000">
            <w:pPr>
              <w:pStyle w:val="TableText"/>
              <w:spacing w:after="30" w:line="245" w:lineRule="auto"/>
              <w:rPr>
                <w:rFonts w:hint="eastAsia"/>
              </w:rPr>
            </w:pPr>
            <w:r>
              <w:rPr>
                <w:b/>
                <w:color w:val="FFFFFF"/>
                <w:sz w:val="18"/>
              </w:rPr>
              <w:t>MISURE DURANTE IL LAVORO</w:t>
            </w:r>
          </w:p>
        </w:tc>
        <w:tc>
          <w:tcPr>
            <w:tcW w:w="3005" w:type="dxa"/>
            <w:shd w:val="clear" w:color="auto" w:fill="15344B"/>
            <w:vAlign w:val="center"/>
          </w:tcPr>
          <w:p w14:paraId="0135F4A2" w14:textId="77777777" w:rsidR="00D93F19" w:rsidRDefault="00000000">
            <w:pPr>
              <w:pStyle w:val="TableText"/>
              <w:spacing w:after="30" w:line="245" w:lineRule="auto"/>
              <w:rPr>
                <w:rFonts w:hint="eastAsia"/>
              </w:rPr>
            </w:pPr>
            <w:r>
              <w:rPr>
                <w:b/>
                <w:color w:val="FFFFFF"/>
                <w:sz w:val="18"/>
              </w:rPr>
              <w:t>RISCHIO RESIDUO / CONDIZIONE DI ARRESTO</w:t>
            </w:r>
          </w:p>
        </w:tc>
        <w:tc>
          <w:tcPr>
            <w:tcW w:w="1984" w:type="dxa"/>
            <w:shd w:val="clear" w:color="auto" w:fill="15344B"/>
            <w:vAlign w:val="center"/>
          </w:tcPr>
          <w:p w14:paraId="0DF6AD17" w14:textId="77777777" w:rsidR="00D93F19" w:rsidRDefault="00000000">
            <w:pPr>
              <w:pStyle w:val="TableText"/>
              <w:spacing w:after="30" w:line="245" w:lineRule="auto"/>
              <w:rPr>
                <w:rFonts w:hint="eastAsia"/>
              </w:rPr>
            </w:pPr>
            <w:r>
              <w:rPr>
                <w:b/>
                <w:color w:val="FFFFFF"/>
                <w:sz w:val="18"/>
              </w:rPr>
              <w:t>RESPONSABILE / EVIDENZA</w:t>
            </w:r>
          </w:p>
        </w:tc>
      </w:tr>
      <w:tr w:rsidR="00D93F19" w14:paraId="64664A9C" w14:textId="77777777">
        <w:trPr>
          <w:cantSplit/>
          <w:trHeight w:val="765"/>
          <w:jc w:val="center"/>
        </w:trPr>
        <w:tc>
          <w:tcPr>
            <w:tcW w:w="1701" w:type="dxa"/>
            <w:shd w:val="clear" w:color="auto" w:fill="F2F6F8"/>
            <w:vAlign w:val="center"/>
          </w:tcPr>
          <w:p w14:paraId="003668CB" w14:textId="77777777" w:rsidR="00D93F19" w:rsidRDefault="00000000">
            <w:pPr>
              <w:pStyle w:val="TableText"/>
              <w:spacing w:after="30" w:line="245" w:lineRule="auto"/>
              <w:rPr>
                <w:rFonts w:hint="eastAsia"/>
              </w:rPr>
            </w:pPr>
            <w:r>
              <w:rPr>
                <w:sz w:val="18"/>
              </w:rPr>
              <w:t>Accesso e preparazione</w:t>
            </w:r>
          </w:p>
        </w:tc>
        <w:tc>
          <w:tcPr>
            <w:tcW w:w="2665" w:type="dxa"/>
            <w:shd w:val="clear" w:color="auto" w:fill="F2F6F8"/>
            <w:vAlign w:val="center"/>
          </w:tcPr>
          <w:p w14:paraId="425EE74C" w14:textId="77777777" w:rsidR="00D93F19" w:rsidRDefault="00D93F19">
            <w:pPr>
              <w:pStyle w:val="TableText"/>
              <w:spacing w:after="30" w:line="245" w:lineRule="auto"/>
              <w:rPr>
                <w:rFonts w:hint="eastAsia"/>
              </w:rPr>
            </w:pPr>
          </w:p>
        </w:tc>
        <w:tc>
          <w:tcPr>
            <w:tcW w:w="2721" w:type="dxa"/>
            <w:shd w:val="clear" w:color="auto" w:fill="F2F6F8"/>
            <w:vAlign w:val="center"/>
          </w:tcPr>
          <w:p w14:paraId="4DDC2740" w14:textId="77777777" w:rsidR="00D93F19" w:rsidRDefault="00D93F19">
            <w:pPr>
              <w:pStyle w:val="TableText"/>
              <w:spacing w:after="30" w:line="245" w:lineRule="auto"/>
              <w:rPr>
                <w:rFonts w:hint="eastAsia"/>
              </w:rPr>
            </w:pPr>
          </w:p>
        </w:tc>
        <w:tc>
          <w:tcPr>
            <w:tcW w:w="2721" w:type="dxa"/>
            <w:shd w:val="clear" w:color="auto" w:fill="F2F6F8"/>
            <w:vAlign w:val="center"/>
          </w:tcPr>
          <w:p w14:paraId="11DAA5E8" w14:textId="77777777" w:rsidR="00D93F19" w:rsidRDefault="00D93F19">
            <w:pPr>
              <w:pStyle w:val="TableText"/>
              <w:spacing w:after="30" w:line="245" w:lineRule="auto"/>
              <w:rPr>
                <w:rFonts w:hint="eastAsia"/>
              </w:rPr>
            </w:pPr>
          </w:p>
        </w:tc>
        <w:tc>
          <w:tcPr>
            <w:tcW w:w="3005" w:type="dxa"/>
            <w:shd w:val="clear" w:color="auto" w:fill="F2F6F8"/>
            <w:vAlign w:val="center"/>
          </w:tcPr>
          <w:p w14:paraId="0C1B7F17" w14:textId="77777777" w:rsidR="00D93F19" w:rsidRDefault="00D93F19">
            <w:pPr>
              <w:pStyle w:val="TableText"/>
              <w:spacing w:after="30" w:line="245" w:lineRule="auto"/>
              <w:rPr>
                <w:rFonts w:hint="eastAsia"/>
              </w:rPr>
            </w:pPr>
          </w:p>
        </w:tc>
        <w:tc>
          <w:tcPr>
            <w:tcW w:w="1984" w:type="dxa"/>
            <w:shd w:val="clear" w:color="auto" w:fill="F2F6F8"/>
            <w:vAlign w:val="center"/>
          </w:tcPr>
          <w:p w14:paraId="15E7459D" w14:textId="77777777" w:rsidR="00D93F19" w:rsidRDefault="00D93F19">
            <w:pPr>
              <w:pStyle w:val="TableText"/>
              <w:spacing w:after="30" w:line="245" w:lineRule="auto"/>
              <w:rPr>
                <w:rFonts w:hint="eastAsia"/>
              </w:rPr>
            </w:pPr>
          </w:p>
        </w:tc>
      </w:tr>
      <w:tr w:rsidR="00D93F19" w14:paraId="4DAC1AF7" w14:textId="77777777">
        <w:trPr>
          <w:cantSplit/>
          <w:trHeight w:val="765"/>
          <w:jc w:val="center"/>
        </w:trPr>
        <w:tc>
          <w:tcPr>
            <w:tcW w:w="1701" w:type="dxa"/>
            <w:vAlign w:val="center"/>
          </w:tcPr>
          <w:p w14:paraId="434933D0" w14:textId="77777777" w:rsidR="00D93F19" w:rsidRDefault="00000000">
            <w:pPr>
              <w:pStyle w:val="TableText"/>
              <w:spacing w:after="30" w:line="245" w:lineRule="auto"/>
              <w:rPr>
                <w:rFonts w:hint="eastAsia"/>
              </w:rPr>
            </w:pPr>
            <w:r>
              <w:rPr>
                <w:sz w:val="18"/>
              </w:rPr>
              <w:t>Isolamento / smontaggio</w:t>
            </w:r>
          </w:p>
        </w:tc>
        <w:tc>
          <w:tcPr>
            <w:tcW w:w="2665" w:type="dxa"/>
            <w:vAlign w:val="center"/>
          </w:tcPr>
          <w:p w14:paraId="6A55970A" w14:textId="77777777" w:rsidR="00D93F19" w:rsidRDefault="00D93F19">
            <w:pPr>
              <w:pStyle w:val="TableText"/>
              <w:spacing w:after="30" w:line="245" w:lineRule="auto"/>
              <w:rPr>
                <w:rFonts w:hint="eastAsia"/>
              </w:rPr>
            </w:pPr>
          </w:p>
        </w:tc>
        <w:tc>
          <w:tcPr>
            <w:tcW w:w="2721" w:type="dxa"/>
            <w:vAlign w:val="center"/>
          </w:tcPr>
          <w:p w14:paraId="70904AB9" w14:textId="77777777" w:rsidR="00D93F19" w:rsidRDefault="00D93F19">
            <w:pPr>
              <w:pStyle w:val="TableText"/>
              <w:spacing w:after="30" w:line="245" w:lineRule="auto"/>
              <w:rPr>
                <w:rFonts w:hint="eastAsia"/>
              </w:rPr>
            </w:pPr>
          </w:p>
        </w:tc>
        <w:tc>
          <w:tcPr>
            <w:tcW w:w="2721" w:type="dxa"/>
            <w:vAlign w:val="center"/>
          </w:tcPr>
          <w:p w14:paraId="6A8F9138" w14:textId="77777777" w:rsidR="00D93F19" w:rsidRDefault="00D93F19">
            <w:pPr>
              <w:pStyle w:val="TableText"/>
              <w:spacing w:after="30" w:line="245" w:lineRule="auto"/>
              <w:rPr>
                <w:rFonts w:hint="eastAsia"/>
              </w:rPr>
            </w:pPr>
          </w:p>
        </w:tc>
        <w:tc>
          <w:tcPr>
            <w:tcW w:w="3005" w:type="dxa"/>
            <w:vAlign w:val="center"/>
          </w:tcPr>
          <w:p w14:paraId="20C2EE7B" w14:textId="77777777" w:rsidR="00D93F19" w:rsidRDefault="00D93F19">
            <w:pPr>
              <w:pStyle w:val="TableText"/>
              <w:spacing w:after="30" w:line="245" w:lineRule="auto"/>
              <w:rPr>
                <w:rFonts w:hint="eastAsia"/>
              </w:rPr>
            </w:pPr>
          </w:p>
        </w:tc>
        <w:tc>
          <w:tcPr>
            <w:tcW w:w="1984" w:type="dxa"/>
            <w:vAlign w:val="center"/>
          </w:tcPr>
          <w:p w14:paraId="7143B60E" w14:textId="77777777" w:rsidR="00D93F19" w:rsidRDefault="00D93F19">
            <w:pPr>
              <w:pStyle w:val="TableText"/>
              <w:spacing w:after="30" w:line="245" w:lineRule="auto"/>
              <w:rPr>
                <w:rFonts w:hint="eastAsia"/>
              </w:rPr>
            </w:pPr>
          </w:p>
        </w:tc>
      </w:tr>
      <w:tr w:rsidR="00D93F19" w14:paraId="5F9CCB7A" w14:textId="77777777">
        <w:trPr>
          <w:cantSplit/>
          <w:trHeight w:val="765"/>
          <w:jc w:val="center"/>
        </w:trPr>
        <w:tc>
          <w:tcPr>
            <w:tcW w:w="1701" w:type="dxa"/>
            <w:shd w:val="clear" w:color="auto" w:fill="F2F6F8"/>
            <w:vAlign w:val="center"/>
          </w:tcPr>
          <w:p w14:paraId="5E935483" w14:textId="77777777" w:rsidR="00D93F19" w:rsidRDefault="00000000">
            <w:pPr>
              <w:pStyle w:val="TableText"/>
              <w:spacing w:after="30" w:line="245" w:lineRule="auto"/>
              <w:rPr>
                <w:rFonts w:hint="eastAsia"/>
              </w:rPr>
            </w:pPr>
            <w:r>
              <w:rPr>
                <w:sz w:val="18"/>
              </w:rPr>
              <w:t>Montaggio / collegamenti</w:t>
            </w:r>
          </w:p>
        </w:tc>
        <w:tc>
          <w:tcPr>
            <w:tcW w:w="2665" w:type="dxa"/>
            <w:shd w:val="clear" w:color="auto" w:fill="F2F6F8"/>
            <w:vAlign w:val="center"/>
          </w:tcPr>
          <w:p w14:paraId="551E1D2D" w14:textId="77777777" w:rsidR="00D93F19" w:rsidRDefault="00D93F19">
            <w:pPr>
              <w:pStyle w:val="TableText"/>
              <w:spacing w:after="30" w:line="245" w:lineRule="auto"/>
              <w:rPr>
                <w:rFonts w:hint="eastAsia"/>
              </w:rPr>
            </w:pPr>
          </w:p>
        </w:tc>
        <w:tc>
          <w:tcPr>
            <w:tcW w:w="2721" w:type="dxa"/>
            <w:shd w:val="clear" w:color="auto" w:fill="F2F6F8"/>
            <w:vAlign w:val="center"/>
          </w:tcPr>
          <w:p w14:paraId="7F521D49" w14:textId="77777777" w:rsidR="00D93F19" w:rsidRDefault="00D93F19">
            <w:pPr>
              <w:pStyle w:val="TableText"/>
              <w:spacing w:after="30" w:line="245" w:lineRule="auto"/>
              <w:rPr>
                <w:rFonts w:hint="eastAsia"/>
              </w:rPr>
            </w:pPr>
          </w:p>
        </w:tc>
        <w:tc>
          <w:tcPr>
            <w:tcW w:w="2721" w:type="dxa"/>
            <w:shd w:val="clear" w:color="auto" w:fill="F2F6F8"/>
            <w:vAlign w:val="center"/>
          </w:tcPr>
          <w:p w14:paraId="0C3A86D6" w14:textId="77777777" w:rsidR="00D93F19" w:rsidRDefault="00D93F19">
            <w:pPr>
              <w:pStyle w:val="TableText"/>
              <w:spacing w:after="30" w:line="245" w:lineRule="auto"/>
              <w:rPr>
                <w:rFonts w:hint="eastAsia"/>
              </w:rPr>
            </w:pPr>
          </w:p>
        </w:tc>
        <w:tc>
          <w:tcPr>
            <w:tcW w:w="3005" w:type="dxa"/>
            <w:shd w:val="clear" w:color="auto" w:fill="F2F6F8"/>
            <w:vAlign w:val="center"/>
          </w:tcPr>
          <w:p w14:paraId="3C538966" w14:textId="77777777" w:rsidR="00D93F19" w:rsidRDefault="00D93F19">
            <w:pPr>
              <w:pStyle w:val="TableText"/>
              <w:spacing w:after="30" w:line="245" w:lineRule="auto"/>
              <w:rPr>
                <w:rFonts w:hint="eastAsia"/>
              </w:rPr>
            </w:pPr>
          </w:p>
        </w:tc>
        <w:tc>
          <w:tcPr>
            <w:tcW w:w="1984" w:type="dxa"/>
            <w:shd w:val="clear" w:color="auto" w:fill="F2F6F8"/>
            <w:vAlign w:val="center"/>
          </w:tcPr>
          <w:p w14:paraId="6BCAD6BC" w14:textId="77777777" w:rsidR="00D93F19" w:rsidRDefault="00D93F19">
            <w:pPr>
              <w:pStyle w:val="TableText"/>
              <w:spacing w:after="30" w:line="245" w:lineRule="auto"/>
              <w:rPr>
                <w:rFonts w:hint="eastAsia"/>
              </w:rPr>
            </w:pPr>
          </w:p>
        </w:tc>
      </w:tr>
      <w:tr w:rsidR="00D93F19" w14:paraId="75E803E4" w14:textId="77777777">
        <w:trPr>
          <w:cantSplit/>
          <w:trHeight w:val="765"/>
          <w:jc w:val="center"/>
        </w:trPr>
        <w:tc>
          <w:tcPr>
            <w:tcW w:w="1701" w:type="dxa"/>
            <w:vAlign w:val="center"/>
          </w:tcPr>
          <w:p w14:paraId="1D36F7CA" w14:textId="77777777" w:rsidR="00D93F19" w:rsidRDefault="00000000">
            <w:pPr>
              <w:pStyle w:val="TableText"/>
              <w:spacing w:after="30" w:line="245" w:lineRule="auto"/>
              <w:rPr>
                <w:rFonts w:hint="eastAsia"/>
              </w:rPr>
            </w:pPr>
            <w:r>
              <w:rPr>
                <w:sz w:val="18"/>
              </w:rPr>
              <w:t>Prove / rialimentazione</w:t>
            </w:r>
          </w:p>
        </w:tc>
        <w:tc>
          <w:tcPr>
            <w:tcW w:w="2665" w:type="dxa"/>
            <w:vAlign w:val="center"/>
          </w:tcPr>
          <w:p w14:paraId="60CCCC82" w14:textId="77777777" w:rsidR="00D93F19" w:rsidRDefault="00D93F19">
            <w:pPr>
              <w:pStyle w:val="TableText"/>
              <w:spacing w:after="30" w:line="245" w:lineRule="auto"/>
              <w:rPr>
                <w:rFonts w:hint="eastAsia"/>
              </w:rPr>
            </w:pPr>
          </w:p>
        </w:tc>
        <w:tc>
          <w:tcPr>
            <w:tcW w:w="2721" w:type="dxa"/>
            <w:vAlign w:val="center"/>
          </w:tcPr>
          <w:p w14:paraId="2BCE860C" w14:textId="77777777" w:rsidR="00D93F19" w:rsidRDefault="00D93F19">
            <w:pPr>
              <w:pStyle w:val="TableText"/>
              <w:spacing w:after="30" w:line="245" w:lineRule="auto"/>
              <w:rPr>
                <w:rFonts w:hint="eastAsia"/>
              </w:rPr>
            </w:pPr>
          </w:p>
        </w:tc>
        <w:tc>
          <w:tcPr>
            <w:tcW w:w="2721" w:type="dxa"/>
            <w:vAlign w:val="center"/>
          </w:tcPr>
          <w:p w14:paraId="2CF946A3" w14:textId="77777777" w:rsidR="00D93F19" w:rsidRDefault="00D93F19">
            <w:pPr>
              <w:pStyle w:val="TableText"/>
              <w:spacing w:after="30" w:line="245" w:lineRule="auto"/>
              <w:rPr>
                <w:rFonts w:hint="eastAsia"/>
              </w:rPr>
            </w:pPr>
          </w:p>
        </w:tc>
        <w:tc>
          <w:tcPr>
            <w:tcW w:w="3005" w:type="dxa"/>
            <w:vAlign w:val="center"/>
          </w:tcPr>
          <w:p w14:paraId="7217B19B" w14:textId="77777777" w:rsidR="00D93F19" w:rsidRDefault="00D93F19">
            <w:pPr>
              <w:pStyle w:val="TableText"/>
              <w:spacing w:after="30" w:line="245" w:lineRule="auto"/>
              <w:rPr>
                <w:rFonts w:hint="eastAsia"/>
              </w:rPr>
            </w:pPr>
          </w:p>
        </w:tc>
        <w:tc>
          <w:tcPr>
            <w:tcW w:w="1984" w:type="dxa"/>
            <w:vAlign w:val="center"/>
          </w:tcPr>
          <w:p w14:paraId="120571B6" w14:textId="77777777" w:rsidR="00D93F19" w:rsidRDefault="00D93F19">
            <w:pPr>
              <w:pStyle w:val="TableText"/>
              <w:spacing w:after="30" w:line="245" w:lineRule="auto"/>
              <w:rPr>
                <w:rFonts w:hint="eastAsia"/>
              </w:rPr>
            </w:pPr>
          </w:p>
        </w:tc>
      </w:tr>
      <w:tr w:rsidR="00D93F19" w14:paraId="485310A4" w14:textId="77777777">
        <w:trPr>
          <w:cantSplit/>
          <w:trHeight w:val="765"/>
          <w:jc w:val="center"/>
        </w:trPr>
        <w:tc>
          <w:tcPr>
            <w:tcW w:w="1701" w:type="dxa"/>
            <w:shd w:val="clear" w:color="auto" w:fill="F2F6F8"/>
            <w:vAlign w:val="center"/>
          </w:tcPr>
          <w:p w14:paraId="60EA4B8B" w14:textId="77777777" w:rsidR="00D93F19" w:rsidRDefault="00000000">
            <w:pPr>
              <w:pStyle w:val="TableText"/>
              <w:spacing w:after="30" w:line="245" w:lineRule="auto"/>
              <w:rPr>
                <w:rFonts w:hint="eastAsia"/>
              </w:rPr>
            </w:pPr>
            <w:r>
              <w:rPr>
                <w:sz w:val="18"/>
              </w:rPr>
              <w:t>Ripristino e consegna</w:t>
            </w:r>
          </w:p>
        </w:tc>
        <w:tc>
          <w:tcPr>
            <w:tcW w:w="2665" w:type="dxa"/>
            <w:shd w:val="clear" w:color="auto" w:fill="F2F6F8"/>
            <w:vAlign w:val="center"/>
          </w:tcPr>
          <w:p w14:paraId="17610E4E" w14:textId="77777777" w:rsidR="00D93F19" w:rsidRDefault="00D93F19">
            <w:pPr>
              <w:pStyle w:val="TableText"/>
              <w:spacing w:after="30" w:line="245" w:lineRule="auto"/>
              <w:rPr>
                <w:rFonts w:hint="eastAsia"/>
              </w:rPr>
            </w:pPr>
          </w:p>
        </w:tc>
        <w:tc>
          <w:tcPr>
            <w:tcW w:w="2721" w:type="dxa"/>
            <w:shd w:val="clear" w:color="auto" w:fill="F2F6F8"/>
            <w:vAlign w:val="center"/>
          </w:tcPr>
          <w:p w14:paraId="016E9504" w14:textId="77777777" w:rsidR="00D93F19" w:rsidRDefault="00D93F19">
            <w:pPr>
              <w:pStyle w:val="TableText"/>
              <w:spacing w:after="30" w:line="245" w:lineRule="auto"/>
              <w:rPr>
                <w:rFonts w:hint="eastAsia"/>
              </w:rPr>
            </w:pPr>
          </w:p>
        </w:tc>
        <w:tc>
          <w:tcPr>
            <w:tcW w:w="2721" w:type="dxa"/>
            <w:shd w:val="clear" w:color="auto" w:fill="F2F6F8"/>
            <w:vAlign w:val="center"/>
          </w:tcPr>
          <w:p w14:paraId="0A57634B" w14:textId="77777777" w:rsidR="00D93F19" w:rsidRDefault="00D93F19">
            <w:pPr>
              <w:pStyle w:val="TableText"/>
              <w:spacing w:after="30" w:line="245" w:lineRule="auto"/>
              <w:rPr>
                <w:rFonts w:hint="eastAsia"/>
              </w:rPr>
            </w:pPr>
          </w:p>
        </w:tc>
        <w:tc>
          <w:tcPr>
            <w:tcW w:w="3005" w:type="dxa"/>
            <w:shd w:val="clear" w:color="auto" w:fill="F2F6F8"/>
            <w:vAlign w:val="center"/>
          </w:tcPr>
          <w:p w14:paraId="5588E77F" w14:textId="77777777" w:rsidR="00D93F19" w:rsidRDefault="00D93F19">
            <w:pPr>
              <w:pStyle w:val="TableText"/>
              <w:spacing w:after="30" w:line="245" w:lineRule="auto"/>
              <w:rPr>
                <w:rFonts w:hint="eastAsia"/>
              </w:rPr>
            </w:pPr>
          </w:p>
        </w:tc>
        <w:tc>
          <w:tcPr>
            <w:tcW w:w="1984" w:type="dxa"/>
            <w:shd w:val="clear" w:color="auto" w:fill="F2F6F8"/>
            <w:vAlign w:val="center"/>
          </w:tcPr>
          <w:p w14:paraId="0025E1C6" w14:textId="77777777" w:rsidR="00D93F19" w:rsidRDefault="00D93F19">
            <w:pPr>
              <w:pStyle w:val="TableText"/>
              <w:spacing w:after="30" w:line="245" w:lineRule="auto"/>
              <w:rPr>
                <w:rFonts w:hint="eastAsia"/>
              </w:rPr>
            </w:pPr>
          </w:p>
        </w:tc>
      </w:tr>
    </w:tbl>
    <w:p w14:paraId="35B247C2" w14:textId="77777777" w:rsidR="00D93F19" w:rsidRDefault="00D93F19">
      <w:pPr>
        <w:spacing w:after="0" w:line="20" w:lineRule="exact"/>
        <w:rPr>
          <w:rFonts w:hint="eastAsia"/>
        </w:rPr>
      </w:pPr>
    </w:p>
    <w:p w14:paraId="1377C016" w14:textId="77777777" w:rsidR="00D93F19" w:rsidRDefault="00000000">
      <w:pPr>
        <w:pStyle w:val="Small"/>
        <w:rPr>
          <w:rFonts w:hint="eastAsia"/>
        </w:rPr>
      </w:pPr>
      <w:r>
        <w:t>Aspetti da considerare ove pertinenti: □ energie elettriche/residue  □ gravità  □ schiacciamento  □ caduta dall’alto  □ caduta di oggetti  □ mezzi in movimento</w:t>
      </w:r>
      <w:r>
        <w:br/>
        <w:t>□ altre gru sulle stesse vie di corsa  □ lavori a caldo  □ agenti chimici  □ accessi/soccorso  □ condizioni ambientali  □ movimentazione dei componenti</w:t>
      </w:r>
    </w:p>
    <w:p w14:paraId="7410C0F7" w14:textId="77777777" w:rsidR="00D93F19" w:rsidRDefault="00000000">
      <w:pPr>
        <w:rPr>
          <w:rFonts w:hint="eastAsia"/>
        </w:rPr>
      </w:pPr>
      <w:r>
        <w:t>Metodo di valutazione aziendale e riferimento DVR/procedura: ______________________________________________________________________</w:t>
      </w:r>
      <w:r>
        <w:br/>
        <w:t>Mezzi, protezioni collettive e DPI definiti: ________________________________________________________________________________________</w:t>
      </w:r>
    </w:p>
    <w:p w14:paraId="41C7ADAE" w14:textId="77777777" w:rsidR="00D93F19" w:rsidRDefault="00000000">
      <w:pPr>
        <w:rPr>
          <w:rFonts w:hint="eastAsia"/>
        </w:rPr>
      </w:pPr>
      <w:r>
        <w:t>Redatto da ____________________  Riesame ____________________  Informazione alla squadra / firme ___________________________________</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4798"/>
      </w:tblGrid>
      <w:tr w:rsidR="00D93F19" w14:paraId="61FABCBD" w14:textId="77777777">
        <w:trPr>
          <w:cantSplit/>
        </w:trPr>
        <w:tc>
          <w:tcPr>
            <w:tcW w:w="14798" w:type="dxa"/>
            <w:shd w:val="clear" w:color="auto" w:fill="FFF5E2"/>
            <w:vAlign w:val="center"/>
          </w:tcPr>
          <w:p w14:paraId="245EC00F" w14:textId="77777777" w:rsidR="00D93F19" w:rsidRDefault="00000000">
            <w:pPr>
              <w:pStyle w:val="TableText"/>
              <w:spacing w:after="30" w:line="245" w:lineRule="auto"/>
              <w:rPr>
                <w:rFonts w:hint="eastAsia"/>
              </w:rPr>
            </w:pPr>
            <w:r>
              <w:rPr>
                <w:color w:val="A53435"/>
              </w:rPr>
              <w:t>Non compilare un punteggio universale di rischio privo di metodo. Indicare misure concrete, responsabili e condizioni che rendono il lavoro ammissibile. La firma dei lavoratori attesta la consegna delle informazioni, non trasferisce loro la responsabilità progettuale.</w:t>
            </w:r>
          </w:p>
        </w:tc>
      </w:tr>
    </w:tbl>
    <w:p w14:paraId="6B278ED3" w14:textId="77777777" w:rsidR="00D93F19" w:rsidRDefault="00D93F19">
      <w:pPr>
        <w:spacing w:after="0" w:line="20" w:lineRule="exact"/>
        <w:rPr>
          <w:rFonts w:hint="eastAsia"/>
        </w:rPr>
      </w:pPr>
    </w:p>
    <w:p w14:paraId="679F31A1" w14:textId="77777777" w:rsidR="00D93F19" w:rsidRDefault="00D93F19">
      <w:pPr>
        <w:spacing w:after="0" w:line="20" w:lineRule="exact"/>
        <w:rPr>
          <w:rFonts w:hint="eastAsia"/>
        </w:rPr>
        <w:sectPr w:rsidR="00D93F19">
          <w:pgSz w:w="16838" w:h="11906" w:orient="landscape"/>
          <w:pgMar w:top="964" w:right="1020" w:bottom="879" w:left="1020" w:header="397" w:footer="397" w:gutter="0"/>
          <w:cols w:space="720"/>
          <w:docGrid w:linePitch="360"/>
        </w:sectPr>
      </w:pPr>
    </w:p>
    <w:p w14:paraId="613FECCA" w14:textId="77777777" w:rsidR="00D93F19" w:rsidRDefault="00000000">
      <w:pPr>
        <w:pStyle w:val="Kicker"/>
        <w:rPr>
          <w:rFonts w:hint="eastAsia"/>
        </w:rPr>
      </w:pPr>
      <w:r>
        <w:t>ALLEGATO OPERATIVO • MODELLO AZIENDALE</w:t>
      </w:r>
    </w:p>
    <w:p w14:paraId="6C6BF286" w14:textId="77777777" w:rsidR="00D93F19" w:rsidRDefault="00000000">
      <w:pPr>
        <w:pStyle w:val="Titolo1"/>
      </w:pPr>
      <w:bookmarkStart w:id="46" w:name="P47"/>
      <w:r>
        <w:t>A08 | Permesso di lavoro e consegna dell’area</w:t>
      </w:r>
      <w:bookmarkEnd w:id="46"/>
    </w:p>
    <w:p w14:paraId="0443E32A" w14:textId="77777777" w:rsidR="00D93F19" w:rsidRDefault="00000000">
      <w:pPr>
        <w:pStyle w:val="Small"/>
        <w:rPr>
          <w:rFonts w:hint="eastAsia"/>
        </w:rPr>
      </w:pPr>
      <w:r>
        <w:t>Pratica n. __________________  |  Macchina / matricola __________________  |  Data __________</w:t>
      </w:r>
    </w:p>
    <w:p w14:paraId="3B6E65B3" w14:textId="77777777" w:rsidR="00D93F19" w:rsidRDefault="00000000">
      <w:pPr>
        <w:pStyle w:val="Small"/>
        <w:rPr>
          <w:rFonts w:hint="eastAsia"/>
        </w:rPr>
      </w:pPr>
      <w:r>
        <w:t>O: autorizzazione operativa interna – punto G2.</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63795CE1" w14:textId="77777777">
        <w:trPr>
          <w:cantSplit/>
          <w:tblHeader/>
          <w:jc w:val="center"/>
        </w:trPr>
        <w:tc>
          <w:tcPr>
            <w:tcW w:w="2891" w:type="dxa"/>
            <w:shd w:val="clear" w:color="auto" w:fill="15344B"/>
            <w:vAlign w:val="center"/>
          </w:tcPr>
          <w:p w14:paraId="15405AA6"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60E244E1" w14:textId="77777777" w:rsidR="00D93F19" w:rsidRDefault="00000000">
            <w:pPr>
              <w:pStyle w:val="TableText"/>
              <w:spacing w:after="30" w:line="245" w:lineRule="auto"/>
              <w:rPr>
                <w:rFonts w:hint="eastAsia"/>
              </w:rPr>
            </w:pPr>
            <w:r>
              <w:rPr>
                <w:b/>
                <w:color w:val="FFFFFF"/>
              </w:rPr>
              <w:t>COMPILAZIONE</w:t>
            </w:r>
          </w:p>
        </w:tc>
      </w:tr>
      <w:tr w:rsidR="00D93F19" w14:paraId="0B3A4C4A" w14:textId="77777777">
        <w:trPr>
          <w:cantSplit/>
          <w:jc w:val="center"/>
        </w:trPr>
        <w:tc>
          <w:tcPr>
            <w:tcW w:w="2891" w:type="dxa"/>
            <w:shd w:val="clear" w:color="auto" w:fill="F2F6F8"/>
            <w:vAlign w:val="center"/>
          </w:tcPr>
          <w:p w14:paraId="41ED0838" w14:textId="77777777" w:rsidR="00D93F19" w:rsidRDefault="00000000">
            <w:pPr>
              <w:pStyle w:val="TableText"/>
              <w:spacing w:after="30" w:line="245" w:lineRule="auto"/>
              <w:rPr>
                <w:rFonts w:hint="eastAsia"/>
              </w:rPr>
            </w:pPr>
            <w:r>
              <w:t>Lavoro autorizzato / limiti</w:t>
            </w:r>
          </w:p>
        </w:tc>
        <w:tc>
          <w:tcPr>
            <w:tcW w:w="6973" w:type="dxa"/>
            <w:shd w:val="clear" w:color="auto" w:fill="F2F6F8"/>
            <w:vAlign w:val="center"/>
          </w:tcPr>
          <w:p w14:paraId="3D611613" w14:textId="77777777" w:rsidR="00D93F19" w:rsidRDefault="00000000">
            <w:pPr>
              <w:pStyle w:val="TableText"/>
              <w:spacing w:after="30" w:line="245" w:lineRule="auto"/>
              <w:rPr>
                <w:rFonts w:hint="eastAsia"/>
              </w:rPr>
            </w:pPr>
            <w:r>
              <w:t>________________________________________________________</w:t>
            </w:r>
          </w:p>
          <w:p w14:paraId="5098A68D" w14:textId="77777777" w:rsidR="00D93F19" w:rsidRDefault="00000000">
            <w:pPr>
              <w:pStyle w:val="TableText"/>
              <w:spacing w:after="30" w:line="245" w:lineRule="auto"/>
              <w:rPr>
                <w:rFonts w:hint="eastAsia"/>
              </w:rPr>
            </w:pPr>
            <w:r>
              <w:t>________________________________________________________</w:t>
            </w:r>
          </w:p>
        </w:tc>
      </w:tr>
      <w:tr w:rsidR="00D93F19" w14:paraId="1D66A1A2" w14:textId="77777777">
        <w:trPr>
          <w:cantSplit/>
          <w:jc w:val="center"/>
        </w:trPr>
        <w:tc>
          <w:tcPr>
            <w:tcW w:w="2891" w:type="dxa"/>
            <w:vAlign w:val="center"/>
          </w:tcPr>
          <w:p w14:paraId="568D56EC" w14:textId="77777777" w:rsidR="00D93F19" w:rsidRDefault="00000000">
            <w:pPr>
              <w:pStyle w:val="TableText"/>
              <w:spacing w:after="30" w:line="245" w:lineRule="auto"/>
              <w:rPr>
                <w:rFonts w:hint="eastAsia"/>
              </w:rPr>
            </w:pPr>
            <w:r>
              <w:t>Inizio / fine validità</w:t>
            </w:r>
          </w:p>
        </w:tc>
        <w:tc>
          <w:tcPr>
            <w:tcW w:w="6973" w:type="dxa"/>
            <w:vAlign w:val="center"/>
          </w:tcPr>
          <w:p w14:paraId="074C83BD" w14:textId="77777777" w:rsidR="00D93F19" w:rsidRDefault="00000000">
            <w:pPr>
              <w:pStyle w:val="TableText"/>
              <w:spacing w:after="30" w:line="245" w:lineRule="auto"/>
              <w:rPr>
                <w:rFonts w:hint="eastAsia"/>
              </w:rPr>
            </w:pPr>
            <w:r>
              <w:t>Data e ora inizio __________________  Scadenza __________________</w:t>
            </w:r>
          </w:p>
        </w:tc>
      </w:tr>
      <w:tr w:rsidR="00D93F19" w14:paraId="01AD7174" w14:textId="77777777">
        <w:trPr>
          <w:cantSplit/>
          <w:jc w:val="center"/>
        </w:trPr>
        <w:tc>
          <w:tcPr>
            <w:tcW w:w="2891" w:type="dxa"/>
            <w:shd w:val="clear" w:color="auto" w:fill="F2F6F8"/>
            <w:vAlign w:val="center"/>
          </w:tcPr>
          <w:p w14:paraId="055391A2" w14:textId="77777777" w:rsidR="00D93F19" w:rsidRDefault="00000000">
            <w:pPr>
              <w:pStyle w:val="TableText"/>
              <w:spacing w:after="30" w:line="245" w:lineRule="auto"/>
              <w:rPr>
                <w:rFonts w:hint="eastAsia"/>
              </w:rPr>
            </w:pPr>
            <w:r>
              <w:t>Impresa / squadra / preposto</w:t>
            </w:r>
          </w:p>
        </w:tc>
        <w:tc>
          <w:tcPr>
            <w:tcW w:w="6973" w:type="dxa"/>
            <w:shd w:val="clear" w:color="auto" w:fill="F2F6F8"/>
            <w:vAlign w:val="center"/>
          </w:tcPr>
          <w:p w14:paraId="720695CB" w14:textId="77777777" w:rsidR="00D93F19" w:rsidRDefault="00000000">
            <w:pPr>
              <w:pStyle w:val="TableText"/>
              <w:spacing w:after="30" w:line="245" w:lineRule="auto"/>
              <w:rPr>
                <w:rFonts w:hint="eastAsia"/>
              </w:rPr>
            </w:pPr>
            <w:r>
              <w:t>________________________________________________________</w:t>
            </w:r>
          </w:p>
        </w:tc>
      </w:tr>
      <w:tr w:rsidR="00D93F19" w14:paraId="4A90F102" w14:textId="77777777">
        <w:trPr>
          <w:cantSplit/>
          <w:jc w:val="center"/>
        </w:trPr>
        <w:tc>
          <w:tcPr>
            <w:tcW w:w="2891" w:type="dxa"/>
            <w:vAlign w:val="center"/>
          </w:tcPr>
          <w:p w14:paraId="75E62769" w14:textId="77777777" w:rsidR="00D93F19" w:rsidRDefault="00000000">
            <w:pPr>
              <w:pStyle w:val="TableText"/>
              <w:spacing w:after="30" w:line="245" w:lineRule="auto"/>
              <w:rPr>
                <w:rFonts w:hint="eastAsia"/>
              </w:rPr>
            </w:pPr>
            <w:r>
              <w:t>Relazione e istruzioni esecutive</w:t>
            </w:r>
          </w:p>
        </w:tc>
        <w:tc>
          <w:tcPr>
            <w:tcW w:w="6973" w:type="dxa"/>
            <w:vAlign w:val="center"/>
          </w:tcPr>
          <w:p w14:paraId="1982D0CC" w14:textId="77777777" w:rsidR="00D93F19" w:rsidRDefault="00000000">
            <w:pPr>
              <w:pStyle w:val="TableText"/>
              <w:spacing w:after="30" w:line="245" w:lineRule="auto"/>
              <w:rPr>
                <w:rFonts w:hint="eastAsia"/>
              </w:rPr>
            </w:pPr>
            <w:r>
              <w:t>________________________________________________________</w:t>
            </w:r>
          </w:p>
        </w:tc>
      </w:tr>
      <w:tr w:rsidR="00D93F19" w14:paraId="3B9B41BE" w14:textId="77777777">
        <w:trPr>
          <w:cantSplit/>
          <w:jc w:val="center"/>
        </w:trPr>
        <w:tc>
          <w:tcPr>
            <w:tcW w:w="2891" w:type="dxa"/>
            <w:shd w:val="clear" w:color="auto" w:fill="F2F6F8"/>
            <w:vAlign w:val="center"/>
          </w:tcPr>
          <w:p w14:paraId="357ABDD5" w14:textId="77777777" w:rsidR="00D93F19" w:rsidRDefault="00000000">
            <w:pPr>
              <w:pStyle w:val="TableText"/>
              <w:spacing w:after="30" w:line="245" w:lineRule="auto"/>
              <w:rPr>
                <w:rFonts w:hint="eastAsia"/>
              </w:rPr>
            </w:pPr>
            <w:r>
              <w:t>Altri permessi / coordinamenti</w:t>
            </w:r>
          </w:p>
        </w:tc>
        <w:tc>
          <w:tcPr>
            <w:tcW w:w="6973" w:type="dxa"/>
            <w:shd w:val="clear" w:color="auto" w:fill="F2F6F8"/>
            <w:vAlign w:val="center"/>
          </w:tcPr>
          <w:p w14:paraId="40D161A1" w14:textId="77777777" w:rsidR="00D93F19" w:rsidRDefault="00000000">
            <w:pPr>
              <w:pStyle w:val="TableText"/>
              <w:spacing w:after="30" w:line="245" w:lineRule="auto"/>
              <w:rPr>
                <w:rFonts w:hint="eastAsia"/>
              </w:rPr>
            </w:pPr>
            <w:r>
              <w:t>________________________________________________________</w:t>
            </w:r>
          </w:p>
        </w:tc>
      </w:tr>
    </w:tbl>
    <w:p w14:paraId="4E35F136"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535"/>
        <w:gridCol w:w="1928"/>
        <w:gridCol w:w="3402"/>
      </w:tblGrid>
      <w:tr w:rsidR="00D93F19" w14:paraId="474E31C4" w14:textId="77777777">
        <w:trPr>
          <w:cantSplit/>
          <w:tblHeader/>
          <w:jc w:val="center"/>
        </w:trPr>
        <w:tc>
          <w:tcPr>
            <w:tcW w:w="4535" w:type="dxa"/>
            <w:shd w:val="clear" w:color="auto" w:fill="15344B"/>
            <w:vAlign w:val="center"/>
          </w:tcPr>
          <w:p w14:paraId="067380A2" w14:textId="77777777" w:rsidR="00D93F19" w:rsidRDefault="00000000">
            <w:pPr>
              <w:pStyle w:val="TableText"/>
              <w:spacing w:after="30" w:line="245" w:lineRule="auto"/>
              <w:rPr>
                <w:rFonts w:hint="eastAsia"/>
              </w:rPr>
            </w:pPr>
            <w:r>
              <w:rPr>
                <w:b/>
                <w:color w:val="FFFFFF"/>
                <w:sz w:val="18"/>
              </w:rPr>
              <w:t>PREREQUISITO</w:t>
            </w:r>
          </w:p>
        </w:tc>
        <w:tc>
          <w:tcPr>
            <w:tcW w:w="1928" w:type="dxa"/>
            <w:shd w:val="clear" w:color="auto" w:fill="15344B"/>
            <w:vAlign w:val="center"/>
          </w:tcPr>
          <w:p w14:paraId="181A7C6E" w14:textId="77777777" w:rsidR="00D93F19" w:rsidRDefault="00000000">
            <w:pPr>
              <w:pStyle w:val="TableText"/>
              <w:spacing w:after="30" w:line="245" w:lineRule="auto"/>
              <w:rPr>
                <w:rFonts w:hint="eastAsia"/>
              </w:rPr>
            </w:pPr>
            <w:r>
              <w:rPr>
                <w:b/>
                <w:color w:val="FFFFFF"/>
                <w:sz w:val="18"/>
              </w:rPr>
              <w:t>RISCONTRO</w:t>
            </w:r>
          </w:p>
        </w:tc>
        <w:tc>
          <w:tcPr>
            <w:tcW w:w="3402" w:type="dxa"/>
            <w:shd w:val="clear" w:color="auto" w:fill="15344B"/>
            <w:vAlign w:val="center"/>
          </w:tcPr>
          <w:p w14:paraId="4B243691" w14:textId="77777777" w:rsidR="00D93F19" w:rsidRDefault="00000000">
            <w:pPr>
              <w:pStyle w:val="TableText"/>
              <w:spacing w:after="30" w:line="245" w:lineRule="auto"/>
              <w:rPr>
                <w:rFonts w:hint="eastAsia"/>
              </w:rPr>
            </w:pPr>
            <w:r>
              <w:rPr>
                <w:b/>
                <w:color w:val="FFFFFF"/>
                <w:sz w:val="18"/>
              </w:rPr>
              <w:t>NOTE / EVIDENZE</w:t>
            </w:r>
          </w:p>
        </w:tc>
      </w:tr>
      <w:tr w:rsidR="00D93F19" w14:paraId="7DB63EC6" w14:textId="77777777">
        <w:trPr>
          <w:cantSplit/>
          <w:jc w:val="center"/>
        </w:trPr>
        <w:tc>
          <w:tcPr>
            <w:tcW w:w="4535" w:type="dxa"/>
            <w:shd w:val="clear" w:color="auto" w:fill="F2F6F8"/>
            <w:vAlign w:val="center"/>
          </w:tcPr>
          <w:p w14:paraId="1DD804EC" w14:textId="77777777" w:rsidR="00D93F19" w:rsidRDefault="00000000">
            <w:pPr>
              <w:pStyle w:val="TableText"/>
              <w:spacing w:after="30" w:line="245" w:lineRule="auto"/>
              <w:rPr>
                <w:rFonts w:hint="eastAsia"/>
              </w:rPr>
            </w:pPr>
            <w:r>
              <w:rPr>
                <w:sz w:val="18"/>
              </w:rPr>
              <w:t>Classificazione e progetto riesaminati</w:t>
            </w:r>
          </w:p>
        </w:tc>
        <w:tc>
          <w:tcPr>
            <w:tcW w:w="1928" w:type="dxa"/>
            <w:shd w:val="clear" w:color="auto" w:fill="F2F6F8"/>
            <w:vAlign w:val="center"/>
          </w:tcPr>
          <w:p w14:paraId="0341879D" w14:textId="77777777" w:rsidR="00D93F19" w:rsidRDefault="00000000">
            <w:pPr>
              <w:pStyle w:val="TableText"/>
              <w:spacing w:after="30" w:line="245" w:lineRule="auto"/>
              <w:rPr>
                <w:rFonts w:hint="eastAsia"/>
              </w:rPr>
            </w:pPr>
            <w:r>
              <w:rPr>
                <w:sz w:val="18"/>
              </w:rPr>
              <w:t>□ Sì  □ No  □ N.A.</w:t>
            </w:r>
          </w:p>
        </w:tc>
        <w:tc>
          <w:tcPr>
            <w:tcW w:w="3402" w:type="dxa"/>
            <w:shd w:val="clear" w:color="auto" w:fill="F2F6F8"/>
            <w:vAlign w:val="center"/>
          </w:tcPr>
          <w:p w14:paraId="03FC3628" w14:textId="77777777" w:rsidR="00D93F19" w:rsidRDefault="00000000">
            <w:pPr>
              <w:pStyle w:val="TableText"/>
              <w:spacing w:after="30" w:line="245" w:lineRule="auto"/>
              <w:rPr>
                <w:rFonts w:hint="eastAsia"/>
              </w:rPr>
            </w:pPr>
            <w:r>
              <w:rPr>
                <w:sz w:val="18"/>
              </w:rPr>
              <w:t>______________________</w:t>
            </w:r>
          </w:p>
        </w:tc>
      </w:tr>
      <w:tr w:rsidR="00D93F19" w14:paraId="422195DE" w14:textId="77777777">
        <w:trPr>
          <w:cantSplit/>
          <w:jc w:val="center"/>
        </w:trPr>
        <w:tc>
          <w:tcPr>
            <w:tcW w:w="4535" w:type="dxa"/>
            <w:vAlign w:val="center"/>
          </w:tcPr>
          <w:p w14:paraId="53932323" w14:textId="77777777" w:rsidR="00D93F19" w:rsidRDefault="00000000">
            <w:pPr>
              <w:pStyle w:val="TableText"/>
              <w:spacing w:after="30" w:line="245" w:lineRule="auto"/>
              <w:rPr>
                <w:rFonts w:hint="eastAsia"/>
              </w:rPr>
            </w:pPr>
            <w:r>
              <w:rPr>
                <w:sz w:val="18"/>
              </w:rPr>
              <w:t>Competenze e incarichi verificati</w:t>
            </w:r>
          </w:p>
        </w:tc>
        <w:tc>
          <w:tcPr>
            <w:tcW w:w="1928" w:type="dxa"/>
            <w:vAlign w:val="center"/>
          </w:tcPr>
          <w:p w14:paraId="4EB7D1F3" w14:textId="77777777" w:rsidR="00D93F19" w:rsidRDefault="00000000">
            <w:pPr>
              <w:pStyle w:val="TableText"/>
              <w:spacing w:after="30" w:line="245" w:lineRule="auto"/>
              <w:rPr>
                <w:rFonts w:hint="eastAsia"/>
              </w:rPr>
            </w:pPr>
            <w:r>
              <w:rPr>
                <w:sz w:val="18"/>
              </w:rPr>
              <w:t>□ Sì  □ No  □ N.A.</w:t>
            </w:r>
          </w:p>
        </w:tc>
        <w:tc>
          <w:tcPr>
            <w:tcW w:w="3402" w:type="dxa"/>
            <w:vAlign w:val="center"/>
          </w:tcPr>
          <w:p w14:paraId="7CFE481E" w14:textId="77777777" w:rsidR="00D93F19" w:rsidRDefault="00000000">
            <w:pPr>
              <w:pStyle w:val="TableText"/>
              <w:spacing w:after="30" w:line="245" w:lineRule="auto"/>
              <w:rPr>
                <w:rFonts w:hint="eastAsia"/>
              </w:rPr>
            </w:pPr>
            <w:r>
              <w:rPr>
                <w:sz w:val="18"/>
              </w:rPr>
              <w:t>______________________</w:t>
            </w:r>
          </w:p>
        </w:tc>
      </w:tr>
      <w:tr w:rsidR="00D93F19" w14:paraId="17140243" w14:textId="77777777">
        <w:trPr>
          <w:cantSplit/>
          <w:jc w:val="center"/>
        </w:trPr>
        <w:tc>
          <w:tcPr>
            <w:tcW w:w="4535" w:type="dxa"/>
            <w:shd w:val="clear" w:color="auto" w:fill="F2F6F8"/>
            <w:vAlign w:val="center"/>
          </w:tcPr>
          <w:p w14:paraId="1D7F3FF1" w14:textId="77777777" w:rsidR="00D93F19" w:rsidRDefault="00000000">
            <w:pPr>
              <w:pStyle w:val="TableText"/>
              <w:spacing w:after="30" w:line="245" w:lineRule="auto"/>
              <w:rPr>
                <w:rFonts w:hint="eastAsia"/>
              </w:rPr>
            </w:pPr>
            <w:r>
              <w:rPr>
                <w:sz w:val="18"/>
              </w:rPr>
              <w:t>Area interdetta e interferenze coordinate</w:t>
            </w:r>
          </w:p>
        </w:tc>
        <w:tc>
          <w:tcPr>
            <w:tcW w:w="1928" w:type="dxa"/>
            <w:shd w:val="clear" w:color="auto" w:fill="F2F6F8"/>
            <w:vAlign w:val="center"/>
          </w:tcPr>
          <w:p w14:paraId="35C4AF4F" w14:textId="77777777" w:rsidR="00D93F19" w:rsidRDefault="00000000">
            <w:pPr>
              <w:pStyle w:val="TableText"/>
              <w:spacing w:after="30" w:line="245" w:lineRule="auto"/>
              <w:rPr>
                <w:rFonts w:hint="eastAsia"/>
              </w:rPr>
            </w:pPr>
            <w:r>
              <w:rPr>
                <w:sz w:val="18"/>
              </w:rPr>
              <w:t>□ Sì  □ No  □ N.A.</w:t>
            </w:r>
          </w:p>
        </w:tc>
        <w:tc>
          <w:tcPr>
            <w:tcW w:w="3402" w:type="dxa"/>
            <w:shd w:val="clear" w:color="auto" w:fill="F2F6F8"/>
            <w:vAlign w:val="center"/>
          </w:tcPr>
          <w:p w14:paraId="55862A5D" w14:textId="77777777" w:rsidR="00D93F19" w:rsidRDefault="00000000">
            <w:pPr>
              <w:pStyle w:val="TableText"/>
              <w:spacing w:after="30" w:line="245" w:lineRule="auto"/>
              <w:rPr>
                <w:rFonts w:hint="eastAsia"/>
              </w:rPr>
            </w:pPr>
            <w:r>
              <w:rPr>
                <w:sz w:val="18"/>
              </w:rPr>
              <w:t>______________________</w:t>
            </w:r>
          </w:p>
        </w:tc>
      </w:tr>
      <w:tr w:rsidR="00D93F19" w14:paraId="0FD60334" w14:textId="77777777">
        <w:trPr>
          <w:cantSplit/>
          <w:jc w:val="center"/>
        </w:trPr>
        <w:tc>
          <w:tcPr>
            <w:tcW w:w="4535" w:type="dxa"/>
            <w:vAlign w:val="center"/>
          </w:tcPr>
          <w:p w14:paraId="75A77AF6" w14:textId="77777777" w:rsidR="00D93F19" w:rsidRDefault="00000000">
            <w:pPr>
              <w:pStyle w:val="TableText"/>
              <w:spacing w:after="30" w:line="245" w:lineRule="auto"/>
              <w:rPr>
                <w:rFonts w:hint="eastAsia"/>
              </w:rPr>
            </w:pPr>
            <w:r>
              <w:rPr>
                <w:sz w:val="18"/>
              </w:rPr>
              <w:t>Accessi e mezzi predisposti</w:t>
            </w:r>
          </w:p>
        </w:tc>
        <w:tc>
          <w:tcPr>
            <w:tcW w:w="1928" w:type="dxa"/>
            <w:vAlign w:val="center"/>
          </w:tcPr>
          <w:p w14:paraId="3525192B" w14:textId="77777777" w:rsidR="00D93F19" w:rsidRDefault="00000000">
            <w:pPr>
              <w:pStyle w:val="TableText"/>
              <w:spacing w:after="30" w:line="245" w:lineRule="auto"/>
              <w:rPr>
                <w:rFonts w:hint="eastAsia"/>
              </w:rPr>
            </w:pPr>
            <w:r>
              <w:rPr>
                <w:sz w:val="18"/>
              </w:rPr>
              <w:t>□ Sì  □ No  □ N.A.</w:t>
            </w:r>
          </w:p>
        </w:tc>
        <w:tc>
          <w:tcPr>
            <w:tcW w:w="3402" w:type="dxa"/>
            <w:vAlign w:val="center"/>
          </w:tcPr>
          <w:p w14:paraId="6B434C61" w14:textId="77777777" w:rsidR="00D93F19" w:rsidRDefault="00000000">
            <w:pPr>
              <w:pStyle w:val="TableText"/>
              <w:spacing w:after="30" w:line="245" w:lineRule="auto"/>
              <w:rPr>
                <w:rFonts w:hint="eastAsia"/>
              </w:rPr>
            </w:pPr>
            <w:r>
              <w:rPr>
                <w:sz w:val="18"/>
              </w:rPr>
              <w:t>______________________</w:t>
            </w:r>
          </w:p>
        </w:tc>
      </w:tr>
      <w:tr w:rsidR="00D93F19" w14:paraId="67517FB9" w14:textId="77777777">
        <w:trPr>
          <w:cantSplit/>
          <w:jc w:val="center"/>
        </w:trPr>
        <w:tc>
          <w:tcPr>
            <w:tcW w:w="4535" w:type="dxa"/>
            <w:shd w:val="clear" w:color="auto" w:fill="F2F6F8"/>
            <w:vAlign w:val="center"/>
          </w:tcPr>
          <w:p w14:paraId="20458CFA" w14:textId="77777777" w:rsidR="00D93F19" w:rsidRDefault="00000000">
            <w:pPr>
              <w:pStyle w:val="TableText"/>
              <w:spacing w:after="30" w:line="245" w:lineRule="auto"/>
              <w:rPr>
                <w:rFonts w:hint="eastAsia"/>
              </w:rPr>
            </w:pPr>
            <w:r>
              <w:rPr>
                <w:sz w:val="18"/>
              </w:rPr>
              <w:t>Isolamenti completati e verificati (A09)</w:t>
            </w:r>
          </w:p>
        </w:tc>
        <w:tc>
          <w:tcPr>
            <w:tcW w:w="1928" w:type="dxa"/>
            <w:shd w:val="clear" w:color="auto" w:fill="F2F6F8"/>
            <w:vAlign w:val="center"/>
          </w:tcPr>
          <w:p w14:paraId="273E174E" w14:textId="77777777" w:rsidR="00D93F19" w:rsidRDefault="00000000">
            <w:pPr>
              <w:pStyle w:val="TableText"/>
              <w:spacing w:after="30" w:line="245" w:lineRule="auto"/>
              <w:rPr>
                <w:rFonts w:hint="eastAsia"/>
              </w:rPr>
            </w:pPr>
            <w:r>
              <w:rPr>
                <w:sz w:val="18"/>
              </w:rPr>
              <w:t>□ Sì  □ No  □ N.A.</w:t>
            </w:r>
          </w:p>
        </w:tc>
        <w:tc>
          <w:tcPr>
            <w:tcW w:w="3402" w:type="dxa"/>
            <w:shd w:val="clear" w:color="auto" w:fill="F2F6F8"/>
            <w:vAlign w:val="center"/>
          </w:tcPr>
          <w:p w14:paraId="1410E5ED" w14:textId="77777777" w:rsidR="00D93F19" w:rsidRDefault="00000000">
            <w:pPr>
              <w:pStyle w:val="TableText"/>
              <w:spacing w:after="30" w:line="245" w:lineRule="auto"/>
              <w:rPr>
                <w:rFonts w:hint="eastAsia"/>
              </w:rPr>
            </w:pPr>
            <w:r>
              <w:rPr>
                <w:sz w:val="18"/>
              </w:rPr>
              <w:t>______________________</w:t>
            </w:r>
          </w:p>
        </w:tc>
      </w:tr>
      <w:tr w:rsidR="00D93F19" w14:paraId="5EE1C8BA" w14:textId="77777777">
        <w:trPr>
          <w:cantSplit/>
          <w:jc w:val="center"/>
        </w:trPr>
        <w:tc>
          <w:tcPr>
            <w:tcW w:w="4535" w:type="dxa"/>
            <w:vAlign w:val="center"/>
          </w:tcPr>
          <w:p w14:paraId="3C9DD91D" w14:textId="77777777" w:rsidR="00D93F19" w:rsidRDefault="00000000">
            <w:pPr>
              <w:pStyle w:val="TableText"/>
              <w:spacing w:after="30" w:line="245" w:lineRule="auto"/>
              <w:rPr>
                <w:rFonts w:hint="eastAsia"/>
              </w:rPr>
            </w:pPr>
            <w:r>
              <w:rPr>
                <w:sz w:val="18"/>
              </w:rPr>
              <w:t>Materiali / utensili / protezioni disponibili</w:t>
            </w:r>
          </w:p>
        </w:tc>
        <w:tc>
          <w:tcPr>
            <w:tcW w:w="1928" w:type="dxa"/>
            <w:vAlign w:val="center"/>
          </w:tcPr>
          <w:p w14:paraId="0E9EFF83" w14:textId="77777777" w:rsidR="00D93F19" w:rsidRDefault="00000000">
            <w:pPr>
              <w:pStyle w:val="TableText"/>
              <w:spacing w:after="30" w:line="245" w:lineRule="auto"/>
              <w:rPr>
                <w:rFonts w:hint="eastAsia"/>
              </w:rPr>
            </w:pPr>
            <w:r>
              <w:rPr>
                <w:sz w:val="18"/>
              </w:rPr>
              <w:t>□ Sì  □ No  □ N.A.</w:t>
            </w:r>
          </w:p>
        </w:tc>
        <w:tc>
          <w:tcPr>
            <w:tcW w:w="3402" w:type="dxa"/>
            <w:vAlign w:val="center"/>
          </w:tcPr>
          <w:p w14:paraId="04BCED21" w14:textId="77777777" w:rsidR="00D93F19" w:rsidRDefault="00000000">
            <w:pPr>
              <w:pStyle w:val="TableText"/>
              <w:spacing w:after="30" w:line="245" w:lineRule="auto"/>
              <w:rPr>
                <w:rFonts w:hint="eastAsia"/>
              </w:rPr>
            </w:pPr>
            <w:r>
              <w:rPr>
                <w:sz w:val="18"/>
              </w:rPr>
              <w:t>______________________</w:t>
            </w:r>
          </w:p>
        </w:tc>
      </w:tr>
      <w:tr w:rsidR="00D93F19" w14:paraId="28B5F07B" w14:textId="77777777">
        <w:trPr>
          <w:cantSplit/>
          <w:jc w:val="center"/>
        </w:trPr>
        <w:tc>
          <w:tcPr>
            <w:tcW w:w="4535" w:type="dxa"/>
            <w:shd w:val="clear" w:color="auto" w:fill="F2F6F8"/>
            <w:vAlign w:val="center"/>
          </w:tcPr>
          <w:p w14:paraId="16DE7B30" w14:textId="77777777" w:rsidR="00D93F19" w:rsidRDefault="00000000">
            <w:pPr>
              <w:pStyle w:val="TableText"/>
              <w:spacing w:after="30" w:line="245" w:lineRule="auto"/>
              <w:rPr>
                <w:rFonts w:hint="eastAsia"/>
              </w:rPr>
            </w:pPr>
            <w:r>
              <w:rPr>
                <w:sz w:val="18"/>
              </w:rPr>
              <w:t>Emergenza e recupero pianificati (A21)</w:t>
            </w:r>
          </w:p>
        </w:tc>
        <w:tc>
          <w:tcPr>
            <w:tcW w:w="1928" w:type="dxa"/>
            <w:shd w:val="clear" w:color="auto" w:fill="F2F6F8"/>
            <w:vAlign w:val="center"/>
          </w:tcPr>
          <w:p w14:paraId="70289E53" w14:textId="77777777" w:rsidR="00D93F19" w:rsidRDefault="00000000">
            <w:pPr>
              <w:pStyle w:val="TableText"/>
              <w:spacing w:after="30" w:line="245" w:lineRule="auto"/>
              <w:rPr>
                <w:rFonts w:hint="eastAsia"/>
              </w:rPr>
            </w:pPr>
            <w:r>
              <w:rPr>
                <w:sz w:val="18"/>
              </w:rPr>
              <w:t>□ Sì  □ No  □ N.A.</w:t>
            </w:r>
          </w:p>
        </w:tc>
        <w:tc>
          <w:tcPr>
            <w:tcW w:w="3402" w:type="dxa"/>
            <w:shd w:val="clear" w:color="auto" w:fill="F2F6F8"/>
            <w:vAlign w:val="center"/>
          </w:tcPr>
          <w:p w14:paraId="614ED7B4" w14:textId="77777777" w:rsidR="00D93F19" w:rsidRDefault="00000000">
            <w:pPr>
              <w:pStyle w:val="TableText"/>
              <w:spacing w:after="30" w:line="245" w:lineRule="auto"/>
              <w:rPr>
                <w:rFonts w:hint="eastAsia"/>
              </w:rPr>
            </w:pPr>
            <w:r>
              <w:rPr>
                <w:sz w:val="18"/>
              </w:rPr>
              <w:t>______________________</w:t>
            </w:r>
          </w:p>
        </w:tc>
      </w:tr>
      <w:tr w:rsidR="00D93F19" w14:paraId="436EC716" w14:textId="77777777">
        <w:trPr>
          <w:cantSplit/>
          <w:jc w:val="center"/>
        </w:trPr>
        <w:tc>
          <w:tcPr>
            <w:tcW w:w="4535" w:type="dxa"/>
            <w:vAlign w:val="center"/>
          </w:tcPr>
          <w:p w14:paraId="66D75B39" w14:textId="77777777" w:rsidR="00D93F19" w:rsidRDefault="00000000">
            <w:pPr>
              <w:pStyle w:val="TableText"/>
              <w:spacing w:after="30" w:line="245" w:lineRule="auto"/>
              <w:rPr>
                <w:rFonts w:hint="eastAsia"/>
              </w:rPr>
            </w:pPr>
            <w:r>
              <w:rPr>
                <w:sz w:val="18"/>
              </w:rPr>
              <w:t>Briefing completato e compreso</w:t>
            </w:r>
          </w:p>
        </w:tc>
        <w:tc>
          <w:tcPr>
            <w:tcW w:w="1928" w:type="dxa"/>
            <w:vAlign w:val="center"/>
          </w:tcPr>
          <w:p w14:paraId="6ED390EA" w14:textId="77777777" w:rsidR="00D93F19" w:rsidRDefault="00000000">
            <w:pPr>
              <w:pStyle w:val="TableText"/>
              <w:spacing w:after="30" w:line="245" w:lineRule="auto"/>
              <w:rPr>
                <w:rFonts w:hint="eastAsia"/>
              </w:rPr>
            </w:pPr>
            <w:r>
              <w:rPr>
                <w:sz w:val="18"/>
              </w:rPr>
              <w:t>□ Sì  □ No  □ N.A.</w:t>
            </w:r>
          </w:p>
        </w:tc>
        <w:tc>
          <w:tcPr>
            <w:tcW w:w="3402" w:type="dxa"/>
            <w:vAlign w:val="center"/>
          </w:tcPr>
          <w:p w14:paraId="456B60D6" w14:textId="77777777" w:rsidR="00D93F19" w:rsidRDefault="00000000">
            <w:pPr>
              <w:pStyle w:val="TableText"/>
              <w:spacing w:after="30" w:line="245" w:lineRule="auto"/>
              <w:rPr>
                <w:rFonts w:hint="eastAsia"/>
              </w:rPr>
            </w:pPr>
            <w:r>
              <w:rPr>
                <w:sz w:val="18"/>
              </w:rPr>
              <w:t>______________________</w:t>
            </w:r>
          </w:p>
        </w:tc>
      </w:tr>
    </w:tbl>
    <w:p w14:paraId="0BD86C90" w14:textId="77777777" w:rsidR="00D93F19" w:rsidRDefault="00D93F19">
      <w:pPr>
        <w:spacing w:after="0" w:line="20" w:lineRule="exact"/>
        <w:rPr>
          <w:rFonts w:hint="eastAsia"/>
        </w:rPr>
      </w:pPr>
    </w:p>
    <w:p w14:paraId="08C9946D" w14:textId="77777777" w:rsidR="00D93F19" w:rsidRDefault="00000000">
      <w:pPr>
        <w:rPr>
          <w:rFonts w:hint="eastAsia"/>
        </w:rPr>
      </w:pPr>
      <w:r>
        <w:t>Condizioni particolari / operazioni vietate: ________________________________________________________</w:t>
      </w:r>
      <w:r>
        <w:br/>
        <w:t>________________________________________________________________________________________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6E99F087" w14:textId="77777777">
        <w:trPr>
          <w:cantSplit/>
          <w:tblHeader/>
          <w:jc w:val="center"/>
        </w:trPr>
        <w:tc>
          <w:tcPr>
            <w:tcW w:w="3515" w:type="dxa"/>
            <w:shd w:val="clear" w:color="auto" w:fill="15344B"/>
            <w:vAlign w:val="center"/>
          </w:tcPr>
          <w:p w14:paraId="384FD158"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691EFC33"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64BE2B8F" w14:textId="77777777" w:rsidR="00D93F19" w:rsidRDefault="00000000">
            <w:pPr>
              <w:pStyle w:val="TableText"/>
              <w:spacing w:after="30" w:line="245" w:lineRule="auto"/>
              <w:rPr>
                <w:rFonts w:hint="eastAsia"/>
              </w:rPr>
            </w:pPr>
            <w:r>
              <w:rPr>
                <w:b/>
                <w:color w:val="FFFFFF"/>
                <w:sz w:val="18"/>
              </w:rPr>
              <w:t>DATA E FIRMA</w:t>
            </w:r>
          </w:p>
        </w:tc>
      </w:tr>
      <w:tr w:rsidR="00D93F19" w14:paraId="63C25DBB" w14:textId="77777777">
        <w:trPr>
          <w:cantSplit/>
          <w:jc w:val="center"/>
        </w:trPr>
        <w:tc>
          <w:tcPr>
            <w:tcW w:w="3515" w:type="dxa"/>
            <w:shd w:val="clear" w:color="auto" w:fill="F2F6F8"/>
            <w:vAlign w:val="center"/>
          </w:tcPr>
          <w:p w14:paraId="22AD543F" w14:textId="77777777" w:rsidR="00D93F19" w:rsidRDefault="00000000">
            <w:pPr>
              <w:pStyle w:val="TableText"/>
              <w:spacing w:after="30" w:line="245" w:lineRule="auto"/>
              <w:rPr>
                <w:rFonts w:hint="eastAsia"/>
              </w:rPr>
            </w:pPr>
            <w:r>
              <w:rPr>
                <w:sz w:val="18"/>
              </w:rPr>
              <w:t>Consegna area – referente utilizzatore</w:t>
            </w:r>
          </w:p>
        </w:tc>
        <w:tc>
          <w:tcPr>
            <w:tcW w:w="3175" w:type="dxa"/>
            <w:shd w:val="clear" w:color="auto" w:fill="F2F6F8"/>
            <w:vAlign w:val="center"/>
          </w:tcPr>
          <w:p w14:paraId="6E85A942"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18BB47E8" w14:textId="77777777" w:rsidR="00D93F19" w:rsidRDefault="00000000">
            <w:pPr>
              <w:pStyle w:val="TableText"/>
              <w:spacing w:after="30" w:line="245" w:lineRule="auto"/>
              <w:rPr>
                <w:rFonts w:hint="eastAsia"/>
              </w:rPr>
            </w:pPr>
            <w:r>
              <w:rPr>
                <w:sz w:val="18"/>
              </w:rPr>
              <w:t>_____________________</w:t>
            </w:r>
          </w:p>
        </w:tc>
      </w:tr>
      <w:tr w:rsidR="00D93F19" w14:paraId="7637B9EB" w14:textId="77777777">
        <w:trPr>
          <w:cantSplit/>
          <w:jc w:val="center"/>
        </w:trPr>
        <w:tc>
          <w:tcPr>
            <w:tcW w:w="3515" w:type="dxa"/>
            <w:vAlign w:val="center"/>
          </w:tcPr>
          <w:p w14:paraId="3292AF98" w14:textId="77777777" w:rsidR="00D93F19" w:rsidRDefault="00000000">
            <w:pPr>
              <w:pStyle w:val="TableText"/>
              <w:spacing w:after="30" w:line="245" w:lineRule="auto"/>
              <w:rPr>
                <w:rFonts w:hint="eastAsia"/>
              </w:rPr>
            </w:pPr>
            <w:r>
              <w:rPr>
                <w:sz w:val="18"/>
              </w:rPr>
              <w:t>Presa in carico – preposto / impresa</w:t>
            </w:r>
          </w:p>
        </w:tc>
        <w:tc>
          <w:tcPr>
            <w:tcW w:w="3175" w:type="dxa"/>
            <w:vAlign w:val="center"/>
          </w:tcPr>
          <w:p w14:paraId="406719D5"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4E56E262" w14:textId="77777777" w:rsidR="00D93F19" w:rsidRDefault="00000000">
            <w:pPr>
              <w:pStyle w:val="TableText"/>
              <w:spacing w:after="30" w:line="245" w:lineRule="auto"/>
              <w:rPr>
                <w:rFonts w:hint="eastAsia"/>
              </w:rPr>
            </w:pPr>
            <w:r>
              <w:rPr>
                <w:sz w:val="18"/>
              </w:rPr>
              <w:t>_____________________</w:t>
            </w:r>
          </w:p>
        </w:tc>
      </w:tr>
      <w:tr w:rsidR="00D93F19" w14:paraId="662C6B6E" w14:textId="77777777">
        <w:trPr>
          <w:cantSplit/>
          <w:jc w:val="center"/>
        </w:trPr>
        <w:tc>
          <w:tcPr>
            <w:tcW w:w="3515" w:type="dxa"/>
            <w:shd w:val="clear" w:color="auto" w:fill="F2F6F8"/>
            <w:vAlign w:val="center"/>
          </w:tcPr>
          <w:p w14:paraId="52E450ED" w14:textId="77777777" w:rsidR="00D93F19" w:rsidRDefault="00000000">
            <w:pPr>
              <w:pStyle w:val="TableText"/>
              <w:spacing w:after="30" w:line="245" w:lineRule="auto"/>
              <w:rPr>
                <w:rFonts w:hint="eastAsia"/>
              </w:rPr>
            </w:pPr>
            <w:r>
              <w:rPr>
                <w:sz w:val="18"/>
              </w:rPr>
              <w:t>Autorizzazione operativa</w:t>
            </w:r>
          </w:p>
        </w:tc>
        <w:tc>
          <w:tcPr>
            <w:tcW w:w="3175" w:type="dxa"/>
            <w:shd w:val="clear" w:color="auto" w:fill="F2F6F8"/>
            <w:vAlign w:val="center"/>
          </w:tcPr>
          <w:p w14:paraId="1C0164F3"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7C8A7160" w14:textId="77777777" w:rsidR="00D93F19" w:rsidRDefault="00000000">
            <w:pPr>
              <w:pStyle w:val="TableText"/>
              <w:spacing w:after="30" w:line="245" w:lineRule="auto"/>
              <w:rPr>
                <w:rFonts w:hint="eastAsia"/>
              </w:rPr>
            </w:pPr>
            <w:r>
              <w:rPr>
                <w:sz w:val="18"/>
              </w:rPr>
              <w:t>_____________________</w:t>
            </w:r>
          </w:p>
        </w:tc>
      </w:tr>
    </w:tbl>
    <w:p w14:paraId="51224908"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08C025A" w14:textId="77777777">
        <w:trPr>
          <w:cantSplit/>
          <w:tblHeader/>
          <w:jc w:val="center"/>
        </w:trPr>
        <w:tc>
          <w:tcPr>
            <w:tcW w:w="2891" w:type="dxa"/>
            <w:shd w:val="clear" w:color="auto" w:fill="15344B"/>
            <w:vAlign w:val="center"/>
          </w:tcPr>
          <w:p w14:paraId="2B588B3A"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7EE2094E" w14:textId="77777777" w:rsidR="00D93F19" w:rsidRDefault="00000000">
            <w:pPr>
              <w:pStyle w:val="TableText"/>
              <w:spacing w:after="30" w:line="245" w:lineRule="auto"/>
              <w:rPr>
                <w:rFonts w:hint="eastAsia"/>
              </w:rPr>
            </w:pPr>
            <w:r>
              <w:rPr>
                <w:b/>
                <w:color w:val="FFFFFF"/>
              </w:rPr>
              <w:t>COMPILAZIONE</w:t>
            </w:r>
          </w:p>
        </w:tc>
      </w:tr>
      <w:tr w:rsidR="00D93F19" w14:paraId="5A013DC0" w14:textId="77777777">
        <w:trPr>
          <w:cantSplit/>
          <w:jc w:val="center"/>
        </w:trPr>
        <w:tc>
          <w:tcPr>
            <w:tcW w:w="2891" w:type="dxa"/>
            <w:shd w:val="clear" w:color="auto" w:fill="F2F6F8"/>
            <w:vAlign w:val="center"/>
          </w:tcPr>
          <w:p w14:paraId="56430AD7" w14:textId="77777777" w:rsidR="00D93F19" w:rsidRDefault="00000000">
            <w:pPr>
              <w:pStyle w:val="TableText"/>
              <w:spacing w:after="30" w:line="245" w:lineRule="auto"/>
              <w:rPr>
                <w:rFonts w:hint="eastAsia"/>
              </w:rPr>
            </w:pPr>
            <w:r>
              <w:t>Stato del permesso</w:t>
            </w:r>
          </w:p>
        </w:tc>
        <w:tc>
          <w:tcPr>
            <w:tcW w:w="6973" w:type="dxa"/>
            <w:shd w:val="clear" w:color="auto" w:fill="F2F6F8"/>
            <w:vAlign w:val="center"/>
          </w:tcPr>
          <w:p w14:paraId="6503B345" w14:textId="77777777" w:rsidR="00D93F19" w:rsidRDefault="00000000">
            <w:pPr>
              <w:pStyle w:val="TableText"/>
              <w:spacing w:after="30" w:line="245" w:lineRule="auto"/>
              <w:rPr>
                <w:rFonts w:hint="eastAsia"/>
              </w:rPr>
            </w:pPr>
            <w:r>
              <w:t>□ Autorizzato  □ Sospeso  □ Chiuso  □ Annullato</w:t>
            </w:r>
          </w:p>
        </w:tc>
      </w:tr>
      <w:tr w:rsidR="00D93F19" w14:paraId="01590307" w14:textId="77777777">
        <w:trPr>
          <w:cantSplit/>
          <w:jc w:val="center"/>
        </w:trPr>
        <w:tc>
          <w:tcPr>
            <w:tcW w:w="2891" w:type="dxa"/>
            <w:vAlign w:val="center"/>
          </w:tcPr>
          <w:p w14:paraId="7CAAC6DD" w14:textId="77777777" w:rsidR="00D93F19" w:rsidRDefault="00000000">
            <w:pPr>
              <w:pStyle w:val="TableText"/>
              <w:spacing w:after="30" w:line="245" w:lineRule="auto"/>
              <w:rPr>
                <w:rFonts w:hint="eastAsia"/>
              </w:rPr>
            </w:pPr>
            <w:r>
              <w:t>Motivo / data / ora</w:t>
            </w:r>
          </w:p>
        </w:tc>
        <w:tc>
          <w:tcPr>
            <w:tcW w:w="6973" w:type="dxa"/>
            <w:vAlign w:val="center"/>
          </w:tcPr>
          <w:p w14:paraId="3E9BFD81" w14:textId="77777777" w:rsidR="00D93F19" w:rsidRDefault="00000000">
            <w:pPr>
              <w:pStyle w:val="TableText"/>
              <w:spacing w:after="30" w:line="245" w:lineRule="auto"/>
              <w:rPr>
                <w:rFonts w:hint="eastAsia"/>
              </w:rPr>
            </w:pPr>
            <w:r>
              <w:t>________________________________________________________</w:t>
            </w:r>
          </w:p>
        </w:tc>
      </w:tr>
    </w:tbl>
    <w:p w14:paraId="4ED5C9C1"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6284E59D" w14:textId="77777777">
        <w:trPr>
          <w:cantSplit/>
        </w:trPr>
        <w:tc>
          <w:tcPr>
            <w:tcW w:w="9866" w:type="dxa"/>
            <w:shd w:val="clear" w:color="auto" w:fill="FFF5E2"/>
            <w:vAlign w:val="center"/>
          </w:tcPr>
          <w:p w14:paraId="7AA9E360" w14:textId="77777777" w:rsidR="00D93F19" w:rsidRDefault="00000000">
            <w:pPr>
              <w:pStyle w:val="TableText"/>
              <w:spacing w:after="30" w:line="245" w:lineRule="auto"/>
              <w:rPr>
                <w:rFonts w:hint="eastAsia"/>
              </w:rPr>
            </w:pPr>
            <w:r>
              <w:rPr>
                <w:color w:val="A53435"/>
              </w:rPr>
              <w:t>Il permesso non autorizza lavorazioni non previste, lavori elettrici senza i requisiti pertinenti o prove non pianificate. Se cambiano le condizioni, sospendere e riesaminare.</w:t>
            </w:r>
          </w:p>
        </w:tc>
      </w:tr>
    </w:tbl>
    <w:p w14:paraId="1F69AF19" w14:textId="77777777" w:rsidR="00D93F19" w:rsidRDefault="00D93F19">
      <w:pPr>
        <w:spacing w:after="0" w:line="20" w:lineRule="exact"/>
        <w:rPr>
          <w:rFonts w:hint="eastAsia"/>
        </w:rPr>
      </w:pPr>
    </w:p>
    <w:p w14:paraId="346F1D9C" w14:textId="77777777" w:rsidR="00D93F19" w:rsidRDefault="00000000">
      <w:pPr>
        <w:pStyle w:val="Kicker"/>
        <w:pageBreakBefore/>
        <w:rPr>
          <w:rFonts w:hint="eastAsia"/>
        </w:rPr>
      </w:pPr>
      <w:r>
        <w:t>ALLEGATO OPERATIVO • MODELLO AZIENDALE</w:t>
      </w:r>
    </w:p>
    <w:p w14:paraId="25CFC71C" w14:textId="77777777" w:rsidR="00D93F19" w:rsidRDefault="00000000">
      <w:pPr>
        <w:pStyle w:val="Titolo1"/>
      </w:pPr>
      <w:bookmarkStart w:id="47" w:name="P48"/>
      <w:r>
        <w:t>A09 | Piano di isolamento delle energie</w:t>
      </w:r>
      <w:bookmarkEnd w:id="47"/>
    </w:p>
    <w:p w14:paraId="2F16440E" w14:textId="77777777" w:rsidR="00D93F19" w:rsidRDefault="00000000">
      <w:pPr>
        <w:pStyle w:val="Small"/>
        <w:rPr>
          <w:rFonts w:hint="eastAsia"/>
        </w:rPr>
      </w:pPr>
      <w:r>
        <w:t>Pratica n. __________________  |  Macchina / matricola __________________  |  Data __________</w:t>
      </w:r>
    </w:p>
    <w:p w14:paraId="043DA07C" w14:textId="77777777" w:rsidR="00D93F19" w:rsidRDefault="00000000">
      <w:pPr>
        <w:pStyle w:val="Small"/>
        <w:rPr>
          <w:rFonts w:hint="eastAsia"/>
        </w:rPr>
      </w:pPr>
      <w:r>
        <w:t>O: messa in sicurezza e verifica prima dell’accesso – pagina 1 di 2.</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2B7EB4CB" w14:textId="77777777">
        <w:trPr>
          <w:cantSplit/>
          <w:tblHeader/>
          <w:jc w:val="center"/>
        </w:trPr>
        <w:tc>
          <w:tcPr>
            <w:tcW w:w="2891" w:type="dxa"/>
            <w:shd w:val="clear" w:color="auto" w:fill="15344B"/>
            <w:vAlign w:val="center"/>
          </w:tcPr>
          <w:p w14:paraId="4B426EE4"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4EA5035C" w14:textId="77777777" w:rsidR="00D93F19" w:rsidRDefault="00000000">
            <w:pPr>
              <w:pStyle w:val="TableText"/>
              <w:spacing w:after="30" w:line="245" w:lineRule="auto"/>
              <w:rPr>
                <w:rFonts w:hint="eastAsia"/>
              </w:rPr>
            </w:pPr>
            <w:r>
              <w:rPr>
                <w:b/>
                <w:color w:val="FFFFFF"/>
              </w:rPr>
              <w:t>COMPILAZIONE</w:t>
            </w:r>
          </w:p>
        </w:tc>
      </w:tr>
      <w:tr w:rsidR="00D93F19" w14:paraId="69A1581B" w14:textId="77777777">
        <w:trPr>
          <w:cantSplit/>
          <w:jc w:val="center"/>
        </w:trPr>
        <w:tc>
          <w:tcPr>
            <w:tcW w:w="2891" w:type="dxa"/>
            <w:shd w:val="clear" w:color="auto" w:fill="F2F6F8"/>
            <w:vAlign w:val="center"/>
          </w:tcPr>
          <w:p w14:paraId="36EA9774" w14:textId="77777777" w:rsidR="00D93F19" w:rsidRDefault="00000000">
            <w:pPr>
              <w:pStyle w:val="TableText"/>
              <w:spacing w:after="30" w:line="245" w:lineRule="auto"/>
              <w:rPr>
                <w:rFonts w:hint="eastAsia"/>
              </w:rPr>
            </w:pPr>
            <w:r>
              <w:t>Responsabile dell’isolamento</w:t>
            </w:r>
          </w:p>
        </w:tc>
        <w:tc>
          <w:tcPr>
            <w:tcW w:w="6973" w:type="dxa"/>
            <w:shd w:val="clear" w:color="auto" w:fill="F2F6F8"/>
            <w:vAlign w:val="center"/>
          </w:tcPr>
          <w:p w14:paraId="60C11076" w14:textId="77777777" w:rsidR="00D93F19" w:rsidRDefault="00000000">
            <w:pPr>
              <w:pStyle w:val="TableText"/>
              <w:spacing w:after="30" w:line="245" w:lineRule="auto"/>
              <w:rPr>
                <w:rFonts w:hint="eastAsia"/>
              </w:rPr>
            </w:pPr>
            <w:r>
              <w:t>________________________________________________________</w:t>
            </w:r>
          </w:p>
        </w:tc>
      </w:tr>
      <w:tr w:rsidR="00D93F19" w14:paraId="726DDD96" w14:textId="77777777">
        <w:trPr>
          <w:cantSplit/>
          <w:jc w:val="center"/>
        </w:trPr>
        <w:tc>
          <w:tcPr>
            <w:tcW w:w="2891" w:type="dxa"/>
            <w:vAlign w:val="center"/>
          </w:tcPr>
          <w:p w14:paraId="6DBDEA75" w14:textId="77777777" w:rsidR="00D93F19" w:rsidRDefault="00000000">
            <w:pPr>
              <w:pStyle w:val="TableText"/>
              <w:spacing w:after="30" w:line="245" w:lineRule="auto"/>
              <w:rPr>
                <w:rFonts w:hint="eastAsia"/>
              </w:rPr>
            </w:pPr>
            <w:r>
              <w:t>Posizione sicura / carichi depositati</w:t>
            </w:r>
          </w:p>
        </w:tc>
        <w:tc>
          <w:tcPr>
            <w:tcW w:w="6973" w:type="dxa"/>
            <w:vAlign w:val="center"/>
          </w:tcPr>
          <w:p w14:paraId="29D884DD" w14:textId="77777777" w:rsidR="00D93F19" w:rsidRDefault="00000000">
            <w:pPr>
              <w:pStyle w:val="TableText"/>
              <w:spacing w:after="30" w:line="245" w:lineRule="auto"/>
              <w:rPr>
                <w:rFonts w:hint="eastAsia"/>
              </w:rPr>
            </w:pPr>
            <w:r>
              <w:t>________________________________________________________</w:t>
            </w:r>
          </w:p>
        </w:tc>
      </w:tr>
      <w:tr w:rsidR="00D93F19" w14:paraId="115710F7" w14:textId="77777777">
        <w:trPr>
          <w:cantSplit/>
          <w:jc w:val="center"/>
        </w:trPr>
        <w:tc>
          <w:tcPr>
            <w:tcW w:w="2891" w:type="dxa"/>
            <w:shd w:val="clear" w:color="auto" w:fill="F2F6F8"/>
            <w:vAlign w:val="center"/>
          </w:tcPr>
          <w:p w14:paraId="7BDAB262" w14:textId="77777777" w:rsidR="00D93F19" w:rsidRDefault="00000000">
            <w:pPr>
              <w:pStyle w:val="TableText"/>
              <w:spacing w:after="30" w:line="245" w:lineRule="auto"/>
              <w:rPr>
                <w:rFonts w:hint="eastAsia"/>
              </w:rPr>
            </w:pPr>
            <w:r>
              <w:t>Disegno / foto punti di isolamento</w:t>
            </w:r>
          </w:p>
        </w:tc>
        <w:tc>
          <w:tcPr>
            <w:tcW w:w="6973" w:type="dxa"/>
            <w:shd w:val="clear" w:color="auto" w:fill="F2F6F8"/>
            <w:vAlign w:val="center"/>
          </w:tcPr>
          <w:p w14:paraId="0FFA5337" w14:textId="77777777" w:rsidR="00D93F19" w:rsidRDefault="00000000">
            <w:pPr>
              <w:pStyle w:val="TableText"/>
              <w:spacing w:after="30" w:line="245" w:lineRule="auto"/>
              <w:rPr>
                <w:rFonts w:hint="eastAsia"/>
              </w:rPr>
            </w:pPr>
            <w:r>
              <w:t>Allegato n. ___________________ revisione _____________________</w:t>
            </w:r>
          </w:p>
        </w:tc>
      </w:tr>
      <w:tr w:rsidR="00D93F19" w14:paraId="129BC99D" w14:textId="77777777">
        <w:trPr>
          <w:cantSplit/>
          <w:jc w:val="center"/>
        </w:trPr>
        <w:tc>
          <w:tcPr>
            <w:tcW w:w="2891" w:type="dxa"/>
            <w:vAlign w:val="center"/>
          </w:tcPr>
          <w:p w14:paraId="54329F1C" w14:textId="77777777" w:rsidR="00D93F19" w:rsidRDefault="00000000">
            <w:pPr>
              <w:pStyle w:val="TableText"/>
              <w:spacing w:after="30" w:line="245" w:lineRule="auto"/>
              <w:rPr>
                <w:rFonts w:hint="eastAsia"/>
              </w:rPr>
            </w:pPr>
            <w:r>
              <w:t>Data / ora di applicazione</w:t>
            </w:r>
          </w:p>
        </w:tc>
        <w:tc>
          <w:tcPr>
            <w:tcW w:w="6973" w:type="dxa"/>
            <w:vAlign w:val="center"/>
          </w:tcPr>
          <w:p w14:paraId="350EC4AC" w14:textId="77777777" w:rsidR="00D93F19" w:rsidRDefault="00000000">
            <w:pPr>
              <w:pStyle w:val="TableText"/>
              <w:spacing w:after="30" w:line="245" w:lineRule="auto"/>
              <w:rPr>
                <w:rFonts w:hint="eastAsia"/>
              </w:rPr>
            </w:pPr>
            <w:r>
              <w:t>________________________________________________________</w:t>
            </w:r>
          </w:p>
        </w:tc>
      </w:tr>
    </w:tbl>
    <w:p w14:paraId="7D923850"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438"/>
        <w:gridCol w:w="2268"/>
        <w:gridCol w:w="2494"/>
        <w:gridCol w:w="2665"/>
      </w:tblGrid>
      <w:tr w:rsidR="00D93F19" w14:paraId="40F7C86E" w14:textId="77777777">
        <w:trPr>
          <w:cantSplit/>
          <w:tblHeader/>
          <w:jc w:val="center"/>
        </w:trPr>
        <w:tc>
          <w:tcPr>
            <w:tcW w:w="2438" w:type="dxa"/>
            <w:shd w:val="clear" w:color="auto" w:fill="15344B"/>
            <w:vAlign w:val="center"/>
          </w:tcPr>
          <w:p w14:paraId="6D8762AD" w14:textId="77777777" w:rsidR="00D93F19" w:rsidRDefault="00000000">
            <w:pPr>
              <w:pStyle w:val="TableText"/>
              <w:spacing w:after="30" w:line="245" w:lineRule="auto"/>
              <w:rPr>
                <w:rFonts w:hint="eastAsia"/>
              </w:rPr>
            </w:pPr>
            <w:r>
              <w:rPr>
                <w:b/>
                <w:color w:val="FFFFFF"/>
                <w:sz w:val="18"/>
              </w:rPr>
              <w:t>ENERGIA / PARTE</w:t>
            </w:r>
          </w:p>
        </w:tc>
        <w:tc>
          <w:tcPr>
            <w:tcW w:w="2268" w:type="dxa"/>
            <w:shd w:val="clear" w:color="auto" w:fill="15344B"/>
            <w:vAlign w:val="center"/>
          </w:tcPr>
          <w:p w14:paraId="7DE16C5F" w14:textId="77777777" w:rsidR="00D93F19" w:rsidRDefault="00000000">
            <w:pPr>
              <w:pStyle w:val="TableText"/>
              <w:spacing w:after="30" w:line="245" w:lineRule="auto"/>
              <w:rPr>
                <w:rFonts w:hint="eastAsia"/>
              </w:rPr>
            </w:pPr>
            <w:r>
              <w:rPr>
                <w:b/>
                <w:color w:val="FFFFFF"/>
                <w:sz w:val="18"/>
              </w:rPr>
              <w:t>PUNTO E DISPOSITIVO</w:t>
            </w:r>
          </w:p>
        </w:tc>
        <w:tc>
          <w:tcPr>
            <w:tcW w:w="2494" w:type="dxa"/>
            <w:shd w:val="clear" w:color="auto" w:fill="15344B"/>
            <w:vAlign w:val="center"/>
          </w:tcPr>
          <w:p w14:paraId="4C077D82" w14:textId="77777777" w:rsidR="00D93F19" w:rsidRDefault="00000000">
            <w:pPr>
              <w:pStyle w:val="TableText"/>
              <w:spacing w:after="30" w:line="245" w:lineRule="auto"/>
              <w:rPr>
                <w:rFonts w:hint="eastAsia"/>
              </w:rPr>
            </w:pPr>
            <w:r>
              <w:rPr>
                <w:b/>
                <w:color w:val="FFFFFF"/>
                <w:sz w:val="18"/>
              </w:rPr>
              <w:t>BLOCCO / NEUTRALIZZAZIONE</w:t>
            </w:r>
          </w:p>
        </w:tc>
        <w:tc>
          <w:tcPr>
            <w:tcW w:w="2665" w:type="dxa"/>
            <w:shd w:val="clear" w:color="auto" w:fill="15344B"/>
            <w:vAlign w:val="center"/>
          </w:tcPr>
          <w:p w14:paraId="5666CDF3" w14:textId="77777777" w:rsidR="00D93F19" w:rsidRDefault="00000000">
            <w:pPr>
              <w:pStyle w:val="TableText"/>
              <w:spacing w:after="30" w:line="245" w:lineRule="auto"/>
              <w:rPr>
                <w:rFonts w:hint="eastAsia"/>
              </w:rPr>
            </w:pPr>
            <w:r>
              <w:rPr>
                <w:b/>
                <w:color w:val="FFFFFF"/>
                <w:sz w:val="18"/>
              </w:rPr>
              <w:t>METODO E RISCONTRO DI VERIFICA</w:t>
            </w:r>
          </w:p>
        </w:tc>
      </w:tr>
      <w:tr w:rsidR="00D93F19" w14:paraId="4E506885" w14:textId="77777777">
        <w:trPr>
          <w:cantSplit/>
          <w:trHeight w:val="567"/>
          <w:jc w:val="center"/>
        </w:trPr>
        <w:tc>
          <w:tcPr>
            <w:tcW w:w="2438" w:type="dxa"/>
            <w:shd w:val="clear" w:color="auto" w:fill="F2F6F8"/>
            <w:vAlign w:val="center"/>
          </w:tcPr>
          <w:p w14:paraId="7CD1060A" w14:textId="77777777" w:rsidR="00D93F19" w:rsidRDefault="00000000">
            <w:pPr>
              <w:pStyle w:val="TableText"/>
              <w:spacing w:after="30" w:line="245" w:lineRule="auto"/>
              <w:rPr>
                <w:rFonts w:hint="eastAsia"/>
              </w:rPr>
            </w:pPr>
            <w:r>
              <w:rPr>
                <w:sz w:val="18"/>
              </w:rPr>
              <w:t>Rete elettrica principale</w:t>
            </w:r>
          </w:p>
        </w:tc>
        <w:tc>
          <w:tcPr>
            <w:tcW w:w="2268" w:type="dxa"/>
            <w:shd w:val="clear" w:color="auto" w:fill="F2F6F8"/>
            <w:vAlign w:val="center"/>
          </w:tcPr>
          <w:p w14:paraId="79E1A4EA" w14:textId="77777777" w:rsidR="00D93F19" w:rsidRDefault="00000000">
            <w:pPr>
              <w:pStyle w:val="TableText"/>
              <w:spacing w:after="30" w:line="245" w:lineRule="auto"/>
              <w:rPr>
                <w:rFonts w:hint="eastAsia"/>
              </w:rPr>
            </w:pPr>
            <w:r>
              <w:rPr>
                <w:sz w:val="18"/>
              </w:rPr>
              <w:t>____________</w:t>
            </w:r>
          </w:p>
        </w:tc>
        <w:tc>
          <w:tcPr>
            <w:tcW w:w="2494" w:type="dxa"/>
            <w:shd w:val="clear" w:color="auto" w:fill="F2F6F8"/>
            <w:vAlign w:val="center"/>
          </w:tcPr>
          <w:p w14:paraId="6080ABCD" w14:textId="77777777" w:rsidR="00D93F19" w:rsidRDefault="00000000">
            <w:pPr>
              <w:pStyle w:val="TableText"/>
              <w:spacing w:after="30" w:line="245" w:lineRule="auto"/>
              <w:rPr>
                <w:rFonts w:hint="eastAsia"/>
              </w:rPr>
            </w:pPr>
            <w:r>
              <w:rPr>
                <w:sz w:val="18"/>
              </w:rPr>
              <w:t>____________</w:t>
            </w:r>
          </w:p>
        </w:tc>
        <w:tc>
          <w:tcPr>
            <w:tcW w:w="2665" w:type="dxa"/>
            <w:shd w:val="clear" w:color="auto" w:fill="F2F6F8"/>
            <w:vAlign w:val="center"/>
          </w:tcPr>
          <w:p w14:paraId="434BCEFC" w14:textId="77777777" w:rsidR="00D93F19" w:rsidRDefault="00000000">
            <w:pPr>
              <w:pStyle w:val="TableText"/>
              <w:spacing w:after="30" w:line="245" w:lineRule="auto"/>
              <w:rPr>
                <w:rFonts w:hint="eastAsia"/>
              </w:rPr>
            </w:pPr>
            <w:r>
              <w:rPr>
                <w:sz w:val="18"/>
              </w:rPr>
              <w:t>________________</w:t>
            </w:r>
          </w:p>
        </w:tc>
      </w:tr>
      <w:tr w:rsidR="00D93F19" w14:paraId="00F1963A" w14:textId="77777777">
        <w:trPr>
          <w:cantSplit/>
          <w:trHeight w:val="567"/>
          <w:jc w:val="center"/>
        </w:trPr>
        <w:tc>
          <w:tcPr>
            <w:tcW w:w="2438" w:type="dxa"/>
            <w:vAlign w:val="center"/>
          </w:tcPr>
          <w:p w14:paraId="7DC6A163" w14:textId="77777777" w:rsidR="00D93F19" w:rsidRDefault="00000000">
            <w:pPr>
              <w:pStyle w:val="TableText"/>
              <w:spacing w:after="30" w:line="245" w:lineRule="auto"/>
              <w:rPr>
                <w:rFonts w:hint="eastAsia"/>
              </w:rPr>
            </w:pPr>
            <w:r>
              <w:rPr>
                <w:sz w:val="18"/>
              </w:rPr>
              <w:t>Ausiliari / batterie / ritorni</w:t>
            </w:r>
          </w:p>
        </w:tc>
        <w:tc>
          <w:tcPr>
            <w:tcW w:w="2268" w:type="dxa"/>
            <w:vAlign w:val="center"/>
          </w:tcPr>
          <w:p w14:paraId="482A4275" w14:textId="77777777" w:rsidR="00D93F19" w:rsidRDefault="00000000">
            <w:pPr>
              <w:pStyle w:val="TableText"/>
              <w:spacing w:after="30" w:line="245" w:lineRule="auto"/>
              <w:rPr>
                <w:rFonts w:hint="eastAsia"/>
              </w:rPr>
            </w:pPr>
            <w:r>
              <w:rPr>
                <w:sz w:val="18"/>
              </w:rPr>
              <w:t>____________</w:t>
            </w:r>
          </w:p>
        </w:tc>
        <w:tc>
          <w:tcPr>
            <w:tcW w:w="2494" w:type="dxa"/>
            <w:vAlign w:val="center"/>
          </w:tcPr>
          <w:p w14:paraId="18446723" w14:textId="77777777" w:rsidR="00D93F19" w:rsidRDefault="00000000">
            <w:pPr>
              <w:pStyle w:val="TableText"/>
              <w:spacing w:after="30" w:line="245" w:lineRule="auto"/>
              <w:rPr>
                <w:rFonts w:hint="eastAsia"/>
              </w:rPr>
            </w:pPr>
            <w:r>
              <w:rPr>
                <w:sz w:val="18"/>
              </w:rPr>
              <w:t>____________</w:t>
            </w:r>
          </w:p>
        </w:tc>
        <w:tc>
          <w:tcPr>
            <w:tcW w:w="2665" w:type="dxa"/>
            <w:vAlign w:val="center"/>
          </w:tcPr>
          <w:p w14:paraId="13355B05" w14:textId="77777777" w:rsidR="00D93F19" w:rsidRDefault="00000000">
            <w:pPr>
              <w:pStyle w:val="TableText"/>
              <w:spacing w:after="30" w:line="245" w:lineRule="auto"/>
              <w:rPr>
                <w:rFonts w:hint="eastAsia"/>
              </w:rPr>
            </w:pPr>
            <w:r>
              <w:rPr>
                <w:sz w:val="18"/>
              </w:rPr>
              <w:t>________________</w:t>
            </w:r>
          </w:p>
        </w:tc>
      </w:tr>
      <w:tr w:rsidR="00D93F19" w14:paraId="54F176D2" w14:textId="77777777">
        <w:trPr>
          <w:cantSplit/>
          <w:trHeight w:val="567"/>
          <w:jc w:val="center"/>
        </w:trPr>
        <w:tc>
          <w:tcPr>
            <w:tcW w:w="2438" w:type="dxa"/>
            <w:shd w:val="clear" w:color="auto" w:fill="F2F6F8"/>
            <w:vAlign w:val="center"/>
          </w:tcPr>
          <w:p w14:paraId="4F1CE684" w14:textId="77777777" w:rsidR="00D93F19" w:rsidRDefault="00000000">
            <w:pPr>
              <w:pStyle w:val="TableText"/>
              <w:spacing w:after="30" w:line="245" w:lineRule="auto"/>
              <w:rPr>
                <w:rFonts w:hint="eastAsia"/>
              </w:rPr>
            </w:pPr>
            <w:r>
              <w:rPr>
                <w:sz w:val="18"/>
              </w:rPr>
              <w:t>Energia residua azionamenti</w:t>
            </w:r>
          </w:p>
        </w:tc>
        <w:tc>
          <w:tcPr>
            <w:tcW w:w="2268" w:type="dxa"/>
            <w:shd w:val="clear" w:color="auto" w:fill="F2F6F8"/>
            <w:vAlign w:val="center"/>
          </w:tcPr>
          <w:p w14:paraId="22C43FAE" w14:textId="77777777" w:rsidR="00D93F19" w:rsidRDefault="00000000">
            <w:pPr>
              <w:pStyle w:val="TableText"/>
              <w:spacing w:after="30" w:line="245" w:lineRule="auto"/>
              <w:rPr>
                <w:rFonts w:hint="eastAsia"/>
              </w:rPr>
            </w:pPr>
            <w:r>
              <w:rPr>
                <w:sz w:val="18"/>
              </w:rPr>
              <w:t>____________</w:t>
            </w:r>
          </w:p>
        </w:tc>
        <w:tc>
          <w:tcPr>
            <w:tcW w:w="2494" w:type="dxa"/>
            <w:shd w:val="clear" w:color="auto" w:fill="F2F6F8"/>
            <w:vAlign w:val="center"/>
          </w:tcPr>
          <w:p w14:paraId="5DCBC077" w14:textId="77777777" w:rsidR="00D93F19" w:rsidRDefault="00000000">
            <w:pPr>
              <w:pStyle w:val="TableText"/>
              <w:spacing w:after="30" w:line="245" w:lineRule="auto"/>
              <w:rPr>
                <w:rFonts w:hint="eastAsia"/>
              </w:rPr>
            </w:pPr>
            <w:r>
              <w:rPr>
                <w:sz w:val="18"/>
              </w:rPr>
              <w:t>____________</w:t>
            </w:r>
          </w:p>
        </w:tc>
        <w:tc>
          <w:tcPr>
            <w:tcW w:w="2665" w:type="dxa"/>
            <w:shd w:val="clear" w:color="auto" w:fill="F2F6F8"/>
            <w:vAlign w:val="center"/>
          </w:tcPr>
          <w:p w14:paraId="6CA36F4B" w14:textId="77777777" w:rsidR="00D93F19" w:rsidRDefault="00000000">
            <w:pPr>
              <w:pStyle w:val="TableText"/>
              <w:spacing w:after="30" w:line="245" w:lineRule="auto"/>
              <w:rPr>
                <w:rFonts w:hint="eastAsia"/>
              </w:rPr>
            </w:pPr>
            <w:r>
              <w:rPr>
                <w:sz w:val="18"/>
              </w:rPr>
              <w:t>________________</w:t>
            </w:r>
          </w:p>
        </w:tc>
      </w:tr>
      <w:tr w:rsidR="00D93F19" w14:paraId="164098D7" w14:textId="77777777">
        <w:trPr>
          <w:cantSplit/>
          <w:trHeight w:val="567"/>
          <w:jc w:val="center"/>
        </w:trPr>
        <w:tc>
          <w:tcPr>
            <w:tcW w:w="2438" w:type="dxa"/>
            <w:vAlign w:val="center"/>
          </w:tcPr>
          <w:p w14:paraId="4E6849C1" w14:textId="77777777" w:rsidR="00D93F19" w:rsidRDefault="00000000">
            <w:pPr>
              <w:pStyle w:val="TableText"/>
              <w:spacing w:after="30" w:line="245" w:lineRule="auto"/>
              <w:rPr>
                <w:rFonts w:hint="eastAsia"/>
              </w:rPr>
            </w:pPr>
            <w:r>
              <w:rPr>
                <w:sz w:val="18"/>
              </w:rPr>
              <w:t>Gravità / parti mobili / carichi</w:t>
            </w:r>
          </w:p>
        </w:tc>
        <w:tc>
          <w:tcPr>
            <w:tcW w:w="2268" w:type="dxa"/>
            <w:vAlign w:val="center"/>
          </w:tcPr>
          <w:p w14:paraId="11E2476F" w14:textId="77777777" w:rsidR="00D93F19" w:rsidRDefault="00000000">
            <w:pPr>
              <w:pStyle w:val="TableText"/>
              <w:spacing w:after="30" w:line="245" w:lineRule="auto"/>
              <w:rPr>
                <w:rFonts w:hint="eastAsia"/>
              </w:rPr>
            </w:pPr>
            <w:r>
              <w:rPr>
                <w:sz w:val="18"/>
              </w:rPr>
              <w:t>____________</w:t>
            </w:r>
          </w:p>
        </w:tc>
        <w:tc>
          <w:tcPr>
            <w:tcW w:w="2494" w:type="dxa"/>
            <w:vAlign w:val="center"/>
          </w:tcPr>
          <w:p w14:paraId="30DB2A64" w14:textId="77777777" w:rsidR="00D93F19" w:rsidRDefault="00000000">
            <w:pPr>
              <w:pStyle w:val="TableText"/>
              <w:spacing w:after="30" w:line="245" w:lineRule="auto"/>
              <w:rPr>
                <w:rFonts w:hint="eastAsia"/>
              </w:rPr>
            </w:pPr>
            <w:r>
              <w:rPr>
                <w:sz w:val="18"/>
              </w:rPr>
              <w:t>____________</w:t>
            </w:r>
          </w:p>
        </w:tc>
        <w:tc>
          <w:tcPr>
            <w:tcW w:w="2665" w:type="dxa"/>
            <w:vAlign w:val="center"/>
          </w:tcPr>
          <w:p w14:paraId="62F61997" w14:textId="77777777" w:rsidR="00D93F19" w:rsidRDefault="00000000">
            <w:pPr>
              <w:pStyle w:val="TableText"/>
              <w:spacing w:after="30" w:line="245" w:lineRule="auto"/>
              <w:rPr>
                <w:rFonts w:hint="eastAsia"/>
              </w:rPr>
            </w:pPr>
            <w:r>
              <w:rPr>
                <w:sz w:val="18"/>
              </w:rPr>
              <w:t>________________</w:t>
            </w:r>
          </w:p>
        </w:tc>
      </w:tr>
      <w:tr w:rsidR="00D93F19" w14:paraId="3E5F9761" w14:textId="77777777">
        <w:trPr>
          <w:cantSplit/>
          <w:trHeight w:val="567"/>
          <w:jc w:val="center"/>
        </w:trPr>
        <w:tc>
          <w:tcPr>
            <w:tcW w:w="2438" w:type="dxa"/>
            <w:shd w:val="clear" w:color="auto" w:fill="F2F6F8"/>
            <w:vAlign w:val="center"/>
          </w:tcPr>
          <w:p w14:paraId="4734218F" w14:textId="77777777" w:rsidR="00D93F19" w:rsidRDefault="00000000">
            <w:pPr>
              <w:pStyle w:val="TableText"/>
              <w:spacing w:after="30" w:line="245" w:lineRule="auto"/>
              <w:rPr>
                <w:rFonts w:hint="eastAsia"/>
              </w:rPr>
            </w:pPr>
            <w:r>
              <w:rPr>
                <w:sz w:val="18"/>
              </w:rPr>
              <w:t>Pressioni / molle / altre energie</w:t>
            </w:r>
          </w:p>
        </w:tc>
        <w:tc>
          <w:tcPr>
            <w:tcW w:w="2268" w:type="dxa"/>
            <w:shd w:val="clear" w:color="auto" w:fill="F2F6F8"/>
            <w:vAlign w:val="center"/>
          </w:tcPr>
          <w:p w14:paraId="35F8404B" w14:textId="77777777" w:rsidR="00D93F19" w:rsidRDefault="00000000">
            <w:pPr>
              <w:pStyle w:val="TableText"/>
              <w:spacing w:after="30" w:line="245" w:lineRule="auto"/>
              <w:rPr>
                <w:rFonts w:hint="eastAsia"/>
              </w:rPr>
            </w:pPr>
            <w:r>
              <w:rPr>
                <w:sz w:val="18"/>
              </w:rPr>
              <w:t>____________</w:t>
            </w:r>
          </w:p>
        </w:tc>
        <w:tc>
          <w:tcPr>
            <w:tcW w:w="2494" w:type="dxa"/>
            <w:shd w:val="clear" w:color="auto" w:fill="F2F6F8"/>
            <w:vAlign w:val="center"/>
          </w:tcPr>
          <w:p w14:paraId="0FC752D1" w14:textId="77777777" w:rsidR="00D93F19" w:rsidRDefault="00000000">
            <w:pPr>
              <w:pStyle w:val="TableText"/>
              <w:spacing w:after="30" w:line="245" w:lineRule="auto"/>
              <w:rPr>
                <w:rFonts w:hint="eastAsia"/>
              </w:rPr>
            </w:pPr>
            <w:r>
              <w:rPr>
                <w:sz w:val="18"/>
              </w:rPr>
              <w:t>____________</w:t>
            </w:r>
          </w:p>
        </w:tc>
        <w:tc>
          <w:tcPr>
            <w:tcW w:w="2665" w:type="dxa"/>
            <w:shd w:val="clear" w:color="auto" w:fill="F2F6F8"/>
            <w:vAlign w:val="center"/>
          </w:tcPr>
          <w:p w14:paraId="6CC0E008" w14:textId="77777777" w:rsidR="00D93F19" w:rsidRDefault="00000000">
            <w:pPr>
              <w:pStyle w:val="TableText"/>
              <w:spacing w:after="30" w:line="245" w:lineRule="auto"/>
              <w:rPr>
                <w:rFonts w:hint="eastAsia"/>
              </w:rPr>
            </w:pPr>
            <w:r>
              <w:rPr>
                <w:sz w:val="18"/>
              </w:rPr>
              <w:t>________________</w:t>
            </w:r>
          </w:p>
        </w:tc>
      </w:tr>
      <w:tr w:rsidR="00D93F19" w14:paraId="60396F60" w14:textId="77777777">
        <w:trPr>
          <w:cantSplit/>
          <w:trHeight w:val="567"/>
          <w:jc w:val="center"/>
        </w:trPr>
        <w:tc>
          <w:tcPr>
            <w:tcW w:w="2438" w:type="dxa"/>
            <w:vAlign w:val="center"/>
          </w:tcPr>
          <w:p w14:paraId="743F4378" w14:textId="77777777" w:rsidR="00D93F19" w:rsidRDefault="00000000">
            <w:pPr>
              <w:pStyle w:val="TableText"/>
              <w:spacing w:after="30" w:line="245" w:lineRule="auto"/>
              <w:rPr>
                <w:rFonts w:hint="eastAsia"/>
              </w:rPr>
            </w:pPr>
            <w:r>
              <w:rPr>
                <w:sz w:val="18"/>
              </w:rPr>
              <w:t>Altri impianti / gru interferenti</w:t>
            </w:r>
          </w:p>
        </w:tc>
        <w:tc>
          <w:tcPr>
            <w:tcW w:w="2268" w:type="dxa"/>
            <w:vAlign w:val="center"/>
          </w:tcPr>
          <w:p w14:paraId="3A0C4DA0" w14:textId="77777777" w:rsidR="00D93F19" w:rsidRDefault="00000000">
            <w:pPr>
              <w:pStyle w:val="TableText"/>
              <w:spacing w:after="30" w:line="245" w:lineRule="auto"/>
              <w:rPr>
                <w:rFonts w:hint="eastAsia"/>
              </w:rPr>
            </w:pPr>
            <w:r>
              <w:rPr>
                <w:sz w:val="18"/>
              </w:rPr>
              <w:t>____________</w:t>
            </w:r>
          </w:p>
        </w:tc>
        <w:tc>
          <w:tcPr>
            <w:tcW w:w="2494" w:type="dxa"/>
            <w:vAlign w:val="center"/>
          </w:tcPr>
          <w:p w14:paraId="050AD6DC" w14:textId="77777777" w:rsidR="00D93F19" w:rsidRDefault="00000000">
            <w:pPr>
              <w:pStyle w:val="TableText"/>
              <w:spacing w:after="30" w:line="245" w:lineRule="auto"/>
              <w:rPr>
                <w:rFonts w:hint="eastAsia"/>
              </w:rPr>
            </w:pPr>
            <w:r>
              <w:rPr>
                <w:sz w:val="18"/>
              </w:rPr>
              <w:t>____________</w:t>
            </w:r>
          </w:p>
        </w:tc>
        <w:tc>
          <w:tcPr>
            <w:tcW w:w="2665" w:type="dxa"/>
            <w:vAlign w:val="center"/>
          </w:tcPr>
          <w:p w14:paraId="0BE16056" w14:textId="77777777" w:rsidR="00D93F19" w:rsidRDefault="00000000">
            <w:pPr>
              <w:pStyle w:val="TableText"/>
              <w:spacing w:after="30" w:line="245" w:lineRule="auto"/>
              <w:rPr>
                <w:rFonts w:hint="eastAsia"/>
              </w:rPr>
            </w:pPr>
            <w:r>
              <w:rPr>
                <w:sz w:val="18"/>
              </w:rPr>
              <w:t>________________</w:t>
            </w:r>
          </w:p>
        </w:tc>
      </w:tr>
    </w:tbl>
    <w:p w14:paraId="16728F31" w14:textId="77777777" w:rsidR="00D93F19" w:rsidRDefault="00D93F19">
      <w:pPr>
        <w:spacing w:after="0" w:line="20" w:lineRule="exact"/>
        <w:rPr>
          <w:rFonts w:hint="eastAsia"/>
        </w:rPr>
      </w:pPr>
    </w:p>
    <w:p w14:paraId="43EC120F" w14:textId="77777777" w:rsidR="00D93F19" w:rsidRDefault="00000000">
      <w:pPr>
        <w:rPr>
          <w:rFonts w:hint="eastAsia"/>
        </w:rPr>
      </w:pPr>
      <w:r>
        <w:t>Strumenti impiegati e relativo controllo: _________________________________________________________</w:t>
      </w:r>
      <w:r>
        <w:br/>
        <w:t>Stato dei comandi dopo la verifica: ______________________________________________________________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57A86084" w14:textId="77777777">
        <w:trPr>
          <w:cantSplit/>
          <w:tblHeader/>
          <w:jc w:val="center"/>
        </w:trPr>
        <w:tc>
          <w:tcPr>
            <w:tcW w:w="2891" w:type="dxa"/>
            <w:shd w:val="clear" w:color="auto" w:fill="15344B"/>
            <w:vAlign w:val="center"/>
          </w:tcPr>
          <w:p w14:paraId="527D9952"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376FD0C1" w14:textId="77777777" w:rsidR="00D93F19" w:rsidRDefault="00000000">
            <w:pPr>
              <w:pStyle w:val="TableText"/>
              <w:spacing w:after="30" w:line="245" w:lineRule="auto"/>
              <w:rPr>
                <w:rFonts w:hint="eastAsia"/>
              </w:rPr>
            </w:pPr>
            <w:r>
              <w:rPr>
                <w:b/>
                <w:color w:val="FFFFFF"/>
              </w:rPr>
              <w:t>COMPILAZIONE</w:t>
            </w:r>
          </w:p>
        </w:tc>
      </w:tr>
      <w:tr w:rsidR="00D93F19" w14:paraId="28C1B61C" w14:textId="77777777">
        <w:trPr>
          <w:cantSplit/>
          <w:jc w:val="center"/>
        </w:trPr>
        <w:tc>
          <w:tcPr>
            <w:tcW w:w="2891" w:type="dxa"/>
            <w:shd w:val="clear" w:color="auto" w:fill="F2F6F8"/>
            <w:vAlign w:val="center"/>
          </w:tcPr>
          <w:p w14:paraId="718B9113" w14:textId="77777777" w:rsidR="00D93F19" w:rsidRDefault="00000000">
            <w:pPr>
              <w:pStyle w:val="TableText"/>
              <w:spacing w:after="30" w:line="245" w:lineRule="auto"/>
              <w:rPr>
                <w:rFonts w:hint="eastAsia"/>
              </w:rPr>
            </w:pPr>
            <w:r>
              <w:t>Esito della verifica dello stato sicuro</w:t>
            </w:r>
          </w:p>
        </w:tc>
        <w:tc>
          <w:tcPr>
            <w:tcW w:w="6973" w:type="dxa"/>
            <w:shd w:val="clear" w:color="auto" w:fill="F2F6F8"/>
            <w:vAlign w:val="center"/>
          </w:tcPr>
          <w:p w14:paraId="1249800A" w14:textId="77777777" w:rsidR="00D93F19" w:rsidRDefault="00000000">
            <w:pPr>
              <w:pStyle w:val="TableText"/>
              <w:spacing w:after="30" w:line="245" w:lineRule="auto"/>
              <w:rPr>
                <w:rFonts w:hint="eastAsia"/>
              </w:rPr>
            </w:pPr>
            <w:r>
              <w:t>□ Verificato  □ Non verificato: accesso vietato</w:t>
            </w:r>
          </w:p>
        </w:tc>
      </w:tr>
      <w:tr w:rsidR="00D93F19" w14:paraId="69E42341" w14:textId="77777777">
        <w:trPr>
          <w:cantSplit/>
          <w:jc w:val="center"/>
        </w:trPr>
        <w:tc>
          <w:tcPr>
            <w:tcW w:w="2891" w:type="dxa"/>
            <w:vAlign w:val="center"/>
          </w:tcPr>
          <w:p w14:paraId="2A7405AC" w14:textId="77777777" w:rsidR="00D93F19" w:rsidRDefault="00000000">
            <w:pPr>
              <w:pStyle w:val="TableText"/>
              <w:spacing w:after="30" w:line="245" w:lineRule="auto"/>
              <w:rPr>
                <w:rFonts w:hint="eastAsia"/>
              </w:rPr>
            </w:pPr>
            <w:r>
              <w:t>Energie trattenute / limiti residui</w:t>
            </w:r>
          </w:p>
        </w:tc>
        <w:tc>
          <w:tcPr>
            <w:tcW w:w="6973" w:type="dxa"/>
            <w:vAlign w:val="center"/>
          </w:tcPr>
          <w:p w14:paraId="400A657C" w14:textId="77777777" w:rsidR="00D93F19" w:rsidRDefault="00000000">
            <w:pPr>
              <w:pStyle w:val="TableText"/>
              <w:spacing w:after="30" w:line="245" w:lineRule="auto"/>
              <w:rPr>
                <w:rFonts w:hint="eastAsia"/>
              </w:rPr>
            </w:pPr>
            <w:r>
              <w:t>________________________________________________________</w:t>
            </w:r>
          </w:p>
        </w:tc>
      </w:tr>
      <w:tr w:rsidR="00D93F19" w14:paraId="210E4C4F" w14:textId="77777777">
        <w:trPr>
          <w:cantSplit/>
          <w:jc w:val="center"/>
        </w:trPr>
        <w:tc>
          <w:tcPr>
            <w:tcW w:w="2891" w:type="dxa"/>
            <w:shd w:val="clear" w:color="auto" w:fill="F2F6F8"/>
            <w:vAlign w:val="center"/>
          </w:tcPr>
          <w:p w14:paraId="70297350" w14:textId="77777777" w:rsidR="00D93F19" w:rsidRDefault="00000000">
            <w:pPr>
              <w:pStyle w:val="TableText"/>
              <w:spacing w:after="30" w:line="245" w:lineRule="auto"/>
              <w:rPr>
                <w:rFonts w:hint="eastAsia"/>
              </w:rPr>
            </w:pPr>
            <w:r>
              <w:t>Misure contro riattivazione / accesso</w:t>
            </w:r>
          </w:p>
        </w:tc>
        <w:tc>
          <w:tcPr>
            <w:tcW w:w="6973" w:type="dxa"/>
            <w:shd w:val="clear" w:color="auto" w:fill="F2F6F8"/>
            <w:vAlign w:val="center"/>
          </w:tcPr>
          <w:p w14:paraId="0139CA30" w14:textId="77777777" w:rsidR="00D93F19" w:rsidRDefault="00000000">
            <w:pPr>
              <w:pStyle w:val="TableText"/>
              <w:spacing w:after="30" w:line="245" w:lineRule="auto"/>
              <w:rPr>
                <w:rFonts w:hint="eastAsia"/>
              </w:rPr>
            </w:pPr>
            <w:r>
              <w:t>________________________________________________________</w:t>
            </w:r>
          </w:p>
        </w:tc>
      </w:tr>
    </w:tbl>
    <w:p w14:paraId="3C92475F"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5EDB910B" w14:textId="77777777">
        <w:trPr>
          <w:cantSplit/>
          <w:tblHeader/>
          <w:jc w:val="center"/>
        </w:trPr>
        <w:tc>
          <w:tcPr>
            <w:tcW w:w="3515" w:type="dxa"/>
            <w:shd w:val="clear" w:color="auto" w:fill="15344B"/>
            <w:vAlign w:val="center"/>
          </w:tcPr>
          <w:p w14:paraId="52C8D03B"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7CE938F4"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1A3ADA76" w14:textId="77777777" w:rsidR="00D93F19" w:rsidRDefault="00000000">
            <w:pPr>
              <w:pStyle w:val="TableText"/>
              <w:spacing w:after="30" w:line="245" w:lineRule="auto"/>
              <w:rPr>
                <w:rFonts w:hint="eastAsia"/>
              </w:rPr>
            </w:pPr>
            <w:r>
              <w:rPr>
                <w:b/>
                <w:color w:val="FFFFFF"/>
                <w:sz w:val="18"/>
              </w:rPr>
              <w:t>DATA E FIRMA</w:t>
            </w:r>
          </w:p>
        </w:tc>
      </w:tr>
      <w:tr w:rsidR="00D93F19" w14:paraId="3DA2CE4E" w14:textId="77777777">
        <w:trPr>
          <w:cantSplit/>
          <w:jc w:val="center"/>
        </w:trPr>
        <w:tc>
          <w:tcPr>
            <w:tcW w:w="3515" w:type="dxa"/>
            <w:shd w:val="clear" w:color="auto" w:fill="F2F6F8"/>
            <w:vAlign w:val="center"/>
          </w:tcPr>
          <w:p w14:paraId="28584B55" w14:textId="77777777" w:rsidR="00D93F19" w:rsidRDefault="00000000">
            <w:pPr>
              <w:pStyle w:val="TableText"/>
              <w:spacing w:after="30" w:line="245" w:lineRule="auto"/>
              <w:rPr>
                <w:rFonts w:hint="eastAsia"/>
              </w:rPr>
            </w:pPr>
            <w:r>
              <w:rPr>
                <w:sz w:val="18"/>
              </w:rPr>
              <w:t>Applicazione degli isolamenti</w:t>
            </w:r>
          </w:p>
        </w:tc>
        <w:tc>
          <w:tcPr>
            <w:tcW w:w="3175" w:type="dxa"/>
            <w:shd w:val="clear" w:color="auto" w:fill="F2F6F8"/>
            <w:vAlign w:val="center"/>
          </w:tcPr>
          <w:p w14:paraId="5E4ECAC7"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0FC61867" w14:textId="77777777" w:rsidR="00D93F19" w:rsidRDefault="00000000">
            <w:pPr>
              <w:pStyle w:val="TableText"/>
              <w:spacing w:after="30" w:line="245" w:lineRule="auto"/>
              <w:rPr>
                <w:rFonts w:hint="eastAsia"/>
              </w:rPr>
            </w:pPr>
            <w:r>
              <w:rPr>
                <w:sz w:val="18"/>
              </w:rPr>
              <w:t>_____________________</w:t>
            </w:r>
          </w:p>
        </w:tc>
      </w:tr>
      <w:tr w:rsidR="00D93F19" w14:paraId="65EDD0A9" w14:textId="77777777">
        <w:trPr>
          <w:cantSplit/>
          <w:jc w:val="center"/>
        </w:trPr>
        <w:tc>
          <w:tcPr>
            <w:tcW w:w="3515" w:type="dxa"/>
            <w:vAlign w:val="center"/>
          </w:tcPr>
          <w:p w14:paraId="29D16A97" w14:textId="77777777" w:rsidR="00D93F19" w:rsidRDefault="00000000">
            <w:pPr>
              <w:pStyle w:val="TableText"/>
              <w:spacing w:after="30" w:line="245" w:lineRule="auto"/>
              <w:rPr>
                <w:rFonts w:hint="eastAsia"/>
              </w:rPr>
            </w:pPr>
            <w:r>
              <w:rPr>
                <w:sz w:val="18"/>
              </w:rPr>
              <w:t>Verifica dello stato sicuro</w:t>
            </w:r>
          </w:p>
        </w:tc>
        <w:tc>
          <w:tcPr>
            <w:tcW w:w="3175" w:type="dxa"/>
            <w:vAlign w:val="center"/>
          </w:tcPr>
          <w:p w14:paraId="61F2FE0B"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4208C802" w14:textId="77777777" w:rsidR="00D93F19" w:rsidRDefault="00000000">
            <w:pPr>
              <w:pStyle w:val="TableText"/>
              <w:spacing w:after="30" w:line="245" w:lineRule="auto"/>
              <w:rPr>
                <w:rFonts w:hint="eastAsia"/>
              </w:rPr>
            </w:pPr>
            <w:r>
              <w:rPr>
                <w:sz w:val="18"/>
              </w:rPr>
              <w:t>_____________________</w:t>
            </w:r>
          </w:p>
        </w:tc>
      </w:tr>
      <w:tr w:rsidR="00D93F19" w14:paraId="71D0B85A" w14:textId="77777777">
        <w:trPr>
          <w:cantSplit/>
          <w:jc w:val="center"/>
        </w:trPr>
        <w:tc>
          <w:tcPr>
            <w:tcW w:w="3515" w:type="dxa"/>
            <w:shd w:val="clear" w:color="auto" w:fill="F2F6F8"/>
            <w:vAlign w:val="center"/>
          </w:tcPr>
          <w:p w14:paraId="6F6ADEB9" w14:textId="77777777" w:rsidR="00D93F19" w:rsidRDefault="00000000">
            <w:pPr>
              <w:pStyle w:val="TableText"/>
              <w:spacing w:after="30" w:line="245" w:lineRule="auto"/>
              <w:rPr>
                <w:rFonts w:hint="eastAsia"/>
              </w:rPr>
            </w:pPr>
            <w:r>
              <w:rPr>
                <w:sz w:val="18"/>
              </w:rPr>
              <w:t>Preposto – presa in carico</w:t>
            </w:r>
          </w:p>
        </w:tc>
        <w:tc>
          <w:tcPr>
            <w:tcW w:w="3175" w:type="dxa"/>
            <w:shd w:val="clear" w:color="auto" w:fill="F2F6F8"/>
            <w:vAlign w:val="center"/>
          </w:tcPr>
          <w:p w14:paraId="71EF5EA8"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070F5230" w14:textId="77777777" w:rsidR="00D93F19" w:rsidRDefault="00000000">
            <w:pPr>
              <w:pStyle w:val="TableText"/>
              <w:spacing w:after="30" w:line="245" w:lineRule="auto"/>
              <w:rPr>
                <w:rFonts w:hint="eastAsia"/>
              </w:rPr>
            </w:pPr>
            <w:r>
              <w:rPr>
                <w:sz w:val="18"/>
              </w:rPr>
              <w:t>_____________________</w:t>
            </w:r>
          </w:p>
        </w:tc>
      </w:tr>
    </w:tbl>
    <w:p w14:paraId="6F3D4862"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5A54EFCB" w14:textId="77777777">
        <w:trPr>
          <w:cantSplit/>
        </w:trPr>
        <w:tc>
          <w:tcPr>
            <w:tcW w:w="9866" w:type="dxa"/>
            <w:shd w:val="clear" w:color="auto" w:fill="FFF5E2"/>
            <w:vAlign w:val="center"/>
          </w:tcPr>
          <w:p w14:paraId="1D0EC2D4" w14:textId="77777777" w:rsidR="00D93F19" w:rsidRDefault="00000000">
            <w:pPr>
              <w:pStyle w:val="TableText"/>
              <w:spacing w:after="30" w:line="245" w:lineRule="auto"/>
              <w:rPr>
                <w:rFonts w:hint="eastAsia"/>
              </w:rPr>
            </w:pPr>
            <w:r>
              <w:rPr>
                <w:color w:val="A53435"/>
              </w:rPr>
              <w:t>Un tentativo di avvio non sostituisce la verifica di assenza di tensione o altre verifiche specialistiche. Non firmare «sicuro» se restano fonti o movimenti non controllati.</w:t>
            </w:r>
          </w:p>
        </w:tc>
      </w:tr>
    </w:tbl>
    <w:p w14:paraId="0780221B" w14:textId="77777777" w:rsidR="00D93F19" w:rsidRDefault="00D93F19">
      <w:pPr>
        <w:spacing w:after="0" w:line="20" w:lineRule="exact"/>
        <w:rPr>
          <w:rFonts w:hint="eastAsia"/>
        </w:rPr>
      </w:pPr>
    </w:p>
    <w:p w14:paraId="59A913BD" w14:textId="77777777" w:rsidR="00D93F19" w:rsidRDefault="00000000">
      <w:pPr>
        <w:pStyle w:val="Kicker"/>
        <w:pageBreakBefore/>
        <w:rPr>
          <w:rFonts w:hint="eastAsia"/>
        </w:rPr>
      </w:pPr>
      <w:r>
        <w:t>ALLEGATO OPERATIVO • MODELLO AZIENDALE</w:t>
      </w:r>
    </w:p>
    <w:p w14:paraId="466720C3" w14:textId="77777777" w:rsidR="00D93F19" w:rsidRDefault="00000000">
      <w:pPr>
        <w:pStyle w:val="Titolo1"/>
      </w:pPr>
      <w:bookmarkStart w:id="48" w:name="P49"/>
      <w:r>
        <w:t>A09 | Blocchi personali, consegne e ripristino</w:t>
      </w:r>
      <w:bookmarkEnd w:id="48"/>
    </w:p>
    <w:p w14:paraId="7D60B047" w14:textId="77777777" w:rsidR="00D93F19" w:rsidRDefault="00000000">
      <w:pPr>
        <w:pStyle w:val="Small"/>
        <w:rPr>
          <w:rFonts w:hint="eastAsia"/>
        </w:rPr>
      </w:pPr>
      <w:r>
        <w:t>Pratica n. __________________  |  Macchina / matricola __________________  |  Data __________</w:t>
      </w:r>
    </w:p>
    <w:p w14:paraId="01579306" w14:textId="77777777" w:rsidR="00D93F19" w:rsidRDefault="00000000">
      <w:pPr>
        <w:pStyle w:val="Small"/>
        <w:rPr>
          <w:rFonts w:hint="eastAsia"/>
        </w:rPr>
      </w:pPr>
      <w:r>
        <w:t>O: gestione degli isolamenti nel tempo – pagina 2 di 2.</w:t>
      </w:r>
    </w:p>
    <w:p w14:paraId="17B01124" w14:textId="77777777" w:rsidR="00D93F19" w:rsidRDefault="00000000">
      <w:pPr>
        <w:pStyle w:val="Titolo2"/>
      </w:pPr>
      <w:r>
        <w:t>Registro delle persone e dei blocchi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35"/>
        <w:gridCol w:w="2154"/>
        <w:gridCol w:w="2098"/>
        <w:gridCol w:w="2778"/>
      </w:tblGrid>
      <w:tr w:rsidR="00D93F19" w14:paraId="4F3EBC06" w14:textId="77777777">
        <w:trPr>
          <w:cantSplit/>
          <w:tblHeader/>
          <w:jc w:val="center"/>
        </w:trPr>
        <w:tc>
          <w:tcPr>
            <w:tcW w:w="2835" w:type="dxa"/>
            <w:shd w:val="clear" w:color="auto" w:fill="15344B"/>
            <w:vAlign w:val="center"/>
          </w:tcPr>
          <w:p w14:paraId="588E6240" w14:textId="77777777" w:rsidR="00D93F19" w:rsidRDefault="00000000">
            <w:pPr>
              <w:pStyle w:val="TableText"/>
              <w:spacing w:after="30" w:line="245" w:lineRule="auto"/>
              <w:rPr>
                <w:rFonts w:hint="eastAsia"/>
              </w:rPr>
            </w:pPr>
            <w:r>
              <w:rPr>
                <w:b/>
                <w:color w:val="FFFFFF"/>
                <w:sz w:val="18"/>
              </w:rPr>
              <w:t>ADDETTO / IMPRESA</w:t>
            </w:r>
          </w:p>
        </w:tc>
        <w:tc>
          <w:tcPr>
            <w:tcW w:w="2154" w:type="dxa"/>
            <w:shd w:val="clear" w:color="auto" w:fill="15344B"/>
            <w:vAlign w:val="center"/>
          </w:tcPr>
          <w:p w14:paraId="695C243A" w14:textId="77777777" w:rsidR="00D93F19" w:rsidRDefault="00000000">
            <w:pPr>
              <w:pStyle w:val="TableText"/>
              <w:spacing w:after="30" w:line="245" w:lineRule="auto"/>
              <w:rPr>
                <w:rFonts w:hint="eastAsia"/>
              </w:rPr>
            </w:pPr>
            <w:r>
              <w:rPr>
                <w:b/>
                <w:color w:val="FFFFFF"/>
                <w:sz w:val="18"/>
              </w:rPr>
              <w:t>BLOCCO / PUNTO</w:t>
            </w:r>
          </w:p>
        </w:tc>
        <w:tc>
          <w:tcPr>
            <w:tcW w:w="2098" w:type="dxa"/>
            <w:shd w:val="clear" w:color="auto" w:fill="15344B"/>
            <w:vAlign w:val="center"/>
          </w:tcPr>
          <w:p w14:paraId="0EE6A7AE" w14:textId="77777777" w:rsidR="00D93F19" w:rsidRDefault="00000000">
            <w:pPr>
              <w:pStyle w:val="TableText"/>
              <w:spacing w:after="30" w:line="245" w:lineRule="auto"/>
              <w:rPr>
                <w:rFonts w:hint="eastAsia"/>
              </w:rPr>
            </w:pPr>
            <w:r>
              <w:rPr>
                <w:b/>
                <w:color w:val="FFFFFF"/>
                <w:sz w:val="18"/>
              </w:rPr>
              <w:t>APPLICATO DATA/ORA</w:t>
            </w:r>
          </w:p>
        </w:tc>
        <w:tc>
          <w:tcPr>
            <w:tcW w:w="2778" w:type="dxa"/>
            <w:shd w:val="clear" w:color="auto" w:fill="15344B"/>
            <w:vAlign w:val="center"/>
          </w:tcPr>
          <w:p w14:paraId="41BB732F" w14:textId="77777777" w:rsidR="00D93F19" w:rsidRDefault="00000000">
            <w:pPr>
              <w:pStyle w:val="TableText"/>
              <w:spacing w:after="30" w:line="245" w:lineRule="auto"/>
              <w:rPr>
                <w:rFonts w:hint="eastAsia"/>
              </w:rPr>
            </w:pPr>
            <w:r>
              <w:rPr>
                <w:b/>
                <w:color w:val="FFFFFF"/>
                <w:sz w:val="18"/>
              </w:rPr>
              <w:t>RIMOSSO DATA/ORA E FIRMA</w:t>
            </w:r>
          </w:p>
        </w:tc>
      </w:tr>
      <w:tr w:rsidR="00D93F19" w14:paraId="518F2585" w14:textId="77777777">
        <w:trPr>
          <w:cantSplit/>
          <w:trHeight w:val="510"/>
          <w:jc w:val="center"/>
        </w:trPr>
        <w:tc>
          <w:tcPr>
            <w:tcW w:w="2835" w:type="dxa"/>
            <w:shd w:val="clear" w:color="auto" w:fill="F2F6F8"/>
            <w:vAlign w:val="center"/>
          </w:tcPr>
          <w:p w14:paraId="34C005E0" w14:textId="77777777" w:rsidR="00D93F19" w:rsidRDefault="00D93F19">
            <w:pPr>
              <w:pStyle w:val="TableText"/>
              <w:spacing w:after="30" w:line="245" w:lineRule="auto"/>
              <w:rPr>
                <w:rFonts w:hint="eastAsia"/>
              </w:rPr>
            </w:pPr>
          </w:p>
        </w:tc>
        <w:tc>
          <w:tcPr>
            <w:tcW w:w="2154" w:type="dxa"/>
            <w:shd w:val="clear" w:color="auto" w:fill="F2F6F8"/>
            <w:vAlign w:val="center"/>
          </w:tcPr>
          <w:p w14:paraId="45AE3818" w14:textId="77777777" w:rsidR="00D93F19" w:rsidRDefault="00D93F19">
            <w:pPr>
              <w:pStyle w:val="TableText"/>
              <w:spacing w:after="30" w:line="245" w:lineRule="auto"/>
              <w:rPr>
                <w:rFonts w:hint="eastAsia"/>
              </w:rPr>
            </w:pPr>
          </w:p>
        </w:tc>
        <w:tc>
          <w:tcPr>
            <w:tcW w:w="2098" w:type="dxa"/>
            <w:shd w:val="clear" w:color="auto" w:fill="F2F6F8"/>
            <w:vAlign w:val="center"/>
          </w:tcPr>
          <w:p w14:paraId="47AAC2C4" w14:textId="77777777" w:rsidR="00D93F19" w:rsidRDefault="00D93F19">
            <w:pPr>
              <w:pStyle w:val="TableText"/>
              <w:spacing w:after="30" w:line="245" w:lineRule="auto"/>
              <w:rPr>
                <w:rFonts w:hint="eastAsia"/>
              </w:rPr>
            </w:pPr>
          </w:p>
        </w:tc>
        <w:tc>
          <w:tcPr>
            <w:tcW w:w="2778" w:type="dxa"/>
            <w:shd w:val="clear" w:color="auto" w:fill="F2F6F8"/>
            <w:vAlign w:val="center"/>
          </w:tcPr>
          <w:p w14:paraId="7CFEAF11" w14:textId="77777777" w:rsidR="00D93F19" w:rsidRDefault="00D93F19">
            <w:pPr>
              <w:pStyle w:val="TableText"/>
              <w:spacing w:after="30" w:line="245" w:lineRule="auto"/>
              <w:rPr>
                <w:rFonts w:hint="eastAsia"/>
              </w:rPr>
            </w:pPr>
          </w:p>
        </w:tc>
      </w:tr>
      <w:tr w:rsidR="00D93F19" w14:paraId="26378381" w14:textId="77777777">
        <w:trPr>
          <w:cantSplit/>
          <w:trHeight w:val="510"/>
          <w:jc w:val="center"/>
        </w:trPr>
        <w:tc>
          <w:tcPr>
            <w:tcW w:w="2835" w:type="dxa"/>
            <w:vAlign w:val="center"/>
          </w:tcPr>
          <w:p w14:paraId="7B9F5361" w14:textId="77777777" w:rsidR="00D93F19" w:rsidRDefault="00D93F19">
            <w:pPr>
              <w:pStyle w:val="TableText"/>
              <w:spacing w:after="30" w:line="245" w:lineRule="auto"/>
              <w:rPr>
                <w:rFonts w:hint="eastAsia"/>
              </w:rPr>
            </w:pPr>
          </w:p>
        </w:tc>
        <w:tc>
          <w:tcPr>
            <w:tcW w:w="2154" w:type="dxa"/>
            <w:vAlign w:val="center"/>
          </w:tcPr>
          <w:p w14:paraId="2A4E97F1" w14:textId="77777777" w:rsidR="00D93F19" w:rsidRDefault="00D93F19">
            <w:pPr>
              <w:pStyle w:val="TableText"/>
              <w:spacing w:after="30" w:line="245" w:lineRule="auto"/>
              <w:rPr>
                <w:rFonts w:hint="eastAsia"/>
              </w:rPr>
            </w:pPr>
          </w:p>
        </w:tc>
        <w:tc>
          <w:tcPr>
            <w:tcW w:w="2098" w:type="dxa"/>
            <w:vAlign w:val="center"/>
          </w:tcPr>
          <w:p w14:paraId="2427BB04" w14:textId="77777777" w:rsidR="00D93F19" w:rsidRDefault="00D93F19">
            <w:pPr>
              <w:pStyle w:val="TableText"/>
              <w:spacing w:after="30" w:line="245" w:lineRule="auto"/>
              <w:rPr>
                <w:rFonts w:hint="eastAsia"/>
              </w:rPr>
            </w:pPr>
          </w:p>
        </w:tc>
        <w:tc>
          <w:tcPr>
            <w:tcW w:w="2778" w:type="dxa"/>
            <w:vAlign w:val="center"/>
          </w:tcPr>
          <w:p w14:paraId="233E405A" w14:textId="77777777" w:rsidR="00D93F19" w:rsidRDefault="00D93F19">
            <w:pPr>
              <w:pStyle w:val="TableText"/>
              <w:spacing w:after="30" w:line="245" w:lineRule="auto"/>
              <w:rPr>
                <w:rFonts w:hint="eastAsia"/>
              </w:rPr>
            </w:pPr>
          </w:p>
        </w:tc>
      </w:tr>
      <w:tr w:rsidR="00D93F19" w14:paraId="560C4B57" w14:textId="77777777">
        <w:trPr>
          <w:cantSplit/>
          <w:trHeight w:val="510"/>
          <w:jc w:val="center"/>
        </w:trPr>
        <w:tc>
          <w:tcPr>
            <w:tcW w:w="2835" w:type="dxa"/>
            <w:shd w:val="clear" w:color="auto" w:fill="F2F6F8"/>
            <w:vAlign w:val="center"/>
          </w:tcPr>
          <w:p w14:paraId="3ABCB84A" w14:textId="77777777" w:rsidR="00D93F19" w:rsidRDefault="00D93F19">
            <w:pPr>
              <w:pStyle w:val="TableText"/>
              <w:spacing w:after="30" w:line="245" w:lineRule="auto"/>
              <w:rPr>
                <w:rFonts w:hint="eastAsia"/>
              </w:rPr>
            </w:pPr>
          </w:p>
        </w:tc>
        <w:tc>
          <w:tcPr>
            <w:tcW w:w="2154" w:type="dxa"/>
            <w:shd w:val="clear" w:color="auto" w:fill="F2F6F8"/>
            <w:vAlign w:val="center"/>
          </w:tcPr>
          <w:p w14:paraId="74F6D335" w14:textId="77777777" w:rsidR="00D93F19" w:rsidRDefault="00D93F19">
            <w:pPr>
              <w:pStyle w:val="TableText"/>
              <w:spacing w:after="30" w:line="245" w:lineRule="auto"/>
              <w:rPr>
                <w:rFonts w:hint="eastAsia"/>
              </w:rPr>
            </w:pPr>
          </w:p>
        </w:tc>
        <w:tc>
          <w:tcPr>
            <w:tcW w:w="2098" w:type="dxa"/>
            <w:shd w:val="clear" w:color="auto" w:fill="F2F6F8"/>
            <w:vAlign w:val="center"/>
          </w:tcPr>
          <w:p w14:paraId="3C11A0C6" w14:textId="77777777" w:rsidR="00D93F19" w:rsidRDefault="00D93F19">
            <w:pPr>
              <w:pStyle w:val="TableText"/>
              <w:spacing w:after="30" w:line="245" w:lineRule="auto"/>
              <w:rPr>
                <w:rFonts w:hint="eastAsia"/>
              </w:rPr>
            </w:pPr>
          </w:p>
        </w:tc>
        <w:tc>
          <w:tcPr>
            <w:tcW w:w="2778" w:type="dxa"/>
            <w:shd w:val="clear" w:color="auto" w:fill="F2F6F8"/>
            <w:vAlign w:val="center"/>
          </w:tcPr>
          <w:p w14:paraId="0B51A3F9" w14:textId="77777777" w:rsidR="00D93F19" w:rsidRDefault="00D93F19">
            <w:pPr>
              <w:pStyle w:val="TableText"/>
              <w:spacing w:after="30" w:line="245" w:lineRule="auto"/>
              <w:rPr>
                <w:rFonts w:hint="eastAsia"/>
              </w:rPr>
            </w:pPr>
          </w:p>
        </w:tc>
      </w:tr>
      <w:tr w:rsidR="00D93F19" w14:paraId="2EE344C7" w14:textId="77777777">
        <w:trPr>
          <w:cantSplit/>
          <w:trHeight w:val="510"/>
          <w:jc w:val="center"/>
        </w:trPr>
        <w:tc>
          <w:tcPr>
            <w:tcW w:w="2835" w:type="dxa"/>
            <w:vAlign w:val="center"/>
          </w:tcPr>
          <w:p w14:paraId="30B3382D" w14:textId="77777777" w:rsidR="00D93F19" w:rsidRDefault="00D93F19">
            <w:pPr>
              <w:pStyle w:val="TableText"/>
              <w:spacing w:after="30" w:line="245" w:lineRule="auto"/>
              <w:rPr>
                <w:rFonts w:hint="eastAsia"/>
              </w:rPr>
            </w:pPr>
          </w:p>
        </w:tc>
        <w:tc>
          <w:tcPr>
            <w:tcW w:w="2154" w:type="dxa"/>
            <w:vAlign w:val="center"/>
          </w:tcPr>
          <w:p w14:paraId="667EDB94" w14:textId="77777777" w:rsidR="00D93F19" w:rsidRDefault="00D93F19">
            <w:pPr>
              <w:pStyle w:val="TableText"/>
              <w:spacing w:after="30" w:line="245" w:lineRule="auto"/>
              <w:rPr>
                <w:rFonts w:hint="eastAsia"/>
              </w:rPr>
            </w:pPr>
          </w:p>
        </w:tc>
        <w:tc>
          <w:tcPr>
            <w:tcW w:w="2098" w:type="dxa"/>
            <w:vAlign w:val="center"/>
          </w:tcPr>
          <w:p w14:paraId="2BBAB6AD" w14:textId="77777777" w:rsidR="00D93F19" w:rsidRDefault="00D93F19">
            <w:pPr>
              <w:pStyle w:val="TableText"/>
              <w:spacing w:after="30" w:line="245" w:lineRule="auto"/>
              <w:rPr>
                <w:rFonts w:hint="eastAsia"/>
              </w:rPr>
            </w:pPr>
          </w:p>
        </w:tc>
        <w:tc>
          <w:tcPr>
            <w:tcW w:w="2778" w:type="dxa"/>
            <w:vAlign w:val="center"/>
          </w:tcPr>
          <w:p w14:paraId="34FED2A1" w14:textId="77777777" w:rsidR="00D93F19" w:rsidRDefault="00D93F19">
            <w:pPr>
              <w:pStyle w:val="TableText"/>
              <w:spacing w:after="30" w:line="245" w:lineRule="auto"/>
              <w:rPr>
                <w:rFonts w:hint="eastAsia"/>
              </w:rPr>
            </w:pPr>
          </w:p>
        </w:tc>
      </w:tr>
    </w:tbl>
    <w:p w14:paraId="5FD25B69" w14:textId="77777777" w:rsidR="00D93F19" w:rsidRDefault="00D93F19">
      <w:pPr>
        <w:spacing w:after="0" w:line="20" w:lineRule="exact"/>
        <w:rPr>
          <w:rFonts w:hint="eastAsia"/>
        </w:rPr>
      </w:pPr>
    </w:p>
    <w:p w14:paraId="2409B22C" w14:textId="77777777" w:rsidR="00D93F19" w:rsidRDefault="00000000">
      <w:pPr>
        <w:pStyle w:val="Titolo2"/>
      </w:pPr>
      <w:r>
        <w:t>Cambio turno / subentro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236D7836" w14:textId="77777777">
        <w:trPr>
          <w:cantSplit/>
          <w:tblHeader/>
          <w:jc w:val="center"/>
        </w:trPr>
        <w:tc>
          <w:tcPr>
            <w:tcW w:w="2891" w:type="dxa"/>
            <w:shd w:val="clear" w:color="auto" w:fill="15344B"/>
            <w:vAlign w:val="center"/>
          </w:tcPr>
          <w:p w14:paraId="23051276"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14A1EF7E" w14:textId="77777777" w:rsidR="00D93F19" w:rsidRDefault="00000000">
            <w:pPr>
              <w:pStyle w:val="TableText"/>
              <w:spacing w:after="30" w:line="245" w:lineRule="auto"/>
              <w:rPr>
                <w:rFonts w:hint="eastAsia"/>
              </w:rPr>
            </w:pPr>
            <w:r>
              <w:rPr>
                <w:b/>
                <w:color w:val="FFFFFF"/>
              </w:rPr>
              <w:t>COMPILAZIONE</w:t>
            </w:r>
          </w:p>
        </w:tc>
      </w:tr>
      <w:tr w:rsidR="00D93F19" w14:paraId="3D6B5C8B" w14:textId="77777777">
        <w:trPr>
          <w:cantSplit/>
          <w:jc w:val="center"/>
        </w:trPr>
        <w:tc>
          <w:tcPr>
            <w:tcW w:w="2891" w:type="dxa"/>
            <w:shd w:val="clear" w:color="auto" w:fill="F2F6F8"/>
            <w:vAlign w:val="center"/>
          </w:tcPr>
          <w:p w14:paraId="39A97560" w14:textId="77777777" w:rsidR="00D93F19" w:rsidRDefault="00000000">
            <w:pPr>
              <w:pStyle w:val="TableText"/>
              <w:spacing w:after="30" w:line="245" w:lineRule="auto"/>
              <w:rPr>
                <w:rFonts w:hint="eastAsia"/>
              </w:rPr>
            </w:pPr>
            <w:r>
              <w:t>Stato macchina e lavorazioni aperte</w:t>
            </w:r>
          </w:p>
        </w:tc>
        <w:tc>
          <w:tcPr>
            <w:tcW w:w="6973" w:type="dxa"/>
            <w:shd w:val="clear" w:color="auto" w:fill="F2F6F8"/>
            <w:vAlign w:val="center"/>
          </w:tcPr>
          <w:p w14:paraId="3508C1D6" w14:textId="77777777" w:rsidR="00D93F19" w:rsidRDefault="00000000">
            <w:pPr>
              <w:pStyle w:val="TableText"/>
              <w:spacing w:after="30" w:line="245" w:lineRule="auto"/>
              <w:rPr>
                <w:rFonts w:hint="eastAsia"/>
              </w:rPr>
            </w:pPr>
            <w:r>
              <w:t>________________________________________________________</w:t>
            </w:r>
          </w:p>
          <w:p w14:paraId="2C01000A" w14:textId="77777777" w:rsidR="00D93F19" w:rsidRDefault="00000000">
            <w:pPr>
              <w:pStyle w:val="TableText"/>
              <w:spacing w:after="30" w:line="245" w:lineRule="auto"/>
              <w:rPr>
                <w:rFonts w:hint="eastAsia"/>
              </w:rPr>
            </w:pPr>
            <w:r>
              <w:t>________________________________________________________</w:t>
            </w:r>
          </w:p>
        </w:tc>
      </w:tr>
      <w:tr w:rsidR="00D93F19" w14:paraId="59205B47" w14:textId="77777777">
        <w:trPr>
          <w:cantSplit/>
          <w:jc w:val="center"/>
        </w:trPr>
        <w:tc>
          <w:tcPr>
            <w:tcW w:w="2891" w:type="dxa"/>
            <w:vAlign w:val="center"/>
          </w:tcPr>
          <w:p w14:paraId="5ACA2353" w14:textId="77777777" w:rsidR="00D93F19" w:rsidRDefault="00000000">
            <w:pPr>
              <w:pStyle w:val="TableText"/>
              <w:spacing w:after="30" w:line="245" w:lineRule="auto"/>
              <w:rPr>
                <w:rFonts w:hint="eastAsia"/>
              </w:rPr>
            </w:pPr>
            <w:r>
              <w:t>Isolamenti e limiti consegnati</w:t>
            </w:r>
          </w:p>
        </w:tc>
        <w:tc>
          <w:tcPr>
            <w:tcW w:w="6973" w:type="dxa"/>
            <w:vAlign w:val="center"/>
          </w:tcPr>
          <w:p w14:paraId="17BA1766" w14:textId="77777777" w:rsidR="00D93F19" w:rsidRDefault="00000000">
            <w:pPr>
              <w:pStyle w:val="TableText"/>
              <w:spacing w:after="30" w:line="245" w:lineRule="auto"/>
              <w:rPr>
                <w:rFonts w:hint="eastAsia"/>
              </w:rPr>
            </w:pPr>
            <w:r>
              <w:t>________________________________________________________</w:t>
            </w:r>
          </w:p>
        </w:tc>
      </w:tr>
      <w:tr w:rsidR="00D93F19" w14:paraId="275D8D2E" w14:textId="77777777">
        <w:trPr>
          <w:cantSplit/>
          <w:jc w:val="center"/>
        </w:trPr>
        <w:tc>
          <w:tcPr>
            <w:tcW w:w="2891" w:type="dxa"/>
            <w:shd w:val="clear" w:color="auto" w:fill="F2F6F8"/>
            <w:vAlign w:val="center"/>
          </w:tcPr>
          <w:p w14:paraId="495A879D" w14:textId="77777777" w:rsidR="00D93F19" w:rsidRDefault="00000000">
            <w:pPr>
              <w:pStyle w:val="TableText"/>
              <w:spacing w:after="30" w:line="245" w:lineRule="auto"/>
              <w:rPr>
                <w:rFonts w:hint="eastAsia"/>
              </w:rPr>
            </w:pPr>
            <w:r>
              <w:t>Uscente / subentrante / data e ora</w:t>
            </w:r>
          </w:p>
        </w:tc>
        <w:tc>
          <w:tcPr>
            <w:tcW w:w="6973" w:type="dxa"/>
            <w:shd w:val="clear" w:color="auto" w:fill="F2F6F8"/>
            <w:vAlign w:val="center"/>
          </w:tcPr>
          <w:p w14:paraId="31115D31" w14:textId="77777777" w:rsidR="00D93F19" w:rsidRDefault="00000000">
            <w:pPr>
              <w:pStyle w:val="TableText"/>
              <w:spacing w:after="30" w:line="245" w:lineRule="auto"/>
              <w:rPr>
                <w:rFonts w:hint="eastAsia"/>
              </w:rPr>
            </w:pPr>
            <w:r>
              <w:t>________________________________________________________</w:t>
            </w:r>
          </w:p>
          <w:p w14:paraId="0230DB66" w14:textId="77777777" w:rsidR="00D93F19" w:rsidRDefault="00000000">
            <w:pPr>
              <w:pStyle w:val="TableText"/>
              <w:spacing w:after="30" w:line="245" w:lineRule="auto"/>
              <w:rPr>
                <w:rFonts w:hint="eastAsia"/>
              </w:rPr>
            </w:pPr>
            <w:r>
              <w:t>Firme ___________________________________________________</w:t>
            </w:r>
          </w:p>
        </w:tc>
      </w:tr>
    </w:tbl>
    <w:p w14:paraId="4AFDEF3C" w14:textId="77777777" w:rsidR="00D93F19" w:rsidRDefault="00D93F19">
      <w:pPr>
        <w:spacing w:after="0" w:line="20" w:lineRule="exact"/>
        <w:rPr>
          <w:rFonts w:hint="eastAsia"/>
        </w:rPr>
      </w:pPr>
    </w:p>
    <w:p w14:paraId="0ACFB342" w14:textId="77777777" w:rsidR="00D93F19" w:rsidRDefault="00000000">
      <w:pPr>
        <w:pStyle w:val="Titolo2"/>
      </w:pPr>
      <w:r>
        <w:t>Eventuale rialimentazione temporanea per prove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288"/>
        <w:gridCol w:w="3288"/>
        <w:gridCol w:w="3288"/>
      </w:tblGrid>
      <w:tr w:rsidR="00D93F19" w14:paraId="69A6F234" w14:textId="77777777">
        <w:trPr>
          <w:cantSplit/>
          <w:tblHeader/>
          <w:jc w:val="center"/>
        </w:trPr>
        <w:tc>
          <w:tcPr>
            <w:tcW w:w="3288" w:type="dxa"/>
            <w:shd w:val="clear" w:color="auto" w:fill="15344B"/>
            <w:vAlign w:val="center"/>
          </w:tcPr>
          <w:p w14:paraId="5D1C9203" w14:textId="77777777" w:rsidR="00D93F19" w:rsidRDefault="00000000">
            <w:pPr>
              <w:pStyle w:val="TableText"/>
              <w:spacing w:after="30" w:line="245" w:lineRule="auto"/>
              <w:rPr>
                <w:rFonts w:hint="eastAsia"/>
              </w:rPr>
            </w:pPr>
            <w:r>
              <w:rPr>
                <w:b/>
                <w:color w:val="FFFFFF"/>
                <w:sz w:val="18"/>
              </w:rPr>
              <w:t>PIANO PROVE / AUTORIZZAZIONE</w:t>
            </w:r>
          </w:p>
        </w:tc>
        <w:tc>
          <w:tcPr>
            <w:tcW w:w="3288" w:type="dxa"/>
            <w:shd w:val="clear" w:color="auto" w:fill="15344B"/>
            <w:vAlign w:val="center"/>
          </w:tcPr>
          <w:p w14:paraId="2C1A6F48" w14:textId="77777777" w:rsidR="00D93F19" w:rsidRDefault="00000000">
            <w:pPr>
              <w:pStyle w:val="TableText"/>
              <w:spacing w:after="30" w:line="245" w:lineRule="auto"/>
              <w:rPr>
                <w:rFonts w:hint="eastAsia"/>
              </w:rPr>
            </w:pPr>
            <w:r>
              <w:rPr>
                <w:b/>
                <w:color w:val="FFFFFF"/>
                <w:sz w:val="18"/>
              </w:rPr>
              <w:t>PERSONE FUORI ZONA / BLOCCHI GESTITI</w:t>
            </w:r>
          </w:p>
        </w:tc>
        <w:tc>
          <w:tcPr>
            <w:tcW w:w="3288" w:type="dxa"/>
            <w:shd w:val="clear" w:color="auto" w:fill="15344B"/>
            <w:vAlign w:val="center"/>
          </w:tcPr>
          <w:p w14:paraId="0D2BF01B" w14:textId="77777777" w:rsidR="00D93F19" w:rsidRDefault="00000000">
            <w:pPr>
              <w:pStyle w:val="TableText"/>
              <w:spacing w:after="30" w:line="245" w:lineRule="auto"/>
              <w:rPr>
                <w:rFonts w:hint="eastAsia"/>
              </w:rPr>
            </w:pPr>
            <w:r>
              <w:rPr>
                <w:b/>
                <w:color w:val="FFFFFF"/>
                <w:sz w:val="18"/>
              </w:rPr>
              <w:t>RIPRISTINO ISOLAMENTO E VERIFICA</w:t>
            </w:r>
          </w:p>
        </w:tc>
      </w:tr>
      <w:tr w:rsidR="00D93F19" w14:paraId="7404D7AF" w14:textId="77777777">
        <w:trPr>
          <w:cantSplit/>
          <w:trHeight w:val="567"/>
          <w:jc w:val="center"/>
        </w:trPr>
        <w:tc>
          <w:tcPr>
            <w:tcW w:w="3288" w:type="dxa"/>
            <w:shd w:val="clear" w:color="auto" w:fill="F2F6F8"/>
            <w:vAlign w:val="center"/>
          </w:tcPr>
          <w:p w14:paraId="44A6B026" w14:textId="77777777" w:rsidR="00D93F19" w:rsidRDefault="00D93F19">
            <w:pPr>
              <w:pStyle w:val="TableText"/>
              <w:spacing w:after="30" w:line="245" w:lineRule="auto"/>
              <w:rPr>
                <w:rFonts w:hint="eastAsia"/>
              </w:rPr>
            </w:pPr>
          </w:p>
        </w:tc>
        <w:tc>
          <w:tcPr>
            <w:tcW w:w="3288" w:type="dxa"/>
            <w:shd w:val="clear" w:color="auto" w:fill="F2F6F8"/>
            <w:vAlign w:val="center"/>
          </w:tcPr>
          <w:p w14:paraId="49C073ED" w14:textId="77777777" w:rsidR="00D93F19" w:rsidRDefault="00D93F19">
            <w:pPr>
              <w:pStyle w:val="TableText"/>
              <w:spacing w:after="30" w:line="245" w:lineRule="auto"/>
              <w:rPr>
                <w:rFonts w:hint="eastAsia"/>
              </w:rPr>
            </w:pPr>
          </w:p>
        </w:tc>
        <w:tc>
          <w:tcPr>
            <w:tcW w:w="3288" w:type="dxa"/>
            <w:shd w:val="clear" w:color="auto" w:fill="F2F6F8"/>
            <w:vAlign w:val="center"/>
          </w:tcPr>
          <w:p w14:paraId="772C27EE" w14:textId="77777777" w:rsidR="00D93F19" w:rsidRDefault="00D93F19">
            <w:pPr>
              <w:pStyle w:val="TableText"/>
              <w:spacing w:after="30" w:line="245" w:lineRule="auto"/>
              <w:rPr>
                <w:rFonts w:hint="eastAsia"/>
              </w:rPr>
            </w:pPr>
          </w:p>
        </w:tc>
      </w:tr>
      <w:tr w:rsidR="00D93F19" w14:paraId="6C56C59D" w14:textId="77777777">
        <w:trPr>
          <w:cantSplit/>
          <w:trHeight w:val="567"/>
          <w:jc w:val="center"/>
        </w:trPr>
        <w:tc>
          <w:tcPr>
            <w:tcW w:w="3288" w:type="dxa"/>
            <w:vAlign w:val="center"/>
          </w:tcPr>
          <w:p w14:paraId="78D34916" w14:textId="77777777" w:rsidR="00D93F19" w:rsidRDefault="00D93F19">
            <w:pPr>
              <w:pStyle w:val="TableText"/>
              <w:spacing w:after="30" w:line="245" w:lineRule="auto"/>
              <w:rPr>
                <w:rFonts w:hint="eastAsia"/>
              </w:rPr>
            </w:pPr>
          </w:p>
        </w:tc>
        <w:tc>
          <w:tcPr>
            <w:tcW w:w="3288" w:type="dxa"/>
            <w:vAlign w:val="center"/>
          </w:tcPr>
          <w:p w14:paraId="5CA7BC37" w14:textId="77777777" w:rsidR="00D93F19" w:rsidRDefault="00D93F19">
            <w:pPr>
              <w:pStyle w:val="TableText"/>
              <w:spacing w:after="30" w:line="245" w:lineRule="auto"/>
              <w:rPr>
                <w:rFonts w:hint="eastAsia"/>
              </w:rPr>
            </w:pPr>
          </w:p>
        </w:tc>
        <w:tc>
          <w:tcPr>
            <w:tcW w:w="3288" w:type="dxa"/>
            <w:vAlign w:val="center"/>
          </w:tcPr>
          <w:p w14:paraId="29EC6120" w14:textId="77777777" w:rsidR="00D93F19" w:rsidRDefault="00D93F19">
            <w:pPr>
              <w:pStyle w:val="TableText"/>
              <w:spacing w:after="30" w:line="245" w:lineRule="auto"/>
              <w:rPr>
                <w:rFonts w:hint="eastAsia"/>
              </w:rPr>
            </w:pPr>
          </w:p>
        </w:tc>
      </w:tr>
    </w:tbl>
    <w:p w14:paraId="57E812B1" w14:textId="77777777" w:rsidR="00D93F19" w:rsidRDefault="00D93F19">
      <w:pPr>
        <w:spacing w:after="0" w:line="20" w:lineRule="exact"/>
        <w:rPr>
          <w:rFonts w:hint="eastAsia"/>
        </w:rPr>
      </w:pPr>
    </w:p>
    <w:p w14:paraId="7D21F779" w14:textId="77777777" w:rsidR="00D93F19" w:rsidRDefault="00000000">
      <w:pPr>
        <w:pStyle w:val="Titolo2"/>
      </w:pPr>
      <w:r>
        <w:t>Ripristino definitivo</w:t>
      </w:r>
    </w:p>
    <w:p w14:paraId="1B1FE1BC" w14:textId="77777777" w:rsidR="00D93F19" w:rsidRDefault="00000000">
      <w:pPr>
        <w:rPr>
          <w:rFonts w:hint="eastAsia"/>
        </w:rPr>
      </w:pPr>
      <w:r>
        <w:t>□ Tutti gli addetti fuori dalle zone pericolose  □ Attività concluse  □ Ripari ripristinati</w:t>
      </w:r>
      <w:r>
        <w:br/>
        <w:t>□ Rimozione attrezzi e sostegni secondo piano  □ Blocchi rimossi dai titolari secondo procedura</w:t>
      </w:r>
      <w:r>
        <w:br/>
        <w:t>□ Informazione alle persone interessate  □ Autorizzazione alla rialimentazione rilasciata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3D46ADAE" w14:textId="77777777">
        <w:trPr>
          <w:cantSplit/>
          <w:tblHeader/>
          <w:jc w:val="center"/>
        </w:trPr>
        <w:tc>
          <w:tcPr>
            <w:tcW w:w="3515" w:type="dxa"/>
            <w:shd w:val="clear" w:color="auto" w:fill="15344B"/>
            <w:vAlign w:val="center"/>
          </w:tcPr>
          <w:p w14:paraId="312397AE"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3D7EB265"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408EB1C5" w14:textId="77777777" w:rsidR="00D93F19" w:rsidRDefault="00000000">
            <w:pPr>
              <w:pStyle w:val="TableText"/>
              <w:spacing w:after="30" w:line="245" w:lineRule="auto"/>
              <w:rPr>
                <w:rFonts w:hint="eastAsia"/>
              </w:rPr>
            </w:pPr>
            <w:r>
              <w:rPr>
                <w:b/>
                <w:color w:val="FFFFFF"/>
                <w:sz w:val="18"/>
              </w:rPr>
              <w:t>DATA E FIRMA</w:t>
            </w:r>
          </w:p>
        </w:tc>
      </w:tr>
      <w:tr w:rsidR="00D93F19" w14:paraId="081334E1" w14:textId="77777777">
        <w:trPr>
          <w:cantSplit/>
          <w:jc w:val="center"/>
        </w:trPr>
        <w:tc>
          <w:tcPr>
            <w:tcW w:w="3515" w:type="dxa"/>
            <w:shd w:val="clear" w:color="auto" w:fill="F2F6F8"/>
            <w:vAlign w:val="center"/>
          </w:tcPr>
          <w:p w14:paraId="5B81C141" w14:textId="77777777" w:rsidR="00D93F19" w:rsidRDefault="00000000">
            <w:pPr>
              <w:pStyle w:val="TableText"/>
              <w:spacing w:after="30" w:line="245" w:lineRule="auto"/>
              <w:rPr>
                <w:rFonts w:hint="eastAsia"/>
              </w:rPr>
            </w:pPr>
            <w:r>
              <w:rPr>
                <w:sz w:val="18"/>
              </w:rPr>
              <w:t>Coordinatore del ripristino</w:t>
            </w:r>
          </w:p>
        </w:tc>
        <w:tc>
          <w:tcPr>
            <w:tcW w:w="3175" w:type="dxa"/>
            <w:shd w:val="clear" w:color="auto" w:fill="F2F6F8"/>
            <w:vAlign w:val="center"/>
          </w:tcPr>
          <w:p w14:paraId="1BDFBAAD"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71092D13" w14:textId="77777777" w:rsidR="00D93F19" w:rsidRDefault="00000000">
            <w:pPr>
              <w:pStyle w:val="TableText"/>
              <w:spacing w:after="30" w:line="245" w:lineRule="auto"/>
              <w:rPr>
                <w:rFonts w:hint="eastAsia"/>
              </w:rPr>
            </w:pPr>
            <w:r>
              <w:rPr>
                <w:sz w:val="18"/>
              </w:rPr>
              <w:t>_____________________</w:t>
            </w:r>
          </w:p>
        </w:tc>
      </w:tr>
      <w:tr w:rsidR="00D93F19" w14:paraId="3F483465" w14:textId="77777777">
        <w:trPr>
          <w:cantSplit/>
          <w:jc w:val="center"/>
        </w:trPr>
        <w:tc>
          <w:tcPr>
            <w:tcW w:w="3515" w:type="dxa"/>
            <w:vAlign w:val="center"/>
          </w:tcPr>
          <w:p w14:paraId="63E062B2" w14:textId="77777777" w:rsidR="00D93F19" w:rsidRDefault="00000000">
            <w:pPr>
              <w:pStyle w:val="TableText"/>
              <w:spacing w:after="30" w:line="245" w:lineRule="auto"/>
              <w:rPr>
                <w:rFonts w:hint="eastAsia"/>
              </w:rPr>
            </w:pPr>
            <w:r>
              <w:rPr>
                <w:sz w:val="18"/>
              </w:rPr>
              <w:t>Referente dell’utilizzatore</w:t>
            </w:r>
          </w:p>
        </w:tc>
        <w:tc>
          <w:tcPr>
            <w:tcW w:w="3175" w:type="dxa"/>
            <w:vAlign w:val="center"/>
          </w:tcPr>
          <w:p w14:paraId="32372107"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07FAE5A2" w14:textId="77777777" w:rsidR="00D93F19" w:rsidRDefault="00000000">
            <w:pPr>
              <w:pStyle w:val="TableText"/>
              <w:spacing w:after="30" w:line="245" w:lineRule="auto"/>
              <w:rPr>
                <w:rFonts w:hint="eastAsia"/>
              </w:rPr>
            </w:pPr>
            <w:r>
              <w:rPr>
                <w:sz w:val="18"/>
              </w:rPr>
              <w:t>_____________________</w:t>
            </w:r>
          </w:p>
        </w:tc>
      </w:tr>
    </w:tbl>
    <w:p w14:paraId="500ED78A"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29BD9CC7" w14:textId="77777777">
        <w:trPr>
          <w:cantSplit/>
        </w:trPr>
        <w:tc>
          <w:tcPr>
            <w:tcW w:w="9866" w:type="dxa"/>
            <w:shd w:val="clear" w:color="auto" w:fill="FFF5E2"/>
            <w:vAlign w:val="center"/>
          </w:tcPr>
          <w:p w14:paraId="646FA298" w14:textId="77777777" w:rsidR="00D93F19" w:rsidRDefault="00000000">
            <w:pPr>
              <w:pStyle w:val="TableText"/>
              <w:spacing w:after="30" w:line="245" w:lineRule="auto"/>
              <w:rPr>
                <w:rFonts w:hint="eastAsia"/>
              </w:rPr>
            </w:pPr>
            <w:r>
              <w:rPr>
                <w:color w:val="A53435"/>
              </w:rPr>
              <w:t>La rimozione dei blocchi non coincide con la rimessa in servizio: resta necessario completare il punto G4 e il modulo A17. Nessuna rimozione di un blocco altrui per esigenze produttive.</w:t>
            </w:r>
          </w:p>
        </w:tc>
      </w:tr>
    </w:tbl>
    <w:p w14:paraId="6A3445EC" w14:textId="77777777" w:rsidR="00D93F19" w:rsidRDefault="00D93F19">
      <w:pPr>
        <w:spacing w:after="0" w:line="20" w:lineRule="exact"/>
        <w:rPr>
          <w:rFonts w:hint="eastAsia"/>
        </w:rPr>
      </w:pPr>
    </w:p>
    <w:p w14:paraId="726B6172" w14:textId="77777777" w:rsidR="00D93F19" w:rsidRDefault="00000000">
      <w:pPr>
        <w:pStyle w:val="Kicker"/>
        <w:pageBreakBefore/>
        <w:rPr>
          <w:rFonts w:hint="eastAsia"/>
        </w:rPr>
      </w:pPr>
      <w:r>
        <w:t>ALLEGATO OPERATIVO • MODELLO AZIENDALE</w:t>
      </w:r>
    </w:p>
    <w:p w14:paraId="1C865624" w14:textId="77777777" w:rsidR="00D93F19" w:rsidRDefault="00000000">
      <w:pPr>
        <w:pStyle w:val="Titolo1"/>
      </w:pPr>
      <w:bookmarkStart w:id="49" w:name="P50"/>
      <w:r>
        <w:t>A10 | Giornale lavori e gestione delle varianti</w:t>
      </w:r>
      <w:bookmarkEnd w:id="49"/>
    </w:p>
    <w:p w14:paraId="68A36324" w14:textId="77777777" w:rsidR="00D93F19" w:rsidRDefault="00000000">
      <w:pPr>
        <w:pStyle w:val="Small"/>
        <w:rPr>
          <w:rFonts w:hint="eastAsia"/>
        </w:rPr>
      </w:pPr>
      <w:r>
        <w:t>Pratica n. __________________  |  Macchina / matricola __________________  |  Data __________</w:t>
      </w:r>
    </w:p>
    <w:p w14:paraId="5F1F4188" w14:textId="77777777" w:rsidR="00D93F19" w:rsidRDefault="00000000">
      <w:pPr>
        <w:pStyle w:val="Small"/>
        <w:rPr>
          <w:rFonts w:hint="eastAsia"/>
        </w:rPr>
      </w:pPr>
      <w:r>
        <w:t>F: INAIL 2026, p. 12. O: registrazione esecutiva e controllo degli scostamenti.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07CE709F" w14:textId="77777777">
        <w:trPr>
          <w:cantSplit/>
          <w:tblHeader/>
          <w:jc w:val="center"/>
        </w:trPr>
        <w:tc>
          <w:tcPr>
            <w:tcW w:w="2891" w:type="dxa"/>
            <w:shd w:val="clear" w:color="auto" w:fill="15344B"/>
            <w:vAlign w:val="center"/>
          </w:tcPr>
          <w:p w14:paraId="4D21D5FF"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261B7E71" w14:textId="77777777" w:rsidR="00D93F19" w:rsidRDefault="00000000">
            <w:pPr>
              <w:pStyle w:val="TableText"/>
              <w:spacing w:after="30" w:line="245" w:lineRule="auto"/>
              <w:rPr>
                <w:rFonts w:hint="eastAsia"/>
              </w:rPr>
            </w:pPr>
            <w:r>
              <w:rPr>
                <w:b/>
                <w:color w:val="FFFFFF"/>
              </w:rPr>
              <w:t>COMPILAZIONE</w:t>
            </w:r>
          </w:p>
        </w:tc>
      </w:tr>
      <w:tr w:rsidR="00D93F19" w14:paraId="1E559423" w14:textId="77777777">
        <w:trPr>
          <w:cantSplit/>
          <w:jc w:val="center"/>
        </w:trPr>
        <w:tc>
          <w:tcPr>
            <w:tcW w:w="2891" w:type="dxa"/>
            <w:shd w:val="clear" w:color="auto" w:fill="F2F6F8"/>
            <w:vAlign w:val="center"/>
          </w:tcPr>
          <w:p w14:paraId="15C346C0" w14:textId="77777777" w:rsidR="00D93F19" w:rsidRDefault="00000000">
            <w:pPr>
              <w:pStyle w:val="TableText"/>
              <w:spacing w:after="30" w:line="245" w:lineRule="auto"/>
              <w:rPr>
                <w:rFonts w:hint="eastAsia"/>
              </w:rPr>
            </w:pPr>
            <w:r>
              <w:t>Squadra / impresa / preposto</w:t>
            </w:r>
          </w:p>
        </w:tc>
        <w:tc>
          <w:tcPr>
            <w:tcW w:w="6973" w:type="dxa"/>
            <w:shd w:val="clear" w:color="auto" w:fill="F2F6F8"/>
            <w:vAlign w:val="center"/>
          </w:tcPr>
          <w:p w14:paraId="7F7DF60F" w14:textId="77777777" w:rsidR="00D93F19" w:rsidRDefault="00000000">
            <w:pPr>
              <w:pStyle w:val="TableText"/>
              <w:spacing w:after="30" w:line="245" w:lineRule="auto"/>
              <w:rPr>
                <w:rFonts w:hint="eastAsia"/>
              </w:rPr>
            </w:pPr>
            <w:r>
              <w:t>________________________________________________________</w:t>
            </w:r>
          </w:p>
        </w:tc>
      </w:tr>
      <w:tr w:rsidR="00D93F19" w14:paraId="72CCFE1C" w14:textId="77777777">
        <w:trPr>
          <w:cantSplit/>
          <w:jc w:val="center"/>
        </w:trPr>
        <w:tc>
          <w:tcPr>
            <w:tcW w:w="2891" w:type="dxa"/>
            <w:vAlign w:val="center"/>
          </w:tcPr>
          <w:p w14:paraId="5420D1C3" w14:textId="77777777" w:rsidR="00D93F19" w:rsidRDefault="00000000">
            <w:pPr>
              <w:pStyle w:val="TableText"/>
              <w:spacing w:after="30" w:line="245" w:lineRule="auto"/>
              <w:rPr>
                <w:rFonts w:hint="eastAsia"/>
              </w:rPr>
            </w:pPr>
            <w:r>
              <w:t>Istruzioni esecutive utilizzate</w:t>
            </w:r>
          </w:p>
        </w:tc>
        <w:tc>
          <w:tcPr>
            <w:tcW w:w="6973" w:type="dxa"/>
            <w:vAlign w:val="center"/>
          </w:tcPr>
          <w:p w14:paraId="0A1C17E2" w14:textId="77777777" w:rsidR="00D93F19" w:rsidRDefault="00000000">
            <w:pPr>
              <w:pStyle w:val="TableText"/>
              <w:spacing w:after="30" w:line="245" w:lineRule="auto"/>
              <w:rPr>
                <w:rFonts w:hint="eastAsia"/>
              </w:rPr>
            </w:pPr>
            <w:r>
              <w:t>Documento ___________________________ revisione ______________</w:t>
            </w:r>
          </w:p>
        </w:tc>
      </w:tr>
    </w:tbl>
    <w:p w14:paraId="3D3D5D2D"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701"/>
        <w:gridCol w:w="6123"/>
        <w:gridCol w:w="2041"/>
      </w:tblGrid>
      <w:tr w:rsidR="00D93F19" w14:paraId="30E691DF" w14:textId="77777777">
        <w:trPr>
          <w:cantSplit/>
          <w:tblHeader/>
          <w:jc w:val="center"/>
        </w:trPr>
        <w:tc>
          <w:tcPr>
            <w:tcW w:w="1701" w:type="dxa"/>
            <w:shd w:val="clear" w:color="auto" w:fill="15344B"/>
            <w:vAlign w:val="center"/>
          </w:tcPr>
          <w:p w14:paraId="762C5B7D" w14:textId="77777777" w:rsidR="00D93F19" w:rsidRDefault="00000000">
            <w:pPr>
              <w:pStyle w:val="TableText"/>
              <w:spacing w:after="30" w:line="245" w:lineRule="auto"/>
              <w:rPr>
                <w:rFonts w:hint="eastAsia"/>
              </w:rPr>
            </w:pPr>
            <w:r>
              <w:rPr>
                <w:b/>
                <w:color w:val="FFFFFF"/>
              </w:rPr>
              <w:t>DATA / ORA</w:t>
            </w:r>
          </w:p>
        </w:tc>
        <w:tc>
          <w:tcPr>
            <w:tcW w:w="6123" w:type="dxa"/>
            <w:shd w:val="clear" w:color="auto" w:fill="15344B"/>
            <w:vAlign w:val="center"/>
          </w:tcPr>
          <w:p w14:paraId="1EBEC9F1" w14:textId="77777777" w:rsidR="00D93F19" w:rsidRDefault="00000000">
            <w:pPr>
              <w:pStyle w:val="TableText"/>
              <w:spacing w:after="30" w:line="245" w:lineRule="auto"/>
              <w:rPr>
                <w:rFonts w:hint="eastAsia"/>
              </w:rPr>
            </w:pPr>
            <w:r>
              <w:rPr>
                <w:b/>
                <w:color w:val="FFFFFF"/>
              </w:rPr>
              <w:t>OPERAZIONI ESEGUITE / CONTROLLI INTERMEDI</w:t>
            </w:r>
          </w:p>
        </w:tc>
        <w:tc>
          <w:tcPr>
            <w:tcW w:w="2041" w:type="dxa"/>
            <w:shd w:val="clear" w:color="auto" w:fill="15344B"/>
            <w:vAlign w:val="center"/>
          </w:tcPr>
          <w:p w14:paraId="1855DC06" w14:textId="77777777" w:rsidR="00D93F19" w:rsidRDefault="00000000">
            <w:pPr>
              <w:pStyle w:val="TableText"/>
              <w:spacing w:after="30" w:line="245" w:lineRule="auto"/>
              <w:rPr>
                <w:rFonts w:hint="eastAsia"/>
              </w:rPr>
            </w:pPr>
            <w:r>
              <w:rPr>
                <w:b/>
                <w:color w:val="FFFFFF"/>
              </w:rPr>
              <w:t>ADDETTO / FIRMA</w:t>
            </w:r>
          </w:p>
        </w:tc>
      </w:tr>
      <w:tr w:rsidR="00D93F19" w14:paraId="4DB72600" w14:textId="77777777">
        <w:trPr>
          <w:cantSplit/>
          <w:trHeight w:val="680"/>
          <w:jc w:val="center"/>
        </w:trPr>
        <w:tc>
          <w:tcPr>
            <w:tcW w:w="1701" w:type="dxa"/>
            <w:shd w:val="clear" w:color="auto" w:fill="F2F6F8"/>
            <w:vAlign w:val="center"/>
          </w:tcPr>
          <w:p w14:paraId="1876DAA0" w14:textId="77777777" w:rsidR="00D93F19" w:rsidRDefault="00D93F19">
            <w:pPr>
              <w:pStyle w:val="TableText"/>
              <w:spacing w:after="30" w:line="245" w:lineRule="auto"/>
              <w:rPr>
                <w:rFonts w:hint="eastAsia"/>
              </w:rPr>
            </w:pPr>
          </w:p>
        </w:tc>
        <w:tc>
          <w:tcPr>
            <w:tcW w:w="6123" w:type="dxa"/>
            <w:shd w:val="clear" w:color="auto" w:fill="F2F6F8"/>
            <w:vAlign w:val="center"/>
          </w:tcPr>
          <w:p w14:paraId="22ADF1F6" w14:textId="77777777" w:rsidR="00D93F19" w:rsidRDefault="00D93F19">
            <w:pPr>
              <w:pStyle w:val="TableText"/>
              <w:spacing w:after="30" w:line="245" w:lineRule="auto"/>
              <w:rPr>
                <w:rFonts w:hint="eastAsia"/>
              </w:rPr>
            </w:pPr>
          </w:p>
        </w:tc>
        <w:tc>
          <w:tcPr>
            <w:tcW w:w="2041" w:type="dxa"/>
            <w:shd w:val="clear" w:color="auto" w:fill="F2F6F8"/>
            <w:vAlign w:val="center"/>
          </w:tcPr>
          <w:p w14:paraId="062828F0" w14:textId="77777777" w:rsidR="00D93F19" w:rsidRDefault="00D93F19">
            <w:pPr>
              <w:pStyle w:val="TableText"/>
              <w:spacing w:after="30" w:line="245" w:lineRule="auto"/>
              <w:rPr>
                <w:rFonts w:hint="eastAsia"/>
              </w:rPr>
            </w:pPr>
          </w:p>
        </w:tc>
      </w:tr>
      <w:tr w:rsidR="00D93F19" w14:paraId="0258E435" w14:textId="77777777">
        <w:trPr>
          <w:cantSplit/>
          <w:trHeight w:val="680"/>
          <w:jc w:val="center"/>
        </w:trPr>
        <w:tc>
          <w:tcPr>
            <w:tcW w:w="1701" w:type="dxa"/>
            <w:vAlign w:val="center"/>
          </w:tcPr>
          <w:p w14:paraId="0639AB4A" w14:textId="77777777" w:rsidR="00D93F19" w:rsidRDefault="00D93F19">
            <w:pPr>
              <w:pStyle w:val="TableText"/>
              <w:spacing w:after="30" w:line="245" w:lineRule="auto"/>
              <w:rPr>
                <w:rFonts w:hint="eastAsia"/>
              </w:rPr>
            </w:pPr>
          </w:p>
        </w:tc>
        <w:tc>
          <w:tcPr>
            <w:tcW w:w="6123" w:type="dxa"/>
            <w:vAlign w:val="center"/>
          </w:tcPr>
          <w:p w14:paraId="6D6CEED3" w14:textId="77777777" w:rsidR="00D93F19" w:rsidRDefault="00D93F19">
            <w:pPr>
              <w:pStyle w:val="TableText"/>
              <w:spacing w:after="30" w:line="245" w:lineRule="auto"/>
              <w:rPr>
                <w:rFonts w:hint="eastAsia"/>
              </w:rPr>
            </w:pPr>
          </w:p>
        </w:tc>
        <w:tc>
          <w:tcPr>
            <w:tcW w:w="2041" w:type="dxa"/>
            <w:vAlign w:val="center"/>
          </w:tcPr>
          <w:p w14:paraId="071316A8" w14:textId="77777777" w:rsidR="00D93F19" w:rsidRDefault="00D93F19">
            <w:pPr>
              <w:pStyle w:val="TableText"/>
              <w:spacing w:after="30" w:line="245" w:lineRule="auto"/>
              <w:rPr>
                <w:rFonts w:hint="eastAsia"/>
              </w:rPr>
            </w:pPr>
          </w:p>
        </w:tc>
      </w:tr>
      <w:tr w:rsidR="00D93F19" w14:paraId="08DAAD2D" w14:textId="77777777">
        <w:trPr>
          <w:cantSplit/>
          <w:trHeight w:val="680"/>
          <w:jc w:val="center"/>
        </w:trPr>
        <w:tc>
          <w:tcPr>
            <w:tcW w:w="1701" w:type="dxa"/>
            <w:shd w:val="clear" w:color="auto" w:fill="F2F6F8"/>
            <w:vAlign w:val="center"/>
          </w:tcPr>
          <w:p w14:paraId="27376912" w14:textId="77777777" w:rsidR="00D93F19" w:rsidRDefault="00D93F19">
            <w:pPr>
              <w:pStyle w:val="TableText"/>
              <w:spacing w:after="30" w:line="245" w:lineRule="auto"/>
              <w:rPr>
                <w:rFonts w:hint="eastAsia"/>
              </w:rPr>
            </w:pPr>
          </w:p>
        </w:tc>
        <w:tc>
          <w:tcPr>
            <w:tcW w:w="6123" w:type="dxa"/>
            <w:shd w:val="clear" w:color="auto" w:fill="F2F6F8"/>
            <w:vAlign w:val="center"/>
          </w:tcPr>
          <w:p w14:paraId="13C6AAA4" w14:textId="77777777" w:rsidR="00D93F19" w:rsidRDefault="00D93F19">
            <w:pPr>
              <w:pStyle w:val="TableText"/>
              <w:spacing w:after="30" w:line="245" w:lineRule="auto"/>
              <w:rPr>
                <w:rFonts w:hint="eastAsia"/>
              </w:rPr>
            </w:pPr>
          </w:p>
        </w:tc>
        <w:tc>
          <w:tcPr>
            <w:tcW w:w="2041" w:type="dxa"/>
            <w:shd w:val="clear" w:color="auto" w:fill="F2F6F8"/>
            <w:vAlign w:val="center"/>
          </w:tcPr>
          <w:p w14:paraId="478D0A8D" w14:textId="77777777" w:rsidR="00D93F19" w:rsidRDefault="00D93F19">
            <w:pPr>
              <w:pStyle w:val="TableText"/>
              <w:spacing w:after="30" w:line="245" w:lineRule="auto"/>
              <w:rPr>
                <w:rFonts w:hint="eastAsia"/>
              </w:rPr>
            </w:pPr>
          </w:p>
        </w:tc>
      </w:tr>
      <w:tr w:rsidR="00D93F19" w14:paraId="0B14D919" w14:textId="77777777">
        <w:trPr>
          <w:cantSplit/>
          <w:trHeight w:val="680"/>
          <w:jc w:val="center"/>
        </w:trPr>
        <w:tc>
          <w:tcPr>
            <w:tcW w:w="1701" w:type="dxa"/>
            <w:vAlign w:val="center"/>
          </w:tcPr>
          <w:p w14:paraId="483244AE" w14:textId="77777777" w:rsidR="00D93F19" w:rsidRDefault="00D93F19">
            <w:pPr>
              <w:pStyle w:val="TableText"/>
              <w:spacing w:after="30" w:line="245" w:lineRule="auto"/>
              <w:rPr>
                <w:rFonts w:hint="eastAsia"/>
              </w:rPr>
            </w:pPr>
          </w:p>
        </w:tc>
        <w:tc>
          <w:tcPr>
            <w:tcW w:w="6123" w:type="dxa"/>
            <w:vAlign w:val="center"/>
          </w:tcPr>
          <w:p w14:paraId="4B819CEE" w14:textId="77777777" w:rsidR="00D93F19" w:rsidRDefault="00D93F19">
            <w:pPr>
              <w:pStyle w:val="TableText"/>
              <w:spacing w:after="30" w:line="245" w:lineRule="auto"/>
              <w:rPr>
                <w:rFonts w:hint="eastAsia"/>
              </w:rPr>
            </w:pPr>
          </w:p>
        </w:tc>
        <w:tc>
          <w:tcPr>
            <w:tcW w:w="2041" w:type="dxa"/>
            <w:vAlign w:val="center"/>
          </w:tcPr>
          <w:p w14:paraId="466E2882" w14:textId="77777777" w:rsidR="00D93F19" w:rsidRDefault="00D93F19">
            <w:pPr>
              <w:pStyle w:val="TableText"/>
              <w:spacing w:after="30" w:line="245" w:lineRule="auto"/>
              <w:rPr>
                <w:rFonts w:hint="eastAsia"/>
              </w:rPr>
            </w:pPr>
          </w:p>
        </w:tc>
      </w:tr>
    </w:tbl>
    <w:p w14:paraId="39D94DB4" w14:textId="77777777" w:rsidR="00D93F19" w:rsidRDefault="00D93F19">
      <w:pPr>
        <w:spacing w:after="0" w:line="20" w:lineRule="exact"/>
        <w:rPr>
          <w:rFonts w:hint="eastAsia"/>
        </w:rPr>
      </w:pPr>
    </w:p>
    <w:p w14:paraId="6086C004" w14:textId="77777777" w:rsidR="00D93F19" w:rsidRDefault="00000000">
      <w:pPr>
        <w:pStyle w:val="Titolo2"/>
      </w:pPr>
      <w:r>
        <w:t>Scostamento rispetto al progetto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07673FB5" w14:textId="77777777">
        <w:trPr>
          <w:cantSplit/>
          <w:tblHeader/>
          <w:jc w:val="center"/>
        </w:trPr>
        <w:tc>
          <w:tcPr>
            <w:tcW w:w="2891" w:type="dxa"/>
            <w:shd w:val="clear" w:color="auto" w:fill="15344B"/>
            <w:vAlign w:val="center"/>
          </w:tcPr>
          <w:p w14:paraId="2C813A30"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74A20A04" w14:textId="77777777" w:rsidR="00D93F19" w:rsidRDefault="00000000">
            <w:pPr>
              <w:pStyle w:val="TableText"/>
              <w:spacing w:after="30" w:line="245" w:lineRule="auto"/>
              <w:rPr>
                <w:rFonts w:hint="eastAsia"/>
              </w:rPr>
            </w:pPr>
            <w:r>
              <w:rPr>
                <w:b/>
                <w:color w:val="FFFFFF"/>
              </w:rPr>
              <w:t>COMPILAZIONE</w:t>
            </w:r>
          </w:p>
        </w:tc>
      </w:tr>
      <w:tr w:rsidR="00D93F19" w14:paraId="4DA3FAB9" w14:textId="77777777">
        <w:trPr>
          <w:cantSplit/>
          <w:jc w:val="center"/>
        </w:trPr>
        <w:tc>
          <w:tcPr>
            <w:tcW w:w="2891" w:type="dxa"/>
            <w:shd w:val="clear" w:color="auto" w:fill="F2F6F8"/>
            <w:vAlign w:val="center"/>
          </w:tcPr>
          <w:p w14:paraId="1F03A6CC" w14:textId="77777777" w:rsidR="00D93F19" w:rsidRDefault="00000000">
            <w:pPr>
              <w:pStyle w:val="TableText"/>
              <w:spacing w:after="30" w:line="245" w:lineRule="auto"/>
              <w:rPr>
                <w:rFonts w:hint="eastAsia"/>
              </w:rPr>
            </w:pPr>
            <w:r>
              <w:t>Variante / anomalia n.</w:t>
            </w:r>
          </w:p>
        </w:tc>
        <w:tc>
          <w:tcPr>
            <w:tcW w:w="6973" w:type="dxa"/>
            <w:shd w:val="clear" w:color="auto" w:fill="F2F6F8"/>
            <w:vAlign w:val="center"/>
          </w:tcPr>
          <w:p w14:paraId="6A22A1BF" w14:textId="77777777" w:rsidR="00D93F19" w:rsidRDefault="00000000">
            <w:pPr>
              <w:pStyle w:val="TableText"/>
              <w:spacing w:after="30" w:line="245" w:lineRule="auto"/>
              <w:rPr>
                <w:rFonts w:hint="eastAsia"/>
              </w:rPr>
            </w:pPr>
            <w:r>
              <w:t>________________________________________________________</w:t>
            </w:r>
          </w:p>
        </w:tc>
      </w:tr>
      <w:tr w:rsidR="00D93F19" w14:paraId="5D342430" w14:textId="77777777">
        <w:trPr>
          <w:cantSplit/>
          <w:jc w:val="center"/>
        </w:trPr>
        <w:tc>
          <w:tcPr>
            <w:tcW w:w="2891" w:type="dxa"/>
            <w:vAlign w:val="center"/>
          </w:tcPr>
          <w:p w14:paraId="26D658FC" w14:textId="77777777" w:rsidR="00D93F19" w:rsidRDefault="00000000">
            <w:pPr>
              <w:pStyle w:val="TableText"/>
              <w:spacing w:after="30" w:line="245" w:lineRule="auto"/>
              <w:rPr>
                <w:rFonts w:hint="eastAsia"/>
              </w:rPr>
            </w:pPr>
            <w:r>
              <w:t>Descrizione e motivo</w:t>
            </w:r>
          </w:p>
        </w:tc>
        <w:tc>
          <w:tcPr>
            <w:tcW w:w="6973" w:type="dxa"/>
            <w:vAlign w:val="center"/>
          </w:tcPr>
          <w:p w14:paraId="082083DB" w14:textId="77777777" w:rsidR="00D93F19" w:rsidRDefault="00000000">
            <w:pPr>
              <w:pStyle w:val="TableText"/>
              <w:spacing w:after="30" w:line="245" w:lineRule="auto"/>
              <w:rPr>
                <w:rFonts w:hint="eastAsia"/>
              </w:rPr>
            </w:pPr>
            <w:r>
              <w:t>________________________________________________________</w:t>
            </w:r>
          </w:p>
          <w:p w14:paraId="626F26E6" w14:textId="77777777" w:rsidR="00D93F19" w:rsidRDefault="00000000">
            <w:pPr>
              <w:pStyle w:val="TableText"/>
              <w:spacing w:after="30" w:line="245" w:lineRule="auto"/>
              <w:rPr>
                <w:rFonts w:hint="eastAsia"/>
              </w:rPr>
            </w:pPr>
            <w:r>
              <w:t>________________________________________________________</w:t>
            </w:r>
          </w:p>
        </w:tc>
      </w:tr>
      <w:tr w:rsidR="00D93F19" w14:paraId="6FD96AC5" w14:textId="77777777">
        <w:trPr>
          <w:cantSplit/>
          <w:jc w:val="center"/>
        </w:trPr>
        <w:tc>
          <w:tcPr>
            <w:tcW w:w="2891" w:type="dxa"/>
            <w:shd w:val="clear" w:color="auto" w:fill="F2F6F8"/>
            <w:vAlign w:val="center"/>
          </w:tcPr>
          <w:p w14:paraId="345D2F16" w14:textId="77777777" w:rsidR="00D93F19" w:rsidRDefault="00000000">
            <w:pPr>
              <w:pStyle w:val="TableText"/>
              <w:spacing w:after="30" w:line="245" w:lineRule="auto"/>
              <w:rPr>
                <w:rFonts w:hint="eastAsia"/>
              </w:rPr>
            </w:pPr>
            <w:r>
              <w:t>Effetti da valutare</w:t>
            </w:r>
          </w:p>
        </w:tc>
        <w:tc>
          <w:tcPr>
            <w:tcW w:w="6973" w:type="dxa"/>
            <w:shd w:val="clear" w:color="auto" w:fill="F2F6F8"/>
            <w:vAlign w:val="center"/>
          </w:tcPr>
          <w:p w14:paraId="75E43D2D" w14:textId="77777777" w:rsidR="00D93F19" w:rsidRDefault="00000000">
            <w:pPr>
              <w:pStyle w:val="TableText"/>
              <w:spacing w:after="30" w:line="245" w:lineRule="auto"/>
              <w:rPr>
                <w:rFonts w:hint="eastAsia"/>
              </w:rPr>
            </w:pPr>
            <w:r>
              <w:t>□ Strutture  □ Parametri  □ Sicurezze  □ Elettrico  □ Accessi</w:t>
            </w:r>
          </w:p>
          <w:p w14:paraId="500BCD8D" w14:textId="77777777" w:rsidR="00D93F19" w:rsidRDefault="00000000">
            <w:pPr>
              <w:pStyle w:val="TableText"/>
              <w:spacing w:after="30" w:line="245" w:lineRule="auto"/>
              <w:rPr>
                <w:rFonts w:hint="eastAsia"/>
              </w:rPr>
            </w:pPr>
            <w:r>
              <w:t>□ Documenti / classificazione  □ Altro ____________________________</w:t>
            </w:r>
          </w:p>
        </w:tc>
      </w:tr>
      <w:tr w:rsidR="00D93F19" w14:paraId="1F3318CB" w14:textId="77777777">
        <w:trPr>
          <w:cantSplit/>
          <w:jc w:val="center"/>
        </w:trPr>
        <w:tc>
          <w:tcPr>
            <w:tcW w:w="2891" w:type="dxa"/>
            <w:vAlign w:val="center"/>
          </w:tcPr>
          <w:p w14:paraId="02E1EB86" w14:textId="77777777" w:rsidR="00D93F19" w:rsidRDefault="00000000">
            <w:pPr>
              <w:pStyle w:val="TableText"/>
              <w:spacing w:after="30" w:line="245" w:lineRule="auto"/>
              <w:rPr>
                <w:rFonts w:hint="eastAsia"/>
              </w:rPr>
            </w:pPr>
            <w:r>
              <w:t>Decisione della persona competente</w:t>
            </w:r>
          </w:p>
        </w:tc>
        <w:tc>
          <w:tcPr>
            <w:tcW w:w="6973" w:type="dxa"/>
            <w:vAlign w:val="center"/>
          </w:tcPr>
          <w:p w14:paraId="30153325" w14:textId="77777777" w:rsidR="00D93F19" w:rsidRDefault="00000000">
            <w:pPr>
              <w:pStyle w:val="TableText"/>
              <w:spacing w:after="30" w:line="245" w:lineRule="auto"/>
              <w:rPr>
                <w:rFonts w:hint="eastAsia"/>
              </w:rPr>
            </w:pPr>
            <w:r>
              <w:t>□ Respinta  □ Approvata con revisione  □ Richieste integrazioni</w:t>
            </w:r>
          </w:p>
          <w:p w14:paraId="3857E684" w14:textId="77777777" w:rsidR="00D93F19" w:rsidRDefault="00000000">
            <w:pPr>
              <w:pStyle w:val="TableText"/>
              <w:spacing w:after="30" w:line="245" w:lineRule="auto"/>
              <w:rPr>
                <w:rFonts w:hint="eastAsia"/>
              </w:rPr>
            </w:pPr>
            <w:r>
              <w:t>Documento / revisione ________________________________________</w:t>
            </w:r>
          </w:p>
        </w:tc>
      </w:tr>
      <w:tr w:rsidR="00D93F19" w14:paraId="63509450" w14:textId="77777777">
        <w:trPr>
          <w:cantSplit/>
          <w:jc w:val="center"/>
        </w:trPr>
        <w:tc>
          <w:tcPr>
            <w:tcW w:w="2891" w:type="dxa"/>
            <w:shd w:val="clear" w:color="auto" w:fill="F2F6F8"/>
            <w:vAlign w:val="center"/>
          </w:tcPr>
          <w:p w14:paraId="064AD820" w14:textId="77777777" w:rsidR="00D93F19" w:rsidRDefault="00000000">
            <w:pPr>
              <w:pStyle w:val="TableText"/>
              <w:spacing w:after="30" w:line="245" w:lineRule="auto"/>
              <w:rPr>
                <w:rFonts w:hint="eastAsia"/>
              </w:rPr>
            </w:pPr>
            <w:r>
              <w:t>Nuove istruzioni / prove / schede</w:t>
            </w:r>
          </w:p>
        </w:tc>
        <w:tc>
          <w:tcPr>
            <w:tcW w:w="6973" w:type="dxa"/>
            <w:shd w:val="clear" w:color="auto" w:fill="F2F6F8"/>
            <w:vAlign w:val="center"/>
          </w:tcPr>
          <w:p w14:paraId="0051F5D5" w14:textId="77777777" w:rsidR="00D93F19" w:rsidRDefault="00000000">
            <w:pPr>
              <w:pStyle w:val="TableText"/>
              <w:spacing w:after="30" w:line="245" w:lineRule="auto"/>
              <w:rPr>
                <w:rFonts w:hint="eastAsia"/>
              </w:rPr>
            </w:pPr>
            <w:r>
              <w:t>________________________________________________________</w:t>
            </w:r>
          </w:p>
        </w:tc>
      </w:tr>
    </w:tbl>
    <w:p w14:paraId="2556BA26"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31F6AE17" w14:textId="77777777">
        <w:trPr>
          <w:cantSplit/>
          <w:tblHeader/>
          <w:jc w:val="center"/>
        </w:trPr>
        <w:tc>
          <w:tcPr>
            <w:tcW w:w="3515" w:type="dxa"/>
            <w:shd w:val="clear" w:color="auto" w:fill="15344B"/>
            <w:vAlign w:val="center"/>
          </w:tcPr>
          <w:p w14:paraId="0B301A0D"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4F641AD2"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4E65C9AC" w14:textId="77777777" w:rsidR="00D93F19" w:rsidRDefault="00000000">
            <w:pPr>
              <w:pStyle w:val="TableText"/>
              <w:spacing w:after="30" w:line="245" w:lineRule="auto"/>
              <w:rPr>
                <w:rFonts w:hint="eastAsia"/>
              </w:rPr>
            </w:pPr>
            <w:r>
              <w:rPr>
                <w:b/>
                <w:color w:val="FFFFFF"/>
                <w:sz w:val="18"/>
              </w:rPr>
              <w:t>DATA E FIRMA</w:t>
            </w:r>
          </w:p>
        </w:tc>
      </w:tr>
      <w:tr w:rsidR="00D93F19" w14:paraId="4A981AA2" w14:textId="77777777">
        <w:trPr>
          <w:cantSplit/>
          <w:jc w:val="center"/>
        </w:trPr>
        <w:tc>
          <w:tcPr>
            <w:tcW w:w="3515" w:type="dxa"/>
            <w:shd w:val="clear" w:color="auto" w:fill="F2F6F8"/>
            <w:vAlign w:val="center"/>
          </w:tcPr>
          <w:p w14:paraId="5F8183B1" w14:textId="77777777" w:rsidR="00D93F19" w:rsidRDefault="00000000">
            <w:pPr>
              <w:pStyle w:val="TableText"/>
              <w:spacing w:after="30" w:line="245" w:lineRule="auto"/>
              <w:rPr>
                <w:rFonts w:hint="eastAsia"/>
              </w:rPr>
            </w:pPr>
            <w:r>
              <w:rPr>
                <w:sz w:val="18"/>
              </w:rPr>
              <w:t>Proponente / esecutore</w:t>
            </w:r>
          </w:p>
        </w:tc>
        <w:tc>
          <w:tcPr>
            <w:tcW w:w="3175" w:type="dxa"/>
            <w:shd w:val="clear" w:color="auto" w:fill="F2F6F8"/>
            <w:vAlign w:val="center"/>
          </w:tcPr>
          <w:p w14:paraId="06A60741"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2A70F5F2" w14:textId="77777777" w:rsidR="00D93F19" w:rsidRDefault="00000000">
            <w:pPr>
              <w:pStyle w:val="TableText"/>
              <w:spacing w:after="30" w:line="245" w:lineRule="auto"/>
              <w:rPr>
                <w:rFonts w:hint="eastAsia"/>
              </w:rPr>
            </w:pPr>
            <w:r>
              <w:rPr>
                <w:sz w:val="18"/>
              </w:rPr>
              <w:t>_____________________</w:t>
            </w:r>
          </w:p>
        </w:tc>
      </w:tr>
      <w:tr w:rsidR="00D93F19" w14:paraId="1EF6CBF9" w14:textId="77777777">
        <w:trPr>
          <w:cantSplit/>
          <w:jc w:val="center"/>
        </w:trPr>
        <w:tc>
          <w:tcPr>
            <w:tcW w:w="3515" w:type="dxa"/>
            <w:vAlign w:val="center"/>
          </w:tcPr>
          <w:p w14:paraId="48428AE6" w14:textId="77777777" w:rsidR="00D93F19" w:rsidRDefault="00000000">
            <w:pPr>
              <w:pStyle w:val="TableText"/>
              <w:spacing w:after="30" w:line="245" w:lineRule="auto"/>
              <w:rPr>
                <w:rFonts w:hint="eastAsia"/>
              </w:rPr>
            </w:pPr>
            <w:r>
              <w:rPr>
                <w:sz w:val="18"/>
              </w:rPr>
              <w:t>Persona competente – riesame tecnico</w:t>
            </w:r>
          </w:p>
        </w:tc>
        <w:tc>
          <w:tcPr>
            <w:tcW w:w="3175" w:type="dxa"/>
            <w:vAlign w:val="center"/>
          </w:tcPr>
          <w:p w14:paraId="3BD76F6C"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52DA6237" w14:textId="77777777" w:rsidR="00D93F19" w:rsidRDefault="00000000">
            <w:pPr>
              <w:pStyle w:val="TableText"/>
              <w:spacing w:after="30" w:line="245" w:lineRule="auto"/>
              <w:rPr>
                <w:rFonts w:hint="eastAsia"/>
              </w:rPr>
            </w:pPr>
            <w:r>
              <w:rPr>
                <w:sz w:val="18"/>
              </w:rPr>
              <w:t>_____________________</w:t>
            </w:r>
          </w:p>
        </w:tc>
      </w:tr>
      <w:tr w:rsidR="00D93F19" w14:paraId="05D254AB" w14:textId="77777777">
        <w:trPr>
          <w:cantSplit/>
          <w:jc w:val="center"/>
        </w:trPr>
        <w:tc>
          <w:tcPr>
            <w:tcW w:w="3515" w:type="dxa"/>
            <w:shd w:val="clear" w:color="auto" w:fill="F2F6F8"/>
            <w:vAlign w:val="center"/>
          </w:tcPr>
          <w:p w14:paraId="7CFBC9D3" w14:textId="77777777" w:rsidR="00D93F19" w:rsidRDefault="00000000">
            <w:pPr>
              <w:pStyle w:val="TableText"/>
              <w:spacing w:after="30" w:line="245" w:lineRule="auto"/>
              <w:rPr>
                <w:rFonts w:hint="eastAsia"/>
              </w:rPr>
            </w:pPr>
            <w:r>
              <w:rPr>
                <w:sz w:val="18"/>
              </w:rPr>
              <w:t>Preposto – ricezione istruzioni aggiornate</w:t>
            </w:r>
          </w:p>
        </w:tc>
        <w:tc>
          <w:tcPr>
            <w:tcW w:w="3175" w:type="dxa"/>
            <w:shd w:val="clear" w:color="auto" w:fill="F2F6F8"/>
            <w:vAlign w:val="center"/>
          </w:tcPr>
          <w:p w14:paraId="627A9099"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130A1B9F" w14:textId="77777777" w:rsidR="00D93F19" w:rsidRDefault="00000000">
            <w:pPr>
              <w:pStyle w:val="TableText"/>
              <w:spacing w:after="30" w:line="245" w:lineRule="auto"/>
              <w:rPr>
                <w:rFonts w:hint="eastAsia"/>
              </w:rPr>
            </w:pPr>
            <w:r>
              <w:rPr>
                <w:sz w:val="18"/>
              </w:rPr>
              <w:t>_____________________</w:t>
            </w:r>
          </w:p>
        </w:tc>
      </w:tr>
    </w:tbl>
    <w:p w14:paraId="7106D68C"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71ACFE88" w14:textId="77777777">
        <w:trPr>
          <w:cantSplit/>
        </w:trPr>
        <w:tc>
          <w:tcPr>
            <w:tcW w:w="9866" w:type="dxa"/>
            <w:shd w:val="clear" w:color="auto" w:fill="FFF5E2"/>
            <w:vAlign w:val="center"/>
          </w:tcPr>
          <w:p w14:paraId="2E619C11" w14:textId="77777777" w:rsidR="00D93F19" w:rsidRDefault="00000000">
            <w:pPr>
              <w:pStyle w:val="TableText"/>
              <w:spacing w:after="30" w:line="245" w:lineRule="auto"/>
              <w:rPr>
                <w:rFonts w:hint="eastAsia"/>
              </w:rPr>
            </w:pPr>
            <w:r>
              <w:rPr>
                <w:color w:val="A53435"/>
              </w:rPr>
              <w:t>Sospendere la parte di lavoro interessata fino alla decisione e alla disponibilità della revisione autorizzata. Collegare ad A16 gli aspetti non risolti.</w:t>
            </w:r>
          </w:p>
        </w:tc>
      </w:tr>
    </w:tbl>
    <w:p w14:paraId="14AD96C1" w14:textId="77777777" w:rsidR="00D93F19" w:rsidRDefault="00D93F19">
      <w:pPr>
        <w:spacing w:after="0" w:line="20" w:lineRule="exact"/>
        <w:rPr>
          <w:rFonts w:hint="eastAsia"/>
        </w:rPr>
      </w:pPr>
    </w:p>
    <w:p w14:paraId="627D1A97" w14:textId="77777777" w:rsidR="00D93F19" w:rsidRDefault="00000000">
      <w:pPr>
        <w:pStyle w:val="Kicker"/>
        <w:pageBreakBefore/>
        <w:rPr>
          <w:rFonts w:hint="eastAsia"/>
        </w:rPr>
      </w:pPr>
      <w:r>
        <w:t>ALLEGATO OPERATIVO • MODELLO AZIENDALE</w:t>
      </w:r>
    </w:p>
    <w:p w14:paraId="747200B3" w14:textId="77777777" w:rsidR="00D93F19" w:rsidRDefault="00000000">
      <w:pPr>
        <w:pStyle w:val="Titolo1"/>
      </w:pPr>
      <w:bookmarkStart w:id="50" w:name="P51"/>
      <w:r>
        <w:t>A11 | Tracciabilità di componenti e configurazioni</w:t>
      </w:r>
      <w:bookmarkEnd w:id="50"/>
    </w:p>
    <w:p w14:paraId="5491B7CE" w14:textId="77777777" w:rsidR="00D93F19" w:rsidRDefault="00000000">
      <w:pPr>
        <w:pStyle w:val="Small"/>
        <w:rPr>
          <w:rFonts w:hint="eastAsia"/>
        </w:rPr>
      </w:pPr>
      <w:r>
        <w:t>Pratica n. __________________  |  Macchina / matricola __________________  |  Data __________</w:t>
      </w:r>
    </w:p>
    <w:p w14:paraId="75453F83" w14:textId="77777777" w:rsidR="00D93F19" w:rsidRDefault="00000000">
      <w:pPr>
        <w:pStyle w:val="Small"/>
        <w:rPr>
          <w:rFonts w:hint="eastAsia"/>
        </w:rPr>
      </w:pPr>
      <w:r>
        <w:t>F: documentazione componenti nelle schede pertinenti. O: confronto fra specifica e realizzato.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438"/>
        <w:gridCol w:w="2438"/>
        <w:gridCol w:w="2494"/>
        <w:gridCol w:w="2494"/>
      </w:tblGrid>
      <w:tr w:rsidR="00D93F19" w14:paraId="6A5C6D37" w14:textId="77777777">
        <w:trPr>
          <w:cantSplit/>
          <w:tblHeader/>
          <w:jc w:val="center"/>
        </w:trPr>
        <w:tc>
          <w:tcPr>
            <w:tcW w:w="2438" w:type="dxa"/>
            <w:shd w:val="clear" w:color="auto" w:fill="15344B"/>
            <w:vAlign w:val="center"/>
          </w:tcPr>
          <w:p w14:paraId="7CA27115" w14:textId="77777777" w:rsidR="00D93F19" w:rsidRDefault="00000000">
            <w:pPr>
              <w:pStyle w:val="TableText"/>
              <w:spacing w:after="30" w:line="245" w:lineRule="auto"/>
              <w:rPr>
                <w:rFonts w:hint="eastAsia"/>
              </w:rPr>
            </w:pPr>
            <w:r>
              <w:rPr>
                <w:b/>
                <w:color w:val="FFFFFF"/>
                <w:sz w:val="18"/>
              </w:rPr>
              <w:t>COMPONENTE / POSIZIONE</w:t>
            </w:r>
          </w:p>
        </w:tc>
        <w:tc>
          <w:tcPr>
            <w:tcW w:w="2438" w:type="dxa"/>
            <w:shd w:val="clear" w:color="auto" w:fill="15344B"/>
            <w:vAlign w:val="center"/>
          </w:tcPr>
          <w:p w14:paraId="7ED9336D" w14:textId="77777777" w:rsidR="00D93F19" w:rsidRDefault="00000000">
            <w:pPr>
              <w:pStyle w:val="TableText"/>
              <w:spacing w:after="30" w:line="245" w:lineRule="auto"/>
              <w:rPr>
                <w:rFonts w:hint="eastAsia"/>
              </w:rPr>
            </w:pPr>
            <w:r>
              <w:rPr>
                <w:b/>
                <w:color w:val="FFFFFF"/>
                <w:sz w:val="18"/>
              </w:rPr>
              <w:t>SPECIFICA APPROVATA</w:t>
            </w:r>
          </w:p>
        </w:tc>
        <w:tc>
          <w:tcPr>
            <w:tcW w:w="2494" w:type="dxa"/>
            <w:shd w:val="clear" w:color="auto" w:fill="15344B"/>
            <w:vAlign w:val="center"/>
          </w:tcPr>
          <w:p w14:paraId="6D96E617" w14:textId="77777777" w:rsidR="00D93F19" w:rsidRDefault="00000000">
            <w:pPr>
              <w:pStyle w:val="TableText"/>
              <w:spacing w:after="30" w:line="245" w:lineRule="auto"/>
              <w:rPr>
                <w:rFonts w:hint="eastAsia"/>
              </w:rPr>
            </w:pPr>
            <w:r>
              <w:rPr>
                <w:b/>
                <w:color w:val="FFFFFF"/>
                <w:sz w:val="18"/>
              </w:rPr>
              <w:t>IDENTIFICATIVO INSTALLATO</w:t>
            </w:r>
          </w:p>
        </w:tc>
        <w:tc>
          <w:tcPr>
            <w:tcW w:w="2494" w:type="dxa"/>
            <w:shd w:val="clear" w:color="auto" w:fill="15344B"/>
            <w:vAlign w:val="center"/>
          </w:tcPr>
          <w:p w14:paraId="5105E62F" w14:textId="77777777" w:rsidR="00D93F19" w:rsidRDefault="00000000">
            <w:pPr>
              <w:pStyle w:val="TableText"/>
              <w:spacing w:after="30" w:line="245" w:lineRule="auto"/>
              <w:rPr>
                <w:rFonts w:hint="eastAsia"/>
              </w:rPr>
            </w:pPr>
            <w:r>
              <w:rPr>
                <w:b/>
                <w:color w:val="FFFFFF"/>
                <w:sz w:val="18"/>
              </w:rPr>
              <w:t>DOCUMENTI / ESITO</w:t>
            </w:r>
          </w:p>
        </w:tc>
      </w:tr>
      <w:tr w:rsidR="00D93F19" w14:paraId="2E4CBCA4" w14:textId="77777777">
        <w:trPr>
          <w:cantSplit/>
          <w:trHeight w:val="567"/>
          <w:jc w:val="center"/>
        </w:trPr>
        <w:tc>
          <w:tcPr>
            <w:tcW w:w="2438" w:type="dxa"/>
            <w:shd w:val="clear" w:color="auto" w:fill="F2F6F8"/>
            <w:vAlign w:val="center"/>
          </w:tcPr>
          <w:p w14:paraId="76D6D681" w14:textId="77777777" w:rsidR="00D93F19" w:rsidRDefault="00D93F19">
            <w:pPr>
              <w:pStyle w:val="TableText"/>
              <w:spacing w:after="30" w:line="245" w:lineRule="auto"/>
              <w:rPr>
                <w:rFonts w:hint="eastAsia"/>
              </w:rPr>
            </w:pPr>
          </w:p>
        </w:tc>
        <w:tc>
          <w:tcPr>
            <w:tcW w:w="2438" w:type="dxa"/>
            <w:shd w:val="clear" w:color="auto" w:fill="F2F6F8"/>
            <w:vAlign w:val="center"/>
          </w:tcPr>
          <w:p w14:paraId="2AF018E9" w14:textId="77777777" w:rsidR="00D93F19" w:rsidRDefault="00D93F19">
            <w:pPr>
              <w:pStyle w:val="TableText"/>
              <w:spacing w:after="30" w:line="245" w:lineRule="auto"/>
              <w:rPr>
                <w:rFonts w:hint="eastAsia"/>
              </w:rPr>
            </w:pPr>
          </w:p>
        </w:tc>
        <w:tc>
          <w:tcPr>
            <w:tcW w:w="2494" w:type="dxa"/>
            <w:shd w:val="clear" w:color="auto" w:fill="F2F6F8"/>
            <w:vAlign w:val="center"/>
          </w:tcPr>
          <w:p w14:paraId="57F87AD6" w14:textId="77777777" w:rsidR="00D93F19" w:rsidRDefault="00D93F19">
            <w:pPr>
              <w:pStyle w:val="TableText"/>
              <w:spacing w:after="30" w:line="245" w:lineRule="auto"/>
              <w:rPr>
                <w:rFonts w:hint="eastAsia"/>
              </w:rPr>
            </w:pPr>
          </w:p>
        </w:tc>
        <w:tc>
          <w:tcPr>
            <w:tcW w:w="2494" w:type="dxa"/>
            <w:shd w:val="clear" w:color="auto" w:fill="F2F6F8"/>
            <w:vAlign w:val="center"/>
          </w:tcPr>
          <w:p w14:paraId="728D3590" w14:textId="77777777" w:rsidR="00D93F19" w:rsidRDefault="00D93F19">
            <w:pPr>
              <w:pStyle w:val="TableText"/>
              <w:spacing w:after="30" w:line="245" w:lineRule="auto"/>
              <w:rPr>
                <w:rFonts w:hint="eastAsia"/>
              </w:rPr>
            </w:pPr>
          </w:p>
        </w:tc>
      </w:tr>
      <w:tr w:rsidR="00D93F19" w14:paraId="6D04A2A3" w14:textId="77777777">
        <w:trPr>
          <w:cantSplit/>
          <w:trHeight w:val="567"/>
          <w:jc w:val="center"/>
        </w:trPr>
        <w:tc>
          <w:tcPr>
            <w:tcW w:w="2438" w:type="dxa"/>
            <w:vAlign w:val="center"/>
          </w:tcPr>
          <w:p w14:paraId="50EDA5A3" w14:textId="77777777" w:rsidR="00D93F19" w:rsidRDefault="00D93F19">
            <w:pPr>
              <w:pStyle w:val="TableText"/>
              <w:spacing w:after="30" w:line="245" w:lineRule="auto"/>
              <w:rPr>
                <w:rFonts w:hint="eastAsia"/>
              </w:rPr>
            </w:pPr>
          </w:p>
        </w:tc>
        <w:tc>
          <w:tcPr>
            <w:tcW w:w="2438" w:type="dxa"/>
            <w:vAlign w:val="center"/>
          </w:tcPr>
          <w:p w14:paraId="47F831AF" w14:textId="77777777" w:rsidR="00D93F19" w:rsidRDefault="00D93F19">
            <w:pPr>
              <w:pStyle w:val="TableText"/>
              <w:spacing w:after="30" w:line="245" w:lineRule="auto"/>
              <w:rPr>
                <w:rFonts w:hint="eastAsia"/>
              </w:rPr>
            </w:pPr>
          </w:p>
        </w:tc>
        <w:tc>
          <w:tcPr>
            <w:tcW w:w="2494" w:type="dxa"/>
            <w:vAlign w:val="center"/>
          </w:tcPr>
          <w:p w14:paraId="1796EDC1" w14:textId="77777777" w:rsidR="00D93F19" w:rsidRDefault="00D93F19">
            <w:pPr>
              <w:pStyle w:val="TableText"/>
              <w:spacing w:after="30" w:line="245" w:lineRule="auto"/>
              <w:rPr>
                <w:rFonts w:hint="eastAsia"/>
              </w:rPr>
            </w:pPr>
          </w:p>
        </w:tc>
        <w:tc>
          <w:tcPr>
            <w:tcW w:w="2494" w:type="dxa"/>
            <w:vAlign w:val="center"/>
          </w:tcPr>
          <w:p w14:paraId="142BBD2A" w14:textId="77777777" w:rsidR="00D93F19" w:rsidRDefault="00D93F19">
            <w:pPr>
              <w:pStyle w:val="TableText"/>
              <w:spacing w:after="30" w:line="245" w:lineRule="auto"/>
              <w:rPr>
                <w:rFonts w:hint="eastAsia"/>
              </w:rPr>
            </w:pPr>
          </w:p>
        </w:tc>
      </w:tr>
      <w:tr w:rsidR="00D93F19" w14:paraId="3F1028D2" w14:textId="77777777">
        <w:trPr>
          <w:cantSplit/>
          <w:trHeight w:val="567"/>
          <w:jc w:val="center"/>
        </w:trPr>
        <w:tc>
          <w:tcPr>
            <w:tcW w:w="2438" w:type="dxa"/>
            <w:shd w:val="clear" w:color="auto" w:fill="F2F6F8"/>
            <w:vAlign w:val="center"/>
          </w:tcPr>
          <w:p w14:paraId="65E031C3" w14:textId="77777777" w:rsidR="00D93F19" w:rsidRDefault="00D93F19">
            <w:pPr>
              <w:pStyle w:val="TableText"/>
              <w:spacing w:after="30" w:line="245" w:lineRule="auto"/>
              <w:rPr>
                <w:rFonts w:hint="eastAsia"/>
              </w:rPr>
            </w:pPr>
          </w:p>
        </w:tc>
        <w:tc>
          <w:tcPr>
            <w:tcW w:w="2438" w:type="dxa"/>
            <w:shd w:val="clear" w:color="auto" w:fill="F2F6F8"/>
            <w:vAlign w:val="center"/>
          </w:tcPr>
          <w:p w14:paraId="64E1EB11" w14:textId="77777777" w:rsidR="00D93F19" w:rsidRDefault="00D93F19">
            <w:pPr>
              <w:pStyle w:val="TableText"/>
              <w:spacing w:after="30" w:line="245" w:lineRule="auto"/>
              <w:rPr>
                <w:rFonts w:hint="eastAsia"/>
              </w:rPr>
            </w:pPr>
          </w:p>
        </w:tc>
        <w:tc>
          <w:tcPr>
            <w:tcW w:w="2494" w:type="dxa"/>
            <w:shd w:val="clear" w:color="auto" w:fill="F2F6F8"/>
            <w:vAlign w:val="center"/>
          </w:tcPr>
          <w:p w14:paraId="4A03D43A" w14:textId="77777777" w:rsidR="00D93F19" w:rsidRDefault="00D93F19">
            <w:pPr>
              <w:pStyle w:val="TableText"/>
              <w:spacing w:after="30" w:line="245" w:lineRule="auto"/>
              <w:rPr>
                <w:rFonts w:hint="eastAsia"/>
              </w:rPr>
            </w:pPr>
          </w:p>
        </w:tc>
        <w:tc>
          <w:tcPr>
            <w:tcW w:w="2494" w:type="dxa"/>
            <w:shd w:val="clear" w:color="auto" w:fill="F2F6F8"/>
            <w:vAlign w:val="center"/>
          </w:tcPr>
          <w:p w14:paraId="0FF181E0" w14:textId="77777777" w:rsidR="00D93F19" w:rsidRDefault="00D93F19">
            <w:pPr>
              <w:pStyle w:val="TableText"/>
              <w:spacing w:after="30" w:line="245" w:lineRule="auto"/>
              <w:rPr>
                <w:rFonts w:hint="eastAsia"/>
              </w:rPr>
            </w:pPr>
          </w:p>
        </w:tc>
      </w:tr>
      <w:tr w:rsidR="00D93F19" w14:paraId="4179B220" w14:textId="77777777">
        <w:trPr>
          <w:cantSplit/>
          <w:trHeight w:val="567"/>
          <w:jc w:val="center"/>
        </w:trPr>
        <w:tc>
          <w:tcPr>
            <w:tcW w:w="2438" w:type="dxa"/>
            <w:vAlign w:val="center"/>
          </w:tcPr>
          <w:p w14:paraId="69FACDD6" w14:textId="77777777" w:rsidR="00D93F19" w:rsidRDefault="00D93F19">
            <w:pPr>
              <w:pStyle w:val="TableText"/>
              <w:spacing w:after="30" w:line="245" w:lineRule="auto"/>
              <w:rPr>
                <w:rFonts w:hint="eastAsia"/>
              </w:rPr>
            </w:pPr>
          </w:p>
        </w:tc>
        <w:tc>
          <w:tcPr>
            <w:tcW w:w="2438" w:type="dxa"/>
            <w:vAlign w:val="center"/>
          </w:tcPr>
          <w:p w14:paraId="55B78ADE" w14:textId="77777777" w:rsidR="00D93F19" w:rsidRDefault="00D93F19">
            <w:pPr>
              <w:pStyle w:val="TableText"/>
              <w:spacing w:after="30" w:line="245" w:lineRule="auto"/>
              <w:rPr>
                <w:rFonts w:hint="eastAsia"/>
              </w:rPr>
            </w:pPr>
          </w:p>
        </w:tc>
        <w:tc>
          <w:tcPr>
            <w:tcW w:w="2494" w:type="dxa"/>
            <w:vAlign w:val="center"/>
          </w:tcPr>
          <w:p w14:paraId="7D5757B6" w14:textId="77777777" w:rsidR="00D93F19" w:rsidRDefault="00D93F19">
            <w:pPr>
              <w:pStyle w:val="TableText"/>
              <w:spacing w:after="30" w:line="245" w:lineRule="auto"/>
              <w:rPr>
                <w:rFonts w:hint="eastAsia"/>
              </w:rPr>
            </w:pPr>
          </w:p>
        </w:tc>
        <w:tc>
          <w:tcPr>
            <w:tcW w:w="2494" w:type="dxa"/>
            <w:vAlign w:val="center"/>
          </w:tcPr>
          <w:p w14:paraId="1ACCE4FE" w14:textId="77777777" w:rsidR="00D93F19" w:rsidRDefault="00D93F19">
            <w:pPr>
              <w:pStyle w:val="TableText"/>
              <w:spacing w:after="30" w:line="245" w:lineRule="auto"/>
              <w:rPr>
                <w:rFonts w:hint="eastAsia"/>
              </w:rPr>
            </w:pPr>
          </w:p>
        </w:tc>
      </w:tr>
      <w:tr w:rsidR="00D93F19" w14:paraId="25C0DAB7" w14:textId="77777777">
        <w:trPr>
          <w:cantSplit/>
          <w:trHeight w:val="567"/>
          <w:jc w:val="center"/>
        </w:trPr>
        <w:tc>
          <w:tcPr>
            <w:tcW w:w="2438" w:type="dxa"/>
            <w:shd w:val="clear" w:color="auto" w:fill="F2F6F8"/>
            <w:vAlign w:val="center"/>
          </w:tcPr>
          <w:p w14:paraId="74B344E5" w14:textId="77777777" w:rsidR="00D93F19" w:rsidRDefault="00D93F19">
            <w:pPr>
              <w:pStyle w:val="TableText"/>
              <w:spacing w:after="30" w:line="245" w:lineRule="auto"/>
              <w:rPr>
                <w:rFonts w:hint="eastAsia"/>
              </w:rPr>
            </w:pPr>
          </w:p>
        </w:tc>
        <w:tc>
          <w:tcPr>
            <w:tcW w:w="2438" w:type="dxa"/>
            <w:shd w:val="clear" w:color="auto" w:fill="F2F6F8"/>
            <w:vAlign w:val="center"/>
          </w:tcPr>
          <w:p w14:paraId="1C670C24" w14:textId="77777777" w:rsidR="00D93F19" w:rsidRDefault="00D93F19">
            <w:pPr>
              <w:pStyle w:val="TableText"/>
              <w:spacing w:after="30" w:line="245" w:lineRule="auto"/>
              <w:rPr>
                <w:rFonts w:hint="eastAsia"/>
              </w:rPr>
            </w:pPr>
          </w:p>
        </w:tc>
        <w:tc>
          <w:tcPr>
            <w:tcW w:w="2494" w:type="dxa"/>
            <w:shd w:val="clear" w:color="auto" w:fill="F2F6F8"/>
            <w:vAlign w:val="center"/>
          </w:tcPr>
          <w:p w14:paraId="384979CD" w14:textId="77777777" w:rsidR="00D93F19" w:rsidRDefault="00D93F19">
            <w:pPr>
              <w:pStyle w:val="TableText"/>
              <w:spacing w:after="30" w:line="245" w:lineRule="auto"/>
              <w:rPr>
                <w:rFonts w:hint="eastAsia"/>
              </w:rPr>
            </w:pPr>
          </w:p>
        </w:tc>
        <w:tc>
          <w:tcPr>
            <w:tcW w:w="2494" w:type="dxa"/>
            <w:shd w:val="clear" w:color="auto" w:fill="F2F6F8"/>
            <w:vAlign w:val="center"/>
          </w:tcPr>
          <w:p w14:paraId="75D27434" w14:textId="77777777" w:rsidR="00D93F19" w:rsidRDefault="00D93F19">
            <w:pPr>
              <w:pStyle w:val="TableText"/>
              <w:spacing w:after="30" w:line="245" w:lineRule="auto"/>
              <w:rPr>
                <w:rFonts w:hint="eastAsia"/>
              </w:rPr>
            </w:pPr>
          </w:p>
        </w:tc>
      </w:tr>
    </w:tbl>
    <w:p w14:paraId="729360A4" w14:textId="77777777" w:rsidR="00D93F19" w:rsidRDefault="00D93F19">
      <w:pPr>
        <w:spacing w:after="0" w:line="20" w:lineRule="exact"/>
        <w:rPr>
          <w:rFonts w:hint="eastAsia"/>
        </w:rPr>
      </w:pPr>
    </w:p>
    <w:p w14:paraId="1AEF5C55" w14:textId="77777777" w:rsidR="00D93F19" w:rsidRDefault="00000000">
      <w:pPr>
        <w:pStyle w:val="Small"/>
        <w:rPr>
          <w:rFonts w:hint="eastAsia"/>
        </w:rPr>
      </w:pPr>
      <w:r>
        <w:t>Per ogni componente: indicare marca, modello, seriale/lotto ove disponibile, caratteristiche pertinenti, istruzioni, dichiarazioni e documento di accettazione. Per i dispositivi di sicurezza aggiungere funzione e dati necessari al confronto richiesto dalla scheda.</w:t>
      </w:r>
    </w:p>
    <w:p w14:paraId="6BB5D9F4" w14:textId="77777777" w:rsidR="00D93F19" w:rsidRDefault="00000000">
      <w:pPr>
        <w:pStyle w:val="Titolo2"/>
      </w:pPr>
      <w:r>
        <w:t>Parametri e configurazione finale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35"/>
        <w:gridCol w:w="2268"/>
        <w:gridCol w:w="2268"/>
        <w:gridCol w:w="2494"/>
      </w:tblGrid>
      <w:tr w:rsidR="00D93F19" w14:paraId="7D360CB9" w14:textId="77777777">
        <w:trPr>
          <w:cantSplit/>
          <w:tblHeader/>
          <w:jc w:val="center"/>
        </w:trPr>
        <w:tc>
          <w:tcPr>
            <w:tcW w:w="2835" w:type="dxa"/>
            <w:shd w:val="clear" w:color="auto" w:fill="15344B"/>
            <w:vAlign w:val="center"/>
          </w:tcPr>
          <w:p w14:paraId="3A7764DF" w14:textId="77777777" w:rsidR="00D93F19" w:rsidRDefault="00000000">
            <w:pPr>
              <w:pStyle w:val="TableText"/>
              <w:spacing w:after="30" w:line="245" w:lineRule="auto"/>
              <w:rPr>
                <w:rFonts w:hint="eastAsia"/>
              </w:rPr>
            </w:pPr>
            <w:r>
              <w:rPr>
                <w:b/>
                <w:color w:val="FFFFFF"/>
                <w:sz w:val="18"/>
              </w:rPr>
              <w:t>PARAMETRO / FILE / SCHEMA</w:t>
            </w:r>
          </w:p>
        </w:tc>
        <w:tc>
          <w:tcPr>
            <w:tcW w:w="2268" w:type="dxa"/>
            <w:shd w:val="clear" w:color="auto" w:fill="15344B"/>
            <w:vAlign w:val="center"/>
          </w:tcPr>
          <w:p w14:paraId="116582FA" w14:textId="77777777" w:rsidR="00D93F19" w:rsidRDefault="00000000">
            <w:pPr>
              <w:pStyle w:val="TableText"/>
              <w:spacing w:after="30" w:line="245" w:lineRule="auto"/>
              <w:rPr>
                <w:rFonts w:hint="eastAsia"/>
              </w:rPr>
            </w:pPr>
            <w:r>
              <w:rPr>
                <w:b/>
                <w:color w:val="FFFFFF"/>
                <w:sz w:val="18"/>
              </w:rPr>
              <w:t>VALORE / REVISIONE PRIMA</w:t>
            </w:r>
          </w:p>
        </w:tc>
        <w:tc>
          <w:tcPr>
            <w:tcW w:w="2268" w:type="dxa"/>
            <w:shd w:val="clear" w:color="auto" w:fill="15344B"/>
            <w:vAlign w:val="center"/>
          </w:tcPr>
          <w:p w14:paraId="7E5E5AA0" w14:textId="77777777" w:rsidR="00D93F19" w:rsidRDefault="00000000">
            <w:pPr>
              <w:pStyle w:val="TableText"/>
              <w:spacing w:after="30" w:line="245" w:lineRule="auto"/>
              <w:rPr>
                <w:rFonts w:hint="eastAsia"/>
              </w:rPr>
            </w:pPr>
            <w:r>
              <w:rPr>
                <w:b/>
                <w:color w:val="FFFFFF"/>
                <w:sz w:val="18"/>
              </w:rPr>
              <w:t>VALORE / REVISIONE DOPO</w:t>
            </w:r>
          </w:p>
        </w:tc>
        <w:tc>
          <w:tcPr>
            <w:tcW w:w="2494" w:type="dxa"/>
            <w:shd w:val="clear" w:color="auto" w:fill="15344B"/>
            <w:vAlign w:val="center"/>
          </w:tcPr>
          <w:p w14:paraId="04C7B9F8" w14:textId="77777777" w:rsidR="00D93F19" w:rsidRDefault="00000000">
            <w:pPr>
              <w:pStyle w:val="TableText"/>
              <w:spacing w:after="30" w:line="245" w:lineRule="auto"/>
              <w:rPr>
                <w:rFonts w:hint="eastAsia"/>
              </w:rPr>
            </w:pPr>
            <w:r>
              <w:rPr>
                <w:b/>
                <w:color w:val="FFFFFF"/>
                <w:sz w:val="18"/>
              </w:rPr>
              <w:t>AUTORIZZAZIONE</w:t>
            </w:r>
          </w:p>
        </w:tc>
      </w:tr>
      <w:tr w:rsidR="00D93F19" w14:paraId="2021FB78" w14:textId="77777777">
        <w:trPr>
          <w:cantSplit/>
          <w:trHeight w:val="510"/>
          <w:jc w:val="center"/>
        </w:trPr>
        <w:tc>
          <w:tcPr>
            <w:tcW w:w="2835" w:type="dxa"/>
            <w:shd w:val="clear" w:color="auto" w:fill="F2F6F8"/>
            <w:vAlign w:val="center"/>
          </w:tcPr>
          <w:p w14:paraId="1D9306CD" w14:textId="77777777" w:rsidR="00D93F19" w:rsidRDefault="00D93F19">
            <w:pPr>
              <w:pStyle w:val="TableText"/>
              <w:spacing w:after="30" w:line="245" w:lineRule="auto"/>
              <w:rPr>
                <w:rFonts w:hint="eastAsia"/>
              </w:rPr>
            </w:pPr>
          </w:p>
        </w:tc>
        <w:tc>
          <w:tcPr>
            <w:tcW w:w="2268" w:type="dxa"/>
            <w:shd w:val="clear" w:color="auto" w:fill="F2F6F8"/>
            <w:vAlign w:val="center"/>
          </w:tcPr>
          <w:p w14:paraId="2C78A809" w14:textId="77777777" w:rsidR="00D93F19" w:rsidRDefault="00D93F19">
            <w:pPr>
              <w:pStyle w:val="TableText"/>
              <w:spacing w:after="30" w:line="245" w:lineRule="auto"/>
              <w:rPr>
                <w:rFonts w:hint="eastAsia"/>
              </w:rPr>
            </w:pPr>
          </w:p>
        </w:tc>
        <w:tc>
          <w:tcPr>
            <w:tcW w:w="2268" w:type="dxa"/>
            <w:shd w:val="clear" w:color="auto" w:fill="F2F6F8"/>
            <w:vAlign w:val="center"/>
          </w:tcPr>
          <w:p w14:paraId="2BD338A3" w14:textId="77777777" w:rsidR="00D93F19" w:rsidRDefault="00D93F19">
            <w:pPr>
              <w:pStyle w:val="TableText"/>
              <w:spacing w:after="30" w:line="245" w:lineRule="auto"/>
              <w:rPr>
                <w:rFonts w:hint="eastAsia"/>
              </w:rPr>
            </w:pPr>
          </w:p>
        </w:tc>
        <w:tc>
          <w:tcPr>
            <w:tcW w:w="2494" w:type="dxa"/>
            <w:shd w:val="clear" w:color="auto" w:fill="F2F6F8"/>
            <w:vAlign w:val="center"/>
          </w:tcPr>
          <w:p w14:paraId="6130971C" w14:textId="77777777" w:rsidR="00D93F19" w:rsidRDefault="00D93F19">
            <w:pPr>
              <w:pStyle w:val="TableText"/>
              <w:spacing w:after="30" w:line="245" w:lineRule="auto"/>
              <w:rPr>
                <w:rFonts w:hint="eastAsia"/>
              </w:rPr>
            </w:pPr>
          </w:p>
        </w:tc>
      </w:tr>
      <w:tr w:rsidR="00D93F19" w14:paraId="7E7C603D" w14:textId="77777777">
        <w:trPr>
          <w:cantSplit/>
          <w:trHeight w:val="510"/>
          <w:jc w:val="center"/>
        </w:trPr>
        <w:tc>
          <w:tcPr>
            <w:tcW w:w="2835" w:type="dxa"/>
            <w:vAlign w:val="center"/>
          </w:tcPr>
          <w:p w14:paraId="52B8EC74" w14:textId="77777777" w:rsidR="00D93F19" w:rsidRDefault="00D93F19">
            <w:pPr>
              <w:pStyle w:val="TableText"/>
              <w:spacing w:after="30" w:line="245" w:lineRule="auto"/>
              <w:rPr>
                <w:rFonts w:hint="eastAsia"/>
              </w:rPr>
            </w:pPr>
          </w:p>
        </w:tc>
        <w:tc>
          <w:tcPr>
            <w:tcW w:w="2268" w:type="dxa"/>
            <w:vAlign w:val="center"/>
          </w:tcPr>
          <w:p w14:paraId="1B541162" w14:textId="77777777" w:rsidR="00D93F19" w:rsidRDefault="00D93F19">
            <w:pPr>
              <w:pStyle w:val="TableText"/>
              <w:spacing w:after="30" w:line="245" w:lineRule="auto"/>
              <w:rPr>
                <w:rFonts w:hint="eastAsia"/>
              </w:rPr>
            </w:pPr>
          </w:p>
        </w:tc>
        <w:tc>
          <w:tcPr>
            <w:tcW w:w="2268" w:type="dxa"/>
            <w:vAlign w:val="center"/>
          </w:tcPr>
          <w:p w14:paraId="032B9E05" w14:textId="77777777" w:rsidR="00D93F19" w:rsidRDefault="00D93F19">
            <w:pPr>
              <w:pStyle w:val="TableText"/>
              <w:spacing w:after="30" w:line="245" w:lineRule="auto"/>
              <w:rPr>
                <w:rFonts w:hint="eastAsia"/>
              </w:rPr>
            </w:pPr>
          </w:p>
        </w:tc>
        <w:tc>
          <w:tcPr>
            <w:tcW w:w="2494" w:type="dxa"/>
            <w:vAlign w:val="center"/>
          </w:tcPr>
          <w:p w14:paraId="3B59C8E2" w14:textId="77777777" w:rsidR="00D93F19" w:rsidRDefault="00D93F19">
            <w:pPr>
              <w:pStyle w:val="TableText"/>
              <w:spacing w:after="30" w:line="245" w:lineRule="auto"/>
              <w:rPr>
                <w:rFonts w:hint="eastAsia"/>
              </w:rPr>
            </w:pPr>
          </w:p>
        </w:tc>
      </w:tr>
      <w:tr w:rsidR="00D93F19" w14:paraId="4B8B653A" w14:textId="77777777">
        <w:trPr>
          <w:cantSplit/>
          <w:trHeight w:val="510"/>
          <w:jc w:val="center"/>
        </w:trPr>
        <w:tc>
          <w:tcPr>
            <w:tcW w:w="2835" w:type="dxa"/>
            <w:shd w:val="clear" w:color="auto" w:fill="F2F6F8"/>
            <w:vAlign w:val="center"/>
          </w:tcPr>
          <w:p w14:paraId="048508B6" w14:textId="77777777" w:rsidR="00D93F19" w:rsidRDefault="00D93F19">
            <w:pPr>
              <w:pStyle w:val="TableText"/>
              <w:spacing w:after="30" w:line="245" w:lineRule="auto"/>
              <w:rPr>
                <w:rFonts w:hint="eastAsia"/>
              </w:rPr>
            </w:pPr>
          </w:p>
        </w:tc>
        <w:tc>
          <w:tcPr>
            <w:tcW w:w="2268" w:type="dxa"/>
            <w:shd w:val="clear" w:color="auto" w:fill="F2F6F8"/>
            <w:vAlign w:val="center"/>
          </w:tcPr>
          <w:p w14:paraId="7EABEE07" w14:textId="77777777" w:rsidR="00D93F19" w:rsidRDefault="00D93F19">
            <w:pPr>
              <w:pStyle w:val="TableText"/>
              <w:spacing w:after="30" w:line="245" w:lineRule="auto"/>
              <w:rPr>
                <w:rFonts w:hint="eastAsia"/>
              </w:rPr>
            </w:pPr>
          </w:p>
        </w:tc>
        <w:tc>
          <w:tcPr>
            <w:tcW w:w="2268" w:type="dxa"/>
            <w:shd w:val="clear" w:color="auto" w:fill="F2F6F8"/>
            <w:vAlign w:val="center"/>
          </w:tcPr>
          <w:p w14:paraId="24D7806D" w14:textId="77777777" w:rsidR="00D93F19" w:rsidRDefault="00D93F19">
            <w:pPr>
              <w:pStyle w:val="TableText"/>
              <w:spacing w:after="30" w:line="245" w:lineRule="auto"/>
              <w:rPr>
                <w:rFonts w:hint="eastAsia"/>
              </w:rPr>
            </w:pPr>
          </w:p>
        </w:tc>
        <w:tc>
          <w:tcPr>
            <w:tcW w:w="2494" w:type="dxa"/>
            <w:shd w:val="clear" w:color="auto" w:fill="F2F6F8"/>
            <w:vAlign w:val="center"/>
          </w:tcPr>
          <w:p w14:paraId="7A668F10" w14:textId="77777777" w:rsidR="00D93F19" w:rsidRDefault="00D93F19">
            <w:pPr>
              <w:pStyle w:val="TableText"/>
              <w:spacing w:after="30" w:line="245" w:lineRule="auto"/>
              <w:rPr>
                <w:rFonts w:hint="eastAsia"/>
              </w:rPr>
            </w:pPr>
          </w:p>
        </w:tc>
      </w:tr>
    </w:tbl>
    <w:p w14:paraId="3DB74B32" w14:textId="77777777" w:rsidR="00D93F19" w:rsidRDefault="00D93F19">
      <w:pPr>
        <w:spacing w:after="0" w:line="20" w:lineRule="exact"/>
        <w:rPr>
          <w:rFonts w:hint="eastAsia"/>
        </w:rPr>
      </w:pPr>
    </w:p>
    <w:p w14:paraId="3BCC90EF" w14:textId="77777777" w:rsidR="00D93F19" w:rsidRDefault="00000000">
      <w:pPr>
        <w:pStyle w:val="Titolo2"/>
      </w:pPr>
      <w:r>
        <w:t>Parti rimosse, prove e identificazioni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DD29632" w14:textId="77777777">
        <w:trPr>
          <w:cantSplit/>
          <w:tblHeader/>
          <w:jc w:val="center"/>
        </w:trPr>
        <w:tc>
          <w:tcPr>
            <w:tcW w:w="2891" w:type="dxa"/>
            <w:shd w:val="clear" w:color="auto" w:fill="15344B"/>
            <w:vAlign w:val="center"/>
          </w:tcPr>
          <w:p w14:paraId="31E0FD83"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1F6A5885" w14:textId="77777777" w:rsidR="00D93F19" w:rsidRDefault="00000000">
            <w:pPr>
              <w:pStyle w:val="TableText"/>
              <w:spacing w:after="30" w:line="245" w:lineRule="auto"/>
              <w:rPr>
                <w:rFonts w:hint="eastAsia"/>
              </w:rPr>
            </w:pPr>
            <w:r>
              <w:rPr>
                <w:b/>
                <w:color w:val="FFFFFF"/>
              </w:rPr>
              <w:t>COMPILAZIONE</w:t>
            </w:r>
          </w:p>
        </w:tc>
      </w:tr>
      <w:tr w:rsidR="00D93F19" w14:paraId="0B72CAD6" w14:textId="77777777">
        <w:trPr>
          <w:cantSplit/>
          <w:jc w:val="center"/>
        </w:trPr>
        <w:tc>
          <w:tcPr>
            <w:tcW w:w="2891" w:type="dxa"/>
            <w:shd w:val="clear" w:color="auto" w:fill="F2F6F8"/>
            <w:vAlign w:val="center"/>
          </w:tcPr>
          <w:p w14:paraId="22D8D8A1" w14:textId="77777777" w:rsidR="00D93F19" w:rsidRDefault="00000000">
            <w:pPr>
              <w:pStyle w:val="TableText"/>
              <w:spacing w:after="30" w:line="245" w:lineRule="auto"/>
              <w:rPr>
                <w:rFonts w:hint="eastAsia"/>
              </w:rPr>
            </w:pPr>
            <w:r>
              <w:t>Parti rimosse / destinazione</w:t>
            </w:r>
          </w:p>
        </w:tc>
        <w:tc>
          <w:tcPr>
            <w:tcW w:w="6973" w:type="dxa"/>
            <w:shd w:val="clear" w:color="auto" w:fill="F2F6F8"/>
            <w:vAlign w:val="center"/>
          </w:tcPr>
          <w:p w14:paraId="73FB5182" w14:textId="77777777" w:rsidR="00D93F19" w:rsidRDefault="00000000">
            <w:pPr>
              <w:pStyle w:val="TableText"/>
              <w:spacing w:after="30" w:line="245" w:lineRule="auto"/>
              <w:rPr>
                <w:rFonts w:hint="eastAsia"/>
              </w:rPr>
            </w:pPr>
            <w:r>
              <w:t>________________________________________________________</w:t>
            </w:r>
          </w:p>
        </w:tc>
      </w:tr>
      <w:tr w:rsidR="00D93F19" w14:paraId="78EBF5A7" w14:textId="77777777">
        <w:trPr>
          <w:cantSplit/>
          <w:jc w:val="center"/>
        </w:trPr>
        <w:tc>
          <w:tcPr>
            <w:tcW w:w="2891" w:type="dxa"/>
            <w:vAlign w:val="center"/>
          </w:tcPr>
          <w:p w14:paraId="4DDC28B7" w14:textId="77777777" w:rsidR="00D93F19" w:rsidRDefault="00000000">
            <w:pPr>
              <w:pStyle w:val="TableText"/>
              <w:spacing w:after="30" w:line="245" w:lineRule="auto"/>
              <w:rPr>
                <w:rFonts w:hint="eastAsia"/>
              </w:rPr>
            </w:pPr>
            <w:r>
              <w:t>Serraggi / tarature / controlli richiesti</w:t>
            </w:r>
          </w:p>
        </w:tc>
        <w:tc>
          <w:tcPr>
            <w:tcW w:w="6973" w:type="dxa"/>
            <w:vAlign w:val="center"/>
          </w:tcPr>
          <w:p w14:paraId="1212DE6F" w14:textId="77777777" w:rsidR="00D93F19" w:rsidRDefault="00000000">
            <w:pPr>
              <w:pStyle w:val="TableText"/>
              <w:spacing w:after="30" w:line="245" w:lineRule="auto"/>
              <w:rPr>
                <w:rFonts w:hint="eastAsia"/>
              </w:rPr>
            </w:pPr>
            <w:r>
              <w:t>Registro o rapporto n. ________________________________________</w:t>
            </w:r>
          </w:p>
        </w:tc>
      </w:tr>
      <w:tr w:rsidR="00D93F19" w14:paraId="27069DFB" w14:textId="77777777">
        <w:trPr>
          <w:cantSplit/>
          <w:jc w:val="center"/>
        </w:trPr>
        <w:tc>
          <w:tcPr>
            <w:tcW w:w="2891" w:type="dxa"/>
            <w:shd w:val="clear" w:color="auto" w:fill="F2F6F8"/>
            <w:vAlign w:val="center"/>
          </w:tcPr>
          <w:p w14:paraId="0F3C03C1" w14:textId="77777777" w:rsidR="00D93F19" w:rsidRDefault="00000000">
            <w:pPr>
              <w:pStyle w:val="TableText"/>
              <w:spacing w:after="30" w:line="245" w:lineRule="auto"/>
              <w:rPr>
                <w:rFonts w:hint="eastAsia"/>
              </w:rPr>
            </w:pPr>
            <w:r>
              <w:t>Foto prima/dopo / allegati</w:t>
            </w:r>
          </w:p>
        </w:tc>
        <w:tc>
          <w:tcPr>
            <w:tcW w:w="6973" w:type="dxa"/>
            <w:shd w:val="clear" w:color="auto" w:fill="F2F6F8"/>
            <w:vAlign w:val="center"/>
          </w:tcPr>
          <w:p w14:paraId="0C68AECD" w14:textId="77777777" w:rsidR="00D93F19" w:rsidRDefault="00000000">
            <w:pPr>
              <w:pStyle w:val="TableText"/>
              <w:spacing w:after="30" w:line="245" w:lineRule="auto"/>
              <w:rPr>
                <w:rFonts w:hint="eastAsia"/>
              </w:rPr>
            </w:pPr>
            <w:r>
              <w:t>________________________________________________________</w:t>
            </w:r>
          </w:p>
        </w:tc>
      </w:tr>
      <w:tr w:rsidR="00D93F19" w14:paraId="7850A299" w14:textId="77777777">
        <w:trPr>
          <w:cantSplit/>
          <w:jc w:val="center"/>
        </w:trPr>
        <w:tc>
          <w:tcPr>
            <w:tcW w:w="2891" w:type="dxa"/>
            <w:vAlign w:val="center"/>
          </w:tcPr>
          <w:p w14:paraId="43E75FCE" w14:textId="77777777" w:rsidR="00D93F19" w:rsidRDefault="00000000">
            <w:pPr>
              <w:pStyle w:val="TableText"/>
              <w:spacing w:after="30" w:line="245" w:lineRule="auto"/>
              <w:rPr>
                <w:rFonts w:hint="eastAsia"/>
              </w:rPr>
            </w:pPr>
            <w:r>
              <w:t>Etichette / targhe / avvertenze</w:t>
            </w:r>
          </w:p>
        </w:tc>
        <w:tc>
          <w:tcPr>
            <w:tcW w:w="6973" w:type="dxa"/>
            <w:vAlign w:val="center"/>
          </w:tcPr>
          <w:p w14:paraId="1E532F77" w14:textId="77777777" w:rsidR="00D93F19" w:rsidRDefault="00000000">
            <w:pPr>
              <w:pStyle w:val="TableText"/>
              <w:spacing w:after="30" w:line="245" w:lineRule="auto"/>
              <w:rPr>
                <w:rFonts w:hint="eastAsia"/>
              </w:rPr>
            </w:pPr>
            <w:r>
              <w:t>________________________________________________________</w:t>
            </w:r>
          </w:p>
        </w:tc>
      </w:tr>
      <w:tr w:rsidR="00D93F19" w14:paraId="2B074088" w14:textId="77777777">
        <w:trPr>
          <w:cantSplit/>
          <w:jc w:val="center"/>
        </w:trPr>
        <w:tc>
          <w:tcPr>
            <w:tcW w:w="2891" w:type="dxa"/>
            <w:shd w:val="clear" w:color="auto" w:fill="F2F6F8"/>
            <w:vAlign w:val="center"/>
          </w:tcPr>
          <w:p w14:paraId="487AB487" w14:textId="77777777" w:rsidR="00D93F19" w:rsidRDefault="00000000">
            <w:pPr>
              <w:pStyle w:val="TableText"/>
              <w:spacing w:after="30" w:line="245" w:lineRule="auto"/>
              <w:rPr>
                <w:rFonts w:hint="eastAsia"/>
              </w:rPr>
            </w:pPr>
            <w:r>
              <w:t>Schemi / distinta / istruzioni aggiornate</w:t>
            </w:r>
          </w:p>
        </w:tc>
        <w:tc>
          <w:tcPr>
            <w:tcW w:w="6973" w:type="dxa"/>
            <w:shd w:val="clear" w:color="auto" w:fill="F2F6F8"/>
            <w:vAlign w:val="center"/>
          </w:tcPr>
          <w:p w14:paraId="266C7D14" w14:textId="77777777" w:rsidR="00D93F19" w:rsidRDefault="00000000">
            <w:pPr>
              <w:pStyle w:val="TableText"/>
              <w:spacing w:after="30" w:line="245" w:lineRule="auto"/>
              <w:rPr>
                <w:rFonts w:hint="eastAsia"/>
              </w:rPr>
            </w:pPr>
            <w:r>
              <w:t>________________________________________________________</w:t>
            </w:r>
          </w:p>
        </w:tc>
      </w:tr>
    </w:tbl>
    <w:p w14:paraId="50437A32"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60967EF7" w14:textId="77777777">
        <w:trPr>
          <w:cantSplit/>
          <w:tblHeader/>
          <w:jc w:val="center"/>
        </w:trPr>
        <w:tc>
          <w:tcPr>
            <w:tcW w:w="3515" w:type="dxa"/>
            <w:shd w:val="clear" w:color="auto" w:fill="15344B"/>
            <w:vAlign w:val="center"/>
          </w:tcPr>
          <w:p w14:paraId="47B3B35E"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53F509DE"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7A8878FD" w14:textId="77777777" w:rsidR="00D93F19" w:rsidRDefault="00000000">
            <w:pPr>
              <w:pStyle w:val="TableText"/>
              <w:spacing w:after="30" w:line="245" w:lineRule="auto"/>
              <w:rPr>
                <w:rFonts w:hint="eastAsia"/>
              </w:rPr>
            </w:pPr>
            <w:r>
              <w:rPr>
                <w:b/>
                <w:color w:val="FFFFFF"/>
                <w:sz w:val="18"/>
              </w:rPr>
              <w:t>DATA E FIRMA</w:t>
            </w:r>
          </w:p>
        </w:tc>
      </w:tr>
      <w:tr w:rsidR="00D93F19" w14:paraId="00972E15" w14:textId="77777777">
        <w:trPr>
          <w:cantSplit/>
          <w:jc w:val="center"/>
        </w:trPr>
        <w:tc>
          <w:tcPr>
            <w:tcW w:w="3515" w:type="dxa"/>
            <w:shd w:val="clear" w:color="auto" w:fill="F2F6F8"/>
            <w:vAlign w:val="center"/>
          </w:tcPr>
          <w:p w14:paraId="0891A9B8" w14:textId="77777777" w:rsidR="00D93F19" w:rsidRDefault="00000000">
            <w:pPr>
              <w:pStyle w:val="TableText"/>
              <w:spacing w:after="30" w:line="245" w:lineRule="auto"/>
              <w:rPr>
                <w:rFonts w:hint="eastAsia"/>
              </w:rPr>
            </w:pPr>
            <w:r>
              <w:rPr>
                <w:sz w:val="18"/>
              </w:rPr>
              <w:t>Esecutore</w:t>
            </w:r>
          </w:p>
        </w:tc>
        <w:tc>
          <w:tcPr>
            <w:tcW w:w="3175" w:type="dxa"/>
            <w:shd w:val="clear" w:color="auto" w:fill="F2F6F8"/>
            <w:vAlign w:val="center"/>
          </w:tcPr>
          <w:p w14:paraId="57289F1B"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4C6CAF8A" w14:textId="77777777" w:rsidR="00D93F19" w:rsidRDefault="00000000">
            <w:pPr>
              <w:pStyle w:val="TableText"/>
              <w:spacing w:after="30" w:line="245" w:lineRule="auto"/>
              <w:rPr>
                <w:rFonts w:hint="eastAsia"/>
              </w:rPr>
            </w:pPr>
            <w:r>
              <w:rPr>
                <w:sz w:val="18"/>
              </w:rPr>
              <w:t>_____________________</w:t>
            </w:r>
          </w:p>
        </w:tc>
      </w:tr>
      <w:tr w:rsidR="00D93F19" w14:paraId="3719D64A" w14:textId="77777777">
        <w:trPr>
          <w:cantSplit/>
          <w:jc w:val="center"/>
        </w:trPr>
        <w:tc>
          <w:tcPr>
            <w:tcW w:w="3515" w:type="dxa"/>
            <w:vAlign w:val="center"/>
          </w:tcPr>
          <w:p w14:paraId="42CF9327" w14:textId="77777777" w:rsidR="00D93F19" w:rsidRDefault="00000000">
            <w:pPr>
              <w:pStyle w:val="TableText"/>
              <w:spacing w:after="30" w:line="245" w:lineRule="auto"/>
              <w:rPr>
                <w:rFonts w:hint="eastAsia"/>
              </w:rPr>
            </w:pPr>
            <w:r>
              <w:rPr>
                <w:sz w:val="18"/>
              </w:rPr>
              <w:t>Controllo di corrispondenza al progetto</w:t>
            </w:r>
          </w:p>
        </w:tc>
        <w:tc>
          <w:tcPr>
            <w:tcW w:w="3175" w:type="dxa"/>
            <w:vAlign w:val="center"/>
          </w:tcPr>
          <w:p w14:paraId="304D0980"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167239A3" w14:textId="77777777" w:rsidR="00D93F19" w:rsidRDefault="00000000">
            <w:pPr>
              <w:pStyle w:val="TableText"/>
              <w:spacing w:after="30" w:line="245" w:lineRule="auto"/>
              <w:rPr>
                <w:rFonts w:hint="eastAsia"/>
              </w:rPr>
            </w:pPr>
            <w:r>
              <w:rPr>
                <w:sz w:val="18"/>
              </w:rPr>
              <w:t>_____________________</w:t>
            </w:r>
          </w:p>
        </w:tc>
      </w:tr>
    </w:tbl>
    <w:p w14:paraId="753EB7EF" w14:textId="77777777" w:rsidR="00D93F19" w:rsidRDefault="00D93F19">
      <w:pPr>
        <w:spacing w:after="0" w:line="20" w:lineRule="exact"/>
        <w:rPr>
          <w:rFonts w:hint="eastAsia"/>
        </w:rPr>
      </w:pPr>
    </w:p>
    <w:p w14:paraId="022350FA" w14:textId="77777777" w:rsidR="00D93F19" w:rsidRDefault="00D93F19">
      <w:pPr>
        <w:spacing w:after="0" w:line="20" w:lineRule="exact"/>
        <w:rPr>
          <w:rFonts w:hint="eastAsia"/>
        </w:rPr>
        <w:sectPr w:rsidR="00D93F19">
          <w:pgSz w:w="11906" w:h="16838"/>
          <w:pgMar w:top="964" w:right="1020" w:bottom="879" w:left="1020" w:header="397" w:footer="397" w:gutter="0"/>
          <w:cols w:space="720"/>
          <w:docGrid w:linePitch="360"/>
        </w:sectPr>
      </w:pPr>
    </w:p>
    <w:p w14:paraId="1FE631C2" w14:textId="77777777" w:rsidR="00D93F19" w:rsidRDefault="00000000">
      <w:pPr>
        <w:pStyle w:val="Kicker"/>
        <w:rPr>
          <w:rFonts w:hint="eastAsia"/>
        </w:rPr>
      </w:pPr>
      <w:r>
        <w:t>ALLEGATO OPERATIVO • MODELLO AZIENDALE</w:t>
      </w:r>
    </w:p>
    <w:p w14:paraId="5D0F9606" w14:textId="77777777" w:rsidR="00D93F19" w:rsidRDefault="00000000">
      <w:pPr>
        <w:pStyle w:val="Titolo1"/>
      </w:pPr>
      <w:bookmarkStart w:id="51" w:name="P52"/>
      <w:r>
        <w:t>A12 | Piano di verifiche e prove</w:t>
      </w:r>
      <w:bookmarkEnd w:id="51"/>
    </w:p>
    <w:p w14:paraId="39FB5E04" w14:textId="77777777" w:rsidR="00D93F19" w:rsidRDefault="00000000">
      <w:pPr>
        <w:pStyle w:val="Small"/>
        <w:rPr>
          <w:rFonts w:hint="eastAsia"/>
        </w:rPr>
      </w:pPr>
      <w:r>
        <w:t>Pratica n. __________________  |  Macchina / matricola __________________  |  Data __________</w:t>
      </w:r>
    </w:p>
    <w:p w14:paraId="7B528043" w14:textId="77777777" w:rsidR="00D93F19" w:rsidRDefault="00000000">
      <w:pPr>
        <w:pStyle w:val="Small"/>
        <w:rPr>
          <w:rFonts w:hint="eastAsia"/>
        </w:rPr>
      </w:pPr>
      <w:r>
        <w:t>F: INAIL 2026, p. 12 e singole schede. O: programmazione e autorizzazione alle prove – punto G3.</w:t>
      </w:r>
    </w:p>
    <w:p w14:paraId="270F8F1D" w14:textId="77777777" w:rsidR="00D93F19" w:rsidRDefault="00000000">
      <w:pPr>
        <w:rPr>
          <w:rFonts w:hint="eastAsia"/>
        </w:rPr>
      </w:pPr>
      <w:r>
        <w:t>Responsabile prove: ________________________________  Documento tecnico di riferimento / revisione: ___________________________________</w:t>
      </w:r>
      <w:r>
        <w:br/>
        <w:t>Area e configurazione ammessa: ________________________________  Condizioni preliminari: 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814"/>
        <w:gridCol w:w="2438"/>
        <w:gridCol w:w="2098"/>
        <w:gridCol w:w="2098"/>
        <w:gridCol w:w="2721"/>
        <w:gridCol w:w="2211"/>
        <w:gridCol w:w="1417"/>
      </w:tblGrid>
      <w:tr w:rsidR="00D93F19" w14:paraId="57725966" w14:textId="77777777">
        <w:trPr>
          <w:cantSplit/>
          <w:tblHeader/>
          <w:jc w:val="center"/>
        </w:trPr>
        <w:tc>
          <w:tcPr>
            <w:tcW w:w="1814" w:type="dxa"/>
            <w:shd w:val="clear" w:color="auto" w:fill="15344B"/>
            <w:vAlign w:val="center"/>
          </w:tcPr>
          <w:p w14:paraId="1AF22048" w14:textId="77777777" w:rsidR="00D93F19" w:rsidRDefault="00000000">
            <w:pPr>
              <w:pStyle w:val="TableText"/>
              <w:spacing w:after="30" w:line="245" w:lineRule="auto"/>
              <w:rPr>
                <w:rFonts w:hint="eastAsia"/>
              </w:rPr>
            </w:pPr>
            <w:r>
              <w:rPr>
                <w:b/>
                <w:color w:val="FFFFFF"/>
                <w:sz w:val="17"/>
              </w:rPr>
              <w:t>ID TEST / OGGETTO</w:t>
            </w:r>
          </w:p>
        </w:tc>
        <w:tc>
          <w:tcPr>
            <w:tcW w:w="2438" w:type="dxa"/>
            <w:shd w:val="clear" w:color="auto" w:fill="15344B"/>
            <w:vAlign w:val="center"/>
          </w:tcPr>
          <w:p w14:paraId="55CD2E57" w14:textId="77777777" w:rsidR="00D93F19" w:rsidRDefault="00000000">
            <w:pPr>
              <w:pStyle w:val="TableText"/>
              <w:spacing w:after="30" w:line="245" w:lineRule="auto"/>
              <w:rPr>
                <w:rFonts w:hint="eastAsia"/>
              </w:rPr>
            </w:pPr>
            <w:r>
              <w:rPr>
                <w:b/>
                <w:color w:val="FFFFFF"/>
                <w:sz w:val="17"/>
              </w:rPr>
              <w:t>METODO E SEQUENZA</w:t>
            </w:r>
          </w:p>
        </w:tc>
        <w:tc>
          <w:tcPr>
            <w:tcW w:w="2098" w:type="dxa"/>
            <w:shd w:val="clear" w:color="auto" w:fill="15344B"/>
            <w:vAlign w:val="center"/>
          </w:tcPr>
          <w:p w14:paraId="3B77A4AF" w14:textId="77777777" w:rsidR="00D93F19" w:rsidRDefault="00000000">
            <w:pPr>
              <w:pStyle w:val="TableText"/>
              <w:spacing w:after="30" w:line="245" w:lineRule="auto"/>
              <w:rPr>
                <w:rFonts w:hint="eastAsia"/>
              </w:rPr>
            </w:pPr>
            <w:r>
              <w:rPr>
                <w:b/>
                <w:color w:val="FFFFFF"/>
                <w:sz w:val="17"/>
              </w:rPr>
              <w:t>CONDIZIONI / CARICO</w:t>
            </w:r>
          </w:p>
        </w:tc>
        <w:tc>
          <w:tcPr>
            <w:tcW w:w="2098" w:type="dxa"/>
            <w:shd w:val="clear" w:color="auto" w:fill="15344B"/>
            <w:vAlign w:val="center"/>
          </w:tcPr>
          <w:p w14:paraId="77F5A8AF" w14:textId="77777777" w:rsidR="00D93F19" w:rsidRDefault="00000000">
            <w:pPr>
              <w:pStyle w:val="TableText"/>
              <w:spacing w:after="30" w:line="245" w:lineRule="auto"/>
              <w:rPr>
                <w:rFonts w:hint="eastAsia"/>
              </w:rPr>
            </w:pPr>
            <w:r>
              <w:rPr>
                <w:b/>
                <w:color w:val="FFFFFF"/>
                <w:sz w:val="17"/>
              </w:rPr>
              <w:t>STRUMENTO / IDENTIFICATIVO</w:t>
            </w:r>
          </w:p>
        </w:tc>
        <w:tc>
          <w:tcPr>
            <w:tcW w:w="2721" w:type="dxa"/>
            <w:shd w:val="clear" w:color="auto" w:fill="15344B"/>
            <w:vAlign w:val="center"/>
          </w:tcPr>
          <w:p w14:paraId="26553CFC" w14:textId="77777777" w:rsidR="00D93F19" w:rsidRDefault="00000000">
            <w:pPr>
              <w:pStyle w:val="TableText"/>
              <w:spacing w:after="30" w:line="245" w:lineRule="auto"/>
              <w:rPr>
                <w:rFonts w:hint="eastAsia"/>
              </w:rPr>
            </w:pPr>
            <w:r>
              <w:rPr>
                <w:b/>
                <w:color w:val="FFFFFF"/>
                <w:sz w:val="17"/>
              </w:rPr>
              <w:t>LIMITE E CRITERIO DI ACCETTAZIONE</w:t>
            </w:r>
          </w:p>
        </w:tc>
        <w:tc>
          <w:tcPr>
            <w:tcW w:w="2211" w:type="dxa"/>
            <w:shd w:val="clear" w:color="auto" w:fill="15344B"/>
            <w:vAlign w:val="center"/>
          </w:tcPr>
          <w:p w14:paraId="2F114951" w14:textId="77777777" w:rsidR="00D93F19" w:rsidRDefault="00000000">
            <w:pPr>
              <w:pStyle w:val="TableText"/>
              <w:spacing w:after="30" w:line="245" w:lineRule="auto"/>
              <w:rPr>
                <w:rFonts w:hint="eastAsia"/>
              </w:rPr>
            </w:pPr>
            <w:r>
              <w:rPr>
                <w:b/>
                <w:color w:val="FFFFFF"/>
                <w:sz w:val="17"/>
              </w:rPr>
              <w:t>MISURE DI SICUREZZA</w:t>
            </w:r>
          </w:p>
        </w:tc>
        <w:tc>
          <w:tcPr>
            <w:tcW w:w="1417" w:type="dxa"/>
            <w:shd w:val="clear" w:color="auto" w:fill="15344B"/>
            <w:vAlign w:val="center"/>
          </w:tcPr>
          <w:p w14:paraId="453683FD" w14:textId="77777777" w:rsidR="00D93F19" w:rsidRDefault="00000000">
            <w:pPr>
              <w:pStyle w:val="TableText"/>
              <w:spacing w:after="30" w:line="245" w:lineRule="auto"/>
              <w:rPr>
                <w:rFonts w:hint="eastAsia"/>
              </w:rPr>
            </w:pPr>
            <w:r>
              <w:rPr>
                <w:b/>
                <w:color w:val="FFFFFF"/>
                <w:sz w:val="17"/>
              </w:rPr>
              <w:t>ESECUTORE</w:t>
            </w:r>
          </w:p>
        </w:tc>
      </w:tr>
      <w:tr w:rsidR="00D93F19" w14:paraId="030BFF05" w14:textId="77777777">
        <w:trPr>
          <w:cantSplit/>
          <w:trHeight w:val="935"/>
          <w:jc w:val="center"/>
        </w:trPr>
        <w:tc>
          <w:tcPr>
            <w:tcW w:w="1814" w:type="dxa"/>
            <w:shd w:val="clear" w:color="auto" w:fill="F2F6F8"/>
            <w:vAlign w:val="center"/>
          </w:tcPr>
          <w:p w14:paraId="58DC8BC0" w14:textId="77777777" w:rsidR="00D93F19" w:rsidRDefault="00D93F19">
            <w:pPr>
              <w:pStyle w:val="TableText"/>
              <w:spacing w:after="30" w:line="245" w:lineRule="auto"/>
              <w:rPr>
                <w:rFonts w:hint="eastAsia"/>
              </w:rPr>
            </w:pPr>
          </w:p>
        </w:tc>
        <w:tc>
          <w:tcPr>
            <w:tcW w:w="2438" w:type="dxa"/>
            <w:shd w:val="clear" w:color="auto" w:fill="F2F6F8"/>
            <w:vAlign w:val="center"/>
          </w:tcPr>
          <w:p w14:paraId="1FEA1B98" w14:textId="77777777" w:rsidR="00D93F19" w:rsidRDefault="00D93F19">
            <w:pPr>
              <w:pStyle w:val="TableText"/>
              <w:spacing w:after="30" w:line="245" w:lineRule="auto"/>
              <w:rPr>
                <w:rFonts w:hint="eastAsia"/>
              </w:rPr>
            </w:pPr>
          </w:p>
        </w:tc>
        <w:tc>
          <w:tcPr>
            <w:tcW w:w="2098" w:type="dxa"/>
            <w:shd w:val="clear" w:color="auto" w:fill="F2F6F8"/>
            <w:vAlign w:val="center"/>
          </w:tcPr>
          <w:p w14:paraId="73315DB3" w14:textId="77777777" w:rsidR="00D93F19" w:rsidRDefault="00D93F19">
            <w:pPr>
              <w:pStyle w:val="TableText"/>
              <w:spacing w:after="30" w:line="245" w:lineRule="auto"/>
              <w:rPr>
                <w:rFonts w:hint="eastAsia"/>
              </w:rPr>
            </w:pPr>
          </w:p>
        </w:tc>
        <w:tc>
          <w:tcPr>
            <w:tcW w:w="2098" w:type="dxa"/>
            <w:shd w:val="clear" w:color="auto" w:fill="F2F6F8"/>
            <w:vAlign w:val="center"/>
          </w:tcPr>
          <w:p w14:paraId="47E480CE" w14:textId="77777777" w:rsidR="00D93F19" w:rsidRDefault="00D93F19">
            <w:pPr>
              <w:pStyle w:val="TableText"/>
              <w:spacing w:after="30" w:line="245" w:lineRule="auto"/>
              <w:rPr>
                <w:rFonts w:hint="eastAsia"/>
              </w:rPr>
            </w:pPr>
          </w:p>
        </w:tc>
        <w:tc>
          <w:tcPr>
            <w:tcW w:w="2721" w:type="dxa"/>
            <w:shd w:val="clear" w:color="auto" w:fill="F2F6F8"/>
            <w:vAlign w:val="center"/>
          </w:tcPr>
          <w:p w14:paraId="242E4484" w14:textId="77777777" w:rsidR="00D93F19" w:rsidRDefault="00D93F19">
            <w:pPr>
              <w:pStyle w:val="TableText"/>
              <w:spacing w:after="30" w:line="245" w:lineRule="auto"/>
              <w:rPr>
                <w:rFonts w:hint="eastAsia"/>
              </w:rPr>
            </w:pPr>
          </w:p>
        </w:tc>
        <w:tc>
          <w:tcPr>
            <w:tcW w:w="2211" w:type="dxa"/>
            <w:shd w:val="clear" w:color="auto" w:fill="F2F6F8"/>
            <w:vAlign w:val="center"/>
          </w:tcPr>
          <w:p w14:paraId="1E074217" w14:textId="77777777" w:rsidR="00D93F19" w:rsidRDefault="00D93F19">
            <w:pPr>
              <w:pStyle w:val="TableText"/>
              <w:spacing w:after="30" w:line="245" w:lineRule="auto"/>
              <w:rPr>
                <w:rFonts w:hint="eastAsia"/>
              </w:rPr>
            </w:pPr>
          </w:p>
        </w:tc>
        <w:tc>
          <w:tcPr>
            <w:tcW w:w="1417" w:type="dxa"/>
            <w:shd w:val="clear" w:color="auto" w:fill="F2F6F8"/>
            <w:vAlign w:val="center"/>
          </w:tcPr>
          <w:p w14:paraId="177F206F" w14:textId="77777777" w:rsidR="00D93F19" w:rsidRDefault="00D93F19">
            <w:pPr>
              <w:pStyle w:val="TableText"/>
              <w:spacing w:after="30" w:line="245" w:lineRule="auto"/>
              <w:rPr>
                <w:rFonts w:hint="eastAsia"/>
              </w:rPr>
            </w:pPr>
          </w:p>
        </w:tc>
      </w:tr>
      <w:tr w:rsidR="00D93F19" w14:paraId="6A12E5D1" w14:textId="77777777">
        <w:trPr>
          <w:cantSplit/>
          <w:trHeight w:val="935"/>
          <w:jc w:val="center"/>
        </w:trPr>
        <w:tc>
          <w:tcPr>
            <w:tcW w:w="1814" w:type="dxa"/>
            <w:vAlign w:val="center"/>
          </w:tcPr>
          <w:p w14:paraId="7E431B3C" w14:textId="77777777" w:rsidR="00D93F19" w:rsidRDefault="00D93F19">
            <w:pPr>
              <w:pStyle w:val="TableText"/>
              <w:spacing w:after="30" w:line="245" w:lineRule="auto"/>
              <w:rPr>
                <w:rFonts w:hint="eastAsia"/>
              </w:rPr>
            </w:pPr>
          </w:p>
        </w:tc>
        <w:tc>
          <w:tcPr>
            <w:tcW w:w="2438" w:type="dxa"/>
            <w:vAlign w:val="center"/>
          </w:tcPr>
          <w:p w14:paraId="6F78C462" w14:textId="77777777" w:rsidR="00D93F19" w:rsidRDefault="00D93F19">
            <w:pPr>
              <w:pStyle w:val="TableText"/>
              <w:spacing w:after="30" w:line="245" w:lineRule="auto"/>
              <w:rPr>
                <w:rFonts w:hint="eastAsia"/>
              </w:rPr>
            </w:pPr>
          </w:p>
        </w:tc>
        <w:tc>
          <w:tcPr>
            <w:tcW w:w="2098" w:type="dxa"/>
            <w:vAlign w:val="center"/>
          </w:tcPr>
          <w:p w14:paraId="0712D0A0" w14:textId="77777777" w:rsidR="00D93F19" w:rsidRDefault="00D93F19">
            <w:pPr>
              <w:pStyle w:val="TableText"/>
              <w:spacing w:after="30" w:line="245" w:lineRule="auto"/>
              <w:rPr>
                <w:rFonts w:hint="eastAsia"/>
              </w:rPr>
            </w:pPr>
          </w:p>
        </w:tc>
        <w:tc>
          <w:tcPr>
            <w:tcW w:w="2098" w:type="dxa"/>
            <w:vAlign w:val="center"/>
          </w:tcPr>
          <w:p w14:paraId="77DA48B0" w14:textId="77777777" w:rsidR="00D93F19" w:rsidRDefault="00D93F19">
            <w:pPr>
              <w:pStyle w:val="TableText"/>
              <w:spacing w:after="30" w:line="245" w:lineRule="auto"/>
              <w:rPr>
                <w:rFonts w:hint="eastAsia"/>
              </w:rPr>
            </w:pPr>
          </w:p>
        </w:tc>
        <w:tc>
          <w:tcPr>
            <w:tcW w:w="2721" w:type="dxa"/>
            <w:vAlign w:val="center"/>
          </w:tcPr>
          <w:p w14:paraId="0C237B7B" w14:textId="77777777" w:rsidR="00D93F19" w:rsidRDefault="00D93F19">
            <w:pPr>
              <w:pStyle w:val="TableText"/>
              <w:spacing w:after="30" w:line="245" w:lineRule="auto"/>
              <w:rPr>
                <w:rFonts w:hint="eastAsia"/>
              </w:rPr>
            </w:pPr>
          </w:p>
        </w:tc>
        <w:tc>
          <w:tcPr>
            <w:tcW w:w="2211" w:type="dxa"/>
            <w:vAlign w:val="center"/>
          </w:tcPr>
          <w:p w14:paraId="4844D4C1" w14:textId="77777777" w:rsidR="00D93F19" w:rsidRDefault="00D93F19">
            <w:pPr>
              <w:pStyle w:val="TableText"/>
              <w:spacing w:after="30" w:line="245" w:lineRule="auto"/>
              <w:rPr>
                <w:rFonts w:hint="eastAsia"/>
              </w:rPr>
            </w:pPr>
          </w:p>
        </w:tc>
        <w:tc>
          <w:tcPr>
            <w:tcW w:w="1417" w:type="dxa"/>
            <w:vAlign w:val="center"/>
          </w:tcPr>
          <w:p w14:paraId="13A2DD5D" w14:textId="77777777" w:rsidR="00D93F19" w:rsidRDefault="00D93F19">
            <w:pPr>
              <w:pStyle w:val="TableText"/>
              <w:spacing w:after="30" w:line="245" w:lineRule="auto"/>
              <w:rPr>
                <w:rFonts w:hint="eastAsia"/>
              </w:rPr>
            </w:pPr>
          </w:p>
        </w:tc>
      </w:tr>
      <w:tr w:rsidR="00D93F19" w14:paraId="7B5E9342" w14:textId="77777777">
        <w:trPr>
          <w:cantSplit/>
          <w:trHeight w:val="935"/>
          <w:jc w:val="center"/>
        </w:trPr>
        <w:tc>
          <w:tcPr>
            <w:tcW w:w="1814" w:type="dxa"/>
            <w:shd w:val="clear" w:color="auto" w:fill="F2F6F8"/>
            <w:vAlign w:val="center"/>
          </w:tcPr>
          <w:p w14:paraId="72076322" w14:textId="77777777" w:rsidR="00D93F19" w:rsidRDefault="00D93F19">
            <w:pPr>
              <w:pStyle w:val="TableText"/>
              <w:spacing w:after="30" w:line="245" w:lineRule="auto"/>
              <w:rPr>
                <w:rFonts w:hint="eastAsia"/>
              </w:rPr>
            </w:pPr>
          </w:p>
        </w:tc>
        <w:tc>
          <w:tcPr>
            <w:tcW w:w="2438" w:type="dxa"/>
            <w:shd w:val="clear" w:color="auto" w:fill="F2F6F8"/>
            <w:vAlign w:val="center"/>
          </w:tcPr>
          <w:p w14:paraId="2072F1E2" w14:textId="77777777" w:rsidR="00D93F19" w:rsidRDefault="00D93F19">
            <w:pPr>
              <w:pStyle w:val="TableText"/>
              <w:spacing w:after="30" w:line="245" w:lineRule="auto"/>
              <w:rPr>
                <w:rFonts w:hint="eastAsia"/>
              </w:rPr>
            </w:pPr>
          </w:p>
        </w:tc>
        <w:tc>
          <w:tcPr>
            <w:tcW w:w="2098" w:type="dxa"/>
            <w:shd w:val="clear" w:color="auto" w:fill="F2F6F8"/>
            <w:vAlign w:val="center"/>
          </w:tcPr>
          <w:p w14:paraId="74B63F8B" w14:textId="77777777" w:rsidR="00D93F19" w:rsidRDefault="00D93F19">
            <w:pPr>
              <w:pStyle w:val="TableText"/>
              <w:spacing w:after="30" w:line="245" w:lineRule="auto"/>
              <w:rPr>
                <w:rFonts w:hint="eastAsia"/>
              </w:rPr>
            </w:pPr>
          </w:p>
        </w:tc>
        <w:tc>
          <w:tcPr>
            <w:tcW w:w="2098" w:type="dxa"/>
            <w:shd w:val="clear" w:color="auto" w:fill="F2F6F8"/>
            <w:vAlign w:val="center"/>
          </w:tcPr>
          <w:p w14:paraId="0EB0AC8A" w14:textId="77777777" w:rsidR="00D93F19" w:rsidRDefault="00D93F19">
            <w:pPr>
              <w:pStyle w:val="TableText"/>
              <w:spacing w:after="30" w:line="245" w:lineRule="auto"/>
              <w:rPr>
                <w:rFonts w:hint="eastAsia"/>
              </w:rPr>
            </w:pPr>
          </w:p>
        </w:tc>
        <w:tc>
          <w:tcPr>
            <w:tcW w:w="2721" w:type="dxa"/>
            <w:shd w:val="clear" w:color="auto" w:fill="F2F6F8"/>
            <w:vAlign w:val="center"/>
          </w:tcPr>
          <w:p w14:paraId="2AD7D31F" w14:textId="77777777" w:rsidR="00D93F19" w:rsidRDefault="00D93F19">
            <w:pPr>
              <w:pStyle w:val="TableText"/>
              <w:spacing w:after="30" w:line="245" w:lineRule="auto"/>
              <w:rPr>
                <w:rFonts w:hint="eastAsia"/>
              </w:rPr>
            </w:pPr>
          </w:p>
        </w:tc>
        <w:tc>
          <w:tcPr>
            <w:tcW w:w="2211" w:type="dxa"/>
            <w:shd w:val="clear" w:color="auto" w:fill="F2F6F8"/>
            <w:vAlign w:val="center"/>
          </w:tcPr>
          <w:p w14:paraId="34CB0D73" w14:textId="77777777" w:rsidR="00D93F19" w:rsidRDefault="00D93F19">
            <w:pPr>
              <w:pStyle w:val="TableText"/>
              <w:spacing w:after="30" w:line="245" w:lineRule="auto"/>
              <w:rPr>
                <w:rFonts w:hint="eastAsia"/>
              </w:rPr>
            </w:pPr>
          </w:p>
        </w:tc>
        <w:tc>
          <w:tcPr>
            <w:tcW w:w="1417" w:type="dxa"/>
            <w:shd w:val="clear" w:color="auto" w:fill="F2F6F8"/>
            <w:vAlign w:val="center"/>
          </w:tcPr>
          <w:p w14:paraId="6CCFCFAA" w14:textId="77777777" w:rsidR="00D93F19" w:rsidRDefault="00D93F19">
            <w:pPr>
              <w:pStyle w:val="TableText"/>
              <w:spacing w:after="30" w:line="245" w:lineRule="auto"/>
              <w:rPr>
                <w:rFonts w:hint="eastAsia"/>
              </w:rPr>
            </w:pPr>
          </w:p>
        </w:tc>
      </w:tr>
      <w:tr w:rsidR="00D93F19" w14:paraId="710E398A" w14:textId="77777777">
        <w:trPr>
          <w:cantSplit/>
          <w:trHeight w:val="935"/>
          <w:jc w:val="center"/>
        </w:trPr>
        <w:tc>
          <w:tcPr>
            <w:tcW w:w="1814" w:type="dxa"/>
            <w:vAlign w:val="center"/>
          </w:tcPr>
          <w:p w14:paraId="76443765" w14:textId="77777777" w:rsidR="00D93F19" w:rsidRDefault="00D93F19">
            <w:pPr>
              <w:pStyle w:val="TableText"/>
              <w:spacing w:after="30" w:line="245" w:lineRule="auto"/>
              <w:rPr>
                <w:rFonts w:hint="eastAsia"/>
              </w:rPr>
            </w:pPr>
          </w:p>
        </w:tc>
        <w:tc>
          <w:tcPr>
            <w:tcW w:w="2438" w:type="dxa"/>
            <w:vAlign w:val="center"/>
          </w:tcPr>
          <w:p w14:paraId="320E179A" w14:textId="77777777" w:rsidR="00D93F19" w:rsidRDefault="00D93F19">
            <w:pPr>
              <w:pStyle w:val="TableText"/>
              <w:spacing w:after="30" w:line="245" w:lineRule="auto"/>
              <w:rPr>
                <w:rFonts w:hint="eastAsia"/>
              </w:rPr>
            </w:pPr>
          </w:p>
        </w:tc>
        <w:tc>
          <w:tcPr>
            <w:tcW w:w="2098" w:type="dxa"/>
            <w:vAlign w:val="center"/>
          </w:tcPr>
          <w:p w14:paraId="61AC36CD" w14:textId="77777777" w:rsidR="00D93F19" w:rsidRDefault="00D93F19">
            <w:pPr>
              <w:pStyle w:val="TableText"/>
              <w:spacing w:after="30" w:line="245" w:lineRule="auto"/>
              <w:rPr>
                <w:rFonts w:hint="eastAsia"/>
              </w:rPr>
            </w:pPr>
          </w:p>
        </w:tc>
        <w:tc>
          <w:tcPr>
            <w:tcW w:w="2098" w:type="dxa"/>
            <w:vAlign w:val="center"/>
          </w:tcPr>
          <w:p w14:paraId="26BF37BB" w14:textId="77777777" w:rsidR="00D93F19" w:rsidRDefault="00D93F19">
            <w:pPr>
              <w:pStyle w:val="TableText"/>
              <w:spacing w:after="30" w:line="245" w:lineRule="auto"/>
              <w:rPr>
                <w:rFonts w:hint="eastAsia"/>
              </w:rPr>
            </w:pPr>
          </w:p>
        </w:tc>
        <w:tc>
          <w:tcPr>
            <w:tcW w:w="2721" w:type="dxa"/>
            <w:vAlign w:val="center"/>
          </w:tcPr>
          <w:p w14:paraId="10C9D1EF" w14:textId="77777777" w:rsidR="00D93F19" w:rsidRDefault="00D93F19">
            <w:pPr>
              <w:pStyle w:val="TableText"/>
              <w:spacing w:after="30" w:line="245" w:lineRule="auto"/>
              <w:rPr>
                <w:rFonts w:hint="eastAsia"/>
              </w:rPr>
            </w:pPr>
          </w:p>
        </w:tc>
        <w:tc>
          <w:tcPr>
            <w:tcW w:w="2211" w:type="dxa"/>
            <w:vAlign w:val="center"/>
          </w:tcPr>
          <w:p w14:paraId="29877EDD" w14:textId="77777777" w:rsidR="00D93F19" w:rsidRDefault="00D93F19">
            <w:pPr>
              <w:pStyle w:val="TableText"/>
              <w:spacing w:after="30" w:line="245" w:lineRule="auto"/>
              <w:rPr>
                <w:rFonts w:hint="eastAsia"/>
              </w:rPr>
            </w:pPr>
          </w:p>
        </w:tc>
        <w:tc>
          <w:tcPr>
            <w:tcW w:w="1417" w:type="dxa"/>
            <w:vAlign w:val="center"/>
          </w:tcPr>
          <w:p w14:paraId="4E1AB13C" w14:textId="77777777" w:rsidR="00D93F19" w:rsidRDefault="00D93F19">
            <w:pPr>
              <w:pStyle w:val="TableText"/>
              <w:spacing w:after="30" w:line="245" w:lineRule="auto"/>
              <w:rPr>
                <w:rFonts w:hint="eastAsia"/>
              </w:rPr>
            </w:pPr>
          </w:p>
        </w:tc>
      </w:tr>
    </w:tbl>
    <w:p w14:paraId="49C24ECE" w14:textId="77777777" w:rsidR="00D93F19" w:rsidRDefault="00D93F19">
      <w:pPr>
        <w:spacing w:after="0" w:line="20" w:lineRule="exact"/>
        <w:rPr>
          <w:rFonts w:hint="eastAsia"/>
        </w:rPr>
      </w:pPr>
    </w:p>
    <w:p w14:paraId="3E560F6D" w14:textId="77777777" w:rsidR="00D93F19" w:rsidRDefault="00000000">
      <w:pPr>
        <w:rPr>
          <w:rFonts w:hint="eastAsia"/>
        </w:rPr>
      </w:pPr>
      <w:r>
        <w:t>Valore dei carichi di prova, unità e provenienza: __________________________________________________________________________________</w:t>
      </w:r>
      <w:r>
        <w:br/>
        <w:t>Dispositivi e funzioni interessate: _______________________________________________________________________________________________</w:t>
      </w:r>
      <w:r>
        <w:br/>
        <w:t>Cause di interruzione e modalità di messa in sicurezza: _____________________________________________________________________________</w:t>
      </w:r>
    </w:p>
    <w:p w14:paraId="069A933B" w14:textId="77777777" w:rsidR="00D93F19" w:rsidRDefault="00000000">
      <w:pPr>
        <w:pStyle w:val="Small"/>
        <w:rPr>
          <w:rFonts w:hint="eastAsia"/>
        </w:rPr>
      </w:pPr>
      <w:r>
        <w:t>□ Controlli preliminari completati  □ Strumenti adeguati  □ Area interdetta  □ Persone informate e fuori zona  □ Istruzioni disponibili</w:t>
      </w:r>
      <w:r>
        <w:br/>
        <w:t>□ Autorizzazione alle sole prove indicate  □ Nessun bypass non progettato  □ Ripristino isolamento previsto prima di nuovi lavori</w:t>
      </w:r>
    </w:p>
    <w:p w14:paraId="730EEE9C" w14:textId="77777777" w:rsidR="00D93F19" w:rsidRDefault="00000000">
      <w:pPr>
        <w:rPr>
          <w:rFonts w:hint="eastAsia"/>
        </w:rPr>
      </w:pPr>
      <w:r>
        <w:t>Definizione tecnica: nome/firma _______________________  Autorizzazione G3: nome/firma _______________________  Data/ora ________________</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4798"/>
      </w:tblGrid>
      <w:tr w:rsidR="00D93F19" w14:paraId="4AE64EC7" w14:textId="77777777">
        <w:trPr>
          <w:cantSplit/>
        </w:trPr>
        <w:tc>
          <w:tcPr>
            <w:tcW w:w="14798" w:type="dxa"/>
            <w:shd w:val="clear" w:color="auto" w:fill="FFF5E2"/>
            <w:vAlign w:val="center"/>
          </w:tcPr>
          <w:p w14:paraId="1EE4CF02" w14:textId="77777777" w:rsidR="00D93F19" w:rsidRDefault="00000000">
            <w:pPr>
              <w:pStyle w:val="TableText"/>
              <w:spacing w:after="30" w:line="245" w:lineRule="auto"/>
              <w:rPr>
                <w:rFonts w:hint="eastAsia"/>
              </w:rPr>
            </w:pPr>
            <w:r>
              <w:rPr>
                <w:color w:val="A53435"/>
              </w:rPr>
              <w:t>Non avviare un test privo di un criterio di accettazione definito. Non sono forniti coefficienti di sovraccarico o carichi standard: devono derivare dalle istruzioni, dalla relazione e dai riferimenti tecnici pertinenti.</w:t>
            </w:r>
          </w:p>
        </w:tc>
      </w:tr>
    </w:tbl>
    <w:p w14:paraId="0068F3FA" w14:textId="77777777" w:rsidR="00D93F19" w:rsidRDefault="00D93F19">
      <w:pPr>
        <w:spacing w:after="0" w:line="20" w:lineRule="exact"/>
        <w:rPr>
          <w:rFonts w:hint="eastAsia"/>
        </w:rPr>
      </w:pPr>
    </w:p>
    <w:p w14:paraId="55645C77" w14:textId="77777777" w:rsidR="00D93F19" w:rsidRDefault="00000000">
      <w:pPr>
        <w:pStyle w:val="Kicker"/>
        <w:pageBreakBefore/>
        <w:rPr>
          <w:rFonts w:hint="eastAsia"/>
        </w:rPr>
      </w:pPr>
      <w:r>
        <w:t>ALLEGATO OPERATIVO • MODELLO AZIENDALE</w:t>
      </w:r>
    </w:p>
    <w:p w14:paraId="063C263D" w14:textId="77777777" w:rsidR="00D93F19" w:rsidRDefault="00000000">
      <w:pPr>
        <w:pStyle w:val="Titolo1"/>
      </w:pPr>
      <w:bookmarkStart w:id="52" w:name="P53"/>
      <w:r>
        <w:t>A13 | Rapporto di verifica e/o collaudo</w:t>
      </w:r>
      <w:bookmarkEnd w:id="52"/>
    </w:p>
    <w:p w14:paraId="4C93AE54" w14:textId="77777777" w:rsidR="00D93F19" w:rsidRDefault="00000000">
      <w:pPr>
        <w:pStyle w:val="Small"/>
        <w:rPr>
          <w:rFonts w:hint="eastAsia"/>
        </w:rPr>
      </w:pPr>
      <w:r>
        <w:t>Pratica n. __________________  |  Macchina / matricola __________________  |  Data __________</w:t>
      </w:r>
    </w:p>
    <w:p w14:paraId="5893A0E2" w14:textId="77777777" w:rsidR="00D93F19" w:rsidRDefault="00000000">
      <w:pPr>
        <w:pStyle w:val="Small"/>
        <w:rPr>
          <w:rFonts w:hint="eastAsia"/>
        </w:rPr>
      </w:pPr>
      <w:r>
        <w:t>F: rapporti previsti nelle schede pertinenti. O: per 1.10/1.15 registrazione aziendale dei test effettivamente condotti.</w:t>
      </w:r>
    </w:p>
    <w:p w14:paraId="328FEC2C" w14:textId="77777777" w:rsidR="00D93F19" w:rsidRDefault="00000000">
      <w:pPr>
        <w:rPr>
          <w:rFonts w:hint="eastAsia"/>
        </w:rPr>
      </w:pPr>
      <w:r>
        <w:t>Piano A12 / revisione: __________________  Responsabile prove: __________________  Esecutori: __________________________________________</w:t>
      </w:r>
      <w:r>
        <w:br/>
        <w:t>Data, luogo e condizioni ambientali rilevanti: ______________________________________________________________________________________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134"/>
        <w:gridCol w:w="2494"/>
        <w:gridCol w:w="1928"/>
        <w:gridCol w:w="2891"/>
        <w:gridCol w:w="2268"/>
        <w:gridCol w:w="2268"/>
        <w:gridCol w:w="1814"/>
      </w:tblGrid>
      <w:tr w:rsidR="00D93F19" w14:paraId="0FC4989C" w14:textId="77777777">
        <w:trPr>
          <w:cantSplit/>
          <w:tblHeader/>
          <w:jc w:val="center"/>
        </w:trPr>
        <w:tc>
          <w:tcPr>
            <w:tcW w:w="1134" w:type="dxa"/>
            <w:shd w:val="clear" w:color="auto" w:fill="15344B"/>
            <w:vAlign w:val="center"/>
          </w:tcPr>
          <w:p w14:paraId="5664274E" w14:textId="77777777" w:rsidR="00D93F19" w:rsidRDefault="00000000">
            <w:pPr>
              <w:pStyle w:val="TableText"/>
              <w:spacing w:after="30" w:line="245" w:lineRule="auto"/>
              <w:rPr>
                <w:rFonts w:hint="eastAsia"/>
              </w:rPr>
            </w:pPr>
            <w:r>
              <w:rPr>
                <w:b/>
                <w:color w:val="FFFFFF"/>
                <w:sz w:val="17"/>
              </w:rPr>
              <w:t>ID TEST</w:t>
            </w:r>
          </w:p>
        </w:tc>
        <w:tc>
          <w:tcPr>
            <w:tcW w:w="2494" w:type="dxa"/>
            <w:shd w:val="clear" w:color="auto" w:fill="15344B"/>
            <w:vAlign w:val="center"/>
          </w:tcPr>
          <w:p w14:paraId="5B44B493" w14:textId="77777777" w:rsidR="00D93F19" w:rsidRDefault="00000000">
            <w:pPr>
              <w:pStyle w:val="TableText"/>
              <w:spacing w:after="30" w:line="245" w:lineRule="auto"/>
              <w:rPr>
                <w:rFonts w:hint="eastAsia"/>
              </w:rPr>
            </w:pPr>
            <w:r>
              <w:rPr>
                <w:b/>
                <w:color w:val="FFFFFF"/>
                <w:sz w:val="17"/>
              </w:rPr>
              <w:t>CONFIGURAZIONE / CARICO REALE</w:t>
            </w:r>
          </w:p>
        </w:tc>
        <w:tc>
          <w:tcPr>
            <w:tcW w:w="1928" w:type="dxa"/>
            <w:shd w:val="clear" w:color="auto" w:fill="15344B"/>
            <w:vAlign w:val="center"/>
          </w:tcPr>
          <w:p w14:paraId="75D0520D" w14:textId="77777777" w:rsidR="00D93F19" w:rsidRDefault="00000000">
            <w:pPr>
              <w:pStyle w:val="TableText"/>
              <w:spacing w:after="30" w:line="245" w:lineRule="auto"/>
              <w:rPr>
                <w:rFonts w:hint="eastAsia"/>
              </w:rPr>
            </w:pPr>
            <w:r>
              <w:rPr>
                <w:b/>
                <w:color w:val="FFFFFF"/>
                <w:sz w:val="17"/>
              </w:rPr>
              <w:t>STRUMENTO UTILIZZATO</w:t>
            </w:r>
          </w:p>
        </w:tc>
        <w:tc>
          <w:tcPr>
            <w:tcW w:w="2891" w:type="dxa"/>
            <w:shd w:val="clear" w:color="auto" w:fill="15344B"/>
            <w:vAlign w:val="center"/>
          </w:tcPr>
          <w:p w14:paraId="53E8B714" w14:textId="77777777" w:rsidR="00D93F19" w:rsidRDefault="00000000">
            <w:pPr>
              <w:pStyle w:val="TableText"/>
              <w:spacing w:after="30" w:line="245" w:lineRule="auto"/>
              <w:rPr>
                <w:rFonts w:hint="eastAsia"/>
              </w:rPr>
            </w:pPr>
            <w:r>
              <w:rPr>
                <w:b/>
                <w:color w:val="FFFFFF"/>
                <w:sz w:val="17"/>
              </w:rPr>
              <w:t>RISULTATO MISURATO / OSSERVATO</w:t>
            </w:r>
          </w:p>
        </w:tc>
        <w:tc>
          <w:tcPr>
            <w:tcW w:w="2268" w:type="dxa"/>
            <w:shd w:val="clear" w:color="auto" w:fill="15344B"/>
            <w:vAlign w:val="center"/>
          </w:tcPr>
          <w:p w14:paraId="21C46BEF" w14:textId="77777777" w:rsidR="00D93F19" w:rsidRDefault="00000000">
            <w:pPr>
              <w:pStyle w:val="TableText"/>
              <w:spacing w:after="30" w:line="245" w:lineRule="auto"/>
              <w:rPr>
                <w:rFonts w:hint="eastAsia"/>
              </w:rPr>
            </w:pPr>
            <w:r>
              <w:rPr>
                <w:b/>
                <w:color w:val="FFFFFF"/>
                <w:sz w:val="17"/>
              </w:rPr>
              <w:t>LIMITE DI RIFERIMENTO</w:t>
            </w:r>
          </w:p>
        </w:tc>
        <w:tc>
          <w:tcPr>
            <w:tcW w:w="2268" w:type="dxa"/>
            <w:shd w:val="clear" w:color="auto" w:fill="15344B"/>
            <w:vAlign w:val="center"/>
          </w:tcPr>
          <w:p w14:paraId="076D785C" w14:textId="77777777" w:rsidR="00D93F19" w:rsidRDefault="00000000">
            <w:pPr>
              <w:pStyle w:val="TableText"/>
              <w:spacing w:after="30" w:line="245" w:lineRule="auto"/>
              <w:rPr>
                <w:rFonts w:hint="eastAsia"/>
              </w:rPr>
            </w:pPr>
            <w:r>
              <w:rPr>
                <w:b/>
                <w:color w:val="FFFFFF"/>
                <w:sz w:val="17"/>
              </w:rPr>
              <w:t>ESITO MOTIVATO</w:t>
            </w:r>
          </w:p>
        </w:tc>
        <w:tc>
          <w:tcPr>
            <w:tcW w:w="1814" w:type="dxa"/>
            <w:shd w:val="clear" w:color="auto" w:fill="15344B"/>
            <w:vAlign w:val="center"/>
          </w:tcPr>
          <w:p w14:paraId="0DAF0E4F" w14:textId="77777777" w:rsidR="00D93F19" w:rsidRDefault="00000000">
            <w:pPr>
              <w:pStyle w:val="TableText"/>
              <w:spacing w:after="30" w:line="245" w:lineRule="auto"/>
              <w:rPr>
                <w:rFonts w:hint="eastAsia"/>
              </w:rPr>
            </w:pPr>
            <w:r>
              <w:rPr>
                <w:b/>
                <w:color w:val="FFFFFF"/>
                <w:sz w:val="17"/>
              </w:rPr>
              <w:t>FIRMA / EVIDENZA</w:t>
            </w:r>
          </w:p>
        </w:tc>
      </w:tr>
      <w:tr w:rsidR="00D93F19" w14:paraId="45D7CF38" w14:textId="77777777">
        <w:trPr>
          <w:cantSplit/>
          <w:trHeight w:val="879"/>
          <w:jc w:val="center"/>
        </w:trPr>
        <w:tc>
          <w:tcPr>
            <w:tcW w:w="1134" w:type="dxa"/>
            <w:shd w:val="clear" w:color="auto" w:fill="F2F6F8"/>
            <w:vAlign w:val="center"/>
          </w:tcPr>
          <w:p w14:paraId="041F5D16" w14:textId="77777777" w:rsidR="00D93F19" w:rsidRDefault="00D93F19">
            <w:pPr>
              <w:pStyle w:val="TableText"/>
              <w:spacing w:after="30" w:line="245" w:lineRule="auto"/>
              <w:rPr>
                <w:rFonts w:hint="eastAsia"/>
              </w:rPr>
            </w:pPr>
          </w:p>
        </w:tc>
        <w:tc>
          <w:tcPr>
            <w:tcW w:w="2494" w:type="dxa"/>
            <w:shd w:val="clear" w:color="auto" w:fill="F2F6F8"/>
            <w:vAlign w:val="center"/>
          </w:tcPr>
          <w:p w14:paraId="4242C240" w14:textId="77777777" w:rsidR="00D93F19" w:rsidRDefault="00D93F19">
            <w:pPr>
              <w:pStyle w:val="TableText"/>
              <w:spacing w:after="30" w:line="245" w:lineRule="auto"/>
              <w:rPr>
                <w:rFonts w:hint="eastAsia"/>
              </w:rPr>
            </w:pPr>
          </w:p>
        </w:tc>
        <w:tc>
          <w:tcPr>
            <w:tcW w:w="1928" w:type="dxa"/>
            <w:shd w:val="clear" w:color="auto" w:fill="F2F6F8"/>
            <w:vAlign w:val="center"/>
          </w:tcPr>
          <w:p w14:paraId="1622E001" w14:textId="77777777" w:rsidR="00D93F19" w:rsidRDefault="00D93F19">
            <w:pPr>
              <w:pStyle w:val="TableText"/>
              <w:spacing w:after="30" w:line="245" w:lineRule="auto"/>
              <w:rPr>
                <w:rFonts w:hint="eastAsia"/>
              </w:rPr>
            </w:pPr>
          </w:p>
        </w:tc>
        <w:tc>
          <w:tcPr>
            <w:tcW w:w="2891" w:type="dxa"/>
            <w:shd w:val="clear" w:color="auto" w:fill="F2F6F8"/>
            <w:vAlign w:val="center"/>
          </w:tcPr>
          <w:p w14:paraId="52F8362B" w14:textId="77777777" w:rsidR="00D93F19" w:rsidRDefault="00D93F19">
            <w:pPr>
              <w:pStyle w:val="TableText"/>
              <w:spacing w:after="30" w:line="245" w:lineRule="auto"/>
              <w:rPr>
                <w:rFonts w:hint="eastAsia"/>
              </w:rPr>
            </w:pPr>
          </w:p>
        </w:tc>
        <w:tc>
          <w:tcPr>
            <w:tcW w:w="2268" w:type="dxa"/>
            <w:shd w:val="clear" w:color="auto" w:fill="F2F6F8"/>
            <w:vAlign w:val="center"/>
          </w:tcPr>
          <w:p w14:paraId="1742E51E" w14:textId="77777777" w:rsidR="00D93F19" w:rsidRDefault="00D93F19">
            <w:pPr>
              <w:pStyle w:val="TableText"/>
              <w:spacing w:after="30" w:line="245" w:lineRule="auto"/>
              <w:rPr>
                <w:rFonts w:hint="eastAsia"/>
              </w:rPr>
            </w:pPr>
          </w:p>
        </w:tc>
        <w:tc>
          <w:tcPr>
            <w:tcW w:w="2268" w:type="dxa"/>
            <w:shd w:val="clear" w:color="auto" w:fill="F2F6F8"/>
            <w:vAlign w:val="center"/>
          </w:tcPr>
          <w:p w14:paraId="7C5C6D09" w14:textId="77777777" w:rsidR="00D93F19" w:rsidRDefault="00D93F19">
            <w:pPr>
              <w:pStyle w:val="TableText"/>
              <w:spacing w:after="30" w:line="245" w:lineRule="auto"/>
              <w:rPr>
                <w:rFonts w:hint="eastAsia"/>
              </w:rPr>
            </w:pPr>
          </w:p>
        </w:tc>
        <w:tc>
          <w:tcPr>
            <w:tcW w:w="1814" w:type="dxa"/>
            <w:shd w:val="clear" w:color="auto" w:fill="F2F6F8"/>
            <w:vAlign w:val="center"/>
          </w:tcPr>
          <w:p w14:paraId="00CFFADE" w14:textId="77777777" w:rsidR="00D93F19" w:rsidRDefault="00D93F19">
            <w:pPr>
              <w:pStyle w:val="TableText"/>
              <w:spacing w:after="30" w:line="245" w:lineRule="auto"/>
              <w:rPr>
                <w:rFonts w:hint="eastAsia"/>
              </w:rPr>
            </w:pPr>
          </w:p>
        </w:tc>
      </w:tr>
      <w:tr w:rsidR="00D93F19" w14:paraId="69EEDE7F" w14:textId="77777777">
        <w:trPr>
          <w:cantSplit/>
          <w:trHeight w:val="879"/>
          <w:jc w:val="center"/>
        </w:trPr>
        <w:tc>
          <w:tcPr>
            <w:tcW w:w="1134" w:type="dxa"/>
            <w:vAlign w:val="center"/>
          </w:tcPr>
          <w:p w14:paraId="03357682" w14:textId="77777777" w:rsidR="00D93F19" w:rsidRDefault="00D93F19">
            <w:pPr>
              <w:pStyle w:val="TableText"/>
              <w:spacing w:after="30" w:line="245" w:lineRule="auto"/>
              <w:rPr>
                <w:rFonts w:hint="eastAsia"/>
              </w:rPr>
            </w:pPr>
          </w:p>
        </w:tc>
        <w:tc>
          <w:tcPr>
            <w:tcW w:w="2494" w:type="dxa"/>
            <w:vAlign w:val="center"/>
          </w:tcPr>
          <w:p w14:paraId="35100C07" w14:textId="77777777" w:rsidR="00D93F19" w:rsidRDefault="00D93F19">
            <w:pPr>
              <w:pStyle w:val="TableText"/>
              <w:spacing w:after="30" w:line="245" w:lineRule="auto"/>
              <w:rPr>
                <w:rFonts w:hint="eastAsia"/>
              </w:rPr>
            </w:pPr>
          </w:p>
        </w:tc>
        <w:tc>
          <w:tcPr>
            <w:tcW w:w="1928" w:type="dxa"/>
            <w:vAlign w:val="center"/>
          </w:tcPr>
          <w:p w14:paraId="43AA483B" w14:textId="77777777" w:rsidR="00D93F19" w:rsidRDefault="00D93F19">
            <w:pPr>
              <w:pStyle w:val="TableText"/>
              <w:spacing w:after="30" w:line="245" w:lineRule="auto"/>
              <w:rPr>
                <w:rFonts w:hint="eastAsia"/>
              </w:rPr>
            </w:pPr>
          </w:p>
        </w:tc>
        <w:tc>
          <w:tcPr>
            <w:tcW w:w="2891" w:type="dxa"/>
            <w:vAlign w:val="center"/>
          </w:tcPr>
          <w:p w14:paraId="76A1C830" w14:textId="77777777" w:rsidR="00D93F19" w:rsidRDefault="00D93F19">
            <w:pPr>
              <w:pStyle w:val="TableText"/>
              <w:spacing w:after="30" w:line="245" w:lineRule="auto"/>
              <w:rPr>
                <w:rFonts w:hint="eastAsia"/>
              </w:rPr>
            </w:pPr>
          </w:p>
        </w:tc>
        <w:tc>
          <w:tcPr>
            <w:tcW w:w="2268" w:type="dxa"/>
            <w:vAlign w:val="center"/>
          </w:tcPr>
          <w:p w14:paraId="3789C197" w14:textId="77777777" w:rsidR="00D93F19" w:rsidRDefault="00D93F19">
            <w:pPr>
              <w:pStyle w:val="TableText"/>
              <w:spacing w:after="30" w:line="245" w:lineRule="auto"/>
              <w:rPr>
                <w:rFonts w:hint="eastAsia"/>
              </w:rPr>
            </w:pPr>
          </w:p>
        </w:tc>
        <w:tc>
          <w:tcPr>
            <w:tcW w:w="2268" w:type="dxa"/>
            <w:vAlign w:val="center"/>
          </w:tcPr>
          <w:p w14:paraId="3AD483EA" w14:textId="77777777" w:rsidR="00D93F19" w:rsidRDefault="00D93F19">
            <w:pPr>
              <w:pStyle w:val="TableText"/>
              <w:spacing w:after="30" w:line="245" w:lineRule="auto"/>
              <w:rPr>
                <w:rFonts w:hint="eastAsia"/>
              </w:rPr>
            </w:pPr>
          </w:p>
        </w:tc>
        <w:tc>
          <w:tcPr>
            <w:tcW w:w="1814" w:type="dxa"/>
            <w:vAlign w:val="center"/>
          </w:tcPr>
          <w:p w14:paraId="05D57B7B" w14:textId="77777777" w:rsidR="00D93F19" w:rsidRDefault="00D93F19">
            <w:pPr>
              <w:pStyle w:val="TableText"/>
              <w:spacing w:after="30" w:line="245" w:lineRule="auto"/>
              <w:rPr>
                <w:rFonts w:hint="eastAsia"/>
              </w:rPr>
            </w:pPr>
          </w:p>
        </w:tc>
      </w:tr>
      <w:tr w:rsidR="00D93F19" w14:paraId="2C8FAF60" w14:textId="77777777">
        <w:trPr>
          <w:cantSplit/>
          <w:trHeight w:val="879"/>
          <w:jc w:val="center"/>
        </w:trPr>
        <w:tc>
          <w:tcPr>
            <w:tcW w:w="1134" w:type="dxa"/>
            <w:shd w:val="clear" w:color="auto" w:fill="F2F6F8"/>
            <w:vAlign w:val="center"/>
          </w:tcPr>
          <w:p w14:paraId="0BDA8C8D" w14:textId="77777777" w:rsidR="00D93F19" w:rsidRDefault="00D93F19">
            <w:pPr>
              <w:pStyle w:val="TableText"/>
              <w:spacing w:after="30" w:line="245" w:lineRule="auto"/>
              <w:rPr>
                <w:rFonts w:hint="eastAsia"/>
              </w:rPr>
            </w:pPr>
          </w:p>
        </w:tc>
        <w:tc>
          <w:tcPr>
            <w:tcW w:w="2494" w:type="dxa"/>
            <w:shd w:val="clear" w:color="auto" w:fill="F2F6F8"/>
            <w:vAlign w:val="center"/>
          </w:tcPr>
          <w:p w14:paraId="5A4EAB9A" w14:textId="77777777" w:rsidR="00D93F19" w:rsidRDefault="00D93F19">
            <w:pPr>
              <w:pStyle w:val="TableText"/>
              <w:spacing w:after="30" w:line="245" w:lineRule="auto"/>
              <w:rPr>
                <w:rFonts w:hint="eastAsia"/>
              </w:rPr>
            </w:pPr>
          </w:p>
        </w:tc>
        <w:tc>
          <w:tcPr>
            <w:tcW w:w="1928" w:type="dxa"/>
            <w:shd w:val="clear" w:color="auto" w:fill="F2F6F8"/>
            <w:vAlign w:val="center"/>
          </w:tcPr>
          <w:p w14:paraId="171A1D7F" w14:textId="77777777" w:rsidR="00D93F19" w:rsidRDefault="00D93F19">
            <w:pPr>
              <w:pStyle w:val="TableText"/>
              <w:spacing w:after="30" w:line="245" w:lineRule="auto"/>
              <w:rPr>
                <w:rFonts w:hint="eastAsia"/>
              </w:rPr>
            </w:pPr>
          </w:p>
        </w:tc>
        <w:tc>
          <w:tcPr>
            <w:tcW w:w="2891" w:type="dxa"/>
            <w:shd w:val="clear" w:color="auto" w:fill="F2F6F8"/>
            <w:vAlign w:val="center"/>
          </w:tcPr>
          <w:p w14:paraId="5FEA4FDA" w14:textId="77777777" w:rsidR="00D93F19" w:rsidRDefault="00D93F19">
            <w:pPr>
              <w:pStyle w:val="TableText"/>
              <w:spacing w:after="30" w:line="245" w:lineRule="auto"/>
              <w:rPr>
                <w:rFonts w:hint="eastAsia"/>
              </w:rPr>
            </w:pPr>
          </w:p>
        </w:tc>
        <w:tc>
          <w:tcPr>
            <w:tcW w:w="2268" w:type="dxa"/>
            <w:shd w:val="clear" w:color="auto" w:fill="F2F6F8"/>
            <w:vAlign w:val="center"/>
          </w:tcPr>
          <w:p w14:paraId="3B06394F" w14:textId="77777777" w:rsidR="00D93F19" w:rsidRDefault="00D93F19">
            <w:pPr>
              <w:pStyle w:val="TableText"/>
              <w:spacing w:after="30" w:line="245" w:lineRule="auto"/>
              <w:rPr>
                <w:rFonts w:hint="eastAsia"/>
              </w:rPr>
            </w:pPr>
          </w:p>
        </w:tc>
        <w:tc>
          <w:tcPr>
            <w:tcW w:w="2268" w:type="dxa"/>
            <w:shd w:val="clear" w:color="auto" w:fill="F2F6F8"/>
            <w:vAlign w:val="center"/>
          </w:tcPr>
          <w:p w14:paraId="78D160BD" w14:textId="77777777" w:rsidR="00D93F19" w:rsidRDefault="00D93F19">
            <w:pPr>
              <w:pStyle w:val="TableText"/>
              <w:spacing w:after="30" w:line="245" w:lineRule="auto"/>
              <w:rPr>
                <w:rFonts w:hint="eastAsia"/>
              </w:rPr>
            </w:pPr>
          </w:p>
        </w:tc>
        <w:tc>
          <w:tcPr>
            <w:tcW w:w="1814" w:type="dxa"/>
            <w:shd w:val="clear" w:color="auto" w:fill="F2F6F8"/>
            <w:vAlign w:val="center"/>
          </w:tcPr>
          <w:p w14:paraId="13793916" w14:textId="77777777" w:rsidR="00D93F19" w:rsidRDefault="00D93F19">
            <w:pPr>
              <w:pStyle w:val="TableText"/>
              <w:spacing w:after="30" w:line="245" w:lineRule="auto"/>
              <w:rPr>
                <w:rFonts w:hint="eastAsia"/>
              </w:rPr>
            </w:pPr>
          </w:p>
        </w:tc>
      </w:tr>
      <w:tr w:rsidR="00D93F19" w14:paraId="0507C9EC" w14:textId="77777777">
        <w:trPr>
          <w:cantSplit/>
          <w:trHeight w:val="879"/>
          <w:jc w:val="center"/>
        </w:trPr>
        <w:tc>
          <w:tcPr>
            <w:tcW w:w="1134" w:type="dxa"/>
            <w:vAlign w:val="center"/>
          </w:tcPr>
          <w:p w14:paraId="1F47BA10" w14:textId="77777777" w:rsidR="00D93F19" w:rsidRDefault="00D93F19">
            <w:pPr>
              <w:pStyle w:val="TableText"/>
              <w:spacing w:after="30" w:line="245" w:lineRule="auto"/>
              <w:rPr>
                <w:rFonts w:hint="eastAsia"/>
              </w:rPr>
            </w:pPr>
          </w:p>
        </w:tc>
        <w:tc>
          <w:tcPr>
            <w:tcW w:w="2494" w:type="dxa"/>
            <w:vAlign w:val="center"/>
          </w:tcPr>
          <w:p w14:paraId="1DB9B688" w14:textId="77777777" w:rsidR="00D93F19" w:rsidRDefault="00D93F19">
            <w:pPr>
              <w:pStyle w:val="TableText"/>
              <w:spacing w:after="30" w:line="245" w:lineRule="auto"/>
              <w:rPr>
                <w:rFonts w:hint="eastAsia"/>
              </w:rPr>
            </w:pPr>
          </w:p>
        </w:tc>
        <w:tc>
          <w:tcPr>
            <w:tcW w:w="1928" w:type="dxa"/>
            <w:vAlign w:val="center"/>
          </w:tcPr>
          <w:p w14:paraId="789C3427" w14:textId="77777777" w:rsidR="00D93F19" w:rsidRDefault="00D93F19">
            <w:pPr>
              <w:pStyle w:val="TableText"/>
              <w:spacing w:after="30" w:line="245" w:lineRule="auto"/>
              <w:rPr>
                <w:rFonts w:hint="eastAsia"/>
              </w:rPr>
            </w:pPr>
          </w:p>
        </w:tc>
        <w:tc>
          <w:tcPr>
            <w:tcW w:w="2891" w:type="dxa"/>
            <w:vAlign w:val="center"/>
          </w:tcPr>
          <w:p w14:paraId="1B89B794" w14:textId="77777777" w:rsidR="00D93F19" w:rsidRDefault="00D93F19">
            <w:pPr>
              <w:pStyle w:val="TableText"/>
              <w:spacing w:after="30" w:line="245" w:lineRule="auto"/>
              <w:rPr>
                <w:rFonts w:hint="eastAsia"/>
              </w:rPr>
            </w:pPr>
          </w:p>
        </w:tc>
        <w:tc>
          <w:tcPr>
            <w:tcW w:w="2268" w:type="dxa"/>
            <w:vAlign w:val="center"/>
          </w:tcPr>
          <w:p w14:paraId="0D54628A" w14:textId="77777777" w:rsidR="00D93F19" w:rsidRDefault="00D93F19">
            <w:pPr>
              <w:pStyle w:val="TableText"/>
              <w:spacing w:after="30" w:line="245" w:lineRule="auto"/>
              <w:rPr>
                <w:rFonts w:hint="eastAsia"/>
              </w:rPr>
            </w:pPr>
          </w:p>
        </w:tc>
        <w:tc>
          <w:tcPr>
            <w:tcW w:w="2268" w:type="dxa"/>
            <w:vAlign w:val="center"/>
          </w:tcPr>
          <w:p w14:paraId="7954FD54" w14:textId="77777777" w:rsidR="00D93F19" w:rsidRDefault="00D93F19">
            <w:pPr>
              <w:pStyle w:val="TableText"/>
              <w:spacing w:after="30" w:line="245" w:lineRule="auto"/>
              <w:rPr>
                <w:rFonts w:hint="eastAsia"/>
              </w:rPr>
            </w:pPr>
          </w:p>
        </w:tc>
        <w:tc>
          <w:tcPr>
            <w:tcW w:w="1814" w:type="dxa"/>
            <w:vAlign w:val="center"/>
          </w:tcPr>
          <w:p w14:paraId="4C877E5E" w14:textId="77777777" w:rsidR="00D93F19" w:rsidRDefault="00D93F19">
            <w:pPr>
              <w:pStyle w:val="TableText"/>
              <w:spacing w:after="30" w:line="245" w:lineRule="auto"/>
              <w:rPr>
                <w:rFonts w:hint="eastAsia"/>
              </w:rPr>
            </w:pPr>
          </w:p>
        </w:tc>
      </w:tr>
    </w:tbl>
    <w:p w14:paraId="16DA1A2F" w14:textId="77777777" w:rsidR="00D93F19" w:rsidRDefault="00D93F19">
      <w:pPr>
        <w:spacing w:after="0" w:line="20" w:lineRule="exact"/>
        <w:rPr>
          <w:rFonts w:hint="eastAsia"/>
        </w:rPr>
      </w:pPr>
    </w:p>
    <w:p w14:paraId="482B406F" w14:textId="77777777" w:rsidR="00D93F19" w:rsidRDefault="00000000">
      <w:pPr>
        <w:rPr>
          <w:rFonts w:hint="eastAsia"/>
        </w:rPr>
      </w:pPr>
      <w:r>
        <w:t>Anomalie / scostamenti / prove non eseguite: ______________________________________________________________________________________</w:t>
      </w:r>
      <w:r>
        <w:br/>
        <w:t>Azioni e rinvio ad A16: __________________________________________________________________________________________________________</w:t>
      </w:r>
      <w:r>
        <w:br/>
        <w:t>Foto, tracciati, certificati e altri allegati: _________________________________________________________________________________________</w:t>
      </w:r>
    </w:p>
    <w:p w14:paraId="3E53C77A" w14:textId="77777777" w:rsidR="00D93F19" w:rsidRDefault="00000000">
      <w:pPr>
        <w:rPr>
          <w:rFonts w:hint="eastAsia"/>
        </w:rPr>
      </w:pPr>
      <w:r>
        <w:t>Giudizio sul piano di prove: □ Completato con esito favorevole  □ Esito negativo  □ Incompleto / giudizio sospeso</w:t>
      </w:r>
      <w:r>
        <w:br/>
        <w:t>Motivazione e limiti del giudizio: ________________________________________________________________________________________________</w:t>
      </w:r>
    </w:p>
    <w:p w14:paraId="2F187567" w14:textId="77777777" w:rsidR="00D93F19" w:rsidRDefault="00000000">
      <w:pPr>
        <w:rPr>
          <w:rFonts w:hint="eastAsia"/>
        </w:rPr>
      </w:pPr>
      <w:r>
        <w:t>Responsabile delle prove – data e firma __________________________________  Riesame tecnico – data e firma _____________________________</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4798"/>
      </w:tblGrid>
      <w:tr w:rsidR="00D93F19" w14:paraId="79720709" w14:textId="77777777">
        <w:trPr>
          <w:cantSplit/>
        </w:trPr>
        <w:tc>
          <w:tcPr>
            <w:tcW w:w="14798" w:type="dxa"/>
            <w:shd w:val="clear" w:color="auto" w:fill="FFF5E2"/>
            <w:vAlign w:val="center"/>
          </w:tcPr>
          <w:p w14:paraId="585CC157" w14:textId="77777777" w:rsidR="00D93F19" w:rsidRDefault="00000000">
            <w:pPr>
              <w:pStyle w:val="TableText"/>
              <w:spacing w:after="30" w:line="245" w:lineRule="auto"/>
              <w:rPr>
                <w:rFonts w:hint="eastAsia"/>
              </w:rPr>
            </w:pPr>
            <w:r>
              <w:rPr>
                <w:color w:val="A53435"/>
              </w:rPr>
              <w:t>Un esito favorevole riguarda esclusivamente i test identificati e le condizioni provate. Questo rapporto non è un verbale di verifica periodica né una dichiarazione di conformità e non autorizza da solo la rimessa in servizio.</w:t>
            </w:r>
          </w:p>
        </w:tc>
      </w:tr>
    </w:tbl>
    <w:p w14:paraId="2684DBB5" w14:textId="77777777" w:rsidR="00D93F19" w:rsidRDefault="00D93F19">
      <w:pPr>
        <w:spacing w:after="0" w:line="20" w:lineRule="exact"/>
        <w:rPr>
          <w:rFonts w:hint="eastAsia"/>
        </w:rPr>
      </w:pPr>
    </w:p>
    <w:p w14:paraId="51ED76E9" w14:textId="77777777" w:rsidR="00D93F19" w:rsidRDefault="00D93F19">
      <w:pPr>
        <w:spacing w:after="0" w:line="20" w:lineRule="exact"/>
        <w:rPr>
          <w:rFonts w:hint="eastAsia"/>
        </w:rPr>
        <w:sectPr w:rsidR="00D93F19">
          <w:pgSz w:w="16838" w:h="11906" w:orient="landscape"/>
          <w:pgMar w:top="964" w:right="1020" w:bottom="879" w:left="1020" w:header="397" w:footer="397" w:gutter="0"/>
          <w:cols w:space="720"/>
          <w:docGrid w:linePitch="360"/>
        </w:sectPr>
      </w:pPr>
    </w:p>
    <w:p w14:paraId="1DF79F6A" w14:textId="77777777" w:rsidR="00D93F19" w:rsidRDefault="00000000">
      <w:pPr>
        <w:pStyle w:val="Kicker"/>
        <w:rPr>
          <w:rFonts w:hint="eastAsia"/>
        </w:rPr>
      </w:pPr>
      <w:r>
        <w:t>ALLEGATO OPERATIVO • MODELLO AZIENDALE</w:t>
      </w:r>
    </w:p>
    <w:p w14:paraId="3FAB6605" w14:textId="77777777" w:rsidR="00D93F19" w:rsidRDefault="00000000">
      <w:pPr>
        <w:pStyle w:val="Titolo1"/>
      </w:pPr>
      <w:bookmarkStart w:id="53" w:name="P54"/>
      <w:r>
        <w:t>A14 | Idoneità di sostegni e vie di corsa</w:t>
      </w:r>
      <w:bookmarkEnd w:id="53"/>
    </w:p>
    <w:p w14:paraId="2D75B6B8" w14:textId="77777777" w:rsidR="00D93F19" w:rsidRDefault="00000000">
      <w:pPr>
        <w:pStyle w:val="Small"/>
        <w:rPr>
          <w:rFonts w:hint="eastAsia"/>
        </w:rPr>
      </w:pPr>
      <w:r>
        <w:t>Pratica n. __________________  |  Macchina / matricola __________________  |  Data __________</w:t>
      </w:r>
    </w:p>
    <w:p w14:paraId="17EF6FB6" w14:textId="77777777" w:rsidR="00D93F19" w:rsidRDefault="00000000">
      <w:pPr>
        <w:pStyle w:val="Small"/>
        <w:rPr>
          <w:rFonts w:hint="eastAsia"/>
        </w:rPr>
      </w:pPr>
      <w:r>
        <w:t>F: INAIL 2026, Appendice 1 pp. 37–39. O: raccolta e riesame delle evidenze.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511FE005" w14:textId="77777777">
        <w:trPr>
          <w:cantSplit/>
          <w:tblHeader/>
          <w:jc w:val="center"/>
        </w:trPr>
        <w:tc>
          <w:tcPr>
            <w:tcW w:w="2891" w:type="dxa"/>
            <w:shd w:val="clear" w:color="auto" w:fill="15344B"/>
            <w:vAlign w:val="center"/>
          </w:tcPr>
          <w:p w14:paraId="579D5BCD"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4AD7BAA3" w14:textId="77777777" w:rsidR="00D93F19" w:rsidRDefault="00000000">
            <w:pPr>
              <w:pStyle w:val="TableText"/>
              <w:spacing w:after="30" w:line="245" w:lineRule="auto"/>
              <w:rPr>
                <w:rFonts w:hint="eastAsia"/>
              </w:rPr>
            </w:pPr>
            <w:r>
              <w:rPr>
                <w:b/>
                <w:color w:val="FFFFFF"/>
              </w:rPr>
              <w:t>COMPILAZIONE</w:t>
            </w:r>
          </w:p>
        </w:tc>
      </w:tr>
      <w:tr w:rsidR="00D93F19" w14:paraId="0EA28BBC" w14:textId="77777777">
        <w:trPr>
          <w:cantSplit/>
          <w:jc w:val="center"/>
        </w:trPr>
        <w:tc>
          <w:tcPr>
            <w:tcW w:w="2891" w:type="dxa"/>
            <w:shd w:val="clear" w:color="auto" w:fill="F2F6F8"/>
            <w:vAlign w:val="center"/>
          </w:tcPr>
          <w:p w14:paraId="4EE213BB" w14:textId="77777777" w:rsidR="00D93F19" w:rsidRDefault="00000000">
            <w:pPr>
              <w:pStyle w:val="TableText"/>
              <w:spacing w:after="30" w:line="245" w:lineRule="auto"/>
              <w:rPr>
                <w:rFonts w:hint="eastAsia"/>
              </w:rPr>
            </w:pPr>
            <w:r>
              <w:t>Luogo / struttura / tratto interessato</w:t>
            </w:r>
          </w:p>
        </w:tc>
        <w:tc>
          <w:tcPr>
            <w:tcW w:w="6973" w:type="dxa"/>
            <w:shd w:val="clear" w:color="auto" w:fill="F2F6F8"/>
            <w:vAlign w:val="center"/>
          </w:tcPr>
          <w:p w14:paraId="521BC6B2" w14:textId="77777777" w:rsidR="00D93F19" w:rsidRDefault="00000000">
            <w:pPr>
              <w:pStyle w:val="TableText"/>
              <w:spacing w:after="30" w:line="245" w:lineRule="auto"/>
              <w:rPr>
                <w:rFonts w:hint="eastAsia"/>
              </w:rPr>
            </w:pPr>
            <w:r>
              <w:t>________________________________________________________</w:t>
            </w:r>
          </w:p>
        </w:tc>
      </w:tr>
      <w:tr w:rsidR="00D93F19" w14:paraId="5F3A1F67" w14:textId="77777777">
        <w:trPr>
          <w:cantSplit/>
          <w:jc w:val="center"/>
        </w:trPr>
        <w:tc>
          <w:tcPr>
            <w:tcW w:w="2891" w:type="dxa"/>
            <w:vAlign w:val="center"/>
          </w:tcPr>
          <w:p w14:paraId="0CD76273" w14:textId="77777777" w:rsidR="00D93F19" w:rsidRDefault="00000000">
            <w:pPr>
              <w:pStyle w:val="TableText"/>
              <w:spacing w:after="30" w:line="245" w:lineRule="auto"/>
              <w:rPr>
                <w:rFonts w:hint="eastAsia"/>
              </w:rPr>
            </w:pPr>
            <w:r>
              <w:t>Tipologia</w:t>
            </w:r>
          </w:p>
        </w:tc>
        <w:tc>
          <w:tcPr>
            <w:tcW w:w="6973" w:type="dxa"/>
            <w:vAlign w:val="center"/>
          </w:tcPr>
          <w:p w14:paraId="3DE87D44" w14:textId="77777777" w:rsidR="00D93F19" w:rsidRDefault="00000000">
            <w:pPr>
              <w:pStyle w:val="TableText"/>
              <w:spacing w:after="30" w:line="245" w:lineRule="auto"/>
              <w:rPr>
                <w:rFonts w:hint="eastAsia"/>
              </w:rPr>
            </w:pPr>
            <w:r>
              <w:t>□ Parte dell’edificio  □ Collegata all’edificio preesistente</w:t>
            </w:r>
          </w:p>
          <w:p w14:paraId="1B1A68FB" w14:textId="77777777" w:rsidR="00D93F19" w:rsidRDefault="00000000">
            <w:pPr>
              <w:pStyle w:val="TableText"/>
              <w:spacing w:after="30" w:line="245" w:lineRule="auto"/>
              <w:rPr>
                <w:rFonts w:hint="eastAsia"/>
              </w:rPr>
            </w:pPr>
            <w:r>
              <w:t>□ Autoportante  □ Altra configurazione da valutare __________________</w:t>
            </w:r>
          </w:p>
        </w:tc>
      </w:tr>
      <w:tr w:rsidR="00D93F19" w14:paraId="54DA2707" w14:textId="77777777">
        <w:trPr>
          <w:cantSplit/>
          <w:jc w:val="center"/>
        </w:trPr>
        <w:tc>
          <w:tcPr>
            <w:tcW w:w="2891" w:type="dxa"/>
            <w:shd w:val="clear" w:color="auto" w:fill="F2F6F8"/>
            <w:vAlign w:val="center"/>
          </w:tcPr>
          <w:p w14:paraId="53D3916D" w14:textId="77777777" w:rsidR="00D93F19" w:rsidRDefault="00000000">
            <w:pPr>
              <w:pStyle w:val="TableText"/>
              <w:spacing w:after="30" w:line="245" w:lineRule="auto"/>
              <w:rPr>
                <w:rFonts w:hint="eastAsia"/>
              </w:rPr>
            </w:pPr>
            <w:r>
              <w:t>Motivo della verifica</w:t>
            </w:r>
          </w:p>
        </w:tc>
        <w:tc>
          <w:tcPr>
            <w:tcW w:w="6973" w:type="dxa"/>
            <w:shd w:val="clear" w:color="auto" w:fill="F2F6F8"/>
            <w:vAlign w:val="center"/>
          </w:tcPr>
          <w:p w14:paraId="767EE8B9" w14:textId="77777777" w:rsidR="00D93F19" w:rsidRDefault="00000000">
            <w:pPr>
              <w:pStyle w:val="TableText"/>
              <w:spacing w:after="30" w:line="245" w:lineRule="auto"/>
              <w:rPr>
                <w:rFonts w:hint="eastAsia"/>
              </w:rPr>
            </w:pPr>
            <w:r>
              <w:t>□ Nuova installazione  □ Trasferimento  □ Variazione configurazione</w:t>
            </w:r>
          </w:p>
          <w:p w14:paraId="7DB2F125" w14:textId="77777777" w:rsidR="00D93F19" w:rsidRDefault="00000000">
            <w:pPr>
              <w:pStyle w:val="TableText"/>
              <w:spacing w:after="30" w:line="245" w:lineRule="auto"/>
              <w:rPr>
                <w:rFonts w:hint="eastAsia"/>
              </w:rPr>
            </w:pPr>
            <w:r>
              <w:t>□ Nuova gru sulle stesse vie  □ Altro _____________________________</w:t>
            </w:r>
          </w:p>
        </w:tc>
      </w:tr>
      <w:tr w:rsidR="00D93F19" w14:paraId="55322FA5" w14:textId="77777777">
        <w:trPr>
          <w:cantSplit/>
          <w:jc w:val="center"/>
        </w:trPr>
        <w:tc>
          <w:tcPr>
            <w:tcW w:w="2891" w:type="dxa"/>
            <w:vAlign w:val="center"/>
          </w:tcPr>
          <w:p w14:paraId="50182ADB" w14:textId="77777777" w:rsidR="00D93F19" w:rsidRDefault="00000000">
            <w:pPr>
              <w:pStyle w:val="TableText"/>
              <w:spacing w:after="30" w:line="245" w:lineRule="auto"/>
              <w:rPr>
                <w:rFonts w:hint="eastAsia"/>
              </w:rPr>
            </w:pPr>
            <w:r>
              <w:t>Dati del fabbricante della gru</w:t>
            </w:r>
          </w:p>
        </w:tc>
        <w:tc>
          <w:tcPr>
            <w:tcW w:w="6973" w:type="dxa"/>
            <w:vAlign w:val="center"/>
          </w:tcPr>
          <w:p w14:paraId="4A31024D" w14:textId="77777777" w:rsidR="00D93F19" w:rsidRDefault="00000000">
            <w:pPr>
              <w:pStyle w:val="TableText"/>
              <w:spacing w:after="30" w:line="245" w:lineRule="auto"/>
              <w:rPr>
                <w:rFonts w:hint="eastAsia"/>
              </w:rPr>
            </w:pPr>
            <w:r>
              <w:t>Azioni alle ruote / dimensioni / tolleranze: documento _________________</w:t>
            </w:r>
          </w:p>
        </w:tc>
      </w:tr>
      <w:tr w:rsidR="00D93F19" w14:paraId="0AD4E0ED" w14:textId="77777777">
        <w:trPr>
          <w:cantSplit/>
          <w:jc w:val="center"/>
        </w:trPr>
        <w:tc>
          <w:tcPr>
            <w:tcW w:w="2891" w:type="dxa"/>
            <w:shd w:val="clear" w:color="auto" w:fill="F2F6F8"/>
            <w:vAlign w:val="center"/>
          </w:tcPr>
          <w:p w14:paraId="015AA775" w14:textId="77777777" w:rsidR="00D93F19" w:rsidRDefault="00000000">
            <w:pPr>
              <w:pStyle w:val="TableText"/>
              <w:spacing w:after="30" w:line="245" w:lineRule="auto"/>
              <w:rPr>
                <w:rFonts w:hint="eastAsia"/>
              </w:rPr>
            </w:pPr>
            <w:r>
              <w:t>Dati del costruttore della struttura</w:t>
            </w:r>
          </w:p>
        </w:tc>
        <w:tc>
          <w:tcPr>
            <w:tcW w:w="6973" w:type="dxa"/>
            <w:shd w:val="clear" w:color="auto" w:fill="F2F6F8"/>
            <w:vAlign w:val="center"/>
          </w:tcPr>
          <w:p w14:paraId="0DD6F72B" w14:textId="77777777" w:rsidR="00D93F19" w:rsidRDefault="00000000">
            <w:pPr>
              <w:pStyle w:val="TableText"/>
              <w:spacing w:after="30" w:line="245" w:lineRule="auto"/>
              <w:rPr>
                <w:rFonts w:hint="eastAsia"/>
              </w:rPr>
            </w:pPr>
            <w:r>
              <w:t>Limiti di utilizzo / elaborati: ____________________________________</w:t>
            </w:r>
          </w:p>
        </w:tc>
      </w:tr>
    </w:tbl>
    <w:p w14:paraId="23C59AD6"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855"/>
        <w:gridCol w:w="2494"/>
      </w:tblGrid>
      <w:tr w:rsidR="00D93F19" w14:paraId="78DA1B23" w14:textId="77777777">
        <w:trPr>
          <w:cantSplit/>
          <w:tblHeader/>
          <w:jc w:val="center"/>
        </w:trPr>
        <w:tc>
          <w:tcPr>
            <w:tcW w:w="3515" w:type="dxa"/>
            <w:shd w:val="clear" w:color="auto" w:fill="15344B"/>
            <w:vAlign w:val="center"/>
          </w:tcPr>
          <w:p w14:paraId="6ED1BE72" w14:textId="77777777" w:rsidR="00D93F19" w:rsidRDefault="00000000">
            <w:pPr>
              <w:pStyle w:val="TableText"/>
              <w:spacing w:after="30" w:line="245" w:lineRule="auto"/>
              <w:rPr>
                <w:rFonts w:hint="eastAsia"/>
              </w:rPr>
            </w:pPr>
            <w:r>
              <w:rPr>
                <w:b/>
                <w:color w:val="FFFFFF"/>
                <w:sz w:val="18"/>
              </w:rPr>
              <w:t>VERIFICA</w:t>
            </w:r>
          </w:p>
        </w:tc>
        <w:tc>
          <w:tcPr>
            <w:tcW w:w="3855" w:type="dxa"/>
            <w:shd w:val="clear" w:color="auto" w:fill="15344B"/>
            <w:vAlign w:val="center"/>
          </w:tcPr>
          <w:p w14:paraId="7F841488" w14:textId="77777777" w:rsidR="00D93F19" w:rsidRDefault="00000000">
            <w:pPr>
              <w:pStyle w:val="TableText"/>
              <w:spacing w:after="30" w:line="245" w:lineRule="auto"/>
              <w:rPr>
                <w:rFonts w:hint="eastAsia"/>
              </w:rPr>
            </w:pPr>
            <w:r>
              <w:rPr>
                <w:b/>
                <w:color w:val="FFFFFF"/>
                <w:sz w:val="18"/>
              </w:rPr>
              <w:t>DOCUMENTO / RISULTATO</w:t>
            </w:r>
          </w:p>
        </w:tc>
        <w:tc>
          <w:tcPr>
            <w:tcW w:w="2494" w:type="dxa"/>
            <w:shd w:val="clear" w:color="auto" w:fill="15344B"/>
            <w:vAlign w:val="center"/>
          </w:tcPr>
          <w:p w14:paraId="0914AA68" w14:textId="77777777" w:rsidR="00D93F19" w:rsidRDefault="00000000">
            <w:pPr>
              <w:pStyle w:val="TableText"/>
              <w:spacing w:after="30" w:line="245" w:lineRule="auto"/>
              <w:rPr>
                <w:rFonts w:hint="eastAsia"/>
              </w:rPr>
            </w:pPr>
            <w:r>
              <w:rPr>
                <w:b/>
                <w:color w:val="FFFFFF"/>
                <w:sz w:val="18"/>
              </w:rPr>
              <w:t>ESITO</w:t>
            </w:r>
          </w:p>
        </w:tc>
      </w:tr>
      <w:tr w:rsidR="00D93F19" w14:paraId="17DE3B98" w14:textId="77777777">
        <w:trPr>
          <w:cantSplit/>
          <w:jc w:val="center"/>
        </w:trPr>
        <w:tc>
          <w:tcPr>
            <w:tcW w:w="3515" w:type="dxa"/>
            <w:shd w:val="clear" w:color="auto" w:fill="F2F6F8"/>
            <w:vAlign w:val="center"/>
          </w:tcPr>
          <w:p w14:paraId="6250193B" w14:textId="77777777" w:rsidR="00D93F19" w:rsidRDefault="00000000">
            <w:pPr>
              <w:pStyle w:val="TableText"/>
              <w:spacing w:after="30" w:line="245" w:lineRule="auto"/>
              <w:rPr>
                <w:rFonts w:hint="eastAsia"/>
              </w:rPr>
            </w:pPr>
            <w:r>
              <w:rPr>
                <w:sz w:val="18"/>
              </w:rPr>
              <w:t>Resistenza di progetto e azioni pertinenti</w:t>
            </w:r>
          </w:p>
        </w:tc>
        <w:tc>
          <w:tcPr>
            <w:tcW w:w="3855" w:type="dxa"/>
            <w:shd w:val="clear" w:color="auto" w:fill="F2F6F8"/>
            <w:vAlign w:val="center"/>
          </w:tcPr>
          <w:p w14:paraId="35E4CEAA" w14:textId="77777777" w:rsidR="00D93F19" w:rsidRDefault="00000000">
            <w:pPr>
              <w:pStyle w:val="TableText"/>
              <w:spacing w:after="30" w:line="245" w:lineRule="auto"/>
              <w:rPr>
                <w:rFonts w:hint="eastAsia"/>
              </w:rPr>
            </w:pPr>
            <w:r>
              <w:rPr>
                <w:sz w:val="18"/>
              </w:rPr>
              <w:t>____________________________</w:t>
            </w:r>
          </w:p>
        </w:tc>
        <w:tc>
          <w:tcPr>
            <w:tcW w:w="2494" w:type="dxa"/>
            <w:shd w:val="clear" w:color="auto" w:fill="F2F6F8"/>
            <w:vAlign w:val="center"/>
          </w:tcPr>
          <w:p w14:paraId="25D92E9E" w14:textId="77777777" w:rsidR="00D93F19" w:rsidRDefault="00000000">
            <w:pPr>
              <w:pStyle w:val="TableText"/>
              <w:spacing w:after="30" w:line="245" w:lineRule="auto"/>
              <w:rPr>
                <w:rFonts w:hint="eastAsia"/>
              </w:rPr>
            </w:pPr>
            <w:r>
              <w:rPr>
                <w:sz w:val="18"/>
              </w:rPr>
              <w:t>□ Fav.  □ Neg.  □ Sosp.</w:t>
            </w:r>
          </w:p>
        </w:tc>
      </w:tr>
      <w:tr w:rsidR="00D93F19" w14:paraId="73B55661" w14:textId="77777777">
        <w:trPr>
          <w:cantSplit/>
          <w:jc w:val="center"/>
        </w:trPr>
        <w:tc>
          <w:tcPr>
            <w:tcW w:w="3515" w:type="dxa"/>
            <w:vAlign w:val="center"/>
          </w:tcPr>
          <w:p w14:paraId="43A0E1AD" w14:textId="77777777" w:rsidR="00D93F19" w:rsidRDefault="00000000">
            <w:pPr>
              <w:pStyle w:val="TableText"/>
              <w:spacing w:after="30" w:line="245" w:lineRule="auto"/>
              <w:rPr>
                <w:rFonts w:hint="eastAsia"/>
              </w:rPr>
            </w:pPr>
            <w:r>
              <w:rPr>
                <w:sz w:val="18"/>
              </w:rPr>
              <w:t>Carichi sismici, ove previsti</w:t>
            </w:r>
          </w:p>
        </w:tc>
        <w:tc>
          <w:tcPr>
            <w:tcW w:w="3855" w:type="dxa"/>
            <w:vAlign w:val="center"/>
          </w:tcPr>
          <w:p w14:paraId="0DFE912D" w14:textId="77777777" w:rsidR="00D93F19" w:rsidRDefault="00000000">
            <w:pPr>
              <w:pStyle w:val="TableText"/>
              <w:spacing w:after="30" w:line="245" w:lineRule="auto"/>
              <w:rPr>
                <w:rFonts w:hint="eastAsia"/>
              </w:rPr>
            </w:pPr>
            <w:r>
              <w:rPr>
                <w:sz w:val="18"/>
              </w:rPr>
              <w:t>____________________________</w:t>
            </w:r>
          </w:p>
        </w:tc>
        <w:tc>
          <w:tcPr>
            <w:tcW w:w="2494" w:type="dxa"/>
            <w:vAlign w:val="center"/>
          </w:tcPr>
          <w:p w14:paraId="7A143154" w14:textId="77777777" w:rsidR="00D93F19" w:rsidRDefault="00000000">
            <w:pPr>
              <w:pStyle w:val="TableText"/>
              <w:spacing w:after="30" w:line="245" w:lineRule="auto"/>
              <w:rPr>
                <w:rFonts w:hint="eastAsia"/>
              </w:rPr>
            </w:pPr>
            <w:r>
              <w:rPr>
                <w:sz w:val="18"/>
              </w:rPr>
              <w:t>□ Fav.  □ Neg.  □ N.A.</w:t>
            </w:r>
          </w:p>
        </w:tc>
      </w:tr>
      <w:tr w:rsidR="00D93F19" w14:paraId="7B46BA53" w14:textId="77777777">
        <w:trPr>
          <w:cantSplit/>
          <w:jc w:val="center"/>
        </w:trPr>
        <w:tc>
          <w:tcPr>
            <w:tcW w:w="3515" w:type="dxa"/>
            <w:shd w:val="clear" w:color="auto" w:fill="F2F6F8"/>
            <w:vAlign w:val="center"/>
          </w:tcPr>
          <w:p w14:paraId="0EBFB29D" w14:textId="77777777" w:rsidR="00D93F19" w:rsidRDefault="00000000">
            <w:pPr>
              <w:pStyle w:val="TableText"/>
              <w:spacing w:after="30" w:line="245" w:lineRule="auto"/>
              <w:rPr>
                <w:rFonts w:hint="eastAsia"/>
              </w:rPr>
            </w:pPr>
            <w:r>
              <w:rPr>
                <w:sz w:val="18"/>
              </w:rPr>
              <w:t>Geometria / allineamento / tolleranze</w:t>
            </w:r>
          </w:p>
        </w:tc>
        <w:tc>
          <w:tcPr>
            <w:tcW w:w="3855" w:type="dxa"/>
            <w:shd w:val="clear" w:color="auto" w:fill="F2F6F8"/>
            <w:vAlign w:val="center"/>
          </w:tcPr>
          <w:p w14:paraId="6B33EFBF" w14:textId="77777777" w:rsidR="00D93F19" w:rsidRDefault="00000000">
            <w:pPr>
              <w:pStyle w:val="TableText"/>
              <w:spacing w:after="30" w:line="245" w:lineRule="auto"/>
              <w:rPr>
                <w:rFonts w:hint="eastAsia"/>
              </w:rPr>
            </w:pPr>
            <w:r>
              <w:rPr>
                <w:sz w:val="18"/>
              </w:rPr>
              <w:t>____________________________</w:t>
            </w:r>
          </w:p>
        </w:tc>
        <w:tc>
          <w:tcPr>
            <w:tcW w:w="2494" w:type="dxa"/>
            <w:shd w:val="clear" w:color="auto" w:fill="F2F6F8"/>
            <w:vAlign w:val="center"/>
          </w:tcPr>
          <w:p w14:paraId="428173DD" w14:textId="77777777" w:rsidR="00D93F19" w:rsidRDefault="00000000">
            <w:pPr>
              <w:pStyle w:val="TableText"/>
              <w:spacing w:after="30" w:line="245" w:lineRule="auto"/>
              <w:rPr>
                <w:rFonts w:hint="eastAsia"/>
              </w:rPr>
            </w:pPr>
            <w:r>
              <w:rPr>
                <w:sz w:val="18"/>
              </w:rPr>
              <w:t>□ Fav.  □ Neg.  □ Sosp.</w:t>
            </w:r>
          </w:p>
        </w:tc>
      </w:tr>
      <w:tr w:rsidR="00D93F19" w14:paraId="645333FD" w14:textId="77777777">
        <w:trPr>
          <w:cantSplit/>
          <w:jc w:val="center"/>
        </w:trPr>
        <w:tc>
          <w:tcPr>
            <w:tcW w:w="3515" w:type="dxa"/>
            <w:vAlign w:val="center"/>
          </w:tcPr>
          <w:p w14:paraId="63670892" w14:textId="77777777" w:rsidR="00D93F19" w:rsidRDefault="00000000">
            <w:pPr>
              <w:pStyle w:val="TableText"/>
              <w:spacing w:after="30" w:line="245" w:lineRule="auto"/>
              <w:rPr>
                <w:rFonts w:hint="eastAsia"/>
              </w:rPr>
            </w:pPr>
            <w:r>
              <w:rPr>
                <w:sz w:val="18"/>
              </w:rPr>
              <w:t>Conservazione / usura / corrosione</w:t>
            </w:r>
          </w:p>
        </w:tc>
        <w:tc>
          <w:tcPr>
            <w:tcW w:w="3855" w:type="dxa"/>
            <w:vAlign w:val="center"/>
          </w:tcPr>
          <w:p w14:paraId="02C0C426" w14:textId="77777777" w:rsidR="00D93F19" w:rsidRDefault="00000000">
            <w:pPr>
              <w:pStyle w:val="TableText"/>
              <w:spacing w:after="30" w:line="245" w:lineRule="auto"/>
              <w:rPr>
                <w:rFonts w:hint="eastAsia"/>
              </w:rPr>
            </w:pPr>
            <w:r>
              <w:rPr>
                <w:sz w:val="18"/>
              </w:rPr>
              <w:t>____________________________</w:t>
            </w:r>
          </w:p>
        </w:tc>
        <w:tc>
          <w:tcPr>
            <w:tcW w:w="2494" w:type="dxa"/>
            <w:vAlign w:val="center"/>
          </w:tcPr>
          <w:p w14:paraId="3831A9FE" w14:textId="77777777" w:rsidR="00D93F19" w:rsidRDefault="00000000">
            <w:pPr>
              <w:pStyle w:val="TableText"/>
              <w:spacing w:after="30" w:line="245" w:lineRule="auto"/>
              <w:rPr>
                <w:rFonts w:hint="eastAsia"/>
              </w:rPr>
            </w:pPr>
            <w:r>
              <w:rPr>
                <w:sz w:val="18"/>
              </w:rPr>
              <w:t>□ Fav.  □ Neg.  □ Sosp.</w:t>
            </w:r>
          </w:p>
        </w:tc>
      </w:tr>
      <w:tr w:rsidR="00D93F19" w14:paraId="4C60330C" w14:textId="77777777">
        <w:trPr>
          <w:cantSplit/>
          <w:jc w:val="center"/>
        </w:trPr>
        <w:tc>
          <w:tcPr>
            <w:tcW w:w="3515" w:type="dxa"/>
            <w:shd w:val="clear" w:color="auto" w:fill="F2F6F8"/>
            <w:vAlign w:val="center"/>
          </w:tcPr>
          <w:p w14:paraId="66FE6306" w14:textId="77777777" w:rsidR="00D93F19" w:rsidRDefault="00000000">
            <w:pPr>
              <w:pStyle w:val="TableText"/>
              <w:spacing w:after="30" w:line="245" w:lineRule="auto"/>
              <w:rPr>
                <w:rFonts w:hint="eastAsia"/>
              </w:rPr>
            </w:pPr>
            <w:r>
              <w:rPr>
                <w:sz w:val="18"/>
              </w:rPr>
              <w:t>Compatibilità macchina-vie-edificio</w:t>
            </w:r>
          </w:p>
        </w:tc>
        <w:tc>
          <w:tcPr>
            <w:tcW w:w="3855" w:type="dxa"/>
            <w:shd w:val="clear" w:color="auto" w:fill="F2F6F8"/>
            <w:vAlign w:val="center"/>
          </w:tcPr>
          <w:p w14:paraId="4829CF85" w14:textId="77777777" w:rsidR="00D93F19" w:rsidRDefault="00000000">
            <w:pPr>
              <w:pStyle w:val="TableText"/>
              <w:spacing w:after="30" w:line="245" w:lineRule="auto"/>
              <w:rPr>
                <w:rFonts w:hint="eastAsia"/>
              </w:rPr>
            </w:pPr>
            <w:r>
              <w:rPr>
                <w:sz w:val="18"/>
              </w:rPr>
              <w:t>____________________________</w:t>
            </w:r>
          </w:p>
        </w:tc>
        <w:tc>
          <w:tcPr>
            <w:tcW w:w="2494" w:type="dxa"/>
            <w:shd w:val="clear" w:color="auto" w:fill="F2F6F8"/>
            <w:vAlign w:val="center"/>
          </w:tcPr>
          <w:p w14:paraId="070B0234" w14:textId="77777777" w:rsidR="00D93F19" w:rsidRDefault="00000000">
            <w:pPr>
              <w:pStyle w:val="TableText"/>
              <w:spacing w:after="30" w:line="245" w:lineRule="auto"/>
              <w:rPr>
                <w:rFonts w:hint="eastAsia"/>
              </w:rPr>
            </w:pPr>
            <w:r>
              <w:rPr>
                <w:sz w:val="18"/>
              </w:rPr>
              <w:t>□ Fav.  □ Neg.  □ Sosp.</w:t>
            </w:r>
          </w:p>
        </w:tc>
      </w:tr>
      <w:tr w:rsidR="00D93F19" w14:paraId="65B46A3D" w14:textId="77777777">
        <w:trPr>
          <w:cantSplit/>
          <w:jc w:val="center"/>
        </w:trPr>
        <w:tc>
          <w:tcPr>
            <w:tcW w:w="3515" w:type="dxa"/>
            <w:vAlign w:val="center"/>
          </w:tcPr>
          <w:p w14:paraId="21932901" w14:textId="77777777" w:rsidR="00D93F19" w:rsidRDefault="00000000">
            <w:pPr>
              <w:pStyle w:val="TableText"/>
              <w:spacing w:after="30" w:line="245" w:lineRule="auto"/>
              <w:rPr>
                <w:rFonts w:hint="eastAsia"/>
              </w:rPr>
            </w:pPr>
            <w:r>
              <w:rPr>
                <w:sz w:val="18"/>
              </w:rPr>
              <w:t>Interferenze / altre gru / configurazioni</w:t>
            </w:r>
          </w:p>
        </w:tc>
        <w:tc>
          <w:tcPr>
            <w:tcW w:w="3855" w:type="dxa"/>
            <w:vAlign w:val="center"/>
          </w:tcPr>
          <w:p w14:paraId="2598D672" w14:textId="77777777" w:rsidR="00D93F19" w:rsidRDefault="00000000">
            <w:pPr>
              <w:pStyle w:val="TableText"/>
              <w:spacing w:after="30" w:line="245" w:lineRule="auto"/>
              <w:rPr>
                <w:rFonts w:hint="eastAsia"/>
              </w:rPr>
            </w:pPr>
            <w:r>
              <w:rPr>
                <w:sz w:val="18"/>
              </w:rPr>
              <w:t>____________________________</w:t>
            </w:r>
          </w:p>
        </w:tc>
        <w:tc>
          <w:tcPr>
            <w:tcW w:w="2494" w:type="dxa"/>
            <w:vAlign w:val="center"/>
          </w:tcPr>
          <w:p w14:paraId="73678709" w14:textId="77777777" w:rsidR="00D93F19" w:rsidRDefault="00000000">
            <w:pPr>
              <w:pStyle w:val="TableText"/>
              <w:spacing w:after="30" w:line="245" w:lineRule="auto"/>
              <w:rPr>
                <w:rFonts w:hint="eastAsia"/>
              </w:rPr>
            </w:pPr>
            <w:r>
              <w:rPr>
                <w:sz w:val="18"/>
              </w:rPr>
              <w:t>□ Fav.  □ Neg.  □ N.A.</w:t>
            </w:r>
          </w:p>
        </w:tc>
      </w:tr>
    </w:tbl>
    <w:p w14:paraId="555C9DAB"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5F07CBE5" w14:textId="77777777">
        <w:trPr>
          <w:cantSplit/>
          <w:tblHeader/>
          <w:jc w:val="center"/>
        </w:trPr>
        <w:tc>
          <w:tcPr>
            <w:tcW w:w="2891" w:type="dxa"/>
            <w:shd w:val="clear" w:color="auto" w:fill="15344B"/>
            <w:vAlign w:val="center"/>
          </w:tcPr>
          <w:p w14:paraId="5D199E75"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3AE0D994" w14:textId="77777777" w:rsidR="00D93F19" w:rsidRDefault="00000000">
            <w:pPr>
              <w:pStyle w:val="TableText"/>
              <w:spacing w:after="30" w:line="245" w:lineRule="auto"/>
              <w:rPr>
                <w:rFonts w:hint="eastAsia"/>
              </w:rPr>
            </w:pPr>
            <w:r>
              <w:rPr>
                <w:b/>
                <w:color w:val="FFFFFF"/>
              </w:rPr>
              <w:t>COMPILAZIONE</w:t>
            </w:r>
          </w:p>
        </w:tc>
      </w:tr>
      <w:tr w:rsidR="00D93F19" w14:paraId="02462AF5" w14:textId="77777777">
        <w:trPr>
          <w:cantSplit/>
          <w:jc w:val="center"/>
        </w:trPr>
        <w:tc>
          <w:tcPr>
            <w:tcW w:w="2891" w:type="dxa"/>
            <w:shd w:val="clear" w:color="auto" w:fill="F2F6F8"/>
            <w:vAlign w:val="center"/>
          </w:tcPr>
          <w:p w14:paraId="4925F4D2" w14:textId="77777777" w:rsidR="00D93F19" w:rsidRDefault="00000000">
            <w:pPr>
              <w:pStyle w:val="TableText"/>
              <w:spacing w:after="30" w:line="245" w:lineRule="auto"/>
              <w:rPr>
                <w:rFonts w:hint="eastAsia"/>
              </w:rPr>
            </w:pPr>
            <w:r>
              <w:t>Inquadramento e documenti di prodotto</w:t>
            </w:r>
          </w:p>
        </w:tc>
        <w:tc>
          <w:tcPr>
            <w:tcW w:w="6973" w:type="dxa"/>
            <w:shd w:val="clear" w:color="auto" w:fill="F2F6F8"/>
            <w:vAlign w:val="center"/>
          </w:tcPr>
          <w:p w14:paraId="502DF3F4" w14:textId="77777777" w:rsidR="00D93F19" w:rsidRDefault="00000000">
            <w:pPr>
              <w:pStyle w:val="TableText"/>
              <w:spacing w:after="30" w:line="245" w:lineRule="auto"/>
              <w:rPr>
                <w:rFonts w:hint="eastAsia"/>
              </w:rPr>
            </w:pPr>
            <w:r>
              <w:t>Disciplina pertinente e motivazione: _____________________________</w:t>
            </w:r>
          </w:p>
          <w:p w14:paraId="0DF4C56A" w14:textId="77777777" w:rsidR="00D93F19" w:rsidRDefault="00000000">
            <w:pPr>
              <w:pStyle w:val="TableText"/>
              <w:spacing w:after="30" w:line="245" w:lineRule="auto"/>
              <w:rPr>
                <w:rFonts w:hint="eastAsia"/>
              </w:rPr>
            </w:pPr>
            <w:r>
              <w:t>Documenti / eventuale DOP: ____________________________________</w:t>
            </w:r>
          </w:p>
        </w:tc>
      </w:tr>
      <w:tr w:rsidR="00D93F19" w14:paraId="50819045" w14:textId="77777777">
        <w:trPr>
          <w:cantSplit/>
          <w:jc w:val="center"/>
        </w:trPr>
        <w:tc>
          <w:tcPr>
            <w:tcW w:w="2891" w:type="dxa"/>
            <w:vAlign w:val="center"/>
          </w:tcPr>
          <w:p w14:paraId="58EABC5D" w14:textId="77777777" w:rsidR="00D93F19" w:rsidRDefault="00000000">
            <w:pPr>
              <w:pStyle w:val="TableText"/>
              <w:spacing w:after="30" w:line="245" w:lineRule="auto"/>
              <w:rPr>
                <w:rFonts w:hint="eastAsia"/>
              </w:rPr>
            </w:pPr>
            <w:r>
              <w:t>Limiti di impiego / condizioni</w:t>
            </w:r>
          </w:p>
        </w:tc>
        <w:tc>
          <w:tcPr>
            <w:tcW w:w="6973" w:type="dxa"/>
            <w:vAlign w:val="center"/>
          </w:tcPr>
          <w:p w14:paraId="404920F1" w14:textId="77777777" w:rsidR="00D93F19" w:rsidRDefault="00000000">
            <w:pPr>
              <w:pStyle w:val="TableText"/>
              <w:spacing w:after="30" w:line="245" w:lineRule="auto"/>
              <w:rPr>
                <w:rFonts w:hint="eastAsia"/>
              </w:rPr>
            </w:pPr>
            <w:r>
              <w:t>________________________________________________________</w:t>
            </w:r>
          </w:p>
        </w:tc>
      </w:tr>
      <w:tr w:rsidR="00D93F19" w14:paraId="65158D4A" w14:textId="77777777">
        <w:trPr>
          <w:cantSplit/>
          <w:jc w:val="center"/>
        </w:trPr>
        <w:tc>
          <w:tcPr>
            <w:tcW w:w="2891" w:type="dxa"/>
            <w:shd w:val="clear" w:color="auto" w:fill="F2F6F8"/>
            <w:vAlign w:val="center"/>
          </w:tcPr>
          <w:p w14:paraId="1588954A" w14:textId="77777777" w:rsidR="00D93F19" w:rsidRDefault="00000000">
            <w:pPr>
              <w:pStyle w:val="TableText"/>
              <w:spacing w:after="30" w:line="245" w:lineRule="auto"/>
              <w:rPr>
                <w:rFonts w:hint="eastAsia"/>
              </w:rPr>
            </w:pPr>
            <w:r>
              <w:t>Conclusione / allegati tecnici</w:t>
            </w:r>
          </w:p>
        </w:tc>
        <w:tc>
          <w:tcPr>
            <w:tcW w:w="6973" w:type="dxa"/>
            <w:shd w:val="clear" w:color="auto" w:fill="F2F6F8"/>
            <w:vAlign w:val="center"/>
          </w:tcPr>
          <w:p w14:paraId="33D3F2C7" w14:textId="77777777" w:rsidR="00D93F19" w:rsidRDefault="00000000">
            <w:pPr>
              <w:pStyle w:val="TableText"/>
              <w:spacing w:after="30" w:line="245" w:lineRule="auto"/>
              <w:rPr>
                <w:rFonts w:hint="eastAsia"/>
              </w:rPr>
            </w:pPr>
            <w:r>
              <w:t>________________________________________________________</w:t>
            </w:r>
          </w:p>
        </w:tc>
      </w:tr>
    </w:tbl>
    <w:p w14:paraId="06DA374A"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1A97D357" w14:textId="77777777">
        <w:trPr>
          <w:cantSplit/>
          <w:tblHeader/>
          <w:jc w:val="center"/>
        </w:trPr>
        <w:tc>
          <w:tcPr>
            <w:tcW w:w="3515" w:type="dxa"/>
            <w:shd w:val="clear" w:color="auto" w:fill="15344B"/>
            <w:vAlign w:val="center"/>
          </w:tcPr>
          <w:p w14:paraId="7C87B878"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7DBCC256"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4D784910" w14:textId="77777777" w:rsidR="00D93F19" w:rsidRDefault="00000000">
            <w:pPr>
              <w:pStyle w:val="TableText"/>
              <w:spacing w:after="30" w:line="245" w:lineRule="auto"/>
              <w:rPr>
                <w:rFonts w:hint="eastAsia"/>
              </w:rPr>
            </w:pPr>
            <w:r>
              <w:rPr>
                <w:b/>
                <w:color w:val="FFFFFF"/>
                <w:sz w:val="18"/>
              </w:rPr>
              <w:t>DATA E FIRMA</w:t>
            </w:r>
          </w:p>
        </w:tc>
      </w:tr>
      <w:tr w:rsidR="00D93F19" w14:paraId="09DFF05D" w14:textId="77777777">
        <w:trPr>
          <w:cantSplit/>
          <w:jc w:val="center"/>
        </w:trPr>
        <w:tc>
          <w:tcPr>
            <w:tcW w:w="3515" w:type="dxa"/>
            <w:shd w:val="clear" w:color="auto" w:fill="F2F6F8"/>
            <w:vAlign w:val="center"/>
          </w:tcPr>
          <w:p w14:paraId="4D9372FE" w14:textId="77777777" w:rsidR="00D93F19" w:rsidRDefault="00000000">
            <w:pPr>
              <w:pStyle w:val="TableText"/>
              <w:spacing w:after="30" w:line="245" w:lineRule="auto"/>
              <w:rPr>
                <w:rFonts w:hint="eastAsia"/>
              </w:rPr>
            </w:pPr>
            <w:r>
              <w:rPr>
                <w:sz w:val="18"/>
              </w:rPr>
              <w:t>Responsabile delle verifiche strutturali</w:t>
            </w:r>
          </w:p>
        </w:tc>
        <w:tc>
          <w:tcPr>
            <w:tcW w:w="3175" w:type="dxa"/>
            <w:shd w:val="clear" w:color="auto" w:fill="F2F6F8"/>
            <w:vAlign w:val="center"/>
          </w:tcPr>
          <w:p w14:paraId="2CAF5191"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5CD8F29A" w14:textId="77777777" w:rsidR="00D93F19" w:rsidRDefault="00000000">
            <w:pPr>
              <w:pStyle w:val="TableText"/>
              <w:spacing w:after="30" w:line="245" w:lineRule="auto"/>
              <w:rPr>
                <w:rFonts w:hint="eastAsia"/>
              </w:rPr>
            </w:pPr>
            <w:r>
              <w:rPr>
                <w:sz w:val="18"/>
              </w:rPr>
              <w:t>_____________________</w:t>
            </w:r>
          </w:p>
        </w:tc>
      </w:tr>
      <w:tr w:rsidR="00D93F19" w14:paraId="739C29B2" w14:textId="77777777">
        <w:trPr>
          <w:cantSplit/>
          <w:jc w:val="center"/>
        </w:trPr>
        <w:tc>
          <w:tcPr>
            <w:tcW w:w="3515" w:type="dxa"/>
            <w:vAlign w:val="center"/>
          </w:tcPr>
          <w:p w14:paraId="6F14E145" w14:textId="77777777" w:rsidR="00D93F19" w:rsidRDefault="00000000">
            <w:pPr>
              <w:pStyle w:val="TableText"/>
              <w:spacing w:after="30" w:line="245" w:lineRule="auto"/>
              <w:rPr>
                <w:rFonts w:hint="eastAsia"/>
              </w:rPr>
            </w:pPr>
            <w:r>
              <w:rPr>
                <w:sz w:val="18"/>
              </w:rPr>
              <w:t>Installatore – idoneità alle specifiche macchina</w:t>
            </w:r>
          </w:p>
        </w:tc>
        <w:tc>
          <w:tcPr>
            <w:tcW w:w="3175" w:type="dxa"/>
            <w:vAlign w:val="center"/>
          </w:tcPr>
          <w:p w14:paraId="0F130AD5"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68933D1B" w14:textId="77777777" w:rsidR="00D93F19" w:rsidRDefault="00000000">
            <w:pPr>
              <w:pStyle w:val="TableText"/>
              <w:spacing w:after="30" w:line="245" w:lineRule="auto"/>
              <w:rPr>
                <w:rFonts w:hint="eastAsia"/>
              </w:rPr>
            </w:pPr>
            <w:r>
              <w:rPr>
                <w:sz w:val="18"/>
              </w:rPr>
              <w:t>_____________________</w:t>
            </w:r>
          </w:p>
        </w:tc>
      </w:tr>
      <w:tr w:rsidR="00D93F19" w14:paraId="4B772C78" w14:textId="77777777">
        <w:trPr>
          <w:cantSplit/>
          <w:jc w:val="center"/>
        </w:trPr>
        <w:tc>
          <w:tcPr>
            <w:tcW w:w="3515" w:type="dxa"/>
            <w:shd w:val="clear" w:color="auto" w:fill="F2F6F8"/>
            <w:vAlign w:val="center"/>
          </w:tcPr>
          <w:p w14:paraId="48F8794A" w14:textId="77777777" w:rsidR="00D93F19" w:rsidRDefault="00000000">
            <w:pPr>
              <w:pStyle w:val="TableText"/>
              <w:spacing w:after="30" w:line="245" w:lineRule="auto"/>
              <w:rPr>
                <w:rFonts w:hint="eastAsia"/>
              </w:rPr>
            </w:pPr>
            <w:r>
              <w:rPr>
                <w:sz w:val="18"/>
              </w:rPr>
              <w:t>Utilizzatore – acquisizione delle evidenze</w:t>
            </w:r>
          </w:p>
        </w:tc>
        <w:tc>
          <w:tcPr>
            <w:tcW w:w="3175" w:type="dxa"/>
            <w:shd w:val="clear" w:color="auto" w:fill="F2F6F8"/>
            <w:vAlign w:val="center"/>
          </w:tcPr>
          <w:p w14:paraId="7F51EDD0"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051D2DEA" w14:textId="77777777" w:rsidR="00D93F19" w:rsidRDefault="00000000">
            <w:pPr>
              <w:pStyle w:val="TableText"/>
              <w:spacing w:after="30" w:line="245" w:lineRule="auto"/>
              <w:rPr>
                <w:rFonts w:hint="eastAsia"/>
              </w:rPr>
            </w:pPr>
            <w:r>
              <w:rPr>
                <w:sz w:val="18"/>
              </w:rPr>
              <w:t>_____________________</w:t>
            </w:r>
          </w:p>
        </w:tc>
      </w:tr>
    </w:tbl>
    <w:p w14:paraId="35F1D5DB"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0F5C5794" w14:textId="77777777">
        <w:trPr>
          <w:cantSplit/>
        </w:trPr>
        <w:tc>
          <w:tcPr>
            <w:tcW w:w="9866" w:type="dxa"/>
            <w:shd w:val="clear" w:color="auto" w:fill="FFF5E2"/>
            <w:vAlign w:val="center"/>
          </w:tcPr>
          <w:p w14:paraId="19A5F95E" w14:textId="77777777" w:rsidR="00D93F19" w:rsidRDefault="00000000">
            <w:pPr>
              <w:pStyle w:val="TableText"/>
              <w:spacing w:after="30" w:line="245" w:lineRule="auto"/>
              <w:rPr>
                <w:rFonts w:hint="eastAsia"/>
              </w:rPr>
            </w:pPr>
            <w:r>
              <w:rPr>
                <w:color w:val="A53435"/>
              </w:rPr>
              <w:t>Non compilare un giudizio favorevole senza l’elaborato del soggetto competente. La documentazione di un prodotto non dimostra, da sola, l’idoneità del sostegno e del sito.</w:t>
            </w:r>
          </w:p>
        </w:tc>
      </w:tr>
    </w:tbl>
    <w:p w14:paraId="649886BB" w14:textId="77777777" w:rsidR="00D93F19" w:rsidRDefault="00D93F19">
      <w:pPr>
        <w:spacing w:after="0" w:line="20" w:lineRule="exact"/>
        <w:rPr>
          <w:rFonts w:hint="eastAsia"/>
        </w:rPr>
      </w:pPr>
    </w:p>
    <w:p w14:paraId="4A759617" w14:textId="77777777" w:rsidR="00D93F19" w:rsidRDefault="00000000">
      <w:pPr>
        <w:pStyle w:val="Kicker"/>
        <w:pageBreakBefore/>
        <w:rPr>
          <w:rFonts w:hint="eastAsia"/>
        </w:rPr>
      </w:pPr>
      <w:r>
        <w:t>ALLEGATO OPERATIVO • MODELLO AZIENDALE</w:t>
      </w:r>
    </w:p>
    <w:p w14:paraId="1C0BC840" w14:textId="77777777" w:rsidR="00D93F19" w:rsidRDefault="00000000">
      <w:pPr>
        <w:pStyle w:val="Titolo1"/>
      </w:pPr>
      <w:bookmarkStart w:id="54" w:name="P55"/>
      <w:r>
        <w:t>A15 | Dichiarazione dell’esecutore – identificazione</w:t>
      </w:r>
      <w:bookmarkEnd w:id="54"/>
    </w:p>
    <w:p w14:paraId="0B0DF534" w14:textId="77777777" w:rsidR="00D93F19" w:rsidRDefault="00000000">
      <w:pPr>
        <w:pStyle w:val="Small"/>
        <w:rPr>
          <w:rFonts w:hint="eastAsia"/>
        </w:rPr>
      </w:pPr>
      <w:r>
        <w:t>Pratica n. __________________  |  Macchina / matricola __________________  |  Data __________</w:t>
      </w:r>
    </w:p>
    <w:p w14:paraId="318476FA" w14:textId="77777777" w:rsidR="00D93F19" w:rsidRDefault="00000000">
      <w:pPr>
        <w:pStyle w:val="Small"/>
        <w:rPr>
          <w:rFonts w:hint="eastAsia"/>
        </w:rPr>
      </w:pPr>
      <w:r>
        <w:t>Modello aziendale originale ispirato alle informazioni dell’Appendice 2 INAIL, pp. 41–42. Pagina 1 di 2.</w:t>
      </w:r>
    </w:p>
    <w:p w14:paraId="41D5194E" w14:textId="77777777" w:rsidR="00D93F19" w:rsidRDefault="00000000">
      <w:pPr>
        <w:pStyle w:val="Titolo2"/>
      </w:pPr>
      <w:r>
        <w:t>DICHIARAZIONE DI STRAORDINARIA MANUTENZIONE</w:t>
      </w:r>
      <w:r>
        <w:br/>
        <w:t>E DI CORRETTA INSTALLAZIONE / IDONEITÀ ALL’IMPIEGO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6120E31C" w14:textId="77777777">
        <w:trPr>
          <w:cantSplit/>
          <w:tblHeader/>
          <w:jc w:val="center"/>
        </w:trPr>
        <w:tc>
          <w:tcPr>
            <w:tcW w:w="2891" w:type="dxa"/>
            <w:shd w:val="clear" w:color="auto" w:fill="15344B"/>
            <w:vAlign w:val="center"/>
          </w:tcPr>
          <w:p w14:paraId="27389FED"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425C11BA" w14:textId="77777777" w:rsidR="00D93F19" w:rsidRDefault="00000000">
            <w:pPr>
              <w:pStyle w:val="TableText"/>
              <w:spacing w:after="30" w:line="245" w:lineRule="auto"/>
              <w:rPr>
                <w:rFonts w:hint="eastAsia"/>
              </w:rPr>
            </w:pPr>
            <w:r>
              <w:rPr>
                <w:b/>
                <w:color w:val="FFFFFF"/>
              </w:rPr>
              <w:t>COMPILAZIONE</w:t>
            </w:r>
          </w:p>
        </w:tc>
      </w:tr>
      <w:tr w:rsidR="00D93F19" w14:paraId="3340FABB" w14:textId="77777777">
        <w:trPr>
          <w:cantSplit/>
          <w:jc w:val="center"/>
        </w:trPr>
        <w:tc>
          <w:tcPr>
            <w:tcW w:w="2891" w:type="dxa"/>
            <w:shd w:val="clear" w:color="auto" w:fill="F2F6F8"/>
            <w:vAlign w:val="center"/>
          </w:tcPr>
          <w:p w14:paraId="45B5A182" w14:textId="77777777" w:rsidR="00D93F19" w:rsidRDefault="00000000">
            <w:pPr>
              <w:pStyle w:val="TableText"/>
              <w:spacing w:after="30" w:line="245" w:lineRule="auto"/>
              <w:rPr>
                <w:rFonts w:hint="eastAsia"/>
              </w:rPr>
            </w:pPr>
            <w:r>
              <w:t>Società esecutrice / sede</w:t>
            </w:r>
          </w:p>
        </w:tc>
        <w:tc>
          <w:tcPr>
            <w:tcW w:w="6973" w:type="dxa"/>
            <w:shd w:val="clear" w:color="auto" w:fill="F2F6F8"/>
            <w:vAlign w:val="center"/>
          </w:tcPr>
          <w:p w14:paraId="6401C720" w14:textId="77777777" w:rsidR="00D93F19" w:rsidRDefault="00000000">
            <w:pPr>
              <w:pStyle w:val="TableText"/>
              <w:spacing w:after="30" w:line="245" w:lineRule="auto"/>
              <w:rPr>
                <w:rFonts w:hint="eastAsia"/>
              </w:rPr>
            </w:pPr>
            <w:r>
              <w:t>________________________________________________________</w:t>
            </w:r>
          </w:p>
        </w:tc>
      </w:tr>
      <w:tr w:rsidR="00D93F19" w14:paraId="1C3AD1B5" w14:textId="77777777">
        <w:trPr>
          <w:cantSplit/>
          <w:jc w:val="center"/>
        </w:trPr>
        <w:tc>
          <w:tcPr>
            <w:tcW w:w="2891" w:type="dxa"/>
            <w:vAlign w:val="center"/>
          </w:tcPr>
          <w:p w14:paraId="5EDFA52F" w14:textId="77777777" w:rsidR="00D93F19" w:rsidRDefault="00000000">
            <w:pPr>
              <w:pStyle w:val="TableText"/>
              <w:spacing w:after="30" w:line="245" w:lineRule="auto"/>
              <w:rPr>
                <w:rFonts w:hint="eastAsia"/>
              </w:rPr>
            </w:pPr>
            <w:r>
              <w:t>Rappresentante / funzione / contatti</w:t>
            </w:r>
          </w:p>
        </w:tc>
        <w:tc>
          <w:tcPr>
            <w:tcW w:w="6973" w:type="dxa"/>
            <w:vAlign w:val="center"/>
          </w:tcPr>
          <w:p w14:paraId="44D0E054" w14:textId="77777777" w:rsidR="00D93F19" w:rsidRDefault="00000000">
            <w:pPr>
              <w:pStyle w:val="TableText"/>
              <w:spacing w:after="30" w:line="245" w:lineRule="auto"/>
              <w:rPr>
                <w:rFonts w:hint="eastAsia"/>
              </w:rPr>
            </w:pPr>
            <w:r>
              <w:t>________________________________________________________</w:t>
            </w:r>
          </w:p>
        </w:tc>
      </w:tr>
      <w:tr w:rsidR="00D93F19" w14:paraId="10790908" w14:textId="77777777">
        <w:trPr>
          <w:cantSplit/>
          <w:jc w:val="center"/>
        </w:trPr>
        <w:tc>
          <w:tcPr>
            <w:tcW w:w="2891" w:type="dxa"/>
            <w:shd w:val="clear" w:color="auto" w:fill="F2F6F8"/>
            <w:vAlign w:val="center"/>
          </w:tcPr>
          <w:p w14:paraId="178BC268" w14:textId="77777777" w:rsidR="00D93F19" w:rsidRDefault="00000000">
            <w:pPr>
              <w:pStyle w:val="TableText"/>
              <w:spacing w:after="30" w:line="245" w:lineRule="auto"/>
              <w:rPr>
                <w:rFonts w:hint="eastAsia"/>
              </w:rPr>
            </w:pPr>
            <w:r>
              <w:t>Denominazione apparecchio</w:t>
            </w:r>
          </w:p>
        </w:tc>
        <w:tc>
          <w:tcPr>
            <w:tcW w:w="6973" w:type="dxa"/>
            <w:shd w:val="clear" w:color="auto" w:fill="F2F6F8"/>
            <w:vAlign w:val="center"/>
          </w:tcPr>
          <w:p w14:paraId="67ADC55A" w14:textId="77777777" w:rsidR="00D93F19" w:rsidRDefault="00000000">
            <w:pPr>
              <w:pStyle w:val="TableText"/>
              <w:spacing w:after="30" w:line="245" w:lineRule="auto"/>
              <w:rPr>
                <w:rFonts w:hint="eastAsia"/>
              </w:rPr>
            </w:pPr>
            <w:r>
              <w:t>________________________________________________________</w:t>
            </w:r>
          </w:p>
        </w:tc>
      </w:tr>
      <w:tr w:rsidR="00D93F19" w14:paraId="2197D3EA" w14:textId="77777777">
        <w:trPr>
          <w:cantSplit/>
          <w:jc w:val="center"/>
        </w:trPr>
        <w:tc>
          <w:tcPr>
            <w:tcW w:w="2891" w:type="dxa"/>
            <w:vAlign w:val="center"/>
          </w:tcPr>
          <w:p w14:paraId="0E5C2AA3" w14:textId="77777777" w:rsidR="00D93F19" w:rsidRDefault="00000000">
            <w:pPr>
              <w:pStyle w:val="TableText"/>
              <w:spacing w:after="30" w:line="245" w:lineRule="auto"/>
              <w:rPr>
                <w:rFonts w:hint="eastAsia"/>
              </w:rPr>
            </w:pPr>
            <w:r>
              <w:t>Costruttore / modello / tipo</w:t>
            </w:r>
          </w:p>
        </w:tc>
        <w:tc>
          <w:tcPr>
            <w:tcW w:w="6973" w:type="dxa"/>
            <w:vAlign w:val="center"/>
          </w:tcPr>
          <w:p w14:paraId="00DC6192" w14:textId="77777777" w:rsidR="00D93F19" w:rsidRDefault="00000000">
            <w:pPr>
              <w:pStyle w:val="TableText"/>
              <w:spacing w:after="30" w:line="245" w:lineRule="auto"/>
              <w:rPr>
                <w:rFonts w:hint="eastAsia"/>
              </w:rPr>
            </w:pPr>
            <w:r>
              <w:t>________________________________________________________</w:t>
            </w:r>
          </w:p>
        </w:tc>
      </w:tr>
      <w:tr w:rsidR="00D93F19" w14:paraId="64E2B5DA" w14:textId="77777777">
        <w:trPr>
          <w:cantSplit/>
          <w:jc w:val="center"/>
        </w:trPr>
        <w:tc>
          <w:tcPr>
            <w:tcW w:w="2891" w:type="dxa"/>
            <w:shd w:val="clear" w:color="auto" w:fill="F2F6F8"/>
            <w:vAlign w:val="center"/>
          </w:tcPr>
          <w:p w14:paraId="58A9827D" w14:textId="77777777" w:rsidR="00D93F19" w:rsidRDefault="00000000">
            <w:pPr>
              <w:pStyle w:val="TableText"/>
              <w:spacing w:after="30" w:line="245" w:lineRule="auto"/>
              <w:rPr>
                <w:rFonts w:hint="eastAsia"/>
              </w:rPr>
            </w:pPr>
            <w:r>
              <w:t>Anno / numero di fabbrica o serie</w:t>
            </w:r>
          </w:p>
        </w:tc>
        <w:tc>
          <w:tcPr>
            <w:tcW w:w="6973" w:type="dxa"/>
            <w:shd w:val="clear" w:color="auto" w:fill="F2F6F8"/>
            <w:vAlign w:val="center"/>
          </w:tcPr>
          <w:p w14:paraId="79FFC984" w14:textId="77777777" w:rsidR="00D93F19" w:rsidRDefault="00000000">
            <w:pPr>
              <w:pStyle w:val="TableText"/>
              <w:spacing w:after="30" w:line="245" w:lineRule="auto"/>
              <w:rPr>
                <w:rFonts w:hint="eastAsia"/>
              </w:rPr>
            </w:pPr>
            <w:r>
              <w:t>________________________________________________________</w:t>
            </w:r>
          </w:p>
        </w:tc>
      </w:tr>
      <w:tr w:rsidR="00D93F19" w14:paraId="75250E51" w14:textId="77777777">
        <w:trPr>
          <w:cantSplit/>
          <w:jc w:val="center"/>
        </w:trPr>
        <w:tc>
          <w:tcPr>
            <w:tcW w:w="2891" w:type="dxa"/>
            <w:vAlign w:val="center"/>
          </w:tcPr>
          <w:p w14:paraId="6867516C" w14:textId="77777777" w:rsidR="00D93F19" w:rsidRDefault="00000000">
            <w:pPr>
              <w:pStyle w:val="TableText"/>
              <w:spacing w:after="30" w:line="245" w:lineRule="auto"/>
              <w:rPr>
                <w:rFonts w:hint="eastAsia"/>
              </w:rPr>
            </w:pPr>
            <w:r>
              <w:t>Matricola ENPI / ISPESL / INAIL</w:t>
            </w:r>
          </w:p>
        </w:tc>
        <w:tc>
          <w:tcPr>
            <w:tcW w:w="6973" w:type="dxa"/>
            <w:vAlign w:val="center"/>
          </w:tcPr>
          <w:p w14:paraId="5EAB8548" w14:textId="77777777" w:rsidR="00D93F19" w:rsidRDefault="00000000">
            <w:pPr>
              <w:pStyle w:val="TableText"/>
              <w:spacing w:after="30" w:line="245" w:lineRule="auto"/>
              <w:rPr>
                <w:rFonts w:hint="eastAsia"/>
              </w:rPr>
            </w:pPr>
            <w:r>
              <w:t>________________________________________________________</w:t>
            </w:r>
          </w:p>
        </w:tc>
      </w:tr>
      <w:tr w:rsidR="00D93F19" w14:paraId="3C3C211E" w14:textId="77777777">
        <w:trPr>
          <w:cantSplit/>
          <w:jc w:val="center"/>
        </w:trPr>
        <w:tc>
          <w:tcPr>
            <w:tcW w:w="2891" w:type="dxa"/>
            <w:shd w:val="clear" w:color="auto" w:fill="F2F6F8"/>
            <w:vAlign w:val="center"/>
          </w:tcPr>
          <w:p w14:paraId="29A34099" w14:textId="77777777" w:rsidR="00D93F19" w:rsidRDefault="00000000">
            <w:pPr>
              <w:pStyle w:val="TableText"/>
              <w:spacing w:after="30" w:line="245" w:lineRule="auto"/>
              <w:rPr>
                <w:rFonts w:hint="eastAsia"/>
              </w:rPr>
            </w:pPr>
            <w:r>
              <w:t>Luogo di installazione</w:t>
            </w:r>
          </w:p>
        </w:tc>
        <w:tc>
          <w:tcPr>
            <w:tcW w:w="6973" w:type="dxa"/>
            <w:shd w:val="clear" w:color="auto" w:fill="F2F6F8"/>
            <w:vAlign w:val="center"/>
          </w:tcPr>
          <w:p w14:paraId="76F1FB21" w14:textId="77777777" w:rsidR="00D93F19" w:rsidRDefault="00000000">
            <w:pPr>
              <w:pStyle w:val="TableText"/>
              <w:spacing w:after="30" w:line="245" w:lineRule="auto"/>
              <w:rPr>
                <w:rFonts w:hint="eastAsia"/>
              </w:rPr>
            </w:pPr>
            <w:r>
              <w:t>________________________________________________________</w:t>
            </w:r>
          </w:p>
        </w:tc>
      </w:tr>
      <w:tr w:rsidR="00D93F19" w14:paraId="7DEBAD22" w14:textId="77777777">
        <w:trPr>
          <w:cantSplit/>
          <w:jc w:val="center"/>
        </w:trPr>
        <w:tc>
          <w:tcPr>
            <w:tcW w:w="2891" w:type="dxa"/>
            <w:vAlign w:val="center"/>
          </w:tcPr>
          <w:p w14:paraId="69CF46C0" w14:textId="77777777" w:rsidR="00D93F19" w:rsidRDefault="00000000">
            <w:pPr>
              <w:pStyle w:val="TableText"/>
              <w:spacing w:after="30" w:line="245" w:lineRule="auto"/>
              <w:rPr>
                <w:rFonts w:hint="eastAsia"/>
              </w:rPr>
            </w:pPr>
            <w:r>
              <w:t>Eventuale luogo precedente</w:t>
            </w:r>
          </w:p>
        </w:tc>
        <w:tc>
          <w:tcPr>
            <w:tcW w:w="6973" w:type="dxa"/>
            <w:vAlign w:val="center"/>
          </w:tcPr>
          <w:p w14:paraId="4FDA1F32" w14:textId="77777777" w:rsidR="00D93F19" w:rsidRDefault="00000000">
            <w:pPr>
              <w:pStyle w:val="TableText"/>
              <w:spacing w:after="30" w:line="245" w:lineRule="auto"/>
              <w:rPr>
                <w:rFonts w:hint="eastAsia"/>
              </w:rPr>
            </w:pPr>
            <w:r>
              <w:t>________________________________________________________</w:t>
            </w:r>
          </w:p>
        </w:tc>
      </w:tr>
    </w:tbl>
    <w:p w14:paraId="555DE7BD" w14:textId="77777777" w:rsidR="00D93F19" w:rsidRDefault="00D93F19">
      <w:pPr>
        <w:spacing w:after="0" w:line="20" w:lineRule="exact"/>
        <w:rPr>
          <w:rFonts w:hint="eastAsia"/>
        </w:rPr>
      </w:pPr>
    </w:p>
    <w:p w14:paraId="0E901734" w14:textId="77777777" w:rsidR="00D93F19" w:rsidRDefault="00000000">
      <w:pPr>
        <w:pStyle w:val="Titolo2"/>
      </w:pPr>
      <w:r>
        <w:t>Interventi effettivamente realizzati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5"/>
      </w:tblGrid>
      <w:tr w:rsidR="00D93F19" w14:paraId="75B6D8CF" w14:textId="77777777">
        <w:trPr>
          <w:cantSplit/>
          <w:tblHeader/>
          <w:jc w:val="center"/>
        </w:trPr>
        <w:tc>
          <w:tcPr>
            <w:tcW w:w="9865" w:type="dxa"/>
            <w:shd w:val="clear" w:color="auto" w:fill="15344B"/>
            <w:vAlign w:val="center"/>
          </w:tcPr>
          <w:p w14:paraId="48D6DBB0" w14:textId="77777777" w:rsidR="00D93F19" w:rsidRDefault="00000000">
            <w:pPr>
              <w:pStyle w:val="TableText"/>
              <w:spacing w:after="30" w:line="245" w:lineRule="auto"/>
              <w:rPr>
                <w:rFonts w:hint="eastAsia"/>
              </w:rPr>
            </w:pPr>
            <w:r>
              <w:rPr>
                <w:b/>
                <w:color w:val="FFFFFF"/>
                <w:sz w:val="18"/>
              </w:rPr>
              <w:t>CODICI / CATEGORIE – SELEZIONARE QUELLI PERTINENTI</w:t>
            </w:r>
          </w:p>
        </w:tc>
      </w:tr>
      <w:tr w:rsidR="00D93F19" w14:paraId="12E8A0BA" w14:textId="77777777">
        <w:trPr>
          <w:cantSplit/>
          <w:jc w:val="center"/>
        </w:trPr>
        <w:tc>
          <w:tcPr>
            <w:tcW w:w="9865" w:type="dxa"/>
            <w:shd w:val="clear" w:color="auto" w:fill="F2F6F8"/>
            <w:vAlign w:val="center"/>
          </w:tcPr>
          <w:p w14:paraId="02A8704B" w14:textId="77777777" w:rsidR="00D93F19" w:rsidRDefault="00000000">
            <w:pPr>
              <w:pStyle w:val="TableText"/>
              <w:spacing w:after="30" w:line="245" w:lineRule="auto"/>
              <w:rPr>
                <w:rFonts w:hint="eastAsia"/>
              </w:rPr>
            </w:pPr>
            <w:r>
              <w:rPr>
                <w:sz w:val="18"/>
              </w:rPr>
              <w:t>□ 1.01 Dimensioni  □ 1.02 Masse  □ 1.03 Parametri funzionali  □ 1.04 Geometria/massa/reazioni</w:t>
            </w:r>
          </w:p>
        </w:tc>
      </w:tr>
      <w:tr w:rsidR="00D93F19" w14:paraId="742A6A21" w14:textId="77777777">
        <w:trPr>
          <w:cantSplit/>
          <w:jc w:val="center"/>
        </w:trPr>
        <w:tc>
          <w:tcPr>
            <w:tcW w:w="9865" w:type="dxa"/>
            <w:vAlign w:val="center"/>
          </w:tcPr>
          <w:p w14:paraId="016AAAE3" w14:textId="77777777" w:rsidR="00D93F19" w:rsidRDefault="00000000">
            <w:pPr>
              <w:pStyle w:val="TableText"/>
              <w:spacing w:after="30" w:line="245" w:lineRule="auto"/>
              <w:rPr>
                <w:rFonts w:hint="eastAsia"/>
              </w:rPr>
            </w:pPr>
            <w:r>
              <w:rPr>
                <w:sz w:val="18"/>
              </w:rPr>
              <w:t>□ 1.05 Componenti di sicurezza  □ 1.06 Sostituzione componenti di sicurezza  □ 1.07 Impianto elettrico</w:t>
            </w:r>
          </w:p>
        </w:tc>
      </w:tr>
      <w:tr w:rsidR="00D93F19" w14:paraId="32FAFCC8" w14:textId="77777777">
        <w:trPr>
          <w:cantSplit/>
          <w:jc w:val="center"/>
        </w:trPr>
        <w:tc>
          <w:tcPr>
            <w:tcW w:w="9865" w:type="dxa"/>
            <w:shd w:val="clear" w:color="auto" w:fill="F2F6F8"/>
            <w:vAlign w:val="center"/>
          </w:tcPr>
          <w:p w14:paraId="1A365F84" w14:textId="77777777" w:rsidR="00D93F19" w:rsidRDefault="00000000">
            <w:pPr>
              <w:pStyle w:val="TableText"/>
              <w:spacing w:after="30" w:line="245" w:lineRule="auto"/>
              <w:rPr>
                <w:rFonts w:hint="eastAsia"/>
              </w:rPr>
            </w:pPr>
            <w:r>
              <w:rPr>
                <w:sz w:val="18"/>
              </w:rPr>
              <w:t>□ 1.08 Ripari  □ 1.09 Passerelle/scale/accessi  □ 1.10 Anticaduta per interventi di emergenza</w:t>
            </w:r>
          </w:p>
        </w:tc>
      </w:tr>
      <w:tr w:rsidR="00D93F19" w14:paraId="2AC26DA6" w14:textId="77777777">
        <w:trPr>
          <w:cantSplit/>
          <w:jc w:val="center"/>
        </w:trPr>
        <w:tc>
          <w:tcPr>
            <w:tcW w:w="9865" w:type="dxa"/>
            <w:vAlign w:val="center"/>
          </w:tcPr>
          <w:p w14:paraId="61C0567A" w14:textId="77777777" w:rsidR="00D93F19" w:rsidRDefault="00000000">
            <w:pPr>
              <w:pStyle w:val="TableText"/>
              <w:spacing w:after="30" w:line="245" w:lineRule="auto"/>
              <w:rPr>
                <w:rFonts w:hint="eastAsia"/>
              </w:rPr>
            </w:pPr>
            <w:r>
              <w:rPr>
                <w:sz w:val="18"/>
              </w:rPr>
              <w:t>□ 1.11 Comandi/controllo  □ 1.12 Azionamenti equivalenti  □ 1.13 Azionamenti differenti</w:t>
            </w:r>
          </w:p>
        </w:tc>
      </w:tr>
      <w:tr w:rsidR="00D93F19" w14:paraId="7E89C662" w14:textId="77777777">
        <w:trPr>
          <w:cantSplit/>
          <w:jc w:val="center"/>
        </w:trPr>
        <w:tc>
          <w:tcPr>
            <w:tcW w:w="9865" w:type="dxa"/>
            <w:shd w:val="clear" w:color="auto" w:fill="F2F6F8"/>
            <w:vAlign w:val="center"/>
          </w:tcPr>
          <w:p w14:paraId="7FF53F49" w14:textId="77777777" w:rsidR="00D93F19" w:rsidRDefault="00000000">
            <w:pPr>
              <w:pStyle w:val="TableText"/>
              <w:spacing w:after="30" w:line="245" w:lineRule="auto"/>
              <w:rPr>
                <w:rFonts w:hint="eastAsia"/>
              </w:rPr>
            </w:pPr>
            <w:r>
              <w:rPr>
                <w:sz w:val="18"/>
              </w:rPr>
              <w:t>□ 1.14 Alimentazione e comandi accessori  □ 1.15 Bozzelli con rotazione elettrica</w:t>
            </w:r>
          </w:p>
        </w:tc>
      </w:tr>
      <w:tr w:rsidR="00D93F19" w14:paraId="586F9D89" w14:textId="77777777">
        <w:trPr>
          <w:cantSplit/>
          <w:jc w:val="center"/>
        </w:trPr>
        <w:tc>
          <w:tcPr>
            <w:tcW w:w="9865" w:type="dxa"/>
            <w:vAlign w:val="center"/>
          </w:tcPr>
          <w:p w14:paraId="068C88FA" w14:textId="77777777" w:rsidR="00D93F19" w:rsidRDefault="00000000">
            <w:pPr>
              <w:pStyle w:val="TableText"/>
              <w:spacing w:after="30" w:line="245" w:lineRule="auto"/>
              <w:rPr>
                <w:rFonts w:hint="eastAsia"/>
              </w:rPr>
            </w:pPr>
            <w:r>
              <w:rPr>
                <w:sz w:val="18"/>
              </w:rPr>
              <w:t>□ Altro, con classificazione specifica allegata: __________________________________________________</w:t>
            </w:r>
          </w:p>
        </w:tc>
      </w:tr>
    </w:tbl>
    <w:p w14:paraId="4CFB6BE2"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5"/>
      </w:tblGrid>
      <w:tr w:rsidR="00D93F19" w14:paraId="4E017580" w14:textId="77777777">
        <w:trPr>
          <w:cantSplit/>
          <w:tblHeader/>
          <w:jc w:val="center"/>
        </w:trPr>
        <w:tc>
          <w:tcPr>
            <w:tcW w:w="9865" w:type="dxa"/>
            <w:shd w:val="clear" w:color="auto" w:fill="15344B"/>
            <w:vAlign w:val="center"/>
          </w:tcPr>
          <w:p w14:paraId="64669225" w14:textId="77777777" w:rsidR="00D93F19" w:rsidRDefault="00000000">
            <w:pPr>
              <w:pStyle w:val="TableText"/>
              <w:spacing w:after="30" w:line="245" w:lineRule="auto"/>
              <w:rPr>
                <w:rFonts w:hint="eastAsia"/>
              </w:rPr>
            </w:pPr>
            <w:r>
              <w:rPr>
                <w:b/>
                <w:color w:val="FFFFFF"/>
              </w:rPr>
              <w:t>DESCRIZIONE DELL’INTERVENTO E DELLA CONFIGURAZIONE RISULTANTE</w:t>
            </w:r>
          </w:p>
        </w:tc>
      </w:tr>
      <w:tr w:rsidR="00D93F19" w14:paraId="566BF41B" w14:textId="77777777">
        <w:trPr>
          <w:cantSplit/>
          <w:trHeight w:val="1020"/>
          <w:jc w:val="center"/>
        </w:trPr>
        <w:tc>
          <w:tcPr>
            <w:tcW w:w="9865" w:type="dxa"/>
            <w:shd w:val="clear" w:color="auto" w:fill="F2F6F8"/>
            <w:vAlign w:val="center"/>
          </w:tcPr>
          <w:p w14:paraId="29058419" w14:textId="77777777" w:rsidR="00D93F19" w:rsidRDefault="00D93F19">
            <w:pPr>
              <w:pStyle w:val="TableText"/>
              <w:spacing w:after="30" w:line="245" w:lineRule="auto"/>
              <w:rPr>
                <w:rFonts w:hint="eastAsia"/>
              </w:rPr>
            </w:pPr>
          </w:p>
          <w:p w14:paraId="53A96954" w14:textId="77777777" w:rsidR="00D93F19" w:rsidRDefault="00D93F19">
            <w:pPr>
              <w:pStyle w:val="TableText"/>
              <w:spacing w:after="30" w:line="245" w:lineRule="auto"/>
              <w:rPr>
                <w:rFonts w:hint="eastAsia"/>
              </w:rPr>
            </w:pPr>
          </w:p>
          <w:p w14:paraId="253AA8D7" w14:textId="77777777" w:rsidR="00D93F19" w:rsidRDefault="00D93F19">
            <w:pPr>
              <w:pStyle w:val="TableText"/>
              <w:spacing w:after="30" w:line="245" w:lineRule="auto"/>
              <w:rPr>
                <w:rFonts w:hint="eastAsia"/>
              </w:rPr>
            </w:pPr>
          </w:p>
        </w:tc>
      </w:tr>
    </w:tbl>
    <w:p w14:paraId="06808BE6"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337A96EE" w14:textId="77777777">
        <w:trPr>
          <w:cantSplit/>
        </w:trPr>
        <w:tc>
          <w:tcPr>
            <w:tcW w:w="9866" w:type="dxa"/>
            <w:shd w:val="clear" w:color="auto" w:fill="FFF5E2"/>
            <w:vAlign w:val="center"/>
          </w:tcPr>
          <w:p w14:paraId="0C83B31A" w14:textId="77777777" w:rsidR="00D93F19" w:rsidRDefault="00000000">
            <w:pPr>
              <w:pStyle w:val="TableText"/>
              <w:spacing w:after="30" w:line="245" w:lineRule="auto"/>
              <w:rPr>
                <w:rFonts w:hint="eastAsia"/>
              </w:rPr>
            </w:pPr>
            <w:r>
              <w:rPr>
                <w:color w:val="A53435"/>
              </w:rPr>
              <w:t>Compilare questo modello solo per interventi effettivamente qualificati come manutenzione straordinaria. La voce «bozzelli con bloccaggio della rotazione», presente nel fac-simile della fonte, non è qui proposta come automatica categoria manutentiva: vedere §02 e l’esempio INAIL p. 10.</w:t>
            </w:r>
          </w:p>
        </w:tc>
      </w:tr>
    </w:tbl>
    <w:p w14:paraId="00FD01EE" w14:textId="77777777" w:rsidR="00D93F19" w:rsidRDefault="00D93F19">
      <w:pPr>
        <w:spacing w:after="0" w:line="20" w:lineRule="exact"/>
        <w:rPr>
          <w:rFonts w:hint="eastAsia"/>
        </w:rPr>
      </w:pPr>
    </w:p>
    <w:p w14:paraId="053FB64C" w14:textId="77777777" w:rsidR="00D93F19" w:rsidRDefault="00000000">
      <w:pPr>
        <w:pStyle w:val="Kicker"/>
        <w:pageBreakBefore/>
        <w:rPr>
          <w:rFonts w:hint="eastAsia"/>
        </w:rPr>
      </w:pPr>
      <w:r>
        <w:t>ALLEGATO OPERATIVO • MODELLO AZIENDALE</w:t>
      </w:r>
    </w:p>
    <w:p w14:paraId="784122E0" w14:textId="77777777" w:rsidR="00D93F19" w:rsidRDefault="00000000">
      <w:pPr>
        <w:pStyle w:val="Titolo1"/>
      </w:pPr>
      <w:bookmarkStart w:id="55" w:name="P56"/>
      <w:r>
        <w:t>A15 | Dichiarazione dell’esecutore – attestazioni</w:t>
      </w:r>
      <w:bookmarkEnd w:id="55"/>
    </w:p>
    <w:p w14:paraId="75E3E996" w14:textId="77777777" w:rsidR="00D93F19" w:rsidRDefault="00000000">
      <w:pPr>
        <w:pStyle w:val="Small"/>
        <w:rPr>
          <w:rFonts w:hint="eastAsia"/>
        </w:rPr>
      </w:pPr>
      <w:r>
        <w:t>Pratica n. __________________  |  Macchina / matricola __________________  |  Data __________</w:t>
      </w:r>
    </w:p>
    <w:p w14:paraId="438503F9" w14:textId="77777777" w:rsidR="00D93F19" w:rsidRDefault="00000000">
      <w:pPr>
        <w:pStyle w:val="Small"/>
        <w:rPr>
          <w:rFonts w:hint="eastAsia"/>
        </w:rPr>
      </w:pPr>
      <w:r>
        <w:t>Modello aziendale originale; da sottoscrivere sulla base delle evidenze effettive. Pagina 2 di 2.</w:t>
      </w:r>
    </w:p>
    <w:p w14:paraId="60F63142" w14:textId="77777777" w:rsidR="00D93F19" w:rsidRDefault="00000000">
      <w:pPr>
        <w:rPr>
          <w:rFonts w:hint="eastAsia"/>
        </w:rPr>
      </w:pPr>
      <w:r>
        <w:t>La società identificata nella pagina precedente, per mezzo del sottoscrittore e nei limiti delle attività indicate, dichiara sotto la propria responsabilità quanto segue, sulla base dei documenti richiamati e allegati.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5102"/>
        <w:gridCol w:w="4762"/>
      </w:tblGrid>
      <w:tr w:rsidR="00D93F19" w14:paraId="3DD8D6B1" w14:textId="77777777">
        <w:trPr>
          <w:cantSplit/>
          <w:tblHeader/>
          <w:jc w:val="center"/>
        </w:trPr>
        <w:tc>
          <w:tcPr>
            <w:tcW w:w="5102" w:type="dxa"/>
            <w:shd w:val="clear" w:color="auto" w:fill="15344B"/>
            <w:vAlign w:val="center"/>
          </w:tcPr>
          <w:p w14:paraId="5FCCADF5" w14:textId="77777777" w:rsidR="00D93F19" w:rsidRDefault="00000000">
            <w:pPr>
              <w:pStyle w:val="TableText"/>
              <w:spacing w:after="30" w:line="245" w:lineRule="auto"/>
              <w:rPr>
                <w:rFonts w:hint="eastAsia"/>
              </w:rPr>
            </w:pPr>
            <w:r>
              <w:rPr>
                <w:b/>
                <w:color w:val="FFFFFF"/>
                <w:sz w:val="18"/>
              </w:rPr>
              <w:t>ATTESTAZIONE DA CONFERMARE</w:t>
            </w:r>
          </w:p>
        </w:tc>
        <w:tc>
          <w:tcPr>
            <w:tcW w:w="4762" w:type="dxa"/>
            <w:shd w:val="clear" w:color="auto" w:fill="15344B"/>
            <w:vAlign w:val="center"/>
          </w:tcPr>
          <w:p w14:paraId="4A3A68F2" w14:textId="77777777" w:rsidR="00D93F19" w:rsidRDefault="00000000">
            <w:pPr>
              <w:pStyle w:val="TableText"/>
              <w:spacing w:after="30" w:line="245" w:lineRule="auto"/>
              <w:rPr>
                <w:rFonts w:hint="eastAsia"/>
              </w:rPr>
            </w:pPr>
            <w:r>
              <w:rPr>
                <w:b/>
                <w:color w:val="FFFFFF"/>
                <w:sz w:val="18"/>
              </w:rPr>
              <w:t>RIFERIMENTO / COMPILAZIONE</w:t>
            </w:r>
          </w:p>
        </w:tc>
      </w:tr>
      <w:tr w:rsidR="00D93F19" w14:paraId="5F2F6F18" w14:textId="77777777">
        <w:trPr>
          <w:cantSplit/>
          <w:jc w:val="center"/>
        </w:trPr>
        <w:tc>
          <w:tcPr>
            <w:tcW w:w="5102" w:type="dxa"/>
            <w:shd w:val="clear" w:color="auto" w:fill="F2F6F8"/>
            <w:vAlign w:val="center"/>
          </w:tcPr>
          <w:p w14:paraId="42B128C8" w14:textId="77777777" w:rsidR="00D93F19" w:rsidRDefault="00000000">
            <w:pPr>
              <w:pStyle w:val="TableText"/>
              <w:spacing w:after="30" w:line="245" w:lineRule="auto"/>
              <w:rPr>
                <w:rFonts w:hint="eastAsia"/>
              </w:rPr>
            </w:pPr>
            <w:r>
              <w:rPr>
                <w:sz w:val="18"/>
              </w:rPr>
              <w:t>Le attività sono state realizzate a regola d’arte, in conformità al progetto e alle istruzioni applicabili.</w:t>
            </w:r>
          </w:p>
        </w:tc>
        <w:tc>
          <w:tcPr>
            <w:tcW w:w="4762" w:type="dxa"/>
            <w:shd w:val="clear" w:color="auto" w:fill="F2F6F8"/>
            <w:vAlign w:val="center"/>
          </w:tcPr>
          <w:p w14:paraId="21764A63" w14:textId="77777777" w:rsidR="00D93F19" w:rsidRDefault="00000000">
            <w:pPr>
              <w:pStyle w:val="TableText"/>
              <w:spacing w:after="30" w:line="245" w:lineRule="auto"/>
              <w:rPr>
                <w:rFonts w:hint="eastAsia"/>
              </w:rPr>
            </w:pPr>
            <w:r>
              <w:rPr>
                <w:sz w:val="18"/>
              </w:rPr>
              <w:t>Istruzioni / revisione: __________________________</w:t>
            </w:r>
          </w:p>
          <w:p w14:paraId="5210879D" w14:textId="77777777" w:rsidR="00D93F19" w:rsidRDefault="00000000">
            <w:pPr>
              <w:pStyle w:val="TableText"/>
              <w:spacing w:after="30" w:line="245" w:lineRule="auto"/>
              <w:rPr>
                <w:rFonts w:hint="eastAsia"/>
              </w:rPr>
            </w:pPr>
            <w:r>
              <w:rPr>
                <w:sz w:val="18"/>
              </w:rPr>
              <w:t>Progetto / revisione: __________________________</w:t>
            </w:r>
          </w:p>
        </w:tc>
      </w:tr>
      <w:tr w:rsidR="00D93F19" w14:paraId="7376AD83" w14:textId="77777777">
        <w:trPr>
          <w:cantSplit/>
          <w:jc w:val="center"/>
        </w:trPr>
        <w:tc>
          <w:tcPr>
            <w:tcW w:w="5102" w:type="dxa"/>
            <w:vAlign w:val="center"/>
          </w:tcPr>
          <w:p w14:paraId="39C5DC7D" w14:textId="77777777" w:rsidR="00D93F19" w:rsidRDefault="00000000">
            <w:pPr>
              <w:pStyle w:val="TableText"/>
              <w:spacing w:after="30" w:line="245" w:lineRule="auto"/>
              <w:rPr>
                <w:rFonts w:hint="eastAsia"/>
              </w:rPr>
            </w:pPr>
            <w:r>
              <w:rPr>
                <w:sz w:val="18"/>
              </w:rPr>
              <w:t>L’intervento risulta previsto o compatibile con le previsioni del fabbricante secondo la valutazione tecnica allegata.</w:t>
            </w:r>
          </w:p>
        </w:tc>
        <w:tc>
          <w:tcPr>
            <w:tcW w:w="4762" w:type="dxa"/>
            <w:vAlign w:val="center"/>
          </w:tcPr>
          <w:p w14:paraId="76A8690B" w14:textId="77777777" w:rsidR="00D93F19" w:rsidRDefault="00000000">
            <w:pPr>
              <w:pStyle w:val="TableText"/>
              <w:spacing w:after="30" w:line="245" w:lineRule="auto"/>
              <w:rPr>
                <w:rFonts w:hint="eastAsia"/>
              </w:rPr>
            </w:pPr>
            <w:r>
              <w:rPr>
                <w:sz w:val="18"/>
              </w:rPr>
              <w:t>Relazione n. __________ rev. ______ data _________</w:t>
            </w:r>
          </w:p>
          <w:p w14:paraId="35D2CFB2" w14:textId="77777777" w:rsidR="00D93F19" w:rsidRDefault="00000000">
            <w:pPr>
              <w:pStyle w:val="TableText"/>
              <w:spacing w:after="30" w:line="245" w:lineRule="auto"/>
              <w:rPr>
                <w:rFonts w:hint="eastAsia"/>
              </w:rPr>
            </w:pPr>
            <w:r>
              <w:rPr>
                <w:sz w:val="18"/>
              </w:rPr>
              <w:t>Autore _____________________________________</w:t>
            </w:r>
          </w:p>
        </w:tc>
      </w:tr>
      <w:tr w:rsidR="00D93F19" w14:paraId="698AE0C1" w14:textId="77777777">
        <w:trPr>
          <w:cantSplit/>
          <w:jc w:val="center"/>
        </w:trPr>
        <w:tc>
          <w:tcPr>
            <w:tcW w:w="5102" w:type="dxa"/>
            <w:shd w:val="clear" w:color="auto" w:fill="F2F6F8"/>
            <w:vAlign w:val="center"/>
          </w:tcPr>
          <w:p w14:paraId="2AEB703B" w14:textId="77777777" w:rsidR="00D93F19" w:rsidRDefault="00000000">
            <w:pPr>
              <w:pStyle w:val="TableText"/>
              <w:spacing w:after="30" w:line="245" w:lineRule="auto"/>
              <w:rPr>
                <w:rFonts w:hint="eastAsia"/>
              </w:rPr>
            </w:pPr>
            <w:r>
              <w:rPr>
                <w:sz w:val="18"/>
              </w:rPr>
              <w:t>La classificazione come manutenzione straordinaria è motivata rispetto a tutte le schede pertinenti.</w:t>
            </w:r>
          </w:p>
        </w:tc>
        <w:tc>
          <w:tcPr>
            <w:tcW w:w="4762" w:type="dxa"/>
            <w:shd w:val="clear" w:color="auto" w:fill="F2F6F8"/>
            <w:vAlign w:val="center"/>
          </w:tcPr>
          <w:p w14:paraId="253D41CE" w14:textId="77777777" w:rsidR="00D93F19" w:rsidRDefault="00000000">
            <w:pPr>
              <w:pStyle w:val="TableText"/>
              <w:spacing w:after="30" w:line="245" w:lineRule="auto"/>
              <w:rPr>
                <w:rFonts w:hint="eastAsia"/>
              </w:rPr>
            </w:pPr>
            <w:r>
              <w:rPr>
                <w:sz w:val="18"/>
              </w:rPr>
              <w:t>Documento di classificazione __________________</w:t>
            </w:r>
          </w:p>
          <w:p w14:paraId="3A12426B" w14:textId="77777777" w:rsidR="00D93F19" w:rsidRDefault="00000000">
            <w:pPr>
              <w:pStyle w:val="TableText"/>
              <w:spacing w:after="30" w:line="245" w:lineRule="auto"/>
              <w:rPr>
                <w:rFonts w:hint="eastAsia"/>
              </w:rPr>
            </w:pPr>
            <w:r>
              <w:rPr>
                <w:sz w:val="18"/>
              </w:rPr>
              <w:t>Schede _____________________________________</w:t>
            </w:r>
          </w:p>
        </w:tc>
      </w:tr>
      <w:tr w:rsidR="00D93F19" w14:paraId="112D2736" w14:textId="77777777">
        <w:trPr>
          <w:cantSplit/>
          <w:jc w:val="center"/>
        </w:trPr>
        <w:tc>
          <w:tcPr>
            <w:tcW w:w="5102" w:type="dxa"/>
            <w:vAlign w:val="center"/>
          </w:tcPr>
          <w:p w14:paraId="0FDD3CCF" w14:textId="77777777" w:rsidR="00D93F19" w:rsidRDefault="00000000">
            <w:pPr>
              <w:pStyle w:val="TableText"/>
              <w:spacing w:after="30" w:line="245" w:lineRule="auto"/>
              <w:rPr>
                <w:rFonts w:hint="eastAsia"/>
              </w:rPr>
            </w:pPr>
            <w:r>
              <w:rPr>
                <w:sz w:val="18"/>
              </w:rPr>
              <w:t>Sono stati eseguiti i test e le verifiche previsti, con i risultati documentati nei rapporti allegati.</w:t>
            </w:r>
          </w:p>
        </w:tc>
        <w:tc>
          <w:tcPr>
            <w:tcW w:w="4762" w:type="dxa"/>
            <w:vAlign w:val="center"/>
          </w:tcPr>
          <w:p w14:paraId="35728BDE" w14:textId="77777777" w:rsidR="00D93F19" w:rsidRDefault="00000000">
            <w:pPr>
              <w:pStyle w:val="TableText"/>
              <w:spacing w:after="30" w:line="245" w:lineRule="auto"/>
              <w:rPr>
                <w:rFonts w:hint="eastAsia"/>
              </w:rPr>
            </w:pPr>
            <w:r>
              <w:rPr>
                <w:sz w:val="18"/>
              </w:rPr>
              <w:t>Rapporti n. __________________________________</w:t>
            </w:r>
          </w:p>
          <w:p w14:paraId="066CA61C" w14:textId="77777777" w:rsidR="00D93F19" w:rsidRDefault="00000000">
            <w:pPr>
              <w:pStyle w:val="TableText"/>
              <w:spacing w:after="30" w:line="245" w:lineRule="auto"/>
              <w:rPr>
                <w:rFonts w:hint="eastAsia"/>
              </w:rPr>
            </w:pPr>
            <w:r>
              <w:rPr>
                <w:sz w:val="18"/>
              </w:rPr>
              <w:t>Esito: □ favorevole  □ altro: ____________________</w:t>
            </w:r>
          </w:p>
        </w:tc>
      </w:tr>
      <w:tr w:rsidR="00D93F19" w14:paraId="61779C1E" w14:textId="77777777">
        <w:trPr>
          <w:cantSplit/>
          <w:jc w:val="center"/>
        </w:trPr>
        <w:tc>
          <w:tcPr>
            <w:tcW w:w="5102" w:type="dxa"/>
            <w:shd w:val="clear" w:color="auto" w:fill="F2F6F8"/>
            <w:vAlign w:val="center"/>
          </w:tcPr>
          <w:p w14:paraId="0C460E73" w14:textId="77777777" w:rsidR="00D93F19" w:rsidRDefault="00000000">
            <w:pPr>
              <w:pStyle w:val="TableText"/>
              <w:spacing w:after="30" w:line="245" w:lineRule="auto"/>
              <w:rPr>
                <w:rFonts w:hint="eastAsia"/>
              </w:rPr>
            </w:pPr>
            <w:r>
              <w:rPr>
                <w:sz w:val="18"/>
              </w:rPr>
              <w:t>La configurazione risultante e il luogo di installazione sono quelli indicati nella presente dichiarazione e negli elaborati.</w:t>
            </w:r>
          </w:p>
        </w:tc>
        <w:tc>
          <w:tcPr>
            <w:tcW w:w="4762" w:type="dxa"/>
            <w:shd w:val="clear" w:color="auto" w:fill="F2F6F8"/>
            <w:vAlign w:val="center"/>
          </w:tcPr>
          <w:p w14:paraId="76A4FE5B" w14:textId="77777777" w:rsidR="00D93F19" w:rsidRDefault="00000000">
            <w:pPr>
              <w:pStyle w:val="TableText"/>
              <w:spacing w:after="30" w:line="245" w:lineRule="auto"/>
              <w:rPr>
                <w:rFonts w:hint="eastAsia"/>
              </w:rPr>
            </w:pPr>
            <w:r>
              <w:rPr>
                <w:sz w:val="18"/>
              </w:rPr>
              <w:t>Configurazione / elaborato _____________________</w:t>
            </w:r>
          </w:p>
          <w:p w14:paraId="32BEEC2F" w14:textId="77777777" w:rsidR="00D93F19" w:rsidRDefault="00000000">
            <w:pPr>
              <w:pStyle w:val="TableText"/>
              <w:spacing w:after="30" w:line="245" w:lineRule="auto"/>
              <w:rPr>
                <w:rFonts w:hint="eastAsia"/>
              </w:rPr>
            </w:pPr>
            <w:r>
              <w:rPr>
                <w:sz w:val="18"/>
              </w:rPr>
              <w:t>Verifica installazione / sostegni __________________</w:t>
            </w:r>
          </w:p>
        </w:tc>
      </w:tr>
    </w:tbl>
    <w:p w14:paraId="44AD0AF5" w14:textId="77777777" w:rsidR="00D93F19" w:rsidRDefault="00D93F19">
      <w:pPr>
        <w:spacing w:after="0" w:line="20" w:lineRule="exact"/>
        <w:rPr>
          <w:rFonts w:hint="eastAsia"/>
        </w:rPr>
      </w:pPr>
    </w:p>
    <w:p w14:paraId="3D8A2D99" w14:textId="77777777" w:rsidR="00D93F19" w:rsidRDefault="00000000">
      <w:pPr>
        <w:pStyle w:val="Titolo2"/>
      </w:pPr>
      <w:r>
        <w:t>Elenco dettagliato delle prove e degli allegati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402"/>
        <w:gridCol w:w="3969"/>
        <w:gridCol w:w="2494"/>
      </w:tblGrid>
      <w:tr w:rsidR="00D93F19" w14:paraId="2FA4B515" w14:textId="77777777">
        <w:trPr>
          <w:cantSplit/>
          <w:tblHeader/>
          <w:jc w:val="center"/>
        </w:trPr>
        <w:tc>
          <w:tcPr>
            <w:tcW w:w="3402" w:type="dxa"/>
            <w:shd w:val="clear" w:color="auto" w:fill="15344B"/>
            <w:vAlign w:val="center"/>
          </w:tcPr>
          <w:p w14:paraId="79042331" w14:textId="77777777" w:rsidR="00D93F19" w:rsidRDefault="00000000">
            <w:pPr>
              <w:pStyle w:val="TableText"/>
              <w:spacing w:after="30" w:line="245" w:lineRule="auto"/>
              <w:rPr>
                <w:rFonts w:hint="eastAsia"/>
              </w:rPr>
            </w:pPr>
            <w:r>
              <w:rPr>
                <w:b/>
                <w:color w:val="FFFFFF"/>
              </w:rPr>
              <w:t>PROVA / DOCUMENTO</w:t>
            </w:r>
          </w:p>
        </w:tc>
        <w:tc>
          <w:tcPr>
            <w:tcW w:w="3969" w:type="dxa"/>
            <w:shd w:val="clear" w:color="auto" w:fill="15344B"/>
            <w:vAlign w:val="center"/>
          </w:tcPr>
          <w:p w14:paraId="2EC6FC1F" w14:textId="77777777" w:rsidR="00D93F19" w:rsidRDefault="00000000">
            <w:pPr>
              <w:pStyle w:val="TableText"/>
              <w:spacing w:after="30" w:line="245" w:lineRule="auto"/>
              <w:rPr>
                <w:rFonts w:hint="eastAsia"/>
              </w:rPr>
            </w:pPr>
            <w:r>
              <w:rPr>
                <w:b/>
                <w:color w:val="FFFFFF"/>
              </w:rPr>
              <w:t>IDENTIFICATIVO, DATA E REVISIONE</w:t>
            </w:r>
          </w:p>
        </w:tc>
        <w:tc>
          <w:tcPr>
            <w:tcW w:w="2494" w:type="dxa"/>
            <w:shd w:val="clear" w:color="auto" w:fill="15344B"/>
            <w:vAlign w:val="center"/>
          </w:tcPr>
          <w:p w14:paraId="22C30BB4" w14:textId="77777777" w:rsidR="00D93F19" w:rsidRDefault="00000000">
            <w:pPr>
              <w:pStyle w:val="TableText"/>
              <w:spacing w:after="30" w:line="245" w:lineRule="auto"/>
              <w:rPr>
                <w:rFonts w:hint="eastAsia"/>
              </w:rPr>
            </w:pPr>
            <w:r>
              <w:rPr>
                <w:b/>
                <w:color w:val="FFFFFF"/>
              </w:rPr>
              <w:t>ESITO / NOTE</w:t>
            </w:r>
          </w:p>
        </w:tc>
      </w:tr>
      <w:tr w:rsidR="00D93F19" w14:paraId="30F26B54" w14:textId="77777777">
        <w:trPr>
          <w:cantSplit/>
          <w:trHeight w:val="425"/>
          <w:jc w:val="center"/>
        </w:trPr>
        <w:tc>
          <w:tcPr>
            <w:tcW w:w="3402" w:type="dxa"/>
            <w:shd w:val="clear" w:color="auto" w:fill="F2F6F8"/>
            <w:vAlign w:val="center"/>
          </w:tcPr>
          <w:p w14:paraId="5CC3C569" w14:textId="77777777" w:rsidR="00D93F19" w:rsidRDefault="00D93F19">
            <w:pPr>
              <w:pStyle w:val="TableText"/>
              <w:spacing w:after="30" w:line="245" w:lineRule="auto"/>
              <w:rPr>
                <w:rFonts w:hint="eastAsia"/>
              </w:rPr>
            </w:pPr>
          </w:p>
        </w:tc>
        <w:tc>
          <w:tcPr>
            <w:tcW w:w="3969" w:type="dxa"/>
            <w:shd w:val="clear" w:color="auto" w:fill="F2F6F8"/>
            <w:vAlign w:val="center"/>
          </w:tcPr>
          <w:p w14:paraId="5D7944BB" w14:textId="77777777" w:rsidR="00D93F19" w:rsidRDefault="00D93F19">
            <w:pPr>
              <w:pStyle w:val="TableText"/>
              <w:spacing w:after="30" w:line="245" w:lineRule="auto"/>
              <w:rPr>
                <w:rFonts w:hint="eastAsia"/>
              </w:rPr>
            </w:pPr>
          </w:p>
        </w:tc>
        <w:tc>
          <w:tcPr>
            <w:tcW w:w="2494" w:type="dxa"/>
            <w:shd w:val="clear" w:color="auto" w:fill="F2F6F8"/>
            <w:vAlign w:val="center"/>
          </w:tcPr>
          <w:p w14:paraId="104E8FE1" w14:textId="77777777" w:rsidR="00D93F19" w:rsidRDefault="00D93F19">
            <w:pPr>
              <w:pStyle w:val="TableText"/>
              <w:spacing w:after="30" w:line="245" w:lineRule="auto"/>
              <w:rPr>
                <w:rFonts w:hint="eastAsia"/>
              </w:rPr>
            </w:pPr>
          </w:p>
        </w:tc>
      </w:tr>
      <w:tr w:rsidR="00D93F19" w14:paraId="2C6E9440" w14:textId="77777777">
        <w:trPr>
          <w:cantSplit/>
          <w:trHeight w:val="425"/>
          <w:jc w:val="center"/>
        </w:trPr>
        <w:tc>
          <w:tcPr>
            <w:tcW w:w="3402" w:type="dxa"/>
            <w:vAlign w:val="center"/>
          </w:tcPr>
          <w:p w14:paraId="5F0C3F05" w14:textId="77777777" w:rsidR="00D93F19" w:rsidRDefault="00D93F19">
            <w:pPr>
              <w:pStyle w:val="TableText"/>
              <w:spacing w:after="30" w:line="245" w:lineRule="auto"/>
              <w:rPr>
                <w:rFonts w:hint="eastAsia"/>
              </w:rPr>
            </w:pPr>
          </w:p>
        </w:tc>
        <w:tc>
          <w:tcPr>
            <w:tcW w:w="3969" w:type="dxa"/>
            <w:vAlign w:val="center"/>
          </w:tcPr>
          <w:p w14:paraId="73DA83EC" w14:textId="77777777" w:rsidR="00D93F19" w:rsidRDefault="00D93F19">
            <w:pPr>
              <w:pStyle w:val="TableText"/>
              <w:spacing w:after="30" w:line="245" w:lineRule="auto"/>
              <w:rPr>
                <w:rFonts w:hint="eastAsia"/>
              </w:rPr>
            </w:pPr>
          </w:p>
        </w:tc>
        <w:tc>
          <w:tcPr>
            <w:tcW w:w="2494" w:type="dxa"/>
            <w:vAlign w:val="center"/>
          </w:tcPr>
          <w:p w14:paraId="2103DE29" w14:textId="77777777" w:rsidR="00D93F19" w:rsidRDefault="00D93F19">
            <w:pPr>
              <w:pStyle w:val="TableText"/>
              <w:spacing w:after="30" w:line="245" w:lineRule="auto"/>
              <w:rPr>
                <w:rFonts w:hint="eastAsia"/>
              </w:rPr>
            </w:pPr>
          </w:p>
        </w:tc>
      </w:tr>
      <w:tr w:rsidR="00D93F19" w14:paraId="4E375B01" w14:textId="77777777">
        <w:trPr>
          <w:cantSplit/>
          <w:trHeight w:val="425"/>
          <w:jc w:val="center"/>
        </w:trPr>
        <w:tc>
          <w:tcPr>
            <w:tcW w:w="3402" w:type="dxa"/>
            <w:shd w:val="clear" w:color="auto" w:fill="F2F6F8"/>
            <w:vAlign w:val="center"/>
          </w:tcPr>
          <w:p w14:paraId="293A2E6C" w14:textId="77777777" w:rsidR="00D93F19" w:rsidRDefault="00D93F19">
            <w:pPr>
              <w:pStyle w:val="TableText"/>
              <w:spacing w:after="30" w:line="245" w:lineRule="auto"/>
              <w:rPr>
                <w:rFonts w:hint="eastAsia"/>
              </w:rPr>
            </w:pPr>
          </w:p>
        </w:tc>
        <w:tc>
          <w:tcPr>
            <w:tcW w:w="3969" w:type="dxa"/>
            <w:shd w:val="clear" w:color="auto" w:fill="F2F6F8"/>
            <w:vAlign w:val="center"/>
          </w:tcPr>
          <w:p w14:paraId="3813B08A" w14:textId="77777777" w:rsidR="00D93F19" w:rsidRDefault="00D93F19">
            <w:pPr>
              <w:pStyle w:val="TableText"/>
              <w:spacing w:after="30" w:line="245" w:lineRule="auto"/>
              <w:rPr>
                <w:rFonts w:hint="eastAsia"/>
              </w:rPr>
            </w:pPr>
          </w:p>
        </w:tc>
        <w:tc>
          <w:tcPr>
            <w:tcW w:w="2494" w:type="dxa"/>
            <w:shd w:val="clear" w:color="auto" w:fill="F2F6F8"/>
            <w:vAlign w:val="center"/>
          </w:tcPr>
          <w:p w14:paraId="666866A9" w14:textId="77777777" w:rsidR="00D93F19" w:rsidRDefault="00D93F19">
            <w:pPr>
              <w:pStyle w:val="TableText"/>
              <w:spacing w:after="30" w:line="245" w:lineRule="auto"/>
              <w:rPr>
                <w:rFonts w:hint="eastAsia"/>
              </w:rPr>
            </w:pPr>
          </w:p>
        </w:tc>
      </w:tr>
      <w:tr w:rsidR="00D93F19" w14:paraId="54258323" w14:textId="77777777">
        <w:trPr>
          <w:cantSplit/>
          <w:trHeight w:val="425"/>
          <w:jc w:val="center"/>
        </w:trPr>
        <w:tc>
          <w:tcPr>
            <w:tcW w:w="3402" w:type="dxa"/>
            <w:vAlign w:val="center"/>
          </w:tcPr>
          <w:p w14:paraId="3CAB07A3" w14:textId="77777777" w:rsidR="00D93F19" w:rsidRDefault="00D93F19">
            <w:pPr>
              <w:pStyle w:val="TableText"/>
              <w:spacing w:after="30" w:line="245" w:lineRule="auto"/>
              <w:rPr>
                <w:rFonts w:hint="eastAsia"/>
              </w:rPr>
            </w:pPr>
          </w:p>
        </w:tc>
        <w:tc>
          <w:tcPr>
            <w:tcW w:w="3969" w:type="dxa"/>
            <w:vAlign w:val="center"/>
          </w:tcPr>
          <w:p w14:paraId="0850BCA1" w14:textId="77777777" w:rsidR="00D93F19" w:rsidRDefault="00D93F19">
            <w:pPr>
              <w:pStyle w:val="TableText"/>
              <w:spacing w:after="30" w:line="245" w:lineRule="auto"/>
              <w:rPr>
                <w:rFonts w:hint="eastAsia"/>
              </w:rPr>
            </w:pPr>
          </w:p>
        </w:tc>
        <w:tc>
          <w:tcPr>
            <w:tcW w:w="2494" w:type="dxa"/>
            <w:vAlign w:val="center"/>
          </w:tcPr>
          <w:p w14:paraId="1C6119BF" w14:textId="77777777" w:rsidR="00D93F19" w:rsidRDefault="00D93F19">
            <w:pPr>
              <w:pStyle w:val="TableText"/>
              <w:spacing w:after="30" w:line="245" w:lineRule="auto"/>
              <w:rPr>
                <w:rFonts w:hint="eastAsia"/>
              </w:rPr>
            </w:pPr>
          </w:p>
        </w:tc>
      </w:tr>
    </w:tbl>
    <w:p w14:paraId="3E24ABE2" w14:textId="77777777" w:rsidR="00D93F19" w:rsidRDefault="00D93F19">
      <w:pPr>
        <w:spacing w:after="0" w:line="20" w:lineRule="exact"/>
        <w:rPr>
          <w:rFonts w:hint="eastAsia"/>
        </w:rPr>
      </w:pPr>
    </w:p>
    <w:p w14:paraId="1FE2D299" w14:textId="77777777" w:rsidR="00D93F19" w:rsidRDefault="00000000">
      <w:pPr>
        <w:rPr>
          <w:rFonts w:hint="eastAsia"/>
        </w:rPr>
      </w:pPr>
      <w:r>
        <w:t>□ Relazione tecnica  □ Estratto valutazione rischi, quando previsto  □ Schemi elettrici</w:t>
      </w:r>
      <w:r>
        <w:br/>
        <w:t>□ Istruzioni aggiornate, quando previste  □ Rapporto verifiche/prove  □ Documenti componenti</w:t>
      </w:r>
      <w:r>
        <w:br/>
        <w:t>□ Evidenze sui sostegni  □ Documenti bozzello come macchina, quando pertinenti  □ Altro 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62E08A8C" w14:textId="77777777">
        <w:trPr>
          <w:cantSplit/>
          <w:tblHeader/>
          <w:jc w:val="center"/>
        </w:trPr>
        <w:tc>
          <w:tcPr>
            <w:tcW w:w="2891" w:type="dxa"/>
            <w:shd w:val="clear" w:color="auto" w:fill="15344B"/>
            <w:vAlign w:val="center"/>
          </w:tcPr>
          <w:p w14:paraId="5BB5F4B9"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6E7A3F6F" w14:textId="77777777" w:rsidR="00D93F19" w:rsidRDefault="00000000">
            <w:pPr>
              <w:pStyle w:val="TableText"/>
              <w:spacing w:after="30" w:line="245" w:lineRule="auto"/>
              <w:rPr>
                <w:rFonts w:hint="eastAsia"/>
              </w:rPr>
            </w:pPr>
            <w:r>
              <w:rPr>
                <w:b/>
                <w:color w:val="FFFFFF"/>
              </w:rPr>
              <w:t>COMPILAZIONE</w:t>
            </w:r>
          </w:p>
        </w:tc>
      </w:tr>
      <w:tr w:rsidR="00D93F19" w14:paraId="0E6BA10B" w14:textId="77777777">
        <w:trPr>
          <w:cantSplit/>
          <w:jc w:val="center"/>
        </w:trPr>
        <w:tc>
          <w:tcPr>
            <w:tcW w:w="2891" w:type="dxa"/>
            <w:shd w:val="clear" w:color="auto" w:fill="F2F6F8"/>
            <w:vAlign w:val="center"/>
          </w:tcPr>
          <w:p w14:paraId="5B2FF533" w14:textId="77777777" w:rsidR="00D93F19" w:rsidRDefault="00000000">
            <w:pPr>
              <w:pStyle w:val="TableText"/>
              <w:spacing w:after="30" w:line="245" w:lineRule="auto"/>
              <w:rPr>
                <w:rFonts w:hint="eastAsia"/>
              </w:rPr>
            </w:pPr>
            <w:r>
              <w:t>Limiti d’uso / prescrizioni / esclusioni</w:t>
            </w:r>
          </w:p>
        </w:tc>
        <w:tc>
          <w:tcPr>
            <w:tcW w:w="6973" w:type="dxa"/>
            <w:shd w:val="clear" w:color="auto" w:fill="F2F6F8"/>
            <w:vAlign w:val="center"/>
          </w:tcPr>
          <w:p w14:paraId="59DE8549" w14:textId="77777777" w:rsidR="00D93F19" w:rsidRDefault="00000000">
            <w:pPr>
              <w:pStyle w:val="TableText"/>
              <w:spacing w:after="30" w:line="245" w:lineRule="auto"/>
              <w:rPr>
                <w:rFonts w:hint="eastAsia"/>
              </w:rPr>
            </w:pPr>
            <w:r>
              <w:t>________________________________________________________</w:t>
            </w:r>
          </w:p>
          <w:p w14:paraId="48AC209A" w14:textId="77777777" w:rsidR="00D93F19" w:rsidRDefault="00000000">
            <w:pPr>
              <w:pStyle w:val="TableText"/>
              <w:spacing w:after="30" w:line="245" w:lineRule="auto"/>
              <w:rPr>
                <w:rFonts w:hint="eastAsia"/>
              </w:rPr>
            </w:pPr>
            <w:r>
              <w:t>________________________________________________________</w:t>
            </w:r>
          </w:p>
        </w:tc>
      </w:tr>
    </w:tbl>
    <w:p w14:paraId="520DE874" w14:textId="77777777" w:rsidR="00D93F19" w:rsidRDefault="00D93F19">
      <w:pPr>
        <w:spacing w:after="0" w:line="20" w:lineRule="exact"/>
        <w:rPr>
          <w:rFonts w:hint="eastAsia"/>
        </w:rPr>
      </w:pPr>
    </w:p>
    <w:p w14:paraId="7A9B9296" w14:textId="77777777" w:rsidR="00D93F19" w:rsidRDefault="00000000">
      <w:pPr>
        <w:rPr>
          <w:rFonts w:hint="eastAsia"/>
        </w:rPr>
      </w:pPr>
      <w:r>
        <w:t>Luogo e data ________________________  Nome e funzione del sottoscrittore ________________________</w:t>
      </w:r>
      <w:r>
        <w:br/>
        <w:t>Firma per la società esecutrice _________________________________________________________________</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494724B4" w14:textId="77777777">
        <w:trPr>
          <w:cantSplit/>
        </w:trPr>
        <w:tc>
          <w:tcPr>
            <w:tcW w:w="9866" w:type="dxa"/>
            <w:shd w:val="clear" w:color="auto" w:fill="FFF5E2"/>
            <w:vAlign w:val="center"/>
          </w:tcPr>
          <w:p w14:paraId="3D538CA3" w14:textId="77777777" w:rsidR="00D93F19" w:rsidRDefault="00000000">
            <w:pPr>
              <w:pStyle w:val="TableText"/>
              <w:spacing w:after="30" w:line="245" w:lineRule="auto"/>
              <w:rPr>
                <w:rFonts w:hint="eastAsia"/>
              </w:rPr>
            </w:pPr>
            <w:r>
              <w:rPr>
                <w:color w:val="A53435"/>
              </w:rPr>
              <w:t>La dichiarazione non sostituisce una nuova valutazione di conformità quando dovuta, né la verifica periodica. Un esito negativo o incompleto non consente una dichiarazione di idoneità all’impiego: mantenere il fermo e utilizzare A16.</w:t>
            </w:r>
          </w:p>
        </w:tc>
      </w:tr>
    </w:tbl>
    <w:p w14:paraId="4957DEEA" w14:textId="77777777" w:rsidR="00D93F19" w:rsidRDefault="00D93F19">
      <w:pPr>
        <w:spacing w:after="0" w:line="20" w:lineRule="exact"/>
        <w:rPr>
          <w:rFonts w:hint="eastAsia"/>
        </w:rPr>
      </w:pPr>
    </w:p>
    <w:p w14:paraId="4B0F8276" w14:textId="77777777" w:rsidR="00D93F19" w:rsidRDefault="00000000">
      <w:pPr>
        <w:pStyle w:val="Kicker"/>
        <w:pageBreakBefore/>
        <w:rPr>
          <w:rFonts w:hint="eastAsia"/>
        </w:rPr>
      </w:pPr>
      <w:r>
        <w:t>ALLEGATO OPERATIVO • MODELLO AZIENDALE</w:t>
      </w:r>
    </w:p>
    <w:p w14:paraId="2D0CBF56" w14:textId="77777777" w:rsidR="00D93F19" w:rsidRDefault="00000000">
      <w:pPr>
        <w:pStyle w:val="Titolo1"/>
      </w:pPr>
      <w:bookmarkStart w:id="56" w:name="P57"/>
      <w:r>
        <w:t>A16 | Non conformità e azioni correttive</w:t>
      </w:r>
      <w:bookmarkEnd w:id="56"/>
    </w:p>
    <w:p w14:paraId="5D15113E" w14:textId="77777777" w:rsidR="00D93F19" w:rsidRDefault="00000000">
      <w:pPr>
        <w:pStyle w:val="Small"/>
        <w:rPr>
          <w:rFonts w:hint="eastAsia"/>
        </w:rPr>
      </w:pPr>
      <w:r>
        <w:t>Pratica n. __________________  |  Macchina / matricola __________________  |  Data __________</w:t>
      </w:r>
    </w:p>
    <w:p w14:paraId="0C4370E9" w14:textId="77777777" w:rsidR="00D93F19" w:rsidRDefault="00000000">
      <w:pPr>
        <w:pStyle w:val="Small"/>
        <w:rPr>
          <w:rFonts w:hint="eastAsia"/>
        </w:rPr>
      </w:pPr>
      <w:r>
        <w:t>O: sospensione, trattamento e verifica di efficacia.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03355FC9" w14:textId="77777777">
        <w:trPr>
          <w:cantSplit/>
          <w:tblHeader/>
          <w:jc w:val="center"/>
        </w:trPr>
        <w:tc>
          <w:tcPr>
            <w:tcW w:w="2891" w:type="dxa"/>
            <w:shd w:val="clear" w:color="auto" w:fill="15344B"/>
            <w:vAlign w:val="center"/>
          </w:tcPr>
          <w:p w14:paraId="124F5804"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08F03BDE" w14:textId="77777777" w:rsidR="00D93F19" w:rsidRDefault="00000000">
            <w:pPr>
              <w:pStyle w:val="TableText"/>
              <w:spacing w:after="30" w:line="245" w:lineRule="auto"/>
              <w:rPr>
                <w:rFonts w:hint="eastAsia"/>
              </w:rPr>
            </w:pPr>
            <w:r>
              <w:rPr>
                <w:b/>
                <w:color w:val="FFFFFF"/>
              </w:rPr>
              <w:t>COMPILAZIONE</w:t>
            </w:r>
          </w:p>
        </w:tc>
      </w:tr>
      <w:tr w:rsidR="00D93F19" w14:paraId="5AF2A25B" w14:textId="77777777">
        <w:trPr>
          <w:cantSplit/>
          <w:jc w:val="center"/>
        </w:trPr>
        <w:tc>
          <w:tcPr>
            <w:tcW w:w="2891" w:type="dxa"/>
            <w:shd w:val="clear" w:color="auto" w:fill="F2F6F8"/>
            <w:vAlign w:val="center"/>
          </w:tcPr>
          <w:p w14:paraId="31A854F9" w14:textId="77777777" w:rsidR="00D93F19" w:rsidRDefault="00000000">
            <w:pPr>
              <w:pStyle w:val="TableText"/>
              <w:spacing w:after="30" w:line="245" w:lineRule="auto"/>
              <w:rPr>
                <w:rFonts w:hint="eastAsia"/>
              </w:rPr>
            </w:pPr>
            <w:r>
              <w:t>NC / anomalia n.</w:t>
            </w:r>
          </w:p>
        </w:tc>
        <w:tc>
          <w:tcPr>
            <w:tcW w:w="6973" w:type="dxa"/>
            <w:shd w:val="clear" w:color="auto" w:fill="F2F6F8"/>
            <w:vAlign w:val="center"/>
          </w:tcPr>
          <w:p w14:paraId="21D09BB8" w14:textId="77777777" w:rsidR="00D93F19" w:rsidRDefault="00000000">
            <w:pPr>
              <w:pStyle w:val="TableText"/>
              <w:spacing w:after="30" w:line="245" w:lineRule="auto"/>
              <w:rPr>
                <w:rFonts w:hint="eastAsia"/>
              </w:rPr>
            </w:pPr>
            <w:r>
              <w:t>________________________________________________________</w:t>
            </w:r>
          </w:p>
        </w:tc>
      </w:tr>
      <w:tr w:rsidR="00D93F19" w14:paraId="4A06B97C" w14:textId="77777777">
        <w:trPr>
          <w:cantSplit/>
          <w:jc w:val="center"/>
        </w:trPr>
        <w:tc>
          <w:tcPr>
            <w:tcW w:w="2891" w:type="dxa"/>
            <w:vAlign w:val="center"/>
          </w:tcPr>
          <w:p w14:paraId="294B65F6" w14:textId="77777777" w:rsidR="00D93F19" w:rsidRDefault="00000000">
            <w:pPr>
              <w:pStyle w:val="TableText"/>
              <w:spacing w:after="30" w:line="245" w:lineRule="auto"/>
              <w:rPr>
                <w:rFonts w:hint="eastAsia"/>
              </w:rPr>
            </w:pPr>
            <w:r>
              <w:t>Rilevata da / data / fase</w:t>
            </w:r>
          </w:p>
        </w:tc>
        <w:tc>
          <w:tcPr>
            <w:tcW w:w="6973" w:type="dxa"/>
            <w:vAlign w:val="center"/>
          </w:tcPr>
          <w:p w14:paraId="4C934D3B" w14:textId="77777777" w:rsidR="00D93F19" w:rsidRDefault="00000000">
            <w:pPr>
              <w:pStyle w:val="TableText"/>
              <w:spacing w:after="30" w:line="245" w:lineRule="auto"/>
              <w:rPr>
                <w:rFonts w:hint="eastAsia"/>
              </w:rPr>
            </w:pPr>
            <w:r>
              <w:t>________________________________________________________</w:t>
            </w:r>
          </w:p>
        </w:tc>
      </w:tr>
      <w:tr w:rsidR="00D93F19" w14:paraId="7B9243C0" w14:textId="77777777">
        <w:trPr>
          <w:cantSplit/>
          <w:jc w:val="center"/>
        </w:trPr>
        <w:tc>
          <w:tcPr>
            <w:tcW w:w="2891" w:type="dxa"/>
            <w:shd w:val="clear" w:color="auto" w:fill="F2F6F8"/>
            <w:vAlign w:val="center"/>
          </w:tcPr>
          <w:p w14:paraId="7F0696D8" w14:textId="77777777" w:rsidR="00D93F19" w:rsidRDefault="00000000">
            <w:pPr>
              <w:pStyle w:val="TableText"/>
              <w:spacing w:after="30" w:line="245" w:lineRule="auto"/>
              <w:rPr>
                <w:rFonts w:hint="eastAsia"/>
              </w:rPr>
            </w:pPr>
            <w:r>
              <w:t>Descrizione oggettiva</w:t>
            </w:r>
          </w:p>
        </w:tc>
        <w:tc>
          <w:tcPr>
            <w:tcW w:w="6973" w:type="dxa"/>
            <w:shd w:val="clear" w:color="auto" w:fill="F2F6F8"/>
            <w:vAlign w:val="center"/>
          </w:tcPr>
          <w:p w14:paraId="3AD5E3A4" w14:textId="77777777" w:rsidR="00D93F19" w:rsidRDefault="00000000">
            <w:pPr>
              <w:pStyle w:val="TableText"/>
              <w:spacing w:after="30" w:line="245" w:lineRule="auto"/>
              <w:rPr>
                <w:rFonts w:hint="eastAsia"/>
              </w:rPr>
            </w:pPr>
            <w:r>
              <w:t>________________________________________________________</w:t>
            </w:r>
          </w:p>
          <w:p w14:paraId="3A8AD821" w14:textId="77777777" w:rsidR="00D93F19" w:rsidRDefault="00000000">
            <w:pPr>
              <w:pStyle w:val="TableText"/>
              <w:spacing w:after="30" w:line="245" w:lineRule="auto"/>
              <w:rPr>
                <w:rFonts w:hint="eastAsia"/>
              </w:rPr>
            </w:pPr>
            <w:r>
              <w:t>________________________________________________________</w:t>
            </w:r>
          </w:p>
        </w:tc>
      </w:tr>
      <w:tr w:rsidR="00D93F19" w14:paraId="5978BE68" w14:textId="77777777">
        <w:trPr>
          <w:cantSplit/>
          <w:jc w:val="center"/>
        </w:trPr>
        <w:tc>
          <w:tcPr>
            <w:tcW w:w="2891" w:type="dxa"/>
            <w:vAlign w:val="center"/>
          </w:tcPr>
          <w:p w14:paraId="353E0DD1" w14:textId="77777777" w:rsidR="00D93F19" w:rsidRDefault="00000000">
            <w:pPr>
              <w:pStyle w:val="TableText"/>
              <w:spacing w:after="30" w:line="245" w:lineRule="auto"/>
              <w:rPr>
                <w:rFonts w:hint="eastAsia"/>
              </w:rPr>
            </w:pPr>
            <w:r>
              <w:t>Requisito / documento non rispettato</w:t>
            </w:r>
          </w:p>
        </w:tc>
        <w:tc>
          <w:tcPr>
            <w:tcW w:w="6973" w:type="dxa"/>
            <w:vAlign w:val="center"/>
          </w:tcPr>
          <w:p w14:paraId="28A4E883" w14:textId="77777777" w:rsidR="00D93F19" w:rsidRDefault="00000000">
            <w:pPr>
              <w:pStyle w:val="TableText"/>
              <w:spacing w:after="30" w:line="245" w:lineRule="auto"/>
              <w:rPr>
                <w:rFonts w:hint="eastAsia"/>
              </w:rPr>
            </w:pPr>
            <w:r>
              <w:t>________________________________________________________</w:t>
            </w:r>
          </w:p>
        </w:tc>
      </w:tr>
      <w:tr w:rsidR="00D93F19" w14:paraId="4CE7FF2A" w14:textId="77777777">
        <w:trPr>
          <w:cantSplit/>
          <w:jc w:val="center"/>
        </w:trPr>
        <w:tc>
          <w:tcPr>
            <w:tcW w:w="2891" w:type="dxa"/>
            <w:shd w:val="clear" w:color="auto" w:fill="F2F6F8"/>
            <w:vAlign w:val="center"/>
          </w:tcPr>
          <w:p w14:paraId="082D8D4D" w14:textId="77777777" w:rsidR="00D93F19" w:rsidRDefault="00000000">
            <w:pPr>
              <w:pStyle w:val="TableText"/>
              <w:spacing w:after="30" w:line="245" w:lineRule="auto"/>
              <w:rPr>
                <w:rFonts w:hint="eastAsia"/>
              </w:rPr>
            </w:pPr>
            <w:r>
              <w:t>Evidenze / fotografie / test</w:t>
            </w:r>
          </w:p>
        </w:tc>
        <w:tc>
          <w:tcPr>
            <w:tcW w:w="6973" w:type="dxa"/>
            <w:shd w:val="clear" w:color="auto" w:fill="F2F6F8"/>
            <w:vAlign w:val="center"/>
          </w:tcPr>
          <w:p w14:paraId="56927D91" w14:textId="77777777" w:rsidR="00D93F19" w:rsidRDefault="00000000">
            <w:pPr>
              <w:pStyle w:val="TableText"/>
              <w:spacing w:after="30" w:line="245" w:lineRule="auto"/>
              <w:rPr>
                <w:rFonts w:hint="eastAsia"/>
              </w:rPr>
            </w:pPr>
            <w:r>
              <w:t>________________________________________________________</w:t>
            </w:r>
          </w:p>
        </w:tc>
      </w:tr>
      <w:tr w:rsidR="00D93F19" w14:paraId="011F33B8" w14:textId="77777777">
        <w:trPr>
          <w:cantSplit/>
          <w:jc w:val="center"/>
        </w:trPr>
        <w:tc>
          <w:tcPr>
            <w:tcW w:w="2891" w:type="dxa"/>
            <w:vAlign w:val="center"/>
          </w:tcPr>
          <w:p w14:paraId="7B34BFC7" w14:textId="77777777" w:rsidR="00D93F19" w:rsidRDefault="00000000">
            <w:pPr>
              <w:pStyle w:val="TableText"/>
              <w:spacing w:after="30" w:line="245" w:lineRule="auto"/>
              <w:rPr>
                <w:rFonts w:hint="eastAsia"/>
              </w:rPr>
            </w:pPr>
            <w:r>
              <w:t>Conseguenze e parti interessate</w:t>
            </w:r>
          </w:p>
        </w:tc>
        <w:tc>
          <w:tcPr>
            <w:tcW w:w="6973" w:type="dxa"/>
            <w:vAlign w:val="center"/>
          </w:tcPr>
          <w:p w14:paraId="31AE271C" w14:textId="77777777" w:rsidR="00D93F19" w:rsidRDefault="00000000">
            <w:pPr>
              <w:pStyle w:val="TableText"/>
              <w:spacing w:after="30" w:line="245" w:lineRule="auto"/>
              <w:rPr>
                <w:rFonts w:hint="eastAsia"/>
              </w:rPr>
            </w:pPr>
            <w:r>
              <w:t>________________________________________________________</w:t>
            </w:r>
          </w:p>
        </w:tc>
      </w:tr>
    </w:tbl>
    <w:p w14:paraId="250FC574" w14:textId="77777777" w:rsidR="00D93F19" w:rsidRDefault="00D93F19">
      <w:pPr>
        <w:spacing w:after="0" w:line="20" w:lineRule="exact"/>
        <w:rPr>
          <w:rFonts w:hint="eastAsia"/>
        </w:rPr>
      </w:pPr>
    </w:p>
    <w:p w14:paraId="6916C20A" w14:textId="77777777" w:rsidR="00D93F19" w:rsidRDefault="00000000">
      <w:pPr>
        <w:pStyle w:val="Titolo2"/>
      </w:pPr>
      <w:r>
        <w:t>Messa in sicurezza immediata</w:t>
      </w:r>
    </w:p>
    <w:p w14:paraId="291EE93D" w14:textId="77777777" w:rsidR="00D93F19" w:rsidRDefault="00000000">
      <w:pPr>
        <w:rPr>
          <w:rFonts w:hint="eastAsia"/>
        </w:rPr>
      </w:pPr>
      <w:r>
        <w:t>□ Lavori sospesi  □ Macchina fuori servizio  □ Area interdetta  □ Isolamenti ripristinati</w:t>
      </w:r>
      <w:r>
        <w:br/>
        <w:t>□ Persone informate  □ Emergenza attivata  □ Altro ______________________________________________</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78AEB2EB" w14:textId="77777777">
        <w:trPr>
          <w:cantSplit/>
          <w:tblHeader/>
          <w:jc w:val="center"/>
        </w:trPr>
        <w:tc>
          <w:tcPr>
            <w:tcW w:w="2891" w:type="dxa"/>
            <w:shd w:val="clear" w:color="auto" w:fill="15344B"/>
            <w:vAlign w:val="center"/>
          </w:tcPr>
          <w:p w14:paraId="21E6A506"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2855A52F" w14:textId="77777777" w:rsidR="00D93F19" w:rsidRDefault="00000000">
            <w:pPr>
              <w:pStyle w:val="TableText"/>
              <w:spacing w:after="30" w:line="245" w:lineRule="auto"/>
              <w:rPr>
                <w:rFonts w:hint="eastAsia"/>
              </w:rPr>
            </w:pPr>
            <w:r>
              <w:rPr>
                <w:b/>
                <w:color w:val="FFFFFF"/>
              </w:rPr>
              <w:t>COMPILAZIONE</w:t>
            </w:r>
          </w:p>
        </w:tc>
      </w:tr>
      <w:tr w:rsidR="00D93F19" w14:paraId="0C60CA5A" w14:textId="77777777">
        <w:trPr>
          <w:cantSplit/>
          <w:jc w:val="center"/>
        </w:trPr>
        <w:tc>
          <w:tcPr>
            <w:tcW w:w="2891" w:type="dxa"/>
            <w:shd w:val="clear" w:color="auto" w:fill="F2F6F8"/>
            <w:vAlign w:val="center"/>
          </w:tcPr>
          <w:p w14:paraId="6112E013" w14:textId="77777777" w:rsidR="00D93F19" w:rsidRDefault="00000000">
            <w:pPr>
              <w:pStyle w:val="TableText"/>
              <w:spacing w:after="30" w:line="245" w:lineRule="auto"/>
              <w:rPr>
                <w:rFonts w:hint="eastAsia"/>
              </w:rPr>
            </w:pPr>
            <w:r>
              <w:t>Misura immediata / responsabile</w:t>
            </w:r>
          </w:p>
        </w:tc>
        <w:tc>
          <w:tcPr>
            <w:tcW w:w="6973" w:type="dxa"/>
            <w:shd w:val="clear" w:color="auto" w:fill="F2F6F8"/>
            <w:vAlign w:val="center"/>
          </w:tcPr>
          <w:p w14:paraId="2C2B18BD" w14:textId="77777777" w:rsidR="00D93F19" w:rsidRDefault="00000000">
            <w:pPr>
              <w:pStyle w:val="TableText"/>
              <w:spacing w:after="30" w:line="245" w:lineRule="auto"/>
              <w:rPr>
                <w:rFonts w:hint="eastAsia"/>
              </w:rPr>
            </w:pPr>
            <w:r>
              <w:t>________________________________________________________</w:t>
            </w:r>
          </w:p>
        </w:tc>
      </w:tr>
      <w:tr w:rsidR="00D93F19" w14:paraId="7E18BF6A" w14:textId="77777777">
        <w:trPr>
          <w:cantSplit/>
          <w:jc w:val="center"/>
        </w:trPr>
        <w:tc>
          <w:tcPr>
            <w:tcW w:w="2891" w:type="dxa"/>
            <w:vAlign w:val="center"/>
          </w:tcPr>
          <w:p w14:paraId="783FA14E" w14:textId="77777777" w:rsidR="00D93F19" w:rsidRDefault="00000000">
            <w:pPr>
              <w:pStyle w:val="TableText"/>
              <w:spacing w:after="30" w:line="245" w:lineRule="auto"/>
              <w:rPr>
                <w:rFonts w:hint="eastAsia"/>
              </w:rPr>
            </w:pPr>
            <w:r>
              <w:t>Analisi della causa</w:t>
            </w:r>
          </w:p>
        </w:tc>
        <w:tc>
          <w:tcPr>
            <w:tcW w:w="6973" w:type="dxa"/>
            <w:vAlign w:val="center"/>
          </w:tcPr>
          <w:p w14:paraId="3C1C1988" w14:textId="77777777" w:rsidR="00D93F19" w:rsidRDefault="00000000">
            <w:pPr>
              <w:pStyle w:val="TableText"/>
              <w:spacing w:after="30" w:line="245" w:lineRule="auto"/>
              <w:rPr>
                <w:rFonts w:hint="eastAsia"/>
              </w:rPr>
            </w:pPr>
            <w:r>
              <w:t>________________________________________________________</w:t>
            </w:r>
          </w:p>
          <w:p w14:paraId="1D0C5B56" w14:textId="77777777" w:rsidR="00D93F19" w:rsidRDefault="00000000">
            <w:pPr>
              <w:pStyle w:val="TableText"/>
              <w:spacing w:after="30" w:line="245" w:lineRule="auto"/>
              <w:rPr>
                <w:rFonts w:hint="eastAsia"/>
              </w:rPr>
            </w:pPr>
            <w:r>
              <w:t>________________________________________________________</w:t>
            </w:r>
          </w:p>
        </w:tc>
      </w:tr>
      <w:tr w:rsidR="00D93F19" w14:paraId="300A8D9D" w14:textId="77777777">
        <w:trPr>
          <w:cantSplit/>
          <w:jc w:val="center"/>
        </w:trPr>
        <w:tc>
          <w:tcPr>
            <w:tcW w:w="2891" w:type="dxa"/>
            <w:shd w:val="clear" w:color="auto" w:fill="F2F6F8"/>
            <w:vAlign w:val="center"/>
          </w:tcPr>
          <w:p w14:paraId="16744929" w14:textId="77777777" w:rsidR="00D93F19" w:rsidRDefault="00000000">
            <w:pPr>
              <w:pStyle w:val="TableText"/>
              <w:spacing w:after="30" w:line="245" w:lineRule="auto"/>
              <w:rPr>
                <w:rFonts w:hint="eastAsia"/>
              </w:rPr>
            </w:pPr>
            <w:r>
              <w:t>Azione correttiva</w:t>
            </w:r>
          </w:p>
        </w:tc>
        <w:tc>
          <w:tcPr>
            <w:tcW w:w="6973" w:type="dxa"/>
            <w:shd w:val="clear" w:color="auto" w:fill="F2F6F8"/>
            <w:vAlign w:val="center"/>
          </w:tcPr>
          <w:p w14:paraId="062762EB" w14:textId="77777777" w:rsidR="00D93F19" w:rsidRDefault="00000000">
            <w:pPr>
              <w:pStyle w:val="TableText"/>
              <w:spacing w:after="30" w:line="245" w:lineRule="auto"/>
              <w:rPr>
                <w:rFonts w:hint="eastAsia"/>
              </w:rPr>
            </w:pPr>
            <w:r>
              <w:t>________________________________________________________</w:t>
            </w:r>
          </w:p>
        </w:tc>
      </w:tr>
      <w:tr w:rsidR="00D93F19" w14:paraId="2AE70390" w14:textId="77777777">
        <w:trPr>
          <w:cantSplit/>
          <w:jc w:val="center"/>
        </w:trPr>
        <w:tc>
          <w:tcPr>
            <w:tcW w:w="2891" w:type="dxa"/>
            <w:vAlign w:val="center"/>
          </w:tcPr>
          <w:p w14:paraId="1FE79B60" w14:textId="77777777" w:rsidR="00D93F19" w:rsidRDefault="00000000">
            <w:pPr>
              <w:pStyle w:val="TableText"/>
              <w:spacing w:after="30" w:line="245" w:lineRule="auto"/>
              <w:rPr>
                <w:rFonts w:hint="eastAsia"/>
              </w:rPr>
            </w:pPr>
            <w:r>
              <w:t>Responsabile / termine previsto</w:t>
            </w:r>
          </w:p>
        </w:tc>
        <w:tc>
          <w:tcPr>
            <w:tcW w:w="6973" w:type="dxa"/>
            <w:vAlign w:val="center"/>
          </w:tcPr>
          <w:p w14:paraId="13407577" w14:textId="77777777" w:rsidR="00D93F19" w:rsidRDefault="00000000">
            <w:pPr>
              <w:pStyle w:val="TableText"/>
              <w:spacing w:after="30" w:line="245" w:lineRule="auto"/>
              <w:rPr>
                <w:rFonts w:hint="eastAsia"/>
              </w:rPr>
            </w:pPr>
            <w:r>
              <w:t>________________________________________________________</w:t>
            </w:r>
          </w:p>
        </w:tc>
      </w:tr>
      <w:tr w:rsidR="00D93F19" w14:paraId="0578F216" w14:textId="77777777">
        <w:trPr>
          <w:cantSplit/>
          <w:jc w:val="center"/>
        </w:trPr>
        <w:tc>
          <w:tcPr>
            <w:tcW w:w="2891" w:type="dxa"/>
            <w:shd w:val="clear" w:color="auto" w:fill="F2F6F8"/>
            <w:vAlign w:val="center"/>
          </w:tcPr>
          <w:p w14:paraId="7B808107" w14:textId="77777777" w:rsidR="00D93F19" w:rsidRDefault="00000000">
            <w:pPr>
              <w:pStyle w:val="TableText"/>
              <w:spacing w:after="30" w:line="245" w:lineRule="auto"/>
              <w:rPr>
                <w:rFonts w:hint="eastAsia"/>
              </w:rPr>
            </w:pPr>
            <w:r>
              <w:t>Riesame della classificazione / progetto</w:t>
            </w:r>
          </w:p>
        </w:tc>
        <w:tc>
          <w:tcPr>
            <w:tcW w:w="6973" w:type="dxa"/>
            <w:shd w:val="clear" w:color="auto" w:fill="F2F6F8"/>
            <w:vAlign w:val="center"/>
          </w:tcPr>
          <w:p w14:paraId="0BE2E1F5" w14:textId="77777777" w:rsidR="00D93F19" w:rsidRDefault="00000000">
            <w:pPr>
              <w:pStyle w:val="TableText"/>
              <w:spacing w:after="30" w:line="245" w:lineRule="auto"/>
              <w:rPr>
                <w:rFonts w:hint="eastAsia"/>
              </w:rPr>
            </w:pPr>
            <w:r>
              <w:t>□ Necessario  □ Non necessario, motivazione _____________________</w:t>
            </w:r>
          </w:p>
          <w:p w14:paraId="1A032396" w14:textId="77777777" w:rsidR="00D93F19" w:rsidRDefault="00000000">
            <w:pPr>
              <w:pStyle w:val="TableText"/>
              <w:spacing w:after="30" w:line="245" w:lineRule="auto"/>
              <w:rPr>
                <w:rFonts w:hint="eastAsia"/>
              </w:rPr>
            </w:pPr>
            <w:r>
              <w:t>Nuova revisione ______________________________________________</w:t>
            </w:r>
          </w:p>
        </w:tc>
      </w:tr>
    </w:tbl>
    <w:p w14:paraId="0BEBD923" w14:textId="77777777" w:rsidR="00D93F19" w:rsidRDefault="00D93F19">
      <w:pPr>
        <w:spacing w:after="0" w:line="20" w:lineRule="exact"/>
        <w:rPr>
          <w:rFonts w:hint="eastAsia"/>
        </w:rPr>
      </w:pPr>
    </w:p>
    <w:p w14:paraId="71F5CE75" w14:textId="77777777" w:rsidR="00D93F19" w:rsidRDefault="00000000">
      <w:pPr>
        <w:pStyle w:val="Titolo2"/>
      </w:pPr>
      <w:r>
        <w:t>Verifica e chiusura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CE8AB2C" w14:textId="77777777">
        <w:trPr>
          <w:cantSplit/>
          <w:tblHeader/>
          <w:jc w:val="center"/>
        </w:trPr>
        <w:tc>
          <w:tcPr>
            <w:tcW w:w="2891" w:type="dxa"/>
            <w:shd w:val="clear" w:color="auto" w:fill="15344B"/>
            <w:vAlign w:val="center"/>
          </w:tcPr>
          <w:p w14:paraId="7DFE47ED"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1F1A3ED1" w14:textId="77777777" w:rsidR="00D93F19" w:rsidRDefault="00000000">
            <w:pPr>
              <w:pStyle w:val="TableText"/>
              <w:spacing w:after="30" w:line="245" w:lineRule="auto"/>
              <w:rPr>
                <w:rFonts w:hint="eastAsia"/>
              </w:rPr>
            </w:pPr>
            <w:r>
              <w:rPr>
                <w:b/>
                <w:color w:val="FFFFFF"/>
              </w:rPr>
              <w:t>COMPILAZIONE</w:t>
            </w:r>
          </w:p>
        </w:tc>
      </w:tr>
      <w:tr w:rsidR="00D93F19" w14:paraId="33EA4296" w14:textId="77777777">
        <w:trPr>
          <w:cantSplit/>
          <w:jc w:val="center"/>
        </w:trPr>
        <w:tc>
          <w:tcPr>
            <w:tcW w:w="2891" w:type="dxa"/>
            <w:shd w:val="clear" w:color="auto" w:fill="F2F6F8"/>
            <w:vAlign w:val="center"/>
          </w:tcPr>
          <w:p w14:paraId="14FB8942" w14:textId="77777777" w:rsidR="00D93F19" w:rsidRDefault="00000000">
            <w:pPr>
              <w:pStyle w:val="TableText"/>
              <w:spacing w:after="30" w:line="245" w:lineRule="auto"/>
              <w:rPr>
                <w:rFonts w:hint="eastAsia"/>
              </w:rPr>
            </w:pPr>
            <w:r>
              <w:t>Verifica di efficacia / prove ripetute</w:t>
            </w:r>
          </w:p>
        </w:tc>
        <w:tc>
          <w:tcPr>
            <w:tcW w:w="6973" w:type="dxa"/>
            <w:shd w:val="clear" w:color="auto" w:fill="F2F6F8"/>
            <w:vAlign w:val="center"/>
          </w:tcPr>
          <w:p w14:paraId="10CD6D64" w14:textId="77777777" w:rsidR="00D93F19" w:rsidRDefault="00000000">
            <w:pPr>
              <w:pStyle w:val="TableText"/>
              <w:spacing w:after="30" w:line="245" w:lineRule="auto"/>
              <w:rPr>
                <w:rFonts w:hint="eastAsia"/>
              </w:rPr>
            </w:pPr>
            <w:r>
              <w:t>Documento ____________________________ esito ________________</w:t>
            </w:r>
          </w:p>
        </w:tc>
      </w:tr>
      <w:tr w:rsidR="00D93F19" w14:paraId="7AAD96CA" w14:textId="77777777">
        <w:trPr>
          <w:cantSplit/>
          <w:jc w:val="center"/>
        </w:trPr>
        <w:tc>
          <w:tcPr>
            <w:tcW w:w="2891" w:type="dxa"/>
            <w:vAlign w:val="center"/>
          </w:tcPr>
          <w:p w14:paraId="3D09433E" w14:textId="77777777" w:rsidR="00D93F19" w:rsidRDefault="00000000">
            <w:pPr>
              <w:pStyle w:val="TableText"/>
              <w:spacing w:after="30" w:line="245" w:lineRule="auto"/>
              <w:rPr>
                <w:rFonts w:hint="eastAsia"/>
              </w:rPr>
            </w:pPr>
            <w:r>
              <w:t>Esito finale</w:t>
            </w:r>
          </w:p>
        </w:tc>
        <w:tc>
          <w:tcPr>
            <w:tcW w:w="6973" w:type="dxa"/>
            <w:vAlign w:val="center"/>
          </w:tcPr>
          <w:p w14:paraId="276577B1" w14:textId="77777777" w:rsidR="00D93F19" w:rsidRDefault="00000000">
            <w:pPr>
              <w:pStyle w:val="TableText"/>
              <w:spacing w:after="30" w:line="245" w:lineRule="auto"/>
              <w:rPr>
                <w:rFonts w:hint="eastAsia"/>
              </w:rPr>
            </w:pPr>
            <w:r>
              <w:t>□ Chiusa con evidenze  □ Aperta  □ Richieste ulteriori azioni</w:t>
            </w:r>
          </w:p>
        </w:tc>
      </w:tr>
    </w:tbl>
    <w:p w14:paraId="707ECD40"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0B9646A7" w14:textId="77777777">
        <w:trPr>
          <w:cantSplit/>
          <w:tblHeader/>
          <w:jc w:val="center"/>
        </w:trPr>
        <w:tc>
          <w:tcPr>
            <w:tcW w:w="3515" w:type="dxa"/>
            <w:shd w:val="clear" w:color="auto" w:fill="15344B"/>
            <w:vAlign w:val="center"/>
          </w:tcPr>
          <w:p w14:paraId="4B94F27B"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2C27379F"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778D878E" w14:textId="77777777" w:rsidR="00D93F19" w:rsidRDefault="00000000">
            <w:pPr>
              <w:pStyle w:val="TableText"/>
              <w:spacing w:after="30" w:line="245" w:lineRule="auto"/>
              <w:rPr>
                <w:rFonts w:hint="eastAsia"/>
              </w:rPr>
            </w:pPr>
            <w:r>
              <w:rPr>
                <w:b/>
                <w:color w:val="FFFFFF"/>
                <w:sz w:val="18"/>
              </w:rPr>
              <w:t>DATA E FIRMA</w:t>
            </w:r>
          </w:p>
        </w:tc>
      </w:tr>
      <w:tr w:rsidR="00D93F19" w14:paraId="1121320A" w14:textId="77777777">
        <w:trPr>
          <w:cantSplit/>
          <w:jc w:val="center"/>
        </w:trPr>
        <w:tc>
          <w:tcPr>
            <w:tcW w:w="3515" w:type="dxa"/>
            <w:shd w:val="clear" w:color="auto" w:fill="F2F6F8"/>
            <w:vAlign w:val="center"/>
          </w:tcPr>
          <w:p w14:paraId="1F213615" w14:textId="77777777" w:rsidR="00D93F19" w:rsidRDefault="00000000">
            <w:pPr>
              <w:pStyle w:val="TableText"/>
              <w:spacing w:after="30" w:line="245" w:lineRule="auto"/>
              <w:rPr>
                <w:rFonts w:hint="eastAsia"/>
              </w:rPr>
            </w:pPr>
            <w:r>
              <w:rPr>
                <w:sz w:val="18"/>
              </w:rPr>
              <w:t>Responsabile dell’azione</w:t>
            </w:r>
          </w:p>
        </w:tc>
        <w:tc>
          <w:tcPr>
            <w:tcW w:w="3175" w:type="dxa"/>
            <w:shd w:val="clear" w:color="auto" w:fill="F2F6F8"/>
            <w:vAlign w:val="center"/>
          </w:tcPr>
          <w:p w14:paraId="58248D0F"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0D445297" w14:textId="77777777" w:rsidR="00D93F19" w:rsidRDefault="00000000">
            <w:pPr>
              <w:pStyle w:val="TableText"/>
              <w:spacing w:after="30" w:line="245" w:lineRule="auto"/>
              <w:rPr>
                <w:rFonts w:hint="eastAsia"/>
              </w:rPr>
            </w:pPr>
            <w:r>
              <w:rPr>
                <w:sz w:val="18"/>
              </w:rPr>
              <w:t>_____________________</w:t>
            </w:r>
          </w:p>
        </w:tc>
      </w:tr>
      <w:tr w:rsidR="00D93F19" w14:paraId="2BEF8724" w14:textId="77777777">
        <w:trPr>
          <w:cantSplit/>
          <w:jc w:val="center"/>
        </w:trPr>
        <w:tc>
          <w:tcPr>
            <w:tcW w:w="3515" w:type="dxa"/>
            <w:vAlign w:val="center"/>
          </w:tcPr>
          <w:p w14:paraId="4189728A" w14:textId="77777777" w:rsidR="00D93F19" w:rsidRDefault="00000000">
            <w:pPr>
              <w:pStyle w:val="TableText"/>
              <w:spacing w:after="30" w:line="245" w:lineRule="auto"/>
              <w:rPr>
                <w:rFonts w:hint="eastAsia"/>
              </w:rPr>
            </w:pPr>
            <w:r>
              <w:rPr>
                <w:sz w:val="18"/>
              </w:rPr>
              <w:t>Verificatore della chiusura</w:t>
            </w:r>
          </w:p>
        </w:tc>
        <w:tc>
          <w:tcPr>
            <w:tcW w:w="3175" w:type="dxa"/>
            <w:vAlign w:val="center"/>
          </w:tcPr>
          <w:p w14:paraId="50FBE7DB"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6AFAA096" w14:textId="77777777" w:rsidR="00D93F19" w:rsidRDefault="00000000">
            <w:pPr>
              <w:pStyle w:val="TableText"/>
              <w:spacing w:after="30" w:line="245" w:lineRule="auto"/>
              <w:rPr>
                <w:rFonts w:hint="eastAsia"/>
              </w:rPr>
            </w:pPr>
            <w:r>
              <w:rPr>
                <w:sz w:val="18"/>
              </w:rPr>
              <w:t>_____________________</w:t>
            </w:r>
          </w:p>
        </w:tc>
      </w:tr>
    </w:tbl>
    <w:p w14:paraId="1F20323E"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3B2B5FF0" w14:textId="77777777">
        <w:trPr>
          <w:cantSplit/>
        </w:trPr>
        <w:tc>
          <w:tcPr>
            <w:tcW w:w="9866" w:type="dxa"/>
            <w:shd w:val="clear" w:color="auto" w:fill="FFF5E2"/>
            <w:vAlign w:val="center"/>
          </w:tcPr>
          <w:p w14:paraId="313436E9" w14:textId="77777777" w:rsidR="00D93F19" w:rsidRDefault="00000000">
            <w:pPr>
              <w:pStyle w:val="TableText"/>
              <w:spacing w:after="30" w:line="245" w:lineRule="auto"/>
              <w:rPr>
                <w:rFonts w:hint="eastAsia"/>
              </w:rPr>
            </w:pPr>
            <w:r>
              <w:rPr>
                <w:color w:val="A53435"/>
              </w:rPr>
              <w:t>La chiusura della NC non equivale alla rimessa in servizio. Verificare separatamente tutte le condizioni di A17.</w:t>
            </w:r>
          </w:p>
        </w:tc>
      </w:tr>
    </w:tbl>
    <w:p w14:paraId="0A0C451F" w14:textId="77777777" w:rsidR="00D93F19" w:rsidRDefault="00D93F19">
      <w:pPr>
        <w:spacing w:after="0" w:line="20" w:lineRule="exact"/>
        <w:rPr>
          <w:rFonts w:hint="eastAsia"/>
        </w:rPr>
      </w:pPr>
    </w:p>
    <w:p w14:paraId="13C45BF4" w14:textId="77777777" w:rsidR="00D93F19" w:rsidRDefault="00000000">
      <w:pPr>
        <w:pStyle w:val="Kicker"/>
        <w:pageBreakBefore/>
        <w:rPr>
          <w:rFonts w:hint="eastAsia"/>
        </w:rPr>
      </w:pPr>
      <w:r>
        <w:t>ALLEGATO OPERATIVO • MODELLO AZIENDALE</w:t>
      </w:r>
    </w:p>
    <w:p w14:paraId="6F086120" w14:textId="77777777" w:rsidR="00D93F19" w:rsidRDefault="00000000">
      <w:pPr>
        <w:pStyle w:val="Titolo1"/>
      </w:pPr>
      <w:bookmarkStart w:id="57" w:name="P58"/>
      <w:r>
        <w:t>A17 | Autorizzazione alla rimessa in servizio</w:t>
      </w:r>
      <w:bookmarkEnd w:id="57"/>
    </w:p>
    <w:p w14:paraId="2F82FF63" w14:textId="77777777" w:rsidR="00D93F19" w:rsidRDefault="00000000">
      <w:pPr>
        <w:pStyle w:val="Small"/>
        <w:rPr>
          <w:rFonts w:hint="eastAsia"/>
        </w:rPr>
      </w:pPr>
      <w:r>
        <w:t>Pratica n. __________________  |  Macchina / matricola __________________  |  Data __________</w:t>
      </w:r>
    </w:p>
    <w:p w14:paraId="4F8C4F0F" w14:textId="77777777" w:rsidR="00D93F19" w:rsidRDefault="00000000">
      <w:pPr>
        <w:pStyle w:val="Small"/>
        <w:rPr>
          <w:rFonts w:hint="eastAsia"/>
        </w:rPr>
      </w:pPr>
      <w:r>
        <w:t>F: distinzione dei percorsi e documentazione INAIL, pp. 7–13. O: decisione aziendale – punto G4.</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649"/>
        <w:gridCol w:w="1928"/>
        <w:gridCol w:w="3288"/>
      </w:tblGrid>
      <w:tr w:rsidR="00D93F19" w14:paraId="4C8ABA6D" w14:textId="77777777">
        <w:trPr>
          <w:cantSplit/>
          <w:tblHeader/>
          <w:jc w:val="center"/>
        </w:trPr>
        <w:tc>
          <w:tcPr>
            <w:tcW w:w="4649" w:type="dxa"/>
            <w:shd w:val="clear" w:color="auto" w:fill="15344B"/>
            <w:vAlign w:val="center"/>
          </w:tcPr>
          <w:p w14:paraId="54C1C0F9" w14:textId="77777777" w:rsidR="00D93F19" w:rsidRDefault="00000000">
            <w:pPr>
              <w:pStyle w:val="TableText"/>
              <w:spacing w:after="30" w:line="245" w:lineRule="auto"/>
              <w:rPr>
                <w:rFonts w:hint="eastAsia"/>
              </w:rPr>
            </w:pPr>
            <w:r>
              <w:rPr>
                <w:b/>
                <w:color w:val="FFFFFF"/>
                <w:sz w:val="18"/>
              </w:rPr>
              <w:t>CONDIZIONE PER IL RILASCIO</w:t>
            </w:r>
          </w:p>
        </w:tc>
        <w:tc>
          <w:tcPr>
            <w:tcW w:w="1928" w:type="dxa"/>
            <w:shd w:val="clear" w:color="auto" w:fill="15344B"/>
            <w:vAlign w:val="center"/>
          </w:tcPr>
          <w:p w14:paraId="2814F816" w14:textId="77777777" w:rsidR="00D93F19" w:rsidRDefault="00000000">
            <w:pPr>
              <w:pStyle w:val="TableText"/>
              <w:spacing w:after="30" w:line="245" w:lineRule="auto"/>
              <w:rPr>
                <w:rFonts w:hint="eastAsia"/>
              </w:rPr>
            </w:pPr>
            <w:r>
              <w:rPr>
                <w:b/>
                <w:color w:val="FFFFFF"/>
                <w:sz w:val="18"/>
              </w:rPr>
              <w:t>ESITO</w:t>
            </w:r>
          </w:p>
        </w:tc>
        <w:tc>
          <w:tcPr>
            <w:tcW w:w="3288" w:type="dxa"/>
            <w:shd w:val="clear" w:color="auto" w:fill="15344B"/>
            <w:vAlign w:val="center"/>
          </w:tcPr>
          <w:p w14:paraId="477E1F7C" w14:textId="77777777" w:rsidR="00D93F19" w:rsidRDefault="00000000">
            <w:pPr>
              <w:pStyle w:val="TableText"/>
              <w:spacing w:after="30" w:line="245" w:lineRule="auto"/>
              <w:rPr>
                <w:rFonts w:hint="eastAsia"/>
              </w:rPr>
            </w:pPr>
            <w:r>
              <w:rPr>
                <w:b/>
                <w:color w:val="FFFFFF"/>
                <w:sz w:val="18"/>
              </w:rPr>
              <w:t>EVIDENZA / RIFERIMENTO</w:t>
            </w:r>
          </w:p>
        </w:tc>
      </w:tr>
      <w:tr w:rsidR="00D93F19" w14:paraId="54A1D197" w14:textId="77777777">
        <w:trPr>
          <w:cantSplit/>
          <w:jc w:val="center"/>
        </w:trPr>
        <w:tc>
          <w:tcPr>
            <w:tcW w:w="4649" w:type="dxa"/>
            <w:shd w:val="clear" w:color="auto" w:fill="F2F6F8"/>
            <w:vAlign w:val="center"/>
          </w:tcPr>
          <w:p w14:paraId="011ED466" w14:textId="77777777" w:rsidR="00D93F19" w:rsidRDefault="00000000">
            <w:pPr>
              <w:pStyle w:val="TableText"/>
              <w:spacing w:after="30" w:line="245" w:lineRule="auto"/>
              <w:rPr>
                <w:rFonts w:hint="eastAsia"/>
              </w:rPr>
            </w:pPr>
            <w:r>
              <w:rPr>
                <w:sz w:val="18"/>
              </w:rPr>
              <w:t>Classificazione finale motivata e coerente con il realizzato</w:t>
            </w:r>
          </w:p>
        </w:tc>
        <w:tc>
          <w:tcPr>
            <w:tcW w:w="1928" w:type="dxa"/>
            <w:shd w:val="clear" w:color="auto" w:fill="F2F6F8"/>
            <w:vAlign w:val="center"/>
          </w:tcPr>
          <w:p w14:paraId="16C6F6A5" w14:textId="77777777" w:rsidR="00D93F19" w:rsidRDefault="00000000">
            <w:pPr>
              <w:pStyle w:val="TableText"/>
              <w:spacing w:after="30" w:line="245" w:lineRule="auto"/>
              <w:rPr>
                <w:rFonts w:hint="eastAsia"/>
              </w:rPr>
            </w:pPr>
            <w:r>
              <w:rPr>
                <w:sz w:val="18"/>
              </w:rPr>
              <w:t>□ Sì  □ No  □ N.A.</w:t>
            </w:r>
          </w:p>
        </w:tc>
        <w:tc>
          <w:tcPr>
            <w:tcW w:w="3288" w:type="dxa"/>
            <w:shd w:val="clear" w:color="auto" w:fill="F2F6F8"/>
            <w:vAlign w:val="center"/>
          </w:tcPr>
          <w:p w14:paraId="69F0C426" w14:textId="77777777" w:rsidR="00D93F19" w:rsidRDefault="00000000">
            <w:pPr>
              <w:pStyle w:val="TableText"/>
              <w:spacing w:after="30" w:line="245" w:lineRule="auto"/>
              <w:rPr>
                <w:rFonts w:hint="eastAsia"/>
              </w:rPr>
            </w:pPr>
            <w:r>
              <w:rPr>
                <w:sz w:val="18"/>
              </w:rPr>
              <w:t>______________________</w:t>
            </w:r>
          </w:p>
        </w:tc>
      </w:tr>
      <w:tr w:rsidR="00D93F19" w14:paraId="00BCCC63" w14:textId="77777777">
        <w:trPr>
          <w:cantSplit/>
          <w:jc w:val="center"/>
        </w:trPr>
        <w:tc>
          <w:tcPr>
            <w:tcW w:w="4649" w:type="dxa"/>
            <w:vAlign w:val="center"/>
          </w:tcPr>
          <w:p w14:paraId="5EF25FAD" w14:textId="77777777" w:rsidR="00D93F19" w:rsidRDefault="00000000">
            <w:pPr>
              <w:pStyle w:val="TableText"/>
              <w:spacing w:after="30" w:line="245" w:lineRule="auto"/>
              <w:rPr>
                <w:rFonts w:hint="eastAsia"/>
              </w:rPr>
            </w:pPr>
            <w:r>
              <w:rPr>
                <w:sz w:val="18"/>
              </w:rPr>
              <w:t>Tutte le condizioni delle schede pertinenti dimostrate</w:t>
            </w:r>
          </w:p>
        </w:tc>
        <w:tc>
          <w:tcPr>
            <w:tcW w:w="1928" w:type="dxa"/>
            <w:vAlign w:val="center"/>
          </w:tcPr>
          <w:p w14:paraId="134D572D" w14:textId="77777777" w:rsidR="00D93F19" w:rsidRDefault="00000000">
            <w:pPr>
              <w:pStyle w:val="TableText"/>
              <w:spacing w:after="30" w:line="245" w:lineRule="auto"/>
              <w:rPr>
                <w:rFonts w:hint="eastAsia"/>
              </w:rPr>
            </w:pPr>
            <w:r>
              <w:rPr>
                <w:sz w:val="18"/>
              </w:rPr>
              <w:t>□ Sì  □ No  □ N.A.</w:t>
            </w:r>
          </w:p>
        </w:tc>
        <w:tc>
          <w:tcPr>
            <w:tcW w:w="3288" w:type="dxa"/>
            <w:vAlign w:val="center"/>
          </w:tcPr>
          <w:p w14:paraId="19161F55" w14:textId="77777777" w:rsidR="00D93F19" w:rsidRDefault="00000000">
            <w:pPr>
              <w:pStyle w:val="TableText"/>
              <w:spacing w:after="30" w:line="245" w:lineRule="auto"/>
              <w:rPr>
                <w:rFonts w:hint="eastAsia"/>
              </w:rPr>
            </w:pPr>
            <w:r>
              <w:rPr>
                <w:sz w:val="18"/>
              </w:rPr>
              <w:t>______________________</w:t>
            </w:r>
          </w:p>
        </w:tc>
      </w:tr>
      <w:tr w:rsidR="00D93F19" w14:paraId="6EFD2272" w14:textId="77777777">
        <w:trPr>
          <w:cantSplit/>
          <w:jc w:val="center"/>
        </w:trPr>
        <w:tc>
          <w:tcPr>
            <w:tcW w:w="4649" w:type="dxa"/>
            <w:shd w:val="clear" w:color="auto" w:fill="F2F6F8"/>
            <w:vAlign w:val="center"/>
          </w:tcPr>
          <w:p w14:paraId="65F99089" w14:textId="77777777" w:rsidR="00D93F19" w:rsidRDefault="00000000">
            <w:pPr>
              <w:pStyle w:val="TableText"/>
              <w:spacing w:after="30" w:line="245" w:lineRule="auto"/>
              <w:rPr>
                <w:rFonts w:hint="eastAsia"/>
              </w:rPr>
            </w:pPr>
            <w:r>
              <w:rPr>
                <w:sz w:val="18"/>
              </w:rPr>
              <w:t>Varianti riesaminate e documentate</w:t>
            </w:r>
          </w:p>
        </w:tc>
        <w:tc>
          <w:tcPr>
            <w:tcW w:w="1928" w:type="dxa"/>
            <w:shd w:val="clear" w:color="auto" w:fill="F2F6F8"/>
            <w:vAlign w:val="center"/>
          </w:tcPr>
          <w:p w14:paraId="322AB5CF" w14:textId="77777777" w:rsidR="00D93F19" w:rsidRDefault="00000000">
            <w:pPr>
              <w:pStyle w:val="TableText"/>
              <w:spacing w:after="30" w:line="245" w:lineRule="auto"/>
              <w:rPr>
                <w:rFonts w:hint="eastAsia"/>
              </w:rPr>
            </w:pPr>
            <w:r>
              <w:rPr>
                <w:sz w:val="18"/>
              </w:rPr>
              <w:t>□ Sì  □ No  □ N.A.</w:t>
            </w:r>
          </w:p>
        </w:tc>
        <w:tc>
          <w:tcPr>
            <w:tcW w:w="3288" w:type="dxa"/>
            <w:shd w:val="clear" w:color="auto" w:fill="F2F6F8"/>
            <w:vAlign w:val="center"/>
          </w:tcPr>
          <w:p w14:paraId="2B8D8391" w14:textId="77777777" w:rsidR="00D93F19" w:rsidRDefault="00000000">
            <w:pPr>
              <w:pStyle w:val="TableText"/>
              <w:spacing w:after="30" w:line="245" w:lineRule="auto"/>
              <w:rPr>
                <w:rFonts w:hint="eastAsia"/>
              </w:rPr>
            </w:pPr>
            <w:r>
              <w:rPr>
                <w:sz w:val="18"/>
              </w:rPr>
              <w:t>______________________</w:t>
            </w:r>
          </w:p>
        </w:tc>
      </w:tr>
      <w:tr w:rsidR="00D93F19" w14:paraId="78479E17" w14:textId="77777777">
        <w:trPr>
          <w:cantSplit/>
          <w:jc w:val="center"/>
        </w:trPr>
        <w:tc>
          <w:tcPr>
            <w:tcW w:w="4649" w:type="dxa"/>
            <w:vAlign w:val="center"/>
          </w:tcPr>
          <w:p w14:paraId="001F6847" w14:textId="77777777" w:rsidR="00D93F19" w:rsidRDefault="00000000">
            <w:pPr>
              <w:pStyle w:val="TableText"/>
              <w:spacing w:after="30" w:line="245" w:lineRule="auto"/>
              <w:rPr>
                <w:rFonts w:hint="eastAsia"/>
              </w:rPr>
            </w:pPr>
            <w:r>
              <w:rPr>
                <w:sz w:val="18"/>
              </w:rPr>
              <w:t>Prove e controlli previsti completati con esito favorevole</w:t>
            </w:r>
          </w:p>
        </w:tc>
        <w:tc>
          <w:tcPr>
            <w:tcW w:w="1928" w:type="dxa"/>
            <w:vAlign w:val="center"/>
          </w:tcPr>
          <w:p w14:paraId="4FF01ED2" w14:textId="77777777" w:rsidR="00D93F19" w:rsidRDefault="00000000">
            <w:pPr>
              <w:pStyle w:val="TableText"/>
              <w:spacing w:after="30" w:line="245" w:lineRule="auto"/>
              <w:rPr>
                <w:rFonts w:hint="eastAsia"/>
              </w:rPr>
            </w:pPr>
            <w:r>
              <w:rPr>
                <w:sz w:val="18"/>
              </w:rPr>
              <w:t>□ Sì  □ No  □ N.A.</w:t>
            </w:r>
          </w:p>
        </w:tc>
        <w:tc>
          <w:tcPr>
            <w:tcW w:w="3288" w:type="dxa"/>
            <w:vAlign w:val="center"/>
          </w:tcPr>
          <w:p w14:paraId="49DB2C84" w14:textId="77777777" w:rsidR="00D93F19" w:rsidRDefault="00000000">
            <w:pPr>
              <w:pStyle w:val="TableText"/>
              <w:spacing w:after="30" w:line="245" w:lineRule="auto"/>
              <w:rPr>
                <w:rFonts w:hint="eastAsia"/>
              </w:rPr>
            </w:pPr>
            <w:r>
              <w:rPr>
                <w:sz w:val="18"/>
              </w:rPr>
              <w:t>______________________</w:t>
            </w:r>
          </w:p>
        </w:tc>
      </w:tr>
      <w:tr w:rsidR="00D93F19" w14:paraId="413BDF8E" w14:textId="77777777">
        <w:trPr>
          <w:cantSplit/>
          <w:jc w:val="center"/>
        </w:trPr>
        <w:tc>
          <w:tcPr>
            <w:tcW w:w="4649" w:type="dxa"/>
            <w:shd w:val="clear" w:color="auto" w:fill="F2F6F8"/>
            <w:vAlign w:val="center"/>
          </w:tcPr>
          <w:p w14:paraId="6E88C5E6" w14:textId="77777777" w:rsidR="00D93F19" w:rsidRDefault="00000000">
            <w:pPr>
              <w:pStyle w:val="TableText"/>
              <w:spacing w:after="30" w:line="245" w:lineRule="auto"/>
              <w:rPr>
                <w:rFonts w:hint="eastAsia"/>
              </w:rPr>
            </w:pPr>
            <w:r>
              <w:rPr>
                <w:sz w:val="18"/>
              </w:rPr>
              <w:t>Nessuna NC aperta che comprometta la sicurezza</w:t>
            </w:r>
          </w:p>
        </w:tc>
        <w:tc>
          <w:tcPr>
            <w:tcW w:w="1928" w:type="dxa"/>
            <w:shd w:val="clear" w:color="auto" w:fill="F2F6F8"/>
            <w:vAlign w:val="center"/>
          </w:tcPr>
          <w:p w14:paraId="101CF7FA" w14:textId="77777777" w:rsidR="00D93F19" w:rsidRDefault="00000000">
            <w:pPr>
              <w:pStyle w:val="TableText"/>
              <w:spacing w:after="30" w:line="245" w:lineRule="auto"/>
              <w:rPr>
                <w:rFonts w:hint="eastAsia"/>
              </w:rPr>
            </w:pPr>
            <w:r>
              <w:rPr>
                <w:sz w:val="18"/>
              </w:rPr>
              <w:t>□ Sì  □ No  □ N.A.</w:t>
            </w:r>
          </w:p>
        </w:tc>
        <w:tc>
          <w:tcPr>
            <w:tcW w:w="3288" w:type="dxa"/>
            <w:shd w:val="clear" w:color="auto" w:fill="F2F6F8"/>
            <w:vAlign w:val="center"/>
          </w:tcPr>
          <w:p w14:paraId="4261E931" w14:textId="77777777" w:rsidR="00D93F19" w:rsidRDefault="00000000">
            <w:pPr>
              <w:pStyle w:val="TableText"/>
              <w:spacing w:after="30" w:line="245" w:lineRule="auto"/>
              <w:rPr>
                <w:rFonts w:hint="eastAsia"/>
              </w:rPr>
            </w:pPr>
            <w:r>
              <w:rPr>
                <w:sz w:val="18"/>
              </w:rPr>
              <w:t>______________________</w:t>
            </w:r>
          </w:p>
        </w:tc>
      </w:tr>
      <w:tr w:rsidR="00D93F19" w14:paraId="10CEA381" w14:textId="77777777">
        <w:trPr>
          <w:cantSplit/>
          <w:jc w:val="center"/>
        </w:trPr>
        <w:tc>
          <w:tcPr>
            <w:tcW w:w="4649" w:type="dxa"/>
            <w:vAlign w:val="center"/>
          </w:tcPr>
          <w:p w14:paraId="30FC33DD" w14:textId="77777777" w:rsidR="00D93F19" w:rsidRDefault="00000000">
            <w:pPr>
              <w:pStyle w:val="TableText"/>
              <w:spacing w:after="30" w:line="245" w:lineRule="auto"/>
              <w:rPr>
                <w:rFonts w:hint="eastAsia"/>
              </w:rPr>
            </w:pPr>
            <w:r>
              <w:rPr>
                <w:sz w:val="18"/>
              </w:rPr>
              <w:t>Sostegni e luogo di installazione idonei, ove pertinenti</w:t>
            </w:r>
          </w:p>
        </w:tc>
        <w:tc>
          <w:tcPr>
            <w:tcW w:w="1928" w:type="dxa"/>
            <w:vAlign w:val="center"/>
          </w:tcPr>
          <w:p w14:paraId="565E60A1" w14:textId="77777777" w:rsidR="00D93F19" w:rsidRDefault="00000000">
            <w:pPr>
              <w:pStyle w:val="TableText"/>
              <w:spacing w:after="30" w:line="245" w:lineRule="auto"/>
              <w:rPr>
                <w:rFonts w:hint="eastAsia"/>
              </w:rPr>
            </w:pPr>
            <w:r>
              <w:rPr>
                <w:sz w:val="18"/>
              </w:rPr>
              <w:t>□ Sì  □ No  □ N.A.</w:t>
            </w:r>
          </w:p>
        </w:tc>
        <w:tc>
          <w:tcPr>
            <w:tcW w:w="3288" w:type="dxa"/>
            <w:vAlign w:val="center"/>
          </w:tcPr>
          <w:p w14:paraId="7DADD4EE" w14:textId="77777777" w:rsidR="00D93F19" w:rsidRDefault="00000000">
            <w:pPr>
              <w:pStyle w:val="TableText"/>
              <w:spacing w:after="30" w:line="245" w:lineRule="auto"/>
              <w:rPr>
                <w:rFonts w:hint="eastAsia"/>
              </w:rPr>
            </w:pPr>
            <w:r>
              <w:rPr>
                <w:sz w:val="18"/>
              </w:rPr>
              <w:t>______________________</w:t>
            </w:r>
          </w:p>
        </w:tc>
      </w:tr>
      <w:tr w:rsidR="00D93F19" w14:paraId="469293E9" w14:textId="77777777">
        <w:trPr>
          <w:cantSplit/>
          <w:jc w:val="center"/>
        </w:trPr>
        <w:tc>
          <w:tcPr>
            <w:tcW w:w="4649" w:type="dxa"/>
            <w:shd w:val="clear" w:color="auto" w:fill="F2F6F8"/>
            <w:vAlign w:val="center"/>
          </w:tcPr>
          <w:p w14:paraId="626334D9" w14:textId="77777777" w:rsidR="00D93F19" w:rsidRDefault="00000000">
            <w:pPr>
              <w:pStyle w:val="TableText"/>
              <w:spacing w:after="30" w:line="245" w:lineRule="auto"/>
              <w:rPr>
                <w:rFonts w:hint="eastAsia"/>
              </w:rPr>
            </w:pPr>
            <w:r>
              <w:rPr>
                <w:sz w:val="18"/>
              </w:rPr>
              <w:t>Ripari, sicurezze e identificazioni ripristinati</w:t>
            </w:r>
          </w:p>
        </w:tc>
        <w:tc>
          <w:tcPr>
            <w:tcW w:w="1928" w:type="dxa"/>
            <w:shd w:val="clear" w:color="auto" w:fill="F2F6F8"/>
            <w:vAlign w:val="center"/>
          </w:tcPr>
          <w:p w14:paraId="12EF5063" w14:textId="77777777" w:rsidR="00D93F19" w:rsidRDefault="00000000">
            <w:pPr>
              <w:pStyle w:val="TableText"/>
              <w:spacing w:after="30" w:line="245" w:lineRule="auto"/>
              <w:rPr>
                <w:rFonts w:hint="eastAsia"/>
              </w:rPr>
            </w:pPr>
            <w:r>
              <w:rPr>
                <w:sz w:val="18"/>
              </w:rPr>
              <w:t>□ Sì  □ No  □ N.A.</w:t>
            </w:r>
          </w:p>
        </w:tc>
        <w:tc>
          <w:tcPr>
            <w:tcW w:w="3288" w:type="dxa"/>
            <w:shd w:val="clear" w:color="auto" w:fill="F2F6F8"/>
            <w:vAlign w:val="center"/>
          </w:tcPr>
          <w:p w14:paraId="01EB9A7E" w14:textId="77777777" w:rsidR="00D93F19" w:rsidRDefault="00000000">
            <w:pPr>
              <w:pStyle w:val="TableText"/>
              <w:spacing w:after="30" w:line="245" w:lineRule="auto"/>
              <w:rPr>
                <w:rFonts w:hint="eastAsia"/>
              </w:rPr>
            </w:pPr>
            <w:r>
              <w:rPr>
                <w:sz w:val="18"/>
              </w:rPr>
              <w:t>______________________</w:t>
            </w:r>
          </w:p>
        </w:tc>
      </w:tr>
      <w:tr w:rsidR="00D93F19" w14:paraId="58FEB220" w14:textId="77777777">
        <w:trPr>
          <w:cantSplit/>
          <w:jc w:val="center"/>
        </w:trPr>
        <w:tc>
          <w:tcPr>
            <w:tcW w:w="4649" w:type="dxa"/>
            <w:vAlign w:val="center"/>
          </w:tcPr>
          <w:p w14:paraId="00413E13" w14:textId="77777777" w:rsidR="00D93F19" w:rsidRDefault="00000000">
            <w:pPr>
              <w:pStyle w:val="TableText"/>
              <w:spacing w:after="30" w:line="245" w:lineRule="auto"/>
              <w:rPr>
                <w:rFonts w:hint="eastAsia"/>
              </w:rPr>
            </w:pPr>
            <w:r>
              <w:rPr>
                <w:sz w:val="18"/>
              </w:rPr>
              <w:t>Documenti finali e dichiarazioni acquisiti</w:t>
            </w:r>
          </w:p>
        </w:tc>
        <w:tc>
          <w:tcPr>
            <w:tcW w:w="1928" w:type="dxa"/>
            <w:vAlign w:val="center"/>
          </w:tcPr>
          <w:p w14:paraId="61F6FCA6" w14:textId="77777777" w:rsidR="00D93F19" w:rsidRDefault="00000000">
            <w:pPr>
              <w:pStyle w:val="TableText"/>
              <w:spacing w:after="30" w:line="245" w:lineRule="auto"/>
              <w:rPr>
                <w:rFonts w:hint="eastAsia"/>
              </w:rPr>
            </w:pPr>
            <w:r>
              <w:rPr>
                <w:sz w:val="18"/>
              </w:rPr>
              <w:t>□ Sì  □ No  □ N.A.</w:t>
            </w:r>
          </w:p>
        </w:tc>
        <w:tc>
          <w:tcPr>
            <w:tcW w:w="3288" w:type="dxa"/>
            <w:vAlign w:val="center"/>
          </w:tcPr>
          <w:p w14:paraId="5B474A6A" w14:textId="77777777" w:rsidR="00D93F19" w:rsidRDefault="00000000">
            <w:pPr>
              <w:pStyle w:val="TableText"/>
              <w:spacing w:after="30" w:line="245" w:lineRule="auto"/>
              <w:rPr>
                <w:rFonts w:hint="eastAsia"/>
              </w:rPr>
            </w:pPr>
            <w:r>
              <w:rPr>
                <w:sz w:val="18"/>
              </w:rPr>
              <w:t>______________________</w:t>
            </w:r>
          </w:p>
        </w:tc>
      </w:tr>
      <w:tr w:rsidR="00D93F19" w14:paraId="5F677DC5" w14:textId="77777777">
        <w:trPr>
          <w:cantSplit/>
          <w:jc w:val="center"/>
        </w:trPr>
        <w:tc>
          <w:tcPr>
            <w:tcW w:w="4649" w:type="dxa"/>
            <w:shd w:val="clear" w:color="auto" w:fill="F2F6F8"/>
            <w:vAlign w:val="center"/>
          </w:tcPr>
          <w:p w14:paraId="3E046BDD" w14:textId="77777777" w:rsidR="00D93F19" w:rsidRDefault="00000000">
            <w:pPr>
              <w:pStyle w:val="TableText"/>
              <w:spacing w:after="30" w:line="245" w:lineRule="auto"/>
              <w:rPr>
                <w:rFonts w:hint="eastAsia"/>
              </w:rPr>
            </w:pPr>
            <w:r>
              <w:rPr>
                <w:sz w:val="18"/>
              </w:rPr>
              <w:t>Schemi / istruzioni / configurazioni aggiornati</w:t>
            </w:r>
          </w:p>
        </w:tc>
        <w:tc>
          <w:tcPr>
            <w:tcW w:w="1928" w:type="dxa"/>
            <w:shd w:val="clear" w:color="auto" w:fill="F2F6F8"/>
            <w:vAlign w:val="center"/>
          </w:tcPr>
          <w:p w14:paraId="4AAAC8E3" w14:textId="77777777" w:rsidR="00D93F19" w:rsidRDefault="00000000">
            <w:pPr>
              <w:pStyle w:val="TableText"/>
              <w:spacing w:after="30" w:line="245" w:lineRule="auto"/>
              <w:rPr>
                <w:rFonts w:hint="eastAsia"/>
              </w:rPr>
            </w:pPr>
            <w:r>
              <w:rPr>
                <w:sz w:val="18"/>
              </w:rPr>
              <w:t>□ Sì  □ No  □ N.A.</w:t>
            </w:r>
          </w:p>
        </w:tc>
        <w:tc>
          <w:tcPr>
            <w:tcW w:w="3288" w:type="dxa"/>
            <w:shd w:val="clear" w:color="auto" w:fill="F2F6F8"/>
            <w:vAlign w:val="center"/>
          </w:tcPr>
          <w:p w14:paraId="14E990DF" w14:textId="77777777" w:rsidR="00D93F19" w:rsidRDefault="00000000">
            <w:pPr>
              <w:pStyle w:val="TableText"/>
              <w:spacing w:after="30" w:line="245" w:lineRule="auto"/>
              <w:rPr>
                <w:rFonts w:hint="eastAsia"/>
              </w:rPr>
            </w:pPr>
            <w:r>
              <w:rPr>
                <w:sz w:val="18"/>
              </w:rPr>
              <w:t>______________________</w:t>
            </w:r>
          </w:p>
        </w:tc>
      </w:tr>
      <w:tr w:rsidR="00D93F19" w14:paraId="2F856D06" w14:textId="77777777">
        <w:trPr>
          <w:cantSplit/>
          <w:jc w:val="center"/>
        </w:trPr>
        <w:tc>
          <w:tcPr>
            <w:tcW w:w="4649" w:type="dxa"/>
            <w:vAlign w:val="center"/>
          </w:tcPr>
          <w:p w14:paraId="2050E8B4" w14:textId="77777777" w:rsidR="00D93F19" w:rsidRDefault="00000000">
            <w:pPr>
              <w:pStyle w:val="TableText"/>
              <w:spacing w:after="30" w:line="245" w:lineRule="auto"/>
              <w:rPr>
                <w:rFonts w:hint="eastAsia"/>
              </w:rPr>
            </w:pPr>
            <w:r>
              <w:rPr>
                <w:sz w:val="18"/>
              </w:rPr>
              <w:t>Registro e scadenze aggiornati (A19)</w:t>
            </w:r>
          </w:p>
        </w:tc>
        <w:tc>
          <w:tcPr>
            <w:tcW w:w="1928" w:type="dxa"/>
            <w:vAlign w:val="center"/>
          </w:tcPr>
          <w:p w14:paraId="5AFBF7B6" w14:textId="77777777" w:rsidR="00D93F19" w:rsidRDefault="00000000">
            <w:pPr>
              <w:pStyle w:val="TableText"/>
              <w:spacing w:after="30" w:line="245" w:lineRule="auto"/>
              <w:rPr>
                <w:rFonts w:hint="eastAsia"/>
              </w:rPr>
            </w:pPr>
            <w:r>
              <w:rPr>
                <w:sz w:val="18"/>
              </w:rPr>
              <w:t>□ Sì  □ No  □ N.A.</w:t>
            </w:r>
          </w:p>
        </w:tc>
        <w:tc>
          <w:tcPr>
            <w:tcW w:w="3288" w:type="dxa"/>
            <w:vAlign w:val="center"/>
          </w:tcPr>
          <w:p w14:paraId="0F5AF569" w14:textId="77777777" w:rsidR="00D93F19" w:rsidRDefault="00000000">
            <w:pPr>
              <w:pStyle w:val="TableText"/>
              <w:spacing w:after="30" w:line="245" w:lineRule="auto"/>
              <w:rPr>
                <w:rFonts w:hint="eastAsia"/>
              </w:rPr>
            </w:pPr>
            <w:r>
              <w:rPr>
                <w:sz w:val="18"/>
              </w:rPr>
              <w:t>______________________</w:t>
            </w:r>
          </w:p>
        </w:tc>
      </w:tr>
      <w:tr w:rsidR="00D93F19" w14:paraId="29CCD7CC" w14:textId="77777777">
        <w:trPr>
          <w:cantSplit/>
          <w:jc w:val="center"/>
        </w:trPr>
        <w:tc>
          <w:tcPr>
            <w:tcW w:w="4649" w:type="dxa"/>
            <w:shd w:val="clear" w:color="auto" w:fill="F2F6F8"/>
            <w:vAlign w:val="center"/>
          </w:tcPr>
          <w:p w14:paraId="2CB45BA5" w14:textId="77777777" w:rsidR="00D93F19" w:rsidRDefault="00000000">
            <w:pPr>
              <w:pStyle w:val="TableText"/>
              <w:spacing w:after="30" w:line="245" w:lineRule="auto"/>
              <w:rPr>
                <w:rFonts w:hint="eastAsia"/>
              </w:rPr>
            </w:pPr>
            <w:r>
              <w:rPr>
                <w:sz w:val="18"/>
              </w:rPr>
              <w:t>Verifiche periodiche e adempimenti necessari esaminati</w:t>
            </w:r>
          </w:p>
        </w:tc>
        <w:tc>
          <w:tcPr>
            <w:tcW w:w="1928" w:type="dxa"/>
            <w:shd w:val="clear" w:color="auto" w:fill="F2F6F8"/>
            <w:vAlign w:val="center"/>
          </w:tcPr>
          <w:p w14:paraId="1E2C81F7" w14:textId="77777777" w:rsidR="00D93F19" w:rsidRDefault="00000000">
            <w:pPr>
              <w:pStyle w:val="TableText"/>
              <w:spacing w:after="30" w:line="245" w:lineRule="auto"/>
              <w:rPr>
                <w:rFonts w:hint="eastAsia"/>
              </w:rPr>
            </w:pPr>
            <w:r>
              <w:rPr>
                <w:sz w:val="18"/>
              </w:rPr>
              <w:t>□ Sì  □ No  □ N.A.</w:t>
            </w:r>
          </w:p>
        </w:tc>
        <w:tc>
          <w:tcPr>
            <w:tcW w:w="3288" w:type="dxa"/>
            <w:shd w:val="clear" w:color="auto" w:fill="F2F6F8"/>
            <w:vAlign w:val="center"/>
          </w:tcPr>
          <w:p w14:paraId="2C829CF9" w14:textId="77777777" w:rsidR="00D93F19" w:rsidRDefault="00000000">
            <w:pPr>
              <w:pStyle w:val="TableText"/>
              <w:spacing w:after="30" w:line="245" w:lineRule="auto"/>
              <w:rPr>
                <w:rFonts w:hint="eastAsia"/>
              </w:rPr>
            </w:pPr>
            <w:r>
              <w:rPr>
                <w:sz w:val="18"/>
              </w:rPr>
              <w:t>______________________</w:t>
            </w:r>
          </w:p>
        </w:tc>
      </w:tr>
      <w:tr w:rsidR="00D93F19" w14:paraId="3ED8AA20" w14:textId="77777777">
        <w:trPr>
          <w:cantSplit/>
          <w:jc w:val="center"/>
        </w:trPr>
        <w:tc>
          <w:tcPr>
            <w:tcW w:w="4649" w:type="dxa"/>
            <w:vAlign w:val="center"/>
          </w:tcPr>
          <w:p w14:paraId="327F70B2" w14:textId="77777777" w:rsidR="00D93F19" w:rsidRDefault="00000000">
            <w:pPr>
              <w:pStyle w:val="TableText"/>
              <w:spacing w:after="30" w:line="245" w:lineRule="auto"/>
              <w:rPr>
                <w:rFonts w:hint="eastAsia"/>
              </w:rPr>
            </w:pPr>
            <w:r>
              <w:rPr>
                <w:sz w:val="18"/>
              </w:rPr>
              <w:t>Consegna delle istruzioni / informazione effettuata (A18)</w:t>
            </w:r>
          </w:p>
        </w:tc>
        <w:tc>
          <w:tcPr>
            <w:tcW w:w="1928" w:type="dxa"/>
            <w:vAlign w:val="center"/>
          </w:tcPr>
          <w:p w14:paraId="5E13305C" w14:textId="77777777" w:rsidR="00D93F19" w:rsidRDefault="00000000">
            <w:pPr>
              <w:pStyle w:val="TableText"/>
              <w:spacing w:after="30" w:line="245" w:lineRule="auto"/>
              <w:rPr>
                <w:rFonts w:hint="eastAsia"/>
              </w:rPr>
            </w:pPr>
            <w:r>
              <w:rPr>
                <w:sz w:val="18"/>
              </w:rPr>
              <w:t>□ Sì  □ No  □ N.A.</w:t>
            </w:r>
          </w:p>
        </w:tc>
        <w:tc>
          <w:tcPr>
            <w:tcW w:w="3288" w:type="dxa"/>
            <w:vAlign w:val="center"/>
          </w:tcPr>
          <w:p w14:paraId="21330F24" w14:textId="77777777" w:rsidR="00D93F19" w:rsidRDefault="00000000">
            <w:pPr>
              <w:pStyle w:val="TableText"/>
              <w:spacing w:after="30" w:line="245" w:lineRule="auto"/>
              <w:rPr>
                <w:rFonts w:hint="eastAsia"/>
              </w:rPr>
            </w:pPr>
            <w:r>
              <w:rPr>
                <w:sz w:val="18"/>
              </w:rPr>
              <w:t>______________________</w:t>
            </w:r>
          </w:p>
        </w:tc>
      </w:tr>
    </w:tbl>
    <w:p w14:paraId="1903637F"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285B9E2E" w14:textId="77777777">
        <w:trPr>
          <w:cantSplit/>
          <w:tblHeader/>
          <w:jc w:val="center"/>
        </w:trPr>
        <w:tc>
          <w:tcPr>
            <w:tcW w:w="2891" w:type="dxa"/>
            <w:shd w:val="clear" w:color="auto" w:fill="15344B"/>
            <w:vAlign w:val="center"/>
          </w:tcPr>
          <w:p w14:paraId="320CB8C2"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2D18B81B" w14:textId="77777777" w:rsidR="00D93F19" w:rsidRDefault="00000000">
            <w:pPr>
              <w:pStyle w:val="TableText"/>
              <w:spacing w:after="30" w:line="245" w:lineRule="auto"/>
              <w:rPr>
                <w:rFonts w:hint="eastAsia"/>
              </w:rPr>
            </w:pPr>
            <w:r>
              <w:rPr>
                <w:b/>
                <w:color w:val="FFFFFF"/>
              </w:rPr>
              <w:t>COMPILAZIONE</w:t>
            </w:r>
          </w:p>
        </w:tc>
      </w:tr>
      <w:tr w:rsidR="00D93F19" w14:paraId="3466963E" w14:textId="77777777">
        <w:trPr>
          <w:cantSplit/>
          <w:jc w:val="center"/>
        </w:trPr>
        <w:tc>
          <w:tcPr>
            <w:tcW w:w="2891" w:type="dxa"/>
            <w:shd w:val="clear" w:color="auto" w:fill="F2F6F8"/>
            <w:vAlign w:val="center"/>
          </w:tcPr>
          <w:p w14:paraId="5DD0114B" w14:textId="77777777" w:rsidR="00D93F19" w:rsidRDefault="00000000">
            <w:pPr>
              <w:pStyle w:val="TableText"/>
              <w:spacing w:after="30" w:line="245" w:lineRule="auto"/>
              <w:rPr>
                <w:rFonts w:hint="eastAsia"/>
              </w:rPr>
            </w:pPr>
            <w:r>
              <w:t>Configurazione e limiti autorizzati</w:t>
            </w:r>
          </w:p>
        </w:tc>
        <w:tc>
          <w:tcPr>
            <w:tcW w:w="6973" w:type="dxa"/>
            <w:shd w:val="clear" w:color="auto" w:fill="F2F6F8"/>
            <w:vAlign w:val="center"/>
          </w:tcPr>
          <w:p w14:paraId="12344822" w14:textId="77777777" w:rsidR="00D93F19" w:rsidRDefault="00000000">
            <w:pPr>
              <w:pStyle w:val="TableText"/>
              <w:spacing w:after="30" w:line="245" w:lineRule="auto"/>
              <w:rPr>
                <w:rFonts w:hint="eastAsia"/>
              </w:rPr>
            </w:pPr>
            <w:r>
              <w:t>________________________________________________________</w:t>
            </w:r>
          </w:p>
          <w:p w14:paraId="7AC00AAD" w14:textId="77777777" w:rsidR="00D93F19" w:rsidRDefault="00000000">
            <w:pPr>
              <w:pStyle w:val="TableText"/>
              <w:spacing w:after="30" w:line="245" w:lineRule="auto"/>
              <w:rPr>
                <w:rFonts w:hint="eastAsia"/>
              </w:rPr>
            </w:pPr>
            <w:r>
              <w:t>________________________________________________________</w:t>
            </w:r>
          </w:p>
        </w:tc>
      </w:tr>
      <w:tr w:rsidR="00D93F19" w14:paraId="4B5A66F0" w14:textId="77777777">
        <w:trPr>
          <w:cantSplit/>
          <w:jc w:val="center"/>
        </w:trPr>
        <w:tc>
          <w:tcPr>
            <w:tcW w:w="2891" w:type="dxa"/>
            <w:vAlign w:val="center"/>
          </w:tcPr>
          <w:p w14:paraId="5E9EAB0D" w14:textId="77777777" w:rsidR="00D93F19" w:rsidRDefault="00000000">
            <w:pPr>
              <w:pStyle w:val="TableText"/>
              <w:spacing w:after="30" w:line="245" w:lineRule="auto"/>
              <w:rPr>
                <w:rFonts w:hint="eastAsia"/>
              </w:rPr>
            </w:pPr>
            <w:r>
              <w:t>Eventuali prescrizioni d’uso</w:t>
            </w:r>
          </w:p>
        </w:tc>
        <w:tc>
          <w:tcPr>
            <w:tcW w:w="6973" w:type="dxa"/>
            <w:vAlign w:val="center"/>
          </w:tcPr>
          <w:p w14:paraId="08150C75" w14:textId="77777777" w:rsidR="00D93F19" w:rsidRDefault="00000000">
            <w:pPr>
              <w:pStyle w:val="TableText"/>
              <w:spacing w:after="30" w:line="245" w:lineRule="auto"/>
              <w:rPr>
                <w:rFonts w:hint="eastAsia"/>
              </w:rPr>
            </w:pPr>
            <w:r>
              <w:t>________________________________________________________</w:t>
            </w:r>
          </w:p>
          <w:p w14:paraId="2A8BAC36" w14:textId="77777777" w:rsidR="00D93F19" w:rsidRDefault="00000000">
            <w:pPr>
              <w:pStyle w:val="TableText"/>
              <w:spacing w:after="30" w:line="245" w:lineRule="auto"/>
              <w:rPr>
                <w:rFonts w:hint="eastAsia"/>
              </w:rPr>
            </w:pPr>
            <w:r>
              <w:t>Non possono sostituire condizioni di sicurezza non dimostrate.</w:t>
            </w:r>
          </w:p>
        </w:tc>
      </w:tr>
      <w:tr w:rsidR="00D93F19" w14:paraId="08F48540" w14:textId="77777777">
        <w:trPr>
          <w:cantSplit/>
          <w:jc w:val="center"/>
        </w:trPr>
        <w:tc>
          <w:tcPr>
            <w:tcW w:w="2891" w:type="dxa"/>
            <w:shd w:val="clear" w:color="auto" w:fill="F2F6F8"/>
            <w:vAlign w:val="center"/>
          </w:tcPr>
          <w:p w14:paraId="662BDE6D" w14:textId="77777777" w:rsidR="00D93F19" w:rsidRDefault="00000000">
            <w:pPr>
              <w:pStyle w:val="TableText"/>
              <w:spacing w:after="30" w:line="245" w:lineRule="auto"/>
              <w:rPr>
                <w:rFonts w:hint="eastAsia"/>
              </w:rPr>
            </w:pPr>
            <w:r>
              <w:t>Esito della decisione</w:t>
            </w:r>
          </w:p>
        </w:tc>
        <w:tc>
          <w:tcPr>
            <w:tcW w:w="6973" w:type="dxa"/>
            <w:shd w:val="clear" w:color="auto" w:fill="F2F6F8"/>
            <w:vAlign w:val="center"/>
          </w:tcPr>
          <w:p w14:paraId="3C00E240" w14:textId="77777777" w:rsidR="00D93F19" w:rsidRDefault="00000000">
            <w:pPr>
              <w:pStyle w:val="TableText"/>
              <w:spacing w:after="30" w:line="245" w:lineRule="auto"/>
              <w:rPr>
                <w:rFonts w:hint="eastAsia"/>
              </w:rPr>
            </w:pPr>
            <w:r>
              <w:t>□ Rilascio all’uso  □ Rilascio negato  □ Decisione sospesa</w:t>
            </w:r>
          </w:p>
        </w:tc>
      </w:tr>
      <w:tr w:rsidR="00D93F19" w14:paraId="46527B3C" w14:textId="77777777">
        <w:trPr>
          <w:cantSplit/>
          <w:jc w:val="center"/>
        </w:trPr>
        <w:tc>
          <w:tcPr>
            <w:tcW w:w="2891" w:type="dxa"/>
            <w:vAlign w:val="center"/>
          </w:tcPr>
          <w:p w14:paraId="27A88D1E" w14:textId="77777777" w:rsidR="00D93F19" w:rsidRDefault="00000000">
            <w:pPr>
              <w:pStyle w:val="TableText"/>
              <w:spacing w:after="30" w:line="245" w:lineRule="auto"/>
              <w:rPr>
                <w:rFonts w:hint="eastAsia"/>
              </w:rPr>
            </w:pPr>
            <w:r>
              <w:t>Data e ora del rilascio / motivazione</w:t>
            </w:r>
          </w:p>
        </w:tc>
        <w:tc>
          <w:tcPr>
            <w:tcW w:w="6973" w:type="dxa"/>
            <w:vAlign w:val="center"/>
          </w:tcPr>
          <w:p w14:paraId="083A7977" w14:textId="77777777" w:rsidR="00D93F19" w:rsidRDefault="00000000">
            <w:pPr>
              <w:pStyle w:val="TableText"/>
              <w:spacing w:after="30" w:line="245" w:lineRule="auto"/>
              <w:rPr>
                <w:rFonts w:hint="eastAsia"/>
              </w:rPr>
            </w:pPr>
            <w:r>
              <w:t>________________________________________________________</w:t>
            </w:r>
          </w:p>
        </w:tc>
      </w:tr>
    </w:tbl>
    <w:p w14:paraId="654E7EB1"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1CE2A1A9" w14:textId="77777777">
        <w:trPr>
          <w:cantSplit/>
          <w:tblHeader/>
          <w:jc w:val="center"/>
        </w:trPr>
        <w:tc>
          <w:tcPr>
            <w:tcW w:w="3515" w:type="dxa"/>
            <w:shd w:val="clear" w:color="auto" w:fill="15344B"/>
            <w:vAlign w:val="center"/>
          </w:tcPr>
          <w:p w14:paraId="0F5F3A99"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5357C171"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68A4FF4A" w14:textId="77777777" w:rsidR="00D93F19" w:rsidRDefault="00000000">
            <w:pPr>
              <w:pStyle w:val="TableText"/>
              <w:spacing w:after="30" w:line="245" w:lineRule="auto"/>
              <w:rPr>
                <w:rFonts w:hint="eastAsia"/>
              </w:rPr>
            </w:pPr>
            <w:r>
              <w:rPr>
                <w:b/>
                <w:color w:val="FFFFFF"/>
                <w:sz w:val="18"/>
              </w:rPr>
              <w:t>DATA E FIRMA</w:t>
            </w:r>
          </w:p>
        </w:tc>
      </w:tr>
      <w:tr w:rsidR="00D93F19" w14:paraId="5B3AD25D" w14:textId="77777777">
        <w:trPr>
          <w:cantSplit/>
          <w:jc w:val="center"/>
        </w:trPr>
        <w:tc>
          <w:tcPr>
            <w:tcW w:w="3515" w:type="dxa"/>
            <w:shd w:val="clear" w:color="auto" w:fill="F2F6F8"/>
            <w:vAlign w:val="center"/>
          </w:tcPr>
          <w:p w14:paraId="3D6099D3" w14:textId="77777777" w:rsidR="00D93F19" w:rsidRDefault="00000000">
            <w:pPr>
              <w:pStyle w:val="TableText"/>
              <w:spacing w:after="30" w:line="245" w:lineRule="auto"/>
              <w:rPr>
                <w:rFonts w:hint="eastAsia"/>
              </w:rPr>
            </w:pPr>
            <w:r>
              <w:rPr>
                <w:sz w:val="18"/>
              </w:rPr>
              <w:t>Riesame tecnico degli esiti</w:t>
            </w:r>
          </w:p>
        </w:tc>
        <w:tc>
          <w:tcPr>
            <w:tcW w:w="3175" w:type="dxa"/>
            <w:shd w:val="clear" w:color="auto" w:fill="F2F6F8"/>
            <w:vAlign w:val="center"/>
          </w:tcPr>
          <w:p w14:paraId="3DFA0DCB"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3CEFEBEE" w14:textId="77777777" w:rsidR="00D93F19" w:rsidRDefault="00000000">
            <w:pPr>
              <w:pStyle w:val="TableText"/>
              <w:spacing w:after="30" w:line="245" w:lineRule="auto"/>
              <w:rPr>
                <w:rFonts w:hint="eastAsia"/>
              </w:rPr>
            </w:pPr>
            <w:r>
              <w:rPr>
                <w:sz w:val="18"/>
              </w:rPr>
              <w:t>_____________________</w:t>
            </w:r>
          </w:p>
        </w:tc>
      </w:tr>
      <w:tr w:rsidR="00D93F19" w14:paraId="3B009A0A" w14:textId="77777777">
        <w:trPr>
          <w:cantSplit/>
          <w:jc w:val="center"/>
        </w:trPr>
        <w:tc>
          <w:tcPr>
            <w:tcW w:w="3515" w:type="dxa"/>
            <w:vAlign w:val="center"/>
          </w:tcPr>
          <w:p w14:paraId="7AA52FDE" w14:textId="77777777" w:rsidR="00D93F19" w:rsidRDefault="00000000">
            <w:pPr>
              <w:pStyle w:val="TableText"/>
              <w:spacing w:after="30" w:line="245" w:lineRule="auto"/>
              <w:rPr>
                <w:rFonts w:hint="eastAsia"/>
              </w:rPr>
            </w:pPr>
            <w:r>
              <w:rPr>
                <w:sz w:val="18"/>
              </w:rPr>
              <w:t>Datore di lavoro / soggetto aziendale autorizzato</w:t>
            </w:r>
          </w:p>
        </w:tc>
        <w:tc>
          <w:tcPr>
            <w:tcW w:w="3175" w:type="dxa"/>
            <w:vAlign w:val="center"/>
          </w:tcPr>
          <w:p w14:paraId="2E2A620B"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2B00065B" w14:textId="77777777" w:rsidR="00D93F19" w:rsidRDefault="00000000">
            <w:pPr>
              <w:pStyle w:val="TableText"/>
              <w:spacing w:after="30" w:line="245" w:lineRule="auto"/>
              <w:rPr>
                <w:rFonts w:hint="eastAsia"/>
              </w:rPr>
            </w:pPr>
            <w:r>
              <w:rPr>
                <w:sz w:val="18"/>
              </w:rPr>
              <w:t>_____________________</w:t>
            </w:r>
          </w:p>
        </w:tc>
      </w:tr>
      <w:tr w:rsidR="00D93F19" w14:paraId="1D051473" w14:textId="77777777">
        <w:trPr>
          <w:cantSplit/>
          <w:jc w:val="center"/>
        </w:trPr>
        <w:tc>
          <w:tcPr>
            <w:tcW w:w="3515" w:type="dxa"/>
            <w:shd w:val="clear" w:color="auto" w:fill="F2F6F8"/>
            <w:vAlign w:val="center"/>
          </w:tcPr>
          <w:p w14:paraId="21224854" w14:textId="77777777" w:rsidR="00D93F19" w:rsidRDefault="00000000">
            <w:pPr>
              <w:pStyle w:val="TableText"/>
              <w:spacing w:after="30" w:line="245" w:lineRule="auto"/>
              <w:rPr>
                <w:rFonts w:hint="eastAsia"/>
              </w:rPr>
            </w:pPr>
            <w:r>
              <w:rPr>
                <w:sz w:val="18"/>
              </w:rPr>
              <w:t>Referente utilizzatore – presa in consegna</w:t>
            </w:r>
          </w:p>
        </w:tc>
        <w:tc>
          <w:tcPr>
            <w:tcW w:w="3175" w:type="dxa"/>
            <w:shd w:val="clear" w:color="auto" w:fill="F2F6F8"/>
            <w:vAlign w:val="center"/>
          </w:tcPr>
          <w:p w14:paraId="3B3D7810"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4033C478" w14:textId="77777777" w:rsidR="00D93F19" w:rsidRDefault="00000000">
            <w:pPr>
              <w:pStyle w:val="TableText"/>
              <w:spacing w:after="30" w:line="245" w:lineRule="auto"/>
              <w:rPr>
                <w:rFonts w:hint="eastAsia"/>
              </w:rPr>
            </w:pPr>
            <w:r>
              <w:rPr>
                <w:sz w:val="18"/>
              </w:rPr>
              <w:t>_____________________</w:t>
            </w:r>
          </w:p>
        </w:tc>
      </w:tr>
    </w:tbl>
    <w:p w14:paraId="66EE45FC"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35F43093" w14:textId="77777777">
        <w:trPr>
          <w:cantSplit/>
        </w:trPr>
        <w:tc>
          <w:tcPr>
            <w:tcW w:w="9866" w:type="dxa"/>
            <w:shd w:val="clear" w:color="auto" w:fill="FFF5E2"/>
            <w:vAlign w:val="center"/>
          </w:tcPr>
          <w:p w14:paraId="5DFFB5F4" w14:textId="77777777" w:rsidR="00D93F19" w:rsidRDefault="00000000">
            <w:pPr>
              <w:pStyle w:val="TableText"/>
              <w:spacing w:after="30" w:line="245" w:lineRule="auto"/>
              <w:rPr>
                <w:rFonts w:hint="eastAsia"/>
              </w:rPr>
            </w:pPr>
            <w:r>
              <w:rPr>
                <w:color w:val="A53435"/>
              </w:rPr>
              <w:t>Nessun rilascio con condizioni di sicurezza o adempimenti necessari non risolti. La firma del responsabile aziendale non sostituisce le attestazioni tecniche e le verifiche previste.</w:t>
            </w:r>
          </w:p>
        </w:tc>
      </w:tr>
    </w:tbl>
    <w:p w14:paraId="73F8568F" w14:textId="77777777" w:rsidR="00D93F19" w:rsidRDefault="00D93F19">
      <w:pPr>
        <w:spacing w:after="0" w:line="20" w:lineRule="exact"/>
        <w:rPr>
          <w:rFonts w:hint="eastAsia"/>
        </w:rPr>
      </w:pPr>
    </w:p>
    <w:p w14:paraId="191DA004" w14:textId="77777777" w:rsidR="00D93F19" w:rsidRDefault="00000000">
      <w:pPr>
        <w:pStyle w:val="Kicker"/>
        <w:pageBreakBefore/>
        <w:rPr>
          <w:rFonts w:hint="eastAsia"/>
        </w:rPr>
      </w:pPr>
      <w:r>
        <w:t>ALLEGATO OPERATIVO • MODELLO AZIENDALE</w:t>
      </w:r>
    </w:p>
    <w:p w14:paraId="20907ADE" w14:textId="77777777" w:rsidR="00D93F19" w:rsidRDefault="00000000">
      <w:pPr>
        <w:pStyle w:val="Titolo1"/>
      </w:pPr>
      <w:bookmarkStart w:id="58" w:name="P59"/>
      <w:r>
        <w:t>A18 | Consegna, informazione e addestramento</w:t>
      </w:r>
      <w:bookmarkEnd w:id="58"/>
    </w:p>
    <w:p w14:paraId="61C66014" w14:textId="77777777" w:rsidR="00D93F19" w:rsidRDefault="00000000">
      <w:pPr>
        <w:pStyle w:val="Small"/>
        <w:rPr>
          <w:rFonts w:hint="eastAsia"/>
        </w:rPr>
      </w:pPr>
      <w:r>
        <w:t>Pratica n. __________________  |  Macchina / matricola __________________  |  Data __________</w:t>
      </w:r>
    </w:p>
    <w:p w14:paraId="1260B968" w14:textId="77777777" w:rsidR="00D93F19" w:rsidRDefault="00000000">
      <w:pPr>
        <w:pStyle w:val="Small"/>
        <w:rPr>
          <w:rFonts w:hint="eastAsia"/>
        </w:rPr>
      </w:pPr>
      <w:r>
        <w:t>O: trasferimento della configurazione e delle condizioni d’uso agli utilizzatori.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252031F1" w14:textId="77777777">
        <w:trPr>
          <w:cantSplit/>
          <w:tblHeader/>
          <w:jc w:val="center"/>
        </w:trPr>
        <w:tc>
          <w:tcPr>
            <w:tcW w:w="2891" w:type="dxa"/>
            <w:shd w:val="clear" w:color="auto" w:fill="15344B"/>
            <w:vAlign w:val="center"/>
          </w:tcPr>
          <w:p w14:paraId="23B591F7"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07AD79A4" w14:textId="77777777" w:rsidR="00D93F19" w:rsidRDefault="00000000">
            <w:pPr>
              <w:pStyle w:val="TableText"/>
              <w:spacing w:after="30" w:line="245" w:lineRule="auto"/>
              <w:rPr>
                <w:rFonts w:hint="eastAsia"/>
              </w:rPr>
            </w:pPr>
            <w:r>
              <w:rPr>
                <w:b/>
                <w:color w:val="FFFFFF"/>
              </w:rPr>
              <w:t>COMPILAZIONE</w:t>
            </w:r>
          </w:p>
        </w:tc>
      </w:tr>
      <w:tr w:rsidR="00D93F19" w14:paraId="29050C80" w14:textId="77777777">
        <w:trPr>
          <w:cantSplit/>
          <w:jc w:val="center"/>
        </w:trPr>
        <w:tc>
          <w:tcPr>
            <w:tcW w:w="2891" w:type="dxa"/>
            <w:shd w:val="clear" w:color="auto" w:fill="F2F6F8"/>
            <w:vAlign w:val="center"/>
          </w:tcPr>
          <w:p w14:paraId="5F28A837" w14:textId="77777777" w:rsidR="00D93F19" w:rsidRDefault="00000000">
            <w:pPr>
              <w:pStyle w:val="TableText"/>
              <w:spacing w:after="30" w:line="245" w:lineRule="auto"/>
              <w:rPr>
                <w:rFonts w:hint="eastAsia"/>
              </w:rPr>
            </w:pPr>
            <w:r>
              <w:t>Destinatario / reparto</w:t>
            </w:r>
          </w:p>
        </w:tc>
        <w:tc>
          <w:tcPr>
            <w:tcW w:w="6973" w:type="dxa"/>
            <w:shd w:val="clear" w:color="auto" w:fill="F2F6F8"/>
            <w:vAlign w:val="center"/>
          </w:tcPr>
          <w:p w14:paraId="35CA32A1" w14:textId="77777777" w:rsidR="00D93F19" w:rsidRDefault="00000000">
            <w:pPr>
              <w:pStyle w:val="TableText"/>
              <w:spacing w:after="30" w:line="245" w:lineRule="auto"/>
              <w:rPr>
                <w:rFonts w:hint="eastAsia"/>
              </w:rPr>
            </w:pPr>
            <w:r>
              <w:t>________________________________________________________</w:t>
            </w:r>
          </w:p>
        </w:tc>
      </w:tr>
      <w:tr w:rsidR="00D93F19" w14:paraId="7018F0C2" w14:textId="77777777">
        <w:trPr>
          <w:cantSplit/>
          <w:jc w:val="center"/>
        </w:trPr>
        <w:tc>
          <w:tcPr>
            <w:tcW w:w="2891" w:type="dxa"/>
            <w:vAlign w:val="center"/>
          </w:tcPr>
          <w:p w14:paraId="41BD6550" w14:textId="77777777" w:rsidR="00D93F19" w:rsidRDefault="00000000">
            <w:pPr>
              <w:pStyle w:val="TableText"/>
              <w:spacing w:after="30" w:line="245" w:lineRule="auto"/>
              <w:rPr>
                <w:rFonts w:hint="eastAsia"/>
              </w:rPr>
            </w:pPr>
            <w:r>
              <w:t>Soggetto che effettua la consegna</w:t>
            </w:r>
          </w:p>
        </w:tc>
        <w:tc>
          <w:tcPr>
            <w:tcW w:w="6973" w:type="dxa"/>
            <w:vAlign w:val="center"/>
          </w:tcPr>
          <w:p w14:paraId="19E48D99" w14:textId="77777777" w:rsidR="00D93F19" w:rsidRDefault="00000000">
            <w:pPr>
              <w:pStyle w:val="TableText"/>
              <w:spacing w:after="30" w:line="245" w:lineRule="auto"/>
              <w:rPr>
                <w:rFonts w:hint="eastAsia"/>
              </w:rPr>
            </w:pPr>
            <w:r>
              <w:t>________________________________________________________</w:t>
            </w:r>
          </w:p>
        </w:tc>
      </w:tr>
      <w:tr w:rsidR="00D93F19" w14:paraId="46B80334" w14:textId="77777777">
        <w:trPr>
          <w:cantSplit/>
          <w:jc w:val="center"/>
        </w:trPr>
        <w:tc>
          <w:tcPr>
            <w:tcW w:w="2891" w:type="dxa"/>
            <w:shd w:val="clear" w:color="auto" w:fill="F2F6F8"/>
            <w:vAlign w:val="center"/>
          </w:tcPr>
          <w:p w14:paraId="07D93BF0" w14:textId="77777777" w:rsidR="00D93F19" w:rsidRDefault="00000000">
            <w:pPr>
              <w:pStyle w:val="TableText"/>
              <w:spacing w:after="30" w:line="245" w:lineRule="auto"/>
              <w:rPr>
                <w:rFonts w:hint="eastAsia"/>
              </w:rPr>
            </w:pPr>
            <w:r>
              <w:t>Configurazione restituita</w:t>
            </w:r>
          </w:p>
        </w:tc>
        <w:tc>
          <w:tcPr>
            <w:tcW w:w="6973" w:type="dxa"/>
            <w:shd w:val="clear" w:color="auto" w:fill="F2F6F8"/>
            <w:vAlign w:val="center"/>
          </w:tcPr>
          <w:p w14:paraId="33DD2A99" w14:textId="77777777" w:rsidR="00D93F19" w:rsidRDefault="00000000">
            <w:pPr>
              <w:pStyle w:val="TableText"/>
              <w:spacing w:after="30" w:line="245" w:lineRule="auto"/>
              <w:rPr>
                <w:rFonts w:hint="eastAsia"/>
              </w:rPr>
            </w:pPr>
            <w:r>
              <w:t>________________________________________________________</w:t>
            </w:r>
          </w:p>
        </w:tc>
      </w:tr>
      <w:tr w:rsidR="00D93F19" w14:paraId="45B8A03E" w14:textId="77777777">
        <w:trPr>
          <w:cantSplit/>
          <w:jc w:val="center"/>
        </w:trPr>
        <w:tc>
          <w:tcPr>
            <w:tcW w:w="2891" w:type="dxa"/>
            <w:vAlign w:val="center"/>
          </w:tcPr>
          <w:p w14:paraId="1C5FB0A5" w14:textId="77777777" w:rsidR="00D93F19" w:rsidRDefault="00000000">
            <w:pPr>
              <w:pStyle w:val="TableText"/>
              <w:spacing w:after="30" w:line="245" w:lineRule="auto"/>
              <w:rPr>
                <w:rFonts w:hint="eastAsia"/>
              </w:rPr>
            </w:pPr>
            <w:r>
              <w:t>Documenti consegnati / revisioni</w:t>
            </w:r>
          </w:p>
        </w:tc>
        <w:tc>
          <w:tcPr>
            <w:tcW w:w="6973" w:type="dxa"/>
            <w:vAlign w:val="center"/>
          </w:tcPr>
          <w:p w14:paraId="1E0859C0" w14:textId="77777777" w:rsidR="00D93F19" w:rsidRDefault="00000000">
            <w:pPr>
              <w:pStyle w:val="TableText"/>
              <w:spacing w:after="30" w:line="245" w:lineRule="auto"/>
              <w:rPr>
                <w:rFonts w:hint="eastAsia"/>
              </w:rPr>
            </w:pPr>
            <w:r>
              <w:t>________________________________________________________</w:t>
            </w:r>
          </w:p>
          <w:p w14:paraId="4167C9E1" w14:textId="77777777" w:rsidR="00D93F19" w:rsidRDefault="00000000">
            <w:pPr>
              <w:pStyle w:val="TableText"/>
              <w:spacing w:after="30" w:line="245" w:lineRule="auto"/>
              <w:rPr>
                <w:rFonts w:hint="eastAsia"/>
              </w:rPr>
            </w:pPr>
            <w:r>
              <w:t>________________________________________________________</w:t>
            </w:r>
          </w:p>
        </w:tc>
      </w:tr>
    </w:tbl>
    <w:p w14:paraId="56E84CC1" w14:textId="77777777" w:rsidR="00D93F19" w:rsidRDefault="00D93F19">
      <w:pPr>
        <w:spacing w:after="0" w:line="20" w:lineRule="exact"/>
        <w:rPr>
          <w:rFonts w:hint="eastAsia"/>
        </w:rPr>
      </w:pPr>
    </w:p>
    <w:p w14:paraId="28D566F9" w14:textId="77777777" w:rsidR="00D93F19" w:rsidRDefault="00000000">
      <w:pPr>
        <w:pStyle w:val="Titolo2"/>
      </w:pPr>
      <w:r>
        <w:t>Contenuti trattati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5102"/>
        <w:gridCol w:w="4762"/>
      </w:tblGrid>
      <w:tr w:rsidR="00D93F19" w14:paraId="5FF3C2F3" w14:textId="77777777">
        <w:trPr>
          <w:cantSplit/>
          <w:tblHeader/>
          <w:jc w:val="center"/>
        </w:trPr>
        <w:tc>
          <w:tcPr>
            <w:tcW w:w="5102" w:type="dxa"/>
            <w:shd w:val="clear" w:color="auto" w:fill="15344B"/>
            <w:vAlign w:val="center"/>
          </w:tcPr>
          <w:p w14:paraId="1DDC36A6" w14:textId="77777777" w:rsidR="00D93F19" w:rsidRDefault="00000000">
            <w:pPr>
              <w:pStyle w:val="TableText"/>
              <w:spacing w:after="30" w:line="245" w:lineRule="auto"/>
              <w:rPr>
                <w:rFonts w:hint="eastAsia"/>
              </w:rPr>
            </w:pPr>
            <w:r>
              <w:rPr>
                <w:b/>
                <w:color w:val="FFFFFF"/>
                <w:sz w:val="18"/>
              </w:rPr>
              <w:t>ARGOMENTO</w:t>
            </w:r>
          </w:p>
        </w:tc>
        <w:tc>
          <w:tcPr>
            <w:tcW w:w="4762" w:type="dxa"/>
            <w:shd w:val="clear" w:color="auto" w:fill="15344B"/>
            <w:vAlign w:val="center"/>
          </w:tcPr>
          <w:p w14:paraId="24295021" w14:textId="77777777" w:rsidR="00D93F19" w:rsidRDefault="00000000">
            <w:pPr>
              <w:pStyle w:val="TableText"/>
              <w:spacing w:after="30" w:line="245" w:lineRule="auto"/>
              <w:rPr>
                <w:rFonts w:hint="eastAsia"/>
              </w:rPr>
            </w:pPr>
            <w:r>
              <w:rPr>
                <w:b/>
                <w:color w:val="FFFFFF"/>
                <w:sz w:val="18"/>
              </w:rPr>
              <w:t>TRATTATO / EVIDENZA</w:t>
            </w:r>
          </w:p>
        </w:tc>
      </w:tr>
      <w:tr w:rsidR="00D93F19" w14:paraId="1272236D" w14:textId="77777777">
        <w:trPr>
          <w:cantSplit/>
          <w:jc w:val="center"/>
        </w:trPr>
        <w:tc>
          <w:tcPr>
            <w:tcW w:w="5102" w:type="dxa"/>
            <w:shd w:val="clear" w:color="auto" w:fill="F2F6F8"/>
            <w:vAlign w:val="center"/>
          </w:tcPr>
          <w:p w14:paraId="258AD0A0" w14:textId="77777777" w:rsidR="00D93F19" w:rsidRDefault="00000000">
            <w:pPr>
              <w:pStyle w:val="TableText"/>
              <w:spacing w:after="30" w:line="245" w:lineRule="auto"/>
              <w:rPr>
                <w:rFonts w:hint="eastAsia"/>
              </w:rPr>
            </w:pPr>
            <w:r>
              <w:rPr>
                <w:sz w:val="18"/>
              </w:rPr>
              <w:t>Intervento eseguito e differenze rispetto a prima</w:t>
            </w:r>
          </w:p>
        </w:tc>
        <w:tc>
          <w:tcPr>
            <w:tcW w:w="4762" w:type="dxa"/>
            <w:shd w:val="clear" w:color="auto" w:fill="F2F6F8"/>
            <w:vAlign w:val="center"/>
          </w:tcPr>
          <w:p w14:paraId="597256A0" w14:textId="77777777" w:rsidR="00D93F19" w:rsidRDefault="00000000">
            <w:pPr>
              <w:pStyle w:val="TableText"/>
              <w:spacing w:after="30" w:line="245" w:lineRule="auto"/>
              <w:rPr>
                <w:rFonts w:hint="eastAsia"/>
              </w:rPr>
            </w:pPr>
            <w:r>
              <w:rPr>
                <w:sz w:val="18"/>
              </w:rPr>
              <w:t>□ Sì  □ N.A.  Riferimento: ________________________</w:t>
            </w:r>
          </w:p>
        </w:tc>
      </w:tr>
      <w:tr w:rsidR="00D93F19" w14:paraId="337A8CAC" w14:textId="77777777">
        <w:trPr>
          <w:cantSplit/>
          <w:jc w:val="center"/>
        </w:trPr>
        <w:tc>
          <w:tcPr>
            <w:tcW w:w="5102" w:type="dxa"/>
            <w:vAlign w:val="center"/>
          </w:tcPr>
          <w:p w14:paraId="3FC5C445" w14:textId="77777777" w:rsidR="00D93F19" w:rsidRDefault="00000000">
            <w:pPr>
              <w:pStyle w:val="TableText"/>
              <w:spacing w:after="30" w:line="245" w:lineRule="auto"/>
              <w:rPr>
                <w:rFonts w:hint="eastAsia"/>
              </w:rPr>
            </w:pPr>
            <w:r>
              <w:rPr>
                <w:sz w:val="18"/>
              </w:rPr>
              <w:t>Limiti d’impiego e configurazioni consentite</w:t>
            </w:r>
          </w:p>
        </w:tc>
        <w:tc>
          <w:tcPr>
            <w:tcW w:w="4762" w:type="dxa"/>
            <w:vAlign w:val="center"/>
          </w:tcPr>
          <w:p w14:paraId="21076356" w14:textId="77777777" w:rsidR="00D93F19" w:rsidRDefault="00000000">
            <w:pPr>
              <w:pStyle w:val="TableText"/>
              <w:spacing w:after="30" w:line="245" w:lineRule="auto"/>
              <w:rPr>
                <w:rFonts w:hint="eastAsia"/>
              </w:rPr>
            </w:pPr>
            <w:r>
              <w:rPr>
                <w:sz w:val="18"/>
              </w:rPr>
              <w:t>□ Sì  □ N.A.  Riferimento: ________________________</w:t>
            </w:r>
          </w:p>
        </w:tc>
      </w:tr>
      <w:tr w:rsidR="00D93F19" w14:paraId="56C55D6E" w14:textId="77777777">
        <w:trPr>
          <w:cantSplit/>
          <w:jc w:val="center"/>
        </w:trPr>
        <w:tc>
          <w:tcPr>
            <w:tcW w:w="5102" w:type="dxa"/>
            <w:shd w:val="clear" w:color="auto" w:fill="F2F6F8"/>
            <w:vAlign w:val="center"/>
          </w:tcPr>
          <w:p w14:paraId="7F735F53" w14:textId="77777777" w:rsidR="00D93F19" w:rsidRDefault="00000000">
            <w:pPr>
              <w:pStyle w:val="TableText"/>
              <w:spacing w:after="30" w:line="245" w:lineRule="auto"/>
              <w:rPr>
                <w:rFonts w:hint="eastAsia"/>
              </w:rPr>
            </w:pPr>
            <w:r>
              <w:rPr>
                <w:sz w:val="18"/>
              </w:rPr>
              <w:t>Comandi, arresti e funzioni di sicurezza interessati</w:t>
            </w:r>
          </w:p>
        </w:tc>
        <w:tc>
          <w:tcPr>
            <w:tcW w:w="4762" w:type="dxa"/>
            <w:shd w:val="clear" w:color="auto" w:fill="F2F6F8"/>
            <w:vAlign w:val="center"/>
          </w:tcPr>
          <w:p w14:paraId="081CDFE1" w14:textId="77777777" w:rsidR="00D93F19" w:rsidRDefault="00000000">
            <w:pPr>
              <w:pStyle w:val="TableText"/>
              <w:spacing w:after="30" w:line="245" w:lineRule="auto"/>
              <w:rPr>
                <w:rFonts w:hint="eastAsia"/>
              </w:rPr>
            </w:pPr>
            <w:r>
              <w:rPr>
                <w:sz w:val="18"/>
              </w:rPr>
              <w:t>□ Sì  □ N.A.  Riferimento: ________________________</w:t>
            </w:r>
          </w:p>
        </w:tc>
      </w:tr>
      <w:tr w:rsidR="00D93F19" w14:paraId="4EB22D54" w14:textId="77777777">
        <w:trPr>
          <w:cantSplit/>
          <w:jc w:val="center"/>
        </w:trPr>
        <w:tc>
          <w:tcPr>
            <w:tcW w:w="5102" w:type="dxa"/>
            <w:vAlign w:val="center"/>
          </w:tcPr>
          <w:p w14:paraId="6C9E229E" w14:textId="77777777" w:rsidR="00D93F19" w:rsidRDefault="00000000">
            <w:pPr>
              <w:pStyle w:val="TableText"/>
              <w:spacing w:after="30" w:line="245" w:lineRule="auto"/>
              <w:rPr>
                <w:rFonts w:hint="eastAsia"/>
              </w:rPr>
            </w:pPr>
            <w:r>
              <w:rPr>
                <w:sz w:val="18"/>
              </w:rPr>
              <w:t>Controlli prima dell’uso e segnalazione anomalie</w:t>
            </w:r>
          </w:p>
        </w:tc>
        <w:tc>
          <w:tcPr>
            <w:tcW w:w="4762" w:type="dxa"/>
            <w:vAlign w:val="center"/>
          </w:tcPr>
          <w:p w14:paraId="09A3098D" w14:textId="77777777" w:rsidR="00D93F19" w:rsidRDefault="00000000">
            <w:pPr>
              <w:pStyle w:val="TableText"/>
              <w:spacing w:after="30" w:line="245" w:lineRule="auto"/>
              <w:rPr>
                <w:rFonts w:hint="eastAsia"/>
              </w:rPr>
            </w:pPr>
            <w:r>
              <w:rPr>
                <w:sz w:val="18"/>
              </w:rPr>
              <w:t>□ Sì  □ N.A.  Riferimento: ________________________</w:t>
            </w:r>
          </w:p>
        </w:tc>
      </w:tr>
      <w:tr w:rsidR="00D93F19" w14:paraId="765EA938" w14:textId="77777777">
        <w:trPr>
          <w:cantSplit/>
          <w:jc w:val="center"/>
        </w:trPr>
        <w:tc>
          <w:tcPr>
            <w:tcW w:w="5102" w:type="dxa"/>
            <w:shd w:val="clear" w:color="auto" w:fill="F2F6F8"/>
            <w:vAlign w:val="center"/>
          </w:tcPr>
          <w:p w14:paraId="2481D7D1" w14:textId="77777777" w:rsidR="00D93F19" w:rsidRDefault="00000000">
            <w:pPr>
              <w:pStyle w:val="TableText"/>
              <w:spacing w:after="30" w:line="245" w:lineRule="auto"/>
              <w:rPr>
                <w:rFonts w:hint="eastAsia"/>
              </w:rPr>
            </w:pPr>
            <w:r>
              <w:rPr>
                <w:sz w:val="18"/>
              </w:rPr>
              <w:t>Accessi, manutenzione e gestione delle energie</w:t>
            </w:r>
          </w:p>
        </w:tc>
        <w:tc>
          <w:tcPr>
            <w:tcW w:w="4762" w:type="dxa"/>
            <w:shd w:val="clear" w:color="auto" w:fill="F2F6F8"/>
            <w:vAlign w:val="center"/>
          </w:tcPr>
          <w:p w14:paraId="244140C6" w14:textId="77777777" w:rsidR="00D93F19" w:rsidRDefault="00000000">
            <w:pPr>
              <w:pStyle w:val="TableText"/>
              <w:spacing w:after="30" w:line="245" w:lineRule="auto"/>
              <w:rPr>
                <w:rFonts w:hint="eastAsia"/>
              </w:rPr>
            </w:pPr>
            <w:r>
              <w:rPr>
                <w:sz w:val="18"/>
              </w:rPr>
              <w:t>□ Sì  □ N.A.  Riferimento: ________________________</w:t>
            </w:r>
          </w:p>
        </w:tc>
      </w:tr>
      <w:tr w:rsidR="00D93F19" w14:paraId="05578312" w14:textId="77777777">
        <w:trPr>
          <w:cantSplit/>
          <w:jc w:val="center"/>
        </w:trPr>
        <w:tc>
          <w:tcPr>
            <w:tcW w:w="5102" w:type="dxa"/>
            <w:vAlign w:val="center"/>
          </w:tcPr>
          <w:p w14:paraId="288EB983" w14:textId="77777777" w:rsidR="00D93F19" w:rsidRDefault="00000000">
            <w:pPr>
              <w:pStyle w:val="TableText"/>
              <w:spacing w:after="30" w:line="245" w:lineRule="auto"/>
              <w:rPr>
                <w:rFonts w:hint="eastAsia"/>
              </w:rPr>
            </w:pPr>
            <w:r>
              <w:rPr>
                <w:sz w:val="18"/>
              </w:rPr>
              <w:t>Emergenze e comportamenti vietati</w:t>
            </w:r>
          </w:p>
        </w:tc>
        <w:tc>
          <w:tcPr>
            <w:tcW w:w="4762" w:type="dxa"/>
            <w:vAlign w:val="center"/>
          </w:tcPr>
          <w:p w14:paraId="066FAD49" w14:textId="77777777" w:rsidR="00D93F19" w:rsidRDefault="00000000">
            <w:pPr>
              <w:pStyle w:val="TableText"/>
              <w:spacing w:after="30" w:line="245" w:lineRule="auto"/>
              <w:rPr>
                <w:rFonts w:hint="eastAsia"/>
              </w:rPr>
            </w:pPr>
            <w:r>
              <w:rPr>
                <w:sz w:val="18"/>
              </w:rPr>
              <w:t>□ Sì  □ N.A.  Riferimento: ________________________</w:t>
            </w:r>
          </w:p>
        </w:tc>
      </w:tr>
      <w:tr w:rsidR="00D93F19" w14:paraId="4FDC4501" w14:textId="77777777">
        <w:trPr>
          <w:cantSplit/>
          <w:jc w:val="center"/>
        </w:trPr>
        <w:tc>
          <w:tcPr>
            <w:tcW w:w="5102" w:type="dxa"/>
            <w:shd w:val="clear" w:color="auto" w:fill="F2F6F8"/>
            <w:vAlign w:val="center"/>
          </w:tcPr>
          <w:p w14:paraId="094BE9D6" w14:textId="77777777" w:rsidR="00D93F19" w:rsidRDefault="00000000">
            <w:pPr>
              <w:pStyle w:val="TableText"/>
              <w:spacing w:after="30" w:line="245" w:lineRule="auto"/>
              <w:rPr>
                <w:rFonts w:hint="eastAsia"/>
              </w:rPr>
            </w:pPr>
            <w:r>
              <w:rPr>
                <w:sz w:val="18"/>
              </w:rPr>
              <w:t>Piano dei controlli e collocazione dei documenti</w:t>
            </w:r>
          </w:p>
        </w:tc>
        <w:tc>
          <w:tcPr>
            <w:tcW w:w="4762" w:type="dxa"/>
            <w:shd w:val="clear" w:color="auto" w:fill="F2F6F8"/>
            <w:vAlign w:val="center"/>
          </w:tcPr>
          <w:p w14:paraId="4056753C" w14:textId="77777777" w:rsidR="00D93F19" w:rsidRDefault="00000000">
            <w:pPr>
              <w:pStyle w:val="TableText"/>
              <w:spacing w:after="30" w:line="245" w:lineRule="auto"/>
              <w:rPr>
                <w:rFonts w:hint="eastAsia"/>
              </w:rPr>
            </w:pPr>
            <w:r>
              <w:rPr>
                <w:sz w:val="18"/>
              </w:rPr>
              <w:t>□ Sì  □ N.A.  Riferimento: ________________________</w:t>
            </w:r>
          </w:p>
        </w:tc>
      </w:tr>
    </w:tbl>
    <w:p w14:paraId="505018C5" w14:textId="77777777" w:rsidR="00D93F19" w:rsidRDefault="00D93F19">
      <w:pPr>
        <w:spacing w:after="0" w:line="20" w:lineRule="exact"/>
        <w:rPr>
          <w:rFonts w:hint="eastAsia"/>
        </w:rPr>
      </w:pPr>
    </w:p>
    <w:p w14:paraId="2BD31C81" w14:textId="77777777" w:rsidR="00D93F19" w:rsidRDefault="00000000">
      <w:pPr>
        <w:pStyle w:val="Titolo2"/>
      </w:pPr>
      <w:r>
        <w:t>Partecipanti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685"/>
        <w:gridCol w:w="3969"/>
        <w:gridCol w:w="2211"/>
      </w:tblGrid>
      <w:tr w:rsidR="00D93F19" w14:paraId="79CE77B1" w14:textId="77777777">
        <w:trPr>
          <w:cantSplit/>
          <w:tblHeader/>
          <w:jc w:val="center"/>
        </w:trPr>
        <w:tc>
          <w:tcPr>
            <w:tcW w:w="3685" w:type="dxa"/>
            <w:shd w:val="clear" w:color="auto" w:fill="15344B"/>
            <w:vAlign w:val="center"/>
          </w:tcPr>
          <w:p w14:paraId="5CF939A8" w14:textId="77777777" w:rsidR="00D93F19" w:rsidRDefault="00000000">
            <w:pPr>
              <w:pStyle w:val="TableText"/>
              <w:spacing w:after="30" w:line="245" w:lineRule="auto"/>
              <w:rPr>
                <w:rFonts w:hint="eastAsia"/>
              </w:rPr>
            </w:pPr>
            <w:r>
              <w:rPr>
                <w:b/>
                <w:color w:val="FFFFFF"/>
              </w:rPr>
              <w:t>NOME E COGNOME / FUNZIONE</w:t>
            </w:r>
          </w:p>
        </w:tc>
        <w:tc>
          <w:tcPr>
            <w:tcW w:w="3969" w:type="dxa"/>
            <w:shd w:val="clear" w:color="auto" w:fill="15344B"/>
            <w:vAlign w:val="center"/>
          </w:tcPr>
          <w:p w14:paraId="6025D618" w14:textId="77777777" w:rsidR="00D93F19" w:rsidRDefault="00000000">
            <w:pPr>
              <w:pStyle w:val="TableText"/>
              <w:spacing w:after="30" w:line="245" w:lineRule="auto"/>
              <w:rPr>
                <w:rFonts w:hint="eastAsia"/>
              </w:rPr>
            </w:pPr>
            <w:r>
              <w:rPr>
                <w:b/>
                <w:color w:val="FFFFFF"/>
              </w:rPr>
              <w:t>INFORMAZIONE / ATTIVITÀ PRATICA</w:t>
            </w:r>
          </w:p>
        </w:tc>
        <w:tc>
          <w:tcPr>
            <w:tcW w:w="2211" w:type="dxa"/>
            <w:shd w:val="clear" w:color="auto" w:fill="15344B"/>
            <w:vAlign w:val="center"/>
          </w:tcPr>
          <w:p w14:paraId="26933E6C" w14:textId="77777777" w:rsidR="00D93F19" w:rsidRDefault="00000000">
            <w:pPr>
              <w:pStyle w:val="TableText"/>
              <w:spacing w:after="30" w:line="245" w:lineRule="auto"/>
              <w:rPr>
                <w:rFonts w:hint="eastAsia"/>
              </w:rPr>
            </w:pPr>
            <w:r>
              <w:rPr>
                <w:b/>
                <w:color w:val="FFFFFF"/>
              </w:rPr>
              <w:t>FIRMA</w:t>
            </w:r>
          </w:p>
        </w:tc>
      </w:tr>
      <w:tr w:rsidR="00D93F19" w14:paraId="29EE265E" w14:textId="77777777">
        <w:trPr>
          <w:cantSplit/>
          <w:trHeight w:val="454"/>
          <w:jc w:val="center"/>
        </w:trPr>
        <w:tc>
          <w:tcPr>
            <w:tcW w:w="3685" w:type="dxa"/>
            <w:shd w:val="clear" w:color="auto" w:fill="F2F6F8"/>
            <w:vAlign w:val="center"/>
          </w:tcPr>
          <w:p w14:paraId="00D2C5EE" w14:textId="77777777" w:rsidR="00D93F19" w:rsidRDefault="00D93F19">
            <w:pPr>
              <w:pStyle w:val="TableText"/>
              <w:spacing w:after="30" w:line="245" w:lineRule="auto"/>
              <w:rPr>
                <w:rFonts w:hint="eastAsia"/>
              </w:rPr>
            </w:pPr>
          </w:p>
        </w:tc>
        <w:tc>
          <w:tcPr>
            <w:tcW w:w="3969" w:type="dxa"/>
            <w:shd w:val="clear" w:color="auto" w:fill="F2F6F8"/>
            <w:vAlign w:val="center"/>
          </w:tcPr>
          <w:p w14:paraId="30FFDC0E" w14:textId="77777777" w:rsidR="00D93F19" w:rsidRDefault="00D93F19">
            <w:pPr>
              <w:pStyle w:val="TableText"/>
              <w:spacing w:after="30" w:line="245" w:lineRule="auto"/>
              <w:rPr>
                <w:rFonts w:hint="eastAsia"/>
              </w:rPr>
            </w:pPr>
          </w:p>
        </w:tc>
        <w:tc>
          <w:tcPr>
            <w:tcW w:w="2211" w:type="dxa"/>
            <w:shd w:val="clear" w:color="auto" w:fill="F2F6F8"/>
            <w:vAlign w:val="center"/>
          </w:tcPr>
          <w:p w14:paraId="62A9DF73" w14:textId="77777777" w:rsidR="00D93F19" w:rsidRDefault="00D93F19">
            <w:pPr>
              <w:pStyle w:val="TableText"/>
              <w:spacing w:after="30" w:line="245" w:lineRule="auto"/>
              <w:rPr>
                <w:rFonts w:hint="eastAsia"/>
              </w:rPr>
            </w:pPr>
          </w:p>
        </w:tc>
      </w:tr>
      <w:tr w:rsidR="00D93F19" w14:paraId="5C4E8200" w14:textId="77777777">
        <w:trPr>
          <w:cantSplit/>
          <w:trHeight w:val="454"/>
          <w:jc w:val="center"/>
        </w:trPr>
        <w:tc>
          <w:tcPr>
            <w:tcW w:w="3685" w:type="dxa"/>
            <w:vAlign w:val="center"/>
          </w:tcPr>
          <w:p w14:paraId="3042AF61" w14:textId="77777777" w:rsidR="00D93F19" w:rsidRDefault="00D93F19">
            <w:pPr>
              <w:pStyle w:val="TableText"/>
              <w:spacing w:after="30" w:line="245" w:lineRule="auto"/>
              <w:rPr>
                <w:rFonts w:hint="eastAsia"/>
              </w:rPr>
            </w:pPr>
          </w:p>
        </w:tc>
        <w:tc>
          <w:tcPr>
            <w:tcW w:w="3969" w:type="dxa"/>
            <w:vAlign w:val="center"/>
          </w:tcPr>
          <w:p w14:paraId="094EDDCE" w14:textId="77777777" w:rsidR="00D93F19" w:rsidRDefault="00D93F19">
            <w:pPr>
              <w:pStyle w:val="TableText"/>
              <w:spacing w:after="30" w:line="245" w:lineRule="auto"/>
              <w:rPr>
                <w:rFonts w:hint="eastAsia"/>
              </w:rPr>
            </w:pPr>
          </w:p>
        </w:tc>
        <w:tc>
          <w:tcPr>
            <w:tcW w:w="2211" w:type="dxa"/>
            <w:vAlign w:val="center"/>
          </w:tcPr>
          <w:p w14:paraId="319FD8D7" w14:textId="77777777" w:rsidR="00D93F19" w:rsidRDefault="00D93F19">
            <w:pPr>
              <w:pStyle w:val="TableText"/>
              <w:spacing w:after="30" w:line="245" w:lineRule="auto"/>
              <w:rPr>
                <w:rFonts w:hint="eastAsia"/>
              </w:rPr>
            </w:pPr>
          </w:p>
        </w:tc>
      </w:tr>
      <w:tr w:rsidR="00D93F19" w14:paraId="3E9A1E28" w14:textId="77777777">
        <w:trPr>
          <w:cantSplit/>
          <w:trHeight w:val="454"/>
          <w:jc w:val="center"/>
        </w:trPr>
        <w:tc>
          <w:tcPr>
            <w:tcW w:w="3685" w:type="dxa"/>
            <w:shd w:val="clear" w:color="auto" w:fill="F2F6F8"/>
            <w:vAlign w:val="center"/>
          </w:tcPr>
          <w:p w14:paraId="4ADE284B" w14:textId="77777777" w:rsidR="00D93F19" w:rsidRDefault="00D93F19">
            <w:pPr>
              <w:pStyle w:val="TableText"/>
              <w:spacing w:after="30" w:line="245" w:lineRule="auto"/>
              <w:rPr>
                <w:rFonts w:hint="eastAsia"/>
              </w:rPr>
            </w:pPr>
          </w:p>
        </w:tc>
        <w:tc>
          <w:tcPr>
            <w:tcW w:w="3969" w:type="dxa"/>
            <w:shd w:val="clear" w:color="auto" w:fill="F2F6F8"/>
            <w:vAlign w:val="center"/>
          </w:tcPr>
          <w:p w14:paraId="47BCAD79" w14:textId="77777777" w:rsidR="00D93F19" w:rsidRDefault="00D93F19">
            <w:pPr>
              <w:pStyle w:val="TableText"/>
              <w:spacing w:after="30" w:line="245" w:lineRule="auto"/>
              <w:rPr>
                <w:rFonts w:hint="eastAsia"/>
              </w:rPr>
            </w:pPr>
          </w:p>
        </w:tc>
        <w:tc>
          <w:tcPr>
            <w:tcW w:w="2211" w:type="dxa"/>
            <w:shd w:val="clear" w:color="auto" w:fill="F2F6F8"/>
            <w:vAlign w:val="center"/>
          </w:tcPr>
          <w:p w14:paraId="2C57C7D6" w14:textId="77777777" w:rsidR="00D93F19" w:rsidRDefault="00D93F19">
            <w:pPr>
              <w:pStyle w:val="TableText"/>
              <w:spacing w:after="30" w:line="245" w:lineRule="auto"/>
              <w:rPr>
                <w:rFonts w:hint="eastAsia"/>
              </w:rPr>
            </w:pPr>
          </w:p>
        </w:tc>
      </w:tr>
      <w:tr w:rsidR="00D93F19" w14:paraId="6C7E8F0C" w14:textId="77777777">
        <w:trPr>
          <w:cantSplit/>
          <w:trHeight w:val="454"/>
          <w:jc w:val="center"/>
        </w:trPr>
        <w:tc>
          <w:tcPr>
            <w:tcW w:w="3685" w:type="dxa"/>
            <w:vAlign w:val="center"/>
          </w:tcPr>
          <w:p w14:paraId="3983ADF6" w14:textId="77777777" w:rsidR="00D93F19" w:rsidRDefault="00D93F19">
            <w:pPr>
              <w:pStyle w:val="TableText"/>
              <w:spacing w:after="30" w:line="245" w:lineRule="auto"/>
              <w:rPr>
                <w:rFonts w:hint="eastAsia"/>
              </w:rPr>
            </w:pPr>
          </w:p>
        </w:tc>
        <w:tc>
          <w:tcPr>
            <w:tcW w:w="3969" w:type="dxa"/>
            <w:vAlign w:val="center"/>
          </w:tcPr>
          <w:p w14:paraId="0BB59082" w14:textId="77777777" w:rsidR="00D93F19" w:rsidRDefault="00D93F19">
            <w:pPr>
              <w:pStyle w:val="TableText"/>
              <w:spacing w:after="30" w:line="245" w:lineRule="auto"/>
              <w:rPr>
                <w:rFonts w:hint="eastAsia"/>
              </w:rPr>
            </w:pPr>
          </w:p>
        </w:tc>
        <w:tc>
          <w:tcPr>
            <w:tcW w:w="2211" w:type="dxa"/>
            <w:vAlign w:val="center"/>
          </w:tcPr>
          <w:p w14:paraId="4F759268" w14:textId="77777777" w:rsidR="00D93F19" w:rsidRDefault="00D93F19">
            <w:pPr>
              <w:pStyle w:val="TableText"/>
              <w:spacing w:after="30" w:line="245" w:lineRule="auto"/>
              <w:rPr>
                <w:rFonts w:hint="eastAsia"/>
              </w:rPr>
            </w:pPr>
          </w:p>
        </w:tc>
      </w:tr>
    </w:tbl>
    <w:p w14:paraId="4E42B572"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69952E30" w14:textId="77777777">
        <w:trPr>
          <w:cantSplit/>
          <w:tblHeader/>
          <w:jc w:val="center"/>
        </w:trPr>
        <w:tc>
          <w:tcPr>
            <w:tcW w:w="2891" w:type="dxa"/>
            <w:shd w:val="clear" w:color="auto" w:fill="15344B"/>
            <w:vAlign w:val="center"/>
          </w:tcPr>
          <w:p w14:paraId="7037BA71"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24F86DB3" w14:textId="77777777" w:rsidR="00D93F19" w:rsidRDefault="00000000">
            <w:pPr>
              <w:pStyle w:val="TableText"/>
              <w:spacing w:after="30" w:line="245" w:lineRule="auto"/>
              <w:rPr>
                <w:rFonts w:hint="eastAsia"/>
              </w:rPr>
            </w:pPr>
            <w:r>
              <w:rPr>
                <w:b/>
                <w:color w:val="FFFFFF"/>
              </w:rPr>
              <w:t>COMPILAZIONE</w:t>
            </w:r>
          </w:p>
        </w:tc>
      </w:tr>
      <w:tr w:rsidR="00D93F19" w14:paraId="707408DC" w14:textId="77777777">
        <w:trPr>
          <w:cantSplit/>
          <w:jc w:val="center"/>
        </w:trPr>
        <w:tc>
          <w:tcPr>
            <w:tcW w:w="2891" w:type="dxa"/>
            <w:shd w:val="clear" w:color="auto" w:fill="F2F6F8"/>
            <w:vAlign w:val="center"/>
          </w:tcPr>
          <w:p w14:paraId="1B19D031" w14:textId="77777777" w:rsidR="00D93F19" w:rsidRDefault="00000000">
            <w:pPr>
              <w:pStyle w:val="TableText"/>
              <w:spacing w:after="30" w:line="245" w:lineRule="auto"/>
              <w:rPr>
                <w:rFonts w:hint="eastAsia"/>
              </w:rPr>
            </w:pPr>
            <w:r>
              <w:t>Verifica della comprensione</w:t>
            </w:r>
          </w:p>
        </w:tc>
        <w:tc>
          <w:tcPr>
            <w:tcW w:w="6973" w:type="dxa"/>
            <w:shd w:val="clear" w:color="auto" w:fill="F2F6F8"/>
            <w:vAlign w:val="center"/>
          </w:tcPr>
          <w:p w14:paraId="485498BB" w14:textId="77777777" w:rsidR="00D93F19" w:rsidRDefault="00000000">
            <w:pPr>
              <w:pStyle w:val="TableText"/>
              <w:spacing w:after="30" w:line="245" w:lineRule="auto"/>
              <w:rPr>
                <w:rFonts w:hint="eastAsia"/>
              </w:rPr>
            </w:pPr>
            <w:r>
              <w:t>Modalità ___________________________ esito ___________________</w:t>
            </w:r>
          </w:p>
        </w:tc>
      </w:tr>
      <w:tr w:rsidR="00D93F19" w14:paraId="57AB60CE" w14:textId="77777777">
        <w:trPr>
          <w:cantSplit/>
          <w:jc w:val="center"/>
        </w:trPr>
        <w:tc>
          <w:tcPr>
            <w:tcW w:w="2891" w:type="dxa"/>
            <w:vAlign w:val="center"/>
          </w:tcPr>
          <w:p w14:paraId="2E84D257" w14:textId="77777777" w:rsidR="00D93F19" w:rsidRDefault="00000000">
            <w:pPr>
              <w:pStyle w:val="TableText"/>
              <w:spacing w:after="30" w:line="245" w:lineRule="auto"/>
              <w:rPr>
                <w:rFonts w:hint="eastAsia"/>
              </w:rPr>
            </w:pPr>
            <w:r>
              <w:t>Ulteriore formazione / addestramento</w:t>
            </w:r>
          </w:p>
        </w:tc>
        <w:tc>
          <w:tcPr>
            <w:tcW w:w="6973" w:type="dxa"/>
            <w:vAlign w:val="center"/>
          </w:tcPr>
          <w:p w14:paraId="3886152B" w14:textId="77777777" w:rsidR="00D93F19" w:rsidRDefault="00000000">
            <w:pPr>
              <w:pStyle w:val="TableText"/>
              <w:spacing w:after="30" w:line="245" w:lineRule="auto"/>
              <w:rPr>
                <w:rFonts w:hint="eastAsia"/>
              </w:rPr>
            </w:pPr>
            <w:r>
              <w:t>□ Necessario  □ Non necessario, motivazione _____________________</w:t>
            </w:r>
          </w:p>
          <w:p w14:paraId="0AE6E9FE" w14:textId="77777777" w:rsidR="00D93F19" w:rsidRDefault="00000000">
            <w:pPr>
              <w:pStyle w:val="TableText"/>
              <w:spacing w:after="30" w:line="245" w:lineRule="auto"/>
              <w:rPr>
                <w:rFonts w:hint="eastAsia"/>
              </w:rPr>
            </w:pPr>
            <w:r>
              <w:t>Responsabile e termine _______________________________________</w:t>
            </w:r>
          </w:p>
        </w:tc>
      </w:tr>
    </w:tbl>
    <w:p w14:paraId="64ADAD21"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6026FA7D" w14:textId="77777777">
        <w:trPr>
          <w:cantSplit/>
          <w:tblHeader/>
          <w:jc w:val="center"/>
        </w:trPr>
        <w:tc>
          <w:tcPr>
            <w:tcW w:w="3515" w:type="dxa"/>
            <w:shd w:val="clear" w:color="auto" w:fill="15344B"/>
            <w:vAlign w:val="center"/>
          </w:tcPr>
          <w:p w14:paraId="75D7B336"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6F0311DB"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63D0E67B" w14:textId="77777777" w:rsidR="00D93F19" w:rsidRDefault="00000000">
            <w:pPr>
              <w:pStyle w:val="TableText"/>
              <w:spacing w:after="30" w:line="245" w:lineRule="auto"/>
              <w:rPr>
                <w:rFonts w:hint="eastAsia"/>
              </w:rPr>
            </w:pPr>
            <w:r>
              <w:rPr>
                <w:b/>
                <w:color w:val="FFFFFF"/>
                <w:sz w:val="18"/>
              </w:rPr>
              <w:t>DATA E FIRMA</w:t>
            </w:r>
          </w:p>
        </w:tc>
      </w:tr>
      <w:tr w:rsidR="00D93F19" w14:paraId="51AD2D37" w14:textId="77777777">
        <w:trPr>
          <w:cantSplit/>
          <w:jc w:val="center"/>
        </w:trPr>
        <w:tc>
          <w:tcPr>
            <w:tcW w:w="3515" w:type="dxa"/>
            <w:shd w:val="clear" w:color="auto" w:fill="F2F6F8"/>
            <w:vAlign w:val="center"/>
          </w:tcPr>
          <w:p w14:paraId="52646646" w14:textId="77777777" w:rsidR="00D93F19" w:rsidRDefault="00000000">
            <w:pPr>
              <w:pStyle w:val="TableText"/>
              <w:spacing w:after="30" w:line="245" w:lineRule="auto"/>
              <w:rPr>
                <w:rFonts w:hint="eastAsia"/>
              </w:rPr>
            </w:pPr>
            <w:r>
              <w:rPr>
                <w:sz w:val="18"/>
              </w:rPr>
              <w:t>Responsabile della consegna</w:t>
            </w:r>
          </w:p>
        </w:tc>
        <w:tc>
          <w:tcPr>
            <w:tcW w:w="3175" w:type="dxa"/>
            <w:shd w:val="clear" w:color="auto" w:fill="F2F6F8"/>
            <w:vAlign w:val="center"/>
          </w:tcPr>
          <w:p w14:paraId="70B4759A"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56107D8B" w14:textId="77777777" w:rsidR="00D93F19" w:rsidRDefault="00000000">
            <w:pPr>
              <w:pStyle w:val="TableText"/>
              <w:spacing w:after="30" w:line="245" w:lineRule="auto"/>
              <w:rPr>
                <w:rFonts w:hint="eastAsia"/>
              </w:rPr>
            </w:pPr>
            <w:r>
              <w:rPr>
                <w:sz w:val="18"/>
              </w:rPr>
              <w:t>_____________________</w:t>
            </w:r>
          </w:p>
        </w:tc>
      </w:tr>
      <w:tr w:rsidR="00D93F19" w14:paraId="28407D87" w14:textId="77777777">
        <w:trPr>
          <w:cantSplit/>
          <w:jc w:val="center"/>
        </w:trPr>
        <w:tc>
          <w:tcPr>
            <w:tcW w:w="3515" w:type="dxa"/>
            <w:vAlign w:val="center"/>
          </w:tcPr>
          <w:p w14:paraId="7BAC6A26" w14:textId="77777777" w:rsidR="00D93F19" w:rsidRDefault="00000000">
            <w:pPr>
              <w:pStyle w:val="TableText"/>
              <w:spacing w:after="30" w:line="245" w:lineRule="auto"/>
              <w:rPr>
                <w:rFonts w:hint="eastAsia"/>
              </w:rPr>
            </w:pPr>
            <w:r>
              <w:rPr>
                <w:sz w:val="18"/>
              </w:rPr>
              <w:t>Referente del reparto</w:t>
            </w:r>
          </w:p>
        </w:tc>
        <w:tc>
          <w:tcPr>
            <w:tcW w:w="3175" w:type="dxa"/>
            <w:vAlign w:val="center"/>
          </w:tcPr>
          <w:p w14:paraId="20712579"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2FB75B90" w14:textId="77777777" w:rsidR="00D93F19" w:rsidRDefault="00000000">
            <w:pPr>
              <w:pStyle w:val="TableText"/>
              <w:spacing w:after="30" w:line="245" w:lineRule="auto"/>
              <w:rPr>
                <w:rFonts w:hint="eastAsia"/>
              </w:rPr>
            </w:pPr>
            <w:r>
              <w:rPr>
                <w:sz w:val="18"/>
              </w:rPr>
              <w:t>_____________________</w:t>
            </w:r>
          </w:p>
        </w:tc>
      </w:tr>
    </w:tbl>
    <w:p w14:paraId="4D1C7231" w14:textId="77777777" w:rsidR="00D93F19" w:rsidRDefault="00D93F19">
      <w:pPr>
        <w:spacing w:after="0" w:line="20" w:lineRule="exact"/>
        <w:rPr>
          <w:rFonts w:hint="eastAsia"/>
        </w:rPr>
      </w:pPr>
    </w:p>
    <w:p w14:paraId="5755ACF2" w14:textId="77777777" w:rsidR="00D93F19" w:rsidRDefault="00000000">
      <w:pPr>
        <w:pStyle w:val="Small"/>
        <w:rPr>
          <w:rFonts w:hint="eastAsia"/>
        </w:rPr>
      </w:pPr>
      <w:r>
        <w:t>La firma di presenza non sostituisce la formazione o l’addestramento richiesti per mansione, attrezzatura o attività. Identificarne separatamente i requisiti e le evidenze pertinenti.</w:t>
      </w:r>
    </w:p>
    <w:p w14:paraId="0CD8B661" w14:textId="77777777" w:rsidR="00D93F19" w:rsidRDefault="00D93F19">
      <w:pPr>
        <w:spacing w:after="0" w:line="20" w:lineRule="exact"/>
        <w:rPr>
          <w:rFonts w:hint="eastAsia"/>
        </w:rPr>
        <w:sectPr w:rsidR="00D93F19">
          <w:pgSz w:w="11906" w:h="16838"/>
          <w:pgMar w:top="964" w:right="1020" w:bottom="879" w:left="1020" w:header="397" w:footer="397" w:gutter="0"/>
          <w:cols w:space="720"/>
          <w:docGrid w:linePitch="360"/>
        </w:sectPr>
      </w:pPr>
    </w:p>
    <w:p w14:paraId="70D96161" w14:textId="77777777" w:rsidR="00D93F19" w:rsidRDefault="00000000">
      <w:pPr>
        <w:pStyle w:val="Kicker"/>
        <w:rPr>
          <w:rFonts w:hint="eastAsia"/>
        </w:rPr>
      </w:pPr>
      <w:r>
        <w:t>ALLEGATO OPERATIVO • MODELLO AZIENDALE</w:t>
      </w:r>
    </w:p>
    <w:p w14:paraId="5E79C4A4" w14:textId="77777777" w:rsidR="00D93F19" w:rsidRDefault="00000000">
      <w:pPr>
        <w:pStyle w:val="Titolo1"/>
      </w:pPr>
      <w:bookmarkStart w:id="59" w:name="P60"/>
      <w:r>
        <w:t>A19 | Registro di controllo e scadenzario</w:t>
      </w:r>
      <w:bookmarkEnd w:id="59"/>
    </w:p>
    <w:p w14:paraId="0079B1E8" w14:textId="77777777" w:rsidR="00D93F19" w:rsidRDefault="00000000">
      <w:pPr>
        <w:pStyle w:val="Small"/>
        <w:rPr>
          <w:rFonts w:hint="eastAsia"/>
        </w:rPr>
      </w:pPr>
      <w:r>
        <w:t>Pratica n. __________________  |  Macchina / matricola __________________  |  Data __________</w:t>
      </w:r>
    </w:p>
    <w:p w14:paraId="57AABB17" w14:textId="77777777" w:rsidR="00D93F19" w:rsidRDefault="00000000">
      <w:pPr>
        <w:pStyle w:val="Small"/>
        <w:rPr>
          <w:rFonts w:hint="eastAsia"/>
        </w:rPr>
      </w:pPr>
      <w:r>
        <w:t>F: INAIL 2026, pp. 12–13. O: raccordo fra intervento e programmazione successiva.</w:t>
      </w:r>
    </w:p>
    <w:p w14:paraId="4BD848D5" w14:textId="77777777" w:rsidR="00D93F19" w:rsidRDefault="00000000">
      <w:pPr>
        <w:pStyle w:val="Titolo2"/>
      </w:pPr>
      <w:r>
        <w:t>Registrazione dell’intervento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417"/>
        <w:gridCol w:w="4989"/>
        <w:gridCol w:w="3061"/>
        <w:gridCol w:w="2665"/>
        <w:gridCol w:w="2665"/>
      </w:tblGrid>
      <w:tr w:rsidR="00D93F19" w14:paraId="22E208ED" w14:textId="77777777">
        <w:trPr>
          <w:cantSplit/>
          <w:tblHeader/>
          <w:jc w:val="center"/>
        </w:trPr>
        <w:tc>
          <w:tcPr>
            <w:tcW w:w="1417" w:type="dxa"/>
            <w:shd w:val="clear" w:color="auto" w:fill="15344B"/>
            <w:vAlign w:val="center"/>
          </w:tcPr>
          <w:p w14:paraId="436EF2C3" w14:textId="77777777" w:rsidR="00D93F19" w:rsidRDefault="00000000">
            <w:pPr>
              <w:pStyle w:val="TableText"/>
              <w:spacing w:after="30" w:line="245" w:lineRule="auto"/>
              <w:rPr>
                <w:rFonts w:hint="eastAsia"/>
              </w:rPr>
            </w:pPr>
            <w:r>
              <w:rPr>
                <w:b/>
                <w:color w:val="FFFFFF"/>
                <w:sz w:val="18"/>
              </w:rPr>
              <w:t>DATA</w:t>
            </w:r>
          </w:p>
        </w:tc>
        <w:tc>
          <w:tcPr>
            <w:tcW w:w="4989" w:type="dxa"/>
            <w:shd w:val="clear" w:color="auto" w:fill="15344B"/>
            <w:vAlign w:val="center"/>
          </w:tcPr>
          <w:p w14:paraId="12640573" w14:textId="77777777" w:rsidR="00D93F19" w:rsidRDefault="00000000">
            <w:pPr>
              <w:pStyle w:val="TableText"/>
              <w:spacing w:after="30" w:line="245" w:lineRule="auto"/>
              <w:rPr>
                <w:rFonts w:hint="eastAsia"/>
              </w:rPr>
            </w:pPr>
            <w:r>
              <w:rPr>
                <w:b/>
                <w:color w:val="FFFFFF"/>
                <w:sz w:val="18"/>
              </w:rPr>
              <w:t>DESCRIZIONE OPERAZIONI</w:t>
            </w:r>
          </w:p>
        </w:tc>
        <w:tc>
          <w:tcPr>
            <w:tcW w:w="3061" w:type="dxa"/>
            <w:shd w:val="clear" w:color="auto" w:fill="15344B"/>
            <w:vAlign w:val="center"/>
          </w:tcPr>
          <w:p w14:paraId="2231C1C1" w14:textId="77777777" w:rsidR="00D93F19" w:rsidRDefault="00000000">
            <w:pPr>
              <w:pStyle w:val="TableText"/>
              <w:spacing w:after="30" w:line="245" w:lineRule="auto"/>
              <w:rPr>
                <w:rFonts w:hint="eastAsia"/>
              </w:rPr>
            </w:pPr>
            <w:r>
              <w:rPr>
                <w:b/>
                <w:color w:val="FFFFFF"/>
                <w:sz w:val="18"/>
              </w:rPr>
              <w:t>ESITO TEST / RAPPORTO</w:t>
            </w:r>
          </w:p>
        </w:tc>
        <w:tc>
          <w:tcPr>
            <w:tcW w:w="2665" w:type="dxa"/>
            <w:shd w:val="clear" w:color="auto" w:fill="15344B"/>
            <w:vAlign w:val="center"/>
          </w:tcPr>
          <w:p w14:paraId="69E2CCB2" w14:textId="77777777" w:rsidR="00D93F19" w:rsidRDefault="00000000">
            <w:pPr>
              <w:pStyle w:val="TableText"/>
              <w:spacing w:after="30" w:line="245" w:lineRule="auto"/>
              <w:rPr>
                <w:rFonts w:hint="eastAsia"/>
              </w:rPr>
            </w:pPr>
            <w:r>
              <w:rPr>
                <w:b/>
                <w:color w:val="FFFFFF"/>
                <w:sz w:val="18"/>
              </w:rPr>
              <w:t>INCARICATO E FIRMA</w:t>
            </w:r>
          </w:p>
        </w:tc>
        <w:tc>
          <w:tcPr>
            <w:tcW w:w="2665" w:type="dxa"/>
            <w:shd w:val="clear" w:color="auto" w:fill="15344B"/>
            <w:vAlign w:val="center"/>
          </w:tcPr>
          <w:p w14:paraId="3CD3C2B9" w14:textId="77777777" w:rsidR="00D93F19" w:rsidRDefault="00000000">
            <w:pPr>
              <w:pStyle w:val="TableText"/>
              <w:spacing w:after="30" w:line="245" w:lineRule="auto"/>
              <w:rPr>
                <w:rFonts w:hint="eastAsia"/>
              </w:rPr>
            </w:pPr>
            <w:r>
              <w:rPr>
                <w:b/>
                <w:color w:val="FFFFFF"/>
                <w:sz w:val="18"/>
              </w:rPr>
              <w:t>PRATICA / DOCUMENTI COLLEGATI</w:t>
            </w:r>
          </w:p>
        </w:tc>
      </w:tr>
      <w:tr w:rsidR="00D93F19" w14:paraId="2446C5ED" w14:textId="77777777">
        <w:trPr>
          <w:cantSplit/>
          <w:trHeight w:val="624"/>
          <w:jc w:val="center"/>
        </w:trPr>
        <w:tc>
          <w:tcPr>
            <w:tcW w:w="1417" w:type="dxa"/>
            <w:shd w:val="clear" w:color="auto" w:fill="F2F6F8"/>
            <w:vAlign w:val="center"/>
          </w:tcPr>
          <w:p w14:paraId="547D3E25" w14:textId="77777777" w:rsidR="00D93F19" w:rsidRDefault="00D93F19">
            <w:pPr>
              <w:pStyle w:val="TableText"/>
              <w:spacing w:after="30" w:line="245" w:lineRule="auto"/>
              <w:rPr>
                <w:rFonts w:hint="eastAsia"/>
              </w:rPr>
            </w:pPr>
          </w:p>
        </w:tc>
        <w:tc>
          <w:tcPr>
            <w:tcW w:w="4989" w:type="dxa"/>
            <w:shd w:val="clear" w:color="auto" w:fill="F2F6F8"/>
            <w:vAlign w:val="center"/>
          </w:tcPr>
          <w:p w14:paraId="63C5E74F" w14:textId="77777777" w:rsidR="00D93F19" w:rsidRDefault="00D93F19">
            <w:pPr>
              <w:pStyle w:val="TableText"/>
              <w:spacing w:after="30" w:line="245" w:lineRule="auto"/>
              <w:rPr>
                <w:rFonts w:hint="eastAsia"/>
              </w:rPr>
            </w:pPr>
          </w:p>
        </w:tc>
        <w:tc>
          <w:tcPr>
            <w:tcW w:w="3061" w:type="dxa"/>
            <w:shd w:val="clear" w:color="auto" w:fill="F2F6F8"/>
            <w:vAlign w:val="center"/>
          </w:tcPr>
          <w:p w14:paraId="3A47A1AF" w14:textId="77777777" w:rsidR="00D93F19" w:rsidRDefault="00D93F19">
            <w:pPr>
              <w:pStyle w:val="TableText"/>
              <w:spacing w:after="30" w:line="245" w:lineRule="auto"/>
              <w:rPr>
                <w:rFonts w:hint="eastAsia"/>
              </w:rPr>
            </w:pPr>
          </w:p>
        </w:tc>
        <w:tc>
          <w:tcPr>
            <w:tcW w:w="2665" w:type="dxa"/>
            <w:shd w:val="clear" w:color="auto" w:fill="F2F6F8"/>
            <w:vAlign w:val="center"/>
          </w:tcPr>
          <w:p w14:paraId="69128433" w14:textId="77777777" w:rsidR="00D93F19" w:rsidRDefault="00D93F19">
            <w:pPr>
              <w:pStyle w:val="TableText"/>
              <w:spacing w:after="30" w:line="245" w:lineRule="auto"/>
              <w:rPr>
                <w:rFonts w:hint="eastAsia"/>
              </w:rPr>
            </w:pPr>
          </w:p>
        </w:tc>
        <w:tc>
          <w:tcPr>
            <w:tcW w:w="2665" w:type="dxa"/>
            <w:shd w:val="clear" w:color="auto" w:fill="F2F6F8"/>
            <w:vAlign w:val="center"/>
          </w:tcPr>
          <w:p w14:paraId="06667943" w14:textId="77777777" w:rsidR="00D93F19" w:rsidRDefault="00D93F19">
            <w:pPr>
              <w:pStyle w:val="TableText"/>
              <w:spacing w:after="30" w:line="245" w:lineRule="auto"/>
              <w:rPr>
                <w:rFonts w:hint="eastAsia"/>
              </w:rPr>
            </w:pPr>
          </w:p>
        </w:tc>
      </w:tr>
      <w:tr w:rsidR="00D93F19" w14:paraId="3444B60B" w14:textId="77777777">
        <w:trPr>
          <w:cantSplit/>
          <w:trHeight w:val="624"/>
          <w:jc w:val="center"/>
        </w:trPr>
        <w:tc>
          <w:tcPr>
            <w:tcW w:w="1417" w:type="dxa"/>
            <w:vAlign w:val="center"/>
          </w:tcPr>
          <w:p w14:paraId="4A23CC9F" w14:textId="77777777" w:rsidR="00D93F19" w:rsidRDefault="00D93F19">
            <w:pPr>
              <w:pStyle w:val="TableText"/>
              <w:spacing w:after="30" w:line="245" w:lineRule="auto"/>
              <w:rPr>
                <w:rFonts w:hint="eastAsia"/>
              </w:rPr>
            </w:pPr>
          </w:p>
        </w:tc>
        <w:tc>
          <w:tcPr>
            <w:tcW w:w="4989" w:type="dxa"/>
            <w:vAlign w:val="center"/>
          </w:tcPr>
          <w:p w14:paraId="5A6DBA17" w14:textId="77777777" w:rsidR="00D93F19" w:rsidRDefault="00D93F19">
            <w:pPr>
              <w:pStyle w:val="TableText"/>
              <w:spacing w:after="30" w:line="245" w:lineRule="auto"/>
              <w:rPr>
                <w:rFonts w:hint="eastAsia"/>
              </w:rPr>
            </w:pPr>
          </w:p>
        </w:tc>
        <w:tc>
          <w:tcPr>
            <w:tcW w:w="3061" w:type="dxa"/>
            <w:vAlign w:val="center"/>
          </w:tcPr>
          <w:p w14:paraId="3E88E563" w14:textId="77777777" w:rsidR="00D93F19" w:rsidRDefault="00D93F19">
            <w:pPr>
              <w:pStyle w:val="TableText"/>
              <w:spacing w:after="30" w:line="245" w:lineRule="auto"/>
              <w:rPr>
                <w:rFonts w:hint="eastAsia"/>
              </w:rPr>
            </w:pPr>
          </w:p>
        </w:tc>
        <w:tc>
          <w:tcPr>
            <w:tcW w:w="2665" w:type="dxa"/>
            <w:vAlign w:val="center"/>
          </w:tcPr>
          <w:p w14:paraId="24D4E96C" w14:textId="77777777" w:rsidR="00D93F19" w:rsidRDefault="00D93F19">
            <w:pPr>
              <w:pStyle w:val="TableText"/>
              <w:spacing w:after="30" w:line="245" w:lineRule="auto"/>
              <w:rPr>
                <w:rFonts w:hint="eastAsia"/>
              </w:rPr>
            </w:pPr>
          </w:p>
        </w:tc>
        <w:tc>
          <w:tcPr>
            <w:tcW w:w="2665" w:type="dxa"/>
            <w:vAlign w:val="center"/>
          </w:tcPr>
          <w:p w14:paraId="170BA1A3" w14:textId="77777777" w:rsidR="00D93F19" w:rsidRDefault="00D93F19">
            <w:pPr>
              <w:pStyle w:val="TableText"/>
              <w:spacing w:after="30" w:line="245" w:lineRule="auto"/>
              <w:rPr>
                <w:rFonts w:hint="eastAsia"/>
              </w:rPr>
            </w:pPr>
          </w:p>
        </w:tc>
      </w:tr>
      <w:tr w:rsidR="00D93F19" w14:paraId="40F330CE" w14:textId="77777777">
        <w:trPr>
          <w:cantSplit/>
          <w:trHeight w:val="624"/>
          <w:jc w:val="center"/>
        </w:trPr>
        <w:tc>
          <w:tcPr>
            <w:tcW w:w="1417" w:type="dxa"/>
            <w:shd w:val="clear" w:color="auto" w:fill="F2F6F8"/>
            <w:vAlign w:val="center"/>
          </w:tcPr>
          <w:p w14:paraId="4B0896F1" w14:textId="77777777" w:rsidR="00D93F19" w:rsidRDefault="00D93F19">
            <w:pPr>
              <w:pStyle w:val="TableText"/>
              <w:spacing w:after="30" w:line="245" w:lineRule="auto"/>
              <w:rPr>
                <w:rFonts w:hint="eastAsia"/>
              </w:rPr>
            </w:pPr>
          </w:p>
        </w:tc>
        <w:tc>
          <w:tcPr>
            <w:tcW w:w="4989" w:type="dxa"/>
            <w:shd w:val="clear" w:color="auto" w:fill="F2F6F8"/>
            <w:vAlign w:val="center"/>
          </w:tcPr>
          <w:p w14:paraId="23937850" w14:textId="77777777" w:rsidR="00D93F19" w:rsidRDefault="00D93F19">
            <w:pPr>
              <w:pStyle w:val="TableText"/>
              <w:spacing w:after="30" w:line="245" w:lineRule="auto"/>
              <w:rPr>
                <w:rFonts w:hint="eastAsia"/>
              </w:rPr>
            </w:pPr>
          </w:p>
        </w:tc>
        <w:tc>
          <w:tcPr>
            <w:tcW w:w="3061" w:type="dxa"/>
            <w:shd w:val="clear" w:color="auto" w:fill="F2F6F8"/>
            <w:vAlign w:val="center"/>
          </w:tcPr>
          <w:p w14:paraId="6B7B69F4" w14:textId="77777777" w:rsidR="00D93F19" w:rsidRDefault="00D93F19">
            <w:pPr>
              <w:pStyle w:val="TableText"/>
              <w:spacing w:after="30" w:line="245" w:lineRule="auto"/>
              <w:rPr>
                <w:rFonts w:hint="eastAsia"/>
              </w:rPr>
            </w:pPr>
          </w:p>
        </w:tc>
        <w:tc>
          <w:tcPr>
            <w:tcW w:w="2665" w:type="dxa"/>
            <w:shd w:val="clear" w:color="auto" w:fill="F2F6F8"/>
            <w:vAlign w:val="center"/>
          </w:tcPr>
          <w:p w14:paraId="789CAE1F" w14:textId="77777777" w:rsidR="00D93F19" w:rsidRDefault="00D93F19">
            <w:pPr>
              <w:pStyle w:val="TableText"/>
              <w:spacing w:after="30" w:line="245" w:lineRule="auto"/>
              <w:rPr>
                <w:rFonts w:hint="eastAsia"/>
              </w:rPr>
            </w:pPr>
          </w:p>
        </w:tc>
        <w:tc>
          <w:tcPr>
            <w:tcW w:w="2665" w:type="dxa"/>
            <w:shd w:val="clear" w:color="auto" w:fill="F2F6F8"/>
            <w:vAlign w:val="center"/>
          </w:tcPr>
          <w:p w14:paraId="2DD0DE76" w14:textId="77777777" w:rsidR="00D93F19" w:rsidRDefault="00D93F19">
            <w:pPr>
              <w:pStyle w:val="TableText"/>
              <w:spacing w:after="30" w:line="245" w:lineRule="auto"/>
              <w:rPr>
                <w:rFonts w:hint="eastAsia"/>
              </w:rPr>
            </w:pPr>
          </w:p>
        </w:tc>
      </w:tr>
    </w:tbl>
    <w:p w14:paraId="4CA423CE" w14:textId="77777777" w:rsidR="00D93F19" w:rsidRDefault="00D93F19">
      <w:pPr>
        <w:spacing w:after="0" w:line="20" w:lineRule="exact"/>
        <w:rPr>
          <w:rFonts w:hint="eastAsia"/>
        </w:rPr>
      </w:pPr>
    </w:p>
    <w:p w14:paraId="4FFE6EED" w14:textId="77777777" w:rsidR="00D93F19" w:rsidRDefault="00000000">
      <w:pPr>
        <w:pStyle w:val="Titolo2"/>
      </w:pPr>
      <w:r>
        <w:t>Scadenzario – mantenere distinte le attività</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35"/>
        <w:gridCol w:w="2948"/>
        <w:gridCol w:w="2835"/>
        <w:gridCol w:w="2324"/>
        <w:gridCol w:w="1928"/>
        <w:gridCol w:w="1928"/>
      </w:tblGrid>
      <w:tr w:rsidR="00D93F19" w14:paraId="11C9CFBD" w14:textId="77777777">
        <w:trPr>
          <w:cantSplit/>
          <w:tblHeader/>
          <w:jc w:val="center"/>
        </w:trPr>
        <w:tc>
          <w:tcPr>
            <w:tcW w:w="2835" w:type="dxa"/>
            <w:shd w:val="clear" w:color="auto" w:fill="15344B"/>
            <w:vAlign w:val="center"/>
          </w:tcPr>
          <w:p w14:paraId="6EF252CF" w14:textId="77777777" w:rsidR="00D93F19" w:rsidRDefault="00000000">
            <w:pPr>
              <w:pStyle w:val="TableText"/>
              <w:spacing w:after="30" w:line="245" w:lineRule="auto"/>
              <w:rPr>
                <w:rFonts w:hint="eastAsia"/>
              </w:rPr>
            </w:pPr>
            <w:r>
              <w:rPr>
                <w:b/>
                <w:color w:val="FFFFFF"/>
                <w:sz w:val="17"/>
              </w:rPr>
              <w:t>OGGETTO / ATTIVITÀ</w:t>
            </w:r>
          </w:p>
        </w:tc>
        <w:tc>
          <w:tcPr>
            <w:tcW w:w="2948" w:type="dxa"/>
            <w:shd w:val="clear" w:color="auto" w:fill="15344B"/>
            <w:vAlign w:val="center"/>
          </w:tcPr>
          <w:p w14:paraId="615FD1CC" w14:textId="77777777" w:rsidR="00D93F19" w:rsidRDefault="00000000">
            <w:pPr>
              <w:pStyle w:val="TableText"/>
              <w:spacing w:after="30" w:line="245" w:lineRule="auto"/>
              <w:rPr>
                <w:rFonts w:hint="eastAsia"/>
              </w:rPr>
            </w:pPr>
            <w:r>
              <w:rPr>
                <w:b/>
                <w:color w:val="FFFFFF"/>
                <w:sz w:val="17"/>
              </w:rPr>
              <w:t>TIPO: MANUTENZIONE, CONTROLLO O VERIFICA</w:t>
            </w:r>
          </w:p>
        </w:tc>
        <w:tc>
          <w:tcPr>
            <w:tcW w:w="2835" w:type="dxa"/>
            <w:shd w:val="clear" w:color="auto" w:fill="15344B"/>
            <w:vAlign w:val="center"/>
          </w:tcPr>
          <w:p w14:paraId="34007007" w14:textId="77777777" w:rsidR="00D93F19" w:rsidRDefault="00000000">
            <w:pPr>
              <w:pStyle w:val="TableText"/>
              <w:spacing w:after="30" w:line="245" w:lineRule="auto"/>
              <w:rPr>
                <w:rFonts w:hint="eastAsia"/>
              </w:rPr>
            </w:pPr>
            <w:r>
              <w:rPr>
                <w:b/>
                <w:color w:val="FFFFFF"/>
                <w:sz w:val="17"/>
              </w:rPr>
              <w:t>FONTE DELLA SCADENZA</w:t>
            </w:r>
          </w:p>
        </w:tc>
        <w:tc>
          <w:tcPr>
            <w:tcW w:w="2324" w:type="dxa"/>
            <w:shd w:val="clear" w:color="auto" w:fill="15344B"/>
            <w:vAlign w:val="center"/>
          </w:tcPr>
          <w:p w14:paraId="0FD68C1F" w14:textId="77777777" w:rsidR="00D93F19" w:rsidRDefault="00000000">
            <w:pPr>
              <w:pStyle w:val="TableText"/>
              <w:spacing w:after="30" w:line="245" w:lineRule="auto"/>
              <w:rPr>
                <w:rFonts w:hint="eastAsia"/>
              </w:rPr>
            </w:pPr>
            <w:r>
              <w:rPr>
                <w:b/>
                <w:color w:val="FFFFFF"/>
                <w:sz w:val="17"/>
              </w:rPr>
              <w:t>ULTIMO ESITO / DATA</w:t>
            </w:r>
          </w:p>
        </w:tc>
        <w:tc>
          <w:tcPr>
            <w:tcW w:w="1928" w:type="dxa"/>
            <w:shd w:val="clear" w:color="auto" w:fill="15344B"/>
            <w:vAlign w:val="center"/>
          </w:tcPr>
          <w:p w14:paraId="34CA30FE" w14:textId="77777777" w:rsidR="00D93F19" w:rsidRDefault="00000000">
            <w:pPr>
              <w:pStyle w:val="TableText"/>
              <w:spacing w:after="30" w:line="245" w:lineRule="auto"/>
              <w:rPr>
                <w:rFonts w:hint="eastAsia"/>
              </w:rPr>
            </w:pPr>
            <w:r>
              <w:rPr>
                <w:b/>
                <w:color w:val="FFFFFF"/>
                <w:sz w:val="17"/>
              </w:rPr>
              <w:t>PROSSIMA SCADENZA</w:t>
            </w:r>
          </w:p>
        </w:tc>
        <w:tc>
          <w:tcPr>
            <w:tcW w:w="1928" w:type="dxa"/>
            <w:shd w:val="clear" w:color="auto" w:fill="15344B"/>
            <w:vAlign w:val="center"/>
          </w:tcPr>
          <w:p w14:paraId="4BC64ECC" w14:textId="77777777" w:rsidR="00D93F19" w:rsidRDefault="00000000">
            <w:pPr>
              <w:pStyle w:val="TableText"/>
              <w:spacing w:after="30" w:line="245" w:lineRule="auto"/>
              <w:rPr>
                <w:rFonts w:hint="eastAsia"/>
              </w:rPr>
            </w:pPr>
            <w:r>
              <w:rPr>
                <w:b/>
                <w:color w:val="FFFFFF"/>
                <w:sz w:val="17"/>
              </w:rPr>
              <w:t>RESPONSABILE</w:t>
            </w:r>
          </w:p>
        </w:tc>
      </w:tr>
      <w:tr w:rsidR="00D93F19" w14:paraId="5861C714" w14:textId="77777777">
        <w:trPr>
          <w:cantSplit/>
          <w:trHeight w:val="567"/>
          <w:jc w:val="center"/>
        </w:trPr>
        <w:tc>
          <w:tcPr>
            <w:tcW w:w="2835" w:type="dxa"/>
            <w:shd w:val="clear" w:color="auto" w:fill="F2F6F8"/>
            <w:vAlign w:val="center"/>
          </w:tcPr>
          <w:p w14:paraId="06334128" w14:textId="77777777" w:rsidR="00D93F19" w:rsidRDefault="00D93F19">
            <w:pPr>
              <w:pStyle w:val="TableText"/>
              <w:spacing w:after="30" w:line="245" w:lineRule="auto"/>
              <w:rPr>
                <w:rFonts w:hint="eastAsia"/>
              </w:rPr>
            </w:pPr>
          </w:p>
        </w:tc>
        <w:tc>
          <w:tcPr>
            <w:tcW w:w="2948" w:type="dxa"/>
            <w:shd w:val="clear" w:color="auto" w:fill="F2F6F8"/>
            <w:vAlign w:val="center"/>
          </w:tcPr>
          <w:p w14:paraId="7757578C" w14:textId="77777777" w:rsidR="00D93F19" w:rsidRDefault="00D93F19">
            <w:pPr>
              <w:pStyle w:val="TableText"/>
              <w:spacing w:after="30" w:line="245" w:lineRule="auto"/>
              <w:rPr>
                <w:rFonts w:hint="eastAsia"/>
              </w:rPr>
            </w:pPr>
          </w:p>
        </w:tc>
        <w:tc>
          <w:tcPr>
            <w:tcW w:w="2835" w:type="dxa"/>
            <w:shd w:val="clear" w:color="auto" w:fill="F2F6F8"/>
            <w:vAlign w:val="center"/>
          </w:tcPr>
          <w:p w14:paraId="6CC682A7" w14:textId="77777777" w:rsidR="00D93F19" w:rsidRDefault="00D93F19">
            <w:pPr>
              <w:pStyle w:val="TableText"/>
              <w:spacing w:after="30" w:line="245" w:lineRule="auto"/>
              <w:rPr>
                <w:rFonts w:hint="eastAsia"/>
              </w:rPr>
            </w:pPr>
          </w:p>
        </w:tc>
        <w:tc>
          <w:tcPr>
            <w:tcW w:w="2324" w:type="dxa"/>
            <w:shd w:val="clear" w:color="auto" w:fill="F2F6F8"/>
            <w:vAlign w:val="center"/>
          </w:tcPr>
          <w:p w14:paraId="168F36FC" w14:textId="77777777" w:rsidR="00D93F19" w:rsidRDefault="00D93F19">
            <w:pPr>
              <w:pStyle w:val="TableText"/>
              <w:spacing w:after="30" w:line="245" w:lineRule="auto"/>
              <w:rPr>
                <w:rFonts w:hint="eastAsia"/>
              </w:rPr>
            </w:pPr>
          </w:p>
        </w:tc>
        <w:tc>
          <w:tcPr>
            <w:tcW w:w="1928" w:type="dxa"/>
            <w:shd w:val="clear" w:color="auto" w:fill="F2F6F8"/>
            <w:vAlign w:val="center"/>
          </w:tcPr>
          <w:p w14:paraId="0F3D0DD5" w14:textId="77777777" w:rsidR="00D93F19" w:rsidRDefault="00D93F19">
            <w:pPr>
              <w:pStyle w:val="TableText"/>
              <w:spacing w:after="30" w:line="245" w:lineRule="auto"/>
              <w:rPr>
                <w:rFonts w:hint="eastAsia"/>
              </w:rPr>
            </w:pPr>
          </w:p>
        </w:tc>
        <w:tc>
          <w:tcPr>
            <w:tcW w:w="1928" w:type="dxa"/>
            <w:shd w:val="clear" w:color="auto" w:fill="F2F6F8"/>
            <w:vAlign w:val="center"/>
          </w:tcPr>
          <w:p w14:paraId="34486545" w14:textId="77777777" w:rsidR="00D93F19" w:rsidRDefault="00D93F19">
            <w:pPr>
              <w:pStyle w:val="TableText"/>
              <w:spacing w:after="30" w:line="245" w:lineRule="auto"/>
              <w:rPr>
                <w:rFonts w:hint="eastAsia"/>
              </w:rPr>
            </w:pPr>
          </w:p>
        </w:tc>
      </w:tr>
      <w:tr w:rsidR="00D93F19" w14:paraId="6108E4DB" w14:textId="77777777">
        <w:trPr>
          <w:cantSplit/>
          <w:trHeight w:val="567"/>
          <w:jc w:val="center"/>
        </w:trPr>
        <w:tc>
          <w:tcPr>
            <w:tcW w:w="2835" w:type="dxa"/>
            <w:vAlign w:val="center"/>
          </w:tcPr>
          <w:p w14:paraId="3A1F4141" w14:textId="77777777" w:rsidR="00D93F19" w:rsidRDefault="00D93F19">
            <w:pPr>
              <w:pStyle w:val="TableText"/>
              <w:spacing w:after="30" w:line="245" w:lineRule="auto"/>
              <w:rPr>
                <w:rFonts w:hint="eastAsia"/>
              </w:rPr>
            </w:pPr>
          </w:p>
        </w:tc>
        <w:tc>
          <w:tcPr>
            <w:tcW w:w="2948" w:type="dxa"/>
            <w:vAlign w:val="center"/>
          </w:tcPr>
          <w:p w14:paraId="5C171F2C" w14:textId="77777777" w:rsidR="00D93F19" w:rsidRDefault="00D93F19">
            <w:pPr>
              <w:pStyle w:val="TableText"/>
              <w:spacing w:after="30" w:line="245" w:lineRule="auto"/>
              <w:rPr>
                <w:rFonts w:hint="eastAsia"/>
              </w:rPr>
            </w:pPr>
          </w:p>
        </w:tc>
        <w:tc>
          <w:tcPr>
            <w:tcW w:w="2835" w:type="dxa"/>
            <w:vAlign w:val="center"/>
          </w:tcPr>
          <w:p w14:paraId="7E13BC8A" w14:textId="77777777" w:rsidR="00D93F19" w:rsidRDefault="00D93F19">
            <w:pPr>
              <w:pStyle w:val="TableText"/>
              <w:spacing w:after="30" w:line="245" w:lineRule="auto"/>
              <w:rPr>
                <w:rFonts w:hint="eastAsia"/>
              </w:rPr>
            </w:pPr>
          </w:p>
        </w:tc>
        <w:tc>
          <w:tcPr>
            <w:tcW w:w="2324" w:type="dxa"/>
            <w:vAlign w:val="center"/>
          </w:tcPr>
          <w:p w14:paraId="5634E701" w14:textId="77777777" w:rsidR="00D93F19" w:rsidRDefault="00D93F19">
            <w:pPr>
              <w:pStyle w:val="TableText"/>
              <w:spacing w:after="30" w:line="245" w:lineRule="auto"/>
              <w:rPr>
                <w:rFonts w:hint="eastAsia"/>
              </w:rPr>
            </w:pPr>
          </w:p>
        </w:tc>
        <w:tc>
          <w:tcPr>
            <w:tcW w:w="1928" w:type="dxa"/>
            <w:vAlign w:val="center"/>
          </w:tcPr>
          <w:p w14:paraId="468EE85B" w14:textId="77777777" w:rsidR="00D93F19" w:rsidRDefault="00D93F19">
            <w:pPr>
              <w:pStyle w:val="TableText"/>
              <w:spacing w:after="30" w:line="245" w:lineRule="auto"/>
              <w:rPr>
                <w:rFonts w:hint="eastAsia"/>
              </w:rPr>
            </w:pPr>
          </w:p>
        </w:tc>
        <w:tc>
          <w:tcPr>
            <w:tcW w:w="1928" w:type="dxa"/>
            <w:vAlign w:val="center"/>
          </w:tcPr>
          <w:p w14:paraId="7374C079" w14:textId="77777777" w:rsidR="00D93F19" w:rsidRDefault="00D93F19">
            <w:pPr>
              <w:pStyle w:val="TableText"/>
              <w:spacing w:after="30" w:line="245" w:lineRule="auto"/>
              <w:rPr>
                <w:rFonts w:hint="eastAsia"/>
              </w:rPr>
            </w:pPr>
          </w:p>
        </w:tc>
      </w:tr>
      <w:tr w:rsidR="00D93F19" w14:paraId="3C3E7328" w14:textId="77777777">
        <w:trPr>
          <w:cantSplit/>
          <w:trHeight w:val="567"/>
          <w:jc w:val="center"/>
        </w:trPr>
        <w:tc>
          <w:tcPr>
            <w:tcW w:w="2835" w:type="dxa"/>
            <w:shd w:val="clear" w:color="auto" w:fill="F2F6F8"/>
            <w:vAlign w:val="center"/>
          </w:tcPr>
          <w:p w14:paraId="2D408BFD" w14:textId="77777777" w:rsidR="00D93F19" w:rsidRDefault="00D93F19">
            <w:pPr>
              <w:pStyle w:val="TableText"/>
              <w:spacing w:after="30" w:line="245" w:lineRule="auto"/>
              <w:rPr>
                <w:rFonts w:hint="eastAsia"/>
              </w:rPr>
            </w:pPr>
          </w:p>
        </w:tc>
        <w:tc>
          <w:tcPr>
            <w:tcW w:w="2948" w:type="dxa"/>
            <w:shd w:val="clear" w:color="auto" w:fill="F2F6F8"/>
            <w:vAlign w:val="center"/>
          </w:tcPr>
          <w:p w14:paraId="20472801" w14:textId="77777777" w:rsidR="00D93F19" w:rsidRDefault="00D93F19">
            <w:pPr>
              <w:pStyle w:val="TableText"/>
              <w:spacing w:after="30" w:line="245" w:lineRule="auto"/>
              <w:rPr>
                <w:rFonts w:hint="eastAsia"/>
              </w:rPr>
            </w:pPr>
          </w:p>
        </w:tc>
        <w:tc>
          <w:tcPr>
            <w:tcW w:w="2835" w:type="dxa"/>
            <w:shd w:val="clear" w:color="auto" w:fill="F2F6F8"/>
            <w:vAlign w:val="center"/>
          </w:tcPr>
          <w:p w14:paraId="64D65F97" w14:textId="77777777" w:rsidR="00D93F19" w:rsidRDefault="00D93F19">
            <w:pPr>
              <w:pStyle w:val="TableText"/>
              <w:spacing w:after="30" w:line="245" w:lineRule="auto"/>
              <w:rPr>
                <w:rFonts w:hint="eastAsia"/>
              </w:rPr>
            </w:pPr>
          </w:p>
        </w:tc>
        <w:tc>
          <w:tcPr>
            <w:tcW w:w="2324" w:type="dxa"/>
            <w:shd w:val="clear" w:color="auto" w:fill="F2F6F8"/>
            <w:vAlign w:val="center"/>
          </w:tcPr>
          <w:p w14:paraId="0F1E0AA9" w14:textId="77777777" w:rsidR="00D93F19" w:rsidRDefault="00D93F19">
            <w:pPr>
              <w:pStyle w:val="TableText"/>
              <w:spacing w:after="30" w:line="245" w:lineRule="auto"/>
              <w:rPr>
                <w:rFonts w:hint="eastAsia"/>
              </w:rPr>
            </w:pPr>
          </w:p>
        </w:tc>
        <w:tc>
          <w:tcPr>
            <w:tcW w:w="1928" w:type="dxa"/>
            <w:shd w:val="clear" w:color="auto" w:fill="F2F6F8"/>
            <w:vAlign w:val="center"/>
          </w:tcPr>
          <w:p w14:paraId="0E8BB0F7" w14:textId="77777777" w:rsidR="00D93F19" w:rsidRDefault="00D93F19">
            <w:pPr>
              <w:pStyle w:val="TableText"/>
              <w:spacing w:after="30" w:line="245" w:lineRule="auto"/>
              <w:rPr>
                <w:rFonts w:hint="eastAsia"/>
              </w:rPr>
            </w:pPr>
          </w:p>
        </w:tc>
        <w:tc>
          <w:tcPr>
            <w:tcW w:w="1928" w:type="dxa"/>
            <w:shd w:val="clear" w:color="auto" w:fill="F2F6F8"/>
            <w:vAlign w:val="center"/>
          </w:tcPr>
          <w:p w14:paraId="2010B6B8" w14:textId="77777777" w:rsidR="00D93F19" w:rsidRDefault="00D93F19">
            <w:pPr>
              <w:pStyle w:val="TableText"/>
              <w:spacing w:after="30" w:line="245" w:lineRule="auto"/>
              <w:rPr>
                <w:rFonts w:hint="eastAsia"/>
              </w:rPr>
            </w:pPr>
          </w:p>
        </w:tc>
      </w:tr>
      <w:tr w:rsidR="00D93F19" w14:paraId="6BC1D520" w14:textId="77777777">
        <w:trPr>
          <w:cantSplit/>
          <w:trHeight w:val="567"/>
          <w:jc w:val="center"/>
        </w:trPr>
        <w:tc>
          <w:tcPr>
            <w:tcW w:w="2835" w:type="dxa"/>
            <w:vAlign w:val="center"/>
          </w:tcPr>
          <w:p w14:paraId="42D495DB" w14:textId="77777777" w:rsidR="00D93F19" w:rsidRDefault="00D93F19">
            <w:pPr>
              <w:pStyle w:val="TableText"/>
              <w:spacing w:after="30" w:line="245" w:lineRule="auto"/>
              <w:rPr>
                <w:rFonts w:hint="eastAsia"/>
              </w:rPr>
            </w:pPr>
          </w:p>
        </w:tc>
        <w:tc>
          <w:tcPr>
            <w:tcW w:w="2948" w:type="dxa"/>
            <w:vAlign w:val="center"/>
          </w:tcPr>
          <w:p w14:paraId="7085C19B" w14:textId="77777777" w:rsidR="00D93F19" w:rsidRDefault="00D93F19">
            <w:pPr>
              <w:pStyle w:val="TableText"/>
              <w:spacing w:after="30" w:line="245" w:lineRule="auto"/>
              <w:rPr>
                <w:rFonts w:hint="eastAsia"/>
              </w:rPr>
            </w:pPr>
          </w:p>
        </w:tc>
        <w:tc>
          <w:tcPr>
            <w:tcW w:w="2835" w:type="dxa"/>
            <w:vAlign w:val="center"/>
          </w:tcPr>
          <w:p w14:paraId="56614959" w14:textId="77777777" w:rsidR="00D93F19" w:rsidRDefault="00D93F19">
            <w:pPr>
              <w:pStyle w:val="TableText"/>
              <w:spacing w:after="30" w:line="245" w:lineRule="auto"/>
              <w:rPr>
                <w:rFonts w:hint="eastAsia"/>
              </w:rPr>
            </w:pPr>
          </w:p>
        </w:tc>
        <w:tc>
          <w:tcPr>
            <w:tcW w:w="2324" w:type="dxa"/>
            <w:vAlign w:val="center"/>
          </w:tcPr>
          <w:p w14:paraId="6D47C6DA" w14:textId="77777777" w:rsidR="00D93F19" w:rsidRDefault="00D93F19">
            <w:pPr>
              <w:pStyle w:val="TableText"/>
              <w:spacing w:after="30" w:line="245" w:lineRule="auto"/>
              <w:rPr>
                <w:rFonts w:hint="eastAsia"/>
              </w:rPr>
            </w:pPr>
          </w:p>
        </w:tc>
        <w:tc>
          <w:tcPr>
            <w:tcW w:w="1928" w:type="dxa"/>
            <w:vAlign w:val="center"/>
          </w:tcPr>
          <w:p w14:paraId="75A48C22" w14:textId="77777777" w:rsidR="00D93F19" w:rsidRDefault="00D93F19">
            <w:pPr>
              <w:pStyle w:val="TableText"/>
              <w:spacing w:after="30" w:line="245" w:lineRule="auto"/>
              <w:rPr>
                <w:rFonts w:hint="eastAsia"/>
              </w:rPr>
            </w:pPr>
          </w:p>
        </w:tc>
        <w:tc>
          <w:tcPr>
            <w:tcW w:w="1928" w:type="dxa"/>
            <w:vAlign w:val="center"/>
          </w:tcPr>
          <w:p w14:paraId="44A0E6C4" w14:textId="77777777" w:rsidR="00D93F19" w:rsidRDefault="00D93F19">
            <w:pPr>
              <w:pStyle w:val="TableText"/>
              <w:spacing w:after="30" w:line="245" w:lineRule="auto"/>
              <w:rPr>
                <w:rFonts w:hint="eastAsia"/>
              </w:rPr>
            </w:pPr>
          </w:p>
        </w:tc>
      </w:tr>
    </w:tbl>
    <w:p w14:paraId="061A2A5C" w14:textId="77777777" w:rsidR="00D93F19" w:rsidRDefault="00D93F19">
      <w:pPr>
        <w:spacing w:after="0" w:line="20" w:lineRule="exact"/>
        <w:rPr>
          <w:rFonts w:hint="eastAsia"/>
        </w:rPr>
      </w:pPr>
    </w:p>
    <w:p w14:paraId="34D7B71B" w14:textId="77777777" w:rsidR="00D93F19" w:rsidRDefault="00000000">
      <w:pPr>
        <w:rPr>
          <w:rFonts w:hint="eastAsia"/>
        </w:rPr>
      </w:pPr>
      <w:r>
        <w:t>Criterio di assoggettamento a verifica periodica e documenti esaminati: _______________________________________________________________</w:t>
      </w:r>
      <w:r>
        <w:br/>
        <w:t>Eventuali comunicazioni / richieste / verbali e relative date: __________________________________________________________________________</w:t>
      </w:r>
      <w:r>
        <w:br/>
        <w:t>Aggiornamento del piano di manutenzione o controllo conseguente all’intervento: _______________________________________________________</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4798"/>
      </w:tblGrid>
      <w:tr w:rsidR="00D93F19" w14:paraId="3A2838D5" w14:textId="77777777">
        <w:trPr>
          <w:cantSplit/>
        </w:trPr>
        <w:tc>
          <w:tcPr>
            <w:tcW w:w="14798" w:type="dxa"/>
            <w:shd w:val="clear" w:color="auto" w:fill="FFF5E2"/>
            <w:vAlign w:val="center"/>
          </w:tcPr>
          <w:p w14:paraId="52985CAD" w14:textId="77777777" w:rsidR="00D93F19" w:rsidRDefault="00000000">
            <w:pPr>
              <w:pStyle w:val="TableText"/>
              <w:spacing w:after="30" w:line="245" w:lineRule="auto"/>
              <w:rPr>
                <w:rFonts w:hint="eastAsia"/>
              </w:rPr>
            </w:pPr>
            <w:r>
              <w:rPr>
                <w:color w:val="A53435"/>
              </w:rPr>
              <w:t>Non attribuire una periodicità unica a tutti gli apparecchi. Mantenere distinta la verifica periodica dal controllo manutentivo; non azzerare automaticamente età o scadenze a seguito della manutenzione straordinaria.</w:t>
            </w:r>
          </w:p>
        </w:tc>
      </w:tr>
    </w:tbl>
    <w:p w14:paraId="34191101" w14:textId="77777777" w:rsidR="00D93F19" w:rsidRDefault="00D93F19">
      <w:pPr>
        <w:spacing w:after="0" w:line="20" w:lineRule="exact"/>
        <w:rPr>
          <w:rFonts w:hint="eastAsia"/>
        </w:rPr>
      </w:pPr>
    </w:p>
    <w:p w14:paraId="40AE3419" w14:textId="77777777" w:rsidR="00D93F19" w:rsidRDefault="00D93F19">
      <w:pPr>
        <w:spacing w:after="0" w:line="20" w:lineRule="exact"/>
        <w:rPr>
          <w:rFonts w:hint="eastAsia"/>
        </w:rPr>
        <w:sectPr w:rsidR="00D93F19">
          <w:pgSz w:w="16838" w:h="11906" w:orient="landscape"/>
          <w:pgMar w:top="964" w:right="1020" w:bottom="879" w:left="1020" w:header="397" w:footer="397" w:gutter="0"/>
          <w:cols w:space="720"/>
          <w:docGrid w:linePitch="360"/>
        </w:sectPr>
      </w:pPr>
    </w:p>
    <w:p w14:paraId="761169A9" w14:textId="77777777" w:rsidR="00D93F19" w:rsidRDefault="00000000">
      <w:pPr>
        <w:pStyle w:val="Kicker"/>
        <w:rPr>
          <w:rFonts w:hint="eastAsia"/>
        </w:rPr>
      </w:pPr>
      <w:r>
        <w:t>ALLEGATO OPERATIVO • MODELLO AZIENDALE</w:t>
      </w:r>
    </w:p>
    <w:p w14:paraId="150F7CA5" w14:textId="77777777" w:rsidR="00D93F19" w:rsidRDefault="00000000">
      <w:pPr>
        <w:pStyle w:val="Titolo1"/>
      </w:pPr>
      <w:bookmarkStart w:id="60" w:name="P61"/>
      <w:r>
        <w:t>A20 | Indice del fascicolo e archiviazione</w:t>
      </w:r>
      <w:bookmarkEnd w:id="60"/>
    </w:p>
    <w:p w14:paraId="0E2D9059" w14:textId="77777777" w:rsidR="00D93F19" w:rsidRDefault="00000000">
      <w:pPr>
        <w:pStyle w:val="Small"/>
        <w:rPr>
          <w:rFonts w:hint="eastAsia"/>
        </w:rPr>
      </w:pPr>
      <w:r>
        <w:t>Pratica n. __________________  |  Macchina / matricola __________________  |  Data __________</w:t>
      </w:r>
    </w:p>
    <w:p w14:paraId="050767F9" w14:textId="77777777" w:rsidR="00D93F19" w:rsidRDefault="00000000">
      <w:pPr>
        <w:pStyle w:val="Small"/>
        <w:rPr>
          <w:rFonts w:hint="eastAsia"/>
        </w:rPr>
      </w:pPr>
      <w:r>
        <w:t>O: inventario delle evidenze definitive e controllo delle revisioni.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365"/>
        <w:gridCol w:w="2778"/>
        <w:gridCol w:w="2721"/>
      </w:tblGrid>
      <w:tr w:rsidR="00D93F19" w14:paraId="1E95EA70" w14:textId="77777777">
        <w:trPr>
          <w:cantSplit/>
          <w:tblHeader/>
          <w:jc w:val="center"/>
        </w:trPr>
        <w:tc>
          <w:tcPr>
            <w:tcW w:w="4365" w:type="dxa"/>
            <w:shd w:val="clear" w:color="auto" w:fill="15344B"/>
            <w:vAlign w:val="center"/>
          </w:tcPr>
          <w:p w14:paraId="082C736F" w14:textId="77777777" w:rsidR="00D93F19" w:rsidRDefault="00000000">
            <w:pPr>
              <w:pStyle w:val="TableText"/>
              <w:spacing w:after="30" w:line="245" w:lineRule="auto"/>
              <w:rPr>
                <w:rFonts w:hint="eastAsia"/>
              </w:rPr>
            </w:pPr>
            <w:r>
              <w:rPr>
                <w:b/>
                <w:color w:val="FFFFFF"/>
                <w:sz w:val="18"/>
              </w:rPr>
              <w:t>DOCUMENTO / EVIDENZA</w:t>
            </w:r>
          </w:p>
        </w:tc>
        <w:tc>
          <w:tcPr>
            <w:tcW w:w="2778" w:type="dxa"/>
            <w:shd w:val="clear" w:color="auto" w:fill="15344B"/>
            <w:vAlign w:val="center"/>
          </w:tcPr>
          <w:p w14:paraId="2C5510BD" w14:textId="77777777" w:rsidR="00D93F19" w:rsidRDefault="00000000">
            <w:pPr>
              <w:pStyle w:val="TableText"/>
              <w:spacing w:after="30" w:line="245" w:lineRule="auto"/>
              <w:rPr>
                <w:rFonts w:hint="eastAsia"/>
              </w:rPr>
            </w:pPr>
            <w:r>
              <w:rPr>
                <w:b/>
                <w:color w:val="FFFFFF"/>
                <w:sz w:val="18"/>
              </w:rPr>
              <w:t>ID / REVISIONE / DATA</w:t>
            </w:r>
          </w:p>
        </w:tc>
        <w:tc>
          <w:tcPr>
            <w:tcW w:w="2721" w:type="dxa"/>
            <w:shd w:val="clear" w:color="auto" w:fill="15344B"/>
            <w:vAlign w:val="center"/>
          </w:tcPr>
          <w:p w14:paraId="566FEAF7" w14:textId="77777777" w:rsidR="00D93F19" w:rsidRDefault="00000000">
            <w:pPr>
              <w:pStyle w:val="TableText"/>
              <w:spacing w:after="30" w:line="245" w:lineRule="auto"/>
              <w:rPr>
                <w:rFonts w:hint="eastAsia"/>
              </w:rPr>
            </w:pPr>
            <w:r>
              <w:rPr>
                <w:b/>
                <w:color w:val="FFFFFF"/>
                <w:sz w:val="18"/>
              </w:rPr>
              <w:t>DISPONIBILE / POSIZIONE</w:t>
            </w:r>
          </w:p>
        </w:tc>
      </w:tr>
      <w:tr w:rsidR="00D93F19" w14:paraId="12034F24" w14:textId="77777777">
        <w:trPr>
          <w:cantSplit/>
          <w:jc w:val="center"/>
        </w:trPr>
        <w:tc>
          <w:tcPr>
            <w:tcW w:w="4365" w:type="dxa"/>
            <w:shd w:val="clear" w:color="auto" w:fill="F2F6F8"/>
            <w:vAlign w:val="center"/>
          </w:tcPr>
          <w:p w14:paraId="784F82F5" w14:textId="77777777" w:rsidR="00D93F19" w:rsidRDefault="00000000">
            <w:pPr>
              <w:pStyle w:val="TableText"/>
              <w:spacing w:after="30" w:line="245" w:lineRule="auto"/>
              <w:rPr>
                <w:rFonts w:hint="eastAsia"/>
              </w:rPr>
            </w:pPr>
            <w:r>
              <w:rPr>
                <w:sz w:val="18"/>
              </w:rPr>
              <w:t>A01 Richiesta e identificazione</w:t>
            </w:r>
          </w:p>
        </w:tc>
        <w:tc>
          <w:tcPr>
            <w:tcW w:w="2778" w:type="dxa"/>
            <w:shd w:val="clear" w:color="auto" w:fill="F2F6F8"/>
            <w:vAlign w:val="center"/>
          </w:tcPr>
          <w:p w14:paraId="1D5FDAA8"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01541702" w14:textId="77777777" w:rsidR="00D93F19" w:rsidRDefault="00000000">
            <w:pPr>
              <w:pStyle w:val="TableText"/>
              <w:spacing w:after="30" w:line="245" w:lineRule="auto"/>
              <w:rPr>
                <w:rFonts w:hint="eastAsia"/>
              </w:rPr>
            </w:pPr>
            <w:r>
              <w:rPr>
                <w:sz w:val="18"/>
              </w:rPr>
              <w:t>___________________</w:t>
            </w:r>
          </w:p>
        </w:tc>
      </w:tr>
      <w:tr w:rsidR="00D93F19" w14:paraId="0354BBF7" w14:textId="77777777">
        <w:trPr>
          <w:cantSplit/>
          <w:jc w:val="center"/>
        </w:trPr>
        <w:tc>
          <w:tcPr>
            <w:tcW w:w="4365" w:type="dxa"/>
            <w:vAlign w:val="center"/>
          </w:tcPr>
          <w:p w14:paraId="23FFE063" w14:textId="77777777" w:rsidR="00D93F19" w:rsidRDefault="00000000">
            <w:pPr>
              <w:pStyle w:val="TableText"/>
              <w:spacing w:after="30" w:line="245" w:lineRule="auto"/>
              <w:rPr>
                <w:rFonts w:hint="eastAsia"/>
              </w:rPr>
            </w:pPr>
            <w:r>
              <w:rPr>
                <w:sz w:val="18"/>
              </w:rPr>
              <w:t>A02 Documentazione iniziale</w:t>
            </w:r>
          </w:p>
        </w:tc>
        <w:tc>
          <w:tcPr>
            <w:tcW w:w="2778" w:type="dxa"/>
            <w:vAlign w:val="center"/>
          </w:tcPr>
          <w:p w14:paraId="2A4FFFCF"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5A156F1E" w14:textId="77777777" w:rsidR="00D93F19" w:rsidRDefault="00000000">
            <w:pPr>
              <w:pStyle w:val="TableText"/>
              <w:spacing w:after="30" w:line="245" w:lineRule="auto"/>
              <w:rPr>
                <w:rFonts w:hint="eastAsia"/>
              </w:rPr>
            </w:pPr>
            <w:r>
              <w:rPr>
                <w:sz w:val="18"/>
              </w:rPr>
              <w:t>___________________</w:t>
            </w:r>
          </w:p>
        </w:tc>
      </w:tr>
      <w:tr w:rsidR="00D93F19" w14:paraId="54800295" w14:textId="77777777">
        <w:trPr>
          <w:cantSplit/>
          <w:jc w:val="center"/>
        </w:trPr>
        <w:tc>
          <w:tcPr>
            <w:tcW w:w="4365" w:type="dxa"/>
            <w:shd w:val="clear" w:color="auto" w:fill="F2F6F8"/>
            <w:vAlign w:val="center"/>
          </w:tcPr>
          <w:p w14:paraId="64BB974B" w14:textId="77777777" w:rsidR="00D93F19" w:rsidRDefault="00000000">
            <w:pPr>
              <w:pStyle w:val="TableText"/>
              <w:spacing w:after="30" w:line="245" w:lineRule="auto"/>
              <w:rPr>
                <w:rFonts w:hint="eastAsia"/>
              </w:rPr>
            </w:pPr>
            <w:r>
              <w:rPr>
                <w:sz w:val="18"/>
              </w:rPr>
              <w:t>A03 Confronto fabbricante</w:t>
            </w:r>
          </w:p>
        </w:tc>
        <w:tc>
          <w:tcPr>
            <w:tcW w:w="2778" w:type="dxa"/>
            <w:shd w:val="clear" w:color="auto" w:fill="F2F6F8"/>
            <w:vAlign w:val="center"/>
          </w:tcPr>
          <w:p w14:paraId="0BA80AAB"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48ADF43F" w14:textId="77777777" w:rsidR="00D93F19" w:rsidRDefault="00000000">
            <w:pPr>
              <w:pStyle w:val="TableText"/>
              <w:spacing w:after="30" w:line="245" w:lineRule="auto"/>
              <w:rPr>
                <w:rFonts w:hint="eastAsia"/>
              </w:rPr>
            </w:pPr>
            <w:r>
              <w:rPr>
                <w:sz w:val="18"/>
              </w:rPr>
              <w:t>___________________</w:t>
            </w:r>
          </w:p>
        </w:tc>
      </w:tr>
      <w:tr w:rsidR="00D93F19" w14:paraId="1691FB56" w14:textId="77777777">
        <w:trPr>
          <w:cantSplit/>
          <w:jc w:val="center"/>
        </w:trPr>
        <w:tc>
          <w:tcPr>
            <w:tcW w:w="4365" w:type="dxa"/>
            <w:vAlign w:val="center"/>
          </w:tcPr>
          <w:p w14:paraId="4DEFE4F8" w14:textId="77777777" w:rsidR="00D93F19" w:rsidRDefault="00000000">
            <w:pPr>
              <w:pStyle w:val="TableText"/>
              <w:spacing w:after="30" w:line="245" w:lineRule="auto"/>
              <w:rPr>
                <w:rFonts w:hint="eastAsia"/>
              </w:rPr>
            </w:pPr>
            <w:r>
              <w:rPr>
                <w:sz w:val="18"/>
              </w:rPr>
              <w:t>A04 Competenze e incarichi</w:t>
            </w:r>
          </w:p>
        </w:tc>
        <w:tc>
          <w:tcPr>
            <w:tcW w:w="2778" w:type="dxa"/>
            <w:vAlign w:val="center"/>
          </w:tcPr>
          <w:p w14:paraId="072FEBF1"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547B3AF7" w14:textId="77777777" w:rsidR="00D93F19" w:rsidRDefault="00000000">
            <w:pPr>
              <w:pStyle w:val="TableText"/>
              <w:spacing w:after="30" w:line="245" w:lineRule="auto"/>
              <w:rPr>
                <w:rFonts w:hint="eastAsia"/>
              </w:rPr>
            </w:pPr>
            <w:r>
              <w:rPr>
                <w:sz w:val="18"/>
              </w:rPr>
              <w:t>___________________</w:t>
            </w:r>
          </w:p>
        </w:tc>
      </w:tr>
      <w:tr w:rsidR="00D93F19" w14:paraId="40C67791" w14:textId="77777777">
        <w:trPr>
          <w:cantSplit/>
          <w:jc w:val="center"/>
        </w:trPr>
        <w:tc>
          <w:tcPr>
            <w:tcW w:w="4365" w:type="dxa"/>
            <w:shd w:val="clear" w:color="auto" w:fill="F2F6F8"/>
            <w:vAlign w:val="center"/>
          </w:tcPr>
          <w:p w14:paraId="7963D167" w14:textId="77777777" w:rsidR="00D93F19" w:rsidRDefault="00000000">
            <w:pPr>
              <w:pStyle w:val="TableText"/>
              <w:spacing w:after="30" w:line="245" w:lineRule="auto"/>
              <w:rPr>
                <w:rFonts w:hint="eastAsia"/>
              </w:rPr>
            </w:pPr>
            <w:r>
              <w:rPr>
                <w:sz w:val="18"/>
              </w:rPr>
              <w:t>A05 Classificazione</w:t>
            </w:r>
          </w:p>
        </w:tc>
        <w:tc>
          <w:tcPr>
            <w:tcW w:w="2778" w:type="dxa"/>
            <w:shd w:val="clear" w:color="auto" w:fill="F2F6F8"/>
            <w:vAlign w:val="center"/>
          </w:tcPr>
          <w:p w14:paraId="05656158"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1D542970" w14:textId="77777777" w:rsidR="00D93F19" w:rsidRDefault="00000000">
            <w:pPr>
              <w:pStyle w:val="TableText"/>
              <w:spacing w:after="30" w:line="245" w:lineRule="auto"/>
              <w:rPr>
                <w:rFonts w:hint="eastAsia"/>
              </w:rPr>
            </w:pPr>
            <w:r>
              <w:rPr>
                <w:sz w:val="18"/>
              </w:rPr>
              <w:t>___________________</w:t>
            </w:r>
          </w:p>
        </w:tc>
      </w:tr>
      <w:tr w:rsidR="00D93F19" w14:paraId="3B7D1351" w14:textId="77777777">
        <w:trPr>
          <w:cantSplit/>
          <w:jc w:val="center"/>
        </w:trPr>
        <w:tc>
          <w:tcPr>
            <w:tcW w:w="4365" w:type="dxa"/>
            <w:vAlign w:val="center"/>
          </w:tcPr>
          <w:p w14:paraId="18E5D344" w14:textId="77777777" w:rsidR="00D93F19" w:rsidRDefault="00000000">
            <w:pPr>
              <w:pStyle w:val="TableText"/>
              <w:spacing w:after="30" w:line="245" w:lineRule="auto"/>
              <w:rPr>
                <w:rFonts w:hint="eastAsia"/>
              </w:rPr>
            </w:pPr>
            <w:r>
              <w:rPr>
                <w:sz w:val="18"/>
              </w:rPr>
              <w:t>A06 Relazione e allegati tecnici</w:t>
            </w:r>
          </w:p>
        </w:tc>
        <w:tc>
          <w:tcPr>
            <w:tcW w:w="2778" w:type="dxa"/>
            <w:vAlign w:val="center"/>
          </w:tcPr>
          <w:p w14:paraId="43E68629"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7DB59E0B" w14:textId="77777777" w:rsidR="00D93F19" w:rsidRDefault="00000000">
            <w:pPr>
              <w:pStyle w:val="TableText"/>
              <w:spacing w:after="30" w:line="245" w:lineRule="auto"/>
              <w:rPr>
                <w:rFonts w:hint="eastAsia"/>
              </w:rPr>
            </w:pPr>
            <w:r>
              <w:rPr>
                <w:sz w:val="18"/>
              </w:rPr>
              <w:t>___________________</w:t>
            </w:r>
          </w:p>
        </w:tc>
      </w:tr>
      <w:tr w:rsidR="00D93F19" w14:paraId="657C55CB" w14:textId="77777777">
        <w:trPr>
          <w:cantSplit/>
          <w:jc w:val="center"/>
        </w:trPr>
        <w:tc>
          <w:tcPr>
            <w:tcW w:w="4365" w:type="dxa"/>
            <w:shd w:val="clear" w:color="auto" w:fill="F2F6F8"/>
            <w:vAlign w:val="center"/>
          </w:tcPr>
          <w:p w14:paraId="485AE610" w14:textId="77777777" w:rsidR="00D93F19" w:rsidRDefault="00000000">
            <w:pPr>
              <w:pStyle w:val="TableText"/>
              <w:spacing w:after="30" w:line="245" w:lineRule="auto"/>
              <w:rPr>
                <w:rFonts w:hint="eastAsia"/>
              </w:rPr>
            </w:pPr>
            <w:r>
              <w:rPr>
                <w:sz w:val="18"/>
              </w:rPr>
              <w:t>A07 Analisi rischi operativi</w:t>
            </w:r>
          </w:p>
        </w:tc>
        <w:tc>
          <w:tcPr>
            <w:tcW w:w="2778" w:type="dxa"/>
            <w:shd w:val="clear" w:color="auto" w:fill="F2F6F8"/>
            <w:vAlign w:val="center"/>
          </w:tcPr>
          <w:p w14:paraId="6238D345"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390DE7A4" w14:textId="77777777" w:rsidR="00D93F19" w:rsidRDefault="00000000">
            <w:pPr>
              <w:pStyle w:val="TableText"/>
              <w:spacing w:after="30" w:line="245" w:lineRule="auto"/>
              <w:rPr>
                <w:rFonts w:hint="eastAsia"/>
              </w:rPr>
            </w:pPr>
            <w:r>
              <w:rPr>
                <w:sz w:val="18"/>
              </w:rPr>
              <w:t>___________________</w:t>
            </w:r>
          </w:p>
        </w:tc>
      </w:tr>
      <w:tr w:rsidR="00D93F19" w14:paraId="6553D8E1" w14:textId="77777777">
        <w:trPr>
          <w:cantSplit/>
          <w:jc w:val="center"/>
        </w:trPr>
        <w:tc>
          <w:tcPr>
            <w:tcW w:w="4365" w:type="dxa"/>
            <w:vAlign w:val="center"/>
          </w:tcPr>
          <w:p w14:paraId="6DF43711" w14:textId="77777777" w:rsidR="00D93F19" w:rsidRDefault="00000000">
            <w:pPr>
              <w:pStyle w:val="TableText"/>
              <w:spacing w:after="30" w:line="245" w:lineRule="auto"/>
              <w:rPr>
                <w:rFonts w:hint="eastAsia"/>
              </w:rPr>
            </w:pPr>
            <w:r>
              <w:rPr>
                <w:sz w:val="18"/>
              </w:rPr>
              <w:t>A08–A09 Permesso e isolamenti</w:t>
            </w:r>
          </w:p>
        </w:tc>
        <w:tc>
          <w:tcPr>
            <w:tcW w:w="2778" w:type="dxa"/>
            <w:vAlign w:val="center"/>
          </w:tcPr>
          <w:p w14:paraId="4CF17DB6"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677096BE" w14:textId="77777777" w:rsidR="00D93F19" w:rsidRDefault="00000000">
            <w:pPr>
              <w:pStyle w:val="TableText"/>
              <w:spacing w:after="30" w:line="245" w:lineRule="auto"/>
              <w:rPr>
                <w:rFonts w:hint="eastAsia"/>
              </w:rPr>
            </w:pPr>
            <w:r>
              <w:rPr>
                <w:sz w:val="18"/>
              </w:rPr>
              <w:t>___________________</w:t>
            </w:r>
          </w:p>
        </w:tc>
      </w:tr>
      <w:tr w:rsidR="00D93F19" w14:paraId="1A24C29C" w14:textId="77777777">
        <w:trPr>
          <w:cantSplit/>
          <w:jc w:val="center"/>
        </w:trPr>
        <w:tc>
          <w:tcPr>
            <w:tcW w:w="4365" w:type="dxa"/>
            <w:shd w:val="clear" w:color="auto" w:fill="F2F6F8"/>
            <w:vAlign w:val="center"/>
          </w:tcPr>
          <w:p w14:paraId="5CB4121E" w14:textId="77777777" w:rsidR="00D93F19" w:rsidRDefault="00000000">
            <w:pPr>
              <w:pStyle w:val="TableText"/>
              <w:spacing w:after="30" w:line="245" w:lineRule="auto"/>
              <w:rPr>
                <w:rFonts w:hint="eastAsia"/>
              </w:rPr>
            </w:pPr>
            <w:r>
              <w:rPr>
                <w:sz w:val="18"/>
              </w:rPr>
              <w:t>A10–A11 Esecuzione e componenti</w:t>
            </w:r>
          </w:p>
        </w:tc>
        <w:tc>
          <w:tcPr>
            <w:tcW w:w="2778" w:type="dxa"/>
            <w:shd w:val="clear" w:color="auto" w:fill="F2F6F8"/>
            <w:vAlign w:val="center"/>
          </w:tcPr>
          <w:p w14:paraId="0327F5B3"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2F097D9D" w14:textId="77777777" w:rsidR="00D93F19" w:rsidRDefault="00000000">
            <w:pPr>
              <w:pStyle w:val="TableText"/>
              <w:spacing w:after="30" w:line="245" w:lineRule="auto"/>
              <w:rPr>
                <w:rFonts w:hint="eastAsia"/>
              </w:rPr>
            </w:pPr>
            <w:r>
              <w:rPr>
                <w:sz w:val="18"/>
              </w:rPr>
              <w:t>___________________</w:t>
            </w:r>
          </w:p>
        </w:tc>
      </w:tr>
      <w:tr w:rsidR="00D93F19" w14:paraId="6328D207" w14:textId="77777777">
        <w:trPr>
          <w:cantSplit/>
          <w:jc w:val="center"/>
        </w:trPr>
        <w:tc>
          <w:tcPr>
            <w:tcW w:w="4365" w:type="dxa"/>
            <w:vAlign w:val="center"/>
          </w:tcPr>
          <w:p w14:paraId="0F4AAB99" w14:textId="77777777" w:rsidR="00D93F19" w:rsidRDefault="00000000">
            <w:pPr>
              <w:pStyle w:val="TableText"/>
              <w:spacing w:after="30" w:line="245" w:lineRule="auto"/>
              <w:rPr>
                <w:rFonts w:hint="eastAsia"/>
              </w:rPr>
            </w:pPr>
            <w:r>
              <w:rPr>
                <w:sz w:val="18"/>
              </w:rPr>
              <w:t>A12–A13 Piano prove e rapporti</w:t>
            </w:r>
          </w:p>
        </w:tc>
        <w:tc>
          <w:tcPr>
            <w:tcW w:w="2778" w:type="dxa"/>
            <w:vAlign w:val="center"/>
          </w:tcPr>
          <w:p w14:paraId="3EA5C6A7"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78C2C5BD" w14:textId="77777777" w:rsidR="00D93F19" w:rsidRDefault="00000000">
            <w:pPr>
              <w:pStyle w:val="TableText"/>
              <w:spacing w:after="30" w:line="245" w:lineRule="auto"/>
              <w:rPr>
                <w:rFonts w:hint="eastAsia"/>
              </w:rPr>
            </w:pPr>
            <w:r>
              <w:rPr>
                <w:sz w:val="18"/>
              </w:rPr>
              <w:t>___________________</w:t>
            </w:r>
          </w:p>
        </w:tc>
      </w:tr>
      <w:tr w:rsidR="00D93F19" w14:paraId="04485782" w14:textId="77777777">
        <w:trPr>
          <w:cantSplit/>
          <w:jc w:val="center"/>
        </w:trPr>
        <w:tc>
          <w:tcPr>
            <w:tcW w:w="4365" w:type="dxa"/>
            <w:shd w:val="clear" w:color="auto" w:fill="F2F6F8"/>
            <w:vAlign w:val="center"/>
          </w:tcPr>
          <w:p w14:paraId="300E45D0" w14:textId="77777777" w:rsidR="00D93F19" w:rsidRDefault="00000000">
            <w:pPr>
              <w:pStyle w:val="TableText"/>
              <w:spacing w:after="30" w:line="245" w:lineRule="auto"/>
              <w:rPr>
                <w:rFonts w:hint="eastAsia"/>
              </w:rPr>
            </w:pPr>
            <w:r>
              <w:rPr>
                <w:sz w:val="18"/>
              </w:rPr>
              <w:t>A14 Strutture / vie di corsa</w:t>
            </w:r>
          </w:p>
        </w:tc>
        <w:tc>
          <w:tcPr>
            <w:tcW w:w="2778" w:type="dxa"/>
            <w:shd w:val="clear" w:color="auto" w:fill="F2F6F8"/>
            <w:vAlign w:val="center"/>
          </w:tcPr>
          <w:p w14:paraId="2E990C4A"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4079308D" w14:textId="77777777" w:rsidR="00D93F19" w:rsidRDefault="00000000">
            <w:pPr>
              <w:pStyle w:val="TableText"/>
              <w:spacing w:after="30" w:line="245" w:lineRule="auto"/>
              <w:rPr>
                <w:rFonts w:hint="eastAsia"/>
              </w:rPr>
            </w:pPr>
            <w:r>
              <w:rPr>
                <w:sz w:val="18"/>
              </w:rPr>
              <w:t>___________________</w:t>
            </w:r>
          </w:p>
        </w:tc>
      </w:tr>
      <w:tr w:rsidR="00D93F19" w14:paraId="6A8B9386" w14:textId="77777777">
        <w:trPr>
          <w:cantSplit/>
          <w:jc w:val="center"/>
        </w:trPr>
        <w:tc>
          <w:tcPr>
            <w:tcW w:w="4365" w:type="dxa"/>
            <w:vAlign w:val="center"/>
          </w:tcPr>
          <w:p w14:paraId="6651D83D" w14:textId="77777777" w:rsidR="00D93F19" w:rsidRDefault="00000000">
            <w:pPr>
              <w:pStyle w:val="TableText"/>
              <w:spacing w:after="30" w:line="245" w:lineRule="auto"/>
              <w:rPr>
                <w:rFonts w:hint="eastAsia"/>
              </w:rPr>
            </w:pPr>
            <w:r>
              <w:rPr>
                <w:sz w:val="18"/>
              </w:rPr>
              <w:t>A15 Dichiarazione esecutore / atti fabbricante</w:t>
            </w:r>
          </w:p>
        </w:tc>
        <w:tc>
          <w:tcPr>
            <w:tcW w:w="2778" w:type="dxa"/>
            <w:vAlign w:val="center"/>
          </w:tcPr>
          <w:p w14:paraId="6CE176F9"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209E0DFE" w14:textId="77777777" w:rsidR="00D93F19" w:rsidRDefault="00000000">
            <w:pPr>
              <w:pStyle w:val="TableText"/>
              <w:spacing w:after="30" w:line="245" w:lineRule="auto"/>
              <w:rPr>
                <w:rFonts w:hint="eastAsia"/>
              </w:rPr>
            </w:pPr>
            <w:r>
              <w:rPr>
                <w:sz w:val="18"/>
              </w:rPr>
              <w:t>___________________</w:t>
            </w:r>
          </w:p>
        </w:tc>
      </w:tr>
      <w:tr w:rsidR="00D93F19" w14:paraId="126627A0" w14:textId="77777777">
        <w:trPr>
          <w:cantSplit/>
          <w:jc w:val="center"/>
        </w:trPr>
        <w:tc>
          <w:tcPr>
            <w:tcW w:w="4365" w:type="dxa"/>
            <w:shd w:val="clear" w:color="auto" w:fill="F2F6F8"/>
            <w:vAlign w:val="center"/>
          </w:tcPr>
          <w:p w14:paraId="07A77C1C" w14:textId="77777777" w:rsidR="00D93F19" w:rsidRDefault="00000000">
            <w:pPr>
              <w:pStyle w:val="TableText"/>
              <w:spacing w:after="30" w:line="245" w:lineRule="auto"/>
              <w:rPr>
                <w:rFonts w:hint="eastAsia"/>
              </w:rPr>
            </w:pPr>
            <w:r>
              <w:rPr>
                <w:sz w:val="18"/>
              </w:rPr>
              <w:t>Schemi / istruzioni / configurazioni finali</w:t>
            </w:r>
          </w:p>
        </w:tc>
        <w:tc>
          <w:tcPr>
            <w:tcW w:w="2778" w:type="dxa"/>
            <w:shd w:val="clear" w:color="auto" w:fill="F2F6F8"/>
            <w:vAlign w:val="center"/>
          </w:tcPr>
          <w:p w14:paraId="3F50FE63"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213BE8FE" w14:textId="77777777" w:rsidR="00D93F19" w:rsidRDefault="00000000">
            <w:pPr>
              <w:pStyle w:val="TableText"/>
              <w:spacing w:after="30" w:line="245" w:lineRule="auto"/>
              <w:rPr>
                <w:rFonts w:hint="eastAsia"/>
              </w:rPr>
            </w:pPr>
            <w:r>
              <w:rPr>
                <w:sz w:val="18"/>
              </w:rPr>
              <w:t>___________________</w:t>
            </w:r>
          </w:p>
        </w:tc>
      </w:tr>
      <w:tr w:rsidR="00D93F19" w14:paraId="2E19FB96" w14:textId="77777777">
        <w:trPr>
          <w:cantSplit/>
          <w:jc w:val="center"/>
        </w:trPr>
        <w:tc>
          <w:tcPr>
            <w:tcW w:w="4365" w:type="dxa"/>
            <w:vAlign w:val="center"/>
          </w:tcPr>
          <w:p w14:paraId="740AE64F" w14:textId="77777777" w:rsidR="00D93F19" w:rsidRDefault="00000000">
            <w:pPr>
              <w:pStyle w:val="TableText"/>
              <w:spacing w:after="30" w:line="245" w:lineRule="auto"/>
              <w:rPr>
                <w:rFonts w:hint="eastAsia"/>
              </w:rPr>
            </w:pPr>
            <w:r>
              <w:rPr>
                <w:sz w:val="18"/>
              </w:rPr>
              <w:t>A16 Anomalie e chiusure</w:t>
            </w:r>
          </w:p>
        </w:tc>
        <w:tc>
          <w:tcPr>
            <w:tcW w:w="2778" w:type="dxa"/>
            <w:vAlign w:val="center"/>
          </w:tcPr>
          <w:p w14:paraId="613265F3"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657E01DA" w14:textId="77777777" w:rsidR="00D93F19" w:rsidRDefault="00000000">
            <w:pPr>
              <w:pStyle w:val="TableText"/>
              <w:spacing w:after="30" w:line="245" w:lineRule="auto"/>
              <w:rPr>
                <w:rFonts w:hint="eastAsia"/>
              </w:rPr>
            </w:pPr>
            <w:r>
              <w:rPr>
                <w:sz w:val="18"/>
              </w:rPr>
              <w:t>___________________</w:t>
            </w:r>
          </w:p>
        </w:tc>
      </w:tr>
      <w:tr w:rsidR="00D93F19" w14:paraId="1F4657E0" w14:textId="77777777">
        <w:trPr>
          <w:cantSplit/>
          <w:jc w:val="center"/>
        </w:trPr>
        <w:tc>
          <w:tcPr>
            <w:tcW w:w="4365" w:type="dxa"/>
            <w:shd w:val="clear" w:color="auto" w:fill="F2F6F8"/>
            <w:vAlign w:val="center"/>
          </w:tcPr>
          <w:p w14:paraId="35D578D8" w14:textId="77777777" w:rsidR="00D93F19" w:rsidRDefault="00000000">
            <w:pPr>
              <w:pStyle w:val="TableText"/>
              <w:spacing w:after="30" w:line="245" w:lineRule="auto"/>
              <w:rPr>
                <w:rFonts w:hint="eastAsia"/>
              </w:rPr>
            </w:pPr>
            <w:r>
              <w:rPr>
                <w:sz w:val="18"/>
              </w:rPr>
              <w:t>A17 Rimessa in servizio</w:t>
            </w:r>
          </w:p>
        </w:tc>
        <w:tc>
          <w:tcPr>
            <w:tcW w:w="2778" w:type="dxa"/>
            <w:shd w:val="clear" w:color="auto" w:fill="F2F6F8"/>
            <w:vAlign w:val="center"/>
          </w:tcPr>
          <w:p w14:paraId="5989B7A8"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135782EC" w14:textId="77777777" w:rsidR="00D93F19" w:rsidRDefault="00000000">
            <w:pPr>
              <w:pStyle w:val="TableText"/>
              <w:spacing w:after="30" w:line="245" w:lineRule="auto"/>
              <w:rPr>
                <w:rFonts w:hint="eastAsia"/>
              </w:rPr>
            </w:pPr>
            <w:r>
              <w:rPr>
                <w:sz w:val="18"/>
              </w:rPr>
              <w:t>___________________</w:t>
            </w:r>
          </w:p>
        </w:tc>
      </w:tr>
      <w:tr w:rsidR="00D93F19" w14:paraId="62E89D24" w14:textId="77777777">
        <w:trPr>
          <w:cantSplit/>
          <w:jc w:val="center"/>
        </w:trPr>
        <w:tc>
          <w:tcPr>
            <w:tcW w:w="4365" w:type="dxa"/>
            <w:vAlign w:val="center"/>
          </w:tcPr>
          <w:p w14:paraId="68A5F26E" w14:textId="77777777" w:rsidR="00D93F19" w:rsidRDefault="00000000">
            <w:pPr>
              <w:pStyle w:val="TableText"/>
              <w:spacing w:after="30" w:line="245" w:lineRule="auto"/>
              <w:rPr>
                <w:rFonts w:hint="eastAsia"/>
              </w:rPr>
            </w:pPr>
            <w:r>
              <w:rPr>
                <w:sz w:val="18"/>
              </w:rPr>
              <w:t>A18 Consegna / informazione</w:t>
            </w:r>
          </w:p>
        </w:tc>
        <w:tc>
          <w:tcPr>
            <w:tcW w:w="2778" w:type="dxa"/>
            <w:vAlign w:val="center"/>
          </w:tcPr>
          <w:p w14:paraId="41525FCB"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1031D5ED" w14:textId="77777777" w:rsidR="00D93F19" w:rsidRDefault="00000000">
            <w:pPr>
              <w:pStyle w:val="TableText"/>
              <w:spacing w:after="30" w:line="245" w:lineRule="auto"/>
              <w:rPr>
                <w:rFonts w:hint="eastAsia"/>
              </w:rPr>
            </w:pPr>
            <w:r>
              <w:rPr>
                <w:sz w:val="18"/>
              </w:rPr>
              <w:t>___________________</w:t>
            </w:r>
          </w:p>
        </w:tc>
      </w:tr>
      <w:tr w:rsidR="00D93F19" w14:paraId="2DCF5538" w14:textId="77777777">
        <w:trPr>
          <w:cantSplit/>
          <w:jc w:val="center"/>
        </w:trPr>
        <w:tc>
          <w:tcPr>
            <w:tcW w:w="4365" w:type="dxa"/>
            <w:shd w:val="clear" w:color="auto" w:fill="F2F6F8"/>
            <w:vAlign w:val="center"/>
          </w:tcPr>
          <w:p w14:paraId="10E16930" w14:textId="77777777" w:rsidR="00D93F19" w:rsidRDefault="00000000">
            <w:pPr>
              <w:pStyle w:val="TableText"/>
              <w:spacing w:after="30" w:line="245" w:lineRule="auto"/>
              <w:rPr>
                <w:rFonts w:hint="eastAsia"/>
              </w:rPr>
            </w:pPr>
            <w:r>
              <w:rPr>
                <w:sz w:val="18"/>
              </w:rPr>
              <w:t>A19 Registro / scadenzario</w:t>
            </w:r>
          </w:p>
        </w:tc>
        <w:tc>
          <w:tcPr>
            <w:tcW w:w="2778" w:type="dxa"/>
            <w:shd w:val="clear" w:color="auto" w:fill="F2F6F8"/>
            <w:vAlign w:val="center"/>
          </w:tcPr>
          <w:p w14:paraId="328D1AA0" w14:textId="77777777" w:rsidR="00D93F19" w:rsidRDefault="00000000">
            <w:pPr>
              <w:pStyle w:val="TableText"/>
              <w:spacing w:after="30" w:line="245" w:lineRule="auto"/>
              <w:rPr>
                <w:rFonts w:hint="eastAsia"/>
              </w:rPr>
            </w:pPr>
            <w:r>
              <w:rPr>
                <w:sz w:val="18"/>
              </w:rPr>
              <w:t>___________________</w:t>
            </w:r>
          </w:p>
        </w:tc>
        <w:tc>
          <w:tcPr>
            <w:tcW w:w="2721" w:type="dxa"/>
            <w:shd w:val="clear" w:color="auto" w:fill="F2F6F8"/>
            <w:vAlign w:val="center"/>
          </w:tcPr>
          <w:p w14:paraId="6A432AD6" w14:textId="77777777" w:rsidR="00D93F19" w:rsidRDefault="00000000">
            <w:pPr>
              <w:pStyle w:val="TableText"/>
              <w:spacing w:after="30" w:line="245" w:lineRule="auto"/>
              <w:rPr>
                <w:rFonts w:hint="eastAsia"/>
              </w:rPr>
            </w:pPr>
            <w:r>
              <w:rPr>
                <w:sz w:val="18"/>
              </w:rPr>
              <w:t>___________________</w:t>
            </w:r>
          </w:p>
        </w:tc>
      </w:tr>
      <w:tr w:rsidR="00D93F19" w14:paraId="094C828B" w14:textId="77777777">
        <w:trPr>
          <w:cantSplit/>
          <w:jc w:val="center"/>
        </w:trPr>
        <w:tc>
          <w:tcPr>
            <w:tcW w:w="4365" w:type="dxa"/>
            <w:vAlign w:val="center"/>
          </w:tcPr>
          <w:p w14:paraId="06051A64" w14:textId="77777777" w:rsidR="00D93F19" w:rsidRDefault="00000000">
            <w:pPr>
              <w:pStyle w:val="TableText"/>
              <w:spacing w:after="30" w:line="245" w:lineRule="auto"/>
              <w:rPr>
                <w:rFonts w:hint="eastAsia"/>
              </w:rPr>
            </w:pPr>
            <w:r>
              <w:rPr>
                <w:sz w:val="18"/>
              </w:rPr>
              <w:t>A21–A22 Emergenza e riesame</w:t>
            </w:r>
          </w:p>
        </w:tc>
        <w:tc>
          <w:tcPr>
            <w:tcW w:w="2778" w:type="dxa"/>
            <w:vAlign w:val="center"/>
          </w:tcPr>
          <w:p w14:paraId="0CD22807" w14:textId="77777777" w:rsidR="00D93F19" w:rsidRDefault="00000000">
            <w:pPr>
              <w:pStyle w:val="TableText"/>
              <w:spacing w:after="30" w:line="245" w:lineRule="auto"/>
              <w:rPr>
                <w:rFonts w:hint="eastAsia"/>
              </w:rPr>
            </w:pPr>
            <w:r>
              <w:rPr>
                <w:sz w:val="18"/>
              </w:rPr>
              <w:t>___________________</w:t>
            </w:r>
          </w:p>
        </w:tc>
        <w:tc>
          <w:tcPr>
            <w:tcW w:w="2721" w:type="dxa"/>
            <w:vAlign w:val="center"/>
          </w:tcPr>
          <w:p w14:paraId="755642C5" w14:textId="77777777" w:rsidR="00D93F19" w:rsidRDefault="00000000">
            <w:pPr>
              <w:pStyle w:val="TableText"/>
              <w:spacing w:after="30" w:line="245" w:lineRule="auto"/>
              <w:rPr>
                <w:rFonts w:hint="eastAsia"/>
              </w:rPr>
            </w:pPr>
            <w:r>
              <w:rPr>
                <w:sz w:val="18"/>
              </w:rPr>
              <w:t>___________________</w:t>
            </w:r>
          </w:p>
        </w:tc>
      </w:tr>
    </w:tbl>
    <w:p w14:paraId="5738D574"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790022F" w14:textId="77777777">
        <w:trPr>
          <w:cantSplit/>
          <w:tblHeader/>
          <w:jc w:val="center"/>
        </w:trPr>
        <w:tc>
          <w:tcPr>
            <w:tcW w:w="2891" w:type="dxa"/>
            <w:shd w:val="clear" w:color="auto" w:fill="15344B"/>
            <w:vAlign w:val="center"/>
          </w:tcPr>
          <w:p w14:paraId="3A619D81"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4DE439F3" w14:textId="77777777" w:rsidR="00D93F19" w:rsidRDefault="00000000">
            <w:pPr>
              <w:pStyle w:val="TableText"/>
              <w:spacing w:after="30" w:line="245" w:lineRule="auto"/>
              <w:rPr>
                <w:rFonts w:hint="eastAsia"/>
              </w:rPr>
            </w:pPr>
            <w:r>
              <w:rPr>
                <w:b/>
                <w:color w:val="FFFFFF"/>
              </w:rPr>
              <w:t>COMPILAZIONE</w:t>
            </w:r>
          </w:p>
        </w:tc>
      </w:tr>
      <w:tr w:rsidR="00D93F19" w14:paraId="016871E0" w14:textId="77777777">
        <w:trPr>
          <w:cantSplit/>
          <w:jc w:val="center"/>
        </w:trPr>
        <w:tc>
          <w:tcPr>
            <w:tcW w:w="2891" w:type="dxa"/>
            <w:shd w:val="clear" w:color="auto" w:fill="F2F6F8"/>
            <w:vAlign w:val="center"/>
          </w:tcPr>
          <w:p w14:paraId="7AB095EB" w14:textId="77777777" w:rsidR="00D93F19" w:rsidRDefault="00000000">
            <w:pPr>
              <w:pStyle w:val="TableText"/>
              <w:spacing w:after="30" w:line="245" w:lineRule="auto"/>
              <w:rPr>
                <w:rFonts w:hint="eastAsia"/>
              </w:rPr>
            </w:pPr>
            <w:r>
              <w:t>Archivio / responsabile custodia</w:t>
            </w:r>
          </w:p>
        </w:tc>
        <w:tc>
          <w:tcPr>
            <w:tcW w:w="6973" w:type="dxa"/>
            <w:shd w:val="clear" w:color="auto" w:fill="F2F6F8"/>
            <w:vAlign w:val="center"/>
          </w:tcPr>
          <w:p w14:paraId="63745832" w14:textId="77777777" w:rsidR="00D93F19" w:rsidRDefault="00000000">
            <w:pPr>
              <w:pStyle w:val="TableText"/>
              <w:spacing w:after="30" w:line="245" w:lineRule="auto"/>
              <w:rPr>
                <w:rFonts w:hint="eastAsia"/>
              </w:rPr>
            </w:pPr>
            <w:r>
              <w:t>________________________________________________________</w:t>
            </w:r>
          </w:p>
        </w:tc>
      </w:tr>
      <w:tr w:rsidR="00D93F19" w14:paraId="2B483AC6" w14:textId="77777777">
        <w:trPr>
          <w:cantSplit/>
          <w:jc w:val="center"/>
        </w:trPr>
        <w:tc>
          <w:tcPr>
            <w:tcW w:w="2891" w:type="dxa"/>
            <w:vAlign w:val="center"/>
          </w:tcPr>
          <w:p w14:paraId="1EE54D95" w14:textId="77777777" w:rsidR="00D93F19" w:rsidRDefault="00000000">
            <w:pPr>
              <w:pStyle w:val="TableText"/>
              <w:spacing w:after="30" w:line="245" w:lineRule="auto"/>
              <w:rPr>
                <w:rFonts w:hint="eastAsia"/>
              </w:rPr>
            </w:pPr>
            <w:r>
              <w:t>Copie di sicurezza / accessi</w:t>
            </w:r>
          </w:p>
        </w:tc>
        <w:tc>
          <w:tcPr>
            <w:tcW w:w="6973" w:type="dxa"/>
            <w:vAlign w:val="center"/>
          </w:tcPr>
          <w:p w14:paraId="5DDE113D" w14:textId="77777777" w:rsidR="00D93F19" w:rsidRDefault="00000000">
            <w:pPr>
              <w:pStyle w:val="TableText"/>
              <w:spacing w:after="30" w:line="245" w:lineRule="auto"/>
              <w:rPr>
                <w:rFonts w:hint="eastAsia"/>
              </w:rPr>
            </w:pPr>
            <w:r>
              <w:t>________________________________________________________</w:t>
            </w:r>
          </w:p>
        </w:tc>
      </w:tr>
      <w:tr w:rsidR="00D93F19" w14:paraId="404AD056" w14:textId="77777777">
        <w:trPr>
          <w:cantSplit/>
          <w:jc w:val="center"/>
        </w:trPr>
        <w:tc>
          <w:tcPr>
            <w:tcW w:w="2891" w:type="dxa"/>
            <w:shd w:val="clear" w:color="auto" w:fill="F2F6F8"/>
            <w:vAlign w:val="center"/>
          </w:tcPr>
          <w:p w14:paraId="0D03856A" w14:textId="77777777" w:rsidR="00D93F19" w:rsidRDefault="00000000">
            <w:pPr>
              <w:pStyle w:val="TableText"/>
              <w:spacing w:after="30" w:line="245" w:lineRule="auto"/>
              <w:rPr>
                <w:rFonts w:hint="eastAsia"/>
              </w:rPr>
            </w:pPr>
            <w:r>
              <w:t>Documenti non pertinenti e motivazione</w:t>
            </w:r>
          </w:p>
        </w:tc>
        <w:tc>
          <w:tcPr>
            <w:tcW w:w="6973" w:type="dxa"/>
            <w:shd w:val="clear" w:color="auto" w:fill="F2F6F8"/>
            <w:vAlign w:val="center"/>
          </w:tcPr>
          <w:p w14:paraId="5B21F1EC" w14:textId="77777777" w:rsidR="00D93F19" w:rsidRDefault="00000000">
            <w:pPr>
              <w:pStyle w:val="TableText"/>
              <w:spacing w:after="30" w:line="245" w:lineRule="auto"/>
              <w:rPr>
                <w:rFonts w:hint="eastAsia"/>
              </w:rPr>
            </w:pPr>
            <w:r>
              <w:t>________________________________________________________</w:t>
            </w:r>
          </w:p>
        </w:tc>
      </w:tr>
      <w:tr w:rsidR="00D93F19" w14:paraId="702C1A4E" w14:textId="77777777">
        <w:trPr>
          <w:cantSplit/>
          <w:jc w:val="center"/>
        </w:trPr>
        <w:tc>
          <w:tcPr>
            <w:tcW w:w="2891" w:type="dxa"/>
            <w:vAlign w:val="center"/>
          </w:tcPr>
          <w:p w14:paraId="112758C6" w14:textId="77777777" w:rsidR="00D93F19" w:rsidRDefault="00000000">
            <w:pPr>
              <w:pStyle w:val="TableText"/>
              <w:spacing w:after="30" w:line="245" w:lineRule="auto"/>
              <w:rPr>
                <w:rFonts w:hint="eastAsia"/>
              </w:rPr>
            </w:pPr>
            <w:r>
              <w:t>Esito verifica del fascicolo</w:t>
            </w:r>
          </w:p>
        </w:tc>
        <w:tc>
          <w:tcPr>
            <w:tcW w:w="6973" w:type="dxa"/>
            <w:vAlign w:val="center"/>
          </w:tcPr>
          <w:p w14:paraId="2D855C21" w14:textId="77777777" w:rsidR="00D93F19" w:rsidRDefault="00000000">
            <w:pPr>
              <w:pStyle w:val="TableText"/>
              <w:spacing w:after="30" w:line="245" w:lineRule="auto"/>
              <w:rPr>
                <w:rFonts w:hint="eastAsia"/>
              </w:rPr>
            </w:pPr>
            <w:r>
              <w:t>□ Completo  □ Incompleto: elenco delle integrazioni _________________</w:t>
            </w:r>
          </w:p>
        </w:tc>
      </w:tr>
    </w:tbl>
    <w:p w14:paraId="66FA04A4"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08005B36" w14:textId="77777777">
        <w:trPr>
          <w:cantSplit/>
          <w:tblHeader/>
          <w:jc w:val="center"/>
        </w:trPr>
        <w:tc>
          <w:tcPr>
            <w:tcW w:w="3515" w:type="dxa"/>
            <w:shd w:val="clear" w:color="auto" w:fill="15344B"/>
            <w:vAlign w:val="center"/>
          </w:tcPr>
          <w:p w14:paraId="2090ED68"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72F082D9"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0FD8B765" w14:textId="77777777" w:rsidR="00D93F19" w:rsidRDefault="00000000">
            <w:pPr>
              <w:pStyle w:val="TableText"/>
              <w:spacing w:after="30" w:line="245" w:lineRule="auto"/>
              <w:rPr>
                <w:rFonts w:hint="eastAsia"/>
              </w:rPr>
            </w:pPr>
            <w:r>
              <w:rPr>
                <w:b/>
                <w:color w:val="FFFFFF"/>
                <w:sz w:val="18"/>
              </w:rPr>
              <w:t>DATA E FIRMA</w:t>
            </w:r>
          </w:p>
        </w:tc>
      </w:tr>
      <w:tr w:rsidR="00D93F19" w14:paraId="044F9B67" w14:textId="77777777">
        <w:trPr>
          <w:cantSplit/>
          <w:jc w:val="center"/>
        </w:trPr>
        <w:tc>
          <w:tcPr>
            <w:tcW w:w="3515" w:type="dxa"/>
            <w:shd w:val="clear" w:color="auto" w:fill="F2F6F8"/>
            <w:vAlign w:val="center"/>
          </w:tcPr>
          <w:p w14:paraId="10B7DEF7" w14:textId="77777777" w:rsidR="00D93F19" w:rsidRDefault="00000000">
            <w:pPr>
              <w:pStyle w:val="TableText"/>
              <w:spacing w:after="30" w:line="245" w:lineRule="auto"/>
              <w:rPr>
                <w:rFonts w:hint="eastAsia"/>
              </w:rPr>
            </w:pPr>
            <w:r>
              <w:rPr>
                <w:sz w:val="18"/>
              </w:rPr>
              <w:t>Responsabile del fascicolo</w:t>
            </w:r>
          </w:p>
        </w:tc>
        <w:tc>
          <w:tcPr>
            <w:tcW w:w="3175" w:type="dxa"/>
            <w:shd w:val="clear" w:color="auto" w:fill="F2F6F8"/>
            <w:vAlign w:val="center"/>
          </w:tcPr>
          <w:p w14:paraId="78F173FB"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61FB649C" w14:textId="77777777" w:rsidR="00D93F19" w:rsidRDefault="00000000">
            <w:pPr>
              <w:pStyle w:val="TableText"/>
              <w:spacing w:after="30" w:line="245" w:lineRule="auto"/>
              <w:rPr>
                <w:rFonts w:hint="eastAsia"/>
              </w:rPr>
            </w:pPr>
            <w:r>
              <w:rPr>
                <w:sz w:val="18"/>
              </w:rPr>
              <w:t>_____________________</w:t>
            </w:r>
          </w:p>
        </w:tc>
      </w:tr>
      <w:tr w:rsidR="00D93F19" w14:paraId="7591F00F" w14:textId="77777777">
        <w:trPr>
          <w:cantSplit/>
          <w:jc w:val="center"/>
        </w:trPr>
        <w:tc>
          <w:tcPr>
            <w:tcW w:w="3515" w:type="dxa"/>
            <w:vAlign w:val="center"/>
          </w:tcPr>
          <w:p w14:paraId="7D097304" w14:textId="77777777" w:rsidR="00D93F19" w:rsidRDefault="00000000">
            <w:pPr>
              <w:pStyle w:val="TableText"/>
              <w:spacing w:after="30" w:line="245" w:lineRule="auto"/>
              <w:rPr>
                <w:rFonts w:hint="eastAsia"/>
              </w:rPr>
            </w:pPr>
            <w:r>
              <w:rPr>
                <w:sz w:val="18"/>
              </w:rPr>
              <w:t>Controllo di completezza</w:t>
            </w:r>
          </w:p>
        </w:tc>
        <w:tc>
          <w:tcPr>
            <w:tcW w:w="3175" w:type="dxa"/>
            <w:vAlign w:val="center"/>
          </w:tcPr>
          <w:p w14:paraId="6E8E4DEC"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64503F1C" w14:textId="77777777" w:rsidR="00D93F19" w:rsidRDefault="00000000">
            <w:pPr>
              <w:pStyle w:val="TableText"/>
              <w:spacing w:after="30" w:line="245" w:lineRule="auto"/>
              <w:rPr>
                <w:rFonts w:hint="eastAsia"/>
              </w:rPr>
            </w:pPr>
            <w:r>
              <w:rPr>
                <w:sz w:val="18"/>
              </w:rPr>
              <w:t>_____________________</w:t>
            </w:r>
          </w:p>
        </w:tc>
      </w:tr>
    </w:tbl>
    <w:p w14:paraId="7AB355F3" w14:textId="77777777" w:rsidR="00D93F19" w:rsidRDefault="00D93F19">
      <w:pPr>
        <w:spacing w:after="0" w:line="20" w:lineRule="exact"/>
        <w:rPr>
          <w:rFonts w:hint="eastAsia"/>
        </w:rPr>
      </w:pPr>
    </w:p>
    <w:p w14:paraId="4CF537B3" w14:textId="77777777" w:rsidR="00D93F19" w:rsidRDefault="00000000">
      <w:pPr>
        <w:pStyle w:val="Small"/>
        <w:rPr>
          <w:rFonts w:hint="eastAsia"/>
        </w:rPr>
      </w:pPr>
      <w:r>
        <w:t>Archiviare il fascicolo come storia tecnica dell’attrezzatura. Per scelta aziendale del §16, mantenerlo durante la vita in uso della macchina, senza pregiudizio per specifici termini di legge.</w:t>
      </w:r>
    </w:p>
    <w:p w14:paraId="7666A192" w14:textId="77777777" w:rsidR="00D93F19" w:rsidRDefault="00000000">
      <w:pPr>
        <w:pStyle w:val="Kicker"/>
        <w:pageBreakBefore/>
        <w:rPr>
          <w:rFonts w:hint="eastAsia"/>
        </w:rPr>
      </w:pPr>
      <w:r>
        <w:t>ALLEGATO OPERATIVO • MODELLO AZIENDALE</w:t>
      </w:r>
    </w:p>
    <w:p w14:paraId="5A514C2F" w14:textId="77777777" w:rsidR="00D93F19" w:rsidRDefault="00000000">
      <w:pPr>
        <w:pStyle w:val="Titolo1"/>
      </w:pPr>
      <w:bookmarkStart w:id="61" w:name="P62"/>
      <w:r>
        <w:t>A21 | Piano specifico di emergenza e sospensione</w:t>
      </w:r>
      <w:bookmarkEnd w:id="61"/>
    </w:p>
    <w:p w14:paraId="7BE48182" w14:textId="77777777" w:rsidR="00D93F19" w:rsidRDefault="00000000">
      <w:pPr>
        <w:pStyle w:val="Small"/>
        <w:rPr>
          <w:rFonts w:hint="eastAsia"/>
        </w:rPr>
      </w:pPr>
      <w:r>
        <w:t>Pratica n. __________________  |  Macchina / matricola __________________  |  Data __________</w:t>
      </w:r>
    </w:p>
    <w:p w14:paraId="084961A6" w14:textId="77777777" w:rsidR="00D93F19" w:rsidRDefault="00000000">
      <w:pPr>
        <w:pStyle w:val="Small"/>
        <w:rPr>
          <w:rFonts w:hint="eastAsia"/>
        </w:rPr>
      </w:pPr>
      <w:r>
        <w:t>O: scheda da integrare nel piano di emergenza aziendale e nelle istruzioni del lavoro.</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9934279" w14:textId="77777777">
        <w:trPr>
          <w:cantSplit/>
          <w:tblHeader/>
          <w:jc w:val="center"/>
        </w:trPr>
        <w:tc>
          <w:tcPr>
            <w:tcW w:w="2891" w:type="dxa"/>
            <w:shd w:val="clear" w:color="auto" w:fill="15344B"/>
            <w:vAlign w:val="center"/>
          </w:tcPr>
          <w:p w14:paraId="0233D5E1"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19A0D189" w14:textId="77777777" w:rsidR="00D93F19" w:rsidRDefault="00000000">
            <w:pPr>
              <w:pStyle w:val="TableText"/>
              <w:spacing w:after="30" w:line="245" w:lineRule="auto"/>
              <w:rPr>
                <w:rFonts w:hint="eastAsia"/>
              </w:rPr>
            </w:pPr>
            <w:r>
              <w:rPr>
                <w:b/>
                <w:color w:val="FFFFFF"/>
              </w:rPr>
              <w:t>COMPILAZIONE</w:t>
            </w:r>
          </w:p>
        </w:tc>
      </w:tr>
      <w:tr w:rsidR="00D93F19" w14:paraId="1E31E03C" w14:textId="77777777">
        <w:trPr>
          <w:cantSplit/>
          <w:jc w:val="center"/>
        </w:trPr>
        <w:tc>
          <w:tcPr>
            <w:tcW w:w="2891" w:type="dxa"/>
            <w:shd w:val="clear" w:color="auto" w:fill="F2F6F8"/>
            <w:vAlign w:val="center"/>
          </w:tcPr>
          <w:p w14:paraId="3169F44C" w14:textId="77777777" w:rsidR="00D93F19" w:rsidRDefault="00000000">
            <w:pPr>
              <w:pStyle w:val="TableText"/>
              <w:spacing w:after="30" w:line="245" w:lineRule="auto"/>
              <w:rPr>
                <w:rFonts w:hint="eastAsia"/>
              </w:rPr>
            </w:pPr>
            <w:r>
              <w:t>Luogo esatto e accesso dei soccorsi</w:t>
            </w:r>
          </w:p>
        </w:tc>
        <w:tc>
          <w:tcPr>
            <w:tcW w:w="6973" w:type="dxa"/>
            <w:shd w:val="clear" w:color="auto" w:fill="F2F6F8"/>
            <w:vAlign w:val="center"/>
          </w:tcPr>
          <w:p w14:paraId="48CDE75E" w14:textId="77777777" w:rsidR="00D93F19" w:rsidRDefault="00000000">
            <w:pPr>
              <w:pStyle w:val="TableText"/>
              <w:spacing w:after="30" w:line="245" w:lineRule="auto"/>
              <w:rPr>
                <w:rFonts w:hint="eastAsia"/>
              </w:rPr>
            </w:pPr>
            <w:r>
              <w:t>________________________________________________________</w:t>
            </w:r>
          </w:p>
        </w:tc>
      </w:tr>
      <w:tr w:rsidR="00D93F19" w14:paraId="21A118D0" w14:textId="77777777">
        <w:trPr>
          <w:cantSplit/>
          <w:jc w:val="center"/>
        </w:trPr>
        <w:tc>
          <w:tcPr>
            <w:tcW w:w="2891" w:type="dxa"/>
            <w:vAlign w:val="center"/>
          </w:tcPr>
          <w:p w14:paraId="7A742487" w14:textId="77777777" w:rsidR="00D93F19" w:rsidRDefault="00000000">
            <w:pPr>
              <w:pStyle w:val="TableText"/>
              <w:spacing w:after="30" w:line="245" w:lineRule="auto"/>
              <w:rPr>
                <w:rFonts w:hint="eastAsia"/>
              </w:rPr>
            </w:pPr>
            <w:r>
              <w:t>Coordinatore emergenza / recapito</w:t>
            </w:r>
          </w:p>
        </w:tc>
        <w:tc>
          <w:tcPr>
            <w:tcW w:w="6973" w:type="dxa"/>
            <w:vAlign w:val="center"/>
          </w:tcPr>
          <w:p w14:paraId="54AA3ADD" w14:textId="77777777" w:rsidR="00D93F19" w:rsidRDefault="00000000">
            <w:pPr>
              <w:pStyle w:val="TableText"/>
              <w:spacing w:after="30" w:line="245" w:lineRule="auto"/>
              <w:rPr>
                <w:rFonts w:hint="eastAsia"/>
              </w:rPr>
            </w:pPr>
            <w:r>
              <w:t>________________________________________________________</w:t>
            </w:r>
          </w:p>
        </w:tc>
      </w:tr>
      <w:tr w:rsidR="00D93F19" w14:paraId="2D08D5F8" w14:textId="77777777">
        <w:trPr>
          <w:cantSplit/>
          <w:jc w:val="center"/>
        </w:trPr>
        <w:tc>
          <w:tcPr>
            <w:tcW w:w="2891" w:type="dxa"/>
            <w:shd w:val="clear" w:color="auto" w:fill="F2F6F8"/>
            <w:vAlign w:val="center"/>
          </w:tcPr>
          <w:p w14:paraId="3C41A5F3" w14:textId="77777777" w:rsidR="00D93F19" w:rsidRDefault="00000000">
            <w:pPr>
              <w:pStyle w:val="TableText"/>
              <w:spacing w:after="30" w:line="245" w:lineRule="auto"/>
              <w:rPr>
                <w:rFonts w:hint="eastAsia"/>
              </w:rPr>
            </w:pPr>
            <w:r>
              <w:t>Addetti presenti / recapiti</w:t>
            </w:r>
          </w:p>
        </w:tc>
        <w:tc>
          <w:tcPr>
            <w:tcW w:w="6973" w:type="dxa"/>
            <w:shd w:val="clear" w:color="auto" w:fill="F2F6F8"/>
            <w:vAlign w:val="center"/>
          </w:tcPr>
          <w:p w14:paraId="3D883292" w14:textId="77777777" w:rsidR="00D93F19" w:rsidRDefault="00000000">
            <w:pPr>
              <w:pStyle w:val="TableText"/>
              <w:spacing w:after="30" w:line="245" w:lineRule="auto"/>
              <w:rPr>
                <w:rFonts w:hint="eastAsia"/>
              </w:rPr>
            </w:pPr>
            <w:r>
              <w:t>________________________________________________________</w:t>
            </w:r>
          </w:p>
        </w:tc>
      </w:tr>
      <w:tr w:rsidR="00D93F19" w14:paraId="4B4A23A5" w14:textId="77777777">
        <w:trPr>
          <w:cantSplit/>
          <w:jc w:val="center"/>
        </w:trPr>
        <w:tc>
          <w:tcPr>
            <w:tcW w:w="2891" w:type="dxa"/>
            <w:vAlign w:val="center"/>
          </w:tcPr>
          <w:p w14:paraId="47055725" w14:textId="77777777" w:rsidR="00D93F19" w:rsidRDefault="00000000">
            <w:pPr>
              <w:pStyle w:val="TableText"/>
              <w:spacing w:after="30" w:line="245" w:lineRule="auto"/>
              <w:rPr>
                <w:rFonts w:hint="eastAsia"/>
              </w:rPr>
            </w:pPr>
            <w:r>
              <w:t>Numero esterno di soccorso previsto</w:t>
            </w:r>
          </w:p>
        </w:tc>
        <w:tc>
          <w:tcPr>
            <w:tcW w:w="6973" w:type="dxa"/>
            <w:vAlign w:val="center"/>
          </w:tcPr>
          <w:p w14:paraId="32ED0E4B" w14:textId="77777777" w:rsidR="00D93F19" w:rsidRDefault="00000000">
            <w:pPr>
              <w:pStyle w:val="TableText"/>
              <w:spacing w:after="30" w:line="245" w:lineRule="auto"/>
              <w:rPr>
                <w:rFonts w:hint="eastAsia"/>
              </w:rPr>
            </w:pPr>
            <w:r>
              <w:t>________________________________________________________</w:t>
            </w:r>
          </w:p>
        </w:tc>
      </w:tr>
      <w:tr w:rsidR="00D93F19" w14:paraId="6A9FD709" w14:textId="77777777">
        <w:trPr>
          <w:cantSplit/>
          <w:jc w:val="center"/>
        </w:trPr>
        <w:tc>
          <w:tcPr>
            <w:tcW w:w="2891" w:type="dxa"/>
            <w:shd w:val="clear" w:color="auto" w:fill="F2F6F8"/>
            <w:vAlign w:val="center"/>
          </w:tcPr>
          <w:p w14:paraId="764646F5" w14:textId="77777777" w:rsidR="00D93F19" w:rsidRDefault="00000000">
            <w:pPr>
              <w:pStyle w:val="TableText"/>
              <w:spacing w:after="30" w:line="245" w:lineRule="auto"/>
              <w:rPr>
                <w:rFonts w:hint="eastAsia"/>
              </w:rPr>
            </w:pPr>
            <w:r>
              <w:t>Mezzi e procedure di recupero disponibili</w:t>
            </w:r>
          </w:p>
        </w:tc>
        <w:tc>
          <w:tcPr>
            <w:tcW w:w="6973" w:type="dxa"/>
            <w:shd w:val="clear" w:color="auto" w:fill="F2F6F8"/>
            <w:vAlign w:val="center"/>
          </w:tcPr>
          <w:p w14:paraId="011D12EE" w14:textId="77777777" w:rsidR="00D93F19" w:rsidRDefault="00000000">
            <w:pPr>
              <w:pStyle w:val="TableText"/>
              <w:spacing w:after="30" w:line="245" w:lineRule="auto"/>
              <w:rPr>
                <w:rFonts w:hint="eastAsia"/>
              </w:rPr>
            </w:pPr>
            <w:r>
              <w:t>________________________________________________________</w:t>
            </w:r>
          </w:p>
          <w:p w14:paraId="536BD38E" w14:textId="77777777" w:rsidR="00D93F19" w:rsidRDefault="00000000">
            <w:pPr>
              <w:pStyle w:val="TableText"/>
              <w:spacing w:after="30" w:line="245" w:lineRule="auto"/>
              <w:rPr>
                <w:rFonts w:hint="eastAsia"/>
              </w:rPr>
            </w:pPr>
            <w:r>
              <w:t>Riferimento piano di recupero in quota: ___________________________</w:t>
            </w:r>
          </w:p>
        </w:tc>
      </w:tr>
    </w:tbl>
    <w:p w14:paraId="11096185"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969"/>
        <w:gridCol w:w="5896"/>
      </w:tblGrid>
      <w:tr w:rsidR="00D93F19" w14:paraId="77AAC6A9" w14:textId="77777777">
        <w:trPr>
          <w:cantSplit/>
          <w:tblHeader/>
          <w:jc w:val="center"/>
        </w:trPr>
        <w:tc>
          <w:tcPr>
            <w:tcW w:w="3969" w:type="dxa"/>
            <w:shd w:val="clear" w:color="auto" w:fill="15344B"/>
            <w:vAlign w:val="center"/>
          </w:tcPr>
          <w:p w14:paraId="2FEED85A" w14:textId="77777777" w:rsidR="00D93F19" w:rsidRDefault="00000000">
            <w:pPr>
              <w:pStyle w:val="TableText"/>
              <w:spacing w:after="30" w:line="245" w:lineRule="auto"/>
              <w:rPr>
                <w:rFonts w:hint="eastAsia"/>
              </w:rPr>
            </w:pPr>
            <w:r>
              <w:rPr>
                <w:b/>
                <w:color w:val="FFFFFF"/>
                <w:sz w:val="18"/>
              </w:rPr>
              <w:t>SCENARIO PERTINENTE</w:t>
            </w:r>
          </w:p>
        </w:tc>
        <w:tc>
          <w:tcPr>
            <w:tcW w:w="5896" w:type="dxa"/>
            <w:shd w:val="clear" w:color="auto" w:fill="15344B"/>
            <w:vAlign w:val="center"/>
          </w:tcPr>
          <w:p w14:paraId="78EEAE89" w14:textId="77777777" w:rsidR="00D93F19" w:rsidRDefault="00000000">
            <w:pPr>
              <w:pStyle w:val="TableText"/>
              <w:spacing w:after="30" w:line="245" w:lineRule="auto"/>
              <w:rPr>
                <w:rFonts w:hint="eastAsia"/>
              </w:rPr>
            </w:pPr>
            <w:r>
              <w:rPr>
                <w:b/>
                <w:color w:val="FFFFFF"/>
                <w:sz w:val="18"/>
              </w:rPr>
              <w:t>MISURE E AZIONI PIANIFICATE</w:t>
            </w:r>
          </w:p>
        </w:tc>
      </w:tr>
      <w:tr w:rsidR="00D93F19" w14:paraId="0B3FC6D4" w14:textId="77777777">
        <w:trPr>
          <w:cantSplit/>
          <w:jc w:val="center"/>
        </w:trPr>
        <w:tc>
          <w:tcPr>
            <w:tcW w:w="3969" w:type="dxa"/>
            <w:shd w:val="clear" w:color="auto" w:fill="F2F6F8"/>
            <w:vAlign w:val="center"/>
          </w:tcPr>
          <w:p w14:paraId="6D943C33" w14:textId="77777777" w:rsidR="00D93F19" w:rsidRDefault="00000000">
            <w:pPr>
              <w:pStyle w:val="TableText"/>
              <w:spacing w:after="30" w:line="245" w:lineRule="auto"/>
              <w:rPr>
                <w:rFonts w:hint="eastAsia"/>
              </w:rPr>
            </w:pPr>
            <w:r>
              <w:rPr>
                <w:sz w:val="18"/>
              </w:rPr>
              <w:t>Perdita di alimentazione / carico non depositabile</w:t>
            </w:r>
          </w:p>
        </w:tc>
        <w:tc>
          <w:tcPr>
            <w:tcW w:w="5896" w:type="dxa"/>
            <w:shd w:val="clear" w:color="auto" w:fill="F2F6F8"/>
            <w:vAlign w:val="center"/>
          </w:tcPr>
          <w:p w14:paraId="6AD665A3" w14:textId="77777777" w:rsidR="00D93F19" w:rsidRDefault="00000000">
            <w:pPr>
              <w:pStyle w:val="TableText"/>
              <w:spacing w:after="30" w:line="245" w:lineRule="auto"/>
              <w:rPr>
                <w:rFonts w:hint="eastAsia"/>
              </w:rPr>
            </w:pPr>
            <w:r>
              <w:rPr>
                <w:sz w:val="18"/>
              </w:rPr>
              <w:t>________________________________________________</w:t>
            </w:r>
          </w:p>
          <w:p w14:paraId="3E061AD2"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128AFDED" w14:textId="77777777">
        <w:trPr>
          <w:cantSplit/>
          <w:jc w:val="center"/>
        </w:trPr>
        <w:tc>
          <w:tcPr>
            <w:tcW w:w="3969" w:type="dxa"/>
            <w:vAlign w:val="center"/>
          </w:tcPr>
          <w:p w14:paraId="28BB7302" w14:textId="77777777" w:rsidR="00D93F19" w:rsidRDefault="00000000">
            <w:pPr>
              <w:pStyle w:val="TableText"/>
              <w:spacing w:after="30" w:line="245" w:lineRule="auto"/>
              <w:rPr>
                <w:rFonts w:hint="eastAsia"/>
              </w:rPr>
            </w:pPr>
            <w:r>
              <w:rPr>
                <w:sz w:val="18"/>
              </w:rPr>
              <w:t>Operatore infortunato o bloccato in quota</w:t>
            </w:r>
          </w:p>
        </w:tc>
        <w:tc>
          <w:tcPr>
            <w:tcW w:w="5896" w:type="dxa"/>
            <w:vAlign w:val="center"/>
          </w:tcPr>
          <w:p w14:paraId="3A37CBD9" w14:textId="77777777" w:rsidR="00D93F19" w:rsidRDefault="00000000">
            <w:pPr>
              <w:pStyle w:val="TableText"/>
              <w:spacing w:after="30" w:line="245" w:lineRule="auto"/>
              <w:rPr>
                <w:rFonts w:hint="eastAsia"/>
              </w:rPr>
            </w:pPr>
            <w:r>
              <w:rPr>
                <w:sz w:val="18"/>
              </w:rPr>
              <w:t>________________________________________________</w:t>
            </w:r>
          </w:p>
          <w:p w14:paraId="09941F8C"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6A2D25C5" w14:textId="77777777">
        <w:trPr>
          <w:cantSplit/>
          <w:jc w:val="center"/>
        </w:trPr>
        <w:tc>
          <w:tcPr>
            <w:tcW w:w="3969" w:type="dxa"/>
            <w:shd w:val="clear" w:color="auto" w:fill="F2F6F8"/>
            <w:vAlign w:val="center"/>
          </w:tcPr>
          <w:p w14:paraId="793C2C2F" w14:textId="77777777" w:rsidR="00D93F19" w:rsidRDefault="00000000">
            <w:pPr>
              <w:pStyle w:val="TableText"/>
              <w:spacing w:after="30" w:line="245" w:lineRule="auto"/>
              <w:rPr>
                <w:rFonts w:hint="eastAsia"/>
              </w:rPr>
            </w:pPr>
            <w:r>
              <w:rPr>
                <w:sz w:val="18"/>
              </w:rPr>
              <w:t>Movimento inatteso / instabilità / cedimento</w:t>
            </w:r>
          </w:p>
        </w:tc>
        <w:tc>
          <w:tcPr>
            <w:tcW w:w="5896" w:type="dxa"/>
            <w:shd w:val="clear" w:color="auto" w:fill="F2F6F8"/>
            <w:vAlign w:val="center"/>
          </w:tcPr>
          <w:p w14:paraId="14780508" w14:textId="77777777" w:rsidR="00D93F19" w:rsidRDefault="00000000">
            <w:pPr>
              <w:pStyle w:val="TableText"/>
              <w:spacing w:after="30" w:line="245" w:lineRule="auto"/>
              <w:rPr>
                <w:rFonts w:hint="eastAsia"/>
              </w:rPr>
            </w:pPr>
            <w:r>
              <w:rPr>
                <w:sz w:val="18"/>
              </w:rPr>
              <w:t>________________________________________________</w:t>
            </w:r>
          </w:p>
          <w:p w14:paraId="5B65C46B"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69502C73" w14:textId="77777777">
        <w:trPr>
          <w:cantSplit/>
          <w:jc w:val="center"/>
        </w:trPr>
        <w:tc>
          <w:tcPr>
            <w:tcW w:w="3969" w:type="dxa"/>
            <w:vAlign w:val="center"/>
          </w:tcPr>
          <w:p w14:paraId="610EDBCB" w14:textId="77777777" w:rsidR="00D93F19" w:rsidRDefault="00000000">
            <w:pPr>
              <w:pStyle w:val="TableText"/>
              <w:spacing w:after="30" w:line="245" w:lineRule="auto"/>
              <w:rPr>
                <w:rFonts w:hint="eastAsia"/>
              </w:rPr>
            </w:pPr>
            <w:r>
              <w:rPr>
                <w:sz w:val="18"/>
              </w:rPr>
              <w:t>Incendio / fumo / rischio elettrico</w:t>
            </w:r>
          </w:p>
        </w:tc>
        <w:tc>
          <w:tcPr>
            <w:tcW w:w="5896" w:type="dxa"/>
            <w:vAlign w:val="center"/>
          </w:tcPr>
          <w:p w14:paraId="1212E3CC" w14:textId="77777777" w:rsidR="00D93F19" w:rsidRDefault="00000000">
            <w:pPr>
              <w:pStyle w:val="TableText"/>
              <w:spacing w:after="30" w:line="245" w:lineRule="auto"/>
              <w:rPr>
                <w:rFonts w:hint="eastAsia"/>
              </w:rPr>
            </w:pPr>
            <w:r>
              <w:rPr>
                <w:sz w:val="18"/>
              </w:rPr>
              <w:t>________________________________________________</w:t>
            </w:r>
          </w:p>
          <w:p w14:paraId="79B9D5E8" w14:textId="77777777" w:rsidR="00D93F19" w:rsidRDefault="00000000">
            <w:pPr>
              <w:pStyle w:val="TableText"/>
              <w:spacing w:after="30" w:line="245" w:lineRule="auto"/>
              <w:rPr>
                <w:rFonts w:hint="eastAsia"/>
              </w:rPr>
            </w:pPr>
            <w:r>
              <w:rPr>
                <w:sz w:val="18"/>
              </w:rPr>
              <w:t>________________________________________________</w:t>
            </w:r>
          </w:p>
        </w:tc>
      </w:tr>
      <w:tr w:rsidR="00D93F19" w14:paraId="4FC60A40" w14:textId="77777777">
        <w:trPr>
          <w:cantSplit/>
          <w:jc w:val="center"/>
        </w:trPr>
        <w:tc>
          <w:tcPr>
            <w:tcW w:w="3969" w:type="dxa"/>
            <w:shd w:val="clear" w:color="auto" w:fill="F2F6F8"/>
            <w:vAlign w:val="center"/>
          </w:tcPr>
          <w:p w14:paraId="43C62BB1" w14:textId="77777777" w:rsidR="00D93F19" w:rsidRDefault="00000000">
            <w:pPr>
              <w:pStyle w:val="TableText"/>
              <w:spacing w:after="30" w:line="245" w:lineRule="auto"/>
              <w:rPr>
                <w:rFonts w:hint="eastAsia"/>
              </w:rPr>
            </w:pPr>
            <w:r>
              <w:rPr>
                <w:sz w:val="18"/>
              </w:rPr>
              <w:t>Interferenza con altre gru o impianti</w:t>
            </w:r>
          </w:p>
        </w:tc>
        <w:tc>
          <w:tcPr>
            <w:tcW w:w="5896" w:type="dxa"/>
            <w:shd w:val="clear" w:color="auto" w:fill="F2F6F8"/>
            <w:vAlign w:val="center"/>
          </w:tcPr>
          <w:p w14:paraId="2486FF11" w14:textId="77777777" w:rsidR="00D93F19" w:rsidRDefault="00000000">
            <w:pPr>
              <w:pStyle w:val="TableText"/>
              <w:spacing w:after="30" w:line="245" w:lineRule="auto"/>
              <w:rPr>
                <w:rFonts w:hint="eastAsia"/>
              </w:rPr>
            </w:pPr>
            <w:r>
              <w:rPr>
                <w:sz w:val="18"/>
              </w:rPr>
              <w:t>________________________________________________</w:t>
            </w:r>
          </w:p>
          <w:p w14:paraId="69F3F9E1" w14:textId="77777777" w:rsidR="00D93F19" w:rsidRDefault="00000000">
            <w:pPr>
              <w:pStyle w:val="TableText"/>
              <w:spacing w:after="30" w:line="245" w:lineRule="auto"/>
              <w:rPr>
                <w:rFonts w:hint="eastAsia"/>
              </w:rPr>
            </w:pPr>
            <w:r>
              <w:rPr>
                <w:sz w:val="18"/>
              </w:rPr>
              <w:t>________________________________________________</w:t>
            </w:r>
          </w:p>
        </w:tc>
      </w:tr>
    </w:tbl>
    <w:p w14:paraId="7B840719" w14:textId="77777777" w:rsidR="00D93F19" w:rsidRDefault="00D93F19">
      <w:pPr>
        <w:spacing w:after="0" w:line="20" w:lineRule="exact"/>
        <w:rPr>
          <w:rFonts w:hint="eastAsia"/>
        </w:rPr>
      </w:pPr>
    </w:p>
    <w:p w14:paraId="13113FB9" w14:textId="77777777" w:rsidR="00D93F19" w:rsidRDefault="00000000">
      <w:pPr>
        <w:pStyle w:val="Titolo2"/>
      </w:pPr>
      <w:r>
        <w:t>Informazioni da comunicare alla squadra</w:t>
      </w:r>
    </w:p>
    <w:p w14:paraId="17C65694" w14:textId="77777777" w:rsidR="00D93F19" w:rsidRDefault="00000000">
      <w:pPr>
        <w:rPr>
          <w:rFonts w:hint="eastAsia"/>
        </w:rPr>
      </w:pPr>
      <w:r>
        <w:t>□ Segnale di stop  □ Responsabile delle manovre  □ Vie di allontanamento  □ Area da interdire</w:t>
      </w:r>
      <w:r>
        <w:br/>
        <w:t>□ Posizione presidi  □ Modalità chiamata soccorsi  □ Recupero pianificato  □ Divieto di azioni improvvisate</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BF754AC" w14:textId="77777777">
        <w:trPr>
          <w:cantSplit/>
          <w:tblHeader/>
          <w:jc w:val="center"/>
        </w:trPr>
        <w:tc>
          <w:tcPr>
            <w:tcW w:w="2891" w:type="dxa"/>
            <w:shd w:val="clear" w:color="auto" w:fill="15344B"/>
            <w:vAlign w:val="center"/>
          </w:tcPr>
          <w:p w14:paraId="2EF43259"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693C5E37" w14:textId="77777777" w:rsidR="00D93F19" w:rsidRDefault="00000000">
            <w:pPr>
              <w:pStyle w:val="TableText"/>
              <w:spacing w:after="30" w:line="245" w:lineRule="auto"/>
              <w:rPr>
                <w:rFonts w:hint="eastAsia"/>
              </w:rPr>
            </w:pPr>
            <w:r>
              <w:rPr>
                <w:b/>
                <w:color w:val="FFFFFF"/>
              </w:rPr>
              <w:t>COMPILAZIONE</w:t>
            </w:r>
          </w:p>
        </w:tc>
      </w:tr>
      <w:tr w:rsidR="00D93F19" w14:paraId="344F0E8C" w14:textId="77777777">
        <w:trPr>
          <w:cantSplit/>
          <w:jc w:val="center"/>
        </w:trPr>
        <w:tc>
          <w:tcPr>
            <w:tcW w:w="2891" w:type="dxa"/>
            <w:shd w:val="clear" w:color="auto" w:fill="F2F6F8"/>
            <w:vAlign w:val="center"/>
          </w:tcPr>
          <w:p w14:paraId="6A782B84" w14:textId="77777777" w:rsidR="00D93F19" w:rsidRDefault="00000000">
            <w:pPr>
              <w:pStyle w:val="TableText"/>
              <w:spacing w:after="30" w:line="245" w:lineRule="auto"/>
              <w:rPr>
                <w:rFonts w:hint="eastAsia"/>
              </w:rPr>
            </w:pPr>
            <w:r>
              <w:t>Condizioni che impongono la sospensione</w:t>
            </w:r>
          </w:p>
        </w:tc>
        <w:tc>
          <w:tcPr>
            <w:tcW w:w="6973" w:type="dxa"/>
            <w:shd w:val="clear" w:color="auto" w:fill="F2F6F8"/>
            <w:vAlign w:val="center"/>
          </w:tcPr>
          <w:p w14:paraId="1F2A4969" w14:textId="77777777" w:rsidR="00D93F19" w:rsidRDefault="00000000">
            <w:pPr>
              <w:pStyle w:val="TableText"/>
              <w:spacing w:after="30" w:line="245" w:lineRule="auto"/>
              <w:rPr>
                <w:rFonts w:hint="eastAsia"/>
              </w:rPr>
            </w:pPr>
            <w:r>
              <w:t>________________________________________________________</w:t>
            </w:r>
          </w:p>
        </w:tc>
      </w:tr>
      <w:tr w:rsidR="00D93F19" w14:paraId="1305A0DE" w14:textId="77777777">
        <w:trPr>
          <w:cantSplit/>
          <w:jc w:val="center"/>
        </w:trPr>
        <w:tc>
          <w:tcPr>
            <w:tcW w:w="2891" w:type="dxa"/>
            <w:vAlign w:val="center"/>
          </w:tcPr>
          <w:p w14:paraId="57EDDCB0" w14:textId="77777777" w:rsidR="00D93F19" w:rsidRDefault="00000000">
            <w:pPr>
              <w:pStyle w:val="TableText"/>
              <w:spacing w:after="30" w:line="245" w:lineRule="auto"/>
              <w:rPr>
                <w:rFonts w:hint="eastAsia"/>
              </w:rPr>
            </w:pPr>
            <w:r>
              <w:t>Misure durante la sospensione</w:t>
            </w:r>
          </w:p>
        </w:tc>
        <w:tc>
          <w:tcPr>
            <w:tcW w:w="6973" w:type="dxa"/>
            <w:vAlign w:val="center"/>
          </w:tcPr>
          <w:p w14:paraId="5B381EE2" w14:textId="77777777" w:rsidR="00D93F19" w:rsidRDefault="00000000">
            <w:pPr>
              <w:pStyle w:val="TableText"/>
              <w:spacing w:after="30" w:line="245" w:lineRule="auto"/>
              <w:rPr>
                <w:rFonts w:hint="eastAsia"/>
              </w:rPr>
            </w:pPr>
            <w:r>
              <w:t>________________________________________________________</w:t>
            </w:r>
          </w:p>
        </w:tc>
      </w:tr>
      <w:tr w:rsidR="00D93F19" w14:paraId="12F0D138" w14:textId="77777777">
        <w:trPr>
          <w:cantSplit/>
          <w:jc w:val="center"/>
        </w:trPr>
        <w:tc>
          <w:tcPr>
            <w:tcW w:w="2891" w:type="dxa"/>
            <w:shd w:val="clear" w:color="auto" w:fill="F2F6F8"/>
            <w:vAlign w:val="center"/>
          </w:tcPr>
          <w:p w14:paraId="59F9132D" w14:textId="77777777" w:rsidR="00D93F19" w:rsidRDefault="00000000">
            <w:pPr>
              <w:pStyle w:val="TableText"/>
              <w:spacing w:after="30" w:line="245" w:lineRule="auto"/>
              <w:rPr>
                <w:rFonts w:hint="eastAsia"/>
              </w:rPr>
            </w:pPr>
            <w:r>
              <w:t>Prerequisiti per la ripresa</w:t>
            </w:r>
          </w:p>
        </w:tc>
        <w:tc>
          <w:tcPr>
            <w:tcW w:w="6973" w:type="dxa"/>
            <w:shd w:val="clear" w:color="auto" w:fill="F2F6F8"/>
            <w:vAlign w:val="center"/>
          </w:tcPr>
          <w:p w14:paraId="43619DD5" w14:textId="77777777" w:rsidR="00D93F19" w:rsidRDefault="00000000">
            <w:pPr>
              <w:pStyle w:val="TableText"/>
              <w:spacing w:after="30" w:line="245" w:lineRule="auto"/>
              <w:rPr>
                <w:rFonts w:hint="eastAsia"/>
              </w:rPr>
            </w:pPr>
            <w:r>
              <w:t>Riesame tecnico / permesso / isolamento: _________________________</w:t>
            </w:r>
          </w:p>
        </w:tc>
      </w:tr>
    </w:tbl>
    <w:p w14:paraId="3B9706D8"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6FC6732E" w14:textId="77777777">
        <w:trPr>
          <w:cantSplit/>
          <w:tblHeader/>
          <w:jc w:val="center"/>
        </w:trPr>
        <w:tc>
          <w:tcPr>
            <w:tcW w:w="3515" w:type="dxa"/>
            <w:shd w:val="clear" w:color="auto" w:fill="15344B"/>
            <w:vAlign w:val="center"/>
          </w:tcPr>
          <w:p w14:paraId="2BEE5A78"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72118ACD"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2606D92E" w14:textId="77777777" w:rsidR="00D93F19" w:rsidRDefault="00000000">
            <w:pPr>
              <w:pStyle w:val="TableText"/>
              <w:spacing w:after="30" w:line="245" w:lineRule="auto"/>
              <w:rPr>
                <w:rFonts w:hint="eastAsia"/>
              </w:rPr>
            </w:pPr>
            <w:r>
              <w:rPr>
                <w:b/>
                <w:color w:val="FFFFFF"/>
                <w:sz w:val="18"/>
              </w:rPr>
              <w:t>DATA E FIRMA</w:t>
            </w:r>
          </w:p>
        </w:tc>
      </w:tr>
      <w:tr w:rsidR="00D93F19" w14:paraId="6411E456" w14:textId="77777777">
        <w:trPr>
          <w:cantSplit/>
          <w:jc w:val="center"/>
        </w:trPr>
        <w:tc>
          <w:tcPr>
            <w:tcW w:w="3515" w:type="dxa"/>
            <w:shd w:val="clear" w:color="auto" w:fill="F2F6F8"/>
            <w:vAlign w:val="center"/>
          </w:tcPr>
          <w:p w14:paraId="2B3D91C4" w14:textId="77777777" w:rsidR="00D93F19" w:rsidRDefault="00000000">
            <w:pPr>
              <w:pStyle w:val="TableText"/>
              <w:spacing w:after="30" w:line="245" w:lineRule="auto"/>
              <w:rPr>
                <w:rFonts w:hint="eastAsia"/>
              </w:rPr>
            </w:pPr>
            <w:r>
              <w:rPr>
                <w:sz w:val="18"/>
              </w:rPr>
              <w:t>Predisposizione del piano</w:t>
            </w:r>
          </w:p>
        </w:tc>
        <w:tc>
          <w:tcPr>
            <w:tcW w:w="3175" w:type="dxa"/>
            <w:shd w:val="clear" w:color="auto" w:fill="F2F6F8"/>
            <w:vAlign w:val="center"/>
          </w:tcPr>
          <w:p w14:paraId="740DCEF6"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50C9AD80" w14:textId="77777777" w:rsidR="00D93F19" w:rsidRDefault="00000000">
            <w:pPr>
              <w:pStyle w:val="TableText"/>
              <w:spacing w:after="30" w:line="245" w:lineRule="auto"/>
              <w:rPr>
                <w:rFonts w:hint="eastAsia"/>
              </w:rPr>
            </w:pPr>
            <w:r>
              <w:rPr>
                <w:sz w:val="18"/>
              </w:rPr>
              <w:t>_____________________</w:t>
            </w:r>
          </w:p>
        </w:tc>
      </w:tr>
      <w:tr w:rsidR="00D93F19" w14:paraId="0C18EE7D" w14:textId="77777777">
        <w:trPr>
          <w:cantSplit/>
          <w:jc w:val="center"/>
        </w:trPr>
        <w:tc>
          <w:tcPr>
            <w:tcW w:w="3515" w:type="dxa"/>
            <w:vAlign w:val="center"/>
          </w:tcPr>
          <w:p w14:paraId="1D71931B" w14:textId="77777777" w:rsidR="00D93F19" w:rsidRDefault="00000000">
            <w:pPr>
              <w:pStyle w:val="TableText"/>
              <w:spacing w:after="30" w:line="245" w:lineRule="auto"/>
              <w:rPr>
                <w:rFonts w:hint="eastAsia"/>
              </w:rPr>
            </w:pPr>
            <w:r>
              <w:rPr>
                <w:sz w:val="18"/>
              </w:rPr>
              <w:t>Preposto – briefing alla squadra</w:t>
            </w:r>
          </w:p>
        </w:tc>
        <w:tc>
          <w:tcPr>
            <w:tcW w:w="3175" w:type="dxa"/>
            <w:vAlign w:val="center"/>
          </w:tcPr>
          <w:p w14:paraId="292540D0"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1534226A" w14:textId="77777777" w:rsidR="00D93F19" w:rsidRDefault="00000000">
            <w:pPr>
              <w:pStyle w:val="TableText"/>
              <w:spacing w:after="30" w:line="245" w:lineRule="auto"/>
              <w:rPr>
                <w:rFonts w:hint="eastAsia"/>
              </w:rPr>
            </w:pPr>
            <w:r>
              <w:rPr>
                <w:sz w:val="18"/>
              </w:rPr>
              <w:t>_____________________</w:t>
            </w:r>
          </w:p>
        </w:tc>
      </w:tr>
    </w:tbl>
    <w:p w14:paraId="3381EACE" w14:textId="77777777" w:rsidR="00D93F19" w:rsidRDefault="00D93F19">
      <w:pPr>
        <w:spacing w:after="0" w:line="20" w:lineRule="exact"/>
        <w:rPr>
          <w:rFonts w:hint="eastAsia"/>
        </w:rPr>
      </w:pP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68E48777" w14:textId="77777777">
        <w:trPr>
          <w:cantSplit/>
        </w:trPr>
        <w:tc>
          <w:tcPr>
            <w:tcW w:w="9866" w:type="dxa"/>
            <w:shd w:val="clear" w:color="auto" w:fill="FFF5E2"/>
            <w:vAlign w:val="center"/>
          </w:tcPr>
          <w:p w14:paraId="1A19BFEC" w14:textId="77777777" w:rsidR="00D93F19" w:rsidRDefault="00000000">
            <w:pPr>
              <w:pStyle w:val="TableText"/>
              <w:spacing w:after="30" w:line="245" w:lineRule="auto"/>
              <w:rPr>
                <w:rFonts w:hint="eastAsia"/>
              </w:rPr>
            </w:pPr>
            <w:r>
              <w:rPr>
                <w:color w:val="A53435"/>
              </w:rPr>
              <w:t>Nessuna operazione sotto un carico instabile o sospeso; nessun recupero improvvisato con il gancio della gru o con accessi non predisposti. Prima del lavoro devono essere definite misure realisticamente attuabili.</w:t>
            </w:r>
          </w:p>
        </w:tc>
      </w:tr>
    </w:tbl>
    <w:p w14:paraId="222DCC0E" w14:textId="77777777" w:rsidR="00D93F19" w:rsidRDefault="00D93F19">
      <w:pPr>
        <w:spacing w:after="0" w:line="20" w:lineRule="exact"/>
        <w:rPr>
          <w:rFonts w:hint="eastAsia"/>
        </w:rPr>
      </w:pPr>
    </w:p>
    <w:p w14:paraId="51F9F72C" w14:textId="77777777" w:rsidR="00D93F19" w:rsidRDefault="00000000">
      <w:pPr>
        <w:pStyle w:val="Kicker"/>
        <w:pageBreakBefore/>
        <w:rPr>
          <w:rFonts w:hint="eastAsia"/>
        </w:rPr>
      </w:pPr>
      <w:r>
        <w:t>ALLEGATO OPERATIVO • MODELLO AZIENDALE</w:t>
      </w:r>
    </w:p>
    <w:p w14:paraId="7D8C34C3" w14:textId="77777777" w:rsidR="00D93F19" w:rsidRDefault="00000000">
      <w:pPr>
        <w:pStyle w:val="Titolo1"/>
      </w:pPr>
      <w:bookmarkStart w:id="62" w:name="P63"/>
      <w:r>
        <w:t>A22 | Audit della procedura e gestione revisioni</w:t>
      </w:r>
      <w:bookmarkEnd w:id="62"/>
    </w:p>
    <w:p w14:paraId="06D11E9F" w14:textId="77777777" w:rsidR="00D93F19" w:rsidRDefault="00000000">
      <w:pPr>
        <w:pStyle w:val="Small"/>
        <w:rPr>
          <w:rFonts w:hint="eastAsia"/>
        </w:rPr>
      </w:pPr>
      <w:r>
        <w:t>Pratica n. __________________  |  Macchina / matricola __________________  |  Data __________</w:t>
      </w:r>
    </w:p>
    <w:p w14:paraId="1F905DF4" w14:textId="77777777" w:rsidR="00D93F19" w:rsidRDefault="00000000">
      <w:pPr>
        <w:pStyle w:val="Small"/>
        <w:rPr>
          <w:rFonts w:hint="eastAsia"/>
        </w:rPr>
      </w:pPr>
      <w:r>
        <w:t>O: controllo interno del processo e miglioramento delle istruzioni.</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4706"/>
        <w:gridCol w:w="1928"/>
        <w:gridCol w:w="3231"/>
      </w:tblGrid>
      <w:tr w:rsidR="00D93F19" w14:paraId="372574BA" w14:textId="77777777">
        <w:trPr>
          <w:cantSplit/>
          <w:tblHeader/>
          <w:jc w:val="center"/>
        </w:trPr>
        <w:tc>
          <w:tcPr>
            <w:tcW w:w="4706" w:type="dxa"/>
            <w:shd w:val="clear" w:color="auto" w:fill="15344B"/>
            <w:vAlign w:val="center"/>
          </w:tcPr>
          <w:p w14:paraId="00712938" w14:textId="77777777" w:rsidR="00D93F19" w:rsidRDefault="00000000">
            <w:pPr>
              <w:pStyle w:val="TableText"/>
              <w:spacing w:after="30" w:line="245" w:lineRule="auto"/>
              <w:rPr>
                <w:rFonts w:hint="eastAsia"/>
              </w:rPr>
            </w:pPr>
            <w:r>
              <w:rPr>
                <w:b/>
                <w:color w:val="FFFFFF"/>
                <w:sz w:val="18"/>
              </w:rPr>
              <w:t>VERIFICA</w:t>
            </w:r>
          </w:p>
        </w:tc>
        <w:tc>
          <w:tcPr>
            <w:tcW w:w="1928" w:type="dxa"/>
            <w:shd w:val="clear" w:color="auto" w:fill="15344B"/>
            <w:vAlign w:val="center"/>
          </w:tcPr>
          <w:p w14:paraId="1046F914" w14:textId="77777777" w:rsidR="00D93F19" w:rsidRDefault="00000000">
            <w:pPr>
              <w:pStyle w:val="TableText"/>
              <w:spacing w:after="30" w:line="245" w:lineRule="auto"/>
              <w:rPr>
                <w:rFonts w:hint="eastAsia"/>
              </w:rPr>
            </w:pPr>
            <w:r>
              <w:rPr>
                <w:b/>
                <w:color w:val="FFFFFF"/>
                <w:sz w:val="18"/>
              </w:rPr>
              <w:t>ESITO</w:t>
            </w:r>
          </w:p>
        </w:tc>
        <w:tc>
          <w:tcPr>
            <w:tcW w:w="3231" w:type="dxa"/>
            <w:shd w:val="clear" w:color="auto" w:fill="15344B"/>
            <w:vAlign w:val="center"/>
          </w:tcPr>
          <w:p w14:paraId="0DCE1C6F" w14:textId="77777777" w:rsidR="00D93F19" w:rsidRDefault="00000000">
            <w:pPr>
              <w:pStyle w:val="TableText"/>
              <w:spacing w:after="30" w:line="245" w:lineRule="auto"/>
              <w:rPr>
                <w:rFonts w:hint="eastAsia"/>
              </w:rPr>
            </w:pPr>
            <w:r>
              <w:rPr>
                <w:b/>
                <w:color w:val="FFFFFF"/>
                <w:sz w:val="18"/>
              </w:rPr>
              <w:t>AZIONE / EVIDENZA</w:t>
            </w:r>
          </w:p>
        </w:tc>
      </w:tr>
      <w:tr w:rsidR="00D93F19" w14:paraId="5986BF3A" w14:textId="77777777">
        <w:trPr>
          <w:cantSplit/>
          <w:jc w:val="center"/>
        </w:trPr>
        <w:tc>
          <w:tcPr>
            <w:tcW w:w="4706" w:type="dxa"/>
            <w:shd w:val="clear" w:color="auto" w:fill="F2F6F8"/>
            <w:vAlign w:val="center"/>
          </w:tcPr>
          <w:p w14:paraId="32FBCDB7" w14:textId="77777777" w:rsidR="00D93F19" w:rsidRDefault="00000000">
            <w:pPr>
              <w:pStyle w:val="TableText"/>
              <w:spacing w:after="30" w:line="245" w:lineRule="auto"/>
              <w:rPr>
                <w:rFonts w:hint="eastAsia"/>
              </w:rPr>
            </w:pPr>
            <w:r>
              <w:rPr>
                <w:sz w:val="18"/>
              </w:rPr>
              <w:t>Pratiche identificate e documentazione originaria rintracciabile</w:t>
            </w:r>
          </w:p>
        </w:tc>
        <w:tc>
          <w:tcPr>
            <w:tcW w:w="1928" w:type="dxa"/>
            <w:shd w:val="clear" w:color="auto" w:fill="F2F6F8"/>
            <w:vAlign w:val="center"/>
          </w:tcPr>
          <w:p w14:paraId="010FA1E0" w14:textId="77777777" w:rsidR="00D93F19" w:rsidRDefault="00000000">
            <w:pPr>
              <w:pStyle w:val="TableText"/>
              <w:spacing w:after="30" w:line="245" w:lineRule="auto"/>
              <w:rPr>
                <w:rFonts w:hint="eastAsia"/>
              </w:rPr>
            </w:pPr>
            <w:r>
              <w:rPr>
                <w:sz w:val="18"/>
              </w:rPr>
              <w:t>□ Sì  □ No  □ N.A.</w:t>
            </w:r>
          </w:p>
        </w:tc>
        <w:tc>
          <w:tcPr>
            <w:tcW w:w="3231" w:type="dxa"/>
            <w:shd w:val="clear" w:color="auto" w:fill="F2F6F8"/>
            <w:vAlign w:val="center"/>
          </w:tcPr>
          <w:p w14:paraId="4FC1D149" w14:textId="77777777" w:rsidR="00D93F19" w:rsidRDefault="00000000">
            <w:pPr>
              <w:pStyle w:val="TableText"/>
              <w:spacing w:after="30" w:line="245" w:lineRule="auto"/>
              <w:rPr>
                <w:rFonts w:hint="eastAsia"/>
              </w:rPr>
            </w:pPr>
            <w:r>
              <w:rPr>
                <w:sz w:val="18"/>
              </w:rPr>
              <w:t>______________________</w:t>
            </w:r>
          </w:p>
        </w:tc>
      </w:tr>
      <w:tr w:rsidR="00D93F19" w14:paraId="552A49B9" w14:textId="77777777">
        <w:trPr>
          <w:cantSplit/>
          <w:jc w:val="center"/>
        </w:trPr>
        <w:tc>
          <w:tcPr>
            <w:tcW w:w="4706" w:type="dxa"/>
            <w:vAlign w:val="center"/>
          </w:tcPr>
          <w:p w14:paraId="2162F3FB" w14:textId="77777777" w:rsidR="00D93F19" w:rsidRDefault="00000000">
            <w:pPr>
              <w:pStyle w:val="TableText"/>
              <w:spacing w:after="30" w:line="245" w:lineRule="auto"/>
              <w:rPr>
                <w:rFonts w:hint="eastAsia"/>
              </w:rPr>
            </w:pPr>
            <w:r>
              <w:rPr>
                <w:sz w:val="18"/>
              </w:rPr>
              <w:t>Responsabilità e competenze formalizzate</w:t>
            </w:r>
          </w:p>
        </w:tc>
        <w:tc>
          <w:tcPr>
            <w:tcW w:w="1928" w:type="dxa"/>
            <w:vAlign w:val="center"/>
          </w:tcPr>
          <w:p w14:paraId="6C36AAD7" w14:textId="77777777" w:rsidR="00D93F19" w:rsidRDefault="00000000">
            <w:pPr>
              <w:pStyle w:val="TableText"/>
              <w:spacing w:after="30" w:line="245" w:lineRule="auto"/>
              <w:rPr>
                <w:rFonts w:hint="eastAsia"/>
              </w:rPr>
            </w:pPr>
            <w:r>
              <w:rPr>
                <w:sz w:val="18"/>
              </w:rPr>
              <w:t>□ Sì  □ No  □ N.A.</w:t>
            </w:r>
          </w:p>
        </w:tc>
        <w:tc>
          <w:tcPr>
            <w:tcW w:w="3231" w:type="dxa"/>
            <w:vAlign w:val="center"/>
          </w:tcPr>
          <w:p w14:paraId="0844DEF6" w14:textId="77777777" w:rsidR="00D93F19" w:rsidRDefault="00000000">
            <w:pPr>
              <w:pStyle w:val="TableText"/>
              <w:spacing w:after="30" w:line="245" w:lineRule="auto"/>
              <w:rPr>
                <w:rFonts w:hint="eastAsia"/>
              </w:rPr>
            </w:pPr>
            <w:r>
              <w:rPr>
                <w:sz w:val="18"/>
              </w:rPr>
              <w:t>______________________</w:t>
            </w:r>
          </w:p>
        </w:tc>
      </w:tr>
      <w:tr w:rsidR="00D93F19" w14:paraId="312FFE08" w14:textId="77777777">
        <w:trPr>
          <w:cantSplit/>
          <w:jc w:val="center"/>
        </w:trPr>
        <w:tc>
          <w:tcPr>
            <w:tcW w:w="4706" w:type="dxa"/>
            <w:shd w:val="clear" w:color="auto" w:fill="F2F6F8"/>
            <w:vAlign w:val="center"/>
          </w:tcPr>
          <w:p w14:paraId="525B2D8D" w14:textId="77777777" w:rsidR="00D93F19" w:rsidRDefault="00000000">
            <w:pPr>
              <w:pStyle w:val="TableText"/>
              <w:spacing w:after="30" w:line="245" w:lineRule="auto"/>
              <w:rPr>
                <w:rFonts w:hint="eastAsia"/>
              </w:rPr>
            </w:pPr>
            <w:r>
              <w:rPr>
                <w:sz w:val="18"/>
              </w:rPr>
              <w:t>Classificazione motivata e schede cumulative considerate</w:t>
            </w:r>
          </w:p>
        </w:tc>
        <w:tc>
          <w:tcPr>
            <w:tcW w:w="1928" w:type="dxa"/>
            <w:shd w:val="clear" w:color="auto" w:fill="F2F6F8"/>
            <w:vAlign w:val="center"/>
          </w:tcPr>
          <w:p w14:paraId="0EEF50EB" w14:textId="77777777" w:rsidR="00D93F19" w:rsidRDefault="00000000">
            <w:pPr>
              <w:pStyle w:val="TableText"/>
              <w:spacing w:after="30" w:line="245" w:lineRule="auto"/>
              <w:rPr>
                <w:rFonts w:hint="eastAsia"/>
              </w:rPr>
            </w:pPr>
            <w:r>
              <w:rPr>
                <w:sz w:val="18"/>
              </w:rPr>
              <w:t>□ Sì  □ No  □ N.A.</w:t>
            </w:r>
          </w:p>
        </w:tc>
        <w:tc>
          <w:tcPr>
            <w:tcW w:w="3231" w:type="dxa"/>
            <w:shd w:val="clear" w:color="auto" w:fill="F2F6F8"/>
            <w:vAlign w:val="center"/>
          </w:tcPr>
          <w:p w14:paraId="0E0000EB" w14:textId="77777777" w:rsidR="00D93F19" w:rsidRDefault="00000000">
            <w:pPr>
              <w:pStyle w:val="TableText"/>
              <w:spacing w:after="30" w:line="245" w:lineRule="auto"/>
              <w:rPr>
                <w:rFonts w:hint="eastAsia"/>
              </w:rPr>
            </w:pPr>
            <w:r>
              <w:rPr>
                <w:sz w:val="18"/>
              </w:rPr>
              <w:t>______________________</w:t>
            </w:r>
          </w:p>
        </w:tc>
      </w:tr>
      <w:tr w:rsidR="00D93F19" w14:paraId="5067B752" w14:textId="77777777">
        <w:trPr>
          <w:cantSplit/>
          <w:jc w:val="center"/>
        </w:trPr>
        <w:tc>
          <w:tcPr>
            <w:tcW w:w="4706" w:type="dxa"/>
            <w:vAlign w:val="center"/>
          </w:tcPr>
          <w:p w14:paraId="19313766" w14:textId="77777777" w:rsidR="00D93F19" w:rsidRDefault="00000000">
            <w:pPr>
              <w:pStyle w:val="TableText"/>
              <w:spacing w:after="30" w:line="245" w:lineRule="auto"/>
              <w:rPr>
                <w:rFonts w:hint="eastAsia"/>
              </w:rPr>
            </w:pPr>
            <w:r>
              <w:rPr>
                <w:sz w:val="18"/>
              </w:rPr>
              <w:t>Progetto e criteri di prova definiti prima dei lavori</w:t>
            </w:r>
          </w:p>
        </w:tc>
        <w:tc>
          <w:tcPr>
            <w:tcW w:w="1928" w:type="dxa"/>
            <w:vAlign w:val="center"/>
          </w:tcPr>
          <w:p w14:paraId="10270A44" w14:textId="77777777" w:rsidR="00D93F19" w:rsidRDefault="00000000">
            <w:pPr>
              <w:pStyle w:val="TableText"/>
              <w:spacing w:after="30" w:line="245" w:lineRule="auto"/>
              <w:rPr>
                <w:rFonts w:hint="eastAsia"/>
              </w:rPr>
            </w:pPr>
            <w:r>
              <w:rPr>
                <w:sz w:val="18"/>
              </w:rPr>
              <w:t>□ Sì  □ No  □ N.A.</w:t>
            </w:r>
          </w:p>
        </w:tc>
        <w:tc>
          <w:tcPr>
            <w:tcW w:w="3231" w:type="dxa"/>
            <w:vAlign w:val="center"/>
          </w:tcPr>
          <w:p w14:paraId="44C18DBF" w14:textId="77777777" w:rsidR="00D93F19" w:rsidRDefault="00000000">
            <w:pPr>
              <w:pStyle w:val="TableText"/>
              <w:spacing w:after="30" w:line="245" w:lineRule="auto"/>
              <w:rPr>
                <w:rFonts w:hint="eastAsia"/>
              </w:rPr>
            </w:pPr>
            <w:r>
              <w:rPr>
                <w:sz w:val="18"/>
              </w:rPr>
              <w:t>______________________</w:t>
            </w:r>
          </w:p>
        </w:tc>
      </w:tr>
      <w:tr w:rsidR="00D93F19" w14:paraId="14AB5B25" w14:textId="77777777">
        <w:trPr>
          <w:cantSplit/>
          <w:jc w:val="center"/>
        </w:trPr>
        <w:tc>
          <w:tcPr>
            <w:tcW w:w="4706" w:type="dxa"/>
            <w:shd w:val="clear" w:color="auto" w:fill="F2F6F8"/>
            <w:vAlign w:val="center"/>
          </w:tcPr>
          <w:p w14:paraId="35F0A3F3" w14:textId="77777777" w:rsidR="00D93F19" w:rsidRDefault="00000000">
            <w:pPr>
              <w:pStyle w:val="TableText"/>
              <w:spacing w:after="30" w:line="245" w:lineRule="auto"/>
              <w:rPr>
                <w:rFonts w:hint="eastAsia"/>
              </w:rPr>
            </w:pPr>
            <w:r>
              <w:rPr>
                <w:sz w:val="18"/>
              </w:rPr>
              <w:t>Permessi e isolamenti correttamente gestiti</w:t>
            </w:r>
          </w:p>
        </w:tc>
        <w:tc>
          <w:tcPr>
            <w:tcW w:w="1928" w:type="dxa"/>
            <w:shd w:val="clear" w:color="auto" w:fill="F2F6F8"/>
            <w:vAlign w:val="center"/>
          </w:tcPr>
          <w:p w14:paraId="6BCE6EFA" w14:textId="77777777" w:rsidR="00D93F19" w:rsidRDefault="00000000">
            <w:pPr>
              <w:pStyle w:val="TableText"/>
              <w:spacing w:after="30" w:line="245" w:lineRule="auto"/>
              <w:rPr>
                <w:rFonts w:hint="eastAsia"/>
              </w:rPr>
            </w:pPr>
            <w:r>
              <w:rPr>
                <w:sz w:val="18"/>
              </w:rPr>
              <w:t>□ Sì  □ No  □ N.A.</w:t>
            </w:r>
          </w:p>
        </w:tc>
        <w:tc>
          <w:tcPr>
            <w:tcW w:w="3231" w:type="dxa"/>
            <w:shd w:val="clear" w:color="auto" w:fill="F2F6F8"/>
            <w:vAlign w:val="center"/>
          </w:tcPr>
          <w:p w14:paraId="69845485" w14:textId="77777777" w:rsidR="00D93F19" w:rsidRDefault="00000000">
            <w:pPr>
              <w:pStyle w:val="TableText"/>
              <w:spacing w:after="30" w:line="245" w:lineRule="auto"/>
              <w:rPr>
                <w:rFonts w:hint="eastAsia"/>
              </w:rPr>
            </w:pPr>
            <w:r>
              <w:rPr>
                <w:sz w:val="18"/>
              </w:rPr>
              <w:t>______________________</w:t>
            </w:r>
          </w:p>
        </w:tc>
      </w:tr>
      <w:tr w:rsidR="00D93F19" w14:paraId="7279D527" w14:textId="77777777">
        <w:trPr>
          <w:cantSplit/>
          <w:jc w:val="center"/>
        </w:trPr>
        <w:tc>
          <w:tcPr>
            <w:tcW w:w="4706" w:type="dxa"/>
            <w:vAlign w:val="center"/>
          </w:tcPr>
          <w:p w14:paraId="0CD45257" w14:textId="77777777" w:rsidR="00D93F19" w:rsidRDefault="00000000">
            <w:pPr>
              <w:pStyle w:val="TableText"/>
              <w:spacing w:after="30" w:line="245" w:lineRule="auto"/>
              <w:rPr>
                <w:rFonts w:hint="eastAsia"/>
              </w:rPr>
            </w:pPr>
            <w:r>
              <w:rPr>
                <w:sz w:val="18"/>
              </w:rPr>
              <w:t>Varianti autorizzate e riportate negli elaborati finali</w:t>
            </w:r>
          </w:p>
        </w:tc>
        <w:tc>
          <w:tcPr>
            <w:tcW w:w="1928" w:type="dxa"/>
            <w:vAlign w:val="center"/>
          </w:tcPr>
          <w:p w14:paraId="48679A6A" w14:textId="77777777" w:rsidR="00D93F19" w:rsidRDefault="00000000">
            <w:pPr>
              <w:pStyle w:val="TableText"/>
              <w:spacing w:after="30" w:line="245" w:lineRule="auto"/>
              <w:rPr>
                <w:rFonts w:hint="eastAsia"/>
              </w:rPr>
            </w:pPr>
            <w:r>
              <w:rPr>
                <w:sz w:val="18"/>
              </w:rPr>
              <w:t>□ Sì  □ No  □ N.A.</w:t>
            </w:r>
          </w:p>
        </w:tc>
        <w:tc>
          <w:tcPr>
            <w:tcW w:w="3231" w:type="dxa"/>
            <w:vAlign w:val="center"/>
          </w:tcPr>
          <w:p w14:paraId="499BA0EF" w14:textId="77777777" w:rsidR="00D93F19" w:rsidRDefault="00000000">
            <w:pPr>
              <w:pStyle w:val="TableText"/>
              <w:spacing w:after="30" w:line="245" w:lineRule="auto"/>
              <w:rPr>
                <w:rFonts w:hint="eastAsia"/>
              </w:rPr>
            </w:pPr>
            <w:r>
              <w:rPr>
                <w:sz w:val="18"/>
              </w:rPr>
              <w:t>______________________</w:t>
            </w:r>
          </w:p>
        </w:tc>
      </w:tr>
      <w:tr w:rsidR="00D93F19" w14:paraId="2D0FC514" w14:textId="77777777">
        <w:trPr>
          <w:cantSplit/>
          <w:jc w:val="center"/>
        </w:trPr>
        <w:tc>
          <w:tcPr>
            <w:tcW w:w="4706" w:type="dxa"/>
            <w:shd w:val="clear" w:color="auto" w:fill="F2F6F8"/>
            <w:vAlign w:val="center"/>
          </w:tcPr>
          <w:p w14:paraId="46F31B53" w14:textId="77777777" w:rsidR="00D93F19" w:rsidRDefault="00000000">
            <w:pPr>
              <w:pStyle w:val="TableText"/>
              <w:spacing w:after="30" w:line="245" w:lineRule="auto"/>
              <w:rPr>
                <w:rFonts w:hint="eastAsia"/>
              </w:rPr>
            </w:pPr>
            <w:r>
              <w:rPr>
                <w:sz w:val="18"/>
              </w:rPr>
              <w:t>Test registrati e anomalie chiuse con evidenze</w:t>
            </w:r>
          </w:p>
        </w:tc>
        <w:tc>
          <w:tcPr>
            <w:tcW w:w="1928" w:type="dxa"/>
            <w:shd w:val="clear" w:color="auto" w:fill="F2F6F8"/>
            <w:vAlign w:val="center"/>
          </w:tcPr>
          <w:p w14:paraId="776C1731" w14:textId="77777777" w:rsidR="00D93F19" w:rsidRDefault="00000000">
            <w:pPr>
              <w:pStyle w:val="TableText"/>
              <w:spacing w:after="30" w:line="245" w:lineRule="auto"/>
              <w:rPr>
                <w:rFonts w:hint="eastAsia"/>
              </w:rPr>
            </w:pPr>
            <w:r>
              <w:rPr>
                <w:sz w:val="18"/>
              </w:rPr>
              <w:t>□ Sì  □ No  □ N.A.</w:t>
            </w:r>
          </w:p>
        </w:tc>
        <w:tc>
          <w:tcPr>
            <w:tcW w:w="3231" w:type="dxa"/>
            <w:shd w:val="clear" w:color="auto" w:fill="F2F6F8"/>
            <w:vAlign w:val="center"/>
          </w:tcPr>
          <w:p w14:paraId="08C29D0E" w14:textId="77777777" w:rsidR="00D93F19" w:rsidRDefault="00000000">
            <w:pPr>
              <w:pStyle w:val="TableText"/>
              <w:spacing w:after="30" w:line="245" w:lineRule="auto"/>
              <w:rPr>
                <w:rFonts w:hint="eastAsia"/>
              </w:rPr>
            </w:pPr>
            <w:r>
              <w:rPr>
                <w:sz w:val="18"/>
              </w:rPr>
              <w:t>______________________</w:t>
            </w:r>
          </w:p>
        </w:tc>
      </w:tr>
      <w:tr w:rsidR="00D93F19" w14:paraId="10F58416" w14:textId="77777777">
        <w:trPr>
          <w:cantSplit/>
          <w:jc w:val="center"/>
        </w:trPr>
        <w:tc>
          <w:tcPr>
            <w:tcW w:w="4706" w:type="dxa"/>
            <w:vAlign w:val="center"/>
          </w:tcPr>
          <w:p w14:paraId="5108636F" w14:textId="77777777" w:rsidR="00D93F19" w:rsidRDefault="00000000">
            <w:pPr>
              <w:pStyle w:val="TableText"/>
              <w:spacing w:after="30" w:line="245" w:lineRule="auto"/>
              <w:rPr>
                <w:rFonts w:hint="eastAsia"/>
              </w:rPr>
            </w:pPr>
            <w:r>
              <w:rPr>
                <w:sz w:val="18"/>
              </w:rPr>
              <w:t>Rimessa in servizio distinta dalla fine lavori</w:t>
            </w:r>
          </w:p>
        </w:tc>
        <w:tc>
          <w:tcPr>
            <w:tcW w:w="1928" w:type="dxa"/>
            <w:vAlign w:val="center"/>
          </w:tcPr>
          <w:p w14:paraId="49DB8AFD" w14:textId="77777777" w:rsidR="00D93F19" w:rsidRDefault="00000000">
            <w:pPr>
              <w:pStyle w:val="TableText"/>
              <w:spacing w:after="30" w:line="245" w:lineRule="auto"/>
              <w:rPr>
                <w:rFonts w:hint="eastAsia"/>
              </w:rPr>
            </w:pPr>
            <w:r>
              <w:rPr>
                <w:sz w:val="18"/>
              </w:rPr>
              <w:t>□ Sì  □ No  □ N.A.</w:t>
            </w:r>
          </w:p>
        </w:tc>
        <w:tc>
          <w:tcPr>
            <w:tcW w:w="3231" w:type="dxa"/>
            <w:vAlign w:val="center"/>
          </w:tcPr>
          <w:p w14:paraId="066FFACF" w14:textId="77777777" w:rsidR="00D93F19" w:rsidRDefault="00000000">
            <w:pPr>
              <w:pStyle w:val="TableText"/>
              <w:spacing w:after="30" w:line="245" w:lineRule="auto"/>
              <w:rPr>
                <w:rFonts w:hint="eastAsia"/>
              </w:rPr>
            </w:pPr>
            <w:r>
              <w:rPr>
                <w:sz w:val="18"/>
              </w:rPr>
              <w:t>______________________</w:t>
            </w:r>
          </w:p>
        </w:tc>
      </w:tr>
      <w:tr w:rsidR="00D93F19" w14:paraId="606C1876" w14:textId="77777777">
        <w:trPr>
          <w:cantSplit/>
          <w:jc w:val="center"/>
        </w:trPr>
        <w:tc>
          <w:tcPr>
            <w:tcW w:w="4706" w:type="dxa"/>
            <w:shd w:val="clear" w:color="auto" w:fill="F2F6F8"/>
            <w:vAlign w:val="center"/>
          </w:tcPr>
          <w:p w14:paraId="35D8EBE7" w14:textId="77777777" w:rsidR="00D93F19" w:rsidRDefault="00000000">
            <w:pPr>
              <w:pStyle w:val="TableText"/>
              <w:spacing w:after="30" w:line="245" w:lineRule="auto"/>
              <w:rPr>
                <w:rFonts w:hint="eastAsia"/>
              </w:rPr>
            </w:pPr>
            <w:r>
              <w:rPr>
                <w:sz w:val="18"/>
              </w:rPr>
              <w:t>Registro, documenti e scadenze aggiornati</w:t>
            </w:r>
          </w:p>
        </w:tc>
        <w:tc>
          <w:tcPr>
            <w:tcW w:w="1928" w:type="dxa"/>
            <w:shd w:val="clear" w:color="auto" w:fill="F2F6F8"/>
            <w:vAlign w:val="center"/>
          </w:tcPr>
          <w:p w14:paraId="5DDEC153" w14:textId="77777777" w:rsidR="00D93F19" w:rsidRDefault="00000000">
            <w:pPr>
              <w:pStyle w:val="TableText"/>
              <w:spacing w:after="30" w:line="245" w:lineRule="auto"/>
              <w:rPr>
                <w:rFonts w:hint="eastAsia"/>
              </w:rPr>
            </w:pPr>
            <w:r>
              <w:rPr>
                <w:sz w:val="18"/>
              </w:rPr>
              <w:t>□ Sì  □ No  □ N.A.</w:t>
            </w:r>
          </w:p>
        </w:tc>
        <w:tc>
          <w:tcPr>
            <w:tcW w:w="3231" w:type="dxa"/>
            <w:shd w:val="clear" w:color="auto" w:fill="F2F6F8"/>
            <w:vAlign w:val="center"/>
          </w:tcPr>
          <w:p w14:paraId="45AB8723" w14:textId="77777777" w:rsidR="00D93F19" w:rsidRDefault="00000000">
            <w:pPr>
              <w:pStyle w:val="TableText"/>
              <w:spacing w:after="30" w:line="245" w:lineRule="auto"/>
              <w:rPr>
                <w:rFonts w:hint="eastAsia"/>
              </w:rPr>
            </w:pPr>
            <w:r>
              <w:rPr>
                <w:sz w:val="18"/>
              </w:rPr>
              <w:t>______________________</w:t>
            </w:r>
          </w:p>
        </w:tc>
      </w:tr>
      <w:tr w:rsidR="00D93F19" w14:paraId="0EAEF505" w14:textId="77777777">
        <w:trPr>
          <w:cantSplit/>
          <w:jc w:val="center"/>
        </w:trPr>
        <w:tc>
          <w:tcPr>
            <w:tcW w:w="4706" w:type="dxa"/>
            <w:vAlign w:val="center"/>
          </w:tcPr>
          <w:p w14:paraId="2DF36366" w14:textId="77777777" w:rsidR="00D93F19" w:rsidRDefault="00000000">
            <w:pPr>
              <w:pStyle w:val="TableText"/>
              <w:spacing w:after="30" w:line="245" w:lineRule="auto"/>
              <w:rPr>
                <w:rFonts w:hint="eastAsia"/>
              </w:rPr>
            </w:pPr>
            <w:r>
              <w:rPr>
                <w:sz w:val="18"/>
              </w:rPr>
              <w:t>Utilizzatori informati e istruzioni disponibili</w:t>
            </w:r>
          </w:p>
        </w:tc>
        <w:tc>
          <w:tcPr>
            <w:tcW w:w="1928" w:type="dxa"/>
            <w:vAlign w:val="center"/>
          </w:tcPr>
          <w:p w14:paraId="6D39158C" w14:textId="77777777" w:rsidR="00D93F19" w:rsidRDefault="00000000">
            <w:pPr>
              <w:pStyle w:val="TableText"/>
              <w:spacing w:after="30" w:line="245" w:lineRule="auto"/>
              <w:rPr>
                <w:rFonts w:hint="eastAsia"/>
              </w:rPr>
            </w:pPr>
            <w:r>
              <w:rPr>
                <w:sz w:val="18"/>
              </w:rPr>
              <w:t>□ Sì  □ No  □ N.A.</w:t>
            </w:r>
          </w:p>
        </w:tc>
        <w:tc>
          <w:tcPr>
            <w:tcW w:w="3231" w:type="dxa"/>
            <w:vAlign w:val="center"/>
          </w:tcPr>
          <w:p w14:paraId="41FC7F5D" w14:textId="77777777" w:rsidR="00D93F19" w:rsidRDefault="00000000">
            <w:pPr>
              <w:pStyle w:val="TableText"/>
              <w:spacing w:after="30" w:line="245" w:lineRule="auto"/>
              <w:rPr>
                <w:rFonts w:hint="eastAsia"/>
              </w:rPr>
            </w:pPr>
            <w:r>
              <w:rPr>
                <w:sz w:val="18"/>
              </w:rPr>
              <w:t>______________________</w:t>
            </w:r>
          </w:p>
        </w:tc>
      </w:tr>
    </w:tbl>
    <w:p w14:paraId="68FA794F"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48B616A6" w14:textId="77777777">
        <w:trPr>
          <w:cantSplit/>
          <w:tblHeader/>
          <w:jc w:val="center"/>
        </w:trPr>
        <w:tc>
          <w:tcPr>
            <w:tcW w:w="2891" w:type="dxa"/>
            <w:shd w:val="clear" w:color="auto" w:fill="15344B"/>
            <w:vAlign w:val="center"/>
          </w:tcPr>
          <w:p w14:paraId="6C0CCA40" w14:textId="77777777" w:rsidR="00D93F19" w:rsidRDefault="00000000">
            <w:pPr>
              <w:pStyle w:val="TableText"/>
              <w:spacing w:after="30" w:line="245" w:lineRule="auto"/>
              <w:rPr>
                <w:rFonts w:hint="eastAsia"/>
              </w:rPr>
            </w:pPr>
            <w:r>
              <w:rPr>
                <w:b/>
                <w:color w:val="FFFFFF"/>
              </w:rPr>
              <w:t>CAMPO</w:t>
            </w:r>
          </w:p>
        </w:tc>
        <w:tc>
          <w:tcPr>
            <w:tcW w:w="6973" w:type="dxa"/>
            <w:shd w:val="clear" w:color="auto" w:fill="15344B"/>
            <w:vAlign w:val="center"/>
          </w:tcPr>
          <w:p w14:paraId="41B7F16F" w14:textId="77777777" w:rsidR="00D93F19" w:rsidRDefault="00000000">
            <w:pPr>
              <w:pStyle w:val="TableText"/>
              <w:spacing w:after="30" w:line="245" w:lineRule="auto"/>
              <w:rPr>
                <w:rFonts w:hint="eastAsia"/>
              </w:rPr>
            </w:pPr>
            <w:r>
              <w:rPr>
                <w:b/>
                <w:color w:val="FFFFFF"/>
              </w:rPr>
              <w:t>COMPILAZIONE</w:t>
            </w:r>
          </w:p>
        </w:tc>
      </w:tr>
      <w:tr w:rsidR="00D93F19" w14:paraId="0DF91E69" w14:textId="77777777">
        <w:trPr>
          <w:cantSplit/>
          <w:jc w:val="center"/>
        </w:trPr>
        <w:tc>
          <w:tcPr>
            <w:tcW w:w="2891" w:type="dxa"/>
            <w:shd w:val="clear" w:color="auto" w:fill="F2F6F8"/>
            <w:vAlign w:val="center"/>
          </w:tcPr>
          <w:p w14:paraId="0C8FCAA8" w14:textId="77777777" w:rsidR="00D93F19" w:rsidRDefault="00000000">
            <w:pPr>
              <w:pStyle w:val="TableText"/>
              <w:spacing w:after="30" w:line="245" w:lineRule="auto"/>
              <w:rPr>
                <w:rFonts w:hint="eastAsia"/>
              </w:rPr>
            </w:pPr>
            <w:r>
              <w:t>Evento / criterio di riesame</w:t>
            </w:r>
          </w:p>
        </w:tc>
        <w:tc>
          <w:tcPr>
            <w:tcW w:w="6973" w:type="dxa"/>
            <w:shd w:val="clear" w:color="auto" w:fill="F2F6F8"/>
            <w:vAlign w:val="center"/>
          </w:tcPr>
          <w:p w14:paraId="035E352C" w14:textId="77777777" w:rsidR="00D93F19" w:rsidRDefault="00000000">
            <w:pPr>
              <w:pStyle w:val="TableText"/>
              <w:spacing w:after="30" w:line="245" w:lineRule="auto"/>
              <w:rPr>
                <w:rFonts w:hint="eastAsia"/>
              </w:rPr>
            </w:pPr>
            <w:r>
              <w:t>□ Periodico  □ Incidente/anomalia  □ Cambio organizzativo</w:t>
            </w:r>
          </w:p>
          <w:p w14:paraId="502A9DEB" w14:textId="77777777" w:rsidR="00D93F19" w:rsidRDefault="00000000">
            <w:pPr>
              <w:pStyle w:val="TableText"/>
              <w:spacing w:after="30" w:line="245" w:lineRule="auto"/>
              <w:rPr>
                <w:rFonts w:hint="eastAsia"/>
              </w:rPr>
            </w:pPr>
            <w:r>
              <w:t>□ Nuove istruzioni  □ Riferimenti applicabili  □ Altro _________________</w:t>
            </w:r>
          </w:p>
        </w:tc>
      </w:tr>
      <w:tr w:rsidR="00D93F19" w14:paraId="272D8B73" w14:textId="77777777">
        <w:trPr>
          <w:cantSplit/>
          <w:jc w:val="center"/>
        </w:trPr>
        <w:tc>
          <w:tcPr>
            <w:tcW w:w="2891" w:type="dxa"/>
            <w:vAlign w:val="center"/>
          </w:tcPr>
          <w:p w14:paraId="2910540C" w14:textId="77777777" w:rsidR="00D93F19" w:rsidRDefault="00000000">
            <w:pPr>
              <w:pStyle w:val="TableText"/>
              <w:spacing w:after="30" w:line="245" w:lineRule="auto"/>
              <w:rPr>
                <w:rFonts w:hint="eastAsia"/>
              </w:rPr>
            </w:pPr>
            <w:r>
              <w:t>Esito e azioni prioritarie</w:t>
            </w:r>
          </w:p>
        </w:tc>
        <w:tc>
          <w:tcPr>
            <w:tcW w:w="6973" w:type="dxa"/>
            <w:vAlign w:val="center"/>
          </w:tcPr>
          <w:p w14:paraId="72752926" w14:textId="77777777" w:rsidR="00D93F19" w:rsidRDefault="00000000">
            <w:pPr>
              <w:pStyle w:val="TableText"/>
              <w:spacing w:after="30" w:line="245" w:lineRule="auto"/>
              <w:rPr>
                <w:rFonts w:hint="eastAsia"/>
              </w:rPr>
            </w:pPr>
            <w:r>
              <w:t>________________________________________________________</w:t>
            </w:r>
          </w:p>
          <w:p w14:paraId="13B87A03" w14:textId="77777777" w:rsidR="00D93F19" w:rsidRDefault="00000000">
            <w:pPr>
              <w:pStyle w:val="TableText"/>
              <w:spacing w:after="30" w:line="245" w:lineRule="auto"/>
              <w:rPr>
                <w:rFonts w:hint="eastAsia"/>
              </w:rPr>
            </w:pPr>
            <w:r>
              <w:t>________________________________________________________</w:t>
            </w:r>
          </w:p>
        </w:tc>
      </w:tr>
      <w:tr w:rsidR="00D93F19" w14:paraId="0AE3D188" w14:textId="77777777">
        <w:trPr>
          <w:cantSplit/>
          <w:jc w:val="center"/>
        </w:trPr>
        <w:tc>
          <w:tcPr>
            <w:tcW w:w="2891" w:type="dxa"/>
            <w:shd w:val="clear" w:color="auto" w:fill="F2F6F8"/>
            <w:vAlign w:val="center"/>
          </w:tcPr>
          <w:p w14:paraId="194B83C3" w14:textId="77777777" w:rsidR="00D93F19" w:rsidRDefault="00000000">
            <w:pPr>
              <w:pStyle w:val="TableText"/>
              <w:spacing w:after="30" w:line="245" w:lineRule="auto"/>
              <w:rPr>
                <w:rFonts w:hint="eastAsia"/>
              </w:rPr>
            </w:pPr>
            <w:r>
              <w:t>Responsabile / termine / verifica efficacia</w:t>
            </w:r>
          </w:p>
        </w:tc>
        <w:tc>
          <w:tcPr>
            <w:tcW w:w="6973" w:type="dxa"/>
            <w:shd w:val="clear" w:color="auto" w:fill="F2F6F8"/>
            <w:vAlign w:val="center"/>
          </w:tcPr>
          <w:p w14:paraId="010A802C" w14:textId="77777777" w:rsidR="00D93F19" w:rsidRDefault="00000000">
            <w:pPr>
              <w:pStyle w:val="TableText"/>
              <w:spacing w:after="30" w:line="245" w:lineRule="auto"/>
              <w:rPr>
                <w:rFonts w:hint="eastAsia"/>
              </w:rPr>
            </w:pPr>
            <w:r>
              <w:t>________________________________________________________</w:t>
            </w:r>
          </w:p>
        </w:tc>
      </w:tr>
    </w:tbl>
    <w:p w14:paraId="60EA1510" w14:textId="77777777" w:rsidR="00D93F19" w:rsidRDefault="00D93F19">
      <w:pPr>
        <w:spacing w:after="0" w:line="20" w:lineRule="exact"/>
        <w:rPr>
          <w:rFonts w:hint="eastAsia"/>
        </w:rPr>
      </w:pPr>
    </w:p>
    <w:p w14:paraId="0F36F72C" w14:textId="77777777" w:rsidR="00D93F19" w:rsidRDefault="00000000">
      <w:pPr>
        <w:pStyle w:val="Titolo2"/>
      </w:pPr>
      <w:r>
        <w:t>Registro revisioni della procedura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1928"/>
        <w:gridCol w:w="5102"/>
        <w:gridCol w:w="2835"/>
      </w:tblGrid>
      <w:tr w:rsidR="00D93F19" w14:paraId="370B8E52" w14:textId="77777777">
        <w:trPr>
          <w:cantSplit/>
          <w:tblHeader/>
          <w:jc w:val="center"/>
        </w:trPr>
        <w:tc>
          <w:tcPr>
            <w:tcW w:w="1928" w:type="dxa"/>
            <w:shd w:val="clear" w:color="auto" w:fill="15344B"/>
            <w:vAlign w:val="center"/>
          </w:tcPr>
          <w:p w14:paraId="4AB50171" w14:textId="77777777" w:rsidR="00D93F19" w:rsidRDefault="00000000">
            <w:pPr>
              <w:pStyle w:val="TableText"/>
              <w:spacing w:after="30" w:line="245" w:lineRule="auto"/>
              <w:rPr>
                <w:rFonts w:hint="eastAsia"/>
              </w:rPr>
            </w:pPr>
            <w:r>
              <w:rPr>
                <w:b/>
                <w:color w:val="FFFFFF"/>
                <w:sz w:val="18"/>
              </w:rPr>
              <w:t>REVISIONE / DATA</w:t>
            </w:r>
          </w:p>
        </w:tc>
        <w:tc>
          <w:tcPr>
            <w:tcW w:w="5102" w:type="dxa"/>
            <w:shd w:val="clear" w:color="auto" w:fill="15344B"/>
            <w:vAlign w:val="center"/>
          </w:tcPr>
          <w:p w14:paraId="1D051735" w14:textId="77777777" w:rsidR="00D93F19" w:rsidRDefault="00000000">
            <w:pPr>
              <w:pStyle w:val="TableText"/>
              <w:spacing w:after="30" w:line="245" w:lineRule="auto"/>
              <w:rPr>
                <w:rFonts w:hint="eastAsia"/>
              </w:rPr>
            </w:pPr>
            <w:r>
              <w:rPr>
                <w:b/>
                <w:color w:val="FFFFFF"/>
                <w:sz w:val="18"/>
              </w:rPr>
              <w:t>MODIFICA E MOTIVO</w:t>
            </w:r>
          </w:p>
        </w:tc>
        <w:tc>
          <w:tcPr>
            <w:tcW w:w="2835" w:type="dxa"/>
            <w:shd w:val="clear" w:color="auto" w:fill="15344B"/>
            <w:vAlign w:val="center"/>
          </w:tcPr>
          <w:p w14:paraId="675806D9" w14:textId="77777777" w:rsidR="00D93F19" w:rsidRDefault="00000000">
            <w:pPr>
              <w:pStyle w:val="TableText"/>
              <w:spacing w:after="30" w:line="245" w:lineRule="auto"/>
              <w:rPr>
                <w:rFonts w:hint="eastAsia"/>
              </w:rPr>
            </w:pPr>
            <w:r>
              <w:rPr>
                <w:b/>
                <w:color w:val="FFFFFF"/>
                <w:sz w:val="18"/>
              </w:rPr>
              <w:t>VERIFICA / APPROVAZIONE</w:t>
            </w:r>
          </w:p>
        </w:tc>
      </w:tr>
      <w:tr w:rsidR="00D93F19" w14:paraId="53ADDD3D" w14:textId="77777777">
        <w:trPr>
          <w:cantSplit/>
          <w:trHeight w:val="369"/>
          <w:jc w:val="center"/>
        </w:trPr>
        <w:tc>
          <w:tcPr>
            <w:tcW w:w="1928" w:type="dxa"/>
            <w:shd w:val="clear" w:color="auto" w:fill="F2F6F8"/>
            <w:vAlign w:val="center"/>
          </w:tcPr>
          <w:p w14:paraId="515FB14F" w14:textId="77777777" w:rsidR="00D93F19" w:rsidRDefault="00000000">
            <w:pPr>
              <w:pStyle w:val="TableText"/>
              <w:spacing w:after="30" w:line="245" w:lineRule="auto"/>
              <w:rPr>
                <w:rFonts w:hint="eastAsia"/>
              </w:rPr>
            </w:pPr>
            <w:r>
              <w:rPr>
                <w:sz w:val="18"/>
              </w:rPr>
              <w:t>00 / 15.10.2026</w:t>
            </w:r>
          </w:p>
        </w:tc>
        <w:tc>
          <w:tcPr>
            <w:tcW w:w="5102" w:type="dxa"/>
            <w:shd w:val="clear" w:color="auto" w:fill="F2F6F8"/>
            <w:vAlign w:val="center"/>
          </w:tcPr>
          <w:p w14:paraId="5F221584" w14:textId="77777777" w:rsidR="00D93F19" w:rsidRDefault="00000000">
            <w:pPr>
              <w:pStyle w:val="TableText"/>
              <w:spacing w:after="30" w:line="245" w:lineRule="auto"/>
              <w:rPr>
                <w:rFonts w:hint="eastAsia"/>
              </w:rPr>
            </w:pPr>
            <w:r>
              <w:rPr>
                <w:sz w:val="18"/>
              </w:rPr>
              <w:t>Prima emissione del modello aziendale; da personalizzare e approvare.</w:t>
            </w:r>
          </w:p>
        </w:tc>
        <w:tc>
          <w:tcPr>
            <w:tcW w:w="2835" w:type="dxa"/>
            <w:shd w:val="clear" w:color="auto" w:fill="F2F6F8"/>
            <w:vAlign w:val="center"/>
          </w:tcPr>
          <w:p w14:paraId="39A03F6C" w14:textId="77777777" w:rsidR="00D93F19" w:rsidRDefault="00000000">
            <w:pPr>
              <w:pStyle w:val="TableText"/>
              <w:spacing w:after="30" w:line="245" w:lineRule="auto"/>
              <w:rPr>
                <w:rFonts w:hint="eastAsia"/>
              </w:rPr>
            </w:pPr>
            <w:r>
              <w:rPr>
                <w:sz w:val="18"/>
              </w:rPr>
              <w:t>Da completare</w:t>
            </w:r>
          </w:p>
        </w:tc>
      </w:tr>
      <w:tr w:rsidR="00D93F19" w14:paraId="1EC71C27" w14:textId="77777777">
        <w:trPr>
          <w:cantSplit/>
          <w:trHeight w:val="369"/>
          <w:jc w:val="center"/>
        </w:trPr>
        <w:tc>
          <w:tcPr>
            <w:tcW w:w="1928" w:type="dxa"/>
            <w:vAlign w:val="center"/>
          </w:tcPr>
          <w:p w14:paraId="500D402E" w14:textId="77777777" w:rsidR="00D93F19" w:rsidRDefault="00D93F19">
            <w:pPr>
              <w:pStyle w:val="TableText"/>
              <w:spacing w:after="30" w:line="245" w:lineRule="auto"/>
              <w:rPr>
                <w:rFonts w:hint="eastAsia"/>
              </w:rPr>
            </w:pPr>
          </w:p>
        </w:tc>
        <w:tc>
          <w:tcPr>
            <w:tcW w:w="5102" w:type="dxa"/>
            <w:vAlign w:val="center"/>
          </w:tcPr>
          <w:p w14:paraId="27640871" w14:textId="77777777" w:rsidR="00D93F19" w:rsidRDefault="00D93F19">
            <w:pPr>
              <w:pStyle w:val="TableText"/>
              <w:spacing w:after="30" w:line="245" w:lineRule="auto"/>
              <w:rPr>
                <w:rFonts w:hint="eastAsia"/>
              </w:rPr>
            </w:pPr>
          </w:p>
        </w:tc>
        <w:tc>
          <w:tcPr>
            <w:tcW w:w="2835" w:type="dxa"/>
            <w:vAlign w:val="center"/>
          </w:tcPr>
          <w:p w14:paraId="43A4A7D3" w14:textId="77777777" w:rsidR="00D93F19" w:rsidRDefault="00D93F19">
            <w:pPr>
              <w:pStyle w:val="TableText"/>
              <w:spacing w:after="30" w:line="245" w:lineRule="auto"/>
              <w:rPr>
                <w:rFonts w:hint="eastAsia"/>
              </w:rPr>
            </w:pPr>
          </w:p>
        </w:tc>
      </w:tr>
      <w:tr w:rsidR="00D93F19" w14:paraId="555D8867" w14:textId="77777777">
        <w:trPr>
          <w:cantSplit/>
          <w:trHeight w:val="369"/>
          <w:jc w:val="center"/>
        </w:trPr>
        <w:tc>
          <w:tcPr>
            <w:tcW w:w="1928" w:type="dxa"/>
            <w:shd w:val="clear" w:color="auto" w:fill="F2F6F8"/>
            <w:vAlign w:val="center"/>
          </w:tcPr>
          <w:p w14:paraId="578FB71E" w14:textId="77777777" w:rsidR="00D93F19" w:rsidRDefault="00D93F19">
            <w:pPr>
              <w:pStyle w:val="TableText"/>
              <w:spacing w:after="30" w:line="245" w:lineRule="auto"/>
              <w:rPr>
                <w:rFonts w:hint="eastAsia"/>
              </w:rPr>
            </w:pPr>
          </w:p>
        </w:tc>
        <w:tc>
          <w:tcPr>
            <w:tcW w:w="5102" w:type="dxa"/>
            <w:shd w:val="clear" w:color="auto" w:fill="F2F6F8"/>
            <w:vAlign w:val="center"/>
          </w:tcPr>
          <w:p w14:paraId="3F70E785" w14:textId="77777777" w:rsidR="00D93F19" w:rsidRDefault="00D93F19">
            <w:pPr>
              <w:pStyle w:val="TableText"/>
              <w:spacing w:after="30" w:line="245" w:lineRule="auto"/>
              <w:rPr>
                <w:rFonts w:hint="eastAsia"/>
              </w:rPr>
            </w:pPr>
          </w:p>
        </w:tc>
        <w:tc>
          <w:tcPr>
            <w:tcW w:w="2835" w:type="dxa"/>
            <w:shd w:val="clear" w:color="auto" w:fill="F2F6F8"/>
            <w:vAlign w:val="center"/>
          </w:tcPr>
          <w:p w14:paraId="696EA930" w14:textId="77777777" w:rsidR="00D93F19" w:rsidRDefault="00D93F19">
            <w:pPr>
              <w:pStyle w:val="TableText"/>
              <w:spacing w:after="30" w:line="245" w:lineRule="auto"/>
              <w:rPr>
                <w:rFonts w:hint="eastAsia"/>
              </w:rPr>
            </w:pPr>
          </w:p>
        </w:tc>
      </w:tr>
    </w:tbl>
    <w:p w14:paraId="0046BBD3" w14:textId="77777777" w:rsidR="00D93F19" w:rsidRDefault="00D93F19">
      <w:pPr>
        <w:spacing w:after="0" w:line="20" w:lineRule="exact"/>
        <w:rPr>
          <w:rFonts w:hint="eastAsia"/>
        </w:rPr>
      </w:pP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3515"/>
        <w:gridCol w:w="3175"/>
        <w:gridCol w:w="3175"/>
      </w:tblGrid>
      <w:tr w:rsidR="00D93F19" w14:paraId="6D5B19C7" w14:textId="77777777">
        <w:trPr>
          <w:cantSplit/>
          <w:tblHeader/>
          <w:jc w:val="center"/>
        </w:trPr>
        <w:tc>
          <w:tcPr>
            <w:tcW w:w="3515" w:type="dxa"/>
            <w:shd w:val="clear" w:color="auto" w:fill="15344B"/>
            <w:vAlign w:val="center"/>
          </w:tcPr>
          <w:p w14:paraId="34A0506A" w14:textId="77777777" w:rsidR="00D93F19" w:rsidRDefault="00000000">
            <w:pPr>
              <w:pStyle w:val="TableText"/>
              <w:spacing w:after="30" w:line="245" w:lineRule="auto"/>
              <w:rPr>
                <w:rFonts w:hint="eastAsia"/>
              </w:rPr>
            </w:pPr>
            <w:r>
              <w:rPr>
                <w:b/>
                <w:color w:val="FFFFFF"/>
                <w:sz w:val="18"/>
              </w:rPr>
              <w:t>RUOLO / FUNZIONE</w:t>
            </w:r>
          </w:p>
        </w:tc>
        <w:tc>
          <w:tcPr>
            <w:tcW w:w="3175" w:type="dxa"/>
            <w:shd w:val="clear" w:color="auto" w:fill="15344B"/>
            <w:vAlign w:val="center"/>
          </w:tcPr>
          <w:p w14:paraId="0539C648" w14:textId="77777777" w:rsidR="00D93F19" w:rsidRDefault="00000000">
            <w:pPr>
              <w:pStyle w:val="TableText"/>
              <w:spacing w:after="30" w:line="245" w:lineRule="auto"/>
              <w:rPr>
                <w:rFonts w:hint="eastAsia"/>
              </w:rPr>
            </w:pPr>
            <w:r>
              <w:rPr>
                <w:b/>
                <w:color w:val="FFFFFF"/>
                <w:sz w:val="18"/>
              </w:rPr>
              <w:t>NOME E COGNOME</w:t>
            </w:r>
          </w:p>
        </w:tc>
        <w:tc>
          <w:tcPr>
            <w:tcW w:w="3175" w:type="dxa"/>
            <w:shd w:val="clear" w:color="auto" w:fill="15344B"/>
            <w:vAlign w:val="center"/>
          </w:tcPr>
          <w:p w14:paraId="14787CDE" w14:textId="77777777" w:rsidR="00D93F19" w:rsidRDefault="00000000">
            <w:pPr>
              <w:pStyle w:val="TableText"/>
              <w:spacing w:after="30" w:line="245" w:lineRule="auto"/>
              <w:rPr>
                <w:rFonts w:hint="eastAsia"/>
              </w:rPr>
            </w:pPr>
            <w:r>
              <w:rPr>
                <w:b/>
                <w:color w:val="FFFFFF"/>
                <w:sz w:val="18"/>
              </w:rPr>
              <w:t>DATA E FIRMA</w:t>
            </w:r>
          </w:p>
        </w:tc>
      </w:tr>
      <w:tr w:rsidR="00D93F19" w14:paraId="0425185B" w14:textId="77777777">
        <w:trPr>
          <w:cantSplit/>
          <w:jc w:val="center"/>
        </w:trPr>
        <w:tc>
          <w:tcPr>
            <w:tcW w:w="3515" w:type="dxa"/>
            <w:shd w:val="clear" w:color="auto" w:fill="F2F6F8"/>
            <w:vAlign w:val="center"/>
          </w:tcPr>
          <w:p w14:paraId="5AF8CBEC" w14:textId="77777777" w:rsidR="00D93F19" w:rsidRDefault="00000000">
            <w:pPr>
              <w:pStyle w:val="TableText"/>
              <w:spacing w:after="30" w:line="245" w:lineRule="auto"/>
              <w:rPr>
                <w:rFonts w:hint="eastAsia"/>
              </w:rPr>
            </w:pPr>
            <w:r>
              <w:rPr>
                <w:sz w:val="18"/>
              </w:rPr>
              <w:t>Responsabile del riesame</w:t>
            </w:r>
          </w:p>
        </w:tc>
        <w:tc>
          <w:tcPr>
            <w:tcW w:w="3175" w:type="dxa"/>
            <w:shd w:val="clear" w:color="auto" w:fill="F2F6F8"/>
            <w:vAlign w:val="center"/>
          </w:tcPr>
          <w:p w14:paraId="15B3F47A" w14:textId="77777777" w:rsidR="00D93F19" w:rsidRDefault="00000000">
            <w:pPr>
              <w:pStyle w:val="TableText"/>
              <w:spacing w:after="30" w:line="245" w:lineRule="auto"/>
              <w:rPr>
                <w:rFonts w:hint="eastAsia"/>
              </w:rPr>
            </w:pPr>
            <w:r>
              <w:rPr>
                <w:sz w:val="18"/>
              </w:rPr>
              <w:t>_____________________</w:t>
            </w:r>
          </w:p>
        </w:tc>
        <w:tc>
          <w:tcPr>
            <w:tcW w:w="3175" w:type="dxa"/>
            <w:shd w:val="clear" w:color="auto" w:fill="F2F6F8"/>
            <w:vAlign w:val="center"/>
          </w:tcPr>
          <w:p w14:paraId="33B6BAB2" w14:textId="77777777" w:rsidR="00D93F19" w:rsidRDefault="00000000">
            <w:pPr>
              <w:pStyle w:val="TableText"/>
              <w:spacing w:after="30" w:line="245" w:lineRule="auto"/>
              <w:rPr>
                <w:rFonts w:hint="eastAsia"/>
              </w:rPr>
            </w:pPr>
            <w:r>
              <w:rPr>
                <w:sz w:val="18"/>
              </w:rPr>
              <w:t>_____________________</w:t>
            </w:r>
          </w:p>
        </w:tc>
      </w:tr>
      <w:tr w:rsidR="00D93F19" w14:paraId="4AD78847" w14:textId="77777777">
        <w:trPr>
          <w:cantSplit/>
          <w:jc w:val="center"/>
        </w:trPr>
        <w:tc>
          <w:tcPr>
            <w:tcW w:w="3515" w:type="dxa"/>
            <w:vAlign w:val="center"/>
          </w:tcPr>
          <w:p w14:paraId="1E241ECC" w14:textId="77777777" w:rsidR="00D93F19" w:rsidRDefault="00000000">
            <w:pPr>
              <w:pStyle w:val="TableText"/>
              <w:spacing w:after="30" w:line="245" w:lineRule="auto"/>
              <w:rPr>
                <w:rFonts w:hint="eastAsia"/>
              </w:rPr>
            </w:pPr>
            <w:r>
              <w:rPr>
                <w:sz w:val="18"/>
              </w:rPr>
              <w:t>Approvazione della revisione</w:t>
            </w:r>
          </w:p>
        </w:tc>
        <w:tc>
          <w:tcPr>
            <w:tcW w:w="3175" w:type="dxa"/>
            <w:vAlign w:val="center"/>
          </w:tcPr>
          <w:p w14:paraId="6ABE3360" w14:textId="77777777" w:rsidR="00D93F19" w:rsidRDefault="00000000">
            <w:pPr>
              <w:pStyle w:val="TableText"/>
              <w:spacing w:after="30" w:line="245" w:lineRule="auto"/>
              <w:rPr>
                <w:rFonts w:hint="eastAsia"/>
              </w:rPr>
            </w:pPr>
            <w:r>
              <w:rPr>
                <w:sz w:val="18"/>
              </w:rPr>
              <w:t>_____________________</w:t>
            </w:r>
          </w:p>
        </w:tc>
        <w:tc>
          <w:tcPr>
            <w:tcW w:w="3175" w:type="dxa"/>
            <w:vAlign w:val="center"/>
          </w:tcPr>
          <w:p w14:paraId="1DC5DDB7" w14:textId="77777777" w:rsidR="00D93F19" w:rsidRDefault="00000000">
            <w:pPr>
              <w:pStyle w:val="TableText"/>
              <w:spacing w:after="30" w:line="245" w:lineRule="auto"/>
              <w:rPr>
                <w:rFonts w:hint="eastAsia"/>
              </w:rPr>
            </w:pPr>
            <w:r>
              <w:rPr>
                <w:sz w:val="18"/>
              </w:rPr>
              <w:t>_____________________</w:t>
            </w:r>
          </w:p>
        </w:tc>
      </w:tr>
    </w:tbl>
    <w:p w14:paraId="4993DA9E" w14:textId="77777777" w:rsidR="00D93F19" w:rsidRDefault="00D93F19">
      <w:pPr>
        <w:spacing w:after="0" w:line="20" w:lineRule="exact"/>
        <w:rPr>
          <w:rFonts w:hint="eastAsia"/>
        </w:rPr>
      </w:pPr>
    </w:p>
    <w:p w14:paraId="4836BC89" w14:textId="77777777" w:rsidR="00D93F19" w:rsidRDefault="00000000">
      <w:pPr>
        <w:rPr>
          <w:rFonts w:hint="eastAsia"/>
        </w:rPr>
      </w:pPr>
      <w:r>
        <w:t>Periodicità del riesame decisa dall’azienda: _____________________  Prossimo riesame: ________________</w:t>
      </w:r>
      <w:r>
        <w:br/>
        <w:t>Distribuzione della nuova revisione / ritiro precedenti: ______________________________________________</w:t>
      </w:r>
    </w:p>
    <w:p w14:paraId="76EBA523" w14:textId="77777777" w:rsidR="00D93F19" w:rsidRDefault="00000000">
      <w:pPr>
        <w:pStyle w:val="Kicker"/>
        <w:pageBreakBefore/>
        <w:rPr>
          <w:rFonts w:hint="eastAsia"/>
        </w:rPr>
      </w:pPr>
      <w:r>
        <w:t>O • CASO DIDATTICO, NON VALUTAZIONE REALE</w:t>
      </w:r>
    </w:p>
    <w:p w14:paraId="492B39F5" w14:textId="77777777" w:rsidR="00D93F19" w:rsidRDefault="00000000">
      <w:pPr>
        <w:pStyle w:val="Titolo1"/>
      </w:pPr>
      <w:bookmarkStart w:id="63" w:name="P64"/>
      <w:r>
        <w:t>19. Esempio guidato di applicazione</w:t>
      </w:r>
      <w:bookmarkEnd w:id="63"/>
    </w:p>
    <w:p w14:paraId="1A5B4ACA" w14:textId="77777777" w:rsidR="00D93F19" w:rsidRDefault="00000000">
      <w:pPr>
        <w:rPr>
          <w:rFonts w:hint="eastAsia"/>
        </w:rPr>
      </w:pPr>
      <w:r>
        <w:t>Caso esemplificativo: sostituzione di un finecorsa di sicurezza con componente di marca o tecnologia diversa, mantenendo la stessa finalità dichiarata. La macchina e la pratica sono ipotetiche; non sono attribuiti valori reali di portata, Performance Level, taratura o esito di prova.</w:t>
      </w:r>
    </w:p>
    <w:tbl>
      <w:tblPr>
        <w:tblW w:w="0" w:type="auto"/>
        <w:jc w:val="center"/>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2891"/>
        <w:gridCol w:w="6973"/>
      </w:tblGrid>
      <w:tr w:rsidR="00D93F19" w14:paraId="333B0634" w14:textId="77777777">
        <w:trPr>
          <w:cantSplit/>
          <w:tblHeader/>
          <w:jc w:val="center"/>
        </w:trPr>
        <w:tc>
          <w:tcPr>
            <w:tcW w:w="2891" w:type="dxa"/>
            <w:shd w:val="clear" w:color="auto" w:fill="15344B"/>
            <w:vAlign w:val="center"/>
          </w:tcPr>
          <w:p w14:paraId="3B50F89B" w14:textId="77777777" w:rsidR="00D93F19" w:rsidRDefault="00000000">
            <w:pPr>
              <w:pStyle w:val="TableText"/>
              <w:spacing w:after="30" w:line="245" w:lineRule="auto"/>
              <w:rPr>
                <w:rFonts w:hint="eastAsia"/>
              </w:rPr>
            </w:pPr>
            <w:r>
              <w:rPr>
                <w:b/>
                <w:color w:val="FFFFFF"/>
                <w:sz w:val="18"/>
              </w:rPr>
              <w:t>PASSAGGIO</w:t>
            </w:r>
          </w:p>
        </w:tc>
        <w:tc>
          <w:tcPr>
            <w:tcW w:w="6973" w:type="dxa"/>
            <w:shd w:val="clear" w:color="auto" w:fill="15344B"/>
            <w:vAlign w:val="center"/>
          </w:tcPr>
          <w:p w14:paraId="2C5E2841" w14:textId="77777777" w:rsidR="00D93F19" w:rsidRDefault="00000000">
            <w:pPr>
              <w:pStyle w:val="TableText"/>
              <w:spacing w:after="30" w:line="245" w:lineRule="auto"/>
              <w:rPr>
                <w:rFonts w:hint="eastAsia"/>
              </w:rPr>
            </w:pPr>
            <w:r>
              <w:rPr>
                <w:b/>
                <w:color w:val="FFFFFF"/>
                <w:sz w:val="18"/>
              </w:rPr>
              <w:t>APPLICAZIONE DELL’ESEMPIO</w:t>
            </w:r>
          </w:p>
        </w:tc>
      </w:tr>
      <w:tr w:rsidR="00D93F19" w14:paraId="0C0DE489" w14:textId="77777777">
        <w:trPr>
          <w:cantSplit/>
          <w:jc w:val="center"/>
        </w:trPr>
        <w:tc>
          <w:tcPr>
            <w:tcW w:w="2891" w:type="dxa"/>
            <w:shd w:val="clear" w:color="auto" w:fill="F2F6F8"/>
            <w:vAlign w:val="center"/>
          </w:tcPr>
          <w:p w14:paraId="7A69C264" w14:textId="77777777" w:rsidR="00D93F19" w:rsidRDefault="00000000">
            <w:pPr>
              <w:pStyle w:val="TableText"/>
              <w:spacing w:after="30" w:line="245" w:lineRule="auto"/>
              <w:rPr>
                <w:rFonts w:hint="eastAsia"/>
              </w:rPr>
            </w:pPr>
            <w:r>
              <w:rPr>
                <w:sz w:val="18"/>
              </w:rPr>
              <w:t>A01–A02: dati</w:t>
            </w:r>
          </w:p>
        </w:tc>
        <w:tc>
          <w:tcPr>
            <w:tcW w:w="6973" w:type="dxa"/>
            <w:shd w:val="clear" w:color="auto" w:fill="F2F6F8"/>
            <w:vAlign w:val="center"/>
          </w:tcPr>
          <w:p w14:paraId="46537DCC" w14:textId="77777777" w:rsidR="00D93F19" w:rsidRDefault="00000000">
            <w:pPr>
              <w:pStyle w:val="TableText"/>
              <w:spacing w:after="30" w:line="245" w:lineRule="auto"/>
              <w:rPr>
                <w:rFonts w:hint="eastAsia"/>
              </w:rPr>
            </w:pPr>
            <w:r>
              <w:rPr>
                <w:sz w:val="18"/>
              </w:rPr>
              <w:t>Identificare gru e componente; acquisire istruzioni, schema e documentazione del finecorsa originario. Rilevare la funzione effettivamente svolta.</w:t>
            </w:r>
          </w:p>
        </w:tc>
      </w:tr>
      <w:tr w:rsidR="00D93F19" w14:paraId="771A6685" w14:textId="77777777">
        <w:trPr>
          <w:cantSplit/>
          <w:jc w:val="center"/>
        </w:trPr>
        <w:tc>
          <w:tcPr>
            <w:tcW w:w="2891" w:type="dxa"/>
            <w:vAlign w:val="center"/>
          </w:tcPr>
          <w:p w14:paraId="0C05250E" w14:textId="77777777" w:rsidR="00D93F19" w:rsidRDefault="00000000">
            <w:pPr>
              <w:pStyle w:val="TableText"/>
              <w:spacing w:after="30" w:line="245" w:lineRule="auto"/>
              <w:rPr>
                <w:rFonts w:hint="eastAsia"/>
              </w:rPr>
            </w:pPr>
            <w:r>
              <w:rPr>
                <w:sz w:val="18"/>
              </w:rPr>
              <w:t>A03: fabbricante</w:t>
            </w:r>
          </w:p>
        </w:tc>
        <w:tc>
          <w:tcPr>
            <w:tcW w:w="6973" w:type="dxa"/>
            <w:vAlign w:val="center"/>
          </w:tcPr>
          <w:p w14:paraId="3C6B2FED" w14:textId="77777777" w:rsidR="00D93F19" w:rsidRDefault="00000000">
            <w:pPr>
              <w:pStyle w:val="TableText"/>
              <w:spacing w:after="30" w:line="245" w:lineRule="auto"/>
              <w:rPr>
                <w:rFonts w:hint="eastAsia"/>
              </w:rPr>
            </w:pPr>
            <w:r>
              <w:rPr>
                <w:sz w:val="18"/>
              </w:rPr>
              <w:t>Chiedere limiti, compatibilità e prove richieste per il componente proposto, indicando funzione e macchina interessate.</w:t>
            </w:r>
          </w:p>
        </w:tc>
      </w:tr>
      <w:tr w:rsidR="00D93F19" w14:paraId="5D5043F9" w14:textId="77777777">
        <w:trPr>
          <w:cantSplit/>
          <w:jc w:val="center"/>
        </w:trPr>
        <w:tc>
          <w:tcPr>
            <w:tcW w:w="2891" w:type="dxa"/>
            <w:shd w:val="clear" w:color="auto" w:fill="F2F6F8"/>
            <w:vAlign w:val="center"/>
          </w:tcPr>
          <w:p w14:paraId="4ADBEAD6" w14:textId="77777777" w:rsidR="00D93F19" w:rsidRDefault="00000000">
            <w:pPr>
              <w:pStyle w:val="TableText"/>
              <w:spacing w:after="30" w:line="245" w:lineRule="auto"/>
              <w:rPr>
                <w:rFonts w:hint="eastAsia"/>
              </w:rPr>
            </w:pPr>
            <w:r>
              <w:rPr>
                <w:sz w:val="18"/>
              </w:rPr>
              <w:t>A05: schede</w:t>
            </w:r>
          </w:p>
        </w:tc>
        <w:tc>
          <w:tcPr>
            <w:tcW w:w="6973" w:type="dxa"/>
            <w:shd w:val="clear" w:color="auto" w:fill="F2F6F8"/>
            <w:vAlign w:val="center"/>
          </w:tcPr>
          <w:p w14:paraId="71CCEA95" w14:textId="77777777" w:rsidR="00D93F19" w:rsidRDefault="00000000">
            <w:pPr>
              <w:pStyle w:val="TableText"/>
              <w:spacing w:after="30" w:line="245" w:lineRule="auto"/>
              <w:rPr>
                <w:rFonts w:hint="eastAsia"/>
              </w:rPr>
            </w:pPr>
            <w:r>
              <w:rPr>
                <w:sz w:val="18"/>
              </w:rPr>
              <w:t>Considerare 1.06; verificare se ricorrono anche 1.07 o 1.11 in base alla modifica reale di impianto e comandi. Non presumere che tutte o una sola siano sempre applicabili.</w:t>
            </w:r>
          </w:p>
        </w:tc>
      </w:tr>
      <w:tr w:rsidR="00D93F19" w14:paraId="44C46584" w14:textId="77777777">
        <w:trPr>
          <w:cantSplit/>
          <w:jc w:val="center"/>
        </w:trPr>
        <w:tc>
          <w:tcPr>
            <w:tcW w:w="2891" w:type="dxa"/>
            <w:vAlign w:val="center"/>
          </w:tcPr>
          <w:p w14:paraId="6B4C8C62" w14:textId="77777777" w:rsidR="00D93F19" w:rsidRDefault="00000000">
            <w:pPr>
              <w:pStyle w:val="TableText"/>
              <w:spacing w:after="30" w:line="245" w:lineRule="auto"/>
              <w:rPr>
                <w:rFonts w:hint="eastAsia"/>
              </w:rPr>
            </w:pPr>
            <w:r>
              <w:rPr>
                <w:sz w:val="18"/>
              </w:rPr>
              <w:t>Punto G1: dato mancante</w:t>
            </w:r>
          </w:p>
        </w:tc>
        <w:tc>
          <w:tcPr>
            <w:tcW w:w="6973" w:type="dxa"/>
            <w:vAlign w:val="center"/>
          </w:tcPr>
          <w:p w14:paraId="72B27F23" w14:textId="77777777" w:rsidR="00D93F19" w:rsidRDefault="00000000">
            <w:pPr>
              <w:pStyle w:val="TableText"/>
              <w:spacing w:after="30" w:line="245" w:lineRule="auto"/>
              <w:rPr>
                <w:rFonts w:hint="eastAsia"/>
              </w:rPr>
            </w:pPr>
            <w:r>
              <w:rPr>
                <w:sz w:val="18"/>
              </w:rPr>
              <w:t>Se manca l’evidenza del Performance Level originario necessario al confronto, registrare «valutazione sospesa» e richiedere il dato. Non dichiarare l’equivalenza sulla sola scheda del nuovo componente.</w:t>
            </w:r>
          </w:p>
        </w:tc>
      </w:tr>
      <w:tr w:rsidR="00D93F19" w14:paraId="5FC930D0" w14:textId="77777777">
        <w:trPr>
          <w:cantSplit/>
          <w:jc w:val="center"/>
        </w:trPr>
        <w:tc>
          <w:tcPr>
            <w:tcW w:w="2891" w:type="dxa"/>
            <w:shd w:val="clear" w:color="auto" w:fill="F2F6F8"/>
            <w:vAlign w:val="center"/>
          </w:tcPr>
          <w:p w14:paraId="3D773FE9" w14:textId="77777777" w:rsidR="00D93F19" w:rsidRDefault="00000000">
            <w:pPr>
              <w:pStyle w:val="TableText"/>
              <w:spacing w:after="30" w:line="245" w:lineRule="auto"/>
              <w:rPr>
                <w:rFonts w:hint="eastAsia"/>
              </w:rPr>
            </w:pPr>
            <w:r>
              <w:rPr>
                <w:sz w:val="18"/>
              </w:rPr>
              <w:t>A06: progetto</w:t>
            </w:r>
          </w:p>
        </w:tc>
        <w:tc>
          <w:tcPr>
            <w:tcW w:w="6973" w:type="dxa"/>
            <w:shd w:val="clear" w:color="auto" w:fill="F2F6F8"/>
            <w:vAlign w:val="center"/>
          </w:tcPr>
          <w:p w14:paraId="22DBA803" w14:textId="77777777" w:rsidR="00D93F19" w:rsidRDefault="00000000">
            <w:pPr>
              <w:pStyle w:val="TableText"/>
              <w:spacing w:after="30" w:line="245" w:lineRule="auto"/>
              <w:rPr>
                <w:rFonts w:hint="eastAsia"/>
              </w:rPr>
            </w:pPr>
            <w:r>
              <w:rPr>
                <w:sz w:val="18"/>
              </w:rPr>
              <w:t>Una volta risolti i dati, documentare compatibilità, confronto delle prestazioni, rischi, eventuali schemi e criteri dei test.</w:t>
            </w:r>
          </w:p>
        </w:tc>
      </w:tr>
      <w:tr w:rsidR="00D93F19" w14:paraId="71F0D283" w14:textId="77777777">
        <w:trPr>
          <w:cantSplit/>
          <w:jc w:val="center"/>
        </w:trPr>
        <w:tc>
          <w:tcPr>
            <w:tcW w:w="2891" w:type="dxa"/>
            <w:vAlign w:val="center"/>
          </w:tcPr>
          <w:p w14:paraId="44627E78" w14:textId="77777777" w:rsidR="00D93F19" w:rsidRDefault="00000000">
            <w:pPr>
              <w:pStyle w:val="TableText"/>
              <w:spacing w:after="30" w:line="245" w:lineRule="auto"/>
              <w:rPr>
                <w:rFonts w:hint="eastAsia"/>
              </w:rPr>
            </w:pPr>
            <w:r>
              <w:rPr>
                <w:sz w:val="18"/>
              </w:rPr>
              <w:t>A08–A11: lavoro</w:t>
            </w:r>
          </w:p>
        </w:tc>
        <w:tc>
          <w:tcPr>
            <w:tcW w:w="6973" w:type="dxa"/>
            <w:vAlign w:val="center"/>
          </w:tcPr>
          <w:p w14:paraId="119A9272" w14:textId="77777777" w:rsidR="00D93F19" w:rsidRDefault="00000000">
            <w:pPr>
              <w:pStyle w:val="TableText"/>
              <w:spacing w:after="30" w:line="245" w:lineRule="auto"/>
              <w:rPr>
                <w:rFonts w:hint="eastAsia"/>
              </w:rPr>
            </w:pPr>
            <w:r>
              <w:rPr>
                <w:sz w:val="18"/>
              </w:rPr>
              <w:t>Autorizzare, isolare, verificare lo stato sicuro, sostituire secondo istruzioni e registrare identificativo del componente e configurazione realizzata.</w:t>
            </w:r>
          </w:p>
        </w:tc>
      </w:tr>
      <w:tr w:rsidR="00D93F19" w14:paraId="2614C8E9" w14:textId="77777777">
        <w:trPr>
          <w:cantSplit/>
          <w:jc w:val="center"/>
        </w:trPr>
        <w:tc>
          <w:tcPr>
            <w:tcW w:w="2891" w:type="dxa"/>
            <w:shd w:val="clear" w:color="auto" w:fill="F2F6F8"/>
            <w:vAlign w:val="center"/>
          </w:tcPr>
          <w:p w14:paraId="3EC8E726" w14:textId="77777777" w:rsidR="00D93F19" w:rsidRDefault="00000000">
            <w:pPr>
              <w:pStyle w:val="TableText"/>
              <w:spacing w:after="30" w:line="245" w:lineRule="auto"/>
              <w:rPr>
                <w:rFonts w:hint="eastAsia"/>
              </w:rPr>
            </w:pPr>
            <w:r>
              <w:rPr>
                <w:sz w:val="18"/>
              </w:rPr>
              <w:t>A12–A13: prove</w:t>
            </w:r>
          </w:p>
        </w:tc>
        <w:tc>
          <w:tcPr>
            <w:tcW w:w="6973" w:type="dxa"/>
            <w:shd w:val="clear" w:color="auto" w:fill="F2F6F8"/>
            <w:vAlign w:val="center"/>
          </w:tcPr>
          <w:p w14:paraId="3C586483" w14:textId="77777777" w:rsidR="00D93F19" w:rsidRDefault="00000000">
            <w:pPr>
              <w:pStyle w:val="TableText"/>
              <w:spacing w:after="30" w:line="245" w:lineRule="auto"/>
              <w:rPr>
                <w:rFonts w:hint="eastAsia"/>
              </w:rPr>
            </w:pPr>
            <w:r>
              <w:rPr>
                <w:sz w:val="18"/>
              </w:rPr>
              <w:t>Eseguire soltanto i test definiti, annotando condizioni e risultati reali. Se una funzione non opera come previsto, aprire A16 e mantenere il fermo.</w:t>
            </w:r>
          </w:p>
        </w:tc>
      </w:tr>
      <w:tr w:rsidR="00D93F19" w14:paraId="575DF71B" w14:textId="77777777">
        <w:trPr>
          <w:cantSplit/>
          <w:jc w:val="center"/>
        </w:trPr>
        <w:tc>
          <w:tcPr>
            <w:tcW w:w="2891" w:type="dxa"/>
            <w:vAlign w:val="center"/>
          </w:tcPr>
          <w:p w14:paraId="066C6BE3" w14:textId="77777777" w:rsidR="00D93F19" w:rsidRDefault="00000000">
            <w:pPr>
              <w:pStyle w:val="TableText"/>
              <w:spacing w:after="30" w:line="245" w:lineRule="auto"/>
              <w:rPr>
                <w:rFonts w:hint="eastAsia"/>
              </w:rPr>
            </w:pPr>
            <w:r>
              <w:rPr>
                <w:sz w:val="18"/>
              </w:rPr>
              <w:t>A15–A20: chiusura</w:t>
            </w:r>
          </w:p>
        </w:tc>
        <w:tc>
          <w:tcPr>
            <w:tcW w:w="6973" w:type="dxa"/>
            <w:vAlign w:val="center"/>
          </w:tcPr>
          <w:p w14:paraId="0873A3C2" w14:textId="77777777" w:rsidR="00D93F19" w:rsidRDefault="00000000">
            <w:pPr>
              <w:pStyle w:val="TableText"/>
              <w:spacing w:after="30" w:line="245" w:lineRule="auto"/>
              <w:rPr>
                <w:rFonts w:hint="eastAsia"/>
              </w:rPr>
            </w:pPr>
            <w:r>
              <w:rPr>
                <w:sz w:val="18"/>
              </w:rPr>
              <w:t>Raccogliere i documenti pertinenti alla scheda e alla persona che ha eseguito il lavoro; completare il rilascio, l’informazione e il registro soltanto con evidenze sufficienti.</w:t>
            </w:r>
          </w:p>
        </w:tc>
      </w:tr>
    </w:tbl>
    <w:p w14:paraId="4ADDB866" w14:textId="77777777" w:rsidR="00D93F19" w:rsidRDefault="00D93F19">
      <w:pPr>
        <w:spacing w:after="0" w:line="20" w:lineRule="exact"/>
        <w:rPr>
          <w:rFonts w:hint="eastAsia"/>
        </w:rPr>
      </w:pPr>
    </w:p>
    <w:p w14:paraId="36F808FB" w14:textId="77777777" w:rsidR="00D93F19" w:rsidRDefault="00000000">
      <w:pPr>
        <w:pStyle w:val="Titolo2"/>
      </w:pPr>
      <w:r>
        <w:t>Che cosa insegna l’esempio</w:t>
      </w:r>
    </w:p>
    <w:p w14:paraId="647D5C8C" w14:textId="77777777" w:rsidR="00D93F19" w:rsidRDefault="00000000">
      <w:pPr>
        <w:rPr>
          <w:rFonts w:hint="eastAsia"/>
        </w:rPr>
      </w:pPr>
      <w:r>
        <w:t>Il risultato della procedura non è necessariamente un’autorizzazione: può essere un arresto motivato della pratica. La completezza documentale serve a rendere verificabile il percorso, non a sostituire il giudizio tecnico. Il confronto prima/dopo, la prova e la restituzione all’uso sono momenti diversi.</w:t>
      </w:r>
    </w:p>
    <w:tbl>
      <w:tblPr>
        <w:tblW w:w="0" w:type="auto"/>
        <w:tblBorders>
          <w:top w:val="single" w:sz="4" w:space="0" w:color="CFDCE3"/>
          <w:left w:val="single" w:sz="4" w:space="0" w:color="CFDCE3"/>
          <w:bottom w:val="single" w:sz="4" w:space="0" w:color="CFDCE3"/>
          <w:right w:val="single" w:sz="4" w:space="0" w:color="CFDCE3"/>
          <w:insideH w:val="single" w:sz="4" w:space="0" w:color="CFDCE3"/>
          <w:insideV w:val="single" w:sz="4" w:space="0" w:color="CFDCE3"/>
        </w:tblBorders>
        <w:tblLayout w:type="fixed"/>
        <w:tblCellMar>
          <w:top w:w="45" w:type="dxa"/>
          <w:left w:w="105" w:type="dxa"/>
          <w:bottom w:w="45" w:type="dxa"/>
          <w:right w:w="105" w:type="dxa"/>
        </w:tblCellMar>
        <w:tblLook w:val="04A0" w:firstRow="1" w:lastRow="0" w:firstColumn="1" w:lastColumn="0" w:noHBand="0" w:noVBand="1"/>
      </w:tblPr>
      <w:tblGrid>
        <w:gridCol w:w="9866"/>
      </w:tblGrid>
      <w:tr w:rsidR="00D93F19" w14:paraId="17D1F032" w14:textId="77777777">
        <w:trPr>
          <w:cantSplit/>
        </w:trPr>
        <w:tc>
          <w:tcPr>
            <w:tcW w:w="9866" w:type="dxa"/>
            <w:shd w:val="clear" w:color="auto" w:fill="EAF2F6"/>
            <w:vAlign w:val="center"/>
          </w:tcPr>
          <w:p w14:paraId="38545F1F" w14:textId="77777777" w:rsidR="00D93F19" w:rsidRDefault="00000000">
            <w:pPr>
              <w:pStyle w:val="TableText"/>
              <w:spacing w:after="30" w:line="245" w:lineRule="auto"/>
              <w:rPr>
                <w:rFonts w:hint="eastAsia"/>
              </w:rPr>
            </w:pPr>
            <w:r>
              <w:rPr>
                <w:color w:val="15344B"/>
              </w:rPr>
              <w:t>Per l’applicazione reale occorrono documenti e valori riferiti alla macchina effettiva, elaborati da persone competenti. Le immagini e i moduli di questa procedura non definiscono configurazioni costruttive, carichi di prova o soluzioni di sicurezza universali.</w:t>
            </w:r>
          </w:p>
        </w:tc>
      </w:tr>
    </w:tbl>
    <w:p w14:paraId="6BF87006" w14:textId="77777777" w:rsidR="00D93F19" w:rsidRDefault="00D93F19">
      <w:pPr>
        <w:spacing w:after="0" w:line="20" w:lineRule="exact"/>
        <w:rPr>
          <w:rFonts w:hint="eastAsia"/>
        </w:rPr>
      </w:pPr>
    </w:p>
    <w:p w14:paraId="34EE896C" w14:textId="77777777" w:rsidR="00D93F19" w:rsidRDefault="00000000">
      <w:pPr>
        <w:pStyle w:val="Small"/>
        <w:rPr>
          <w:rFonts w:hint="eastAsia"/>
        </w:rPr>
      </w:pPr>
      <w:r>
        <w:t>F: INAIL 2026, scheda 1.06 p. 24 e pp. 5, 8–12. O: esempio didattico originale, privo di risultati tecnici precostituiti.</w:t>
      </w:r>
    </w:p>
    <w:sectPr w:rsidR="00D93F19" w:rsidSect="00034616">
      <w:pgSz w:w="11906" w:h="16838"/>
      <w:pgMar w:top="964" w:right="1020" w:bottom="879"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F197A" w14:textId="77777777" w:rsidR="00204E50" w:rsidRDefault="00204E50">
      <w:pPr>
        <w:spacing w:after="0" w:line="240" w:lineRule="auto"/>
        <w:rPr>
          <w:rFonts w:hint="eastAsia"/>
        </w:rPr>
      </w:pPr>
      <w:r>
        <w:separator/>
      </w:r>
    </w:p>
  </w:endnote>
  <w:endnote w:type="continuationSeparator" w:id="0">
    <w:p w14:paraId="245183BB" w14:textId="77777777" w:rsidR="00204E50" w:rsidRDefault="00204E5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C162F" w14:textId="77777777" w:rsidR="00D93F19" w:rsidRDefault="00000000">
    <w:pPr>
      <w:pStyle w:val="Pidipagina"/>
      <w:jc w:val="right"/>
      <w:rPr>
        <w:rFonts w:hint="eastAsia"/>
      </w:rPr>
    </w:pPr>
    <w:r>
      <w:rPr>
        <w:color w:val="586B77"/>
        <w:sz w:val="16"/>
      </w:rPr>
      <w:t xml:space="preserve">Procedura aziendale • 15 ottobre 2026     |     </w:t>
    </w:r>
    <w:r>
      <w:fldChar w:fldCharType="begin"/>
    </w:r>
    <w:r>
      <w:instrText>PAGE</w:instrText>
    </w:r>
    <w:r>
      <w:rPr>
        <w:rFonts w:hint="eastAsia"/>
      </w:rPr>
      <w:fldChar w:fldCharType="separate"/>
    </w:r>
    <w:r>
      <w:t>1</w:t>
    </w:r>
    <w:r>
      <w:fldChar w:fldCharType="end"/>
    </w:r>
    <w:r>
      <w:rPr>
        <w:sz w:val="16"/>
      </w:rPr>
      <w:t xml:space="preserve"> / </w:t>
    </w:r>
    <w:r>
      <w:fldChar w:fldCharType="begin"/>
    </w:r>
    <w:r>
      <w:instrText>NUMPAGES</w:instrText>
    </w:r>
    <w:r>
      <w:rPr>
        <w:rFonts w:hint="eastAsia"/>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2AB66" w14:textId="77777777" w:rsidR="00204E50" w:rsidRDefault="00204E50">
      <w:pPr>
        <w:spacing w:after="0" w:line="240" w:lineRule="auto"/>
        <w:rPr>
          <w:rFonts w:hint="eastAsia"/>
        </w:rPr>
      </w:pPr>
      <w:r>
        <w:separator/>
      </w:r>
    </w:p>
  </w:footnote>
  <w:footnote w:type="continuationSeparator" w:id="0">
    <w:p w14:paraId="2B3133CC" w14:textId="77777777" w:rsidR="00204E50" w:rsidRDefault="00204E5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409D" w14:textId="77777777" w:rsidR="00D93F19" w:rsidRDefault="00000000">
    <w:pPr>
      <w:pStyle w:val="Intestazione"/>
      <w:jc w:val="right"/>
      <w:rPr>
        <w:rFonts w:hint="eastAsia"/>
      </w:rPr>
    </w:pPr>
    <w:r>
      <w:rPr>
        <w:color w:val="586B77"/>
        <w:sz w:val="16"/>
      </w:rPr>
      <w:t>PO-SOL-01  |  SOLLEVAMENTO FISSO  |  REV. 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40909896">
    <w:abstractNumId w:val="8"/>
  </w:num>
  <w:num w:numId="2" w16cid:durableId="2024283812">
    <w:abstractNumId w:val="6"/>
  </w:num>
  <w:num w:numId="3" w16cid:durableId="1844082698">
    <w:abstractNumId w:val="5"/>
  </w:num>
  <w:num w:numId="4" w16cid:durableId="269439662">
    <w:abstractNumId w:val="4"/>
  </w:num>
  <w:num w:numId="5" w16cid:durableId="876894474">
    <w:abstractNumId w:val="7"/>
  </w:num>
  <w:num w:numId="6" w16cid:durableId="483738341">
    <w:abstractNumId w:val="3"/>
  </w:num>
  <w:num w:numId="7" w16cid:durableId="739791016">
    <w:abstractNumId w:val="2"/>
  </w:num>
  <w:num w:numId="8" w16cid:durableId="980692584">
    <w:abstractNumId w:val="1"/>
  </w:num>
  <w:num w:numId="9" w16cid:durableId="1478566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E50"/>
    <w:rsid w:val="0029639D"/>
    <w:rsid w:val="002F7F38"/>
    <w:rsid w:val="00326F90"/>
    <w:rsid w:val="00AA1D8D"/>
    <w:rsid w:val="00B47730"/>
    <w:rsid w:val="00C1183A"/>
    <w:rsid w:val="00CB0664"/>
    <w:rsid w:val="00D93F19"/>
    <w:rsid w:val="00FC693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607187"/>
  <w14:defaultImageDpi w14:val="330"/>
  <w15:docId w15:val="{4BC0826D-F8C5-47B6-95FA-23FAB184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64" w:lineRule="auto"/>
    </w:pPr>
    <w:rPr>
      <w:rFonts w:ascii="Lato" w:hAnsi="Lato"/>
      <w:color w:val="20313C"/>
      <w:sz w:val="21"/>
      <w:lang w:val="it-IT"/>
    </w:rPr>
  </w:style>
  <w:style w:type="paragraph" w:styleId="Titolo1">
    <w:name w:val="heading 1"/>
    <w:basedOn w:val="Normale"/>
    <w:next w:val="Normale"/>
    <w:link w:val="Titolo1Carattere"/>
    <w:uiPriority w:val="9"/>
    <w:qFormat/>
    <w:rsid w:val="00FC693F"/>
    <w:pPr>
      <w:keepNext/>
      <w:keepLines/>
      <w:spacing w:after="120"/>
      <w:outlineLvl w:val="0"/>
    </w:pPr>
    <w:rPr>
      <w:rFonts w:asciiTheme="majorHAnsi" w:eastAsiaTheme="majorEastAsia" w:hAnsiTheme="majorHAnsi" w:cstheme="majorBidi"/>
      <w:b/>
      <w:bCs/>
      <w:color w:val="15344B"/>
      <w:sz w:val="38"/>
      <w:szCs w:val="28"/>
    </w:rPr>
  </w:style>
  <w:style w:type="paragraph" w:styleId="Titolo2">
    <w:name w:val="heading 2"/>
    <w:basedOn w:val="Normale"/>
    <w:next w:val="Normale"/>
    <w:link w:val="Titolo2Carattere"/>
    <w:uiPriority w:val="9"/>
    <w:unhideWhenUsed/>
    <w:qFormat/>
    <w:rsid w:val="00FC693F"/>
    <w:pPr>
      <w:keepNext/>
      <w:keepLines/>
      <w:spacing w:before="180" w:after="120"/>
      <w:outlineLvl w:val="1"/>
    </w:pPr>
    <w:rPr>
      <w:rFonts w:asciiTheme="majorHAnsi" w:eastAsiaTheme="majorEastAsia" w:hAnsiTheme="majorHAnsi" w:cstheme="majorBidi"/>
      <w:b/>
      <w:bCs/>
      <w:color w:val="087E8B"/>
      <w:sz w:val="24"/>
      <w:szCs w:val="26"/>
    </w:rPr>
  </w:style>
  <w:style w:type="paragraph" w:styleId="Titolo3">
    <w:name w:val="heading 3"/>
    <w:basedOn w:val="Normale"/>
    <w:next w:val="Normale"/>
    <w:link w:val="Titolo3Carattere"/>
    <w:uiPriority w:val="9"/>
    <w:unhideWhenUsed/>
    <w:qFormat/>
    <w:rsid w:val="00FC693F"/>
    <w:pPr>
      <w:keepNext/>
      <w:keepLines/>
      <w:spacing w:before="180" w:after="120"/>
      <w:outlineLvl w:val="2"/>
    </w:pPr>
    <w:rPr>
      <w:rFonts w:asciiTheme="majorHAnsi" w:eastAsiaTheme="majorEastAsia" w:hAnsiTheme="majorHAnsi" w:cstheme="majorBidi"/>
      <w:b/>
      <w:bCs/>
      <w:color w:val="15344B"/>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rPr>
      <w:lang w:val="it-IT"/>
    </w:r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before="180" w:after="120" w:line="240" w:lineRule="auto"/>
      <w:contextualSpacing/>
    </w:pPr>
    <w:rPr>
      <w:rFonts w:asciiTheme="majorHAnsi" w:eastAsiaTheme="majorEastAsia" w:hAnsiTheme="majorHAnsi" w:cstheme="majorBidi"/>
      <w:b/>
      <w:color w:val="15344B"/>
      <w:spacing w:val="5"/>
      <w:kern w:val="28"/>
      <w:sz w:val="58"/>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before="180" w:after="120"/>
    </w:pPr>
    <w:rPr>
      <w:rFonts w:asciiTheme="majorHAnsi" w:eastAsiaTheme="majorEastAsia" w:hAnsiTheme="majorHAnsi" w:cstheme="majorBidi"/>
      <w:b/>
      <w:i/>
      <w:iCs/>
      <w:color w:val="087E8B"/>
      <w:spacing w:val="15"/>
      <w:sz w:val="26"/>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it-IT"/>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line="252" w:lineRule="auto"/>
    </w:pPr>
    <w:rPr>
      <w:rFonts w:ascii="Lato" w:hAnsi="Lato"/>
      <w:color w:val="586B77"/>
      <w:sz w:val="17"/>
      <w:lang w:val="it-IT"/>
    </w:rPr>
  </w:style>
  <w:style w:type="paragraph" w:customStyle="1" w:styleId="CaptionCustom">
    <w:name w:val="CaptionCustom"/>
    <w:pPr>
      <w:spacing w:after="60" w:line="252" w:lineRule="auto"/>
    </w:pPr>
    <w:rPr>
      <w:rFonts w:ascii="Lato" w:hAnsi="Lato"/>
      <w:color w:val="586B77"/>
      <w:sz w:val="16"/>
      <w:lang w:val="it-IT"/>
    </w:rPr>
  </w:style>
  <w:style w:type="paragraph" w:customStyle="1" w:styleId="Kicker">
    <w:name w:val="Kicker"/>
    <w:pPr>
      <w:spacing w:after="120" w:line="252" w:lineRule="auto"/>
    </w:pPr>
    <w:rPr>
      <w:rFonts w:ascii="Lato" w:hAnsi="Lato"/>
      <w:b/>
      <w:color w:val="087E8B"/>
      <w:sz w:val="18"/>
      <w:lang w:val="it-IT"/>
    </w:rPr>
  </w:style>
  <w:style w:type="paragraph" w:customStyle="1" w:styleId="TableText">
    <w:name w:val="TableText"/>
    <w:pPr>
      <w:spacing w:after="60" w:line="252" w:lineRule="auto"/>
    </w:pPr>
    <w:rPr>
      <w:rFonts w:ascii="Lato" w:hAnsi="Lato"/>
      <w:color w:val="20313C"/>
      <w:sz w:val="19"/>
      <w:lang w:val="it-IT"/>
    </w:rPr>
  </w:style>
  <w:style w:type="paragraph" w:customStyle="1" w:styleId="FormText">
    <w:name w:val="FormText"/>
    <w:pPr>
      <w:spacing w:after="60" w:line="252" w:lineRule="auto"/>
    </w:pPr>
    <w:rPr>
      <w:rFonts w:ascii="Lato" w:hAnsi="Lato"/>
      <w:color w:val="20313C"/>
      <w:sz w:val="19"/>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20994</Words>
  <Characters>119671</Characters>
  <Application>Microsoft Office Word</Application>
  <DocSecurity>0</DocSecurity>
  <Lines>997</Lines>
  <Paragraphs>280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operativa – Manutenzione straordinaria degli apparecchi di sollevamento di tipo fisso</dc:title>
  <dc:subject>Procedura aziendale, criteri INAIL 2026, moduli operativi e controlli</dc:subject>
  <dc:creator>BENNI</dc:creator>
  <cp:keywords>sollevamento fisso, manutenzione straordinaria, INAIL, procedura operativa</cp:keywords>
  <cp:lastModifiedBy>PAOLO BENNI</cp:lastModifiedBy>
  <cp:revision>3</cp:revision>
  <dcterms:created xsi:type="dcterms:W3CDTF">2026-10-15T00:00:00Z</dcterms:created>
  <dcterms:modified xsi:type="dcterms:W3CDTF">2026-10-15T16:42:00Z</dcterms:modified>
  <cp:category/>
</cp:coreProperties>
</file>