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20346" w14:textId="77777777" w:rsidR="003D6426" w:rsidRDefault="00000000">
      <w:pPr>
        <w:spacing w:before="400"/>
        <w:jc w:val="center"/>
        <w:rPr>
          <w:rFonts w:hint="eastAsia"/>
        </w:rPr>
      </w:pPr>
      <w:r>
        <w:rPr>
          <w:b/>
          <w:color w:val="004A75"/>
          <w:sz w:val="28"/>
        </w:rPr>
        <w:t>[RAGIONE SOCIALE AZIENDA]</w:t>
      </w:r>
    </w:p>
    <w:p w14:paraId="1C7490F7" w14:textId="77777777" w:rsidR="003D6426" w:rsidRDefault="00000000">
      <w:pPr>
        <w:spacing w:before="900"/>
        <w:jc w:val="center"/>
        <w:rPr>
          <w:rFonts w:hint="eastAsia"/>
        </w:rPr>
      </w:pPr>
      <w:r>
        <w:rPr>
          <w:b/>
          <w:color w:val="004A75"/>
          <w:sz w:val="50"/>
        </w:rPr>
        <w:t>PROCEDURA AZIENDALE</w:t>
      </w:r>
    </w:p>
    <w:p w14:paraId="3EEA02DC" w14:textId="77777777" w:rsidR="003D6426" w:rsidRDefault="00000000">
      <w:pPr>
        <w:spacing w:before="240"/>
        <w:jc w:val="center"/>
        <w:rPr>
          <w:rFonts w:hint="eastAsia"/>
        </w:rPr>
      </w:pPr>
      <w:r>
        <w:rPr>
          <w:b/>
          <w:color w:val="004A75"/>
          <w:sz w:val="36"/>
        </w:rPr>
        <w:t>AMBIENTI CONFINATI E/O SOSPETTI DI INQUINAMENTO</w:t>
      </w:r>
    </w:p>
    <w:p w14:paraId="327C956E" w14:textId="77777777" w:rsidR="003D6426" w:rsidRDefault="00000000">
      <w:pPr>
        <w:spacing w:before="240" w:after="440"/>
        <w:jc w:val="center"/>
        <w:rPr>
          <w:rFonts w:hint="eastAsia"/>
        </w:rPr>
      </w:pPr>
      <w:r>
        <w:rPr>
          <w:sz w:val="22"/>
        </w:rPr>
        <w:t>Procedura di identificazione, censimento, valutazione dei rischi, autorizzazione all'ingresso, gestione operativa, emergenza e salvataggio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3"/>
        <w:gridCol w:w="2749"/>
        <w:gridCol w:w="1891"/>
        <w:gridCol w:w="3299"/>
      </w:tblGrid>
      <w:tr w:rsidR="003D6426" w14:paraId="6AEB173E" w14:textId="77777777">
        <w:trPr>
          <w:jc w:val="center"/>
        </w:trPr>
        <w:tc>
          <w:tcPr>
            <w:tcW w:w="2324" w:type="dxa"/>
            <w:shd w:val="clear" w:color="auto" w:fill="D9EAF7"/>
            <w:tcMar>
              <w:top w:w="55" w:type="dxa"/>
              <w:left w:w="55" w:type="dxa"/>
              <w:bottom w:w="55" w:type="dxa"/>
              <w:right w:w="55" w:type="dxa"/>
            </w:tcMar>
          </w:tcPr>
          <w:p w14:paraId="707D58D3" w14:textId="77777777" w:rsidR="003D6426" w:rsidRDefault="00000000">
            <w:pPr>
              <w:spacing w:after="0" w:line="240" w:lineRule="auto"/>
              <w:rPr>
                <w:rFonts w:hint="eastAsia"/>
              </w:rPr>
            </w:pPr>
            <w:r>
              <w:rPr>
                <w:b/>
                <w:sz w:val="17"/>
              </w:rPr>
              <w:t>Codice documento</w:t>
            </w:r>
          </w:p>
        </w:tc>
        <w:tc>
          <w:tcPr>
            <w:tcW w:w="2835" w:type="dxa"/>
            <w:tcMar>
              <w:top w:w="55" w:type="dxa"/>
              <w:left w:w="55" w:type="dxa"/>
              <w:bottom w:w="55" w:type="dxa"/>
              <w:right w:w="55" w:type="dxa"/>
            </w:tcMar>
          </w:tcPr>
          <w:p w14:paraId="13C59BE1" w14:textId="77777777" w:rsidR="003D6426" w:rsidRDefault="00000000">
            <w:pPr>
              <w:spacing w:after="0" w:line="240" w:lineRule="auto"/>
              <w:rPr>
                <w:rFonts w:hint="eastAsia"/>
              </w:rPr>
            </w:pPr>
            <w:r>
              <w:rPr>
                <w:sz w:val="17"/>
              </w:rPr>
              <w:t>PG-HSE-ACSI-01</w:t>
            </w:r>
          </w:p>
        </w:tc>
        <w:tc>
          <w:tcPr>
            <w:tcW w:w="1927" w:type="dxa"/>
            <w:shd w:val="clear" w:color="auto" w:fill="D9EAF7"/>
            <w:tcMar>
              <w:top w:w="55" w:type="dxa"/>
              <w:left w:w="55" w:type="dxa"/>
              <w:bottom w:w="55" w:type="dxa"/>
              <w:right w:w="55" w:type="dxa"/>
            </w:tcMar>
          </w:tcPr>
          <w:p w14:paraId="1EF9B8B8" w14:textId="77777777" w:rsidR="003D6426" w:rsidRDefault="00000000">
            <w:pPr>
              <w:spacing w:after="0" w:line="240" w:lineRule="auto"/>
              <w:rPr>
                <w:rFonts w:hint="eastAsia"/>
              </w:rPr>
            </w:pPr>
            <w:r>
              <w:rPr>
                <w:b/>
                <w:sz w:val="17"/>
              </w:rPr>
              <w:t>Revisione</w:t>
            </w:r>
          </w:p>
        </w:tc>
        <w:tc>
          <w:tcPr>
            <w:tcW w:w="3402" w:type="dxa"/>
            <w:tcMar>
              <w:top w:w="55" w:type="dxa"/>
              <w:left w:w="55" w:type="dxa"/>
              <w:bottom w:w="55" w:type="dxa"/>
              <w:right w:w="55" w:type="dxa"/>
            </w:tcMar>
          </w:tcPr>
          <w:p w14:paraId="6D30243D" w14:textId="77777777" w:rsidR="003D6426" w:rsidRDefault="00000000">
            <w:pPr>
              <w:spacing w:after="0" w:line="240" w:lineRule="auto"/>
              <w:rPr>
                <w:rFonts w:hint="eastAsia"/>
              </w:rPr>
            </w:pPr>
            <w:r>
              <w:rPr>
                <w:sz w:val="17"/>
              </w:rPr>
              <w:t>00</w:t>
            </w:r>
          </w:p>
        </w:tc>
      </w:tr>
      <w:tr w:rsidR="003D6426" w14:paraId="0C171208" w14:textId="77777777">
        <w:trPr>
          <w:jc w:val="center"/>
        </w:trPr>
        <w:tc>
          <w:tcPr>
            <w:tcW w:w="2324" w:type="dxa"/>
            <w:shd w:val="clear" w:color="auto" w:fill="D9EAF7"/>
            <w:tcMar>
              <w:top w:w="55" w:type="dxa"/>
              <w:left w:w="55" w:type="dxa"/>
              <w:bottom w:w="55" w:type="dxa"/>
              <w:right w:w="55" w:type="dxa"/>
            </w:tcMar>
          </w:tcPr>
          <w:p w14:paraId="57E792B1" w14:textId="77777777" w:rsidR="003D6426" w:rsidRDefault="00000000">
            <w:pPr>
              <w:spacing w:after="0" w:line="240" w:lineRule="auto"/>
              <w:rPr>
                <w:rFonts w:hint="eastAsia"/>
              </w:rPr>
            </w:pPr>
            <w:r>
              <w:rPr>
                <w:b/>
                <w:sz w:val="17"/>
              </w:rPr>
              <w:t>Data emissione</w:t>
            </w:r>
          </w:p>
        </w:tc>
        <w:tc>
          <w:tcPr>
            <w:tcW w:w="2835" w:type="dxa"/>
            <w:tcMar>
              <w:top w:w="55" w:type="dxa"/>
              <w:left w:w="55" w:type="dxa"/>
              <w:bottom w:w="55" w:type="dxa"/>
              <w:right w:w="55" w:type="dxa"/>
            </w:tcMar>
          </w:tcPr>
          <w:p w14:paraId="69F3832A" w14:textId="77777777" w:rsidR="003D6426" w:rsidRDefault="00000000">
            <w:pPr>
              <w:spacing w:after="0" w:line="240" w:lineRule="auto"/>
              <w:rPr>
                <w:rFonts w:hint="eastAsia"/>
              </w:rPr>
            </w:pPr>
            <w:r>
              <w:rPr>
                <w:sz w:val="17"/>
              </w:rPr>
              <w:t>21/05/2026</w:t>
            </w:r>
          </w:p>
        </w:tc>
        <w:tc>
          <w:tcPr>
            <w:tcW w:w="1927" w:type="dxa"/>
            <w:shd w:val="clear" w:color="auto" w:fill="D9EAF7"/>
            <w:tcMar>
              <w:top w:w="55" w:type="dxa"/>
              <w:left w:w="55" w:type="dxa"/>
              <w:bottom w:w="55" w:type="dxa"/>
              <w:right w:w="55" w:type="dxa"/>
            </w:tcMar>
          </w:tcPr>
          <w:p w14:paraId="3DFBCD8E" w14:textId="77777777" w:rsidR="003D6426" w:rsidRDefault="00000000">
            <w:pPr>
              <w:spacing w:after="0" w:line="240" w:lineRule="auto"/>
              <w:rPr>
                <w:rFonts w:hint="eastAsia"/>
              </w:rPr>
            </w:pPr>
            <w:r>
              <w:rPr>
                <w:b/>
                <w:sz w:val="17"/>
              </w:rPr>
              <w:t>Stato</w:t>
            </w:r>
          </w:p>
        </w:tc>
        <w:tc>
          <w:tcPr>
            <w:tcW w:w="3402" w:type="dxa"/>
            <w:tcMar>
              <w:top w:w="55" w:type="dxa"/>
              <w:left w:w="55" w:type="dxa"/>
              <w:bottom w:w="55" w:type="dxa"/>
              <w:right w:w="55" w:type="dxa"/>
            </w:tcMar>
          </w:tcPr>
          <w:p w14:paraId="00099EA0" w14:textId="77777777" w:rsidR="003D6426" w:rsidRDefault="00000000">
            <w:pPr>
              <w:spacing w:after="0" w:line="240" w:lineRule="auto"/>
              <w:rPr>
                <w:rFonts w:hint="eastAsia"/>
              </w:rPr>
            </w:pPr>
            <w:r>
              <w:rPr>
                <w:sz w:val="17"/>
              </w:rPr>
              <w:t>Bozza aziendale da personalizzare e approvare</w:t>
            </w:r>
          </w:p>
        </w:tc>
      </w:tr>
      <w:tr w:rsidR="003D6426" w14:paraId="49327DC8" w14:textId="77777777">
        <w:trPr>
          <w:jc w:val="center"/>
        </w:trPr>
        <w:tc>
          <w:tcPr>
            <w:tcW w:w="2324" w:type="dxa"/>
            <w:shd w:val="clear" w:color="auto" w:fill="D9EAF7"/>
            <w:tcMar>
              <w:top w:w="55" w:type="dxa"/>
              <w:left w:w="55" w:type="dxa"/>
              <w:bottom w:w="55" w:type="dxa"/>
              <w:right w:w="55" w:type="dxa"/>
            </w:tcMar>
          </w:tcPr>
          <w:p w14:paraId="6C1B6F55" w14:textId="77777777" w:rsidR="003D6426" w:rsidRDefault="00000000">
            <w:pPr>
              <w:spacing w:after="0" w:line="240" w:lineRule="auto"/>
              <w:rPr>
                <w:rFonts w:hint="eastAsia"/>
              </w:rPr>
            </w:pPr>
            <w:r>
              <w:rPr>
                <w:b/>
                <w:sz w:val="17"/>
              </w:rPr>
              <w:t>Riferimento tecnico principale</w:t>
            </w:r>
          </w:p>
        </w:tc>
        <w:tc>
          <w:tcPr>
            <w:tcW w:w="2835" w:type="dxa"/>
            <w:tcMar>
              <w:top w:w="55" w:type="dxa"/>
              <w:left w:w="55" w:type="dxa"/>
              <w:bottom w:w="55" w:type="dxa"/>
              <w:right w:w="55" w:type="dxa"/>
            </w:tcMar>
          </w:tcPr>
          <w:p w14:paraId="738B00BD" w14:textId="77777777" w:rsidR="003D6426" w:rsidRDefault="00000000">
            <w:pPr>
              <w:spacing w:after="0" w:line="240" w:lineRule="auto"/>
              <w:rPr>
                <w:rFonts w:hint="eastAsia"/>
              </w:rPr>
            </w:pPr>
            <w:r>
              <w:rPr>
                <w:sz w:val="17"/>
              </w:rPr>
              <w:t>UNI 11958:2024</w:t>
            </w:r>
          </w:p>
        </w:tc>
        <w:tc>
          <w:tcPr>
            <w:tcW w:w="1927" w:type="dxa"/>
            <w:shd w:val="clear" w:color="auto" w:fill="D9EAF7"/>
            <w:tcMar>
              <w:top w:w="55" w:type="dxa"/>
              <w:left w:w="55" w:type="dxa"/>
              <w:bottom w:w="55" w:type="dxa"/>
              <w:right w:w="55" w:type="dxa"/>
            </w:tcMar>
          </w:tcPr>
          <w:p w14:paraId="36A839D6" w14:textId="77777777" w:rsidR="003D6426" w:rsidRDefault="00000000">
            <w:pPr>
              <w:spacing w:after="0" w:line="240" w:lineRule="auto"/>
              <w:rPr>
                <w:rFonts w:hint="eastAsia"/>
              </w:rPr>
            </w:pPr>
            <w:r>
              <w:rPr>
                <w:b/>
                <w:sz w:val="17"/>
              </w:rPr>
              <w:t>Ambito</w:t>
            </w:r>
          </w:p>
        </w:tc>
        <w:tc>
          <w:tcPr>
            <w:tcW w:w="3402" w:type="dxa"/>
            <w:tcMar>
              <w:top w:w="55" w:type="dxa"/>
              <w:left w:w="55" w:type="dxa"/>
              <w:bottom w:w="55" w:type="dxa"/>
              <w:right w:w="55" w:type="dxa"/>
            </w:tcMar>
          </w:tcPr>
          <w:p w14:paraId="6EBFA539" w14:textId="77777777" w:rsidR="003D6426" w:rsidRDefault="00000000">
            <w:pPr>
              <w:spacing w:after="0" w:line="240" w:lineRule="auto"/>
              <w:rPr>
                <w:rFonts w:hint="eastAsia"/>
              </w:rPr>
            </w:pPr>
            <w:r>
              <w:rPr>
                <w:sz w:val="17"/>
              </w:rPr>
              <w:t>Salute e sicurezza sul lavoro</w:t>
            </w:r>
          </w:p>
        </w:tc>
      </w:tr>
      <w:tr w:rsidR="003D6426" w14:paraId="27725060" w14:textId="77777777">
        <w:trPr>
          <w:jc w:val="center"/>
        </w:trPr>
        <w:tc>
          <w:tcPr>
            <w:tcW w:w="2324" w:type="dxa"/>
            <w:shd w:val="clear" w:color="auto" w:fill="D9EAF7"/>
            <w:tcMar>
              <w:top w:w="55" w:type="dxa"/>
              <w:left w:w="55" w:type="dxa"/>
              <w:bottom w:w="55" w:type="dxa"/>
              <w:right w:w="55" w:type="dxa"/>
            </w:tcMar>
          </w:tcPr>
          <w:p w14:paraId="31104816" w14:textId="77777777" w:rsidR="003D6426" w:rsidRDefault="00000000">
            <w:pPr>
              <w:spacing w:after="0" w:line="240" w:lineRule="auto"/>
              <w:rPr>
                <w:rFonts w:hint="eastAsia"/>
              </w:rPr>
            </w:pPr>
            <w:r>
              <w:rPr>
                <w:b/>
                <w:sz w:val="17"/>
              </w:rPr>
              <w:t>Process owner</w:t>
            </w:r>
          </w:p>
        </w:tc>
        <w:tc>
          <w:tcPr>
            <w:tcW w:w="2835" w:type="dxa"/>
            <w:tcMar>
              <w:top w:w="55" w:type="dxa"/>
              <w:left w:w="55" w:type="dxa"/>
              <w:bottom w:w="55" w:type="dxa"/>
              <w:right w:w="55" w:type="dxa"/>
            </w:tcMar>
          </w:tcPr>
          <w:p w14:paraId="58AA3315" w14:textId="77777777" w:rsidR="003D6426" w:rsidRDefault="00000000">
            <w:pPr>
              <w:spacing w:after="0" w:line="240" w:lineRule="auto"/>
              <w:rPr>
                <w:rFonts w:hint="eastAsia"/>
              </w:rPr>
            </w:pPr>
            <w:r>
              <w:rPr>
                <w:sz w:val="17"/>
              </w:rPr>
              <w:t>Datore di Lavoro / HSE / RSPP</w:t>
            </w:r>
          </w:p>
        </w:tc>
        <w:tc>
          <w:tcPr>
            <w:tcW w:w="1927" w:type="dxa"/>
            <w:shd w:val="clear" w:color="auto" w:fill="D9EAF7"/>
            <w:tcMar>
              <w:top w:w="55" w:type="dxa"/>
              <w:left w:w="55" w:type="dxa"/>
              <w:bottom w:w="55" w:type="dxa"/>
              <w:right w:w="55" w:type="dxa"/>
            </w:tcMar>
          </w:tcPr>
          <w:p w14:paraId="14768439" w14:textId="77777777" w:rsidR="003D6426" w:rsidRDefault="00000000">
            <w:pPr>
              <w:spacing w:after="0" w:line="240" w:lineRule="auto"/>
              <w:rPr>
                <w:rFonts w:hint="eastAsia"/>
              </w:rPr>
            </w:pPr>
            <w:r>
              <w:rPr>
                <w:b/>
                <w:sz w:val="17"/>
              </w:rPr>
              <w:t>Applicazione</w:t>
            </w:r>
          </w:p>
        </w:tc>
        <w:tc>
          <w:tcPr>
            <w:tcW w:w="3402" w:type="dxa"/>
            <w:tcMar>
              <w:top w:w="55" w:type="dxa"/>
              <w:left w:w="55" w:type="dxa"/>
              <w:bottom w:w="55" w:type="dxa"/>
              <w:right w:w="55" w:type="dxa"/>
            </w:tcMar>
          </w:tcPr>
          <w:p w14:paraId="21BB3F26" w14:textId="77777777" w:rsidR="003D6426" w:rsidRDefault="00000000">
            <w:pPr>
              <w:spacing w:after="0" w:line="240" w:lineRule="auto"/>
              <w:rPr>
                <w:rFonts w:hint="eastAsia"/>
              </w:rPr>
            </w:pPr>
            <w:r>
              <w:rPr>
                <w:sz w:val="17"/>
              </w:rPr>
              <w:t>Siti, reparti, cantieri e appalti aziendali</w:t>
            </w:r>
          </w:p>
        </w:tc>
      </w:tr>
    </w:tbl>
    <w:p w14:paraId="678235DC" w14:textId="77777777" w:rsidR="003D6426" w:rsidRDefault="003D6426">
      <w:pPr>
        <w:rPr>
          <w:rFonts w:hint="eastAsia"/>
        </w:rPr>
      </w:pPr>
    </w:p>
    <w:p w14:paraId="0959219A" w14:textId="77777777" w:rsidR="003D6426" w:rsidRDefault="00000000">
      <w:pPr>
        <w:pStyle w:val="TableTitle"/>
        <w:rPr>
          <w:rFonts w:hint="eastAsia"/>
        </w:rPr>
      </w:pPr>
      <w:r>
        <w:t>Approvazioni e distribuzione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5"/>
        <w:gridCol w:w="7947"/>
      </w:tblGrid>
      <w:tr w:rsidR="003D6426" w14:paraId="4351F98E" w14:textId="77777777">
        <w:trPr>
          <w:jc w:val="center"/>
        </w:trPr>
        <w:tc>
          <w:tcPr>
            <w:tcW w:w="2231" w:type="dxa"/>
            <w:shd w:val="clear" w:color="auto" w:fill="F2F2F2"/>
            <w:tcMar>
              <w:top w:w="55" w:type="dxa"/>
              <w:left w:w="55" w:type="dxa"/>
              <w:bottom w:w="55" w:type="dxa"/>
              <w:right w:w="55" w:type="dxa"/>
            </w:tcMar>
          </w:tcPr>
          <w:p w14:paraId="3B6ABAE8" w14:textId="77777777" w:rsidR="003D6426" w:rsidRDefault="00000000">
            <w:pPr>
              <w:spacing w:after="0" w:line="240" w:lineRule="auto"/>
              <w:rPr>
                <w:rFonts w:hint="eastAsia"/>
              </w:rPr>
            </w:pPr>
            <w:r>
              <w:rPr>
                <w:b/>
                <w:sz w:val="16"/>
              </w:rPr>
              <w:t>Elaborato da</w:t>
            </w:r>
          </w:p>
        </w:tc>
        <w:tc>
          <w:tcPr>
            <w:tcW w:w="7862" w:type="dxa"/>
            <w:tcMar>
              <w:top w:w="55" w:type="dxa"/>
              <w:left w:w="55" w:type="dxa"/>
              <w:bottom w:w="55" w:type="dxa"/>
              <w:right w:w="55" w:type="dxa"/>
            </w:tcMar>
          </w:tcPr>
          <w:p w14:paraId="08912556" w14:textId="77777777" w:rsidR="003D6426" w:rsidRDefault="00000000">
            <w:pPr>
              <w:spacing w:after="0" w:line="240" w:lineRule="auto"/>
              <w:rPr>
                <w:rFonts w:hint="eastAsia"/>
              </w:rPr>
            </w:pPr>
            <w:r>
              <w:rPr>
                <w:sz w:val="16"/>
              </w:rPr>
              <w:t>Nome/Ruolo: ________________________________     Data: ____/____/______     Firma: ________________________________</w:t>
            </w:r>
          </w:p>
        </w:tc>
      </w:tr>
      <w:tr w:rsidR="003D6426" w14:paraId="4A1FEBDF" w14:textId="77777777">
        <w:trPr>
          <w:jc w:val="center"/>
        </w:trPr>
        <w:tc>
          <w:tcPr>
            <w:tcW w:w="2231" w:type="dxa"/>
            <w:shd w:val="clear" w:color="auto" w:fill="F2F2F2"/>
            <w:tcMar>
              <w:top w:w="55" w:type="dxa"/>
              <w:left w:w="55" w:type="dxa"/>
              <w:bottom w:w="55" w:type="dxa"/>
              <w:right w:w="55" w:type="dxa"/>
            </w:tcMar>
          </w:tcPr>
          <w:p w14:paraId="3ADFA7F5" w14:textId="77777777" w:rsidR="003D6426" w:rsidRDefault="00000000">
            <w:pPr>
              <w:spacing w:after="0" w:line="240" w:lineRule="auto"/>
              <w:rPr>
                <w:rFonts w:hint="eastAsia"/>
              </w:rPr>
            </w:pPr>
            <w:r>
              <w:rPr>
                <w:b/>
                <w:sz w:val="16"/>
              </w:rPr>
              <w:t>Verificato da</w:t>
            </w:r>
          </w:p>
        </w:tc>
        <w:tc>
          <w:tcPr>
            <w:tcW w:w="7862" w:type="dxa"/>
            <w:tcMar>
              <w:top w:w="55" w:type="dxa"/>
              <w:left w:w="55" w:type="dxa"/>
              <w:bottom w:w="55" w:type="dxa"/>
              <w:right w:w="55" w:type="dxa"/>
            </w:tcMar>
          </w:tcPr>
          <w:p w14:paraId="313B4702" w14:textId="77777777" w:rsidR="003D6426" w:rsidRDefault="00000000">
            <w:pPr>
              <w:spacing w:after="0" w:line="240" w:lineRule="auto"/>
              <w:rPr>
                <w:rFonts w:hint="eastAsia"/>
              </w:rPr>
            </w:pPr>
            <w:r>
              <w:rPr>
                <w:sz w:val="16"/>
              </w:rPr>
              <w:t>RSPP/ASPP: ________________________________     Medico competente: ________________________________     RLS: ________________________________</w:t>
            </w:r>
          </w:p>
        </w:tc>
      </w:tr>
      <w:tr w:rsidR="003D6426" w14:paraId="29616C06" w14:textId="77777777">
        <w:trPr>
          <w:jc w:val="center"/>
        </w:trPr>
        <w:tc>
          <w:tcPr>
            <w:tcW w:w="2231" w:type="dxa"/>
            <w:shd w:val="clear" w:color="auto" w:fill="F2F2F2"/>
            <w:tcMar>
              <w:top w:w="55" w:type="dxa"/>
              <w:left w:w="55" w:type="dxa"/>
              <w:bottom w:w="55" w:type="dxa"/>
              <w:right w:w="55" w:type="dxa"/>
            </w:tcMar>
          </w:tcPr>
          <w:p w14:paraId="45A8A32D" w14:textId="77777777" w:rsidR="003D6426" w:rsidRDefault="00000000">
            <w:pPr>
              <w:spacing w:after="0" w:line="240" w:lineRule="auto"/>
              <w:rPr>
                <w:rFonts w:hint="eastAsia"/>
              </w:rPr>
            </w:pPr>
            <w:r>
              <w:rPr>
                <w:b/>
                <w:sz w:val="16"/>
              </w:rPr>
              <w:t>Approvato da</w:t>
            </w:r>
          </w:p>
        </w:tc>
        <w:tc>
          <w:tcPr>
            <w:tcW w:w="7862" w:type="dxa"/>
            <w:tcMar>
              <w:top w:w="55" w:type="dxa"/>
              <w:left w:w="55" w:type="dxa"/>
              <w:bottom w:w="55" w:type="dxa"/>
              <w:right w:w="55" w:type="dxa"/>
            </w:tcMar>
          </w:tcPr>
          <w:p w14:paraId="7188D507" w14:textId="77777777" w:rsidR="003D6426" w:rsidRDefault="00000000">
            <w:pPr>
              <w:spacing w:after="0" w:line="240" w:lineRule="auto"/>
              <w:rPr>
                <w:rFonts w:hint="eastAsia"/>
              </w:rPr>
            </w:pPr>
            <w:r>
              <w:rPr>
                <w:sz w:val="16"/>
              </w:rPr>
              <w:t>Datore di Lavoro: ________________________________     Data: ____/____/______     Firma: ________________________________</w:t>
            </w:r>
          </w:p>
        </w:tc>
      </w:tr>
      <w:tr w:rsidR="003D6426" w14:paraId="5F6363AA" w14:textId="77777777">
        <w:trPr>
          <w:jc w:val="center"/>
        </w:trPr>
        <w:tc>
          <w:tcPr>
            <w:tcW w:w="2231" w:type="dxa"/>
            <w:shd w:val="clear" w:color="auto" w:fill="F2F2F2"/>
            <w:tcMar>
              <w:top w:w="55" w:type="dxa"/>
              <w:left w:w="55" w:type="dxa"/>
              <w:bottom w:w="55" w:type="dxa"/>
              <w:right w:w="55" w:type="dxa"/>
            </w:tcMar>
          </w:tcPr>
          <w:p w14:paraId="1979ED09" w14:textId="77777777" w:rsidR="003D6426" w:rsidRDefault="00000000">
            <w:pPr>
              <w:spacing w:after="0" w:line="240" w:lineRule="auto"/>
              <w:rPr>
                <w:rFonts w:hint="eastAsia"/>
              </w:rPr>
            </w:pPr>
            <w:r>
              <w:rPr>
                <w:b/>
                <w:sz w:val="16"/>
              </w:rPr>
              <w:t>Distribuzione controllata</w:t>
            </w:r>
          </w:p>
        </w:tc>
        <w:tc>
          <w:tcPr>
            <w:tcW w:w="7862" w:type="dxa"/>
            <w:tcMar>
              <w:top w:w="55" w:type="dxa"/>
              <w:left w:w="55" w:type="dxa"/>
              <w:bottom w:w="55" w:type="dxa"/>
              <w:right w:w="55" w:type="dxa"/>
            </w:tcMar>
          </w:tcPr>
          <w:p w14:paraId="7587375A" w14:textId="77777777" w:rsidR="003D6426" w:rsidRDefault="00000000">
            <w:pPr>
              <w:spacing w:after="0" w:line="240" w:lineRule="auto"/>
              <w:rPr>
                <w:rFonts w:hint="eastAsia"/>
              </w:rPr>
            </w:pPr>
            <w:r>
              <w:rPr>
                <w:sz w:val="16"/>
              </w:rPr>
              <w:t>[ ] Direzione  [ ] HSE/RSPP  [ ] Preposti  [ ] Manutenzione  [ ] Produzione  [ ] Appaltatori qualificati  [ ] Altro: __________</w:t>
            </w:r>
          </w:p>
        </w:tc>
      </w:tr>
      <w:tr w:rsidR="003D6426" w14:paraId="7726163C" w14:textId="77777777">
        <w:trPr>
          <w:jc w:val="center"/>
        </w:trPr>
        <w:tc>
          <w:tcPr>
            <w:tcW w:w="2231" w:type="dxa"/>
            <w:shd w:val="clear" w:color="auto" w:fill="F2F2F2"/>
            <w:tcMar>
              <w:top w:w="55" w:type="dxa"/>
              <w:left w:w="55" w:type="dxa"/>
              <w:bottom w:w="55" w:type="dxa"/>
              <w:right w:w="55" w:type="dxa"/>
            </w:tcMar>
          </w:tcPr>
          <w:p w14:paraId="02F36739" w14:textId="77777777" w:rsidR="003D6426" w:rsidRDefault="00000000">
            <w:pPr>
              <w:spacing w:after="0" w:line="240" w:lineRule="auto"/>
              <w:rPr>
                <w:rFonts w:hint="eastAsia"/>
              </w:rPr>
            </w:pPr>
            <w:r>
              <w:rPr>
                <w:b/>
                <w:sz w:val="16"/>
              </w:rPr>
              <w:t>Riservatezza</w:t>
            </w:r>
          </w:p>
        </w:tc>
        <w:tc>
          <w:tcPr>
            <w:tcW w:w="7862" w:type="dxa"/>
            <w:tcMar>
              <w:top w:w="55" w:type="dxa"/>
              <w:left w:w="55" w:type="dxa"/>
              <w:bottom w:w="55" w:type="dxa"/>
              <w:right w:w="55" w:type="dxa"/>
            </w:tcMar>
          </w:tcPr>
          <w:p w14:paraId="4ECBAFDA" w14:textId="77777777" w:rsidR="003D6426" w:rsidRDefault="00000000">
            <w:pPr>
              <w:spacing w:after="0" w:line="240" w:lineRule="auto"/>
              <w:rPr>
                <w:rFonts w:hint="eastAsia"/>
              </w:rPr>
            </w:pPr>
            <w:r>
              <w:rPr>
                <w:sz w:val="16"/>
              </w:rPr>
              <w:t>Documento interno. La riproduzione, distribuzione o modifica è consentita solo secondo le regole aziendali di gestione documentale.</w:t>
            </w:r>
          </w:p>
        </w:tc>
      </w:tr>
    </w:tbl>
    <w:p w14:paraId="0B2FFD0D" w14:textId="77777777" w:rsidR="003D6426" w:rsidRDefault="00000000">
      <w:pPr>
        <w:spacing w:before="560"/>
        <w:jc w:val="center"/>
        <w:rPr>
          <w:rFonts w:hint="eastAsia"/>
        </w:rPr>
      </w:pPr>
      <w:r>
        <w:rPr>
          <w:i/>
          <w:sz w:val="17"/>
        </w:rPr>
        <w:t>Modello professionale conforme all'impostazione preventiva e procedurale della UNI 11958:2024. Deve essere integrato con DVR, DUVRI/PSC/POS, organigramma, planimetrie, misure strumentali e procedure di sito.</w:t>
      </w:r>
    </w:p>
    <w:p w14:paraId="4B0B9BF0" w14:textId="77777777" w:rsidR="003D6426" w:rsidRDefault="00000000">
      <w:pPr>
        <w:rPr>
          <w:rFonts w:hint="eastAsia"/>
        </w:rPr>
      </w:pPr>
      <w:r>
        <w:br w:type="page"/>
      </w:r>
    </w:p>
    <w:p w14:paraId="176A1337" w14:textId="77777777" w:rsidR="003D6426" w:rsidRDefault="00000000">
      <w:pPr>
        <w:pStyle w:val="Titolo1"/>
      </w:pPr>
      <w:r>
        <w:lastRenderedPageBreak/>
        <w:t>Prefazione</w:t>
      </w:r>
    </w:p>
    <w:p w14:paraId="5B6FF454" w14:textId="77777777" w:rsidR="003D6426" w:rsidRDefault="00000000">
      <w:pPr>
        <w:spacing w:after="100"/>
        <w:rPr>
          <w:rFonts w:hint="eastAsia"/>
        </w:rPr>
      </w:pPr>
      <w:r>
        <w:t>La presente procedura aziendale disciplina la gestione delle attività svolte in ambienti confinati e/o sospetti di inquinamento. Tali attività costituiscono una categoria di lavoro ad alto rischio perché l'esposizione può derivare da condizioni non sempre visibili o percepibili: atmosfere carenti o arricchite di ossigeno, gas e vapori tossici, atmosfere infiammabili o esplosive, residui di sostanze, materiali incoerenti, allagamenti, accessi difficoltosi, possibilità di intrappolamento e tempi di soccorso incompatibili con l'evoluzione dell'emergenza.</w:t>
      </w:r>
    </w:p>
    <w:p w14:paraId="70FD2210" w14:textId="77777777" w:rsidR="003D6426" w:rsidRDefault="00000000">
      <w:pPr>
        <w:spacing w:after="100"/>
        <w:rPr>
          <w:rFonts w:hint="eastAsia"/>
        </w:rPr>
      </w:pPr>
      <w:r>
        <w:t>La procedura è stata redatta come strumento operativo interno per trasformare i criteri tecnici della UNI 11958:2024 in un sistema aziendale documentato. Essa non si limita a descrivere regole generali, ma introduce un percorso completo: censimento degli ambienti, classificazione, valutazione dei rischi, definizione delle misure, autorizzazione all'ingresso, controllo pre-ingresso, esecuzione sorvegliata, gestione dell'emergenza, chiusura dell'intervento e miglioramento continuo.</w:t>
      </w:r>
    </w:p>
    <w:p w14:paraId="3A10C111" w14:textId="77777777" w:rsidR="003D6426" w:rsidRDefault="00000000">
      <w:pPr>
        <w:spacing w:after="100"/>
        <w:rPr>
          <w:rFonts w:hint="eastAsia"/>
        </w:rPr>
      </w:pPr>
      <w:r>
        <w:t>Il documento è destinato a Datore di Lavoro, dirigenti, RSPP, ASPP, preposti, lavoratori entranti, lavoratori attendenti, squadre di salvataggio, medico competente, RLS, responsabili manutenzione, responsabili produzione, ufficio acquisti, imprese appaltatrici e lavoratori autonomi qualificati. Ogni soggetto coinvolto deve conoscere le parti pertinenti al proprio ruolo e applicarle prima, durante e dopo l'attività.</w:t>
      </w:r>
    </w:p>
    <w:p w14:paraId="2FCB6964" w14:textId="77777777" w:rsidR="003D6426" w:rsidRDefault="00000000">
      <w:pPr>
        <w:spacing w:after="100"/>
        <w:rPr>
          <w:rFonts w:hint="eastAsia"/>
        </w:rPr>
      </w:pPr>
      <w:r>
        <w:t>L'impostazione adottata è coerente con i principi di prevenzione: evitare l'ingresso quando tecnicamente possibile, eliminare i pericoli alla fonte, ridurre i rischi residui, controllare le condizioni atmosferiche, isolare l'ambiente da fonti di energia o materia, garantire comunicazione continua, predisporre misure di recupero e pianificare il soccorso senza esporre ulteriori lavoratori a pericoli non controllati.</w:t>
      </w:r>
    </w:p>
    <w:p w14:paraId="2996EE5B" w14:textId="77777777" w:rsidR="003D6426" w:rsidRDefault="00000000">
      <w:pPr>
        <w:spacing w:after="100"/>
        <w:rPr>
          <w:rFonts w:hint="eastAsia"/>
        </w:rPr>
      </w:pPr>
      <w:r>
        <w:t>Il presente modello deve essere personalizzato dall'azienda. Le soglie operative, le dotazioni minime, i nominativi dei responsabili, le caratteristiche degli ambienti, le planimetrie, i numeri di emergenza interni, i contatti dei servizi esterni, i requisiti sanitari, i piani di formazione e le procedure specifiche di sito devono essere definiti nel DVR, nel sistema di gestione HSE, nei documenti di coordinamento e nella modulistica allegata.</w:t>
      </w:r>
    </w:p>
    <w:p w14:paraId="1E42E869" w14:textId="77777777" w:rsidR="003D6426" w:rsidRDefault="00000000">
      <w:pPr>
        <w:spacing w:after="100"/>
        <w:rPr>
          <w:rFonts w:hint="eastAsia"/>
        </w:rPr>
      </w:pPr>
      <w:r>
        <w:t>La procedura deve essere applicata con rigore anche quando l'attività appare breve, ripetitiva o semplice. La ripetitività non riduce il rischio: in ambienti confinati o sospetti di inquinamento condizioni apparentemente stabili possono cambiare rapidamente per effetto di lavorazioni, ventilazione insufficiente, residui, fermentazioni, rilascio di sostanze, guasti impiantistici, eventi meteorologici o interferenze esterne.</w:t>
      </w:r>
    </w:p>
    <w:p w14:paraId="07DAC556" w14:textId="77777777" w:rsidR="003D6426" w:rsidRDefault="00000000">
      <w:pPr>
        <w:spacing w:after="100"/>
        <w:rPr>
          <w:rFonts w:hint="eastAsia"/>
        </w:rPr>
      </w:pPr>
      <w:r>
        <w:t>L'utilizzo della modulistica allegata è parte integrante del controllo operativo. Le schede, le check-list e i permessi devono essere compilati prima dell'ingresso e aggiornati durante l'attività ogni volta che cambiano condizioni, fasi di lavoro, personale, attrezzature, misure atmosferiche o scenario di emergenza. Nessun modulo deve essere firmato in modo meramente formale: la firma attesta un controllo effettivo, tracciabile e riferito all'intervento specifico.</w:t>
      </w:r>
    </w:p>
    <w:p w14:paraId="6ED128C4" w14:textId="77777777" w:rsidR="003D6426" w:rsidRDefault="00000000">
      <w:pPr>
        <w:pStyle w:val="Nota"/>
        <w:rPr>
          <w:rFonts w:hint="eastAsia"/>
        </w:rPr>
      </w:pPr>
      <w:r>
        <w:t>Nota d'uso: la presente procedura è un modello professionale generale. Prima dell'adozione deve essere validata da Datore di Lavoro, RSPP, Medico competente, RLS e funzioni aziendali interessate, tenendo conto del contesto produttivo e della legislazione applicabile.</w:t>
      </w:r>
    </w:p>
    <w:p w14:paraId="6915CDB4" w14:textId="77777777" w:rsidR="003D6426" w:rsidRDefault="00000000">
      <w:pPr>
        <w:pStyle w:val="Titolo1"/>
      </w:pPr>
      <w:r>
        <w:t>Dati di gestione del documento</w:t>
      </w:r>
    </w:p>
    <w:p w14:paraId="04815ED1" w14:textId="77777777" w:rsidR="003D6426" w:rsidRDefault="00000000">
      <w:pPr>
        <w:pStyle w:val="TableTitle"/>
        <w:rPr>
          <w:rFonts w:hint="eastAsia"/>
        </w:rPr>
      </w:pPr>
      <w:r>
        <w:t>Scheda documento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3AD0831D" w14:textId="77777777">
        <w:trPr>
          <w:jc w:val="center"/>
        </w:trPr>
        <w:tc>
          <w:tcPr>
            <w:tcW w:w="2691" w:type="dxa"/>
            <w:shd w:val="clear" w:color="auto" w:fill="F2F2F2"/>
            <w:tcMar>
              <w:top w:w="55" w:type="dxa"/>
              <w:left w:w="55" w:type="dxa"/>
              <w:bottom w:w="55" w:type="dxa"/>
              <w:right w:w="55" w:type="dxa"/>
            </w:tcMar>
          </w:tcPr>
          <w:p w14:paraId="721F2508" w14:textId="77777777" w:rsidR="003D6426" w:rsidRDefault="00000000">
            <w:pPr>
              <w:spacing w:after="0" w:line="240" w:lineRule="auto"/>
              <w:rPr>
                <w:rFonts w:hint="eastAsia"/>
              </w:rPr>
            </w:pPr>
            <w:r>
              <w:rPr>
                <w:b/>
                <w:sz w:val="16"/>
              </w:rPr>
              <w:t>Titolo</w:t>
            </w:r>
          </w:p>
        </w:tc>
        <w:tc>
          <w:tcPr>
            <w:tcW w:w="7401" w:type="dxa"/>
            <w:tcMar>
              <w:top w:w="55" w:type="dxa"/>
              <w:left w:w="55" w:type="dxa"/>
              <w:bottom w:w="55" w:type="dxa"/>
              <w:right w:w="55" w:type="dxa"/>
            </w:tcMar>
          </w:tcPr>
          <w:p w14:paraId="2FDC8B15" w14:textId="77777777" w:rsidR="003D6426" w:rsidRDefault="00000000">
            <w:pPr>
              <w:spacing w:after="0" w:line="240" w:lineRule="auto"/>
              <w:rPr>
                <w:rFonts w:hint="eastAsia"/>
              </w:rPr>
            </w:pPr>
            <w:r>
              <w:rPr>
                <w:sz w:val="16"/>
              </w:rPr>
              <w:t>Procedura aziendale per attività in ambienti confinati e/o sospetti di inquinamento</w:t>
            </w:r>
          </w:p>
        </w:tc>
      </w:tr>
      <w:tr w:rsidR="003D6426" w14:paraId="0870E098" w14:textId="77777777">
        <w:trPr>
          <w:jc w:val="center"/>
        </w:trPr>
        <w:tc>
          <w:tcPr>
            <w:tcW w:w="2691" w:type="dxa"/>
            <w:shd w:val="clear" w:color="auto" w:fill="F2F2F2"/>
            <w:tcMar>
              <w:top w:w="55" w:type="dxa"/>
              <w:left w:w="55" w:type="dxa"/>
              <w:bottom w:w="55" w:type="dxa"/>
              <w:right w:w="55" w:type="dxa"/>
            </w:tcMar>
          </w:tcPr>
          <w:p w14:paraId="6C42CB3F" w14:textId="77777777" w:rsidR="003D6426" w:rsidRDefault="00000000">
            <w:pPr>
              <w:spacing w:after="0" w:line="240" w:lineRule="auto"/>
              <w:rPr>
                <w:rFonts w:hint="eastAsia"/>
              </w:rPr>
            </w:pPr>
            <w:r>
              <w:rPr>
                <w:b/>
                <w:sz w:val="16"/>
              </w:rPr>
              <w:t>Codice</w:t>
            </w:r>
          </w:p>
        </w:tc>
        <w:tc>
          <w:tcPr>
            <w:tcW w:w="7401" w:type="dxa"/>
            <w:tcMar>
              <w:top w:w="55" w:type="dxa"/>
              <w:left w:w="55" w:type="dxa"/>
              <w:bottom w:w="55" w:type="dxa"/>
              <w:right w:w="55" w:type="dxa"/>
            </w:tcMar>
          </w:tcPr>
          <w:p w14:paraId="597C1650" w14:textId="77777777" w:rsidR="003D6426" w:rsidRDefault="00000000">
            <w:pPr>
              <w:spacing w:after="0" w:line="240" w:lineRule="auto"/>
              <w:rPr>
                <w:rFonts w:hint="eastAsia"/>
              </w:rPr>
            </w:pPr>
            <w:r>
              <w:rPr>
                <w:sz w:val="16"/>
              </w:rPr>
              <w:t>PG-HSE-ACSI-01</w:t>
            </w:r>
          </w:p>
        </w:tc>
      </w:tr>
      <w:tr w:rsidR="003D6426" w14:paraId="779BBBD1" w14:textId="77777777">
        <w:trPr>
          <w:jc w:val="center"/>
        </w:trPr>
        <w:tc>
          <w:tcPr>
            <w:tcW w:w="2691" w:type="dxa"/>
            <w:shd w:val="clear" w:color="auto" w:fill="F2F2F2"/>
            <w:tcMar>
              <w:top w:w="55" w:type="dxa"/>
              <w:left w:w="55" w:type="dxa"/>
              <w:bottom w:w="55" w:type="dxa"/>
              <w:right w:w="55" w:type="dxa"/>
            </w:tcMar>
          </w:tcPr>
          <w:p w14:paraId="6D64DF6A" w14:textId="77777777" w:rsidR="003D6426" w:rsidRDefault="00000000">
            <w:pPr>
              <w:spacing w:after="0" w:line="240" w:lineRule="auto"/>
              <w:rPr>
                <w:rFonts w:hint="eastAsia"/>
              </w:rPr>
            </w:pPr>
            <w:r>
              <w:rPr>
                <w:b/>
                <w:sz w:val="16"/>
              </w:rPr>
              <w:t>Revisione</w:t>
            </w:r>
          </w:p>
        </w:tc>
        <w:tc>
          <w:tcPr>
            <w:tcW w:w="7401" w:type="dxa"/>
            <w:tcMar>
              <w:top w:w="55" w:type="dxa"/>
              <w:left w:w="55" w:type="dxa"/>
              <w:bottom w:w="55" w:type="dxa"/>
              <w:right w:w="55" w:type="dxa"/>
            </w:tcMar>
          </w:tcPr>
          <w:p w14:paraId="51DBC830" w14:textId="77777777" w:rsidR="003D6426" w:rsidRDefault="00000000">
            <w:pPr>
              <w:spacing w:after="0" w:line="240" w:lineRule="auto"/>
              <w:rPr>
                <w:rFonts w:hint="eastAsia"/>
              </w:rPr>
            </w:pPr>
            <w:r>
              <w:rPr>
                <w:sz w:val="16"/>
              </w:rPr>
              <w:t>00</w:t>
            </w:r>
          </w:p>
        </w:tc>
      </w:tr>
      <w:tr w:rsidR="003D6426" w14:paraId="5FC7EB1A" w14:textId="77777777">
        <w:trPr>
          <w:jc w:val="center"/>
        </w:trPr>
        <w:tc>
          <w:tcPr>
            <w:tcW w:w="2691" w:type="dxa"/>
            <w:shd w:val="clear" w:color="auto" w:fill="F2F2F2"/>
            <w:tcMar>
              <w:top w:w="55" w:type="dxa"/>
              <w:left w:w="55" w:type="dxa"/>
              <w:bottom w:w="55" w:type="dxa"/>
              <w:right w:w="55" w:type="dxa"/>
            </w:tcMar>
          </w:tcPr>
          <w:p w14:paraId="2C812DB9" w14:textId="77777777" w:rsidR="003D6426" w:rsidRDefault="00000000">
            <w:pPr>
              <w:spacing w:after="0" w:line="240" w:lineRule="auto"/>
              <w:rPr>
                <w:rFonts w:hint="eastAsia"/>
              </w:rPr>
            </w:pPr>
            <w:r>
              <w:rPr>
                <w:b/>
                <w:sz w:val="16"/>
              </w:rPr>
              <w:t>Data</w:t>
            </w:r>
          </w:p>
        </w:tc>
        <w:tc>
          <w:tcPr>
            <w:tcW w:w="7401" w:type="dxa"/>
            <w:tcMar>
              <w:top w:w="55" w:type="dxa"/>
              <w:left w:w="55" w:type="dxa"/>
              <w:bottom w:w="55" w:type="dxa"/>
              <w:right w:w="55" w:type="dxa"/>
            </w:tcMar>
          </w:tcPr>
          <w:p w14:paraId="72C3E227" w14:textId="77777777" w:rsidR="003D6426" w:rsidRDefault="00000000">
            <w:pPr>
              <w:spacing w:after="0" w:line="240" w:lineRule="auto"/>
              <w:rPr>
                <w:rFonts w:hint="eastAsia"/>
              </w:rPr>
            </w:pPr>
            <w:r>
              <w:rPr>
                <w:sz w:val="16"/>
              </w:rPr>
              <w:t>21/05/2026</w:t>
            </w:r>
          </w:p>
        </w:tc>
      </w:tr>
      <w:tr w:rsidR="003D6426" w14:paraId="3F5E9F92" w14:textId="77777777">
        <w:trPr>
          <w:jc w:val="center"/>
        </w:trPr>
        <w:tc>
          <w:tcPr>
            <w:tcW w:w="2691" w:type="dxa"/>
            <w:shd w:val="clear" w:color="auto" w:fill="F2F2F2"/>
            <w:tcMar>
              <w:top w:w="55" w:type="dxa"/>
              <w:left w:w="55" w:type="dxa"/>
              <w:bottom w:w="55" w:type="dxa"/>
              <w:right w:w="55" w:type="dxa"/>
            </w:tcMar>
          </w:tcPr>
          <w:p w14:paraId="139324E2" w14:textId="77777777" w:rsidR="003D6426" w:rsidRDefault="00000000">
            <w:pPr>
              <w:spacing w:after="0" w:line="240" w:lineRule="auto"/>
              <w:rPr>
                <w:rFonts w:hint="eastAsia"/>
              </w:rPr>
            </w:pPr>
            <w:r>
              <w:rPr>
                <w:b/>
                <w:sz w:val="16"/>
              </w:rPr>
              <w:t>Norma tecnica di riferimento</w:t>
            </w:r>
          </w:p>
        </w:tc>
        <w:tc>
          <w:tcPr>
            <w:tcW w:w="7401" w:type="dxa"/>
            <w:tcMar>
              <w:top w:w="55" w:type="dxa"/>
              <w:left w:w="55" w:type="dxa"/>
              <w:bottom w:w="55" w:type="dxa"/>
              <w:right w:w="55" w:type="dxa"/>
            </w:tcMar>
          </w:tcPr>
          <w:p w14:paraId="0EFA9CD0" w14:textId="77777777" w:rsidR="003D6426" w:rsidRDefault="00000000">
            <w:pPr>
              <w:spacing w:after="0" w:line="240" w:lineRule="auto"/>
              <w:rPr>
                <w:rFonts w:hint="eastAsia"/>
              </w:rPr>
            </w:pPr>
            <w:r>
              <w:rPr>
                <w:sz w:val="16"/>
              </w:rPr>
              <w:t>UNI 11958:2024 - Ambienti confinati e/o sospetti di inquinamento - Criteri per l'identificazione dei pericoli e la valutazione dei rischi</w:t>
            </w:r>
          </w:p>
        </w:tc>
      </w:tr>
      <w:tr w:rsidR="003D6426" w14:paraId="08919A5B" w14:textId="77777777">
        <w:trPr>
          <w:jc w:val="center"/>
        </w:trPr>
        <w:tc>
          <w:tcPr>
            <w:tcW w:w="2691" w:type="dxa"/>
            <w:shd w:val="clear" w:color="auto" w:fill="F2F2F2"/>
            <w:tcMar>
              <w:top w:w="55" w:type="dxa"/>
              <w:left w:w="55" w:type="dxa"/>
              <w:bottom w:w="55" w:type="dxa"/>
              <w:right w:w="55" w:type="dxa"/>
            </w:tcMar>
          </w:tcPr>
          <w:p w14:paraId="2C1C6CDF" w14:textId="77777777" w:rsidR="003D6426" w:rsidRDefault="00000000">
            <w:pPr>
              <w:spacing w:after="0" w:line="240" w:lineRule="auto"/>
              <w:rPr>
                <w:rFonts w:hint="eastAsia"/>
              </w:rPr>
            </w:pPr>
            <w:r>
              <w:rPr>
                <w:b/>
                <w:sz w:val="16"/>
              </w:rPr>
              <w:t>Processo aziendale</w:t>
            </w:r>
          </w:p>
        </w:tc>
        <w:tc>
          <w:tcPr>
            <w:tcW w:w="7401" w:type="dxa"/>
            <w:tcMar>
              <w:top w:w="55" w:type="dxa"/>
              <w:left w:w="55" w:type="dxa"/>
              <w:bottom w:w="55" w:type="dxa"/>
              <w:right w:w="55" w:type="dxa"/>
            </w:tcMar>
          </w:tcPr>
          <w:p w14:paraId="59896FC4" w14:textId="77777777" w:rsidR="003D6426" w:rsidRDefault="00000000">
            <w:pPr>
              <w:spacing w:after="0" w:line="240" w:lineRule="auto"/>
              <w:rPr>
                <w:rFonts w:hint="eastAsia"/>
              </w:rPr>
            </w:pPr>
            <w:r>
              <w:rPr>
                <w:sz w:val="16"/>
              </w:rPr>
              <w:t>Salute, sicurezza, manutenzione, produzione, appalti, emergenze</w:t>
            </w:r>
          </w:p>
        </w:tc>
      </w:tr>
      <w:tr w:rsidR="003D6426" w14:paraId="1D6E668C" w14:textId="77777777">
        <w:trPr>
          <w:jc w:val="center"/>
        </w:trPr>
        <w:tc>
          <w:tcPr>
            <w:tcW w:w="2691" w:type="dxa"/>
            <w:shd w:val="clear" w:color="auto" w:fill="F2F2F2"/>
            <w:tcMar>
              <w:top w:w="55" w:type="dxa"/>
              <w:left w:w="55" w:type="dxa"/>
              <w:bottom w:w="55" w:type="dxa"/>
              <w:right w:w="55" w:type="dxa"/>
            </w:tcMar>
          </w:tcPr>
          <w:p w14:paraId="54DB5AF7" w14:textId="77777777" w:rsidR="003D6426" w:rsidRDefault="00000000">
            <w:pPr>
              <w:spacing w:after="0" w:line="240" w:lineRule="auto"/>
              <w:rPr>
                <w:rFonts w:hint="eastAsia"/>
              </w:rPr>
            </w:pPr>
            <w:r>
              <w:rPr>
                <w:b/>
                <w:sz w:val="16"/>
              </w:rPr>
              <w:t>Validità</w:t>
            </w:r>
          </w:p>
        </w:tc>
        <w:tc>
          <w:tcPr>
            <w:tcW w:w="7401" w:type="dxa"/>
            <w:tcMar>
              <w:top w:w="55" w:type="dxa"/>
              <w:left w:w="55" w:type="dxa"/>
              <w:bottom w:w="55" w:type="dxa"/>
              <w:right w:w="55" w:type="dxa"/>
            </w:tcMar>
          </w:tcPr>
          <w:p w14:paraId="7E3DA1A0" w14:textId="77777777" w:rsidR="003D6426" w:rsidRDefault="00000000">
            <w:pPr>
              <w:spacing w:after="0" w:line="240" w:lineRule="auto"/>
              <w:rPr>
                <w:rFonts w:hint="eastAsia"/>
              </w:rPr>
            </w:pPr>
            <w:r>
              <w:rPr>
                <w:sz w:val="16"/>
              </w:rPr>
              <w:t>Fino a revisione o comunque non oltre il riesame periodico aziendale definito dal sistema documentale</w:t>
            </w:r>
          </w:p>
        </w:tc>
      </w:tr>
      <w:tr w:rsidR="003D6426" w14:paraId="0C4B6CB7" w14:textId="77777777">
        <w:trPr>
          <w:jc w:val="center"/>
        </w:trPr>
        <w:tc>
          <w:tcPr>
            <w:tcW w:w="2691" w:type="dxa"/>
            <w:shd w:val="clear" w:color="auto" w:fill="F2F2F2"/>
            <w:tcMar>
              <w:top w:w="55" w:type="dxa"/>
              <w:left w:w="55" w:type="dxa"/>
              <w:bottom w:w="55" w:type="dxa"/>
              <w:right w:w="55" w:type="dxa"/>
            </w:tcMar>
          </w:tcPr>
          <w:p w14:paraId="2F60C03C" w14:textId="77777777" w:rsidR="003D6426" w:rsidRDefault="00000000">
            <w:pPr>
              <w:spacing w:after="0" w:line="240" w:lineRule="auto"/>
              <w:rPr>
                <w:rFonts w:hint="eastAsia"/>
              </w:rPr>
            </w:pPr>
            <w:r>
              <w:rPr>
                <w:b/>
                <w:sz w:val="16"/>
              </w:rPr>
              <w:t>Archiviazione</w:t>
            </w:r>
          </w:p>
        </w:tc>
        <w:tc>
          <w:tcPr>
            <w:tcW w:w="7401" w:type="dxa"/>
            <w:tcMar>
              <w:top w:w="55" w:type="dxa"/>
              <w:left w:w="55" w:type="dxa"/>
              <w:bottom w:w="55" w:type="dxa"/>
              <w:right w:w="55" w:type="dxa"/>
            </w:tcMar>
          </w:tcPr>
          <w:p w14:paraId="2DBB7A31" w14:textId="77777777" w:rsidR="003D6426" w:rsidRDefault="00000000">
            <w:pPr>
              <w:spacing w:after="0" w:line="240" w:lineRule="auto"/>
              <w:rPr>
                <w:rFonts w:hint="eastAsia"/>
              </w:rPr>
            </w:pPr>
            <w:r>
              <w:rPr>
                <w:sz w:val="16"/>
              </w:rPr>
              <w:t>Archivio HSE aziendale; copia controllata disponibile ai preposti e ai soggetti autorizzati</w:t>
            </w:r>
          </w:p>
        </w:tc>
      </w:tr>
      <w:tr w:rsidR="003D6426" w14:paraId="51730FC2" w14:textId="77777777">
        <w:trPr>
          <w:jc w:val="center"/>
        </w:trPr>
        <w:tc>
          <w:tcPr>
            <w:tcW w:w="2691" w:type="dxa"/>
            <w:shd w:val="clear" w:color="auto" w:fill="F2F2F2"/>
            <w:tcMar>
              <w:top w:w="55" w:type="dxa"/>
              <w:left w:w="55" w:type="dxa"/>
              <w:bottom w:w="55" w:type="dxa"/>
              <w:right w:w="55" w:type="dxa"/>
            </w:tcMar>
          </w:tcPr>
          <w:p w14:paraId="449663D3" w14:textId="77777777" w:rsidR="003D6426" w:rsidRDefault="00000000">
            <w:pPr>
              <w:spacing w:after="0" w:line="240" w:lineRule="auto"/>
              <w:rPr>
                <w:rFonts w:hint="eastAsia"/>
              </w:rPr>
            </w:pPr>
            <w:r>
              <w:rPr>
                <w:b/>
                <w:sz w:val="16"/>
              </w:rPr>
              <w:t>Documenti collegati</w:t>
            </w:r>
          </w:p>
        </w:tc>
        <w:tc>
          <w:tcPr>
            <w:tcW w:w="7401" w:type="dxa"/>
            <w:tcMar>
              <w:top w:w="55" w:type="dxa"/>
              <w:left w:w="55" w:type="dxa"/>
              <w:bottom w:w="55" w:type="dxa"/>
              <w:right w:w="55" w:type="dxa"/>
            </w:tcMar>
          </w:tcPr>
          <w:p w14:paraId="58806A18" w14:textId="77777777" w:rsidR="003D6426" w:rsidRDefault="00000000">
            <w:pPr>
              <w:spacing w:after="0" w:line="240" w:lineRule="auto"/>
              <w:rPr>
                <w:rFonts w:hint="eastAsia"/>
              </w:rPr>
            </w:pPr>
            <w:r>
              <w:rPr>
                <w:sz w:val="16"/>
              </w:rPr>
              <w:t>DVR, DUVRI, PSC/POS se applicabili, procedure emergenza, piano formazione, registro DPI/APVR, registro attrezzature, planimetrie, schede di sicurezza, permessi di lavoro</w:t>
            </w:r>
          </w:p>
        </w:tc>
      </w:tr>
    </w:tbl>
    <w:p w14:paraId="463054AD" w14:textId="77777777" w:rsidR="003D6426" w:rsidRDefault="00000000">
      <w:pPr>
        <w:pStyle w:val="TableTitle"/>
        <w:rPr>
          <w:rFonts w:hint="eastAsia"/>
        </w:rPr>
      </w:pPr>
      <w:r>
        <w:t>Registro revisioni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4"/>
        <w:gridCol w:w="1396"/>
        <w:gridCol w:w="4619"/>
        <w:gridCol w:w="1181"/>
        <w:gridCol w:w="1181"/>
        <w:gridCol w:w="1181"/>
      </w:tblGrid>
      <w:tr w:rsidR="003D6426" w14:paraId="082012F9" w14:textId="77777777">
        <w:trPr>
          <w:tblHeader/>
          <w:jc w:val="center"/>
        </w:trPr>
        <w:tc>
          <w:tcPr>
            <w:tcW w:w="637" w:type="dxa"/>
            <w:shd w:val="clear" w:color="auto" w:fill="D9EAF7"/>
            <w:tcMar>
              <w:top w:w="55" w:type="dxa"/>
              <w:left w:w="55" w:type="dxa"/>
              <w:bottom w:w="55" w:type="dxa"/>
              <w:right w:w="55" w:type="dxa"/>
            </w:tcMar>
            <w:vAlign w:val="center"/>
          </w:tcPr>
          <w:p w14:paraId="472D4A76" w14:textId="77777777" w:rsidR="003D6426" w:rsidRDefault="00000000">
            <w:pPr>
              <w:spacing w:after="0" w:line="240" w:lineRule="auto"/>
              <w:jc w:val="center"/>
              <w:rPr>
                <w:rFonts w:hint="eastAsia"/>
              </w:rPr>
            </w:pPr>
            <w:r>
              <w:rPr>
                <w:b/>
                <w:sz w:val="15"/>
              </w:rPr>
              <w:t>Rev.</w:t>
            </w:r>
          </w:p>
        </w:tc>
        <w:tc>
          <w:tcPr>
            <w:tcW w:w="1381" w:type="dxa"/>
            <w:shd w:val="clear" w:color="auto" w:fill="D9EAF7"/>
            <w:tcMar>
              <w:top w:w="55" w:type="dxa"/>
              <w:left w:w="55" w:type="dxa"/>
              <w:bottom w:w="55" w:type="dxa"/>
              <w:right w:w="55" w:type="dxa"/>
            </w:tcMar>
            <w:vAlign w:val="center"/>
          </w:tcPr>
          <w:p w14:paraId="2F8E7400" w14:textId="77777777" w:rsidR="003D6426" w:rsidRDefault="00000000">
            <w:pPr>
              <w:spacing w:after="0" w:line="240" w:lineRule="auto"/>
              <w:jc w:val="center"/>
              <w:rPr>
                <w:rFonts w:hint="eastAsia"/>
              </w:rPr>
            </w:pPr>
            <w:r>
              <w:rPr>
                <w:b/>
                <w:sz w:val="15"/>
              </w:rPr>
              <w:t>Data</w:t>
            </w:r>
          </w:p>
        </w:tc>
        <w:tc>
          <w:tcPr>
            <w:tcW w:w="4568" w:type="dxa"/>
            <w:shd w:val="clear" w:color="auto" w:fill="D9EAF7"/>
            <w:tcMar>
              <w:top w:w="55" w:type="dxa"/>
              <w:left w:w="55" w:type="dxa"/>
              <w:bottom w:w="55" w:type="dxa"/>
              <w:right w:w="55" w:type="dxa"/>
            </w:tcMar>
            <w:vAlign w:val="center"/>
          </w:tcPr>
          <w:p w14:paraId="0704E365" w14:textId="77777777" w:rsidR="003D6426" w:rsidRDefault="00000000">
            <w:pPr>
              <w:spacing w:after="0" w:line="240" w:lineRule="auto"/>
              <w:jc w:val="center"/>
              <w:rPr>
                <w:rFonts w:hint="eastAsia"/>
              </w:rPr>
            </w:pPr>
            <w:r>
              <w:rPr>
                <w:b/>
                <w:sz w:val="15"/>
              </w:rPr>
              <w:t>Descrizione modifica</w:t>
            </w:r>
          </w:p>
        </w:tc>
        <w:tc>
          <w:tcPr>
            <w:tcW w:w="1168" w:type="dxa"/>
            <w:shd w:val="clear" w:color="auto" w:fill="D9EAF7"/>
            <w:tcMar>
              <w:top w:w="55" w:type="dxa"/>
              <w:left w:w="55" w:type="dxa"/>
              <w:bottom w:w="55" w:type="dxa"/>
              <w:right w:w="55" w:type="dxa"/>
            </w:tcMar>
            <w:vAlign w:val="center"/>
          </w:tcPr>
          <w:p w14:paraId="6194406D" w14:textId="77777777" w:rsidR="003D6426" w:rsidRDefault="00000000">
            <w:pPr>
              <w:spacing w:after="0" w:line="240" w:lineRule="auto"/>
              <w:jc w:val="center"/>
              <w:rPr>
                <w:rFonts w:hint="eastAsia"/>
              </w:rPr>
            </w:pPr>
            <w:r>
              <w:rPr>
                <w:b/>
                <w:sz w:val="15"/>
              </w:rPr>
              <w:t>Redatto</w:t>
            </w:r>
          </w:p>
        </w:tc>
        <w:tc>
          <w:tcPr>
            <w:tcW w:w="1168" w:type="dxa"/>
            <w:shd w:val="clear" w:color="auto" w:fill="D9EAF7"/>
            <w:tcMar>
              <w:top w:w="55" w:type="dxa"/>
              <w:left w:w="55" w:type="dxa"/>
              <w:bottom w:w="55" w:type="dxa"/>
              <w:right w:w="55" w:type="dxa"/>
            </w:tcMar>
            <w:vAlign w:val="center"/>
          </w:tcPr>
          <w:p w14:paraId="0F789248" w14:textId="77777777" w:rsidR="003D6426" w:rsidRDefault="00000000">
            <w:pPr>
              <w:spacing w:after="0" w:line="240" w:lineRule="auto"/>
              <w:jc w:val="center"/>
              <w:rPr>
                <w:rFonts w:hint="eastAsia"/>
              </w:rPr>
            </w:pPr>
            <w:r>
              <w:rPr>
                <w:b/>
                <w:sz w:val="15"/>
              </w:rPr>
              <w:t>Verificato</w:t>
            </w:r>
          </w:p>
        </w:tc>
        <w:tc>
          <w:tcPr>
            <w:tcW w:w="1168" w:type="dxa"/>
            <w:shd w:val="clear" w:color="auto" w:fill="D9EAF7"/>
            <w:tcMar>
              <w:top w:w="55" w:type="dxa"/>
              <w:left w:w="55" w:type="dxa"/>
              <w:bottom w:w="55" w:type="dxa"/>
              <w:right w:w="55" w:type="dxa"/>
            </w:tcMar>
            <w:vAlign w:val="center"/>
          </w:tcPr>
          <w:p w14:paraId="1F90913A" w14:textId="77777777" w:rsidR="003D6426" w:rsidRDefault="00000000">
            <w:pPr>
              <w:spacing w:after="0" w:line="240" w:lineRule="auto"/>
              <w:jc w:val="center"/>
              <w:rPr>
                <w:rFonts w:hint="eastAsia"/>
              </w:rPr>
            </w:pPr>
            <w:r>
              <w:rPr>
                <w:b/>
                <w:sz w:val="15"/>
              </w:rPr>
              <w:t>Approvato</w:t>
            </w:r>
          </w:p>
        </w:tc>
      </w:tr>
      <w:tr w:rsidR="003D6426" w14:paraId="2E25A76E" w14:textId="77777777">
        <w:trPr>
          <w:jc w:val="center"/>
        </w:trPr>
        <w:tc>
          <w:tcPr>
            <w:tcW w:w="637" w:type="dxa"/>
            <w:tcMar>
              <w:top w:w="55" w:type="dxa"/>
              <w:left w:w="55" w:type="dxa"/>
              <w:bottom w:w="55" w:type="dxa"/>
              <w:right w:w="55" w:type="dxa"/>
            </w:tcMar>
          </w:tcPr>
          <w:p w14:paraId="51849713" w14:textId="77777777" w:rsidR="003D6426" w:rsidRDefault="00000000">
            <w:pPr>
              <w:spacing w:after="0" w:line="240" w:lineRule="auto"/>
              <w:rPr>
                <w:rFonts w:hint="eastAsia"/>
              </w:rPr>
            </w:pPr>
            <w:r>
              <w:rPr>
                <w:sz w:val="15"/>
              </w:rPr>
              <w:t>00</w:t>
            </w:r>
          </w:p>
        </w:tc>
        <w:tc>
          <w:tcPr>
            <w:tcW w:w="1381" w:type="dxa"/>
            <w:tcMar>
              <w:top w:w="55" w:type="dxa"/>
              <w:left w:w="55" w:type="dxa"/>
              <w:bottom w:w="55" w:type="dxa"/>
              <w:right w:w="55" w:type="dxa"/>
            </w:tcMar>
          </w:tcPr>
          <w:p w14:paraId="66A48BB7" w14:textId="77777777" w:rsidR="003D6426" w:rsidRDefault="00000000">
            <w:pPr>
              <w:spacing w:after="0" w:line="240" w:lineRule="auto"/>
              <w:rPr>
                <w:rFonts w:hint="eastAsia"/>
              </w:rPr>
            </w:pPr>
            <w:r>
              <w:rPr>
                <w:sz w:val="15"/>
              </w:rPr>
              <w:t>21/05/2026</w:t>
            </w:r>
          </w:p>
        </w:tc>
        <w:tc>
          <w:tcPr>
            <w:tcW w:w="4568" w:type="dxa"/>
            <w:tcMar>
              <w:top w:w="55" w:type="dxa"/>
              <w:left w:w="55" w:type="dxa"/>
              <w:bottom w:w="55" w:type="dxa"/>
              <w:right w:w="55" w:type="dxa"/>
            </w:tcMar>
          </w:tcPr>
          <w:p w14:paraId="5190E730" w14:textId="77777777" w:rsidR="003D6426" w:rsidRDefault="00000000">
            <w:pPr>
              <w:spacing w:after="0" w:line="240" w:lineRule="auto"/>
              <w:rPr>
                <w:rFonts w:hint="eastAsia"/>
              </w:rPr>
            </w:pPr>
            <w:r>
              <w:rPr>
                <w:sz w:val="15"/>
              </w:rPr>
              <w:t>Prima emissione del modello aziendale basato sui criteri UNI 11958:2024</w:t>
            </w:r>
          </w:p>
        </w:tc>
        <w:tc>
          <w:tcPr>
            <w:tcW w:w="1168" w:type="dxa"/>
            <w:tcMar>
              <w:top w:w="55" w:type="dxa"/>
              <w:left w:w="55" w:type="dxa"/>
              <w:bottom w:w="55" w:type="dxa"/>
              <w:right w:w="55" w:type="dxa"/>
            </w:tcMar>
          </w:tcPr>
          <w:p w14:paraId="3F01F202" w14:textId="77777777" w:rsidR="003D6426" w:rsidRDefault="00000000">
            <w:pPr>
              <w:spacing w:after="0" w:line="240" w:lineRule="auto"/>
              <w:rPr>
                <w:rFonts w:hint="eastAsia"/>
              </w:rPr>
            </w:pPr>
            <w:r>
              <w:rPr>
                <w:sz w:val="15"/>
              </w:rPr>
              <w:t>________</w:t>
            </w:r>
          </w:p>
        </w:tc>
        <w:tc>
          <w:tcPr>
            <w:tcW w:w="1168" w:type="dxa"/>
            <w:tcMar>
              <w:top w:w="55" w:type="dxa"/>
              <w:left w:w="55" w:type="dxa"/>
              <w:bottom w:w="55" w:type="dxa"/>
              <w:right w:w="55" w:type="dxa"/>
            </w:tcMar>
          </w:tcPr>
          <w:p w14:paraId="48ADFAD6" w14:textId="77777777" w:rsidR="003D6426" w:rsidRDefault="00000000">
            <w:pPr>
              <w:spacing w:after="0" w:line="240" w:lineRule="auto"/>
              <w:rPr>
                <w:rFonts w:hint="eastAsia"/>
              </w:rPr>
            </w:pPr>
            <w:r>
              <w:rPr>
                <w:sz w:val="15"/>
              </w:rPr>
              <w:t>________</w:t>
            </w:r>
          </w:p>
        </w:tc>
        <w:tc>
          <w:tcPr>
            <w:tcW w:w="1168" w:type="dxa"/>
            <w:tcMar>
              <w:top w:w="55" w:type="dxa"/>
              <w:left w:w="55" w:type="dxa"/>
              <w:bottom w:w="55" w:type="dxa"/>
              <w:right w:w="55" w:type="dxa"/>
            </w:tcMar>
          </w:tcPr>
          <w:p w14:paraId="557CC1DA" w14:textId="77777777" w:rsidR="003D6426" w:rsidRDefault="00000000">
            <w:pPr>
              <w:spacing w:after="0" w:line="240" w:lineRule="auto"/>
              <w:rPr>
                <w:rFonts w:hint="eastAsia"/>
              </w:rPr>
            </w:pPr>
            <w:r>
              <w:rPr>
                <w:sz w:val="15"/>
              </w:rPr>
              <w:t>________</w:t>
            </w:r>
          </w:p>
        </w:tc>
      </w:tr>
      <w:tr w:rsidR="003D6426" w14:paraId="5BDD0941" w14:textId="77777777">
        <w:trPr>
          <w:jc w:val="center"/>
        </w:trPr>
        <w:tc>
          <w:tcPr>
            <w:tcW w:w="637" w:type="dxa"/>
            <w:tcMar>
              <w:top w:w="55" w:type="dxa"/>
              <w:left w:w="55" w:type="dxa"/>
              <w:bottom w:w="55" w:type="dxa"/>
              <w:right w:w="55" w:type="dxa"/>
            </w:tcMar>
          </w:tcPr>
          <w:p w14:paraId="7594FBA1" w14:textId="77777777" w:rsidR="003D6426" w:rsidRDefault="00000000">
            <w:pPr>
              <w:spacing w:after="0" w:line="240" w:lineRule="auto"/>
              <w:rPr>
                <w:rFonts w:hint="eastAsia"/>
              </w:rPr>
            </w:pPr>
            <w:r>
              <w:rPr>
                <w:sz w:val="15"/>
              </w:rPr>
              <w:t>01</w:t>
            </w:r>
          </w:p>
        </w:tc>
        <w:tc>
          <w:tcPr>
            <w:tcW w:w="1381" w:type="dxa"/>
            <w:tcMar>
              <w:top w:w="55" w:type="dxa"/>
              <w:left w:w="55" w:type="dxa"/>
              <w:bottom w:w="55" w:type="dxa"/>
              <w:right w:w="55" w:type="dxa"/>
            </w:tcMar>
          </w:tcPr>
          <w:p w14:paraId="6F863311" w14:textId="77777777" w:rsidR="003D6426" w:rsidRDefault="00000000">
            <w:pPr>
              <w:spacing w:after="0" w:line="240" w:lineRule="auto"/>
              <w:rPr>
                <w:rFonts w:hint="eastAsia"/>
              </w:rPr>
            </w:pPr>
            <w:r>
              <w:rPr>
                <w:sz w:val="15"/>
              </w:rPr>
              <w:t>____/____/______</w:t>
            </w:r>
          </w:p>
        </w:tc>
        <w:tc>
          <w:tcPr>
            <w:tcW w:w="4568" w:type="dxa"/>
            <w:tcMar>
              <w:top w:w="55" w:type="dxa"/>
              <w:left w:w="55" w:type="dxa"/>
              <w:bottom w:w="55" w:type="dxa"/>
              <w:right w:w="55" w:type="dxa"/>
            </w:tcMar>
          </w:tcPr>
          <w:p w14:paraId="0A61FC74" w14:textId="77777777" w:rsidR="003D6426" w:rsidRDefault="00000000">
            <w:pPr>
              <w:spacing w:after="0" w:line="240" w:lineRule="auto"/>
              <w:rPr>
                <w:rFonts w:hint="eastAsia"/>
              </w:rPr>
            </w:pPr>
            <w:r>
              <w:rPr>
                <w:sz w:val="15"/>
              </w:rPr>
              <w:t>Aggiornamento a seguito di riesame, audit, modifica impianto, infortunio/near miss o aggiornamento normativo</w:t>
            </w:r>
          </w:p>
        </w:tc>
        <w:tc>
          <w:tcPr>
            <w:tcW w:w="1168" w:type="dxa"/>
            <w:tcMar>
              <w:top w:w="55" w:type="dxa"/>
              <w:left w:w="55" w:type="dxa"/>
              <w:bottom w:w="55" w:type="dxa"/>
              <w:right w:w="55" w:type="dxa"/>
            </w:tcMar>
          </w:tcPr>
          <w:p w14:paraId="6C1EA98E" w14:textId="77777777" w:rsidR="003D6426" w:rsidRDefault="00000000">
            <w:pPr>
              <w:spacing w:after="0" w:line="240" w:lineRule="auto"/>
              <w:rPr>
                <w:rFonts w:hint="eastAsia"/>
              </w:rPr>
            </w:pPr>
            <w:r>
              <w:rPr>
                <w:sz w:val="15"/>
              </w:rPr>
              <w:t>________</w:t>
            </w:r>
          </w:p>
        </w:tc>
        <w:tc>
          <w:tcPr>
            <w:tcW w:w="1168" w:type="dxa"/>
            <w:tcMar>
              <w:top w:w="55" w:type="dxa"/>
              <w:left w:w="55" w:type="dxa"/>
              <w:bottom w:w="55" w:type="dxa"/>
              <w:right w:w="55" w:type="dxa"/>
            </w:tcMar>
          </w:tcPr>
          <w:p w14:paraId="6F5BAE5C" w14:textId="77777777" w:rsidR="003D6426" w:rsidRDefault="00000000">
            <w:pPr>
              <w:spacing w:after="0" w:line="240" w:lineRule="auto"/>
              <w:rPr>
                <w:rFonts w:hint="eastAsia"/>
              </w:rPr>
            </w:pPr>
            <w:r>
              <w:rPr>
                <w:sz w:val="15"/>
              </w:rPr>
              <w:t>________</w:t>
            </w:r>
          </w:p>
        </w:tc>
        <w:tc>
          <w:tcPr>
            <w:tcW w:w="1168" w:type="dxa"/>
            <w:tcMar>
              <w:top w:w="55" w:type="dxa"/>
              <w:left w:w="55" w:type="dxa"/>
              <w:bottom w:w="55" w:type="dxa"/>
              <w:right w:w="55" w:type="dxa"/>
            </w:tcMar>
          </w:tcPr>
          <w:p w14:paraId="2B3CF057" w14:textId="77777777" w:rsidR="003D6426" w:rsidRDefault="00000000">
            <w:pPr>
              <w:spacing w:after="0" w:line="240" w:lineRule="auto"/>
              <w:rPr>
                <w:rFonts w:hint="eastAsia"/>
              </w:rPr>
            </w:pPr>
            <w:r>
              <w:rPr>
                <w:sz w:val="15"/>
              </w:rPr>
              <w:t>________</w:t>
            </w:r>
          </w:p>
        </w:tc>
      </w:tr>
      <w:tr w:rsidR="003D6426" w14:paraId="25058042" w14:textId="77777777">
        <w:trPr>
          <w:jc w:val="center"/>
        </w:trPr>
        <w:tc>
          <w:tcPr>
            <w:tcW w:w="637" w:type="dxa"/>
            <w:tcMar>
              <w:top w:w="55" w:type="dxa"/>
              <w:left w:w="55" w:type="dxa"/>
              <w:bottom w:w="55" w:type="dxa"/>
              <w:right w:w="55" w:type="dxa"/>
            </w:tcMar>
          </w:tcPr>
          <w:p w14:paraId="49B8DFAD" w14:textId="77777777" w:rsidR="003D6426" w:rsidRDefault="00000000">
            <w:pPr>
              <w:spacing w:after="0" w:line="240" w:lineRule="auto"/>
              <w:rPr>
                <w:rFonts w:hint="eastAsia"/>
              </w:rPr>
            </w:pPr>
            <w:r>
              <w:rPr>
                <w:sz w:val="15"/>
              </w:rPr>
              <w:t>02</w:t>
            </w:r>
          </w:p>
        </w:tc>
        <w:tc>
          <w:tcPr>
            <w:tcW w:w="1381" w:type="dxa"/>
            <w:tcMar>
              <w:top w:w="55" w:type="dxa"/>
              <w:left w:w="55" w:type="dxa"/>
              <w:bottom w:w="55" w:type="dxa"/>
              <w:right w:w="55" w:type="dxa"/>
            </w:tcMar>
          </w:tcPr>
          <w:p w14:paraId="5469BA40" w14:textId="77777777" w:rsidR="003D6426" w:rsidRDefault="00000000">
            <w:pPr>
              <w:spacing w:after="0" w:line="240" w:lineRule="auto"/>
              <w:rPr>
                <w:rFonts w:hint="eastAsia"/>
              </w:rPr>
            </w:pPr>
            <w:r>
              <w:rPr>
                <w:sz w:val="15"/>
              </w:rPr>
              <w:t>____/____/______</w:t>
            </w:r>
          </w:p>
        </w:tc>
        <w:tc>
          <w:tcPr>
            <w:tcW w:w="4568" w:type="dxa"/>
            <w:tcMar>
              <w:top w:w="55" w:type="dxa"/>
              <w:left w:w="55" w:type="dxa"/>
              <w:bottom w:w="55" w:type="dxa"/>
              <w:right w:w="55" w:type="dxa"/>
            </w:tcMar>
          </w:tcPr>
          <w:p w14:paraId="771B113F" w14:textId="77777777" w:rsidR="003D6426" w:rsidRDefault="00000000">
            <w:pPr>
              <w:spacing w:after="0" w:line="240" w:lineRule="auto"/>
              <w:rPr>
                <w:rFonts w:hint="eastAsia"/>
              </w:rPr>
            </w:pPr>
            <w:r>
              <w:rPr>
                <w:sz w:val="15"/>
              </w:rPr>
              <w:t>Aggiornamento successivo</w:t>
            </w:r>
          </w:p>
        </w:tc>
        <w:tc>
          <w:tcPr>
            <w:tcW w:w="1168" w:type="dxa"/>
            <w:tcMar>
              <w:top w:w="55" w:type="dxa"/>
              <w:left w:w="55" w:type="dxa"/>
              <w:bottom w:w="55" w:type="dxa"/>
              <w:right w:w="55" w:type="dxa"/>
            </w:tcMar>
          </w:tcPr>
          <w:p w14:paraId="6471A295" w14:textId="77777777" w:rsidR="003D6426" w:rsidRDefault="00000000">
            <w:pPr>
              <w:spacing w:after="0" w:line="240" w:lineRule="auto"/>
              <w:rPr>
                <w:rFonts w:hint="eastAsia"/>
              </w:rPr>
            </w:pPr>
            <w:r>
              <w:rPr>
                <w:sz w:val="15"/>
              </w:rPr>
              <w:t>________</w:t>
            </w:r>
          </w:p>
        </w:tc>
        <w:tc>
          <w:tcPr>
            <w:tcW w:w="1168" w:type="dxa"/>
            <w:tcMar>
              <w:top w:w="55" w:type="dxa"/>
              <w:left w:w="55" w:type="dxa"/>
              <w:bottom w:w="55" w:type="dxa"/>
              <w:right w:w="55" w:type="dxa"/>
            </w:tcMar>
          </w:tcPr>
          <w:p w14:paraId="76772257" w14:textId="77777777" w:rsidR="003D6426" w:rsidRDefault="00000000">
            <w:pPr>
              <w:spacing w:after="0" w:line="240" w:lineRule="auto"/>
              <w:rPr>
                <w:rFonts w:hint="eastAsia"/>
              </w:rPr>
            </w:pPr>
            <w:r>
              <w:rPr>
                <w:sz w:val="15"/>
              </w:rPr>
              <w:t>________</w:t>
            </w:r>
          </w:p>
        </w:tc>
        <w:tc>
          <w:tcPr>
            <w:tcW w:w="1168" w:type="dxa"/>
            <w:tcMar>
              <w:top w:w="55" w:type="dxa"/>
              <w:left w:w="55" w:type="dxa"/>
              <w:bottom w:w="55" w:type="dxa"/>
              <w:right w:w="55" w:type="dxa"/>
            </w:tcMar>
          </w:tcPr>
          <w:p w14:paraId="536D593E" w14:textId="77777777" w:rsidR="003D6426" w:rsidRDefault="00000000">
            <w:pPr>
              <w:spacing w:after="0" w:line="240" w:lineRule="auto"/>
              <w:rPr>
                <w:rFonts w:hint="eastAsia"/>
              </w:rPr>
            </w:pPr>
            <w:r>
              <w:rPr>
                <w:sz w:val="15"/>
              </w:rPr>
              <w:t>________</w:t>
            </w:r>
          </w:p>
        </w:tc>
      </w:tr>
    </w:tbl>
    <w:p w14:paraId="5F162A8F" w14:textId="77777777" w:rsidR="003D6426" w:rsidRDefault="00000000">
      <w:pPr>
        <w:pStyle w:val="Titolo1"/>
      </w:pPr>
      <w:r>
        <w:t>Sommario</w:t>
      </w:r>
    </w:p>
    <w:p w14:paraId="706B8DD5" w14:textId="77777777" w:rsidR="003D6426" w:rsidRDefault="00000000">
      <w:pPr>
        <w:pStyle w:val="Puntoelenco"/>
        <w:rPr>
          <w:rFonts w:hint="eastAsia"/>
        </w:rPr>
      </w:pPr>
      <w:r>
        <w:t>1. Scopo e obiettivi della procedura</w:t>
      </w:r>
    </w:p>
    <w:p w14:paraId="692D1512" w14:textId="77777777" w:rsidR="003D6426" w:rsidRDefault="00000000">
      <w:pPr>
        <w:pStyle w:val="Puntoelenco"/>
        <w:rPr>
          <w:rFonts w:hint="eastAsia"/>
        </w:rPr>
      </w:pPr>
      <w:r>
        <w:t>2. Campo di applicazione e criteri di esclusione</w:t>
      </w:r>
    </w:p>
    <w:p w14:paraId="018E3493" w14:textId="77777777" w:rsidR="003D6426" w:rsidRDefault="00000000">
      <w:pPr>
        <w:pStyle w:val="Puntoelenco"/>
        <w:rPr>
          <w:rFonts w:hint="eastAsia"/>
        </w:rPr>
      </w:pPr>
      <w:r>
        <w:t>3. Riferimenti normativi, tecnici e documentali</w:t>
      </w:r>
    </w:p>
    <w:p w14:paraId="4783A77F" w14:textId="77777777" w:rsidR="003D6426" w:rsidRDefault="00000000">
      <w:pPr>
        <w:pStyle w:val="Puntoelenco"/>
        <w:rPr>
          <w:rFonts w:hint="eastAsia"/>
        </w:rPr>
      </w:pPr>
      <w:r>
        <w:t>4. Definizioni, abbreviazioni e concetti chiave</w:t>
      </w:r>
    </w:p>
    <w:p w14:paraId="20BD808B" w14:textId="77777777" w:rsidR="003D6426" w:rsidRDefault="00000000">
      <w:pPr>
        <w:pStyle w:val="Puntoelenco"/>
        <w:rPr>
          <w:rFonts w:hint="eastAsia"/>
        </w:rPr>
      </w:pPr>
      <w:r>
        <w:t>5. Principi generali di prevenzione</w:t>
      </w:r>
    </w:p>
    <w:p w14:paraId="20F9056D" w14:textId="77777777" w:rsidR="003D6426" w:rsidRDefault="00000000">
      <w:pPr>
        <w:pStyle w:val="Puntoelenco"/>
        <w:rPr>
          <w:rFonts w:hint="eastAsia"/>
        </w:rPr>
      </w:pPr>
      <w:r>
        <w:t>6. Ruoli, responsabilità e autorità operative</w:t>
      </w:r>
    </w:p>
    <w:p w14:paraId="0C51F188" w14:textId="77777777" w:rsidR="003D6426" w:rsidRDefault="00000000">
      <w:pPr>
        <w:pStyle w:val="Puntoelenco"/>
        <w:rPr>
          <w:rFonts w:hint="eastAsia"/>
        </w:rPr>
      </w:pPr>
      <w:r>
        <w:t>7. Processo aziendale per attività in ambienti confinati</w:t>
      </w:r>
    </w:p>
    <w:p w14:paraId="3EAB9418" w14:textId="77777777" w:rsidR="003D6426" w:rsidRDefault="00000000">
      <w:pPr>
        <w:pStyle w:val="Puntoelenco"/>
        <w:rPr>
          <w:rFonts w:hint="eastAsia"/>
        </w:rPr>
      </w:pPr>
      <w:r>
        <w:t>8. Censimento, classificazione e aggiornamento degli ambienti</w:t>
      </w:r>
    </w:p>
    <w:p w14:paraId="575D4491" w14:textId="77777777" w:rsidR="003D6426" w:rsidRDefault="00000000">
      <w:pPr>
        <w:pStyle w:val="Puntoelenco"/>
        <w:rPr>
          <w:rFonts w:hint="eastAsia"/>
        </w:rPr>
      </w:pPr>
      <w:r>
        <w:t>9. Identificazione dei pericoli e valutazione dei rischi</w:t>
      </w:r>
    </w:p>
    <w:p w14:paraId="301C6570" w14:textId="77777777" w:rsidR="003D6426" w:rsidRDefault="00000000">
      <w:pPr>
        <w:pStyle w:val="Puntoelenco"/>
        <w:rPr>
          <w:rFonts w:hint="eastAsia"/>
        </w:rPr>
      </w:pPr>
      <w:r>
        <w:t>10. Pianificazione preliminare dell'intervento</w:t>
      </w:r>
    </w:p>
    <w:p w14:paraId="4C6C4FB4" w14:textId="77777777" w:rsidR="003D6426" w:rsidRDefault="00000000">
      <w:pPr>
        <w:pStyle w:val="Puntoelenco"/>
        <w:rPr>
          <w:rFonts w:hint="eastAsia"/>
        </w:rPr>
      </w:pPr>
      <w:r>
        <w:t>11. Autorizzazione all'ingresso e permesso di lavoro</w:t>
      </w:r>
    </w:p>
    <w:p w14:paraId="723A9A4F" w14:textId="77777777" w:rsidR="003D6426" w:rsidRDefault="00000000">
      <w:pPr>
        <w:pStyle w:val="Puntoelenco"/>
        <w:rPr>
          <w:rFonts w:hint="eastAsia"/>
        </w:rPr>
      </w:pPr>
      <w:r>
        <w:t>12. Allestimento dell'area di lavoro</w:t>
      </w:r>
    </w:p>
    <w:p w14:paraId="4D3EB472" w14:textId="77777777" w:rsidR="003D6426" w:rsidRDefault="00000000">
      <w:pPr>
        <w:pStyle w:val="Puntoelenco"/>
        <w:rPr>
          <w:rFonts w:hint="eastAsia"/>
        </w:rPr>
      </w:pPr>
      <w:r>
        <w:t>13. Monitoraggio atmosferico e criteri di accettabilità</w:t>
      </w:r>
    </w:p>
    <w:p w14:paraId="799D5B0B" w14:textId="77777777" w:rsidR="003D6426" w:rsidRDefault="00000000">
      <w:pPr>
        <w:pStyle w:val="Puntoelenco"/>
        <w:rPr>
          <w:rFonts w:hint="eastAsia"/>
        </w:rPr>
      </w:pPr>
      <w:r>
        <w:t>14. Bonifica, svuotamento e ventilazione</w:t>
      </w:r>
    </w:p>
    <w:p w14:paraId="24BAA8D6" w14:textId="77777777" w:rsidR="003D6426" w:rsidRDefault="00000000">
      <w:pPr>
        <w:pStyle w:val="Puntoelenco"/>
        <w:rPr>
          <w:rFonts w:hint="eastAsia"/>
        </w:rPr>
      </w:pPr>
      <w:r>
        <w:t>15. Isolamento da energia e materia: lock-out, tag-out e try-out</w:t>
      </w:r>
    </w:p>
    <w:p w14:paraId="27EBECB1" w14:textId="77777777" w:rsidR="003D6426" w:rsidRDefault="00000000">
      <w:pPr>
        <w:pStyle w:val="Puntoelenco"/>
        <w:rPr>
          <w:rFonts w:hint="eastAsia"/>
        </w:rPr>
      </w:pPr>
      <w:r>
        <w:t>16. Esecuzione del lavoro all'interno dell'ambiente</w:t>
      </w:r>
    </w:p>
    <w:p w14:paraId="20E3F8B3" w14:textId="77777777" w:rsidR="003D6426" w:rsidRDefault="00000000">
      <w:pPr>
        <w:pStyle w:val="Puntoelenco"/>
        <w:rPr>
          <w:rFonts w:hint="eastAsia"/>
        </w:rPr>
      </w:pPr>
      <w:r>
        <w:t>17. Attrezzature, strumentazione, DPC, DPI e APVR</w:t>
      </w:r>
    </w:p>
    <w:p w14:paraId="64C8BFEB" w14:textId="77777777" w:rsidR="003D6426" w:rsidRDefault="00000000">
      <w:pPr>
        <w:pStyle w:val="Puntoelenco"/>
        <w:rPr>
          <w:rFonts w:hint="eastAsia"/>
        </w:rPr>
      </w:pPr>
      <w:r>
        <w:t>18. Appalti, imprese esterne e rischi interferenziali</w:t>
      </w:r>
    </w:p>
    <w:p w14:paraId="047792DC" w14:textId="77777777" w:rsidR="003D6426" w:rsidRDefault="00000000">
      <w:pPr>
        <w:pStyle w:val="Puntoelenco"/>
        <w:rPr>
          <w:rFonts w:hint="eastAsia"/>
        </w:rPr>
      </w:pPr>
      <w:r>
        <w:t>19. Emergenza, autosoccorso, salvataggio senza ingresso e con ingresso</w:t>
      </w:r>
    </w:p>
    <w:p w14:paraId="7A49B864" w14:textId="77777777" w:rsidR="003D6426" w:rsidRDefault="00000000">
      <w:pPr>
        <w:pStyle w:val="Puntoelenco"/>
        <w:rPr>
          <w:rFonts w:hint="eastAsia"/>
        </w:rPr>
      </w:pPr>
      <w:r>
        <w:t>20. Conclusione delle operazioni, ripristino e debriefing</w:t>
      </w:r>
    </w:p>
    <w:p w14:paraId="7933D68D" w14:textId="77777777" w:rsidR="003D6426" w:rsidRDefault="00000000">
      <w:pPr>
        <w:pStyle w:val="Puntoelenco"/>
        <w:rPr>
          <w:rFonts w:hint="eastAsia"/>
        </w:rPr>
      </w:pPr>
      <w:r>
        <w:t>21. Informazione, formazione, addestramento e idoneità sanitaria</w:t>
      </w:r>
    </w:p>
    <w:p w14:paraId="54BAD3BC" w14:textId="77777777" w:rsidR="003D6426" w:rsidRDefault="00000000">
      <w:pPr>
        <w:pStyle w:val="Puntoelenco"/>
        <w:rPr>
          <w:rFonts w:hint="eastAsia"/>
        </w:rPr>
      </w:pPr>
      <w:r>
        <w:t>22. Registrazioni, conservazione documentale, audit e miglioramento</w:t>
      </w:r>
    </w:p>
    <w:p w14:paraId="1E59BE86" w14:textId="77777777" w:rsidR="003D6426" w:rsidRDefault="00000000">
      <w:pPr>
        <w:pStyle w:val="Puntoelenco"/>
        <w:rPr>
          <w:rFonts w:hint="eastAsia"/>
        </w:rPr>
      </w:pPr>
      <w:r>
        <w:t>23. Allegati operativi e modulistica aziendale</w:t>
      </w:r>
    </w:p>
    <w:p w14:paraId="73EECB61" w14:textId="77777777" w:rsidR="003D6426" w:rsidRDefault="00000000">
      <w:pPr>
        <w:rPr>
          <w:rFonts w:hint="eastAsia"/>
        </w:rPr>
      </w:pPr>
      <w:r>
        <w:br w:type="page"/>
      </w:r>
    </w:p>
    <w:p w14:paraId="2AFD4AFD" w14:textId="77777777" w:rsidR="003D6426" w:rsidRDefault="00000000">
      <w:pPr>
        <w:pStyle w:val="Titolo1"/>
      </w:pPr>
      <w:r>
        <w:t>1. Scopo e obiettivi della procedura</w:t>
      </w:r>
    </w:p>
    <w:p w14:paraId="5232A466" w14:textId="77777777" w:rsidR="003D6426" w:rsidRDefault="00000000">
      <w:pPr>
        <w:spacing w:after="100"/>
        <w:rPr>
          <w:rFonts w:hint="eastAsia"/>
        </w:rPr>
      </w:pPr>
      <w:r>
        <w:t>La procedura stabilisce il metodo aziendale per identificare, valutare, autorizzare, eseguire e chiudere in sicurezza le attività che prevedono o possono prevedere l'ingresso di lavoratori in ambienti confinati e/o sospetti di inquinamento, compresi gli ambienti assimilabili individuati a seguito di specifica analisi.</w:t>
      </w:r>
    </w:p>
    <w:p w14:paraId="7BD9CABF" w14:textId="77777777" w:rsidR="003D6426" w:rsidRDefault="00000000">
      <w:pPr>
        <w:spacing w:after="100"/>
        <w:rPr>
          <w:rFonts w:hint="eastAsia"/>
        </w:rPr>
      </w:pPr>
      <w:r>
        <w:t>Gli obiettivi operativi sono i seguenti:</w:t>
      </w:r>
    </w:p>
    <w:p w14:paraId="6D43FE97" w14:textId="77777777" w:rsidR="003D6426" w:rsidRDefault="00000000">
      <w:pPr>
        <w:pStyle w:val="Puntoelenco"/>
        <w:rPr>
          <w:rFonts w:hint="eastAsia"/>
        </w:rPr>
      </w:pPr>
      <w:r>
        <w:t>prevenire accessi non autorizzati, non pianificati o non adeguatamente controllati;</w:t>
      </w:r>
    </w:p>
    <w:p w14:paraId="648AD4C6" w14:textId="77777777" w:rsidR="003D6426" w:rsidRDefault="00000000">
      <w:pPr>
        <w:pStyle w:val="Puntoelenco"/>
        <w:rPr>
          <w:rFonts w:hint="eastAsia"/>
        </w:rPr>
      </w:pPr>
      <w:r>
        <w:t>assicurare il censimento e la classificazione degli ambienti presenti nel ciclo produttivo e nelle aree temporaneamente gestite dall'azienda;</w:t>
      </w:r>
    </w:p>
    <w:p w14:paraId="3D119BC1" w14:textId="77777777" w:rsidR="003D6426" w:rsidRDefault="00000000">
      <w:pPr>
        <w:pStyle w:val="Puntoelenco"/>
        <w:rPr>
          <w:rFonts w:hint="eastAsia"/>
        </w:rPr>
      </w:pPr>
      <w:r>
        <w:t>verificare in via prioritaria se l'attività possa essere eseguita senza ingresso di personale;</w:t>
      </w:r>
    </w:p>
    <w:p w14:paraId="6790FD33" w14:textId="77777777" w:rsidR="003D6426" w:rsidRDefault="00000000">
      <w:pPr>
        <w:pStyle w:val="Puntoelenco"/>
        <w:rPr>
          <w:rFonts w:hint="eastAsia"/>
        </w:rPr>
      </w:pPr>
      <w:r>
        <w:t>identificare i pericoli presenti, potenziali, evolutivi e interferenziali;</w:t>
      </w:r>
    </w:p>
    <w:p w14:paraId="404E6F4F" w14:textId="77777777" w:rsidR="003D6426" w:rsidRDefault="00000000">
      <w:pPr>
        <w:pStyle w:val="Puntoelenco"/>
        <w:rPr>
          <w:rFonts w:hint="eastAsia"/>
        </w:rPr>
      </w:pPr>
      <w:r>
        <w:t>definire misure tecniche, organizzative e procedurali coerenti con i rischi riscontrati;</w:t>
      </w:r>
    </w:p>
    <w:p w14:paraId="1C11051D" w14:textId="77777777" w:rsidR="003D6426" w:rsidRDefault="00000000">
      <w:pPr>
        <w:pStyle w:val="Puntoelenco"/>
        <w:rPr>
          <w:rFonts w:hint="eastAsia"/>
        </w:rPr>
      </w:pPr>
      <w:r>
        <w:t>garantire la disponibilità di attrezzature, strumentazione, DPC, DPI e APVR idonei;</w:t>
      </w:r>
    </w:p>
    <w:p w14:paraId="53FDF417" w14:textId="77777777" w:rsidR="003D6426" w:rsidRDefault="00000000">
      <w:pPr>
        <w:pStyle w:val="Puntoelenco"/>
        <w:rPr>
          <w:rFonts w:hint="eastAsia"/>
        </w:rPr>
      </w:pPr>
      <w:r>
        <w:t>attribuire ruoli, responsabilità e autorità decisionali in modo non ambiguo;</w:t>
      </w:r>
    </w:p>
    <w:p w14:paraId="5089E5EE" w14:textId="77777777" w:rsidR="003D6426" w:rsidRDefault="00000000">
      <w:pPr>
        <w:pStyle w:val="Puntoelenco"/>
        <w:rPr>
          <w:rFonts w:hint="eastAsia"/>
        </w:rPr>
      </w:pPr>
      <w:r>
        <w:t>formalizzare l'autorizzazione all'ingresso mediante permesso e check-list;</w:t>
      </w:r>
    </w:p>
    <w:p w14:paraId="5546B18D" w14:textId="77777777" w:rsidR="003D6426" w:rsidRDefault="00000000">
      <w:pPr>
        <w:pStyle w:val="Puntoelenco"/>
        <w:rPr>
          <w:rFonts w:hint="eastAsia"/>
        </w:rPr>
      </w:pPr>
      <w:r>
        <w:t>garantire la sorveglianza continua del lavoratore entrante da parte del lavoratore attendente;</w:t>
      </w:r>
    </w:p>
    <w:p w14:paraId="1416631D" w14:textId="77777777" w:rsidR="003D6426" w:rsidRDefault="00000000">
      <w:pPr>
        <w:pStyle w:val="Puntoelenco"/>
        <w:rPr>
          <w:rFonts w:hint="eastAsia"/>
        </w:rPr>
      </w:pPr>
      <w:r>
        <w:t>predisporre un piano di emergenza e salvataggio praticabile prima dell'inizio dei lavori;</w:t>
      </w:r>
    </w:p>
    <w:p w14:paraId="39E510CC" w14:textId="77777777" w:rsidR="003D6426" w:rsidRDefault="00000000">
      <w:pPr>
        <w:pStyle w:val="Puntoelenco"/>
        <w:rPr>
          <w:rFonts w:hint="eastAsia"/>
        </w:rPr>
      </w:pPr>
      <w:r>
        <w:t>documentare conclusione, anomalie, near miss, lezioni apprese e azioni correttive.</w:t>
      </w:r>
    </w:p>
    <w:p w14:paraId="23C243F8" w14:textId="77777777" w:rsidR="003D6426" w:rsidRDefault="00000000">
      <w:pPr>
        <w:spacing w:after="100"/>
        <w:rPr>
          <w:rFonts w:hint="eastAsia"/>
        </w:rPr>
      </w:pPr>
      <w:r>
        <w:t>L'applicazione della procedura è obbligatoria per ogni attività programmata, straordinaria, urgente o emergenziale che comporti l'ingresso totale o parziale del corpo di un lavoratore in uno spazio circoscritto con caratteristiche di confinamento o sospetto inquinamento. L'urgenza produttiva non costituisce motivo per derogare alle verifiche minime di sicurezza.</w:t>
      </w:r>
    </w:p>
    <w:p w14:paraId="6EB63D1C" w14:textId="77777777" w:rsidR="003D6426" w:rsidRDefault="00000000">
      <w:pPr>
        <w:pStyle w:val="Titolo1"/>
      </w:pPr>
      <w:r>
        <w:t>2. Campo di applicazione e criteri di esclusione</w:t>
      </w:r>
    </w:p>
    <w:p w14:paraId="605347F7" w14:textId="77777777" w:rsidR="003D6426" w:rsidRDefault="00000000">
      <w:pPr>
        <w:spacing w:after="100"/>
        <w:rPr>
          <w:rFonts w:hint="eastAsia"/>
        </w:rPr>
      </w:pPr>
      <w:r>
        <w:t>La procedura si applica a tutti i siti, reparti, cantieri, aree impiantistiche, locali tecnici, installazioni temporanee, aree appaltate e pertinenze aziendali nelle quali siano presenti ambienti confinati e/o sospetti di inquinamento oppure ambienti assimilabili. La valutazione deve essere svolta caso per caso, considerando ambiente, attività, sostanze, impianti collegati, precedenti utilizzi e condizioni di emergenza prevedibili.</w:t>
      </w:r>
    </w:p>
    <w:p w14:paraId="75FCC50A" w14:textId="77777777" w:rsidR="003D6426" w:rsidRDefault="00000000">
      <w:pPr>
        <w:spacing w:after="100"/>
        <w:rPr>
          <w:rFonts w:hint="eastAsia"/>
        </w:rPr>
      </w:pPr>
      <w:r>
        <w:t>Rientrano ordinariamente nel campo di applicazione, a titolo esemplificativo:</w:t>
      </w:r>
    </w:p>
    <w:p w14:paraId="7D200990" w14:textId="77777777" w:rsidR="003D6426" w:rsidRDefault="00000000">
      <w:pPr>
        <w:pStyle w:val="Puntoelenco"/>
        <w:rPr>
          <w:rFonts w:hint="eastAsia"/>
        </w:rPr>
      </w:pPr>
      <w:r>
        <w:t>serbatoi, cisterne, silos, recipienti, vasche, reattori, autoclavi e contenitori di processo;</w:t>
      </w:r>
    </w:p>
    <w:p w14:paraId="511BE01C" w14:textId="77777777" w:rsidR="003D6426" w:rsidRDefault="00000000">
      <w:pPr>
        <w:pStyle w:val="Puntoelenco"/>
        <w:rPr>
          <w:rFonts w:hint="eastAsia"/>
        </w:rPr>
      </w:pPr>
      <w:r>
        <w:t>pozzetti, camerette, condotte, fognature, canali, collettori, intercapedini e cunicoli;</w:t>
      </w:r>
    </w:p>
    <w:p w14:paraId="35716352" w14:textId="77777777" w:rsidR="003D6426" w:rsidRDefault="00000000">
      <w:pPr>
        <w:pStyle w:val="Puntoelenco"/>
        <w:rPr>
          <w:rFonts w:hint="eastAsia"/>
        </w:rPr>
      </w:pPr>
      <w:r>
        <w:t>scavi ristretti, trincee, vani tecnici, locali chiusi o parzialmente chiusi con accesso difficoltoso;</w:t>
      </w:r>
    </w:p>
    <w:p w14:paraId="59FC0FC3" w14:textId="77777777" w:rsidR="003D6426" w:rsidRDefault="00000000">
      <w:pPr>
        <w:pStyle w:val="Puntoelenco"/>
        <w:rPr>
          <w:rFonts w:hint="eastAsia"/>
        </w:rPr>
      </w:pPr>
      <w:r>
        <w:t>ambienti con ventilazione naturale sfavorevole, rischio di accumulo di gas o vapori, residui o sostanze pregresse;</w:t>
      </w:r>
    </w:p>
    <w:p w14:paraId="35F596EA" w14:textId="77777777" w:rsidR="003D6426" w:rsidRDefault="00000000">
      <w:pPr>
        <w:pStyle w:val="Puntoelenco"/>
        <w:rPr>
          <w:rFonts w:hint="eastAsia"/>
        </w:rPr>
      </w:pPr>
      <w:r>
        <w:t>ambienti nei quali l'attività svolta può generare gas, vapori, fumi, aerosol, polveri, atmosfere esplosive o carenza di ossigeno;</w:t>
      </w:r>
    </w:p>
    <w:p w14:paraId="29AB5824" w14:textId="77777777" w:rsidR="003D6426" w:rsidRDefault="00000000">
      <w:pPr>
        <w:pStyle w:val="Puntoelenco"/>
        <w:rPr>
          <w:rFonts w:hint="eastAsia"/>
        </w:rPr>
      </w:pPr>
      <w:r>
        <w:t>ambienti nei quali il recupero di un lavoratore non collaborante richiede apprestamenti, attrezzature o procedure specialistiche.</w:t>
      </w:r>
    </w:p>
    <w:p w14:paraId="2D611B58" w14:textId="77777777" w:rsidR="003D6426" w:rsidRDefault="00000000">
      <w:pPr>
        <w:spacing w:after="100"/>
        <w:rPr>
          <w:rFonts w:hint="eastAsia"/>
        </w:rPr>
      </w:pPr>
      <w:r>
        <w:t>Sono esclusi i luoghi ordinari di lavoro che, a seguito di valutazione documentata, non presentano caratteristiche di confinamento, sospetto inquinamento, accesso/uscita difficoltosa, ventilazione sfavorevole o condizioni pericolose non eliminabili con le ordinarie misure di prevenzione. Restano comunque applicabili le procedure aziendali generali di sicurezza, gestione appalti, emergenza, lavori elettrici, lavori a caldo, lavori in quota e gestione sostanze pericolose.</w:t>
      </w:r>
    </w:p>
    <w:p w14:paraId="0162D6A4" w14:textId="77777777" w:rsidR="003D6426" w:rsidRDefault="00000000">
      <w:pPr>
        <w:spacing w:after="100"/>
        <w:rPr>
          <w:rFonts w:hint="eastAsia"/>
        </w:rPr>
      </w:pPr>
      <w:r>
        <w:t>La classificazione di un ambiente come non rientrante nel campo della presente procedura deve essere motivata e riesaminata quando cambiano configurazione, destinazione d'uso, contenuto, impianti collegati, modalità di accesso, attività da svolgere o condizioni di contesto.</w:t>
      </w:r>
    </w:p>
    <w:p w14:paraId="47D0F29F" w14:textId="77777777" w:rsidR="003D6426" w:rsidRDefault="00000000">
      <w:pPr>
        <w:pStyle w:val="Titolo1"/>
      </w:pPr>
      <w:r>
        <w:t>3. Riferimenti normativi, tecnici e documentali</w:t>
      </w:r>
    </w:p>
    <w:p w14:paraId="35F89B93" w14:textId="77777777" w:rsidR="003D6426" w:rsidRDefault="00000000">
      <w:pPr>
        <w:spacing w:after="100"/>
        <w:rPr>
          <w:rFonts w:hint="eastAsia"/>
        </w:rPr>
      </w:pPr>
      <w:r>
        <w:t>La procedura è predisposta tenendo conto del quadro legislativo e tecnico applicabile alla gestione degli ambienti confinati e/o sospetti di inquinamento. I riferimenti devono essere verificati periodicamente dalla funzione HSE/RSPP e aggiornati in caso di modifiche legislative, nuove norme tecniche, nuove interpretazioni aziendali o cambiamenti organizzativi.</w:t>
      </w:r>
    </w:p>
    <w:p w14:paraId="1D75253B" w14:textId="77777777" w:rsidR="003D6426" w:rsidRDefault="00000000">
      <w:pPr>
        <w:pStyle w:val="TableTitle"/>
        <w:rPr>
          <w:rFonts w:hint="eastAsia"/>
        </w:rPr>
      </w:pPr>
      <w:r>
        <w:t>Riferimenti principali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54"/>
        <w:gridCol w:w="3033"/>
        <w:gridCol w:w="5515"/>
      </w:tblGrid>
      <w:tr w:rsidR="003D6426" w14:paraId="7BCDF812" w14:textId="77777777">
        <w:trPr>
          <w:tblHeader/>
          <w:jc w:val="center"/>
        </w:trPr>
        <w:tc>
          <w:tcPr>
            <w:tcW w:w="1636" w:type="dxa"/>
            <w:shd w:val="clear" w:color="auto" w:fill="D9EAF7"/>
            <w:tcMar>
              <w:top w:w="55" w:type="dxa"/>
              <w:left w:w="55" w:type="dxa"/>
              <w:bottom w:w="55" w:type="dxa"/>
              <w:right w:w="55" w:type="dxa"/>
            </w:tcMar>
            <w:vAlign w:val="center"/>
          </w:tcPr>
          <w:p w14:paraId="3221FF35" w14:textId="77777777" w:rsidR="003D6426" w:rsidRDefault="00000000">
            <w:pPr>
              <w:spacing w:after="0" w:line="240" w:lineRule="auto"/>
              <w:jc w:val="center"/>
              <w:rPr>
                <w:rFonts w:hint="eastAsia"/>
              </w:rPr>
            </w:pPr>
            <w:r>
              <w:rPr>
                <w:b/>
                <w:sz w:val="15"/>
              </w:rPr>
              <w:t>Categoria</w:t>
            </w:r>
          </w:p>
        </w:tc>
        <w:tc>
          <w:tcPr>
            <w:tcW w:w="3000" w:type="dxa"/>
            <w:shd w:val="clear" w:color="auto" w:fill="D9EAF7"/>
            <w:tcMar>
              <w:top w:w="55" w:type="dxa"/>
              <w:left w:w="55" w:type="dxa"/>
              <w:bottom w:w="55" w:type="dxa"/>
              <w:right w:w="55" w:type="dxa"/>
            </w:tcMar>
            <w:vAlign w:val="center"/>
          </w:tcPr>
          <w:p w14:paraId="5D4865A0" w14:textId="77777777" w:rsidR="003D6426" w:rsidRDefault="00000000">
            <w:pPr>
              <w:spacing w:after="0" w:line="240" w:lineRule="auto"/>
              <w:jc w:val="center"/>
              <w:rPr>
                <w:rFonts w:hint="eastAsia"/>
              </w:rPr>
            </w:pPr>
            <w:r>
              <w:rPr>
                <w:b/>
                <w:sz w:val="15"/>
              </w:rPr>
              <w:t>Riferimento</w:t>
            </w:r>
          </w:p>
        </w:tc>
        <w:tc>
          <w:tcPr>
            <w:tcW w:w="5455" w:type="dxa"/>
            <w:shd w:val="clear" w:color="auto" w:fill="D9EAF7"/>
            <w:tcMar>
              <w:top w:w="55" w:type="dxa"/>
              <w:left w:w="55" w:type="dxa"/>
              <w:bottom w:w="55" w:type="dxa"/>
              <w:right w:w="55" w:type="dxa"/>
            </w:tcMar>
            <w:vAlign w:val="center"/>
          </w:tcPr>
          <w:p w14:paraId="3D6F8F01" w14:textId="77777777" w:rsidR="003D6426" w:rsidRDefault="00000000">
            <w:pPr>
              <w:spacing w:after="0" w:line="240" w:lineRule="auto"/>
              <w:jc w:val="center"/>
              <w:rPr>
                <w:rFonts w:hint="eastAsia"/>
              </w:rPr>
            </w:pPr>
            <w:r>
              <w:rPr>
                <w:b/>
                <w:sz w:val="15"/>
              </w:rPr>
              <w:t>Uso nella procedura</w:t>
            </w:r>
          </w:p>
        </w:tc>
      </w:tr>
      <w:tr w:rsidR="003D6426" w14:paraId="0DEEE108" w14:textId="77777777">
        <w:trPr>
          <w:jc w:val="center"/>
        </w:trPr>
        <w:tc>
          <w:tcPr>
            <w:tcW w:w="1636" w:type="dxa"/>
            <w:tcMar>
              <w:top w:w="55" w:type="dxa"/>
              <w:left w:w="55" w:type="dxa"/>
              <w:bottom w:w="55" w:type="dxa"/>
              <w:right w:w="55" w:type="dxa"/>
            </w:tcMar>
          </w:tcPr>
          <w:p w14:paraId="27B2BB28" w14:textId="77777777" w:rsidR="003D6426" w:rsidRDefault="00000000">
            <w:pPr>
              <w:spacing w:after="0" w:line="240" w:lineRule="auto"/>
              <w:rPr>
                <w:rFonts w:hint="eastAsia"/>
              </w:rPr>
            </w:pPr>
            <w:r>
              <w:rPr>
                <w:sz w:val="14"/>
              </w:rPr>
              <w:t>Legislazione</w:t>
            </w:r>
          </w:p>
        </w:tc>
        <w:tc>
          <w:tcPr>
            <w:tcW w:w="3000" w:type="dxa"/>
            <w:tcMar>
              <w:top w:w="55" w:type="dxa"/>
              <w:left w:w="55" w:type="dxa"/>
              <w:bottom w:w="55" w:type="dxa"/>
              <w:right w:w="55" w:type="dxa"/>
            </w:tcMar>
          </w:tcPr>
          <w:p w14:paraId="0EC2C7AC" w14:textId="77777777" w:rsidR="003D6426" w:rsidRDefault="00000000">
            <w:pPr>
              <w:spacing w:after="0" w:line="240" w:lineRule="auto"/>
              <w:rPr>
                <w:rFonts w:hint="eastAsia"/>
              </w:rPr>
            </w:pPr>
            <w:r>
              <w:rPr>
                <w:sz w:val="14"/>
              </w:rPr>
              <w:t>D.Lgs. 81/2008 e s.m.i.</w:t>
            </w:r>
          </w:p>
        </w:tc>
        <w:tc>
          <w:tcPr>
            <w:tcW w:w="5455" w:type="dxa"/>
            <w:tcMar>
              <w:top w:w="55" w:type="dxa"/>
              <w:left w:w="55" w:type="dxa"/>
              <w:bottom w:w="55" w:type="dxa"/>
              <w:right w:w="55" w:type="dxa"/>
            </w:tcMar>
          </w:tcPr>
          <w:p w14:paraId="6172D8AA" w14:textId="77777777" w:rsidR="003D6426" w:rsidRDefault="00000000">
            <w:pPr>
              <w:spacing w:after="0" w:line="240" w:lineRule="auto"/>
              <w:rPr>
                <w:rFonts w:hint="eastAsia"/>
              </w:rPr>
            </w:pPr>
            <w:r>
              <w:rPr>
                <w:sz w:val="14"/>
              </w:rPr>
              <w:t>Quadro generale di tutela della salute e sicurezza, valutazione dei rischi, obblighi di datore di lavoro, dirigenti, preposti, lavoratori, appalti, DPI, emergenze, segnaletica, luoghi di lavoro e attrezzature.</w:t>
            </w:r>
          </w:p>
        </w:tc>
      </w:tr>
      <w:tr w:rsidR="003D6426" w14:paraId="1383B125" w14:textId="77777777">
        <w:trPr>
          <w:jc w:val="center"/>
        </w:trPr>
        <w:tc>
          <w:tcPr>
            <w:tcW w:w="1636" w:type="dxa"/>
            <w:tcMar>
              <w:top w:w="55" w:type="dxa"/>
              <w:left w:w="55" w:type="dxa"/>
              <w:bottom w:w="55" w:type="dxa"/>
              <w:right w:w="55" w:type="dxa"/>
            </w:tcMar>
          </w:tcPr>
          <w:p w14:paraId="203B9945" w14:textId="77777777" w:rsidR="003D6426" w:rsidRDefault="00000000">
            <w:pPr>
              <w:spacing w:after="0" w:line="240" w:lineRule="auto"/>
              <w:rPr>
                <w:rFonts w:hint="eastAsia"/>
              </w:rPr>
            </w:pPr>
            <w:r>
              <w:rPr>
                <w:sz w:val="14"/>
              </w:rPr>
              <w:t>Legislazione</w:t>
            </w:r>
          </w:p>
        </w:tc>
        <w:tc>
          <w:tcPr>
            <w:tcW w:w="3000" w:type="dxa"/>
            <w:tcMar>
              <w:top w:w="55" w:type="dxa"/>
              <w:left w:w="55" w:type="dxa"/>
              <w:bottom w:w="55" w:type="dxa"/>
              <w:right w:w="55" w:type="dxa"/>
            </w:tcMar>
          </w:tcPr>
          <w:p w14:paraId="2973A9BC" w14:textId="77777777" w:rsidR="003D6426" w:rsidRDefault="00000000">
            <w:pPr>
              <w:spacing w:after="0" w:line="240" w:lineRule="auto"/>
              <w:rPr>
                <w:rFonts w:hint="eastAsia"/>
              </w:rPr>
            </w:pPr>
            <w:r>
              <w:rPr>
                <w:sz w:val="14"/>
              </w:rPr>
              <w:t>D.P.R. 177/2011</w:t>
            </w:r>
          </w:p>
        </w:tc>
        <w:tc>
          <w:tcPr>
            <w:tcW w:w="5455" w:type="dxa"/>
            <w:tcMar>
              <w:top w:w="55" w:type="dxa"/>
              <w:left w:w="55" w:type="dxa"/>
              <w:bottom w:w="55" w:type="dxa"/>
              <w:right w:w="55" w:type="dxa"/>
            </w:tcMar>
          </w:tcPr>
          <w:p w14:paraId="55435794" w14:textId="77777777" w:rsidR="003D6426" w:rsidRDefault="00000000">
            <w:pPr>
              <w:spacing w:after="0" w:line="240" w:lineRule="auto"/>
              <w:rPr>
                <w:rFonts w:hint="eastAsia"/>
              </w:rPr>
            </w:pPr>
            <w:r>
              <w:rPr>
                <w:sz w:val="14"/>
              </w:rPr>
              <w:t>Qualificazione delle imprese e dei lavoratori autonomi operanti in ambienti sospetti di inquinamento o confinati; requisiti da verificare negli appalti.</w:t>
            </w:r>
          </w:p>
        </w:tc>
      </w:tr>
      <w:tr w:rsidR="003D6426" w14:paraId="33FBA1D4" w14:textId="77777777">
        <w:trPr>
          <w:jc w:val="center"/>
        </w:trPr>
        <w:tc>
          <w:tcPr>
            <w:tcW w:w="1636" w:type="dxa"/>
            <w:tcMar>
              <w:top w:w="55" w:type="dxa"/>
              <w:left w:w="55" w:type="dxa"/>
              <w:bottom w:w="55" w:type="dxa"/>
              <w:right w:w="55" w:type="dxa"/>
            </w:tcMar>
          </w:tcPr>
          <w:p w14:paraId="3E2F8CE4" w14:textId="77777777" w:rsidR="003D6426" w:rsidRDefault="00000000">
            <w:pPr>
              <w:spacing w:after="0" w:line="240" w:lineRule="auto"/>
              <w:rPr>
                <w:rFonts w:hint="eastAsia"/>
              </w:rPr>
            </w:pPr>
            <w:r>
              <w:rPr>
                <w:sz w:val="14"/>
              </w:rPr>
              <w:t>Norma tecnica</w:t>
            </w:r>
          </w:p>
        </w:tc>
        <w:tc>
          <w:tcPr>
            <w:tcW w:w="3000" w:type="dxa"/>
            <w:tcMar>
              <w:top w:w="55" w:type="dxa"/>
              <w:left w:w="55" w:type="dxa"/>
              <w:bottom w:w="55" w:type="dxa"/>
              <w:right w:w="55" w:type="dxa"/>
            </w:tcMar>
          </w:tcPr>
          <w:p w14:paraId="413CE65D" w14:textId="77777777" w:rsidR="003D6426" w:rsidRDefault="00000000">
            <w:pPr>
              <w:spacing w:after="0" w:line="240" w:lineRule="auto"/>
              <w:rPr>
                <w:rFonts w:hint="eastAsia"/>
              </w:rPr>
            </w:pPr>
            <w:r>
              <w:rPr>
                <w:sz w:val="14"/>
              </w:rPr>
              <w:t>UNI 11958:2024</w:t>
            </w:r>
          </w:p>
        </w:tc>
        <w:tc>
          <w:tcPr>
            <w:tcW w:w="5455" w:type="dxa"/>
            <w:tcMar>
              <w:top w:w="55" w:type="dxa"/>
              <w:left w:w="55" w:type="dxa"/>
              <w:bottom w:w="55" w:type="dxa"/>
              <w:right w:w="55" w:type="dxa"/>
            </w:tcMar>
          </w:tcPr>
          <w:p w14:paraId="585E47F7" w14:textId="77777777" w:rsidR="003D6426" w:rsidRDefault="00000000">
            <w:pPr>
              <w:spacing w:after="0" w:line="240" w:lineRule="auto"/>
              <w:rPr>
                <w:rFonts w:hint="eastAsia"/>
              </w:rPr>
            </w:pPr>
            <w:r>
              <w:rPr>
                <w:sz w:val="14"/>
              </w:rPr>
              <w:t>Criteri per classificazione, censimento, identificazione dei pericoli, valutazione dei rischi, procedure operative, emergenza, attrezzature, DPI/DPC e ruoli.</w:t>
            </w:r>
          </w:p>
        </w:tc>
      </w:tr>
      <w:tr w:rsidR="003D6426" w14:paraId="084FF4B0" w14:textId="77777777">
        <w:trPr>
          <w:jc w:val="center"/>
        </w:trPr>
        <w:tc>
          <w:tcPr>
            <w:tcW w:w="1636" w:type="dxa"/>
            <w:tcMar>
              <w:top w:w="55" w:type="dxa"/>
              <w:left w:w="55" w:type="dxa"/>
              <w:bottom w:w="55" w:type="dxa"/>
              <w:right w:w="55" w:type="dxa"/>
            </w:tcMar>
          </w:tcPr>
          <w:p w14:paraId="577C0659" w14:textId="77777777" w:rsidR="003D6426" w:rsidRDefault="00000000">
            <w:pPr>
              <w:spacing w:after="0" w:line="240" w:lineRule="auto"/>
              <w:rPr>
                <w:rFonts w:hint="eastAsia"/>
              </w:rPr>
            </w:pPr>
            <w:r>
              <w:rPr>
                <w:sz w:val="14"/>
              </w:rPr>
              <w:t>Norme segnaletica</w:t>
            </w:r>
          </w:p>
        </w:tc>
        <w:tc>
          <w:tcPr>
            <w:tcW w:w="3000" w:type="dxa"/>
            <w:tcMar>
              <w:top w:w="55" w:type="dxa"/>
              <w:left w:w="55" w:type="dxa"/>
              <w:bottom w:w="55" w:type="dxa"/>
              <w:right w:w="55" w:type="dxa"/>
            </w:tcMar>
          </w:tcPr>
          <w:p w14:paraId="4C0C7759" w14:textId="77777777" w:rsidR="003D6426" w:rsidRDefault="00000000">
            <w:pPr>
              <w:spacing w:after="0" w:line="240" w:lineRule="auto"/>
              <w:rPr>
                <w:rFonts w:hint="eastAsia"/>
              </w:rPr>
            </w:pPr>
            <w:r>
              <w:rPr>
                <w:sz w:val="14"/>
              </w:rPr>
              <w:t>UNI 7543-1, UNI 7545-32, UNI EN ISO 7010</w:t>
            </w:r>
          </w:p>
        </w:tc>
        <w:tc>
          <w:tcPr>
            <w:tcW w:w="5455" w:type="dxa"/>
            <w:tcMar>
              <w:top w:w="55" w:type="dxa"/>
              <w:left w:w="55" w:type="dxa"/>
              <w:bottom w:w="55" w:type="dxa"/>
              <w:right w:w="55" w:type="dxa"/>
            </w:tcMar>
          </w:tcPr>
          <w:p w14:paraId="154B6435" w14:textId="77777777" w:rsidR="003D6426" w:rsidRDefault="00000000">
            <w:pPr>
              <w:spacing w:after="0" w:line="240" w:lineRule="auto"/>
              <w:rPr>
                <w:rFonts w:hint="eastAsia"/>
              </w:rPr>
            </w:pPr>
            <w:r>
              <w:rPr>
                <w:sz w:val="14"/>
              </w:rPr>
              <w:t>Criteri per colori, segnali di sicurezza e indicazione del pericolo in prossimità degli accessi agli ambienti censiti.</w:t>
            </w:r>
          </w:p>
        </w:tc>
      </w:tr>
      <w:tr w:rsidR="003D6426" w14:paraId="2DA70E50" w14:textId="77777777">
        <w:trPr>
          <w:jc w:val="center"/>
        </w:trPr>
        <w:tc>
          <w:tcPr>
            <w:tcW w:w="1636" w:type="dxa"/>
            <w:tcMar>
              <w:top w:w="55" w:type="dxa"/>
              <w:left w:w="55" w:type="dxa"/>
              <w:bottom w:w="55" w:type="dxa"/>
              <w:right w:w="55" w:type="dxa"/>
            </w:tcMar>
          </w:tcPr>
          <w:p w14:paraId="7E6AB696" w14:textId="77777777" w:rsidR="003D6426" w:rsidRDefault="00000000">
            <w:pPr>
              <w:spacing w:after="0" w:line="240" w:lineRule="auto"/>
              <w:rPr>
                <w:rFonts w:hint="eastAsia"/>
              </w:rPr>
            </w:pPr>
            <w:r>
              <w:rPr>
                <w:sz w:val="14"/>
              </w:rPr>
              <w:t>Protezione respiratoria</w:t>
            </w:r>
          </w:p>
        </w:tc>
        <w:tc>
          <w:tcPr>
            <w:tcW w:w="3000" w:type="dxa"/>
            <w:tcMar>
              <w:top w:w="55" w:type="dxa"/>
              <w:left w:w="55" w:type="dxa"/>
              <w:bottom w:w="55" w:type="dxa"/>
              <w:right w:w="55" w:type="dxa"/>
            </w:tcMar>
          </w:tcPr>
          <w:p w14:paraId="5EEB909A" w14:textId="77777777" w:rsidR="003D6426" w:rsidRDefault="00000000">
            <w:pPr>
              <w:spacing w:after="0" w:line="240" w:lineRule="auto"/>
              <w:rPr>
                <w:rFonts w:hint="eastAsia"/>
              </w:rPr>
            </w:pPr>
            <w:r>
              <w:rPr>
                <w:sz w:val="14"/>
              </w:rPr>
              <w:t>UNI 11719 e UNI EN 529 ove applicabile</w:t>
            </w:r>
          </w:p>
        </w:tc>
        <w:tc>
          <w:tcPr>
            <w:tcW w:w="5455" w:type="dxa"/>
            <w:tcMar>
              <w:top w:w="55" w:type="dxa"/>
              <w:left w:w="55" w:type="dxa"/>
              <w:bottom w:w="55" w:type="dxa"/>
              <w:right w:w="55" w:type="dxa"/>
            </w:tcMar>
          </w:tcPr>
          <w:p w14:paraId="0E174462" w14:textId="77777777" w:rsidR="003D6426" w:rsidRDefault="00000000">
            <w:pPr>
              <w:spacing w:after="0" w:line="240" w:lineRule="auto"/>
              <w:rPr>
                <w:rFonts w:hint="eastAsia"/>
              </w:rPr>
            </w:pPr>
            <w:r>
              <w:rPr>
                <w:sz w:val="14"/>
              </w:rPr>
              <w:t>Criteri aziendali per scelta, uso, manutenzione e gestione del programma di protezione delle vie respiratorie.</w:t>
            </w:r>
          </w:p>
        </w:tc>
      </w:tr>
      <w:tr w:rsidR="003D6426" w14:paraId="6504C3DA" w14:textId="77777777">
        <w:trPr>
          <w:jc w:val="center"/>
        </w:trPr>
        <w:tc>
          <w:tcPr>
            <w:tcW w:w="1636" w:type="dxa"/>
            <w:tcMar>
              <w:top w:w="55" w:type="dxa"/>
              <w:left w:w="55" w:type="dxa"/>
              <w:bottom w:w="55" w:type="dxa"/>
              <w:right w:w="55" w:type="dxa"/>
            </w:tcMar>
          </w:tcPr>
          <w:p w14:paraId="7CDCDB11" w14:textId="77777777" w:rsidR="003D6426" w:rsidRDefault="00000000">
            <w:pPr>
              <w:spacing w:after="0" w:line="240" w:lineRule="auto"/>
              <w:rPr>
                <w:rFonts w:hint="eastAsia"/>
              </w:rPr>
            </w:pPr>
            <w:r>
              <w:rPr>
                <w:sz w:val="14"/>
              </w:rPr>
              <w:t>Permessi di lavoro</w:t>
            </w:r>
          </w:p>
        </w:tc>
        <w:tc>
          <w:tcPr>
            <w:tcW w:w="3000" w:type="dxa"/>
            <w:tcMar>
              <w:top w:w="55" w:type="dxa"/>
              <w:left w:w="55" w:type="dxa"/>
              <w:bottom w:w="55" w:type="dxa"/>
              <w:right w:w="55" w:type="dxa"/>
            </w:tcMar>
          </w:tcPr>
          <w:p w14:paraId="3FCD0A5F" w14:textId="77777777" w:rsidR="003D6426" w:rsidRDefault="00000000">
            <w:pPr>
              <w:spacing w:after="0" w:line="240" w:lineRule="auto"/>
              <w:rPr>
                <w:rFonts w:hint="eastAsia"/>
              </w:rPr>
            </w:pPr>
            <w:r>
              <w:rPr>
                <w:sz w:val="14"/>
              </w:rPr>
              <w:t>UNI 10449 ove applicabile</w:t>
            </w:r>
          </w:p>
        </w:tc>
        <w:tc>
          <w:tcPr>
            <w:tcW w:w="5455" w:type="dxa"/>
            <w:tcMar>
              <w:top w:w="55" w:type="dxa"/>
              <w:left w:w="55" w:type="dxa"/>
              <w:bottom w:w="55" w:type="dxa"/>
              <w:right w:w="55" w:type="dxa"/>
            </w:tcMar>
          </w:tcPr>
          <w:p w14:paraId="3813A745" w14:textId="77777777" w:rsidR="003D6426" w:rsidRDefault="00000000">
            <w:pPr>
              <w:spacing w:after="0" w:line="240" w:lineRule="auto"/>
              <w:rPr>
                <w:rFonts w:hint="eastAsia"/>
              </w:rPr>
            </w:pPr>
            <w:r>
              <w:rPr>
                <w:sz w:val="14"/>
              </w:rPr>
              <w:t>Riferimento gestionale per la formulazione e gestione dei permessi di lavoro in attività manutentive e speciali.</w:t>
            </w:r>
          </w:p>
        </w:tc>
      </w:tr>
      <w:tr w:rsidR="003D6426" w14:paraId="6F1838A8" w14:textId="77777777">
        <w:trPr>
          <w:jc w:val="center"/>
        </w:trPr>
        <w:tc>
          <w:tcPr>
            <w:tcW w:w="1636" w:type="dxa"/>
            <w:tcMar>
              <w:top w:w="55" w:type="dxa"/>
              <w:left w:w="55" w:type="dxa"/>
              <w:bottom w:w="55" w:type="dxa"/>
              <w:right w:w="55" w:type="dxa"/>
            </w:tcMar>
          </w:tcPr>
          <w:p w14:paraId="02DA6E79" w14:textId="77777777" w:rsidR="003D6426" w:rsidRDefault="00000000">
            <w:pPr>
              <w:spacing w:after="0" w:line="240" w:lineRule="auto"/>
              <w:rPr>
                <w:rFonts w:hint="eastAsia"/>
              </w:rPr>
            </w:pPr>
            <w:r>
              <w:rPr>
                <w:sz w:val="14"/>
              </w:rPr>
              <w:t>Impianti elettrici</w:t>
            </w:r>
          </w:p>
        </w:tc>
        <w:tc>
          <w:tcPr>
            <w:tcW w:w="3000" w:type="dxa"/>
            <w:tcMar>
              <w:top w:w="55" w:type="dxa"/>
              <w:left w:w="55" w:type="dxa"/>
              <w:bottom w:w="55" w:type="dxa"/>
              <w:right w:w="55" w:type="dxa"/>
            </w:tcMar>
          </w:tcPr>
          <w:p w14:paraId="10CCB721" w14:textId="77777777" w:rsidR="003D6426" w:rsidRDefault="00000000">
            <w:pPr>
              <w:spacing w:after="0" w:line="240" w:lineRule="auto"/>
              <w:rPr>
                <w:rFonts w:hint="eastAsia"/>
              </w:rPr>
            </w:pPr>
            <w:r>
              <w:rPr>
                <w:sz w:val="14"/>
              </w:rPr>
              <w:t>CEI 64-8/7 - Sezione 706 ove applicabile</w:t>
            </w:r>
          </w:p>
        </w:tc>
        <w:tc>
          <w:tcPr>
            <w:tcW w:w="5455" w:type="dxa"/>
            <w:tcMar>
              <w:top w:w="55" w:type="dxa"/>
              <w:left w:w="55" w:type="dxa"/>
              <w:bottom w:w="55" w:type="dxa"/>
              <w:right w:w="55" w:type="dxa"/>
            </w:tcMar>
          </w:tcPr>
          <w:p w14:paraId="189A360C" w14:textId="77777777" w:rsidR="003D6426" w:rsidRDefault="00000000">
            <w:pPr>
              <w:spacing w:after="0" w:line="240" w:lineRule="auto"/>
              <w:rPr>
                <w:rFonts w:hint="eastAsia"/>
              </w:rPr>
            </w:pPr>
            <w:r>
              <w:rPr>
                <w:sz w:val="14"/>
              </w:rPr>
              <w:t>Criteri per luoghi conduttori ristretti e compatibilità delle attrezzature elettriche.</w:t>
            </w:r>
          </w:p>
        </w:tc>
      </w:tr>
      <w:tr w:rsidR="003D6426" w14:paraId="01B2F283" w14:textId="77777777">
        <w:trPr>
          <w:jc w:val="center"/>
        </w:trPr>
        <w:tc>
          <w:tcPr>
            <w:tcW w:w="1636" w:type="dxa"/>
            <w:tcMar>
              <w:top w:w="55" w:type="dxa"/>
              <w:left w:w="55" w:type="dxa"/>
              <w:bottom w:w="55" w:type="dxa"/>
              <w:right w:w="55" w:type="dxa"/>
            </w:tcMar>
          </w:tcPr>
          <w:p w14:paraId="0F427E1E" w14:textId="77777777" w:rsidR="003D6426" w:rsidRDefault="00000000">
            <w:pPr>
              <w:spacing w:after="0" w:line="240" w:lineRule="auto"/>
              <w:rPr>
                <w:rFonts w:hint="eastAsia"/>
              </w:rPr>
            </w:pPr>
            <w:r>
              <w:rPr>
                <w:sz w:val="14"/>
              </w:rPr>
              <w:t>ATEX</w:t>
            </w:r>
          </w:p>
        </w:tc>
        <w:tc>
          <w:tcPr>
            <w:tcW w:w="3000" w:type="dxa"/>
            <w:tcMar>
              <w:top w:w="55" w:type="dxa"/>
              <w:left w:w="55" w:type="dxa"/>
              <w:bottom w:w="55" w:type="dxa"/>
              <w:right w:w="55" w:type="dxa"/>
            </w:tcMar>
          </w:tcPr>
          <w:p w14:paraId="04ED0CC2" w14:textId="77777777" w:rsidR="003D6426" w:rsidRDefault="00000000">
            <w:pPr>
              <w:spacing w:after="0" w:line="240" w:lineRule="auto"/>
              <w:rPr>
                <w:rFonts w:hint="eastAsia"/>
              </w:rPr>
            </w:pPr>
            <w:r>
              <w:rPr>
                <w:sz w:val="14"/>
              </w:rPr>
              <w:t>Direttiva 2014/34/UE, D.Lgs. 81/2008 Titolo XI e norme tecniche specifiche ove applicabili</w:t>
            </w:r>
          </w:p>
        </w:tc>
        <w:tc>
          <w:tcPr>
            <w:tcW w:w="5455" w:type="dxa"/>
            <w:tcMar>
              <w:top w:w="55" w:type="dxa"/>
              <w:left w:w="55" w:type="dxa"/>
              <w:bottom w:w="55" w:type="dxa"/>
              <w:right w:w="55" w:type="dxa"/>
            </w:tcMar>
          </w:tcPr>
          <w:p w14:paraId="150F2960" w14:textId="77777777" w:rsidR="003D6426" w:rsidRDefault="00000000">
            <w:pPr>
              <w:spacing w:after="0" w:line="240" w:lineRule="auto"/>
              <w:rPr>
                <w:rFonts w:hint="eastAsia"/>
              </w:rPr>
            </w:pPr>
            <w:r>
              <w:rPr>
                <w:sz w:val="14"/>
              </w:rPr>
              <w:t>Prevenzione e protezione in caso di atmosfere potenzialmente esplosive, scelta attrezzature e sorgenti di innesco.</w:t>
            </w:r>
          </w:p>
        </w:tc>
      </w:tr>
      <w:tr w:rsidR="003D6426" w14:paraId="0423EBEF" w14:textId="77777777">
        <w:trPr>
          <w:jc w:val="center"/>
        </w:trPr>
        <w:tc>
          <w:tcPr>
            <w:tcW w:w="1636" w:type="dxa"/>
            <w:tcMar>
              <w:top w:w="55" w:type="dxa"/>
              <w:left w:w="55" w:type="dxa"/>
              <w:bottom w:w="55" w:type="dxa"/>
              <w:right w:w="55" w:type="dxa"/>
            </w:tcMar>
          </w:tcPr>
          <w:p w14:paraId="490E4CA1" w14:textId="77777777" w:rsidR="003D6426" w:rsidRDefault="00000000">
            <w:pPr>
              <w:spacing w:after="0" w:line="240" w:lineRule="auto"/>
              <w:rPr>
                <w:rFonts w:hint="eastAsia"/>
              </w:rPr>
            </w:pPr>
            <w:r>
              <w:rPr>
                <w:sz w:val="14"/>
              </w:rPr>
              <w:t>Documenti aziendali</w:t>
            </w:r>
          </w:p>
        </w:tc>
        <w:tc>
          <w:tcPr>
            <w:tcW w:w="3000" w:type="dxa"/>
            <w:tcMar>
              <w:top w:w="55" w:type="dxa"/>
              <w:left w:w="55" w:type="dxa"/>
              <w:bottom w:w="55" w:type="dxa"/>
              <w:right w:w="55" w:type="dxa"/>
            </w:tcMar>
          </w:tcPr>
          <w:p w14:paraId="449E8971" w14:textId="77777777" w:rsidR="003D6426" w:rsidRDefault="00000000">
            <w:pPr>
              <w:spacing w:after="0" w:line="240" w:lineRule="auto"/>
              <w:rPr>
                <w:rFonts w:hint="eastAsia"/>
              </w:rPr>
            </w:pPr>
            <w:r>
              <w:rPr>
                <w:sz w:val="14"/>
              </w:rPr>
              <w:t>DVR, DUVRI, PSC/POS, procedure emergenza, schede SDS, registro DPI/APVR, registro manutenzioni</w:t>
            </w:r>
          </w:p>
        </w:tc>
        <w:tc>
          <w:tcPr>
            <w:tcW w:w="5455" w:type="dxa"/>
            <w:tcMar>
              <w:top w:w="55" w:type="dxa"/>
              <w:left w:w="55" w:type="dxa"/>
              <w:bottom w:w="55" w:type="dxa"/>
              <w:right w:w="55" w:type="dxa"/>
            </w:tcMar>
          </w:tcPr>
          <w:p w14:paraId="110B9370" w14:textId="77777777" w:rsidR="003D6426" w:rsidRDefault="00000000">
            <w:pPr>
              <w:spacing w:after="0" w:line="240" w:lineRule="auto"/>
              <w:rPr>
                <w:rFonts w:hint="eastAsia"/>
              </w:rPr>
            </w:pPr>
            <w:r>
              <w:rPr>
                <w:sz w:val="14"/>
              </w:rPr>
              <w:t>Integrazione operativa della presente procedura nei processi aziendali e negli appalti.</w:t>
            </w:r>
          </w:p>
        </w:tc>
      </w:tr>
    </w:tbl>
    <w:p w14:paraId="711EE4CC" w14:textId="77777777" w:rsidR="003D6426" w:rsidRDefault="00000000">
      <w:pPr>
        <w:pStyle w:val="Titolo1"/>
      </w:pPr>
      <w:r>
        <w:t>4. Definizioni, abbreviazioni e concetti chiave</w:t>
      </w:r>
    </w:p>
    <w:p w14:paraId="493C500F" w14:textId="77777777" w:rsidR="003D6426" w:rsidRDefault="00000000">
      <w:pPr>
        <w:spacing w:after="100"/>
        <w:rPr>
          <w:rFonts w:hint="eastAsia"/>
        </w:rPr>
      </w:pPr>
      <w:r>
        <w:t>Le definizioni operative riportate di seguito sono utilizzate per garantire uniformità di linguaggio e ridurre le ambiguità nelle fasi di pianificazione, autorizzazione, esecuzione e soccorso.</w:t>
      </w:r>
    </w:p>
    <w:p w14:paraId="29D8234C" w14:textId="77777777" w:rsidR="003D6426" w:rsidRDefault="00000000">
      <w:pPr>
        <w:pStyle w:val="TableTitle"/>
        <w:rPr>
          <w:rFonts w:hint="eastAsia"/>
        </w:rPr>
      </w:pPr>
      <w:r>
        <w:t>Glossario operativo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82"/>
        <w:gridCol w:w="7720"/>
      </w:tblGrid>
      <w:tr w:rsidR="003D6426" w14:paraId="7FCCC9D2" w14:textId="77777777">
        <w:trPr>
          <w:tblHeader/>
          <w:jc w:val="center"/>
        </w:trPr>
        <w:tc>
          <w:tcPr>
            <w:tcW w:w="2455" w:type="dxa"/>
            <w:shd w:val="clear" w:color="auto" w:fill="D9EAF7"/>
            <w:tcMar>
              <w:top w:w="55" w:type="dxa"/>
              <w:left w:w="55" w:type="dxa"/>
              <w:bottom w:w="55" w:type="dxa"/>
              <w:right w:w="55" w:type="dxa"/>
            </w:tcMar>
            <w:vAlign w:val="center"/>
          </w:tcPr>
          <w:p w14:paraId="63CED7E6" w14:textId="77777777" w:rsidR="003D6426" w:rsidRDefault="00000000">
            <w:pPr>
              <w:spacing w:after="0" w:line="240" w:lineRule="auto"/>
              <w:jc w:val="center"/>
              <w:rPr>
                <w:rFonts w:hint="eastAsia"/>
              </w:rPr>
            </w:pPr>
            <w:r>
              <w:rPr>
                <w:b/>
                <w:sz w:val="15"/>
              </w:rPr>
              <w:t>Termine</w:t>
            </w:r>
          </w:p>
        </w:tc>
        <w:tc>
          <w:tcPr>
            <w:tcW w:w="7638" w:type="dxa"/>
            <w:shd w:val="clear" w:color="auto" w:fill="D9EAF7"/>
            <w:tcMar>
              <w:top w:w="55" w:type="dxa"/>
              <w:left w:w="55" w:type="dxa"/>
              <w:bottom w:w="55" w:type="dxa"/>
              <w:right w:w="55" w:type="dxa"/>
            </w:tcMar>
            <w:vAlign w:val="center"/>
          </w:tcPr>
          <w:p w14:paraId="113D82BA" w14:textId="77777777" w:rsidR="003D6426" w:rsidRDefault="00000000">
            <w:pPr>
              <w:spacing w:after="0" w:line="240" w:lineRule="auto"/>
              <w:jc w:val="center"/>
              <w:rPr>
                <w:rFonts w:hint="eastAsia"/>
              </w:rPr>
            </w:pPr>
            <w:r>
              <w:rPr>
                <w:b/>
                <w:sz w:val="15"/>
              </w:rPr>
              <w:t>Definizione operativa aziendale</w:t>
            </w:r>
          </w:p>
        </w:tc>
      </w:tr>
      <w:tr w:rsidR="003D6426" w14:paraId="5874040F" w14:textId="77777777">
        <w:trPr>
          <w:jc w:val="center"/>
        </w:trPr>
        <w:tc>
          <w:tcPr>
            <w:tcW w:w="2455" w:type="dxa"/>
            <w:tcMar>
              <w:top w:w="55" w:type="dxa"/>
              <w:left w:w="55" w:type="dxa"/>
              <w:bottom w:w="55" w:type="dxa"/>
              <w:right w:w="55" w:type="dxa"/>
            </w:tcMar>
          </w:tcPr>
          <w:p w14:paraId="6E677C97" w14:textId="77777777" w:rsidR="003D6426" w:rsidRDefault="00000000">
            <w:pPr>
              <w:spacing w:after="0" w:line="240" w:lineRule="auto"/>
              <w:rPr>
                <w:rFonts w:hint="eastAsia"/>
              </w:rPr>
            </w:pPr>
            <w:r>
              <w:rPr>
                <w:sz w:val="14"/>
              </w:rPr>
              <w:t>Ambiente confinato e/o sospetto di inquinamento</w:t>
            </w:r>
          </w:p>
        </w:tc>
        <w:tc>
          <w:tcPr>
            <w:tcW w:w="7638" w:type="dxa"/>
            <w:tcMar>
              <w:top w:w="55" w:type="dxa"/>
              <w:left w:w="55" w:type="dxa"/>
              <w:bottom w:w="55" w:type="dxa"/>
              <w:right w:w="55" w:type="dxa"/>
            </w:tcMar>
          </w:tcPr>
          <w:p w14:paraId="13239E13" w14:textId="77777777" w:rsidR="003D6426" w:rsidRDefault="00000000">
            <w:pPr>
              <w:spacing w:after="0" w:line="240" w:lineRule="auto"/>
              <w:rPr>
                <w:rFonts w:hint="eastAsia"/>
              </w:rPr>
            </w:pPr>
            <w:r>
              <w:rPr>
                <w:sz w:val="14"/>
              </w:rPr>
              <w:t>Spazio circoscritto, non destinato alla presenza continuativa di lavoratori, nel quale l'ingresso è possibile per eseguire un'attività ma le vie di accesso/uscita sono limitate o difficoltose, la ventilazione può essere sfavorevole e non è possibile escludere condizioni pericolose per salute e sicurezza.</w:t>
            </w:r>
          </w:p>
        </w:tc>
      </w:tr>
      <w:tr w:rsidR="003D6426" w14:paraId="0219AF6D" w14:textId="77777777">
        <w:trPr>
          <w:jc w:val="center"/>
        </w:trPr>
        <w:tc>
          <w:tcPr>
            <w:tcW w:w="2455" w:type="dxa"/>
            <w:tcMar>
              <w:top w:w="55" w:type="dxa"/>
              <w:left w:w="55" w:type="dxa"/>
              <w:bottom w:w="55" w:type="dxa"/>
              <w:right w:w="55" w:type="dxa"/>
            </w:tcMar>
          </w:tcPr>
          <w:p w14:paraId="75CCA663" w14:textId="77777777" w:rsidR="003D6426" w:rsidRDefault="00000000">
            <w:pPr>
              <w:spacing w:after="0" w:line="240" w:lineRule="auto"/>
              <w:rPr>
                <w:rFonts w:hint="eastAsia"/>
              </w:rPr>
            </w:pPr>
            <w:r>
              <w:rPr>
                <w:sz w:val="14"/>
              </w:rPr>
              <w:t>Ambiente assimilabile</w:t>
            </w:r>
          </w:p>
        </w:tc>
        <w:tc>
          <w:tcPr>
            <w:tcW w:w="7638" w:type="dxa"/>
            <w:tcMar>
              <w:top w:w="55" w:type="dxa"/>
              <w:left w:w="55" w:type="dxa"/>
              <w:bottom w:w="55" w:type="dxa"/>
              <w:right w:w="55" w:type="dxa"/>
            </w:tcMar>
          </w:tcPr>
          <w:p w14:paraId="4718163B" w14:textId="77777777" w:rsidR="003D6426" w:rsidRDefault="00000000">
            <w:pPr>
              <w:spacing w:after="0" w:line="240" w:lineRule="auto"/>
              <w:rPr>
                <w:rFonts w:hint="eastAsia"/>
              </w:rPr>
            </w:pPr>
            <w:r>
              <w:rPr>
                <w:sz w:val="14"/>
              </w:rPr>
              <w:t>Ambiente non espressamente ricompreso nella classificazione legislativa specifica, ma che presenta caratteristiche strutturali o pericoli analoghi e deve quindi essere gestito con criteri equivalenti.</w:t>
            </w:r>
          </w:p>
        </w:tc>
      </w:tr>
      <w:tr w:rsidR="003D6426" w14:paraId="36E70F60" w14:textId="77777777">
        <w:trPr>
          <w:jc w:val="center"/>
        </w:trPr>
        <w:tc>
          <w:tcPr>
            <w:tcW w:w="2455" w:type="dxa"/>
            <w:tcMar>
              <w:top w:w="55" w:type="dxa"/>
              <w:left w:w="55" w:type="dxa"/>
              <w:bottom w:w="55" w:type="dxa"/>
              <w:right w:w="55" w:type="dxa"/>
            </w:tcMar>
          </w:tcPr>
          <w:p w14:paraId="2E6BA1D8" w14:textId="77777777" w:rsidR="003D6426" w:rsidRDefault="00000000">
            <w:pPr>
              <w:spacing w:after="0" w:line="240" w:lineRule="auto"/>
              <w:rPr>
                <w:rFonts w:hint="eastAsia"/>
              </w:rPr>
            </w:pPr>
            <w:r>
              <w:rPr>
                <w:sz w:val="14"/>
              </w:rPr>
              <w:t>Ingresso</w:t>
            </w:r>
          </w:p>
        </w:tc>
        <w:tc>
          <w:tcPr>
            <w:tcW w:w="7638" w:type="dxa"/>
            <w:tcMar>
              <w:top w:w="55" w:type="dxa"/>
              <w:left w:w="55" w:type="dxa"/>
              <w:bottom w:w="55" w:type="dxa"/>
              <w:right w:w="55" w:type="dxa"/>
            </w:tcMar>
          </w:tcPr>
          <w:p w14:paraId="722CAC9E" w14:textId="77777777" w:rsidR="003D6426" w:rsidRDefault="00000000">
            <w:pPr>
              <w:spacing w:after="0" w:line="240" w:lineRule="auto"/>
              <w:rPr>
                <w:rFonts w:hint="eastAsia"/>
              </w:rPr>
            </w:pPr>
            <w:r>
              <w:rPr>
                <w:sz w:val="14"/>
              </w:rPr>
              <w:t>Accesso totale o parziale del corpo del lavoratore nello spazio circoscritto. Anche l'inserimento del busto o della testa può costituire ingresso ai fini della presente procedura.</w:t>
            </w:r>
          </w:p>
        </w:tc>
      </w:tr>
      <w:tr w:rsidR="003D6426" w14:paraId="6F101E87" w14:textId="77777777">
        <w:trPr>
          <w:jc w:val="center"/>
        </w:trPr>
        <w:tc>
          <w:tcPr>
            <w:tcW w:w="2455" w:type="dxa"/>
            <w:tcMar>
              <w:top w:w="55" w:type="dxa"/>
              <w:left w:w="55" w:type="dxa"/>
              <w:bottom w:w="55" w:type="dxa"/>
              <w:right w:w="55" w:type="dxa"/>
            </w:tcMar>
          </w:tcPr>
          <w:p w14:paraId="5945B7F4" w14:textId="77777777" w:rsidR="003D6426" w:rsidRDefault="00000000">
            <w:pPr>
              <w:spacing w:after="0" w:line="240" w:lineRule="auto"/>
              <w:rPr>
                <w:rFonts w:hint="eastAsia"/>
              </w:rPr>
            </w:pPr>
            <w:r>
              <w:rPr>
                <w:sz w:val="14"/>
              </w:rPr>
              <w:t>Lavoratore entrante</w:t>
            </w:r>
          </w:p>
        </w:tc>
        <w:tc>
          <w:tcPr>
            <w:tcW w:w="7638" w:type="dxa"/>
            <w:tcMar>
              <w:top w:w="55" w:type="dxa"/>
              <w:left w:w="55" w:type="dxa"/>
              <w:bottom w:w="55" w:type="dxa"/>
              <w:right w:w="55" w:type="dxa"/>
            </w:tcMar>
          </w:tcPr>
          <w:p w14:paraId="62AF02ED" w14:textId="77777777" w:rsidR="003D6426" w:rsidRDefault="00000000">
            <w:pPr>
              <w:spacing w:after="0" w:line="240" w:lineRule="auto"/>
              <w:rPr>
                <w:rFonts w:hint="eastAsia"/>
              </w:rPr>
            </w:pPr>
            <w:r>
              <w:rPr>
                <w:sz w:val="14"/>
              </w:rPr>
              <w:t>Lavoratore autorizzato a operare all'interno dell'ambiente, formato, addestrato, idoneo e dotato dei dispositivi previsti.</w:t>
            </w:r>
          </w:p>
        </w:tc>
      </w:tr>
      <w:tr w:rsidR="003D6426" w14:paraId="314284E0" w14:textId="77777777">
        <w:trPr>
          <w:jc w:val="center"/>
        </w:trPr>
        <w:tc>
          <w:tcPr>
            <w:tcW w:w="2455" w:type="dxa"/>
            <w:tcMar>
              <w:top w:w="55" w:type="dxa"/>
              <w:left w:w="55" w:type="dxa"/>
              <w:bottom w:w="55" w:type="dxa"/>
              <w:right w:w="55" w:type="dxa"/>
            </w:tcMar>
          </w:tcPr>
          <w:p w14:paraId="5870187A" w14:textId="77777777" w:rsidR="003D6426" w:rsidRDefault="00000000">
            <w:pPr>
              <w:spacing w:after="0" w:line="240" w:lineRule="auto"/>
              <w:rPr>
                <w:rFonts w:hint="eastAsia"/>
              </w:rPr>
            </w:pPr>
            <w:r>
              <w:rPr>
                <w:sz w:val="14"/>
              </w:rPr>
              <w:t>Lavoratore attendente</w:t>
            </w:r>
          </w:p>
        </w:tc>
        <w:tc>
          <w:tcPr>
            <w:tcW w:w="7638" w:type="dxa"/>
            <w:tcMar>
              <w:top w:w="55" w:type="dxa"/>
              <w:left w:w="55" w:type="dxa"/>
              <w:bottom w:w="55" w:type="dxa"/>
              <w:right w:w="55" w:type="dxa"/>
            </w:tcMar>
          </w:tcPr>
          <w:p w14:paraId="5F67EED7" w14:textId="77777777" w:rsidR="003D6426" w:rsidRDefault="00000000">
            <w:pPr>
              <w:spacing w:after="0" w:line="240" w:lineRule="auto"/>
              <w:rPr>
                <w:rFonts w:hint="eastAsia"/>
              </w:rPr>
            </w:pPr>
            <w:r>
              <w:rPr>
                <w:sz w:val="14"/>
              </w:rPr>
              <w:t>Lavoratore incaricato di restare all'esterno, sorvegliare l'attività, mantenere la comunicazione, impedire accessi non autorizzati, ordinare l'evacuazione e attivare l'emergenza.</w:t>
            </w:r>
          </w:p>
        </w:tc>
      </w:tr>
      <w:tr w:rsidR="003D6426" w14:paraId="23EC1B04" w14:textId="77777777">
        <w:trPr>
          <w:jc w:val="center"/>
        </w:trPr>
        <w:tc>
          <w:tcPr>
            <w:tcW w:w="2455" w:type="dxa"/>
            <w:tcMar>
              <w:top w:w="55" w:type="dxa"/>
              <w:left w:w="55" w:type="dxa"/>
              <w:bottom w:w="55" w:type="dxa"/>
              <w:right w:w="55" w:type="dxa"/>
            </w:tcMar>
          </w:tcPr>
          <w:p w14:paraId="5FF045E3" w14:textId="77777777" w:rsidR="003D6426" w:rsidRDefault="00000000">
            <w:pPr>
              <w:spacing w:after="0" w:line="240" w:lineRule="auto"/>
              <w:rPr>
                <w:rFonts w:hint="eastAsia"/>
              </w:rPr>
            </w:pPr>
            <w:r>
              <w:rPr>
                <w:sz w:val="14"/>
              </w:rPr>
              <w:t>Preposto</w:t>
            </w:r>
          </w:p>
        </w:tc>
        <w:tc>
          <w:tcPr>
            <w:tcW w:w="7638" w:type="dxa"/>
            <w:tcMar>
              <w:top w:w="55" w:type="dxa"/>
              <w:left w:w="55" w:type="dxa"/>
              <w:bottom w:w="55" w:type="dxa"/>
              <w:right w:w="55" w:type="dxa"/>
            </w:tcMar>
          </w:tcPr>
          <w:p w14:paraId="1FB5FE5E" w14:textId="77777777" w:rsidR="003D6426" w:rsidRDefault="00000000">
            <w:pPr>
              <w:spacing w:after="0" w:line="240" w:lineRule="auto"/>
              <w:rPr>
                <w:rFonts w:hint="eastAsia"/>
              </w:rPr>
            </w:pPr>
            <w:r>
              <w:rPr>
                <w:sz w:val="14"/>
              </w:rPr>
              <w:t>Figura che sovrintende le attività, verifica l'applicazione della procedura, controlla le condizioni operative, autorizza l'avvio se previsto e dispone sospensione, evacuazione o emergenza.</w:t>
            </w:r>
          </w:p>
        </w:tc>
      </w:tr>
      <w:tr w:rsidR="003D6426" w14:paraId="4C2E288C" w14:textId="77777777">
        <w:trPr>
          <w:jc w:val="center"/>
        </w:trPr>
        <w:tc>
          <w:tcPr>
            <w:tcW w:w="2455" w:type="dxa"/>
            <w:tcMar>
              <w:top w:w="55" w:type="dxa"/>
              <w:left w:w="55" w:type="dxa"/>
              <w:bottom w:w="55" w:type="dxa"/>
              <w:right w:w="55" w:type="dxa"/>
            </w:tcMar>
          </w:tcPr>
          <w:p w14:paraId="33D52B24" w14:textId="77777777" w:rsidR="003D6426" w:rsidRDefault="00000000">
            <w:pPr>
              <w:spacing w:after="0" w:line="240" w:lineRule="auto"/>
              <w:rPr>
                <w:rFonts w:hint="eastAsia"/>
              </w:rPr>
            </w:pPr>
            <w:r>
              <w:rPr>
                <w:sz w:val="14"/>
              </w:rPr>
              <w:t>Squadra di salvataggio</w:t>
            </w:r>
          </w:p>
        </w:tc>
        <w:tc>
          <w:tcPr>
            <w:tcW w:w="7638" w:type="dxa"/>
            <w:tcMar>
              <w:top w:w="55" w:type="dxa"/>
              <w:left w:w="55" w:type="dxa"/>
              <w:bottom w:w="55" w:type="dxa"/>
              <w:right w:w="55" w:type="dxa"/>
            </w:tcMar>
          </w:tcPr>
          <w:p w14:paraId="13E4D0E2" w14:textId="77777777" w:rsidR="003D6426" w:rsidRDefault="00000000">
            <w:pPr>
              <w:spacing w:after="0" w:line="240" w:lineRule="auto"/>
              <w:rPr>
                <w:rFonts w:hint="eastAsia"/>
              </w:rPr>
            </w:pPr>
            <w:r>
              <w:rPr>
                <w:sz w:val="14"/>
              </w:rPr>
              <w:t>Personale addestrato e attrezzato per gestire il recupero di emergenza secondo il piano predisposto, senza ingresso o con ingresso quando necessario e sicuro.</w:t>
            </w:r>
          </w:p>
        </w:tc>
      </w:tr>
      <w:tr w:rsidR="003D6426" w14:paraId="2D04A659" w14:textId="77777777">
        <w:trPr>
          <w:jc w:val="center"/>
        </w:trPr>
        <w:tc>
          <w:tcPr>
            <w:tcW w:w="2455" w:type="dxa"/>
            <w:tcMar>
              <w:top w:w="55" w:type="dxa"/>
              <w:left w:w="55" w:type="dxa"/>
              <w:bottom w:w="55" w:type="dxa"/>
              <w:right w:w="55" w:type="dxa"/>
            </w:tcMar>
          </w:tcPr>
          <w:p w14:paraId="21D6506A" w14:textId="77777777" w:rsidR="003D6426" w:rsidRDefault="00000000">
            <w:pPr>
              <w:spacing w:after="0" w:line="240" w:lineRule="auto"/>
              <w:rPr>
                <w:rFonts w:hint="eastAsia"/>
              </w:rPr>
            </w:pPr>
            <w:r>
              <w:rPr>
                <w:sz w:val="14"/>
              </w:rPr>
              <w:t>Autorizzazione all'ingresso</w:t>
            </w:r>
          </w:p>
        </w:tc>
        <w:tc>
          <w:tcPr>
            <w:tcW w:w="7638" w:type="dxa"/>
            <w:tcMar>
              <w:top w:w="55" w:type="dxa"/>
              <w:left w:w="55" w:type="dxa"/>
              <w:bottom w:w="55" w:type="dxa"/>
              <w:right w:w="55" w:type="dxa"/>
            </w:tcMar>
          </w:tcPr>
          <w:p w14:paraId="35D7A5E9" w14:textId="77777777" w:rsidR="003D6426" w:rsidRDefault="00000000">
            <w:pPr>
              <w:spacing w:after="0" w:line="240" w:lineRule="auto"/>
              <w:rPr>
                <w:rFonts w:hint="eastAsia"/>
              </w:rPr>
            </w:pPr>
            <w:r>
              <w:rPr>
                <w:sz w:val="14"/>
              </w:rPr>
              <w:t>Documento/permesso che formalizza l'idoneità delle condizioni pre-ingresso, assegna ruoli, riporta esiti dei controlli e consente l'accesso solo dopo verifica positiva.</w:t>
            </w:r>
          </w:p>
        </w:tc>
      </w:tr>
      <w:tr w:rsidR="003D6426" w14:paraId="300A5E11" w14:textId="77777777">
        <w:trPr>
          <w:jc w:val="center"/>
        </w:trPr>
        <w:tc>
          <w:tcPr>
            <w:tcW w:w="2455" w:type="dxa"/>
            <w:tcMar>
              <w:top w:w="55" w:type="dxa"/>
              <w:left w:w="55" w:type="dxa"/>
              <w:bottom w:w="55" w:type="dxa"/>
              <w:right w:w="55" w:type="dxa"/>
            </w:tcMar>
          </w:tcPr>
          <w:p w14:paraId="266E81D8" w14:textId="77777777" w:rsidR="003D6426" w:rsidRDefault="00000000">
            <w:pPr>
              <w:spacing w:after="0" w:line="240" w:lineRule="auto"/>
              <w:rPr>
                <w:rFonts w:hint="eastAsia"/>
              </w:rPr>
            </w:pPr>
            <w:r>
              <w:rPr>
                <w:sz w:val="14"/>
              </w:rPr>
              <w:t>Atmosfera pericolosa</w:t>
            </w:r>
          </w:p>
        </w:tc>
        <w:tc>
          <w:tcPr>
            <w:tcW w:w="7638" w:type="dxa"/>
            <w:tcMar>
              <w:top w:w="55" w:type="dxa"/>
              <w:left w:w="55" w:type="dxa"/>
              <w:bottom w:w="55" w:type="dxa"/>
              <w:right w:w="55" w:type="dxa"/>
            </w:tcMar>
          </w:tcPr>
          <w:p w14:paraId="78780951" w14:textId="77777777" w:rsidR="003D6426" w:rsidRDefault="00000000">
            <w:pPr>
              <w:spacing w:after="0" w:line="240" w:lineRule="auto"/>
              <w:rPr>
                <w:rFonts w:hint="eastAsia"/>
              </w:rPr>
            </w:pPr>
            <w:r>
              <w:rPr>
                <w:sz w:val="14"/>
              </w:rPr>
              <w:t>Condizione atmosferica interna o potenzialmente evolutiva che può causare danni per carenza/eccesso di ossigeno, tossicità, infiammabilità, esplosività o presenza di aerosol/polveri pericolose.</w:t>
            </w:r>
          </w:p>
        </w:tc>
      </w:tr>
      <w:tr w:rsidR="003D6426" w14:paraId="3C56B5F0" w14:textId="77777777">
        <w:trPr>
          <w:jc w:val="center"/>
        </w:trPr>
        <w:tc>
          <w:tcPr>
            <w:tcW w:w="2455" w:type="dxa"/>
            <w:tcMar>
              <w:top w:w="55" w:type="dxa"/>
              <w:left w:w="55" w:type="dxa"/>
              <w:bottom w:w="55" w:type="dxa"/>
              <w:right w:w="55" w:type="dxa"/>
            </w:tcMar>
          </w:tcPr>
          <w:p w14:paraId="18C76C8C" w14:textId="77777777" w:rsidR="003D6426" w:rsidRDefault="00000000">
            <w:pPr>
              <w:spacing w:after="0" w:line="240" w:lineRule="auto"/>
              <w:rPr>
                <w:rFonts w:hint="eastAsia"/>
              </w:rPr>
            </w:pPr>
            <w:r>
              <w:rPr>
                <w:sz w:val="14"/>
              </w:rPr>
              <w:t>IDLH</w:t>
            </w:r>
          </w:p>
        </w:tc>
        <w:tc>
          <w:tcPr>
            <w:tcW w:w="7638" w:type="dxa"/>
            <w:tcMar>
              <w:top w:w="55" w:type="dxa"/>
              <w:left w:w="55" w:type="dxa"/>
              <w:bottom w:w="55" w:type="dxa"/>
              <w:right w:w="55" w:type="dxa"/>
            </w:tcMar>
          </w:tcPr>
          <w:p w14:paraId="359BFD71" w14:textId="77777777" w:rsidR="003D6426" w:rsidRDefault="00000000">
            <w:pPr>
              <w:spacing w:after="0" w:line="240" w:lineRule="auto"/>
              <w:rPr>
                <w:rFonts w:hint="eastAsia"/>
              </w:rPr>
            </w:pPr>
            <w:r>
              <w:rPr>
                <w:sz w:val="14"/>
              </w:rPr>
              <w:t>Condizione immediatamente pericolosa per la vita o la salute, presente o prevedibile durante l'attività, che richiede prevenzione rigorosa, evacuazione o protezione specifica.</w:t>
            </w:r>
          </w:p>
        </w:tc>
      </w:tr>
      <w:tr w:rsidR="003D6426" w14:paraId="3FDDC001" w14:textId="77777777">
        <w:trPr>
          <w:jc w:val="center"/>
        </w:trPr>
        <w:tc>
          <w:tcPr>
            <w:tcW w:w="2455" w:type="dxa"/>
            <w:tcMar>
              <w:top w:w="55" w:type="dxa"/>
              <w:left w:w="55" w:type="dxa"/>
              <w:bottom w:w="55" w:type="dxa"/>
              <w:right w:w="55" w:type="dxa"/>
            </w:tcMar>
          </w:tcPr>
          <w:p w14:paraId="658E8284" w14:textId="77777777" w:rsidR="003D6426" w:rsidRDefault="00000000">
            <w:pPr>
              <w:spacing w:after="0" w:line="240" w:lineRule="auto"/>
              <w:rPr>
                <w:rFonts w:hint="eastAsia"/>
              </w:rPr>
            </w:pPr>
            <w:r>
              <w:rPr>
                <w:sz w:val="14"/>
              </w:rPr>
              <w:t>Lock-out</w:t>
            </w:r>
          </w:p>
        </w:tc>
        <w:tc>
          <w:tcPr>
            <w:tcW w:w="7638" w:type="dxa"/>
            <w:tcMar>
              <w:top w:w="55" w:type="dxa"/>
              <w:left w:w="55" w:type="dxa"/>
              <w:bottom w:w="55" w:type="dxa"/>
              <w:right w:w="55" w:type="dxa"/>
            </w:tcMar>
          </w:tcPr>
          <w:p w14:paraId="2731E2FD" w14:textId="77777777" w:rsidR="003D6426" w:rsidRDefault="00000000">
            <w:pPr>
              <w:spacing w:after="0" w:line="240" w:lineRule="auto"/>
              <w:rPr>
                <w:rFonts w:hint="eastAsia"/>
              </w:rPr>
            </w:pPr>
            <w:r>
              <w:rPr>
                <w:sz w:val="14"/>
              </w:rPr>
              <w:t>Isolamento fisico e blocco di una fonte di energia o materia per impedire avviamenti, rilasci o alimentazioni indesiderate.</w:t>
            </w:r>
          </w:p>
        </w:tc>
      </w:tr>
      <w:tr w:rsidR="003D6426" w14:paraId="12A82FDB" w14:textId="77777777">
        <w:trPr>
          <w:jc w:val="center"/>
        </w:trPr>
        <w:tc>
          <w:tcPr>
            <w:tcW w:w="2455" w:type="dxa"/>
            <w:tcMar>
              <w:top w:w="55" w:type="dxa"/>
              <w:left w:w="55" w:type="dxa"/>
              <w:bottom w:w="55" w:type="dxa"/>
              <w:right w:w="55" w:type="dxa"/>
            </w:tcMar>
          </w:tcPr>
          <w:p w14:paraId="391BB3C4" w14:textId="77777777" w:rsidR="003D6426" w:rsidRDefault="00000000">
            <w:pPr>
              <w:spacing w:after="0" w:line="240" w:lineRule="auto"/>
              <w:rPr>
                <w:rFonts w:hint="eastAsia"/>
              </w:rPr>
            </w:pPr>
            <w:r>
              <w:rPr>
                <w:sz w:val="14"/>
              </w:rPr>
              <w:t>Tag-out</w:t>
            </w:r>
          </w:p>
        </w:tc>
        <w:tc>
          <w:tcPr>
            <w:tcW w:w="7638" w:type="dxa"/>
            <w:tcMar>
              <w:top w:w="55" w:type="dxa"/>
              <w:left w:w="55" w:type="dxa"/>
              <w:bottom w:w="55" w:type="dxa"/>
              <w:right w:w="55" w:type="dxa"/>
            </w:tcMar>
          </w:tcPr>
          <w:p w14:paraId="76CC3207" w14:textId="77777777" w:rsidR="003D6426" w:rsidRDefault="00000000">
            <w:pPr>
              <w:spacing w:after="0" w:line="240" w:lineRule="auto"/>
              <w:rPr>
                <w:rFonts w:hint="eastAsia"/>
              </w:rPr>
            </w:pPr>
            <w:r>
              <w:rPr>
                <w:sz w:val="14"/>
              </w:rPr>
              <w:t>Segnalazione visibile associata al blocco, con indicazione del divieto, del responsabile e della condizione di isolamento.</w:t>
            </w:r>
          </w:p>
        </w:tc>
      </w:tr>
      <w:tr w:rsidR="003D6426" w14:paraId="70821C90" w14:textId="77777777">
        <w:trPr>
          <w:jc w:val="center"/>
        </w:trPr>
        <w:tc>
          <w:tcPr>
            <w:tcW w:w="2455" w:type="dxa"/>
            <w:tcMar>
              <w:top w:w="55" w:type="dxa"/>
              <w:left w:w="55" w:type="dxa"/>
              <w:bottom w:w="55" w:type="dxa"/>
              <w:right w:w="55" w:type="dxa"/>
            </w:tcMar>
          </w:tcPr>
          <w:p w14:paraId="59409B08" w14:textId="77777777" w:rsidR="003D6426" w:rsidRDefault="00000000">
            <w:pPr>
              <w:spacing w:after="0" w:line="240" w:lineRule="auto"/>
              <w:rPr>
                <w:rFonts w:hint="eastAsia"/>
              </w:rPr>
            </w:pPr>
            <w:r>
              <w:rPr>
                <w:sz w:val="14"/>
              </w:rPr>
              <w:t>Try-out</w:t>
            </w:r>
          </w:p>
        </w:tc>
        <w:tc>
          <w:tcPr>
            <w:tcW w:w="7638" w:type="dxa"/>
            <w:tcMar>
              <w:top w:w="55" w:type="dxa"/>
              <w:left w:w="55" w:type="dxa"/>
              <w:bottom w:w="55" w:type="dxa"/>
              <w:right w:w="55" w:type="dxa"/>
            </w:tcMar>
          </w:tcPr>
          <w:p w14:paraId="1E885DC5" w14:textId="77777777" w:rsidR="003D6426" w:rsidRDefault="00000000">
            <w:pPr>
              <w:spacing w:after="0" w:line="240" w:lineRule="auto"/>
              <w:rPr>
                <w:rFonts w:hint="eastAsia"/>
              </w:rPr>
            </w:pPr>
            <w:r>
              <w:rPr>
                <w:sz w:val="14"/>
              </w:rPr>
              <w:t>Verifica effettiva dell'assenza di energia, movimento, pressione, flusso o rilascio residuo dopo l'isolamento.</w:t>
            </w:r>
          </w:p>
        </w:tc>
      </w:tr>
      <w:tr w:rsidR="003D6426" w14:paraId="5CE7C598" w14:textId="77777777">
        <w:trPr>
          <w:jc w:val="center"/>
        </w:trPr>
        <w:tc>
          <w:tcPr>
            <w:tcW w:w="2455" w:type="dxa"/>
            <w:tcMar>
              <w:top w:w="55" w:type="dxa"/>
              <w:left w:w="55" w:type="dxa"/>
              <w:bottom w:w="55" w:type="dxa"/>
              <w:right w:w="55" w:type="dxa"/>
            </w:tcMar>
          </w:tcPr>
          <w:p w14:paraId="4A8EC3E3" w14:textId="77777777" w:rsidR="003D6426" w:rsidRDefault="00000000">
            <w:pPr>
              <w:spacing w:after="0" w:line="240" w:lineRule="auto"/>
              <w:rPr>
                <w:rFonts w:hint="eastAsia"/>
              </w:rPr>
            </w:pPr>
            <w:r>
              <w:rPr>
                <w:sz w:val="14"/>
              </w:rPr>
              <w:t>APVR</w:t>
            </w:r>
          </w:p>
        </w:tc>
        <w:tc>
          <w:tcPr>
            <w:tcW w:w="7638" w:type="dxa"/>
            <w:tcMar>
              <w:top w:w="55" w:type="dxa"/>
              <w:left w:w="55" w:type="dxa"/>
              <w:bottom w:w="55" w:type="dxa"/>
              <w:right w:w="55" w:type="dxa"/>
            </w:tcMar>
          </w:tcPr>
          <w:p w14:paraId="61FDB3CE" w14:textId="77777777" w:rsidR="003D6426" w:rsidRDefault="00000000">
            <w:pPr>
              <w:spacing w:after="0" w:line="240" w:lineRule="auto"/>
              <w:rPr>
                <w:rFonts w:hint="eastAsia"/>
              </w:rPr>
            </w:pPr>
            <w:r>
              <w:rPr>
                <w:sz w:val="14"/>
              </w:rPr>
              <w:t>Apparecchio di protezione delle vie respiratorie scelto in funzione della valutazione dei rischi e gestito mediante programma aziendale di protezione respiratoria.</w:t>
            </w:r>
          </w:p>
        </w:tc>
      </w:tr>
      <w:tr w:rsidR="003D6426" w14:paraId="5096E1FF" w14:textId="77777777">
        <w:trPr>
          <w:jc w:val="center"/>
        </w:trPr>
        <w:tc>
          <w:tcPr>
            <w:tcW w:w="2455" w:type="dxa"/>
            <w:tcMar>
              <w:top w:w="55" w:type="dxa"/>
              <w:left w:w="55" w:type="dxa"/>
              <w:bottom w:w="55" w:type="dxa"/>
              <w:right w:w="55" w:type="dxa"/>
            </w:tcMar>
          </w:tcPr>
          <w:p w14:paraId="4294374E" w14:textId="77777777" w:rsidR="003D6426" w:rsidRDefault="00000000">
            <w:pPr>
              <w:spacing w:after="0" w:line="240" w:lineRule="auto"/>
              <w:rPr>
                <w:rFonts w:hint="eastAsia"/>
              </w:rPr>
            </w:pPr>
            <w:r>
              <w:rPr>
                <w:sz w:val="14"/>
              </w:rPr>
              <w:t>DPC/DPI</w:t>
            </w:r>
          </w:p>
        </w:tc>
        <w:tc>
          <w:tcPr>
            <w:tcW w:w="7638" w:type="dxa"/>
            <w:tcMar>
              <w:top w:w="55" w:type="dxa"/>
              <w:left w:w="55" w:type="dxa"/>
              <w:bottom w:w="55" w:type="dxa"/>
              <w:right w:w="55" w:type="dxa"/>
            </w:tcMar>
          </w:tcPr>
          <w:p w14:paraId="4B1A7211" w14:textId="77777777" w:rsidR="003D6426" w:rsidRDefault="00000000">
            <w:pPr>
              <w:spacing w:after="0" w:line="240" w:lineRule="auto"/>
              <w:rPr>
                <w:rFonts w:hint="eastAsia"/>
              </w:rPr>
            </w:pPr>
            <w:r>
              <w:rPr>
                <w:sz w:val="14"/>
              </w:rPr>
              <w:t>Dispositivi di protezione collettiva e individuale individuati a seguito della valutazione dei rischi e utilizzati dopo formazione e addestramento.</w:t>
            </w:r>
          </w:p>
        </w:tc>
      </w:tr>
      <w:tr w:rsidR="003D6426" w14:paraId="76799C57" w14:textId="77777777">
        <w:trPr>
          <w:jc w:val="center"/>
        </w:trPr>
        <w:tc>
          <w:tcPr>
            <w:tcW w:w="2455" w:type="dxa"/>
            <w:tcMar>
              <w:top w:w="55" w:type="dxa"/>
              <w:left w:w="55" w:type="dxa"/>
              <w:bottom w:w="55" w:type="dxa"/>
              <w:right w:w="55" w:type="dxa"/>
            </w:tcMar>
          </w:tcPr>
          <w:p w14:paraId="4768DC16" w14:textId="77777777" w:rsidR="003D6426" w:rsidRDefault="00000000">
            <w:pPr>
              <w:spacing w:after="0" w:line="240" w:lineRule="auto"/>
              <w:rPr>
                <w:rFonts w:hint="eastAsia"/>
              </w:rPr>
            </w:pPr>
            <w:r>
              <w:rPr>
                <w:sz w:val="14"/>
              </w:rPr>
              <w:t>Rischio interferenziale</w:t>
            </w:r>
          </w:p>
        </w:tc>
        <w:tc>
          <w:tcPr>
            <w:tcW w:w="7638" w:type="dxa"/>
            <w:tcMar>
              <w:top w:w="55" w:type="dxa"/>
              <w:left w:w="55" w:type="dxa"/>
              <w:bottom w:w="55" w:type="dxa"/>
              <w:right w:w="55" w:type="dxa"/>
            </w:tcMar>
          </w:tcPr>
          <w:p w14:paraId="1CD019C7" w14:textId="77777777" w:rsidR="003D6426" w:rsidRDefault="00000000">
            <w:pPr>
              <w:spacing w:after="0" w:line="240" w:lineRule="auto"/>
              <w:rPr>
                <w:rFonts w:hint="eastAsia"/>
              </w:rPr>
            </w:pPr>
            <w:r>
              <w:rPr>
                <w:sz w:val="14"/>
              </w:rPr>
              <w:t>Rischio derivante dall'interazione tra attività, imprese, impianti, lavoratori, mezzi, energia, materia o contesto operativo.</w:t>
            </w:r>
          </w:p>
        </w:tc>
      </w:tr>
      <w:tr w:rsidR="003D6426" w14:paraId="391B9D94" w14:textId="77777777">
        <w:trPr>
          <w:jc w:val="center"/>
        </w:trPr>
        <w:tc>
          <w:tcPr>
            <w:tcW w:w="2455" w:type="dxa"/>
            <w:tcMar>
              <w:top w:w="55" w:type="dxa"/>
              <w:left w:w="55" w:type="dxa"/>
              <w:bottom w:w="55" w:type="dxa"/>
              <w:right w:w="55" w:type="dxa"/>
            </w:tcMar>
          </w:tcPr>
          <w:p w14:paraId="326FA686" w14:textId="77777777" w:rsidR="003D6426" w:rsidRDefault="00000000">
            <w:pPr>
              <w:spacing w:after="0" w:line="240" w:lineRule="auto"/>
              <w:rPr>
                <w:rFonts w:hint="eastAsia"/>
              </w:rPr>
            </w:pPr>
            <w:r>
              <w:rPr>
                <w:sz w:val="14"/>
              </w:rPr>
              <w:t>Salvataggio senza ingresso</w:t>
            </w:r>
          </w:p>
        </w:tc>
        <w:tc>
          <w:tcPr>
            <w:tcW w:w="7638" w:type="dxa"/>
            <w:tcMar>
              <w:top w:w="55" w:type="dxa"/>
              <w:left w:w="55" w:type="dxa"/>
              <w:bottom w:w="55" w:type="dxa"/>
              <w:right w:w="55" w:type="dxa"/>
            </w:tcMar>
          </w:tcPr>
          <w:p w14:paraId="00543255" w14:textId="77777777" w:rsidR="003D6426" w:rsidRDefault="00000000">
            <w:pPr>
              <w:spacing w:after="0" w:line="240" w:lineRule="auto"/>
              <w:rPr>
                <w:rFonts w:hint="eastAsia"/>
              </w:rPr>
            </w:pPr>
            <w:r>
              <w:rPr>
                <w:sz w:val="14"/>
              </w:rPr>
              <w:t>Recupero del lavoratore dall'esterno mediante attrezzature e procedure predisposte, senza far entrare altri operatori nell'ambiente.</w:t>
            </w:r>
          </w:p>
        </w:tc>
      </w:tr>
      <w:tr w:rsidR="003D6426" w14:paraId="1148B745" w14:textId="77777777">
        <w:trPr>
          <w:jc w:val="center"/>
        </w:trPr>
        <w:tc>
          <w:tcPr>
            <w:tcW w:w="2455" w:type="dxa"/>
            <w:tcMar>
              <w:top w:w="55" w:type="dxa"/>
              <w:left w:w="55" w:type="dxa"/>
              <w:bottom w:w="55" w:type="dxa"/>
              <w:right w:w="55" w:type="dxa"/>
            </w:tcMar>
          </w:tcPr>
          <w:p w14:paraId="7379012B" w14:textId="77777777" w:rsidR="003D6426" w:rsidRDefault="00000000">
            <w:pPr>
              <w:spacing w:after="0" w:line="240" w:lineRule="auto"/>
              <w:rPr>
                <w:rFonts w:hint="eastAsia"/>
              </w:rPr>
            </w:pPr>
            <w:r>
              <w:rPr>
                <w:sz w:val="14"/>
              </w:rPr>
              <w:t>Salvataggio con ingresso</w:t>
            </w:r>
          </w:p>
        </w:tc>
        <w:tc>
          <w:tcPr>
            <w:tcW w:w="7638" w:type="dxa"/>
            <w:tcMar>
              <w:top w:w="55" w:type="dxa"/>
              <w:left w:w="55" w:type="dxa"/>
              <w:bottom w:w="55" w:type="dxa"/>
              <w:right w:w="55" w:type="dxa"/>
            </w:tcMar>
          </w:tcPr>
          <w:p w14:paraId="042EC503" w14:textId="77777777" w:rsidR="003D6426" w:rsidRDefault="00000000">
            <w:pPr>
              <w:spacing w:after="0" w:line="240" w:lineRule="auto"/>
              <w:rPr>
                <w:rFonts w:hint="eastAsia"/>
              </w:rPr>
            </w:pPr>
            <w:r>
              <w:rPr>
                <w:sz w:val="14"/>
              </w:rPr>
              <w:t>Intervento della squadra di salvataggio all'interno dell'ambiente, ammesso solo se pianificato, protetto e compatibile con le condizioni presenti.</w:t>
            </w:r>
          </w:p>
        </w:tc>
      </w:tr>
    </w:tbl>
    <w:p w14:paraId="2DAB87DE" w14:textId="77777777" w:rsidR="003D6426" w:rsidRDefault="00000000">
      <w:pPr>
        <w:pStyle w:val="Titolo1"/>
      </w:pPr>
      <w:r>
        <w:t>5. Principi generali di prevenzione</w:t>
      </w:r>
    </w:p>
    <w:p w14:paraId="28881329" w14:textId="77777777" w:rsidR="003D6426" w:rsidRDefault="00000000">
      <w:pPr>
        <w:spacing w:after="100"/>
        <w:rPr>
          <w:rFonts w:hint="eastAsia"/>
        </w:rPr>
      </w:pPr>
      <w:r>
        <w:t>La gestione aziendale degli ambienti confinati deve seguire una gerarchia di controllo. L'ingresso è l'ultima opzione, non la prima. Ogni richiesta di lavoro deve essere valutata per verificare se l'obiettivo può essere raggiunto dall'esterno o mediante soluzioni alternative.</w:t>
      </w:r>
    </w:p>
    <w:p w14:paraId="0753D8A0" w14:textId="77777777" w:rsidR="003D6426" w:rsidRDefault="00000000">
      <w:pPr>
        <w:pStyle w:val="TableTitle"/>
        <w:rPr>
          <w:rFonts w:hint="eastAsia"/>
        </w:rPr>
      </w:pPr>
      <w:r>
        <w:t>Gerarchia di controllo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3"/>
        <w:gridCol w:w="2321"/>
        <w:gridCol w:w="7018"/>
      </w:tblGrid>
      <w:tr w:rsidR="003D6426" w14:paraId="0ACE479D" w14:textId="77777777">
        <w:trPr>
          <w:tblHeader/>
          <w:jc w:val="center"/>
        </w:trPr>
        <w:tc>
          <w:tcPr>
            <w:tcW w:w="854" w:type="dxa"/>
            <w:shd w:val="clear" w:color="auto" w:fill="D9EAF7"/>
            <w:tcMar>
              <w:top w:w="55" w:type="dxa"/>
              <w:left w:w="55" w:type="dxa"/>
              <w:bottom w:w="55" w:type="dxa"/>
              <w:right w:w="55" w:type="dxa"/>
            </w:tcMar>
            <w:vAlign w:val="center"/>
          </w:tcPr>
          <w:p w14:paraId="36AA259A" w14:textId="77777777" w:rsidR="003D6426" w:rsidRDefault="00000000">
            <w:pPr>
              <w:spacing w:after="0" w:line="240" w:lineRule="auto"/>
              <w:jc w:val="center"/>
              <w:rPr>
                <w:rFonts w:hint="eastAsia"/>
              </w:rPr>
            </w:pPr>
            <w:r>
              <w:rPr>
                <w:b/>
                <w:sz w:val="15"/>
              </w:rPr>
              <w:t>Priorità</w:t>
            </w:r>
          </w:p>
        </w:tc>
        <w:tc>
          <w:tcPr>
            <w:tcW w:w="2296" w:type="dxa"/>
            <w:shd w:val="clear" w:color="auto" w:fill="D9EAF7"/>
            <w:tcMar>
              <w:top w:w="55" w:type="dxa"/>
              <w:left w:w="55" w:type="dxa"/>
              <w:bottom w:w="55" w:type="dxa"/>
              <w:right w:w="55" w:type="dxa"/>
            </w:tcMar>
            <w:vAlign w:val="center"/>
          </w:tcPr>
          <w:p w14:paraId="3871569E" w14:textId="77777777" w:rsidR="003D6426" w:rsidRDefault="00000000">
            <w:pPr>
              <w:spacing w:after="0" w:line="240" w:lineRule="auto"/>
              <w:jc w:val="center"/>
              <w:rPr>
                <w:rFonts w:hint="eastAsia"/>
              </w:rPr>
            </w:pPr>
            <w:r>
              <w:rPr>
                <w:b/>
                <w:sz w:val="15"/>
              </w:rPr>
              <w:t>Principio</w:t>
            </w:r>
          </w:p>
        </w:tc>
        <w:tc>
          <w:tcPr>
            <w:tcW w:w="6942" w:type="dxa"/>
            <w:shd w:val="clear" w:color="auto" w:fill="D9EAF7"/>
            <w:tcMar>
              <w:top w:w="55" w:type="dxa"/>
              <w:left w:w="55" w:type="dxa"/>
              <w:bottom w:w="55" w:type="dxa"/>
              <w:right w:w="55" w:type="dxa"/>
            </w:tcMar>
            <w:vAlign w:val="center"/>
          </w:tcPr>
          <w:p w14:paraId="6F14C4C9" w14:textId="77777777" w:rsidR="003D6426" w:rsidRDefault="00000000">
            <w:pPr>
              <w:spacing w:after="0" w:line="240" w:lineRule="auto"/>
              <w:jc w:val="center"/>
              <w:rPr>
                <w:rFonts w:hint="eastAsia"/>
              </w:rPr>
            </w:pPr>
            <w:r>
              <w:rPr>
                <w:b/>
                <w:sz w:val="15"/>
              </w:rPr>
              <w:t>Applicazione aziendale</w:t>
            </w:r>
          </w:p>
        </w:tc>
      </w:tr>
      <w:tr w:rsidR="003D6426" w14:paraId="4E7FC90A" w14:textId="77777777">
        <w:trPr>
          <w:jc w:val="center"/>
        </w:trPr>
        <w:tc>
          <w:tcPr>
            <w:tcW w:w="854" w:type="dxa"/>
            <w:tcMar>
              <w:top w:w="55" w:type="dxa"/>
              <w:left w:w="55" w:type="dxa"/>
              <w:bottom w:w="55" w:type="dxa"/>
              <w:right w:w="55" w:type="dxa"/>
            </w:tcMar>
          </w:tcPr>
          <w:p w14:paraId="269DF76D" w14:textId="77777777" w:rsidR="003D6426" w:rsidRDefault="00000000">
            <w:pPr>
              <w:spacing w:after="0" w:line="240" w:lineRule="auto"/>
              <w:rPr>
                <w:rFonts w:hint="eastAsia"/>
              </w:rPr>
            </w:pPr>
            <w:r>
              <w:rPr>
                <w:sz w:val="15"/>
              </w:rPr>
              <w:t>1</w:t>
            </w:r>
          </w:p>
        </w:tc>
        <w:tc>
          <w:tcPr>
            <w:tcW w:w="2296" w:type="dxa"/>
            <w:tcMar>
              <w:top w:w="55" w:type="dxa"/>
              <w:left w:w="55" w:type="dxa"/>
              <w:bottom w:w="55" w:type="dxa"/>
              <w:right w:w="55" w:type="dxa"/>
            </w:tcMar>
          </w:tcPr>
          <w:p w14:paraId="1529DC94" w14:textId="77777777" w:rsidR="003D6426" w:rsidRDefault="00000000">
            <w:pPr>
              <w:spacing w:after="0" w:line="240" w:lineRule="auto"/>
              <w:rPr>
                <w:rFonts w:hint="eastAsia"/>
              </w:rPr>
            </w:pPr>
            <w:r>
              <w:rPr>
                <w:sz w:val="15"/>
              </w:rPr>
              <w:t>Evitare l'ingresso</w:t>
            </w:r>
          </w:p>
        </w:tc>
        <w:tc>
          <w:tcPr>
            <w:tcW w:w="6942" w:type="dxa"/>
            <w:tcMar>
              <w:top w:w="55" w:type="dxa"/>
              <w:left w:w="55" w:type="dxa"/>
              <w:bottom w:w="55" w:type="dxa"/>
              <w:right w:w="55" w:type="dxa"/>
            </w:tcMar>
          </w:tcPr>
          <w:p w14:paraId="01FFD44A" w14:textId="77777777" w:rsidR="003D6426" w:rsidRDefault="00000000">
            <w:pPr>
              <w:spacing w:after="0" w:line="240" w:lineRule="auto"/>
              <w:rPr>
                <w:rFonts w:hint="eastAsia"/>
              </w:rPr>
            </w:pPr>
            <w:r>
              <w:rPr>
                <w:sz w:val="15"/>
              </w:rPr>
              <w:t>Utilizzare ispezione remota, attrezzature dall'esterno, pulizia meccanizzata, sonde, robot, sistemi di drenaggio, smontaggi o metodi alternativi quando praticabili.</w:t>
            </w:r>
          </w:p>
        </w:tc>
      </w:tr>
      <w:tr w:rsidR="003D6426" w14:paraId="24080D0C" w14:textId="77777777">
        <w:trPr>
          <w:jc w:val="center"/>
        </w:trPr>
        <w:tc>
          <w:tcPr>
            <w:tcW w:w="854" w:type="dxa"/>
            <w:tcMar>
              <w:top w:w="55" w:type="dxa"/>
              <w:left w:w="55" w:type="dxa"/>
              <w:bottom w:w="55" w:type="dxa"/>
              <w:right w:w="55" w:type="dxa"/>
            </w:tcMar>
          </w:tcPr>
          <w:p w14:paraId="17505A48" w14:textId="77777777" w:rsidR="003D6426" w:rsidRDefault="00000000">
            <w:pPr>
              <w:spacing w:after="0" w:line="240" w:lineRule="auto"/>
              <w:rPr>
                <w:rFonts w:hint="eastAsia"/>
              </w:rPr>
            </w:pPr>
            <w:r>
              <w:rPr>
                <w:sz w:val="15"/>
              </w:rPr>
              <w:t>2</w:t>
            </w:r>
          </w:p>
        </w:tc>
        <w:tc>
          <w:tcPr>
            <w:tcW w:w="2296" w:type="dxa"/>
            <w:tcMar>
              <w:top w:w="55" w:type="dxa"/>
              <w:left w:w="55" w:type="dxa"/>
              <w:bottom w:w="55" w:type="dxa"/>
              <w:right w:w="55" w:type="dxa"/>
            </w:tcMar>
          </w:tcPr>
          <w:p w14:paraId="00A437E1" w14:textId="77777777" w:rsidR="003D6426" w:rsidRDefault="00000000">
            <w:pPr>
              <w:spacing w:after="0" w:line="240" w:lineRule="auto"/>
              <w:rPr>
                <w:rFonts w:hint="eastAsia"/>
              </w:rPr>
            </w:pPr>
            <w:r>
              <w:rPr>
                <w:sz w:val="15"/>
              </w:rPr>
              <w:t>Eliminare il pericolo</w:t>
            </w:r>
          </w:p>
        </w:tc>
        <w:tc>
          <w:tcPr>
            <w:tcW w:w="6942" w:type="dxa"/>
            <w:tcMar>
              <w:top w:w="55" w:type="dxa"/>
              <w:left w:w="55" w:type="dxa"/>
              <w:bottom w:w="55" w:type="dxa"/>
              <w:right w:w="55" w:type="dxa"/>
            </w:tcMar>
          </w:tcPr>
          <w:p w14:paraId="37005D4C" w14:textId="77777777" w:rsidR="003D6426" w:rsidRDefault="00000000">
            <w:pPr>
              <w:spacing w:after="0" w:line="240" w:lineRule="auto"/>
              <w:rPr>
                <w:rFonts w:hint="eastAsia"/>
              </w:rPr>
            </w:pPr>
            <w:r>
              <w:rPr>
                <w:sz w:val="15"/>
              </w:rPr>
              <w:t>Svuotare, bonificare, lavare, inertizzare solo se gestito con criteri controllati, rimuovere residui, sezionare linee, eliminare sorgenti di innesco, isolare energia e materia.</w:t>
            </w:r>
          </w:p>
        </w:tc>
      </w:tr>
      <w:tr w:rsidR="003D6426" w14:paraId="553FCF14" w14:textId="77777777">
        <w:trPr>
          <w:jc w:val="center"/>
        </w:trPr>
        <w:tc>
          <w:tcPr>
            <w:tcW w:w="854" w:type="dxa"/>
            <w:tcMar>
              <w:top w:w="55" w:type="dxa"/>
              <w:left w:w="55" w:type="dxa"/>
              <w:bottom w:w="55" w:type="dxa"/>
              <w:right w:w="55" w:type="dxa"/>
            </w:tcMar>
          </w:tcPr>
          <w:p w14:paraId="63E93B88" w14:textId="77777777" w:rsidR="003D6426" w:rsidRDefault="00000000">
            <w:pPr>
              <w:spacing w:after="0" w:line="240" w:lineRule="auto"/>
              <w:rPr>
                <w:rFonts w:hint="eastAsia"/>
              </w:rPr>
            </w:pPr>
            <w:r>
              <w:rPr>
                <w:sz w:val="15"/>
              </w:rPr>
              <w:t>3</w:t>
            </w:r>
          </w:p>
        </w:tc>
        <w:tc>
          <w:tcPr>
            <w:tcW w:w="2296" w:type="dxa"/>
            <w:tcMar>
              <w:top w:w="55" w:type="dxa"/>
              <w:left w:w="55" w:type="dxa"/>
              <w:bottom w:w="55" w:type="dxa"/>
              <w:right w:w="55" w:type="dxa"/>
            </w:tcMar>
          </w:tcPr>
          <w:p w14:paraId="059DB6C3" w14:textId="77777777" w:rsidR="003D6426" w:rsidRDefault="00000000">
            <w:pPr>
              <w:spacing w:after="0" w:line="240" w:lineRule="auto"/>
              <w:rPr>
                <w:rFonts w:hint="eastAsia"/>
              </w:rPr>
            </w:pPr>
            <w:r>
              <w:rPr>
                <w:sz w:val="15"/>
              </w:rPr>
              <w:t>Ridurre e controllare il rischio</w:t>
            </w:r>
          </w:p>
        </w:tc>
        <w:tc>
          <w:tcPr>
            <w:tcW w:w="6942" w:type="dxa"/>
            <w:tcMar>
              <w:top w:w="55" w:type="dxa"/>
              <w:left w:w="55" w:type="dxa"/>
              <w:bottom w:w="55" w:type="dxa"/>
              <w:right w:w="55" w:type="dxa"/>
            </w:tcMar>
          </w:tcPr>
          <w:p w14:paraId="0E790EF7" w14:textId="77777777" w:rsidR="003D6426" w:rsidRDefault="00000000">
            <w:pPr>
              <w:spacing w:after="0" w:line="240" w:lineRule="auto"/>
              <w:rPr>
                <w:rFonts w:hint="eastAsia"/>
              </w:rPr>
            </w:pPr>
            <w:r>
              <w:rPr>
                <w:sz w:val="15"/>
              </w:rPr>
              <w:t>Ventilare, monitorare, delimitare, presidiare, usare DPC/DPI/APVR, limitare numero e permanenza dei lavoratori, programmare pause e turnazioni.</w:t>
            </w:r>
          </w:p>
        </w:tc>
      </w:tr>
      <w:tr w:rsidR="003D6426" w14:paraId="43D03231" w14:textId="77777777">
        <w:trPr>
          <w:jc w:val="center"/>
        </w:trPr>
        <w:tc>
          <w:tcPr>
            <w:tcW w:w="854" w:type="dxa"/>
            <w:tcMar>
              <w:top w:w="55" w:type="dxa"/>
              <w:left w:w="55" w:type="dxa"/>
              <w:bottom w:w="55" w:type="dxa"/>
              <w:right w:w="55" w:type="dxa"/>
            </w:tcMar>
          </w:tcPr>
          <w:p w14:paraId="0BF818B2" w14:textId="77777777" w:rsidR="003D6426" w:rsidRDefault="00000000">
            <w:pPr>
              <w:spacing w:after="0" w:line="240" w:lineRule="auto"/>
              <w:rPr>
                <w:rFonts w:hint="eastAsia"/>
              </w:rPr>
            </w:pPr>
            <w:r>
              <w:rPr>
                <w:sz w:val="15"/>
              </w:rPr>
              <w:t>4</w:t>
            </w:r>
          </w:p>
        </w:tc>
        <w:tc>
          <w:tcPr>
            <w:tcW w:w="2296" w:type="dxa"/>
            <w:tcMar>
              <w:top w:w="55" w:type="dxa"/>
              <w:left w:w="55" w:type="dxa"/>
              <w:bottom w:w="55" w:type="dxa"/>
              <w:right w:w="55" w:type="dxa"/>
            </w:tcMar>
          </w:tcPr>
          <w:p w14:paraId="47D823C1" w14:textId="77777777" w:rsidR="003D6426" w:rsidRDefault="00000000">
            <w:pPr>
              <w:spacing w:after="0" w:line="240" w:lineRule="auto"/>
              <w:rPr>
                <w:rFonts w:hint="eastAsia"/>
              </w:rPr>
            </w:pPr>
            <w:r>
              <w:rPr>
                <w:sz w:val="15"/>
              </w:rPr>
              <w:t>Autorizzare formalmente</w:t>
            </w:r>
          </w:p>
        </w:tc>
        <w:tc>
          <w:tcPr>
            <w:tcW w:w="6942" w:type="dxa"/>
            <w:tcMar>
              <w:top w:w="55" w:type="dxa"/>
              <w:left w:w="55" w:type="dxa"/>
              <w:bottom w:w="55" w:type="dxa"/>
              <w:right w:w="55" w:type="dxa"/>
            </w:tcMar>
          </w:tcPr>
          <w:p w14:paraId="49E07AB4" w14:textId="77777777" w:rsidR="003D6426" w:rsidRDefault="00000000">
            <w:pPr>
              <w:spacing w:after="0" w:line="240" w:lineRule="auto"/>
              <w:rPr>
                <w:rFonts w:hint="eastAsia"/>
              </w:rPr>
            </w:pPr>
            <w:r>
              <w:rPr>
                <w:sz w:val="15"/>
              </w:rPr>
              <w:t>Consentire l'ingresso solo con permesso compilato, ruoli assegnati, misure attuate, atmosfera verificata e piano di emergenza pronto.</w:t>
            </w:r>
          </w:p>
        </w:tc>
      </w:tr>
      <w:tr w:rsidR="003D6426" w14:paraId="03CEFBB5" w14:textId="77777777">
        <w:trPr>
          <w:jc w:val="center"/>
        </w:trPr>
        <w:tc>
          <w:tcPr>
            <w:tcW w:w="854" w:type="dxa"/>
            <w:tcMar>
              <w:top w:w="55" w:type="dxa"/>
              <w:left w:w="55" w:type="dxa"/>
              <w:bottom w:w="55" w:type="dxa"/>
              <w:right w:w="55" w:type="dxa"/>
            </w:tcMar>
          </w:tcPr>
          <w:p w14:paraId="252263BC" w14:textId="77777777" w:rsidR="003D6426" w:rsidRDefault="00000000">
            <w:pPr>
              <w:spacing w:after="0" w:line="240" w:lineRule="auto"/>
              <w:rPr>
                <w:rFonts w:hint="eastAsia"/>
              </w:rPr>
            </w:pPr>
            <w:r>
              <w:rPr>
                <w:sz w:val="15"/>
              </w:rPr>
              <w:t>5</w:t>
            </w:r>
          </w:p>
        </w:tc>
        <w:tc>
          <w:tcPr>
            <w:tcW w:w="2296" w:type="dxa"/>
            <w:tcMar>
              <w:top w:w="55" w:type="dxa"/>
              <w:left w:w="55" w:type="dxa"/>
              <w:bottom w:w="55" w:type="dxa"/>
              <w:right w:w="55" w:type="dxa"/>
            </w:tcMar>
          </w:tcPr>
          <w:p w14:paraId="3358E649" w14:textId="77777777" w:rsidR="003D6426" w:rsidRDefault="00000000">
            <w:pPr>
              <w:spacing w:after="0" w:line="240" w:lineRule="auto"/>
              <w:rPr>
                <w:rFonts w:hint="eastAsia"/>
              </w:rPr>
            </w:pPr>
            <w:r>
              <w:rPr>
                <w:sz w:val="15"/>
              </w:rPr>
              <w:t>Sorvegliare e comunicare</w:t>
            </w:r>
          </w:p>
        </w:tc>
        <w:tc>
          <w:tcPr>
            <w:tcW w:w="6942" w:type="dxa"/>
            <w:tcMar>
              <w:top w:w="55" w:type="dxa"/>
              <w:left w:w="55" w:type="dxa"/>
              <w:bottom w:w="55" w:type="dxa"/>
              <w:right w:w="55" w:type="dxa"/>
            </w:tcMar>
          </w:tcPr>
          <w:p w14:paraId="748740D4" w14:textId="77777777" w:rsidR="003D6426" w:rsidRDefault="00000000">
            <w:pPr>
              <w:spacing w:after="0" w:line="240" w:lineRule="auto"/>
              <w:rPr>
                <w:rFonts w:hint="eastAsia"/>
              </w:rPr>
            </w:pPr>
            <w:r>
              <w:rPr>
                <w:sz w:val="15"/>
              </w:rPr>
              <w:t>Mantenere lavoratore attendente all'esterno, comunicazione continua, verifica delle condizioni e potere di stop work immediato.</w:t>
            </w:r>
          </w:p>
        </w:tc>
      </w:tr>
      <w:tr w:rsidR="003D6426" w14:paraId="40A641A1" w14:textId="77777777">
        <w:trPr>
          <w:jc w:val="center"/>
        </w:trPr>
        <w:tc>
          <w:tcPr>
            <w:tcW w:w="854" w:type="dxa"/>
            <w:tcMar>
              <w:top w:w="55" w:type="dxa"/>
              <w:left w:w="55" w:type="dxa"/>
              <w:bottom w:w="55" w:type="dxa"/>
              <w:right w:w="55" w:type="dxa"/>
            </w:tcMar>
          </w:tcPr>
          <w:p w14:paraId="369AF771" w14:textId="77777777" w:rsidR="003D6426" w:rsidRDefault="00000000">
            <w:pPr>
              <w:spacing w:after="0" w:line="240" w:lineRule="auto"/>
              <w:rPr>
                <w:rFonts w:hint="eastAsia"/>
              </w:rPr>
            </w:pPr>
            <w:r>
              <w:rPr>
                <w:sz w:val="15"/>
              </w:rPr>
              <w:t>6</w:t>
            </w:r>
          </w:p>
        </w:tc>
        <w:tc>
          <w:tcPr>
            <w:tcW w:w="2296" w:type="dxa"/>
            <w:tcMar>
              <w:top w:w="55" w:type="dxa"/>
              <w:left w:w="55" w:type="dxa"/>
              <w:bottom w:w="55" w:type="dxa"/>
              <w:right w:w="55" w:type="dxa"/>
            </w:tcMar>
          </w:tcPr>
          <w:p w14:paraId="721375BA" w14:textId="77777777" w:rsidR="003D6426" w:rsidRDefault="00000000">
            <w:pPr>
              <w:spacing w:after="0" w:line="240" w:lineRule="auto"/>
              <w:rPr>
                <w:rFonts w:hint="eastAsia"/>
              </w:rPr>
            </w:pPr>
            <w:r>
              <w:rPr>
                <w:sz w:val="15"/>
              </w:rPr>
              <w:t>Preparare il soccorso</w:t>
            </w:r>
          </w:p>
        </w:tc>
        <w:tc>
          <w:tcPr>
            <w:tcW w:w="6942" w:type="dxa"/>
            <w:tcMar>
              <w:top w:w="55" w:type="dxa"/>
              <w:left w:w="55" w:type="dxa"/>
              <w:bottom w:w="55" w:type="dxa"/>
              <w:right w:w="55" w:type="dxa"/>
            </w:tcMar>
          </w:tcPr>
          <w:p w14:paraId="6F984BF1" w14:textId="77777777" w:rsidR="003D6426" w:rsidRDefault="00000000">
            <w:pPr>
              <w:spacing w:after="0" w:line="240" w:lineRule="auto"/>
              <w:rPr>
                <w:rFonts w:hint="eastAsia"/>
              </w:rPr>
            </w:pPr>
            <w:r>
              <w:rPr>
                <w:sz w:val="15"/>
              </w:rPr>
              <w:t>Predisporre auto-soccorso, recupero senza ingresso e, se necessario, squadra di salvataggio con ingresso protetto e coordinamento con servizi esterni.</w:t>
            </w:r>
          </w:p>
        </w:tc>
      </w:tr>
      <w:tr w:rsidR="003D6426" w14:paraId="0BF373F8" w14:textId="77777777">
        <w:trPr>
          <w:jc w:val="center"/>
        </w:trPr>
        <w:tc>
          <w:tcPr>
            <w:tcW w:w="854" w:type="dxa"/>
            <w:tcMar>
              <w:top w:w="55" w:type="dxa"/>
              <w:left w:w="55" w:type="dxa"/>
              <w:bottom w:w="55" w:type="dxa"/>
              <w:right w:w="55" w:type="dxa"/>
            </w:tcMar>
          </w:tcPr>
          <w:p w14:paraId="453098AD" w14:textId="77777777" w:rsidR="003D6426" w:rsidRDefault="00000000">
            <w:pPr>
              <w:spacing w:after="0" w:line="240" w:lineRule="auto"/>
              <w:rPr>
                <w:rFonts w:hint="eastAsia"/>
              </w:rPr>
            </w:pPr>
            <w:r>
              <w:rPr>
                <w:sz w:val="15"/>
              </w:rPr>
              <w:t>7</w:t>
            </w:r>
          </w:p>
        </w:tc>
        <w:tc>
          <w:tcPr>
            <w:tcW w:w="2296" w:type="dxa"/>
            <w:tcMar>
              <w:top w:w="55" w:type="dxa"/>
              <w:left w:w="55" w:type="dxa"/>
              <w:bottom w:w="55" w:type="dxa"/>
              <w:right w:w="55" w:type="dxa"/>
            </w:tcMar>
          </w:tcPr>
          <w:p w14:paraId="745E00DB" w14:textId="77777777" w:rsidR="003D6426" w:rsidRDefault="00000000">
            <w:pPr>
              <w:spacing w:after="0" w:line="240" w:lineRule="auto"/>
              <w:rPr>
                <w:rFonts w:hint="eastAsia"/>
              </w:rPr>
            </w:pPr>
            <w:r>
              <w:rPr>
                <w:sz w:val="15"/>
              </w:rPr>
              <w:t>Imparare dall'esperienza</w:t>
            </w:r>
          </w:p>
        </w:tc>
        <w:tc>
          <w:tcPr>
            <w:tcW w:w="6942" w:type="dxa"/>
            <w:tcMar>
              <w:top w:w="55" w:type="dxa"/>
              <w:left w:w="55" w:type="dxa"/>
              <w:bottom w:w="55" w:type="dxa"/>
              <w:right w:w="55" w:type="dxa"/>
            </w:tcMar>
          </w:tcPr>
          <w:p w14:paraId="5553D3DC" w14:textId="77777777" w:rsidR="003D6426" w:rsidRDefault="00000000">
            <w:pPr>
              <w:spacing w:after="0" w:line="240" w:lineRule="auto"/>
              <w:rPr>
                <w:rFonts w:hint="eastAsia"/>
              </w:rPr>
            </w:pPr>
            <w:r>
              <w:rPr>
                <w:sz w:val="15"/>
              </w:rPr>
              <w:t>Registrare anomalie, near miss, problemi di procedura, tempi di recupero, criticità dei DPI e aggiornare censimento, valutazione e formazione.</w:t>
            </w:r>
          </w:p>
        </w:tc>
      </w:tr>
    </w:tbl>
    <w:p w14:paraId="15B4AACB" w14:textId="77777777" w:rsidR="003D6426" w:rsidRDefault="00000000">
      <w:pPr>
        <w:spacing w:after="100"/>
        <w:rPr>
          <w:rFonts w:hint="eastAsia"/>
        </w:rPr>
      </w:pPr>
      <w:r>
        <w:t>Ogni lavoratore coinvolto ha diritto e dovere di fermare l'attività quando percepisce una condizione non prevista, una variazione dello scenario, un malfunzionamento, un allarme, una perdita di comunicazione, un dubbio sulla propria sicurezza o una discrepanza rispetto al permesso di ingresso. Lo stop work non costituisce inadempienza ma misura preventiva obbligatoria.</w:t>
      </w:r>
    </w:p>
    <w:p w14:paraId="4F08DBFA" w14:textId="77777777" w:rsidR="003D6426" w:rsidRDefault="00000000">
      <w:pPr>
        <w:spacing w:after="100"/>
        <w:rPr>
          <w:rFonts w:hint="eastAsia"/>
        </w:rPr>
      </w:pPr>
      <w:r>
        <w:t>La procedura vieta espressamente il soccorso impulsivo da parte di personale non addestrato o privo di protezione. Il tentativo di recupero deve essere effettuato secondo il piano predisposto, privilegiando sempre l'auto-soccorso e il salvataggio senza ingresso quando tecnicamente possibile.</w:t>
      </w:r>
    </w:p>
    <w:p w14:paraId="21EBE26F" w14:textId="77777777" w:rsidR="003D6426" w:rsidRDefault="00000000">
      <w:pPr>
        <w:pStyle w:val="Titolo1"/>
      </w:pPr>
      <w:r>
        <w:t>6. Ruoli, responsabilità e autorità operative</w:t>
      </w:r>
    </w:p>
    <w:p w14:paraId="715A8347" w14:textId="77777777" w:rsidR="003D6426" w:rsidRDefault="00000000">
      <w:pPr>
        <w:spacing w:after="100"/>
        <w:rPr>
          <w:rFonts w:hint="eastAsia"/>
        </w:rPr>
      </w:pPr>
      <w:r>
        <w:t>La sicurezza negli ambienti confinati richiede una catena di responsabilità chiara. La seguente matrice assegna compiti minimi; l'organigramma aziendale può integrare ulteriori responsabilità purché non riduca i presidi indicati.</w:t>
      </w:r>
    </w:p>
    <w:p w14:paraId="386B3B85" w14:textId="77777777" w:rsidR="003D6426" w:rsidRDefault="00000000">
      <w:pPr>
        <w:pStyle w:val="TableTitle"/>
        <w:rPr>
          <w:rFonts w:hint="eastAsia"/>
        </w:rPr>
      </w:pPr>
      <w:r>
        <w:t>Matrice ruoli e responsabilità</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18"/>
        <w:gridCol w:w="5638"/>
        <w:gridCol w:w="2846"/>
      </w:tblGrid>
      <w:tr w:rsidR="003D6426" w14:paraId="50FA95DF" w14:textId="77777777">
        <w:trPr>
          <w:tblHeader/>
          <w:jc w:val="center"/>
        </w:trPr>
        <w:tc>
          <w:tcPr>
            <w:tcW w:w="1699" w:type="dxa"/>
            <w:shd w:val="clear" w:color="auto" w:fill="D9EAF7"/>
            <w:tcMar>
              <w:top w:w="55" w:type="dxa"/>
              <w:left w:w="55" w:type="dxa"/>
              <w:bottom w:w="55" w:type="dxa"/>
              <w:right w:w="55" w:type="dxa"/>
            </w:tcMar>
            <w:vAlign w:val="center"/>
          </w:tcPr>
          <w:p w14:paraId="04D7398F" w14:textId="77777777" w:rsidR="003D6426" w:rsidRDefault="00000000">
            <w:pPr>
              <w:spacing w:after="0" w:line="240" w:lineRule="auto"/>
              <w:jc w:val="center"/>
              <w:rPr>
                <w:rFonts w:hint="eastAsia"/>
              </w:rPr>
            </w:pPr>
            <w:r>
              <w:rPr>
                <w:b/>
                <w:sz w:val="15"/>
              </w:rPr>
              <w:t>Ruolo</w:t>
            </w:r>
          </w:p>
        </w:tc>
        <w:tc>
          <w:tcPr>
            <w:tcW w:w="5577" w:type="dxa"/>
            <w:shd w:val="clear" w:color="auto" w:fill="D9EAF7"/>
            <w:tcMar>
              <w:top w:w="55" w:type="dxa"/>
              <w:left w:w="55" w:type="dxa"/>
              <w:bottom w:w="55" w:type="dxa"/>
              <w:right w:w="55" w:type="dxa"/>
            </w:tcMar>
            <w:vAlign w:val="center"/>
          </w:tcPr>
          <w:p w14:paraId="4FC7C710" w14:textId="77777777" w:rsidR="003D6426" w:rsidRDefault="00000000">
            <w:pPr>
              <w:spacing w:after="0" w:line="240" w:lineRule="auto"/>
              <w:jc w:val="center"/>
              <w:rPr>
                <w:rFonts w:hint="eastAsia"/>
              </w:rPr>
            </w:pPr>
            <w:r>
              <w:rPr>
                <w:b/>
                <w:sz w:val="15"/>
              </w:rPr>
              <w:t>Responsabilità principali</w:t>
            </w:r>
          </w:p>
        </w:tc>
        <w:tc>
          <w:tcPr>
            <w:tcW w:w="2815" w:type="dxa"/>
            <w:shd w:val="clear" w:color="auto" w:fill="D9EAF7"/>
            <w:tcMar>
              <w:top w:w="55" w:type="dxa"/>
              <w:left w:w="55" w:type="dxa"/>
              <w:bottom w:w="55" w:type="dxa"/>
              <w:right w:w="55" w:type="dxa"/>
            </w:tcMar>
            <w:vAlign w:val="center"/>
          </w:tcPr>
          <w:p w14:paraId="3E2C9FC8" w14:textId="77777777" w:rsidR="003D6426" w:rsidRDefault="00000000">
            <w:pPr>
              <w:spacing w:after="0" w:line="240" w:lineRule="auto"/>
              <w:jc w:val="center"/>
              <w:rPr>
                <w:rFonts w:hint="eastAsia"/>
              </w:rPr>
            </w:pPr>
            <w:r>
              <w:rPr>
                <w:b/>
                <w:sz w:val="15"/>
              </w:rPr>
              <w:t>Autorità/decisioni</w:t>
            </w:r>
          </w:p>
        </w:tc>
      </w:tr>
      <w:tr w:rsidR="003D6426" w14:paraId="0792A93B" w14:textId="77777777">
        <w:trPr>
          <w:jc w:val="center"/>
        </w:trPr>
        <w:tc>
          <w:tcPr>
            <w:tcW w:w="1699" w:type="dxa"/>
            <w:tcMar>
              <w:top w:w="55" w:type="dxa"/>
              <w:left w:w="55" w:type="dxa"/>
              <w:bottom w:w="55" w:type="dxa"/>
              <w:right w:w="55" w:type="dxa"/>
            </w:tcMar>
          </w:tcPr>
          <w:p w14:paraId="38545A2A" w14:textId="77777777" w:rsidR="003D6426" w:rsidRDefault="00000000">
            <w:pPr>
              <w:spacing w:after="0" w:line="240" w:lineRule="auto"/>
              <w:rPr>
                <w:rFonts w:hint="eastAsia"/>
              </w:rPr>
            </w:pPr>
            <w:r>
              <w:rPr>
                <w:sz w:val="14"/>
              </w:rPr>
              <w:t>Datore di Lavoro</w:t>
            </w:r>
          </w:p>
        </w:tc>
        <w:tc>
          <w:tcPr>
            <w:tcW w:w="5577" w:type="dxa"/>
            <w:tcMar>
              <w:top w:w="55" w:type="dxa"/>
              <w:left w:w="55" w:type="dxa"/>
              <w:bottom w:w="55" w:type="dxa"/>
              <w:right w:w="55" w:type="dxa"/>
            </w:tcMar>
          </w:tcPr>
          <w:p w14:paraId="1713C20B" w14:textId="77777777" w:rsidR="003D6426" w:rsidRDefault="00000000">
            <w:pPr>
              <w:spacing w:after="0" w:line="240" w:lineRule="auto"/>
              <w:rPr>
                <w:rFonts w:hint="eastAsia"/>
              </w:rPr>
            </w:pPr>
            <w:r>
              <w:rPr>
                <w:sz w:val="14"/>
              </w:rPr>
              <w:t>Assicura DVR, risorse, organizzazione, formazione, idoneità sanitaria, attrezzature, procedure, qualificazione appaltatori e riesame del sistema.</w:t>
            </w:r>
          </w:p>
        </w:tc>
        <w:tc>
          <w:tcPr>
            <w:tcW w:w="2815" w:type="dxa"/>
            <w:tcMar>
              <w:top w:w="55" w:type="dxa"/>
              <w:left w:w="55" w:type="dxa"/>
              <w:bottom w:w="55" w:type="dxa"/>
              <w:right w:w="55" w:type="dxa"/>
            </w:tcMar>
          </w:tcPr>
          <w:p w14:paraId="6C07F018" w14:textId="77777777" w:rsidR="003D6426" w:rsidRDefault="00000000">
            <w:pPr>
              <w:spacing w:after="0" w:line="240" w:lineRule="auto"/>
              <w:rPr>
                <w:rFonts w:hint="eastAsia"/>
              </w:rPr>
            </w:pPr>
            <w:r>
              <w:rPr>
                <w:sz w:val="14"/>
              </w:rPr>
              <w:t>Approva procedura, nomina ruoli, definisce policy stop work e accetta le misure residue.</w:t>
            </w:r>
          </w:p>
        </w:tc>
      </w:tr>
      <w:tr w:rsidR="003D6426" w14:paraId="1DBD6E5D" w14:textId="77777777">
        <w:trPr>
          <w:jc w:val="center"/>
        </w:trPr>
        <w:tc>
          <w:tcPr>
            <w:tcW w:w="1699" w:type="dxa"/>
            <w:tcMar>
              <w:top w:w="55" w:type="dxa"/>
              <w:left w:w="55" w:type="dxa"/>
              <w:bottom w:w="55" w:type="dxa"/>
              <w:right w:w="55" w:type="dxa"/>
            </w:tcMar>
          </w:tcPr>
          <w:p w14:paraId="2072EE1D" w14:textId="77777777" w:rsidR="003D6426" w:rsidRDefault="00000000">
            <w:pPr>
              <w:spacing w:after="0" w:line="240" w:lineRule="auto"/>
              <w:rPr>
                <w:rFonts w:hint="eastAsia"/>
              </w:rPr>
            </w:pPr>
            <w:r>
              <w:rPr>
                <w:sz w:val="14"/>
              </w:rPr>
              <w:t>Datore di Lavoro committente</w:t>
            </w:r>
          </w:p>
        </w:tc>
        <w:tc>
          <w:tcPr>
            <w:tcW w:w="5577" w:type="dxa"/>
            <w:tcMar>
              <w:top w:w="55" w:type="dxa"/>
              <w:left w:w="55" w:type="dxa"/>
              <w:bottom w:w="55" w:type="dxa"/>
              <w:right w:w="55" w:type="dxa"/>
            </w:tcMar>
          </w:tcPr>
          <w:p w14:paraId="7425926B" w14:textId="77777777" w:rsidR="003D6426" w:rsidRDefault="00000000">
            <w:pPr>
              <w:spacing w:after="0" w:line="240" w:lineRule="auto"/>
              <w:rPr>
                <w:rFonts w:hint="eastAsia"/>
              </w:rPr>
            </w:pPr>
            <w:r>
              <w:rPr>
                <w:sz w:val="14"/>
              </w:rPr>
              <w:t>Fornisce informazioni sui luoghi, rischi, precedenti utilizzi, procedure, emergenze e coordina imprese esterne.</w:t>
            </w:r>
          </w:p>
        </w:tc>
        <w:tc>
          <w:tcPr>
            <w:tcW w:w="2815" w:type="dxa"/>
            <w:tcMar>
              <w:top w:w="55" w:type="dxa"/>
              <w:left w:w="55" w:type="dxa"/>
              <w:bottom w:w="55" w:type="dxa"/>
              <w:right w:w="55" w:type="dxa"/>
            </w:tcMar>
          </w:tcPr>
          <w:p w14:paraId="606F0270" w14:textId="77777777" w:rsidR="003D6426" w:rsidRDefault="00000000">
            <w:pPr>
              <w:spacing w:after="0" w:line="240" w:lineRule="auto"/>
              <w:rPr>
                <w:rFonts w:hint="eastAsia"/>
              </w:rPr>
            </w:pPr>
            <w:r>
              <w:rPr>
                <w:sz w:val="14"/>
              </w:rPr>
              <w:t>Autorizza attività appaltate solo con documenti e requisiti verificati.</w:t>
            </w:r>
          </w:p>
        </w:tc>
      </w:tr>
      <w:tr w:rsidR="003D6426" w14:paraId="3E0F63BC" w14:textId="77777777">
        <w:trPr>
          <w:jc w:val="center"/>
        </w:trPr>
        <w:tc>
          <w:tcPr>
            <w:tcW w:w="1699" w:type="dxa"/>
            <w:tcMar>
              <w:top w:w="55" w:type="dxa"/>
              <w:left w:w="55" w:type="dxa"/>
              <w:bottom w:w="55" w:type="dxa"/>
              <w:right w:w="55" w:type="dxa"/>
            </w:tcMar>
          </w:tcPr>
          <w:p w14:paraId="073F99F0" w14:textId="77777777" w:rsidR="003D6426" w:rsidRDefault="00000000">
            <w:pPr>
              <w:spacing w:after="0" w:line="240" w:lineRule="auto"/>
              <w:rPr>
                <w:rFonts w:hint="eastAsia"/>
              </w:rPr>
            </w:pPr>
            <w:r>
              <w:rPr>
                <w:sz w:val="14"/>
              </w:rPr>
              <w:t>RSPP/HSE</w:t>
            </w:r>
          </w:p>
        </w:tc>
        <w:tc>
          <w:tcPr>
            <w:tcW w:w="5577" w:type="dxa"/>
            <w:tcMar>
              <w:top w:w="55" w:type="dxa"/>
              <w:left w:w="55" w:type="dxa"/>
              <w:bottom w:w="55" w:type="dxa"/>
              <w:right w:w="55" w:type="dxa"/>
            </w:tcMar>
          </w:tcPr>
          <w:p w14:paraId="2E014FD9" w14:textId="77777777" w:rsidR="003D6426" w:rsidRDefault="00000000">
            <w:pPr>
              <w:spacing w:after="0" w:line="240" w:lineRule="auto"/>
              <w:rPr>
                <w:rFonts w:hint="eastAsia"/>
              </w:rPr>
            </w:pPr>
            <w:r>
              <w:rPr>
                <w:sz w:val="14"/>
              </w:rPr>
              <w:t>Supporta valutazione rischi, procedure, censimento, formazione, audit, indagine near miss, scelta misure e coordinamento documentale.</w:t>
            </w:r>
          </w:p>
        </w:tc>
        <w:tc>
          <w:tcPr>
            <w:tcW w:w="2815" w:type="dxa"/>
            <w:tcMar>
              <w:top w:w="55" w:type="dxa"/>
              <w:left w:w="55" w:type="dxa"/>
              <w:bottom w:w="55" w:type="dxa"/>
              <w:right w:w="55" w:type="dxa"/>
            </w:tcMar>
          </w:tcPr>
          <w:p w14:paraId="03611280" w14:textId="77777777" w:rsidR="003D6426" w:rsidRDefault="00000000">
            <w:pPr>
              <w:spacing w:after="0" w:line="240" w:lineRule="auto"/>
              <w:rPr>
                <w:rFonts w:hint="eastAsia"/>
              </w:rPr>
            </w:pPr>
            <w:r>
              <w:rPr>
                <w:sz w:val="14"/>
              </w:rPr>
              <w:t>Propone sospensione in caso di inadeguatezza documentale o tecnica.</w:t>
            </w:r>
          </w:p>
        </w:tc>
      </w:tr>
      <w:tr w:rsidR="003D6426" w14:paraId="12836116" w14:textId="77777777">
        <w:trPr>
          <w:jc w:val="center"/>
        </w:trPr>
        <w:tc>
          <w:tcPr>
            <w:tcW w:w="1699" w:type="dxa"/>
            <w:tcMar>
              <w:top w:w="55" w:type="dxa"/>
              <w:left w:w="55" w:type="dxa"/>
              <w:bottom w:w="55" w:type="dxa"/>
              <w:right w:w="55" w:type="dxa"/>
            </w:tcMar>
          </w:tcPr>
          <w:p w14:paraId="6F71F5B7" w14:textId="77777777" w:rsidR="003D6426" w:rsidRDefault="00000000">
            <w:pPr>
              <w:spacing w:after="0" w:line="240" w:lineRule="auto"/>
              <w:rPr>
                <w:rFonts w:hint="eastAsia"/>
              </w:rPr>
            </w:pPr>
            <w:r>
              <w:rPr>
                <w:sz w:val="14"/>
              </w:rPr>
              <w:t>Medico competente</w:t>
            </w:r>
          </w:p>
        </w:tc>
        <w:tc>
          <w:tcPr>
            <w:tcW w:w="5577" w:type="dxa"/>
            <w:tcMar>
              <w:top w:w="55" w:type="dxa"/>
              <w:left w:w="55" w:type="dxa"/>
              <w:bottom w:w="55" w:type="dxa"/>
              <w:right w:w="55" w:type="dxa"/>
            </w:tcMar>
          </w:tcPr>
          <w:p w14:paraId="01EC6632" w14:textId="77777777" w:rsidR="003D6426" w:rsidRDefault="00000000">
            <w:pPr>
              <w:spacing w:after="0" w:line="240" w:lineRule="auto"/>
              <w:rPr>
                <w:rFonts w:hint="eastAsia"/>
              </w:rPr>
            </w:pPr>
            <w:r>
              <w:rPr>
                <w:sz w:val="14"/>
              </w:rPr>
              <w:t>Valuta idoneità alla mansione specifica, collabora alla valutazione dei rischi, definisce limitazioni sanitarie e supporta emergenza sanitaria.</w:t>
            </w:r>
          </w:p>
        </w:tc>
        <w:tc>
          <w:tcPr>
            <w:tcW w:w="2815" w:type="dxa"/>
            <w:tcMar>
              <w:top w:w="55" w:type="dxa"/>
              <w:left w:w="55" w:type="dxa"/>
              <w:bottom w:w="55" w:type="dxa"/>
              <w:right w:w="55" w:type="dxa"/>
            </w:tcMar>
          </w:tcPr>
          <w:p w14:paraId="65193140" w14:textId="77777777" w:rsidR="003D6426" w:rsidRDefault="00000000">
            <w:pPr>
              <w:spacing w:after="0" w:line="240" w:lineRule="auto"/>
              <w:rPr>
                <w:rFonts w:hint="eastAsia"/>
              </w:rPr>
            </w:pPr>
            <w:r>
              <w:rPr>
                <w:sz w:val="14"/>
              </w:rPr>
              <w:t>Esprime giudizio di idoneità e prescrizioni sanitarie.</w:t>
            </w:r>
          </w:p>
        </w:tc>
      </w:tr>
      <w:tr w:rsidR="003D6426" w14:paraId="0DC2500C" w14:textId="77777777">
        <w:trPr>
          <w:jc w:val="center"/>
        </w:trPr>
        <w:tc>
          <w:tcPr>
            <w:tcW w:w="1699" w:type="dxa"/>
            <w:tcMar>
              <w:top w:w="55" w:type="dxa"/>
              <w:left w:w="55" w:type="dxa"/>
              <w:bottom w:w="55" w:type="dxa"/>
              <w:right w:w="55" w:type="dxa"/>
            </w:tcMar>
          </w:tcPr>
          <w:p w14:paraId="553044A2" w14:textId="77777777" w:rsidR="003D6426" w:rsidRDefault="00000000">
            <w:pPr>
              <w:spacing w:after="0" w:line="240" w:lineRule="auto"/>
              <w:rPr>
                <w:rFonts w:hint="eastAsia"/>
              </w:rPr>
            </w:pPr>
            <w:r>
              <w:rPr>
                <w:sz w:val="14"/>
              </w:rPr>
              <w:t>RLS</w:t>
            </w:r>
          </w:p>
        </w:tc>
        <w:tc>
          <w:tcPr>
            <w:tcW w:w="5577" w:type="dxa"/>
            <w:tcMar>
              <w:top w:w="55" w:type="dxa"/>
              <w:left w:w="55" w:type="dxa"/>
              <w:bottom w:w="55" w:type="dxa"/>
              <w:right w:w="55" w:type="dxa"/>
            </w:tcMar>
          </w:tcPr>
          <w:p w14:paraId="37C5EB2B" w14:textId="77777777" w:rsidR="003D6426" w:rsidRDefault="00000000">
            <w:pPr>
              <w:spacing w:after="0" w:line="240" w:lineRule="auto"/>
              <w:rPr>
                <w:rFonts w:hint="eastAsia"/>
              </w:rPr>
            </w:pPr>
            <w:r>
              <w:rPr>
                <w:sz w:val="14"/>
              </w:rPr>
              <w:t>È consultato su valutazione, procedure, formazione, DPI e miglioramenti; raccoglie segnalazioni dei lavoratori.</w:t>
            </w:r>
          </w:p>
        </w:tc>
        <w:tc>
          <w:tcPr>
            <w:tcW w:w="2815" w:type="dxa"/>
            <w:tcMar>
              <w:top w:w="55" w:type="dxa"/>
              <w:left w:w="55" w:type="dxa"/>
              <w:bottom w:w="55" w:type="dxa"/>
              <w:right w:w="55" w:type="dxa"/>
            </w:tcMar>
          </w:tcPr>
          <w:p w14:paraId="3EDBB52D" w14:textId="77777777" w:rsidR="003D6426" w:rsidRDefault="00000000">
            <w:pPr>
              <w:spacing w:after="0" w:line="240" w:lineRule="auto"/>
              <w:rPr>
                <w:rFonts w:hint="eastAsia"/>
              </w:rPr>
            </w:pPr>
            <w:r>
              <w:rPr>
                <w:sz w:val="14"/>
              </w:rPr>
              <w:t>Formula osservazioni e richieste di miglioramento.</w:t>
            </w:r>
          </w:p>
        </w:tc>
      </w:tr>
      <w:tr w:rsidR="003D6426" w14:paraId="233DABBE" w14:textId="77777777">
        <w:trPr>
          <w:jc w:val="center"/>
        </w:trPr>
        <w:tc>
          <w:tcPr>
            <w:tcW w:w="1699" w:type="dxa"/>
            <w:tcMar>
              <w:top w:w="55" w:type="dxa"/>
              <w:left w:w="55" w:type="dxa"/>
              <w:bottom w:w="55" w:type="dxa"/>
              <w:right w:w="55" w:type="dxa"/>
            </w:tcMar>
          </w:tcPr>
          <w:p w14:paraId="7285A7E2" w14:textId="77777777" w:rsidR="003D6426" w:rsidRDefault="00000000">
            <w:pPr>
              <w:spacing w:after="0" w:line="240" w:lineRule="auto"/>
              <w:rPr>
                <w:rFonts w:hint="eastAsia"/>
              </w:rPr>
            </w:pPr>
            <w:r>
              <w:rPr>
                <w:sz w:val="14"/>
              </w:rPr>
              <w:t>Preposto</w:t>
            </w:r>
          </w:p>
        </w:tc>
        <w:tc>
          <w:tcPr>
            <w:tcW w:w="5577" w:type="dxa"/>
            <w:tcMar>
              <w:top w:w="55" w:type="dxa"/>
              <w:left w:w="55" w:type="dxa"/>
              <w:bottom w:w="55" w:type="dxa"/>
              <w:right w:w="55" w:type="dxa"/>
            </w:tcMar>
          </w:tcPr>
          <w:p w14:paraId="0C868CE7" w14:textId="77777777" w:rsidR="003D6426" w:rsidRDefault="00000000">
            <w:pPr>
              <w:spacing w:after="0" w:line="240" w:lineRule="auto"/>
              <w:rPr>
                <w:rFonts w:hint="eastAsia"/>
              </w:rPr>
            </w:pPr>
            <w:r>
              <w:rPr>
                <w:sz w:val="14"/>
              </w:rPr>
              <w:t>Sovrintende attività, verifica personale, attrezzature, DPI, comunicazioni, misure pre-ingresso, permesso, permanenza condizioni e chiusura.</w:t>
            </w:r>
          </w:p>
        </w:tc>
        <w:tc>
          <w:tcPr>
            <w:tcW w:w="2815" w:type="dxa"/>
            <w:tcMar>
              <w:top w:w="55" w:type="dxa"/>
              <w:left w:w="55" w:type="dxa"/>
              <w:bottom w:w="55" w:type="dxa"/>
              <w:right w:w="55" w:type="dxa"/>
            </w:tcMar>
          </w:tcPr>
          <w:p w14:paraId="20D840E1" w14:textId="77777777" w:rsidR="003D6426" w:rsidRDefault="00000000">
            <w:pPr>
              <w:spacing w:after="0" w:line="240" w:lineRule="auto"/>
              <w:rPr>
                <w:rFonts w:hint="eastAsia"/>
              </w:rPr>
            </w:pPr>
            <w:r>
              <w:rPr>
                <w:sz w:val="14"/>
              </w:rPr>
              <w:t>Autorizza avvio se designato, dispone sospensione, evacuazione, emergenza e conclusione.</w:t>
            </w:r>
          </w:p>
        </w:tc>
      </w:tr>
      <w:tr w:rsidR="003D6426" w14:paraId="0E561B30" w14:textId="77777777">
        <w:trPr>
          <w:jc w:val="center"/>
        </w:trPr>
        <w:tc>
          <w:tcPr>
            <w:tcW w:w="1699" w:type="dxa"/>
            <w:tcMar>
              <w:top w:w="55" w:type="dxa"/>
              <w:left w:w="55" w:type="dxa"/>
              <w:bottom w:w="55" w:type="dxa"/>
              <w:right w:w="55" w:type="dxa"/>
            </w:tcMar>
          </w:tcPr>
          <w:p w14:paraId="0FF24DC0" w14:textId="77777777" w:rsidR="003D6426" w:rsidRDefault="00000000">
            <w:pPr>
              <w:spacing w:after="0" w:line="240" w:lineRule="auto"/>
              <w:rPr>
                <w:rFonts w:hint="eastAsia"/>
              </w:rPr>
            </w:pPr>
            <w:r>
              <w:rPr>
                <w:sz w:val="14"/>
              </w:rPr>
              <w:t>Lavoratore entrante</w:t>
            </w:r>
          </w:p>
        </w:tc>
        <w:tc>
          <w:tcPr>
            <w:tcW w:w="5577" w:type="dxa"/>
            <w:tcMar>
              <w:top w:w="55" w:type="dxa"/>
              <w:left w:w="55" w:type="dxa"/>
              <w:bottom w:w="55" w:type="dxa"/>
              <w:right w:w="55" w:type="dxa"/>
            </w:tcMar>
          </w:tcPr>
          <w:p w14:paraId="5D9D7B4A" w14:textId="77777777" w:rsidR="003D6426" w:rsidRDefault="00000000">
            <w:pPr>
              <w:spacing w:after="0" w:line="240" w:lineRule="auto"/>
              <w:rPr>
                <w:rFonts w:hint="eastAsia"/>
              </w:rPr>
            </w:pPr>
            <w:r>
              <w:rPr>
                <w:sz w:val="14"/>
              </w:rPr>
              <w:t>Esegue solo attività autorizzate, mantiene comunicazione, usa DPI/APVR, segnala anomalie, abbandona l'ambiente in caso di allarme o ordine.</w:t>
            </w:r>
          </w:p>
        </w:tc>
        <w:tc>
          <w:tcPr>
            <w:tcW w:w="2815" w:type="dxa"/>
            <w:tcMar>
              <w:top w:w="55" w:type="dxa"/>
              <w:left w:w="55" w:type="dxa"/>
              <w:bottom w:w="55" w:type="dxa"/>
              <w:right w:w="55" w:type="dxa"/>
            </w:tcMar>
          </w:tcPr>
          <w:p w14:paraId="7D8FBD17" w14:textId="77777777" w:rsidR="003D6426" w:rsidRDefault="00000000">
            <w:pPr>
              <w:spacing w:after="0" w:line="240" w:lineRule="auto"/>
              <w:rPr>
                <w:rFonts w:hint="eastAsia"/>
              </w:rPr>
            </w:pPr>
            <w:r>
              <w:rPr>
                <w:sz w:val="14"/>
              </w:rPr>
              <w:t>Ha potere di stop work e auto-evacuazione immediata.</w:t>
            </w:r>
          </w:p>
        </w:tc>
      </w:tr>
      <w:tr w:rsidR="003D6426" w14:paraId="008BC302" w14:textId="77777777">
        <w:trPr>
          <w:jc w:val="center"/>
        </w:trPr>
        <w:tc>
          <w:tcPr>
            <w:tcW w:w="1699" w:type="dxa"/>
            <w:tcMar>
              <w:top w:w="55" w:type="dxa"/>
              <w:left w:w="55" w:type="dxa"/>
              <w:bottom w:w="55" w:type="dxa"/>
              <w:right w:w="55" w:type="dxa"/>
            </w:tcMar>
          </w:tcPr>
          <w:p w14:paraId="185DAF6C" w14:textId="77777777" w:rsidR="003D6426" w:rsidRDefault="00000000">
            <w:pPr>
              <w:spacing w:after="0" w:line="240" w:lineRule="auto"/>
              <w:rPr>
                <w:rFonts w:hint="eastAsia"/>
              </w:rPr>
            </w:pPr>
            <w:r>
              <w:rPr>
                <w:sz w:val="14"/>
              </w:rPr>
              <w:t>Lavoratore attendente</w:t>
            </w:r>
          </w:p>
        </w:tc>
        <w:tc>
          <w:tcPr>
            <w:tcW w:w="5577" w:type="dxa"/>
            <w:tcMar>
              <w:top w:w="55" w:type="dxa"/>
              <w:left w:w="55" w:type="dxa"/>
              <w:bottom w:w="55" w:type="dxa"/>
              <w:right w:w="55" w:type="dxa"/>
            </w:tcMar>
          </w:tcPr>
          <w:p w14:paraId="5D1F7170" w14:textId="77777777" w:rsidR="003D6426" w:rsidRDefault="00000000">
            <w:pPr>
              <w:spacing w:after="0" w:line="240" w:lineRule="auto"/>
              <w:rPr>
                <w:rFonts w:hint="eastAsia"/>
              </w:rPr>
            </w:pPr>
            <w:r>
              <w:rPr>
                <w:sz w:val="14"/>
              </w:rPr>
              <w:t>Sorveglia dall'esterno, non si distrae, impedisce accessi non autorizzati, mantiene contatto, controlla condizioni, attiva emergenza.</w:t>
            </w:r>
          </w:p>
        </w:tc>
        <w:tc>
          <w:tcPr>
            <w:tcW w:w="2815" w:type="dxa"/>
            <w:tcMar>
              <w:top w:w="55" w:type="dxa"/>
              <w:left w:w="55" w:type="dxa"/>
              <w:bottom w:w="55" w:type="dxa"/>
              <w:right w:w="55" w:type="dxa"/>
            </w:tcMar>
          </w:tcPr>
          <w:p w14:paraId="1A4FC02A" w14:textId="77777777" w:rsidR="003D6426" w:rsidRDefault="00000000">
            <w:pPr>
              <w:spacing w:after="0" w:line="240" w:lineRule="auto"/>
              <w:rPr>
                <w:rFonts w:hint="eastAsia"/>
              </w:rPr>
            </w:pPr>
            <w:r>
              <w:rPr>
                <w:sz w:val="14"/>
              </w:rPr>
              <w:t>Ordina evacuazione e allerta preposto/soccorsi secondo procedura.</w:t>
            </w:r>
          </w:p>
        </w:tc>
      </w:tr>
      <w:tr w:rsidR="003D6426" w14:paraId="1D31DA7A" w14:textId="77777777">
        <w:trPr>
          <w:jc w:val="center"/>
        </w:trPr>
        <w:tc>
          <w:tcPr>
            <w:tcW w:w="1699" w:type="dxa"/>
            <w:tcMar>
              <w:top w:w="55" w:type="dxa"/>
              <w:left w:w="55" w:type="dxa"/>
              <w:bottom w:w="55" w:type="dxa"/>
              <w:right w:w="55" w:type="dxa"/>
            </w:tcMar>
          </w:tcPr>
          <w:p w14:paraId="0CC4DC9A" w14:textId="77777777" w:rsidR="003D6426" w:rsidRDefault="00000000">
            <w:pPr>
              <w:spacing w:after="0" w:line="240" w:lineRule="auto"/>
              <w:rPr>
                <w:rFonts w:hint="eastAsia"/>
              </w:rPr>
            </w:pPr>
            <w:r>
              <w:rPr>
                <w:sz w:val="14"/>
              </w:rPr>
              <w:t>Squadra di salvataggio</w:t>
            </w:r>
          </w:p>
        </w:tc>
        <w:tc>
          <w:tcPr>
            <w:tcW w:w="5577" w:type="dxa"/>
            <w:tcMar>
              <w:top w:w="55" w:type="dxa"/>
              <w:left w:w="55" w:type="dxa"/>
              <w:bottom w:w="55" w:type="dxa"/>
              <w:right w:w="55" w:type="dxa"/>
            </w:tcMar>
          </w:tcPr>
          <w:p w14:paraId="774FAE40" w14:textId="77777777" w:rsidR="003D6426" w:rsidRDefault="00000000">
            <w:pPr>
              <w:spacing w:after="0" w:line="240" w:lineRule="auto"/>
              <w:rPr>
                <w:rFonts w:hint="eastAsia"/>
              </w:rPr>
            </w:pPr>
            <w:r>
              <w:rPr>
                <w:sz w:val="14"/>
              </w:rPr>
              <w:t>Esegue recupero senza ingresso o con ingresso secondo piano, addestramento e dotazioni. Non improvvisa interventi non valutati.</w:t>
            </w:r>
          </w:p>
        </w:tc>
        <w:tc>
          <w:tcPr>
            <w:tcW w:w="2815" w:type="dxa"/>
            <w:tcMar>
              <w:top w:w="55" w:type="dxa"/>
              <w:left w:w="55" w:type="dxa"/>
              <w:bottom w:w="55" w:type="dxa"/>
              <w:right w:w="55" w:type="dxa"/>
            </w:tcMar>
          </w:tcPr>
          <w:p w14:paraId="46DCBC55" w14:textId="77777777" w:rsidR="003D6426" w:rsidRDefault="00000000">
            <w:pPr>
              <w:spacing w:after="0" w:line="240" w:lineRule="auto"/>
              <w:rPr>
                <w:rFonts w:hint="eastAsia"/>
              </w:rPr>
            </w:pPr>
            <w:r>
              <w:rPr>
                <w:sz w:val="14"/>
              </w:rPr>
              <w:t>Interviene solo se le condizioni e le attrezzature consentono soccorso sicuro.</w:t>
            </w:r>
          </w:p>
        </w:tc>
      </w:tr>
      <w:tr w:rsidR="003D6426" w14:paraId="2229E47B" w14:textId="77777777">
        <w:trPr>
          <w:jc w:val="center"/>
        </w:trPr>
        <w:tc>
          <w:tcPr>
            <w:tcW w:w="1699" w:type="dxa"/>
            <w:tcMar>
              <w:top w:w="55" w:type="dxa"/>
              <w:left w:w="55" w:type="dxa"/>
              <w:bottom w:w="55" w:type="dxa"/>
              <w:right w:w="55" w:type="dxa"/>
            </w:tcMar>
          </w:tcPr>
          <w:p w14:paraId="1C974CBE" w14:textId="77777777" w:rsidR="003D6426" w:rsidRDefault="00000000">
            <w:pPr>
              <w:spacing w:after="0" w:line="240" w:lineRule="auto"/>
              <w:rPr>
                <w:rFonts w:hint="eastAsia"/>
              </w:rPr>
            </w:pPr>
            <w:r>
              <w:rPr>
                <w:sz w:val="14"/>
              </w:rPr>
              <w:t>Responsabile manutenzione/produzione</w:t>
            </w:r>
          </w:p>
        </w:tc>
        <w:tc>
          <w:tcPr>
            <w:tcW w:w="5577" w:type="dxa"/>
            <w:tcMar>
              <w:top w:w="55" w:type="dxa"/>
              <w:left w:w="55" w:type="dxa"/>
              <w:bottom w:w="55" w:type="dxa"/>
              <w:right w:w="55" w:type="dxa"/>
            </w:tcMar>
          </w:tcPr>
          <w:p w14:paraId="7367E75E" w14:textId="77777777" w:rsidR="003D6426" w:rsidRDefault="00000000">
            <w:pPr>
              <w:spacing w:after="0" w:line="240" w:lineRule="auto"/>
              <w:rPr>
                <w:rFonts w:hint="eastAsia"/>
              </w:rPr>
            </w:pPr>
            <w:r>
              <w:rPr>
                <w:sz w:val="14"/>
              </w:rPr>
              <w:t>Programma attività, rende disponibili informazioni impiantistiche, isolamento, bonifica, accessi, mezzi e risorse.</w:t>
            </w:r>
          </w:p>
        </w:tc>
        <w:tc>
          <w:tcPr>
            <w:tcW w:w="2815" w:type="dxa"/>
            <w:tcMar>
              <w:top w:w="55" w:type="dxa"/>
              <w:left w:w="55" w:type="dxa"/>
              <w:bottom w:w="55" w:type="dxa"/>
              <w:right w:w="55" w:type="dxa"/>
            </w:tcMar>
          </w:tcPr>
          <w:p w14:paraId="7423F2E3" w14:textId="77777777" w:rsidR="003D6426" w:rsidRDefault="00000000">
            <w:pPr>
              <w:spacing w:after="0" w:line="240" w:lineRule="auto"/>
              <w:rPr>
                <w:rFonts w:hint="eastAsia"/>
              </w:rPr>
            </w:pPr>
            <w:r>
              <w:rPr>
                <w:sz w:val="14"/>
              </w:rPr>
              <w:t>Conferma stato impianto, fermate, sezionamenti e ripristini.</w:t>
            </w:r>
          </w:p>
        </w:tc>
      </w:tr>
      <w:tr w:rsidR="003D6426" w14:paraId="1450DB67" w14:textId="77777777">
        <w:trPr>
          <w:jc w:val="center"/>
        </w:trPr>
        <w:tc>
          <w:tcPr>
            <w:tcW w:w="1699" w:type="dxa"/>
            <w:tcMar>
              <w:top w:w="55" w:type="dxa"/>
              <w:left w:w="55" w:type="dxa"/>
              <w:bottom w:w="55" w:type="dxa"/>
              <w:right w:w="55" w:type="dxa"/>
            </w:tcMar>
          </w:tcPr>
          <w:p w14:paraId="3C2EF975" w14:textId="77777777" w:rsidR="003D6426" w:rsidRDefault="00000000">
            <w:pPr>
              <w:spacing w:after="0" w:line="240" w:lineRule="auto"/>
              <w:rPr>
                <w:rFonts w:hint="eastAsia"/>
              </w:rPr>
            </w:pPr>
            <w:r>
              <w:rPr>
                <w:sz w:val="14"/>
              </w:rPr>
              <w:t>Impresa appaltatrice/lavoratore autonomo</w:t>
            </w:r>
          </w:p>
        </w:tc>
        <w:tc>
          <w:tcPr>
            <w:tcW w:w="5577" w:type="dxa"/>
            <w:tcMar>
              <w:top w:w="55" w:type="dxa"/>
              <w:left w:w="55" w:type="dxa"/>
              <w:bottom w:w="55" w:type="dxa"/>
              <w:right w:w="55" w:type="dxa"/>
            </w:tcMar>
          </w:tcPr>
          <w:p w14:paraId="7124CEE0" w14:textId="77777777" w:rsidR="003D6426" w:rsidRDefault="00000000">
            <w:pPr>
              <w:spacing w:after="0" w:line="240" w:lineRule="auto"/>
              <w:rPr>
                <w:rFonts w:hint="eastAsia"/>
              </w:rPr>
            </w:pPr>
            <w:r>
              <w:rPr>
                <w:sz w:val="14"/>
              </w:rPr>
              <w:t>Garantisce requisiti di qualificazione, personale formato/idoneo, attrezzature, DPI, procedure e cooperazione con committente.</w:t>
            </w:r>
          </w:p>
        </w:tc>
        <w:tc>
          <w:tcPr>
            <w:tcW w:w="2815" w:type="dxa"/>
            <w:tcMar>
              <w:top w:w="55" w:type="dxa"/>
              <w:left w:w="55" w:type="dxa"/>
              <w:bottom w:w="55" w:type="dxa"/>
              <w:right w:w="55" w:type="dxa"/>
            </w:tcMar>
          </w:tcPr>
          <w:p w14:paraId="2C214B42" w14:textId="77777777" w:rsidR="003D6426" w:rsidRDefault="00000000">
            <w:pPr>
              <w:spacing w:after="0" w:line="240" w:lineRule="auto"/>
              <w:rPr>
                <w:rFonts w:hint="eastAsia"/>
              </w:rPr>
            </w:pPr>
            <w:r>
              <w:rPr>
                <w:sz w:val="14"/>
              </w:rPr>
              <w:t>Non avvia attività senza autorizzazione e segnala criticità al committente.</w:t>
            </w:r>
          </w:p>
        </w:tc>
      </w:tr>
    </w:tbl>
    <w:p w14:paraId="7CFDA946" w14:textId="77777777" w:rsidR="003D6426" w:rsidRDefault="00000000">
      <w:pPr>
        <w:pStyle w:val="TableTitle"/>
        <w:rPr>
          <w:rFonts w:hint="eastAsia"/>
        </w:rPr>
      </w:pPr>
      <w:r>
        <w:t>Matrice RACI sintetica (R = responsabile operativo, A = accountable, C = consultato, I = informato)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97"/>
        <w:gridCol w:w="640"/>
        <w:gridCol w:w="875"/>
        <w:gridCol w:w="641"/>
        <w:gridCol w:w="1049"/>
        <w:gridCol w:w="875"/>
        <w:gridCol w:w="875"/>
        <w:gridCol w:w="875"/>
        <w:gridCol w:w="875"/>
      </w:tblGrid>
      <w:tr w:rsidR="003D6426" w14:paraId="3CB9D3AA" w14:textId="77777777">
        <w:trPr>
          <w:tblHeader/>
          <w:jc w:val="center"/>
        </w:trPr>
        <w:tc>
          <w:tcPr>
            <w:tcW w:w="3460" w:type="dxa"/>
            <w:shd w:val="clear" w:color="auto" w:fill="D9EAF7"/>
            <w:tcMar>
              <w:top w:w="55" w:type="dxa"/>
              <w:left w:w="55" w:type="dxa"/>
              <w:bottom w:w="55" w:type="dxa"/>
              <w:right w:w="55" w:type="dxa"/>
            </w:tcMar>
            <w:vAlign w:val="center"/>
          </w:tcPr>
          <w:p w14:paraId="2A53DEBD" w14:textId="77777777" w:rsidR="003D6426" w:rsidRDefault="00000000">
            <w:pPr>
              <w:spacing w:after="0" w:line="240" w:lineRule="auto"/>
              <w:jc w:val="center"/>
              <w:rPr>
                <w:rFonts w:hint="eastAsia"/>
              </w:rPr>
            </w:pPr>
            <w:r>
              <w:rPr>
                <w:b/>
                <w:sz w:val="13"/>
              </w:rPr>
              <w:t>Attività</w:t>
            </w:r>
          </w:p>
        </w:tc>
        <w:tc>
          <w:tcPr>
            <w:tcW w:w="634" w:type="dxa"/>
            <w:shd w:val="clear" w:color="auto" w:fill="D9EAF7"/>
            <w:tcMar>
              <w:top w:w="55" w:type="dxa"/>
              <w:left w:w="55" w:type="dxa"/>
              <w:bottom w:w="55" w:type="dxa"/>
              <w:right w:w="55" w:type="dxa"/>
            </w:tcMar>
            <w:vAlign w:val="center"/>
          </w:tcPr>
          <w:p w14:paraId="6E94B952" w14:textId="77777777" w:rsidR="003D6426" w:rsidRDefault="00000000">
            <w:pPr>
              <w:spacing w:after="0" w:line="240" w:lineRule="auto"/>
              <w:jc w:val="center"/>
              <w:rPr>
                <w:rFonts w:hint="eastAsia"/>
              </w:rPr>
            </w:pPr>
            <w:r>
              <w:rPr>
                <w:b/>
                <w:sz w:val="13"/>
              </w:rPr>
              <w:t>DL</w:t>
            </w:r>
          </w:p>
        </w:tc>
        <w:tc>
          <w:tcPr>
            <w:tcW w:w="865" w:type="dxa"/>
            <w:shd w:val="clear" w:color="auto" w:fill="D9EAF7"/>
            <w:tcMar>
              <w:top w:w="55" w:type="dxa"/>
              <w:left w:w="55" w:type="dxa"/>
              <w:bottom w:w="55" w:type="dxa"/>
              <w:right w:w="55" w:type="dxa"/>
            </w:tcMar>
            <w:vAlign w:val="center"/>
          </w:tcPr>
          <w:p w14:paraId="5A9675A0" w14:textId="77777777" w:rsidR="003D6426" w:rsidRDefault="00000000">
            <w:pPr>
              <w:spacing w:after="0" w:line="240" w:lineRule="auto"/>
              <w:jc w:val="center"/>
              <w:rPr>
                <w:rFonts w:hint="eastAsia"/>
              </w:rPr>
            </w:pPr>
            <w:r>
              <w:rPr>
                <w:b/>
                <w:sz w:val="13"/>
              </w:rPr>
              <w:t>RSPP/HSE</w:t>
            </w:r>
          </w:p>
        </w:tc>
        <w:tc>
          <w:tcPr>
            <w:tcW w:w="634" w:type="dxa"/>
            <w:shd w:val="clear" w:color="auto" w:fill="D9EAF7"/>
            <w:tcMar>
              <w:top w:w="55" w:type="dxa"/>
              <w:left w:w="55" w:type="dxa"/>
              <w:bottom w:w="55" w:type="dxa"/>
              <w:right w:w="55" w:type="dxa"/>
            </w:tcMar>
            <w:vAlign w:val="center"/>
          </w:tcPr>
          <w:p w14:paraId="592B5842" w14:textId="77777777" w:rsidR="003D6426" w:rsidRDefault="00000000">
            <w:pPr>
              <w:spacing w:after="0" w:line="240" w:lineRule="auto"/>
              <w:jc w:val="center"/>
              <w:rPr>
                <w:rFonts w:hint="eastAsia"/>
              </w:rPr>
            </w:pPr>
            <w:r>
              <w:rPr>
                <w:b/>
                <w:sz w:val="13"/>
              </w:rPr>
              <w:t>MC</w:t>
            </w:r>
          </w:p>
        </w:tc>
        <w:tc>
          <w:tcPr>
            <w:tcW w:w="1038" w:type="dxa"/>
            <w:shd w:val="clear" w:color="auto" w:fill="D9EAF7"/>
            <w:tcMar>
              <w:top w:w="55" w:type="dxa"/>
              <w:left w:w="55" w:type="dxa"/>
              <w:bottom w:w="55" w:type="dxa"/>
              <w:right w:w="55" w:type="dxa"/>
            </w:tcMar>
            <w:vAlign w:val="center"/>
          </w:tcPr>
          <w:p w14:paraId="6EE5D3B6" w14:textId="77777777" w:rsidR="003D6426" w:rsidRDefault="00000000">
            <w:pPr>
              <w:spacing w:after="0" w:line="240" w:lineRule="auto"/>
              <w:jc w:val="center"/>
              <w:rPr>
                <w:rFonts w:hint="eastAsia"/>
              </w:rPr>
            </w:pPr>
            <w:r>
              <w:rPr>
                <w:b/>
                <w:sz w:val="13"/>
              </w:rPr>
              <w:t>Preposto</w:t>
            </w:r>
          </w:p>
        </w:tc>
        <w:tc>
          <w:tcPr>
            <w:tcW w:w="865" w:type="dxa"/>
            <w:shd w:val="clear" w:color="auto" w:fill="D9EAF7"/>
            <w:tcMar>
              <w:top w:w="55" w:type="dxa"/>
              <w:left w:w="55" w:type="dxa"/>
              <w:bottom w:w="55" w:type="dxa"/>
              <w:right w:w="55" w:type="dxa"/>
            </w:tcMar>
            <w:vAlign w:val="center"/>
          </w:tcPr>
          <w:p w14:paraId="01F7D100" w14:textId="77777777" w:rsidR="003D6426" w:rsidRDefault="00000000">
            <w:pPr>
              <w:spacing w:after="0" w:line="240" w:lineRule="auto"/>
              <w:jc w:val="center"/>
              <w:rPr>
                <w:rFonts w:hint="eastAsia"/>
              </w:rPr>
            </w:pPr>
            <w:r>
              <w:rPr>
                <w:b/>
                <w:sz w:val="13"/>
              </w:rPr>
              <w:t>Entrante</w:t>
            </w:r>
          </w:p>
        </w:tc>
        <w:tc>
          <w:tcPr>
            <w:tcW w:w="865" w:type="dxa"/>
            <w:shd w:val="clear" w:color="auto" w:fill="D9EAF7"/>
            <w:tcMar>
              <w:top w:w="55" w:type="dxa"/>
              <w:left w:w="55" w:type="dxa"/>
              <w:bottom w:w="55" w:type="dxa"/>
              <w:right w:w="55" w:type="dxa"/>
            </w:tcMar>
            <w:vAlign w:val="center"/>
          </w:tcPr>
          <w:p w14:paraId="1B19A56C" w14:textId="77777777" w:rsidR="003D6426" w:rsidRDefault="00000000">
            <w:pPr>
              <w:spacing w:after="0" w:line="240" w:lineRule="auto"/>
              <w:jc w:val="center"/>
              <w:rPr>
                <w:rFonts w:hint="eastAsia"/>
              </w:rPr>
            </w:pPr>
            <w:r>
              <w:rPr>
                <w:b/>
                <w:sz w:val="13"/>
              </w:rPr>
              <w:t>Attend.</w:t>
            </w:r>
          </w:p>
        </w:tc>
        <w:tc>
          <w:tcPr>
            <w:tcW w:w="865" w:type="dxa"/>
            <w:shd w:val="clear" w:color="auto" w:fill="D9EAF7"/>
            <w:tcMar>
              <w:top w:w="55" w:type="dxa"/>
              <w:left w:w="55" w:type="dxa"/>
              <w:bottom w:w="55" w:type="dxa"/>
              <w:right w:w="55" w:type="dxa"/>
            </w:tcMar>
            <w:vAlign w:val="center"/>
          </w:tcPr>
          <w:p w14:paraId="41EBF176" w14:textId="77777777" w:rsidR="003D6426" w:rsidRDefault="00000000">
            <w:pPr>
              <w:spacing w:after="0" w:line="240" w:lineRule="auto"/>
              <w:jc w:val="center"/>
              <w:rPr>
                <w:rFonts w:hint="eastAsia"/>
              </w:rPr>
            </w:pPr>
            <w:r>
              <w:rPr>
                <w:b/>
                <w:sz w:val="13"/>
              </w:rPr>
              <w:t>Squadra</w:t>
            </w:r>
          </w:p>
        </w:tc>
        <w:tc>
          <w:tcPr>
            <w:tcW w:w="865" w:type="dxa"/>
            <w:shd w:val="clear" w:color="auto" w:fill="D9EAF7"/>
            <w:tcMar>
              <w:top w:w="55" w:type="dxa"/>
              <w:left w:w="55" w:type="dxa"/>
              <w:bottom w:w="55" w:type="dxa"/>
              <w:right w:w="55" w:type="dxa"/>
            </w:tcMar>
            <w:vAlign w:val="center"/>
          </w:tcPr>
          <w:p w14:paraId="139B0274" w14:textId="77777777" w:rsidR="003D6426" w:rsidRDefault="00000000">
            <w:pPr>
              <w:spacing w:after="0" w:line="240" w:lineRule="auto"/>
              <w:jc w:val="center"/>
              <w:rPr>
                <w:rFonts w:hint="eastAsia"/>
              </w:rPr>
            </w:pPr>
            <w:r>
              <w:rPr>
                <w:b/>
                <w:sz w:val="13"/>
              </w:rPr>
              <w:t>Appalt.</w:t>
            </w:r>
          </w:p>
        </w:tc>
      </w:tr>
      <w:tr w:rsidR="003D6426" w14:paraId="24FC6206" w14:textId="77777777">
        <w:trPr>
          <w:jc w:val="center"/>
        </w:trPr>
        <w:tc>
          <w:tcPr>
            <w:tcW w:w="3460" w:type="dxa"/>
            <w:tcMar>
              <w:top w:w="55" w:type="dxa"/>
              <w:left w:w="55" w:type="dxa"/>
              <w:bottom w:w="55" w:type="dxa"/>
              <w:right w:w="55" w:type="dxa"/>
            </w:tcMar>
          </w:tcPr>
          <w:p w14:paraId="3FF9EB16" w14:textId="77777777" w:rsidR="003D6426" w:rsidRDefault="00000000">
            <w:pPr>
              <w:spacing w:after="0" w:line="240" w:lineRule="auto"/>
              <w:rPr>
                <w:rFonts w:hint="eastAsia"/>
              </w:rPr>
            </w:pPr>
            <w:r>
              <w:rPr>
                <w:sz w:val="13"/>
              </w:rPr>
              <w:t>Censimento ambienti</w:t>
            </w:r>
          </w:p>
        </w:tc>
        <w:tc>
          <w:tcPr>
            <w:tcW w:w="634" w:type="dxa"/>
            <w:tcMar>
              <w:top w:w="55" w:type="dxa"/>
              <w:left w:w="55" w:type="dxa"/>
              <w:bottom w:w="55" w:type="dxa"/>
              <w:right w:w="55" w:type="dxa"/>
            </w:tcMar>
          </w:tcPr>
          <w:p w14:paraId="71BC8C06" w14:textId="77777777" w:rsidR="003D6426" w:rsidRDefault="00000000">
            <w:pPr>
              <w:spacing w:after="0" w:line="240" w:lineRule="auto"/>
              <w:rPr>
                <w:rFonts w:hint="eastAsia"/>
              </w:rPr>
            </w:pPr>
            <w:r>
              <w:rPr>
                <w:sz w:val="13"/>
              </w:rPr>
              <w:t>A</w:t>
            </w:r>
          </w:p>
        </w:tc>
        <w:tc>
          <w:tcPr>
            <w:tcW w:w="865" w:type="dxa"/>
            <w:tcMar>
              <w:top w:w="55" w:type="dxa"/>
              <w:left w:w="55" w:type="dxa"/>
              <w:bottom w:w="55" w:type="dxa"/>
              <w:right w:w="55" w:type="dxa"/>
            </w:tcMar>
          </w:tcPr>
          <w:p w14:paraId="6954A4A2" w14:textId="77777777" w:rsidR="003D6426" w:rsidRDefault="00000000">
            <w:pPr>
              <w:spacing w:after="0" w:line="240" w:lineRule="auto"/>
              <w:rPr>
                <w:rFonts w:hint="eastAsia"/>
              </w:rPr>
            </w:pPr>
            <w:r>
              <w:rPr>
                <w:sz w:val="13"/>
              </w:rPr>
              <w:t>R</w:t>
            </w:r>
          </w:p>
        </w:tc>
        <w:tc>
          <w:tcPr>
            <w:tcW w:w="634" w:type="dxa"/>
            <w:tcMar>
              <w:top w:w="55" w:type="dxa"/>
              <w:left w:w="55" w:type="dxa"/>
              <w:bottom w:w="55" w:type="dxa"/>
              <w:right w:w="55" w:type="dxa"/>
            </w:tcMar>
          </w:tcPr>
          <w:p w14:paraId="6F3CCEC3" w14:textId="77777777" w:rsidR="003D6426" w:rsidRDefault="00000000">
            <w:pPr>
              <w:spacing w:after="0" w:line="240" w:lineRule="auto"/>
              <w:rPr>
                <w:rFonts w:hint="eastAsia"/>
              </w:rPr>
            </w:pPr>
            <w:r>
              <w:rPr>
                <w:sz w:val="13"/>
              </w:rPr>
              <w:t>C</w:t>
            </w:r>
          </w:p>
        </w:tc>
        <w:tc>
          <w:tcPr>
            <w:tcW w:w="1038" w:type="dxa"/>
            <w:tcMar>
              <w:top w:w="55" w:type="dxa"/>
              <w:left w:w="55" w:type="dxa"/>
              <w:bottom w:w="55" w:type="dxa"/>
              <w:right w:w="55" w:type="dxa"/>
            </w:tcMar>
          </w:tcPr>
          <w:p w14:paraId="0AD50EF9"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2AAC0AF3"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252CD15D"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4368A265"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202ACCB8" w14:textId="77777777" w:rsidR="003D6426" w:rsidRDefault="00000000">
            <w:pPr>
              <w:spacing w:after="0" w:line="240" w:lineRule="auto"/>
              <w:rPr>
                <w:rFonts w:hint="eastAsia"/>
              </w:rPr>
            </w:pPr>
            <w:r>
              <w:rPr>
                <w:sz w:val="13"/>
              </w:rPr>
              <w:t>C</w:t>
            </w:r>
          </w:p>
        </w:tc>
      </w:tr>
      <w:tr w:rsidR="003D6426" w14:paraId="0925F870" w14:textId="77777777">
        <w:trPr>
          <w:jc w:val="center"/>
        </w:trPr>
        <w:tc>
          <w:tcPr>
            <w:tcW w:w="3460" w:type="dxa"/>
            <w:tcMar>
              <w:top w:w="55" w:type="dxa"/>
              <w:left w:w="55" w:type="dxa"/>
              <w:bottom w:w="55" w:type="dxa"/>
              <w:right w:w="55" w:type="dxa"/>
            </w:tcMar>
          </w:tcPr>
          <w:p w14:paraId="014935FB" w14:textId="77777777" w:rsidR="003D6426" w:rsidRDefault="00000000">
            <w:pPr>
              <w:spacing w:after="0" w:line="240" w:lineRule="auto"/>
              <w:rPr>
                <w:rFonts w:hint="eastAsia"/>
              </w:rPr>
            </w:pPr>
            <w:r>
              <w:rPr>
                <w:sz w:val="13"/>
              </w:rPr>
              <w:t>Valutazione rischi</w:t>
            </w:r>
          </w:p>
        </w:tc>
        <w:tc>
          <w:tcPr>
            <w:tcW w:w="634" w:type="dxa"/>
            <w:tcMar>
              <w:top w:w="55" w:type="dxa"/>
              <w:left w:w="55" w:type="dxa"/>
              <w:bottom w:w="55" w:type="dxa"/>
              <w:right w:w="55" w:type="dxa"/>
            </w:tcMar>
          </w:tcPr>
          <w:p w14:paraId="70A8A1B1" w14:textId="77777777" w:rsidR="003D6426" w:rsidRDefault="00000000">
            <w:pPr>
              <w:spacing w:after="0" w:line="240" w:lineRule="auto"/>
              <w:rPr>
                <w:rFonts w:hint="eastAsia"/>
              </w:rPr>
            </w:pPr>
            <w:r>
              <w:rPr>
                <w:sz w:val="13"/>
              </w:rPr>
              <w:t>A</w:t>
            </w:r>
          </w:p>
        </w:tc>
        <w:tc>
          <w:tcPr>
            <w:tcW w:w="865" w:type="dxa"/>
            <w:tcMar>
              <w:top w:w="55" w:type="dxa"/>
              <w:left w:w="55" w:type="dxa"/>
              <w:bottom w:w="55" w:type="dxa"/>
              <w:right w:w="55" w:type="dxa"/>
            </w:tcMar>
          </w:tcPr>
          <w:p w14:paraId="104FF665" w14:textId="77777777" w:rsidR="003D6426" w:rsidRDefault="00000000">
            <w:pPr>
              <w:spacing w:after="0" w:line="240" w:lineRule="auto"/>
              <w:rPr>
                <w:rFonts w:hint="eastAsia"/>
              </w:rPr>
            </w:pPr>
            <w:r>
              <w:rPr>
                <w:sz w:val="13"/>
              </w:rPr>
              <w:t>R</w:t>
            </w:r>
          </w:p>
        </w:tc>
        <w:tc>
          <w:tcPr>
            <w:tcW w:w="634" w:type="dxa"/>
            <w:tcMar>
              <w:top w:w="55" w:type="dxa"/>
              <w:left w:w="55" w:type="dxa"/>
              <w:bottom w:w="55" w:type="dxa"/>
              <w:right w:w="55" w:type="dxa"/>
            </w:tcMar>
          </w:tcPr>
          <w:p w14:paraId="66AC3FB4" w14:textId="77777777" w:rsidR="003D6426" w:rsidRDefault="00000000">
            <w:pPr>
              <w:spacing w:after="0" w:line="240" w:lineRule="auto"/>
              <w:rPr>
                <w:rFonts w:hint="eastAsia"/>
              </w:rPr>
            </w:pPr>
            <w:r>
              <w:rPr>
                <w:sz w:val="13"/>
              </w:rPr>
              <w:t>C</w:t>
            </w:r>
          </w:p>
        </w:tc>
        <w:tc>
          <w:tcPr>
            <w:tcW w:w="1038" w:type="dxa"/>
            <w:tcMar>
              <w:top w:w="55" w:type="dxa"/>
              <w:left w:w="55" w:type="dxa"/>
              <w:bottom w:w="55" w:type="dxa"/>
              <w:right w:w="55" w:type="dxa"/>
            </w:tcMar>
          </w:tcPr>
          <w:p w14:paraId="7914D360"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2EFDF4CD"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5FA517BD"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5B8CA17F"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3D1C7E4C" w14:textId="77777777" w:rsidR="003D6426" w:rsidRDefault="00000000">
            <w:pPr>
              <w:spacing w:after="0" w:line="240" w:lineRule="auto"/>
              <w:rPr>
                <w:rFonts w:hint="eastAsia"/>
              </w:rPr>
            </w:pPr>
            <w:r>
              <w:rPr>
                <w:sz w:val="13"/>
              </w:rPr>
              <w:t>C</w:t>
            </w:r>
          </w:p>
        </w:tc>
      </w:tr>
      <w:tr w:rsidR="003D6426" w14:paraId="714CC219" w14:textId="77777777">
        <w:trPr>
          <w:jc w:val="center"/>
        </w:trPr>
        <w:tc>
          <w:tcPr>
            <w:tcW w:w="3460" w:type="dxa"/>
            <w:tcMar>
              <w:top w:w="55" w:type="dxa"/>
              <w:left w:w="55" w:type="dxa"/>
              <w:bottom w:w="55" w:type="dxa"/>
              <w:right w:w="55" w:type="dxa"/>
            </w:tcMar>
          </w:tcPr>
          <w:p w14:paraId="10B89777" w14:textId="77777777" w:rsidR="003D6426" w:rsidRDefault="00000000">
            <w:pPr>
              <w:spacing w:after="0" w:line="240" w:lineRule="auto"/>
              <w:rPr>
                <w:rFonts w:hint="eastAsia"/>
              </w:rPr>
            </w:pPr>
            <w:r>
              <w:rPr>
                <w:sz w:val="13"/>
              </w:rPr>
              <w:t>Verifica qualificazione appaltatore</w:t>
            </w:r>
          </w:p>
        </w:tc>
        <w:tc>
          <w:tcPr>
            <w:tcW w:w="634" w:type="dxa"/>
            <w:tcMar>
              <w:top w:w="55" w:type="dxa"/>
              <w:left w:w="55" w:type="dxa"/>
              <w:bottom w:w="55" w:type="dxa"/>
              <w:right w:w="55" w:type="dxa"/>
            </w:tcMar>
          </w:tcPr>
          <w:p w14:paraId="14975B3E" w14:textId="77777777" w:rsidR="003D6426" w:rsidRDefault="00000000">
            <w:pPr>
              <w:spacing w:after="0" w:line="240" w:lineRule="auto"/>
              <w:rPr>
                <w:rFonts w:hint="eastAsia"/>
              </w:rPr>
            </w:pPr>
            <w:r>
              <w:rPr>
                <w:sz w:val="13"/>
              </w:rPr>
              <w:t>A</w:t>
            </w:r>
          </w:p>
        </w:tc>
        <w:tc>
          <w:tcPr>
            <w:tcW w:w="865" w:type="dxa"/>
            <w:tcMar>
              <w:top w:w="55" w:type="dxa"/>
              <w:left w:w="55" w:type="dxa"/>
              <w:bottom w:w="55" w:type="dxa"/>
              <w:right w:w="55" w:type="dxa"/>
            </w:tcMar>
          </w:tcPr>
          <w:p w14:paraId="0D94170B" w14:textId="77777777" w:rsidR="003D6426" w:rsidRDefault="00000000">
            <w:pPr>
              <w:spacing w:after="0" w:line="240" w:lineRule="auto"/>
              <w:rPr>
                <w:rFonts w:hint="eastAsia"/>
              </w:rPr>
            </w:pPr>
            <w:r>
              <w:rPr>
                <w:sz w:val="13"/>
              </w:rPr>
              <w:t>R</w:t>
            </w:r>
          </w:p>
        </w:tc>
        <w:tc>
          <w:tcPr>
            <w:tcW w:w="634" w:type="dxa"/>
            <w:tcMar>
              <w:top w:w="55" w:type="dxa"/>
              <w:left w:w="55" w:type="dxa"/>
              <w:bottom w:w="55" w:type="dxa"/>
              <w:right w:w="55" w:type="dxa"/>
            </w:tcMar>
          </w:tcPr>
          <w:p w14:paraId="0544B959" w14:textId="77777777" w:rsidR="003D6426" w:rsidRDefault="00000000">
            <w:pPr>
              <w:spacing w:after="0" w:line="240" w:lineRule="auto"/>
              <w:rPr>
                <w:rFonts w:hint="eastAsia"/>
              </w:rPr>
            </w:pPr>
            <w:r>
              <w:rPr>
                <w:sz w:val="13"/>
              </w:rPr>
              <w:t>I</w:t>
            </w:r>
          </w:p>
        </w:tc>
        <w:tc>
          <w:tcPr>
            <w:tcW w:w="1038" w:type="dxa"/>
            <w:tcMar>
              <w:top w:w="55" w:type="dxa"/>
              <w:left w:w="55" w:type="dxa"/>
              <w:bottom w:w="55" w:type="dxa"/>
              <w:right w:w="55" w:type="dxa"/>
            </w:tcMar>
          </w:tcPr>
          <w:p w14:paraId="38872F39"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352B77C6"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5F9EA724"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647F0377"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77B4E1F1" w14:textId="77777777" w:rsidR="003D6426" w:rsidRDefault="00000000">
            <w:pPr>
              <w:spacing w:after="0" w:line="240" w:lineRule="auto"/>
              <w:rPr>
                <w:rFonts w:hint="eastAsia"/>
              </w:rPr>
            </w:pPr>
            <w:r>
              <w:rPr>
                <w:sz w:val="13"/>
              </w:rPr>
              <w:t>R</w:t>
            </w:r>
          </w:p>
        </w:tc>
      </w:tr>
      <w:tr w:rsidR="003D6426" w14:paraId="21803299" w14:textId="77777777">
        <w:trPr>
          <w:jc w:val="center"/>
        </w:trPr>
        <w:tc>
          <w:tcPr>
            <w:tcW w:w="3460" w:type="dxa"/>
            <w:tcMar>
              <w:top w:w="55" w:type="dxa"/>
              <w:left w:w="55" w:type="dxa"/>
              <w:bottom w:w="55" w:type="dxa"/>
              <w:right w:w="55" w:type="dxa"/>
            </w:tcMar>
          </w:tcPr>
          <w:p w14:paraId="28BF3A7C" w14:textId="77777777" w:rsidR="003D6426" w:rsidRDefault="00000000">
            <w:pPr>
              <w:spacing w:after="0" w:line="240" w:lineRule="auto"/>
              <w:rPr>
                <w:rFonts w:hint="eastAsia"/>
              </w:rPr>
            </w:pPr>
            <w:r>
              <w:rPr>
                <w:sz w:val="13"/>
              </w:rPr>
              <w:t>Pianificazione intervento</w:t>
            </w:r>
          </w:p>
        </w:tc>
        <w:tc>
          <w:tcPr>
            <w:tcW w:w="634" w:type="dxa"/>
            <w:tcMar>
              <w:top w:w="55" w:type="dxa"/>
              <w:left w:w="55" w:type="dxa"/>
              <w:bottom w:w="55" w:type="dxa"/>
              <w:right w:w="55" w:type="dxa"/>
            </w:tcMar>
          </w:tcPr>
          <w:p w14:paraId="4B337532" w14:textId="77777777" w:rsidR="003D6426" w:rsidRDefault="00000000">
            <w:pPr>
              <w:spacing w:after="0" w:line="240" w:lineRule="auto"/>
              <w:rPr>
                <w:rFonts w:hint="eastAsia"/>
              </w:rPr>
            </w:pPr>
            <w:r>
              <w:rPr>
                <w:sz w:val="13"/>
              </w:rPr>
              <w:t>A</w:t>
            </w:r>
          </w:p>
        </w:tc>
        <w:tc>
          <w:tcPr>
            <w:tcW w:w="865" w:type="dxa"/>
            <w:tcMar>
              <w:top w:w="55" w:type="dxa"/>
              <w:left w:w="55" w:type="dxa"/>
              <w:bottom w:w="55" w:type="dxa"/>
              <w:right w:w="55" w:type="dxa"/>
            </w:tcMar>
          </w:tcPr>
          <w:p w14:paraId="1023EA51" w14:textId="77777777" w:rsidR="003D6426" w:rsidRDefault="00000000">
            <w:pPr>
              <w:spacing w:after="0" w:line="240" w:lineRule="auto"/>
              <w:rPr>
                <w:rFonts w:hint="eastAsia"/>
              </w:rPr>
            </w:pPr>
            <w:r>
              <w:rPr>
                <w:sz w:val="13"/>
              </w:rPr>
              <w:t>C</w:t>
            </w:r>
          </w:p>
        </w:tc>
        <w:tc>
          <w:tcPr>
            <w:tcW w:w="634" w:type="dxa"/>
            <w:tcMar>
              <w:top w:w="55" w:type="dxa"/>
              <w:left w:w="55" w:type="dxa"/>
              <w:bottom w:w="55" w:type="dxa"/>
              <w:right w:w="55" w:type="dxa"/>
            </w:tcMar>
          </w:tcPr>
          <w:p w14:paraId="4CE0CF29" w14:textId="77777777" w:rsidR="003D6426" w:rsidRDefault="00000000">
            <w:pPr>
              <w:spacing w:after="0" w:line="240" w:lineRule="auto"/>
              <w:rPr>
                <w:rFonts w:hint="eastAsia"/>
              </w:rPr>
            </w:pPr>
            <w:r>
              <w:rPr>
                <w:sz w:val="13"/>
              </w:rPr>
              <w:t>C</w:t>
            </w:r>
          </w:p>
        </w:tc>
        <w:tc>
          <w:tcPr>
            <w:tcW w:w="1038" w:type="dxa"/>
            <w:tcMar>
              <w:top w:w="55" w:type="dxa"/>
              <w:left w:w="55" w:type="dxa"/>
              <w:bottom w:w="55" w:type="dxa"/>
              <w:right w:w="55" w:type="dxa"/>
            </w:tcMar>
          </w:tcPr>
          <w:p w14:paraId="67783866" w14:textId="77777777" w:rsidR="003D6426" w:rsidRDefault="00000000">
            <w:pPr>
              <w:spacing w:after="0" w:line="240" w:lineRule="auto"/>
              <w:rPr>
                <w:rFonts w:hint="eastAsia"/>
              </w:rPr>
            </w:pPr>
            <w:r>
              <w:rPr>
                <w:sz w:val="13"/>
              </w:rPr>
              <w:t>R</w:t>
            </w:r>
          </w:p>
        </w:tc>
        <w:tc>
          <w:tcPr>
            <w:tcW w:w="865" w:type="dxa"/>
            <w:tcMar>
              <w:top w:w="55" w:type="dxa"/>
              <w:left w:w="55" w:type="dxa"/>
              <w:bottom w:w="55" w:type="dxa"/>
              <w:right w:w="55" w:type="dxa"/>
            </w:tcMar>
          </w:tcPr>
          <w:p w14:paraId="0A189F76"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6DAA35C0"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35DCF652"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78E26D18" w14:textId="77777777" w:rsidR="003D6426" w:rsidRDefault="00000000">
            <w:pPr>
              <w:spacing w:after="0" w:line="240" w:lineRule="auto"/>
              <w:rPr>
                <w:rFonts w:hint="eastAsia"/>
              </w:rPr>
            </w:pPr>
            <w:r>
              <w:rPr>
                <w:sz w:val="13"/>
              </w:rPr>
              <w:t>R</w:t>
            </w:r>
          </w:p>
        </w:tc>
      </w:tr>
      <w:tr w:rsidR="003D6426" w14:paraId="7767F422" w14:textId="77777777">
        <w:trPr>
          <w:jc w:val="center"/>
        </w:trPr>
        <w:tc>
          <w:tcPr>
            <w:tcW w:w="3460" w:type="dxa"/>
            <w:tcMar>
              <w:top w:w="55" w:type="dxa"/>
              <w:left w:w="55" w:type="dxa"/>
              <w:bottom w:w="55" w:type="dxa"/>
              <w:right w:w="55" w:type="dxa"/>
            </w:tcMar>
          </w:tcPr>
          <w:p w14:paraId="4E21DB3E" w14:textId="77777777" w:rsidR="003D6426" w:rsidRDefault="00000000">
            <w:pPr>
              <w:spacing w:after="0" w:line="240" w:lineRule="auto"/>
              <w:rPr>
                <w:rFonts w:hint="eastAsia"/>
              </w:rPr>
            </w:pPr>
            <w:r>
              <w:rPr>
                <w:sz w:val="13"/>
              </w:rPr>
              <w:t>Permesso di ingresso</w:t>
            </w:r>
          </w:p>
        </w:tc>
        <w:tc>
          <w:tcPr>
            <w:tcW w:w="634" w:type="dxa"/>
            <w:tcMar>
              <w:top w:w="55" w:type="dxa"/>
              <w:left w:w="55" w:type="dxa"/>
              <w:bottom w:w="55" w:type="dxa"/>
              <w:right w:w="55" w:type="dxa"/>
            </w:tcMar>
          </w:tcPr>
          <w:p w14:paraId="03E4B431" w14:textId="77777777" w:rsidR="003D6426" w:rsidRDefault="00000000">
            <w:pPr>
              <w:spacing w:after="0" w:line="240" w:lineRule="auto"/>
              <w:rPr>
                <w:rFonts w:hint="eastAsia"/>
              </w:rPr>
            </w:pPr>
            <w:r>
              <w:rPr>
                <w:sz w:val="13"/>
              </w:rPr>
              <w:t>A</w:t>
            </w:r>
          </w:p>
        </w:tc>
        <w:tc>
          <w:tcPr>
            <w:tcW w:w="865" w:type="dxa"/>
            <w:tcMar>
              <w:top w:w="55" w:type="dxa"/>
              <w:left w:w="55" w:type="dxa"/>
              <w:bottom w:w="55" w:type="dxa"/>
              <w:right w:w="55" w:type="dxa"/>
            </w:tcMar>
          </w:tcPr>
          <w:p w14:paraId="77E16708" w14:textId="77777777" w:rsidR="003D6426" w:rsidRDefault="00000000">
            <w:pPr>
              <w:spacing w:after="0" w:line="240" w:lineRule="auto"/>
              <w:rPr>
                <w:rFonts w:hint="eastAsia"/>
              </w:rPr>
            </w:pPr>
            <w:r>
              <w:rPr>
                <w:sz w:val="13"/>
              </w:rPr>
              <w:t>C</w:t>
            </w:r>
          </w:p>
        </w:tc>
        <w:tc>
          <w:tcPr>
            <w:tcW w:w="634" w:type="dxa"/>
            <w:tcMar>
              <w:top w:w="55" w:type="dxa"/>
              <w:left w:w="55" w:type="dxa"/>
              <w:bottom w:w="55" w:type="dxa"/>
              <w:right w:w="55" w:type="dxa"/>
            </w:tcMar>
          </w:tcPr>
          <w:p w14:paraId="1D3A96B1" w14:textId="77777777" w:rsidR="003D6426" w:rsidRDefault="00000000">
            <w:pPr>
              <w:spacing w:after="0" w:line="240" w:lineRule="auto"/>
              <w:rPr>
                <w:rFonts w:hint="eastAsia"/>
              </w:rPr>
            </w:pPr>
            <w:r>
              <w:rPr>
                <w:sz w:val="13"/>
              </w:rPr>
              <w:t>I</w:t>
            </w:r>
          </w:p>
        </w:tc>
        <w:tc>
          <w:tcPr>
            <w:tcW w:w="1038" w:type="dxa"/>
            <w:tcMar>
              <w:top w:w="55" w:type="dxa"/>
              <w:left w:w="55" w:type="dxa"/>
              <w:bottom w:w="55" w:type="dxa"/>
              <w:right w:w="55" w:type="dxa"/>
            </w:tcMar>
          </w:tcPr>
          <w:p w14:paraId="6BB3D6A5" w14:textId="77777777" w:rsidR="003D6426" w:rsidRDefault="00000000">
            <w:pPr>
              <w:spacing w:after="0" w:line="240" w:lineRule="auto"/>
              <w:rPr>
                <w:rFonts w:hint="eastAsia"/>
              </w:rPr>
            </w:pPr>
            <w:r>
              <w:rPr>
                <w:sz w:val="13"/>
              </w:rPr>
              <w:t>R</w:t>
            </w:r>
          </w:p>
        </w:tc>
        <w:tc>
          <w:tcPr>
            <w:tcW w:w="865" w:type="dxa"/>
            <w:tcMar>
              <w:top w:w="55" w:type="dxa"/>
              <w:left w:w="55" w:type="dxa"/>
              <w:bottom w:w="55" w:type="dxa"/>
              <w:right w:w="55" w:type="dxa"/>
            </w:tcMar>
          </w:tcPr>
          <w:p w14:paraId="6D3E69AE"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0E692E3A"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741F1DD7"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68C8B8D7" w14:textId="77777777" w:rsidR="003D6426" w:rsidRDefault="00000000">
            <w:pPr>
              <w:spacing w:after="0" w:line="240" w:lineRule="auto"/>
              <w:rPr>
                <w:rFonts w:hint="eastAsia"/>
              </w:rPr>
            </w:pPr>
            <w:r>
              <w:rPr>
                <w:sz w:val="13"/>
              </w:rPr>
              <w:t>C</w:t>
            </w:r>
          </w:p>
        </w:tc>
      </w:tr>
      <w:tr w:rsidR="003D6426" w14:paraId="63040986" w14:textId="77777777">
        <w:trPr>
          <w:jc w:val="center"/>
        </w:trPr>
        <w:tc>
          <w:tcPr>
            <w:tcW w:w="3460" w:type="dxa"/>
            <w:tcMar>
              <w:top w:w="55" w:type="dxa"/>
              <w:left w:w="55" w:type="dxa"/>
              <w:bottom w:w="55" w:type="dxa"/>
              <w:right w:w="55" w:type="dxa"/>
            </w:tcMar>
          </w:tcPr>
          <w:p w14:paraId="6A0DA8FF" w14:textId="77777777" w:rsidR="003D6426" w:rsidRDefault="00000000">
            <w:pPr>
              <w:spacing w:after="0" w:line="240" w:lineRule="auto"/>
              <w:rPr>
                <w:rFonts w:hint="eastAsia"/>
              </w:rPr>
            </w:pPr>
            <w:r>
              <w:rPr>
                <w:sz w:val="13"/>
              </w:rPr>
              <w:t>Allestimento e controlli</w:t>
            </w:r>
          </w:p>
        </w:tc>
        <w:tc>
          <w:tcPr>
            <w:tcW w:w="634" w:type="dxa"/>
            <w:tcMar>
              <w:top w:w="55" w:type="dxa"/>
              <w:left w:w="55" w:type="dxa"/>
              <w:bottom w:w="55" w:type="dxa"/>
              <w:right w:w="55" w:type="dxa"/>
            </w:tcMar>
          </w:tcPr>
          <w:p w14:paraId="2919272A"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450038A5" w14:textId="77777777" w:rsidR="003D6426" w:rsidRDefault="00000000">
            <w:pPr>
              <w:spacing w:after="0" w:line="240" w:lineRule="auto"/>
              <w:rPr>
                <w:rFonts w:hint="eastAsia"/>
              </w:rPr>
            </w:pPr>
            <w:r>
              <w:rPr>
                <w:sz w:val="13"/>
              </w:rPr>
              <w:t>C</w:t>
            </w:r>
          </w:p>
        </w:tc>
        <w:tc>
          <w:tcPr>
            <w:tcW w:w="634" w:type="dxa"/>
            <w:tcMar>
              <w:top w:w="55" w:type="dxa"/>
              <w:left w:w="55" w:type="dxa"/>
              <w:bottom w:w="55" w:type="dxa"/>
              <w:right w:w="55" w:type="dxa"/>
            </w:tcMar>
          </w:tcPr>
          <w:p w14:paraId="3489E93C" w14:textId="77777777" w:rsidR="003D6426" w:rsidRDefault="00000000">
            <w:pPr>
              <w:spacing w:after="0" w:line="240" w:lineRule="auto"/>
              <w:rPr>
                <w:rFonts w:hint="eastAsia"/>
              </w:rPr>
            </w:pPr>
            <w:r>
              <w:rPr>
                <w:sz w:val="13"/>
              </w:rPr>
              <w:t>I</w:t>
            </w:r>
          </w:p>
        </w:tc>
        <w:tc>
          <w:tcPr>
            <w:tcW w:w="1038" w:type="dxa"/>
            <w:tcMar>
              <w:top w:w="55" w:type="dxa"/>
              <w:left w:w="55" w:type="dxa"/>
              <w:bottom w:w="55" w:type="dxa"/>
              <w:right w:w="55" w:type="dxa"/>
            </w:tcMar>
          </w:tcPr>
          <w:p w14:paraId="29C56DBA" w14:textId="77777777" w:rsidR="003D6426" w:rsidRDefault="00000000">
            <w:pPr>
              <w:spacing w:after="0" w:line="240" w:lineRule="auto"/>
              <w:rPr>
                <w:rFonts w:hint="eastAsia"/>
              </w:rPr>
            </w:pPr>
            <w:r>
              <w:rPr>
                <w:sz w:val="13"/>
              </w:rPr>
              <w:t>R</w:t>
            </w:r>
          </w:p>
        </w:tc>
        <w:tc>
          <w:tcPr>
            <w:tcW w:w="865" w:type="dxa"/>
            <w:tcMar>
              <w:top w:w="55" w:type="dxa"/>
              <w:left w:w="55" w:type="dxa"/>
              <w:bottom w:w="55" w:type="dxa"/>
              <w:right w:w="55" w:type="dxa"/>
            </w:tcMar>
          </w:tcPr>
          <w:p w14:paraId="160F44A0"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62C86F9C"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3E6EAA6F"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368D3A58" w14:textId="77777777" w:rsidR="003D6426" w:rsidRDefault="00000000">
            <w:pPr>
              <w:spacing w:after="0" w:line="240" w:lineRule="auto"/>
              <w:rPr>
                <w:rFonts w:hint="eastAsia"/>
              </w:rPr>
            </w:pPr>
            <w:r>
              <w:rPr>
                <w:sz w:val="13"/>
              </w:rPr>
              <w:t>C</w:t>
            </w:r>
          </w:p>
        </w:tc>
      </w:tr>
      <w:tr w:rsidR="003D6426" w14:paraId="2F2AE66B" w14:textId="77777777">
        <w:trPr>
          <w:jc w:val="center"/>
        </w:trPr>
        <w:tc>
          <w:tcPr>
            <w:tcW w:w="3460" w:type="dxa"/>
            <w:tcMar>
              <w:top w:w="55" w:type="dxa"/>
              <w:left w:w="55" w:type="dxa"/>
              <w:bottom w:w="55" w:type="dxa"/>
              <w:right w:w="55" w:type="dxa"/>
            </w:tcMar>
          </w:tcPr>
          <w:p w14:paraId="2CEE456E" w14:textId="77777777" w:rsidR="003D6426" w:rsidRDefault="00000000">
            <w:pPr>
              <w:spacing w:after="0" w:line="240" w:lineRule="auto"/>
              <w:rPr>
                <w:rFonts w:hint="eastAsia"/>
              </w:rPr>
            </w:pPr>
            <w:r>
              <w:rPr>
                <w:sz w:val="13"/>
              </w:rPr>
              <w:t>Esecuzione lavoro</w:t>
            </w:r>
          </w:p>
        </w:tc>
        <w:tc>
          <w:tcPr>
            <w:tcW w:w="634" w:type="dxa"/>
            <w:tcMar>
              <w:top w:w="55" w:type="dxa"/>
              <w:left w:w="55" w:type="dxa"/>
              <w:bottom w:w="55" w:type="dxa"/>
              <w:right w:w="55" w:type="dxa"/>
            </w:tcMar>
          </w:tcPr>
          <w:p w14:paraId="4BEA4814"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75DC0D2A" w14:textId="77777777" w:rsidR="003D6426" w:rsidRDefault="00000000">
            <w:pPr>
              <w:spacing w:after="0" w:line="240" w:lineRule="auto"/>
              <w:rPr>
                <w:rFonts w:hint="eastAsia"/>
              </w:rPr>
            </w:pPr>
            <w:r>
              <w:rPr>
                <w:sz w:val="13"/>
              </w:rPr>
              <w:t>I</w:t>
            </w:r>
          </w:p>
        </w:tc>
        <w:tc>
          <w:tcPr>
            <w:tcW w:w="634" w:type="dxa"/>
            <w:tcMar>
              <w:top w:w="55" w:type="dxa"/>
              <w:left w:w="55" w:type="dxa"/>
              <w:bottom w:w="55" w:type="dxa"/>
              <w:right w:w="55" w:type="dxa"/>
            </w:tcMar>
          </w:tcPr>
          <w:p w14:paraId="15F205A9" w14:textId="77777777" w:rsidR="003D6426" w:rsidRDefault="00000000">
            <w:pPr>
              <w:spacing w:after="0" w:line="240" w:lineRule="auto"/>
              <w:rPr>
                <w:rFonts w:hint="eastAsia"/>
              </w:rPr>
            </w:pPr>
            <w:r>
              <w:rPr>
                <w:sz w:val="13"/>
              </w:rPr>
              <w:t>I</w:t>
            </w:r>
          </w:p>
        </w:tc>
        <w:tc>
          <w:tcPr>
            <w:tcW w:w="1038" w:type="dxa"/>
            <w:tcMar>
              <w:top w:w="55" w:type="dxa"/>
              <w:left w:w="55" w:type="dxa"/>
              <w:bottom w:w="55" w:type="dxa"/>
              <w:right w:w="55" w:type="dxa"/>
            </w:tcMar>
          </w:tcPr>
          <w:p w14:paraId="00CFF28D" w14:textId="77777777" w:rsidR="003D6426" w:rsidRDefault="00000000">
            <w:pPr>
              <w:spacing w:after="0" w:line="240" w:lineRule="auto"/>
              <w:rPr>
                <w:rFonts w:hint="eastAsia"/>
              </w:rPr>
            </w:pPr>
            <w:r>
              <w:rPr>
                <w:sz w:val="13"/>
              </w:rPr>
              <w:t>R</w:t>
            </w:r>
          </w:p>
        </w:tc>
        <w:tc>
          <w:tcPr>
            <w:tcW w:w="865" w:type="dxa"/>
            <w:tcMar>
              <w:top w:w="55" w:type="dxa"/>
              <w:left w:w="55" w:type="dxa"/>
              <w:bottom w:w="55" w:type="dxa"/>
              <w:right w:w="55" w:type="dxa"/>
            </w:tcMar>
          </w:tcPr>
          <w:p w14:paraId="4498A9A5" w14:textId="77777777" w:rsidR="003D6426" w:rsidRDefault="00000000">
            <w:pPr>
              <w:spacing w:after="0" w:line="240" w:lineRule="auto"/>
              <w:rPr>
                <w:rFonts w:hint="eastAsia"/>
              </w:rPr>
            </w:pPr>
            <w:r>
              <w:rPr>
                <w:sz w:val="13"/>
              </w:rPr>
              <w:t>R</w:t>
            </w:r>
          </w:p>
        </w:tc>
        <w:tc>
          <w:tcPr>
            <w:tcW w:w="865" w:type="dxa"/>
            <w:tcMar>
              <w:top w:w="55" w:type="dxa"/>
              <w:left w:w="55" w:type="dxa"/>
              <w:bottom w:w="55" w:type="dxa"/>
              <w:right w:w="55" w:type="dxa"/>
            </w:tcMar>
          </w:tcPr>
          <w:p w14:paraId="2FB0EF0B"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31CF3E9B"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76A19054" w14:textId="77777777" w:rsidR="003D6426" w:rsidRDefault="00000000">
            <w:pPr>
              <w:spacing w:after="0" w:line="240" w:lineRule="auto"/>
              <w:rPr>
                <w:rFonts w:hint="eastAsia"/>
              </w:rPr>
            </w:pPr>
            <w:r>
              <w:rPr>
                <w:sz w:val="13"/>
              </w:rPr>
              <w:t>R</w:t>
            </w:r>
          </w:p>
        </w:tc>
      </w:tr>
      <w:tr w:rsidR="003D6426" w14:paraId="6F6A070D" w14:textId="77777777">
        <w:trPr>
          <w:jc w:val="center"/>
        </w:trPr>
        <w:tc>
          <w:tcPr>
            <w:tcW w:w="3460" w:type="dxa"/>
            <w:tcMar>
              <w:top w:w="55" w:type="dxa"/>
              <w:left w:w="55" w:type="dxa"/>
              <w:bottom w:w="55" w:type="dxa"/>
              <w:right w:w="55" w:type="dxa"/>
            </w:tcMar>
          </w:tcPr>
          <w:p w14:paraId="1BD6731C" w14:textId="77777777" w:rsidR="003D6426" w:rsidRDefault="00000000">
            <w:pPr>
              <w:spacing w:after="0" w:line="240" w:lineRule="auto"/>
              <w:rPr>
                <w:rFonts w:hint="eastAsia"/>
              </w:rPr>
            </w:pPr>
            <w:r>
              <w:rPr>
                <w:sz w:val="13"/>
              </w:rPr>
              <w:t>Emergenza/salvataggio</w:t>
            </w:r>
          </w:p>
        </w:tc>
        <w:tc>
          <w:tcPr>
            <w:tcW w:w="634" w:type="dxa"/>
            <w:tcMar>
              <w:top w:w="55" w:type="dxa"/>
              <w:left w:w="55" w:type="dxa"/>
              <w:bottom w:w="55" w:type="dxa"/>
              <w:right w:w="55" w:type="dxa"/>
            </w:tcMar>
          </w:tcPr>
          <w:p w14:paraId="0D0AC3A7"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7100A645" w14:textId="77777777" w:rsidR="003D6426" w:rsidRDefault="00000000">
            <w:pPr>
              <w:spacing w:after="0" w:line="240" w:lineRule="auto"/>
              <w:rPr>
                <w:rFonts w:hint="eastAsia"/>
              </w:rPr>
            </w:pPr>
            <w:r>
              <w:rPr>
                <w:sz w:val="13"/>
              </w:rPr>
              <w:t>C</w:t>
            </w:r>
          </w:p>
        </w:tc>
        <w:tc>
          <w:tcPr>
            <w:tcW w:w="634" w:type="dxa"/>
            <w:tcMar>
              <w:top w:w="55" w:type="dxa"/>
              <w:left w:w="55" w:type="dxa"/>
              <w:bottom w:w="55" w:type="dxa"/>
              <w:right w:w="55" w:type="dxa"/>
            </w:tcMar>
          </w:tcPr>
          <w:p w14:paraId="40F7A5A5" w14:textId="77777777" w:rsidR="003D6426" w:rsidRDefault="00000000">
            <w:pPr>
              <w:spacing w:after="0" w:line="240" w:lineRule="auto"/>
              <w:rPr>
                <w:rFonts w:hint="eastAsia"/>
              </w:rPr>
            </w:pPr>
            <w:r>
              <w:rPr>
                <w:sz w:val="13"/>
              </w:rPr>
              <w:t>C</w:t>
            </w:r>
          </w:p>
        </w:tc>
        <w:tc>
          <w:tcPr>
            <w:tcW w:w="1038" w:type="dxa"/>
            <w:tcMar>
              <w:top w:w="55" w:type="dxa"/>
              <w:left w:w="55" w:type="dxa"/>
              <w:bottom w:w="55" w:type="dxa"/>
              <w:right w:w="55" w:type="dxa"/>
            </w:tcMar>
          </w:tcPr>
          <w:p w14:paraId="779A7917" w14:textId="77777777" w:rsidR="003D6426" w:rsidRDefault="00000000">
            <w:pPr>
              <w:spacing w:after="0" w:line="240" w:lineRule="auto"/>
              <w:rPr>
                <w:rFonts w:hint="eastAsia"/>
              </w:rPr>
            </w:pPr>
            <w:r>
              <w:rPr>
                <w:sz w:val="13"/>
              </w:rPr>
              <w:t>A/R</w:t>
            </w:r>
          </w:p>
        </w:tc>
        <w:tc>
          <w:tcPr>
            <w:tcW w:w="865" w:type="dxa"/>
            <w:tcMar>
              <w:top w:w="55" w:type="dxa"/>
              <w:left w:w="55" w:type="dxa"/>
              <w:bottom w:w="55" w:type="dxa"/>
              <w:right w:w="55" w:type="dxa"/>
            </w:tcMar>
          </w:tcPr>
          <w:p w14:paraId="7C245280"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187DEF1D" w14:textId="77777777" w:rsidR="003D6426" w:rsidRDefault="00000000">
            <w:pPr>
              <w:spacing w:after="0" w:line="240" w:lineRule="auto"/>
              <w:rPr>
                <w:rFonts w:hint="eastAsia"/>
              </w:rPr>
            </w:pPr>
            <w:r>
              <w:rPr>
                <w:sz w:val="13"/>
              </w:rPr>
              <w:t>R</w:t>
            </w:r>
          </w:p>
        </w:tc>
        <w:tc>
          <w:tcPr>
            <w:tcW w:w="865" w:type="dxa"/>
            <w:tcMar>
              <w:top w:w="55" w:type="dxa"/>
              <w:left w:w="55" w:type="dxa"/>
              <w:bottom w:w="55" w:type="dxa"/>
              <w:right w:w="55" w:type="dxa"/>
            </w:tcMar>
          </w:tcPr>
          <w:p w14:paraId="324AF3B1" w14:textId="77777777" w:rsidR="003D6426" w:rsidRDefault="00000000">
            <w:pPr>
              <w:spacing w:after="0" w:line="240" w:lineRule="auto"/>
              <w:rPr>
                <w:rFonts w:hint="eastAsia"/>
              </w:rPr>
            </w:pPr>
            <w:r>
              <w:rPr>
                <w:sz w:val="13"/>
              </w:rPr>
              <w:t>R</w:t>
            </w:r>
          </w:p>
        </w:tc>
        <w:tc>
          <w:tcPr>
            <w:tcW w:w="865" w:type="dxa"/>
            <w:tcMar>
              <w:top w:w="55" w:type="dxa"/>
              <w:left w:w="55" w:type="dxa"/>
              <w:bottom w:w="55" w:type="dxa"/>
              <w:right w:w="55" w:type="dxa"/>
            </w:tcMar>
          </w:tcPr>
          <w:p w14:paraId="0073A412" w14:textId="77777777" w:rsidR="003D6426" w:rsidRDefault="00000000">
            <w:pPr>
              <w:spacing w:after="0" w:line="240" w:lineRule="auto"/>
              <w:rPr>
                <w:rFonts w:hint="eastAsia"/>
              </w:rPr>
            </w:pPr>
            <w:r>
              <w:rPr>
                <w:sz w:val="13"/>
              </w:rPr>
              <w:t>C</w:t>
            </w:r>
          </w:p>
        </w:tc>
      </w:tr>
      <w:tr w:rsidR="003D6426" w14:paraId="45E1AEB0" w14:textId="77777777">
        <w:trPr>
          <w:jc w:val="center"/>
        </w:trPr>
        <w:tc>
          <w:tcPr>
            <w:tcW w:w="3460" w:type="dxa"/>
            <w:tcMar>
              <w:top w:w="55" w:type="dxa"/>
              <w:left w:w="55" w:type="dxa"/>
              <w:bottom w:w="55" w:type="dxa"/>
              <w:right w:w="55" w:type="dxa"/>
            </w:tcMar>
          </w:tcPr>
          <w:p w14:paraId="519D669F" w14:textId="77777777" w:rsidR="003D6426" w:rsidRDefault="00000000">
            <w:pPr>
              <w:spacing w:after="0" w:line="240" w:lineRule="auto"/>
              <w:rPr>
                <w:rFonts w:hint="eastAsia"/>
              </w:rPr>
            </w:pPr>
            <w:r>
              <w:rPr>
                <w:sz w:val="13"/>
              </w:rPr>
              <w:t>Chiusura e debriefing</w:t>
            </w:r>
          </w:p>
        </w:tc>
        <w:tc>
          <w:tcPr>
            <w:tcW w:w="634" w:type="dxa"/>
            <w:tcMar>
              <w:top w:w="55" w:type="dxa"/>
              <w:left w:w="55" w:type="dxa"/>
              <w:bottom w:w="55" w:type="dxa"/>
              <w:right w:w="55" w:type="dxa"/>
            </w:tcMar>
          </w:tcPr>
          <w:p w14:paraId="1E76D288"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4F776D0B" w14:textId="77777777" w:rsidR="003D6426" w:rsidRDefault="00000000">
            <w:pPr>
              <w:spacing w:after="0" w:line="240" w:lineRule="auto"/>
              <w:rPr>
                <w:rFonts w:hint="eastAsia"/>
              </w:rPr>
            </w:pPr>
            <w:r>
              <w:rPr>
                <w:sz w:val="13"/>
              </w:rPr>
              <w:t>C</w:t>
            </w:r>
          </w:p>
        </w:tc>
        <w:tc>
          <w:tcPr>
            <w:tcW w:w="634" w:type="dxa"/>
            <w:tcMar>
              <w:top w:w="55" w:type="dxa"/>
              <w:left w:w="55" w:type="dxa"/>
              <w:bottom w:w="55" w:type="dxa"/>
              <w:right w:w="55" w:type="dxa"/>
            </w:tcMar>
          </w:tcPr>
          <w:p w14:paraId="339F1D55" w14:textId="77777777" w:rsidR="003D6426" w:rsidRDefault="00000000">
            <w:pPr>
              <w:spacing w:after="0" w:line="240" w:lineRule="auto"/>
              <w:rPr>
                <w:rFonts w:hint="eastAsia"/>
              </w:rPr>
            </w:pPr>
            <w:r>
              <w:rPr>
                <w:sz w:val="13"/>
              </w:rPr>
              <w:t>I</w:t>
            </w:r>
          </w:p>
        </w:tc>
        <w:tc>
          <w:tcPr>
            <w:tcW w:w="1038" w:type="dxa"/>
            <w:tcMar>
              <w:top w:w="55" w:type="dxa"/>
              <w:left w:w="55" w:type="dxa"/>
              <w:bottom w:w="55" w:type="dxa"/>
              <w:right w:w="55" w:type="dxa"/>
            </w:tcMar>
          </w:tcPr>
          <w:p w14:paraId="7A3513A7" w14:textId="77777777" w:rsidR="003D6426" w:rsidRDefault="00000000">
            <w:pPr>
              <w:spacing w:after="0" w:line="240" w:lineRule="auto"/>
              <w:rPr>
                <w:rFonts w:hint="eastAsia"/>
              </w:rPr>
            </w:pPr>
            <w:r>
              <w:rPr>
                <w:sz w:val="13"/>
              </w:rPr>
              <w:t>R</w:t>
            </w:r>
          </w:p>
        </w:tc>
        <w:tc>
          <w:tcPr>
            <w:tcW w:w="865" w:type="dxa"/>
            <w:tcMar>
              <w:top w:w="55" w:type="dxa"/>
              <w:left w:w="55" w:type="dxa"/>
              <w:bottom w:w="55" w:type="dxa"/>
              <w:right w:w="55" w:type="dxa"/>
            </w:tcMar>
          </w:tcPr>
          <w:p w14:paraId="613FDC56"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69F4B405"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6BAB096B"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1B953367" w14:textId="77777777" w:rsidR="003D6426" w:rsidRDefault="00000000">
            <w:pPr>
              <w:spacing w:after="0" w:line="240" w:lineRule="auto"/>
              <w:rPr>
                <w:rFonts w:hint="eastAsia"/>
              </w:rPr>
            </w:pPr>
            <w:r>
              <w:rPr>
                <w:sz w:val="13"/>
              </w:rPr>
              <w:t>C</w:t>
            </w:r>
          </w:p>
        </w:tc>
      </w:tr>
      <w:tr w:rsidR="003D6426" w14:paraId="6BECE68E" w14:textId="77777777">
        <w:trPr>
          <w:jc w:val="center"/>
        </w:trPr>
        <w:tc>
          <w:tcPr>
            <w:tcW w:w="3460" w:type="dxa"/>
            <w:tcMar>
              <w:top w:w="55" w:type="dxa"/>
              <w:left w:w="55" w:type="dxa"/>
              <w:bottom w:w="55" w:type="dxa"/>
              <w:right w:w="55" w:type="dxa"/>
            </w:tcMar>
          </w:tcPr>
          <w:p w14:paraId="7DF77F95" w14:textId="77777777" w:rsidR="003D6426" w:rsidRDefault="00000000">
            <w:pPr>
              <w:spacing w:after="0" w:line="240" w:lineRule="auto"/>
              <w:rPr>
                <w:rFonts w:hint="eastAsia"/>
              </w:rPr>
            </w:pPr>
            <w:r>
              <w:rPr>
                <w:sz w:val="13"/>
              </w:rPr>
              <w:t>Audit e miglioramento</w:t>
            </w:r>
          </w:p>
        </w:tc>
        <w:tc>
          <w:tcPr>
            <w:tcW w:w="634" w:type="dxa"/>
            <w:tcMar>
              <w:top w:w="55" w:type="dxa"/>
              <w:left w:w="55" w:type="dxa"/>
              <w:bottom w:w="55" w:type="dxa"/>
              <w:right w:w="55" w:type="dxa"/>
            </w:tcMar>
          </w:tcPr>
          <w:p w14:paraId="1AE67BAE" w14:textId="77777777" w:rsidR="003D6426" w:rsidRDefault="00000000">
            <w:pPr>
              <w:spacing w:after="0" w:line="240" w:lineRule="auto"/>
              <w:rPr>
                <w:rFonts w:hint="eastAsia"/>
              </w:rPr>
            </w:pPr>
            <w:r>
              <w:rPr>
                <w:sz w:val="13"/>
              </w:rPr>
              <w:t>A</w:t>
            </w:r>
          </w:p>
        </w:tc>
        <w:tc>
          <w:tcPr>
            <w:tcW w:w="865" w:type="dxa"/>
            <w:tcMar>
              <w:top w:w="55" w:type="dxa"/>
              <w:left w:w="55" w:type="dxa"/>
              <w:bottom w:w="55" w:type="dxa"/>
              <w:right w:w="55" w:type="dxa"/>
            </w:tcMar>
          </w:tcPr>
          <w:p w14:paraId="17238221" w14:textId="77777777" w:rsidR="003D6426" w:rsidRDefault="00000000">
            <w:pPr>
              <w:spacing w:after="0" w:line="240" w:lineRule="auto"/>
              <w:rPr>
                <w:rFonts w:hint="eastAsia"/>
              </w:rPr>
            </w:pPr>
            <w:r>
              <w:rPr>
                <w:sz w:val="13"/>
              </w:rPr>
              <w:t>R</w:t>
            </w:r>
          </w:p>
        </w:tc>
        <w:tc>
          <w:tcPr>
            <w:tcW w:w="634" w:type="dxa"/>
            <w:tcMar>
              <w:top w:w="55" w:type="dxa"/>
              <w:left w:w="55" w:type="dxa"/>
              <w:bottom w:w="55" w:type="dxa"/>
              <w:right w:w="55" w:type="dxa"/>
            </w:tcMar>
          </w:tcPr>
          <w:p w14:paraId="4843DD24" w14:textId="77777777" w:rsidR="003D6426" w:rsidRDefault="00000000">
            <w:pPr>
              <w:spacing w:after="0" w:line="240" w:lineRule="auto"/>
              <w:rPr>
                <w:rFonts w:hint="eastAsia"/>
              </w:rPr>
            </w:pPr>
            <w:r>
              <w:rPr>
                <w:sz w:val="13"/>
              </w:rPr>
              <w:t>C</w:t>
            </w:r>
          </w:p>
        </w:tc>
        <w:tc>
          <w:tcPr>
            <w:tcW w:w="1038" w:type="dxa"/>
            <w:tcMar>
              <w:top w:w="55" w:type="dxa"/>
              <w:left w:w="55" w:type="dxa"/>
              <w:bottom w:w="55" w:type="dxa"/>
              <w:right w:w="55" w:type="dxa"/>
            </w:tcMar>
          </w:tcPr>
          <w:p w14:paraId="6E878DE9"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615C09B2"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22ECDACA" w14:textId="77777777" w:rsidR="003D6426" w:rsidRDefault="00000000">
            <w:pPr>
              <w:spacing w:after="0" w:line="240" w:lineRule="auto"/>
              <w:rPr>
                <w:rFonts w:hint="eastAsia"/>
              </w:rPr>
            </w:pPr>
            <w:r>
              <w:rPr>
                <w:sz w:val="13"/>
              </w:rPr>
              <w:t>I</w:t>
            </w:r>
          </w:p>
        </w:tc>
        <w:tc>
          <w:tcPr>
            <w:tcW w:w="865" w:type="dxa"/>
            <w:tcMar>
              <w:top w:w="55" w:type="dxa"/>
              <w:left w:w="55" w:type="dxa"/>
              <w:bottom w:w="55" w:type="dxa"/>
              <w:right w:w="55" w:type="dxa"/>
            </w:tcMar>
          </w:tcPr>
          <w:p w14:paraId="73924B26" w14:textId="77777777" w:rsidR="003D6426" w:rsidRDefault="00000000">
            <w:pPr>
              <w:spacing w:after="0" w:line="240" w:lineRule="auto"/>
              <w:rPr>
                <w:rFonts w:hint="eastAsia"/>
              </w:rPr>
            </w:pPr>
            <w:r>
              <w:rPr>
                <w:sz w:val="13"/>
              </w:rPr>
              <w:t>C</w:t>
            </w:r>
          </w:p>
        </w:tc>
        <w:tc>
          <w:tcPr>
            <w:tcW w:w="865" w:type="dxa"/>
            <w:tcMar>
              <w:top w:w="55" w:type="dxa"/>
              <w:left w:w="55" w:type="dxa"/>
              <w:bottom w:w="55" w:type="dxa"/>
              <w:right w:w="55" w:type="dxa"/>
            </w:tcMar>
          </w:tcPr>
          <w:p w14:paraId="4E59F3DB" w14:textId="77777777" w:rsidR="003D6426" w:rsidRDefault="00000000">
            <w:pPr>
              <w:spacing w:after="0" w:line="240" w:lineRule="auto"/>
              <w:rPr>
                <w:rFonts w:hint="eastAsia"/>
              </w:rPr>
            </w:pPr>
            <w:r>
              <w:rPr>
                <w:sz w:val="13"/>
              </w:rPr>
              <w:t>C</w:t>
            </w:r>
          </w:p>
        </w:tc>
      </w:tr>
    </w:tbl>
    <w:p w14:paraId="7A55D928" w14:textId="77777777" w:rsidR="003D6426" w:rsidRDefault="00000000">
      <w:pPr>
        <w:pStyle w:val="Titolo1"/>
      </w:pPr>
      <w:r>
        <w:t>7. Processo aziendale per attività in ambienti confinati</w:t>
      </w:r>
    </w:p>
    <w:p w14:paraId="4A78D23C" w14:textId="77777777" w:rsidR="003D6426" w:rsidRDefault="00000000">
      <w:pPr>
        <w:spacing w:after="100"/>
        <w:rPr>
          <w:rFonts w:hint="eastAsia"/>
        </w:rPr>
      </w:pPr>
      <w:r>
        <w:t>Il processo aziendale deve essere applicato come sequenza vincolante. Il passaggio alla fase successiva è consentito solo quando i controlli della fase precedente risultano positivi o quando sono state definite e attuate misure correttive documentate.</w:t>
      </w:r>
    </w:p>
    <w:p w14:paraId="182627A2" w14:textId="77777777" w:rsidR="003D6426" w:rsidRDefault="00000000">
      <w:pPr>
        <w:pStyle w:val="TableTitle"/>
        <w:rPr>
          <w:rFonts w:hint="eastAsia"/>
        </w:rPr>
      </w:pPr>
      <w:r>
        <w:t>Flusso operativo aziendale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8"/>
        <w:gridCol w:w="5156"/>
        <w:gridCol w:w="2768"/>
      </w:tblGrid>
      <w:tr w:rsidR="003D6426" w14:paraId="0F21A74C" w14:textId="77777777">
        <w:trPr>
          <w:tblHeader/>
          <w:jc w:val="center"/>
        </w:trPr>
        <w:tc>
          <w:tcPr>
            <w:tcW w:w="2254" w:type="dxa"/>
            <w:shd w:val="clear" w:color="auto" w:fill="D9EAF7"/>
            <w:tcMar>
              <w:top w:w="55" w:type="dxa"/>
              <w:left w:w="55" w:type="dxa"/>
              <w:bottom w:w="55" w:type="dxa"/>
              <w:right w:w="55" w:type="dxa"/>
            </w:tcMar>
            <w:vAlign w:val="center"/>
          </w:tcPr>
          <w:p w14:paraId="0ACB318B" w14:textId="77777777" w:rsidR="003D6426" w:rsidRDefault="00000000">
            <w:pPr>
              <w:spacing w:after="0" w:line="240" w:lineRule="auto"/>
              <w:jc w:val="center"/>
              <w:rPr>
                <w:rFonts w:hint="eastAsia"/>
              </w:rPr>
            </w:pPr>
            <w:r>
              <w:rPr>
                <w:b/>
                <w:sz w:val="15"/>
              </w:rPr>
              <w:t>Fase</w:t>
            </w:r>
          </w:p>
        </w:tc>
        <w:tc>
          <w:tcPr>
            <w:tcW w:w="5100" w:type="dxa"/>
            <w:shd w:val="clear" w:color="auto" w:fill="D9EAF7"/>
            <w:tcMar>
              <w:top w:w="55" w:type="dxa"/>
              <w:left w:w="55" w:type="dxa"/>
              <w:bottom w:w="55" w:type="dxa"/>
              <w:right w:w="55" w:type="dxa"/>
            </w:tcMar>
            <w:vAlign w:val="center"/>
          </w:tcPr>
          <w:p w14:paraId="3038641C" w14:textId="77777777" w:rsidR="003D6426" w:rsidRDefault="00000000">
            <w:pPr>
              <w:spacing w:after="0" w:line="240" w:lineRule="auto"/>
              <w:jc w:val="center"/>
              <w:rPr>
                <w:rFonts w:hint="eastAsia"/>
              </w:rPr>
            </w:pPr>
            <w:r>
              <w:rPr>
                <w:b/>
                <w:sz w:val="15"/>
              </w:rPr>
              <w:t>Output minimo</w:t>
            </w:r>
          </w:p>
        </w:tc>
        <w:tc>
          <w:tcPr>
            <w:tcW w:w="2738" w:type="dxa"/>
            <w:shd w:val="clear" w:color="auto" w:fill="D9EAF7"/>
            <w:tcMar>
              <w:top w:w="55" w:type="dxa"/>
              <w:left w:w="55" w:type="dxa"/>
              <w:bottom w:w="55" w:type="dxa"/>
              <w:right w:w="55" w:type="dxa"/>
            </w:tcMar>
            <w:vAlign w:val="center"/>
          </w:tcPr>
          <w:p w14:paraId="7E654C00" w14:textId="77777777" w:rsidR="003D6426" w:rsidRDefault="00000000">
            <w:pPr>
              <w:spacing w:after="0" w:line="240" w:lineRule="auto"/>
              <w:jc w:val="center"/>
              <w:rPr>
                <w:rFonts w:hint="eastAsia"/>
              </w:rPr>
            </w:pPr>
            <w:r>
              <w:rPr>
                <w:b/>
                <w:sz w:val="15"/>
              </w:rPr>
              <w:t>Gate decisionale</w:t>
            </w:r>
          </w:p>
        </w:tc>
      </w:tr>
      <w:tr w:rsidR="003D6426" w14:paraId="596693F7" w14:textId="77777777">
        <w:trPr>
          <w:jc w:val="center"/>
        </w:trPr>
        <w:tc>
          <w:tcPr>
            <w:tcW w:w="2254" w:type="dxa"/>
            <w:tcMar>
              <w:top w:w="55" w:type="dxa"/>
              <w:left w:w="55" w:type="dxa"/>
              <w:bottom w:w="55" w:type="dxa"/>
              <w:right w:w="55" w:type="dxa"/>
            </w:tcMar>
          </w:tcPr>
          <w:p w14:paraId="191BB580" w14:textId="77777777" w:rsidR="003D6426" w:rsidRDefault="00000000">
            <w:pPr>
              <w:spacing w:after="0" w:line="240" w:lineRule="auto"/>
              <w:rPr>
                <w:rFonts w:hint="eastAsia"/>
              </w:rPr>
            </w:pPr>
            <w:r>
              <w:rPr>
                <w:sz w:val="14"/>
              </w:rPr>
              <w:t>1. Censimento e classificazione</w:t>
            </w:r>
          </w:p>
        </w:tc>
        <w:tc>
          <w:tcPr>
            <w:tcW w:w="5100" w:type="dxa"/>
            <w:tcMar>
              <w:top w:w="55" w:type="dxa"/>
              <w:left w:w="55" w:type="dxa"/>
              <w:bottom w:w="55" w:type="dxa"/>
              <w:right w:w="55" w:type="dxa"/>
            </w:tcMar>
          </w:tcPr>
          <w:p w14:paraId="570EAD64" w14:textId="77777777" w:rsidR="003D6426" w:rsidRDefault="00000000">
            <w:pPr>
              <w:spacing w:after="0" w:line="240" w:lineRule="auto"/>
              <w:rPr>
                <w:rFonts w:hint="eastAsia"/>
              </w:rPr>
            </w:pPr>
            <w:r>
              <w:rPr>
                <w:sz w:val="14"/>
              </w:rPr>
              <w:t>Registro ambienti, schede ambiente, planimetrie, segnaletica.</w:t>
            </w:r>
          </w:p>
        </w:tc>
        <w:tc>
          <w:tcPr>
            <w:tcW w:w="2738" w:type="dxa"/>
            <w:tcMar>
              <w:top w:w="55" w:type="dxa"/>
              <w:left w:w="55" w:type="dxa"/>
              <w:bottom w:w="55" w:type="dxa"/>
              <w:right w:w="55" w:type="dxa"/>
            </w:tcMar>
          </w:tcPr>
          <w:p w14:paraId="691EB084" w14:textId="77777777" w:rsidR="003D6426" w:rsidRDefault="00000000">
            <w:pPr>
              <w:spacing w:after="0" w:line="240" w:lineRule="auto"/>
              <w:rPr>
                <w:rFonts w:hint="eastAsia"/>
              </w:rPr>
            </w:pPr>
            <w:r>
              <w:rPr>
                <w:sz w:val="14"/>
              </w:rPr>
              <w:t>Ambiente incluso o escluso con motivazione documentata.</w:t>
            </w:r>
          </w:p>
        </w:tc>
      </w:tr>
      <w:tr w:rsidR="003D6426" w14:paraId="48D26834" w14:textId="77777777">
        <w:trPr>
          <w:jc w:val="center"/>
        </w:trPr>
        <w:tc>
          <w:tcPr>
            <w:tcW w:w="2254" w:type="dxa"/>
            <w:tcMar>
              <w:top w:w="55" w:type="dxa"/>
              <w:left w:w="55" w:type="dxa"/>
              <w:bottom w:w="55" w:type="dxa"/>
              <w:right w:w="55" w:type="dxa"/>
            </w:tcMar>
          </w:tcPr>
          <w:p w14:paraId="4F4746AB" w14:textId="77777777" w:rsidR="003D6426" w:rsidRDefault="00000000">
            <w:pPr>
              <w:spacing w:after="0" w:line="240" w:lineRule="auto"/>
              <w:rPr>
                <w:rFonts w:hint="eastAsia"/>
              </w:rPr>
            </w:pPr>
            <w:r>
              <w:rPr>
                <w:sz w:val="14"/>
              </w:rPr>
              <w:t>2. Richiesta di intervento</w:t>
            </w:r>
          </w:p>
        </w:tc>
        <w:tc>
          <w:tcPr>
            <w:tcW w:w="5100" w:type="dxa"/>
            <w:tcMar>
              <w:top w:w="55" w:type="dxa"/>
              <w:left w:w="55" w:type="dxa"/>
              <w:bottom w:w="55" w:type="dxa"/>
              <w:right w:w="55" w:type="dxa"/>
            </w:tcMar>
          </w:tcPr>
          <w:p w14:paraId="7C6EE316" w14:textId="77777777" w:rsidR="003D6426" w:rsidRDefault="00000000">
            <w:pPr>
              <w:spacing w:after="0" w:line="240" w:lineRule="auto"/>
              <w:rPr>
                <w:rFonts w:hint="eastAsia"/>
              </w:rPr>
            </w:pPr>
            <w:r>
              <w:rPr>
                <w:sz w:val="14"/>
              </w:rPr>
              <w:t>Descrizione attività, motivazione, durata, personale, impianti interessati, urgenza.</w:t>
            </w:r>
          </w:p>
        </w:tc>
        <w:tc>
          <w:tcPr>
            <w:tcW w:w="2738" w:type="dxa"/>
            <w:tcMar>
              <w:top w:w="55" w:type="dxa"/>
              <w:left w:w="55" w:type="dxa"/>
              <w:bottom w:w="55" w:type="dxa"/>
              <w:right w:w="55" w:type="dxa"/>
            </w:tcMar>
          </w:tcPr>
          <w:p w14:paraId="450AC272" w14:textId="77777777" w:rsidR="003D6426" w:rsidRDefault="00000000">
            <w:pPr>
              <w:spacing w:after="0" w:line="240" w:lineRule="auto"/>
              <w:rPr>
                <w:rFonts w:hint="eastAsia"/>
              </w:rPr>
            </w:pPr>
            <w:r>
              <w:rPr>
                <w:sz w:val="14"/>
              </w:rPr>
              <w:t>Verifica preliminare se l'ingresso è evitabile.</w:t>
            </w:r>
          </w:p>
        </w:tc>
      </w:tr>
      <w:tr w:rsidR="003D6426" w14:paraId="40499C99" w14:textId="77777777">
        <w:trPr>
          <w:jc w:val="center"/>
        </w:trPr>
        <w:tc>
          <w:tcPr>
            <w:tcW w:w="2254" w:type="dxa"/>
            <w:tcMar>
              <w:top w:w="55" w:type="dxa"/>
              <w:left w:w="55" w:type="dxa"/>
              <w:bottom w:w="55" w:type="dxa"/>
              <w:right w:w="55" w:type="dxa"/>
            </w:tcMar>
          </w:tcPr>
          <w:p w14:paraId="4AF47618" w14:textId="77777777" w:rsidR="003D6426" w:rsidRDefault="00000000">
            <w:pPr>
              <w:spacing w:after="0" w:line="240" w:lineRule="auto"/>
              <w:rPr>
                <w:rFonts w:hint="eastAsia"/>
              </w:rPr>
            </w:pPr>
            <w:r>
              <w:rPr>
                <w:sz w:val="14"/>
              </w:rPr>
              <w:t>3. Valutazione rischi specifica</w:t>
            </w:r>
          </w:p>
        </w:tc>
        <w:tc>
          <w:tcPr>
            <w:tcW w:w="5100" w:type="dxa"/>
            <w:tcMar>
              <w:top w:w="55" w:type="dxa"/>
              <w:left w:w="55" w:type="dxa"/>
              <w:bottom w:w="55" w:type="dxa"/>
              <w:right w:w="55" w:type="dxa"/>
            </w:tcMar>
          </w:tcPr>
          <w:p w14:paraId="1F636371" w14:textId="77777777" w:rsidR="003D6426" w:rsidRDefault="00000000">
            <w:pPr>
              <w:spacing w:after="0" w:line="240" w:lineRule="auto"/>
              <w:rPr>
                <w:rFonts w:hint="eastAsia"/>
              </w:rPr>
            </w:pPr>
            <w:r>
              <w:rPr>
                <w:sz w:val="14"/>
              </w:rPr>
              <w:t>Scheda rischi, pericoli, interferenze, misure, monitoraggi, emergenza.</w:t>
            </w:r>
          </w:p>
        </w:tc>
        <w:tc>
          <w:tcPr>
            <w:tcW w:w="2738" w:type="dxa"/>
            <w:tcMar>
              <w:top w:w="55" w:type="dxa"/>
              <w:left w:w="55" w:type="dxa"/>
              <w:bottom w:w="55" w:type="dxa"/>
              <w:right w:w="55" w:type="dxa"/>
            </w:tcMar>
          </w:tcPr>
          <w:p w14:paraId="42EAAF08" w14:textId="77777777" w:rsidR="003D6426" w:rsidRDefault="00000000">
            <w:pPr>
              <w:spacing w:after="0" w:line="240" w:lineRule="auto"/>
              <w:rPr>
                <w:rFonts w:hint="eastAsia"/>
              </w:rPr>
            </w:pPr>
            <w:r>
              <w:rPr>
                <w:sz w:val="14"/>
              </w:rPr>
              <w:t>Rischi residui accettabili solo con misure definite.</w:t>
            </w:r>
          </w:p>
        </w:tc>
      </w:tr>
      <w:tr w:rsidR="003D6426" w14:paraId="64B23D48" w14:textId="77777777">
        <w:trPr>
          <w:jc w:val="center"/>
        </w:trPr>
        <w:tc>
          <w:tcPr>
            <w:tcW w:w="2254" w:type="dxa"/>
            <w:tcMar>
              <w:top w:w="55" w:type="dxa"/>
              <w:left w:w="55" w:type="dxa"/>
              <w:bottom w:w="55" w:type="dxa"/>
              <w:right w:w="55" w:type="dxa"/>
            </w:tcMar>
          </w:tcPr>
          <w:p w14:paraId="6309797D" w14:textId="77777777" w:rsidR="003D6426" w:rsidRDefault="00000000">
            <w:pPr>
              <w:spacing w:after="0" w:line="240" w:lineRule="auto"/>
              <w:rPr>
                <w:rFonts w:hint="eastAsia"/>
              </w:rPr>
            </w:pPr>
            <w:r>
              <w:rPr>
                <w:sz w:val="14"/>
              </w:rPr>
              <w:t>4. Pianificazione</w:t>
            </w:r>
          </w:p>
        </w:tc>
        <w:tc>
          <w:tcPr>
            <w:tcW w:w="5100" w:type="dxa"/>
            <w:tcMar>
              <w:top w:w="55" w:type="dxa"/>
              <w:left w:w="55" w:type="dxa"/>
              <w:bottom w:w="55" w:type="dxa"/>
              <w:right w:w="55" w:type="dxa"/>
            </w:tcMar>
          </w:tcPr>
          <w:p w14:paraId="7D869D6D" w14:textId="77777777" w:rsidR="003D6426" w:rsidRDefault="00000000">
            <w:pPr>
              <w:spacing w:after="0" w:line="240" w:lineRule="auto"/>
              <w:rPr>
                <w:rFonts w:hint="eastAsia"/>
              </w:rPr>
            </w:pPr>
            <w:r>
              <w:rPr>
                <w:sz w:val="14"/>
              </w:rPr>
              <w:t>Cronoprogramma, ruoli, attrezzature, DPI, APVR, DPC, LOTO, ventilazione, comunicazioni.</w:t>
            </w:r>
          </w:p>
        </w:tc>
        <w:tc>
          <w:tcPr>
            <w:tcW w:w="2738" w:type="dxa"/>
            <w:tcMar>
              <w:top w:w="55" w:type="dxa"/>
              <w:left w:w="55" w:type="dxa"/>
              <w:bottom w:w="55" w:type="dxa"/>
              <w:right w:w="55" w:type="dxa"/>
            </w:tcMar>
          </w:tcPr>
          <w:p w14:paraId="305269D1" w14:textId="77777777" w:rsidR="003D6426" w:rsidRDefault="00000000">
            <w:pPr>
              <w:spacing w:after="0" w:line="240" w:lineRule="auto"/>
              <w:rPr>
                <w:rFonts w:hint="eastAsia"/>
              </w:rPr>
            </w:pPr>
            <w:r>
              <w:rPr>
                <w:sz w:val="14"/>
              </w:rPr>
              <w:t>Risorse e competenze disponibili.</w:t>
            </w:r>
          </w:p>
        </w:tc>
      </w:tr>
      <w:tr w:rsidR="003D6426" w14:paraId="338C5EC7" w14:textId="77777777">
        <w:trPr>
          <w:jc w:val="center"/>
        </w:trPr>
        <w:tc>
          <w:tcPr>
            <w:tcW w:w="2254" w:type="dxa"/>
            <w:tcMar>
              <w:top w:w="55" w:type="dxa"/>
              <w:left w:w="55" w:type="dxa"/>
              <w:bottom w:w="55" w:type="dxa"/>
              <w:right w:w="55" w:type="dxa"/>
            </w:tcMar>
          </w:tcPr>
          <w:p w14:paraId="24E5E280" w14:textId="77777777" w:rsidR="003D6426" w:rsidRDefault="00000000">
            <w:pPr>
              <w:spacing w:after="0" w:line="240" w:lineRule="auto"/>
              <w:rPr>
                <w:rFonts w:hint="eastAsia"/>
              </w:rPr>
            </w:pPr>
            <w:r>
              <w:rPr>
                <w:sz w:val="14"/>
              </w:rPr>
              <w:t>5. Riunione preliminare</w:t>
            </w:r>
          </w:p>
        </w:tc>
        <w:tc>
          <w:tcPr>
            <w:tcW w:w="5100" w:type="dxa"/>
            <w:tcMar>
              <w:top w:w="55" w:type="dxa"/>
              <w:left w:w="55" w:type="dxa"/>
              <w:bottom w:w="55" w:type="dxa"/>
              <w:right w:w="55" w:type="dxa"/>
            </w:tcMar>
          </w:tcPr>
          <w:p w14:paraId="222F1F32" w14:textId="77777777" w:rsidR="003D6426" w:rsidRDefault="00000000">
            <w:pPr>
              <w:spacing w:after="0" w:line="240" w:lineRule="auto"/>
              <w:rPr>
                <w:rFonts w:hint="eastAsia"/>
              </w:rPr>
            </w:pPr>
            <w:r>
              <w:rPr>
                <w:sz w:val="14"/>
              </w:rPr>
              <w:t>Verbale, presenze, istruzioni, coordinamento con appaltatori, stop work.</w:t>
            </w:r>
          </w:p>
        </w:tc>
        <w:tc>
          <w:tcPr>
            <w:tcW w:w="2738" w:type="dxa"/>
            <w:tcMar>
              <w:top w:w="55" w:type="dxa"/>
              <w:left w:w="55" w:type="dxa"/>
              <w:bottom w:w="55" w:type="dxa"/>
              <w:right w:w="55" w:type="dxa"/>
            </w:tcMar>
          </w:tcPr>
          <w:p w14:paraId="04CC7AB7" w14:textId="77777777" w:rsidR="003D6426" w:rsidRDefault="00000000">
            <w:pPr>
              <w:spacing w:after="0" w:line="240" w:lineRule="auto"/>
              <w:rPr>
                <w:rFonts w:hint="eastAsia"/>
              </w:rPr>
            </w:pPr>
            <w:r>
              <w:rPr>
                <w:sz w:val="14"/>
              </w:rPr>
              <w:t>Tutti i coinvolti informati e consapevoli.</w:t>
            </w:r>
          </w:p>
        </w:tc>
      </w:tr>
      <w:tr w:rsidR="003D6426" w14:paraId="481F8C41" w14:textId="77777777">
        <w:trPr>
          <w:jc w:val="center"/>
        </w:trPr>
        <w:tc>
          <w:tcPr>
            <w:tcW w:w="2254" w:type="dxa"/>
            <w:tcMar>
              <w:top w:w="55" w:type="dxa"/>
              <w:left w:w="55" w:type="dxa"/>
              <w:bottom w:w="55" w:type="dxa"/>
              <w:right w:w="55" w:type="dxa"/>
            </w:tcMar>
          </w:tcPr>
          <w:p w14:paraId="2B1CB6C9" w14:textId="77777777" w:rsidR="003D6426" w:rsidRDefault="00000000">
            <w:pPr>
              <w:spacing w:after="0" w:line="240" w:lineRule="auto"/>
              <w:rPr>
                <w:rFonts w:hint="eastAsia"/>
              </w:rPr>
            </w:pPr>
            <w:r>
              <w:rPr>
                <w:sz w:val="14"/>
              </w:rPr>
              <w:t>6. Allestimento</w:t>
            </w:r>
          </w:p>
        </w:tc>
        <w:tc>
          <w:tcPr>
            <w:tcW w:w="5100" w:type="dxa"/>
            <w:tcMar>
              <w:top w:w="55" w:type="dxa"/>
              <w:left w:w="55" w:type="dxa"/>
              <w:bottom w:w="55" w:type="dxa"/>
              <w:right w:w="55" w:type="dxa"/>
            </w:tcMar>
          </w:tcPr>
          <w:p w14:paraId="079D033B" w14:textId="77777777" w:rsidR="003D6426" w:rsidRDefault="00000000">
            <w:pPr>
              <w:spacing w:after="0" w:line="240" w:lineRule="auto"/>
              <w:rPr>
                <w:rFonts w:hint="eastAsia"/>
              </w:rPr>
            </w:pPr>
            <w:r>
              <w:rPr>
                <w:sz w:val="14"/>
              </w:rPr>
              <w:t>Delimitazione, segnaletica, accessi, monitoraggio, bonifica, ventilazione, isolamento.</w:t>
            </w:r>
          </w:p>
        </w:tc>
        <w:tc>
          <w:tcPr>
            <w:tcW w:w="2738" w:type="dxa"/>
            <w:tcMar>
              <w:top w:w="55" w:type="dxa"/>
              <w:left w:w="55" w:type="dxa"/>
              <w:bottom w:w="55" w:type="dxa"/>
              <w:right w:w="55" w:type="dxa"/>
            </w:tcMar>
          </w:tcPr>
          <w:p w14:paraId="2D91A97B" w14:textId="77777777" w:rsidR="003D6426" w:rsidRDefault="00000000">
            <w:pPr>
              <w:spacing w:after="0" w:line="240" w:lineRule="auto"/>
              <w:rPr>
                <w:rFonts w:hint="eastAsia"/>
              </w:rPr>
            </w:pPr>
            <w:r>
              <w:rPr>
                <w:sz w:val="14"/>
              </w:rPr>
              <w:t>Controlli pre-ingresso positivi.</w:t>
            </w:r>
          </w:p>
        </w:tc>
      </w:tr>
      <w:tr w:rsidR="003D6426" w14:paraId="45CF3B22" w14:textId="77777777">
        <w:trPr>
          <w:jc w:val="center"/>
        </w:trPr>
        <w:tc>
          <w:tcPr>
            <w:tcW w:w="2254" w:type="dxa"/>
            <w:tcMar>
              <w:top w:w="55" w:type="dxa"/>
              <w:left w:w="55" w:type="dxa"/>
              <w:bottom w:w="55" w:type="dxa"/>
              <w:right w:w="55" w:type="dxa"/>
            </w:tcMar>
          </w:tcPr>
          <w:p w14:paraId="7D5478C5" w14:textId="77777777" w:rsidR="003D6426" w:rsidRDefault="00000000">
            <w:pPr>
              <w:spacing w:after="0" w:line="240" w:lineRule="auto"/>
              <w:rPr>
                <w:rFonts w:hint="eastAsia"/>
              </w:rPr>
            </w:pPr>
            <w:r>
              <w:rPr>
                <w:sz w:val="14"/>
              </w:rPr>
              <w:t>7. Autorizzazione</w:t>
            </w:r>
          </w:p>
        </w:tc>
        <w:tc>
          <w:tcPr>
            <w:tcW w:w="5100" w:type="dxa"/>
            <w:tcMar>
              <w:top w:w="55" w:type="dxa"/>
              <w:left w:w="55" w:type="dxa"/>
              <w:bottom w:w="55" w:type="dxa"/>
              <w:right w:w="55" w:type="dxa"/>
            </w:tcMar>
          </w:tcPr>
          <w:p w14:paraId="2CAA11A2" w14:textId="77777777" w:rsidR="003D6426" w:rsidRDefault="00000000">
            <w:pPr>
              <w:spacing w:after="0" w:line="240" w:lineRule="auto"/>
              <w:rPr>
                <w:rFonts w:hint="eastAsia"/>
              </w:rPr>
            </w:pPr>
            <w:r>
              <w:rPr>
                <w:sz w:val="14"/>
              </w:rPr>
              <w:t>Permesso di ingresso compilato, firmato, valido temporalmente e riferito all'attività.</w:t>
            </w:r>
          </w:p>
        </w:tc>
        <w:tc>
          <w:tcPr>
            <w:tcW w:w="2738" w:type="dxa"/>
            <w:tcMar>
              <w:top w:w="55" w:type="dxa"/>
              <w:left w:w="55" w:type="dxa"/>
              <w:bottom w:w="55" w:type="dxa"/>
              <w:right w:w="55" w:type="dxa"/>
            </w:tcMar>
          </w:tcPr>
          <w:p w14:paraId="13733544" w14:textId="77777777" w:rsidR="003D6426" w:rsidRDefault="00000000">
            <w:pPr>
              <w:spacing w:after="0" w:line="240" w:lineRule="auto"/>
              <w:rPr>
                <w:rFonts w:hint="eastAsia"/>
              </w:rPr>
            </w:pPr>
            <w:r>
              <w:rPr>
                <w:sz w:val="14"/>
              </w:rPr>
              <w:t>Ingresso consentito solo ai nominativi indicati.</w:t>
            </w:r>
          </w:p>
        </w:tc>
      </w:tr>
      <w:tr w:rsidR="003D6426" w14:paraId="193DAA72" w14:textId="77777777">
        <w:trPr>
          <w:jc w:val="center"/>
        </w:trPr>
        <w:tc>
          <w:tcPr>
            <w:tcW w:w="2254" w:type="dxa"/>
            <w:tcMar>
              <w:top w:w="55" w:type="dxa"/>
              <w:left w:w="55" w:type="dxa"/>
              <w:bottom w:w="55" w:type="dxa"/>
              <w:right w:w="55" w:type="dxa"/>
            </w:tcMar>
          </w:tcPr>
          <w:p w14:paraId="3A1C617E" w14:textId="77777777" w:rsidR="003D6426" w:rsidRDefault="00000000">
            <w:pPr>
              <w:spacing w:after="0" w:line="240" w:lineRule="auto"/>
              <w:rPr>
                <w:rFonts w:hint="eastAsia"/>
              </w:rPr>
            </w:pPr>
            <w:r>
              <w:rPr>
                <w:sz w:val="14"/>
              </w:rPr>
              <w:t>8. Esecuzione</w:t>
            </w:r>
          </w:p>
        </w:tc>
        <w:tc>
          <w:tcPr>
            <w:tcW w:w="5100" w:type="dxa"/>
            <w:tcMar>
              <w:top w:w="55" w:type="dxa"/>
              <w:left w:w="55" w:type="dxa"/>
              <w:bottom w:w="55" w:type="dxa"/>
              <w:right w:w="55" w:type="dxa"/>
            </w:tcMar>
          </w:tcPr>
          <w:p w14:paraId="6DD4E5F4" w14:textId="77777777" w:rsidR="003D6426" w:rsidRDefault="00000000">
            <w:pPr>
              <w:spacing w:after="0" w:line="240" w:lineRule="auto"/>
              <w:rPr>
                <w:rFonts w:hint="eastAsia"/>
              </w:rPr>
            </w:pPr>
            <w:r>
              <w:rPr>
                <w:sz w:val="14"/>
              </w:rPr>
              <w:t>Sorveglianza, comunicazione, monitoraggio, gestione variazioni e pause.</w:t>
            </w:r>
          </w:p>
        </w:tc>
        <w:tc>
          <w:tcPr>
            <w:tcW w:w="2738" w:type="dxa"/>
            <w:tcMar>
              <w:top w:w="55" w:type="dxa"/>
              <w:left w:w="55" w:type="dxa"/>
              <w:bottom w:w="55" w:type="dxa"/>
              <w:right w:w="55" w:type="dxa"/>
            </w:tcMar>
          </w:tcPr>
          <w:p w14:paraId="1B86B0E9" w14:textId="77777777" w:rsidR="003D6426" w:rsidRDefault="00000000">
            <w:pPr>
              <w:spacing w:after="0" w:line="240" w:lineRule="auto"/>
              <w:rPr>
                <w:rFonts w:hint="eastAsia"/>
              </w:rPr>
            </w:pPr>
            <w:r>
              <w:rPr>
                <w:sz w:val="14"/>
              </w:rPr>
              <w:t>Sospensione in caso di allarme, anomalia o variazione.</w:t>
            </w:r>
          </w:p>
        </w:tc>
      </w:tr>
      <w:tr w:rsidR="003D6426" w14:paraId="04A4B05D" w14:textId="77777777">
        <w:trPr>
          <w:jc w:val="center"/>
        </w:trPr>
        <w:tc>
          <w:tcPr>
            <w:tcW w:w="2254" w:type="dxa"/>
            <w:tcMar>
              <w:top w:w="55" w:type="dxa"/>
              <w:left w:w="55" w:type="dxa"/>
              <w:bottom w:w="55" w:type="dxa"/>
              <w:right w:w="55" w:type="dxa"/>
            </w:tcMar>
          </w:tcPr>
          <w:p w14:paraId="6DC09C0C" w14:textId="77777777" w:rsidR="003D6426" w:rsidRDefault="00000000">
            <w:pPr>
              <w:spacing w:after="0" w:line="240" w:lineRule="auto"/>
              <w:rPr>
                <w:rFonts w:hint="eastAsia"/>
              </w:rPr>
            </w:pPr>
            <w:r>
              <w:rPr>
                <w:sz w:val="14"/>
              </w:rPr>
              <w:t>9. Emergenza</w:t>
            </w:r>
          </w:p>
        </w:tc>
        <w:tc>
          <w:tcPr>
            <w:tcW w:w="5100" w:type="dxa"/>
            <w:tcMar>
              <w:top w:w="55" w:type="dxa"/>
              <w:left w:w="55" w:type="dxa"/>
              <w:bottom w:w="55" w:type="dxa"/>
              <w:right w:w="55" w:type="dxa"/>
            </w:tcMar>
          </w:tcPr>
          <w:p w14:paraId="112F60E3" w14:textId="77777777" w:rsidR="003D6426" w:rsidRDefault="00000000">
            <w:pPr>
              <w:spacing w:after="0" w:line="240" w:lineRule="auto"/>
              <w:rPr>
                <w:rFonts w:hint="eastAsia"/>
              </w:rPr>
            </w:pPr>
            <w:r>
              <w:rPr>
                <w:sz w:val="14"/>
              </w:rPr>
              <w:t>Autosoccorso, recupero senza ingresso o con ingresso, attivazione servizi.</w:t>
            </w:r>
          </w:p>
        </w:tc>
        <w:tc>
          <w:tcPr>
            <w:tcW w:w="2738" w:type="dxa"/>
            <w:tcMar>
              <w:top w:w="55" w:type="dxa"/>
              <w:left w:w="55" w:type="dxa"/>
              <w:bottom w:w="55" w:type="dxa"/>
              <w:right w:w="55" w:type="dxa"/>
            </w:tcMar>
          </w:tcPr>
          <w:p w14:paraId="61A4A6ED" w14:textId="77777777" w:rsidR="003D6426" w:rsidRDefault="00000000">
            <w:pPr>
              <w:spacing w:after="0" w:line="240" w:lineRule="auto"/>
              <w:rPr>
                <w:rFonts w:hint="eastAsia"/>
              </w:rPr>
            </w:pPr>
            <w:r>
              <w:rPr>
                <w:sz w:val="14"/>
              </w:rPr>
              <w:t>Soccorso effettuato solo secondo piano.</w:t>
            </w:r>
          </w:p>
        </w:tc>
      </w:tr>
      <w:tr w:rsidR="003D6426" w14:paraId="2903E07C" w14:textId="77777777">
        <w:trPr>
          <w:jc w:val="center"/>
        </w:trPr>
        <w:tc>
          <w:tcPr>
            <w:tcW w:w="2254" w:type="dxa"/>
            <w:tcMar>
              <w:top w:w="55" w:type="dxa"/>
              <w:left w:w="55" w:type="dxa"/>
              <w:bottom w:w="55" w:type="dxa"/>
              <w:right w:w="55" w:type="dxa"/>
            </w:tcMar>
          </w:tcPr>
          <w:p w14:paraId="3D0E803B" w14:textId="77777777" w:rsidR="003D6426" w:rsidRDefault="00000000">
            <w:pPr>
              <w:spacing w:after="0" w:line="240" w:lineRule="auto"/>
              <w:rPr>
                <w:rFonts w:hint="eastAsia"/>
              </w:rPr>
            </w:pPr>
            <w:r>
              <w:rPr>
                <w:sz w:val="14"/>
              </w:rPr>
              <w:t>10. Chiusura</w:t>
            </w:r>
          </w:p>
        </w:tc>
        <w:tc>
          <w:tcPr>
            <w:tcW w:w="5100" w:type="dxa"/>
            <w:tcMar>
              <w:top w:w="55" w:type="dxa"/>
              <w:left w:w="55" w:type="dxa"/>
              <w:bottom w:w="55" w:type="dxa"/>
              <w:right w:w="55" w:type="dxa"/>
            </w:tcMar>
          </w:tcPr>
          <w:p w14:paraId="705A23DC" w14:textId="77777777" w:rsidR="003D6426" w:rsidRDefault="00000000">
            <w:pPr>
              <w:spacing w:after="0" w:line="240" w:lineRule="auto"/>
              <w:rPr>
                <w:rFonts w:hint="eastAsia"/>
              </w:rPr>
            </w:pPr>
            <w:r>
              <w:rPr>
                <w:sz w:val="14"/>
              </w:rPr>
              <w:t>Uscita lavoratori, rimozione attrezzature, ripristino, chiusura permesso, debriefing.</w:t>
            </w:r>
          </w:p>
        </w:tc>
        <w:tc>
          <w:tcPr>
            <w:tcW w:w="2738" w:type="dxa"/>
            <w:tcMar>
              <w:top w:w="55" w:type="dxa"/>
              <w:left w:w="55" w:type="dxa"/>
              <w:bottom w:w="55" w:type="dxa"/>
              <w:right w:w="55" w:type="dxa"/>
            </w:tcMar>
          </w:tcPr>
          <w:p w14:paraId="4D1E9340" w14:textId="77777777" w:rsidR="003D6426" w:rsidRDefault="00000000">
            <w:pPr>
              <w:spacing w:after="0" w:line="240" w:lineRule="auto"/>
              <w:rPr>
                <w:rFonts w:hint="eastAsia"/>
              </w:rPr>
            </w:pPr>
            <w:r>
              <w:rPr>
                <w:sz w:val="14"/>
              </w:rPr>
              <w:t>Ambiente restituito in sicurezza e criticità registrate.</w:t>
            </w:r>
          </w:p>
        </w:tc>
      </w:tr>
    </w:tbl>
    <w:p w14:paraId="14C7AD8C" w14:textId="77777777" w:rsidR="003D6426" w:rsidRDefault="00000000">
      <w:pPr>
        <w:spacing w:after="100"/>
        <w:rPr>
          <w:rFonts w:hint="eastAsia"/>
        </w:rPr>
      </w:pPr>
      <w:r>
        <w:t>Ogni fase deve essere tracciata. In caso di attività ripetitive nello stesso ambiente è possibile adottare schede tipo, ma il permesso di ingresso e la verifica delle condizioni atmosferiche e operative devono essere riferiti all'intervento effettivo e alla data di esecuzione.</w:t>
      </w:r>
    </w:p>
    <w:p w14:paraId="4B5985B0" w14:textId="77777777" w:rsidR="003D6426" w:rsidRDefault="00000000">
      <w:pPr>
        <w:pStyle w:val="Titolo1"/>
      </w:pPr>
      <w:r>
        <w:t>8. Censimento, classificazione e aggiornamento degli ambienti</w:t>
      </w:r>
    </w:p>
    <w:p w14:paraId="446A82C2" w14:textId="77777777" w:rsidR="003D6426" w:rsidRDefault="00000000">
      <w:pPr>
        <w:spacing w:after="100"/>
        <w:rPr>
          <w:rFonts w:hint="eastAsia"/>
        </w:rPr>
      </w:pPr>
      <w:r>
        <w:t>Il censimento è la base del sistema. L'azienda deve identificare tutti gli spazi che, per caratteristiche fisiche, impiantistiche, storiche o operative, possono ricadere nella definizione di ambiente confinato, sospetto di inquinamento o assimilabile. Il censimento deve essere integrato con planimetrie, fotografie, schede tecniche, informazioni sui contenuti e riferimenti agli impianti collegati.</w:t>
      </w:r>
    </w:p>
    <w:p w14:paraId="452733CD" w14:textId="77777777" w:rsidR="003D6426" w:rsidRDefault="00000000">
      <w:pPr>
        <w:spacing w:after="100"/>
        <w:rPr>
          <w:rFonts w:hint="eastAsia"/>
        </w:rPr>
      </w:pPr>
      <w:r>
        <w:t>La classificazione deve considerare almeno:</w:t>
      </w:r>
    </w:p>
    <w:p w14:paraId="0BFB2BD3" w14:textId="77777777" w:rsidR="003D6426" w:rsidRDefault="00000000">
      <w:pPr>
        <w:pStyle w:val="Puntoelenco"/>
        <w:rPr>
          <w:rFonts w:hint="eastAsia"/>
        </w:rPr>
      </w:pPr>
      <w:r>
        <w:t>geometria, volume, sviluppo verticale/orizzontale e presenza di ostacoli interni;</w:t>
      </w:r>
    </w:p>
    <w:p w14:paraId="3DCCE3CB" w14:textId="77777777" w:rsidR="003D6426" w:rsidRDefault="00000000">
      <w:pPr>
        <w:pStyle w:val="Puntoelenco"/>
        <w:rPr>
          <w:rFonts w:hint="eastAsia"/>
        </w:rPr>
      </w:pPr>
      <w:r>
        <w:t>numero, posizione, dimensione e quota delle aperture di accesso e uscita;</w:t>
      </w:r>
    </w:p>
    <w:p w14:paraId="784BA7AD" w14:textId="77777777" w:rsidR="003D6426" w:rsidRDefault="00000000">
      <w:pPr>
        <w:pStyle w:val="Puntoelenco"/>
        <w:rPr>
          <w:rFonts w:hint="eastAsia"/>
        </w:rPr>
      </w:pPr>
      <w:r>
        <w:t>possibilità di ventilazione naturale e presenza di zone morte o stratificazioni;</w:t>
      </w:r>
    </w:p>
    <w:p w14:paraId="096C9C40" w14:textId="77777777" w:rsidR="003D6426" w:rsidRDefault="00000000">
      <w:pPr>
        <w:pStyle w:val="Puntoelenco"/>
        <w:rPr>
          <w:rFonts w:hint="eastAsia"/>
        </w:rPr>
      </w:pPr>
      <w:r>
        <w:t>sostanze presenti, precedentemente contenute o potenzialmente rilasciabili;</w:t>
      </w:r>
    </w:p>
    <w:p w14:paraId="26B2F53B" w14:textId="77777777" w:rsidR="003D6426" w:rsidRDefault="00000000">
      <w:pPr>
        <w:pStyle w:val="Puntoelenco"/>
        <w:rPr>
          <w:rFonts w:hint="eastAsia"/>
        </w:rPr>
      </w:pPr>
      <w:r>
        <w:t>connessioni con linee, valvole, reti, canali, vasche, sistemi di scarico o impianti;</w:t>
      </w:r>
    </w:p>
    <w:p w14:paraId="3A7691D4" w14:textId="77777777" w:rsidR="003D6426" w:rsidRDefault="00000000">
      <w:pPr>
        <w:pStyle w:val="Puntoelenco"/>
        <w:rPr>
          <w:rFonts w:hint="eastAsia"/>
        </w:rPr>
      </w:pPr>
      <w:r>
        <w:t>presenza di fonti di energia elettrica, meccanica, idraulica, pneumatica, termica o potenziale;</w:t>
      </w:r>
    </w:p>
    <w:p w14:paraId="71C55119" w14:textId="77777777" w:rsidR="003D6426" w:rsidRDefault="00000000">
      <w:pPr>
        <w:pStyle w:val="Puntoelenco"/>
        <w:rPr>
          <w:rFonts w:hint="eastAsia"/>
        </w:rPr>
      </w:pPr>
      <w:r>
        <w:t>necessità di recupero di un lavoratore non collaborante e compatibilità degli accessi con le attrezzature di salvataggio;</w:t>
      </w:r>
    </w:p>
    <w:p w14:paraId="39C5192E" w14:textId="77777777" w:rsidR="003D6426" w:rsidRDefault="00000000">
      <w:pPr>
        <w:pStyle w:val="Puntoelenco"/>
        <w:rPr>
          <w:rFonts w:hint="eastAsia"/>
        </w:rPr>
      </w:pPr>
      <w:r>
        <w:t>possibile esposizione a eventi meteorologici, reflui, materiali incoerenti, allagamenti o atmosfere pericolose;</w:t>
      </w:r>
    </w:p>
    <w:p w14:paraId="5963BF2B" w14:textId="77777777" w:rsidR="003D6426" w:rsidRDefault="00000000">
      <w:pPr>
        <w:pStyle w:val="Puntoelenco"/>
        <w:rPr>
          <w:rFonts w:hint="eastAsia"/>
        </w:rPr>
      </w:pPr>
      <w:r>
        <w:t>uso abituale o occasionale, frequenza di ingresso, attività tipiche, appaltatori coinvolti e storia di anomalie.</w:t>
      </w:r>
    </w:p>
    <w:p w14:paraId="62A9BD12" w14:textId="77777777" w:rsidR="003D6426" w:rsidRDefault="00000000">
      <w:pPr>
        <w:pStyle w:val="TableTitle"/>
        <w:rPr>
          <w:rFonts w:hint="eastAsia"/>
        </w:rPr>
      </w:pPr>
      <w:r>
        <w:t>Classificazione aziendale proposta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82"/>
        <w:gridCol w:w="4910"/>
        <w:gridCol w:w="3110"/>
      </w:tblGrid>
      <w:tr w:rsidR="003D6426" w14:paraId="185143FE" w14:textId="77777777">
        <w:trPr>
          <w:tblHeader/>
          <w:jc w:val="center"/>
        </w:trPr>
        <w:tc>
          <w:tcPr>
            <w:tcW w:w="2158" w:type="dxa"/>
            <w:shd w:val="clear" w:color="auto" w:fill="D9EAF7"/>
            <w:tcMar>
              <w:top w:w="55" w:type="dxa"/>
              <w:left w:w="55" w:type="dxa"/>
              <w:bottom w:w="55" w:type="dxa"/>
              <w:right w:w="55" w:type="dxa"/>
            </w:tcMar>
            <w:vAlign w:val="center"/>
          </w:tcPr>
          <w:p w14:paraId="24C73D53" w14:textId="77777777" w:rsidR="003D6426" w:rsidRDefault="00000000">
            <w:pPr>
              <w:spacing w:after="0" w:line="240" w:lineRule="auto"/>
              <w:jc w:val="center"/>
              <w:rPr>
                <w:rFonts w:hint="eastAsia"/>
              </w:rPr>
            </w:pPr>
            <w:r>
              <w:rPr>
                <w:b/>
                <w:sz w:val="15"/>
              </w:rPr>
              <w:t>Classe aziendale</w:t>
            </w:r>
          </w:p>
        </w:tc>
        <w:tc>
          <w:tcPr>
            <w:tcW w:w="4857" w:type="dxa"/>
            <w:shd w:val="clear" w:color="auto" w:fill="D9EAF7"/>
            <w:tcMar>
              <w:top w:w="55" w:type="dxa"/>
              <w:left w:w="55" w:type="dxa"/>
              <w:bottom w:w="55" w:type="dxa"/>
              <w:right w:w="55" w:type="dxa"/>
            </w:tcMar>
            <w:vAlign w:val="center"/>
          </w:tcPr>
          <w:p w14:paraId="0A884E35" w14:textId="77777777" w:rsidR="003D6426" w:rsidRDefault="00000000">
            <w:pPr>
              <w:spacing w:after="0" w:line="240" w:lineRule="auto"/>
              <w:jc w:val="center"/>
              <w:rPr>
                <w:rFonts w:hint="eastAsia"/>
              </w:rPr>
            </w:pPr>
            <w:r>
              <w:rPr>
                <w:b/>
                <w:sz w:val="15"/>
              </w:rPr>
              <w:t>Descrizione</w:t>
            </w:r>
          </w:p>
        </w:tc>
        <w:tc>
          <w:tcPr>
            <w:tcW w:w="3076" w:type="dxa"/>
            <w:shd w:val="clear" w:color="auto" w:fill="D9EAF7"/>
            <w:tcMar>
              <w:top w:w="55" w:type="dxa"/>
              <w:left w:w="55" w:type="dxa"/>
              <w:bottom w:w="55" w:type="dxa"/>
              <w:right w:w="55" w:type="dxa"/>
            </w:tcMar>
            <w:vAlign w:val="center"/>
          </w:tcPr>
          <w:p w14:paraId="2A2CEB72" w14:textId="77777777" w:rsidR="003D6426" w:rsidRDefault="00000000">
            <w:pPr>
              <w:spacing w:after="0" w:line="240" w:lineRule="auto"/>
              <w:jc w:val="center"/>
              <w:rPr>
                <w:rFonts w:hint="eastAsia"/>
              </w:rPr>
            </w:pPr>
            <w:r>
              <w:rPr>
                <w:b/>
                <w:sz w:val="15"/>
              </w:rPr>
              <w:t>Misure minime</w:t>
            </w:r>
          </w:p>
        </w:tc>
      </w:tr>
      <w:tr w:rsidR="003D6426" w14:paraId="25BE22B7" w14:textId="77777777">
        <w:trPr>
          <w:jc w:val="center"/>
        </w:trPr>
        <w:tc>
          <w:tcPr>
            <w:tcW w:w="2158" w:type="dxa"/>
            <w:tcMar>
              <w:top w:w="55" w:type="dxa"/>
              <w:left w:w="55" w:type="dxa"/>
              <w:bottom w:w="55" w:type="dxa"/>
              <w:right w:w="55" w:type="dxa"/>
            </w:tcMar>
          </w:tcPr>
          <w:p w14:paraId="00AA1702" w14:textId="77777777" w:rsidR="003D6426" w:rsidRDefault="00000000">
            <w:pPr>
              <w:spacing w:after="0" w:line="240" w:lineRule="auto"/>
              <w:rPr>
                <w:rFonts w:hint="eastAsia"/>
              </w:rPr>
            </w:pPr>
            <w:r>
              <w:rPr>
                <w:sz w:val="14"/>
              </w:rPr>
              <w:t>ACSI-1 - Ambiente ordinariamente non accessibile con possibile pericolo grave</w:t>
            </w:r>
          </w:p>
        </w:tc>
        <w:tc>
          <w:tcPr>
            <w:tcW w:w="4857" w:type="dxa"/>
            <w:tcMar>
              <w:top w:w="55" w:type="dxa"/>
              <w:left w:w="55" w:type="dxa"/>
              <w:bottom w:w="55" w:type="dxa"/>
              <w:right w:w="55" w:type="dxa"/>
            </w:tcMar>
          </w:tcPr>
          <w:p w14:paraId="18414FE4" w14:textId="77777777" w:rsidR="003D6426" w:rsidRDefault="00000000">
            <w:pPr>
              <w:spacing w:after="0" w:line="240" w:lineRule="auto"/>
              <w:rPr>
                <w:rFonts w:hint="eastAsia"/>
              </w:rPr>
            </w:pPr>
            <w:r>
              <w:rPr>
                <w:sz w:val="14"/>
              </w:rPr>
              <w:t>Ambiente con accesso limitato/difficoltoso e condizioni potenzialmente IDLH o atmosfera non garantita senza controllo strumentale.</w:t>
            </w:r>
          </w:p>
        </w:tc>
        <w:tc>
          <w:tcPr>
            <w:tcW w:w="3076" w:type="dxa"/>
            <w:tcMar>
              <w:top w:w="55" w:type="dxa"/>
              <w:left w:w="55" w:type="dxa"/>
              <w:bottom w:w="55" w:type="dxa"/>
              <w:right w:w="55" w:type="dxa"/>
            </w:tcMar>
          </w:tcPr>
          <w:p w14:paraId="1CA29F18" w14:textId="77777777" w:rsidR="003D6426" w:rsidRDefault="00000000">
            <w:pPr>
              <w:spacing w:after="0" w:line="240" w:lineRule="auto"/>
              <w:rPr>
                <w:rFonts w:hint="eastAsia"/>
              </w:rPr>
            </w:pPr>
            <w:r>
              <w:rPr>
                <w:sz w:val="14"/>
              </w:rPr>
              <w:t>Permesso, monitoraggio, attendente, piano salvataggio, LOTO ove necessario, DPC/DPI/APVR secondo valutazione.</w:t>
            </w:r>
          </w:p>
        </w:tc>
      </w:tr>
      <w:tr w:rsidR="003D6426" w14:paraId="5686FC2E" w14:textId="77777777">
        <w:trPr>
          <w:jc w:val="center"/>
        </w:trPr>
        <w:tc>
          <w:tcPr>
            <w:tcW w:w="2158" w:type="dxa"/>
            <w:tcMar>
              <w:top w:w="55" w:type="dxa"/>
              <w:left w:w="55" w:type="dxa"/>
              <w:bottom w:w="55" w:type="dxa"/>
              <w:right w:w="55" w:type="dxa"/>
            </w:tcMar>
          </w:tcPr>
          <w:p w14:paraId="0A469126" w14:textId="77777777" w:rsidR="003D6426" w:rsidRDefault="00000000">
            <w:pPr>
              <w:spacing w:after="0" w:line="240" w:lineRule="auto"/>
              <w:rPr>
                <w:rFonts w:hint="eastAsia"/>
              </w:rPr>
            </w:pPr>
            <w:r>
              <w:rPr>
                <w:sz w:val="14"/>
              </w:rPr>
              <w:t>ACSI-2 - Ambiente confinato/sospetto gestibile con misure ordinarie specifiche</w:t>
            </w:r>
          </w:p>
        </w:tc>
        <w:tc>
          <w:tcPr>
            <w:tcW w:w="4857" w:type="dxa"/>
            <w:tcMar>
              <w:top w:w="55" w:type="dxa"/>
              <w:left w:w="55" w:type="dxa"/>
              <w:bottom w:w="55" w:type="dxa"/>
              <w:right w:w="55" w:type="dxa"/>
            </w:tcMar>
          </w:tcPr>
          <w:p w14:paraId="503B25A6" w14:textId="77777777" w:rsidR="003D6426" w:rsidRDefault="00000000">
            <w:pPr>
              <w:spacing w:after="0" w:line="240" w:lineRule="auto"/>
              <w:rPr>
                <w:rFonts w:hint="eastAsia"/>
              </w:rPr>
            </w:pPr>
            <w:r>
              <w:rPr>
                <w:sz w:val="14"/>
              </w:rPr>
              <w:t>Ambiente censito nel quale i pericoli possono essere controllati con bonifica, ventilazione, monitoraggio, sorveglianza e procedure definite.</w:t>
            </w:r>
          </w:p>
        </w:tc>
        <w:tc>
          <w:tcPr>
            <w:tcW w:w="3076" w:type="dxa"/>
            <w:tcMar>
              <w:top w:w="55" w:type="dxa"/>
              <w:left w:w="55" w:type="dxa"/>
              <w:bottom w:w="55" w:type="dxa"/>
              <w:right w:w="55" w:type="dxa"/>
            </w:tcMar>
          </w:tcPr>
          <w:p w14:paraId="08203467" w14:textId="77777777" w:rsidR="003D6426" w:rsidRDefault="00000000">
            <w:pPr>
              <w:spacing w:after="0" w:line="240" w:lineRule="auto"/>
              <w:rPr>
                <w:rFonts w:hint="eastAsia"/>
              </w:rPr>
            </w:pPr>
            <w:r>
              <w:rPr>
                <w:sz w:val="14"/>
              </w:rPr>
              <w:t>Permesso, check-list pre-ingresso, monitoraggio iniziale e/o continuo, comunicazione, emergenza pianificata.</w:t>
            </w:r>
          </w:p>
        </w:tc>
      </w:tr>
      <w:tr w:rsidR="003D6426" w14:paraId="2B9EC4F7" w14:textId="77777777">
        <w:trPr>
          <w:jc w:val="center"/>
        </w:trPr>
        <w:tc>
          <w:tcPr>
            <w:tcW w:w="2158" w:type="dxa"/>
            <w:tcMar>
              <w:top w:w="55" w:type="dxa"/>
              <w:left w:w="55" w:type="dxa"/>
              <w:bottom w:w="55" w:type="dxa"/>
              <w:right w:w="55" w:type="dxa"/>
            </w:tcMar>
          </w:tcPr>
          <w:p w14:paraId="1385435C" w14:textId="77777777" w:rsidR="003D6426" w:rsidRDefault="00000000">
            <w:pPr>
              <w:spacing w:after="0" w:line="240" w:lineRule="auto"/>
              <w:rPr>
                <w:rFonts w:hint="eastAsia"/>
              </w:rPr>
            </w:pPr>
            <w:r>
              <w:rPr>
                <w:sz w:val="14"/>
              </w:rPr>
              <w:t>ACSI-3 - Ambiente assimilabile</w:t>
            </w:r>
          </w:p>
        </w:tc>
        <w:tc>
          <w:tcPr>
            <w:tcW w:w="4857" w:type="dxa"/>
            <w:tcMar>
              <w:top w:w="55" w:type="dxa"/>
              <w:left w:w="55" w:type="dxa"/>
              <w:bottom w:w="55" w:type="dxa"/>
              <w:right w:w="55" w:type="dxa"/>
            </w:tcMar>
          </w:tcPr>
          <w:p w14:paraId="7A75E14E" w14:textId="77777777" w:rsidR="003D6426" w:rsidRDefault="00000000">
            <w:pPr>
              <w:spacing w:after="0" w:line="240" w:lineRule="auto"/>
              <w:rPr>
                <w:rFonts w:hint="eastAsia"/>
              </w:rPr>
            </w:pPr>
            <w:r>
              <w:rPr>
                <w:sz w:val="14"/>
              </w:rPr>
              <w:t>Ambiente non tipico ma con accesso/uscita difficoltosa, ventilazione sfavorevole, rischio di intrappolamento o salvataggio complesso.</w:t>
            </w:r>
          </w:p>
        </w:tc>
        <w:tc>
          <w:tcPr>
            <w:tcW w:w="3076" w:type="dxa"/>
            <w:tcMar>
              <w:top w:w="55" w:type="dxa"/>
              <w:left w:w="55" w:type="dxa"/>
              <w:bottom w:w="55" w:type="dxa"/>
              <w:right w:w="55" w:type="dxa"/>
            </w:tcMar>
          </w:tcPr>
          <w:p w14:paraId="17517914" w14:textId="77777777" w:rsidR="003D6426" w:rsidRDefault="00000000">
            <w:pPr>
              <w:spacing w:after="0" w:line="240" w:lineRule="auto"/>
              <w:rPr>
                <w:rFonts w:hint="eastAsia"/>
              </w:rPr>
            </w:pPr>
            <w:r>
              <w:rPr>
                <w:sz w:val="14"/>
              </w:rPr>
              <w:t>Applicazione prudenziale della procedura, eventuale semplificazione solo se motivata dalla valutazione.</w:t>
            </w:r>
          </w:p>
        </w:tc>
      </w:tr>
      <w:tr w:rsidR="003D6426" w14:paraId="5220CCB9" w14:textId="77777777">
        <w:trPr>
          <w:jc w:val="center"/>
        </w:trPr>
        <w:tc>
          <w:tcPr>
            <w:tcW w:w="2158" w:type="dxa"/>
            <w:tcMar>
              <w:top w:w="55" w:type="dxa"/>
              <w:left w:w="55" w:type="dxa"/>
              <w:bottom w:w="55" w:type="dxa"/>
              <w:right w:w="55" w:type="dxa"/>
            </w:tcMar>
          </w:tcPr>
          <w:p w14:paraId="04F70343" w14:textId="77777777" w:rsidR="003D6426" w:rsidRDefault="00000000">
            <w:pPr>
              <w:spacing w:after="0" w:line="240" w:lineRule="auto"/>
              <w:rPr>
                <w:rFonts w:hint="eastAsia"/>
              </w:rPr>
            </w:pPr>
            <w:r>
              <w:rPr>
                <w:sz w:val="14"/>
              </w:rPr>
              <w:t>NON ACSI</w:t>
            </w:r>
          </w:p>
        </w:tc>
        <w:tc>
          <w:tcPr>
            <w:tcW w:w="4857" w:type="dxa"/>
            <w:tcMar>
              <w:top w:w="55" w:type="dxa"/>
              <w:left w:w="55" w:type="dxa"/>
              <w:bottom w:w="55" w:type="dxa"/>
              <w:right w:w="55" w:type="dxa"/>
            </w:tcMar>
          </w:tcPr>
          <w:p w14:paraId="1344D86A" w14:textId="77777777" w:rsidR="003D6426" w:rsidRDefault="00000000">
            <w:pPr>
              <w:spacing w:after="0" w:line="240" w:lineRule="auto"/>
              <w:rPr>
                <w:rFonts w:hint="eastAsia"/>
              </w:rPr>
            </w:pPr>
            <w:r>
              <w:rPr>
                <w:sz w:val="14"/>
              </w:rPr>
              <w:t>Luogo ordinario di lavoro o ambiente escluso con valutazione documentata.</w:t>
            </w:r>
          </w:p>
        </w:tc>
        <w:tc>
          <w:tcPr>
            <w:tcW w:w="3076" w:type="dxa"/>
            <w:tcMar>
              <w:top w:w="55" w:type="dxa"/>
              <w:left w:w="55" w:type="dxa"/>
              <w:bottom w:w="55" w:type="dxa"/>
              <w:right w:w="55" w:type="dxa"/>
            </w:tcMar>
          </w:tcPr>
          <w:p w14:paraId="532F2164" w14:textId="77777777" w:rsidR="003D6426" w:rsidRDefault="00000000">
            <w:pPr>
              <w:spacing w:after="0" w:line="240" w:lineRule="auto"/>
              <w:rPr>
                <w:rFonts w:hint="eastAsia"/>
              </w:rPr>
            </w:pPr>
            <w:r>
              <w:rPr>
                <w:sz w:val="14"/>
              </w:rPr>
              <w:t>Applicazione procedure generali. Riesame in caso di modifiche o attività diverse.</w:t>
            </w:r>
          </w:p>
        </w:tc>
      </w:tr>
    </w:tbl>
    <w:p w14:paraId="4F5AB56A" w14:textId="77777777" w:rsidR="003D6426" w:rsidRDefault="00000000">
      <w:pPr>
        <w:spacing w:after="100"/>
        <w:rPr>
          <w:rFonts w:hint="eastAsia"/>
        </w:rPr>
      </w:pPr>
      <w:r>
        <w:t>L'aggiornamento del censimento è obbligatorio quando si verificano modifiche strutturali, cambio di contenuto, cambio di destinazione, nuove lavorazioni, modifiche agli impianti collegati, introduzione di sostanze, incidenti/near miss, carenze riscontrate in audit o variazioni normative/tecniche.</w:t>
      </w:r>
    </w:p>
    <w:p w14:paraId="65EE8609" w14:textId="77777777" w:rsidR="003D6426" w:rsidRDefault="00000000">
      <w:pPr>
        <w:pStyle w:val="Titolo1"/>
      </w:pPr>
      <w:r>
        <w:t>9. Identificazione dei pericoli e valutazione dei rischi</w:t>
      </w:r>
    </w:p>
    <w:p w14:paraId="0A990201" w14:textId="77777777" w:rsidR="003D6426" w:rsidRDefault="00000000">
      <w:pPr>
        <w:spacing w:after="100"/>
        <w:rPr>
          <w:rFonts w:hint="eastAsia"/>
        </w:rPr>
      </w:pPr>
      <w:r>
        <w:t>Prima di programmare l'ingresso il Datore di Lavoro, con il supporto di RSPP/HSE, preposti, manutenzione, produzione e medico competente per gli aspetti di competenza, deve identificare i pericoli presenti, potenziali ed evolutivi. La valutazione deve essere specifica per ambiente e attività, non generica.</w:t>
      </w:r>
    </w:p>
    <w:p w14:paraId="2AEEA812" w14:textId="77777777" w:rsidR="003D6426" w:rsidRDefault="00000000">
      <w:pPr>
        <w:spacing w:after="100"/>
        <w:rPr>
          <w:rFonts w:hint="eastAsia"/>
        </w:rPr>
      </w:pPr>
      <w:r>
        <w:t>La valutazione deve includere le seguenti dimensioni:</w:t>
      </w:r>
    </w:p>
    <w:p w14:paraId="20B28DDD" w14:textId="77777777" w:rsidR="003D6426" w:rsidRDefault="00000000">
      <w:pPr>
        <w:pStyle w:val="Puntoelenco"/>
        <w:rPr>
          <w:rFonts w:hint="eastAsia"/>
        </w:rPr>
      </w:pPr>
      <w:r>
        <w:t>caratteristiche dell'ambiente e degli accessi, inclusa possibilità di evacuazione e recupero;</w:t>
      </w:r>
    </w:p>
    <w:p w14:paraId="7CF90A28" w14:textId="77777777" w:rsidR="003D6426" w:rsidRDefault="00000000">
      <w:pPr>
        <w:pStyle w:val="Puntoelenco"/>
        <w:rPr>
          <w:rFonts w:hint="eastAsia"/>
        </w:rPr>
      </w:pPr>
      <w:r>
        <w:t>precedenti utilizzi, sostanze residue, pulizia, bonifica, contaminazioni e schede di sicurezza;</w:t>
      </w:r>
    </w:p>
    <w:p w14:paraId="7907AD8B" w14:textId="77777777" w:rsidR="003D6426" w:rsidRDefault="00000000">
      <w:pPr>
        <w:pStyle w:val="Puntoelenco"/>
        <w:rPr>
          <w:rFonts w:hint="eastAsia"/>
        </w:rPr>
      </w:pPr>
      <w:r>
        <w:t>attività da eseguire, attrezzature introdotte, prodotti chimici impiegati e durata prevista;</w:t>
      </w:r>
    </w:p>
    <w:p w14:paraId="3699A801" w14:textId="77777777" w:rsidR="003D6426" w:rsidRDefault="00000000">
      <w:pPr>
        <w:pStyle w:val="Puntoelenco"/>
        <w:rPr>
          <w:rFonts w:hint="eastAsia"/>
        </w:rPr>
      </w:pPr>
      <w:r>
        <w:t>rilascio o generazione di gas, vapori, fumi, nebbie, aerosol, polveri, liquidi o solidi;</w:t>
      </w:r>
    </w:p>
    <w:p w14:paraId="3FCF079A" w14:textId="77777777" w:rsidR="003D6426" w:rsidRDefault="00000000">
      <w:pPr>
        <w:pStyle w:val="Puntoelenco"/>
        <w:rPr>
          <w:rFonts w:hint="eastAsia"/>
        </w:rPr>
      </w:pPr>
      <w:r>
        <w:t>rischio di carenza o arricchimento di ossigeno, tossicità, infiammabilità, esplosività e stratificazione;</w:t>
      </w:r>
    </w:p>
    <w:p w14:paraId="0463859A" w14:textId="77777777" w:rsidR="003D6426" w:rsidRDefault="00000000">
      <w:pPr>
        <w:pStyle w:val="Puntoelenco"/>
        <w:rPr>
          <w:rFonts w:hint="eastAsia"/>
        </w:rPr>
      </w:pPr>
      <w:r>
        <w:t>rischio di sprofondamento, seppellimento, intrappolamento, annegamento o allagamento;</w:t>
      </w:r>
    </w:p>
    <w:p w14:paraId="79091293" w14:textId="77777777" w:rsidR="003D6426" w:rsidRDefault="00000000">
      <w:pPr>
        <w:pStyle w:val="Puntoelenco"/>
        <w:rPr>
          <w:rFonts w:hint="eastAsia"/>
        </w:rPr>
      </w:pPr>
      <w:r>
        <w:t>efficacia della ventilazione naturale e necessità di ventilazione meccanica;</w:t>
      </w:r>
    </w:p>
    <w:p w14:paraId="6C1A82FE" w14:textId="77777777" w:rsidR="003D6426" w:rsidRDefault="00000000">
      <w:pPr>
        <w:pStyle w:val="Puntoelenco"/>
        <w:rPr>
          <w:rFonts w:hint="eastAsia"/>
        </w:rPr>
      </w:pPr>
      <w:r>
        <w:t>interferenze con attività esterne, impianti, mezzi, personale, scarichi, meteo o altre imprese;</w:t>
      </w:r>
    </w:p>
    <w:p w14:paraId="50203233" w14:textId="77777777" w:rsidR="003D6426" w:rsidRDefault="00000000">
      <w:pPr>
        <w:pStyle w:val="Puntoelenco"/>
        <w:rPr>
          <w:rFonts w:hint="eastAsia"/>
        </w:rPr>
      </w:pPr>
      <w:r>
        <w:t>necessità di isolamento da energia/materia e modalità LOTO/try-out;</w:t>
      </w:r>
    </w:p>
    <w:p w14:paraId="7E32A5F7" w14:textId="77777777" w:rsidR="003D6426" w:rsidRDefault="00000000">
      <w:pPr>
        <w:pStyle w:val="Puntoelenco"/>
        <w:rPr>
          <w:rFonts w:hint="eastAsia"/>
        </w:rPr>
      </w:pPr>
      <w:r>
        <w:t>compatibilità di DPI/APVR/imbracature con accessi, spazi, posture e recupero;</w:t>
      </w:r>
    </w:p>
    <w:p w14:paraId="7815F3F5" w14:textId="77777777" w:rsidR="003D6426" w:rsidRDefault="00000000">
      <w:pPr>
        <w:pStyle w:val="Puntoelenco"/>
        <w:rPr>
          <w:rFonts w:hint="eastAsia"/>
        </w:rPr>
      </w:pPr>
      <w:r>
        <w:t>numero massimo di lavoratori presenti, turnazione, pause, fatica e condizioni microclimatiche;</w:t>
      </w:r>
    </w:p>
    <w:p w14:paraId="7D3CE853" w14:textId="77777777" w:rsidR="003D6426" w:rsidRDefault="00000000">
      <w:pPr>
        <w:pStyle w:val="Puntoelenco"/>
        <w:rPr>
          <w:rFonts w:hint="eastAsia"/>
        </w:rPr>
      </w:pPr>
      <w:r>
        <w:t>emergenze prevedibili, tempi di risposta, attrezzature e percorsi dei soccorritori.</w:t>
      </w:r>
    </w:p>
    <w:p w14:paraId="24A9AEC4" w14:textId="77777777" w:rsidR="003D6426" w:rsidRDefault="00000000">
      <w:pPr>
        <w:pStyle w:val="TableTitle"/>
        <w:rPr>
          <w:rFonts w:hint="eastAsia"/>
        </w:rPr>
      </w:pPr>
      <w:r>
        <w:t>Criteri minimi per la valutazione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4"/>
        <w:gridCol w:w="2093"/>
        <w:gridCol w:w="7325"/>
      </w:tblGrid>
      <w:tr w:rsidR="003D6426" w14:paraId="4BD10EF6" w14:textId="77777777">
        <w:trPr>
          <w:tblHeader/>
          <w:jc w:val="center"/>
        </w:trPr>
        <w:tc>
          <w:tcPr>
            <w:tcW w:w="776" w:type="dxa"/>
            <w:shd w:val="clear" w:color="auto" w:fill="D9EAF7"/>
            <w:tcMar>
              <w:top w:w="55" w:type="dxa"/>
              <w:left w:w="55" w:type="dxa"/>
              <w:bottom w:w="55" w:type="dxa"/>
              <w:right w:w="55" w:type="dxa"/>
            </w:tcMar>
            <w:vAlign w:val="center"/>
          </w:tcPr>
          <w:p w14:paraId="1CA25D5D" w14:textId="77777777" w:rsidR="003D6426" w:rsidRDefault="00000000">
            <w:pPr>
              <w:spacing w:after="0" w:line="240" w:lineRule="auto"/>
              <w:jc w:val="center"/>
              <w:rPr>
                <w:rFonts w:hint="eastAsia"/>
              </w:rPr>
            </w:pPr>
            <w:r>
              <w:rPr>
                <w:b/>
                <w:sz w:val="15"/>
              </w:rPr>
              <w:t>Indice</w:t>
            </w:r>
          </w:p>
        </w:tc>
        <w:tc>
          <w:tcPr>
            <w:tcW w:w="2070" w:type="dxa"/>
            <w:shd w:val="clear" w:color="auto" w:fill="D9EAF7"/>
            <w:tcMar>
              <w:top w:w="55" w:type="dxa"/>
              <w:left w:w="55" w:type="dxa"/>
              <w:bottom w:w="55" w:type="dxa"/>
              <w:right w:w="55" w:type="dxa"/>
            </w:tcMar>
            <w:vAlign w:val="center"/>
          </w:tcPr>
          <w:p w14:paraId="1BE46931" w14:textId="77777777" w:rsidR="003D6426" w:rsidRDefault="00000000">
            <w:pPr>
              <w:spacing w:after="0" w:line="240" w:lineRule="auto"/>
              <w:jc w:val="center"/>
              <w:rPr>
                <w:rFonts w:hint="eastAsia"/>
              </w:rPr>
            </w:pPr>
            <w:r>
              <w:rPr>
                <w:b/>
                <w:sz w:val="15"/>
              </w:rPr>
              <w:t>Descrizione</w:t>
            </w:r>
          </w:p>
        </w:tc>
        <w:tc>
          <w:tcPr>
            <w:tcW w:w="7246" w:type="dxa"/>
            <w:shd w:val="clear" w:color="auto" w:fill="D9EAF7"/>
            <w:tcMar>
              <w:top w:w="55" w:type="dxa"/>
              <w:left w:w="55" w:type="dxa"/>
              <w:bottom w:w="55" w:type="dxa"/>
              <w:right w:w="55" w:type="dxa"/>
            </w:tcMar>
            <w:vAlign w:val="center"/>
          </w:tcPr>
          <w:p w14:paraId="24A43D51" w14:textId="77777777" w:rsidR="003D6426" w:rsidRDefault="00000000">
            <w:pPr>
              <w:spacing w:after="0" w:line="240" w:lineRule="auto"/>
              <w:jc w:val="center"/>
              <w:rPr>
                <w:rFonts w:hint="eastAsia"/>
              </w:rPr>
            </w:pPr>
            <w:r>
              <w:rPr>
                <w:b/>
                <w:sz w:val="15"/>
              </w:rPr>
              <w:t>Criterio operativo</w:t>
            </w:r>
          </w:p>
        </w:tc>
      </w:tr>
      <w:tr w:rsidR="003D6426" w14:paraId="69944474" w14:textId="77777777">
        <w:trPr>
          <w:jc w:val="center"/>
        </w:trPr>
        <w:tc>
          <w:tcPr>
            <w:tcW w:w="776" w:type="dxa"/>
            <w:tcMar>
              <w:top w:w="55" w:type="dxa"/>
              <w:left w:w="55" w:type="dxa"/>
              <w:bottom w:w="55" w:type="dxa"/>
              <w:right w:w="55" w:type="dxa"/>
            </w:tcMar>
          </w:tcPr>
          <w:p w14:paraId="2E37D899" w14:textId="77777777" w:rsidR="003D6426" w:rsidRDefault="00000000">
            <w:pPr>
              <w:spacing w:after="0" w:line="240" w:lineRule="auto"/>
              <w:rPr>
                <w:rFonts w:hint="eastAsia"/>
              </w:rPr>
            </w:pPr>
            <w:r>
              <w:rPr>
                <w:sz w:val="14"/>
              </w:rPr>
              <w:t>P</w:t>
            </w:r>
          </w:p>
        </w:tc>
        <w:tc>
          <w:tcPr>
            <w:tcW w:w="2070" w:type="dxa"/>
            <w:tcMar>
              <w:top w:w="55" w:type="dxa"/>
              <w:left w:w="55" w:type="dxa"/>
              <w:bottom w:w="55" w:type="dxa"/>
              <w:right w:w="55" w:type="dxa"/>
            </w:tcMar>
          </w:tcPr>
          <w:p w14:paraId="2F7D2845" w14:textId="77777777" w:rsidR="003D6426" w:rsidRDefault="00000000">
            <w:pPr>
              <w:spacing w:after="0" w:line="240" w:lineRule="auto"/>
              <w:rPr>
                <w:rFonts w:hint="eastAsia"/>
              </w:rPr>
            </w:pPr>
            <w:r>
              <w:rPr>
                <w:sz w:val="14"/>
              </w:rPr>
              <w:t>Probabilità</w:t>
            </w:r>
          </w:p>
        </w:tc>
        <w:tc>
          <w:tcPr>
            <w:tcW w:w="7246" w:type="dxa"/>
            <w:tcMar>
              <w:top w:w="55" w:type="dxa"/>
              <w:left w:w="55" w:type="dxa"/>
              <w:bottom w:w="55" w:type="dxa"/>
              <w:right w:w="55" w:type="dxa"/>
            </w:tcMar>
          </w:tcPr>
          <w:p w14:paraId="6F7EABDE" w14:textId="77777777" w:rsidR="003D6426" w:rsidRDefault="00000000">
            <w:pPr>
              <w:spacing w:after="0" w:line="240" w:lineRule="auto"/>
              <w:rPr>
                <w:rFonts w:hint="eastAsia"/>
              </w:rPr>
            </w:pPr>
            <w:r>
              <w:rPr>
                <w:sz w:val="14"/>
              </w:rPr>
              <w:t>Valutare frequenza, durata, variabilità condizioni, storia eventi, complessità, affidabilità delle misure e competenza degli operatori.</w:t>
            </w:r>
          </w:p>
        </w:tc>
      </w:tr>
      <w:tr w:rsidR="003D6426" w14:paraId="05ABC9CF" w14:textId="77777777">
        <w:trPr>
          <w:jc w:val="center"/>
        </w:trPr>
        <w:tc>
          <w:tcPr>
            <w:tcW w:w="776" w:type="dxa"/>
            <w:tcMar>
              <w:top w:w="55" w:type="dxa"/>
              <w:left w:w="55" w:type="dxa"/>
              <w:bottom w:w="55" w:type="dxa"/>
              <w:right w:w="55" w:type="dxa"/>
            </w:tcMar>
          </w:tcPr>
          <w:p w14:paraId="78130A0D" w14:textId="77777777" w:rsidR="003D6426" w:rsidRDefault="00000000">
            <w:pPr>
              <w:spacing w:after="0" w:line="240" w:lineRule="auto"/>
              <w:rPr>
                <w:rFonts w:hint="eastAsia"/>
              </w:rPr>
            </w:pPr>
            <w:r>
              <w:rPr>
                <w:sz w:val="14"/>
              </w:rPr>
              <w:t>D</w:t>
            </w:r>
          </w:p>
        </w:tc>
        <w:tc>
          <w:tcPr>
            <w:tcW w:w="2070" w:type="dxa"/>
            <w:tcMar>
              <w:top w:w="55" w:type="dxa"/>
              <w:left w:w="55" w:type="dxa"/>
              <w:bottom w:w="55" w:type="dxa"/>
              <w:right w:w="55" w:type="dxa"/>
            </w:tcMar>
          </w:tcPr>
          <w:p w14:paraId="0D7594DA" w14:textId="77777777" w:rsidR="003D6426" w:rsidRDefault="00000000">
            <w:pPr>
              <w:spacing w:after="0" w:line="240" w:lineRule="auto"/>
              <w:rPr>
                <w:rFonts w:hint="eastAsia"/>
              </w:rPr>
            </w:pPr>
            <w:r>
              <w:rPr>
                <w:sz w:val="14"/>
              </w:rPr>
              <w:t>Danno</w:t>
            </w:r>
          </w:p>
        </w:tc>
        <w:tc>
          <w:tcPr>
            <w:tcW w:w="7246" w:type="dxa"/>
            <w:tcMar>
              <w:top w:w="55" w:type="dxa"/>
              <w:left w:w="55" w:type="dxa"/>
              <w:bottom w:w="55" w:type="dxa"/>
              <w:right w:w="55" w:type="dxa"/>
            </w:tcMar>
          </w:tcPr>
          <w:p w14:paraId="72DC3A0C" w14:textId="77777777" w:rsidR="003D6426" w:rsidRDefault="00000000">
            <w:pPr>
              <w:spacing w:after="0" w:line="240" w:lineRule="auto"/>
              <w:rPr>
                <w:rFonts w:hint="eastAsia"/>
              </w:rPr>
            </w:pPr>
            <w:r>
              <w:rPr>
                <w:sz w:val="14"/>
              </w:rPr>
              <w:t>Valutare gravità massima credibile: morte, lesioni gravi, intossicazione, incendio/esplosione, asfissia, trauma, recupero complesso.</w:t>
            </w:r>
          </w:p>
        </w:tc>
      </w:tr>
      <w:tr w:rsidR="003D6426" w14:paraId="5CC08974" w14:textId="77777777">
        <w:trPr>
          <w:jc w:val="center"/>
        </w:trPr>
        <w:tc>
          <w:tcPr>
            <w:tcW w:w="776" w:type="dxa"/>
            <w:tcMar>
              <w:top w:w="55" w:type="dxa"/>
              <w:left w:w="55" w:type="dxa"/>
              <w:bottom w:w="55" w:type="dxa"/>
              <w:right w:w="55" w:type="dxa"/>
            </w:tcMar>
          </w:tcPr>
          <w:p w14:paraId="2A69CFF6" w14:textId="77777777" w:rsidR="003D6426" w:rsidRDefault="00000000">
            <w:pPr>
              <w:spacing w:after="0" w:line="240" w:lineRule="auto"/>
              <w:rPr>
                <w:rFonts w:hint="eastAsia"/>
              </w:rPr>
            </w:pPr>
            <w:r>
              <w:rPr>
                <w:sz w:val="14"/>
              </w:rPr>
              <w:t>R</w:t>
            </w:r>
          </w:p>
        </w:tc>
        <w:tc>
          <w:tcPr>
            <w:tcW w:w="2070" w:type="dxa"/>
            <w:tcMar>
              <w:top w:w="55" w:type="dxa"/>
              <w:left w:w="55" w:type="dxa"/>
              <w:bottom w:w="55" w:type="dxa"/>
              <w:right w:w="55" w:type="dxa"/>
            </w:tcMar>
          </w:tcPr>
          <w:p w14:paraId="385BC7F7" w14:textId="77777777" w:rsidR="003D6426" w:rsidRDefault="00000000">
            <w:pPr>
              <w:spacing w:after="0" w:line="240" w:lineRule="auto"/>
              <w:rPr>
                <w:rFonts w:hint="eastAsia"/>
              </w:rPr>
            </w:pPr>
            <w:r>
              <w:rPr>
                <w:sz w:val="14"/>
              </w:rPr>
              <w:t>Rischio</w:t>
            </w:r>
          </w:p>
        </w:tc>
        <w:tc>
          <w:tcPr>
            <w:tcW w:w="7246" w:type="dxa"/>
            <w:tcMar>
              <w:top w:w="55" w:type="dxa"/>
              <w:left w:w="55" w:type="dxa"/>
              <w:bottom w:w="55" w:type="dxa"/>
              <w:right w:w="55" w:type="dxa"/>
            </w:tcMar>
          </w:tcPr>
          <w:p w14:paraId="34132007" w14:textId="77777777" w:rsidR="003D6426" w:rsidRDefault="00000000">
            <w:pPr>
              <w:spacing w:after="0" w:line="240" w:lineRule="auto"/>
              <w:rPr>
                <w:rFonts w:hint="eastAsia"/>
              </w:rPr>
            </w:pPr>
            <w:r>
              <w:rPr>
                <w:sz w:val="14"/>
              </w:rPr>
              <w:t>Combinare probabilità e danno con metodo aziendale. Per rischi potenzialmente letali, applicare principio di cautela anche se la probabilità stimata è bassa.</w:t>
            </w:r>
          </w:p>
        </w:tc>
      </w:tr>
      <w:tr w:rsidR="003D6426" w14:paraId="0C95F0D7" w14:textId="77777777">
        <w:trPr>
          <w:jc w:val="center"/>
        </w:trPr>
        <w:tc>
          <w:tcPr>
            <w:tcW w:w="776" w:type="dxa"/>
            <w:tcMar>
              <w:top w:w="55" w:type="dxa"/>
              <w:left w:w="55" w:type="dxa"/>
              <w:bottom w:w="55" w:type="dxa"/>
              <w:right w:w="55" w:type="dxa"/>
            </w:tcMar>
          </w:tcPr>
          <w:p w14:paraId="616609F8" w14:textId="77777777" w:rsidR="003D6426" w:rsidRDefault="00000000">
            <w:pPr>
              <w:spacing w:after="0" w:line="240" w:lineRule="auto"/>
              <w:rPr>
                <w:rFonts w:hint="eastAsia"/>
              </w:rPr>
            </w:pPr>
            <w:r>
              <w:rPr>
                <w:sz w:val="14"/>
              </w:rPr>
              <w:t>RR</w:t>
            </w:r>
          </w:p>
        </w:tc>
        <w:tc>
          <w:tcPr>
            <w:tcW w:w="2070" w:type="dxa"/>
            <w:tcMar>
              <w:top w:w="55" w:type="dxa"/>
              <w:left w:w="55" w:type="dxa"/>
              <w:bottom w:w="55" w:type="dxa"/>
              <w:right w:w="55" w:type="dxa"/>
            </w:tcMar>
          </w:tcPr>
          <w:p w14:paraId="22995F57" w14:textId="77777777" w:rsidR="003D6426" w:rsidRDefault="00000000">
            <w:pPr>
              <w:spacing w:after="0" w:line="240" w:lineRule="auto"/>
              <w:rPr>
                <w:rFonts w:hint="eastAsia"/>
              </w:rPr>
            </w:pPr>
            <w:r>
              <w:rPr>
                <w:sz w:val="14"/>
              </w:rPr>
              <w:t>Rischio residuo</w:t>
            </w:r>
          </w:p>
        </w:tc>
        <w:tc>
          <w:tcPr>
            <w:tcW w:w="7246" w:type="dxa"/>
            <w:tcMar>
              <w:top w:w="55" w:type="dxa"/>
              <w:left w:w="55" w:type="dxa"/>
              <w:bottom w:w="55" w:type="dxa"/>
              <w:right w:w="55" w:type="dxa"/>
            </w:tcMar>
          </w:tcPr>
          <w:p w14:paraId="70EB43D3" w14:textId="77777777" w:rsidR="003D6426" w:rsidRDefault="00000000">
            <w:pPr>
              <w:spacing w:after="0" w:line="240" w:lineRule="auto"/>
              <w:rPr>
                <w:rFonts w:hint="eastAsia"/>
              </w:rPr>
            </w:pPr>
            <w:r>
              <w:rPr>
                <w:sz w:val="14"/>
              </w:rPr>
              <w:t>Accettabile solo se le misure sono attuate, verificabili, mantenute e coerenti con piano di emergenza.</w:t>
            </w:r>
          </w:p>
        </w:tc>
      </w:tr>
    </w:tbl>
    <w:p w14:paraId="6F450CE5" w14:textId="77777777" w:rsidR="003D6426" w:rsidRDefault="00000000">
      <w:pPr>
        <w:spacing w:after="100"/>
        <w:rPr>
          <w:rFonts w:hint="eastAsia"/>
        </w:rPr>
      </w:pPr>
      <w:r>
        <w:t>La valutazione non deve basarsi su percezioni sensoriali. L'assenza di odore o la precedente esperienza positiva non dimostrano la sicurezza dell'atmosfera. La verifica deve essere strumentale quando esiste il rischio di atmosfera pericolosa o quando la procedura lo richiede.</w:t>
      </w:r>
    </w:p>
    <w:p w14:paraId="470C8E26" w14:textId="77777777" w:rsidR="003D6426" w:rsidRDefault="00000000">
      <w:pPr>
        <w:pStyle w:val="Titolo1"/>
      </w:pPr>
      <w:r>
        <w:t>10. Pianificazione preliminare dell'intervento</w:t>
      </w:r>
    </w:p>
    <w:p w14:paraId="47B62371" w14:textId="77777777" w:rsidR="003D6426" w:rsidRDefault="00000000">
      <w:pPr>
        <w:spacing w:after="100"/>
        <w:rPr>
          <w:rFonts w:hint="eastAsia"/>
        </w:rPr>
      </w:pPr>
      <w:r>
        <w:t>La pianificazione preliminare deve essere conclusa prima dell'allestimento dell'area. Essa consente di trasformare la valutazione dei rischi in un piano operativo eseguibile. La fase preliminare deve essere proporzionata alla complessità dell'intervento ma non può eliminare i controlli essenziali.</w:t>
      </w:r>
    </w:p>
    <w:p w14:paraId="317A8583" w14:textId="77777777" w:rsidR="003D6426" w:rsidRDefault="00000000">
      <w:pPr>
        <w:spacing w:after="100"/>
        <w:rPr>
          <w:rFonts w:hint="eastAsia"/>
        </w:rPr>
      </w:pPr>
      <w:r>
        <w:t>La pianificazione deve definire:</w:t>
      </w:r>
    </w:p>
    <w:p w14:paraId="4460B5CD" w14:textId="77777777" w:rsidR="003D6426" w:rsidRDefault="00000000">
      <w:pPr>
        <w:pStyle w:val="Puntoelenco"/>
        <w:rPr>
          <w:rFonts w:hint="eastAsia"/>
        </w:rPr>
      </w:pPr>
      <w:r>
        <w:t>descrizione dell'ambiente, delle condizioni esterne e interne, delle aperture e delle eventuali planimetrie;</w:t>
      </w:r>
    </w:p>
    <w:p w14:paraId="4D2B50B0" w14:textId="77777777" w:rsidR="003D6426" w:rsidRDefault="00000000">
      <w:pPr>
        <w:pStyle w:val="Puntoelenco"/>
        <w:rPr>
          <w:rFonts w:hint="eastAsia"/>
        </w:rPr>
      </w:pPr>
      <w:r>
        <w:t>descrizione del lavoro da svolgere, fasi operative, cronoprogramma, durata e numero di ingressi;</w:t>
      </w:r>
    </w:p>
    <w:p w14:paraId="11C35A44" w14:textId="77777777" w:rsidR="003D6426" w:rsidRDefault="00000000">
      <w:pPr>
        <w:pStyle w:val="Puntoelenco"/>
        <w:rPr>
          <w:rFonts w:hint="eastAsia"/>
        </w:rPr>
      </w:pPr>
      <w:r>
        <w:t>strumenti di rilevazione, monitoraggio atmosferico e frequenza delle misure;</w:t>
      </w:r>
    </w:p>
    <w:p w14:paraId="0E6A8C84" w14:textId="77777777" w:rsidR="003D6426" w:rsidRDefault="00000000">
      <w:pPr>
        <w:pStyle w:val="Puntoelenco"/>
        <w:rPr>
          <w:rFonts w:hint="eastAsia"/>
        </w:rPr>
      </w:pPr>
      <w:r>
        <w:t>attrezzature, opere provvisionali, sistemi di accesso, illuminazione, ventilazione e alimentazione elettrica;</w:t>
      </w:r>
    </w:p>
    <w:p w14:paraId="289D6511" w14:textId="77777777" w:rsidR="003D6426" w:rsidRDefault="00000000">
      <w:pPr>
        <w:pStyle w:val="Puntoelenco"/>
        <w:rPr>
          <w:rFonts w:hint="eastAsia"/>
        </w:rPr>
      </w:pPr>
      <w:r>
        <w:t>DPC, DPI e APVR necessari per entranti, attendenti, preposti e soccorritori;</w:t>
      </w:r>
    </w:p>
    <w:p w14:paraId="393B1119" w14:textId="77777777" w:rsidR="003D6426" w:rsidRDefault="00000000">
      <w:pPr>
        <w:pStyle w:val="Puntoelenco"/>
        <w:rPr>
          <w:rFonts w:hint="eastAsia"/>
        </w:rPr>
      </w:pPr>
      <w:r>
        <w:t>composizione nominativa della squadra, ruoli e sostituti;</w:t>
      </w:r>
    </w:p>
    <w:p w14:paraId="2A0BB058" w14:textId="77777777" w:rsidR="003D6426" w:rsidRDefault="00000000">
      <w:pPr>
        <w:pStyle w:val="Puntoelenco"/>
        <w:rPr>
          <w:rFonts w:hint="eastAsia"/>
        </w:rPr>
      </w:pPr>
      <w:r>
        <w:t>misure di isolamento, sezionamento, blocco, segnalazione e prova;</w:t>
      </w:r>
    </w:p>
    <w:p w14:paraId="1D78E5A8" w14:textId="77777777" w:rsidR="003D6426" w:rsidRDefault="00000000">
      <w:pPr>
        <w:pStyle w:val="Puntoelenco"/>
        <w:rPr>
          <w:rFonts w:hint="eastAsia"/>
        </w:rPr>
      </w:pPr>
      <w:r>
        <w:t>coordinamento con altre attività e appaltatori;</w:t>
      </w:r>
    </w:p>
    <w:p w14:paraId="420F0EA9" w14:textId="77777777" w:rsidR="003D6426" w:rsidRDefault="00000000">
      <w:pPr>
        <w:pStyle w:val="Puntoelenco"/>
        <w:rPr>
          <w:rFonts w:hint="eastAsia"/>
        </w:rPr>
      </w:pPr>
      <w:r>
        <w:t>procedure di emergenza, autosoccorso, recupero senza ingresso e con ingresso;</w:t>
      </w:r>
    </w:p>
    <w:p w14:paraId="56B23ED0" w14:textId="77777777" w:rsidR="003D6426" w:rsidRDefault="00000000">
      <w:pPr>
        <w:pStyle w:val="Puntoelenco"/>
        <w:rPr>
          <w:rFonts w:hint="eastAsia"/>
        </w:rPr>
      </w:pPr>
      <w:r>
        <w:t>contatti di emergenza, accessibilità dei mezzi di soccorso e percorsi per SSN/Vigili del Fuoco;</w:t>
      </w:r>
    </w:p>
    <w:p w14:paraId="0F208E1A" w14:textId="77777777" w:rsidR="003D6426" w:rsidRDefault="00000000">
      <w:pPr>
        <w:pStyle w:val="Puntoelenco"/>
        <w:rPr>
          <w:rFonts w:hint="eastAsia"/>
        </w:rPr>
      </w:pPr>
      <w:r>
        <w:t>criteri di sospensione, evacuazione e annullamento del permesso.</w:t>
      </w:r>
    </w:p>
    <w:p w14:paraId="6EF83B6E" w14:textId="77777777" w:rsidR="003D6426" w:rsidRDefault="00000000">
      <w:pPr>
        <w:spacing w:after="100"/>
        <w:rPr>
          <w:rFonts w:hint="eastAsia"/>
        </w:rPr>
      </w:pPr>
      <w:r>
        <w:t>Prima dell'inizio dei lavori deve essere svolta una riunione preliminare con tutti i soggetti rilevanti. La riunione deve illustrare rischi, misure, ruoli, comunicazioni, segnali codificati, stop work, limiti del permesso e piano di emergenza. In presenza di appaltatori la riunione ha anche valore di coordinamento operativo.</w:t>
      </w:r>
    </w:p>
    <w:p w14:paraId="440CEFCF" w14:textId="77777777" w:rsidR="003D6426" w:rsidRDefault="00000000">
      <w:pPr>
        <w:pStyle w:val="Titolo1"/>
      </w:pPr>
      <w:r>
        <w:t>11. Autorizzazione all'ingresso e permesso di lavoro</w:t>
      </w:r>
    </w:p>
    <w:p w14:paraId="3F58B3FD" w14:textId="77777777" w:rsidR="003D6426" w:rsidRDefault="00000000">
      <w:pPr>
        <w:spacing w:after="100"/>
        <w:rPr>
          <w:rFonts w:hint="eastAsia"/>
        </w:rPr>
      </w:pPr>
      <w:r>
        <w:t>L'ingresso in un ambiente confinato e/o sospetto di inquinamento è vietato in assenza di autorizzazione specifica. Il permesso di ingresso è valido solo per l'ambiente, l'attività, la data, l'orario, il personale, le attrezzature e le condizioni indicate. Qualsiasi variazione significativa richiede rivalutazione e nuova autorizzazione o integrazione formale.</w:t>
      </w:r>
    </w:p>
    <w:p w14:paraId="48FDB7F1" w14:textId="77777777" w:rsidR="003D6426" w:rsidRDefault="00000000">
      <w:pPr>
        <w:spacing w:after="100"/>
        <w:rPr>
          <w:rFonts w:hint="eastAsia"/>
        </w:rPr>
      </w:pPr>
      <w:r>
        <w:t>Il permesso deve riportare almeno:</w:t>
      </w:r>
    </w:p>
    <w:p w14:paraId="488679E2" w14:textId="77777777" w:rsidR="003D6426" w:rsidRDefault="00000000">
      <w:pPr>
        <w:pStyle w:val="Puntoelenco"/>
        <w:rPr>
          <w:rFonts w:hint="eastAsia"/>
        </w:rPr>
      </w:pPr>
      <w:r>
        <w:t>identificazione dell'ambiente e dell'attività;</w:t>
      </w:r>
    </w:p>
    <w:p w14:paraId="69FEAB11" w14:textId="77777777" w:rsidR="003D6426" w:rsidRDefault="00000000">
      <w:pPr>
        <w:pStyle w:val="Puntoelenco"/>
        <w:rPr>
          <w:rFonts w:hint="eastAsia"/>
        </w:rPr>
      </w:pPr>
      <w:r>
        <w:t>classificazione dell'ambiente e principali rischi;</w:t>
      </w:r>
    </w:p>
    <w:p w14:paraId="69F58E74" w14:textId="77777777" w:rsidR="003D6426" w:rsidRDefault="00000000">
      <w:pPr>
        <w:pStyle w:val="Puntoelenco"/>
        <w:rPr>
          <w:rFonts w:hint="eastAsia"/>
        </w:rPr>
      </w:pPr>
      <w:r>
        <w:t>nominativi di entranti, attendente, preposto, squadra di salvataggio e sostituti;</w:t>
      </w:r>
    </w:p>
    <w:p w14:paraId="0C66EBD5" w14:textId="77777777" w:rsidR="003D6426" w:rsidRDefault="00000000">
      <w:pPr>
        <w:pStyle w:val="Puntoelenco"/>
        <w:rPr>
          <w:rFonts w:hint="eastAsia"/>
        </w:rPr>
      </w:pPr>
      <w:r>
        <w:t>verifiche di bonifica, svuotamento, isolamento, LOTO e try-out;</w:t>
      </w:r>
    </w:p>
    <w:p w14:paraId="63720F3C" w14:textId="77777777" w:rsidR="003D6426" w:rsidRDefault="00000000">
      <w:pPr>
        <w:pStyle w:val="Puntoelenco"/>
        <w:rPr>
          <w:rFonts w:hint="eastAsia"/>
        </w:rPr>
      </w:pPr>
      <w:r>
        <w:t>misurazioni atmosferiche iniziali e criteri di accettabilità;</w:t>
      </w:r>
    </w:p>
    <w:p w14:paraId="29BF6E3B" w14:textId="77777777" w:rsidR="003D6426" w:rsidRDefault="00000000">
      <w:pPr>
        <w:pStyle w:val="Puntoelenco"/>
        <w:rPr>
          <w:rFonts w:hint="eastAsia"/>
        </w:rPr>
      </w:pPr>
      <w:r>
        <w:t>necessità di monitoraggio continuo o periodico;</w:t>
      </w:r>
    </w:p>
    <w:p w14:paraId="2FF48375" w14:textId="77777777" w:rsidR="003D6426" w:rsidRDefault="00000000">
      <w:pPr>
        <w:pStyle w:val="Puntoelenco"/>
        <w:rPr>
          <w:rFonts w:hint="eastAsia"/>
        </w:rPr>
      </w:pPr>
      <w:r>
        <w:t>DPC, DPI, APVR, attrezzature, illuminazione, comunicazioni e ventilazione;</w:t>
      </w:r>
    </w:p>
    <w:p w14:paraId="5263F7EB" w14:textId="77777777" w:rsidR="003D6426" w:rsidRDefault="00000000">
      <w:pPr>
        <w:pStyle w:val="Puntoelenco"/>
        <w:rPr>
          <w:rFonts w:hint="eastAsia"/>
        </w:rPr>
      </w:pPr>
      <w:r>
        <w:t>procedure di emergenza e disponibilità dei presidi;</w:t>
      </w:r>
    </w:p>
    <w:p w14:paraId="602AD919" w14:textId="77777777" w:rsidR="003D6426" w:rsidRDefault="00000000">
      <w:pPr>
        <w:pStyle w:val="Puntoelenco"/>
        <w:rPr>
          <w:rFonts w:hint="eastAsia"/>
        </w:rPr>
      </w:pPr>
      <w:r>
        <w:t>validità temporale, pause, rientri e condizioni di annullamento;</w:t>
      </w:r>
    </w:p>
    <w:p w14:paraId="66D76F0B" w14:textId="77777777" w:rsidR="003D6426" w:rsidRDefault="00000000">
      <w:pPr>
        <w:pStyle w:val="Puntoelenco"/>
        <w:rPr>
          <w:rFonts w:hint="eastAsia"/>
        </w:rPr>
      </w:pPr>
      <w:r>
        <w:t>firme di chi esegue, controlla, autorizza e chiude il permesso.</w:t>
      </w:r>
    </w:p>
    <w:p w14:paraId="71CBE677" w14:textId="77777777" w:rsidR="003D6426" w:rsidRDefault="00000000">
      <w:pPr>
        <w:spacing w:after="100"/>
        <w:rPr>
          <w:rFonts w:hint="eastAsia"/>
        </w:rPr>
      </w:pPr>
      <w:r>
        <w:t>Il permesso deve essere disponibile presso il luogo di lavoro per tutta la durata dell'attività. L'attendente e il preposto devono conoscerne il contenuto e verificare che le condizioni autorizzate permangano. Il permesso viene sospeso automaticamente in caso di allarme atmosferico, perdita di comunicazione, assenza dell'attendente, ingresso di personale non autorizzato, variazione dell'attività, guasto ai sistemi critici, emergenza interna o esterna, condizioni meteo avverse o dubbio sulla sicurezza.</w:t>
      </w:r>
    </w:p>
    <w:p w14:paraId="36554B88" w14:textId="77777777" w:rsidR="003D6426" w:rsidRDefault="00000000">
      <w:pPr>
        <w:pStyle w:val="Titolo1"/>
      </w:pPr>
      <w:r>
        <w:t>12. Allestimento dell'area di lavoro</w:t>
      </w:r>
    </w:p>
    <w:p w14:paraId="013F7441" w14:textId="77777777" w:rsidR="003D6426" w:rsidRDefault="00000000">
      <w:pPr>
        <w:spacing w:after="100"/>
        <w:rPr>
          <w:rFonts w:hint="eastAsia"/>
        </w:rPr>
      </w:pPr>
      <w:r>
        <w:t>L'allestimento dell'area deve creare le condizioni fisiche e organizzative per l'esecuzione sicura dell'attività. Deve essere completato prima del rilascio del permesso di ingresso e verificato dal preposto o da figura designata.</w:t>
      </w:r>
    </w:p>
    <w:p w14:paraId="7A5B9EE7" w14:textId="77777777" w:rsidR="003D6426" w:rsidRDefault="00000000">
      <w:pPr>
        <w:pStyle w:val="Puntoelenco"/>
        <w:rPr>
          <w:rFonts w:hint="eastAsia"/>
        </w:rPr>
      </w:pPr>
      <w:r>
        <w:t>delimitare l'area di lavoro e impedire accessi non autorizzati;</w:t>
      </w:r>
    </w:p>
    <w:p w14:paraId="27EBF417" w14:textId="77777777" w:rsidR="003D6426" w:rsidRDefault="00000000">
      <w:pPr>
        <w:pStyle w:val="Puntoelenco"/>
        <w:rPr>
          <w:rFonts w:hint="eastAsia"/>
        </w:rPr>
      </w:pPr>
      <w:r>
        <w:t>apporre segnaletica di pericolo e divieto in prossimità degli accessi;</w:t>
      </w:r>
    </w:p>
    <w:p w14:paraId="21FFD23A" w14:textId="77777777" w:rsidR="003D6426" w:rsidRDefault="00000000">
      <w:pPr>
        <w:pStyle w:val="Puntoelenco"/>
        <w:rPr>
          <w:rFonts w:hint="eastAsia"/>
        </w:rPr>
      </w:pPr>
      <w:r>
        <w:t>predisporre percorsi sicuri per operatori e soccorritori;</w:t>
      </w:r>
    </w:p>
    <w:p w14:paraId="6E30B390" w14:textId="77777777" w:rsidR="003D6426" w:rsidRDefault="00000000">
      <w:pPr>
        <w:pStyle w:val="Puntoelenco"/>
        <w:rPr>
          <w:rFonts w:hint="eastAsia"/>
        </w:rPr>
      </w:pPr>
      <w:r>
        <w:t>verificare l'efficienza di attrezzature, strumentazione, DPI, APVR e sistemi di comunicazione;</w:t>
      </w:r>
    </w:p>
    <w:p w14:paraId="5D6599DD" w14:textId="77777777" w:rsidR="003D6426" w:rsidRDefault="00000000">
      <w:pPr>
        <w:pStyle w:val="Puntoelenco"/>
        <w:rPr>
          <w:rFonts w:hint="eastAsia"/>
        </w:rPr>
      </w:pPr>
      <w:r>
        <w:t>predisporre accessi, scale, piattaforme, treppiedi, argani, linee di recupero o opere provvisionali;</w:t>
      </w:r>
    </w:p>
    <w:p w14:paraId="1DCCAB8C" w14:textId="77777777" w:rsidR="003D6426" w:rsidRDefault="00000000">
      <w:pPr>
        <w:pStyle w:val="Puntoelenco"/>
        <w:rPr>
          <w:rFonts w:hint="eastAsia"/>
        </w:rPr>
      </w:pPr>
      <w:r>
        <w:t>separare l'ambiente da energia e materia mediante LOTO e try-out quando richiesto;</w:t>
      </w:r>
    </w:p>
    <w:p w14:paraId="4FDDE1CA" w14:textId="77777777" w:rsidR="003D6426" w:rsidRDefault="00000000">
      <w:pPr>
        <w:pStyle w:val="Puntoelenco"/>
        <w:rPr>
          <w:rFonts w:hint="eastAsia"/>
        </w:rPr>
      </w:pPr>
      <w:r>
        <w:t>eseguire svuotamento, bonifica, lavaggio, aspirazione o rimozione residui se necessari;</w:t>
      </w:r>
    </w:p>
    <w:p w14:paraId="0E2BEA9D" w14:textId="77777777" w:rsidR="003D6426" w:rsidRDefault="00000000">
      <w:pPr>
        <w:pStyle w:val="Puntoelenco"/>
        <w:rPr>
          <w:rFonts w:hint="eastAsia"/>
        </w:rPr>
      </w:pPr>
      <w:r>
        <w:t>garantire ventilazione naturale o meccanica idonea;</w:t>
      </w:r>
    </w:p>
    <w:p w14:paraId="45D42F8C" w14:textId="77777777" w:rsidR="003D6426" w:rsidRDefault="00000000">
      <w:pPr>
        <w:pStyle w:val="Puntoelenco"/>
        <w:rPr>
          <w:rFonts w:hint="eastAsia"/>
        </w:rPr>
      </w:pPr>
      <w:r>
        <w:t>effettuare verifiche atmosferiche prima dell'ingresso e definire eventuale monitoraggio continuo;</w:t>
      </w:r>
    </w:p>
    <w:p w14:paraId="7830F5A2" w14:textId="77777777" w:rsidR="003D6426" w:rsidRDefault="00000000">
      <w:pPr>
        <w:pStyle w:val="Puntoelenco"/>
        <w:rPr>
          <w:rFonts w:hint="eastAsia"/>
        </w:rPr>
      </w:pPr>
      <w:r>
        <w:t>installare illuminazione ordinaria e di emergenza compatibile con il rischio;</w:t>
      </w:r>
    </w:p>
    <w:p w14:paraId="094C37A6" w14:textId="77777777" w:rsidR="003D6426" w:rsidRDefault="00000000">
      <w:pPr>
        <w:pStyle w:val="Puntoelenco"/>
        <w:rPr>
          <w:rFonts w:hint="eastAsia"/>
        </w:rPr>
      </w:pPr>
      <w:r>
        <w:t>verificare l'assenza di sorgenti di innesco non controllate in caso di rischio infiammabile/esplosivo;</w:t>
      </w:r>
    </w:p>
    <w:p w14:paraId="4BFF8F14" w14:textId="77777777" w:rsidR="003D6426" w:rsidRDefault="00000000">
      <w:pPr>
        <w:pStyle w:val="Puntoelenco"/>
        <w:rPr>
          <w:rFonts w:hint="eastAsia"/>
        </w:rPr>
      </w:pPr>
      <w:r>
        <w:t>predisporre presidi di emergenza, recupero e primo intervento.</w:t>
      </w:r>
    </w:p>
    <w:p w14:paraId="2620DFD0" w14:textId="77777777" w:rsidR="003D6426" w:rsidRDefault="00000000">
      <w:pPr>
        <w:spacing w:after="100"/>
        <w:rPr>
          <w:rFonts w:hint="eastAsia"/>
        </w:rPr>
      </w:pPr>
      <w:r>
        <w:t>L'allestimento deve considerare anche le condizioni esterne: traffico, mezzi in manovra, rischio caduta materiali, linee elettriche, scarichi, condotte, meteo, rumore, lavori a caldo, attività di terzi e possibilità di accesso dei mezzi di emergenza.</w:t>
      </w:r>
    </w:p>
    <w:p w14:paraId="5636F777" w14:textId="77777777" w:rsidR="003D6426" w:rsidRDefault="00000000">
      <w:pPr>
        <w:pStyle w:val="Titolo1"/>
      </w:pPr>
      <w:r>
        <w:t>13. Monitoraggio atmosferico e criteri di accettabilità</w:t>
      </w:r>
    </w:p>
    <w:p w14:paraId="15C08652" w14:textId="77777777" w:rsidR="003D6426" w:rsidRDefault="00000000">
      <w:pPr>
        <w:spacing w:after="100"/>
        <w:rPr>
          <w:rFonts w:hint="eastAsia"/>
        </w:rPr>
      </w:pPr>
      <w:r>
        <w:t>Il monitoraggio atmosferico deve essere progettato in funzione dei pericoli attesi e delle sostanze presenti o generate. Deve essere eseguito con strumentazione idonea, mantenuta e tarata secondo le indicazioni del fabbricante e le procedure aziendali. Gli operatori incaricati devono essere addestrati all'uso degli strumenti e all'interpretazione degli allarmi.</w:t>
      </w:r>
    </w:p>
    <w:p w14:paraId="15EDB575" w14:textId="77777777" w:rsidR="003D6426" w:rsidRDefault="00000000">
      <w:pPr>
        <w:spacing w:after="100"/>
        <w:rPr>
          <w:rFonts w:hint="eastAsia"/>
        </w:rPr>
      </w:pPr>
      <w:r>
        <w:t>Devono essere valutati, secondo i casi:</w:t>
      </w:r>
    </w:p>
    <w:p w14:paraId="5B570FC9" w14:textId="77777777" w:rsidR="003D6426" w:rsidRDefault="00000000">
      <w:pPr>
        <w:pStyle w:val="Puntoelenco"/>
        <w:rPr>
          <w:rFonts w:hint="eastAsia"/>
        </w:rPr>
      </w:pPr>
      <w:r>
        <w:t>percentuale di ossigeno;</w:t>
      </w:r>
    </w:p>
    <w:p w14:paraId="36057A65" w14:textId="77777777" w:rsidR="003D6426" w:rsidRDefault="00000000">
      <w:pPr>
        <w:pStyle w:val="Puntoelenco"/>
        <w:rPr>
          <w:rFonts w:hint="eastAsia"/>
        </w:rPr>
      </w:pPr>
      <w:r>
        <w:t>gas o vapori tossici specifici individuati dalla valutazione;</w:t>
      </w:r>
    </w:p>
    <w:p w14:paraId="0B354F82" w14:textId="77777777" w:rsidR="003D6426" w:rsidRDefault="00000000">
      <w:pPr>
        <w:pStyle w:val="Puntoelenco"/>
        <w:rPr>
          <w:rFonts w:hint="eastAsia"/>
        </w:rPr>
      </w:pPr>
      <w:r>
        <w:t>gas o vapori infiammabili rispetto al limite inferiore di esplodibilità;</w:t>
      </w:r>
    </w:p>
    <w:p w14:paraId="1737E766" w14:textId="77777777" w:rsidR="003D6426" w:rsidRDefault="00000000">
      <w:pPr>
        <w:pStyle w:val="Puntoelenco"/>
        <w:rPr>
          <w:rFonts w:hint="eastAsia"/>
        </w:rPr>
      </w:pPr>
      <w:r>
        <w:t>polveri combustibili o pericolose, aerosol, nebbie o fumi;</w:t>
      </w:r>
    </w:p>
    <w:p w14:paraId="56B4FE3C" w14:textId="77777777" w:rsidR="003D6426" w:rsidRDefault="00000000">
      <w:pPr>
        <w:pStyle w:val="Puntoelenco"/>
        <w:rPr>
          <w:rFonts w:hint="eastAsia"/>
        </w:rPr>
      </w:pPr>
      <w:r>
        <w:t>stratificazioni a diverse quote, zone morte, punti di ristagno e tratti lontani dall'apertura;</w:t>
      </w:r>
    </w:p>
    <w:p w14:paraId="788A16E4" w14:textId="77777777" w:rsidR="003D6426" w:rsidRDefault="00000000">
      <w:pPr>
        <w:pStyle w:val="Puntoelenco"/>
        <w:rPr>
          <w:rFonts w:hint="eastAsia"/>
        </w:rPr>
      </w:pPr>
      <w:r>
        <w:t>variazioni indotte dalla lavorazione, dalla ventilazione, dal rilascio da pareti o residui e da ingressi dall'esterno.</w:t>
      </w:r>
    </w:p>
    <w:p w14:paraId="649D1386" w14:textId="77777777" w:rsidR="003D6426" w:rsidRDefault="00000000">
      <w:pPr>
        <w:spacing w:after="100"/>
        <w:rPr>
          <w:rFonts w:hint="eastAsia"/>
        </w:rPr>
      </w:pPr>
      <w:r>
        <w:t>La misurazione deve essere effettuata prima dell'apertura o dell'ingresso quando tecnicamente possibile, poi dall'esterno su più quote e punti rappresentativi, evitando che l'operatore si esponga. La sola misura all'imbocco non è sufficiente quando l'ambiente è esteso, verticale, compartimentato o con possibile stratificazione.</w:t>
      </w:r>
    </w:p>
    <w:p w14:paraId="7902EEB1" w14:textId="77777777" w:rsidR="003D6426" w:rsidRDefault="00000000">
      <w:pPr>
        <w:spacing w:after="100"/>
        <w:rPr>
          <w:rFonts w:hint="eastAsia"/>
        </w:rPr>
      </w:pPr>
      <w:r>
        <w:t>Le soglie di accettabilità devono essere definite nel DVR, nella scheda ambiente o nel permesso, tenendo conto di legislazione, valori limite, caratteristiche degli strumenti e scenario specifico. In assenza di criteri definiti, l'ingresso non deve essere autorizzato. In caso di superamento soglia, allarme, dubbio sulla misura o malfunzionamento dello strumento, l'attività deve essere sospesa e l'ambiente evacuato o mantenuto non accessibile.</w:t>
      </w:r>
    </w:p>
    <w:p w14:paraId="008BF58A" w14:textId="77777777" w:rsidR="003D6426" w:rsidRDefault="00000000">
      <w:pPr>
        <w:pStyle w:val="TableTitle"/>
        <w:rPr>
          <w:rFonts w:hint="eastAsia"/>
        </w:rPr>
      </w:pPr>
      <w:r>
        <w:t>Tipologie di monitoraggio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37"/>
        <w:gridCol w:w="2821"/>
        <w:gridCol w:w="5644"/>
      </w:tblGrid>
      <w:tr w:rsidR="003D6426" w14:paraId="6DB8FA5D" w14:textId="77777777">
        <w:trPr>
          <w:tblHeader/>
          <w:jc w:val="center"/>
        </w:trPr>
        <w:tc>
          <w:tcPr>
            <w:tcW w:w="1718" w:type="dxa"/>
            <w:shd w:val="clear" w:color="auto" w:fill="D9EAF7"/>
            <w:tcMar>
              <w:top w:w="55" w:type="dxa"/>
              <w:left w:w="55" w:type="dxa"/>
              <w:bottom w:w="55" w:type="dxa"/>
              <w:right w:w="55" w:type="dxa"/>
            </w:tcMar>
            <w:vAlign w:val="center"/>
          </w:tcPr>
          <w:p w14:paraId="14575EB7" w14:textId="77777777" w:rsidR="003D6426" w:rsidRDefault="00000000">
            <w:pPr>
              <w:spacing w:after="0" w:line="240" w:lineRule="auto"/>
              <w:jc w:val="center"/>
              <w:rPr>
                <w:rFonts w:hint="eastAsia"/>
              </w:rPr>
            </w:pPr>
            <w:r>
              <w:rPr>
                <w:b/>
                <w:sz w:val="15"/>
              </w:rPr>
              <w:t>Tipo di misura</w:t>
            </w:r>
          </w:p>
        </w:tc>
        <w:tc>
          <w:tcPr>
            <w:tcW w:w="2791" w:type="dxa"/>
            <w:shd w:val="clear" w:color="auto" w:fill="D9EAF7"/>
            <w:tcMar>
              <w:top w:w="55" w:type="dxa"/>
              <w:left w:w="55" w:type="dxa"/>
              <w:bottom w:w="55" w:type="dxa"/>
              <w:right w:w="55" w:type="dxa"/>
            </w:tcMar>
            <w:vAlign w:val="center"/>
          </w:tcPr>
          <w:p w14:paraId="76D95311" w14:textId="77777777" w:rsidR="003D6426" w:rsidRDefault="00000000">
            <w:pPr>
              <w:spacing w:after="0" w:line="240" w:lineRule="auto"/>
              <w:jc w:val="center"/>
              <w:rPr>
                <w:rFonts w:hint="eastAsia"/>
              </w:rPr>
            </w:pPr>
            <w:r>
              <w:rPr>
                <w:b/>
                <w:sz w:val="15"/>
              </w:rPr>
              <w:t>Quando</w:t>
            </w:r>
          </w:p>
        </w:tc>
        <w:tc>
          <w:tcPr>
            <w:tcW w:w="5583" w:type="dxa"/>
            <w:shd w:val="clear" w:color="auto" w:fill="D9EAF7"/>
            <w:tcMar>
              <w:top w:w="55" w:type="dxa"/>
              <w:left w:w="55" w:type="dxa"/>
              <w:bottom w:w="55" w:type="dxa"/>
              <w:right w:w="55" w:type="dxa"/>
            </w:tcMar>
            <w:vAlign w:val="center"/>
          </w:tcPr>
          <w:p w14:paraId="0A54AE8C" w14:textId="77777777" w:rsidR="003D6426" w:rsidRDefault="00000000">
            <w:pPr>
              <w:spacing w:after="0" w:line="240" w:lineRule="auto"/>
              <w:jc w:val="center"/>
              <w:rPr>
                <w:rFonts w:hint="eastAsia"/>
              </w:rPr>
            </w:pPr>
            <w:r>
              <w:rPr>
                <w:b/>
                <w:sz w:val="15"/>
              </w:rPr>
              <w:t>Note operative</w:t>
            </w:r>
          </w:p>
        </w:tc>
      </w:tr>
      <w:tr w:rsidR="003D6426" w14:paraId="7A9F8943" w14:textId="77777777">
        <w:trPr>
          <w:jc w:val="center"/>
        </w:trPr>
        <w:tc>
          <w:tcPr>
            <w:tcW w:w="1718" w:type="dxa"/>
            <w:tcMar>
              <w:top w:w="55" w:type="dxa"/>
              <w:left w:w="55" w:type="dxa"/>
              <w:bottom w:w="55" w:type="dxa"/>
              <w:right w:w="55" w:type="dxa"/>
            </w:tcMar>
          </w:tcPr>
          <w:p w14:paraId="6C69A2E4" w14:textId="77777777" w:rsidR="003D6426" w:rsidRDefault="00000000">
            <w:pPr>
              <w:spacing w:after="0" w:line="240" w:lineRule="auto"/>
              <w:rPr>
                <w:rFonts w:hint="eastAsia"/>
              </w:rPr>
            </w:pPr>
            <w:r>
              <w:rPr>
                <w:sz w:val="14"/>
              </w:rPr>
              <w:t>Preliminare</w:t>
            </w:r>
          </w:p>
        </w:tc>
        <w:tc>
          <w:tcPr>
            <w:tcW w:w="2791" w:type="dxa"/>
            <w:tcMar>
              <w:top w:w="55" w:type="dxa"/>
              <w:left w:w="55" w:type="dxa"/>
              <w:bottom w:w="55" w:type="dxa"/>
              <w:right w:w="55" w:type="dxa"/>
            </w:tcMar>
          </w:tcPr>
          <w:p w14:paraId="2B9AEE41" w14:textId="77777777" w:rsidR="003D6426" w:rsidRDefault="00000000">
            <w:pPr>
              <w:spacing w:after="0" w:line="240" w:lineRule="auto"/>
              <w:rPr>
                <w:rFonts w:hint="eastAsia"/>
              </w:rPr>
            </w:pPr>
            <w:r>
              <w:rPr>
                <w:sz w:val="14"/>
              </w:rPr>
              <w:t>Prima dell'ingresso e prima del rilascio permesso.</w:t>
            </w:r>
          </w:p>
        </w:tc>
        <w:tc>
          <w:tcPr>
            <w:tcW w:w="5583" w:type="dxa"/>
            <w:tcMar>
              <w:top w:w="55" w:type="dxa"/>
              <w:left w:w="55" w:type="dxa"/>
              <w:bottom w:w="55" w:type="dxa"/>
              <w:right w:w="55" w:type="dxa"/>
            </w:tcMar>
          </w:tcPr>
          <w:p w14:paraId="71B2FCF7" w14:textId="77777777" w:rsidR="003D6426" w:rsidRDefault="00000000">
            <w:pPr>
              <w:spacing w:after="0" w:line="240" w:lineRule="auto"/>
              <w:rPr>
                <w:rFonts w:hint="eastAsia"/>
              </w:rPr>
            </w:pPr>
            <w:r>
              <w:rPr>
                <w:sz w:val="14"/>
              </w:rPr>
              <w:t>Eseguire dall'esterno, su punti e quote rappresentative. Registrare valori, strumento, matricola, ora e operatore.</w:t>
            </w:r>
          </w:p>
        </w:tc>
      </w:tr>
      <w:tr w:rsidR="003D6426" w14:paraId="73D62446" w14:textId="77777777">
        <w:trPr>
          <w:jc w:val="center"/>
        </w:trPr>
        <w:tc>
          <w:tcPr>
            <w:tcW w:w="1718" w:type="dxa"/>
            <w:tcMar>
              <w:top w:w="55" w:type="dxa"/>
              <w:left w:w="55" w:type="dxa"/>
              <w:bottom w:w="55" w:type="dxa"/>
              <w:right w:w="55" w:type="dxa"/>
            </w:tcMar>
          </w:tcPr>
          <w:p w14:paraId="5561C128" w14:textId="77777777" w:rsidR="003D6426" w:rsidRDefault="00000000">
            <w:pPr>
              <w:spacing w:after="0" w:line="240" w:lineRule="auto"/>
              <w:rPr>
                <w:rFonts w:hint="eastAsia"/>
              </w:rPr>
            </w:pPr>
            <w:r>
              <w:rPr>
                <w:sz w:val="14"/>
              </w:rPr>
              <w:t>Periodica</w:t>
            </w:r>
          </w:p>
        </w:tc>
        <w:tc>
          <w:tcPr>
            <w:tcW w:w="2791" w:type="dxa"/>
            <w:tcMar>
              <w:top w:w="55" w:type="dxa"/>
              <w:left w:w="55" w:type="dxa"/>
              <w:bottom w:w="55" w:type="dxa"/>
              <w:right w:w="55" w:type="dxa"/>
            </w:tcMar>
          </w:tcPr>
          <w:p w14:paraId="223BF213" w14:textId="77777777" w:rsidR="003D6426" w:rsidRDefault="00000000">
            <w:pPr>
              <w:spacing w:after="0" w:line="240" w:lineRule="auto"/>
              <w:rPr>
                <w:rFonts w:hint="eastAsia"/>
              </w:rPr>
            </w:pPr>
            <w:r>
              <w:rPr>
                <w:sz w:val="14"/>
              </w:rPr>
              <w:t>A intervalli definiti dalla valutazione.</w:t>
            </w:r>
          </w:p>
        </w:tc>
        <w:tc>
          <w:tcPr>
            <w:tcW w:w="5583" w:type="dxa"/>
            <w:tcMar>
              <w:top w:w="55" w:type="dxa"/>
              <w:left w:w="55" w:type="dxa"/>
              <w:bottom w:w="55" w:type="dxa"/>
              <w:right w:w="55" w:type="dxa"/>
            </w:tcMar>
          </w:tcPr>
          <w:p w14:paraId="70C294DF" w14:textId="77777777" w:rsidR="003D6426" w:rsidRDefault="00000000">
            <w:pPr>
              <w:spacing w:after="0" w:line="240" w:lineRule="auto"/>
              <w:rPr>
                <w:rFonts w:hint="eastAsia"/>
              </w:rPr>
            </w:pPr>
            <w:r>
              <w:rPr>
                <w:sz w:val="14"/>
              </w:rPr>
              <w:t>Obbligatoria quando le condizioni possono variare ma non richiedono monitoraggio continuo. Indicare frequenza nel permesso.</w:t>
            </w:r>
          </w:p>
        </w:tc>
      </w:tr>
      <w:tr w:rsidR="003D6426" w14:paraId="336AC1B1" w14:textId="77777777">
        <w:trPr>
          <w:jc w:val="center"/>
        </w:trPr>
        <w:tc>
          <w:tcPr>
            <w:tcW w:w="1718" w:type="dxa"/>
            <w:tcMar>
              <w:top w:w="55" w:type="dxa"/>
              <w:left w:w="55" w:type="dxa"/>
              <w:bottom w:w="55" w:type="dxa"/>
              <w:right w:w="55" w:type="dxa"/>
            </w:tcMar>
          </w:tcPr>
          <w:p w14:paraId="793A759B" w14:textId="77777777" w:rsidR="003D6426" w:rsidRDefault="00000000">
            <w:pPr>
              <w:spacing w:after="0" w:line="240" w:lineRule="auto"/>
              <w:rPr>
                <w:rFonts w:hint="eastAsia"/>
              </w:rPr>
            </w:pPr>
            <w:r>
              <w:rPr>
                <w:sz w:val="14"/>
              </w:rPr>
              <w:t>Continua</w:t>
            </w:r>
          </w:p>
        </w:tc>
        <w:tc>
          <w:tcPr>
            <w:tcW w:w="2791" w:type="dxa"/>
            <w:tcMar>
              <w:top w:w="55" w:type="dxa"/>
              <w:left w:w="55" w:type="dxa"/>
              <w:bottom w:w="55" w:type="dxa"/>
              <w:right w:w="55" w:type="dxa"/>
            </w:tcMar>
          </w:tcPr>
          <w:p w14:paraId="52BEB5F7" w14:textId="77777777" w:rsidR="003D6426" w:rsidRDefault="00000000">
            <w:pPr>
              <w:spacing w:after="0" w:line="240" w:lineRule="auto"/>
              <w:rPr>
                <w:rFonts w:hint="eastAsia"/>
              </w:rPr>
            </w:pPr>
            <w:r>
              <w:rPr>
                <w:sz w:val="14"/>
              </w:rPr>
              <w:t>Durante tutta la permanenza o fase critica.</w:t>
            </w:r>
          </w:p>
        </w:tc>
        <w:tc>
          <w:tcPr>
            <w:tcW w:w="5583" w:type="dxa"/>
            <w:tcMar>
              <w:top w:w="55" w:type="dxa"/>
              <w:left w:w="55" w:type="dxa"/>
              <w:bottom w:w="55" w:type="dxa"/>
              <w:right w:w="55" w:type="dxa"/>
            </w:tcMar>
          </w:tcPr>
          <w:p w14:paraId="7957ABE7" w14:textId="77777777" w:rsidR="003D6426" w:rsidRDefault="00000000">
            <w:pPr>
              <w:spacing w:after="0" w:line="240" w:lineRule="auto"/>
              <w:rPr>
                <w:rFonts w:hint="eastAsia"/>
              </w:rPr>
            </w:pPr>
            <w:r>
              <w:rPr>
                <w:sz w:val="14"/>
              </w:rPr>
              <w:t>Richiesta per atmosfere variabili, lavori che generano inquinanti, ventilazione necessaria, rischio LEL/tossico/O2 o ambienti complessi.</w:t>
            </w:r>
          </w:p>
        </w:tc>
      </w:tr>
      <w:tr w:rsidR="003D6426" w14:paraId="3C437F97" w14:textId="77777777">
        <w:trPr>
          <w:jc w:val="center"/>
        </w:trPr>
        <w:tc>
          <w:tcPr>
            <w:tcW w:w="1718" w:type="dxa"/>
            <w:tcMar>
              <w:top w:w="55" w:type="dxa"/>
              <w:left w:w="55" w:type="dxa"/>
              <w:bottom w:w="55" w:type="dxa"/>
              <w:right w:w="55" w:type="dxa"/>
            </w:tcMar>
          </w:tcPr>
          <w:p w14:paraId="2195780C" w14:textId="77777777" w:rsidR="003D6426" w:rsidRDefault="00000000">
            <w:pPr>
              <w:spacing w:after="0" w:line="240" w:lineRule="auto"/>
              <w:rPr>
                <w:rFonts w:hint="eastAsia"/>
              </w:rPr>
            </w:pPr>
            <w:r>
              <w:rPr>
                <w:sz w:val="14"/>
              </w:rPr>
              <w:t>Post-pausa/rientro</w:t>
            </w:r>
          </w:p>
        </w:tc>
        <w:tc>
          <w:tcPr>
            <w:tcW w:w="2791" w:type="dxa"/>
            <w:tcMar>
              <w:top w:w="55" w:type="dxa"/>
              <w:left w:w="55" w:type="dxa"/>
              <w:bottom w:w="55" w:type="dxa"/>
              <w:right w:w="55" w:type="dxa"/>
            </w:tcMar>
          </w:tcPr>
          <w:p w14:paraId="7E2B288A" w14:textId="77777777" w:rsidR="003D6426" w:rsidRDefault="00000000">
            <w:pPr>
              <w:spacing w:after="0" w:line="240" w:lineRule="auto"/>
              <w:rPr>
                <w:rFonts w:hint="eastAsia"/>
              </w:rPr>
            </w:pPr>
            <w:r>
              <w:rPr>
                <w:sz w:val="14"/>
              </w:rPr>
              <w:t>Dopo sospensione, pausa, cambio turno, guasto, apertura/chiusura linee.</w:t>
            </w:r>
          </w:p>
        </w:tc>
        <w:tc>
          <w:tcPr>
            <w:tcW w:w="5583" w:type="dxa"/>
            <w:tcMar>
              <w:top w:w="55" w:type="dxa"/>
              <w:left w:w="55" w:type="dxa"/>
              <w:bottom w:w="55" w:type="dxa"/>
              <w:right w:w="55" w:type="dxa"/>
            </w:tcMar>
          </w:tcPr>
          <w:p w14:paraId="58BF4193" w14:textId="77777777" w:rsidR="003D6426" w:rsidRDefault="00000000">
            <w:pPr>
              <w:spacing w:after="0" w:line="240" w:lineRule="auto"/>
              <w:rPr>
                <w:rFonts w:hint="eastAsia"/>
              </w:rPr>
            </w:pPr>
            <w:r>
              <w:rPr>
                <w:sz w:val="14"/>
              </w:rPr>
              <w:t>Ripetere i controlli prima di autorizzare il rientro.</w:t>
            </w:r>
          </w:p>
        </w:tc>
      </w:tr>
      <w:tr w:rsidR="003D6426" w14:paraId="294875F5" w14:textId="77777777">
        <w:trPr>
          <w:jc w:val="center"/>
        </w:trPr>
        <w:tc>
          <w:tcPr>
            <w:tcW w:w="1718" w:type="dxa"/>
            <w:tcMar>
              <w:top w:w="55" w:type="dxa"/>
              <w:left w:w="55" w:type="dxa"/>
              <w:bottom w:w="55" w:type="dxa"/>
              <w:right w:w="55" w:type="dxa"/>
            </w:tcMar>
          </w:tcPr>
          <w:p w14:paraId="04829FDF" w14:textId="77777777" w:rsidR="003D6426" w:rsidRDefault="00000000">
            <w:pPr>
              <w:spacing w:after="0" w:line="240" w:lineRule="auto"/>
              <w:rPr>
                <w:rFonts w:hint="eastAsia"/>
              </w:rPr>
            </w:pPr>
            <w:r>
              <w:rPr>
                <w:sz w:val="14"/>
              </w:rPr>
              <w:t>Emergenza</w:t>
            </w:r>
          </w:p>
        </w:tc>
        <w:tc>
          <w:tcPr>
            <w:tcW w:w="2791" w:type="dxa"/>
            <w:tcMar>
              <w:top w:w="55" w:type="dxa"/>
              <w:left w:w="55" w:type="dxa"/>
              <w:bottom w:w="55" w:type="dxa"/>
              <w:right w:w="55" w:type="dxa"/>
            </w:tcMar>
          </w:tcPr>
          <w:p w14:paraId="223BE396" w14:textId="77777777" w:rsidR="003D6426" w:rsidRDefault="00000000">
            <w:pPr>
              <w:spacing w:after="0" w:line="240" w:lineRule="auto"/>
              <w:rPr>
                <w:rFonts w:hint="eastAsia"/>
              </w:rPr>
            </w:pPr>
            <w:r>
              <w:rPr>
                <w:sz w:val="14"/>
              </w:rPr>
              <w:t>Prima di eventuale ingresso della squadra di salvataggio.</w:t>
            </w:r>
          </w:p>
        </w:tc>
        <w:tc>
          <w:tcPr>
            <w:tcW w:w="5583" w:type="dxa"/>
            <w:tcMar>
              <w:top w:w="55" w:type="dxa"/>
              <w:left w:w="55" w:type="dxa"/>
              <w:bottom w:w="55" w:type="dxa"/>
              <w:right w:w="55" w:type="dxa"/>
            </w:tcMar>
          </w:tcPr>
          <w:p w14:paraId="6E96C675" w14:textId="77777777" w:rsidR="003D6426" w:rsidRDefault="00000000">
            <w:pPr>
              <w:spacing w:after="0" w:line="240" w:lineRule="auto"/>
              <w:rPr>
                <w:rFonts w:hint="eastAsia"/>
              </w:rPr>
            </w:pPr>
            <w:r>
              <w:rPr>
                <w:sz w:val="14"/>
              </w:rPr>
              <w:t>Non autorizza soccorso con ingresso se non sono disponibili protezioni e condizioni compatibili.</w:t>
            </w:r>
          </w:p>
        </w:tc>
      </w:tr>
    </w:tbl>
    <w:p w14:paraId="5BE210CB" w14:textId="77777777" w:rsidR="003D6426" w:rsidRDefault="00000000">
      <w:pPr>
        <w:pStyle w:val="Titolo1"/>
      </w:pPr>
      <w:r>
        <w:t>14. Bonifica, svuotamento e ventilazione</w:t>
      </w:r>
    </w:p>
    <w:p w14:paraId="0AAB1EF4" w14:textId="77777777" w:rsidR="003D6426" w:rsidRDefault="00000000">
      <w:pPr>
        <w:spacing w:after="100"/>
        <w:rPr>
          <w:rFonts w:hint="eastAsia"/>
        </w:rPr>
      </w:pPr>
      <w:r>
        <w:t>Quando necessario, l'ambiente deve essere svuotato dal contenuto e bonificato mediante modalità compatibili con sostanze, residui, materiali, geometria e rischi. Le attività di bonifica non eliminano automaticamente il rischio: devono essere verificate con ispezione, misurazioni e controlli documentati.</w:t>
      </w:r>
    </w:p>
    <w:p w14:paraId="61CF3CFF" w14:textId="77777777" w:rsidR="003D6426" w:rsidRDefault="00000000">
      <w:pPr>
        <w:spacing w:after="100"/>
        <w:rPr>
          <w:rFonts w:hint="eastAsia"/>
        </w:rPr>
      </w:pPr>
      <w:r>
        <w:t>La ventilazione può essere naturale o meccanica. L'efficacia deve essere valutata in relazione a volume, configurazione, ostacoli, quota delle aperture, densità dei gas rispetto all'aria, infiammabilità, tossicità, temperatura, umidità e possibili zone non ventilate. Se la ventilazione è necessaria per mantenere condizioni sicure, il suo guasto comporta sospensione ed evacuazione.</w:t>
      </w:r>
    </w:p>
    <w:p w14:paraId="6663F1FA" w14:textId="77777777" w:rsidR="003D6426" w:rsidRDefault="00000000">
      <w:pPr>
        <w:pStyle w:val="Puntoelenco"/>
        <w:rPr>
          <w:rFonts w:hint="eastAsia"/>
        </w:rPr>
      </w:pPr>
      <w:r>
        <w:t>La ventilazione non deve introdurre contaminanti, fumi di motori o aria prelevata da zone non sicure.</w:t>
      </w:r>
    </w:p>
    <w:p w14:paraId="234700E1" w14:textId="77777777" w:rsidR="003D6426" w:rsidRDefault="00000000">
      <w:pPr>
        <w:pStyle w:val="Puntoelenco"/>
        <w:rPr>
          <w:rFonts w:hint="eastAsia"/>
        </w:rPr>
      </w:pPr>
      <w:r>
        <w:t>In caso di rischio infiammabile o esplosivo, ventilatori, cavi, interruttori e componenti devono essere compatibili con la classificazione dell'area e le misure ATEX applicabili.</w:t>
      </w:r>
    </w:p>
    <w:p w14:paraId="75F97148" w14:textId="77777777" w:rsidR="003D6426" w:rsidRDefault="00000000">
      <w:pPr>
        <w:pStyle w:val="Puntoelenco"/>
        <w:rPr>
          <w:rFonts w:hint="eastAsia"/>
        </w:rPr>
      </w:pPr>
      <w:r>
        <w:t>L'immissione e l'estrazione devono essere posizionate per evitare cortocircuiti d'aria e raggiungere le aree critiche.</w:t>
      </w:r>
    </w:p>
    <w:p w14:paraId="7D7BC42C" w14:textId="77777777" w:rsidR="003D6426" w:rsidRDefault="00000000">
      <w:pPr>
        <w:pStyle w:val="Puntoelenco"/>
        <w:rPr>
          <w:rFonts w:hint="eastAsia"/>
        </w:rPr>
      </w:pPr>
      <w:r>
        <w:t>Le tubazioni di ventilazione non devono ostacolare l'uscita, il recupero, la comunicazione o i percorsi di soccorso.</w:t>
      </w:r>
    </w:p>
    <w:p w14:paraId="1021D748" w14:textId="77777777" w:rsidR="003D6426" w:rsidRDefault="00000000">
      <w:pPr>
        <w:pStyle w:val="Puntoelenco"/>
        <w:rPr>
          <w:rFonts w:hint="eastAsia"/>
        </w:rPr>
      </w:pPr>
      <w:r>
        <w:t>La ventilazione forzata deve essere mantenuta per il tempo necessario prima dell'ingresso e durante l'attività se indicato dalla valutazione.</w:t>
      </w:r>
    </w:p>
    <w:p w14:paraId="7D4C8C0A" w14:textId="77777777" w:rsidR="003D6426" w:rsidRDefault="00000000">
      <w:pPr>
        <w:spacing w:after="100"/>
        <w:rPr>
          <w:rFonts w:hint="eastAsia"/>
        </w:rPr>
      </w:pPr>
      <w:r>
        <w:t>Il piano di ventilazione e bonifica deve essere allegato al permesso quando l'atmosfera non è intrinsecamente stabile o quando le condizioni di sicurezza dipendono dalla rimozione o diluizione degli inquinanti.</w:t>
      </w:r>
    </w:p>
    <w:p w14:paraId="7CA5663F" w14:textId="77777777" w:rsidR="003D6426" w:rsidRDefault="00000000">
      <w:pPr>
        <w:pStyle w:val="Titolo1"/>
      </w:pPr>
      <w:r>
        <w:t>15. Isolamento da energia e materia: lock-out, tag-out e try-out</w:t>
      </w:r>
    </w:p>
    <w:p w14:paraId="70508096" w14:textId="77777777" w:rsidR="003D6426" w:rsidRDefault="00000000">
      <w:pPr>
        <w:spacing w:after="100"/>
        <w:rPr>
          <w:rFonts w:hint="eastAsia"/>
        </w:rPr>
      </w:pPr>
      <w:r>
        <w:t>Prima dell'ingresso l'ambiente deve essere isolato da fonti di energia o materia in grado di generare pericolo. L'isolamento deve essere pianificato da personale competente e verificato dal preposto o da tecnico designato. Il blocco non è completo senza prova dell'effettiva assenza di energia, movimento, pressione, flusso o rilascio residuo.</w:t>
      </w:r>
    </w:p>
    <w:p w14:paraId="5B61E484" w14:textId="77777777" w:rsidR="003D6426" w:rsidRDefault="00000000">
      <w:pPr>
        <w:spacing w:after="100"/>
        <w:rPr>
          <w:rFonts w:hint="eastAsia"/>
        </w:rPr>
      </w:pPr>
      <w:r>
        <w:t>Le fonti da valutare includono:</w:t>
      </w:r>
    </w:p>
    <w:p w14:paraId="558876B1" w14:textId="77777777" w:rsidR="003D6426" w:rsidRDefault="00000000">
      <w:pPr>
        <w:pStyle w:val="Puntoelenco"/>
        <w:rPr>
          <w:rFonts w:hint="eastAsia"/>
        </w:rPr>
      </w:pPr>
      <w:r>
        <w:t>energia elettrica, batterie, condensatori, linee temporanee e gruppi elettrogeni;</w:t>
      </w:r>
    </w:p>
    <w:p w14:paraId="6F3E3CDD" w14:textId="77777777" w:rsidR="003D6426" w:rsidRDefault="00000000">
      <w:pPr>
        <w:pStyle w:val="Puntoelenco"/>
        <w:rPr>
          <w:rFonts w:hint="eastAsia"/>
        </w:rPr>
      </w:pPr>
      <w:r>
        <w:t>energia meccanica, organi in movimento, coclee, nastri, agitatori, presse, ventilatori e valvole motorizzate;</w:t>
      </w:r>
    </w:p>
    <w:p w14:paraId="41B1DEF3" w14:textId="77777777" w:rsidR="003D6426" w:rsidRDefault="00000000">
      <w:pPr>
        <w:pStyle w:val="Puntoelenco"/>
        <w:rPr>
          <w:rFonts w:hint="eastAsia"/>
        </w:rPr>
      </w:pPr>
      <w:r>
        <w:t>energia idraulica e pneumatica, pressione residua, accumuli e ritorni di pressione;</w:t>
      </w:r>
    </w:p>
    <w:p w14:paraId="5FC2E312" w14:textId="77777777" w:rsidR="003D6426" w:rsidRDefault="00000000">
      <w:pPr>
        <w:pStyle w:val="Puntoelenco"/>
        <w:rPr>
          <w:rFonts w:hint="eastAsia"/>
        </w:rPr>
      </w:pPr>
      <w:r>
        <w:t>vapore, aria compressa, gas inerti, gas infiammabili, linee di processo, sostanze chimiche e reflui;</w:t>
      </w:r>
    </w:p>
    <w:p w14:paraId="528E1EBA" w14:textId="77777777" w:rsidR="003D6426" w:rsidRDefault="00000000">
      <w:pPr>
        <w:pStyle w:val="Puntoelenco"/>
        <w:rPr>
          <w:rFonts w:hint="eastAsia"/>
        </w:rPr>
      </w:pPr>
      <w:r>
        <w:t>materiali per gravità, tramogge, silos, scarichi, prodotti granulari o polverulenti;</w:t>
      </w:r>
    </w:p>
    <w:p w14:paraId="313DA2B5" w14:textId="77777777" w:rsidR="003D6426" w:rsidRDefault="00000000">
      <w:pPr>
        <w:pStyle w:val="Puntoelenco"/>
        <w:rPr>
          <w:rFonts w:hint="eastAsia"/>
        </w:rPr>
      </w:pPr>
      <w:r>
        <w:t>fonti termiche, parti calde o fredde, criogenici, fluidi ad alta/bassa temperatura;</w:t>
      </w:r>
    </w:p>
    <w:p w14:paraId="2497CB21" w14:textId="77777777" w:rsidR="003D6426" w:rsidRDefault="00000000">
      <w:pPr>
        <w:pStyle w:val="Puntoelenco"/>
        <w:rPr>
          <w:rFonts w:hint="eastAsia"/>
        </w:rPr>
      </w:pPr>
      <w:r>
        <w:t>interconnessioni con altri impianti, by-pass, ricircoli, drenaggi e sfiati.</w:t>
      </w:r>
    </w:p>
    <w:p w14:paraId="6E586E80" w14:textId="77777777" w:rsidR="003D6426" w:rsidRDefault="00000000">
      <w:pPr>
        <w:spacing w:after="100"/>
        <w:rPr>
          <w:rFonts w:hint="eastAsia"/>
        </w:rPr>
      </w:pPr>
      <w:r>
        <w:t>Il lock-out deve essere personale o controllato mediante procedura aziendale che impedisca la rimozione non autorizzata. Il tag-out deve indicare chiaramente divieto, motivo, responsabile, data e contatto. Il try-out deve essere registrato: prova di mancato avviamento, depressurizzazione, assenza tensione, chiusura cieca, drenaggio o altra verifica specifica.</w:t>
      </w:r>
    </w:p>
    <w:p w14:paraId="51942992" w14:textId="77777777" w:rsidR="003D6426" w:rsidRDefault="00000000">
      <w:pPr>
        <w:pStyle w:val="Titolo1"/>
      </w:pPr>
      <w:r>
        <w:t>16. Esecuzione del lavoro all'interno dell'ambiente</w:t>
      </w:r>
    </w:p>
    <w:p w14:paraId="3C0BB6A8" w14:textId="77777777" w:rsidR="003D6426" w:rsidRDefault="00000000">
      <w:pPr>
        <w:spacing w:after="100"/>
        <w:rPr>
          <w:rFonts w:hint="eastAsia"/>
        </w:rPr>
      </w:pPr>
      <w:r>
        <w:t>Durante l'attività l'ambiente resta sotto controllo del preposto e dell'attendente. Il lavoratore entrante deve operare solo nei limiti del permesso e della procedura. Qualsiasi modifica richiede comunicazione, valutazione e autorizzazione. Le attrezzature e gli agenti chimici introdotti devono corrispondere a quelli indicati nel permesso.</w:t>
      </w:r>
    </w:p>
    <w:p w14:paraId="286B2519" w14:textId="77777777" w:rsidR="003D6426" w:rsidRDefault="00000000">
      <w:pPr>
        <w:spacing w:after="100"/>
        <w:rPr>
          <w:rFonts w:hint="eastAsia"/>
        </w:rPr>
      </w:pPr>
      <w:r>
        <w:t>Regole operative inderogabili:</w:t>
      </w:r>
    </w:p>
    <w:p w14:paraId="317AF04C" w14:textId="77777777" w:rsidR="003D6426" w:rsidRDefault="00000000">
      <w:pPr>
        <w:pStyle w:val="Puntoelenco"/>
        <w:rPr>
          <w:rFonts w:hint="eastAsia"/>
        </w:rPr>
      </w:pPr>
      <w:r>
        <w:t>l'attendente deve restare all'esterno e in prossimità dell'accesso per tutta la durata dell'ingresso;</w:t>
      </w:r>
    </w:p>
    <w:p w14:paraId="546160A2" w14:textId="77777777" w:rsidR="003D6426" w:rsidRDefault="00000000">
      <w:pPr>
        <w:pStyle w:val="Puntoelenco"/>
        <w:rPr>
          <w:rFonts w:hint="eastAsia"/>
        </w:rPr>
      </w:pPr>
      <w:r>
        <w:t>la comunicazione tra interno ed esterno deve essere continua o verificata con frequenza definita;</w:t>
      </w:r>
    </w:p>
    <w:p w14:paraId="36C51C91" w14:textId="77777777" w:rsidR="003D6426" w:rsidRDefault="00000000">
      <w:pPr>
        <w:pStyle w:val="Puntoelenco"/>
        <w:rPr>
          <w:rFonts w:hint="eastAsia"/>
        </w:rPr>
      </w:pPr>
      <w:r>
        <w:t>il lavoratore entrante deve abbandonare immediatamente l'ambiente in caso di allarme, malessere, perdita comunicazione, odore anomalo, rumore inatteso, variazione microclima, guasto ventilazione, ordine dell'attendente/preposto o dubbio sulla sicurezza;</w:t>
      </w:r>
    </w:p>
    <w:p w14:paraId="42E5A7DD" w14:textId="77777777" w:rsidR="003D6426" w:rsidRDefault="00000000">
      <w:pPr>
        <w:pStyle w:val="Puntoelenco"/>
        <w:rPr>
          <w:rFonts w:hint="eastAsia"/>
        </w:rPr>
      </w:pPr>
      <w:r>
        <w:t>il preposto deve controllare che le condizioni autorizzate permangano e deve sospendere l'attività in caso di variazioni;</w:t>
      </w:r>
    </w:p>
    <w:p w14:paraId="7F65A42B" w14:textId="77777777" w:rsidR="003D6426" w:rsidRDefault="00000000">
      <w:pPr>
        <w:pStyle w:val="Puntoelenco"/>
        <w:rPr>
          <w:rFonts w:hint="eastAsia"/>
        </w:rPr>
      </w:pPr>
      <w:r>
        <w:t>pause, turnazioni e tempi massimi di permanenza devono rispettare quanto definito nel permesso;</w:t>
      </w:r>
    </w:p>
    <w:p w14:paraId="7958127C" w14:textId="77777777" w:rsidR="003D6426" w:rsidRDefault="00000000">
      <w:pPr>
        <w:pStyle w:val="Puntoelenco"/>
        <w:rPr>
          <w:rFonts w:hint="eastAsia"/>
        </w:rPr>
      </w:pPr>
      <w:r>
        <w:t>il numero di lavoratori entranti deve essere limitato al minimo compatibile con l'attività e il salvataggio;</w:t>
      </w:r>
    </w:p>
    <w:p w14:paraId="42CA0B78" w14:textId="77777777" w:rsidR="003D6426" w:rsidRDefault="00000000">
      <w:pPr>
        <w:pStyle w:val="Puntoelenco"/>
        <w:rPr>
          <w:rFonts w:hint="eastAsia"/>
        </w:rPr>
      </w:pPr>
      <w:r>
        <w:t>non devono essere introdotte sorgenti di innesco, utensili, sostanze o cavi non autorizzati;</w:t>
      </w:r>
    </w:p>
    <w:p w14:paraId="5C26CE23" w14:textId="77777777" w:rsidR="003D6426" w:rsidRDefault="00000000">
      <w:pPr>
        <w:pStyle w:val="Puntoelenco"/>
        <w:rPr>
          <w:rFonts w:hint="eastAsia"/>
        </w:rPr>
      </w:pPr>
      <w:r>
        <w:t>non devono essere rimosse protezioni, blocchi, segnaletica, ventilazione o sistemi di recupero senza autorizzazione;</w:t>
      </w:r>
    </w:p>
    <w:p w14:paraId="57BF02DC" w14:textId="77777777" w:rsidR="003D6426" w:rsidRDefault="00000000">
      <w:pPr>
        <w:pStyle w:val="Puntoelenco"/>
        <w:rPr>
          <w:rFonts w:hint="eastAsia"/>
        </w:rPr>
      </w:pPr>
      <w:r>
        <w:t>il rientro dopo pausa, sospensione o cambio squadra richiede verifica delle condizioni e aggiornamento del permesso.</w:t>
      </w:r>
    </w:p>
    <w:p w14:paraId="55DD8C36" w14:textId="77777777" w:rsidR="003D6426" w:rsidRDefault="00000000">
      <w:pPr>
        <w:spacing w:after="100"/>
        <w:rPr>
          <w:rFonts w:hint="eastAsia"/>
        </w:rPr>
      </w:pPr>
      <w:r>
        <w:t>I lavori a caldo, elettrici, in quota, con prodotti chimici, con rischio ATEX, con rumore elevato o con produzione di polveri/fumi devono essere integrati con le specifiche procedure e permessi aziendali. Il permesso per ambiente confinato non sostituisce automaticamente altri permessi specialistici.</w:t>
      </w:r>
    </w:p>
    <w:p w14:paraId="2F58C8BD" w14:textId="77777777" w:rsidR="003D6426" w:rsidRDefault="00000000">
      <w:pPr>
        <w:pStyle w:val="Titolo1"/>
      </w:pPr>
      <w:r>
        <w:t>17. Attrezzature, strumentazione, DPC, DPI e APVR</w:t>
      </w:r>
    </w:p>
    <w:p w14:paraId="7C19BB52" w14:textId="77777777" w:rsidR="003D6426" w:rsidRDefault="00000000">
      <w:pPr>
        <w:spacing w:after="100"/>
        <w:rPr>
          <w:rFonts w:hint="eastAsia"/>
        </w:rPr>
      </w:pPr>
      <w:r>
        <w:t>La scelta delle attrezzature deve derivare dalla valutazione dei rischi e considerare contemporaneamente lavoro ordinario e gestione dell'emergenza. Un'attrezzatura idonea all'attività ma incompatibile con l'evacuazione o il recupero non è accettabile senza misure aggiuntive.</w:t>
      </w:r>
    </w:p>
    <w:p w14:paraId="02342FA1" w14:textId="77777777" w:rsidR="003D6426" w:rsidRDefault="00000000">
      <w:pPr>
        <w:spacing w:after="100"/>
        <w:rPr>
          <w:rFonts w:hint="eastAsia"/>
        </w:rPr>
      </w:pPr>
      <w:r>
        <w:t>Le dotazioni devono essere:</w:t>
      </w:r>
    </w:p>
    <w:p w14:paraId="2713EA43" w14:textId="77777777" w:rsidR="003D6426" w:rsidRDefault="00000000">
      <w:pPr>
        <w:pStyle w:val="Puntoelenco"/>
        <w:rPr>
          <w:rFonts w:hint="eastAsia"/>
        </w:rPr>
      </w:pPr>
      <w:r>
        <w:t>idonee al luogo di utilizzo, inclusi luoghi conduttori ristretti, umidità, corrosione, temperatura e rischio esplosivo;</w:t>
      </w:r>
    </w:p>
    <w:p w14:paraId="420EDDB7" w14:textId="77777777" w:rsidR="003D6426" w:rsidRDefault="00000000">
      <w:pPr>
        <w:pStyle w:val="Puntoelenco"/>
        <w:rPr>
          <w:rFonts w:hint="eastAsia"/>
        </w:rPr>
      </w:pPr>
      <w:r>
        <w:t>compatibili con dimensioni dell'accesso, ingombri del lavoratore, postura e vie di recupero;</w:t>
      </w:r>
    </w:p>
    <w:p w14:paraId="4F5C8A00" w14:textId="77777777" w:rsidR="003D6426" w:rsidRDefault="00000000">
      <w:pPr>
        <w:pStyle w:val="Puntoelenco"/>
        <w:rPr>
          <w:rFonts w:hint="eastAsia"/>
        </w:rPr>
      </w:pPr>
      <w:r>
        <w:t>mantenute, ispezionate, tarate e registrate secondo istruzioni del fabbricante e procedure aziendali;</w:t>
      </w:r>
    </w:p>
    <w:p w14:paraId="2C26F7A5" w14:textId="77777777" w:rsidR="003D6426" w:rsidRDefault="00000000">
      <w:pPr>
        <w:pStyle w:val="Puntoelenco"/>
        <w:rPr>
          <w:rFonts w:hint="eastAsia"/>
        </w:rPr>
      </w:pPr>
      <w:r>
        <w:t>utilizzate da personale informato, formato e addestrato;</w:t>
      </w:r>
    </w:p>
    <w:p w14:paraId="6DF74004" w14:textId="77777777" w:rsidR="003D6426" w:rsidRDefault="00000000">
      <w:pPr>
        <w:pStyle w:val="Puntoelenco"/>
        <w:rPr>
          <w:rFonts w:hint="eastAsia"/>
        </w:rPr>
      </w:pPr>
      <w:r>
        <w:t>disponibili prima dell'ingresso e per tutta la durata dell'attività;</w:t>
      </w:r>
    </w:p>
    <w:p w14:paraId="415FD9CE" w14:textId="77777777" w:rsidR="003D6426" w:rsidRDefault="00000000">
      <w:pPr>
        <w:pStyle w:val="Puntoelenco"/>
        <w:rPr>
          <w:rFonts w:hint="eastAsia"/>
        </w:rPr>
      </w:pPr>
      <w:r>
        <w:t>verificate prima dell'uso e ritirate in caso di difetto, scadenza, taratura non valida o dubbio di efficienza.</w:t>
      </w:r>
    </w:p>
    <w:p w14:paraId="15339386" w14:textId="77777777" w:rsidR="003D6426" w:rsidRDefault="00000000">
      <w:pPr>
        <w:pStyle w:val="TableTitle"/>
        <w:rPr>
          <w:rFonts w:hint="eastAsia"/>
        </w:rPr>
      </w:pPr>
      <w:r>
        <w:t>Criteri di scelta delle dotazioni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8"/>
        <w:gridCol w:w="3799"/>
        <w:gridCol w:w="4775"/>
      </w:tblGrid>
      <w:tr w:rsidR="003D6426" w14:paraId="76901296" w14:textId="77777777">
        <w:trPr>
          <w:tblHeader/>
          <w:jc w:val="center"/>
        </w:trPr>
        <w:tc>
          <w:tcPr>
            <w:tcW w:w="1610" w:type="dxa"/>
            <w:shd w:val="clear" w:color="auto" w:fill="D9EAF7"/>
            <w:tcMar>
              <w:top w:w="55" w:type="dxa"/>
              <w:left w:w="55" w:type="dxa"/>
              <w:bottom w:w="55" w:type="dxa"/>
              <w:right w:w="55" w:type="dxa"/>
            </w:tcMar>
            <w:vAlign w:val="center"/>
          </w:tcPr>
          <w:p w14:paraId="76AF2D6E" w14:textId="77777777" w:rsidR="003D6426" w:rsidRDefault="00000000">
            <w:pPr>
              <w:spacing w:after="0" w:line="240" w:lineRule="auto"/>
              <w:jc w:val="center"/>
              <w:rPr>
                <w:rFonts w:hint="eastAsia"/>
              </w:rPr>
            </w:pPr>
            <w:r>
              <w:rPr>
                <w:b/>
                <w:sz w:val="15"/>
              </w:rPr>
              <w:t>Famiglia</w:t>
            </w:r>
          </w:p>
        </w:tc>
        <w:tc>
          <w:tcPr>
            <w:tcW w:w="3758" w:type="dxa"/>
            <w:shd w:val="clear" w:color="auto" w:fill="D9EAF7"/>
            <w:tcMar>
              <w:top w:w="55" w:type="dxa"/>
              <w:left w:w="55" w:type="dxa"/>
              <w:bottom w:w="55" w:type="dxa"/>
              <w:right w:w="55" w:type="dxa"/>
            </w:tcMar>
            <w:vAlign w:val="center"/>
          </w:tcPr>
          <w:p w14:paraId="396EC62E" w14:textId="77777777" w:rsidR="003D6426" w:rsidRDefault="00000000">
            <w:pPr>
              <w:spacing w:after="0" w:line="240" w:lineRule="auto"/>
              <w:jc w:val="center"/>
              <w:rPr>
                <w:rFonts w:hint="eastAsia"/>
              </w:rPr>
            </w:pPr>
            <w:r>
              <w:rPr>
                <w:b/>
                <w:sz w:val="15"/>
              </w:rPr>
              <w:t>Esempi</w:t>
            </w:r>
          </w:p>
        </w:tc>
        <w:tc>
          <w:tcPr>
            <w:tcW w:w="4724" w:type="dxa"/>
            <w:shd w:val="clear" w:color="auto" w:fill="D9EAF7"/>
            <w:tcMar>
              <w:top w:w="55" w:type="dxa"/>
              <w:left w:w="55" w:type="dxa"/>
              <w:bottom w:w="55" w:type="dxa"/>
              <w:right w:w="55" w:type="dxa"/>
            </w:tcMar>
            <w:vAlign w:val="center"/>
          </w:tcPr>
          <w:p w14:paraId="69B597DE" w14:textId="77777777" w:rsidR="003D6426" w:rsidRDefault="00000000">
            <w:pPr>
              <w:spacing w:after="0" w:line="240" w:lineRule="auto"/>
              <w:jc w:val="center"/>
              <w:rPr>
                <w:rFonts w:hint="eastAsia"/>
              </w:rPr>
            </w:pPr>
            <w:r>
              <w:rPr>
                <w:b/>
                <w:sz w:val="15"/>
              </w:rPr>
              <w:t>Criteri di scelta</w:t>
            </w:r>
          </w:p>
        </w:tc>
      </w:tr>
      <w:tr w:rsidR="003D6426" w14:paraId="1A208741" w14:textId="77777777">
        <w:trPr>
          <w:jc w:val="center"/>
        </w:trPr>
        <w:tc>
          <w:tcPr>
            <w:tcW w:w="1610" w:type="dxa"/>
            <w:tcMar>
              <w:top w:w="55" w:type="dxa"/>
              <w:left w:w="55" w:type="dxa"/>
              <w:bottom w:w="55" w:type="dxa"/>
              <w:right w:w="55" w:type="dxa"/>
            </w:tcMar>
          </w:tcPr>
          <w:p w14:paraId="1025F6C3" w14:textId="77777777" w:rsidR="003D6426" w:rsidRDefault="00000000">
            <w:pPr>
              <w:spacing w:after="0" w:line="240" w:lineRule="auto"/>
              <w:rPr>
                <w:rFonts w:hint="eastAsia"/>
              </w:rPr>
            </w:pPr>
            <w:r>
              <w:rPr>
                <w:sz w:val="14"/>
              </w:rPr>
              <w:t>Strumentazione</w:t>
            </w:r>
          </w:p>
        </w:tc>
        <w:tc>
          <w:tcPr>
            <w:tcW w:w="3758" w:type="dxa"/>
            <w:tcMar>
              <w:top w:w="55" w:type="dxa"/>
              <w:left w:w="55" w:type="dxa"/>
              <w:bottom w:w="55" w:type="dxa"/>
              <w:right w:w="55" w:type="dxa"/>
            </w:tcMar>
          </w:tcPr>
          <w:p w14:paraId="1B784A78" w14:textId="77777777" w:rsidR="003D6426" w:rsidRDefault="00000000">
            <w:pPr>
              <w:spacing w:after="0" w:line="240" w:lineRule="auto"/>
              <w:rPr>
                <w:rFonts w:hint="eastAsia"/>
              </w:rPr>
            </w:pPr>
            <w:r>
              <w:rPr>
                <w:sz w:val="14"/>
              </w:rPr>
              <w:t>Multigas, rilevatori specifici, sonde, pompe campionamento, esplosimetri, fonometri, termometri.</w:t>
            </w:r>
          </w:p>
        </w:tc>
        <w:tc>
          <w:tcPr>
            <w:tcW w:w="4724" w:type="dxa"/>
            <w:tcMar>
              <w:top w:w="55" w:type="dxa"/>
              <w:left w:w="55" w:type="dxa"/>
              <w:bottom w:w="55" w:type="dxa"/>
              <w:right w:w="55" w:type="dxa"/>
            </w:tcMar>
          </w:tcPr>
          <w:p w14:paraId="70CD96D6" w14:textId="77777777" w:rsidR="003D6426" w:rsidRDefault="00000000">
            <w:pPr>
              <w:spacing w:after="0" w:line="240" w:lineRule="auto"/>
              <w:rPr>
                <w:rFonts w:hint="eastAsia"/>
              </w:rPr>
            </w:pPr>
            <w:r>
              <w:rPr>
                <w:sz w:val="14"/>
              </w:rPr>
              <w:t>Compatibilità con gas/sostanze attese, campo di misura, allarmi, taratura, campionamento remoto, uso continuo.</w:t>
            </w:r>
          </w:p>
        </w:tc>
      </w:tr>
      <w:tr w:rsidR="003D6426" w14:paraId="3884AA69" w14:textId="77777777">
        <w:trPr>
          <w:jc w:val="center"/>
        </w:trPr>
        <w:tc>
          <w:tcPr>
            <w:tcW w:w="1610" w:type="dxa"/>
            <w:tcMar>
              <w:top w:w="55" w:type="dxa"/>
              <w:left w:w="55" w:type="dxa"/>
              <w:bottom w:w="55" w:type="dxa"/>
              <w:right w:w="55" w:type="dxa"/>
            </w:tcMar>
          </w:tcPr>
          <w:p w14:paraId="6CF197A9" w14:textId="77777777" w:rsidR="003D6426" w:rsidRDefault="00000000">
            <w:pPr>
              <w:spacing w:after="0" w:line="240" w:lineRule="auto"/>
              <w:rPr>
                <w:rFonts w:hint="eastAsia"/>
              </w:rPr>
            </w:pPr>
            <w:r>
              <w:rPr>
                <w:sz w:val="14"/>
              </w:rPr>
              <w:t>Accesso e recupero</w:t>
            </w:r>
          </w:p>
        </w:tc>
        <w:tc>
          <w:tcPr>
            <w:tcW w:w="3758" w:type="dxa"/>
            <w:tcMar>
              <w:top w:w="55" w:type="dxa"/>
              <w:left w:w="55" w:type="dxa"/>
              <w:bottom w:w="55" w:type="dxa"/>
              <w:right w:w="55" w:type="dxa"/>
            </w:tcMar>
          </w:tcPr>
          <w:p w14:paraId="0B542070" w14:textId="77777777" w:rsidR="003D6426" w:rsidRDefault="00000000">
            <w:pPr>
              <w:spacing w:after="0" w:line="240" w:lineRule="auto"/>
              <w:rPr>
                <w:rFonts w:hint="eastAsia"/>
              </w:rPr>
            </w:pPr>
            <w:r>
              <w:rPr>
                <w:sz w:val="14"/>
              </w:rPr>
              <w:t>Treppiede, gruetta, verricello, linee vita, imbracature, barelle, paranchi, sistemi anticaduta.</w:t>
            </w:r>
          </w:p>
        </w:tc>
        <w:tc>
          <w:tcPr>
            <w:tcW w:w="4724" w:type="dxa"/>
            <w:tcMar>
              <w:top w:w="55" w:type="dxa"/>
              <w:left w:w="55" w:type="dxa"/>
              <w:bottom w:w="55" w:type="dxa"/>
              <w:right w:w="55" w:type="dxa"/>
            </w:tcMar>
          </w:tcPr>
          <w:p w14:paraId="356D2DD9" w14:textId="77777777" w:rsidR="003D6426" w:rsidRDefault="00000000">
            <w:pPr>
              <w:spacing w:after="0" w:line="240" w:lineRule="auto"/>
              <w:rPr>
                <w:rFonts w:hint="eastAsia"/>
              </w:rPr>
            </w:pPr>
            <w:r>
              <w:rPr>
                <w:sz w:val="14"/>
              </w:rPr>
              <w:t>Compatibilità con apertura, quota, carico, recupero non collaborante, addestramento e spazio esterno.</w:t>
            </w:r>
          </w:p>
        </w:tc>
      </w:tr>
      <w:tr w:rsidR="003D6426" w14:paraId="00DF8DD0" w14:textId="77777777">
        <w:trPr>
          <w:jc w:val="center"/>
        </w:trPr>
        <w:tc>
          <w:tcPr>
            <w:tcW w:w="1610" w:type="dxa"/>
            <w:tcMar>
              <w:top w:w="55" w:type="dxa"/>
              <w:left w:w="55" w:type="dxa"/>
              <w:bottom w:w="55" w:type="dxa"/>
              <w:right w:w="55" w:type="dxa"/>
            </w:tcMar>
          </w:tcPr>
          <w:p w14:paraId="548A4A0C" w14:textId="77777777" w:rsidR="003D6426" w:rsidRDefault="00000000">
            <w:pPr>
              <w:spacing w:after="0" w:line="240" w:lineRule="auto"/>
              <w:rPr>
                <w:rFonts w:hint="eastAsia"/>
              </w:rPr>
            </w:pPr>
            <w:r>
              <w:rPr>
                <w:sz w:val="14"/>
              </w:rPr>
              <w:t>Ventilazione</w:t>
            </w:r>
          </w:p>
        </w:tc>
        <w:tc>
          <w:tcPr>
            <w:tcW w:w="3758" w:type="dxa"/>
            <w:tcMar>
              <w:top w:w="55" w:type="dxa"/>
              <w:left w:w="55" w:type="dxa"/>
              <w:bottom w:w="55" w:type="dxa"/>
              <w:right w:w="55" w:type="dxa"/>
            </w:tcMar>
          </w:tcPr>
          <w:p w14:paraId="58478846" w14:textId="77777777" w:rsidR="003D6426" w:rsidRDefault="00000000">
            <w:pPr>
              <w:spacing w:after="0" w:line="240" w:lineRule="auto"/>
              <w:rPr>
                <w:rFonts w:hint="eastAsia"/>
              </w:rPr>
            </w:pPr>
            <w:r>
              <w:rPr>
                <w:sz w:val="14"/>
              </w:rPr>
              <w:t>Ventilatori, estrattori, tubazioni flessibili, diffusori, filtri, alimentazione sicura.</w:t>
            </w:r>
          </w:p>
        </w:tc>
        <w:tc>
          <w:tcPr>
            <w:tcW w:w="4724" w:type="dxa"/>
            <w:tcMar>
              <w:top w:w="55" w:type="dxa"/>
              <w:left w:w="55" w:type="dxa"/>
              <w:bottom w:w="55" w:type="dxa"/>
              <w:right w:w="55" w:type="dxa"/>
            </w:tcMar>
          </w:tcPr>
          <w:p w14:paraId="4B43BE12" w14:textId="77777777" w:rsidR="003D6426" w:rsidRDefault="00000000">
            <w:pPr>
              <w:spacing w:after="0" w:line="240" w:lineRule="auto"/>
              <w:rPr>
                <w:rFonts w:hint="eastAsia"/>
              </w:rPr>
            </w:pPr>
            <w:r>
              <w:rPr>
                <w:sz w:val="14"/>
              </w:rPr>
              <w:t>Portata, posizionamento, compatibilità ATEX, prelievo aria pulita, continuità, assenza ostacoli.</w:t>
            </w:r>
          </w:p>
        </w:tc>
      </w:tr>
      <w:tr w:rsidR="003D6426" w14:paraId="4CC5C191" w14:textId="77777777">
        <w:trPr>
          <w:jc w:val="center"/>
        </w:trPr>
        <w:tc>
          <w:tcPr>
            <w:tcW w:w="1610" w:type="dxa"/>
            <w:tcMar>
              <w:top w:w="55" w:type="dxa"/>
              <w:left w:w="55" w:type="dxa"/>
              <w:bottom w:w="55" w:type="dxa"/>
              <w:right w:w="55" w:type="dxa"/>
            </w:tcMar>
          </w:tcPr>
          <w:p w14:paraId="1B500CCD" w14:textId="77777777" w:rsidR="003D6426" w:rsidRDefault="00000000">
            <w:pPr>
              <w:spacing w:after="0" w:line="240" w:lineRule="auto"/>
              <w:rPr>
                <w:rFonts w:hint="eastAsia"/>
              </w:rPr>
            </w:pPr>
            <w:r>
              <w:rPr>
                <w:sz w:val="14"/>
              </w:rPr>
              <w:t>Illuminazione</w:t>
            </w:r>
          </w:p>
        </w:tc>
        <w:tc>
          <w:tcPr>
            <w:tcW w:w="3758" w:type="dxa"/>
            <w:tcMar>
              <w:top w:w="55" w:type="dxa"/>
              <w:left w:w="55" w:type="dxa"/>
              <w:bottom w:w="55" w:type="dxa"/>
              <w:right w:w="55" w:type="dxa"/>
            </w:tcMar>
          </w:tcPr>
          <w:p w14:paraId="6907DCB4" w14:textId="77777777" w:rsidR="003D6426" w:rsidRDefault="00000000">
            <w:pPr>
              <w:spacing w:after="0" w:line="240" w:lineRule="auto"/>
              <w:rPr>
                <w:rFonts w:hint="eastAsia"/>
              </w:rPr>
            </w:pPr>
            <w:r>
              <w:rPr>
                <w:sz w:val="14"/>
              </w:rPr>
              <w:t>Lampade portatili, lampade di emergenza, fari, sistemi a bassa tensione ove richiesto.</w:t>
            </w:r>
          </w:p>
        </w:tc>
        <w:tc>
          <w:tcPr>
            <w:tcW w:w="4724" w:type="dxa"/>
            <w:tcMar>
              <w:top w:w="55" w:type="dxa"/>
              <w:left w:w="55" w:type="dxa"/>
              <w:bottom w:w="55" w:type="dxa"/>
              <w:right w:w="55" w:type="dxa"/>
            </w:tcMar>
          </w:tcPr>
          <w:p w14:paraId="6DAACEA0" w14:textId="77777777" w:rsidR="003D6426" w:rsidRDefault="00000000">
            <w:pPr>
              <w:spacing w:after="0" w:line="240" w:lineRule="auto"/>
              <w:rPr>
                <w:rFonts w:hint="eastAsia"/>
              </w:rPr>
            </w:pPr>
            <w:r>
              <w:rPr>
                <w:sz w:val="14"/>
              </w:rPr>
              <w:t>Compatibilità elettrica, rischio ATEX, grado protezione, autonomia, assenza abbagliamento o ingombro.</w:t>
            </w:r>
          </w:p>
        </w:tc>
      </w:tr>
      <w:tr w:rsidR="003D6426" w14:paraId="65F813FD" w14:textId="77777777">
        <w:trPr>
          <w:jc w:val="center"/>
        </w:trPr>
        <w:tc>
          <w:tcPr>
            <w:tcW w:w="1610" w:type="dxa"/>
            <w:tcMar>
              <w:top w:w="55" w:type="dxa"/>
              <w:left w:w="55" w:type="dxa"/>
              <w:bottom w:w="55" w:type="dxa"/>
              <w:right w:w="55" w:type="dxa"/>
            </w:tcMar>
          </w:tcPr>
          <w:p w14:paraId="599FB1D0" w14:textId="77777777" w:rsidR="003D6426" w:rsidRDefault="00000000">
            <w:pPr>
              <w:spacing w:after="0" w:line="240" w:lineRule="auto"/>
              <w:rPr>
                <w:rFonts w:hint="eastAsia"/>
              </w:rPr>
            </w:pPr>
            <w:r>
              <w:rPr>
                <w:sz w:val="14"/>
              </w:rPr>
              <w:t>Comunicazione</w:t>
            </w:r>
          </w:p>
        </w:tc>
        <w:tc>
          <w:tcPr>
            <w:tcW w:w="3758" w:type="dxa"/>
            <w:tcMar>
              <w:top w:w="55" w:type="dxa"/>
              <w:left w:w="55" w:type="dxa"/>
              <w:bottom w:w="55" w:type="dxa"/>
              <w:right w:w="55" w:type="dxa"/>
            </w:tcMar>
          </w:tcPr>
          <w:p w14:paraId="5E75661B" w14:textId="77777777" w:rsidR="003D6426" w:rsidRDefault="00000000">
            <w:pPr>
              <w:spacing w:after="0" w:line="240" w:lineRule="auto"/>
              <w:rPr>
                <w:rFonts w:hint="eastAsia"/>
              </w:rPr>
            </w:pPr>
            <w:r>
              <w:rPr>
                <w:sz w:val="14"/>
              </w:rPr>
              <w:t>Radio, interfono, segnali acustici, cordini segnalazione, comunicazione vocale diretta.</w:t>
            </w:r>
          </w:p>
        </w:tc>
        <w:tc>
          <w:tcPr>
            <w:tcW w:w="4724" w:type="dxa"/>
            <w:tcMar>
              <w:top w:w="55" w:type="dxa"/>
              <w:left w:w="55" w:type="dxa"/>
              <w:bottom w:w="55" w:type="dxa"/>
              <w:right w:w="55" w:type="dxa"/>
            </w:tcMar>
          </w:tcPr>
          <w:p w14:paraId="58DB0913" w14:textId="77777777" w:rsidR="003D6426" w:rsidRDefault="00000000">
            <w:pPr>
              <w:spacing w:after="0" w:line="240" w:lineRule="auto"/>
              <w:rPr>
                <w:rFonts w:hint="eastAsia"/>
              </w:rPr>
            </w:pPr>
            <w:r>
              <w:rPr>
                <w:sz w:val="14"/>
              </w:rPr>
              <w:t>Copertura, non schermatura, ridondanza, segnali codificati, contatto con emergenza esterna.</w:t>
            </w:r>
          </w:p>
        </w:tc>
      </w:tr>
      <w:tr w:rsidR="003D6426" w14:paraId="0E15ECAC" w14:textId="77777777">
        <w:trPr>
          <w:jc w:val="center"/>
        </w:trPr>
        <w:tc>
          <w:tcPr>
            <w:tcW w:w="1610" w:type="dxa"/>
            <w:tcMar>
              <w:top w:w="55" w:type="dxa"/>
              <w:left w:w="55" w:type="dxa"/>
              <w:bottom w:w="55" w:type="dxa"/>
              <w:right w:w="55" w:type="dxa"/>
            </w:tcMar>
          </w:tcPr>
          <w:p w14:paraId="7923B4F0" w14:textId="77777777" w:rsidR="003D6426" w:rsidRDefault="00000000">
            <w:pPr>
              <w:spacing w:after="0" w:line="240" w:lineRule="auto"/>
              <w:rPr>
                <w:rFonts w:hint="eastAsia"/>
              </w:rPr>
            </w:pPr>
            <w:r>
              <w:rPr>
                <w:sz w:val="14"/>
              </w:rPr>
              <w:t>DPI</w:t>
            </w:r>
          </w:p>
        </w:tc>
        <w:tc>
          <w:tcPr>
            <w:tcW w:w="3758" w:type="dxa"/>
            <w:tcMar>
              <w:top w:w="55" w:type="dxa"/>
              <w:left w:w="55" w:type="dxa"/>
              <w:bottom w:w="55" w:type="dxa"/>
              <w:right w:w="55" w:type="dxa"/>
            </w:tcMar>
          </w:tcPr>
          <w:p w14:paraId="69E147D5" w14:textId="77777777" w:rsidR="003D6426" w:rsidRDefault="00000000">
            <w:pPr>
              <w:spacing w:after="0" w:line="240" w:lineRule="auto"/>
              <w:rPr>
                <w:rFonts w:hint="eastAsia"/>
              </w:rPr>
            </w:pPr>
            <w:r>
              <w:rPr>
                <w:sz w:val="14"/>
              </w:rPr>
              <w:t>Elmetto, guanti, calzature, occhi/viso, udito, indumenti, anticaduta, imbracatura.</w:t>
            </w:r>
          </w:p>
        </w:tc>
        <w:tc>
          <w:tcPr>
            <w:tcW w:w="4724" w:type="dxa"/>
            <w:tcMar>
              <w:top w:w="55" w:type="dxa"/>
              <w:left w:w="55" w:type="dxa"/>
              <w:bottom w:w="55" w:type="dxa"/>
              <w:right w:w="55" w:type="dxa"/>
            </w:tcMar>
          </w:tcPr>
          <w:p w14:paraId="028D9EE8" w14:textId="77777777" w:rsidR="003D6426" w:rsidRDefault="00000000">
            <w:pPr>
              <w:spacing w:after="0" w:line="240" w:lineRule="auto"/>
              <w:rPr>
                <w:rFonts w:hint="eastAsia"/>
              </w:rPr>
            </w:pPr>
            <w:r>
              <w:rPr>
                <w:sz w:val="14"/>
              </w:rPr>
              <w:t>Rischio specifico, compatibilità reciproca, taglia, condizioni microclimatiche, manutenzione.</w:t>
            </w:r>
          </w:p>
        </w:tc>
      </w:tr>
      <w:tr w:rsidR="003D6426" w14:paraId="1B22AED2" w14:textId="77777777">
        <w:trPr>
          <w:jc w:val="center"/>
        </w:trPr>
        <w:tc>
          <w:tcPr>
            <w:tcW w:w="1610" w:type="dxa"/>
            <w:tcMar>
              <w:top w:w="55" w:type="dxa"/>
              <w:left w:w="55" w:type="dxa"/>
              <w:bottom w:w="55" w:type="dxa"/>
              <w:right w:w="55" w:type="dxa"/>
            </w:tcMar>
          </w:tcPr>
          <w:p w14:paraId="7A253369" w14:textId="77777777" w:rsidR="003D6426" w:rsidRDefault="00000000">
            <w:pPr>
              <w:spacing w:after="0" w:line="240" w:lineRule="auto"/>
              <w:rPr>
                <w:rFonts w:hint="eastAsia"/>
              </w:rPr>
            </w:pPr>
            <w:r>
              <w:rPr>
                <w:sz w:val="14"/>
              </w:rPr>
              <w:t>APVR</w:t>
            </w:r>
          </w:p>
        </w:tc>
        <w:tc>
          <w:tcPr>
            <w:tcW w:w="3758" w:type="dxa"/>
            <w:tcMar>
              <w:top w:w="55" w:type="dxa"/>
              <w:left w:w="55" w:type="dxa"/>
              <w:bottom w:w="55" w:type="dxa"/>
              <w:right w:w="55" w:type="dxa"/>
            </w:tcMar>
          </w:tcPr>
          <w:p w14:paraId="00324B71" w14:textId="77777777" w:rsidR="003D6426" w:rsidRDefault="00000000">
            <w:pPr>
              <w:spacing w:after="0" w:line="240" w:lineRule="auto"/>
              <w:rPr>
                <w:rFonts w:hint="eastAsia"/>
              </w:rPr>
            </w:pPr>
            <w:r>
              <w:rPr>
                <w:sz w:val="14"/>
              </w:rPr>
              <w:t>Autorespiratori, respiratori isolanti, filtranti solo se ammessi dalla valutazione, dispositivi autosalvataggio.</w:t>
            </w:r>
          </w:p>
        </w:tc>
        <w:tc>
          <w:tcPr>
            <w:tcW w:w="4724" w:type="dxa"/>
            <w:tcMar>
              <w:top w:w="55" w:type="dxa"/>
              <w:left w:w="55" w:type="dxa"/>
              <w:bottom w:w="55" w:type="dxa"/>
              <w:right w:w="55" w:type="dxa"/>
            </w:tcMar>
          </w:tcPr>
          <w:p w14:paraId="2484F11D" w14:textId="77777777" w:rsidR="003D6426" w:rsidRDefault="00000000">
            <w:pPr>
              <w:spacing w:after="0" w:line="240" w:lineRule="auto"/>
              <w:rPr>
                <w:rFonts w:hint="eastAsia"/>
              </w:rPr>
            </w:pPr>
            <w:r>
              <w:rPr>
                <w:sz w:val="14"/>
              </w:rPr>
              <w:t>Ossigeno, contaminanti, concentrazioni, durata, IDLH, compatibilità con accesso e addestramento.</w:t>
            </w:r>
          </w:p>
        </w:tc>
      </w:tr>
    </w:tbl>
    <w:p w14:paraId="1C996284" w14:textId="77777777" w:rsidR="003D6426" w:rsidRDefault="00000000">
      <w:pPr>
        <w:spacing w:after="100"/>
        <w:rPr>
          <w:rFonts w:hint="eastAsia"/>
        </w:rPr>
      </w:pPr>
      <w:r>
        <w:t>Gli APVR filtranti non devono essere impiegati quando l'atmosfera non è nota, è carente di ossigeno, è IDLH o quando la protezione filtrante non è adeguata alle sostanze e concentrazioni presenti. La scelta deve essere inserita nel programma aziendale di protezione respiratoria.</w:t>
      </w:r>
    </w:p>
    <w:p w14:paraId="43652C95" w14:textId="77777777" w:rsidR="003D6426" w:rsidRDefault="00000000">
      <w:pPr>
        <w:pStyle w:val="Titolo1"/>
      </w:pPr>
      <w:r>
        <w:t>18. Appalti, imprese esterne e rischi interferenziali</w:t>
      </w:r>
    </w:p>
    <w:p w14:paraId="1B6C26AC" w14:textId="77777777" w:rsidR="003D6426" w:rsidRDefault="00000000">
      <w:pPr>
        <w:spacing w:after="100"/>
        <w:rPr>
          <w:rFonts w:hint="eastAsia"/>
        </w:rPr>
      </w:pPr>
      <w:r>
        <w:t>Quando le attività sono affidate a imprese appaltatrici o lavoratori autonomi, il Datore di Lavoro committente deve assicurare cooperazione e coordinamento. La qualificazione dell'impresa non elimina l'obbligo di fornire informazioni sui luoghi e sui rischi specifici aziendali.</w:t>
      </w:r>
    </w:p>
    <w:p w14:paraId="1F146675" w14:textId="77777777" w:rsidR="003D6426" w:rsidRDefault="00000000">
      <w:pPr>
        <w:spacing w:after="100"/>
        <w:rPr>
          <w:rFonts w:hint="eastAsia"/>
        </w:rPr>
      </w:pPr>
      <w:r>
        <w:t>Prima dell'affidamento e comunque prima dell'ingresso devono essere verificati:</w:t>
      </w:r>
    </w:p>
    <w:p w14:paraId="6CAB6567" w14:textId="77777777" w:rsidR="003D6426" w:rsidRDefault="00000000">
      <w:pPr>
        <w:pStyle w:val="Puntoelenco"/>
        <w:rPr>
          <w:rFonts w:hint="eastAsia"/>
        </w:rPr>
      </w:pPr>
      <w:r>
        <w:t>requisiti di qualificazione previsti dalla legislazione applicabile;</w:t>
      </w:r>
    </w:p>
    <w:p w14:paraId="065E0487" w14:textId="77777777" w:rsidR="003D6426" w:rsidRDefault="00000000">
      <w:pPr>
        <w:pStyle w:val="Puntoelenco"/>
        <w:rPr>
          <w:rFonts w:hint="eastAsia"/>
        </w:rPr>
      </w:pPr>
      <w:r>
        <w:t>esperienza documentata in ambienti confinati/sospetti;</w:t>
      </w:r>
    </w:p>
    <w:p w14:paraId="5FE055EE" w14:textId="77777777" w:rsidR="003D6426" w:rsidRDefault="00000000">
      <w:pPr>
        <w:pStyle w:val="Puntoelenco"/>
        <w:rPr>
          <w:rFonts w:hint="eastAsia"/>
        </w:rPr>
      </w:pPr>
      <w:r>
        <w:t>formazione, addestramento e idoneità sanitaria del personale;</w:t>
      </w:r>
    </w:p>
    <w:p w14:paraId="3C4D6FB7" w14:textId="77777777" w:rsidR="003D6426" w:rsidRDefault="00000000">
      <w:pPr>
        <w:pStyle w:val="Puntoelenco"/>
        <w:rPr>
          <w:rFonts w:hint="eastAsia"/>
        </w:rPr>
      </w:pPr>
      <w:r>
        <w:t>disponibilità e manutenzione di attrezzature, strumentazione, DPI, APVR e sistemi di salvataggio;</w:t>
      </w:r>
    </w:p>
    <w:p w14:paraId="01C39AAC" w14:textId="77777777" w:rsidR="003D6426" w:rsidRDefault="00000000">
      <w:pPr>
        <w:pStyle w:val="Puntoelenco"/>
        <w:rPr>
          <w:rFonts w:hint="eastAsia"/>
        </w:rPr>
      </w:pPr>
      <w:r>
        <w:t>procedure operative e di emergenza dell'appaltatore;</w:t>
      </w:r>
    </w:p>
    <w:p w14:paraId="48116E22" w14:textId="77777777" w:rsidR="003D6426" w:rsidRDefault="00000000">
      <w:pPr>
        <w:pStyle w:val="Puntoelenco"/>
        <w:rPr>
          <w:rFonts w:hint="eastAsia"/>
        </w:rPr>
      </w:pPr>
      <w:r>
        <w:t>coerenza tra procedure dell'appaltatore e procedure aziendali;</w:t>
      </w:r>
    </w:p>
    <w:p w14:paraId="5FBAEA4A" w14:textId="77777777" w:rsidR="003D6426" w:rsidRDefault="00000000">
      <w:pPr>
        <w:pStyle w:val="Puntoelenco"/>
        <w:rPr>
          <w:rFonts w:hint="eastAsia"/>
        </w:rPr>
      </w:pPr>
      <w:r>
        <w:t>DUVRI o documentazione di coordinamento, oppure PSC/POS nei cantieri temporanei o mobili;</w:t>
      </w:r>
    </w:p>
    <w:p w14:paraId="20BB04DB" w14:textId="77777777" w:rsidR="003D6426" w:rsidRDefault="00000000">
      <w:pPr>
        <w:pStyle w:val="Puntoelenco"/>
        <w:rPr>
          <w:rFonts w:hint="eastAsia"/>
        </w:rPr>
      </w:pPr>
      <w:r>
        <w:t>riunione preliminare con evidenza delle informazioni trasmesse e dei ruoli assegnati;</w:t>
      </w:r>
    </w:p>
    <w:p w14:paraId="41B61595" w14:textId="77777777" w:rsidR="003D6426" w:rsidRDefault="00000000">
      <w:pPr>
        <w:pStyle w:val="Puntoelenco"/>
        <w:rPr>
          <w:rFonts w:hint="eastAsia"/>
        </w:rPr>
      </w:pPr>
      <w:r>
        <w:t>criteri di accesso, controllo, sospensione, emergenza e comunicazioni.</w:t>
      </w:r>
    </w:p>
    <w:p w14:paraId="0166CEAC" w14:textId="77777777" w:rsidR="003D6426" w:rsidRDefault="00000000">
      <w:pPr>
        <w:spacing w:after="100"/>
        <w:rPr>
          <w:rFonts w:hint="eastAsia"/>
        </w:rPr>
      </w:pPr>
      <w:r>
        <w:t>Il committente deve comunicare caratteristiche degli ambienti, rischi noti, sostanze presenti o pregresse, precedenti utilizzi, impianti collegati, modalità di accesso, procedure aziendali, emergenze interne, numeri utili e limitazioni operative. L'appaltatore deve segnalare rischi introdotti dalla propria attività, attrezzature, prodotti chimici e modalità di lavoro.</w:t>
      </w:r>
    </w:p>
    <w:p w14:paraId="60135248" w14:textId="77777777" w:rsidR="003D6426" w:rsidRDefault="00000000">
      <w:pPr>
        <w:pStyle w:val="Titolo1"/>
      </w:pPr>
      <w:r>
        <w:t>19. Emergenza, autosoccorso, salvataggio senza ingresso e con ingresso</w:t>
      </w:r>
    </w:p>
    <w:p w14:paraId="60487E08" w14:textId="77777777" w:rsidR="003D6426" w:rsidRDefault="00000000">
      <w:pPr>
        <w:spacing w:after="100"/>
        <w:rPr>
          <w:rFonts w:hint="eastAsia"/>
        </w:rPr>
      </w:pPr>
      <w:r>
        <w:t>Il piano di emergenza deve essere predisposto prima dell'ingresso. Non è ammesso affidarsi al soccorso improvvisato. Ogni intervento deve stabilire come riconoscere l'emergenza, come evacuare, come recuperare il lavoratore, quali attrezzature usare, chi attiva i soccorsi e quali percorsi devono seguire i servizi esterni.</w:t>
      </w:r>
    </w:p>
    <w:p w14:paraId="5817D119" w14:textId="77777777" w:rsidR="003D6426" w:rsidRDefault="00000000">
      <w:pPr>
        <w:spacing w:after="100"/>
        <w:rPr>
          <w:rFonts w:hint="eastAsia"/>
        </w:rPr>
      </w:pPr>
      <w:r>
        <w:t>La sequenza preferenziale di gestione dell'emergenza è:</w:t>
      </w:r>
    </w:p>
    <w:p w14:paraId="24BD7DE8" w14:textId="77777777" w:rsidR="003D6426" w:rsidRDefault="00000000">
      <w:pPr>
        <w:pStyle w:val="Numeroelenco"/>
        <w:rPr>
          <w:rFonts w:hint="eastAsia"/>
        </w:rPr>
      </w:pPr>
      <w:r>
        <w:t>Auto-soccorso: il lavoratore riconosce la condizione anomala ed esce autonomamente secondo la procedura.</w:t>
      </w:r>
    </w:p>
    <w:p w14:paraId="1493EE3F" w14:textId="77777777" w:rsidR="003D6426" w:rsidRDefault="00000000">
      <w:pPr>
        <w:pStyle w:val="Numeroelenco"/>
        <w:rPr>
          <w:rFonts w:hint="eastAsia"/>
        </w:rPr>
      </w:pPr>
      <w:r>
        <w:t>Salvataggio senza ingresso: il lavoratore è recuperato dall'esterno mediante sistemi predisposti senza esporre altri lavoratori all'ambiente.</w:t>
      </w:r>
    </w:p>
    <w:p w14:paraId="0A27ACE0" w14:textId="77777777" w:rsidR="003D6426" w:rsidRDefault="00000000">
      <w:pPr>
        <w:pStyle w:val="Numeroelenco"/>
        <w:rPr>
          <w:rFonts w:hint="eastAsia"/>
        </w:rPr>
      </w:pPr>
      <w:r>
        <w:t>Salvataggio con ingresso: la squadra di salvataggio entra solo se addestrata, protetta, attrezzata e se le condizioni sono state valutate compatibili con un intervento sicuro.</w:t>
      </w:r>
    </w:p>
    <w:p w14:paraId="2F1FB384" w14:textId="77777777" w:rsidR="003D6426" w:rsidRDefault="00000000">
      <w:pPr>
        <w:spacing w:after="100"/>
        <w:rPr>
          <w:rFonts w:hint="eastAsia"/>
        </w:rPr>
      </w:pPr>
      <w:r>
        <w:t>Il piano deve contemplare almeno i seguenti scenari: allarme atmosferico, malore o perdita di coscienza, caduta o trauma, intrappolamento, annegamento/allagamento, incendio/esplosione, guasto ventilazione, black-out, perdita comunicazione, condizioni meteo improvvise, rilascio di sostanze dall'esterno e ingresso non autorizzato.</w:t>
      </w:r>
    </w:p>
    <w:p w14:paraId="6E3693E2" w14:textId="77777777" w:rsidR="003D6426" w:rsidRDefault="00000000">
      <w:pPr>
        <w:spacing w:after="100"/>
        <w:rPr>
          <w:rFonts w:hint="eastAsia"/>
        </w:rPr>
      </w:pPr>
      <w:r>
        <w:t>L'attendente non deve entrare per prestare soccorso salvo che sia formalmente parte della squadra di salvataggio, che sia sostituito nella sorveglianza e che l'ingresso sia previsto dal piano. Il primo compito dell'attendente è mantenere il controllo, ordinare l'evacuazione, avvisare il preposto e attivare i soccorsi.</w:t>
      </w:r>
    </w:p>
    <w:p w14:paraId="3ED44980" w14:textId="77777777" w:rsidR="003D6426" w:rsidRDefault="00000000">
      <w:pPr>
        <w:spacing w:after="100"/>
        <w:rPr>
          <w:rFonts w:hint="eastAsia"/>
        </w:rPr>
      </w:pPr>
      <w:r>
        <w:t>L'ingresso della squadra di salvataggio è subordinato a verifica delle condizioni interne, disponibilità di attrezzature e strumentazione, uso dei DPI/APVR previsti, comunicazione con l'esterno, supporto di personale di assistenza e coordinamento con SSN e Vigili del Fuoco quando necessario.</w:t>
      </w:r>
    </w:p>
    <w:p w14:paraId="71148BD6" w14:textId="77777777" w:rsidR="003D6426" w:rsidRDefault="00000000">
      <w:pPr>
        <w:pStyle w:val="Titolo1"/>
      </w:pPr>
      <w:r>
        <w:t>20. Conclusione delle operazioni, ripristino e debriefing</w:t>
      </w:r>
    </w:p>
    <w:p w14:paraId="3C4596DD" w14:textId="77777777" w:rsidR="003D6426" w:rsidRDefault="00000000">
      <w:pPr>
        <w:spacing w:after="100"/>
        <w:rPr>
          <w:rFonts w:hint="eastAsia"/>
        </w:rPr>
      </w:pPr>
      <w:r>
        <w:t>La conclusione del lavoro è una fase controllata. Il preposto deve verificare l'uscita di tutti i lavoratori, la rimozione di attrezzature e apprestamenti, lo stato dell'ambiente, il ripristino delle condizioni d'uso, la rimozione controllata dei blocchi solo quando autorizzato e la chiusura del permesso.</w:t>
      </w:r>
    </w:p>
    <w:p w14:paraId="54B97B85" w14:textId="77777777" w:rsidR="003D6426" w:rsidRDefault="00000000">
      <w:pPr>
        <w:pStyle w:val="Puntoelenco"/>
        <w:rPr>
          <w:rFonts w:hint="eastAsia"/>
        </w:rPr>
      </w:pPr>
      <w:r>
        <w:t>contare i lavoratori entranti e confermare l'uscita di tutti;</w:t>
      </w:r>
    </w:p>
    <w:p w14:paraId="6AC471FC" w14:textId="77777777" w:rsidR="003D6426" w:rsidRDefault="00000000">
      <w:pPr>
        <w:pStyle w:val="Puntoelenco"/>
        <w:rPr>
          <w:rFonts w:hint="eastAsia"/>
        </w:rPr>
      </w:pPr>
      <w:r>
        <w:t>verificare che non rimangano utensili, DPI, tubazioni, cavi, materiali o rifiuti nell'ambiente;</w:t>
      </w:r>
    </w:p>
    <w:p w14:paraId="0D55B421" w14:textId="77777777" w:rsidR="003D6426" w:rsidRDefault="00000000">
      <w:pPr>
        <w:pStyle w:val="Puntoelenco"/>
        <w:rPr>
          <w:rFonts w:hint="eastAsia"/>
        </w:rPr>
      </w:pPr>
      <w:r>
        <w:t>registrare le misure finali se richieste;</w:t>
      </w:r>
    </w:p>
    <w:p w14:paraId="2BEC18E7" w14:textId="77777777" w:rsidR="003D6426" w:rsidRDefault="00000000">
      <w:pPr>
        <w:pStyle w:val="Puntoelenco"/>
        <w:rPr>
          <w:rFonts w:hint="eastAsia"/>
        </w:rPr>
      </w:pPr>
      <w:r>
        <w:t>ripristinare accessi, protezioni, chiusure, valvole, sistemi elettrici e impianti secondo procedura;</w:t>
      </w:r>
    </w:p>
    <w:p w14:paraId="1B841144" w14:textId="77777777" w:rsidR="003D6426" w:rsidRDefault="00000000">
      <w:pPr>
        <w:pStyle w:val="Puntoelenco"/>
        <w:rPr>
          <w:rFonts w:hint="eastAsia"/>
        </w:rPr>
      </w:pPr>
      <w:r>
        <w:t>rimuovere segnaletica e delimitazioni solo quando non sussiste più il pericolo;</w:t>
      </w:r>
    </w:p>
    <w:p w14:paraId="34970BC9" w14:textId="77777777" w:rsidR="003D6426" w:rsidRDefault="00000000">
      <w:pPr>
        <w:pStyle w:val="Puntoelenco"/>
        <w:rPr>
          <w:rFonts w:hint="eastAsia"/>
        </w:rPr>
      </w:pPr>
      <w:r>
        <w:t>chiudere il permesso con firma del preposto e annotazione delle eventuali criticità;</w:t>
      </w:r>
    </w:p>
    <w:p w14:paraId="21ABECB2" w14:textId="77777777" w:rsidR="003D6426" w:rsidRDefault="00000000">
      <w:pPr>
        <w:pStyle w:val="Puntoelenco"/>
        <w:rPr>
          <w:rFonts w:hint="eastAsia"/>
        </w:rPr>
      </w:pPr>
      <w:r>
        <w:t>effettuare debriefing quando emergono anomalie, quasi infortuni, difficoltà operative o miglioramenti necessari.</w:t>
      </w:r>
    </w:p>
    <w:p w14:paraId="5BA437DD" w14:textId="77777777" w:rsidR="003D6426" w:rsidRDefault="00000000">
      <w:pPr>
        <w:spacing w:after="100"/>
        <w:rPr>
          <w:rFonts w:hint="eastAsia"/>
        </w:rPr>
      </w:pPr>
      <w:r>
        <w:t>Le criticità emerse devono generare azioni correttive o preventive: revisione scheda ambiente, modifica procedure, scelta diversa di attrezzature, aggiornamento formazione, manutenzione strumenti, cambiamento dei limiti di permesso o miglioramento del piano di salvataggio.</w:t>
      </w:r>
    </w:p>
    <w:p w14:paraId="45FFF2E6" w14:textId="77777777" w:rsidR="003D6426" w:rsidRDefault="00000000">
      <w:pPr>
        <w:pStyle w:val="Titolo1"/>
      </w:pPr>
      <w:r>
        <w:t>21. Informazione, formazione, addestramento e idoneità sanitaria</w:t>
      </w:r>
    </w:p>
    <w:p w14:paraId="071644B0" w14:textId="77777777" w:rsidR="003D6426" w:rsidRDefault="00000000">
      <w:pPr>
        <w:spacing w:after="100"/>
        <w:rPr>
          <w:rFonts w:hint="eastAsia"/>
        </w:rPr>
      </w:pPr>
      <w:r>
        <w:t>L'accesso è consentito solo a lavoratori informati, formati, addestrati e valutati idonei alla mansione specifica. La formazione deve essere coerente con i ruoli. L'addestramento deve essere pratico e comprendere uso reale di strumenti, DPI, APVR, comunicazioni, accesso, uscita, recupero e gestione allarmi.</w:t>
      </w:r>
    </w:p>
    <w:p w14:paraId="7C55D353" w14:textId="77777777" w:rsidR="003D6426" w:rsidRDefault="00000000">
      <w:pPr>
        <w:pStyle w:val="TableTitle"/>
        <w:rPr>
          <w:rFonts w:hint="eastAsia"/>
        </w:rPr>
      </w:pPr>
      <w:r>
        <w:t>Formazione e addestramento per ruolo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6"/>
        <w:gridCol w:w="4910"/>
        <w:gridCol w:w="3546"/>
      </w:tblGrid>
      <w:tr w:rsidR="003D6426" w14:paraId="4403EFCC" w14:textId="77777777">
        <w:trPr>
          <w:tblHeader/>
          <w:jc w:val="center"/>
        </w:trPr>
        <w:tc>
          <w:tcPr>
            <w:tcW w:w="1727" w:type="dxa"/>
            <w:shd w:val="clear" w:color="auto" w:fill="D9EAF7"/>
            <w:tcMar>
              <w:top w:w="55" w:type="dxa"/>
              <w:left w:w="55" w:type="dxa"/>
              <w:bottom w:w="55" w:type="dxa"/>
              <w:right w:w="55" w:type="dxa"/>
            </w:tcMar>
            <w:vAlign w:val="center"/>
          </w:tcPr>
          <w:p w14:paraId="03990A9F" w14:textId="77777777" w:rsidR="003D6426" w:rsidRDefault="00000000">
            <w:pPr>
              <w:spacing w:after="0" w:line="240" w:lineRule="auto"/>
              <w:jc w:val="center"/>
              <w:rPr>
                <w:rFonts w:hint="eastAsia"/>
              </w:rPr>
            </w:pPr>
            <w:r>
              <w:rPr>
                <w:b/>
                <w:sz w:val="15"/>
              </w:rPr>
              <w:t>Ruolo</w:t>
            </w:r>
          </w:p>
        </w:tc>
        <w:tc>
          <w:tcPr>
            <w:tcW w:w="4857" w:type="dxa"/>
            <w:shd w:val="clear" w:color="auto" w:fill="D9EAF7"/>
            <w:tcMar>
              <w:top w:w="55" w:type="dxa"/>
              <w:left w:w="55" w:type="dxa"/>
              <w:bottom w:w="55" w:type="dxa"/>
              <w:right w:w="55" w:type="dxa"/>
            </w:tcMar>
            <w:vAlign w:val="center"/>
          </w:tcPr>
          <w:p w14:paraId="213925CB" w14:textId="77777777" w:rsidR="003D6426" w:rsidRDefault="00000000">
            <w:pPr>
              <w:spacing w:after="0" w:line="240" w:lineRule="auto"/>
              <w:jc w:val="center"/>
              <w:rPr>
                <w:rFonts w:hint="eastAsia"/>
              </w:rPr>
            </w:pPr>
            <w:r>
              <w:rPr>
                <w:b/>
                <w:sz w:val="15"/>
              </w:rPr>
              <w:t>Contenuti minimi</w:t>
            </w:r>
          </w:p>
        </w:tc>
        <w:tc>
          <w:tcPr>
            <w:tcW w:w="3508" w:type="dxa"/>
            <w:shd w:val="clear" w:color="auto" w:fill="D9EAF7"/>
            <w:tcMar>
              <w:top w:w="55" w:type="dxa"/>
              <w:left w:w="55" w:type="dxa"/>
              <w:bottom w:w="55" w:type="dxa"/>
              <w:right w:w="55" w:type="dxa"/>
            </w:tcMar>
            <w:vAlign w:val="center"/>
          </w:tcPr>
          <w:p w14:paraId="286BA0C8" w14:textId="77777777" w:rsidR="003D6426" w:rsidRDefault="00000000">
            <w:pPr>
              <w:spacing w:after="0" w:line="240" w:lineRule="auto"/>
              <w:jc w:val="center"/>
              <w:rPr>
                <w:rFonts w:hint="eastAsia"/>
              </w:rPr>
            </w:pPr>
            <w:r>
              <w:rPr>
                <w:b/>
                <w:sz w:val="15"/>
              </w:rPr>
              <w:t>Addestramento pratico</w:t>
            </w:r>
          </w:p>
        </w:tc>
      </w:tr>
      <w:tr w:rsidR="003D6426" w14:paraId="46E01819" w14:textId="77777777">
        <w:trPr>
          <w:jc w:val="center"/>
        </w:trPr>
        <w:tc>
          <w:tcPr>
            <w:tcW w:w="1727" w:type="dxa"/>
            <w:tcMar>
              <w:top w:w="55" w:type="dxa"/>
              <w:left w:w="55" w:type="dxa"/>
              <w:bottom w:w="55" w:type="dxa"/>
              <w:right w:w="55" w:type="dxa"/>
            </w:tcMar>
          </w:tcPr>
          <w:p w14:paraId="66134876" w14:textId="77777777" w:rsidR="003D6426" w:rsidRDefault="00000000">
            <w:pPr>
              <w:spacing w:after="0" w:line="240" w:lineRule="auto"/>
              <w:rPr>
                <w:rFonts w:hint="eastAsia"/>
              </w:rPr>
            </w:pPr>
            <w:r>
              <w:rPr>
                <w:sz w:val="14"/>
              </w:rPr>
              <w:t>Entrante</w:t>
            </w:r>
          </w:p>
        </w:tc>
        <w:tc>
          <w:tcPr>
            <w:tcW w:w="4857" w:type="dxa"/>
            <w:tcMar>
              <w:top w:w="55" w:type="dxa"/>
              <w:left w:w="55" w:type="dxa"/>
              <w:bottom w:w="55" w:type="dxa"/>
              <w:right w:w="55" w:type="dxa"/>
            </w:tcMar>
          </w:tcPr>
          <w:p w14:paraId="0CCFD187" w14:textId="77777777" w:rsidR="003D6426" w:rsidRDefault="00000000">
            <w:pPr>
              <w:spacing w:after="0" w:line="240" w:lineRule="auto"/>
              <w:rPr>
                <w:rFonts w:hint="eastAsia"/>
              </w:rPr>
            </w:pPr>
            <w:r>
              <w:rPr>
                <w:sz w:val="14"/>
              </w:rPr>
              <w:t>Rischi ACSI, permesso, segnali, monitoraggio, DPI/APVR, stop work, evacuazione.</w:t>
            </w:r>
          </w:p>
        </w:tc>
        <w:tc>
          <w:tcPr>
            <w:tcW w:w="3508" w:type="dxa"/>
            <w:tcMar>
              <w:top w:w="55" w:type="dxa"/>
              <w:left w:w="55" w:type="dxa"/>
              <w:bottom w:w="55" w:type="dxa"/>
              <w:right w:w="55" w:type="dxa"/>
            </w:tcMar>
          </w:tcPr>
          <w:p w14:paraId="1BA5E8C9" w14:textId="77777777" w:rsidR="003D6426" w:rsidRDefault="00000000">
            <w:pPr>
              <w:spacing w:after="0" w:line="240" w:lineRule="auto"/>
              <w:rPr>
                <w:rFonts w:hint="eastAsia"/>
              </w:rPr>
            </w:pPr>
            <w:r>
              <w:rPr>
                <w:sz w:val="14"/>
              </w:rPr>
              <w:t>Uso DPI/APVR, comunicazione, ingresso/uscita, allarmi, autosoccorso.</w:t>
            </w:r>
          </w:p>
        </w:tc>
      </w:tr>
      <w:tr w:rsidR="003D6426" w14:paraId="4B381D93" w14:textId="77777777">
        <w:trPr>
          <w:jc w:val="center"/>
        </w:trPr>
        <w:tc>
          <w:tcPr>
            <w:tcW w:w="1727" w:type="dxa"/>
            <w:tcMar>
              <w:top w:w="55" w:type="dxa"/>
              <w:left w:w="55" w:type="dxa"/>
              <w:bottom w:w="55" w:type="dxa"/>
              <w:right w:w="55" w:type="dxa"/>
            </w:tcMar>
          </w:tcPr>
          <w:p w14:paraId="1E094FF3" w14:textId="77777777" w:rsidR="003D6426" w:rsidRDefault="00000000">
            <w:pPr>
              <w:spacing w:after="0" w:line="240" w:lineRule="auto"/>
              <w:rPr>
                <w:rFonts w:hint="eastAsia"/>
              </w:rPr>
            </w:pPr>
            <w:r>
              <w:rPr>
                <w:sz w:val="14"/>
              </w:rPr>
              <w:t>Attendete</w:t>
            </w:r>
          </w:p>
        </w:tc>
        <w:tc>
          <w:tcPr>
            <w:tcW w:w="4857" w:type="dxa"/>
            <w:tcMar>
              <w:top w:w="55" w:type="dxa"/>
              <w:left w:w="55" w:type="dxa"/>
              <w:bottom w:w="55" w:type="dxa"/>
              <w:right w:w="55" w:type="dxa"/>
            </w:tcMar>
          </w:tcPr>
          <w:p w14:paraId="664CE116" w14:textId="77777777" w:rsidR="003D6426" w:rsidRDefault="00000000">
            <w:pPr>
              <w:spacing w:after="0" w:line="240" w:lineRule="auto"/>
              <w:rPr>
                <w:rFonts w:hint="eastAsia"/>
              </w:rPr>
            </w:pPr>
            <w:r>
              <w:rPr>
                <w:sz w:val="14"/>
              </w:rPr>
              <w:t>Sorveglianza, comunicazione, divieti, evacuazione, attivazione emergenza, controllo accessi.</w:t>
            </w:r>
          </w:p>
        </w:tc>
        <w:tc>
          <w:tcPr>
            <w:tcW w:w="3508" w:type="dxa"/>
            <w:tcMar>
              <w:top w:w="55" w:type="dxa"/>
              <w:left w:w="55" w:type="dxa"/>
              <w:bottom w:w="55" w:type="dxa"/>
              <w:right w:w="55" w:type="dxa"/>
            </w:tcMar>
          </w:tcPr>
          <w:p w14:paraId="2E63F198" w14:textId="77777777" w:rsidR="003D6426" w:rsidRDefault="00000000">
            <w:pPr>
              <w:spacing w:after="0" w:line="240" w:lineRule="auto"/>
              <w:rPr>
                <w:rFonts w:hint="eastAsia"/>
              </w:rPr>
            </w:pPr>
            <w:r>
              <w:rPr>
                <w:sz w:val="14"/>
              </w:rPr>
              <w:t>Gestione radio/segnali, chiamata soccorsi, recupero senza ingresso se previsto.</w:t>
            </w:r>
          </w:p>
        </w:tc>
      </w:tr>
      <w:tr w:rsidR="003D6426" w14:paraId="22E0DCC4" w14:textId="77777777">
        <w:trPr>
          <w:jc w:val="center"/>
        </w:trPr>
        <w:tc>
          <w:tcPr>
            <w:tcW w:w="1727" w:type="dxa"/>
            <w:tcMar>
              <w:top w:w="55" w:type="dxa"/>
              <w:left w:w="55" w:type="dxa"/>
              <w:bottom w:w="55" w:type="dxa"/>
              <w:right w:w="55" w:type="dxa"/>
            </w:tcMar>
          </w:tcPr>
          <w:p w14:paraId="42D36393" w14:textId="77777777" w:rsidR="003D6426" w:rsidRDefault="00000000">
            <w:pPr>
              <w:spacing w:after="0" w:line="240" w:lineRule="auto"/>
              <w:rPr>
                <w:rFonts w:hint="eastAsia"/>
              </w:rPr>
            </w:pPr>
            <w:r>
              <w:rPr>
                <w:sz w:val="14"/>
              </w:rPr>
              <w:t>Preposto</w:t>
            </w:r>
          </w:p>
        </w:tc>
        <w:tc>
          <w:tcPr>
            <w:tcW w:w="4857" w:type="dxa"/>
            <w:tcMar>
              <w:top w:w="55" w:type="dxa"/>
              <w:left w:w="55" w:type="dxa"/>
              <w:bottom w:w="55" w:type="dxa"/>
              <w:right w:w="55" w:type="dxa"/>
            </w:tcMar>
          </w:tcPr>
          <w:p w14:paraId="429FC9B5" w14:textId="77777777" w:rsidR="003D6426" w:rsidRDefault="00000000">
            <w:pPr>
              <w:spacing w:after="0" w:line="240" w:lineRule="auto"/>
              <w:rPr>
                <w:rFonts w:hint="eastAsia"/>
              </w:rPr>
            </w:pPr>
            <w:r>
              <w:rPr>
                <w:sz w:val="14"/>
              </w:rPr>
              <w:t>Valutazione operativa, permessi, controlli, coordinamento, sospensione, chiusura, debriefing.</w:t>
            </w:r>
          </w:p>
        </w:tc>
        <w:tc>
          <w:tcPr>
            <w:tcW w:w="3508" w:type="dxa"/>
            <w:tcMar>
              <w:top w:w="55" w:type="dxa"/>
              <w:left w:w="55" w:type="dxa"/>
              <w:bottom w:w="55" w:type="dxa"/>
              <w:right w:w="55" w:type="dxa"/>
            </w:tcMar>
          </w:tcPr>
          <w:p w14:paraId="0709ED4A" w14:textId="77777777" w:rsidR="003D6426" w:rsidRDefault="00000000">
            <w:pPr>
              <w:spacing w:after="0" w:line="240" w:lineRule="auto"/>
              <w:rPr>
                <w:rFonts w:hint="eastAsia"/>
              </w:rPr>
            </w:pPr>
            <w:r>
              <w:rPr>
                <w:sz w:val="14"/>
              </w:rPr>
              <w:t>Compilazione permessi, conduzione briefing, decisioni di stop work, scenari emergenza.</w:t>
            </w:r>
          </w:p>
        </w:tc>
      </w:tr>
      <w:tr w:rsidR="003D6426" w14:paraId="079DE857" w14:textId="77777777">
        <w:trPr>
          <w:jc w:val="center"/>
        </w:trPr>
        <w:tc>
          <w:tcPr>
            <w:tcW w:w="1727" w:type="dxa"/>
            <w:tcMar>
              <w:top w:w="55" w:type="dxa"/>
              <w:left w:w="55" w:type="dxa"/>
              <w:bottom w:w="55" w:type="dxa"/>
              <w:right w:w="55" w:type="dxa"/>
            </w:tcMar>
          </w:tcPr>
          <w:p w14:paraId="27821D7A" w14:textId="77777777" w:rsidR="003D6426" w:rsidRDefault="00000000">
            <w:pPr>
              <w:spacing w:after="0" w:line="240" w:lineRule="auto"/>
              <w:rPr>
                <w:rFonts w:hint="eastAsia"/>
              </w:rPr>
            </w:pPr>
            <w:r>
              <w:rPr>
                <w:sz w:val="14"/>
              </w:rPr>
              <w:t>Squadra salvataggio</w:t>
            </w:r>
          </w:p>
        </w:tc>
        <w:tc>
          <w:tcPr>
            <w:tcW w:w="4857" w:type="dxa"/>
            <w:tcMar>
              <w:top w:w="55" w:type="dxa"/>
              <w:left w:w="55" w:type="dxa"/>
              <w:bottom w:w="55" w:type="dxa"/>
              <w:right w:w="55" w:type="dxa"/>
            </w:tcMar>
          </w:tcPr>
          <w:p w14:paraId="45B195BB" w14:textId="77777777" w:rsidR="003D6426" w:rsidRDefault="00000000">
            <w:pPr>
              <w:spacing w:after="0" w:line="240" w:lineRule="auto"/>
              <w:rPr>
                <w:rFonts w:hint="eastAsia"/>
              </w:rPr>
            </w:pPr>
            <w:r>
              <w:rPr>
                <w:sz w:val="14"/>
              </w:rPr>
              <w:t>Procedure emergenza, recupero, APVR, attrezzature, sicurezza soccorritori, coordinamento esterno.</w:t>
            </w:r>
          </w:p>
        </w:tc>
        <w:tc>
          <w:tcPr>
            <w:tcW w:w="3508" w:type="dxa"/>
            <w:tcMar>
              <w:top w:w="55" w:type="dxa"/>
              <w:left w:w="55" w:type="dxa"/>
              <w:bottom w:w="55" w:type="dxa"/>
              <w:right w:w="55" w:type="dxa"/>
            </w:tcMar>
          </w:tcPr>
          <w:p w14:paraId="48C9FA8E" w14:textId="77777777" w:rsidR="003D6426" w:rsidRDefault="00000000">
            <w:pPr>
              <w:spacing w:after="0" w:line="240" w:lineRule="auto"/>
              <w:rPr>
                <w:rFonts w:hint="eastAsia"/>
              </w:rPr>
            </w:pPr>
            <w:r>
              <w:rPr>
                <w:sz w:val="14"/>
              </w:rPr>
              <w:t>Simulazioni realistiche, recupero non collaborante, uso barelle/verricelli, comunicazioni.</w:t>
            </w:r>
          </w:p>
        </w:tc>
      </w:tr>
      <w:tr w:rsidR="003D6426" w14:paraId="6C5C6313" w14:textId="77777777">
        <w:trPr>
          <w:jc w:val="center"/>
        </w:trPr>
        <w:tc>
          <w:tcPr>
            <w:tcW w:w="1727" w:type="dxa"/>
            <w:tcMar>
              <w:top w:w="55" w:type="dxa"/>
              <w:left w:w="55" w:type="dxa"/>
              <w:bottom w:w="55" w:type="dxa"/>
              <w:right w:w="55" w:type="dxa"/>
            </w:tcMar>
          </w:tcPr>
          <w:p w14:paraId="4FE70169" w14:textId="77777777" w:rsidR="003D6426" w:rsidRDefault="00000000">
            <w:pPr>
              <w:spacing w:after="0" w:line="240" w:lineRule="auto"/>
              <w:rPr>
                <w:rFonts w:hint="eastAsia"/>
              </w:rPr>
            </w:pPr>
            <w:r>
              <w:rPr>
                <w:sz w:val="14"/>
              </w:rPr>
              <w:t>Appaltatori</w:t>
            </w:r>
          </w:p>
        </w:tc>
        <w:tc>
          <w:tcPr>
            <w:tcW w:w="4857" w:type="dxa"/>
            <w:tcMar>
              <w:top w:w="55" w:type="dxa"/>
              <w:left w:w="55" w:type="dxa"/>
              <w:bottom w:w="55" w:type="dxa"/>
              <w:right w:w="55" w:type="dxa"/>
            </w:tcMar>
          </w:tcPr>
          <w:p w14:paraId="6C2DEEA3" w14:textId="77777777" w:rsidR="003D6426" w:rsidRDefault="00000000">
            <w:pPr>
              <w:spacing w:after="0" w:line="240" w:lineRule="auto"/>
              <w:rPr>
                <w:rFonts w:hint="eastAsia"/>
              </w:rPr>
            </w:pPr>
            <w:r>
              <w:rPr>
                <w:sz w:val="14"/>
              </w:rPr>
              <w:t>Rischi di sito, procedure aziendali, coordinamento, accessi, emergenza, permessi.</w:t>
            </w:r>
          </w:p>
        </w:tc>
        <w:tc>
          <w:tcPr>
            <w:tcW w:w="3508" w:type="dxa"/>
            <w:tcMar>
              <w:top w:w="55" w:type="dxa"/>
              <w:left w:w="55" w:type="dxa"/>
              <w:bottom w:w="55" w:type="dxa"/>
              <w:right w:w="55" w:type="dxa"/>
            </w:tcMar>
          </w:tcPr>
          <w:p w14:paraId="3928C6B8" w14:textId="77777777" w:rsidR="003D6426" w:rsidRDefault="00000000">
            <w:pPr>
              <w:spacing w:after="0" w:line="240" w:lineRule="auto"/>
              <w:rPr>
                <w:rFonts w:hint="eastAsia"/>
              </w:rPr>
            </w:pPr>
            <w:r>
              <w:rPr>
                <w:sz w:val="14"/>
              </w:rPr>
              <w:t>Da dimostrare con evidenze o da integrare in sito prima dell'attività.</w:t>
            </w:r>
          </w:p>
        </w:tc>
      </w:tr>
    </w:tbl>
    <w:p w14:paraId="2F51AEC3" w14:textId="77777777" w:rsidR="003D6426" w:rsidRDefault="00000000">
      <w:pPr>
        <w:spacing w:after="100"/>
        <w:rPr>
          <w:rFonts w:hint="eastAsia"/>
        </w:rPr>
      </w:pPr>
      <w:r>
        <w:t>L'idoneità sanitaria deve considerare sforzo fisico, uso di APVR e DPI impegnativi, condizioni microclimatiche, posture, spazi ristretti, stress, eventuale claustrofobia, lavoro in quota o verticale, turnazioni e capacità di reagire in emergenza. Le limitazioni del medico competente devono essere rispettate nella pianificazione.</w:t>
      </w:r>
    </w:p>
    <w:p w14:paraId="6BAA472E" w14:textId="77777777" w:rsidR="003D6426" w:rsidRDefault="00000000">
      <w:pPr>
        <w:pStyle w:val="Titolo1"/>
      </w:pPr>
      <w:r>
        <w:t>22. Registrazioni, conservazione documentale, audit e miglioramento</w:t>
      </w:r>
    </w:p>
    <w:p w14:paraId="7E798F77" w14:textId="77777777" w:rsidR="003D6426" w:rsidRDefault="00000000">
      <w:pPr>
        <w:spacing w:after="100"/>
        <w:rPr>
          <w:rFonts w:hint="eastAsia"/>
        </w:rPr>
      </w:pPr>
      <w:r>
        <w:t>Le registrazioni sono parte essenziale del controllo aziendale. Esse dimostrano che le decisioni sono state basate su verifiche effettive e consentono il riesame delle misure. I documenti devono essere leggibili, datati, firmati, rintracciabili e conservati secondo il sistema documentale aziendale.</w:t>
      </w:r>
    </w:p>
    <w:p w14:paraId="1881CDD5" w14:textId="77777777" w:rsidR="003D6426" w:rsidRDefault="00000000">
      <w:pPr>
        <w:pStyle w:val="TableTitle"/>
        <w:rPr>
          <w:rFonts w:hint="eastAsia"/>
        </w:rPr>
      </w:pPr>
      <w:r>
        <w:t>Registrazioni minime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16"/>
        <w:gridCol w:w="2148"/>
        <w:gridCol w:w="2577"/>
        <w:gridCol w:w="3061"/>
      </w:tblGrid>
      <w:tr w:rsidR="003D6426" w14:paraId="2A89B067" w14:textId="77777777">
        <w:trPr>
          <w:tblHeader/>
          <w:jc w:val="center"/>
        </w:trPr>
        <w:tc>
          <w:tcPr>
            <w:tcW w:w="2390" w:type="dxa"/>
            <w:shd w:val="clear" w:color="auto" w:fill="D9EAF7"/>
            <w:tcMar>
              <w:top w:w="55" w:type="dxa"/>
              <w:left w:w="55" w:type="dxa"/>
              <w:bottom w:w="55" w:type="dxa"/>
              <w:right w:w="55" w:type="dxa"/>
            </w:tcMar>
            <w:vAlign w:val="center"/>
          </w:tcPr>
          <w:p w14:paraId="46C212C2" w14:textId="77777777" w:rsidR="003D6426" w:rsidRDefault="00000000">
            <w:pPr>
              <w:spacing w:after="0" w:line="240" w:lineRule="auto"/>
              <w:jc w:val="center"/>
              <w:rPr>
                <w:rFonts w:hint="eastAsia"/>
              </w:rPr>
            </w:pPr>
            <w:r>
              <w:rPr>
                <w:b/>
                <w:sz w:val="15"/>
              </w:rPr>
              <w:t>Registrazione</w:t>
            </w:r>
          </w:p>
        </w:tc>
        <w:tc>
          <w:tcPr>
            <w:tcW w:w="2124" w:type="dxa"/>
            <w:shd w:val="clear" w:color="auto" w:fill="D9EAF7"/>
            <w:tcMar>
              <w:top w:w="55" w:type="dxa"/>
              <w:left w:w="55" w:type="dxa"/>
              <w:bottom w:w="55" w:type="dxa"/>
              <w:right w:w="55" w:type="dxa"/>
            </w:tcMar>
            <w:vAlign w:val="center"/>
          </w:tcPr>
          <w:p w14:paraId="1E568707" w14:textId="77777777" w:rsidR="003D6426" w:rsidRDefault="00000000">
            <w:pPr>
              <w:spacing w:after="0" w:line="240" w:lineRule="auto"/>
              <w:jc w:val="center"/>
              <w:rPr>
                <w:rFonts w:hint="eastAsia"/>
              </w:rPr>
            </w:pPr>
            <w:r>
              <w:rPr>
                <w:b/>
                <w:sz w:val="15"/>
              </w:rPr>
              <w:t>Responsabile</w:t>
            </w:r>
          </w:p>
        </w:tc>
        <w:tc>
          <w:tcPr>
            <w:tcW w:w="2549" w:type="dxa"/>
            <w:shd w:val="clear" w:color="auto" w:fill="D9EAF7"/>
            <w:tcMar>
              <w:top w:w="55" w:type="dxa"/>
              <w:left w:w="55" w:type="dxa"/>
              <w:bottom w:w="55" w:type="dxa"/>
              <w:right w:w="55" w:type="dxa"/>
            </w:tcMar>
            <w:vAlign w:val="center"/>
          </w:tcPr>
          <w:p w14:paraId="7886D641" w14:textId="77777777" w:rsidR="003D6426" w:rsidRDefault="00000000">
            <w:pPr>
              <w:spacing w:after="0" w:line="240" w:lineRule="auto"/>
              <w:jc w:val="center"/>
              <w:rPr>
                <w:rFonts w:hint="eastAsia"/>
              </w:rPr>
            </w:pPr>
            <w:r>
              <w:rPr>
                <w:b/>
                <w:sz w:val="15"/>
              </w:rPr>
              <w:t>Conservazione minima suggerita</w:t>
            </w:r>
          </w:p>
        </w:tc>
        <w:tc>
          <w:tcPr>
            <w:tcW w:w="3027" w:type="dxa"/>
            <w:shd w:val="clear" w:color="auto" w:fill="D9EAF7"/>
            <w:tcMar>
              <w:top w:w="55" w:type="dxa"/>
              <w:left w:w="55" w:type="dxa"/>
              <w:bottom w:w="55" w:type="dxa"/>
              <w:right w:w="55" w:type="dxa"/>
            </w:tcMar>
            <w:vAlign w:val="center"/>
          </w:tcPr>
          <w:p w14:paraId="67D67D16" w14:textId="77777777" w:rsidR="003D6426" w:rsidRDefault="00000000">
            <w:pPr>
              <w:spacing w:after="0" w:line="240" w:lineRule="auto"/>
              <w:jc w:val="center"/>
              <w:rPr>
                <w:rFonts w:hint="eastAsia"/>
              </w:rPr>
            </w:pPr>
            <w:r>
              <w:rPr>
                <w:b/>
                <w:sz w:val="15"/>
              </w:rPr>
              <w:t>Note</w:t>
            </w:r>
          </w:p>
        </w:tc>
      </w:tr>
      <w:tr w:rsidR="003D6426" w14:paraId="0E9DFC0C" w14:textId="77777777">
        <w:trPr>
          <w:jc w:val="center"/>
        </w:trPr>
        <w:tc>
          <w:tcPr>
            <w:tcW w:w="2390" w:type="dxa"/>
            <w:tcMar>
              <w:top w:w="55" w:type="dxa"/>
              <w:left w:w="55" w:type="dxa"/>
              <w:bottom w:w="55" w:type="dxa"/>
              <w:right w:w="55" w:type="dxa"/>
            </w:tcMar>
          </w:tcPr>
          <w:p w14:paraId="7F41191C" w14:textId="77777777" w:rsidR="003D6426" w:rsidRDefault="00000000">
            <w:pPr>
              <w:spacing w:after="0" w:line="240" w:lineRule="auto"/>
              <w:rPr>
                <w:rFonts w:hint="eastAsia"/>
              </w:rPr>
            </w:pPr>
            <w:r>
              <w:rPr>
                <w:sz w:val="14"/>
              </w:rPr>
              <w:t>Registro censimento ambienti</w:t>
            </w:r>
          </w:p>
        </w:tc>
        <w:tc>
          <w:tcPr>
            <w:tcW w:w="2124" w:type="dxa"/>
            <w:tcMar>
              <w:top w:w="55" w:type="dxa"/>
              <w:left w:w="55" w:type="dxa"/>
              <w:bottom w:w="55" w:type="dxa"/>
              <w:right w:w="55" w:type="dxa"/>
            </w:tcMar>
          </w:tcPr>
          <w:p w14:paraId="7F6D4220" w14:textId="77777777" w:rsidR="003D6426" w:rsidRDefault="00000000">
            <w:pPr>
              <w:spacing w:after="0" w:line="240" w:lineRule="auto"/>
              <w:rPr>
                <w:rFonts w:hint="eastAsia"/>
              </w:rPr>
            </w:pPr>
            <w:r>
              <w:rPr>
                <w:sz w:val="14"/>
              </w:rPr>
              <w:t>HSE/RSPP</w:t>
            </w:r>
          </w:p>
        </w:tc>
        <w:tc>
          <w:tcPr>
            <w:tcW w:w="2549" w:type="dxa"/>
            <w:tcMar>
              <w:top w:w="55" w:type="dxa"/>
              <w:left w:w="55" w:type="dxa"/>
              <w:bottom w:w="55" w:type="dxa"/>
              <w:right w:w="55" w:type="dxa"/>
            </w:tcMar>
          </w:tcPr>
          <w:p w14:paraId="1D8EC8AD" w14:textId="77777777" w:rsidR="003D6426" w:rsidRDefault="00000000">
            <w:pPr>
              <w:spacing w:after="0" w:line="240" w:lineRule="auto"/>
              <w:rPr>
                <w:rFonts w:hint="eastAsia"/>
              </w:rPr>
            </w:pPr>
            <w:r>
              <w:rPr>
                <w:sz w:val="14"/>
              </w:rPr>
              <w:t>Fino a revisione + archivio storico</w:t>
            </w:r>
          </w:p>
        </w:tc>
        <w:tc>
          <w:tcPr>
            <w:tcW w:w="3027" w:type="dxa"/>
            <w:tcMar>
              <w:top w:w="55" w:type="dxa"/>
              <w:left w:w="55" w:type="dxa"/>
              <w:bottom w:w="55" w:type="dxa"/>
              <w:right w:w="55" w:type="dxa"/>
            </w:tcMar>
          </w:tcPr>
          <w:p w14:paraId="09B562DA" w14:textId="77777777" w:rsidR="003D6426" w:rsidRDefault="00000000">
            <w:pPr>
              <w:spacing w:after="0" w:line="240" w:lineRule="auto"/>
              <w:rPr>
                <w:rFonts w:hint="eastAsia"/>
              </w:rPr>
            </w:pPr>
            <w:r>
              <w:rPr>
                <w:sz w:val="14"/>
              </w:rPr>
              <w:t>Aggiornare a ogni modifica rilevante.</w:t>
            </w:r>
          </w:p>
        </w:tc>
      </w:tr>
      <w:tr w:rsidR="003D6426" w14:paraId="531B3F07" w14:textId="77777777">
        <w:trPr>
          <w:jc w:val="center"/>
        </w:trPr>
        <w:tc>
          <w:tcPr>
            <w:tcW w:w="2390" w:type="dxa"/>
            <w:tcMar>
              <w:top w:w="55" w:type="dxa"/>
              <w:left w:w="55" w:type="dxa"/>
              <w:bottom w:w="55" w:type="dxa"/>
              <w:right w:w="55" w:type="dxa"/>
            </w:tcMar>
          </w:tcPr>
          <w:p w14:paraId="5DDB0A56" w14:textId="77777777" w:rsidR="003D6426" w:rsidRDefault="00000000">
            <w:pPr>
              <w:spacing w:after="0" w:line="240" w:lineRule="auto"/>
              <w:rPr>
                <w:rFonts w:hint="eastAsia"/>
              </w:rPr>
            </w:pPr>
            <w:r>
              <w:rPr>
                <w:sz w:val="14"/>
              </w:rPr>
              <w:t>Scheda ambiente</w:t>
            </w:r>
          </w:p>
        </w:tc>
        <w:tc>
          <w:tcPr>
            <w:tcW w:w="2124" w:type="dxa"/>
            <w:tcMar>
              <w:top w:w="55" w:type="dxa"/>
              <w:left w:w="55" w:type="dxa"/>
              <w:bottom w:w="55" w:type="dxa"/>
              <w:right w:w="55" w:type="dxa"/>
            </w:tcMar>
          </w:tcPr>
          <w:p w14:paraId="37286500" w14:textId="77777777" w:rsidR="003D6426" w:rsidRDefault="00000000">
            <w:pPr>
              <w:spacing w:after="0" w:line="240" w:lineRule="auto"/>
              <w:rPr>
                <w:rFonts w:hint="eastAsia"/>
              </w:rPr>
            </w:pPr>
            <w:r>
              <w:rPr>
                <w:sz w:val="14"/>
              </w:rPr>
              <w:t>HSE/RSPP + reparto</w:t>
            </w:r>
          </w:p>
        </w:tc>
        <w:tc>
          <w:tcPr>
            <w:tcW w:w="2549" w:type="dxa"/>
            <w:tcMar>
              <w:top w:w="55" w:type="dxa"/>
              <w:left w:w="55" w:type="dxa"/>
              <w:bottom w:w="55" w:type="dxa"/>
              <w:right w:w="55" w:type="dxa"/>
            </w:tcMar>
          </w:tcPr>
          <w:p w14:paraId="23B79016" w14:textId="77777777" w:rsidR="003D6426" w:rsidRDefault="00000000">
            <w:pPr>
              <w:spacing w:after="0" w:line="240" w:lineRule="auto"/>
              <w:rPr>
                <w:rFonts w:hint="eastAsia"/>
              </w:rPr>
            </w:pPr>
            <w:r>
              <w:rPr>
                <w:sz w:val="14"/>
              </w:rPr>
              <w:t>Fino a sostituzione</w:t>
            </w:r>
          </w:p>
        </w:tc>
        <w:tc>
          <w:tcPr>
            <w:tcW w:w="3027" w:type="dxa"/>
            <w:tcMar>
              <w:top w:w="55" w:type="dxa"/>
              <w:left w:w="55" w:type="dxa"/>
              <w:bottom w:w="55" w:type="dxa"/>
              <w:right w:w="55" w:type="dxa"/>
            </w:tcMar>
          </w:tcPr>
          <w:p w14:paraId="541F62B9" w14:textId="77777777" w:rsidR="003D6426" w:rsidRDefault="00000000">
            <w:pPr>
              <w:spacing w:after="0" w:line="240" w:lineRule="auto"/>
              <w:rPr>
                <w:rFonts w:hint="eastAsia"/>
              </w:rPr>
            </w:pPr>
            <w:r>
              <w:rPr>
                <w:sz w:val="14"/>
              </w:rPr>
              <w:t>Collegare a planimetrie e foto.</w:t>
            </w:r>
          </w:p>
        </w:tc>
      </w:tr>
      <w:tr w:rsidR="003D6426" w14:paraId="4CA032BC" w14:textId="77777777">
        <w:trPr>
          <w:jc w:val="center"/>
        </w:trPr>
        <w:tc>
          <w:tcPr>
            <w:tcW w:w="2390" w:type="dxa"/>
            <w:tcMar>
              <w:top w:w="55" w:type="dxa"/>
              <w:left w:w="55" w:type="dxa"/>
              <w:bottom w:w="55" w:type="dxa"/>
              <w:right w:w="55" w:type="dxa"/>
            </w:tcMar>
          </w:tcPr>
          <w:p w14:paraId="574DD7FE" w14:textId="77777777" w:rsidR="003D6426" w:rsidRDefault="00000000">
            <w:pPr>
              <w:spacing w:after="0" w:line="240" w:lineRule="auto"/>
              <w:rPr>
                <w:rFonts w:hint="eastAsia"/>
              </w:rPr>
            </w:pPr>
            <w:r>
              <w:rPr>
                <w:sz w:val="14"/>
              </w:rPr>
              <w:t>Valutazione rischi intervento</w:t>
            </w:r>
          </w:p>
        </w:tc>
        <w:tc>
          <w:tcPr>
            <w:tcW w:w="2124" w:type="dxa"/>
            <w:tcMar>
              <w:top w:w="55" w:type="dxa"/>
              <w:left w:w="55" w:type="dxa"/>
              <w:bottom w:w="55" w:type="dxa"/>
              <w:right w:w="55" w:type="dxa"/>
            </w:tcMar>
          </w:tcPr>
          <w:p w14:paraId="60640D0E" w14:textId="77777777" w:rsidR="003D6426" w:rsidRDefault="00000000">
            <w:pPr>
              <w:spacing w:after="0" w:line="240" w:lineRule="auto"/>
              <w:rPr>
                <w:rFonts w:hint="eastAsia"/>
              </w:rPr>
            </w:pPr>
            <w:r>
              <w:rPr>
                <w:sz w:val="14"/>
              </w:rPr>
              <w:t>Preposto/HSE</w:t>
            </w:r>
          </w:p>
        </w:tc>
        <w:tc>
          <w:tcPr>
            <w:tcW w:w="2549" w:type="dxa"/>
            <w:tcMar>
              <w:top w:w="55" w:type="dxa"/>
              <w:left w:w="55" w:type="dxa"/>
              <w:bottom w:w="55" w:type="dxa"/>
              <w:right w:w="55" w:type="dxa"/>
            </w:tcMar>
          </w:tcPr>
          <w:p w14:paraId="7955AD7F" w14:textId="77777777" w:rsidR="003D6426" w:rsidRDefault="00000000">
            <w:pPr>
              <w:spacing w:after="0" w:line="240" w:lineRule="auto"/>
              <w:rPr>
                <w:rFonts w:hint="eastAsia"/>
              </w:rPr>
            </w:pPr>
            <w:r>
              <w:rPr>
                <w:sz w:val="14"/>
              </w:rPr>
              <w:t>Secondo DVR/documentazione commessa</w:t>
            </w:r>
          </w:p>
        </w:tc>
        <w:tc>
          <w:tcPr>
            <w:tcW w:w="3027" w:type="dxa"/>
            <w:tcMar>
              <w:top w:w="55" w:type="dxa"/>
              <w:left w:w="55" w:type="dxa"/>
              <w:bottom w:w="55" w:type="dxa"/>
              <w:right w:w="55" w:type="dxa"/>
            </w:tcMar>
          </w:tcPr>
          <w:p w14:paraId="66EDD20D" w14:textId="77777777" w:rsidR="003D6426" w:rsidRDefault="00000000">
            <w:pPr>
              <w:spacing w:after="0" w:line="240" w:lineRule="auto"/>
              <w:rPr>
                <w:rFonts w:hint="eastAsia"/>
              </w:rPr>
            </w:pPr>
            <w:r>
              <w:rPr>
                <w:sz w:val="14"/>
              </w:rPr>
              <w:t>Allegare a permesso se specifica.</w:t>
            </w:r>
          </w:p>
        </w:tc>
      </w:tr>
      <w:tr w:rsidR="003D6426" w14:paraId="1A34DD24" w14:textId="77777777">
        <w:trPr>
          <w:jc w:val="center"/>
        </w:trPr>
        <w:tc>
          <w:tcPr>
            <w:tcW w:w="2390" w:type="dxa"/>
            <w:tcMar>
              <w:top w:w="55" w:type="dxa"/>
              <w:left w:w="55" w:type="dxa"/>
              <w:bottom w:w="55" w:type="dxa"/>
              <w:right w:w="55" w:type="dxa"/>
            </w:tcMar>
          </w:tcPr>
          <w:p w14:paraId="38C7335C" w14:textId="77777777" w:rsidR="003D6426" w:rsidRDefault="00000000">
            <w:pPr>
              <w:spacing w:after="0" w:line="240" w:lineRule="auto"/>
              <w:rPr>
                <w:rFonts w:hint="eastAsia"/>
              </w:rPr>
            </w:pPr>
            <w:r>
              <w:rPr>
                <w:sz w:val="14"/>
              </w:rPr>
              <w:t>Permesso di ingresso</w:t>
            </w:r>
          </w:p>
        </w:tc>
        <w:tc>
          <w:tcPr>
            <w:tcW w:w="2124" w:type="dxa"/>
            <w:tcMar>
              <w:top w:w="55" w:type="dxa"/>
              <w:left w:w="55" w:type="dxa"/>
              <w:bottom w:w="55" w:type="dxa"/>
              <w:right w:w="55" w:type="dxa"/>
            </w:tcMar>
          </w:tcPr>
          <w:p w14:paraId="4D0A1AD3" w14:textId="77777777" w:rsidR="003D6426" w:rsidRDefault="00000000">
            <w:pPr>
              <w:spacing w:after="0" w:line="240" w:lineRule="auto"/>
              <w:rPr>
                <w:rFonts w:hint="eastAsia"/>
              </w:rPr>
            </w:pPr>
            <w:r>
              <w:rPr>
                <w:sz w:val="14"/>
              </w:rPr>
              <w:t>Preposto</w:t>
            </w:r>
          </w:p>
        </w:tc>
        <w:tc>
          <w:tcPr>
            <w:tcW w:w="2549" w:type="dxa"/>
            <w:tcMar>
              <w:top w:w="55" w:type="dxa"/>
              <w:left w:w="55" w:type="dxa"/>
              <w:bottom w:w="55" w:type="dxa"/>
              <w:right w:w="55" w:type="dxa"/>
            </w:tcMar>
          </w:tcPr>
          <w:p w14:paraId="17B3F8A8" w14:textId="77777777" w:rsidR="003D6426" w:rsidRDefault="00000000">
            <w:pPr>
              <w:spacing w:after="0" w:line="240" w:lineRule="auto"/>
              <w:rPr>
                <w:rFonts w:hint="eastAsia"/>
              </w:rPr>
            </w:pPr>
            <w:r>
              <w:rPr>
                <w:sz w:val="14"/>
              </w:rPr>
              <w:t>Almeno periodo definito aziendalmente</w:t>
            </w:r>
          </w:p>
        </w:tc>
        <w:tc>
          <w:tcPr>
            <w:tcW w:w="3027" w:type="dxa"/>
            <w:tcMar>
              <w:top w:w="55" w:type="dxa"/>
              <w:left w:w="55" w:type="dxa"/>
              <w:bottom w:w="55" w:type="dxa"/>
              <w:right w:w="55" w:type="dxa"/>
            </w:tcMar>
          </w:tcPr>
          <w:p w14:paraId="6E56FD00" w14:textId="77777777" w:rsidR="003D6426" w:rsidRDefault="00000000">
            <w:pPr>
              <w:spacing w:after="0" w:line="240" w:lineRule="auto"/>
              <w:rPr>
                <w:rFonts w:hint="eastAsia"/>
              </w:rPr>
            </w:pPr>
            <w:r>
              <w:rPr>
                <w:sz w:val="14"/>
              </w:rPr>
              <w:t>Conservare con misure atmosferiche e check-list.</w:t>
            </w:r>
          </w:p>
        </w:tc>
      </w:tr>
      <w:tr w:rsidR="003D6426" w14:paraId="127078BB" w14:textId="77777777">
        <w:trPr>
          <w:jc w:val="center"/>
        </w:trPr>
        <w:tc>
          <w:tcPr>
            <w:tcW w:w="2390" w:type="dxa"/>
            <w:tcMar>
              <w:top w:w="55" w:type="dxa"/>
              <w:left w:w="55" w:type="dxa"/>
              <w:bottom w:w="55" w:type="dxa"/>
              <w:right w:w="55" w:type="dxa"/>
            </w:tcMar>
          </w:tcPr>
          <w:p w14:paraId="79147688" w14:textId="77777777" w:rsidR="003D6426" w:rsidRDefault="00000000">
            <w:pPr>
              <w:spacing w:after="0" w:line="240" w:lineRule="auto"/>
              <w:rPr>
                <w:rFonts w:hint="eastAsia"/>
              </w:rPr>
            </w:pPr>
            <w:r>
              <w:rPr>
                <w:sz w:val="14"/>
              </w:rPr>
              <w:t>Misure atmosferiche</w:t>
            </w:r>
          </w:p>
        </w:tc>
        <w:tc>
          <w:tcPr>
            <w:tcW w:w="2124" w:type="dxa"/>
            <w:tcMar>
              <w:top w:w="55" w:type="dxa"/>
              <w:left w:w="55" w:type="dxa"/>
              <w:bottom w:w="55" w:type="dxa"/>
              <w:right w:w="55" w:type="dxa"/>
            </w:tcMar>
          </w:tcPr>
          <w:p w14:paraId="2114320C" w14:textId="77777777" w:rsidR="003D6426" w:rsidRDefault="00000000">
            <w:pPr>
              <w:spacing w:after="0" w:line="240" w:lineRule="auto"/>
              <w:rPr>
                <w:rFonts w:hint="eastAsia"/>
              </w:rPr>
            </w:pPr>
            <w:r>
              <w:rPr>
                <w:sz w:val="14"/>
              </w:rPr>
              <w:t>Operatore incaricato</w:t>
            </w:r>
          </w:p>
        </w:tc>
        <w:tc>
          <w:tcPr>
            <w:tcW w:w="2549" w:type="dxa"/>
            <w:tcMar>
              <w:top w:w="55" w:type="dxa"/>
              <w:left w:w="55" w:type="dxa"/>
              <w:bottom w:w="55" w:type="dxa"/>
              <w:right w:w="55" w:type="dxa"/>
            </w:tcMar>
          </w:tcPr>
          <w:p w14:paraId="1ED0CCE7" w14:textId="77777777" w:rsidR="003D6426" w:rsidRDefault="00000000">
            <w:pPr>
              <w:spacing w:after="0" w:line="240" w:lineRule="auto"/>
              <w:rPr>
                <w:rFonts w:hint="eastAsia"/>
              </w:rPr>
            </w:pPr>
            <w:r>
              <w:rPr>
                <w:sz w:val="14"/>
              </w:rPr>
              <w:t>Con permesso</w:t>
            </w:r>
          </w:p>
        </w:tc>
        <w:tc>
          <w:tcPr>
            <w:tcW w:w="3027" w:type="dxa"/>
            <w:tcMar>
              <w:top w:w="55" w:type="dxa"/>
              <w:left w:w="55" w:type="dxa"/>
              <w:bottom w:w="55" w:type="dxa"/>
              <w:right w:w="55" w:type="dxa"/>
            </w:tcMar>
          </w:tcPr>
          <w:p w14:paraId="4B518BE4" w14:textId="77777777" w:rsidR="003D6426" w:rsidRDefault="00000000">
            <w:pPr>
              <w:spacing w:after="0" w:line="240" w:lineRule="auto"/>
              <w:rPr>
                <w:rFonts w:hint="eastAsia"/>
              </w:rPr>
            </w:pPr>
            <w:r>
              <w:rPr>
                <w:sz w:val="14"/>
              </w:rPr>
              <w:t>Indicare strumento, matricola, taratura, ora, punto.</w:t>
            </w:r>
          </w:p>
        </w:tc>
      </w:tr>
      <w:tr w:rsidR="003D6426" w14:paraId="1D65AFDE" w14:textId="77777777">
        <w:trPr>
          <w:jc w:val="center"/>
        </w:trPr>
        <w:tc>
          <w:tcPr>
            <w:tcW w:w="2390" w:type="dxa"/>
            <w:tcMar>
              <w:top w:w="55" w:type="dxa"/>
              <w:left w:w="55" w:type="dxa"/>
              <w:bottom w:w="55" w:type="dxa"/>
              <w:right w:w="55" w:type="dxa"/>
            </w:tcMar>
          </w:tcPr>
          <w:p w14:paraId="7FD45BAC" w14:textId="77777777" w:rsidR="003D6426" w:rsidRDefault="00000000">
            <w:pPr>
              <w:spacing w:after="0" w:line="240" w:lineRule="auto"/>
              <w:rPr>
                <w:rFonts w:hint="eastAsia"/>
              </w:rPr>
            </w:pPr>
            <w:r>
              <w:rPr>
                <w:sz w:val="14"/>
              </w:rPr>
              <w:t>LOTO/try-out</w:t>
            </w:r>
          </w:p>
        </w:tc>
        <w:tc>
          <w:tcPr>
            <w:tcW w:w="2124" w:type="dxa"/>
            <w:tcMar>
              <w:top w:w="55" w:type="dxa"/>
              <w:left w:w="55" w:type="dxa"/>
              <w:bottom w:w="55" w:type="dxa"/>
              <w:right w:w="55" w:type="dxa"/>
            </w:tcMar>
          </w:tcPr>
          <w:p w14:paraId="10CDC91A" w14:textId="77777777" w:rsidR="003D6426" w:rsidRDefault="00000000">
            <w:pPr>
              <w:spacing w:after="0" w:line="240" w:lineRule="auto"/>
              <w:rPr>
                <w:rFonts w:hint="eastAsia"/>
              </w:rPr>
            </w:pPr>
            <w:r>
              <w:rPr>
                <w:sz w:val="14"/>
              </w:rPr>
              <w:t>Manutenzione/preposto</w:t>
            </w:r>
          </w:p>
        </w:tc>
        <w:tc>
          <w:tcPr>
            <w:tcW w:w="2549" w:type="dxa"/>
            <w:tcMar>
              <w:top w:w="55" w:type="dxa"/>
              <w:left w:w="55" w:type="dxa"/>
              <w:bottom w:w="55" w:type="dxa"/>
              <w:right w:w="55" w:type="dxa"/>
            </w:tcMar>
          </w:tcPr>
          <w:p w14:paraId="41A8A869" w14:textId="77777777" w:rsidR="003D6426" w:rsidRDefault="00000000">
            <w:pPr>
              <w:spacing w:after="0" w:line="240" w:lineRule="auto"/>
              <w:rPr>
                <w:rFonts w:hint="eastAsia"/>
              </w:rPr>
            </w:pPr>
            <w:r>
              <w:rPr>
                <w:sz w:val="14"/>
              </w:rPr>
              <w:t>Con permesso</w:t>
            </w:r>
          </w:p>
        </w:tc>
        <w:tc>
          <w:tcPr>
            <w:tcW w:w="3027" w:type="dxa"/>
            <w:tcMar>
              <w:top w:w="55" w:type="dxa"/>
              <w:left w:w="55" w:type="dxa"/>
              <w:bottom w:w="55" w:type="dxa"/>
              <w:right w:w="55" w:type="dxa"/>
            </w:tcMar>
          </w:tcPr>
          <w:p w14:paraId="7E51A64C" w14:textId="77777777" w:rsidR="003D6426" w:rsidRDefault="00000000">
            <w:pPr>
              <w:spacing w:after="0" w:line="240" w:lineRule="auto"/>
              <w:rPr>
                <w:rFonts w:hint="eastAsia"/>
              </w:rPr>
            </w:pPr>
            <w:r>
              <w:rPr>
                <w:sz w:val="14"/>
              </w:rPr>
              <w:t>Indicare punti isolati e verifiche.</w:t>
            </w:r>
          </w:p>
        </w:tc>
      </w:tr>
      <w:tr w:rsidR="003D6426" w14:paraId="1AB45E5F" w14:textId="77777777">
        <w:trPr>
          <w:jc w:val="center"/>
        </w:trPr>
        <w:tc>
          <w:tcPr>
            <w:tcW w:w="2390" w:type="dxa"/>
            <w:tcMar>
              <w:top w:w="55" w:type="dxa"/>
              <w:left w:w="55" w:type="dxa"/>
              <w:bottom w:w="55" w:type="dxa"/>
              <w:right w:w="55" w:type="dxa"/>
            </w:tcMar>
          </w:tcPr>
          <w:p w14:paraId="61188DAC" w14:textId="77777777" w:rsidR="003D6426" w:rsidRDefault="00000000">
            <w:pPr>
              <w:spacing w:after="0" w:line="240" w:lineRule="auto"/>
              <w:rPr>
                <w:rFonts w:hint="eastAsia"/>
              </w:rPr>
            </w:pPr>
            <w:r>
              <w:rPr>
                <w:sz w:val="14"/>
              </w:rPr>
              <w:t>Formazione/addestramento</w:t>
            </w:r>
          </w:p>
        </w:tc>
        <w:tc>
          <w:tcPr>
            <w:tcW w:w="2124" w:type="dxa"/>
            <w:tcMar>
              <w:top w:w="55" w:type="dxa"/>
              <w:left w:w="55" w:type="dxa"/>
              <w:bottom w:w="55" w:type="dxa"/>
              <w:right w:w="55" w:type="dxa"/>
            </w:tcMar>
          </w:tcPr>
          <w:p w14:paraId="05FFD7E7" w14:textId="77777777" w:rsidR="003D6426" w:rsidRDefault="00000000">
            <w:pPr>
              <w:spacing w:after="0" w:line="240" w:lineRule="auto"/>
              <w:rPr>
                <w:rFonts w:hint="eastAsia"/>
              </w:rPr>
            </w:pPr>
            <w:r>
              <w:rPr>
                <w:sz w:val="14"/>
              </w:rPr>
              <w:t>HR/HSE</w:t>
            </w:r>
          </w:p>
        </w:tc>
        <w:tc>
          <w:tcPr>
            <w:tcW w:w="2549" w:type="dxa"/>
            <w:tcMar>
              <w:top w:w="55" w:type="dxa"/>
              <w:left w:w="55" w:type="dxa"/>
              <w:bottom w:w="55" w:type="dxa"/>
              <w:right w:w="55" w:type="dxa"/>
            </w:tcMar>
          </w:tcPr>
          <w:p w14:paraId="430A7948" w14:textId="77777777" w:rsidR="003D6426" w:rsidRDefault="00000000">
            <w:pPr>
              <w:spacing w:after="0" w:line="240" w:lineRule="auto"/>
              <w:rPr>
                <w:rFonts w:hint="eastAsia"/>
              </w:rPr>
            </w:pPr>
            <w:r>
              <w:rPr>
                <w:sz w:val="14"/>
              </w:rPr>
              <w:t>Secondo piano formazione</w:t>
            </w:r>
          </w:p>
        </w:tc>
        <w:tc>
          <w:tcPr>
            <w:tcW w:w="3027" w:type="dxa"/>
            <w:tcMar>
              <w:top w:w="55" w:type="dxa"/>
              <w:left w:w="55" w:type="dxa"/>
              <w:bottom w:w="55" w:type="dxa"/>
              <w:right w:w="55" w:type="dxa"/>
            </w:tcMar>
          </w:tcPr>
          <w:p w14:paraId="03DB9A20" w14:textId="77777777" w:rsidR="003D6426" w:rsidRDefault="00000000">
            <w:pPr>
              <w:spacing w:after="0" w:line="240" w:lineRule="auto"/>
              <w:rPr>
                <w:rFonts w:hint="eastAsia"/>
              </w:rPr>
            </w:pPr>
            <w:r>
              <w:rPr>
                <w:sz w:val="14"/>
              </w:rPr>
              <w:t>Con scadenze e prove pratiche.</w:t>
            </w:r>
          </w:p>
        </w:tc>
      </w:tr>
      <w:tr w:rsidR="003D6426" w14:paraId="5F466B77" w14:textId="77777777">
        <w:trPr>
          <w:jc w:val="center"/>
        </w:trPr>
        <w:tc>
          <w:tcPr>
            <w:tcW w:w="2390" w:type="dxa"/>
            <w:tcMar>
              <w:top w:w="55" w:type="dxa"/>
              <w:left w:w="55" w:type="dxa"/>
              <w:bottom w:w="55" w:type="dxa"/>
              <w:right w:w="55" w:type="dxa"/>
            </w:tcMar>
          </w:tcPr>
          <w:p w14:paraId="14952474" w14:textId="77777777" w:rsidR="003D6426" w:rsidRDefault="00000000">
            <w:pPr>
              <w:spacing w:after="0" w:line="240" w:lineRule="auto"/>
              <w:rPr>
                <w:rFonts w:hint="eastAsia"/>
              </w:rPr>
            </w:pPr>
            <w:r>
              <w:rPr>
                <w:sz w:val="14"/>
              </w:rPr>
              <w:t>Audit e near miss</w:t>
            </w:r>
          </w:p>
        </w:tc>
        <w:tc>
          <w:tcPr>
            <w:tcW w:w="2124" w:type="dxa"/>
            <w:tcMar>
              <w:top w:w="55" w:type="dxa"/>
              <w:left w:w="55" w:type="dxa"/>
              <w:bottom w:w="55" w:type="dxa"/>
              <w:right w:w="55" w:type="dxa"/>
            </w:tcMar>
          </w:tcPr>
          <w:p w14:paraId="38A4239F" w14:textId="77777777" w:rsidR="003D6426" w:rsidRDefault="00000000">
            <w:pPr>
              <w:spacing w:after="0" w:line="240" w:lineRule="auto"/>
              <w:rPr>
                <w:rFonts w:hint="eastAsia"/>
              </w:rPr>
            </w:pPr>
            <w:r>
              <w:rPr>
                <w:sz w:val="14"/>
              </w:rPr>
              <w:t>HSE/RSPP</w:t>
            </w:r>
          </w:p>
        </w:tc>
        <w:tc>
          <w:tcPr>
            <w:tcW w:w="2549" w:type="dxa"/>
            <w:tcMar>
              <w:top w:w="55" w:type="dxa"/>
              <w:left w:w="55" w:type="dxa"/>
              <w:bottom w:w="55" w:type="dxa"/>
              <w:right w:w="55" w:type="dxa"/>
            </w:tcMar>
          </w:tcPr>
          <w:p w14:paraId="0BF76E6B" w14:textId="77777777" w:rsidR="003D6426" w:rsidRDefault="00000000">
            <w:pPr>
              <w:spacing w:after="0" w:line="240" w:lineRule="auto"/>
              <w:rPr>
                <w:rFonts w:hint="eastAsia"/>
              </w:rPr>
            </w:pPr>
            <w:r>
              <w:rPr>
                <w:sz w:val="14"/>
              </w:rPr>
              <w:t>Archivio HSE</w:t>
            </w:r>
          </w:p>
        </w:tc>
        <w:tc>
          <w:tcPr>
            <w:tcW w:w="3027" w:type="dxa"/>
            <w:tcMar>
              <w:top w:w="55" w:type="dxa"/>
              <w:left w:w="55" w:type="dxa"/>
              <w:bottom w:w="55" w:type="dxa"/>
              <w:right w:w="55" w:type="dxa"/>
            </w:tcMar>
          </w:tcPr>
          <w:p w14:paraId="2E53C8AD" w14:textId="77777777" w:rsidR="003D6426" w:rsidRDefault="00000000">
            <w:pPr>
              <w:spacing w:after="0" w:line="240" w:lineRule="auto"/>
              <w:rPr>
                <w:rFonts w:hint="eastAsia"/>
              </w:rPr>
            </w:pPr>
            <w:r>
              <w:rPr>
                <w:sz w:val="14"/>
              </w:rPr>
              <w:t>Attivare azioni correttive.</w:t>
            </w:r>
          </w:p>
        </w:tc>
      </w:tr>
    </w:tbl>
    <w:p w14:paraId="2B958D2C" w14:textId="77777777" w:rsidR="003D6426" w:rsidRDefault="00000000">
      <w:pPr>
        <w:spacing w:after="100"/>
        <w:rPr>
          <w:rFonts w:hint="eastAsia"/>
        </w:rPr>
      </w:pPr>
      <w:r>
        <w:t>Il riesame della procedura deve avvenire almeno in occasione di modifiche impiantistiche o organizzative, aggiornamenti normativi, audit, non conformità, quasi infortuni, incidenti, esiti di esercitazioni, nuove attrezzature, nuove sostanze o variazione dei processi. Gli indicatori di efficacia possono includere numero di ambienti censiti, permessi emessi, sospensioni per allarme, anomalie, audit, addestramenti effettuati, tempi di recupero simulato e chiusura azioni correttive.</w:t>
      </w:r>
    </w:p>
    <w:p w14:paraId="23559BC4" w14:textId="77777777" w:rsidR="003D6426" w:rsidRDefault="00000000">
      <w:pPr>
        <w:pStyle w:val="Titolo1"/>
      </w:pPr>
      <w:r>
        <w:t>23. Allegati operativi e modulistica aziendale</w:t>
      </w:r>
    </w:p>
    <w:p w14:paraId="26456C52" w14:textId="77777777" w:rsidR="003D6426" w:rsidRDefault="00000000">
      <w:pPr>
        <w:spacing w:after="100"/>
        <w:rPr>
          <w:rFonts w:hint="eastAsia"/>
        </w:rPr>
      </w:pPr>
      <w:r>
        <w:t>Gli allegati seguenti costituiscono modulistica operativa. Possono essere convertiti in moduli digitali, ma devono mantenere i contenuti minimi e la tracciabilità delle firme, degli orari, delle misure e delle decisioni. Ogni allegato deve essere personalizzato con intestazione aziendale, codice modulo, revisione, data e istruzioni locali.</w:t>
      </w:r>
    </w:p>
    <w:p w14:paraId="50594F85" w14:textId="77777777" w:rsidR="003D6426" w:rsidRDefault="00000000">
      <w:pPr>
        <w:pStyle w:val="TableTitle"/>
        <w:rPr>
          <w:rFonts w:hint="eastAsia"/>
        </w:rPr>
      </w:pPr>
      <w:r>
        <w:t>Indice degli allegati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2"/>
        <w:gridCol w:w="3471"/>
        <w:gridCol w:w="5769"/>
      </w:tblGrid>
      <w:tr w:rsidR="003D6426" w14:paraId="7A5047CD" w14:textId="77777777">
        <w:trPr>
          <w:tblHeader/>
          <w:jc w:val="center"/>
        </w:trPr>
        <w:tc>
          <w:tcPr>
            <w:tcW w:w="951" w:type="dxa"/>
            <w:shd w:val="clear" w:color="auto" w:fill="D9EAF7"/>
            <w:tcMar>
              <w:top w:w="55" w:type="dxa"/>
              <w:left w:w="55" w:type="dxa"/>
              <w:bottom w:w="55" w:type="dxa"/>
              <w:right w:w="55" w:type="dxa"/>
            </w:tcMar>
            <w:vAlign w:val="center"/>
          </w:tcPr>
          <w:p w14:paraId="0D4C70F8" w14:textId="77777777" w:rsidR="003D6426" w:rsidRDefault="00000000">
            <w:pPr>
              <w:spacing w:after="0" w:line="240" w:lineRule="auto"/>
              <w:jc w:val="center"/>
              <w:rPr>
                <w:rFonts w:hint="eastAsia"/>
              </w:rPr>
            </w:pPr>
            <w:r>
              <w:rPr>
                <w:b/>
                <w:sz w:val="15"/>
              </w:rPr>
              <w:t>Allegato</w:t>
            </w:r>
          </w:p>
        </w:tc>
        <w:tc>
          <w:tcPr>
            <w:tcW w:w="3434" w:type="dxa"/>
            <w:shd w:val="clear" w:color="auto" w:fill="D9EAF7"/>
            <w:tcMar>
              <w:top w:w="55" w:type="dxa"/>
              <w:left w:w="55" w:type="dxa"/>
              <w:bottom w:w="55" w:type="dxa"/>
              <w:right w:w="55" w:type="dxa"/>
            </w:tcMar>
            <w:vAlign w:val="center"/>
          </w:tcPr>
          <w:p w14:paraId="489690CB" w14:textId="77777777" w:rsidR="003D6426" w:rsidRDefault="00000000">
            <w:pPr>
              <w:spacing w:after="0" w:line="240" w:lineRule="auto"/>
              <w:jc w:val="center"/>
              <w:rPr>
                <w:rFonts w:hint="eastAsia"/>
              </w:rPr>
            </w:pPr>
            <w:r>
              <w:rPr>
                <w:b/>
                <w:sz w:val="15"/>
              </w:rPr>
              <w:t>Titolo</w:t>
            </w:r>
          </w:p>
        </w:tc>
        <w:tc>
          <w:tcPr>
            <w:tcW w:w="5707" w:type="dxa"/>
            <w:shd w:val="clear" w:color="auto" w:fill="D9EAF7"/>
            <w:tcMar>
              <w:top w:w="55" w:type="dxa"/>
              <w:left w:w="55" w:type="dxa"/>
              <w:bottom w:w="55" w:type="dxa"/>
              <w:right w:w="55" w:type="dxa"/>
            </w:tcMar>
            <w:vAlign w:val="center"/>
          </w:tcPr>
          <w:p w14:paraId="533D8626" w14:textId="77777777" w:rsidR="003D6426" w:rsidRDefault="00000000">
            <w:pPr>
              <w:spacing w:after="0" w:line="240" w:lineRule="auto"/>
              <w:jc w:val="center"/>
              <w:rPr>
                <w:rFonts w:hint="eastAsia"/>
              </w:rPr>
            </w:pPr>
            <w:r>
              <w:rPr>
                <w:b/>
                <w:sz w:val="15"/>
              </w:rPr>
              <w:t>Quando si usa</w:t>
            </w:r>
          </w:p>
        </w:tc>
      </w:tr>
      <w:tr w:rsidR="003D6426" w14:paraId="152D0BE9" w14:textId="77777777">
        <w:trPr>
          <w:jc w:val="center"/>
        </w:trPr>
        <w:tc>
          <w:tcPr>
            <w:tcW w:w="951" w:type="dxa"/>
            <w:tcMar>
              <w:top w:w="55" w:type="dxa"/>
              <w:left w:w="55" w:type="dxa"/>
              <w:bottom w:w="55" w:type="dxa"/>
              <w:right w:w="55" w:type="dxa"/>
            </w:tcMar>
          </w:tcPr>
          <w:p w14:paraId="74DF882B" w14:textId="77777777" w:rsidR="003D6426" w:rsidRDefault="00000000">
            <w:pPr>
              <w:spacing w:after="0" w:line="240" w:lineRule="auto"/>
              <w:rPr>
                <w:rFonts w:hint="eastAsia"/>
              </w:rPr>
            </w:pPr>
            <w:r>
              <w:rPr>
                <w:sz w:val="14"/>
              </w:rPr>
              <w:t>A</w:t>
            </w:r>
          </w:p>
        </w:tc>
        <w:tc>
          <w:tcPr>
            <w:tcW w:w="3434" w:type="dxa"/>
            <w:tcMar>
              <w:top w:w="55" w:type="dxa"/>
              <w:left w:w="55" w:type="dxa"/>
              <w:bottom w:w="55" w:type="dxa"/>
              <w:right w:w="55" w:type="dxa"/>
            </w:tcMar>
          </w:tcPr>
          <w:p w14:paraId="3E77CDD6" w14:textId="77777777" w:rsidR="003D6426" w:rsidRDefault="00000000">
            <w:pPr>
              <w:spacing w:after="0" w:line="240" w:lineRule="auto"/>
              <w:rPr>
                <w:rFonts w:hint="eastAsia"/>
              </w:rPr>
            </w:pPr>
            <w:r>
              <w:rPr>
                <w:sz w:val="14"/>
              </w:rPr>
              <w:t>Registro censimento ambienti</w:t>
            </w:r>
          </w:p>
        </w:tc>
        <w:tc>
          <w:tcPr>
            <w:tcW w:w="5707" w:type="dxa"/>
            <w:tcMar>
              <w:top w:w="55" w:type="dxa"/>
              <w:left w:w="55" w:type="dxa"/>
              <w:bottom w:w="55" w:type="dxa"/>
              <w:right w:w="55" w:type="dxa"/>
            </w:tcMar>
          </w:tcPr>
          <w:p w14:paraId="15205A18" w14:textId="77777777" w:rsidR="003D6426" w:rsidRDefault="00000000">
            <w:pPr>
              <w:spacing w:after="0" w:line="240" w:lineRule="auto"/>
              <w:rPr>
                <w:rFonts w:hint="eastAsia"/>
              </w:rPr>
            </w:pPr>
            <w:r>
              <w:rPr>
                <w:sz w:val="14"/>
              </w:rPr>
              <w:t>Per censire e aggiornare tutti gli ambienti ACSI o assimilabili.</w:t>
            </w:r>
          </w:p>
        </w:tc>
      </w:tr>
      <w:tr w:rsidR="003D6426" w14:paraId="508FE80B" w14:textId="77777777">
        <w:trPr>
          <w:jc w:val="center"/>
        </w:trPr>
        <w:tc>
          <w:tcPr>
            <w:tcW w:w="951" w:type="dxa"/>
            <w:tcMar>
              <w:top w:w="55" w:type="dxa"/>
              <w:left w:w="55" w:type="dxa"/>
              <w:bottom w:w="55" w:type="dxa"/>
              <w:right w:w="55" w:type="dxa"/>
            </w:tcMar>
          </w:tcPr>
          <w:p w14:paraId="7C2E9E2A" w14:textId="77777777" w:rsidR="003D6426" w:rsidRDefault="00000000">
            <w:pPr>
              <w:spacing w:after="0" w:line="240" w:lineRule="auto"/>
              <w:rPr>
                <w:rFonts w:hint="eastAsia"/>
              </w:rPr>
            </w:pPr>
            <w:r>
              <w:rPr>
                <w:sz w:val="14"/>
              </w:rPr>
              <w:t>B</w:t>
            </w:r>
          </w:p>
        </w:tc>
        <w:tc>
          <w:tcPr>
            <w:tcW w:w="3434" w:type="dxa"/>
            <w:tcMar>
              <w:top w:w="55" w:type="dxa"/>
              <w:left w:w="55" w:type="dxa"/>
              <w:bottom w:w="55" w:type="dxa"/>
              <w:right w:w="55" w:type="dxa"/>
            </w:tcMar>
          </w:tcPr>
          <w:p w14:paraId="2376BE20" w14:textId="77777777" w:rsidR="003D6426" w:rsidRDefault="00000000">
            <w:pPr>
              <w:spacing w:after="0" w:line="240" w:lineRule="auto"/>
              <w:rPr>
                <w:rFonts w:hint="eastAsia"/>
              </w:rPr>
            </w:pPr>
            <w:r>
              <w:rPr>
                <w:sz w:val="14"/>
              </w:rPr>
              <w:t>Scheda classificazione ambiente</w:t>
            </w:r>
          </w:p>
        </w:tc>
        <w:tc>
          <w:tcPr>
            <w:tcW w:w="5707" w:type="dxa"/>
            <w:tcMar>
              <w:top w:w="55" w:type="dxa"/>
              <w:left w:w="55" w:type="dxa"/>
              <w:bottom w:w="55" w:type="dxa"/>
              <w:right w:w="55" w:type="dxa"/>
            </w:tcMar>
          </w:tcPr>
          <w:p w14:paraId="1D6897AF" w14:textId="77777777" w:rsidR="003D6426" w:rsidRDefault="00000000">
            <w:pPr>
              <w:spacing w:after="0" w:line="240" w:lineRule="auto"/>
              <w:rPr>
                <w:rFonts w:hint="eastAsia"/>
              </w:rPr>
            </w:pPr>
            <w:r>
              <w:rPr>
                <w:sz w:val="14"/>
              </w:rPr>
              <w:t>Per descrivere ogni ambiente censito e assegnare la classe aziendale.</w:t>
            </w:r>
          </w:p>
        </w:tc>
      </w:tr>
      <w:tr w:rsidR="003D6426" w14:paraId="0D9B16E0" w14:textId="77777777">
        <w:trPr>
          <w:jc w:val="center"/>
        </w:trPr>
        <w:tc>
          <w:tcPr>
            <w:tcW w:w="951" w:type="dxa"/>
            <w:tcMar>
              <w:top w:w="55" w:type="dxa"/>
              <w:left w:w="55" w:type="dxa"/>
              <w:bottom w:w="55" w:type="dxa"/>
              <w:right w:w="55" w:type="dxa"/>
            </w:tcMar>
          </w:tcPr>
          <w:p w14:paraId="3BC5D52C" w14:textId="77777777" w:rsidR="003D6426" w:rsidRDefault="00000000">
            <w:pPr>
              <w:spacing w:after="0" w:line="240" w:lineRule="auto"/>
              <w:rPr>
                <w:rFonts w:hint="eastAsia"/>
              </w:rPr>
            </w:pPr>
            <w:r>
              <w:rPr>
                <w:sz w:val="14"/>
              </w:rPr>
              <w:t>C</w:t>
            </w:r>
          </w:p>
        </w:tc>
        <w:tc>
          <w:tcPr>
            <w:tcW w:w="3434" w:type="dxa"/>
            <w:tcMar>
              <w:top w:w="55" w:type="dxa"/>
              <w:left w:w="55" w:type="dxa"/>
              <w:bottom w:w="55" w:type="dxa"/>
              <w:right w:w="55" w:type="dxa"/>
            </w:tcMar>
          </w:tcPr>
          <w:p w14:paraId="2F8FD765" w14:textId="77777777" w:rsidR="003D6426" w:rsidRDefault="00000000">
            <w:pPr>
              <w:spacing w:after="0" w:line="240" w:lineRule="auto"/>
              <w:rPr>
                <w:rFonts w:hint="eastAsia"/>
              </w:rPr>
            </w:pPr>
            <w:r>
              <w:rPr>
                <w:sz w:val="14"/>
              </w:rPr>
              <w:t>Scheda valutazione rischi specifici</w:t>
            </w:r>
          </w:p>
        </w:tc>
        <w:tc>
          <w:tcPr>
            <w:tcW w:w="5707" w:type="dxa"/>
            <w:tcMar>
              <w:top w:w="55" w:type="dxa"/>
              <w:left w:w="55" w:type="dxa"/>
              <w:bottom w:w="55" w:type="dxa"/>
              <w:right w:w="55" w:type="dxa"/>
            </w:tcMar>
          </w:tcPr>
          <w:p w14:paraId="3C471270" w14:textId="77777777" w:rsidR="003D6426" w:rsidRDefault="00000000">
            <w:pPr>
              <w:spacing w:after="0" w:line="240" w:lineRule="auto"/>
              <w:rPr>
                <w:rFonts w:hint="eastAsia"/>
              </w:rPr>
            </w:pPr>
            <w:r>
              <w:rPr>
                <w:sz w:val="14"/>
              </w:rPr>
              <w:t>Per valutare un intervento prima del permesso.</w:t>
            </w:r>
          </w:p>
        </w:tc>
      </w:tr>
      <w:tr w:rsidR="003D6426" w14:paraId="2BBAD859" w14:textId="77777777">
        <w:trPr>
          <w:jc w:val="center"/>
        </w:trPr>
        <w:tc>
          <w:tcPr>
            <w:tcW w:w="951" w:type="dxa"/>
            <w:tcMar>
              <w:top w:w="55" w:type="dxa"/>
              <w:left w:w="55" w:type="dxa"/>
              <w:bottom w:w="55" w:type="dxa"/>
              <w:right w:w="55" w:type="dxa"/>
            </w:tcMar>
          </w:tcPr>
          <w:p w14:paraId="11C94E18" w14:textId="77777777" w:rsidR="003D6426" w:rsidRDefault="00000000">
            <w:pPr>
              <w:spacing w:after="0" w:line="240" w:lineRule="auto"/>
              <w:rPr>
                <w:rFonts w:hint="eastAsia"/>
              </w:rPr>
            </w:pPr>
            <w:r>
              <w:rPr>
                <w:sz w:val="14"/>
              </w:rPr>
              <w:t>D</w:t>
            </w:r>
          </w:p>
        </w:tc>
        <w:tc>
          <w:tcPr>
            <w:tcW w:w="3434" w:type="dxa"/>
            <w:tcMar>
              <w:top w:w="55" w:type="dxa"/>
              <w:left w:w="55" w:type="dxa"/>
              <w:bottom w:w="55" w:type="dxa"/>
              <w:right w:w="55" w:type="dxa"/>
            </w:tcMar>
          </w:tcPr>
          <w:p w14:paraId="72C5A377" w14:textId="77777777" w:rsidR="003D6426" w:rsidRDefault="00000000">
            <w:pPr>
              <w:spacing w:after="0" w:line="240" w:lineRule="auto"/>
              <w:rPr>
                <w:rFonts w:hint="eastAsia"/>
              </w:rPr>
            </w:pPr>
            <w:r>
              <w:rPr>
                <w:sz w:val="14"/>
              </w:rPr>
              <w:t>Permesso di ingresso</w:t>
            </w:r>
          </w:p>
        </w:tc>
        <w:tc>
          <w:tcPr>
            <w:tcW w:w="5707" w:type="dxa"/>
            <w:tcMar>
              <w:top w:w="55" w:type="dxa"/>
              <w:left w:w="55" w:type="dxa"/>
              <w:bottom w:w="55" w:type="dxa"/>
              <w:right w:w="55" w:type="dxa"/>
            </w:tcMar>
          </w:tcPr>
          <w:p w14:paraId="231D07A4" w14:textId="77777777" w:rsidR="003D6426" w:rsidRDefault="00000000">
            <w:pPr>
              <w:spacing w:after="0" w:line="240" w:lineRule="auto"/>
              <w:rPr>
                <w:rFonts w:hint="eastAsia"/>
              </w:rPr>
            </w:pPr>
            <w:r>
              <w:rPr>
                <w:sz w:val="14"/>
              </w:rPr>
              <w:t>Per autorizzare formalmente l'ingresso.</w:t>
            </w:r>
          </w:p>
        </w:tc>
      </w:tr>
      <w:tr w:rsidR="003D6426" w14:paraId="43E41920" w14:textId="77777777">
        <w:trPr>
          <w:jc w:val="center"/>
        </w:trPr>
        <w:tc>
          <w:tcPr>
            <w:tcW w:w="951" w:type="dxa"/>
            <w:tcMar>
              <w:top w:w="55" w:type="dxa"/>
              <w:left w:w="55" w:type="dxa"/>
              <w:bottom w:w="55" w:type="dxa"/>
              <w:right w:w="55" w:type="dxa"/>
            </w:tcMar>
          </w:tcPr>
          <w:p w14:paraId="3A0AA9E5" w14:textId="77777777" w:rsidR="003D6426" w:rsidRDefault="00000000">
            <w:pPr>
              <w:spacing w:after="0" w:line="240" w:lineRule="auto"/>
              <w:rPr>
                <w:rFonts w:hint="eastAsia"/>
              </w:rPr>
            </w:pPr>
            <w:r>
              <w:rPr>
                <w:sz w:val="14"/>
              </w:rPr>
              <w:t>E</w:t>
            </w:r>
          </w:p>
        </w:tc>
        <w:tc>
          <w:tcPr>
            <w:tcW w:w="3434" w:type="dxa"/>
            <w:tcMar>
              <w:top w:w="55" w:type="dxa"/>
              <w:left w:w="55" w:type="dxa"/>
              <w:bottom w:w="55" w:type="dxa"/>
              <w:right w:w="55" w:type="dxa"/>
            </w:tcMar>
          </w:tcPr>
          <w:p w14:paraId="46248EAF" w14:textId="77777777" w:rsidR="003D6426" w:rsidRDefault="00000000">
            <w:pPr>
              <w:spacing w:after="0" w:line="240" w:lineRule="auto"/>
              <w:rPr>
                <w:rFonts w:hint="eastAsia"/>
              </w:rPr>
            </w:pPr>
            <w:r>
              <w:rPr>
                <w:sz w:val="14"/>
              </w:rPr>
              <w:t>Check-list pre-ingresso e allestimento</w:t>
            </w:r>
          </w:p>
        </w:tc>
        <w:tc>
          <w:tcPr>
            <w:tcW w:w="5707" w:type="dxa"/>
            <w:tcMar>
              <w:top w:w="55" w:type="dxa"/>
              <w:left w:w="55" w:type="dxa"/>
              <w:bottom w:w="55" w:type="dxa"/>
              <w:right w:w="55" w:type="dxa"/>
            </w:tcMar>
          </w:tcPr>
          <w:p w14:paraId="038296E9" w14:textId="77777777" w:rsidR="003D6426" w:rsidRDefault="00000000">
            <w:pPr>
              <w:spacing w:after="0" w:line="240" w:lineRule="auto"/>
              <w:rPr>
                <w:rFonts w:hint="eastAsia"/>
              </w:rPr>
            </w:pPr>
            <w:r>
              <w:rPr>
                <w:sz w:val="14"/>
              </w:rPr>
              <w:t>Per verifiche operative prima dell'accesso.</w:t>
            </w:r>
          </w:p>
        </w:tc>
      </w:tr>
      <w:tr w:rsidR="003D6426" w14:paraId="471E163F" w14:textId="77777777">
        <w:trPr>
          <w:jc w:val="center"/>
        </w:trPr>
        <w:tc>
          <w:tcPr>
            <w:tcW w:w="951" w:type="dxa"/>
            <w:tcMar>
              <w:top w:w="55" w:type="dxa"/>
              <w:left w:w="55" w:type="dxa"/>
              <w:bottom w:w="55" w:type="dxa"/>
              <w:right w:w="55" w:type="dxa"/>
            </w:tcMar>
          </w:tcPr>
          <w:p w14:paraId="20A4A81C" w14:textId="77777777" w:rsidR="003D6426" w:rsidRDefault="00000000">
            <w:pPr>
              <w:spacing w:after="0" w:line="240" w:lineRule="auto"/>
              <w:rPr>
                <w:rFonts w:hint="eastAsia"/>
              </w:rPr>
            </w:pPr>
            <w:r>
              <w:rPr>
                <w:sz w:val="14"/>
              </w:rPr>
              <w:t>F</w:t>
            </w:r>
          </w:p>
        </w:tc>
        <w:tc>
          <w:tcPr>
            <w:tcW w:w="3434" w:type="dxa"/>
            <w:tcMar>
              <w:top w:w="55" w:type="dxa"/>
              <w:left w:w="55" w:type="dxa"/>
              <w:bottom w:w="55" w:type="dxa"/>
              <w:right w:w="55" w:type="dxa"/>
            </w:tcMar>
          </w:tcPr>
          <w:p w14:paraId="67D1F896" w14:textId="77777777" w:rsidR="003D6426" w:rsidRDefault="00000000">
            <w:pPr>
              <w:spacing w:after="0" w:line="240" w:lineRule="auto"/>
              <w:rPr>
                <w:rFonts w:hint="eastAsia"/>
              </w:rPr>
            </w:pPr>
            <w:r>
              <w:rPr>
                <w:sz w:val="14"/>
              </w:rPr>
              <w:t>Verbale riunione preliminare/coordinamento</w:t>
            </w:r>
          </w:p>
        </w:tc>
        <w:tc>
          <w:tcPr>
            <w:tcW w:w="5707" w:type="dxa"/>
            <w:tcMar>
              <w:top w:w="55" w:type="dxa"/>
              <w:left w:w="55" w:type="dxa"/>
              <w:bottom w:w="55" w:type="dxa"/>
              <w:right w:w="55" w:type="dxa"/>
            </w:tcMar>
          </w:tcPr>
          <w:p w14:paraId="7D3A7817" w14:textId="77777777" w:rsidR="003D6426" w:rsidRDefault="00000000">
            <w:pPr>
              <w:spacing w:after="0" w:line="240" w:lineRule="auto"/>
              <w:rPr>
                <w:rFonts w:hint="eastAsia"/>
              </w:rPr>
            </w:pPr>
            <w:r>
              <w:rPr>
                <w:sz w:val="14"/>
              </w:rPr>
              <w:t>Per briefing interni e coordinamento appalti.</w:t>
            </w:r>
          </w:p>
        </w:tc>
      </w:tr>
      <w:tr w:rsidR="003D6426" w14:paraId="54CA0436" w14:textId="77777777">
        <w:trPr>
          <w:jc w:val="center"/>
        </w:trPr>
        <w:tc>
          <w:tcPr>
            <w:tcW w:w="951" w:type="dxa"/>
            <w:tcMar>
              <w:top w:w="55" w:type="dxa"/>
              <w:left w:w="55" w:type="dxa"/>
              <w:bottom w:w="55" w:type="dxa"/>
              <w:right w:w="55" w:type="dxa"/>
            </w:tcMar>
          </w:tcPr>
          <w:p w14:paraId="68484D85" w14:textId="77777777" w:rsidR="003D6426" w:rsidRDefault="00000000">
            <w:pPr>
              <w:spacing w:after="0" w:line="240" w:lineRule="auto"/>
              <w:rPr>
                <w:rFonts w:hint="eastAsia"/>
              </w:rPr>
            </w:pPr>
            <w:r>
              <w:rPr>
                <w:sz w:val="14"/>
              </w:rPr>
              <w:t>G</w:t>
            </w:r>
          </w:p>
        </w:tc>
        <w:tc>
          <w:tcPr>
            <w:tcW w:w="3434" w:type="dxa"/>
            <w:tcMar>
              <w:top w:w="55" w:type="dxa"/>
              <w:left w:w="55" w:type="dxa"/>
              <w:bottom w:w="55" w:type="dxa"/>
              <w:right w:w="55" w:type="dxa"/>
            </w:tcMar>
          </w:tcPr>
          <w:p w14:paraId="38D2D0F7" w14:textId="77777777" w:rsidR="003D6426" w:rsidRDefault="00000000">
            <w:pPr>
              <w:spacing w:after="0" w:line="240" w:lineRule="auto"/>
              <w:rPr>
                <w:rFonts w:hint="eastAsia"/>
              </w:rPr>
            </w:pPr>
            <w:r>
              <w:rPr>
                <w:sz w:val="14"/>
              </w:rPr>
              <w:t>Piano e registro monitoraggio atmosferico</w:t>
            </w:r>
          </w:p>
        </w:tc>
        <w:tc>
          <w:tcPr>
            <w:tcW w:w="5707" w:type="dxa"/>
            <w:tcMar>
              <w:top w:w="55" w:type="dxa"/>
              <w:left w:w="55" w:type="dxa"/>
              <w:bottom w:w="55" w:type="dxa"/>
              <w:right w:w="55" w:type="dxa"/>
            </w:tcMar>
          </w:tcPr>
          <w:p w14:paraId="0AA771EB" w14:textId="77777777" w:rsidR="003D6426" w:rsidRDefault="00000000">
            <w:pPr>
              <w:spacing w:after="0" w:line="240" w:lineRule="auto"/>
              <w:rPr>
                <w:rFonts w:hint="eastAsia"/>
              </w:rPr>
            </w:pPr>
            <w:r>
              <w:rPr>
                <w:sz w:val="14"/>
              </w:rPr>
              <w:t>Per definire e registrare misure atmosferiche.</w:t>
            </w:r>
          </w:p>
        </w:tc>
      </w:tr>
      <w:tr w:rsidR="003D6426" w14:paraId="213AC5BF" w14:textId="77777777">
        <w:trPr>
          <w:jc w:val="center"/>
        </w:trPr>
        <w:tc>
          <w:tcPr>
            <w:tcW w:w="951" w:type="dxa"/>
            <w:tcMar>
              <w:top w:w="55" w:type="dxa"/>
              <w:left w:w="55" w:type="dxa"/>
              <w:bottom w:w="55" w:type="dxa"/>
              <w:right w:w="55" w:type="dxa"/>
            </w:tcMar>
          </w:tcPr>
          <w:p w14:paraId="65105C2A" w14:textId="77777777" w:rsidR="003D6426" w:rsidRDefault="00000000">
            <w:pPr>
              <w:spacing w:after="0" w:line="240" w:lineRule="auto"/>
              <w:rPr>
                <w:rFonts w:hint="eastAsia"/>
              </w:rPr>
            </w:pPr>
            <w:r>
              <w:rPr>
                <w:sz w:val="14"/>
              </w:rPr>
              <w:t>H</w:t>
            </w:r>
          </w:p>
        </w:tc>
        <w:tc>
          <w:tcPr>
            <w:tcW w:w="3434" w:type="dxa"/>
            <w:tcMar>
              <w:top w:w="55" w:type="dxa"/>
              <w:left w:w="55" w:type="dxa"/>
              <w:bottom w:w="55" w:type="dxa"/>
              <w:right w:w="55" w:type="dxa"/>
            </w:tcMar>
          </w:tcPr>
          <w:p w14:paraId="3FAC9B36" w14:textId="77777777" w:rsidR="003D6426" w:rsidRDefault="00000000">
            <w:pPr>
              <w:spacing w:after="0" w:line="240" w:lineRule="auto"/>
              <w:rPr>
                <w:rFonts w:hint="eastAsia"/>
              </w:rPr>
            </w:pPr>
            <w:r>
              <w:rPr>
                <w:sz w:val="14"/>
              </w:rPr>
              <w:t>Piano ventilazione e bonifica</w:t>
            </w:r>
          </w:p>
        </w:tc>
        <w:tc>
          <w:tcPr>
            <w:tcW w:w="5707" w:type="dxa"/>
            <w:tcMar>
              <w:top w:w="55" w:type="dxa"/>
              <w:left w:w="55" w:type="dxa"/>
              <w:bottom w:w="55" w:type="dxa"/>
              <w:right w:w="55" w:type="dxa"/>
            </w:tcMar>
          </w:tcPr>
          <w:p w14:paraId="5BCB4C4B" w14:textId="77777777" w:rsidR="003D6426" w:rsidRDefault="00000000">
            <w:pPr>
              <w:spacing w:after="0" w:line="240" w:lineRule="auto"/>
              <w:rPr>
                <w:rFonts w:hint="eastAsia"/>
              </w:rPr>
            </w:pPr>
            <w:r>
              <w:rPr>
                <w:sz w:val="14"/>
              </w:rPr>
              <w:t>Quando la sicurezza dipende da bonifica/ventilazione.</w:t>
            </w:r>
          </w:p>
        </w:tc>
      </w:tr>
      <w:tr w:rsidR="003D6426" w14:paraId="4F7FD88A" w14:textId="77777777">
        <w:trPr>
          <w:jc w:val="center"/>
        </w:trPr>
        <w:tc>
          <w:tcPr>
            <w:tcW w:w="951" w:type="dxa"/>
            <w:tcMar>
              <w:top w:w="55" w:type="dxa"/>
              <w:left w:w="55" w:type="dxa"/>
              <w:bottom w:w="55" w:type="dxa"/>
              <w:right w:w="55" w:type="dxa"/>
            </w:tcMar>
          </w:tcPr>
          <w:p w14:paraId="66C0E476" w14:textId="77777777" w:rsidR="003D6426" w:rsidRDefault="00000000">
            <w:pPr>
              <w:spacing w:after="0" w:line="240" w:lineRule="auto"/>
              <w:rPr>
                <w:rFonts w:hint="eastAsia"/>
              </w:rPr>
            </w:pPr>
            <w:r>
              <w:rPr>
                <w:sz w:val="14"/>
              </w:rPr>
              <w:t>I</w:t>
            </w:r>
          </w:p>
        </w:tc>
        <w:tc>
          <w:tcPr>
            <w:tcW w:w="3434" w:type="dxa"/>
            <w:tcMar>
              <w:top w:w="55" w:type="dxa"/>
              <w:left w:w="55" w:type="dxa"/>
              <w:bottom w:w="55" w:type="dxa"/>
              <w:right w:w="55" w:type="dxa"/>
            </w:tcMar>
          </w:tcPr>
          <w:p w14:paraId="110965ED" w14:textId="77777777" w:rsidR="003D6426" w:rsidRDefault="00000000">
            <w:pPr>
              <w:spacing w:after="0" w:line="240" w:lineRule="auto"/>
              <w:rPr>
                <w:rFonts w:hint="eastAsia"/>
              </w:rPr>
            </w:pPr>
            <w:r>
              <w:rPr>
                <w:sz w:val="14"/>
              </w:rPr>
              <w:t>Check-list lock-out/tag-out/try-out</w:t>
            </w:r>
          </w:p>
        </w:tc>
        <w:tc>
          <w:tcPr>
            <w:tcW w:w="5707" w:type="dxa"/>
            <w:tcMar>
              <w:top w:w="55" w:type="dxa"/>
              <w:left w:w="55" w:type="dxa"/>
              <w:bottom w:w="55" w:type="dxa"/>
              <w:right w:w="55" w:type="dxa"/>
            </w:tcMar>
          </w:tcPr>
          <w:p w14:paraId="3097ED85" w14:textId="77777777" w:rsidR="003D6426" w:rsidRDefault="00000000">
            <w:pPr>
              <w:spacing w:after="0" w:line="240" w:lineRule="auto"/>
              <w:rPr>
                <w:rFonts w:hint="eastAsia"/>
              </w:rPr>
            </w:pPr>
            <w:r>
              <w:rPr>
                <w:sz w:val="14"/>
              </w:rPr>
              <w:t>Per isolamenti da energia e materia.</w:t>
            </w:r>
          </w:p>
        </w:tc>
      </w:tr>
      <w:tr w:rsidR="003D6426" w14:paraId="7A1738A8" w14:textId="77777777">
        <w:trPr>
          <w:jc w:val="center"/>
        </w:trPr>
        <w:tc>
          <w:tcPr>
            <w:tcW w:w="951" w:type="dxa"/>
            <w:tcMar>
              <w:top w:w="55" w:type="dxa"/>
              <w:left w:w="55" w:type="dxa"/>
              <w:bottom w:w="55" w:type="dxa"/>
              <w:right w:w="55" w:type="dxa"/>
            </w:tcMar>
          </w:tcPr>
          <w:p w14:paraId="76A2FC13" w14:textId="77777777" w:rsidR="003D6426" w:rsidRDefault="00000000">
            <w:pPr>
              <w:spacing w:after="0" w:line="240" w:lineRule="auto"/>
              <w:rPr>
                <w:rFonts w:hint="eastAsia"/>
              </w:rPr>
            </w:pPr>
            <w:r>
              <w:rPr>
                <w:sz w:val="14"/>
              </w:rPr>
              <w:t>J</w:t>
            </w:r>
          </w:p>
        </w:tc>
        <w:tc>
          <w:tcPr>
            <w:tcW w:w="3434" w:type="dxa"/>
            <w:tcMar>
              <w:top w:w="55" w:type="dxa"/>
              <w:left w:w="55" w:type="dxa"/>
              <w:bottom w:w="55" w:type="dxa"/>
              <w:right w:w="55" w:type="dxa"/>
            </w:tcMar>
          </w:tcPr>
          <w:p w14:paraId="65AD4BDA" w14:textId="77777777" w:rsidR="003D6426" w:rsidRDefault="00000000">
            <w:pPr>
              <w:spacing w:after="0" w:line="240" w:lineRule="auto"/>
              <w:rPr>
                <w:rFonts w:hint="eastAsia"/>
              </w:rPr>
            </w:pPr>
            <w:r>
              <w:rPr>
                <w:sz w:val="14"/>
              </w:rPr>
              <w:t>Elenco attrezzature, DPC, DPI e APVR</w:t>
            </w:r>
          </w:p>
        </w:tc>
        <w:tc>
          <w:tcPr>
            <w:tcW w:w="5707" w:type="dxa"/>
            <w:tcMar>
              <w:top w:w="55" w:type="dxa"/>
              <w:left w:w="55" w:type="dxa"/>
              <w:bottom w:w="55" w:type="dxa"/>
              <w:right w:w="55" w:type="dxa"/>
            </w:tcMar>
          </w:tcPr>
          <w:p w14:paraId="4443DA37" w14:textId="77777777" w:rsidR="003D6426" w:rsidRDefault="00000000">
            <w:pPr>
              <w:spacing w:after="0" w:line="240" w:lineRule="auto"/>
              <w:rPr>
                <w:rFonts w:hint="eastAsia"/>
              </w:rPr>
            </w:pPr>
            <w:r>
              <w:rPr>
                <w:sz w:val="14"/>
              </w:rPr>
              <w:t>Per verificare dotazioni operative e di emergenza.</w:t>
            </w:r>
          </w:p>
        </w:tc>
      </w:tr>
      <w:tr w:rsidR="003D6426" w14:paraId="7FB0D388" w14:textId="77777777">
        <w:trPr>
          <w:jc w:val="center"/>
        </w:trPr>
        <w:tc>
          <w:tcPr>
            <w:tcW w:w="951" w:type="dxa"/>
            <w:tcMar>
              <w:top w:w="55" w:type="dxa"/>
              <w:left w:w="55" w:type="dxa"/>
              <w:bottom w:w="55" w:type="dxa"/>
              <w:right w:w="55" w:type="dxa"/>
            </w:tcMar>
          </w:tcPr>
          <w:p w14:paraId="67E58C93" w14:textId="77777777" w:rsidR="003D6426" w:rsidRDefault="00000000">
            <w:pPr>
              <w:spacing w:after="0" w:line="240" w:lineRule="auto"/>
              <w:rPr>
                <w:rFonts w:hint="eastAsia"/>
              </w:rPr>
            </w:pPr>
            <w:r>
              <w:rPr>
                <w:sz w:val="14"/>
              </w:rPr>
              <w:t>K</w:t>
            </w:r>
          </w:p>
        </w:tc>
        <w:tc>
          <w:tcPr>
            <w:tcW w:w="3434" w:type="dxa"/>
            <w:tcMar>
              <w:top w:w="55" w:type="dxa"/>
              <w:left w:w="55" w:type="dxa"/>
              <w:bottom w:w="55" w:type="dxa"/>
              <w:right w:w="55" w:type="dxa"/>
            </w:tcMar>
          </w:tcPr>
          <w:p w14:paraId="6C4ED3DE" w14:textId="77777777" w:rsidR="003D6426" w:rsidRDefault="00000000">
            <w:pPr>
              <w:spacing w:after="0" w:line="240" w:lineRule="auto"/>
              <w:rPr>
                <w:rFonts w:hint="eastAsia"/>
              </w:rPr>
            </w:pPr>
            <w:r>
              <w:rPr>
                <w:sz w:val="14"/>
              </w:rPr>
              <w:t>Scheda composizione squadra e ruoli</w:t>
            </w:r>
          </w:p>
        </w:tc>
        <w:tc>
          <w:tcPr>
            <w:tcW w:w="5707" w:type="dxa"/>
            <w:tcMar>
              <w:top w:w="55" w:type="dxa"/>
              <w:left w:w="55" w:type="dxa"/>
              <w:bottom w:w="55" w:type="dxa"/>
              <w:right w:w="55" w:type="dxa"/>
            </w:tcMar>
          </w:tcPr>
          <w:p w14:paraId="2722DE24" w14:textId="77777777" w:rsidR="003D6426" w:rsidRDefault="00000000">
            <w:pPr>
              <w:spacing w:after="0" w:line="240" w:lineRule="auto"/>
              <w:rPr>
                <w:rFonts w:hint="eastAsia"/>
              </w:rPr>
            </w:pPr>
            <w:r>
              <w:rPr>
                <w:sz w:val="14"/>
              </w:rPr>
              <w:t>Per assegnare nominativi e sostituti.</w:t>
            </w:r>
          </w:p>
        </w:tc>
      </w:tr>
      <w:tr w:rsidR="003D6426" w14:paraId="018365BB" w14:textId="77777777">
        <w:trPr>
          <w:jc w:val="center"/>
        </w:trPr>
        <w:tc>
          <w:tcPr>
            <w:tcW w:w="951" w:type="dxa"/>
            <w:tcMar>
              <w:top w:w="55" w:type="dxa"/>
              <w:left w:w="55" w:type="dxa"/>
              <w:bottom w:w="55" w:type="dxa"/>
              <w:right w:w="55" w:type="dxa"/>
            </w:tcMar>
          </w:tcPr>
          <w:p w14:paraId="3DAFFB0C" w14:textId="77777777" w:rsidR="003D6426" w:rsidRDefault="00000000">
            <w:pPr>
              <w:spacing w:after="0" w:line="240" w:lineRule="auto"/>
              <w:rPr>
                <w:rFonts w:hint="eastAsia"/>
              </w:rPr>
            </w:pPr>
            <w:r>
              <w:rPr>
                <w:sz w:val="14"/>
              </w:rPr>
              <w:t>L</w:t>
            </w:r>
          </w:p>
        </w:tc>
        <w:tc>
          <w:tcPr>
            <w:tcW w:w="3434" w:type="dxa"/>
            <w:tcMar>
              <w:top w:w="55" w:type="dxa"/>
              <w:left w:w="55" w:type="dxa"/>
              <w:bottom w:w="55" w:type="dxa"/>
              <w:right w:w="55" w:type="dxa"/>
            </w:tcMar>
          </w:tcPr>
          <w:p w14:paraId="233ED1E7" w14:textId="77777777" w:rsidR="003D6426" w:rsidRDefault="00000000">
            <w:pPr>
              <w:spacing w:after="0" w:line="240" w:lineRule="auto"/>
              <w:rPr>
                <w:rFonts w:hint="eastAsia"/>
              </w:rPr>
            </w:pPr>
            <w:r>
              <w:rPr>
                <w:sz w:val="14"/>
              </w:rPr>
              <w:t>Piano emergenza e salvataggio</w:t>
            </w:r>
          </w:p>
        </w:tc>
        <w:tc>
          <w:tcPr>
            <w:tcW w:w="5707" w:type="dxa"/>
            <w:tcMar>
              <w:top w:w="55" w:type="dxa"/>
              <w:left w:w="55" w:type="dxa"/>
              <w:bottom w:w="55" w:type="dxa"/>
              <w:right w:w="55" w:type="dxa"/>
            </w:tcMar>
          </w:tcPr>
          <w:p w14:paraId="3C075CE4" w14:textId="77777777" w:rsidR="003D6426" w:rsidRDefault="00000000">
            <w:pPr>
              <w:spacing w:after="0" w:line="240" w:lineRule="auto"/>
              <w:rPr>
                <w:rFonts w:hint="eastAsia"/>
              </w:rPr>
            </w:pPr>
            <w:r>
              <w:rPr>
                <w:sz w:val="14"/>
              </w:rPr>
              <w:t>Per definire scenari, recupero e contatti.</w:t>
            </w:r>
          </w:p>
        </w:tc>
      </w:tr>
      <w:tr w:rsidR="003D6426" w14:paraId="6BD67F93" w14:textId="77777777">
        <w:trPr>
          <w:jc w:val="center"/>
        </w:trPr>
        <w:tc>
          <w:tcPr>
            <w:tcW w:w="951" w:type="dxa"/>
            <w:tcMar>
              <w:top w:w="55" w:type="dxa"/>
              <w:left w:w="55" w:type="dxa"/>
              <w:bottom w:w="55" w:type="dxa"/>
              <w:right w:w="55" w:type="dxa"/>
            </w:tcMar>
          </w:tcPr>
          <w:p w14:paraId="28E274AD" w14:textId="77777777" w:rsidR="003D6426" w:rsidRDefault="00000000">
            <w:pPr>
              <w:spacing w:after="0" w:line="240" w:lineRule="auto"/>
              <w:rPr>
                <w:rFonts w:hint="eastAsia"/>
              </w:rPr>
            </w:pPr>
            <w:r>
              <w:rPr>
                <w:sz w:val="14"/>
              </w:rPr>
              <w:t>M</w:t>
            </w:r>
          </w:p>
        </w:tc>
        <w:tc>
          <w:tcPr>
            <w:tcW w:w="3434" w:type="dxa"/>
            <w:tcMar>
              <w:top w:w="55" w:type="dxa"/>
              <w:left w:w="55" w:type="dxa"/>
              <w:bottom w:w="55" w:type="dxa"/>
              <w:right w:w="55" w:type="dxa"/>
            </w:tcMar>
          </w:tcPr>
          <w:p w14:paraId="12A2DE1A" w14:textId="77777777" w:rsidR="003D6426" w:rsidRDefault="00000000">
            <w:pPr>
              <w:spacing w:after="0" w:line="240" w:lineRule="auto"/>
              <w:rPr>
                <w:rFonts w:hint="eastAsia"/>
              </w:rPr>
            </w:pPr>
            <w:r>
              <w:rPr>
                <w:sz w:val="14"/>
              </w:rPr>
              <w:t>Registro formazione, addestramento e idoneità</w:t>
            </w:r>
          </w:p>
        </w:tc>
        <w:tc>
          <w:tcPr>
            <w:tcW w:w="5707" w:type="dxa"/>
            <w:tcMar>
              <w:top w:w="55" w:type="dxa"/>
              <w:left w:w="55" w:type="dxa"/>
              <w:bottom w:w="55" w:type="dxa"/>
              <w:right w:w="55" w:type="dxa"/>
            </w:tcMar>
          </w:tcPr>
          <w:p w14:paraId="0D2F54D7" w14:textId="77777777" w:rsidR="003D6426" w:rsidRDefault="00000000">
            <w:pPr>
              <w:spacing w:after="0" w:line="240" w:lineRule="auto"/>
              <w:rPr>
                <w:rFonts w:hint="eastAsia"/>
              </w:rPr>
            </w:pPr>
            <w:r>
              <w:rPr>
                <w:sz w:val="14"/>
              </w:rPr>
              <w:t>Per verifica requisiti del personale.</w:t>
            </w:r>
          </w:p>
        </w:tc>
      </w:tr>
      <w:tr w:rsidR="003D6426" w14:paraId="64B12CB7" w14:textId="77777777">
        <w:trPr>
          <w:jc w:val="center"/>
        </w:trPr>
        <w:tc>
          <w:tcPr>
            <w:tcW w:w="951" w:type="dxa"/>
            <w:tcMar>
              <w:top w:w="55" w:type="dxa"/>
              <w:left w:w="55" w:type="dxa"/>
              <w:bottom w:w="55" w:type="dxa"/>
              <w:right w:w="55" w:type="dxa"/>
            </w:tcMar>
          </w:tcPr>
          <w:p w14:paraId="1EE92D31" w14:textId="77777777" w:rsidR="003D6426" w:rsidRDefault="00000000">
            <w:pPr>
              <w:spacing w:after="0" w:line="240" w:lineRule="auto"/>
              <w:rPr>
                <w:rFonts w:hint="eastAsia"/>
              </w:rPr>
            </w:pPr>
            <w:r>
              <w:rPr>
                <w:sz w:val="14"/>
              </w:rPr>
              <w:t>N</w:t>
            </w:r>
          </w:p>
        </w:tc>
        <w:tc>
          <w:tcPr>
            <w:tcW w:w="3434" w:type="dxa"/>
            <w:tcMar>
              <w:top w:w="55" w:type="dxa"/>
              <w:left w:w="55" w:type="dxa"/>
              <w:bottom w:w="55" w:type="dxa"/>
              <w:right w:w="55" w:type="dxa"/>
            </w:tcMar>
          </w:tcPr>
          <w:p w14:paraId="7277798E" w14:textId="77777777" w:rsidR="003D6426" w:rsidRDefault="00000000">
            <w:pPr>
              <w:spacing w:after="0" w:line="240" w:lineRule="auto"/>
              <w:rPr>
                <w:rFonts w:hint="eastAsia"/>
              </w:rPr>
            </w:pPr>
            <w:r>
              <w:rPr>
                <w:sz w:val="14"/>
              </w:rPr>
              <w:t>Rapporto chiusura lavoro e debriefing</w:t>
            </w:r>
          </w:p>
        </w:tc>
        <w:tc>
          <w:tcPr>
            <w:tcW w:w="5707" w:type="dxa"/>
            <w:tcMar>
              <w:top w:w="55" w:type="dxa"/>
              <w:left w:w="55" w:type="dxa"/>
              <w:bottom w:w="55" w:type="dxa"/>
              <w:right w:w="55" w:type="dxa"/>
            </w:tcMar>
          </w:tcPr>
          <w:p w14:paraId="6C7F24BC" w14:textId="77777777" w:rsidR="003D6426" w:rsidRDefault="00000000">
            <w:pPr>
              <w:spacing w:after="0" w:line="240" w:lineRule="auto"/>
              <w:rPr>
                <w:rFonts w:hint="eastAsia"/>
              </w:rPr>
            </w:pPr>
            <w:r>
              <w:rPr>
                <w:sz w:val="14"/>
              </w:rPr>
              <w:t>Per chiusura, anomalie e lezioni apprese.</w:t>
            </w:r>
          </w:p>
        </w:tc>
      </w:tr>
      <w:tr w:rsidR="003D6426" w14:paraId="23716DBB" w14:textId="77777777">
        <w:trPr>
          <w:jc w:val="center"/>
        </w:trPr>
        <w:tc>
          <w:tcPr>
            <w:tcW w:w="951" w:type="dxa"/>
            <w:tcMar>
              <w:top w:w="55" w:type="dxa"/>
              <w:left w:w="55" w:type="dxa"/>
              <w:bottom w:w="55" w:type="dxa"/>
              <w:right w:w="55" w:type="dxa"/>
            </w:tcMar>
          </w:tcPr>
          <w:p w14:paraId="7C0D6263" w14:textId="77777777" w:rsidR="003D6426" w:rsidRDefault="00000000">
            <w:pPr>
              <w:spacing w:after="0" w:line="240" w:lineRule="auto"/>
              <w:rPr>
                <w:rFonts w:hint="eastAsia"/>
              </w:rPr>
            </w:pPr>
            <w:r>
              <w:rPr>
                <w:sz w:val="14"/>
              </w:rPr>
              <w:t>O</w:t>
            </w:r>
          </w:p>
        </w:tc>
        <w:tc>
          <w:tcPr>
            <w:tcW w:w="3434" w:type="dxa"/>
            <w:tcMar>
              <w:top w:w="55" w:type="dxa"/>
              <w:left w:w="55" w:type="dxa"/>
              <w:bottom w:w="55" w:type="dxa"/>
              <w:right w:w="55" w:type="dxa"/>
            </w:tcMar>
          </w:tcPr>
          <w:p w14:paraId="28845E1C" w14:textId="77777777" w:rsidR="003D6426" w:rsidRDefault="00000000">
            <w:pPr>
              <w:spacing w:after="0" w:line="240" w:lineRule="auto"/>
              <w:rPr>
                <w:rFonts w:hint="eastAsia"/>
              </w:rPr>
            </w:pPr>
            <w:r>
              <w:rPr>
                <w:sz w:val="14"/>
              </w:rPr>
              <w:t>Audit periodico della procedura</w:t>
            </w:r>
          </w:p>
        </w:tc>
        <w:tc>
          <w:tcPr>
            <w:tcW w:w="5707" w:type="dxa"/>
            <w:tcMar>
              <w:top w:w="55" w:type="dxa"/>
              <w:left w:w="55" w:type="dxa"/>
              <w:bottom w:w="55" w:type="dxa"/>
              <w:right w:w="55" w:type="dxa"/>
            </w:tcMar>
          </w:tcPr>
          <w:p w14:paraId="791B329B" w14:textId="77777777" w:rsidR="003D6426" w:rsidRDefault="00000000">
            <w:pPr>
              <w:spacing w:after="0" w:line="240" w:lineRule="auto"/>
              <w:rPr>
                <w:rFonts w:hint="eastAsia"/>
              </w:rPr>
            </w:pPr>
            <w:r>
              <w:rPr>
                <w:sz w:val="14"/>
              </w:rPr>
              <w:t>Per verificare applicazione e miglioramento.</w:t>
            </w:r>
          </w:p>
        </w:tc>
      </w:tr>
      <w:tr w:rsidR="003D6426" w14:paraId="7F182D6F" w14:textId="77777777">
        <w:trPr>
          <w:jc w:val="center"/>
        </w:trPr>
        <w:tc>
          <w:tcPr>
            <w:tcW w:w="951" w:type="dxa"/>
            <w:tcMar>
              <w:top w:w="55" w:type="dxa"/>
              <w:left w:w="55" w:type="dxa"/>
              <w:bottom w:w="55" w:type="dxa"/>
              <w:right w:w="55" w:type="dxa"/>
            </w:tcMar>
          </w:tcPr>
          <w:p w14:paraId="518B5781" w14:textId="77777777" w:rsidR="003D6426" w:rsidRDefault="00000000">
            <w:pPr>
              <w:spacing w:after="0" w:line="240" w:lineRule="auto"/>
              <w:rPr>
                <w:rFonts w:hint="eastAsia"/>
              </w:rPr>
            </w:pPr>
            <w:r>
              <w:rPr>
                <w:sz w:val="14"/>
              </w:rPr>
              <w:t>P</w:t>
            </w:r>
          </w:p>
        </w:tc>
        <w:tc>
          <w:tcPr>
            <w:tcW w:w="3434" w:type="dxa"/>
            <w:tcMar>
              <w:top w:w="55" w:type="dxa"/>
              <w:left w:w="55" w:type="dxa"/>
              <w:bottom w:w="55" w:type="dxa"/>
              <w:right w:w="55" w:type="dxa"/>
            </w:tcMar>
          </w:tcPr>
          <w:p w14:paraId="69A8CF05" w14:textId="77777777" w:rsidR="003D6426" w:rsidRDefault="00000000">
            <w:pPr>
              <w:spacing w:after="0" w:line="240" w:lineRule="auto"/>
              <w:rPr>
                <w:rFonts w:hint="eastAsia"/>
              </w:rPr>
            </w:pPr>
            <w:r>
              <w:rPr>
                <w:sz w:val="14"/>
              </w:rPr>
              <w:t>Lista fattori di rischio e cause potenziali</w:t>
            </w:r>
          </w:p>
        </w:tc>
        <w:tc>
          <w:tcPr>
            <w:tcW w:w="5707" w:type="dxa"/>
            <w:tcMar>
              <w:top w:w="55" w:type="dxa"/>
              <w:left w:w="55" w:type="dxa"/>
              <w:bottom w:w="55" w:type="dxa"/>
              <w:right w:w="55" w:type="dxa"/>
            </w:tcMar>
          </w:tcPr>
          <w:p w14:paraId="0C1AE6E2" w14:textId="77777777" w:rsidR="003D6426" w:rsidRDefault="00000000">
            <w:pPr>
              <w:spacing w:after="0" w:line="240" w:lineRule="auto"/>
              <w:rPr>
                <w:rFonts w:hint="eastAsia"/>
              </w:rPr>
            </w:pPr>
            <w:r>
              <w:rPr>
                <w:sz w:val="14"/>
              </w:rPr>
              <w:t>Supporto alla valutazione e al briefing.</w:t>
            </w:r>
          </w:p>
        </w:tc>
      </w:tr>
      <w:tr w:rsidR="003D6426" w14:paraId="6CBCAFAE" w14:textId="77777777">
        <w:trPr>
          <w:jc w:val="center"/>
        </w:trPr>
        <w:tc>
          <w:tcPr>
            <w:tcW w:w="951" w:type="dxa"/>
            <w:tcMar>
              <w:top w:w="55" w:type="dxa"/>
              <w:left w:w="55" w:type="dxa"/>
              <w:bottom w:w="55" w:type="dxa"/>
              <w:right w:w="55" w:type="dxa"/>
            </w:tcMar>
          </w:tcPr>
          <w:p w14:paraId="5D940A83" w14:textId="77777777" w:rsidR="003D6426" w:rsidRDefault="00000000">
            <w:pPr>
              <w:spacing w:after="0" w:line="240" w:lineRule="auto"/>
              <w:rPr>
                <w:rFonts w:hint="eastAsia"/>
              </w:rPr>
            </w:pPr>
            <w:r>
              <w:rPr>
                <w:sz w:val="14"/>
              </w:rPr>
              <w:t>Q</w:t>
            </w:r>
          </w:p>
        </w:tc>
        <w:tc>
          <w:tcPr>
            <w:tcW w:w="3434" w:type="dxa"/>
            <w:tcMar>
              <w:top w:w="55" w:type="dxa"/>
              <w:left w:w="55" w:type="dxa"/>
              <w:bottom w:w="55" w:type="dxa"/>
              <w:right w:w="55" w:type="dxa"/>
            </w:tcMar>
          </w:tcPr>
          <w:p w14:paraId="136421ED" w14:textId="77777777" w:rsidR="003D6426" w:rsidRDefault="00000000">
            <w:pPr>
              <w:spacing w:after="0" w:line="240" w:lineRule="auto"/>
              <w:rPr>
                <w:rFonts w:hint="eastAsia"/>
              </w:rPr>
            </w:pPr>
            <w:r>
              <w:rPr>
                <w:sz w:val="14"/>
              </w:rPr>
              <w:t>Segnaletica e controllo accessi</w:t>
            </w:r>
          </w:p>
        </w:tc>
        <w:tc>
          <w:tcPr>
            <w:tcW w:w="5707" w:type="dxa"/>
            <w:tcMar>
              <w:top w:w="55" w:type="dxa"/>
              <w:left w:w="55" w:type="dxa"/>
              <w:bottom w:w="55" w:type="dxa"/>
              <w:right w:w="55" w:type="dxa"/>
            </w:tcMar>
          </w:tcPr>
          <w:p w14:paraId="03764EE1" w14:textId="77777777" w:rsidR="003D6426" w:rsidRDefault="00000000">
            <w:pPr>
              <w:spacing w:after="0" w:line="240" w:lineRule="auto"/>
              <w:rPr>
                <w:rFonts w:hint="eastAsia"/>
              </w:rPr>
            </w:pPr>
            <w:r>
              <w:rPr>
                <w:sz w:val="14"/>
              </w:rPr>
              <w:t>Per standardizzare cartelli, barriere e divieti.</w:t>
            </w:r>
          </w:p>
        </w:tc>
      </w:tr>
      <w:tr w:rsidR="003D6426" w14:paraId="33865168" w14:textId="77777777">
        <w:trPr>
          <w:jc w:val="center"/>
        </w:trPr>
        <w:tc>
          <w:tcPr>
            <w:tcW w:w="951" w:type="dxa"/>
            <w:tcMar>
              <w:top w:w="55" w:type="dxa"/>
              <w:left w:w="55" w:type="dxa"/>
              <w:bottom w:w="55" w:type="dxa"/>
              <w:right w:w="55" w:type="dxa"/>
            </w:tcMar>
          </w:tcPr>
          <w:p w14:paraId="1DAC8AEB" w14:textId="77777777" w:rsidR="003D6426" w:rsidRDefault="00000000">
            <w:pPr>
              <w:spacing w:after="0" w:line="240" w:lineRule="auto"/>
              <w:rPr>
                <w:rFonts w:hint="eastAsia"/>
              </w:rPr>
            </w:pPr>
            <w:r>
              <w:rPr>
                <w:sz w:val="14"/>
              </w:rPr>
              <w:t>R</w:t>
            </w:r>
          </w:p>
        </w:tc>
        <w:tc>
          <w:tcPr>
            <w:tcW w:w="3434" w:type="dxa"/>
            <w:tcMar>
              <w:top w:w="55" w:type="dxa"/>
              <w:left w:w="55" w:type="dxa"/>
              <w:bottom w:w="55" w:type="dxa"/>
              <w:right w:w="55" w:type="dxa"/>
            </w:tcMar>
          </w:tcPr>
          <w:p w14:paraId="7F5A11A4" w14:textId="77777777" w:rsidR="003D6426" w:rsidRDefault="00000000">
            <w:pPr>
              <w:spacing w:after="0" w:line="240" w:lineRule="auto"/>
              <w:rPr>
                <w:rFonts w:hint="eastAsia"/>
              </w:rPr>
            </w:pPr>
            <w:r>
              <w:rPr>
                <w:sz w:val="14"/>
              </w:rPr>
              <w:t>Matrice competenze e abilitazioni</w:t>
            </w:r>
          </w:p>
        </w:tc>
        <w:tc>
          <w:tcPr>
            <w:tcW w:w="5707" w:type="dxa"/>
            <w:tcMar>
              <w:top w:w="55" w:type="dxa"/>
              <w:left w:w="55" w:type="dxa"/>
              <w:bottom w:w="55" w:type="dxa"/>
              <w:right w:w="55" w:type="dxa"/>
            </w:tcMar>
          </w:tcPr>
          <w:p w14:paraId="3D63AA3A" w14:textId="77777777" w:rsidR="003D6426" w:rsidRDefault="00000000">
            <w:pPr>
              <w:spacing w:after="0" w:line="240" w:lineRule="auto"/>
              <w:rPr>
                <w:rFonts w:hint="eastAsia"/>
              </w:rPr>
            </w:pPr>
            <w:r>
              <w:rPr>
                <w:sz w:val="14"/>
              </w:rPr>
              <w:t>Per controllare ruoli autorizzabili.</w:t>
            </w:r>
          </w:p>
        </w:tc>
      </w:tr>
      <w:tr w:rsidR="003D6426" w14:paraId="313D5210" w14:textId="77777777">
        <w:trPr>
          <w:jc w:val="center"/>
        </w:trPr>
        <w:tc>
          <w:tcPr>
            <w:tcW w:w="951" w:type="dxa"/>
            <w:tcMar>
              <w:top w:w="55" w:type="dxa"/>
              <w:left w:w="55" w:type="dxa"/>
              <w:bottom w:w="55" w:type="dxa"/>
              <w:right w:w="55" w:type="dxa"/>
            </w:tcMar>
          </w:tcPr>
          <w:p w14:paraId="42EDD08F" w14:textId="77777777" w:rsidR="003D6426" w:rsidRDefault="00000000">
            <w:pPr>
              <w:spacing w:after="0" w:line="240" w:lineRule="auto"/>
              <w:rPr>
                <w:rFonts w:hint="eastAsia"/>
              </w:rPr>
            </w:pPr>
            <w:r>
              <w:rPr>
                <w:sz w:val="14"/>
              </w:rPr>
              <w:t>S</w:t>
            </w:r>
          </w:p>
        </w:tc>
        <w:tc>
          <w:tcPr>
            <w:tcW w:w="3434" w:type="dxa"/>
            <w:tcMar>
              <w:top w:w="55" w:type="dxa"/>
              <w:left w:w="55" w:type="dxa"/>
              <w:bottom w:w="55" w:type="dxa"/>
              <w:right w:w="55" w:type="dxa"/>
            </w:tcMar>
          </w:tcPr>
          <w:p w14:paraId="3866C641" w14:textId="77777777" w:rsidR="003D6426" w:rsidRDefault="00000000">
            <w:pPr>
              <w:spacing w:after="0" w:line="240" w:lineRule="auto"/>
              <w:rPr>
                <w:rFonts w:hint="eastAsia"/>
              </w:rPr>
            </w:pPr>
            <w:r>
              <w:rPr>
                <w:sz w:val="14"/>
              </w:rPr>
              <w:t>Registro anomalie, near miss e azioni correttive</w:t>
            </w:r>
          </w:p>
        </w:tc>
        <w:tc>
          <w:tcPr>
            <w:tcW w:w="5707" w:type="dxa"/>
            <w:tcMar>
              <w:top w:w="55" w:type="dxa"/>
              <w:left w:w="55" w:type="dxa"/>
              <w:bottom w:w="55" w:type="dxa"/>
              <w:right w:w="55" w:type="dxa"/>
            </w:tcMar>
          </w:tcPr>
          <w:p w14:paraId="59D09051" w14:textId="77777777" w:rsidR="003D6426" w:rsidRDefault="00000000">
            <w:pPr>
              <w:spacing w:after="0" w:line="240" w:lineRule="auto"/>
              <w:rPr>
                <w:rFonts w:hint="eastAsia"/>
              </w:rPr>
            </w:pPr>
            <w:r>
              <w:rPr>
                <w:sz w:val="14"/>
              </w:rPr>
              <w:t>Per miglioramento continuo.</w:t>
            </w:r>
          </w:p>
        </w:tc>
      </w:tr>
      <w:tr w:rsidR="003D6426" w14:paraId="502C96D4" w14:textId="77777777">
        <w:trPr>
          <w:jc w:val="center"/>
        </w:trPr>
        <w:tc>
          <w:tcPr>
            <w:tcW w:w="951" w:type="dxa"/>
            <w:tcMar>
              <w:top w:w="55" w:type="dxa"/>
              <w:left w:w="55" w:type="dxa"/>
              <w:bottom w:w="55" w:type="dxa"/>
              <w:right w:w="55" w:type="dxa"/>
            </w:tcMar>
          </w:tcPr>
          <w:p w14:paraId="1881F31A" w14:textId="77777777" w:rsidR="003D6426" w:rsidRDefault="00000000">
            <w:pPr>
              <w:spacing w:after="0" w:line="240" w:lineRule="auto"/>
              <w:rPr>
                <w:rFonts w:hint="eastAsia"/>
              </w:rPr>
            </w:pPr>
            <w:r>
              <w:rPr>
                <w:sz w:val="14"/>
              </w:rPr>
              <w:t>T</w:t>
            </w:r>
          </w:p>
        </w:tc>
        <w:tc>
          <w:tcPr>
            <w:tcW w:w="3434" w:type="dxa"/>
            <w:tcMar>
              <w:top w:w="55" w:type="dxa"/>
              <w:left w:w="55" w:type="dxa"/>
              <w:bottom w:w="55" w:type="dxa"/>
              <w:right w:w="55" w:type="dxa"/>
            </w:tcMar>
          </w:tcPr>
          <w:p w14:paraId="4C57E444" w14:textId="77777777" w:rsidR="003D6426" w:rsidRDefault="00000000">
            <w:pPr>
              <w:spacing w:after="0" w:line="240" w:lineRule="auto"/>
              <w:rPr>
                <w:rFonts w:hint="eastAsia"/>
              </w:rPr>
            </w:pPr>
            <w:r>
              <w:rPr>
                <w:sz w:val="14"/>
              </w:rPr>
              <w:t>Check-list qualificazione appaltatore</w:t>
            </w:r>
          </w:p>
        </w:tc>
        <w:tc>
          <w:tcPr>
            <w:tcW w:w="5707" w:type="dxa"/>
            <w:tcMar>
              <w:top w:w="55" w:type="dxa"/>
              <w:left w:w="55" w:type="dxa"/>
              <w:bottom w:w="55" w:type="dxa"/>
              <w:right w:w="55" w:type="dxa"/>
            </w:tcMar>
          </w:tcPr>
          <w:p w14:paraId="62DCEAE7" w14:textId="77777777" w:rsidR="003D6426" w:rsidRDefault="00000000">
            <w:pPr>
              <w:spacing w:after="0" w:line="240" w:lineRule="auto"/>
              <w:rPr>
                <w:rFonts w:hint="eastAsia"/>
              </w:rPr>
            </w:pPr>
            <w:r>
              <w:rPr>
                <w:sz w:val="14"/>
              </w:rPr>
              <w:t>Per verifica preliminare imprese e autonomi.</w:t>
            </w:r>
          </w:p>
        </w:tc>
      </w:tr>
    </w:tbl>
    <w:p w14:paraId="59A326F8" w14:textId="77777777" w:rsidR="003D6426" w:rsidRDefault="00000000">
      <w:pPr>
        <w:rPr>
          <w:rFonts w:hint="eastAsia"/>
        </w:rPr>
      </w:pPr>
      <w:r>
        <w:br w:type="page"/>
      </w:r>
    </w:p>
    <w:p w14:paraId="631ADDC5" w14:textId="77777777" w:rsidR="003D6426" w:rsidRDefault="00000000">
      <w:pPr>
        <w:pStyle w:val="Titolo1"/>
      </w:pPr>
      <w:r>
        <w:t>ALLEGATO A - Registro censimento ambienti confinati e/o sospetti di inquinamento</w:t>
      </w:r>
    </w:p>
    <w:p w14:paraId="18BABB11" w14:textId="77777777" w:rsidR="003D6426" w:rsidRDefault="00000000">
      <w:pPr>
        <w:pStyle w:val="Nota"/>
        <w:rPr>
          <w:rFonts w:hint="eastAsia"/>
        </w:rPr>
      </w:pPr>
      <w:r>
        <w:t>Istruzione: il registro deve essere mantenuto aggiornato dalla funzione HSE/RSPP con il supporto dei reparti. Ogni ambiente deve essere collegato a una scheda di classificazione e, ove disponibile, a planimetria/fotografia.</w:t>
      </w:r>
    </w:p>
    <w:p w14:paraId="4EA72F40" w14:textId="77777777" w:rsidR="003D6426" w:rsidRDefault="00000000">
      <w:pPr>
        <w:pStyle w:val="TableTitle"/>
        <w:rPr>
          <w:rFonts w:hint="eastAsia"/>
        </w:rPr>
      </w:pPr>
      <w:r>
        <w:t>Registro censimento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5"/>
        <w:gridCol w:w="1153"/>
        <w:gridCol w:w="2135"/>
        <w:gridCol w:w="769"/>
        <w:gridCol w:w="1024"/>
        <w:gridCol w:w="1793"/>
        <w:gridCol w:w="854"/>
        <w:gridCol w:w="725"/>
        <w:gridCol w:w="1024"/>
      </w:tblGrid>
      <w:tr w:rsidR="003D6426" w14:paraId="69506761" w14:textId="77777777">
        <w:trPr>
          <w:tblHeader/>
          <w:jc w:val="center"/>
        </w:trPr>
        <w:tc>
          <w:tcPr>
            <w:tcW w:w="717" w:type="dxa"/>
            <w:shd w:val="clear" w:color="auto" w:fill="D9EAF7"/>
            <w:tcMar>
              <w:top w:w="55" w:type="dxa"/>
              <w:left w:w="55" w:type="dxa"/>
              <w:bottom w:w="55" w:type="dxa"/>
              <w:right w:w="55" w:type="dxa"/>
            </w:tcMar>
            <w:vAlign w:val="center"/>
          </w:tcPr>
          <w:p w14:paraId="7ECC8D4D" w14:textId="77777777" w:rsidR="003D6426" w:rsidRDefault="00000000">
            <w:pPr>
              <w:spacing w:after="0" w:line="240" w:lineRule="auto"/>
              <w:jc w:val="center"/>
              <w:rPr>
                <w:rFonts w:hint="eastAsia"/>
              </w:rPr>
            </w:pPr>
            <w:r>
              <w:rPr>
                <w:b/>
                <w:sz w:val="12"/>
              </w:rPr>
              <w:t>ID</w:t>
            </w:r>
          </w:p>
        </w:tc>
        <w:tc>
          <w:tcPr>
            <w:tcW w:w="1140" w:type="dxa"/>
            <w:shd w:val="clear" w:color="auto" w:fill="D9EAF7"/>
            <w:tcMar>
              <w:top w:w="55" w:type="dxa"/>
              <w:left w:w="55" w:type="dxa"/>
              <w:bottom w:w="55" w:type="dxa"/>
              <w:right w:w="55" w:type="dxa"/>
            </w:tcMar>
            <w:vAlign w:val="center"/>
          </w:tcPr>
          <w:p w14:paraId="0855C820" w14:textId="77777777" w:rsidR="003D6426" w:rsidRDefault="00000000">
            <w:pPr>
              <w:spacing w:after="0" w:line="240" w:lineRule="auto"/>
              <w:jc w:val="center"/>
              <w:rPr>
                <w:rFonts w:hint="eastAsia"/>
              </w:rPr>
            </w:pPr>
            <w:r>
              <w:rPr>
                <w:b/>
                <w:sz w:val="12"/>
              </w:rPr>
              <w:t>Area/reparto</w:t>
            </w:r>
          </w:p>
        </w:tc>
        <w:tc>
          <w:tcPr>
            <w:tcW w:w="2111" w:type="dxa"/>
            <w:shd w:val="clear" w:color="auto" w:fill="D9EAF7"/>
            <w:tcMar>
              <w:top w:w="55" w:type="dxa"/>
              <w:left w:w="55" w:type="dxa"/>
              <w:bottom w:w="55" w:type="dxa"/>
              <w:right w:w="55" w:type="dxa"/>
            </w:tcMar>
            <w:vAlign w:val="center"/>
          </w:tcPr>
          <w:p w14:paraId="5DEB1E8F" w14:textId="77777777" w:rsidR="003D6426" w:rsidRDefault="00000000">
            <w:pPr>
              <w:spacing w:after="0" w:line="240" w:lineRule="auto"/>
              <w:jc w:val="center"/>
              <w:rPr>
                <w:rFonts w:hint="eastAsia"/>
              </w:rPr>
            </w:pPr>
            <w:r>
              <w:rPr>
                <w:b/>
                <w:sz w:val="12"/>
              </w:rPr>
              <w:t>Descrizione ambiente</w:t>
            </w:r>
          </w:p>
        </w:tc>
        <w:tc>
          <w:tcPr>
            <w:tcW w:w="760" w:type="dxa"/>
            <w:shd w:val="clear" w:color="auto" w:fill="D9EAF7"/>
            <w:tcMar>
              <w:top w:w="55" w:type="dxa"/>
              <w:left w:w="55" w:type="dxa"/>
              <w:bottom w:w="55" w:type="dxa"/>
              <w:right w:w="55" w:type="dxa"/>
            </w:tcMar>
            <w:vAlign w:val="center"/>
          </w:tcPr>
          <w:p w14:paraId="200030DD" w14:textId="77777777" w:rsidR="003D6426" w:rsidRDefault="00000000">
            <w:pPr>
              <w:spacing w:after="0" w:line="240" w:lineRule="auto"/>
              <w:jc w:val="center"/>
              <w:rPr>
                <w:rFonts w:hint="eastAsia"/>
              </w:rPr>
            </w:pPr>
            <w:r>
              <w:rPr>
                <w:b/>
                <w:sz w:val="12"/>
              </w:rPr>
              <w:t>Classe</w:t>
            </w:r>
          </w:p>
        </w:tc>
        <w:tc>
          <w:tcPr>
            <w:tcW w:w="1013" w:type="dxa"/>
            <w:shd w:val="clear" w:color="auto" w:fill="D9EAF7"/>
            <w:tcMar>
              <w:top w:w="55" w:type="dxa"/>
              <w:left w:w="55" w:type="dxa"/>
              <w:bottom w:w="55" w:type="dxa"/>
              <w:right w:w="55" w:type="dxa"/>
            </w:tcMar>
            <w:vAlign w:val="center"/>
          </w:tcPr>
          <w:p w14:paraId="425F4AC1" w14:textId="77777777" w:rsidR="003D6426" w:rsidRDefault="00000000">
            <w:pPr>
              <w:spacing w:after="0" w:line="240" w:lineRule="auto"/>
              <w:jc w:val="center"/>
              <w:rPr>
                <w:rFonts w:hint="eastAsia"/>
              </w:rPr>
            </w:pPr>
            <w:r>
              <w:rPr>
                <w:b/>
                <w:sz w:val="12"/>
              </w:rPr>
              <w:t>Accessi</w:t>
            </w:r>
          </w:p>
        </w:tc>
        <w:tc>
          <w:tcPr>
            <w:tcW w:w="1773" w:type="dxa"/>
            <w:shd w:val="clear" w:color="auto" w:fill="D9EAF7"/>
            <w:tcMar>
              <w:top w:w="55" w:type="dxa"/>
              <w:left w:w="55" w:type="dxa"/>
              <w:bottom w:w="55" w:type="dxa"/>
              <w:right w:w="55" w:type="dxa"/>
            </w:tcMar>
            <w:vAlign w:val="center"/>
          </w:tcPr>
          <w:p w14:paraId="5CC397FE" w14:textId="77777777" w:rsidR="003D6426" w:rsidRDefault="00000000">
            <w:pPr>
              <w:spacing w:after="0" w:line="240" w:lineRule="auto"/>
              <w:jc w:val="center"/>
              <w:rPr>
                <w:rFonts w:hint="eastAsia"/>
              </w:rPr>
            </w:pPr>
            <w:r>
              <w:rPr>
                <w:b/>
                <w:sz w:val="12"/>
              </w:rPr>
              <w:t>Rischi prevalenti</w:t>
            </w:r>
          </w:p>
        </w:tc>
        <w:tc>
          <w:tcPr>
            <w:tcW w:w="844" w:type="dxa"/>
            <w:shd w:val="clear" w:color="auto" w:fill="D9EAF7"/>
            <w:tcMar>
              <w:top w:w="55" w:type="dxa"/>
              <w:left w:w="55" w:type="dxa"/>
              <w:bottom w:w="55" w:type="dxa"/>
              <w:right w:w="55" w:type="dxa"/>
            </w:tcMar>
            <w:vAlign w:val="center"/>
          </w:tcPr>
          <w:p w14:paraId="56AAC8DC" w14:textId="77777777" w:rsidR="003D6426" w:rsidRDefault="00000000">
            <w:pPr>
              <w:spacing w:after="0" w:line="240" w:lineRule="auto"/>
              <w:jc w:val="center"/>
              <w:rPr>
                <w:rFonts w:hint="eastAsia"/>
              </w:rPr>
            </w:pPr>
            <w:r>
              <w:rPr>
                <w:b/>
                <w:sz w:val="12"/>
              </w:rPr>
              <w:t>Segnaletica</w:t>
            </w:r>
          </w:p>
        </w:tc>
        <w:tc>
          <w:tcPr>
            <w:tcW w:w="717" w:type="dxa"/>
            <w:shd w:val="clear" w:color="auto" w:fill="D9EAF7"/>
            <w:tcMar>
              <w:top w:w="55" w:type="dxa"/>
              <w:left w:w="55" w:type="dxa"/>
              <w:bottom w:w="55" w:type="dxa"/>
              <w:right w:w="55" w:type="dxa"/>
            </w:tcMar>
            <w:vAlign w:val="center"/>
          </w:tcPr>
          <w:p w14:paraId="70E874BD" w14:textId="77777777" w:rsidR="003D6426" w:rsidRDefault="00000000">
            <w:pPr>
              <w:spacing w:after="0" w:line="240" w:lineRule="auto"/>
              <w:jc w:val="center"/>
              <w:rPr>
                <w:rFonts w:hint="eastAsia"/>
              </w:rPr>
            </w:pPr>
            <w:r>
              <w:rPr>
                <w:b/>
                <w:sz w:val="12"/>
              </w:rPr>
              <w:t>Scheda</w:t>
            </w:r>
          </w:p>
        </w:tc>
        <w:tc>
          <w:tcPr>
            <w:tcW w:w="1013" w:type="dxa"/>
            <w:shd w:val="clear" w:color="auto" w:fill="D9EAF7"/>
            <w:tcMar>
              <w:top w:w="55" w:type="dxa"/>
              <w:left w:w="55" w:type="dxa"/>
              <w:bottom w:w="55" w:type="dxa"/>
              <w:right w:w="55" w:type="dxa"/>
            </w:tcMar>
            <w:vAlign w:val="center"/>
          </w:tcPr>
          <w:p w14:paraId="20D3682E" w14:textId="77777777" w:rsidR="003D6426" w:rsidRDefault="00000000">
            <w:pPr>
              <w:spacing w:after="0" w:line="240" w:lineRule="auto"/>
              <w:jc w:val="center"/>
              <w:rPr>
                <w:rFonts w:hint="eastAsia"/>
              </w:rPr>
            </w:pPr>
            <w:r>
              <w:rPr>
                <w:b/>
                <w:sz w:val="12"/>
              </w:rPr>
              <w:t>Ultimo riesame</w:t>
            </w:r>
          </w:p>
        </w:tc>
      </w:tr>
      <w:tr w:rsidR="003D6426" w14:paraId="420FF205" w14:textId="77777777">
        <w:trPr>
          <w:jc w:val="center"/>
        </w:trPr>
        <w:tc>
          <w:tcPr>
            <w:tcW w:w="717" w:type="dxa"/>
            <w:tcMar>
              <w:top w:w="55" w:type="dxa"/>
              <w:left w:w="55" w:type="dxa"/>
              <w:bottom w:w="55" w:type="dxa"/>
              <w:right w:w="55" w:type="dxa"/>
            </w:tcMar>
          </w:tcPr>
          <w:p w14:paraId="4C9AD6B2" w14:textId="77777777" w:rsidR="003D6426" w:rsidRDefault="00000000">
            <w:pPr>
              <w:spacing w:after="0" w:line="240" w:lineRule="auto"/>
              <w:rPr>
                <w:rFonts w:hint="eastAsia"/>
              </w:rPr>
            </w:pPr>
            <w:r>
              <w:rPr>
                <w:sz w:val="12"/>
              </w:rPr>
              <w:t>ACSI-001</w:t>
            </w:r>
          </w:p>
        </w:tc>
        <w:tc>
          <w:tcPr>
            <w:tcW w:w="1140" w:type="dxa"/>
            <w:tcMar>
              <w:top w:w="55" w:type="dxa"/>
              <w:left w:w="55" w:type="dxa"/>
              <w:bottom w:w="55" w:type="dxa"/>
              <w:right w:w="55" w:type="dxa"/>
            </w:tcMar>
          </w:tcPr>
          <w:p w14:paraId="6B2B3810" w14:textId="77777777" w:rsidR="003D6426" w:rsidRDefault="00000000">
            <w:pPr>
              <w:spacing w:after="0" w:line="240" w:lineRule="auto"/>
              <w:rPr>
                <w:rFonts w:hint="eastAsia"/>
              </w:rPr>
            </w:pPr>
            <w:r>
              <w:rPr>
                <w:sz w:val="12"/>
              </w:rPr>
              <w:t>________</w:t>
            </w:r>
          </w:p>
        </w:tc>
        <w:tc>
          <w:tcPr>
            <w:tcW w:w="2111" w:type="dxa"/>
            <w:tcMar>
              <w:top w:w="55" w:type="dxa"/>
              <w:left w:w="55" w:type="dxa"/>
              <w:bottom w:w="55" w:type="dxa"/>
              <w:right w:w="55" w:type="dxa"/>
            </w:tcMar>
          </w:tcPr>
          <w:p w14:paraId="7412B000" w14:textId="77777777" w:rsidR="003D6426" w:rsidRDefault="00000000">
            <w:pPr>
              <w:spacing w:after="0" w:line="240" w:lineRule="auto"/>
              <w:rPr>
                <w:rFonts w:hint="eastAsia"/>
              </w:rPr>
            </w:pPr>
            <w:r>
              <w:rPr>
                <w:sz w:val="12"/>
              </w:rPr>
              <w:t>Serbatoio/vasca/pozzetto/cunicolo: __________________</w:t>
            </w:r>
          </w:p>
        </w:tc>
        <w:tc>
          <w:tcPr>
            <w:tcW w:w="760" w:type="dxa"/>
            <w:tcMar>
              <w:top w:w="55" w:type="dxa"/>
              <w:left w:w="55" w:type="dxa"/>
              <w:bottom w:w="55" w:type="dxa"/>
              <w:right w:w="55" w:type="dxa"/>
            </w:tcMar>
          </w:tcPr>
          <w:p w14:paraId="0BF6E950" w14:textId="77777777" w:rsidR="003D6426" w:rsidRDefault="00000000">
            <w:pPr>
              <w:spacing w:after="0" w:line="240" w:lineRule="auto"/>
              <w:rPr>
                <w:rFonts w:hint="eastAsia"/>
              </w:rPr>
            </w:pPr>
            <w:r>
              <w:rPr>
                <w:sz w:val="12"/>
              </w:rPr>
              <w:t>ACSI-__</w:t>
            </w:r>
          </w:p>
        </w:tc>
        <w:tc>
          <w:tcPr>
            <w:tcW w:w="1013" w:type="dxa"/>
            <w:tcMar>
              <w:top w:w="55" w:type="dxa"/>
              <w:left w:w="55" w:type="dxa"/>
              <w:bottom w:w="55" w:type="dxa"/>
              <w:right w:w="55" w:type="dxa"/>
            </w:tcMar>
          </w:tcPr>
          <w:p w14:paraId="1A61588A" w14:textId="77777777" w:rsidR="003D6426" w:rsidRDefault="00000000">
            <w:pPr>
              <w:spacing w:after="0" w:line="240" w:lineRule="auto"/>
              <w:rPr>
                <w:rFonts w:hint="eastAsia"/>
              </w:rPr>
            </w:pPr>
            <w:r>
              <w:rPr>
                <w:sz w:val="12"/>
              </w:rPr>
              <w:t>N. __ / dimensioni ____</w:t>
            </w:r>
          </w:p>
        </w:tc>
        <w:tc>
          <w:tcPr>
            <w:tcW w:w="1773" w:type="dxa"/>
            <w:tcMar>
              <w:top w:w="55" w:type="dxa"/>
              <w:left w:w="55" w:type="dxa"/>
              <w:bottom w:w="55" w:type="dxa"/>
              <w:right w:w="55" w:type="dxa"/>
            </w:tcMar>
          </w:tcPr>
          <w:p w14:paraId="238E5BA2" w14:textId="77777777" w:rsidR="003D6426" w:rsidRDefault="00000000">
            <w:pPr>
              <w:spacing w:after="0" w:line="240" w:lineRule="auto"/>
              <w:rPr>
                <w:rFonts w:hint="eastAsia"/>
              </w:rPr>
            </w:pPr>
            <w:r>
              <w:rPr>
                <w:sz w:val="12"/>
              </w:rPr>
              <w:t>O2 / tossici / LEL / intrapp. / altro</w:t>
            </w:r>
          </w:p>
        </w:tc>
        <w:tc>
          <w:tcPr>
            <w:tcW w:w="844" w:type="dxa"/>
            <w:tcMar>
              <w:top w:w="55" w:type="dxa"/>
              <w:left w:w="55" w:type="dxa"/>
              <w:bottom w:w="55" w:type="dxa"/>
              <w:right w:w="55" w:type="dxa"/>
            </w:tcMar>
          </w:tcPr>
          <w:p w14:paraId="275E23DB" w14:textId="77777777" w:rsidR="003D6426" w:rsidRDefault="00000000">
            <w:pPr>
              <w:spacing w:after="0" w:line="240" w:lineRule="auto"/>
              <w:rPr>
                <w:rFonts w:hint="eastAsia"/>
              </w:rPr>
            </w:pPr>
            <w:r>
              <w:rPr>
                <w:sz w:val="12"/>
              </w:rPr>
              <w:t>[ ] SI [ ] NO</w:t>
            </w:r>
          </w:p>
        </w:tc>
        <w:tc>
          <w:tcPr>
            <w:tcW w:w="717" w:type="dxa"/>
            <w:tcMar>
              <w:top w:w="55" w:type="dxa"/>
              <w:left w:w="55" w:type="dxa"/>
              <w:bottom w:w="55" w:type="dxa"/>
              <w:right w:w="55" w:type="dxa"/>
            </w:tcMar>
          </w:tcPr>
          <w:p w14:paraId="61923F68" w14:textId="77777777" w:rsidR="003D6426" w:rsidRDefault="00000000">
            <w:pPr>
              <w:spacing w:after="0" w:line="240" w:lineRule="auto"/>
              <w:rPr>
                <w:rFonts w:hint="eastAsia"/>
              </w:rPr>
            </w:pPr>
            <w:r>
              <w:rPr>
                <w:sz w:val="12"/>
              </w:rPr>
              <w:t>B-___</w:t>
            </w:r>
          </w:p>
        </w:tc>
        <w:tc>
          <w:tcPr>
            <w:tcW w:w="1013" w:type="dxa"/>
            <w:tcMar>
              <w:top w:w="55" w:type="dxa"/>
              <w:left w:w="55" w:type="dxa"/>
              <w:bottom w:w="55" w:type="dxa"/>
              <w:right w:w="55" w:type="dxa"/>
            </w:tcMar>
          </w:tcPr>
          <w:p w14:paraId="4297511F" w14:textId="77777777" w:rsidR="003D6426" w:rsidRDefault="00000000">
            <w:pPr>
              <w:spacing w:after="0" w:line="240" w:lineRule="auto"/>
              <w:rPr>
                <w:rFonts w:hint="eastAsia"/>
              </w:rPr>
            </w:pPr>
            <w:r>
              <w:rPr>
                <w:sz w:val="12"/>
              </w:rPr>
              <w:t>____/____/______</w:t>
            </w:r>
          </w:p>
        </w:tc>
      </w:tr>
      <w:tr w:rsidR="003D6426" w14:paraId="41A14904" w14:textId="77777777">
        <w:trPr>
          <w:jc w:val="center"/>
        </w:trPr>
        <w:tc>
          <w:tcPr>
            <w:tcW w:w="717" w:type="dxa"/>
            <w:tcMar>
              <w:top w:w="55" w:type="dxa"/>
              <w:left w:w="55" w:type="dxa"/>
              <w:bottom w:w="55" w:type="dxa"/>
              <w:right w:w="55" w:type="dxa"/>
            </w:tcMar>
          </w:tcPr>
          <w:p w14:paraId="78C488E6" w14:textId="77777777" w:rsidR="003D6426" w:rsidRDefault="00000000">
            <w:pPr>
              <w:spacing w:after="0" w:line="240" w:lineRule="auto"/>
              <w:rPr>
                <w:rFonts w:hint="eastAsia"/>
              </w:rPr>
            </w:pPr>
            <w:r>
              <w:rPr>
                <w:sz w:val="12"/>
              </w:rPr>
              <w:t>ACSI-002</w:t>
            </w:r>
          </w:p>
        </w:tc>
        <w:tc>
          <w:tcPr>
            <w:tcW w:w="1140" w:type="dxa"/>
            <w:tcMar>
              <w:top w:w="55" w:type="dxa"/>
              <w:left w:w="55" w:type="dxa"/>
              <w:bottom w:w="55" w:type="dxa"/>
              <w:right w:w="55" w:type="dxa"/>
            </w:tcMar>
          </w:tcPr>
          <w:p w14:paraId="26C4CCA7" w14:textId="77777777" w:rsidR="003D6426" w:rsidRDefault="00000000">
            <w:pPr>
              <w:spacing w:after="0" w:line="240" w:lineRule="auto"/>
              <w:rPr>
                <w:rFonts w:hint="eastAsia"/>
              </w:rPr>
            </w:pPr>
            <w:r>
              <w:rPr>
                <w:sz w:val="12"/>
              </w:rPr>
              <w:t>________</w:t>
            </w:r>
          </w:p>
        </w:tc>
        <w:tc>
          <w:tcPr>
            <w:tcW w:w="2111" w:type="dxa"/>
            <w:tcMar>
              <w:top w:w="55" w:type="dxa"/>
              <w:left w:w="55" w:type="dxa"/>
              <w:bottom w:w="55" w:type="dxa"/>
              <w:right w:w="55" w:type="dxa"/>
            </w:tcMar>
          </w:tcPr>
          <w:p w14:paraId="66EBE820" w14:textId="77777777" w:rsidR="003D6426" w:rsidRDefault="00000000">
            <w:pPr>
              <w:spacing w:after="0" w:line="240" w:lineRule="auto"/>
              <w:rPr>
                <w:rFonts w:hint="eastAsia"/>
              </w:rPr>
            </w:pPr>
            <w:r>
              <w:rPr>
                <w:sz w:val="12"/>
              </w:rPr>
              <w:t>____________________________________________</w:t>
            </w:r>
          </w:p>
        </w:tc>
        <w:tc>
          <w:tcPr>
            <w:tcW w:w="760" w:type="dxa"/>
            <w:tcMar>
              <w:top w:w="55" w:type="dxa"/>
              <w:left w:w="55" w:type="dxa"/>
              <w:bottom w:w="55" w:type="dxa"/>
              <w:right w:w="55" w:type="dxa"/>
            </w:tcMar>
          </w:tcPr>
          <w:p w14:paraId="0334FC14" w14:textId="77777777" w:rsidR="003D6426" w:rsidRDefault="00000000">
            <w:pPr>
              <w:spacing w:after="0" w:line="240" w:lineRule="auto"/>
              <w:rPr>
                <w:rFonts w:hint="eastAsia"/>
              </w:rPr>
            </w:pPr>
            <w:r>
              <w:rPr>
                <w:sz w:val="12"/>
              </w:rPr>
              <w:t>ACSI-__</w:t>
            </w:r>
          </w:p>
        </w:tc>
        <w:tc>
          <w:tcPr>
            <w:tcW w:w="1013" w:type="dxa"/>
            <w:tcMar>
              <w:top w:w="55" w:type="dxa"/>
              <w:left w:w="55" w:type="dxa"/>
              <w:bottom w:w="55" w:type="dxa"/>
              <w:right w:w="55" w:type="dxa"/>
            </w:tcMar>
          </w:tcPr>
          <w:p w14:paraId="22B746B0" w14:textId="77777777" w:rsidR="003D6426" w:rsidRDefault="00000000">
            <w:pPr>
              <w:spacing w:after="0" w:line="240" w:lineRule="auto"/>
              <w:rPr>
                <w:rFonts w:hint="eastAsia"/>
              </w:rPr>
            </w:pPr>
            <w:r>
              <w:rPr>
                <w:sz w:val="12"/>
              </w:rPr>
              <w:t>________________</w:t>
            </w:r>
          </w:p>
        </w:tc>
        <w:tc>
          <w:tcPr>
            <w:tcW w:w="1773" w:type="dxa"/>
            <w:tcMar>
              <w:top w:w="55" w:type="dxa"/>
              <w:left w:w="55" w:type="dxa"/>
              <w:bottom w:w="55" w:type="dxa"/>
              <w:right w:w="55" w:type="dxa"/>
            </w:tcMar>
          </w:tcPr>
          <w:p w14:paraId="6C1F82FD" w14:textId="77777777" w:rsidR="003D6426" w:rsidRDefault="00000000">
            <w:pPr>
              <w:spacing w:after="0" w:line="240" w:lineRule="auto"/>
              <w:rPr>
                <w:rFonts w:hint="eastAsia"/>
              </w:rPr>
            </w:pPr>
            <w:r>
              <w:rPr>
                <w:sz w:val="12"/>
              </w:rPr>
              <w:t>________________________</w:t>
            </w:r>
          </w:p>
        </w:tc>
        <w:tc>
          <w:tcPr>
            <w:tcW w:w="844" w:type="dxa"/>
            <w:tcMar>
              <w:top w:w="55" w:type="dxa"/>
              <w:left w:w="55" w:type="dxa"/>
              <w:bottom w:w="55" w:type="dxa"/>
              <w:right w:w="55" w:type="dxa"/>
            </w:tcMar>
          </w:tcPr>
          <w:p w14:paraId="0FF10578" w14:textId="77777777" w:rsidR="003D6426" w:rsidRDefault="00000000">
            <w:pPr>
              <w:spacing w:after="0" w:line="240" w:lineRule="auto"/>
              <w:rPr>
                <w:rFonts w:hint="eastAsia"/>
              </w:rPr>
            </w:pPr>
            <w:r>
              <w:rPr>
                <w:sz w:val="12"/>
              </w:rPr>
              <w:t>[ ] SI [ ] NO</w:t>
            </w:r>
          </w:p>
        </w:tc>
        <w:tc>
          <w:tcPr>
            <w:tcW w:w="717" w:type="dxa"/>
            <w:tcMar>
              <w:top w:w="55" w:type="dxa"/>
              <w:left w:w="55" w:type="dxa"/>
              <w:bottom w:w="55" w:type="dxa"/>
              <w:right w:w="55" w:type="dxa"/>
            </w:tcMar>
          </w:tcPr>
          <w:p w14:paraId="2C6B9341" w14:textId="77777777" w:rsidR="003D6426" w:rsidRDefault="00000000">
            <w:pPr>
              <w:spacing w:after="0" w:line="240" w:lineRule="auto"/>
              <w:rPr>
                <w:rFonts w:hint="eastAsia"/>
              </w:rPr>
            </w:pPr>
            <w:r>
              <w:rPr>
                <w:sz w:val="12"/>
              </w:rPr>
              <w:t>B-___</w:t>
            </w:r>
          </w:p>
        </w:tc>
        <w:tc>
          <w:tcPr>
            <w:tcW w:w="1013" w:type="dxa"/>
            <w:tcMar>
              <w:top w:w="55" w:type="dxa"/>
              <w:left w:w="55" w:type="dxa"/>
              <w:bottom w:w="55" w:type="dxa"/>
              <w:right w:w="55" w:type="dxa"/>
            </w:tcMar>
          </w:tcPr>
          <w:p w14:paraId="35FCE31B" w14:textId="77777777" w:rsidR="003D6426" w:rsidRDefault="00000000">
            <w:pPr>
              <w:spacing w:after="0" w:line="240" w:lineRule="auto"/>
              <w:rPr>
                <w:rFonts w:hint="eastAsia"/>
              </w:rPr>
            </w:pPr>
            <w:r>
              <w:rPr>
                <w:sz w:val="12"/>
              </w:rPr>
              <w:t>____/____/______</w:t>
            </w:r>
          </w:p>
        </w:tc>
      </w:tr>
      <w:tr w:rsidR="003D6426" w14:paraId="56B147D0" w14:textId="77777777">
        <w:trPr>
          <w:jc w:val="center"/>
        </w:trPr>
        <w:tc>
          <w:tcPr>
            <w:tcW w:w="717" w:type="dxa"/>
            <w:tcMar>
              <w:top w:w="55" w:type="dxa"/>
              <w:left w:w="55" w:type="dxa"/>
              <w:bottom w:w="55" w:type="dxa"/>
              <w:right w:w="55" w:type="dxa"/>
            </w:tcMar>
          </w:tcPr>
          <w:p w14:paraId="637AFFDC" w14:textId="77777777" w:rsidR="003D6426" w:rsidRDefault="00000000">
            <w:pPr>
              <w:spacing w:after="0" w:line="240" w:lineRule="auto"/>
              <w:rPr>
                <w:rFonts w:hint="eastAsia"/>
              </w:rPr>
            </w:pPr>
            <w:r>
              <w:rPr>
                <w:sz w:val="12"/>
              </w:rPr>
              <w:t>ACSI-003</w:t>
            </w:r>
          </w:p>
        </w:tc>
        <w:tc>
          <w:tcPr>
            <w:tcW w:w="1140" w:type="dxa"/>
            <w:tcMar>
              <w:top w:w="55" w:type="dxa"/>
              <w:left w:w="55" w:type="dxa"/>
              <w:bottom w:w="55" w:type="dxa"/>
              <w:right w:w="55" w:type="dxa"/>
            </w:tcMar>
          </w:tcPr>
          <w:p w14:paraId="00B679DC" w14:textId="77777777" w:rsidR="003D6426" w:rsidRDefault="00000000">
            <w:pPr>
              <w:spacing w:after="0" w:line="240" w:lineRule="auto"/>
              <w:rPr>
                <w:rFonts w:hint="eastAsia"/>
              </w:rPr>
            </w:pPr>
            <w:r>
              <w:rPr>
                <w:sz w:val="12"/>
              </w:rPr>
              <w:t>________</w:t>
            </w:r>
          </w:p>
        </w:tc>
        <w:tc>
          <w:tcPr>
            <w:tcW w:w="2111" w:type="dxa"/>
            <w:tcMar>
              <w:top w:w="55" w:type="dxa"/>
              <w:left w:w="55" w:type="dxa"/>
              <w:bottom w:w="55" w:type="dxa"/>
              <w:right w:w="55" w:type="dxa"/>
            </w:tcMar>
          </w:tcPr>
          <w:p w14:paraId="736DA5B7" w14:textId="77777777" w:rsidR="003D6426" w:rsidRDefault="00000000">
            <w:pPr>
              <w:spacing w:after="0" w:line="240" w:lineRule="auto"/>
              <w:rPr>
                <w:rFonts w:hint="eastAsia"/>
              </w:rPr>
            </w:pPr>
            <w:r>
              <w:rPr>
                <w:sz w:val="12"/>
              </w:rPr>
              <w:t>____________________________________________</w:t>
            </w:r>
          </w:p>
        </w:tc>
        <w:tc>
          <w:tcPr>
            <w:tcW w:w="760" w:type="dxa"/>
            <w:tcMar>
              <w:top w:w="55" w:type="dxa"/>
              <w:left w:w="55" w:type="dxa"/>
              <w:bottom w:w="55" w:type="dxa"/>
              <w:right w:w="55" w:type="dxa"/>
            </w:tcMar>
          </w:tcPr>
          <w:p w14:paraId="507B518B" w14:textId="77777777" w:rsidR="003D6426" w:rsidRDefault="00000000">
            <w:pPr>
              <w:spacing w:after="0" w:line="240" w:lineRule="auto"/>
              <w:rPr>
                <w:rFonts w:hint="eastAsia"/>
              </w:rPr>
            </w:pPr>
            <w:r>
              <w:rPr>
                <w:sz w:val="12"/>
              </w:rPr>
              <w:t>ACSI-__</w:t>
            </w:r>
          </w:p>
        </w:tc>
        <w:tc>
          <w:tcPr>
            <w:tcW w:w="1013" w:type="dxa"/>
            <w:tcMar>
              <w:top w:w="55" w:type="dxa"/>
              <w:left w:w="55" w:type="dxa"/>
              <w:bottom w:w="55" w:type="dxa"/>
              <w:right w:w="55" w:type="dxa"/>
            </w:tcMar>
          </w:tcPr>
          <w:p w14:paraId="25F434D0" w14:textId="77777777" w:rsidR="003D6426" w:rsidRDefault="00000000">
            <w:pPr>
              <w:spacing w:after="0" w:line="240" w:lineRule="auto"/>
              <w:rPr>
                <w:rFonts w:hint="eastAsia"/>
              </w:rPr>
            </w:pPr>
            <w:r>
              <w:rPr>
                <w:sz w:val="12"/>
              </w:rPr>
              <w:t>________________</w:t>
            </w:r>
          </w:p>
        </w:tc>
        <w:tc>
          <w:tcPr>
            <w:tcW w:w="1773" w:type="dxa"/>
            <w:tcMar>
              <w:top w:w="55" w:type="dxa"/>
              <w:left w:w="55" w:type="dxa"/>
              <w:bottom w:w="55" w:type="dxa"/>
              <w:right w:w="55" w:type="dxa"/>
            </w:tcMar>
          </w:tcPr>
          <w:p w14:paraId="249AD7F2" w14:textId="77777777" w:rsidR="003D6426" w:rsidRDefault="00000000">
            <w:pPr>
              <w:spacing w:after="0" w:line="240" w:lineRule="auto"/>
              <w:rPr>
                <w:rFonts w:hint="eastAsia"/>
              </w:rPr>
            </w:pPr>
            <w:r>
              <w:rPr>
                <w:sz w:val="12"/>
              </w:rPr>
              <w:t>________________________</w:t>
            </w:r>
          </w:p>
        </w:tc>
        <w:tc>
          <w:tcPr>
            <w:tcW w:w="844" w:type="dxa"/>
            <w:tcMar>
              <w:top w:w="55" w:type="dxa"/>
              <w:left w:w="55" w:type="dxa"/>
              <w:bottom w:w="55" w:type="dxa"/>
              <w:right w:w="55" w:type="dxa"/>
            </w:tcMar>
          </w:tcPr>
          <w:p w14:paraId="635B2439" w14:textId="77777777" w:rsidR="003D6426" w:rsidRDefault="00000000">
            <w:pPr>
              <w:spacing w:after="0" w:line="240" w:lineRule="auto"/>
              <w:rPr>
                <w:rFonts w:hint="eastAsia"/>
              </w:rPr>
            </w:pPr>
            <w:r>
              <w:rPr>
                <w:sz w:val="12"/>
              </w:rPr>
              <w:t>[ ] SI [ ] NO</w:t>
            </w:r>
          </w:p>
        </w:tc>
        <w:tc>
          <w:tcPr>
            <w:tcW w:w="717" w:type="dxa"/>
            <w:tcMar>
              <w:top w:w="55" w:type="dxa"/>
              <w:left w:w="55" w:type="dxa"/>
              <w:bottom w:w="55" w:type="dxa"/>
              <w:right w:w="55" w:type="dxa"/>
            </w:tcMar>
          </w:tcPr>
          <w:p w14:paraId="3A897939" w14:textId="77777777" w:rsidR="003D6426" w:rsidRDefault="00000000">
            <w:pPr>
              <w:spacing w:after="0" w:line="240" w:lineRule="auto"/>
              <w:rPr>
                <w:rFonts w:hint="eastAsia"/>
              </w:rPr>
            </w:pPr>
            <w:r>
              <w:rPr>
                <w:sz w:val="12"/>
              </w:rPr>
              <w:t>B-___</w:t>
            </w:r>
          </w:p>
        </w:tc>
        <w:tc>
          <w:tcPr>
            <w:tcW w:w="1013" w:type="dxa"/>
            <w:tcMar>
              <w:top w:w="55" w:type="dxa"/>
              <w:left w:w="55" w:type="dxa"/>
              <w:bottom w:w="55" w:type="dxa"/>
              <w:right w:w="55" w:type="dxa"/>
            </w:tcMar>
          </w:tcPr>
          <w:p w14:paraId="46FC435E" w14:textId="77777777" w:rsidR="003D6426" w:rsidRDefault="00000000">
            <w:pPr>
              <w:spacing w:after="0" w:line="240" w:lineRule="auto"/>
              <w:rPr>
                <w:rFonts w:hint="eastAsia"/>
              </w:rPr>
            </w:pPr>
            <w:r>
              <w:rPr>
                <w:sz w:val="12"/>
              </w:rPr>
              <w:t>____/____/______</w:t>
            </w:r>
          </w:p>
        </w:tc>
      </w:tr>
      <w:tr w:rsidR="003D6426" w14:paraId="5D4002C6" w14:textId="77777777">
        <w:trPr>
          <w:jc w:val="center"/>
        </w:trPr>
        <w:tc>
          <w:tcPr>
            <w:tcW w:w="717" w:type="dxa"/>
            <w:tcMar>
              <w:top w:w="55" w:type="dxa"/>
              <w:left w:w="55" w:type="dxa"/>
              <w:bottom w:w="55" w:type="dxa"/>
              <w:right w:w="55" w:type="dxa"/>
            </w:tcMar>
          </w:tcPr>
          <w:p w14:paraId="6A1CC828" w14:textId="77777777" w:rsidR="003D6426" w:rsidRDefault="00000000">
            <w:pPr>
              <w:spacing w:after="0" w:line="240" w:lineRule="auto"/>
              <w:rPr>
                <w:rFonts w:hint="eastAsia"/>
              </w:rPr>
            </w:pPr>
            <w:r>
              <w:rPr>
                <w:sz w:val="12"/>
              </w:rPr>
              <w:t>ACSI-004</w:t>
            </w:r>
          </w:p>
        </w:tc>
        <w:tc>
          <w:tcPr>
            <w:tcW w:w="1140" w:type="dxa"/>
            <w:tcMar>
              <w:top w:w="55" w:type="dxa"/>
              <w:left w:w="55" w:type="dxa"/>
              <w:bottom w:w="55" w:type="dxa"/>
              <w:right w:w="55" w:type="dxa"/>
            </w:tcMar>
          </w:tcPr>
          <w:p w14:paraId="6D379F50" w14:textId="77777777" w:rsidR="003D6426" w:rsidRDefault="00000000">
            <w:pPr>
              <w:spacing w:after="0" w:line="240" w:lineRule="auto"/>
              <w:rPr>
                <w:rFonts w:hint="eastAsia"/>
              </w:rPr>
            </w:pPr>
            <w:r>
              <w:rPr>
                <w:sz w:val="12"/>
              </w:rPr>
              <w:t>________</w:t>
            </w:r>
          </w:p>
        </w:tc>
        <w:tc>
          <w:tcPr>
            <w:tcW w:w="2111" w:type="dxa"/>
            <w:tcMar>
              <w:top w:w="55" w:type="dxa"/>
              <w:left w:w="55" w:type="dxa"/>
              <w:bottom w:w="55" w:type="dxa"/>
              <w:right w:w="55" w:type="dxa"/>
            </w:tcMar>
          </w:tcPr>
          <w:p w14:paraId="09E7B8C7" w14:textId="77777777" w:rsidR="003D6426" w:rsidRDefault="00000000">
            <w:pPr>
              <w:spacing w:after="0" w:line="240" w:lineRule="auto"/>
              <w:rPr>
                <w:rFonts w:hint="eastAsia"/>
              </w:rPr>
            </w:pPr>
            <w:r>
              <w:rPr>
                <w:sz w:val="12"/>
              </w:rPr>
              <w:t>____________________________________________</w:t>
            </w:r>
          </w:p>
        </w:tc>
        <w:tc>
          <w:tcPr>
            <w:tcW w:w="760" w:type="dxa"/>
            <w:tcMar>
              <w:top w:w="55" w:type="dxa"/>
              <w:left w:w="55" w:type="dxa"/>
              <w:bottom w:w="55" w:type="dxa"/>
              <w:right w:w="55" w:type="dxa"/>
            </w:tcMar>
          </w:tcPr>
          <w:p w14:paraId="19A84F63" w14:textId="77777777" w:rsidR="003D6426" w:rsidRDefault="00000000">
            <w:pPr>
              <w:spacing w:after="0" w:line="240" w:lineRule="auto"/>
              <w:rPr>
                <w:rFonts w:hint="eastAsia"/>
              </w:rPr>
            </w:pPr>
            <w:r>
              <w:rPr>
                <w:sz w:val="12"/>
              </w:rPr>
              <w:t>ACSI-__</w:t>
            </w:r>
          </w:p>
        </w:tc>
        <w:tc>
          <w:tcPr>
            <w:tcW w:w="1013" w:type="dxa"/>
            <w:tcMar>
              <w:top w:w="55" w:type="dxa"/>
              <w:left w:w="55" w:type="dxa"/>
              <w:bottom w:w="55" w:type="dxa"/>
              <w:right w:w="55" w:type="dxa"/>
            </w:tcMar>
          </w:tcPr>
          <w:p w14:paraId="68FA3911" w14:textId="77777777" w:rsidR="003D6426" w:rsidRDefault="00000000">
            <w:pPr>
              <w:spacing w:after="0" w:line="240" w:lineRule="auto"/>
              <w:rPr>
                <w:rFonts w:hint="eastAsia"/>
              </w:rPr>
            </w:pPr>
            <w:r>
              <w:rPr>
                <w:sz w:val="12"/>
              </w:rPr>
              <w:t>________________</w:t>
            </w:r>
          </w:p>
        </w:tc>
        <w:tc>
          <w:tcPr>
            <w:tcW w:w="1773" w:type="dxa"/>
            <w:tcMar>
              <w:top w:w="55" w:type="dxa"/>
              <w:left w:w="55" w:type="dxa"/>
              <w:bottom w:w="55" w:type="dxa"/>
              <w:right w:w="55" w:type="dxa"/>
            </w:tcMar>
          </w:tcPr>
          <w:p w14:paraId="626C328A" w14:textId="77777777" w:rsidR="003D6426" w:rsidRDefault="00000000">
            <w:pPr>
              <w:spacing w:after="0" w:line="240" w:lineRule="auto"/>
              <w:rPr>
                <w:rFonts w:hint="eastAsia"/>
              </w:rPr>
            </w:pPr>
            <w:r>
              <w:rPr>
                <w:sz w:val="12"/>
              </w:rPr>
              <w:t>________________________</w:t>
            </w:r>
          </w:p>
        </w:tc>
        <w:tc>
          <w:tcPr>
            <w:tcW w:w="844" w:type="dxa"/>
            <w:tcMar>
              <w:top w:w="55" w:type="dxa"/>
              <w:left w:w="55" w:type="dxa"/>
              <w:bottom w:w="55" w:type="dxa"/>
              <w:right w:w="55" w:type="dxa"/>
            </w:tcMar>
          </w:tcPr>
          <w:p w14:paraId="6BDBD184" w14:textId="77777777" w:rsidR="003D6426" w:rsidRDefault="00000000">
            <w:pPr>
              <w:spacing w:after="0" w:line="240" w:lineRule="auto"/>
              <w:rPr>
                <w:rFonts w:hint="eastAsia"/>
              </w:rPr>
            </w:pPr>
            <w:r>
              <w:rPr>
                <w:sz w:val="12"/>
              </w:rPr>
              <w:t>[ ] SI [ ] NO</w:t>
            </w:r>
          </w:p>
        </w:tc>
        <w:tc>
          <w:tcPr>
            <w:tcW w:w="717" w:type="dxa"/>
            <w:tcMar>
              <w:top w:w="55" w:type="dxa"/>
              <w:left w:w="55" w:type="dxa"/>
              <w:bottom w:w="55" w:type="dxa"/>
              <w:right w:w="55" w:type="dxa"/>
            </w:tcMar>
          </w:tcPr>
          <w:p w14:paraId="6B0198AE" w14:textId="77777777" w:rsidR="003D6426" w:rsidRDefault="00000000">
            <w:pPr>
              <w:spacing w:after="0" w:line="240" w:lineRule="auto"/>
              <w:rPr>
                <w:rFonts w:hint="eastAsia"/>
              </w:rPr>
            </w:pPr>
            <w:r>
              <w:rPr>
                <w:sz w:val="12"/>
              </w:rPr>
              <w:t>B-___</w:t>
            </w:r>
          </w:p>
        </w:tc>
        <w:tc>
          <w:tcPr>
            <w:tcW w:w="1013" w:type="dxa"/>
            <w:tcMar>
              <w:top w:w="55" w:type="dxa"/>
              <w:left w:w="55" w:type="dxa"/>
              <w:bottom w:w="55" w:type="dxa"/>
              <w:right w:w="55" w:type="dxa"/>
            </w:tcMar>
          </w:tcPr>
          <w:p w14:paraId="374B426C" w14:textId="77777777" w:rsidR="003D6426" w:rsidRDefault="00000000">
            <w:pPr>
              <w:spacing w:after="0" w:line="240" w:lineRule="auto"/>
              <w:rPr>
                <w:rFonts w:hint="eastAsia"/>
              </w:rPr>
            </w:pPr>
            <w:r>
              <w:rPr>
                <w:sz w:val="12"/>
              </w:rPr>
              <w:t>____/____/______</w:t>
            </w:r>
          </w:p>
        </w:tc>
      </w:tr>
      <w:tr w:rsidR="003D6426" w14:paraId="7559DF86" w14:textId="77777777">
        <w:trPr>
          <w:jc w:val="center"/>
        </w:trPr>
        <w:tc>
          <w:tcPr>
            <w:tcW w:w="717" w:type="dxa"/>
            <w:tcMar>
              <w:top w:w="55" w:type="dxa"/>
              <w:left w:w="55" w:type="dxa"/>
              <w:bottom w:w="55" w:type="dxa"/>
              <w:right w:w="55" w:type="dxa"/>
            </w:tcMar>
          </w:tcPr>
          <w:p w14:paraId="7BB74217" w14:textId="77777777" w:rsidR="003D6426" w:rsidRDefault="00000000">
            <w:pPr>
              <w:spacing w:after="0" w:line="240" w:lineRule="auto"/>
              <w:rPr>
                <w:rFonts w:hint="eastAsia"/>
              </w:rPr>
            </w:pPr>
            <w:r>
              <w:rPr>
                <w:sz w:val="12"/>
              </w:rPr>
              <w:t>ACSI-005</w:t>
            </w:r>
          </w:p>
        </w:tc>
        <w:tc>
          <w:tcPr>
            <w:tcW w:w="1140" w:type="dxa"/>
            <w:tcMar>
              <w:top w:w="55" w:type="dxa"/>
              <w:left w:w="55" w:type="dxa"/>
              <w:bottom w:w="55" w:type="dxa"/>
              <w:right w:w="55" w:type="dxa"/>
            </w:tcMar>
          </w:tcPr>
          <w:p w14:paraId="406F563B" w14:textId="77777777" w:rsidR="003D6426" w:rsidRDefault="00000000">
            <w:pPr>
              <w:spacing w:after="0" w:line="240" w:lineRule="auto"/>
              <w:rPr>
                <w:rFonts w:hint="eastAsia"/>
              </w:rPr>
            </w:pPr>
            <w:r>
              <w:rPr>
                <w:sz w:val="12"/>
              </w:rPr>
              <w:t>________</w:t>
            </w:r>
          </w:p>
        </w:tc>
        <w:tc>
          <w:tcPr>
            <w:tcW w:w="2111" w:type="dxa"/>
            <w:tcMar>
              <w:top w:w="55" w:type="dxa"/>
              <w:left w:w="55" w:type="dxa"/>
              <w:bottom w:w="55" w:type="dxa"/>
              <w:right w:w="55" w:type="dxa"/>
            </w:tcMar>
          </w:tcPr>
          <w:p w14:paraId="0A4BE23D" w14:textId="77777777" w:rsidR="003D6426" w:rsidRDefault="00000000">
            <w:pPr>
              <w:spacing w:after="0" w:line="240" w:lineRule="auto"/>
              <w:rPr>
                <w:rFonts w:hint="eastAsia"/>
              </w:rPr>
            </w:pPr>
            <w:r>
              <w:rPr>
                <w:sz w:val="12"/>
              </w:rPr>
              <w:t>____________________________________________</w:t>
            </w:r>
          </w:p>
        </w:tc>
        <w:tc>
          <w:tcPr>
            <w:tcW w:w="760" w:type="dxa"/>
            <w:tcMar>
              <w:top w:w="55" w:type="dxa"/>
              <w:left w:w="55" w:type="dxa"/>
              <w:bottom w:w="55" w:type="dxa"/>
              <w:right w:w="55" w:type="dxa"/>
            </w:tcMar>
          </w:tcPr>
          <w:p w14:paraId="1C32F89B" w14:textId="77777777" w:rsidR="003D6426" w:rsidRDefault="00000000">
            <w:pPr>
              <w:spacing w:after="0" w:line="240" w:lineRule="auto"/>
              <w:rPr>
                <w:rFonts w:hint="eastAsia"/>
              </w:rPr>
            </w:pPr>
            <w:r>
              <w:rPr>
                <w:sz w:val="12"/>
              </w:rPr>
              <w:t>ACSI-__</w:t>
            </w:r>
          </w:p>
        </w:tc>
        <w:tc>
          <w:tcPr>
            <w:tcW w:w="1013" w:type="dxa"/>
            <w:tcMar>
              <w:top w:w="55" w:type="dxa"/>
              <w:left w:w="55" w:type="dxa"/>
              <w:bottom w:w="55" w:type="dxa"/>
              <w:right w:w="55" w:type="dxa"/>
            </w:tcMar>
          </w:tcPr>
          <w:p w14:paraId="6A781FDB" w14:textId="77777777" w:rsidR="003D6426" w:rsidRDefault="00000000">
            <w:pPr>
              <w:spacing w:after="0" w:line="240" w:lineRule="auto"/>
              <w:rPr>
                <w:rFonts w:hint="eastAsia"/>
              </w:rPr>
            </w:pPr>
            <w:r>
              <w:rPr>
                <w:sz w:val="12"/>
              </w:rPr>
              <w:t>________________</w:t>
            </w:r>
          </w:p>
        </w:tc>
        <w:tc>
          <w:tcPr>
            <w:tcW w:w="1773" w:type="dxa"/>
            <w:tcMar>
              <w:top w:w="55" w:type="dxa"/>
              <w:left w:w="55" w:type="dxa"/>
              <w:bottom w:w="55" w:type="dxa"/>
              <w:right w:w="55" w:type="dxa"/>
            </w:tcMar>
          </w:tcPr>
          <w:p w14:paraId="1D6B14B0" w14:textId="77777777" w:rsidR="003D6426" w:rsidRDefault="00000000">
            <w:pPr>
              <w:spacing w:after="0" w:line="240" w:lineRule="auto"/>
              <w:rPr>
                <w:rFonts w:hint="eastAsia"/>
              </w:rPr>
            </w:pPr>
            <w:r>
              <w:rPr>
                <w:sz w:val="12"/>
              </w:rPr>
              <w:t>________________________</w:t>
            </w:r>
          </w:p>
        </w:tc>
        <w:tc>
          <w:tcPr>
            <w:tcW w:w="844" w:type="dxa"/>
            <w:tcMar>
              <w:top w:w="55" w:type="dxa"/>
              <w:left w:w="55" w:type="dxa"/>
              <w:bottom w:w="55" w:type="dxa"/>
              <w:right w:w="55" w:type="dxa"/>
            </w:tcMar>
          </w:tcPr>
          <w:p w14:paraId="30056EA4" w14:textId="77777777" w:rsidR="003D6426" w:rsidRDefault="00000000">
            <w:pPr>
              <w:spacing w:after="0" w:line="240" w:lineRule="auto"/>
              <w:rPr>
                <w:rFonts w:hint="eastAsia"/>
              </w:rPr>
            </w:pPr>
            <w:r>
              <w:rPr>
                <w:sz w:val="12"/>
              </w:rPr>
              <w:t>[ ] SI [ ] NO</w:t>
            </w:r>
          </w:p>
        </w:tc>
        <w:tc>
          <w:tcPr>
            <w:tcW w:w="717" w:type="dxa"/>
            <w:tcMar>
              <w:top w:w="55" w:type="dxa"/>
              <w:left w:w="55" w:type="dxa"/>
              <w:bottom w:w="55" w:type="dxa"/>
              <w:right w:w="55" w:type="dxa"/>
            </w:tcMar>
          </w:tcPr>
          <w:p w14:paraId="5B726716" w14:textId="77777777" w:rsidR="003D6426" w:rsidRDefault="00000000">
            <w:pPr>
              <w:spacing w:after="0" w:line="240" w:lineRule="auto"/>
              <w:rPr>
                <w:rFonts w:hint="eastAsia"/>
              </w:rPr>
            </w:pPr>
            <w:r>
              <w:rPr>
                <w:sz w:val="12"/>
              </w:rPr>
              <w:t>B-___</w:t>
            </w:r>
          </w:p>
        </w:tc>
        <w:tc>
          <w:tcPr>
            <w:tcW w:w="1013" w:type="dxa"/>
            <w:tcMar>
              <w:top w:w="55" w:type="dxa"/>
              <w:left w:w="55" w:type="dxa"/>
              <w:bottom w:w="55" w:type="dxa"/>
              <w:right w:w="55" w:type="dxa"/>
            </w:tcMar>
          </w:tcPr>
          <w:p w14:paraId="4EE9AB35" w14:textId="77777777" w:rsidR="003D6426" w:rsidRDefault="00000000">
            <w:pPr>
              <w:spacing w:after="0" w:line="240" w:lineRule="auto"/>
              <w:rPr>
                <w:rFonts w:hint="eastAsia"/>
              </w:rPr>
            </w:pPr>
            <w:r>
              <w:rPr>
                <w:sz w:val="12"/>
              </w:rPr>
              <w:t>____/____/______</w:t>
            </w:r>
          </w:p>
        </w:tc>
      </w:tr>
    </w:tbl>
    <w:p w14:paraId="13E11EA1" w14:textId="77777777" w:rsidR="003D6426" w:rsidRDefault="00000000">
      <w:pPr>
        <w:pStyle w:val="TableTitle"/>
        <w:rPr>
          <w:rFonts w:hint="eastAsia"/>
        </w:rPr>
      </w:pPr>
      <w:r>
        <w:t>Note di gestione registro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729BDF27" w14:textId="77777777">
        <w:trPr>
          <w:jc w:val="center"/>
        </w:trPr>
        <w:tc>
          <w:tcPr>
            <w:tcW w:w="2691" w:type="dxa"/>
            <w:shd w:val="clear" w:color="auto" w:fill="F2F2F2"/>
            <w:tcMar>
              <w:top w:w="55" w:type="dxa"/>
              <w:left w:w="55" w:type="dxa"/>
              <w:bottom w:w="55" w:type="dxa"/>
              <w:right w:w="55" w:type="dxa"/>
            </w:tcMar>
          </w:tcPr>
          <w:p w14:paraId="3E60BF36" w14:textId="77777777" w:rsidR="003D6426" w:rsidRDefault="00000000">
            <w:pPr>
              <w:spacing w:after="0" w:line="240" w:lineRule="auto"/>
              <w:rPr>
                <w:rFonts w:hint="eastAsia"/>
              </w:rPr>
            </w:pPr>
            <w:r>
              <w:rPr>
                <w:b/>
                <w:sz w:val="16"/>
              </w:rPr>
              <w:t>Criterio di aggiornamento</w:t>
            </w:r>
          </w:p>
        </w:tc>
        <w:tc>
          <w:tcPr>
            <w:tcW w:w="7401" w:type="dxa"/>
            <w:tcMar>
              <w:top w:w="55" w:type="dxa"/>
              <w:left w:w="55" w:type="dxa"/>
              <w:bottom w:w="55" w:type="dxa"/>
              <w:right w:w="55" w:type="dxa"/>
            </w:tcMar>
          </w:tcPr>
          <w:p w14:paraId="2094415A" w14:textId="77777777" w:rsidR="003D6426" w:rsidRDefault="00000000">
            <w:pPr>
              <w:spacing w:after="0" w:line="240" w:lineRule="auto"/>
              <w:rPr>
                <w:rFonts w:hint="eastAsia"/>
              </w:rPr>
            </w:pPr>
            <w:r>
              <w:rPr>
                <w:sz w:val="16"/>
              </w:rPr>
              <w:t>Il registro deve essere aggiornato in caso di modifica dell'ambiente, cambio contenuto, nuove sostanze, interventi strutturali, modifiche impiantistiche, incidente/near miss, rilievo audit, nuova attività, variazione delle procedure o riesame periodico.</w:t>
            </w:r>
          </w:p>
        </w:tc>
      </w:tr>
      <w:tr w:rsidR="003D6426" w14:paraId="0E578DDE" w14:textId="77777777">
        <w:trPr>
          <w:jc w:val="center"/>
        </w:trPr>
        <w:tc>
          <w:tcPr>
            <w:tcW w:w="2691" w:type="dxa"/>
            <w:shd w:val="clear" w:color="auto" w:fill="F2F2F2"/>
            <w:tcMar>
              <w:top w:w="55" w:type="dxa"/>
              <w:left w:w="55" w:type="dxa"/>
              <w:bottom w:w="55" w:type="dxa"/>
              <w:right w:w="55" w:type="dxa"/>
            </w:tcMar>
          </w:tcPr>
          <w:p w14:paraId="60CCC39E" w14:textId="77777777" w:rsidR="003D6426" w:rsidRDefault="00000000">
            <w:pPr>
              <w:spacing w:after="0" w:line="240" w:lineRule="auto"/>
              <w:rPr>
                <w:rFonts w:hint="eastAsia"/>
              </w:rPr>
            </w:pPr>
            <w:r>
              <w:rPr>
                <w:b/>
                <w:sz w:val="16"/>
              </w:rPr>
              <w:t>Responsabile aggiornamento</w:t>
            </w:r>
          </w:p>
        </w:tc>
        <w:tc>
          <w:tcPr>
            <w:tcW w:w="7401" w:type="dxa"/>
            <w:tcMar>
              <w:top w:w="55" w:type="dxa"/>
              <w:left w:w="55" w:type="dxa"/>
              <w:bottom w:w="55" w:type="dxa"/>
              <w:right w:w="55" w:type="dxa"/>
            </w:tcMar>
          </w:tcPr>
          <w:p w14:paraId="2A796655" w14:textId="77777777" w:rsidR="003D6426" w:rsidRDefault="00000000">
            <w:pPr>
              <w:spacing w:after="0" w:line="240" w:lineRule="auto"/>
              <w:rPr>
                <w:rFonts w:hint="eastAsia"/>
              </w:rPr>
            </w:pPr>
            <w:r>
              <w:rPr>
                <w:sz w:val="16"/>
              </w:rPr>
              <w:t>RSPP/HSE: _______________________     Reparto proprietario: _______________________     Data riesame: ____/____/______</w:t>
            </w:r>
          </w:p>
        </w:tc>
      </w:tr>
      <w:tr w:rsidR="003D6426" w14:paraId="0C4FA55B" w14:textId="77777777">
        <w:trPr>
          <w:jc w:val="center"/>
        </w:trPr>
        <w:tc>
          <w:tcPr>
            <w:tcW w:w="2691" w:type="dxa"/>
            <w:shd w:val="clear" w:color="auto" w:fill="F2F2F2"/>
            <w:tcMar>
              <w:top w:w="55" w:type="dxa"/>
              <w:left w:w="55" w:type="dxa"/>
              <w:bottom w:w="55" w:type="dxa"/>
              <w:right w:w="55" w:type="dxa"/>
            </w:tcMar>
          </w:tcPr>
          <w:p w14:paraId="4FEA3FF6" w14:textId="77777777" w:rsidR="003D6426" w:rsidRDefault="00000000">
            <w:pPr>
              <w:spacing w:after="0" w:line="240" w:lineRule="auto"/>
              <w:rPr>
                <w:rFonts w:hint="eastAsia"/>
              </w:rPr>
            </w:pPr>
            <w:r>
              <w:rPr>
                <w:b/>
                <w:sz w:val="16"/>
              </w:rPr>
              <w:t>Documenti collegati</w:t>
            </w:r>
          </w:p>
        </w:tc>
        <w:tc>
          <w:tcPr>
            <w:tcW w:w="7401" w:type="dxa"/>
            <w:tcMar>
              <w:top w:w="55" w:type="dxa"/>
              <w:left w:w="55" w:type="dxa"/>
              <w:bottom w:w="55" w:type="dxa"/>
              <w:right w:w="55" w:type="dxa"/>
            </w:tcMar>
          </w:tcPr>
          <w:p w14:paraId="68A490B0" w14:textId="77777777" w:rsidR="003D6426" w:rsidRDefault="00000000">
            <w:pPr>
              <w:spacing w:after="0" w:line="240" w:lineRule="auto"/>
              <w:rPr>
                <w:rFonts w:hint="eastAsia"/>
              </w:rPr>
            </w:pPr>
            <w:r>
              <w:rPr>
                <w:sz w:val="16"/>
              </w:rPr>
              <w:t>Planimetria n. ________     Foto n. ________     DVR sez. ________     Scheda ambiente ________</w:t>
            </w:r>
          </w:p>
        </w:tc>
      </w:tr>
    </w:tbl>
    <w:p w14:paraId="6687395F" w14:textId="77777777" w:rsidR="003D6426" w:rsidRDefault="00000000">
      <w:pPr>
        <w:rPr>
          <w:rFonts w:hint="eastAsia"/>
        </w:rPr>
      </w:pPr>
      <w:r>
        <w:br w:type="page"/>
      </w:r>
    </w:p>
    <w:p w14:paraId="6CB0DCE2" w14:textId="77777777" w:rsidR="003D6426" w:rsidRDefault="00000000">
      <w:pPr>
        <w:pStyle w:val="Titolo1"/>
      </w:pPr>
      <w:r>
        <w:t>ALLEGATO B - Scheda classificazione ambiente</w:t>
      </w:r>
    </w:p>
    <w:p w14:paraId="5816AF1B" w14:textId="77777777" w:rsidR="003D6426" w:rsidRDefault="00000000">
      <w:pPr>
        <w:pStyle w:val="TableTitle"/>
        <w:rPr>
          <w:rFonts w:hint="eastAsia"/>
        </w:rPr>
      </w:pPr>
      <w:r>
        <w:t>Anagrafica ambiente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15C065AC" w14:textId="77777777">
        <w:trPr>
          <w:jc w:val="center"/>
        </w:trPr>
        <w:tc>
          <w:tcPr>
            <w:tcW w:w="2691" w:type="dxa"/>
            <w:shd w:val="clear" w:color="auto" w:fill="F2F2F2"/>
            <w:tcMar>
              <w:top w:w="55" w:type="dxa"/>
              <w:left w:w="55" w:type="dxa"/>
              <w:bottom w:w="55" w:type="dxa"/>
              <w:right w:w="55" w:type="dxa"/>
            </w:tcMar>
          </w:tcPr>
          <w:p w14:paraId="794872F3" w14:textId="77777777" w:rsidR="003D6426" w:rsidRDefault="00000000">
            <w:pPr>
              <w:spacing w:after="0" w:line="240" w:lineRule="auto"/>
              <w:rPr>
                <w:rFonts w:hint="eastAsia"/>
              </w:rPr>
            </w:pPr>
            <w:r>
              <w:rPr>
                <w:b/>
                <w:sz w:val="16"/>
              </w:rPr>
              <w:t>ID ambiente</w:t>
            </w:r>
          </w:p>
        </w:tc>
        <w:tc>
          <w:tcPr>
            <w:tcW w:w="7401" w:type="dxa"/>
            <w:tcMar>
              <w:top w:w="55" w:type="dxa"/>
              <w:left w:w="55" w:type="dxa"/>
              <w:bottom w:w="55" w:type="dxa"/>
              <w:right w:w="55" w:type="dxa"/>
            </w:tcMar>
          </w:tcPr>
          <w:p w14:paraId="6B6ED3CE" w14:textId="77777777" w:rsidR="003D6426" w:rsidRDefault="00000000">
            <w:pPr>
              <w:spacing w:after="0" w:line="240" w:lineRule="auto"/>
              <w:rPr>
                <w:rFonts w:hint="eastAsia"/>
              </w:rPr>
            </w:pPr>
            <w:r>
              <w:rPr>
                <w:sz w:val="16"/>
              </w:rPr>
              <w:t>ACSI-________</w:t>
            </w:r>
          </w:p>
        </w:tc>
      </w:tr>
      <w:tr w:rsidR="003D6426" w14:paraId="7B64BC16" w14:textId="77777777">
        <w:trPr>
          <w:jc w:val="center"/>
        </w:trPr>
        <w:tc>
          <w:tcPr>
            <w:tcW w:w="2691" w:type="dxa"/>
            <w:shd w:val="clear" w:color="auto" w:fill="F2F2F2"/>
            <w:tcMar>
              <w:top w:w="55" w:type="dxa"/>
              <w:left w:w="55" w:type="dxa"/>
              <w:bottom w:w="55" w:type="dxa"/>
              <w:right w:w="55" w:type="dxa"/>
            </w:tcMar>
          </w:tcPr>
          <w:p w14:paraId="11093740" w14:textId="77777777" w:rsidR="003D6426" w:rsidRDefault="00000000">
            <w:pPr>
              <w:spacing w:after="0" w:line="240" w:lineRule="auto"/>
              <w:rPr>
                <w:rFonts w:hint="eastAsia"/>
              </w:rPr>
            </w:pPr>
            <w:r>
              <w:rPr>
                <w:b/>
                <w:sz w:val="16"/>
              </w:rPr>
              <w:t>Denominazione</w:t>
            </w:r>
          </w:p>
        </w:tc>
        <w:tc>
          <w:tcPr>
            <w:tcW w:w="7401" w:type="dxa"/>
            <w:tcMar>
              <w:top w:w="55" w:type="dxa"/>
              <w:left w:w="55" w:type="dxa"/>
              <w:bottom w:w="55" w:type="dxa"/>
              <w:right w:w="55" w:type="dxa"/>
            </w:tcMar>
          </w:tcPr>
          <w:p w14:paraId="29995BD5" w14:textId="77777777" w:rsidR="003D6426" w:rsidRDefault="00000000">
            <w:pPr>
              <w:spacing w:after="0" w:line="240" w:lineRule="auto"/>
              <w:rPr>
                <w:rFonts w:hint="eastAsia"/>
              </w:rPr>
            </w:pPr>
            <w:r>
              <w:rPr>
                <w:sz w:val="16"/>
              </w:rPr>
              <w:t>____________________________________________</w:t>
            </w:r>
          </w:p>
        </w:tc>
      </w:tr>
      <w:tr w:rsidR="003D6426" w14:paraId="691C3F67" w14:textId="77777777">
        <w:trPr>
          <w:jc w:val="center"/>
        </w:trPr>
        <w:tc>
          <w:tcPr>
            <w:tcW w:w="2691" w:type="dxa"/>
            <w:shd w:val="clear" w:color="auto" w:fill="F2F2F2"/>
            <w:tcMar>
              <w:top w:w="55" w:type="dxa"/>
              <w:left w:w="55" w:type="dxa"/>
              <w:bottom w:w="55" w:type="dxa"/>
              <w:right w:w="55" w:type="dxa"/>
            </w:tcMar>
          </w:tcPr>
          <w:p w14:paraId="6290A3A8" w14:textId="77777777" w:rsidR="003D6426" w:rsidRDefault="00000000">
            <w:pPr>
              <w:spacing w:after="0" w:line="240" w:lineRule="auto"/>
              <w:rPr>
                <w:rFonts w:hint="eastAsia"/>
              </w:rPr>
            </w:pPr>
            <w:r>
              <w:rPr>
                <w:b/>
                <w:sz w:val="16"/>
              </w:rPr>
              <w:t>Area/reparto/sito</w:t>
            </w:r>
          </w:p>
        </w:tc>
        <w:tc>
          <w:tcPr>
            <w:tcW w:w="7401" w:type="dxa"/>
            <w:tcMar>
              <w:top w:w="55" w:type="dxa"/>
              <w:left w:w="55" w:type="dxa"/>
              <w:bottom w:w="55" w:type="dxa"/>
              <w:right w:w="55" w:type="dxa"/>
            </w:tcMar>
          </w:tcPr>
          <w:p w14:paraId="61E3540C" w14:textId="77777777" w:rsidR="003D6426" w:rsidRDefault="00000000">
            <w:pPr>
              <w:spacing w:after="0" w:line="240" w:lineRule="auto"/>
              <w:rPr>
                <w:rFonts w:hint="eastAsia"/>
              </w:rPr>
            </w:pPr>
            <w:r>
              <w:rPr>
                <w:sz w:val="16"/>
              </w:rPr>
              <w:t>____________________________________________</w:t>
            </w:r>
          </w:p>
        </w:tc>
      </w:tr>
      <w:tr w:rsidR="003D6426" w14:paraId="36178FFB" w14:textId="77777777">
        <w:trPr>
          <w:jc w:val="center"/>
        </w:trPr>
        <w:tc>
          <w:tcPr>
            <w:tcW w:w="2691" w:type="dxa"/>
            <w:shd w:val="clear" w:color="auto" w:fill="F2F2F2"/>
            <w:tcMar>
              <w:top w:w="55" w:type="dxa"/>
              <w:left w:w="55" w:type="dxa"/>
              <w:bottom w:w="55" w:type="dxa"/>
              <w:right w:w="55" w:type="dxa"/>
            </w:tcMar>
          </w:tcPr>
          <w:p w14:paraId="7BB93399" w14:textId="77777777" w:rsidR="003D6426" w:rsidRDefault="00000000">
            <w:pPr>
              <w:spacing w:after="0" w:line="240" w:lineRule="auto"/>
              <w:rPr>
                <w:rFonts w:hint="eastAsia"/>
              </w:rPr>
            </w:pPr>
            <w:r>
              <w:rPr>
                <w:b/>
                <w:sz w:val="16"/>
              </w:rPr>
              <w:t>Proprietario interno</w:t>
            </w:r>
          </w:p>
        </w:tc>
        <w:tc>
          <w:tcPr>
            <w:tcW w:w="7401" w:type="dxa"/>
            <w:tcMar>
              <w:top w:w="55" w:type="dxa"/>
              <w:left w:w="55" w:type="dxa"/>
              <w:bottom w:w="55" w:type="dxa"/>
              <w:right w:w="55" w:type="dxa"/>
            </w:tcMar>
          </w:tcPr>
          <w:p w14:paraId="0AFD64FA" w14:textId="77777777" w:rsidR="003D6426" w:rsidRDefault="00000000">
            <w:pPr>
              <w:spacing w:after="0" w:line="240" w:lineRule="auto"/>
              <w:rPr>
                <w:rFonts w:hint="eastAsia"/>
              </w:rPr>
            </w:pPr>
            <w:r>
              <w:rPr>
                <w:sz w:val="16"/>
              </w:rPr>
              <w:t>____________________________________________</w:t>
            </w:r>
          </w:p>
        </w:tc>
      </w:tr>
      <w:tr w:rsidR="003D6426" w14:paraId="724C02EF" w14:textId="77777777">
        <w:trPr>
          <w:jc w:val="center"/>
        </w:trPr>
        <w:tc>
          <w:tcPr>
            <w:tcW w:w="2691" w:type="dxa"/>
            <w:shd w:val="clear" w:color="auto" w:fill="F2F2F2"/>
            <w:tcMar>
              <w:top w:w="55" w:type="dxa"/>
              <w:left w:w="55" w:type="dxa"/>
              <w:bottom w:w="55" w:type="dxa"/>
              <w:right w:w="55" w:type="dxa"/>
            </w:tcMar>
          </w:tcPr>
          <w:p w14:paraId="40FB5CC3" w14:textId="77777777" w:rsidR="003D6426" w:rsidRDefault="00000000">
            <w:pPr>
              <w:spacing w:after="0" w:line="240" w:lineRule="auto"/>
              <w:rPr>
                <w:rFonts w:hint="eastAsia"/>
              </w:rPr>
            </w:pPr>
            <w:r>
              <w:rPr>
                <w:b/>
                <w:sz w:val="16"/>
              </w:rPr>
              <w:t>Descrizione sintetica</w:t>
            </w:r>
          </w:p>
        </w:tc>
        <w:tc>
          <w:tcPr>
            <w:tcW w:w="7401" w:type="dxa"/>
            <w:tcMar>
              <w:top w:w="55" w:type="dxa"/>
              <w:left w:w="55" w:type="dxa"/>
              <w:bottom w:w="55" w:type="dxa"/>
              <w:right w:w="55" w:type="dxa"/>
            </w:tcMar>
          </w:tcPr>
          <w:p w14:paraId="062270BF"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2F5C21FE" w14:textId="77777777">
        <w:trPr>
          <w:jc w:val="center"/>
        </w:trPr>
        <w:tc>
          <w:tcPr>
            <w:tcW w:w="2691" w:type="dxa"/>
            <w:shd w:val="clear" w:color="auto" w:fill="F2F2F2"/>
            <w:tcMar>
              <w:top w:w="55" w:type="dxa"/>
              <w:left w:w="55" w:type="dxa"/>
              <w:bottom w:w="55" w:type="dxa"/>
              <w:right w:w="55" w:type="dxa"/>
            </w:tcMar>
          </w:tcPr>
          <w:p w14:paraId="691989D3" w14:textId="77777777" w:rsidR="003D6426" w:rsidRDefault="00000000">
            <w:pPr>
              <w:spacing w:after="0" w:line="240" w:lineRule="auto"/>
              <w:rPr>
                <w:rFonts w:hint="eastAsia"/>
              </w:rPr>
            </w:pPr>
            <w:r>
              <w:rPr>
                <w:b/>
                <w:sz w:val="16"/>
              </w:rPr>
              <w:t>Uso attuale</w:t>
            </w:r>
          </w:p>
        </w:tc>
        <w:tc>
          <w:tcPr>
            <w:tcW w:w="7401" w:type="dxa"/>
            <w:tcMar>
              <w:top w:w="55" w:type="dxa"/>
              <w:left w:w="55" w:type="dxa"/>
              <w:bottom w:w="55" w:type="dxa"/>
              <w:right w:w="55" w:type="dxa"/>
            </w:tcMar>
          </w:tcPr>
          <w:p w14:paraId="13C95F5D" w14:textId="77777777" w:rsidR="003D6426" w:rsidRDefault="00000000">
            <w:pPr>
              <w:spacing w:after="0" w:line="240" w:lineRule="auto"/>
              <w:rPr>
                <w:rFonts w:hint="eastAsia"/>
              </w:rPr>
            </w:pPr>
            <w:r>
              <w:rPr>
                <w:sz w:val="16"/>
              </w:rPr>
              <w:t>____________________________________________</w:t>
            </w:r>
          </w:p>
        </w:tc>
      </w:tr>
      <w:tr w:rsidR="003D6426" w14:paraId="3219775A" w14:textId="77777777">
        <w:trPr>
          <w:jc w:val="center"/>
        </w:trPr>
        <w:tc>
          <w:tcPr>
            <w:tcW w:w="2691" w:type="dxa"/>
            <w:shd w:val="clear" w:color="auto" w:fill="F2F2F2"/>
            <w:tcMar>
              <w:top w:w="55" w:type="dxa"/>
              <w:left w:w="55" w:type="dxa"/>
              <w:bottom w:w="55" w:type="dxa"/>
              <w:right w:w="55" w:type="dxa"/>
            </w:tcMar>
          </w:tcPr>
          <w:p w14:paraId="7C90D161" w14:textId="77777777" w:rsidR="003D6426" w:rsidRDefault="00000000">
            <w:pPr>
              <w:spacing w:after="0" w:line="240" w:lineRule="auto"/>
              <w:rPr>
                <w:rFonts w:hint="eastAsia"/>
              </w:rPr>
            </w:pPr>
            <w:r>
              <w:rPr>
                <w:b/>
                <w:sz w:val="16"/>
              </w:rPr>
              <w:t>Precedenti utilizzi/contenuti</w:t>
            </w:r>
          </w:p>
        </w:tc>
        <w:tc>
          <w:tcPr>
            <w:tcW w:w="7401" w:type="dxa"/>
            <w:tcMar>
              <w:top w:w="55" w:type="dxa"/>
              <w:left w:w="55" w:type="dxa"/>
              <w:bottom w:w="55" w:type="dxa"/>
              <w:right w:w="55" w:type="dxa"/>
            </w:tcMar>
          </w:tcPr>
          <w:p w14:paraId="5ABD7AB6"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08196BFD" w14:textId="77777777">
        <w:trPr>
          <w:jc w:val="center"/>
        </w:trPr>
        <w:tc>
          <w:tcPr>
            <w:tcW w:w="2691" w:type="dxa"/>
            <w:shd w:val="clear" w:color="auto" w:fill="F2F2F2"/>
            <w:tcMar>
              <w:top w:w="55" w:type="dxa"/>
              <w:left w:w="55" w:type="dxa"/>
              <w:bottom w:w="55" w:type="dxa"/>
              <w:right w:w="55" w:type="dxa"/>
            </w:tcMar>
          </w:tcPr>
          <w:p w14:paraId="16048C5E" w14:textId="77777777" w:rsidR="003D6426" w:rsidRDefault="00000000">
            <w:pPr>
              <w:spacing w:after="0" w:line="240" w:lineRule="auto"/>
              <w:rPr>
                <w:rFonts w:hint="eastAsia"/>
              </w:rPr>
            </w:pPr>
            <w:r>
              <w:rPr>
                <w:b/>
                <w:sz w:val="16"/>
              </w:rPr>
              <w:t>Classe assegnata</w:t>
            </w:r>
          </w:p>
        </w:tc>
        <w:tc>
          <w:tcPr>
            <w:tcW w:w="7401" w:type="dxa"/>
            <w:tcMar>
              <w:top w:w="55" w:type="dxa"/>
              <w:left w:w="55" w:type="dxa"/>
              <w:bottom w:w="55" w:type="dxa"/>
              <w:right w:w="55" w:type="dxa"/>
            </w:tcMar>
          </w:tcPr>
          <w:p w14:paraId="4789AF5D" w14:textId="77777777" w:rsidR="003D6426" w:rsidRDefault="00000000">
            <w:pPr>
              <w:spacing w:after="0" w:line="240" w:lineRule="auto"/>
              <w:rPr>
                <w:rFonts w:hint="eastAsia"/>
              </w:rPr>
            </w:pPr>
            <w:r>
              <w:rPr>
                <w:sz w:val="16"/>
              </w:rPr>
              <w:t>[ ] ACSI-1   [ ] ACSI-2   [ ] ACSI-3 assimilabile   [ ] Non ACSI con motivazione documentata</w:t>
            </w:r>
          </w:p>
        </w:tc>
      </w:tr>
      <w:tr w:rsidR="003D6426" w14:paraId="4B05444B" w14:textId="77777777">
        <w:trPr>
          <w:jc w:val="center"/>
        </w:trPr>
        <w:tc>
          <w:tcPr>
            <w:tcW w:w="2691" w:type="dxa"/>
            <w:shd w:val="clear" w:color="auto" w:fill="F2F2F2"/>
            <w:tcMar>
              <w:top w:w="55" w:type="dxa"/>
              <w:left w:w="55" w:type="dxa"/>
              <w:bottom w:w="55" w:type="dxa"/>
              <w:right w:w="55" w:type="dxa"/>
            </w:tcMar>
          </w:tcPr>
          <w:p w14:paraId="52507D49" w14:textId="77777777" w:rsidR="003D6426" w:rsidRDefault="00000000">
            <w:pPr>
              <w:spacing w:after="0" w:line="240" w:lineRule="auto"/>
              <w:rPr>
                <w:rFonts w:hint="eastAsia"/>
              </w:rPr>
            </w:pPr>
            <w:r>
              <w:rPr>
                <w:b/>
                <w:sz w:val="16"/>
              </w:rPr>
              <w:t>Motivazione classificazione</w:t>
            </w:r>
          </w:p>
        </w:tc>
        <w:tc>
          <w:tcPr>
            <w:tcW w:w="7401" w:type="dxa"/>
            <w:tcMar>
              <w:top w:w="55" w:type="dxa"/>
              <w:left w:w="55" w:type="dxa"/>
              <w:bottom w:w="55" w:type="dxa"/>
              <w:right w:w="55" w:type="dxa"/>
            </w:tcMar>
          </w:tcPr>
          <w:p w14:paraId="74E33215" w14:textId="77777777" w:rsidR="003D6426" w:rsidRDefault="00000000">
            <w:pPr>
              <w:spacing w:after="0" w:line="240" w:lineRule="auto"/>
              <w:rPr>
                <w:rFonts w:hint="eastAsia"/>
              </w:rPr>
            </w:pPr>
            <w:r>
              <w:rPr>
                <w:sz w:val="16"/>
              </w:rPr>
              <w:t>____________________________________________________________________________________________</w:t>
            </w:r>
          </w:p>
        </w:tc>
      </w:tr>
    </w:tbl>
    <w:p w14:paraId="2419C40B" w14:textId="77777777" w:rsidR="003D6426" w:rsidRDefault="00000000">
      <w:pPr>
        <w:pStyle w:val="TableTitle"/>
        <w:rPr>
          <w:rFonts w:hint="eastAsia"/>
        </w:rPr>
      </w:pPr>
      <w:r>
        <w:t>Parametri di classificazione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71"/>
        <w:gridCol w:w="5861"/>
        <w:gridCol w:w="2170"/>
      </w:tblGrid>
      <w:tr w:rsidR="003D6426" w14:paraId="08C9E0FA" w14:textId="77777777">
        <w:trPr>
          <w:tblHeader/>
          <w:jc w:val="center"/>
        </w:trPr>
        <w:tc>
          <w:tcPr>
            <w:tcW w:w="2147" w:type="dxa"/>
            <w:shd w:val="clear" w:color="auto" w:fill="D9EAF7"/>
            <w:tcMar>
              <w:top w:w="55" w:type="dxa"/>
              <w:left w:w="55" w:type="dxa"/>
              <w:bottom w:w="55" w:type="dxa"/>
              <w:right w:w="55" w:type="dxa"/>
            </w:tcMar>
            <w:vAlign w:val="center"/>
          </w:tcPr>
          <w:p w14:paraId="0B82A8D3" w14:textId="77777777" w:rsidR="003D6426" w:rsidRDefault="00000000">
            <w:pPr>
              <w:spacing w:after="0" w:line="240" w:lineRule="auto"/>
              <w:jc w:val="center"/>
              <w:rPr>
                <w:rFonts w:hint="eastAsia"/>
              </w:rPr>
            </w:pPr>
            <w:r>
              <w:rPr>
                <w:b/>
                <w:sz w:val="15"/>
              </w:rPr>
              <w:t>Parametro</w:t>
            </w:r>
          </w:p>
        </w:tc>
        <w:tc>
          <w:tcPr>
            <w:tcW w:w="5798" w:type="dxa"/>
            <w:shd w:val="clear" w:color="auto" w:fill="D9EAF7"/>
            <w:tcMar>
              <w:top w:w="55" w:type="dxa"/>
              <w:left w:w="55" w:type="dxa"/>
              <w:bottom w:w="55" w:type="dxa"/>
              <w:right w:w="55" w:type="dxa"/>
            </w:tcMar>
            <w:vAlign w:val="center"/>
          </w:tcPr>
          <w:p w14:paraId="2E935D6D" w14:textId="77777777" w:rsidR="003D6426" w:rsidRDefault="00000000">
            <w:pPr>
              <w:spacing w:after="0" w:line="240" w:lineRule="auto"/>
              <w:jc w:val="center"/>
              <w:rPr>
                <w:rFonts w:hint="eastAsia"/>
              </w:rPr>
            </w:pPr>
            <w:r>
              <w:rPr>
                <w:b/>
                <w:sz w:val="15"/>
              </w:rPr>
              <w:t>Descrizione/valore</w:t>
            </w:r>
          </w:p>
        </w:tc>
        <w:tc>
          <w:tcPr>
            <w:tcW w:w="2147" w:type="dxa"/>
            <w:shd w:val="clear" w:color="auto" w:fill="D9EAF7"/>
            <w:tcMar>
              <w:top w:w="55" w:type="dxa"/>
              <w:left w:w="55" w:type="dxa"/>
              <w:bottom w:w="55" w:type="dxa"/>
              <w:right w:w="55" w:type="dxa"/>
            </w:tcMar>
            <w:vAlign w:val="center"/>
          </w:tcPr>
          <w:p w14:paraId="6673EFF8" w14:textId="77777777" w:rsidR="003D6426" w:rsidRDefault="00000000">
            <w:pPr>
              <w:spacing w:after="0" w:line="240" w:lineRule="auto"/>
              <w:jc w:val="center"/>
              <w:rPr>
                <w:rFonts w:hint="eastAsia"/>
              </w:rPr>
            </w:pPr>
            <w:r>
              <w:rPr>
                <w:b/>
                <w:sz w:val="15"/>
              </w:rPr>
              <w:t>Criticità</w:t>
            </w:r>
          </w:p>
        </w:tc>
      </w:tr>
      <w:tr w:rsidR="003D6426" w14:paraId="3827AC44" w14:textId="77777777">
        <w:trPr>
          <w:jc w:val="center"/>
        </w:trPr>
        <w:tc>
          <w:tcPr>
            <w:tcW w:w="2147" w:type="dxa"/>
            <w:tcMar>
              <w:top w:w="55" w:type="dxa"/>
              <w:left w:w="55" w:type="dxa"/>
              <w:bottom w:w="55" w:type="dxa"/>
              <w:right w:w="55" w:type="dxa"/>
            </w:tcMar>
          </w:tcPr>
          <w:p w14:paraId="43C88F2B" w14:textId="77777777" w:rsidR="003D6426" w:rsidRDefault="00000000">
            <w:pPr>
              <w:spacing w:after="0" w:line="240" w:lineRule="auto"/>
              <w:rPr>
                <w:rFonts w:hint="eastAsia"/>
              </w:rPr>
            </w:pPr>
            <w:r>
              <w:rPr>
                <w:sz w:val="14"/>
              </w:rPr>
              <w:t>Geometria e volume</w:t>
            </w:r>
          </w:p>
        </w:tc>
        <w:tc>
          <w:tcPr>
            <w:tcW w:w="5798" w:type="dxa"/>
            <w:tcMar>
              <w:top w:w="55" w:type="dxa"/>
              <w:left w:w="55" w:type="dxa"/>
              <w:bottom w:w="55" w:type="dxa"/>
              <w:right w:w="55" w:type="dxa"/>
            </w:tcMar>
          </w:tcPr>
          <w:p w14:paraId="00292EE1" w14:textId="77777777" w:rsidR="003D6426" w:rsidRDefault="00000000">
            <w:pPr>
              <w:spacing w:after="0" w:line="240" w:lineRule="auto"/>
              <w:rPr>
                <w:rFonts w:hint="eastAsia"/>
              </w:rPr>
            </w:pPr>
            <w:r>
              <w:rPr>
                <w:sz w:val="14"/>
              </w:rPr>
              <w:t>Forma: ________  Volume stimato: ________  Sviluppo: [ ] verticale [ ] orizzontale [ ] complesso</w:t>
            </w:r>
          </w:p>
        </w:tc>
        <w:tc>
          <w:tcPr>
            <w:tcW w:w="2147" w:type="dxa"/>
            <w:tcMar>
              <w:top w:w="55" w:type="dxa"/>
              <w:left w:w="55" w:type="dxa"/>
              <w:bottom w:w="55" w:type="dxa"/>
              <w:right w:w="55" w:type="dxa"/>
            </w:tcMar>
          </w:tcPr>
          <w:p w14:paraId="46F82170" w14:textId="77777777" w:rsidR="003D6426" w:rsidRDefault="00000000">
            <w:pPr>
              <w:spacing w:after="0" w:line="240" w:lineRule="auto"/>
              <w:rPr>
                <w:rFonts w:hint="eastAsia"/>
              </w:rPr>
            </w:pPr>
            <w:r>
              <w:rPr>
                <w:sz w:val="14"/>
              </w:rPr>
              <w:t>[ ] SI [ ] NO  Note: ________</w:t>
            </w:r>
          </w:p>
        </w:tc>
      </w:tr>
      <w:tr w:rsidR="003D6426" w14:paraId="26480893" w14:textId="77777777">
        <w:trPr>
          <w:jc w:val="center"/>
        </w:trPr>
        <w:tc>
          <w:tcPr>
            <w:tcW w:w="2147" w:type="dxa"/>
            <w:tcMar>
              <w:top w:w="55" w:type="dxa"/>
              <w:left w:w="55" w:type="dxa"/>
              <w:bottom w:w="55" w:type="dxa"/>
              <w:right w:w="55" w:type="dxa"/>
            </w:tcMar>
          </w:tcPr>
          <w:p w14:paraId="6508881D" w14:textId="77777777" w:rsidR="003D6426" w:rsidRDefault="00000000">
            <w:pPr>
              <w:spacing w:after="0" w:line="240" w:lineRule="auto"/>
              <w:rPr>
                <w:rFonts w:hint="eastAsia"/>
              </w:rPr>
            </w:pPr>
            <w:r>
              <w:rPr>
                <w:sz w:val="14"/>
              </w:rPr>
              <w:t>Accessi/uscite</w:t>
            </w:r>
          </w:p>
        </w:tc>
        <w:tc>
          <w:tcPr>
            <w:tcW w:w="5798" w:type="dxa"/>
            <w:tcMar>
              <w:top w:w="55" w:type="dxa"/>
              <w:left w:w="55" w:type="dxa"/>
              <w:bottom w:w="55" w:type="dxa"/>
              <w:right w:w="55" w:type="dxa"/>
            </w:tcMar>
          </w:tcPr>
          <w:p w14:paraId="135AB175" w14:textId="77777777" w:rsidR="003D6426" w:rsidRDefault="00000000">
            <w:pPr>
              <w:spacing w:after="0" w:line="240" w:lineRule="auto"/>
              <w:rPr>
                <w:rFonts w:hint="eastAsia"/>
              </w:rPr>
            </w:pPr>
            <w:r>
              <w:rPr>
                <w:sz w:val="14"/>
              </w:rPr>
              <w:t>N. aperture: ____  Dimensioni: ________  Quota: ________  Recupero non collaborante: [ ] possibile [ ] critico</w:t>
            </w:r>
          </w:p>
        </w:tc>
        <w:tc>
          <w:tcPr>
            <w:tcW w:w="2147" w:type="dxa"/>
            <w:tcMar>
              <w:top w:w="55" w:type="dxa"/>
              <w:left w:w="55" w:type="dxa"/>
              <w:bottom w:w="55" w:type="dxa"/>
              <w:right w:w="55" w:type="dxa"/>
            </w:tcMar>
          </w:tcPr>
          <w:p w14:paraId="19567EB8" w14:textId="77777777" w:rsidR="003D6426" w:rsidRDefault="00000000">
            <w:pPr>
              <w:spacing w:after="0" w:line="240" w:lineRule="auto"/>
              <w:rPr>
                <w:rFonts w:hint="eastAsia"/>
              </w:rPr>
            </w:pPr>
            <w:r>
              <w:rPr>
                <w:sz w:val="14"/>
              </w:rPr>
              <w:t>[ ] SI [ ] NO  Note: ________</w:t>
            </w:r>
          </w:p>
        </w:tc>
      </w:tr>
      <w:tr w:rsidR="003D6426" w14:paraId="75F14B31" w14:textId="77777777">
        <w:trPr>
          <w:jc w:val="center"/>
        </w:trPr>
        <w:tc>
          <w:tcPr>
            <w:tcW w:w="2147" w:type="dxa"/>
            <w:tcMar>
              <w:top w:w="55" w:type="dxa"/>
              <w:left w:w="55" w:type="dxa"/>
              <w:bottom w:w="55" w:type="dxa"/>
              <w:right w:w="55" w:type="dxa"/>
            </w:tcMar>
          </w:tcPr>
          <w:p w14:paraId="347DBDEE" w14:textId="77777777" w:rsidR="003D6426" w:rsidRDefault="00000000">
            <w:pPr>
              <w:spacing w:after="0" w:line="240" w:lineRule="auto"/>
              <w:rPr>
                <w:rFonts w:hint="eastAsia"/>
              </w:rPr>
            </w:pPr>
            <w:r>
              <w:rPr>
                <w:sz w:val="14"/>
              </w:rPr>
              <w:t>Ventilazione naturale</w:t>
            </w:r>
          </w:p>
        </w:tc>
        <w:tc>
          <w:tcPr>
            <w:tcW w:w="5798" w:type="dxa"/>
            <w:tcMar>
              <w:top w:w="55" w:type="dxa"/>
              <w:left w:w="55" w:type="dxa"/>
              <w:bottom w:w="55" w:type="dxa"/>
              <w:right w:w="55" w:type="dxa"/>
            </w:tcMar>
          </w:tcPr>
          <w:p w14:paraId="56EC14B9" w14:textId="77777777" w:rsidR="003D6426" w:rsidRDefault="00000000">
            <w:pPr>
              <w:spacing w:after="0" w:line="240" w:lineRule="auto"/>
              <w:rPr>
                <w:rFonts w:hint="eastAsia"/>
              </w:rPr>
            </w:pPr>
            <w:r>
              <w:rPr>
                <w:sz w:val="14"/>
              </w:rPr>
              <w:t>[ ] favorevole [ ] sfavorevole [ ] non valutabile [ ] presenza zone morte/stratificazione</w:t>
            </w:r>
          </w:p>
        </w:tc>
        <w:tc>
          <w:tcPr>
            <w:tcW w:w="2147" w:type="dxa"/>
            <w:tcMar>
              <w:top w:w="55" w:type="dxa"/>
              <w:left w:w="55" w:type="dxa"/>
              <w:bottom w:w="55" w:type="dxa"/>
              <w:right w:w="55" w:type="dxa"/>
            </w:tcMar>
          </w:tcPr>
          <w:p w14:paraId="39E3DF10" w14:textId="77777777" w:rsidR="003D6426" w:rsidRDefault="00000000">
            <w:pPr>
              <w:spacing w:after="0" w:line="240" w:lineRule="auto"/>
              <w:rPr>
                <w:rFonts w:hint="eastAsia"/>
              </w:rPr>
            </w:pPr>
            <w:r>
              <w:rPr>
                <w:sz w:val="14"/>
              </w:rPr>
              <w:t>[ ] SI [ ] NO  Note: ________</w:t>
            </w:r>
          </w:p>
        </w:tc>
      </w:tr>
      <w:tr w:rsidR="003D6426" w14:paraId="401CD21A" w14:textId="77777777">
        <w:trPr>
          <w:jc w:val="center"/>
        </w:trPr>
        <w:tc>
          <w:tcPr>
            <w:tcW w:w="2147" w:type="dxa"/>
            <w:tcMar>
              <w:top w:w="55" w:type="dxa"/>
              <w:left w:w="55" w:type="dxa"/>
              <w:bottom w:w="55" w:type="dxa"/>
              <w:right w:w="55" w:type="dxa"/>
            </w:tcMar>
          </w:tcPr>
          <w:p w14:paraId="44DE8399" w14:textId="77777777" w:rsidR="003D6426" w:rsidRDefault="00000000">
            <w:pPr>
              <w:spacing w:after="0" w:line="240" w:lineRule="auto"/>
              <w:rPr>
                <w:rFonts w:hint="eastAsia"/>
              </w:rPr>
            </w:pPr>
            <w:r>
              <w:rPr>
                <w:sz w:val="14"/>
              </w:rPr>
              <w:t>Sostanze/residui</w:t>
            </w:r>
          </w:p>
        </w:tc>
        <w:tc>
          <w:tcPr>
            <w:tcW w:w="5798" w:type="dxa"/>
            <w:tcMar>
              <w:top w:w="55" w:type="dxa"/>
              <w:left w:w="55" w:type="dxa"/>
              <w:bottom w:w="55" w:type="dxa"/>
              <w:right w:w="55" w:type="dxa"/>
            </w:tcMar>
          </w:tcPr>
          <w:p w14:paraId="276B5488" w14:textId="77777777" w:rsidR="003D6426" w:rsidRDefault="00000000">
            <w:pPr>
              <w:spacing w:after="0" w:line="240" w:lineRule="auto"/>
              <w:rPr>
                <w:rFonts w:hint="eastAsia"/>
              </w:rPr>
            </w:pPr>
            <w:r>
              <w:rPr>
                <w:sz w:val="14"/>
              </w:rPr>
              <w:t>Sostanze presenti/pregresse: __________________  SDS: [ ] disponibili [ ] non disponibili</w:t>
            </w:r>
          </w:p>
        </w:tc>
        <w:tc>
          <w:tcPr>
            <w:tcW w:w="2147" w:type="dxa"/>
            <w:tcMar>
              <w:top w:w="55" w:type="dxa"/>
              <w:left w:w="55" w:type="dxa"/>
              <w:bottom w:w="55" w:type="dxa"/>
              <w:right w:w="55" w:type="dxa"/>
            </w:tcMar>
          </w:tcPr>
          <w:p w14:paraId="5B96B7FA" w14:textId="77777777" w:rsidR="003D6426" w:rsidRDefault="00000000">
            <w:pPr>
              <w:spacing w:after="0" w:line="240" w:lineRule="auto"/>
              <w:rPr>
                <w:rFonts w:hint="eastAsia"/>
              </w:rPr>
            </w:pPr>
            <w:r>
              <w:rPr>
                <w:sz w:val="14"/>
              </w:rPr>
              <w:t>[ ] SI [ ] NO  Note: ________</w:t>
            </w:r>
          </w:p>
        </w:tc>
      </w:tr>
      <w:tr w:rsidR="003D6426" w14:paraId="696FEC67" w14:textId="77777777">
        <w:trPr>
          <w:jc w:val="center"/>
        </w:trPr>
        <w:tc>
          <w:tcPr>
            <w:tcW w:w="2147" w:type="dxa"/>
            <w:tcMar>
              <w:top w:w="55" w:type="dxa"/>
              <w:left w:w="55" w:type="dxa"/>
              <w:bottom w:w="55" w:type="dxa"/>
              <w:right w:w="55" w:type="dxa"/>
            </w:tcMar>
          </w:tcPr>
          <w:p w14:paraId="2CB518F2" w14:textId="77777777" w:rsidR="003D6426" w:rsidRDefault="00000000">
            <w:pPr>
              <w:spacing w:after="0" w:line="240" w:lineRule="auto"/>
              <w:rPr>
                <w:rFonts w:hint="eastAsia"/>
              </w:rPr>
            </w:pPr>
            <w:r>
              <w:rPr>
                <w:sz w:val="14"/>
              </w:rPr>
              <w:t>Impianti collegati</w:t>
            </w:r>
          </w:p>
        </w:tc>
        <w:tc>
          <w:tcPr>
            <w:tcW w:w="5798" w:type="dxa"/>
            <w:tcMar>
              <w:top w:w="55" w:type="dxa"/>
              <w:left w:w="55" w:type="dxa"/>
              <w:bottom w:w="55" w:type="dxa"/>
              <w:right w:w="55" w:type="dxa"/>
            </w:tcMar>
          </w:tcPr>
          <w:p w14:paraId="3A8ACC2A" w14:textId="77777777" w:rsidR="003D6426" w:rsidRDefault="00000000">
            <w:pPr>
              <w:spacing w:after="0" w:line="240" w:lineRule="auto"/>
              <w:rPr>
                <w:rFonts w:hint="eastAsia"/>
              </w:rPr>
            </w:pPr>
            <w:r>
              <w:rPr>
                <w:sz w:val="14"/>
              </w:rPr>
              <w:t>Linee/valvole/scarichi/energia: ________________________________________________</w:t>
            </w:r>
          </w:p>
        </w:tc>
        <w:tc>
          <w:tcPr>
            <w:tcW w:w="2147" w:type="dxa"/>
            <w:tcMar>
              <w:top w:w="55" w:type="dxa"/>
              <w:left w:w="55" w:type="dxa"/>
              <w:bottom w:w="55" w:type="dxa"/>
              <w:right w:w="55" w:type="dxa"/>
            </w:tcMar>
          </w:tcPr>
          <w:p w14:paraId="79C72F56" w14:textId="77777777" w:rsidR="003D6426" w:rsidRDefault="00000000">
            <w:pPr>
              <w:spacing w:after="0" w:line="240" w:lineRule="auto"/>
              <w:rPr>
                <w:rFonts w:hint="eastAsia"/>
              </w:rPr>
            </w:pPr>
            <w:r>
              <w:rPr>
                <w:sz w:val="14"/>
              </w:rPr>
              <w:t>[ ] SI [ ] NO  Note: ________</w:t>
            </w:r>
          </w:p>
        </w:tc>
      </w:tr>
      <w:tr w:rsidR="003D6426" w14:paraId="033FF488" w14:textId="77777777">
        <w:trPr>
          <w:jc w:val="center"/>
        </w:trPr>
        <w:tc>
          <w:tcPr>
            <w:tcW w:w="2147" w:type="dxa"/>
            <w:tcMar>
              <w:top w:w="55" w:type="dxa"/>
              <w:left w:w="55" w:type="dxa"/>
              <w:bottom w:w="55" w:type="dxa"/>
              <w:right w:w="55" w:type="dxa"/>
            </w:tcMar>
          </w:tcPr>
          <w:p w14:paraId="05CD167F" w14:textId="77777777" w:rsidR="003D6426" w:rsidRDefault="00000000">
            <w:pPr>
              <w:spacing w:after="0" w:line="240" w:lineRule="auto"/>
              <w:rPr>
                <w:rFonts w:hint="eastAsia"/>
              </w:rPr>
            </w:pPr>
            <w:r>
              <w:rPr>
                <w:sz w:val="14"/>
              </w:rPr>
              <w:t>Rischio atmosfera</w:t>
            </w:r>
          </w:p>
        </w:tc>
        <w:tc>
          <w:tcPr>
            <w:tcW w:w="5798" w:type="dxa"/>
            <w:tcMar>
              <w:top w:w="55" w:type="dxa"/>
              <w:left w:w="55" w:type="dxa"/>
              <w:bottom w:w="55" w:type="dxa"/>
              <w:right w:w="55" w:type="dxa"/>
            </w:tcMar>
          </w:tcPr>
          <w:p w14:paraId="27E4A8E8" w14:textId="77777777" w:rsidR="003D6426" w:rsidRDefault="00000000">
            <w:pPr>
              <w:spacing w:after="0" w:line="240" w:lineRule="auto"/>
              <w:rPr>
                <w:rFonts w:hint="eastAsia"/>
              </w:rPr>
            </w:pPr>
            <w:r>
              <w:rPr>
                <w:sz w:val="14"/>
              </w:rPr>
              <w:t>[ ] O2 [ ] tossici [ ] infiammabili/LEL [ ] polveri [ ] aerosol [ ] altro: ________</w:t>
            </w:r>
          </w:p>
        </w:tc>
        <w:tc>
          <w:tcPr>
            <w:tcW w:w="2147" w:type="dxa"/>
            <w:tcMar>
              <w:top w:w="55" w:type="dxa"/>
              <w:left w:w="55" w:type="dxa"/>
              <w:bottom w:w="55" w:type="dxa"/>
              <w:right w:w="55" w:type="dxa"/>
            </w:tcMar>
          </w:tcPr>
          <w:p w14:paraId="0A308A8D" w14:textId="77777777" w:rsidR="003D6426" w:rsidRDefault="00000000">
            <w:pPr>
              <w:spacing w:after="0" w:line="240" w:lineRule="auto"/>
              <w:rPr>
                <w:rFonts w:hint="eastAsia"/>
              </w:rPr>
            </w:pPr>
            <w:r>
              <w:rPr>
                <w:sz w:val="14"/>
              </w:rPr>
              <w:t>[ ] SI [ ] NO  Note: ________</w:t>
            </w:r>
          </w:p>
        </w:tc>
      </w:tr>
      <w:tr w:rsidR="003D6426" w14:paraId="3EE8CE6E" w14:textId="77777777">
        <w:trPr>
          <w:jc w:val="center"/>
        </w:trPr>
        <w:tc>
          <w:tcPr>
            <w:tcW w:w="2147" w:type="dxa"/>
            <w:tcMar>
              <w:top w:w="55" w:type="dxa"/>
              <w:left w:w="55" w:type="dxa"/>
              <w:bottom w:w="55" w:type="dxa"/>
              <w:right w:w="55" w:type="dxa"/>
            </w:tcMar>
          </w:tcPr>
          <w:p w14:paraId="4794A673" w14:textId="77777777" w:rsidR="003D6426" w:rsidRDefault="00000000">
            <w:pPr>
              <w:spacing w:after="0" w:line="240" w:lineRule="auto"/>
              <w:rPr>
                <w:rFonts w:hint="eastAsia"/>
              </w:rPr>
            </w:pPr>
            <w:r>
              <w:rPr>
                <w:sz w:val="14"/>
              </w:rPr>
              <w:t>Rischi fisici/meccanici</w:t>
            </w:r>
          </w:p>
        </w:tc>
        <w:tc>
          <w:tcPr>
            <w:tcW w:w="5798" w:type="dxa"/>
            <w:tcMar>
              <w:top w:w="55" w:type="dxa"/>
              <w:left w:w="55" w:type="dxa"/>
              <w:bottom w:w="55" w:type="dxa"/>
              <w:right w:w="55" w:type="dxa"/>
            </w:tcMar>
          </w:tcPr>
          <w:p w14:paraId="2CC26797" w14:textId="77777777" w:rsidR="003D6426" w:rsidRDefault="00000000">
            <w:pPr>
              <w:spacing w:after="0" w:line="240" w:lineRule="auto"/>
              <w:rPr>
                <w:rFonts w:hint="eastAsia"/>
              </w:rPr>
            </w:pPr>
            <w:r>
              <w:rPr>
                <w:sz w:val="14"/>
              </w:rPr>
              <w:t>[ ] caduta [ ] organi in movimento [ ] elettrico [ ] intrappolamento [ ] annegamento [ ] microclima</w:t>
            </w:r>
          </w:p>
        </w:tc>
        <w:tc>
          <w:tcPr>
            <w:tcW w:w="2147" w:type="dxa"/>
            <w:tcMar>
              <w:top w:w="55" w:type="dxa"/>
              <w:left w:w="55" w:type="dxa"/>
              <w:bottom w:w="55" w:type="dxa"/>
              <w:right w:w="55" w:type="dxa"/>
            </w:tcMar>
          </w:tcPr>
          <w:p w14:paraId="390CE638" w14:textId="77777777" w:rsidR="003D6426" w:rsidRDefault="00000000">
            <w:pPr>
              <w:spacing w:after="0" w:line="240" w:lineRule="auto"/>
              <w:rPr>
                <w:rFonts w:hint="eastAsia"/>
              </w:rPr>
            </w:pPr>
            <w:r>
              <w:rPr>
                <w:sz w:val="14"/>
              </w:rPr>
              <w:t>[ ] SI [ ] NO  Note: ________</w:t>
            </w:r>
          </w:p>
        </w:tc>
      </w:tr>
      <w:tr w:rsidR="003D6426" w14:paraId="72C32723" w14:textId="77777777">
        <w:trPr>
          <w:jc w:val="center"/>
        </w:trPr>
        <w:tc>
          <w:tcPr>
            <w:tcW w:w="2147" w:type="dxa"/>
            <w:tcMar>
              <w:top w:w="55" w:type="dxa"/>
              <w:left w:w="55" w:type="dxa"/>
              <w:bottom w:w="55" w:type="dxa"/>
              <w:right w:w="55" w:type="dxa"/>
            </w:tcMar>
          </w:tcPr>
          <w:p w14:paraId="044434DF" w14:textId="77777777" w:rsidR="003D6426" w:rsidRDefault="00000000">
            <w:pPr>
              <w:spacing w:after="0" w:line="240" w:lineRule="auto"/>
              <w:rPr>
                <w:rFonts w:hint="eastAsia"/>
              </w:rPr>
            </w:pPr>
            <w:r>
              <w:rPr>
                <w:sz w:val="14"/>
              </w:rPr>
              <w:t>Segnaletica</w:t>
            </w:r>
          </w:p>
        </w:tc>
        <w:tc>
          <w:tcPr>
            <w:tcW w:w="5798" w:type="dxa"/>
            <w:tcMar>
              <w:top w:w="55" w:type="dxa"/>
              <w:left w:w="55" w:type="dxa"/>
              <w:bottom w:w="55" w:type="dxa"/>
              <w:right w:w="55" w:type="dxa"/>
            </w:tcMar>
          </w:tcPr>
          <w:p w14:paraId="47ACF97F" w14:textId="77777777" w:rsidR="003D6426" w:rsidRDefault="00000000">
            <w:pPr>
              <w:spacing w:after="0" w:line="240" w:lineRule="auto"/>
              <w:rPr>
                <w:rFonts w:hint="eastAsia"/>
              </w:rPr>
            </w:pPr>
            <w:r>
              <w:rPr>
                <w:sz w:val="14"/>
              </w:rPr>
              <w:t>Cartello presente: [ ] SI [ ] NO  Posizione: __________________  Stato: [ ] idoneo [ ] da sostituire</w:t>
            </w:r>
          </w:p>
        </w:tc>
        <w:tc>
          <w:tcPr>
            <w:tcW w:w="2147" w:type="dxa"/>
            <w:tcMar>
              <w:top w:w="55" w:type="dxa"/>
              <w:left w:w="55" w:type="dxa"/>
              <w:bottom w:w="55" w:type="dxa"/>
              <w:right w:w="55" w:type="dxa"/>
            </w:tcMar>
          </w:tcPr>
          <w:p w14:paraId="51EC569A" w14:textId="77777777" w:rsidR="003D6426" w:rsidRDefault="00000000">
            <w:pPr>
              <w:spacing w:after="0" w:line="240" w:lineRule="auto"/>
              <w:rPr>
                <w:rFonts w:hint="eastAsia"/>
              </w:rPr>
            </w:pPr>
            <w:r>
              <w:rPr>
                <w:sz w:val="14"/>
              </w:rPr>
              <w:t>[ ] SI [ ] NO  Note: ________</w:t>
            </w:r>
          </w:p>
        </w:tc>
      </w:tr>
      <w:tr w:rsidR="003D6426" w14:paraId="72F4C411" w14:textId="77777777">
        <w:trPr>
          <w:jc w:val="center"/>
        </w:trPr>
        <w:tc>
          <w:tcPr>
            <w:tcW w:w="2147" w:type="dxa"/>
            <w:tcMar>
              <w:top w:w="55" w:type="dxa"/>
              <w:left w:w="55" w:type="dxa"/>
              <w:bottom w:w="55" w:type="dxa"/>
              <w:right w:w="55" w:type="dxa"/>
            </w:tcMar>
          </w:tcPr>
          <w:p w14:paraId="43C157B6" w14:textId="77777777" w:rsidR="003D6426" w:rsidRDefault="00000000">
            <w:pPr>
              <w:spacing w:after="0" w:line="240" w:lineRule="auto"/>
              <w:rPr>
                <w:rFonts w:hint="eastAsia"/>
              </w:rPr>
            </w:pPr>
            <w:r>
              <w:rPr>
                <w:sz w:val="14"/>
              </w:rPr>
              <w:t>Piano salvataggio</w:t>
            </w:r>
          </w:p>
        </w:tc>
        <w:tc>
          <w:tcPr>
            <w:tcW w:w="5798" w:type="dxa"/>
            <w:tcMar>
              <w:top w:w="55" w:type="dxa"/>
              <w:left w:w="55" w:type="dxa"/>
              <w:bottom w:w="55" w:type="dxa"/>
              <w:right w:w="55" w:type="dxa"/>
            </w:tcMar>
          </w:tcPr>
          <w:p w14:paraId="6B4EAD78" w14:textId="77777777" w:rsidR="003D6426" w:rsidRDefault="00000000">
            <w:pPr>
              <w:spacing w:after="0" w:line="240" w:lineRule="auto"/>
              <w:rPr>
                <w:rFonts w:hint="eastAsia"/>
              </w:rPr>
            </w:pPr>
            <w:r>
              <w:rPr>
                <w:sz w:val="14"/>
              </w:rPr>
              <w:t>Recupero senza ingresso: [ ] sì [ ] no [ ] da valutare  Recupero con ingresso: [ ] previsto [ ] non previsto</w:t>
            </w:r>
          </w:p>
        </w:tc>
        <w:tc>
          <w:tcPr>
            <w:tcW w:w="2147" w:type="dxa"/>
            <w:tcMar>
              <w:top w:w="55" w:type="dxa"/>
              <w:left w:w="55" w:type="dxa"/>
              <w:bottom w:w="55" w:type="dxa"/>
              <w:right w:w="55" w:type="dxa"/>
            </w:tcMar>
          </w:tcPr>
          <w:p w14:paraId="4461B1F4" w14:textId="77777777" w:rsidR="003D6426" w:rsidRDefault="00000000">
            <w:pPr>
              <w:spacing w:after="0" w:line="240" w:lineRule="auto"/>
              <w:rPr>
                <w:rFonts w:hint="eastAsia"/>
              </w:rPr>
            </w:pPr>
            <w:r>
              <w:rPr>
                <w:sz w:val="14"/>
              </w:rPr>
              <w:t>[ ] SI [ ] NO  Note: ________</w:t>
            </w:r>
          </w:p>
        </w:tc>
      </w:tr>
    </w:tbl>
    <w:p w14:paraId="3312A5A1" w14:textId="77777777" w:rsidR="003D6426" w:rsidRDefault="00000000">
      <w:pPr>
        <w:pStyle w:val="TableTitle"/>
        <w:rPr>
          <w:rFonts w:hint="eastAsia"/>
        </w:rPr>
      </w:pPr>
      <w:r>
        <w:t>Esito classificazione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5AEAC109" w14:textId="77777777">
        <w:trPr>
          <w:jc w:val="center"/>
        </w:trPr>
        <w:tc>
          <w:tcPr>
            <w:tcW w:w="2691" w:type="dxa"/>
            <w:shd w:val="clear" w:color="auto" w:fill="F2F2F2"/>
            <w:tcMar>
              <w:top w:w="55" w:type="dxa"/>
              <w:left w:w="55" w:type="dxa"/>
              <w:bottom w:w="55" w:type="dxa"/>
              <w:right w:w="55" w:type="dxa"/>
            </w:tcMar>
          </w:tcPr>
          <w:p w14:paraId="6D68E93A" w14:textId="77777777" w:rsidR="003D6426" w:rsidRDefault="00000000">
            <w:pPr>
              <w:spacing w:after="0" w:line="240" w:lineRule="auto"/>
              <w:rPr>
                <w:rFonts w:hint="eastAsia"/>
              </w:rPr>
            </w:pPr>
            <w:r>
              <w:rPr>
                <w:b/>
                <w:sz w:val="16"/>
              </w:rPr>
              <w:t>Esito</w:t>
            </w:r>
          </w:p>
        </w:tc>
        <w:tc>
          <w:tcPr>
            <w:tcW w:w="7401" w:type="dxa"/>
            <w:tcMar>
              <w:top w:w="55" w:type="dxa"/>
              <w:left w:w="55" w:type="dxa"/>
              <w:bottom w:w="55" w:type="dxa"/>
              <w:right w:w="55" w:type="dxa"/>
            </w:tcMar>
          </w:tcPr>
          <w:p w14:paraId="6CC84ACE" w14:textId="77777777" w:rsidR="003D6426" w:rsidRDefault="00000000">
            <w:pPr>
              <w:spacing w:after="0" w:line="240" w:lineRule="auto"/>
              <w:rPr>
                <w:rFonts w:hint="eastAsia"/>
              </w:rPr>
            </w:pPr>
            <w:r>
              <w:rPr>
                <w:sz w:val="16"/>
              </w:rPr>
              <w:t>[ ] Ambiente censito e soggetto alla procedura  [ ] Ambiente assimilabile  [ ] Ambiente escluso con motivazione</w:t>
            </w:r>
          </w:p>
        </w:tc>
      </w:tr>
      <w:tr w:rsidR="003D6426" w14:paraId="05173AD7" w14:textId="77777777">
        <w:trPr>
          <w:jc w:val="center"/>
        </w:trPr>
        <w:tc>
          <w:tcPr>
            <w:tcW w:w="2691" w:type="dxa"/>
            <w:shd w:val="clear" w:color="auto" w:fill="F2F2F2"/>
            <w:tcMar>
              <w:top w:w="55" w:type="dxa"/>
              <w:left w:w="55" w:type="dxa"/>
              <w:bottom w:w="55" w:type="dxa"/>
              <w:right w:w="55" w:type="dxa"/>
            </w:tcMar>
          </w:tcPr>
          <w:p w14:paraId="7AFC6E60" w14:textId="77777777" w:rsidR="003D6426" w:rsidRDefault="00000000">
            <w:pPr>
              <w:spacing w:after="0" w:line="240" w:lineRule="auto"/>
              <w:rPr>
                <w:rFonts w:hint="eastAsia"/>
              </w:rPr>
            </w:pPr>
            <w:r>
              <w:rPr>
                <w:b/>
                <w:sz w:val="16"/>
              </w:rPr>
              <w:t>Misure permanenti</w:t>
            </w:r>
          </w:p>
        </w:tc>
        <w:tc>
          <w:tcPr>
            <w:tcW w:w="7401" w:type="dxa"/>
            <w:tcMar>
              <w:top w:w="55" w:type="dxa"/>
              <w:left w:w="55" w:type="dxa"/>
              <w:bottom w:w="55" w:type="dxa"/>
              <w:right w:w="55" w:type="dxa"/>
            </w:tcMar>
          </w:tcPr>
          <w:p w14:paraId="41235F99" w14:textId="77777777" w:rsidR="003D6426" w:rsidRDefault="00000000">
            <w:pPr>
              <w:spacing w:after="0" w:line="240" w:lineRule="auto"/>
              <w:rPr>
                <w:rFonts w:hint="eastAsia"/>
              </w:rPr>
            </w:pPr>
            <w:r>
              <w:rPr>
                <w:sz w:val="16"/>
              </w:rPr>
              <w:t>[ ] segnaletica  [ ] chiusura accesso  [ ] registro  [ ] planimetria  [ ] divieto accesso non autorizzato  [ ] altro: ________</w:t>
            </w:r>
          </w:p>
        </w:tc>
      </w:tr>
      <w:tr w:rsidR="003D6426" w14:paraId="5AC8E588" w14:textId="77777777">
        <w:trPr>
          <w:jc w:val="center"/>
        </w:trPr>
        <w:tc>
          <w:tcPr>
            <w:tcW w:w="2691" w:type="dxa"/>
            <w:shd w:val="clear" w:color="auto" w:fill="F2F2F2"/>
            <w:tcMar>
              <w:top w:w="55" w:type="dxa"/>
              <w:left w:w="55" w:type="dxa"/>
              <w:bottom w:w="55" w:type="dxa"/>
              <w:right w:w="55" w:type="dxa"/>
            </w:tcMar>
          </w:tcPr>
          <w:p w14:paraId="6738FDCE" w14:textId="77777777" w:rsidR="003D6426" w:rsidRDefault="00000000">
            <w:pPr>
              <w:spacing w:after="0" w:line="240" w:lineRule="auto"/>
              <w:rPr>
                <w:rFonts w:hint="eastAsia"/>
              </w:rPr>
            </w:pPr>
            <w:r>
              <w:rPr>
                <w:b/>
                <w:sz w:val="16"/>
              </w:rPr>
              <w:t>Compilato da</w:t>
            </w:r>
          </w:p>
        </w:tc>
        <w:tc>
          <w:tcPr>
            <w:tcW w:w="7401" w:type="dxa"/>
            <w:tcMar>
              <w:top w:w="55" w:type="dxa"/>
              <w:left w:w="55" w:type="dxa"/>
              <w:bottom w:w="55" w:type="dxa"/>
              <w:right w:w="55" w:type="dxa"/>
            </w:tcMar>
          </w:tcPr>
          <w:p w14:paraId="106DAE6A" w14:textId="77777777" w:rsidR="003D6426" w:rsidRDefault="00000000">
            <w:pPr>
              <w:spacing w:after="0" w:line="240" w:lineRule="auto"/>
              <w:rPr>
                <w:rFonts w:hint="eastAsia"/>
              </w:rPr>
            </w:pPr>
            <w:r>
              <w:rPr>
                <w:sz w:val="16"/>
              </w:rPr>
              <w:t>Nome: __________________  Ruolo: __________________  Data: ____/____/______  Firma: __________________</w:t>
            </w:r>
          </w:p>
        </w:tc>
      </w:tr>
      <w:tr w:rsidR="003D6426" w14:paraId="50D0ECAA" w14:textId="77777777">
        <w:trPr>
          <w:jc w:val="center"/>
        </w:trPr>
        <w:tc>
          <w:tcPr>
            <w:tcW w:w="2691" w:type="dxa"/>
            <w:shd w:val="clear" w:color="auto" w:fill="F2F2F2"/>
            <w:tcMar>
              <w:top w:w="55" w:type="dxa"/>
              <w:left w:w="55" w:type="dxa"/>
              <w:bottom w:w="55" w:type="dxa"/>
              <w:right w:w="55" w:type="dxa"/>
            </w:tcMar>
          </w:tcPr>
          <w:p w14:paraId="681A881E" w14:textId="77777777" w:rsidR="003D6426" w:rsidRDefault="00000000">
            <w:pPr>
              <w:spacing w:after="0" w:line="240" w:lineRule="auto"/>
              <w:rPr>
                <w:rFonts w:hint="eastAsia"/>
              </w:rPr>
            </w:pPr>
            <w:r>
              <w:rPr>
                <w:b/>
                <w:sz w:val="16"/>
              </w:rPr>
              <w:t>Approvato da</w:t>
            </w:r>
          </w:p>
        </w:tc>
        <w:tc>
          <w:tcPr>
            <w:tcW w:w="7401" w:type="dxa"/>
            <w:tcMar>
              <w:top w:w="55" w:type="dxa"/>
              <w:left w:w="55" w:type="dxa"/>
              <w:bottom w:w="55" w:type="dxa"/>
              <w:right w:w="55" w:type="dxa"/>
            </w:tcMar>
          </w:tcPr>
          <w:p w14:paraId="5CE4CE73" w14:textId="77777777" w:rsidR="003D6426" w:rsidRDefault="00000000">
            <w:pPr>
              <w:spacing w:after="0" w:line="240" w:lineRule="auto"/>
              <w:rPr>
                <w:rFonts w:hint="eastAsia"/>
              </w:rPr>
            </w:pPr>
            <w:r>
              <w:rPr>
                <w:sz w:val="16"/>
              </w:rPr>
              <w:t>Nome: __________________  Ruolo: __________________  Data: ____/____/______  Firma: __________________</w:t>
            </w:r>
          </w:p>
        </w:tc>
      </w:tr>
    </w:tbl>
    <w:p w14:paraId="7A141C42" w14:textId="77777777" w:rsidR="003D6426" w:rsidRDefault="00000000">
      <w:pPr>
        <w:rPr>
          <w:rFonts w:hint="eastAsia"/>
        </w:rPr>
      </w:pPr>
      <w:r>
        <w:br w:type="page"/>
      </w:r>
    </w:p>
    <w:p w14:paraId="708CFC65" w14:textId="77777777" w:rsidR="003D6426" w:rsidRDefault="00000000">
      <w:pPr>
        <w:pStyle w:val="Titolo1"/>
      </w:pPr>
      <w:r>
        <w:t>ALLEGATO C - Scheda valutazione rischi specifici per intervento</w:t>
      </w:r>
    </w:p>
    <w:p w14:paraId="6BBBA899" w14:textId="77777777" w:rsidR="003D6426" w:rsidRDefault="00000000">
      <w:pPr>
        <w:pStyle w:val="TableTitle"/>
        <w:rPr>
          <w:rFonts w:hint="eastAsia"/>
        </w:rPr>
      </w:pPr>
      <w:r>
        <w:t>Dati intervento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4D7886CD" w14:textId="77777777">
        <w:trPr>
          <w:jc w:val="center"/>
        </w:trPr>
        <w:tc>
          <w:tcPr>
            <w:tcW w:w="2691" w:type="dxa"/>
            <w:shd w:val="clear" w:color="auto" w:fill="F2F2F2"/>
            <w:tcMar>
              <w:top w:w="55" w:type="dxa"/>
              <w:left w:w="55" w:type="dxa"/>
              <w:bottom w:w="55" w:type="dxa"/>
              <w:right w:w="55" w:type="dxa"/>
            </w:tcMar>
          </w:tcPr>
          <w:p w14:paraId="193FE3CE" w14:textId="77777777" w:rsidR="003D6426" w:rsidRDefault="00000000">
            <w:pPr>
              <w:spacing w:after="0" w:line="240" w:lineRule="auto"/>
              <w:rPr>
                <w:rFonts w:hint="eastAsia"/>
              </w:rPr>
            </w:pPr>
            <w:r>
              <w:rPr>
                <w:b/>
                <w:sz w:val="16"/>
              </w:rPr>
              <w:t>Intervento n.</w:t>
            </w:r>
          </w:p>
        </w:tc>
        <w:tc>
          <w:tcPr>
            <w:tcW w:w="7401" w:type="dxa"/>
            <w:tcMar>
              <w:top w:w="55" w:type="dxa"/>
              <w:left w:w="55" w:type="dxa"/>
              <w:bottom w:w="55" w:type="dxa"/>
              <w:right w:w="55" w:type="dxa"/>
            </w:tcMar>
          </w:tcPr>
          <w:p w14:paraId="431310CE" w14:textId="77777777" w:rsidR="003D6426" w:rsidRDefault="00000000">
            <w:pPr>
              <w:spacing w:after="0" w:line="240" w:lineRule="auto"/>
              <w:rPr>
                <w:rFonts w:hint="eastAsia"/>
              </w:rPr>
            </w:pPr>
            <w:r>
              <w:rPr>
                <w:sz w:val="16"/>
              </w:rPr>
              <w:t>__________</w:t>
            </w:r>
          </w:p>
        </w:tc>
      </w:tr>
      <w:tr w:rsidR="003D6426" w14:paraId="747239E8" w14:textId="77777777">
        <w:trPr>
          <w:jc w:val="center"/>
        </w:trPr>
        <w:tc>
          <w:tcPr>
            <w:tcW w:w="2691" w:type="dxa"/>
            <w:shd w:val="clear" w:color="auto" w:fill="F2F2F2"/>
            <w:tcMar>
              <w:top w:w="55" w:type="dxa"/>
              <w:left w:w="55" w:type="dxa"/>
              <w:bottom w:w="55" w:type="dxa"/>
              <w:right w:w="55" w:type="dxa"/>
            </w:tcMar>
          </w:tcPr>
          <w:p w14:paraId="23D849C1" w14:textId="77777777" w:rsidR="003D6426" w:rsidRDefault="00000000">
            <w:pPr>
              <w:spacing w:after="0" w:line="240" w:lineRule="auto"/>
              <w:rPr>
                <w:rFonts w:hint="eastAsia"/>
              </w:rPr>
            </w:pPr>
            <w:r>
              <w:rPr>
                <w:b/>
                <w:sz w:val="16"/>
              </w:rPr>
              <w:t>Ambiente</w:t>
            </w:r>
          </w:p>
        </w:tc>
        <w:tc>
          <w:tcPr>
            <w:tcW w:w="7401" w:type="dxa"/>
            <w:tcMar>
              <w:top w:w="55" w:type="dxa"/>
              <w:left w:w="55" w:type="dxa"/>
              <w:bottom w:w="55" w:type="dxa"/>
              <w:right w:w="55" w:type="dxa"/>
            </w:tcMar>
          </w:tcPr>
          <w:p w14:paraId="3B923E71" w14:textId="77777777" w:rsidR="003D6426" w:rsidRDefault="00000000">
            <w:pPr>
              <w:spacing w:after="0" w:line="240" w:lineRule="auto"/>
              <w:rPr>
                <w:rFonts w:hint="eastAsia"/>
              </w:rPr>
            </w:pPr>
            <w:r>
              <w:rPr>
                <w:sz w:val="16"/>
              </w:rPr>
              <w:t>ID ACSI: ________  Denominazione: ________________________________</w:t>
            </w:r>
          </w:p>
        </w:tc>
      </w:tr>
      <w:tr w:rsidR="003D6426" w14:paraId="0484ED06" w14:textId="77777777">
        <w:trPr>
          <w:jc w:val="center"/>
        </w:trPr>
        <w:tc>
          <w:tcPr>
            <w:tcW w:w="2691" w:type="dxa"/>
            <w:shd w:val="clear" w:color="auto" w:fill="F2F2F2"/>
            <w:tcMar>
              <w:top w:w="55" w:type="dxa"/>
              <w:left w:w="55" w:type="dxa"/>
              <w:bottom w:w="55" w:type="dxa"/>
              <w:right w:w="55" w:type="dxa"/>
            </w:tcMar>
          </w:tcPr>
          <w:p w14:paraId="5D2476B6" w14:textId="77777777" w:rsidR="003D6426" w:rsidRDefault="00000000">
            <w:pPr>
              <w:spacing w:after="0" w:line="240" w:lineRule="auto"/>
              <w:rPr>
                <w:rFonts w:hint="eastAsia"/>
              </w:rPr>
            </w:pPr>
            <w:r>
              <w:rPr>
                <w:b/>
                <w:sz w:val="16"/>
              </w:rPr>
              <w:t>Descrizione attività</w:t>
            </w:r>
          </w:p>
        </w:tc>
        <w:tc>
          <w:tcPr>
            <w:tcW w:w="7401" w:type="dxa"/>
            <w:tcMar>
              <w:top w:w="55" w:type="dxa"/>
              <w:left w:w="55" w:type="dxa"/>
              <w:bottom w:w="55" w:type="dxa"/>
              <w:right w:w="55" w:type="dxa"/>
            </w:tcMar>
          </w:tcPr>
          <w:p w14:paraId="5AEB00A7"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06198001" w14:textId="77777777">
        <w:trPr>
          <w:jc w:val="center"/>
        </w:trPr>
        <w:tc>
          <w:tcPr>
            <w:tcW w:w="2691" w:type="dxa"/>
            <w:shd w:val="clear" w:color="auto" w:fill="F2F2F2"/>
            <w:tcMar>
              <w:top w:w="55" w:type="dxa"/>
              <w:left w:w="55" w:type="dxa"/>
              <w:bottom w:w="55" w:type="dxa"/>
              <w:right w:w="55" w:type="dxa"/>
            </w:tcMar>
          </w:tcPr>
          <w:p w14:paraId="7A85B74C" w14:textId="77777777" w:rsidR="003D6426" w:rsidRDefault="00000000">
            <w:pPr>
              <w:spacing w:after="0" w:line="240" w:lineRule="auto"/>
              <w:rPr>
                <w:rFonts w:hint="eastAsia"/>
              </w:rPr>
            </w:pPr>
            <w:r>
              <w:rPr>
                <w:b/>
                <w:sz w:val="16"/>
              </w:rPr>
              <w:t>Motivo ingresso</w:t>
            </w:r>
          </w:p>
        </w:tc>
        <w:tc>
          <w:tcPr>
            <w:tcW w:w="7401" w:type="dxa"/>
            <w:tcMar>
              <w:top w:w="55" w:type="dxa"/>
              <w:left w:w="55" w:type="dxa"/>
              <w:bottom w:w="55" w:type="dxa"/>
              <w:right w:w="55" w:type="dxa"/>
            </w:tcMar>
          </w:tcPr>
          <w:p w14:paraId="76D5E0AF"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079058A1" w14:textId="77777777">
        <w:trPr>
          <w:jc w:val="center"/>
        </w:trPr>
        <w:tc>
          <w:tcPr>
            <w:tcW w:w="2691" w:type="dxa"/>
            <w:shd w:val="clear" w:color="auto" w:fill="F2F2F2"/>
            <w:tcMar>
              <w:top w:w="55" w:type="dxa"/>
              <w:left w:w="55" w:type="dxa"/>
              <w:bottom w:w="55" w:type="dxa"/>
              <w:right w:w="55" w:type="dxa"/>
            </w:tcMar>
          </w:tcPr>
          <w:p w14:paraId="1B506588" w14:textId="77777777" w:rsidR="003D6426" w:rsidRDefault="00000000">
            <w:pPr>
              <w:spacing w:after="0" w:line="240" w:lineRule="auto"/>
              <w:rPr>
                <w:rFonts w:hint="eastAsia"/>
              </w:rPr>
            </w:pPr>
            <w:r>
              <w:rPr>
                <w:b/>
                <w:sz w:val="16"/>
              </w:rPr>
              <w:t>Ingresso evitabile?</w:t>
            </w:r>
          </w:p>
        </w:tc>
        <w:tc>
          <w:tcPr>
            <w:tcW w:w="7401" w:type="dxa"/>
            <w:tcMar>
              <w:top w:w="55" w:type="dxa"/>
              <w:left w:w="55" w:type="dxa"/>
              <w:bottom w:w="55" w:type="dxa"/>
              <w:right w:w="55" w:type="dxa"/>
            </w:tcMar>
          </w:tcPr>
          <w:p w14:paraId="7653CA99" w14:textId="77777777" w:rsidR="003D6426" w:rsidRDefault="00000000">
            <w:pPr>
              <w:spacing w:after="0" w:line="240" w:lineRule="auto"/>
              <w:rPr>
                <w:rFonts w:hint="eastAsia"/>
              </w:rPr>
            </w:pPr>
            <w:r>
              <w:rPr>
                <w:sz w:val="16"/>
              </w:rPr>
              <w:t>[ ] SI - descrivere soluzione alternativa: __________________________   [ ] NO - motivazione: __________________________</w:t>
            </w:r>
          </w:p>
        </w:tc>
      </w:tr>
      <w:tr w:rsidR="003D6426" w14:paraId="5C723457" w14:textId="77777777">
        <w:trPr>
          <w:jc w:val="center"/>
        </w:trPr>
        <w:tc>
          <w:tcPr>
            <w:tcW w:w="2691" w:type="dxa"/>
            <w:shd w:val="clear" w:color="auto" w:fill="F2F2F2"/>
            <w:tcMar>
              <w:top w:w="55" w:type="dxa"/>
              <w:left w:w="55" w:type="dxa"/>
              <w:bottom w:w="55" w:type="dxa"/>
              <w:right w:w="55" w:type="dxa"/>
            </w:tcMar>
          </w:tcPr>
          <w:p w14:paraId="47A4D481" w14:textId="77777777" w:rsidR="003D6426" w:rsidRDefault="00000000">
            <w:pPr>
              <w:spacing w:after="0" w:line="240" w:lineRule="auto"/>
              <w:rPr>
                <w:rFonts w:hint="eastAsia"/>
              </w:rPr>
            </w:pPr>
            <w:r>
              <w:rPr>
                <w:b/>
                <w:sz w:val="16"/>
              </w:rPr>
              <w:t>Data/turno</w:t>
            </w:r>
          </w:p>
        </w:tc>
        <w:tc>
          <w:tcPr>
            <w:tcW w:w="7401" w:type="dxa"/>
            <w:tcMar>
              <w:top w:w="55" w:type="dxa"/>
              <w:left w:w="55" w:type="dxa"/>
              <w:bottom w:w="55" w:type="dxa"/>
              <w:right w:w="55" w:type="dxa"/>
            </w:tcMar>
          </w:tcPr>
          <w:p w14:paraId="197945A9" w14:textId="77777777" w:rsidR="003D6426" w:rsidRDefault="00000000">
            <w:pPr>
              <w:spacing w:after="0" w:line="240" w:lineRule="auto"/>
              <w:rPr>
                <w:rFonts w:hint="eastAsia"/>
              </w:rPr>
            </w:pPr>
            <w:r>
              <w:rPr>
                <w:sz w:val="16"/>
              </w:rPr>
              <w:t>____/____/______ dalle ore ____:____ alle ore ____:____</w:t>
            </w:r>
          </w:p>
        </w:tc>
      </w:tr>
      <w:tr w:rsidR="003D6426" w14:paraId="4D21F802" w14:textId="77777777">
        <w:trPr>
          <w:jc w:val="center"/>
        </w:trPr>
        <w:tc>
          <w:tcPr>
            <w:tcW w:w="2691" w:type="dxa"/>
            <w:shd w:val="clear" w:color="auto" w:fill="F2F2F2"/>
            <w:tcMar>
              <w:top w:w="55" w:type="dxa"/>
              <w:left w:w="55" w:type="dxa"/>
              <w:bottom w:w="55" w:type="dxa"/>
              <w:right w:w="55" w:type="dxa"/>
            </w:tcMar>
          </w:tcPr>
          <w:p w14:paraId="244EE68B" w14:textId="77777777" w:rsidR="003D6426" w:rsidRDefault="00000000">
            <w:pPr>
              <w:spacing w:after="0" w:line="240" w:lineRule="auto"/>
              <w:rPr>
                <w:rFonts w:hint="eastAsia"/>
              </w:rPr>
            </w:pPr>
            <w:r>
              <w:rPr>
                <w:b/>
                <w:sz w:val="16"/>
              </w:rPr>
              <w:t>Imprese coinvolte</w:t>
            </w:r>
          </w:p>
        </w:tc>
        <w:tc>
          <w:tcPr>
            <w:tcW w:w="7401" w:type="dxa"/>
            <w:tcMar>
              <w:top w:w="55" w:type="dxa"/>
              <w:left w:w="55" w:type="dxa"/>
              <w:bottom w:w="55" w:type="dxa"/>
              <w:right w:w="55" w:type="dxa"/>
            </w:tcMar>
          </w:tcPr>
          <w:p w14:paraId="01EF1C6B" w14:textId="77777777" w:rsidR="003D6426" w:rsidRDefault="00000000">
            <w:pPr>
              <w:spacing w:after="0" w:line="240" w:lineRule="auto"/>
              <w:rPr>
                <w:rFonts w:hint="eastAsia"/>
              </w:rPr>
            </w:pPr>
            <w:r>
              <w:rPr>
                <w:sz w:val="16"/>
              </w:rPr>
              <w:t>[ ] personale interno  [ ] appaltatore: __________________  [ ] lavoratore autonomo: __________________</w:t>
            </w:r>
          </w:p>
        </w:tc>
      </w:tr>
    </w:tbl>
    <w:p w14:paraId="2B3434FB" w14:textId="77777777" w:rsidR="003D6426" w:rsidRDefault="00000000">
      <w:pPr>
        <w:pStyle w:val="TableTitle"/>
        <w:rPr>
          <w:rFonts w:hint="eastAsia"/>
        </w:rPr>
      </w:pPr>
      <w:r>
        <w:t>Analisi pericoli e misure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46"/>
        <w:gridCol w:w="2255"/>
        <w:gridCol w:w="5101"/>
      </w:tblGrid>
      <w:tr w:rsidR="003D6426" w14:paraId="41E03918" w14:textId="77777777">
        <w:trPr>
          <w:tblHeader/>
          <w:jc w:val="center"/>
        </w:trPr>
        <w:tc>
          <w:tcPr>
            <w:tcW w:w="2815" w:type="dxa"/>
            <w:shd w:val="clear" w:color="auto" w:fill="D9EAF7"/>
            <w:tcMar>
              <w:top w:w="55" w:type="dxa"/>
              <w:left w:w="55" w:type="dxa"/>
              <w:bottom w:w="55" w:type="dxa"/>
              <w:right w:w="55" w:type="dxa"/>
            </w:tcMar>
            <w:vAlign w:val="center"/>
          </w:tcPr>
          <w:p w14:paraId="0CE139E8" w14:textId="77777777" w:rsidR="003D6426" w:rsidRDefault="00000000">
            <w:pPr>
              <w:spacing w:after="0" w:line="240" w:lineRule="auto"/>
              <w:jc w:val="center"/>
              <w:rPr>
                <w:rFonts w:hint="eastAsia"/>
              </w:rPr>
            </w:pPr>
            <w:r>
              <w:rPr>
                <w:b/>
                <w:sz w:val="15"/>
              </w:rPr>
              <w:t>Pericolo</w:t>
            </w:r>
          </w:p>
        </w:tc>
        <w:tc>
          <w:tcPr>
            <w:tcW w:w="2231" w:type="dxa"/>
            <w:shd w:val="clear" w:color="auto" w:fill="D9EAF7"/>
            <w:tcMar>
              <w:top w:w="55" w:type="dxa"/>
              <w:left w:w="55" w:type="dxa"/>
              <w:bottom w:w="55" w:type="dxa"/>
              <w:right w:w="55" w:type="dxa"/>
            </w:tcMar>
            <w:vAlign w:val="center"/>
          </w:tcPr>
          <w:p w14:paraId="37774004" w14:textId="77777777" w:rsidR="003D6426" w:rsidRDefault="00000000">
            <w:pPr>
              <w:spacing w:after="0" w:line="240" w:lineRule="auto"/>
              <w:jc w:val="center"/>
              <w:rPr>
                <w:rFonts w:hint="eastAsia"/>
              </w:rPr>
            </w:pPr>
            <w:r>
              <w:rPr>
                <w:b/>
                <w:sz w:val="15"/>
              </w:rPr>
              <w:t>Valutazione</w:t>
            </w:r>
          </w:p>
        </w:tc>
        <w:tc>
          <w:tcPr>
            <w:tcW w:w="5046" w:type="dxa"/>
            <w:shd w:val="clear" w:color="auto" w:fill="D9EAF7"/>
            <w:tcMar>
              <w:top w:w="55" w:type="dxa"/>
              <w:left w:w="55" w:type="dxa"/>
              <w:bottom w:w="55" w:type="dxa"/>
              <w:right w:w="55" w:type="dxa"/>
            </w:tcMar>
            <w:vAlign w:val="center"/>
          </w:tcPr>
          <w:p w14:paraId="74DF9EE9" w14:textId="77777777" w:rsidR="003D6426" w:rsidRDefault="00000000">
            <w:pPr>
              <w:spacing w:after="0" w:line="240" w:lineRule="auto"/>
              <w:jc w:val="center"/>
              <w:rPr>
                <w:rFonts w:hint="eastAsia"/>
              </w:rPr>
            </w:pPr>
            <w:r>
              <w:rPr>
                <w:b/>
                <w:sz w:val="15"/>
              </w:rPr>
              <w:t>Misure previste</w:t>
            </w:r>
          </w:p>
        </w:tc>
      </w:tr>
      <w:tr w:rsidR="003D6426" w14:paraId="5A0B8F4A" w14:textId="77777777">
        <w:trPr>
          <w:jc w:val="center"/>
        </w:trPr>
        <w:tc>
          <w:tcPr>
            <w:tcW w:w="2815" w:type="dxa"/>
            <w:tcMar>
              <w:top w:w="55" w:type="dxa"/>
              <w:left w:w="55" w:type="dxa"/>
              <w:bottom w:w="55" w:type="dxa"/>
              <w:right w:w="55" w:type="dxa"/>
            </w:tcMar>
          </w:tcPr>
          <w:p w14:paraId="51FB2FA6" w14:textId="77777777" w:rsidR="003D6426" w:rsidRDefault="00000000">
            <w:pPr>
              <w:spacing w:after="0" w:line="240" w:lineRule="auto"/>
              <w:rPr>
                <w:rFonts w:hint="eastAsia"/>
              </w:rPr>
            </w:pPr>
            <w:r>
              <w:rPr>
                <w:sz w:val="14"/>
              </w:rPr>
              <w:t>Carenza/eccesso O2</w:t>
            </w:r>
          </w:p>
        </w:tc>
        <w:tc>
          <w:tcPr>
            <w:tcW w:w="2231" w:type="dxa"/>
            <w:tcMar>
              <w:top w:w="55" w:type="dxa"/>
              <w:left w:w="55" w:type="dxa"/>
              <w:bottom w:w="55" w:type="dxa"/>
              <w:right w:w="55" w:type="dxa"/>
            </w:tcMar>
          </w:tcPr>
          <w:p w14:paraId="2C5FDCA8" w14:textId="77777777" w:rsidR="003D6426" w:rsidRDefault="00000000">
            <w:pPr>
              <w:spacing w:after="0" w:line="240" w:lineRule="auto"/>
              <w:rPr>
                <w:rFonts w:hint="eastAsia"/>
              </w:rPr>
            </w:pPr>
            <w:r>
              <w:rPr>
                <w:sz w:val="14"/>
              </w:rPr>
              <w:t>[ ] assente [ ] possibile [ ] presente</w:t>
            </w:r>
          </w:p>
        </w:tc>
        <w:tc>
          <w:tcPr>
            <w:tcW w:w="5046" w:type="dxa"/>
            <w:tcMar>
              <w:top w:w="55" w:type="dxa"/>
              <w:left w:w="55" w:type="dxa"/>
              <w:bottom w:w="55" w:type="dxa"/>
              <w:right w:w="55" w:type="dxa"/>
            </w:tcMar>
          </w:tcPr>
          <w:p w14:paraId="74A0DB57" w14:textId="77777777" w:rsidR="003D6426" w:rsidRDefault="00000000">
            <w:pPr>
              <w:spacing w:after="0" w:line="240" w:lineRule="auto"/>
              <w:rPr>
                <w:rFonts w:hint="eastAsia"/>
              </w:rPr>
            </w:pPr>
            <w:r>
              <w:rPr>
                <w:sz w:val="14"/>
              </w:rPr>
              <w:t>Misure: monitoraggio, ventilazione, APVR, evacuazione se allarme</w:t>
            </w:r>
          </w:p>
        </w:tc>
      </w:tr>
      <w:tr w:rsidR="003D6426" w14:paraId="6DDC80E7" w14:textId="77777777">
        <w:trPr>
          <w:jc w:val="center"/>
        </w:trPr>
        <w:tc>
          <w:tcPr>
            <w:tcW w:w="2815" w:type="dxa"/>
            <w:tcMar>
              <w:top w:w="55" w:type="dxa"/>
              <w:left w:w="55" w:type="dxa"/>
              <w:bottom w:w="55" w:type="dxa"/>
              <w:right w:w="55" w:type="dxa"/>
            </w:tcMar>
          </w:tcPr>
          <w:p w14:paraId="0884FF4D" w14:textId="77777777" w:rsidR="003D6426" w:rsidRDefault="00000000">
            <w:pPr>
              <w:spacing w:after="0" w:line="240" w:lineRule="auto"/>
              <w:rPr>
                <w:rFonts w:hint="eastAsia"/>
              </w:rPr>
            </w:pPr>
            <w:r>
              <w:rPr>
                <w:sz w:val="14"/>
              </w:rPr>
              <w:t>Gas/vapori tossici</w:t>
            </w:r>
          </w:p>
        </w:tc>
        <w:tc>
          <w:tcPr>
            <w:tcW w:w="2231" w:type="dxa"/>
            <w:tcMar>
              <w:top w:w="55" w:type="dxa"/>
              <w:left w:w="55" w:type="dxa"/>
              <w:bottom w:w="55" w:type="dxa"/>
              <w:right w:w="55" w:type="dxa"/>
            </w:tcMar>
          </w:tcPr>
          <w:p w14:paraId="7142D249" w14:textId="77777777" w:rsidR="003D6426" w:rsidRDefault="00000000">
            <w:pPr>
              <w:spacing w:after="0" w:line="240" w:lineRule="auto"/>
              <w:rPr>
                <w:rFonts w:hint="eastAsia"/>
              </w:rPr>
            </w:pPr>
            <w:r>
              <w:rPr>
                <w:sz w:val="14"/>
              </w:rPr>
              <w:t>[ ] assente [ ] possibile [ ] presente</w:t>
            </w:r>
          </w:p>
        </w:tc>
        <w:tc>
          <w:tcPr>
            <w:tcW w:w="5046" w:type="dxa"/>
            <w:tcMar>
              <w:top w:w="55" w:type="dxa"/>
              <w:left w:w="55" w:type="dxa"/>
              <w:bottom w:w="55" w:type="dxa"/>
              <w:right w:w="55" w:type="dxa"/>
            </w:tcMar>
          </w:tcPr>
          <w:p w14:paraId="2B8A25E5" w14:textId="77777777" w:rsidR="003D6426" w:rsidRDefault="00000000">
            <w:pPr>
              <w:spacing w:after="0" w:line="240" w:lineRule="auto"/>
              <w:rPr>
                <w:rFonts w:hint="eastAsia"/>
              </w:rPr>
            </w:pPr>
            <w:r>
              <w:rPr>
                <w:sz w:val="14"/>
              </w:rPr>
              <w:t>Misure: SDS, rilevatori specifici, bonifica, APVR, limiti DVR</w:t>
            </w:r>
          </w:p>
        </w:tc>
      </w:tr>
      <w:tr w:rsidR="003D6426" w14:paraId="79C65DA6" w14:textId="77777777">
        <w:trPr>
          <w:jc w:val="center"/>
        </w:trPr>
        <w:tc>
          <w:tcPr>
            <w:tcW w:w="2815" w:type="dxa"/>
            <w:tcMar>
              <w:top w:w="55" w:type="dxa"/>
              <w:left w:w="55" w:type="dxa"/>
              <w:bottom w:w="55" w:type="dxa"/>
              <w:right w:w="55" w:type="dxa"/>
            </w:tcMar>
          </w:tcPr>
          <w:p w14:paraId="3F4A1F65" w14:textId="77777777" w:rsidR="003D6426" w:rsidRDefault="00000000">
            <w:pPr>
              <w:spacing w:after="0" w:line="240" w:lineRule="auto"/>
              <w:rPr>
                <w:rFonts w:hint="eastAsia"/>
              </w:rPr>
            </w:pPr>
            <w:r>
              <w:rPr>
                <w:sz w:val="14"/>
              </w:rPr>
              <w:t>Atmosfera infiammabile/esplosiva</w:t>
            </w:r>
          </w:p>
        </w:tc>
        <w:tc>
          <w:tcPr>
            <w:tcW w:w="2231" w:type="dxa"/>
            <w:tcMar>
              <w:top w:w="55" w:type="dxa"/>
              <w:left w:w="55" w:type="dxa"/>
              <w:bottom w:w="55" w:type="dxa"/>
              <w:right w:w="55" w:type="dxa"/>
            </w:tcMar>
          </w:tcPr>
          <w:p w14:paraId="19A33ABD" w14:textId="77777777" w:rsidR="003D6426" w:rsidRDefault="00000000">
            <w:pPr>
              <w:spacing w:after="0" w:line="240" w:lineRule="auto"/>
              <w:rPr>
                <w:rFonts w:hint="eastAsia"/>
              </w:rPr>
            </w:pPr>
            <w:r>
              <w:rPr>
                <w:sz w:val="14"/>
              </w:rPr>
              <w:t>[ ] assente [ ] possibile [ ] presente</w:t>
            </w:r>
          </w:p>
        </w:tc>
        <w:tc>
          <w:tcPr>
            <w:tcW w:w="5046" w:type="dxa"/>
            <w:tcMar>
              <w:top w:w="55" w:type="dxa"/>
              <w:left w:w="55" w:type="dxa"/>
              <w:bottom w:w="55" w:type="dxa"/>
              <w:right w:w="55" w:type="dxa"/>
            </w:tcMar>
          </w:tcPr>
          <w:p w14:paraId="26111E5B" w14:textId="77777777" w:rsidR="003D6426" w:rsidRDefault="00000000">
            <w:pPr>
              <w:spacing w:after="0" w:line="240" w:lineRule="auto"/>
              <w:rPr>
                <w:rFonts w:hint="eastAsia"/>
              </w:rPr>
            </w:pPr>
            <w:r>
              <w:rPr>
                <w:sz w:val="14"/>
              </w:rPr>
              <w:t>Misure: LEL, ATEX, eliminazione inneschi, ventilazione</w:t>
            </w:r>
          </w:p>
        </w:tc>
      </w:tr>
      <w:tr w:rsidR="003D6426" w14:paraId="6CDAB2A4" w14:textId="77777777">
        <w:trPr>
          <w:jc w:val="center"/>
        </w:trPr>
        <w:tc>
          <w:tcPr>
            <w:tcW w:w="2815" w:type="dxa"/>
            <w:tcMar>
              <w:top w:w="55" w:type="dxa"/>
              <w:left w:w="55" w:type="dxa"/>
              <w:bottom w:w="55" w:type="dxa"/>
              <w:right w:w="55" w:type="dxa"/>
            </w:tcMar>
          </w:tcPr>
          <w:p w14:paraId="4A03AC47" w14:textId="77777777" w:rsidR="003D6426" w:rsidRDefault="00000000">
            <w:pPr>
              <w:spacing w:after="0" w:line="240" w:lineRule="auto"/>
              <w:rPr>
                <w:rFonts w:hint="eastAsia"/>
              </w:rPr>
            </w:pPr>
            <w:r>
              <w:rPr>
                <w:sz w:val="14"/>
              </w:rPr>
              <w:t>Polveri/aerosol/fumi</w:t>
            </w:r>
          </w:p>
        </w:tc>
        <w:tc>
          <w:tcPr>
            <w:tcW w:w="2231" w:type="dxa"/>
            <w:tcMar>
              <w:top w:w="55" w:type="dxa"/>
              <w:left w:w="55" w:type="dxa"/>
              <w:bottom w:w="55" w:type="dxa"/>
              <w:right w:w="55" w:type="dxa"/>
            </w:tcMar>
          </w:tcPr>
          <w:p w14:paraId="09F50D1E" w14:textId="77777777" w:rsidR="003D6426" w:rsidRDefault="00000000">
            <w:pPr>
              <w:spacing w:after="0" w:line="240" w:lineRule="auto"/>
              <w:rPr>
                <w:rFonts w:hint="eastAsia"/>
              </w:rPr>
            </w:pPr>
            <w:r>
              <w:rPr>
                <w:sz w:val="14"/>
              </w:rPr>
              <w:t>[ ] assente [ ] possibile [ ] presente</w:t>
            </w:r>
          </w:p>
        </w:tc>
        <w:tc>
          <w:tcPr>
            <w:tcW w:w="5046" w:type="dxa"/>
            <w:tcMar>
              <w:top w:w="55" w:type="dxa"/>
              <w:left w:w="55" w:type="dxa"/>
              <w:bottom w:w="55" w:type="dxa"/>
              <w:right w:w="55" w:type="dxa"/>
            </w:tcMar>
          </w:tcPr>
          <w:p w14:paraId="1904EBE7" w14:textId="77777777" w:rsidR="003D6426" w:rsidRDefault="00000000">
            <w:pPr>
              <w:spacing w:after="0" w:line="240" w:lineRule="auto"/>
              <w:rPr>
                <w:rFonts w:hint="eastAsia"/>
              </w:rPr>
            </w:pPr>
            <w:r>
              <w:rPr>
                <w:sz w:val="14"/>
              </w:rPr>
              <w:t>Misure: aspirazione, ventilazione, protezione vie respiratorie</w:t>
            </w:r>
          </w:p>
        </w:tc>
      </w:tr>
      <w:tr w:rsidR="003D6426" w14:paraId="79D03139" w14:textId="77777777">
        <w:trPr>
          <w:jc w:val="center"/>
        </w:trPr>
        <w:tc>
          <w:tcPr>
            <w:tcW w:w="2815" w:type="dxa"/>
            <w:tcMar>
              <w:top w:w="55" w:type="dxa"/>
              <w:left w:w="55" w:type="dxa"/>
              <w:bottom w:w="55" w:type="dxa"/>
              <w:right w:w="55" w:type="dxa"/>
            </w:tcMar>
          </w:tcPr>
          <w:p w14:paraId="1D04207C" w14:textId="77777777" w:rsidR="003D6426" w:rsidRDefault="00000000">
            <w:pPr>
              <w:spacing w:after="0" w:line="240" w:lineRule="auto"/>
              <w:rPr>
                <w:rFonts w:hint="eastAsia"/>
              </w:rPr>
            </w:pPr>
            <w:r>
              <w:rPr>
                <w:sz w:val="14"/>
              </w:rPr>
              <w:t>Intrappolamento/seppellimento</w:t>
            </w:r>
          </w:p>
        </w:tc>
        <w:tc>
          <w:tcPr>
            <w:tcW w:w="2231" w:type="dxa"/>
            <w:tcMar>
              <w:top w:w="55" w:type="dxa"/>
              <w:left w:w="55" w:type="dxa"/>
              <w:bottom w:w="55" w:type="dxa"/>
              <w:right w:w="55" w:type="dxa"/>
            </w:tcMar>
          </w:tcPr>
          <w:p w14:paraId="425F05E5" w14:textId="77777777" w:rsidR="003D6426" w:rsidRDefault="00000000">
            <w:pPr>
              <w:spacing w:after="0" w:line="240" w:lineRule="auto"/>
              <w:rPr>
                <w:rFonts w:hint="eastAsia"/>
              </w:rPr>
            </w:pPr>
            <w:r>
              <w:rPr>
                <w:sz w:val="14"/>
              </w:rPr>
              <w:t>[ ] assente [ ] possibile [ ] presente</w:t>
            </w:r>
          </w:p>
        </w:tc>
        <w:tc>
          <w:tcPr>
            <w:tcW w:w="5046" w:type="dxa"/>
            <w:tcMar>
              <w:top w:w="55" w:type="dxa"/>
              <w:left w:w="55" w:type="dxa"/>
              <w:bottom w:w="55" w:type="dxa"/>
              <w:right w:w="55" w:type="dxa"/>
            </w:tcMar>
          </w:tcPr>
          <w:p w14:paraId="5271FBA8" w14:textId="77777777" w:rsidR="003D6426" w:rsidRDefault="00000000">
            <w:pPr>
              <w:spacing w:after="0" w:line="240" w:lineRule="auto"/>
              <w:rPr>
                <w:rFonts w:hint="eastAsia"/>
              </w:rPr>
            </w:pPr>
            <w:r>
              <w:rPr>
                <w:sz w:val="14"/>
              </w:rPr>
              <w:t>Misure: svuotamento, blocco alimentazioni, sistemi recupero</w:t>
            </w:r>
          </w:p>
        </w:tc>
      </w:tr>
      <w:tr w:rsidR="003D6426" w14:paraId="5168D9E1" w14:textId="77777777">
        <w:trPr>
          <w:jc w:val="center"/>
        </w:trPr>
        <w:tc>
          <w:tcPr>
            <w:tcW w:w="2815" w:type="dxa"/>
            <w:tcMar>
              <w:top w:w="55" w:type="dxa"/>
              <w:left w:w="55" w:type="dxa"/>
              <w:bottom w:w="55" w:type="dxa"/>
              <w:right w:w="55" w:type="dxa"/>
            </w:tcMar>
          </w:tcPr>
          <w:p w14:paraId="42FD45B4" w14:textId="77777777" w:rsidR="003D6426" w:rsidRDefault="00000000">
            <w:pPr>
              <w:spacing w:after="0" w:line="240" w:lineRule="auto"/>
              <w:rPr>
                <w:rFonts w:hint="eastAsia"/>
              </w:rPr>
            </w:pPr>
            <w:r>
              <w:rPr>
                <w:sz w:val="14"/>
              </w:rPr>
              <w:t>Annegamento/allagamento</w:t>
            </w:r>
          </w:p>
        </w:tc>
        <w:tc>
          <w:tcPr>
            <w:tcW w:w="2231" w:type="dxa"/>
            <w:tcMar>
              <w:top w:w="55" w:type="dxa"/>
              <w:left w:w="55" w:type="dxa"/>
              <w:bottom w:w="55" w:type="dxa"/>
              <w:right w:w="55" w:type="dxa"/>
            </w:tcMar>
          </w:tcPr>
          <w:p w14:paraId="0967D6BF" w14:textId="77777777" w:rsidR="003D6426" w:rsidRDefault="00000000">
            <w:pPr>
              <w:spacing w:after="0" w:line="240" w:lineRule="auto"/>
              <w:rPr>
                <w:rFonts w:hint="eastAsia"/>
              </w:rPr>
            </w:pPr>
            <w:r>
              <w:rPr>
                <w:sz w:val="14"/>
              </w:rPr>
              <w:t>[ ] assente [ ] possibile [ ] presente</w:t>
            </w:r>
          </w:p>
        </w:tc>
        <w:tc>
          <w:tcPr>
            <w:tcW w:w="5046" w:type="dxa"/>
            <w:tcMar>
              <w:top w:w="55" w:type="dxa"/>
              <w:left w:w="55" w:type="dxa"/>
              <w:bottom w:w="55" w:type="dxa"/>
              <w:right w:w="55" w:type="dxa"/>
            </w:tcMar>
          </w:tcPr>
          <w:p w14:paraId="6FA61462" w14:textId="77777777" w:rsidR="003D6426" w:rsidRDefault="00000000">
            <w:pPr>
              <w:spacing w:after="0" w:line="240" w:lineRule="auto"/>
              <w:rPr>
                <w:rFonts w:hint="eastAsia"/>
              </w:rPr>
            </w:pPr>
            <w:r>
              <w:rPr>
                <w:sz w:val="14"/>
              </w:rPr>
              <w:t>Misure: isolamento linee, meteo, drenaggio, allarme</w:t>
            </w:r>
          </w:p>
        </w:tc>
      </w:tr>
      <w:tr w:rsidR="003D6426" w14:paraId="0FC47669" w14:textId="77777777">
        <w:trPr>
          <w:jc w:val="center"/>
        </w:trPr>
        <w:tc>
          <w:tcPr>
            <w:tcW w:w="2815" w:type="dxa"/>
            <w:tcMar>
              <w:top w:w="55" w:type="dxa"/>
              <w:left w:w="55" w:type="dxa"/>
              <w:bottom w:w="55" w:type="dxa"/>
              <w:right w:w="55" w:type="dxa"/>
            </w:tcMar>
          </w:tcPr>
          <w:p w14:paraId="3E7B6454" w14:textId="77777777" w:rsidR="003D6426" w:rsidRDefault="00000000">
            <w:pPr>
              <w:spacing w:after="0" w:line="240" w:lineRule="auto"/>
              <w:rPr>
                <w:rFonts w:hint="eastAsia"/>
              </w:rPr>
            </w:pPr>
            <w:r>
              <w:rPr>
                <w:sz w:val="14"/>
              </w:rPr>
              <w:t>Caduta/accesso verticale</w:t>
            </w:r>
          </w:p>
        </w:tc>
        <w:tc>
          <w:tcPr>
            <w:tcW w:w="2231" w:type="dxa"/>
            <w:tcMar>
              <w:top w:w="55" w:type="dxa"/>
              <w:left w:w="55" w:type="dxa"/>
              <w:bottom w:w="55" w:type="dxa"/>
              <w:right w:w="55" w:type="dxa"/>
            </w:tcMar>
          </w:tcPr>
          <w:p w14:paraId="1EC4D152" w14:textId="77777777" w:rsidR="003D6426" w:rsidRDefault="00000000">
            <w:pPr>
              <w:spacing w:after="0" w:line="240" w:lineRule="auto"/>
              <w:rPr>
                <w:rFonts w:hint="eastAsia"/>
              </w:rPr>
            </w:pPr>
            <w:r>
              <w:rPr>
                <w:sz w:val="14"/>
              </w:rPr>
              <w:t>[ ] assente [ ] possibile [ ] presente</w:t>
            </w:r>
          </w:p>
        </w:tc>
        <w:tc>
          <w:tcPr>
            <w:tcW w:w="5046" w:type="dxa"/>
            <w:tcMar>
              <w:top w:w="55" w:type="dxa"/>
              <w:left w:w="55" w:type="dxa"/>
              <w:bottom w:w="55" w:type="dxa"/>
              <w:right w:w="55" w:type="dxa"/>
            </w:tcMar>
          </w:tcPr>
          <w:p w14:paraId="7F9EF25A" w14:textId="77777777" w:rsidR="003D6426" w:rsidRDefault="00000000">
            <w:pPr>
              <w:spacing w:after="0" w:line="240" w:lineRule="auto"/>
              <w:rPr>
                <w:rFonts w:hint="eastAsia"/>
              </w:rPr>
            </w:pPr>
            <w:r>
              <w:rPr>
                <w:sz w:val="14"/>
              </w:rPr>
              <w:t>Misure: anticaduta, treppiede, scale idonee, recupero</w:t>
            </w:r>
          </w:p>
        </w:tc>
      </w:tr>
      <w:tr w:rsidR="003D6426" w14:paraId="477F6000" w14:textId="77777777">
        <w:trPr>
          <w:jc w:val="center"/>
        </w:trPr>
        <w:tc>
          <w:tcPr>
            <w:tcW w:w="2815" w:type="dxa"/>
            <w:tcMar>
              <w:top w:w="55" w:type="dxa"/>
              <w:left w:w="55" w:type="dxa"/>
              <w:bottom w:w="55" w:type="dxa"/>
              <w:right w:w="55" w:type="dxa"/>
            </w:tcMar>
          </w:tcPr>
          <w:p w14:paraId="7EFF5C9A" w14:textId="77777777" w:rsidR="003D6426" w:rsidRDefault="00000000">
            <w:pPr>
              <w:spacing w:after="0" w:line="240" w:lineRule="auto"/>
              <w:rPr>
                <w:rFonts w:hint="eastAsia"/>
              </w:rPr>
            </w:pPr>
            <w:r>
              <w:rPr>
                <w:sz w:val="14"/>
              </w:rPr>
              <w:t>Elettrico/luogo conduttore</w:t>
            </w:r>
          </w:p>
        </w:tc>
        <w:tc>
          <w:tcPr>
            <w:tcW w:w="2231" w:type="dxa"/>
            <w:tcMar>
              <w:top w:w="55" w:type="dxa"/>
              <w:left w:w="55" w:type="dxa"/>
              <w:bottom w:w="55" w:type="dxa"/>
              <w:right w:w="55" w:type="dxa"/>
            </w:tcMar>
          </w:tcPr>
          <w:p w14:paraId="25908492" w14:textId="77777777" w:rsidR="003D6426" w:rsidRDefault="00000000">
            <w:pPr>
              <w:spacing w:after="0" w:line="240" w:lineRule="auto"/>
              <w:rPr>
                <w:rFonts w:hint="eastAsia"/>
              </w:rPr>
            </w:pPr>
            <w:r>
              <w:rPr>
                <w:sz w:val="14"/>
              </w:rPr>
              <w:t>[ ] assente [ ] possibile [ ] presente</w:t>
            </w:r>
          </w:p>
        </w:tc>
        <w:tc>
          <w:tcPr>
            <w:tcW w:w="5046" w:type="dxa"/>
            <w:tcMar>
              <w:top w:w="55" w:type="dxa"/>
              <w:left w:w="55" w:type="dxa"/>
              <w:bottom w:w="55" w:type="dxa"/>
              <w:right w:w="55" w:type="dxa"/>
            </w:tcMar>
          </w:tcPr>
          <w:p w14:paraId="343A9BFF" w14:textId="77777777" w:rsidR="003D6426" w:rsidRDefault="00000000">
            <w:pPr>
              <w:spacing w:after="0" w:line="240" w:lineRule="auto"/>
              <w:rPr>
                <w:rFonts w:hint="eastAsia"/>
              </w:rPr>
            </w:pPr>
            <w:r>
              <w:rPr>
                <w:sz w:val="14"/>
              </w:rPr>
              <w:t>Misure: attrezzature idonee, bassa tensione ove prevista, differenziali</w:t>
            </w:r>
          </w:p>
        </w:tc>
      </w:tr>
      <w:tr w:rsidR="003D6426" w14:paraId="09613AE3" w14:textId="77777777">
        <w:trPr>
          <w:jc w:val="center"/>
        </w:trPr>
        <w:tc>
          <w:tcPr>
            <w:tcW w:w="2815" w:type="dxa"/>
            <w:tcMar>
              <w:top w:w="55" w:type="dxa"/>
              <w:left w:w="55" w:type="dxa"/>
              <w:bottom w:w="55" w:type="dxa"/>
              <w:right w:w="55" w:type="dxa"/>
            </w:tcMar>
          </w:tcPr>
          <w:p w14:paraId="7C92BC15" w14:textId="77777777" w:rsidR="003D6426" w:rsidRDefault="00000000">
            <w:pPr>
              <w:spacing w:after="0" w:line="240" w:lineRule="auto"/>
              <w:rPr>
                <w:rFonts w:hint="eastAsia"/>
              </w:rPr>
            </w:pPr>
            <w:r>
              <w:rPr>
                <w:sz w:val="14"/>
              </w:rPr>
              <w:t>Organi in movimento</w:t>
            </w:r>
          </w:p>
        </w:tc>
        <w:tc>
          <w:tcPr>
            <w:tcW w:w="2231" w:type="dxa"/>
            <w:tcMar>
              <w:top w:w="55" w:type="dxa"/>
              <w:left w:w="55" w:type="dxa"/>
              <w:bottom w:w="55" w:type="dxa"/>
              <w:right w:w="55" w:type="dxa"/>
            </w:tcMar>
          </w:tcPr>
          <w:p w14:paraId="24467AE6" w14:textId="77777777" w:rsidR="003D6426" w:rsidRDefault="00000000">
            <w:pPr>
              <w:spacing w:after="0" w:line="240" w:lineRule="auto"/>
              <w:rPr>
                <w:rFonts w:hint="eastAsia"/>
              </w:rPr>
            </w:pPr>
            <w:r>
              <w:rPr>
                <w:sz w:val="14"/>
              </w:rPr>
              <w:t>[ ] assente [ ] possibile [ ] presente</w:t>
            </w:r>
          </w:p>
        </w:tc>
        <w:tc>
          <w:tcPr>
            <w:tcW w:w="5046" w:type="dxa"/>
            <w:tcMar>
              <w:top w:w="55" w:type="dxa"/>
              <w:left w:w="55" w:type="dxa"/>
              <w:bottom w:w="55" w:type="dxa"/>
              <w:right w:w="55" w:type="dxa"/>
            </w:tcMar>
          </w:tcPr>
          <w:p w14:paraId="3EE59A67" w14:textId="77777777" w:rsidR="003D6426" w:rsidRDefault="00000000">
            <w:pPr>
              <w:spacing w:after="0" w:line="240" w:lineRule="auto"/>
              <w:rPr>
                <w:rFonts w:hint="eastAsia"/>
              </w:rPr>
            </w:pPr>
            <w:r>
              <w:rPr>
                <w:sz w:val="14"/>
              </w:rPr>
              <w:t>Misure: LOTO, blocco meccanico, try-out</w:t>
            </w:r>
          </w:p>
        </w:tc>
      </w:tr>
      <w:tr w:rsidR="003D6426" w14:paraId="7FA908BB" w14:textId="77777777">
        <w:trPr>
          <w:jc w:val="center"/>
        </w:trPr>
        <w:tc>
          <w:tcPr>
            <w:tcW w:w="2815" w:type="dxa"/>
            <w:tcMar>
              <w:top w:w="55" w:type="dxa"/>
              <w:left w:w="55" w:type="dxa"/>
              <w:bottom w:w="55" w:type="dxa"/>
              <w:right w:w="55" w:type="dxa"/>
            </w:tcMar>
          </w:tcPr>
          <w:p w14:paraId="721CC54B" w14:textId="77777777" w:rsidR="003D6426" w:rsidRDefault="00000000">
            <w:pPr>
              <w:spacing w:after="0" w:line="240" w:lineRule="auto"/>
              <w:rPr>
                <w:rFonts w:hint="eastAsia"/>
              </w:rPr>
            </w:pPr>
            <w:r>
              <w:rPr>
                <w:sz w:val="14"/>
              </w:rPr>
              <w:t>Microclima/fatica</w:t>
            </w:r>
          </w:p>
        </w:tc>
        <w:tc>
          <w:tcPr>
            <w:tcW w:w="2231" w:type="dxa"/>
            <w:tcMar>
              <w:top w:w="55" w:type="dxa"/>
              <w:left w:w="55" w:type="dxa"/>
              <w:bottom w:w="55" w:type="dxa"/>
              <w:right w:w="55" w:type="dxa"/>
            </w:tcMar>
          </w:tcPr>
          <w:p w14:paraId="54C9BC3D" w14:textId="77777777" w:rsidR="003D6426" w:rsidRDefault="00000000">
            <w:pPr>
              <w:spacing w:after="0" w:line="240" w:lineRule="auto"/>
              <w:rPr>
                <w:rFonts w:hint="eastAsia"/>
              </w:rPr>
            </w:pPr>
            <w:r>
              <w:rPr>
                <w:sz w:val="14"/>
              </w:rPr>
              <w:t>[ ] assente [ ] possibile [ ] presente</w:t>
            </w:r>
          </w:p>
        </w:tc>
        <w:tc>
          <w:tcPr>
            <w:tcW w:w="5046" w:type="dxa"/>
            <w:tcMar>
              <w:top w:w="55" w:type="dxa"/>
              <w:left w:w="55" w:type="dxa"/>
              <w:bottom w:w="55" w:type="dxa"/>
              <w:right w:w="55" w:type="dxa"/>
            </w:tcMar>
          </w:tcPr>
          <w:p w14:paraId="5A4762E0" w14:textId="77777777" w:rsidR="003D6426" w:rsidRDefault="00000000">
            <w:pPr>
              <w:spacing w:after="0" w:line="240" w:lineRule="auto"/>
              <w:rPr>
                <w:rFonts w:hint="eastAsia"/>
              </w:rPr>
            </w:pPr>
            <w:r>
              <w:rPr>
                <w:sz w:val="14"/>
              </w:rPr>
              <w:t>Misure: pause, turni, acqua, DPI compatibili</w:t>
            </w:r>
          </w:p>
        </w:tc>
      </w:tr>
      <w:tr w:rsidR="003D6426" w14:paraId="6A98A5D5" w14:textId="77777777">
        <w:trPr>
          <w:jc w:val="center"/>
        </w:trPr>
        <w:tc>
          <w:tcPr>
            <w:tcW w:w="2815" w:type="dxa"/>
            <w:tcMar>
              <w:top w:w="55" w:type="dxa"/>
              <w:left w:w="55" w:type="dxa"/>
              <w:bottom w:w="55" w:type="dxa"/>
              <w:right w:w="55" w:type="dxa"/>
            </w:tcMar>
          </w:tcPr>
          <w:p w14:paraId="12C0FA94" w14:textId="77777777" w:rsidR="003D6426" w:rsidRDefault="00000000">
            <w:pPr>
              <w:spacing w:after="0" w:line="240" w:lineRule="auto"/>
              <w:rPr>
                <w:rFonts w:hint="eastAsia"/>
              </w:rPr>
            </w:pPr>
            <w:r>
              <w:rPr>
                <w:sz w:val="14"/>
              </w:rPr>
              <w:t>Rumore/comunicazione</w:t>
            </w:r>
          </w:p>
        </w:tc>
        <w:tc>
          <w:tcPr>
            <w:tcW w:w="2231" w:type="dxa"/>
            <w:tcMar>
              <w:top w:w="55" w:type="dxa"/>
              <w:left w:w="55" w:type="dxa"/>
              <w:bottom w:w="55" w:type="dxa"/>
              <w:right w:w="55" w:type="dxa"/>
            </w:tcMar>
          </w:tcPr>
          <w:p w14:paraId="1059B0FF" w14:textId="77777777" w:rsidR="003D6426" w:rsidRDefault="00000000">
            <w:pPr>
              <w:spacing w:after="0" w:line="240" w:lineRule="auto"/>
              <w:rPr>
                <w:rFonts w:hint="eastAsia"/>
              </w:rPr>
            </w:pPr>
            <w:r>
              <w:rPr>
                <w:sz w:val="14"/>
              </w:rPr>
              <w:t>[ ] assente [ ] possibile [ ] presente</w:t>
            </w:r>
          </w:p>
        </w:tc>
        <w:tc>
          <w:tcPr>
            <w:tcW w:w="5046" w:type="dxa"/>
            <w:tcMar>
              <w:top w:w="55" w:type="dxa"/>
              <w:left w:w="55" w:type="dxa"/>
              <w:bottom w:w="55" w:type="dxa"/>
              <w:right w:w="55" w:type="dxa"/>
            </w:tcMar>
          </w:tcPr>
          <w:p w14:paraId="5BE7E713" w14:textId="77777777" w:rsidR="003D6426" w:rsidRDefault="00000000">
            <w:pPr>
              <w:spacing w:after="0" w:line="240" w:lineRule="auto"/>
              <w:rPr>
                <w:rFonts w:hint="eastAsia"/>
              </w:rPr>
            </w:pPr>
            <w:r>
              <w:rPr>
                <w:sz w:val="14"/>
              </w:rPr>
              <w:t>Misure: protezione udito, comunicazioni alternative</w:t>
            </w:r>
          </w:p>
        </w:tc>
      </w:tr>
      <w:tr w:rsidR="003D6426" w14:paraId="4102448A" w14:textId="77777777">
        <w:trPr>
          <w:jc w:val="center"/>
        </w:trPr>
        <w:tc>
          <w:tcPr>
            <w:tcW w:w="2815" w:type="dxa"/>
            <w:tcMar>
              <w:top w:w="55" w:type="dxa"/>
              <w:left w:w="55" w:type="dxa"/>
              <w:bottom w:w="55" w:type="dxa"/>
              <w:right w:w="55" w:type="dxa"/>
            </w:tcMar>
          </w:tcPr>
          <w:p w14:paraId="7D1EC5BA" w14:textId="77777777" w:rsidR="003D6426" w:rsidRDefault="00000000">
            <w:pPr>
              <w:spacing w:after="0" w:line="240" w:lineRule="auto"/>
              <w:rPr>
                <w:rFonts w:hint="eastAsia"/>
              </w:rPr>
            </w:pPr>
            <w:r>
              <w:rPr>
                <w:sz w:val="14"/>
              </w:rPr>
              <w:t>Interferenze esterne</w:t>
            </w:r>
          </w:p>
        </w:tc>
        <w:tc>
          <w:tcPr>
            <w:tcW w:w="2231" w:type="dxa"/>
            <w:tcMar>
              <w:top w:w="55" w:type="dxa"/>
              <w:left w:w="55" w:type="dxa"/>
              <w:bottom w:w="55" w:type="dxa"/>
              <w:right w:w="55" w:type="dxa"/>
            </w:tcMar>
          </w:tcPr>
          <w:p w14:paraId="2094593F" w14:textId="77777777" w:rsidR="003D6426" w:rsidRDefault="00000000">
            <w:pPr>
              <w:spacing w:after="0" w:line="240" w:lineRule="auto"/>
              <w:rPr>
                <w:rFonts w:hint="eastAsia"/>
              </w:rPr>
            </w:pPr>
            <w:r>
              <w:rPr>
                <w:sz w:val="14"/>
              </w:rPr>
              <w:t>[ ] assente [ ] possibile [ ] presente</w:t>
            </w:r>
          </w:p>
        </w:tc>
        <w:tc>
          <w:tcPr>
            <w:tcW w:w="5046" w:type="dxa"/>
            <w:tcMar>
              <w:top w:w="55" w:type="dxa"/>
              <w:left w:w="55" w:type="dxa"/>
              <w:bottom w:w="55" w:type="dxa"/>
              <w:right w:w="55" w:type="dxa"/>
            </w:tcMar>
          </w:tcPr>
          <w:p w14:paraId="76309648" w14:textId="77777777" w:rsidR="003D6426" w:rsidRDefault="00000000">
            <w:pPr>
              <w:spacing w:after="0" w:line="240" w:lineRule="auto"/>
              <w:rPr>
                <w:rFonts w:hint="eastAsia"/>
              </w:rPr>
            </w:pPr>
            <w:r>
              <w:rPr>
                <w:sz w:val="14"/>
              </w:rPr>
              <w:t>Misure: coordinamento, DUVRI/PSC/POS, delimitazione</w:t>
            </w:r>
          </w:p>
        </w:tc>
      </w:tr>
    </w:tbl>
    <w:p w14:paraId="0F0C29B1" w14:textId="77777777" w:rsidR="003D6426" w:rsidRDefault="00000000">
      <w:pPr>
        <w:pStyle w:val="TableTitle"/>
        <w:rPr>
          <w:rFonts w:hint="eastAsia"/>
        </w:rPr>
      </w:pPr>
      <w:r>
        <w:t>Esito valutazione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25C37DFE" w14:textId="77777777">
        <w:trPr>
          <w:jc w:val="center"/>
        </w:trPr>
        <w:tc>
          <w:tcPr>
            <w:tcW w:w="2691" w:type="dxa"/>
            <w:shd w:val="clear" w:color="auto" w:fill="F2F2F2"/>
            <w:tcMar>
              <w:top w:w="55" w:type="dxa"/>
              <w:left w:w="55" w:type="dxa"/>
              <w:bottom w:w="55" w:type="dxa"/>
              <w:right w:w="55" w:type="dxa"/>
            </w:tcMar>
          </w:tcPr>
          <w:p w14:paraId="60A830AF" w14:textId="77777777" w:rsidR="003D6426" w:rsidRDefault="00000000">
            <w:pPr>
              <w:spacing w:after="0" w:line="240" w:lineRule="auto"/>
              <w:rPr>
                <w:rFonts w:hint="eastAsia"/>
              </w:rPr>
            </w:pPr>
            <w:r>
              <w:rPr>
                <w:b/>
                <w:sz w:val="16"/>
              </w:rPr>
              <w:t>Rischio residuo</w:t>
            </w:r>
          </w:p>
        </w:tc>
        <w:tc>
          <w:tcPr>
            <w:tcW w:w="7401" w:type="dxa"/>
            <w:tcMar>
              <w:top w:w="55" w:type="dxa"/>
              <w:left w:w="55" w:type="dxa"/>
              <w:bottom w:w="55" w:type="dxa"/>
              <w:right w:w="55" w:type="dxa"/>
            </w:tcMar>
          </w:tcPr>
          <w:p w14:paraId="2F608B0F" w14:textId="77777777" w:rsidR="003D6426" w:rsidRDefault="00000000">
            <w:pPr>
              <w:spacing w:after="0" w:line="240" w:lineRule="auto"/>
              <w:rPr>
                <w:rFonts w:hint="eastAsia"/>
              </w:rPr>
            </w:pPr>
            <w:r>
              <w:rPr>
                <w:sz w:val="16"/>
              </w:rPr>
              <w:t>[ ] accettabile con misure indicate  [ ] non accettabile - ingresso vietato  [ ] da integrare con ulteriori misure</w:t>
            </w:r>
          </w:p>
        </w:tc>
      </w:tr>
      <w:tr w:rsidR="003D6426" w14:paraId="59550DE0" w14:textId="77777777">
        <w:trPr>
          <w:jc w:val="center"/>
        </w:trPr>
        <w:tc>
          <w:tcPr>
            <w:tcW w:w="2691" w:type="dxa"/>
            <w:shd w:val="clear" w:color="auto" w:fill="F2F2F2"/>
            <w:tcMar>
              <w:top w:w="55" w:type="dxa"/>
              <w:left w:w="55" w:type="dxa"/>
              <w:bottom w:w="55" w:type="dxa"/>
              <w:right w:w="55" w:type="dxa"/>
            </w:tcMar>
          </w:tcPr>
          <w:p w14:paraId="57C52DF2" w14:textId="77777777" w:rsidR="003D6426" w:rsidRDefault="00000000">
            <w:pPr>
              <w:spacing w:after="0" w:line="240" w:lineRule="auto"/>
              <w:rPr>
                <w:rFonts w:hint="eastAsia"/>
              </w:rPr>
            </w:pPr>
            <w:r>
              <w:rPr>
                <w:b/>
                <w:sz w:val="16"/>
              </w:rPr>
              <w:t>Monitoraggio richiesto</w:t>
            </w:r>
          </w:p>
        </w:tc>
        <w:tc>
          <w:tcPr>
            <w:tcW w:w="7401" w:type="dxa"/>
            <w:tcMar>
              <w:top w:w="55" w:type="dxa"/>
              <w:left w:w="55" w:type="dxa"/>
              <w:bottom w:w="55" w:type="dxa"/>
              <w:right w:w="55" w:type="dxa"/>
            </w:tcMar>
          </w:tcPr>
          <w:p w14:paraId="4280915A" w14:textId="77777777" w:rsidR="003D6426" w:rsidRDefault="00000000">
            <w:pPr>
              <w:spacing w:after="0" w:line="240" w:lineRule="auto"/>
              <w:rPr>
                <w:rFonts w:hint="eastAsia"/>
              </w:rPr>
            </w:pPr>
            <w:r>
              <w:rPr>
                <w:sz w:val="16"/>
              </w:rPr>
              <w:t>[ ] preliminare  [ ] periodico ogni ____ minuti  [ ] continuo  Parametri: __________________________</w:t>
            </w:r>
          </w:p>
        </w:tc>
      </w:tr>
      <w:tr w:rsidR="003D6426" w14:paraId="1CA79143" w14:textId="77777777">
        <w:trPr>
          <w:jc w:val="center"/>
        </w:trPr>
        <w:tc>
          <w:tcPr>
            <w:tcW w:w="2691" w:type="dxa"/>
            <w:shd w:val="clear" w:color="auto" w:fill="F2F2F2"/>
            <w:tcMar>
              <w:top w:w="55" w:type="dxa"/>
              <w:left w:w="55" w:type="dxa"/>
              <w:bottom w:w="55" w:type="dxa"/>
              <w:right w:w="55" w:type="dxa"/>
            </w:tcMar>
          </w:tcPr>
          <w:p w14:paraId="2F021E99" w14:textId="77777777" w:rsidR="003D6426" w:rsidRDefault="00000000">
            <w:pPr>
              <w:spacing w:after="0" w:line="240" w:lineRule="auto"/>
              <w:rPr>
                <w:rFonts w:hint="eastAsia"/>
              </w:rPr>
            </w:pPr>
            <w:r>
              <w:rPr>
                <w:b/>
                <w:sz w:val="16"/>
              </w:rPr>
              <w:t>APVR richiesto</w:t>
            </w:r>
          </w:p>
        </w:tc>
        <w:tc>
          <w:tcPr>
            <w:tcW w:w="7401" w:type="dxa"/>
            <w:tcMar>
              <w:top w:w="55" w:type="dxa"/>
              <w:left w:w="55" w:type="dxa"/>
              <w:bottom w:w="55" w:type="dxa"/>
              <w:right w:w="55" w:type="dxa"/>
            </w:tcMar>
          </w:tcPr>
          <w:p w14:paraId="7F5C8D59" w14:textId="77777777" w:rsidR="003D6426" w:rsidRDefault="00000000">
            <w:pPr>
              <w:spacing w:after="0" w:line="240" w:lineRule="auto"/>
              <w:rPr>
                <w:rFonts w:hint="eastAsia"/>
              </w:rPr>
            </w:pPr>
            <w:r>
              <w:rPr>
                <w:sz w:val="16"/>
              </w:rPr>
              <w:t>[ ] no  [ ] sì, tipo: __________________________  Motivazione: __________________________</w:t>
            </w:r>
          </w:p>
        </w:tc>
      </w:tr>
      <w:tr w:rsidR="003D6426" w14:paraId="2FE919B9" w14:textId="77777777">
        <w:trPr>
          <w:jc w:val="center"/>
        </w:trPr>
        <w:tc>
          <w:tcPr>
            <w:tcW w:w="2691" w:type="dxa"/>
            <w:shd w:val="clear" w:color="auto" w:fill="F2F2F2"/>
            <w:tcMar>
              <w:top w:w="55" w:type="dxa"/>
              <w:left w:w="55" w:type="dxa"/>
              <w:bottom w:w="55" w:type="dxa"/>
              <w:right w:w="55" w:type="dxa"/>
            </w:tcMar>
          </w:tcPr>
          <w:p w14:paraId="637C699D" w14:textId="77777777" w:rsidR="003D6426" w:rsidRDefault="00000000">
            <w:pPr>
              <w:spacing w:after="0" w:line="240" w:lineRule="auto"/>
              <w:rPr>
                <w:rFonts w:hint="eastAsia"/>
              </w:rPr>
            </w:pPr>
            <w:r>
              <w:rPr>
                <w:b/>
                <w:sz w:val="16"/>
              </w:rPr>
              <w:t>Piano emergenza</w:t>
            </w:r>
          </w:p>
        </w:tc>
        <w:tc>
          <w:tcPr>
            <w:tcW w:w="7401" w:type="dxa"/>
            <w:tcMar>
              <w:top w:w="55" w:type="dxa"/>
              <w:left w:w="55" w:type="dxa"/>
              <w:bottom w:w="55" w:type="dxa"/>
              <w:right w:w="55" w:type="dxa"/>
            </w:tcMar>
          </w:tcPr>
          <w:p w14:paraId="36ECA7AB" w14:textId="77777777" w:rsidR="003D6426" w:rsidRDefault="00000000">
            <w:pPr>
              <w:spacing w:after="0" w:line="240" w:lineRule="auto"/>
              <w:rPr>
                <w:rFonts w:hint="eastAsia"/>
              </w:rPr>
            </w:pPr>
            <w:r>
              <w:rPr>
                <w:sz w:val="16"/>
              </w:rPr>
              <w:t>[ ] allegato L compilato  [ ] recupero senza ingresso  [ ] recupero con ingresso  [ ] SSN/VVF preallertati</w:t>
            </w:r>
          </w:p>
        </w:tc>
      </w:tr>
      <w:tr w:rsidR="003D6426" w14:paraId="7AA625FD" w14:textId="77777777">
        <w:trPr>
          <w:jc w:val="center"/>
        </w:trPr>
        <w:tc>
          <w:tcPr>
            <w:tcW w:w="2691" w:type="dxa"/>
            <w:shd w:val="clear" w:color="auto" w:fill="F2F2F2"/>
            <w:tcMar>
              <w:top w:w="55" w:type="dxa"/>
              <w:left w:w="55" w:type="dxa"/>
              <w:bottom w:w="55" w:type="dxa"/>
              <w:right w:w="55" w:type="dxa"/>
            </w:tcMar>
          </w:tcPr>
          <w:p w14:paraId="1C8C9671" w14:textId="77777777" w:rsidR="003D6426" w:rsidRDefault="00000000">
            <w:pPr>
              <w:spacing w:after="0" w:line="240" w:lineRule="auto"/>
              <w:rPr>
                <w:rFonts w:hint="eastAsia"/>
              </w:rPr>
            </w:pPr>
            <w:r>
              <w:rPr>
                <w:b/>
                <w:sz w:val="16"/>
              </w:rPr>
              <w:t>Valutazione approvata da</w:t>
            </w:r>
          </w:p>
        </w:tc>
        <w:tc>
          <w:tcPr>
            <w:tcW w:w="7401" w:type="dxa"/>
            <w:tcMar>
              <w:top w:w="55" w:type="dxa"/>
              <w:left w:w="55" w:type="dxa"/>
              <w:bottom w:w="55" w:type="dxa"/>
              <w:right w:w="55" w:type="dxa"/>
            </w:tcMar>
          </w:tcPr>
          <w:p w14:paraId="5874246C" w14:textId="77777777" w:rsidR="003D6426" w:rsidRDefault="00000000">
            <w:pPr>
              <w:spacing w:after="0" w:line="240" w:lineRule="auto"/>
              <w:rPr>
                <w:rFonts w:hint="eastAsia"/>
              </w:rPr>
            </w:pPr>
            <w:r>
              <w:rPr>
                <w:sz w:val="16"/>
              </w:rPr>
              <w:t>Preposto/HSE: __________________  Data: ____/____/______  Firma: __________________</w:t>
            </w:r>
          </w:p>
        </w:tc>
      </w:tr>
    </w:tbl>
    <w:p w14:paraId="530C442F" w14:textId="77777777" w:rsidR="003D6426" w:rsidRDefault="00000000">
      <w:pPr>
        <w:rPr>
          <w:rFonts w:hint="eastAsia"/>
        </w:rPr>
      </w:pPr>
      <w:r>
        <w:br w:type="page"/>
      </w:r>
    </w:p>
    <w:p w14:paraId="18A0A0DC" w14:textId="77777777" w:rsidR="003D6426" w:rsidRDefault="00000000">
      <w:pPr>
        <w:pStyle w:val="Titolo1"/>
      </w:pPr>
      <w:r>
        <w:t>ALLEGATO D - Permesso di ingresso in ambiente confinato e/o sospetto di inquinamento</w:t>
      </w:r>
    </w:p>
    <w:p w14:paraId="6547CCF8" w14:textId="77777777" w:rsidR="003D6426" w:rsidRDefault="00000000">
      <w:pPr>
        <w:pStyle w:val="Nota"/>
        <w:rPr>
          <w:rFonts w:hint="eastAsia"/>
        </w:rPr>
      </w:pPr>
      <w:r>
        <w:t>Il permesso è valido solo per le condizioni indicate. Deve rimanere disponibile sul luogo di lavoro e deve essere chiuso al termine delle operazioni.</w:t>
      </w:r>
    </w:p>
    <w:p w14:paraId="0E8F3704" w14:textId="77777777" w:rsidR="003D6426" w:rsidRDefault="00000000">
      <w:pPr>
        <w:pStyle w:val="TableTitle"/>
        <w:rPr>
          <w:rFonts w:hint="eastAsia"/>
        </w:rPr>
      </w:pPr>
      <w:r>
        <w:t>Sezione 1 - Dati autorizzazione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6DB911B8" w14:textId="77777777">
        <w:trPr>
          <w:jc w:val="center"/>
        </w:trPr>
        <w:tc>
          <w:tcPr>
            <w:tcW w:w="2691" w:type="dxa"/>
            <w:shd w:val="clear" w:color="auto" w:fill="F2F2F2"/>
            <w:tcMar>
              <w:top w:w="55" w:type="dxa"/>
              <w:left w:w="55" w:type="dxa"/>
              <w:bottom w:w="55" w:type="dxa"/>
              <w:right w:w="55" w:type="dxa"/>
            </w:tcMar>
          </w:tcPr>
          <w:p w14:paraId="273E3DAA" w14:textId="77777777" w:rsidR="003D6426" w:rsidRDefault="00000000">
            <w:pPr>
              <w:spacing w:after="0" w:line="240" w:lineRule="auto"/>
              <w:rPr>
                <w:rFonts w:hint="eastAsia"/>
              </w:rPr>
            </w:pPr>
            <w:r>
              <w:rPr>
                <w:b/>
                <w:sz w:val="16"/>
              </w:rPr>
              <w:t>Permesso n.</w:t>
            </w:r>
          </w:p>
        </w:tc>
        <w:tc>
          <w:tcPr>
            <w:tcW w:w="7401" w:type="dxa"/>
            <w:tcMar>
              <w:top w:w="55" w:type="dxa"/>
              <w:left w:w="55" w:type="dxa"/>
              <w:bottom w:w="55" w:type="dxa"/>
              <w:right w:w="55" w:type="dxa"/>
            </w:tcMar>
          </w:tcPr>
          <w:p w14:paraId="19D078DA" w14:textId="77777777" w:rsidR="003D6426" w:rsidRDefault="00000000">
            <w:pPr>
              <w:spacing w:after="0" w:line="240" w:lineRule="auto"/>
              <w:rPr>
                <w:rFonts w:hint="eastAsia"/>
              </w:rPr>
            </w:pPr>
            <w:r>
              <w:rPr>
                <w:sz w:val="16"/>
              </w:rPr>
              <w:t>__________</w:t>
            </w:r>
          </w:p>
        </w:tc>
      </w:tr>
      <w:tr w:rsidR="003D6426" w14:paraId="01E4661C" w14:textId="77777777">
        <w:trPr>
          <w:jc w:val="center"/>
        </w:trPr>
        <w:tc>
          <w:tcPr>
            <w:tcW w:w="2691" w:type="dxa"/>
            <w:shd w:val="clear" w:color="auto" w:fill="F2F2F2"/>
            <w:tcMar>
              <w:top w:w="55" w:type="dxa"/>
              <w:left w:w="55" w:type="dxa"/>
              <w:bottom w:w="55" w:type="dxa"/>
              <w:right w:w="55" w:type="dxa"/>
            </w:tcMar>
          </w:tcPr>
          <w:p w14:paraId="6FE9A778" w14:textId="77777777" w:rsidR="003D6426" w:rsidRDefault="00000000">
            <w:pPr>
              <w:spacing w:after="0" w:line="240" w:lineRule="auto"/>
              <w:rPr>
                <w:rFonts w:hint="eastAsia"/>
              </w:rPr>
            </w:pPr>
            <w:r>
              <w:rPr>
                <w:b/>
                <w:sz w:val="16"/>
              </w:rPr>
              <w:t>Ambiente</w:t>
            </w:r>
          </w:p>
        </w:tc>
        <w:tc>
          <w:tcPr>
            <w:tcW w:w="7401" w:type="dxa"/>
            <w:tcMar>
              <w:top w:w="55" w:type="dxa"/>
              <w:left w:w="55" w:type="dxa"/>
              <w:bottom w:w="55" w:type="dxa"/>
              <w:right w:w="55" w:type="dxa"/>
            </w:tcMar>
          </w:tcPr>
          <w:p w14:paraId="71CA8886" w14:textId="77777777" w:rsidR="003D6426" w:rsidRDefault="00000000">
            <w:pPr>
              <w:spacing w:after="0" w:line="240" w:lineRule="auto"/>
              <w:rPr>
                <w:rFonts w:hint="eastAsia"/>
              </w:rPr>
            </w:pPr>
            <w:r>
              <w:rPr>
                <w:sz w:val="16"/>
              </w:rPr>
              <w:t>ID ACSI: ________  Denominazione: ________________________________</w:t>
            </w:r>
          </w:p>
        </w:tc>
      </w:tr>
      <w:tr w:rsidR="003D6426" w14:paraId="6B217F44" w14:textId="77777777">
        <w:trPr>
          <w:jc w:val="center"/>
        </w:trPr>
        <w:tc>
          <w:tcPr>
            <w:tcW w:w="2691" w:type="dxa"/>
            <w:shd w:val="clear" w:color="auto" w:fill="F2F2F2"/>
            <w:tcMar>
              <w:top w:w="55" w:type="dxa"/>
              <w:left w:w="55" w:type="dxa"/>
              <w:bottom w:w="55" w:type="dxa"/>
              <w:right w:w="55" w:type="dxa"/>
            </w:tcMar>
          </w:tcPr>
          <w:p w14:paraId="322DE32A" w14:textId="77777777" w:rsidR="003D6426" w:rsidRDefault="00000000">
            <w:pPr>
              <w:spacing w:after="0" w:line="240" w:lineRule="auto"/>
              <w:rPr>
                <w:rFonts w:hint="eastAsia"/>
              </w:rPr>
            </w:pPr>
            <w:r>
              <w:rPr>
                <w:b/>
                <w:sz w:val="16"/>
              </w:rPr>
              <w:t>Attività autorizzata</w:t>
            </w:r>
          </w:p>
        </w:tc>
        <w:tc>
          <w:tcPr>
            <w:tcW w:w="7401" w:type="dxa"/>
            <w:tcMar>
              <w:top w:w="55" w:type="dxa"/>
              <w:left w:w="55" w:type="dxa"/>
              <w:bottom w:w="55" w:type="dxa"/>
              <w:right w:w="55" w:type="dxa"/>
            </w:tcMar>
          </w:tcPr>
          <w:p w14:paraId="2570956F"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0E4DFC77" w14:textId="77777777">
        <w:trPr>
          <w:jc w:val="center"/>
        </w:trPr>
        <w:tc>
          <w:tcPr>
            <w:tcW w:w="2691" w:type="dxa"/>
            <w:shd w:val="clear" w:color="auto" w:fill="F2F2F2"/>
            <w:tcMar>
              <w:top w:w="55" w:type="dxa"/>
              <w:left w:w="55" w:type="dxa"/>
              <w:bottom w:w="55" w:type="dxa"/>
              <w:right w:w="55" w:type="dxa"/>
            </w:tcMar>
          </w:tcPr>
          <w:p w14:paraId="7F1C3987" w14:textId="77777777" w:rsidR="003D6426" w:rsidRDefault="00000000">
            <w:pPr>
              <w:spacing w:after="0" w:line="240" w:lineRule="auto"/>
              <w:rPr>
                <w:rFonts w:hint="eastAsia"/>
              </w:rPr>
            </w:pPr>
            <w:r>
              <w:rPr>
                <w:b/>
                <w:sz w:val="16"/>
              </w:rPr>
              <w:t>Data e validità</w:t>
            </w:r>
          </w:p>
        </w:tc>
        <w:tc>
          <w:tcPr>
            <w:tcW w:w="7401" w:type="dxa"/>
            <w:tcMar>
              <w:top w:w="55" w:type="dxa"/>
              <w:left w:w="55" w:type="dxa"/>
              <w:bottom w:w="55" w:type="dxa"/>
              <w:right w:w="55" w:type="dxa"/>
            </w:tcMar>
          </w:tcPr>
          <w:p w14:paraId="78D7EA8C" w14:textId="77777777" w:rsidR="003D6426" w:rsidRDefault="00000000">
            <w:pPr>
              <w:spacing w:after="0" w:line="240" w:lineRule="auto"/>
              <w:rPr>
                <w:rFonts w:hint="eastAsia"/>
              </w:rPr>
            </w:pPr>
            <w:r>
              <w:rPr>
                <w:sz w:val="16"/>
              </w:rPr>
              <w:t>____/____/______ dalle ore ____:____ alle ore ____:____  Rientri consentiti: [ ] SI [ ] NO</w:t>
            </w:r>
          </w:p>
        </w:tc>
      </w:tr>
      <w:tr w:rsidR="003D6426" w14:paraId="337B952F" w14:textId="77777777">
        <w:trPr>
          <w:jc w:val="center"/>
        </w:trPr>
        <w:tc>
          <w:tcPr>
            <w:tcW w:w="2691" w:type="dxa"/>
            <w:shd w:val="clear" w:color="auto" w:fill="F2F2F2"/>
            <w:tcMar>
              <w:top w:w="55" w:type="dxa"/>
              <w:left w:w="55" w:type="dxa"/>
              <w:bottom w:w="55" w:type="dxa"/>
              <w:right w:w="55" w:type="dxa"/>
            </w:tcMar>
          </w:tcPr>
          <w:p w14:paraId="60DB2198" w14:textId="77777777" w:rsidR="003D6426" w:rsidRDefault="00000000">
            <w:pPr>
              <w:spacing w:after="0" w:line="240" w:lineRule="auto"/>
              <w:rPr>
                <w:rFonts w:hint="eastAsia"/>
              </w:rPr>
            </w:pPr>
            <w:r>
              <w:rPr>
                <w:b/>
                <w:sz w:val="16"/>
              </w:rPr>
              <w:t>Preposto</w:t>
            </w:r>
          </w:p>
        </w:tc>
        <w:tc>
          <w:tcPr>
            <w:tcW w:w="7401" w:type="dxa"/>
            <w:tcMar>
              <w:top w:w="55" w:type="dxa"/>
              <w:left w:w="55" w:type="dxa"/>
              <w:bottom w:w="55" w:type="dxa"/>
              <w:right w:w="55" w:type="dxa"/>
            </w:tcMar>
          </w:tcPr>
          <w:p w14:paraId="51A49F2E" w14:textId="77777777" w:rsidR="003D6426" w:rsidRDefault="00000000">
            <w:pPr>
              <w:spacing w:after="0" w:line="240" w:lineRule="auto"/>
              <w:rPr>
                <w:rFonts w:hint="eastAsia"/>
              </w:rPr>
            </w:pPr>
            <w:r>
              <w:rPr>
                <w:sz w:val="16"/>
              </w:rPr>
              <w:t>Nome: __________________  Tel/radio: __________________</w:t>
            </w:r>
          </w:p>
        </w:tc>
      </w:tr>
      <w:tr w:rsidR="003D6426" w14:paraId="181E007B" w14:textId="77777777">
        <w:trPr>
          <w:jc w:val="center"/>
        </w:trPr>
        <w:tc>
          <w:tcPr>
            <w:tcW w:w="2691" w:type="dxa"/>
            <w:shd w:val="clear" w:color="auto" w:fill="F2F2F2"/>
            <w:tcMar>
              <w:top w:w="55" w:type="dxa"/>
              <w:left w:w="55" w:type="dxa"/>
              <w:bottom w:w="55" w:type="dxa"/>
              <w:right w:w="55" w:type="dxa"/>
            </w:tcMar>
          </w:tcPr>
          <w:p w14:paraId="2716EE03" w14:textId="77777777" w:rsidR="003D6426" w:rsidRDefault="00000000">
            <w:pPr>
              <w:spacing w:after="0" w:line="240" w:lineRule="auto"/>
              <w:rPr>
                <w:rFonts w:hint="eastAsia"/>
              </w:rPr>
            </w:pPr>
            <w:r>
              <w:rPr>
                <w:b/>
                <w:sz w:val="16"/>
              </w:rPr>
              <w:t>Attendete</w:t>
            </w:r>
          </w:p>
        </w:tc>
        <w:tc>
          <w:tcPr>
            <w:tcW w:w="7401" w:type="dxa"/>
            <w:tcMar>
              <w:top w:w="55" w:type="dxa"/>
              <w:left w:w="55" w:type="dxa"/>
              <w:bottom w:w="55" w:type="dxa"/>
              <w:right w:w="55" w:type="dxa"/>
            </w:tcMar>
          </w:tcPr>
          <w:p w14:paraId="35B5BCF0" w14:textId="77777777" w:rsidR="003D6426" w:rsidRDefault="00000000">
            <w:pPr>
              <w:spacing w:after="0" w:line="240" w:lineRule="auto"/>
              <w:rPr>
                <w:rFonts w:hint="eastAsia"/>
              </w:rPr>
            </w:pPr>
            <w:r>
              <w:rPr>
                <w:sz w:val="16"/>
              </w:rPr>
              <w:t>Nome: __________________  Sostituto: __________________  Tel/radio: __________________</w:t>
            </w:r>
          </w:p>
        </w:tc>
      </w:tr>
      <w:tr w:rsidR="003D6426" w14:paraId="2DA2E77C" w14:textId="77777777">
        <w:trPr>
          <w:jc w:val="center"/>
        </w:trPr>
        <w:tc>
          <w:tcPr>
            <w:tcW w:w="2691" w:type="dxa"/>
            <w:shd w:val="clear" w:color="auto" w:fill="F2F2F2"/>
            <w:tcMar>
              <w:top w:w="55" w:type="dxa"/>
              <w:left w:w="55" w:type="dxa"/>
              <w:bottom w:w="55" w:type="dxa"/>
              <w:right w:w="55" w:type="dxa"/>
            </w:tcMar>
          </w:tcPr>
          <w:p w14:paraId="5205387D" w14:textId="77777777" w:rsidR="003D6426" w:rsidRDefault="00000000">
            <w:pPr>
              <w:spacing w:after="0" w:line="240" w:lineRule="auto"/>
              <w:rPr>
                <w:rFonts w:hint="eastAsia"/>
              </w:rPr>
            </w:pPr>
            <w:r>
              <w:rPr>
                <w:b/>
                <w:sz w:val="16"/>
              </w:rPr>
              <w:t>Entranti autorizzati</w:t>
            </w:r>
          </w:p>
        </w:tc>
        <w:tc>
          <w:tcPr>
            <w:tcW w:w="7401" w:type="dxa"/>
            <w:tcMar>
              <w:top w:w="55" w:type="dxa"/>
              <w:left w:w="55" w:type="dxa"/>
              <w:bottom w:w="55" w:type="dxa"/>
              <w:right w:w="55" w:type="dxa"/>
            </w:tcMar>
          </w:tcPr>
          <w:p w14:paraId="2D54EA07" w14:textId="77777777" w:rsidR="003D6426" w:rsidRDefault="00000000">
            <w:pPr>
              <w:spacing w:after="0" w:line="240" w:lineRule="auto"/>
              <w:rPr>
                <w:rFonts w:hint="eastAsia"/>
              </w:rPr>
            </w:pPr>
            <w:r>
              <w:rPr>
                <w:sz w:val="16"/>
              </w:rPr>
              <w:t>1) __________________  2) __________________  3) __________________  4) __________________</w:t>
            </w:r>
          </w:p>
        </w:tc>
      </w:tr>
      <w:tr w:rsidR="003D6426" w14:paraId="791A9314" w14:textId="77777777">
        <w:trPr>
          <w:jc w:val="center"/>
        </w:trPr>
        <w:tc>
          <w:tcPr>
            <w:tcW w:w="2691" w:type="dxa"/>
            <w:shd w:val="clear" w:color="auto" w:fill="F2F2F2"/>
            <w:tcMar>
              <w:top w:w="55" w:type="dxa"/>
              <w:left w:w="55" w:type="dxa"/>
              <w:bottom w:w="55" w:type="dxa"/>
              <w:right w:w="55" w:type="dxa"/>
            </w:tcMar>
          </w:tcPr>
          <w:p w14:paraId="5D974AD3" w14:textId="77777777" w:rsidR="003D6426" w:rsidRDefault="00000000">
            <w:pPr>
              <w:spacing w:after="0" w:line="240" w:lineRule="auto"/>
              <w:rPr>
                <w:rFonts w:hint="eastAsia"/>
              </w:rPr>
            </w:pPr>
            <w:r>
              <w:rPr>
                <w:b/>
                <w:sz w:val="16"/>
              </w:rPr>
              <w:t>Squadra salvataggio</w:t>
            </w:r>
          </w:p>
        </w:tc>
        <w:tc>
          <w:tcPr>
            <w:tcW w:w="7401" w:type="dxa"/>
            <w:tcMar>
              <w:top w:w="55" w:type="dxa"/>
              <w:left w:w="55" w:type="dxa"/>
              <w:bottom w:w="55" w:type="dxa"/>
              <w:right w:w="55" w:type="dxa"/>
            </w:tcMar>
          </w:tcPr>
          <w:p w14:paraId="101E6522" w14:textId="77777777" w:rsidR="003D6426" w:rsidRDefault="00000000">
            <w:pPr>
              <w:spacing w:after="0" w:line="240" w:lineRule="auto"/>
              <w:rPr>
                <w:rFonts w:hint="eastAsia"/>
              </w:rPr>
            </w:pPr>
            <w:r>
              <w:rPr>
                <w:sz w:val="16"/>
              </w:rPr>
              <w:t>[ ] interna  [ ] esterna  [ ] non necessaria per ingresso? motivare: __________________  Responsabile: __________________</w:t>
            </w:r>
          </w:p>
        </w:tc>
      </w:tr>
    </w:tbl>
    <w:p w14:paraId="0B895C48" w14:textId="77777777" w:rsidR="003D6426" w:rsidRDefault="00000000">
      <w:pPr>
        <w:pStyle w:val="TableTitle"/>
        <w:rPr>
          <w:rFonts w:hint="eastAsia"/>
        </w:rPr>
      </w:pPr>
      <w:r>
        <w:t>Sezione 2 - Check-list autorizzativa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
        <w:gridCol w:w="4717"/>
        <w:gridCol w:w="1481"/>
        <w:gridCol w:w="2413"/>
        <w:gridCol w:w="1097"/>
      </w:tblGrid>
      <w:tr w:rsidR="003D6426" w14:paraId="3137B7DE" w14:textId="77777777">
        <w:trPr>
          <w:tblHeader/>
          <w:jc w:val="center"/>
        </w:trPr>
        <w:tc>
          <w:tcPr>
            <w:tcW w:w="488" w:type="dxa"/>
            <w:shd w:val="clear" w:color="auto" w:fill="D9EAF7"/>
            <w:tcMar>
              <w:top w:w="55" w:type="dxa"/>
              <w:left w:w="55" w:type="dxa"/>
              <w:bottom w:w="55" w:type="dxa"/>
              <w:right w:w="55" w:type="dxa"/>
            </w:tcMar>
            <w:vAlign w:val="center"/>
          </w:tcPr>
          <w:p w14:paraId="2FA5ECEE" w14:textId="77777777" w:rsidR="003D6426" w:rsidRDefault="00000000">
            <w:pPr>
              <w:spacing w:after="0" w:line="240" w:lineRule="auto"/>
              <w:jc w:val="center"/>
              <w:rPr>
                <w:rFonts w:hint="eastAsia"/>
              </w:rPr>
            </w:pPr>
            <w:r>
              <w:rPr>
                <w:b/>
                <w:sz w:val="15"/>
              </w:rPr>
              <w:t>N.</w:t>
            </w:r>
          </w:p>
        </w:tc>
        <w:tc>
          <w:tcPr>
            <w:tcW w:w="4666" w:type="dxa"/>
            <w:shd w:val="clear" w:color="auto" w:fill="D9EAF7"/>
            <w:tcMar>
              <w:top w:w="55" w:type="dxa"/>
              <w:left w:w="55" w:type="dxa"/>
              <w:bottom w:w="55" w:type="dxa"/>
              <w:right w:w="55" w:type="dxa"/>
            </w:tcMar>
            <w:vAlign w:val="center"/>
          </w:tcPr>
          <w:p w14:paraId="0B7F37D6" w14:textId="77777777" w:rsidR="003D6426" w:rsidRDefault="00000000">
            <w:pPr>
              <w:spacing w:after="0" w:line="240" w:lineRule="auto"/>
              <w:jc w:val="center"/>
              <w:rPr>
                <w:rFonts w:hint="eastAsia"/>
              </w:rPr>
            </w:pPr>
            <w:r>
              <w:rPr>
                <w:b/>
                <w:sz w:val="15"/>
              </w:rPr>
              <w:t>Verifica/azione</w:t>
            </w:r>
          </w:p>
        </w:tc>
        <w:tc>
          <w:tcPr>
            <w:tcW w:w="1465" w:type="dxa"/>
            <w:shd w:val="clear" w:color="auto" w:fill="D9EAF7"/>
            <w:tcMar>
              <w:top w:w="55" w:type="dxa"/>
              <w:left w:w="55" w:type="dxa"/>
              <w:bottom w:w="55" w:type="dxa"/>
              <w:right w:w="55" w:type="dxa"/>
            </w:tcMar>
            <w:vAlign w:val="center"/>
          </w:tcPr>
          <w:p w14:paraId="2A8DCA43" w14:textId="77777777" w:rsidR="003D6426" w:rsidRDefault="00000000">
            <w:pPr>
              <w:spacing w:after="0" w:line="240" w:lineRule="auto"/>
              <w:jc w:val="center"/>
              <w:rPr>
                <w:rFonts w:hint="eastAsia"/>
              </w:rPr>
            </w:pPr>
            <w:r>
              <w:rPr>
                <w:b/>
                <w:sz w:val="15"/>
              </w:rPr>
              <w:t>Esito</w:t>
            </w:r>
          </w:p>
        </w:tc>
        <w:tc>
          <w:tcPr>
            <w:tcW w:w="2387" w:type="dxa"/>
            <w:shd w:val="clear" w:color="auto" w:fill="D9EAF7"/>
            <w:tcMar>
              <w:top w:w="55" w:type="dxa"/>
              <w:left w:w="55" w:type="dxa"/>
              <w:bottom w:w="55" w:type="dxa"/>
              <w:right w:w="55" w:type="dxa"/>
            </w:tcMar>
            <w:vAlign w:val="center"/>
          </w:tcPr>
          <w:p w14:paraId="1C9524B0" w14:textId="77777777" w:rsidR="003D6426" w:rsidRDefault="00000000">
            <w:pPr>
              <w:spacing w:after="0" w:line="240" w:lineRule="auto"/>
              <w:jc w:val="center"/>
              <w:rPr>
                <w:rFonts w:hint="eastAsia"/>
              </w:rPr>
            </w:pPr>
            <w:r>
              <w:rPr>
                <w:b/>
                <w:sz w:val="15"/>
              </w:rPr>
              <w:t>Evidenza o riferimento</w:t>
            </w:r>
          </w:p>
        </w:tc>
        <w:tc>
          <w:tcPr>
            <w:tcW w:w="1085" w:type="dxa"/>
            <w:shd w:val="clear" w:color="auto" w:fill="D9EAF7"/>
            <w:tcMar>
              <w:top w:w="55" w:type="dxa"/>
              <w:left w:w="55" w:type="dxa"/>
              <w:bottom w:w="55" w:type="dxa"/>
              <w:right w:w="55" w:type="dxa"/>
            </w:tcMar>
            <w:vAlign w:val="center"/>
          </w:tcPr>
          <w:p w14:paraId="20AD3E32" w14:textId="77777777" w:rsidR="003D6426" w:rsidRDefault="00000000">
            <w:pPr>
              <w:spacing w:after="0" w:line="240" w:lineRule="auto"/>
              <w:jc w:val="center"/>
              <w:rPr>
                <w:rFonts w:hint="eastAsia"/>
              </w:rPr>
            </w:pPr>
            <w:r>
              <w:rPr>
                <w:b/>
                <w:sz w:val="15"/>
              </w:rPr>
              <w:t>Firma</w:t>
            </w:r>
          </w:p>
        </w:tc>
      </w:tr>
      <w:tr w:rsidR="003D6426" w14:paraId="48EB77CD" w14:textId="77777777">
        <w:trPr>
          <w:jc w:val="center"/>
        </w:trPr>
        <w:tc>
          <w:tcPr>
            <w:tcW w:w="488" w:type="dxa"/>
            <w:tcMar>
              <w:top w:w="55" w:type="dxa"/>
              <w:left w:w="55" w:type="dxa"/>
              <w:bottom w:w="55" w:type="dxa"/>
              <w:right w:w="55" w:type="dxa"/>
            </w:tcMar>
          </w:tcPr>
          <w:p w14:paraId="41957FDD" w14:textId="77777777" w:rsidR="003D6426" w:rsidRDefault="00000000">
            <w:pPr>
              <w:spacing w:after="0" w:line="240" w:lineRule="auto"/>
              <w:rPr>
                <w:rFonts w:hint="eastAsia"/>
              </w:rPr>
            </w:pPr>
            <w:r>
              <w:rPr>
                <w:sz w:val="15"/>
              </w:rPr>
              <w:t>1</w:t>
            </w:r>
          </w:p>
        </w:tc>
        <w:tc>
          <w:tcPr>
            <w:tcW w:w="4666" w:type="dxa"/>
            <w:tcMar>
              <w:top w:w="55" w:type="dxa"/>
              <w:left w:w="55" w:type="dxa"/>
              <w:bottom w:w="55" w:type="dxa"/>
              <w:right w:w="55" w:type="dxa"/>
            </w:tcMar>
          </w:tcPr>
          <w:p w14:paraId="1F570E50" w14:textId="77777777" w:rsidR="003D6426" w:rsidRDefault="00000000">
            <w:pPr>
              <w:spacing w:after="0" w:line="240" w:lineRule="auto"/>
              <w:rPr>
                <w:rFonts w:hint="eastAsia"/>
              </w:rPr>
            </w:pPr>
            <w:r>
              <w:rPr>
                <w:sz w:val="15"/>
              </w:rPr>
              <w:t>Riunione preliminare effettuata e presenze registrate.</w:t>
            </w:r>
          </w:p>
        </w:tc>
        <w:tc>
          <w:tcPr>
            <w:tcW w:w="1465" w:type="dxa"/>
            <w:tcMar>
              <w:top w:w="55" w:type="dxa"/>
              <w:left w:w="55" w:type="dxa"/>
              <w:bottom w:w="55" w:type="dxa"/>
              <w:right w:w="55" w:type="dxa"/>
            </w:tcMar>
          </w:tcPr>
          <w:p w14:paraId="69CCE269"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7416BDB1"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2778308E" w14:textId="77777777" w:rsidR="003D6426" w:rsidRDefault="003D6426">
            <w:pPr>
              <w:spacing w:after="0" w:line="240" w:lineRule="auto"/>
              <w:rPr>
                <w:rFonts w:hint="eastAsia"/>
              </w:rPr>
            </w:pPr>
          </w:p>
        </w:tc>
      </w:tr>
      <w:tr w:rsidR="003D6426" w14:paraId="2CE51711" w14:textId="77777777">
        <w:trPr>
          <w:jc w:val="center"/>
        </w:trPr>
        <w:tc>
          <w:tcPr>
            <w:tcW w:w="488" w:type="dxa"/>
            <w:tcMar>
              <w:top w:w="55" w:type="dxa"/>
              <w:left w:w="55" w:type="dxa"/>
              <w:bottom w:w="55" w:type="dxa"/>
              <w:right w:w="55" w:type="dxa"/>
            </w:tcMar>
          </w:tcPr>
          <w:p w14:paraId="0C5FC081" w14:textId="77777777" w:rsidR="003D6426" w:rsidRDefault="00000000">
            <w:pPr>
              <w:spacing w:after="0" w:line="240" w:lineRule="auto"/>
              <w:rPr>
                <w:rFonts w:hint="eastAsia"/>
              </w:rPr>
            </w:pPr>
            <w:r>
              <w:rPr>
                <w:sz w:val="15"/>
              </w:rPr>
              <w:t>2</w:t>
            </w:r>
          </w:p>
        </w:tc>
        <w:tc>
          <w:tcPr>
            <w:tcW w:w="4666" w:type="dxa"/>
            <w:tcMar>
              <w:top w:w="55" w:type="dxa"/>
              <w:left w:w="55" w:type="dxa"/>
              <w:bottom w:w="55" w:type="dxa"/>
              <w:right w:w="55" w:type="dxa"/>
            </w:tcMar>
          </w:tcPr>
          <w:p w14:paraId="5068BDD9" w14:textId="77777777" w:rsidR="003D6426" w:rsidRDefault="00000000">
            <w:pPr>
              <w:spacing w:after="0" w:line="240" w:lineRule="auto"/>
              <w:rPr>
                <w:rFonts w:hint="eastAsia"/>
              </w:rPr>
            </w:pPr>
            <w:r>
              <w:rPr>
                <w:sz w:val="15"/>
              </w:rPr>
              <w:t>Ambiente identificato, accesso delimitato e segnaletica presente.</w:t>
            </w:r>
          </w:p>
        </w:tc>
        <w:tc>
          <w:tcPr>
            <w:tcW w:w="1465" w:type="dxa"/>
            <w:tcMar>
              <w:top w:w="55" w:type="dxa"/>
              <w:left w:w="55" w:type="dxa"/>
              <w:bottom w:w="55" w:type="dxa"/>
              <w:right w:w="55" w:type="dxa"/>
            </w:tcMar>
          </w:tcPr>
          <w:p w14:paraId="5D481562"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31692B7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2AB640EA" w14:textId="77777777" w:rsidR="003D6426" w:rsidRDefault="003D6426">
            <w:pPr>
              <w:spacing w:after="0" w:line="240" w:lineRule="auto"/>
              <w:rPr>
                <w:rFonts w:hint="eastAsia"/>
              </w:rPr>
            </w:pPr>
          </w:p>
        </w:tc>
      </w:tr>
      <w:tr w:rsidR="003D6426" w14:paraId="05A7AEDE" w14:textId="77777777">
        <w:trPr>
          <w:jc w:val="center"/>
        </w:trPr>
        <w:tc>
          <w:tcPr>
            <w:tcW w:w="488" w:type="dxa"/>
            <w:tcMar>
              <w:top w:w="55" w:type="dxa"/>
              <w:left w:w="55" w:type="dxa"/>
              <w:bottom w:w="55" w:type="dxa"/>
              <w:right w:w="55" w:type="dxa"/>
            </w:tcMar>
          </w:tcPr>
          <w:p w14:paraId="6BB2BAA5" w14:textId="77777777" w:rsidR="003D6426" w:rsidRDefault="00000000">
            <w:pPr>
              <w:spacing w:after="0" w:line="240" w:lineRule="auto"/>
              <w:rPr>
                <w:rFonts w:hint="eastAsia"/>
              </w:rPr>
            </w:pPr>
            <w:r>
              <w:rPr>
                <w:sz w:val="15"/>
              </w:rPr>
              <w:t>3</w:t>
            </w:r>
          </w:p>
        </w:tc>
        <w:tc>
          <w:tcPr>
            <w:tcW w:w="4666" w:type="dxa"/>
            <w:tcMar>
              <w:top w:w="55" w:type="dxa"/>
              <w:left w:w="55" w:type="dxa"/>
              <w:bottom w:w="55" w:type="dxa"/>
              <w:right w:w="55" w:type="dxa"/>
            </w:tcMar>
          </w:tcPr>
          <w:p w14:paraId="42AF331E" w14:textId="77777777" w:rsidR="003D6426" w:rsidRDefault="00000000">
            <w:pPr>
              <w:spacing w:after="0" w:line="240" w:lineRule="auto"/>
              <w:rPr>
                <w:rFonts w:hint="eastAsia"/>
              </w:rPr>
            </w:pPr>
            <w:r>
              <w:rPr>
                <w:sz w:val="15"/>
              </w:rPr>
              <w:t>Valutazione rischi specifica completata e rischi residui accettati.</w:t>
            </w:r>
          </w:p>
        </w:tc>
        <w:tc>
          <w:tcPr>
            <w:tcW w:w="1465" w:type="dxa"/>
            <w:tcMar>
              <w:top w:w="55" w:type="dxa"/>
              <w:left w:w="55" w:type="dxa"/>
              <w:bottom w:w="55" w:type="dxa"/>
              <w:right w:w="55" w:type="dxa"/>
            </w:tcMar>
          </w:tcPr>
          <w:p w14:paraId="5648E462"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56E5F50"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64B667E" w14:textId="77777777" w:rsidR="003D6426" w:rsidRDefault="003D6426">
            <w:pPr>
              <w:spacing w:after="0" w:line="240" w:lineRule="auto"/>
              <w:rPr>
                <w:rFonts w:hint="eastAsia"/>
              </w:rPr>
            </w:pPr>
          </w:p>
        </w:tc>
      </w:tr>
      <w:tr w:rsidR="003D6426" w14:paraId="43AC112E" w14:textId="77777777">
        <w:trPr>
          <w:jc w:val="center"/>
        </w:trPr>
        <w:tc>
          <w:tcPr>
            <w:tcW w:w="488" w:type="dxa"/>
            <w:tcMar>
              <w:top w:w="55" w:type="dxa"/>
              <w:left w:w="55" w:type="dxa"/>
              <w:bottom w:w="55" w:type="dxa"/>
              <w:right w:w="55" w:type="dxa"/>
            </w:tcMar>
          </w:tcPr>
          <w:p w14:paraId="0CEC2BE1" w14:textId="77777777" w:rsidR="003D6426" w:rsidRDefault="00000000">
            <w:pPr>
              <w:spacing w:after="0" w:line="240" w:lineRule="auto"/>
              <w:rPr>
                <w:rFonts w:hint="eastAsia"/>
              </w:rPr>
            </w:pPr>
            <w:r>
              <w:rPr>
                <w:sz w:val="15"/>
              </w:rPr>
              <w:t>4</w:t>
            </w:r>
          </w:p>
        </w:tc>
        <w:tc>
          <w:tcPr>
            <w:tcW w:w="4666" w:type="dxa"/>
            <w:tcMar>
              <w:top w:w="55" w:type="dxa"/>
              <w:left w:w="55" w:type="dxa"/>
              <w:bottom w:w="55" w:type="dxa"/>
              <w:right w:w="55" w:type="dxa"/>
            </w:tcMar>
          </w:tcPr>
          <w:p w14:paraId="5B5C172D" w14:textId="77777777" w:rsidR="003D6426" w:rsidRDefault="00000000">
            <w:pPr>
              <w:spacing w:after="0" w:line="240" w:lineRule="auto"/>
              <w:rPr>
                <w:rFonts w:hint="eastAsia"/>
              </w:rPr>
            </w:pPr>
            <w:r>
              <w:rPr>
                <w:sz w:val="15"/>
              </w:rPr>
              <w:t>Ingresso non evitabile o soluzione alternativa non praticabile documentata.</w:t>
            </w:r>
          </w:p>
        </w:tc>
        <w:tc>
          <w:tcPr>
            <w:tcW w:w="1465" w:type="dxa"/>
            <w:tcMar>
              <w:top w:w="55" w:type="dxa"/>
              <w:left w:w="55" w:type="dxa"/>
              <w:bottom w:w="55" w:type="dxa"/>
              <w:right w:w="55" w:type="dxa"/>
            </w:tcMar>
          </w:tcPr>
          <w:p w14:paraId="76F1FB47"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3C41BC25"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40DB99E7" w14:textId="77777777" w:rsidR="003D6426" w:rsidRDefault="003D6426">
            <w:pPr>
              <w:spacing w:after="0" w:line="240" w:lineRule="auto"/>
              <w:rPr>
                <w:rFonts w:hint="eastAsia"/>
              </w:rPr>
            </w:pPr>
          </w:p>
        </w:tc>
      </w:tr>
      <w:tr w:rsidR="003D6426" w14:paraId="2895F00C" w14:textId="77777777">
        <w:trPr>
          <w:jc w:val="center"/>
        </w:trPr>
        <w:tc>
          <w:tcPr>
            <w:tcW w:w="488" w:type="dxa"/>
            <w:tcMar>
              <w:top w:w="55" w:type="dxa"/>
              <w:left w:w="55" w:type="dxa"/>
              <w:bottom w:w="55" w:type="dxa"/>
              <w:right w:w="55" w:type="dxa"/>
            </w:tcMar>
          </w:tcPr>
          <w:p w14:paraId="3B1BD885" w14:textId="77777777" w:rsidR="003D6426" w:rsidRDefault="00000000">
            <w:pPr>
              <w:spacing w:after="0" w:line="240" w:lineRule="auto"/>
              <w:rPr>
                <w:rFonts w:hint="eastAsia"/>
              </w:rPr>
            </w:pPr>
            <w:r>
              <w:rPr>
                <w:sz w:val="15"/>
              </w:rPr>
              <w:t>5</w:t>
            </w:r>
          </w:p>
        </w:tc>
        <w:tc>
          <w:tcPr>
            <w:tcW w:w="4666" w:type="dxa"/>
            <w:tcMar>
              <w:top w:w="55" w:type="dxa"/>
              <w:left w:w="55" w:type="dxa"/>
              <w:bottom w:w="55" w:type="dxa"/>
              <w:right w:w="55" w:type="dxa"/>
            </w:tcMar>
          </w:tcPr>
          <w:p w14:paraId="364E32BF" w14:textId="77777777" w:rsidR="003D6426" w:rsidRDefault="00000000">
            <w:pPr>
              <w:spacing w:after="0" w:line="240" w:lineRule="auto"/>
              <w:rPr>
                <w:rFonts w:hint="eastAsia"/>
              </w:rPr>
            </w:pPr>
            <w:r>
              <w:rPr>
                <w:sz w:val="15"/>
              </w:rPr>
              <w:t>Svuotamento/bonifica/lavaggio/asportazione residui eseguiti se previsti.</w:t>
            </w:r>
          </w:p>
        </w:tc>
        <w:tc>
          <w:tcPr>
            <w:tcW w:w="1465" w:type="dxa"/>
            <w:tcMar>
              <w:top w:w="55" w:type="dxa"/>
              <w:left w:w="55" w:type="dxa"/>
              <w:bottom w:w="55" w:type="dxa"/>
              <w:right w:w="55" w:type="dxa"/>
            </w:tcMar>
          </w:tcPr>
          <w:p w14:paraId="70FD875A"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93E69DA"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A6FA83C" w14:textId="77777777" w:rsidR="003D6426" w:rsidRDefault="003D6426">
            <w:pPr>
              <w:spacing w:after="0" w:line="240" w:lineRule="auto"/>
              <w:rPr>
                <w:rFonts w:hint="eastAsia"/>
              </w:rPr>
            </w:pPr>
          </w:p>
        </w:tc>
      </w:tr>
      <w:tr w:rsidR="003D6426" w14:paraId="576636CD" w14:textId="77777777">
        <w:trPr>
          <w:jc w:val="center"/>
        </w:trPr>
        <w:tc>
          <w:tcPr>
            <w:tcW w:w="488" w:type="dxa"/>
            <w:tcMar>
              <w:top w:w="55" w:type="dxa"/>
              <w:left w:w="55" w:type="dxa"/>
              <w:bottom w:w="55" w:type="dxa"/>
              <w:right w:w="55" w:type="dxa"/>
            </w:tcMar>
          </w:tcPr>
          <w:p w14:paraId="1B26C5B7" w14:textId="77777777" w:rsidR="003D6426" w:rsidRDefault="00000000">
            <w:pPr>
              <w:spacing w:after="0" w:line="240" w:lineRule="auto"/>
              <w:rPr>
                <w:rFonts w:hint="eastAsia"/>
              </w:rPr>
            </w:pPr>
            <w:r>
              <w:rPr>
                <w:sz w:val="15"/>
              </w:rPr>
              <w:t>6</w:t>
            </w:r>
          </w:p>
        </w:tc>
        <w:tc>
          <w:tcPr>
            <w:tcW w:w="4666" w:type="dxa"/>
            <w:tcMar>
              <w:top w:w="55" w:type="dxa"/>
              <w:left w:w="55" w:type="dxa"/>
              <w:bottom w:w="55" w:type="dxa"/>
              <w:right w:w="55" w:type="dxa"/>
            </w:tcMar>
          </w:tcPr>
          <w:p w14:paraId="397BD0A7" w14:textId="77777777" w:rsidR="003D6426" w:rsidRDefault="00000000">
            <w:pPr>
              <w:spacing w:after="0" w:line="240" w:lineRule="auto"/>
              <w:rPr>
                <w:rFonts w:hint="eastAsia"/>
              </w:rPr>
            </w:pPr>
            <w:r>
              <w:rPr>
                <w:sz w:val="15"/>
              </w:rPr>
              <w:t>Ventilazione predisposta e verificata se prevista.</w:t>
            </w:r>
          </w:p>
        </w:tc>
        <w:tc>
          <w:tcPr>
            <w:tcW w:w="1465" w:type="dxa"/>
            <w:tcMar>
              <w:top w:w="55" w:type="dxa"/>
              <w:left w:w="55" w:type="dxa"/>
              <w:bottom w:w="55" w:type="dxa"/>
              <w:right w:w="55" w:type="dxa"/>
            </w:tcMar>
          </w:tcPr>
          <w:p w14:paraId="5E0061F8"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FBB55FD"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0DE9E27" w14:textId="77777777" w:rsidR="003D6426" w:rsidRDefault="003D6426">
            <w:pPr>
              <w:spacing w:after="0" w:line="240" w:lineRule="auto"/>
              <w:rPr>
                <w:rFonts w:hint="eastAsia"/>
              </w:rPr>
            </w:pPr>
          </w:p>
        </w:tc>
      </w:tr>
      <w:tr w:rsidR="003D6426" w14:paraId="53AD3FAA" w14:textId="77777777">
        <w:trPr>
          <w:jc w:val="center"/>
        </w:trPr>
        <w:tc>
          <w:tcPr>
            <w:tcW w:w="488" w:type="dxa"/>
            <w:tcMar>
              <w:top w:w="55" w:type="dxa"/>
              <w:left w:w="55" w:type="dxa"/>
              <w:bottom w:w="55" w:type="dxa"/>
              <w:right w:w="55" w:type="dxa"/>
            </w:tcMar>
          </w:tcPr>
          <w:p w14:paraId="07514140" w14:textId="77777777" w:rsidR="003D6426" w:rsidRDefault="00000000">
            <w:pPr>
              <w:spacing w:after="0" w:line="240" w:lineRule="auto"/>
              <w:rPr>
                <w:rFonts w:hint="eastAsia"/>
              </w:rPr>
            </w:pPr>
            <w:r>
              <w:rPr>
                <w:sz w:val="15"/>
              </w:rPr>
              <w:t>7</w:t>
            </w:r>
          </w:p>
        </w:tc>
        <w:tc>
          <w:tcPr>
            <w:tcW w:w="4666" w:type="dxa"/>
            <w:tcMar>
              <w:top w:w="55" w:type="dxa"/>
              <w:left w:w="55" w:type="dxa"/>
              <w:bottom w:w="55" w:type="dxa"/>
              <w:right w:w="55" w:type="dxa"/>
            </w:tcMar>
          </w:tcPr>
          <w:p w14:paraId="5340E181" w14:textId="77777777" w:rsidR="003D6426" w:rsidRDefault="00000000">
            <w:pPr>
              <w:spacing w:after="0" w:line="240" w:lineRule="auto"/>
              <w:rPr>
                <w:rFonts w:hint="eastAsia"/>
              </w:rPr>
            </w:pPr>
            <w:r>
              <w:rPr>
                <w:sz w:val="15"/>
              </w:rPr>
              <w:t>LOTO/tag-out/try-out completato e registrato se previsto.</w:t>
            </w:r>
          </w:p>
        </w:tc>
        <w:tc>
          <w:tcPr>
            <w:tcW w:w="1465" w:type="dxa"/>
            <w:tcMar>
              <w:top w:w="55" w:type="dxa"/>
              <w:left w:w="55" w:type="dxa"/>
              <w:bottom w:w="55" w:type="dxa"/>
              <w:right w:w="55" w:type="dxa"/>
            </w:tcMar>
          </w:tcPr>
          <w:p w14:paraId="7B1806F9"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3D07AFC"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500B118D" w14:textId="77777777" w:rsidR="003D6426" w:rsidRDefault="003D6426">
            <w:pPr>
              <w:spacing w:after="0" w:line="240" w:lineRule="auto"/>
              <w:rPr>
                <w:rFonts w:hint="eastAsia"/>
              </w:rPr>
            </w:pPr>
          </w:p>
        </w:tc>
      </w:tr>
      <w:tr w:rsidR="003D6426" w14:paraId="0B216277" w14:textId="77777777">
        <w:trPr>
          <w:jc w:val="center"/>
        </w:trPr>
        <w:tc>
          <w:tcPr>
            <w:tcW w:w="488" w:type="dxa"/>
            <w:tcMar>
              <w:top w:w="55" w:type="dxa"/>
              <w:left w:w="55" w:type="dxa"/>
              <w:bottom w:w="55" w:type="dxa"/>
              <w:right w:w="55" w:type="dxa"/>
            </w:tcMar>
          </w:tcPr>
          <w:p w14:paraId="387036BF" w14:textId="77777777" w:rsidR="003D6426" w:rsidRDefault="00000000">
            <w:pPr>
              <w:spacing w:after="0" w:line="240" w:lineRule="auto"/>
              <w:rPr>
                <w:rFonts w:hint="eastAsia"/>
              </w:rPr>
            </w:pPr>
            <w:r>
              <w:rPr>
                <w:sz w:val="15"/>
              </w:rPr>
              <w:t>8</w:t>
            </w:r>
          </w:p>
        </w:tc>
        <w:tc>
          <w:tcPr>
            <w:tcW w:w="4666" w:type="dxa"/>
            <w:tcMar>
              <w:top w:w="55" w:type="dxa"/>
              <w:left w:w="55" w:type="dxa"/>
              <w:bottom w:w="55" w:type="dxa"/>
              <w:right w:w="55" w:type="dxa"/>
            </w:tcMar>
          </w:tcPr>
          <w:p w14:paraId="43F11CFF" w14:textId="77777777" w:rsidR="003D6426" w:rsidRDefault="00000000">
            <w:pPr>
              <w:spacing w:after="0" w:line="240" w:lineRule="auto"/>
              <w:rPr>
                <w:rFonts w:hint="eastAsia"/>
              </w:rPr>
            </w:pPr>
            <w:r>
              <w:rPr>
                <w:sz w:val="15"/>
              </w:rPr>
              <w:t>Misure atmosferiche preliminari eseguite e conformi ai limiti definiti.</w:t>
            </w:r>
          </w:p>
        </w:tc>
        <w:tc>
          <w:tcPr>
            <w:tcW w:w="1465" w:type="dxa"/>
            <w:tcMar>
              <w:top w:w="55" w:type="dxa"/>
              <w:left w:w="55" w:type="dxa"/>
              <w:bottom w:w="55" w:type="dxa"/>
              <w:right w:w="55" w:type="dxa"/>
            </w:tcMar>
          </w:tcPr>
          <w:p w14:paraId="13F233C9"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DB974F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5ECA1F58" w14:textId="77777777" w:rsidR="003D6426" w:rsidRDefault="003D6426">
            <w:pPr>
              <w:spacing w:after="0" w:line="240" w:lineRule="auto"/>
              <w:rPr>
                <w:rFonts w:hint="eastAsia"/>
              </w:rPr>
            </w:pPr>
          </w:p>
        </w:tc>
      </w:tr>
      <w:tr w:rsidR="003D6426" w14:paraId="0CBA0EFE" w14:textId="77777777">
        <w:trPr>
          <w:jc w:val="center"/>
        </w:trPr>
        <w:tc>
          <w:tcPr>
            <w:tcW w:w="488" w:type="dxa"/>
            <w:tcMar>
              <w:top w:w="55" w:type="dxa"/>
              <w:left w:w="55" w:type="dxa"/>
              <w:bottom w:w="55" w:type="dxa"/>
              <w:right w:w="55" w:type="dxa"/>
            </w:tcMar>
          </w:tcPr>
          <w:p w14:paraId="1ACB2D80" w14:textId="77777777" w:rsidR="003D6426" w:rsidRDefault="00000000">
            <w:pPr>
              <w:spacing w:after="0" w:line="240" w:lineRule="auto"/>
              <w:rPr>
                <w:rFonts w:hint="eastAsia"/>
              </w:rPr>
            </w:pPr>
            <w:r>
              <w:rPr>
                <w:sz w:val="15"/>
              </w:rPr>
              <w:t>9</w:t>
            </w:r>
          </w:p>
        </w:tc>
        <w:tc>
          <w:tcPr>
            <w:tcW w:w="4666" w:type="dxa"/>
            <w:tcMar>
              <w:top w:w="55" w:type="dxa"/>
              <w:left w:w="55" w:type="dxa"/>
              <w:bottom w:w="55" w:type="dxa"/>
              <w:right w:w="55" w:type="dxa"/>
            </w:tcMar>
          </w:tcPr>
          <w:p w14:paraId="7F9D38CD" w14:textId="77777777" w:rsidR="003D6426" w:rsidRDefault="00000000">
            <w:pPr>
              <w:spacing w:after="0" w:line="240" w:lineRule="auto"/>
              <w:rPr>
                <w:rFonts w:hint="eastAsia"/>
              </w:rPr>
            </w:pPr>
            <w:r>
              <w:rPr>
                <w:sz w:val="15"/>
              </w:rPr>
              <w:t>Monitoraggio periodico/continuo definito e strumenti funzionanti.</w:t>
            </w:r>
          </w:p>
        </w:tc>
        <w:tc>
          <w:tcPr>
            <w:tcW w:w="1465" w:type="dxa"/>
            <w:tcMar>
              <w:top w:w="55" w:type="dxa"/>
              <w:left w:w="55" w:type="dxa"/>
              <w:bottom w:w="55" w:type="dxa"/>
              <w:right w:w="55" w:type="dxa"/>
            </w:tcMar>
          </w:tcPr>
          <w:p w14:paraId="4D98FE3E"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15E6E6A"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1EBE7C7A" w14:textId="77777777" w:rsidR="003D6426" w:rsidRDefault="003D6426">
            <w:pPr>
              <w:spacing w:after="0" w:line="240" w:lineRule="auto"/>
              <w:rPr>
                <w:rFonts w:hint="eastAsia"/>
              </w:rPr>
            </w:pPr>
          </w:p>
        </w:tc>
      </w:tr>
      <w:tr w:rsidR="003D6426" w14:paraId="000EE03D" w14:textId="77777777">
        <w:trPr>
          <w:jc w:val="center"/>
        </w:trPr>
        <w:tc>
          <w:tcPr>
            <w:tcW w:w="488" w:type="dxa"/>
            <w:tcMar>
              <w:top w:w="55" w:type="dxa"/>
              <w:left w:w="55" w:type="dxa"/>
              <w:bottom w:w="55" w:type="dxa"/>
              <w:right w:w="55" w:type="dxa"/>
            </w:tcMar>
          </w:tcPr>
          <w:p w14:paraId="58DDEDDE" w14:textId="77777777" w:rsidR="003D6426" w:rsidRDefault="00000000">
            <w:pPr>
              <w:spacing w:after="0" w:line="240" w:lineRule="auto"/>
              <w:rPr>
                <w:rFonts w:hint="eastAsia"/>
              </w:rPr>
            </w:pPr>
            <w:r>
              <w:rPr>
                <w:sz w:val="15"/>
              </w:rPr>
              <w:t>10</w:t>
            </w:r>
          </w:p>
        </w:tc>
        <w:tc>
          <w:tcPr>
            <w:tcW w:w="4666" w:type="dxa"/>
            <w:tcMar>
              <w:top w:w="55" w:type="dxa"/>
              <w:left w:w="55" w:type="dxa"/>
              <w:bottom w:w="55" w:type="dxa"/>
              <w:right w:w="55" w:type="dxa"/>
            </w:tcMar>
          </w:tcPr>
          <w:p w14:paraId="54FB39B2" w14:textId="77777777" w:rsidR="003D6426" w:rsidRDefault="00000000">
            <w:pPr>
              <w:spacing w:after="0" w:line="240" w:lineRule="auto"/>
              <w:rPr>
                <w:rFonts w:hint="eastAsia"/>
              </w:rPr>
            </w:pPr>
            <w:r>
              <w:rPr>
                <w:sz w:val="15"/>
              </w:rPr>
              <w:t>DPI, DPC e APVR disponibili, controllati e indossati correttamente.</w:t>
            </w:r>
          </w:p>
        </w:tc>
        <w:tc>
          <w:tcPr>
            <w:tcW w:w="1465" w:type="dxa"/>
            <w:tcMar>
              <w:top w:w="55" w:type="dxa"/>
              <w:left w:w="55" w:type="dxa"/>
              <w:bottom w:w="55" w:type="dxa"/>
              <w:right w:w="55" w:type="dxa"/>
            </w:tcMar>
          </w:tcPr>
          <w:p w14:paraId="44E1544E"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36C0ABB"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2E46BF8" w14:textId="77777777" w:rsidR="003D6426" w:rsidRDefault="003D6426">
            <w:pPr>
              <w:spacing w:after="0" w:line="240" w:lineRule="auto"/>
              <w:rPr>
                <w:rFonts w:hint="eastAsia"/>
              </w:rPr>
            </w:pPr>
          </w:p>
        </w:tc>
      </w:tr>
      <w:tr w:rsidR="003D6426" w14:paraId="292A60EE" w14:textId="77777777">
        <w:trPr>
          <w:jc w:val="center"/>
        </w:trPr>
        <w:tc>
          <w:tcPr>
            <w:tcW w:w="488" w:type="dxa"/>
            <w:tcMar>
              <w:top w:w="55" w:type="dxa"/>
              <w:left w:w="55" w:type="dxa"/>
              <w:bottom w:w="55" w:type="dxa"/>
              <w:right w:w="55" w:type="dxa"/>
            </w:tcMar>
          </w:tcPr>
          <w:p w14:paraId="55BD4127" w14:textId="77777777" w:rsidR="003D6426" w:rsidRDefault="00000000">
            <w:pPr>
              <w:spacing w:after="0" w:line="240" w:lineRule="auto"/>
              <w:rPr>
                <w:rFonts w:hint="eastAsia"/>
              </w:rPr>
            </w:pPr>
            <w:r>
              <w:rPr>
                <w:sz w:val="15"/>
              </w:rPr>
              <w:t>11</w:t>
            </w:r>
          </w:p>
        </w:tc>
        <w:tc>
          <w:tcPr>
            <w:tcW w:w="4666" w:type="dxa"/>
            <w:tcMar>
              <w:top w:w="55" w:type="dxa"/>
              <w:left w:w="55" w:type="dxa"/>
              <w:bottom w:w="55" w:type="dxa"/>
              <w:right w:w="55" w:type="dxa"/>
            </w:tcMar>
          </w:tcPr>
          <w:p w14:paraId="58794976" w14:textId="77777777" w:rsidR="003D6426" w:rsidRDefault="00000000">
            <w:pPr>
              <w:spacing w:after="0" w:line="240" w:lineRule="auto"/>
              <w:rPr>
                <w:rFonts w:hint="eastAsia"/>
              </w:rPr>
            </w:pPr>
            <w:r>
              <w:rPr>
                <w:sz w:val="15"/>
              </w:rPr>
              <w:t>Comunicazione interno-esterno verificata; sistema emergenza funzionante.</w:t>
            </w:r>
          </w:p>
        </w:tc>
        <w:tc>
          <w:tcPr>
            <w:tcW w:w="1465" w:type="dxa"/>
            <w:tcMar>
              <w:top w:w="55" w:type="dxa"/>
              <w:left w:w="55" w:type="dxa"/>
              <w:bottom w:w="55" w:type="dxa"/>
              <w:right w:w="55" w:type="dxa"/>
            </w:tcMar>
          </w:tcPr>
          <w:p w14:paraId="4004289B"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7A969BFF"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EEB6FBB" w14:textId="77777777" w:rsidR="003D6426" w:rsidRDefault="003D6426">
            <w:pPr>
              <w:spacing w:after="0" w:line="240" w:lineRule="auto"/>
              <w:rPr>
                <w:rFonts w:hint="eastAsia"/>
              </w:rPr>
            </w:pPr>
          </w:p>
        </w:tc>
      </w:tr>
      <w:tr w:rsidR="003D6426" w14:paraId="15657FB6" w14:textId="77777777">
        <w:trPr>
          <w:jc w:val="center"/>
        </w:trPr>
        <w:tc>
          <w:tcPr>
            <w:tcW w:w="488" w:type="dxa"/>
            <w:tcMar>
              <w:top w:w="55" w:type="dxa"/>
              <w:left w:w="55" w:type="dxa"/>
              <w:bottom w:w="55" w:type="dxa"/>
              <w:right w:w="55" w:type="dxa"/>
            </w:tcMar>
          </w:tcPr>
          <w:p w14:paraId="59D55803" w14:textId="77777777" w:rsidR="003D6426" w:rsidRDefault="00000000">
            <w:pPr>
              <w:spacing w:after="0" w:line="240" w:lineRule="auto"/>
              <w:rPr>
                <w:rFonts w:hint="eastAsia"/>
              </w:rPr>
            </w:pPr>
            <w:r>
              <w:rPr>
                <w:sz w:val="15"/>
              </w:rPr>
              <w:t>12</w:t>
            </w:r>
          </w:p>
        </w:tc>
        <w:tc>
          <w:tcPr>
            <w:tcW w:w="4666" w:type="dxa"/>
            <w:tcMar>
              <w:top w:w="55" w:type="dxa"/>
              <w:left w:w="55" w:type="dxa"/>
              <w:bottom w:w="55" w:type="dxa"/>
              <w:right w:w="55" w:type="dxa"/>
            </w:tcMar>
          </w:tcPr>
          <w:p w14:paraId="689E44DA" w14:textId="77777777" w:rsidR="003D6426" w:rsidRDefault="00000000">
            <w:pPr>
              <w:spacing w:after="0" w:line="240" w:lineRule="auto"/>
              <w:rPr>
                <w:rFonts w:hint="eastAsia"/>
              </w:rPr>
            </w:pPr>
            <w:r>
              <w:rPr>
                <w:sz w:val="15"/>
              </w:rPr>
              <w:t>Piano emergenza/salvataggio disponibile e attrezzature pronte.</w:t>
            </w:r>
          </w:p>
        </w:tc>
        <w:tc>
          <w:tcPr>
            <w:tcW w:w="1465" w:type="dxa"/>
            <w:tcMar>
              <w:top w:w="55" w:type="dxa"/>
              <w:left w:w="55" w:type="dxa"/>
              <w:bottom w:w="55" w:type="dxa"/>
              <w:right w:w="55" w:type="dxa"/>
            </w:tcMar>
          </w:tcPr>
          <w:p w14:paraId="1AC45044"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7847F7D9"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BFC340B" w14:textId="77777777" w:rsidR="003D6426" w:rsidRDefault="003D6426">
            <w:pPr>
              <w:spacing w:after="0" w:line="240" w:lineRule="auto"/>
              <w:rPr>
                <w:rFonts w:hint="eastAsia"/>
              </w:rPr>
            </w:pPr>
          </w:p>
        </w:tc>
      </w:tr>
      <w:tr w:rsidR="003D6426" w14:paraId="332BDBEB" w14:textId="77777777">
        <w:trPr>
          <w:jc w:val="center"/>
        </w:trPr>
        <w:tc>
          <w:tcPr>
            <w:tcW w:w="488" w:type="dxa"/>
            <w:tcMar>
              <w:top w:w="55" w:type="dxa"/>
              <w:left w:w="55" w:type="dxa"/>
              <w:bottom w:w="55" w:type="dxa"/>
              <w:right w:w="55" w:type="dxa"/>
            </w:tcMar>
          </w:tcPr>
          <w:p w14:paraId="71E12A61" w14:textId="77777777" w:rsidR="003D6426" w:rsidRDefault="00000000">
            <w:pPr>
              <w:spacing w:after="0" w:line="240" w:lineRule="auto"/>
              <w:rPr>
                <w:rFonts w:hint="eastAsia"/>
              </w:rPr>
            </w:pPr>
            <w:r>
              <w:rPr>
                <w:sz w:val="15"/>
              </w:rPr>
              <w:t>13</w:t>
            </w:r>
          </w:p>
        </w:tc>
        <w:tc>
          <w:tcPr>
            <w:tcW w:w="4666" w:type="dxa"/>
            <w:tcMar>
              <w:top w:w="55" w:type="dxa"/>
              <w:left w:w="55" w:type="dxa"/>
              <w:bottom w:w="55" w:type="dxa"/>
              <w:right w:w="55" w:type="dxa"/>
            </w:tcMar>
          </w:tcPr>
          <w:p w14:paraId="6623AD18" w14:textId="77777777" w:rsidR="003D6426" w:rsidRDefault="00000000">
            <w:pPr>
              <w:spacing w:after="0" w:line="240" w:lineRule="auto"/>
              <w:rPr>
                <w:rFonts w:hint="eastAsia"/>
              </w:rPr>
            </w:pPr>
            <w:r>
              <w:rPr>
                <w:sz w:val="15"/>
              </w:rPr>
              <w:t>Condizioni meteo e contesto esterno compatibili con l'attività.</w:t>
            </w:r>
          </w:p>
        </w:tc>
        <w:tc>
          <w:tcPr>
            <w:tcW w:w="1465" w:type="dxa"/>
            <w:tcMar>
              <w:top w:w="55" w:type="dxa"/>
              <w:left w:w="55" w:type="dxa"/>
              <w:bottom w:w="55" w:type="dxa"/>
              <w:right w:w="55" w:type="dxa"/>
            </w:tcMar>
          </w:tcPr>
          <w:p w14:paraId="01B45441"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7E10EF9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AC56E78" w14:textId="77777777" w:rsidR="003D6426" w:rsidRDefault="003D6426">
            <w:pPr>
              <w:spacing w:after="0" w:line="240" w:lineRule="auto"/>
              <w:rPr>
                <w:rFonts w:hint="eastAsia"/>
              </w:rPr>
            </w:pPr>
          </w:p>
        </w:tc>
      </w:tr>
      <w:tr w:rsidR="003D6426" w14:paraId="734A7AF8" w14:textId="77777777">
        <w:trPr>
          <w:jc w:val="center"/>
        </w:trPr>
        <w:tc>
          <w:tcPr>
            <w:tcW w:w="488" w:type="dxa"/>
            <w:tcMar>
              <w:top w:w="55" w:type="dxa"/>
              <w:left w:w="55" w:type="dxa"/>
              <w:bottom w:w="55" w:type="dxa"/>
              <w:right w:w="55" w:type="dxa"/>
            </w:tcMar>
          </w:tcPr>
          <w:p w14:paraId="34A0969F" w14:textId="77777777" w:rsidR="003D6426" w:rsidRDefault="00000000">
            <w:pPr>
              <w:spacing w:after="0" w:line="240" w:lineRule="auto"/>
              <w:rPr>
                <w:rFonts w:hint="eastAsia"/>
              </w:rPr>
            </w:pPr>
            <w:r>
              <w:rPr>
                <w:sz w:val="15"/>
              </w:rPr>
              <w:t>14</w:t>
            </w:r>
          </w:p>
        </w:tc>
        <w:tc>
          <w:tcPr>
            <w:tcW w:w="4666" w:type="dxa"/>
            <w:tcMar>
              <w:top w:w="55" w:type="dxa"/>
              <w:left w:w="55" w:type="dxa"/>
              <w:bottom w:w="55" w:type="dxa"/>
              <w:right w:w="55" w:type="dxa"/>
            </w:tcMar>
          </w:tcPr>
          <w:p w14:paraId="0FBF19D9" w14:textId="77777777" w:rsidR="003D6426" w:rsidRDefault="00000000">
            <w:pPr>
              <w:spacing w:after="0" w:line="240" w:lineRule="auto"/>
              <w:rPr>
                <w:rFonts w:hint="eastAsia"/>
              </w:rPr>
            </w:pPr>
            <w:r>
              <w:rPr>
                <w:sz w:val="15"/>
              </w:rPr>
              <w:t>Nessuna attività interferente non controllata presente.</w:t>
            </w:r>
          </w:p>
        </w:tc>
        <w:tc>
          <w:tcPr>
            <w:tcW w:w="1465" w:type="dxa"/>
            <w:tcMar>
              <w:top w:w="55" w:type="dxa"/>
              <w:left w:w="55" w:type="dxa"/>
              <w:bottom w:w="55" w:type="dxa"/>
              <w:right w:w="55" w:type="dxa"/>
            </w:tcMar>
          </w:tcPr>
          <w:p w14:paraId="314F4345"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8D472B3"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1941258E" w14:textId="77777777" w:rsidR="003D6426" w:rsidRDefault="003D6426">
            <w:pPr>
              <w:spacing w:after="0" w:line="240" w:lineRule="auto"/>
              <w:rPr>
                <w:rFonts w:hint="eastAsia"/>
              </w:rPr>
            </w:pPr>
          </w:p>
        </w:tc>
      </w:tr>
    </w:tbl>
    <w:p w14:paraId="0B5C79C1" w14:textId="77777777" w:rsidR="003D6426" w:rsidRDefault="00000000">
      <w:pPr>
        <w:pStyle w:val="TableTitle"/>
        <w:rPr>
          <w:rFonts w:hint="eastAsia"/>
        </w:rPr>
      </w:pPr>
      <w:r>
        <w:t>Sezione 3 - Autorizzazione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50DECC15" w14:textId="77777777">
        <w:trPr>
          <w:jc w:val="center"/>
        </w:trPr>
        <w:tc>
          <w:tcPr>
            <w:tcW w:w="2691" w:type="dxa"/>
            <w:shd w:val="clear" w:color="auto" w:fill="F2F2F2"/>
            <w:tcMar>
              <w:top w:w="55" w:type="dxa"/>
              <w:left w:w="55" w:type="dxa"/>
              <w:bottom w:w="55" w:type="dxa"/>
              <w:right w:w="55" w:type="dxa"/>
            </w:tcMar>
          </w:tcPr>
          <w:p w14:paraId="75B785C0" w14:textId="77777777" w:rsidR="003D6426" w:rsidRDefault="00000000">
            <w:pPr>
              <w:spacing w:after="0" w:line="240" w:lineRule="auto"/>
              <w:rPr>
                <w:rFonts w:hint="eastAsia"/>
              </w:rPr>
            </w:pPr>
            <w:r>
              <w:rPr>
                <w:b/>
                <w:sz w:val="16"/>
              </w:rPr>
              <w:t>Misure atmosferiche iniziali</w:t>
            </w:r>
          </w:p>
        </w:tc>
        <w:tc>
          <w:tcPr>
            <w:tcW w:w="7401" w:type="dxa"/>
            <w:tcMar>
              <w:top w:w="55" w:type="dxa"/>
              <w:left w:w="55" w:type="dxa"/>
              <w:bottom w:w="55" w:type="dxa"/>
              <w:right w:w="55" w:type="dxa"/>
            </w:tcMar>
          </w:tcPr>
          <w:p w14:paraId="1C931023" w14:textId="77777777" w:rsidR="003D6426" w:rsidRDefault="00000000">
            <w:pPr>
              <w:spacing w:after="0" w:line="240" w:lineRule="auto"/>
              <w:rPr>
                <w:rFonts w:hint="eastAsia"/>
              </w:rPr>
            </w:pPr>
            <w:r>
              <w:rPr>
                <w:sz w:val="16"/>
              </w:rPr>
              <w:t>Ora ____:____  O2 ________  LEL ________  Gas tossici ________  Altro ________  Strumento matricola ________  Esito [ ] OK [ ] NO</w:t>
            </w:r>
          </w:p>
        </w:tc>
      </w:tr>
      <w:tr w:rsidR="003D6426" w14:paraId="7FF9A952" w14:textId="77777777">
        <w:trPr>
          <w:jc w:val="center"/>
        </w:trPr>
        <w:tc>
          <w:tcPr>
            <w:tcW w:w="2691" w:type="dxa"/>
            <w:shd w:val="clear" w:color="auto" w:fill="F2F2F2"/>
            <w:tcMar>
              <w:top w:w="55" w:type="dxa"/>
              <w:left w:w="55" w:type="dxa"/>
              <w:bottom w:w="55" w:type="dxa"/>
              <w:right w:w="55" w:type="dxa"/>
            </w:tcMar>
          </w:tcPr>
          <w:p w14:paraId="0E481268" w14:textId="77777777" w:rsidR="003D6426" w:rsidRDefault="00000000">
            <w:pPr>
              <w:spacing w:after="0" w:line="240" w:lineRule="auto"/>
              <w:rPr>
                <w:rFonts w:hint="eastAsia"/>
              </w:rPr>
            </w:pPr>
            <w:r>
              <w:rPr>
                <w:b/>
                <w:sz w:val="16"/>
              </w:rPr>
              <w:t>Limiti/soglie applicate</w:t>
            </w:r>
          </w:p>
        </w:tc>
        <w:tc>
          <w:tcPr>
            <w:tcW w:w="7401" w:type="dxa"/>
            <w:tcMar>
              <w:top w:w="55" w:type="dxa"/>
              <w:left w:w="55" w:type="dxa"/>
              <w:bottom w:w="55" w:type="dxa"/>
              <w:right w:w="55" w:type="dxa"/>
            </w:tcMar>
          </w:tcPr>
          <w:p w14:paraId="7DF6CBE9" w14:textId="77777777" w:rsidR="003D6426" w:rsidRDefault="00000000">
            <w:pPr>
              <w:spacing w:after="0" w:line="240" w:lineRule="auto"/>
              <w:rPr>
                <w:rFonts w:hint="eastAsia"/>
              </w:rPr>
            </w:pPr>
            <w:r>
              <w:rPr>
                <w:sz w:val="16"/>
              </w:rPr>
              <w:t>O2: ________  LEL: ________  Tossici: ________  Polveri/aerosol: ________  Riferimento DVR/SDS: ________</w:t>
            </w:r>
          </w:p>
        </w:tc>
      </w:tr>
      <w:tr w:rsidR="003D6426" w14:paraId="7586C349" w14:textId="77777777">
        <w:trPr>
          <w:jc w:val="center"/>
        </w:trPr>
        <w:tc>
          <w:tcPr>
            <w:tcW w:w="2691" w:type="dxa"/>
            <w:shd w:val="clear" w:color="auto" w:fill="F2F2F2"/>
            <w:tcMar>
              <w:top w:w="55" w:type="dxa"/>
              <w:left w:w="55" w:type="dxa"/>
              <w:bottom w:w="55" w:type="dxa"/>
              <w:right w:w="55" w:type="dxa"/>
            </w:tcMar>
          </w:tcPr>
          <w:p w14:paraId="27E19C69" w14:textId="77777777" w:rsidR="003D6426" w:rsidRDefault="00000000">
            <w:pPr>
              <w:spacing w:after="0" w:line="240" w:lineRule="auto"/>
              <w:rPr>
                <w:rFonts w:hint="eastAsia"/>
              </w:rPr>
            </w:pPr>
            <w:r>
              <w:rPr>
                <w:b/>
                <w:sz w:val="16"/>
              </w:rPr>
              <w:t>Prescrizioni particolari</w:t>
            </w:r>
          </w:p>
        </w:tc>
        <w:tc>
          <w:tcPr>
            <w:tcW w:w="7401" w:type="dxa"/>
            <w:tcMar>
              <w:top w:w="55" w:type="dxa"/>
              <w:left w:w="55" w:type="dxa"/>
              <w:bottom w:w="55" w:type="dxa"/>
              <w:right w:w="55" w:type="dxa"/>
            </w:tcMar>
          </w:tcPr>
          <w:p w14:paraId="153A3819"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58046498" w14:textId="77777777">
        <w:trPr>
          <w:jc w:val="center"/>
        </w:trPr>
        <w:tc>
          <w:tcPr>
            <w:tcW w:w="2691" w:type="dxa"/>
            <w:shd w:val="clear" w:color="auto" w:fill="F2F2F2"/>
            <w:tcMar>
              <w:top w:w="55" w:type="dxa"/>
              <w:left w:w="55" w:type="dxa"/>
              <w:bottom w:w="55" w:type="dxa"/>
              <w:right w:w="55" w:type="dxa"/>
            </w:tcMar>
          </w:tcPr>
          <w:p w14:paraId="4DFECE2A" w14:textId="77777777" w:rsidR="003D6426" w:rsidRDefault="00000000">
            <w:pPr>
              <w:spacing w:after="0" w:line="240" w:lineRule="auto"/>
              <w:rPr>
                <w:rFonts w:hint="eastAsia"/>
              </w:rPr>
            </w:pPr>
            <w:r>
              <w:rPr>
                <w:b/>
                <w:sz w:val="16"/>
              </w:rPr>
              <w:t>Autorizzazione avvio</w:t>
            </w:r>
          </w:p>
        </w:tc>
        <w:tc>
          <w:tcPr>
            <w:tcW w:w="7401" w:type="dxa"/>
            <w:tcMar>
              <w:top w:w="55" w:type="dxa"/>
              <w:left w:w="55" w:type="dxa"/>
              <w:bottom w:w="55" w:type="dxa"/>
              <w:right w:w="55" w:type="dxa"/>
            </w:tcMar>
          </w:tcPr>
          <w:p w14:paraId="43380AD5" w14:textId="77777777" w:rsidR="003D6426" w:rsidRDefault="00000000">
            <w:pPr>
              <w:spacing w:after="0" w:line="240" w:lineRule="auto"/>
              <w:rPr>
                <w:rFonts w:hint="eastAsia"/>
              </w:rPr>
            </w:pPr>
            <w:r>
              <w:rPr>
                <w:sz w:val="16"/>
              </w:rPr>
              <w:t>Preposto: __________________  Firma: __________________  Ora: ____:____</w:t>
            </w:r>
          </w:p>
        </w:tc>
      </w:tr>
      <w:tr w:rsidR="003D6426" w14:paraId="3EA00899" w14:textId="77777777">
        <w:trPr>
          <w:jc w:val="center"/>
        </w:trPr>
        <w:tc>
          <w:tcPr>
            <w:tcW w:w="2691" w:type="dxa"/>
            <w:shd w:val="clear" w:color="auto" w:fill="F2F2F2"/>
            <w:tcMar>
              <w:top w:w="55" w:type="dxa"/>
              <w:left w:w="55" w:type="dxa"/>
              <w:bottom w:w="55" w:type="dxa"/>
              <w:right w:w="55" w:type="dxa"/>
            </w:tcMar>
          </w:tcPr>
          <w:p w14:paraId="3B94058B" w14:textId="77777777" w:rsidR="003D6426" w:rsidRDefault="00000000">
            <w:pPr>
              <w:spacing w:after="0" w:line="240" w:lineRule="auto"/>
              <w:rPr>
                <w:rFonts w:hint="eastAsia"/>
              </w:rPr>
            </w:pPr>
            <w:r>
              <w:rPr>
                <w:b/>
                <w:sz w:val="16"/>
              </w:rPr>
              <w:t>Accettazione entranti</w:t>
            </w:r>
          </w:p>
        </w:tc>
        <w:tc>
          <w:tcPr>
            <w:tcW w:w="7401" w:type="dxa"/>
            <w:tcMar>
              <w:top w:w="55" w:type="dxa"/>
              <w:left w:w="55" w:type="dxa"/>
              <w:bottom w:w="55" w:type="dxa"/>
              <w:right w:w="55" w:type="dxa"/>
            </w:tcMar>
          </w:tcPr>
          <w:p w14:paraId="38A575AC" w14:textId="77777777" w:rsidR="003D6426" w:rsidRDefault="00000000">
            <w:pPr>
              <w:spacing w:after="0" w:line="240" w:lineRule="auto"/>
              <w:rPr>
                <w:rFonts w:hint="eastAsia"/>
              </w:rPr>
            </w:pPr>
            <w:r>
              <w:rPr>
                <w:sz w:val="16"/>
              </w:rPr>
              <w:t>Entrante 1 firma: __________  Entrante 2 firma: __________  Entrante 3 firma: __________  Entrante 4 firma: __________</w:t>
            </w:r>
          </w:p>
        </w:tc>
      </w:tr>
    </w:tbl>
    <w:p w14:paraId="1C76A981" w14:textId="77777777" w:rsidR="003D6426" w:rsidRDefault="00000000">
      <w:pPr>
        <w:pStyle w:val="TableTitle"/>
        <w:rPr>
          <w:rFonts w:hint="eastAsia"/>
        </w:rPr>
      </w:pPr>
      <w:r>
        <w:t>Sezione 4 - Sospensione e chiusura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3F0248B1" w14:textId="77777777">
        <w:trPr>
          <w:jc w:val="center"/>
        </w:trPr>
        <w:tc>
          <w:tcPr>
            <w:tcW w:w="2691" w:type="dxa"/>
            <w:shd w:val="clear" w:color="auto" w:fill="F2F2F2"/>
            <w:tcMar>
              <w:top w:w="55" w:type="dxa"/>
              <w:left w:w="55" w:type="dxa"/>
              <w:bottom w:w="55" w:type="dxa"/>
              <w:right w:w="55" w:type="dxa"/>
            </w:tcMar>
          </w:tcPr>
          <w:p w14:paraId="0F517E20" w14:textId="77777777" w:rsidR="003D6426" w:rsidRDefault="00000000">
            <w:pPr>
              <w:spacing w:after="0" w:line="240" w:lineRule="auto"/>
              <w:rPr>
                <w:rFonts w:hint="eastAsia"/>
              </w:rPr>
            </w:pPr>
            <w:r>
              <w:rPr>
                <w:b/>
                <w:sz w:val="16"/>
              </w:rPr>
              <w:t>Sospensioni/riprese</w:t>
            </w:r>
          </w:p>
        </w:tc>
        <w:tc>
          <w:tcPr>
            <w:tcW w:w="7401" w:type="dxa"/>
            <w:tcMar>
              <w:top w:w="55" w:type="dxa"/>
              <w:left w:w="55" w:type="dxa"/>
              <w:bottom w:w="55" w:type="dxa"/>
              <w:right w:w="55" w:type="dxa"/>
            </w:tcMar>
          </w:tcPr>
          <w:p w14:paraId="4460574F" w14:textId="77777777" w:rsidR="003D6426" w:rsidRDefault="00000000">
            <w:pPr>
              <w:spacing w:after="0" w:line="240" w:lineRule="auto"/>
              <w:rPr>
                <w:rFonts w:hint="eastAsia"/>
              </w:rPr>
            </w:pPr>
            <w:r>
              <w:rPr>
                <w:sz w:val="16"/>
              </w:rPr>
              <w:t>Ora sospensione ____:____ motivo __________________  Ora ripresa ____:____ verifiche ripetute [ ] SI [ ] NO</w:t>
            </w:r>
          </w:p>
        </w:tc>
      </w:tr>
      <w:tr w:rsidR="003D6426" w14:paraId="19A69D98" w14:textId="77777777">
        <w:trPr>
          <w:jc w:val="center"/>
        </w:trPr>
        <w:tc>
          <w:tcPr>
            <w:tcW w:w="2691" w:type="dxa"/>
            <w:shd w:val="clear" w:color="auto" w:fill="F2F2F2"/>
            <w:tcMar>
              <w:top w:w="55" w:type="dxa"/>
              <w:left w:w="55" w:type="dxa"/>
              <w:bottom w:w="55" w:type="dxa"/>
              <w:right w:w="55" w:type="dxa"/>
            </w:tcMar>
          </w:tcPr>
          <w:p w14:paraId="55AB83B8" w14:textId="77777777" w:rsidR="003D6426" w:rsidRDefault="00000000">
            <w:pPr>
              <w:spacing w:after="0" w:line="240" w:lineRule="auto"/>
              <w:rPr>
                <w:rFonts w:hint="eastAsia"/>
              </w:rPr>
            </w:pPr>
            <w:r>
              <w:rPr>
                <w:b/>
                <w:sz w:val="16"/>
              </w:rPr>
              <w:t>Chiusura permesso</w:t>
            </w:r>
          </w:p>
        </w:tc>
        <w:tc>
          <w:tcPr>
            <w:tcW w:w="7401" w:type="dxa"/>
            <w:tcMar>
              <w:top w:w="55" w:type="dxa"/>
              <w:left w:w="55" w:type="dxa"/>
              <w:bottom w:w="55" w:type="dxa"/>
              <w:right w:w="55" w:type="dxa"/>
            </w:tcMar>
          </w:tcPr>
          <w:p w14:paraId="2FE90662" w14:textId="77777777" w:rsidR="003D6426" w:rsidRDefault="00000000">
            <w:pPr>
              <w:spacing w:after="0" w:line="240" w:lineRule="auto"/>
              <w:rPr>
                <w:rFonts w:hint="eastAsia"/>
              </w:rPr>
            </w:pPr>
            <w:r>
              <w:rPr>
                <w:sz w:val="16"/>
              </w:rPr>
              <w:t>Lavoratori usciti [ ] SI  Attrezzature rimosse [ ] SI  Ambiente sicuro [ ] SI  Ripristino [ ] SI</w:t>
            </w:r>
          </w:p>
        </w:tc>
      </w:tr>
      <w:tr w:rsidR="003D6426" w14:paraId="220A02DB" w14:textId="77777777">
        <w:trPr>
          <w:jc w:val="center"/>
        </w:trPr>
        <w:tc>
          <w:tcPr>
            <w:tcW w:w="2691" w:type="dxa"/>
            <w:shd w:val="clear" w:color="auto" w:fill="F2F2F2"/>
            <w:tcMar>
              <w:top w:w="55" w:type="dxa"/>
              <w:left w:w="55" w:type="dxa"/>
              <w:bottom w:w="55" w:type="dxa"/>
              <w:right w:w="55" w:type="dxa"/>
            </w:tcMar>
          </w:tcPr>
          <w:p w14:paraId="27F88858" w14:textId="77777777" w:rsidR="003D6426" w:rsidRDefault="00000000">
            <w:pPr>
              <w:spacing w:after="0" w:line="240" w:lineRule="auto"/>
              <w:rPr>
                <w:rFonts w:hint="eastAsia"/>
              </w:rPr>
            </w:pPr>
            <w:r>
              <w:rPr>
                <w:b/>
                <w:sz w:val="16"/>
              </w:rPr>
              <w:t>Problemi/anomalie</w:t>
            </w:r>
          </w:p>
        </w:tc>
        <w:tc>
          <w:tcPr>
            <w:tcW w:w="7401" w:type="dxa"/>
            <w:tcMar>
              <w:top w:w="55" w:type="dxa"/>
              <w:left w:w="55" w:type="dxa"/>
              <w:bottom w:w="55" w:type="dxa"/>
              <w:right w:w="55" w:type="dxa"/>
            </w:tcMar>
          </w:tcPr>
          <w:p w14:paraId="04934D52"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1CE4CD12" w14:textId="77777777">
        <w:trPr>
          <w:jc w:val="center"/>
        </w:trPr>
        <w:tc>
          <w:tcPr>
            <w:tcW w:w="2691" w:type="dxa"/>
            <w:shd w:val="clear" w:color="auto" w:fill="F2F2F2"/>
            <w:tcMar>
              <w:top w:w="55" w:type="dxa"/>
              <w:left w:w="55" w:type="dxa"/>
              <w:bottom w:w="55" w:type="dxa"/>
              <w:right w:w="55" w:type="dxa"/>
            </w:tcMar>
          </w:tcPr>
          <w:p w14:paraId="751C4AA5" w14:textId="77777777" w:rsidR="003D6426" w:rsidRDefault="00000000">
            <w:pPr>
              <w:spacing w:after="0" w:line="240" w:lineRule="auto"/>
              <w:rPr>
                <w:rFonts w:hint="eastAsia"/>
              </w:rPr>
            </w:pPr>
            <w:r>
              <w:rPr>
                <w:b/>
                <w:sz w:val="16"/>
              </w:rPr>
              <w:t>Firma chiusura</w:t>
            </w:r>
          </w:p>
        </w:tc>
        <w:tc>
          <w:tcPr>
            <w:tcW w:w="7401" w:type="dxa"/>
            <w:tcMar>
              <w:top w:w="55" w:type="dxa"/>
              <w:left w:w="55" w:type="dxa"/>
              <w:bottom w:w="55" w:type="dxa"/>
              <w:right w:w="55" w:type="dxa"/>
            </w:tcMar>
          </w:tcPr>
          <w:p w14:paraId="596899E5" w14:textId="77777777" w:rsidR="003D6426" w:rsidRDefault="00000000">
            <w:pPr>
              <w:spacing w:after="0" w:line="240" w:lineRule="auto"/>
              <w:rPr>
                <w:rFonts w:hint="eastAsia"/>
              </w:rPr>
            </w:pPr>
            <w:r>
              <w:rPr>
                <w:sz w:val="16"/>
              </w:rPr>
              <w:t>Preposto: __________________  Data: ____/____/______  Ora: ____:____  Firma: __________________</w:t>
            </w:r>
          </w:p>
        </w:tc>
      </w:tr>
    </w:tbl>
    <w:p w14:paraId="109BEE14" w14:textId="77777777" w:rsidR="003D6426" w:rsidRDefault="00000000">
      <w:pPr>
        <w:rPr>
          <w:rFonts w:hint="eastAsia"/>
        </w:rPr>
      </w:pPr>
      <w:r>
        <w:br w:type="page"/>
      </w:r>
    </w:p>
    <w:p w14:paraId="49093421" w14:textId="77777777" w:rsidR="003D6426" w:rsidRDefault="00000000">
      <w:pPr>
        <w:pStyle w:val="Titolo1"/>
      </w:pPr>
      <w:r>
        <w:t>ALLEGATO E - Check-list pre-ingresso e allestimento</w:t>
      </w:r>
    </w:p>
    <w:p w14:paraId="0121BF0B" w14:textId="77777777" w:rsidR="003D6426" w:rsidRDefault="00000000">
      <w:pPr>
        <w:pStyle w:val="TableTitle"/>
        <w:rPr>
          <w:rFonts w:hint="eastAsia"/>
        </w:rPr>
      </w:pPr>
      <w:r>
        <w:t>Check-list pre-ingresso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
        <w:gridCol w:w="4717"/>
        <w:gridCol w:w="1481"/>
        <w:gridCol w:w="2413"/>
        <w:gridCol w:w="1097"/>
      </w:tblGrid>
      <w:tr w:rsidR="003D6426" w14:paraId="7E152681" w14:textId="77777777">
        <w:trPr>
          <w:tblHeader/>
          <w:jc w:val="center"/>
        </w:trPr>
        <w:tc>
          <w:tcPr>
            <w:tcW w:w="488" w:type="dxa"/>
            <w:shd w:val="clear" w:color="auto" w:fill="D9EAF7"/>
            <w:tcMar>
              <w:top w:w="55" w:type="dxa"/>
              <w:left w:w="55" w:type="dxa"/>
              <w:bottom w:w="55" w:type="dxa"/>
              <w:right w:w="55" w:type="dxa"/>
            </w:tcMar>
            <w:vAlign w:val="center"/>
          </w:tcPr>
          <w:p w14:paraId="06AAAF70" w14:textId="77777777" w:rsidR="003D6426" w:rsidRDefault="00000000">
            <w:pPr>
              <w:spacing w:after="0" w:line="240" w:lineRule="auto"/>
              <w:jc w:val="center"/>
              <w:rPr>
                <w:rFonts w:hint="eastAsia"/>
              </w:rPr>
            </w:pPr>
            <w:r>
              <w:rPr>
                <w:b/>
                <w:sz w:val="15"/>
              </w:rPr>
              <w:t>N.</w:t>
            </w:r>
          </w:p>
        </w:tc>
        <w:tc>
          <w:tcPr>
            <w:tcW w:w="4666" w:type="dxa"/>
            <w:shd w:val="clear" w:color="auto" w:fill="D9EAF7"/>
            <w:tcMar>
              <w:top w:w="55" w:type="dxa"/>
              <w:left w:w="55" w:type="dxa"/>
              <w:bottom w:w="55" w:type="dxa"/>
              <w:right w:w="55" w:type="dxa"/>
            </w:tcMar>
            <w:vAlign w:val="center"/>
          </w:tcPr>
          <w:p w14:paraId="5D191622" w14:textId="77777777" w:rsidR="003D6426" w:rsidRDefault="00000000">
            <w:pPr>
              <w:spacing w:after="0" w:line="240" w:lineRule="auto"/>
              <w:jc w:val="center"/>
              <w:rPr>
                <w:rFonts w:hint="eastAsia"/>
              </w:rPr>
            </w:pPr>
            <w:r>
              <w:rPr>
                <w:b/>
                <w:sz w:val="15"/>
              </w:rPr>
              <w:t>Verifica/azione</w:t>
            </w:r>
          </w:p>
        </w:tc>
        <w:tc>
          <w:tcPr>
            <w:tcW w:w="1465" w:type="dxa"/>
            <w:shd w:val="clear" w:color="auto" w:fill="D9EAF7"/>
            <w:tcMar>
              <w:top w:w="55" w:type="dxa"/>
              <w:left w:w="55" w:type="dxa"/>
              <w:bottom w:w="55" w:type="dxa"/>
              <w:right w:w="55" w:type="dxa"/>
            </w:tcMar>
            <w:vAlign w:val="center"/>
          </w:tcPr>
          <w:p w14:paraId="2672EF67" w14:textId="77777777" w:rsidR="003D6426" w:rsidRDefault="00000000">
            <w:pPr>
              <w:spacing w:after="0" w:line="240" w:lineRule="auto"/>
              <w:jc w:val="center"/>
              <w:rPr>
                <w:rFonts w:hint="eastAsia"/>
              </w:rPr>
            </w:pPr>
            <w:r>
              <w:rPr>
                <w:b/>
                <w:sz w:val="15"/>
              </w:rPr>
              <w:t>Esito</w:t>
            </w:r>
          </w:p>
        </w:tc>
        <w:tc>
          <w:tcPr>
            <w:tcW w:w="2387" w:type="dxa"/>
            <w:shd w:val="clear" w:color="auto" w:fill="D9EAF7"/>
            <w:tcMar>
              <w:top w:w="55" w:type="dxa"/>
              <w:left w:w="55" w:type="dxa"/>
              <w:bottom w:w="55" w:type="dxa"/>
              <w:right w:w="55" w:type="dxa"/>
            </w:tcMar>
            <w:vAlign w:val="center"/>
          </w:tcPr>
          <w:p w14:paraId="2256FCDD" w14:textId="77777777" w:rsidR="003D6426" w:rsidRDefault="00000000">
            <w:pPr>
              <w:spacing w:after="0" w:line="240" w:lineRule="auto"/>
              <w:jc w:val="center"/>
              <w:rPr>
                <w:rFonts w:hint="eastAsia"/>
              </w:rPr>
            </w:pPr>
            <w:r>
              <w:rPr>
                <w:b/>
                <w:sz w:val="15"/>
              </w:rPr>
              <w:t>Evidenza o riferimento</w:t>
            </w:r>
          </w:p>
        </w:tc>
        <w:tc>
          <w:tcPr>
            <w:tcW w:w="1085" w:type="dxa"/>
            <w:shd w:val="clear" w:color="auto" w:fill="D9EAF7"/>
            <w:tcMar>
              <w:top w:w="55" w:type="dxa"/>
              <w:left w:w="55" w:type="dxa"/>
              <w:bottom w:w="55" w:type="dxa"/>
              <w:right w:w="55" w:type="dxa"/>
            </w:tcMar>
            <w:vAlign w:val="center"/>
          </w:tcPr>
          <w:p w14:paraId="7E2F77D5" w14:textId="77777777" w:rsidR="003D6426" w:rsidRDefault="00000000">
            <w:pPr>
              <w:spacing w:after="0" w:line="240" w:lineRule="auto"/>
              <w:jc w:val="center"/>
              <w:rPr>
                <w:rFonts w:hint="eastAsia"/>
              </w:rPr>
            </w:pPr>
            <w:r>
              <w:rPr>
                <w:b/>
                <w:sz w:val="15"/>
              </w:rPr>
              <w:t>Firma</w:t>
            </w:r>
          </w:p>
        </w:tc>
      </w:tr>
      <w:tr w:rsidR="003D6426" w14:paraId="0F0159B3" w14:textId="77777777">
        <w:trPr>
          <w:jc w:val="center"/>
        </w:trPr>
        <w:tc>
          <w:tcPr>
            <w:tcW w:w="488" w:type="dxa"/>
            <w:tcMar>
              <w:top w:w="55" w:type="dxa"/>
              <w:left w:w="55" w:type="dxa"/>
              <w:bottom w:w="55" w:type="dxa"/>
              <w:right w:w="55" w:type="dxa"/>
            </w:tcMar>
          </w:tcPr>
          <w:p w14:paraId="0C731415" w14:textId="77777777" w:rsidR="003D6426" w:rsidRDefault="00000000">
            <w:pPr>
              <w:spacing w:after="0" w:line="240" w:lineRule="auto"/>
              <w:rPr>
                <w:rFonts w:hint="eastAsia"/>
              </w:rPr>
            </w:pPr>
            <w:r>
              <w:rPr>
                <w:sz w:val="15"/>
              </w:rPr>
              <w:t>1</w:t>
            </w:r>
          </w:p>
        </w:tc>
        <w:tc>
          <w:tcPr>
            <w:tcW w:w="4666" w:type="dxa"/>
            <w:tcMar>
              <w:top w:w="55" w:type="dxa"/>
              <w:left w:w="55" w:type="dxa"/>
              <w:bottom w:w="55" w:type="dxa"/>
              <w:right w:w="55" w:type="dxa"/>
            </w:tcMar>
          </w:tcPr>
          <w:p w14:paraId="35D62ECA" w14:textId="77777777" w:rsidR="003D6426" w:rsidRDefault="00000000">
            <w:pPr>
              <w:spacing w:after="0" w:line="240" w:lineRule="auto"/>
              <w:rPr>
                <w:rFonts w:hint="eastAsia"/>
              </w:rPr>
            </w:pPr>
            <w:r>
              <w:rPr>
                <w:sz w:val="15"/>
              </w:rPr>
              <w:t>Area delimitata con barriere, nastri, coni, parapetti o sistemi equivalenti.</w:t>
            </w:r>
          </w:p>
        </w:tc>
        <w:tc>
          <w:tcPr>
            <w:tcW w:w="1465" w:type="dxa"/>
            <w:tcMar>
              <w:top w:w="55" w:type="dxa"/>
              <w:left w:w="55" w:type="dxa"/>
              <w:bottom w:w="55" w:type="dxa"/>
              <w:right w:w="55" w:type="dxa"/>
            </w:tcMar>
          </w:tcPr>
          <w:p w14:paraId="74CDC7F5"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57CF446"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5B3D50D" w14:textId="77777777" w:rsidR="003D6426" w:rsidRDefault="003D6426">
            <w:pPr>
              <w:spacing w:after="0" w:line="240" w:lineRule="auto"/>
              <w:rPr>
                <w:rFonts w:hint="eastAsia"/>
              </w:rPr>
            </w:pPr>
          </w:p>
        </w:tc>
      </w:tr>
      <w:tr w:rsidR="003D6426" w14:paraId="35F8EE74" w14:textId="77777777">
        <w:trPr>
          <w:jc w:val="center"/>
        </w:trPr>
        <w:tc>
          <w:tcPr>
            <w:tcW w:w="488" w:type="dxa"/>
            <w:tcMar>
              <w:top w:w="55" w:type="dxa"/>
              <w:left w:w="55" w:type="dxa"/>
              <w:bottom w:w="55" w:type="dxa"/>
              <w:right w:w="55" w:type="dxa"/>
            </w:tcMar>
          </w:tcPr>
          <w:p w14:paraId="41DAD2D0" w14:textId="77777777" w:rsidR="003D6426" w:rsidRDefault="00000000">
            <w:pPr>
              <w:spacing w:after="0" w:line="240" w:lineRule="auto"/>
              <w:rPr>
                <w:rFonts w:hint="eastAsia"/>
              </w:rPr>
            </w:pPr>
            <w:r>
              <w:rPr>
                <w:sz w:val="15"/>
              </w:rPr>
              <w:t>2</w:t>
            </w:r>
          </w:p>
        </w:tc>
        <w:tc>
          <w:tcPr>
            <w:tcW w:w="4666" w:type="dxa"/>
            <w:tcMar>
              <w:top w:w="55" w:type="dxa"/>
              <w:left w:w="55" w:type="dxa"/>
              <w:bottom w:w="55" w:type="dxa"/>
              <w:right w:w="55" w:type="dxa"/>
            </w:tcMar>
          </w:tcPr>
          <w:p w14:paraId="02D6448A" w14:textId="77777777" w:rsidR="003D6426" w:rsidRDefault="00000000">
            <w:pPr>
              <w:spacing w:after="0" w:line="240" w:lineRule="auto"/>
              <w:rPr>
                <w:rFonts w:hint="eastAsia"/>
              </w:rPr>
            </w:pPr>
            <w:r>
              <w:rPr>
                <w:sz w:val="15"/>
              </w:rPr>
              <w:t>Cartelli di divieto accesso e pericolo ambiente confinato presenti e visibili.</w:t>
            </w:r>
          </w:p>
        </w:tc>
        <w:tc>
          <w:tcPr>
            <w:tcW w:w="1465" w:type="dxa"/>
            <w:tcMar>
              <w:top w:w="55" w:type="dxa"/>
              <w:left w:w="55" w:type="dxa"/>
              <w:bottom w:w="55" w:type="dxa"/>
              <w:right w:w="55" w:type="dxa"/>
            </w:tcMar>
          </w:tcPr>
          <w:p w14:paraId="711026D7"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3AEF59B"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A10EA4A" w14:textId="77777777" w:rsidR="003D6426" w:rsidRDefault="003D6426">
            <w:pPr>
              <w:spacing w:after="0" w:line="240" w:lineRule="auto"/>
              <w:rPr>
                <w:rFonts w:hint="eastAsia"/>
              </w:rPr>
            </w:pPr>
          </w:p>
        </w:tc>
      </w:tr>
      <w:tr w:rsidR="003D6426" w14:paraId="54D74395" w14:textId="77777777">
        <w:trPr>
          <w:jc w:val="center"/>
        </w:trPr>
        <w:tc>
          <w:tcPr>
            <w:tcW w:w="488" w:type="dxa"/>
            <w:tcMar>
              <w:top w:w="55" w:type="dxa"/>
              <w:left w:w="55" w:type="dxa"/>
              <w:bottom w:w="55" w:type="dxa"/>
              <w:right w:w="55" w:type="dxa"/>
            </w:tcMar>
          </w:tcPr>
          <w:p w14:paraId="29E09C41" w14:textId="77777777" w:rsidR="003D6426" w:rsidRDefault="00000000">
            <w:pPr>
              <w:spacing w:after="0" w:line="240" w:lineRule="auto"/>
              <w:rPr>
                <w:rFonts w:hint="eastAsia"/>
              </w:rPr>
            </w:pPr>
            <w:r>
              <w:rPr>
                <w:sz w:val="15"/>
              </w:rPr>
              <w:t>3</w:t>
            </w:r>
          </w:p>
        </w:tc>
        <w:tc>
          <w:tcPr>
            <w:tcW w:w="4666" w:type="dxa"/>
            <w:tcMar>
              <w:top w:w="55" w:type="dxa"/>
              <w:left w:w="55" w:type="dxa"/>
              <w:bottom w:w="55" w:type="dxa"/>
              <w:right w:w="55" w:type="dxa"/>
            </w:tcMar>
          </w:tcPr>
          <w:p w14:paraId="28D7215D" w14:textId="77777777" w:rsidR="003D6426" w:rsidRDefault="00000000">
            <w:pPr>
              <w:spacing w:after="0" w:line="240" w:lineRule="auto"/>
              <w:rPr>
                <w:rFonts w:hint="eastAsia"/>
              </w:rPr>
            </w:pPr>
            <w:r>
              <w:rPr>
                <w:sz w:val="15"/>
              </w:rPr>
              <w:t>Accesso principale e accessi secondari liberi da ostacoli.</w:t>
            </w:r>
          </w:p>
        </w:tc>
        <w:tc>
          <w:tcPr>
            <w:tcW w:w="1465" w:type="dxa"/>
            <w:tcMar>
              <w:top w:w="55" w:type="dxa"/>
              <w:left w:w="55" w:type="dxa"/>
              <w:bottom w:w="55" w:type="dxa"/>
              <w:right w:w="55" w:type="dxa"/>
            </w:tcMar>
          </w:tcPr>
          <w:p w14:paraId="6027A5A7"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C0AF2B3"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B0DA09B" w14:textId="77777777" w:rsidR="003D6426" w:rsidRDefault="003D6426">
            <w:pPr>
              <w:spacing w:after="0" w:line="240" w:lineRule="auto"/>
              <w:rPr>
                <w:rFonts w:hint="eastAsia"/>
              </w:rPr>
            </w:pPr>
          </w:p>
        </w:tc>
      </w:tr>
      <w:tr w:rsidR="003D6426" w14:paraId="0212A280" w14:textId="77777777">
        <w:trPr>
          <w:jc w:val="center"/>
        </w:trPr>
        <w:tc>
          <w:tcPr>
            <w:tcW w:w="488" w:type="dxa"/>
            <w:tcMar>
              <w:top w:w="55" w:type="dxa"/>
              <w:left w:w="55" w:type="dxa"/>
              <w:bottom w:w="55" w:type="dxa"/>
              <w:right w:w="55" w:type="dxa"/>
            </w:tcMar>
          </w:tcPr>
          <w:p w14:paraId="61488CE9" w14:textId="77777777" w:rsidR="003D6426" w:rsidRDefault="00000000">
            <w:pPr>
              <w:spacing w:after="0" w:line="240" w:lineRule="auto"/>
              <w:rPr>
                <w:rFonts w:hint="eastAsia"/>
              </w:rPr>
            </w:pPr>
            <w:r>
              <w:rPr>
                <w:sz w:val="15"/>
              </w:rPr>
              <w:t>4</w:t>
            </w:r>
          </w:p>
        </w:tc>
        <w:tc>
          <w:tcPr>
            <w:tcW w:w="4666" w:type="dxa"/>
            <w:tcMar>
              <w:top w:w="55" w:type="dxa"/>
              <w:left w:w="55" w:type="dxa"/>
              <w:bottom w:w="55" w:type="dxa"/>
              <w:right w:w="55" w:type="dxa"/>
            </w:tcMar>
          </w:tcPr>
          <w:p w14:paraId="3752A20F" w14:textId="77777777" w:rsidR="003D6426" w:rsidRDefault="00000000">
            <w:pPr>
              <w:spacing w:after="0" w:line="240" w:lineRule="auto"/>
              <w:rPr>
                <w:rFonts w:hint="eastAsia"/>
              </w:rPr>
            </w:pPr>
            <w:r>
              <w:rPr>
                <w:sz w:val="15"/>
              </w:rPr>
              <w:t>Percorso per soccorritori e mezzi di emergenza identificato e praticabile.</w:t>
            </w:r>
          </w:p>
        </w:tc>
        <w:tc>
          <w:tcPr>
            <w:tcW w:w="1465" w:type="dxa"/>
            <w:tcMar>
              <w:top w:w="55" w:type="dxa"/>
              <w:left w:w="55" w:type="dxa"/>
              <w:bottom w:w="55" w:type="dxa"/>
              <w:right w:w="55" w:type="dxa"/>
            </w:tcMar>
          </w:tcPr>
          <w:p w14:paraId="781FE400"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7A7AC9EF"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53A1D26E" w14:textId="77777777" w:rsidR="003D6426" w:rsidRDefault="003D6426">
            <w:pPr>
              <w:spacing w:after="0" w:line="240" w:lineRule="auto"/>
              <w:rPr>
                <w:rFonts w:hint="eastAsia"/>
              </w:rPr>
            </w:pPr>
          </w:p>
        </w:tc>
      </w:tr>
      <w:tr w:rsidR="003D6426" w14:paraId="14B1D0F8" w14:textId="77777777">
        <w:trPr>
          <w:jc w:val="center"/>
        </w:trPr>
        <w:tc>
          <w:tcPr>
            <w:tcW w:w="488" w:type="dxa"/>
            <w:tcMar>
              <w:top w:w="55" w:type="dxa"/>
              <w:left w:w="55" w:type="dxa"/>
              <w:bottom w:w="55" w:type="dxa"/>
              <w:right w:w="55" w:type="dxa"/>
            </w:tcMar>
          </w:tcPr>
          <w:p w14:paraId="1FF0C87E" w14:textId="77777777" w:rsidR="003D6426" w:rsidRDefault="00000000">
            <w:pPr>
              <w:spacing w:after="0" w:line="240" w:lineRule="auto"/>
              <w:rPr>
                <w:rFonts w:hint="eastAsia"/>
              </w:rPr>
            </w:pPr>
            <w:r>
              <w:rPr>
                <w:sz w:val="15"/>
              </w:rPr>
              <w:t>5</w:t>
            </w:r>
          </w:p>
        </w:tc>
        <w:tc>
          <w:tcPr>
            <w:tcW w:w="4666" w:type="dxa"/>
            <w:tcMar>
              <w:top w:w="55" w:type="dxa"/>
              <w:left w:w="55" w:type="dxa"/>
              <w:bottom w:w="55" w:type="dxa"/>
              <w:right w:w="55" w:type="dxa"/>
            </w:tcMar>
          </w:tcPr>
          <w:p w14:paraId="734841E5" w14:textId="77777777" w:rsidR="003D6426" w:rsidRDefault="00000000">
            <w:pPr>
              <w:spacing w:after="0" w:line="240" w:lineRule="auto"/>
              <w:rPr>
                <w:rFonts w:hint="eastAsia"/>
              </w:rPr>
            </w:pPr>
            <w:r>
              <w:rPr>
                <w:sz w:val="15"/>
              </w:rPr>
              <w:t>Illuminazione ordinaria ed emergenza installata e funzionante.</w:t>
            </w:r>
          </w:p>
        </w:tc>
        <w:tc>
          <w:tcPr>
            <w:tcW w:w="1465" w:type="dxa"/>
            <w:tcMar>
              <w:top w:w="55" w:type="dxa"/>
              <w:left w:w="55" w:type="dxa"/>
              <w:bottom w:w="55" w:type="dxa"/>
              <w:right w:w="55" w:type="dxa"/>
            </w:tcMar>
          </w:tcPr>
          <w:p w14:paraId="3614E0E8"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A0501B7"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0D1FB6BB" w14:textId="77777777" w:rsidR="003D6426" w:rsidRDefault="003D6426">
            <w:pPr>
              <w:spacing w:after="0" w:line="240" w:lineRule="auto"/>
              <w:rPr>
                <w:rFonts w:hint="eastAsia"/>
              </w:rPr>
            </w:pPr>
          </w:p>
        </w:tc>
      </w:tr>
      <w:tr w:rsidR="003D6426" w14:paraId="6CCAD437" w14:textId="77777777">
        <w:trPr>
          <w:jc w:val="center"/>
        </w:trPr>
        <w:tc>
          <w:tcPr>
            <w:tcW w:w="488" w:type="dxa"/>
            <w:tcMar>
              <w:top w:w="55" w:type="dxa"/>
              <w:left w:w="55" w:type="dxa"/>
              <w:bottom w:w="55" w:type="dxa"/>
              <w:right w:w="55" w:type="dxa"/>
            </w:tcMar>
          </w:tcPr>
          <w:p w14:paraId="04AA73F1" w14:textId="77777777" w:rsidR="003D6426" w:rsidRDefault="00000000">
            <w:pPr>
              <w:spacing w:after="0" w:line="240" w:lineRule="auto"/>
              <w:rPr>
                <w:rFonts w:hint="eastAsia"/>
              </w:rPr>
            </w:pPr>
            <w:r>
              <w:rPr>
                <w:sz w:val="15"/>
              </w:rPr>
              <w:t>6</w:t>
            </w:r>
          </w:p>
        </w:tc>
        <w:tc>
          <w:tcPr>
            <w:tcW w:w="4666" w:type="dxa"/>
            <w:tcMar>
              <w:top w:w="55" w:type="dxa"/>
              <w:left w:w="55" w:type="dxa"/>
              <w:bottom w:w="55" w:type="dxa"/>
              <w:right w:w="55" w:type="dxa"/>
            </w:tcMar>
          </w:tcPr>
          <w:p w14:paraId="1A2EA0B9" w14:textId="77777777" w:rsidR="003D6426" w:rsidRDefault="00000000">
            <w:pPr>
              <w:spacing w:after="0" w:line="240" w:lineRule="auto"/>
              <w:rPr>
                <w:rFonts w:hint="eastAsia"/>
              </w:rPr>
            </w:pPr>
            <w:r>
              <w:rPr>
                <w:sz w:val="15"/>
              </w:rPr>
              <w:t>Comunicazioni radio/vocali/segnali testate con esito positivo.</w:t>
            </w:r>
          </w:p>
        </w:tc>
        <w:tc>
          <w:tcPr>
            <w:tcW w:w="1465" w:type="dxa"/>
            <w:tcMar>
              <w:top w:w="55" w:type="dxa"/>
              <w:left w:w="55" w:type="dxa"/>
              <w:bottom w:w="55" w:type="dxa"/>
              <w:right w:w="55" w:type="dxa"/>
            </w:tcMar>
          </w:tcPr>
          <w:p w14:paraId="09D88737"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2C810B0"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0350342" w14:textId="77777777" w:rsidR="003D6426" w:rsidRDefault="003D6426">
            <w:pPr>
              <w:spacing w:after="0" w:line="240" w:lineRule="auto"/>
              <w:rPr>
                <w:rFonts w:hint="eastAsia"/>
              </w:rPr>
            </w:pPr>
          </w:p>
        </w:tc>
      </w:tr>
      <w:tr w:rsidR="003D6426" w14:paraId="464921F0" w14:textId="77777777">
        <w:trPr>
          <w:jc w:val="center"/>
        </w:trPr>
        <w:tc>
          <w:tcPr>
            <w:tcW w:w="488" w:type="dxa"/>
            <w:tcMar>
              <w:top w:w="55" w:type="dxa"/>
              <w:left w:w="55" w:type="dxa"/>
              <w:bottom w:w="55" w:type="dxa"/>
              <w:right w:w="55" w:type="dxa"/>
            </w:tcMar>
          </w:tcPr>
          <w:p w14:paraId="3C3C28A2" w14:textId="77777777" w:rsidR="003D6426" w:rsidRDefault="00000000">
            <w:pPr>
              <w:spacing w:after="0" w:line="240" w:lineRule="auto"/>
              <w:rPr>
                <w:rFonts w:hint="eastAsia"/>
              </w:rPr>
            </w:pPr>
            <w:r>
              <w:rPr>
                <w:sz w:val="15"/>
              </w:rPr>
              <w:t>7</w:t>
            </w:r>
          </w:p>
        </w:tc>
        <w:tc>
          <w:tcPr>
            <w:tcW w:w="4666" w:type="dxa"/>
            <w:tcMar>
              <w:top w:w="55" w:type="dxa"/>
              <w:left w:w="55" w:type="dxa"/>
              <w:bottom w:w="55" w:type="dxa"/>
              <w:right w:w="55" w:type="dxa"/>
            </w:tcMar>
          </w:tcPr>
          <w:p w14:paraId="6AEFA2FE" w14:textId="77777777" w:rsidR="003D6426" w:rsidRDefault="00000000">
            <w:pPr>
              <w:spacing w:after="0" w:line="240" w:lineRule="auto"/>
              <w:rPr>
                <w:rFonts w:hint="eastAsia"/>
              </w:rPr>
            </w:pPr>
            <w:r>
              <w:rPr>
                <w:sz w:val="15"/>
              </w:rPr>
              <w:t>Strumentazione di misura accesa, controllata, con taratura/bump test ove previsto.</w:t>
            </w:r>
          </w:p>
        </w:tc>
        <w:tc>
          <w:tcPr>
            <w:tcW w:w="1465" w:type="dxa"/>
            <w:tcMar>
              <w:top w:w="55" w:type="dxa"/>
              <w:left w:w="55" w:type="dxa"/>
              <w:bottom w:w="55" w:type="dxa"/>
              <w:right w:w="55" w:type="dxa"/>
            </w:tcMar>
          </w:tcPr>
          <w:p w14:paraId="064CE9CE"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FB23D4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03E6BF64" w14:textId="77777777" w:rsidR="003D6426" w:rsidRDefault="003D6426">
            <w:pPr>
              <w:spacing w:after="0" w:line="240" w:lineRule="auto"/>
              <w:rPr>
                <w:rFonts w:hint="eastAsia"/>
              </w:rPr>
            </w:pPr>
          </w:p>
        </w:tc>
      </w:tr>
      <w:tr w:rsidR="003D6426" w14:paraId="76EF2DC3" w14:textId="77777777">
        <w:trPr>
          <w:jc w:val="center"/>
        </w:trPr>
        <w:tc>
          <w:tcPr>
            <w:tcW w:w="488" w:type="dxa"/>
            <w:tcMar>
              <w:top w:w="55" w:type="dxa"/>
              <w:left w:w="55" w:type="dxa"/>
              <w:bottom w:w="55" w:type="dxa"/>
              <w:right w:w="55" w:type="dxa"/>
            </w:tcMar>
          </w:tcPr>
          <w:p w14:paraId="7EA7E061" w14:textId="77777777" w:rsidR="003D6426" w:rsidRDefault="00000000">
            <w:pPr>
              <w:spacing w:after="0" w:line="240" w:lineRule="auto"/>
              <w:rPr>
                <w:rFonts w:hint="eastAsia"/>
              </w:rPr>
            </w:pPr>
            <w:r>
              <w:rPr>
                <w:sz w:val="15"/>
              </w:rPr>
              <w:t>8</w:t>
            </w:r>
          </w:p>
        </w:tc>
        <w:tc>
          <w:tcPr>
            <w:tcW w:w="4666" w:type="dxa"/>
            <w:tcMar>
              <w:top w:w="55" w:type="dxa"/>
              <w:left w:w="55" w:type="dxa"/>
              <w:bottom w:w="55" w:type="dxa"/>
              <w:right w:w="55" w:type="dxa"/>
            </w:tcMar>
          </w:tcPr>
          <w:p w14:paraId="0957F489" w14:textId="77777777" w:rsidR="003D6426" w:rsidRDefault="00000000">
            <w:pPr>
              <w:spacing w:after="0" w:line="240" w:lineRule="auto"/>
              <w:rPr>
                <w:rFonts w:hint="eastAsia"/>
              </w:rPr>
            </w:pPr>
            <w:r>
              <w:rPr>
                <w:sz w:val="15"/>
              </w:rPr>
              <w:t>Ventilazione installata correttamente, aria pulita e flussi verificati.</w:t>
            </w:r>
          </w:p>
        </w:tc>
        <w:tc>
          <w:tcPr>
            <w:tcW w:w="1465" w:type="dxa"/>
            <w:tcMar>
              <w:top w:w="55" w:type="dxa"/>
              <w:left w:w="55" w:type="dxa"/>
              <w:bottom w:w="55" w:type="dxa"/>
              <w:right w:w="55" w:type="dxa"/>
            </w:tcMar>
          </w:tcPr>
          <w:p w14:paraId="0E4CD2A9"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343A5B49"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DCCDAB5" w14:textId="77777777" w:rsidR="003D6426" w:rsidRDefault="003D6426">
            <w:pPr>
              <w:spacing w:after="0" w:line="240" w:lineRule="auto"/>
              <w:rPr>
                <w:rFonts w:hint="eastAsia"/>
              </w:rPr>
            </w:pPr>
          </w:p>
        </w:tc>
      </w:tr>
      <w:tr w:rsidR="003D6426" w14:paraId="5A8F45CF" w14:textId="77777777">
        <w:trPr>
          <w:jc w:val="center"/>
        </w:trPr>
        <w:tc>
          <w:tcPr>
            <w:tcW w:w="488" w:type="dxa"/>
            <w:tcMar>
              <w:top w:w="55" w:type="dxa"/>
              <w:left w:w="55" w:type="dxa"/>
              <w:bottom w:w="55" w:type="dxa"/>
              <w:right w:w="55" w:type="dxa"/>
            </w:tcMar>
          </w:tcPr>
          <w:p w14:paraId="50BB9424" w14:textId="77777777" w:rsidR="003D6426" w:rsidRDefault="00000000">
            <w:pPr>
              <w:spacing w:after="0" w:line="240" w:lineRule="auto"/>
              <w:rPr>
                <w:rFonts w:hint="eastAsia"/>
              </w:rPr>
            </w:pPr>
            <w:r>
              <w:rPr>
                <w:sz w:val="15"/>
              </w:rPr>
              <w:t>9</w:t>
            </w:r>
          </w:p>
        </w:tc>
        <w:tc>
          <w:tcPr>
            <w:tcW w:w="4666" w:type="dxa"/>
            <w:tcMar>
              <w:top w:w="55" w:type="dxa"/>
              <w:left w:w="55" w:type="dxa"/>
              <w:bottom w:w="55" w:type="dxa"/>
              <w:right w:w="55" w:type="dxa"/>
            </w:tcMar>
          </w:tcPr>
          <w:p w14:paraId="472EFE1F" w14:textId="77777777" w:rsidR="003D6426" w:rsidRDefault="00000000">
            <w:pPr>
              <w:spacing w:after="0" w:line="240" w:lineRule="auto"/>
              <w:rPr>
                <w:rFonts w:hint="eastAsia"/>
              </w:rPr>
            </w:pPr>
            <w:r>
              <w:rPr>
                <w:sz w:val="15"/>
              </w:rPr>
              <w:t>Tubazioni di ventilazione non ostacolano accesso, uscita o recupero.</w:t>
            </w:r>
          </w:p>
        </w:tc>
        <w:tc>
          <w:tcPr>
            <w:tcW w:w="1465" w:type="dxa"/>
            <w:tcMar>
              <w:top w:w="55" w:type="dxa"/>
              <w:left w:w="55" w:type="dxa"/>
              <w:bottom w:w="55" w:type="dxa"/>
              <w:right w:w="55" w:type="dxa"/>
            </w:tcMar>
          </w:tcPr>
          <w:p w14:paraId="70D7CB51"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219FDD63"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0CFCD54B" w14:textId="77777777" w:rsidR="003D6426" w:rsidRDefault="003D6426">
            <w:pPr>
              <w:spacing w:after="0" w:line="240" w:lineRule="auto"/>
              <w:rPr>
                <w:rFonts w:hint="eastAsia"/>
              </w:rPr>
            </w:pPr>
          </w:p>
        </w:tc>
      </w:tr>
      <w:tr w:rsidR="003D6426" w14:paraId="6571FAC0" w14:textId="77777777">
        <w:trPr>
          <w:jc w:val="center"/>
        </w:trPr>
        <w:tc>
          <w:tcPr>
            <w:tcW w:w="488" w:type="dxa"/>
            <w:tcMar>
              <w:top w:w="55" w:type="dxa"/>
              <w:left w:w="55" w:type="dxa"/>
              <w:bottom w:w="55" w:type="dxa"/>
              <w:right w:w="55" w:type="dxa"/>
            </w:tcMar>
          </w:tcPr>
          <w:p w14:paraId="4575EC71" w14:textId="77777777" w:rsidR="003D6426" w:rsidRDefault="00000000">
            <w:pPr>
              <w:spacing w:after="0" w:line="240" w:lineRule="auto"/>
              <w:rPr>
                <w:rFonts w:hint="eastAsia"/>
              </w:rPr>
            </w:pPr>
            <w:r>
              <w:rPr>
                <w:sz w:val="15"/>
              </w:rPr>
              <w:t>10</w:t>
            </w:r>
          </w:p>
        </w:tc>
        <w:tc>
          <w:tcPr>
            <w:tcW w:w="4666" w:type="dxa"/>
            <w:tcMar>
              <w:top w:w="55" w:type="dxa"/>
              <w:left w:w="55" w:type="dxa"/>
              <w:bottom w:w="55" w:type="dxa"/>
              <w:right w:w="55" w:type="dxa"/>
            </w:tcMar>
          </w:tcPr>
          <w:p w14:paraId="57FC8783" w14:textId="77777777" w:rsidR="003D6426" w:rsidRDefault="00000000">
            <w:pPr>
              <w:spacing w:after="0" w:line="240" w:lineRule="auto"/>
              <w:rPr>
                <w:rFonts w:hint="eastAsia"/>
              </w:rPr>
            </w:pPr>
            <w:r>
              <w:rPr>
                <w:sz w:val="15"/>
              </w:rPr>
              <w:t>Sistemi anticaduta/recupero installati e provati prima dell'ingresso.</w:t>
            </w:r>
          </w:p>
        </w:tc>
        <w:tc>
          <w:tcPr>
            <w:tcW w:w="1465" w:type="dxa"/>
            <w:tcMar>
              <w:top w:w="55" w:type="dxa"/>
              <w:left w:w="55" w:type="dxa"/>
              <w:bottom w:w="55" w:type="dxa"/>
              <w:right w:w="55" w:type="dxa"/>
            </w:tcMar>
          </w:tcPr>
          <w:p w14:paraId="0DE78BFA"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6F1B211"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0148EB27" w14:textId="77777777" w:rsidR="003D6426" w:rsidRDefault="003D6426">
            <w:pPr>
              <w:spacing w:after="0" w:line="240" w:lineRule="auto"/>
              <w:rPr>
                <w:rFonts w:hint="eastAsia"/>
              </w:rPr>
            </w:pPr>
          </w:p>
        </w:tc>
      </w:tr>
      <w:tr w:rsidR="003D6426" w14:paraId="5AE01B06" w14:textId="77777777">
        <w:trPr>
          <w:jc w:val="center"/>
        </w:trPr>
        <w:tc>
          <w:tcPr>
            <w:tcW w:w="488" w:type="dxa"/>
            <w:tcMar>
              <w:top w:w="55" w:type="dxa"/>
              <w:left w:w="55" w:type="dxa"/>
              <w:bottom w:w="55" w:type="dxa"/>
              <w:right w:w="55" w:type="dxa"/>
            </w:tcMar>
          </w:tcPr>
          <w:p w14:paraId="60AD91CF" w14:textId="77777777" w:rsidR="003D6426" w:rsidRDefault="00000000">
            <w:pPr>
              <w:spacing w:after="0" w:line="240" w:lineRule="auto"/>
              <w:rPr>
                <w:rFonts w:hint="eastAsia"/>
              </w:rPr>
            </w:pPr>
            <w:r>
              <w:rPr>
                <w:sz w:val="15"/>
              </w:rPr>
              <w:t>11</w:t>
            </w:r>
          </w:p>
        </w:tc>
        <w:tc>
          <w:tcPr>
            <w:tcW w:w="4666" w:type="dxa"/>
            <w:tcMar>
              <w:top w:w="55" w:type="dxa"/>
              <w:left w:w="55" w:type="dxa"/>
              <w:bottom w:w="55" w:type="dxa"/>
              <w:right w:w="55" w:type="dxa"/>
            </w:tcMar>
          </w:tcPr>
          <w:p w14:paraId="7DBF9361" w14:textId="77777777" w:rsidR="003D6426" w:rsidRDefault="00000000">
            <w:pPr>
              <w:spacing w:after="0" w:line="240" w:lineRule="auto"/>
              <w:rPr>
                <w:rFonts w:hint="eastAsia"/>
              </w:rPr>
            </w:pPr>
            <w:r>
              <w:rPr>
                <w:sz w:val="15"/>
              </w:rPr>
              <w:t>DPI/APVR ispezionati, taglie corrette, compatibilità reciproca verificata.</w:t>
            </w:r>
          </w:p>
        </w:tc>
        <w:tc>
          <w:tcPr>
            <w:tcW w:w="1465" w:type="dxa"/>
            <w:tcMar>
              <w:top w:w="55" w:type="dxa"/>
              <w:left w:w="55" w:type="dxa"/>
              <w:bottom w:w="55" w:type="dxa"/>
              <w:right w:w="55" w:type="dxa"/>
            </w:tcMar>
          </w:tcPr>
          <w:p w14:paraId="3985E0A2"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0076C02"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17C77BAB" w14:textId="77777777" w:rsidR="003D6426" w:rsidRDefault="003D6426">
            <w:pPr>
              <w:spacing w:after="0" w:line="240" w:lineRule="auto"/>
              <w:rPr>
                <w:rFonts w:hint="eastAsia"/>
              </w:rPr>
            </w:pPr>
          </w:p>
        </w:tc>
      </w:tr>
      <w:tr w:rsidR="003D6426" w14:paraId="6C461F52" w14:textId="77777777">
        <w:trPr>
          <w:jc w:val="center"/>
        </w:trPr>
        <w:tc>
          <w:tcPr>
            <w:tcW w:w="488" w:type="dxa"/>
            <w:tcMar>
              <w:top w:w="55" w:type="dxa"/>
              <w:left w:w="55" w:type="dxa"/>
              <w:bottom w:w="55" w:type="dxa"/>
              <w:right w:w="55" w:type="dxa"/>
            </w:tcMar>
          </w:tcPr>
          <w:p w14:paraId="62798F18" w14:textId="77777777" w:rsidR="003D6426" w:rsidRDefault="00000000">
            <w:pPr>
              <w:spacing w:after="0" w:line="240" w:lineRule="auto"/>
              <w:rPr>
                <w:rFonts w:hint="eastAsia"/>
              </w:rPr>
            </w:pPr>
            <w:r>
              <w:rPr>
                <w:sz w:val="15"/>
              </w:rPr>
              <w:t>12</w:t>
            </w:r>
          </w:p>
        </w:tc>
        <w:tc>
          <w:tcPr>
            <w:tcW w:w="4666" w:type="dxa"/>
            <w:tcMar>
              <w:top w:w="55" w:type="dxa"/>
              <w:left w:w="55" w:type="dxa"/>
              <w:bottom w:w="55" w:type="dxa"/>
              <w:right w:w="55" w:type="dxa"/>
            </w:tcMar>
          </w:tcPr>
          <w:p w14:paraId="6C73645B" w14:textId="77777777" w:rsidR="003D6426" w:rsidRDefault="00000000">
            <w:pPr>
              <w:spacing w:after="0" w:line="240" w:lineRule="auto"/>
              <w:rPr>
                <w:rFonts w:hint="eastAsia"/>
              </w:rPr>
            </w:pPr>
            <w:r>
              <w:rPr>
                <w:sz w:val="15"/>
              </w:rPr>
              <w:t>Attrezzature elettriche compatibili con ambiente, rischio ATEX e luogo conduttore se applicabile.</w:t>
            </w:r>
          </w:p>
        </w:tc>
        <w:tc>
          <w:tcPr>
            <w:tcW w:w="1465" w:type="dxa"/>
            <w:tcMar>
              <w:top w:w="55" w:type="dxa"/>
              <w:left w:w="55" w:type="dxa"/>
              <w:bottom w:w="55" w:type="dxa"/>
              <w:right w:w="55" w:type="dxa"/>
            </w:tcMar>
          </w:tcPr>
          <w:p w14:paraId="21DDF2B1"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AB43F0D"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4FE3ABE4" w14:textId="77777777" w:rsidR="003D6426" w:rsidRDefault="003D6426">
            <w:pPr>
              <w:spacing w:after="0" w:line="240" w:lineRule="auto"/>
              <w:rPr>
                <w:rFonts w:hint="eastAsia"/>
              </w:rPr>
            </w:pPr>
          </w:p>
        </w:tc>
      </w:tr>
      <w:tr w:rsidR="003D6426" w14:paraId="24CAEAFD" w14:textId="77777777">
        <w:trPr>
          <w:jc w:val="center"/>
        </w:trPr>
        <w:tc>
          <w:tcPr>
            <w:tcW w:w="488" w:type="dxa"/>
            <w:tcMar>
              <w:top w:w="55" w:type="dxa"/>
              <w:left w:w="55" w:type="dxa"/>
              <w:bottom w:w="55" w:type="dxa"/>
              <w:right w:w="55" w:type="dxa"/>
            </w:tcMar>
          </w:tcPr>
          <w:p w14:paraId="592C704B" w14:textId="77777777" w:rsidR="003D6426" w:rsidRDefault="00000000">
            <w:pPr>
              <w:spacing w:after="0" w:line="240" w:lineRule="auto"/>
              <w:rPr>
                <w:rFonts w:hint="eastAsia"/>
              </w:rPr>
            </w:pPr>
            <w:r>
              <w:rPr>
                <w:sz w:val="15"/>
              </w:rPr>
              <w:t>13</w:t>
            </w:r>
          </w:p>
        </w:tc>
        <w:tc>
          <w:tcPr>
            <w:tcW w:w="4666" w:type="dxa"/>
            <w:tcMar>
              <w:top w:w="55" w:type="dxa"/>
              <w:left w:w="55" w:type="dxa"/>
              <w:bottom w:w="55" w:type="dxa"/>
              <w:right w:w="55" w:type="dxa"/>
            </w:tcMar>
          </w:tcPr>
          <w:p w14:paraId="18DCCF7B" w14:textId="77777777" w:rsidR="003D6426" w:rsidRDefault="00000000">
            <w:pPr>
              <w:spacing w:after="0" w:line="240" w:lineRule="auto"/>
              <w:rPr>
                <w:rFonts w:hint="eastAsia"/>
              </w:rPr>
            </w:pPr>
            <w:r>
              <w:rPr>
                <w:sz w:val="15"/>
              </w:rPr>
              <w:t>Utensili, prodotti chimici e contenitori introdotti corrispondono al permesso.</w:t>
            </w:r>
          </w:p>
        </w:tc>
        <w:tc>
          <w:tcPr>
            <w:tcW w:w="1465" w:type="dxa"/>
            <w:tcMar>
              <w:top w:w="55" w:type="dxa"/>
              <w:left w:w="55" w:type="dxa"/>
              <w:bottom w:w="55" w:type="dxa"/>
              <w:right w:w="55" w:type="dxa"/>
            </w:tcMar>
          </w:tcPr>
          <w:p w14:paraId="6A105A2D"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0606EE8"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5E8B65BD" w14:textId="77777777" w:rsidR="003D6426" w:rsidRDefault="003D6426">
            <w:pPr>
              <w:spacing w:after="0" w:line="240" w:lineRule="auto"/>
              <w:rPr>
                <w:rFonts w:hint="eastAsia"/>
              </w:rPr>
            </w:pPr>
          </w:p>
        </w:tc>
      </w:tr>
      <w:tr w:rsidR="003D6426" w14:paraId="35B4A56B" w14:textId="77777777">
        <w:trPr>
          <w:jc w:val="center"/>
        </w:trPr>
        <w:tc>
          <w:tcPr>
            <w:tcW w:w="488" w:type="dxa"/>
            <w:tcMar>
              <w:top w:w="55" w:type="dxa"/>
              <w:left w:w="55" w:type="dxa"/>
              <w:bottom w:w="55" w:type="dxa"/>
              <w:right w:w="55" w:type="dxa"/>
            </w:tcMar>
          </w:tcPr>
          <w:p w14:paraId="17A5B1E5" w14:textId="77777777" w:rsidR="003D6426" w:rsidRDefault="00000000">
            <w:pPr>
              <w:spacing w:after="0" w:line="240" w:lineRule="auto"/>
              <w:rPr>
                <w:rFonts w:hint="eastAsia"/>
              </w:rPr>
            </w:pPr>
            <w:r>
              <w:rPr>
                <w:sz w:val="15"/>
              </w:rPr>
              <w:t>14</w:t>
            </w:r>
          </w:p>
        </w:tc>
        <w:tc>
          <w:tcPr>
            <w:tcW w:w="4666" w:type="dxa"/>
            <w:tcMar>
              <w:top w:w="55" w:type="dxa"/>
              <w:left w:w="55" w:type="dxa"/>
              <w:bottom w:w="55" w:type="dxa"/>
              <w:right w:w="55" w:type="dxa"/>
            </w:tcMar>
          </w:tcPr>
          <w:p w14:paraId="4AA66AB1" w14:textId="77777777" w:rsidR="003D6426" w:rsidRDefault="00000000">
            <w:pPr>
              <w:spacing w:after="0" w:line="240" w:lineRule="auto"/>
              <w:rPr>
                <w:rFonts w:hint="eastAsia"/>
              </w:rPr>
            </w:pPr>
            <w:r>
              <w:rPr>
                <w:sz w:val="15"/>
              </w:rPr>
              <w:t>Opere provvisionali, scale, passerelle e punti di ancoraggio verificati.</w:t>
            </w:r>
          </w:p>
        </w:tc>
        <w:tc>
          <w:tcPr>
            <w:tcW w:w="1465" w:type="dxa"/>
            <w:tcMar>
              <w:top w:w="55" w:type="dxa"/>
              <w:left w:w="55" w:type="dxa"/>
              <w:bottom w:w="55" w:type="dxa"/>
              <w:right w:w="55" w:type="dxa"/>
            </w:tcMar>
          </w:tcPr>
          <w:p w14:paraId="6D57F398"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229129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5CBC0FBD" w14:textId="77777777" w:rsidR="003D6426" w:rsidRDefault="003D6426">
            <w:pPr>
              <w:spacing w:after="0" w:line="240" w:lineRule="auto"/>
              <w:rPr>
                <w:rFonts w:hint="eastAsia"/>
              </w:rPr>
            </w:pPr>
          </w:p>
        </w:tc>
      </w:tr>
      <w:tr w:rsidR="003D6426" w14:paraId="04FBA7B1" w14:textId="77777777">
        <w:trPr>
          <w:jc w:val="center"/>
        </w:trPr>
        <w:tc>
          <w:tcPr>
            <w:tcW w:w="488" w:type="dxa"/>
            <w:tcMar>
              <w:top w:w="55" w:type="dxa"/>
              <w:left w:w="55" w:type="dxa"/>
              <w:bottom w:w="55" w:type="dxa"/>
              <w:right w:w="55" w:type="dxa"/>
            </w:tcMar>
          </w:tcPr>
          <w:p w14:paraId="6E3AD8F4" w14:textId="77777777" w:rsidR="003D6426" w:rsidRDefault="00000000">
            <w:pPr>
              <w:spacing w:after="0" w:line="240" w:lineRule="auto"/>
              <w:rPr>
                <w:rFonts w:hint="eastAsia"/>
              </w:rPr>
            </w:pPr>
            <w:r>
              <w:rPr>
                <w:sz w:val="15"/>
              </w:rPr>
              <w:t>15</w:t>
            </w:r>
          </w:p>
        </w:tc>
        <w:tc>
          <w:tcPr>
            <w:tcW w:w="4666" w:type="dxa"/>
            <w:tcMar>
              <w:top w:w="55" w:type="dxa"/>
              <w:left w:w="55" w:type="dxa"/>
              <w:bottom w:w="55" w:type="dxa"/>
              <w:right w:w="55" w:type="dxa"/>
            </w:tcMar>
          </w:tcPr>
          <w:p w14:paraId="62A1F5BC" w14:textId="77777777" w:rsidR="003D6426" w:rsidRDefault="00000000">
            <w:pPr>
              <w:spacing w:after="0" w:line="240" w:lineRule="auto"/>
              <w:rPr>
                <w:rFonts w:hint="eastAsia"/>
              </w:rPr>
            </w:pPr>
            <w:r>
              <w:rPr>
                <w:sz w:val="15"/>
              </w:rPr>
              <w:t>Svuotamento/bonifica effettuati e residui rimossi o messi in sicurezza.</w:t>
            </w:r>
          </w:p>
        </w:tc>
        <w:tc>
          <w:tcPr>
            <w:tcW w:w="1465" w:type="dxa"/>
            <w:tcMar>
              <w:top w:w="55" w:type="dxa"/>
              <w:left w:w="55" w:type="dxa"/>
              <w:bottom w:w="55" w:type="dxa"/>
              <w:right w:w="55" w:type="dxa"/>
            </w:tcMar>
          </w:tcPr>
          <w:p w14:paraId="7A5D191E"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0997C59"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B444443" w14:textId="77777777" w:rsidR="003D6426" w:rsidRDefault="003D6426">
            <w:pPr>
              <w:spacing w:after="0" w:line="240" w:lineRule="auto"/>
              <w:rPr>
                <w:rFonts w:hint="eastAsia"/>
              </w:rPr>
            </w:pPr>
          </w:p>
        </w:tc>
      </w:tr>
      <w:tr w:rsidR="003D6426" w14:paraId="62842A85" w14:textId="77777777">
        <w:trPr>
          <w:jc w:val="center"/>
        </w:trPr>
        <w:tc>
          <w:tcPr>
            <w:tcW w:w="488" w:type="dxa"/>
            <w:tcMar>
              <w:top w:w="55" w:type="dxa"/>
              <w:left w:w="55" w:type="dxa"/>
              <w:bottom w:w="55" w:type="dxa"/>
              <w:right w:w="55" w:type="dxa"/>
            </w:tcMar>
          </w:tcPr>
          <w:p w14:paraId="455CF3C3" w14:textId="77777777" w:rsidR="003D6426" w:rsidRDefault="00000000">
            <w:pPr>
              <w:spacing w:after="0" w:line="240" w:lineRule="auto"/>
              <w:rPr>
                <w:rFonts w:hint="eastAsia"/>
              </w:rPr>
            </w:pPr>
            <w:r>
              <w:rPr>
                <w:sz w:val="15"/>
              </w:rPr>
              <w:t>16</w:t>
            </w:r>
          </w:p>
        </w:tc>
        <w:tc>
          <w:tcPr>
            <w:tcW w:w="4666" w:type="dxa"/>
            <w:tcMar>
              <w:top w:w="55" w:type="dxa"/>
              <w:left w:w="55" w:type="dxa"/>
              <w:bottom w:w="55" w:type="dxa"/>
              <w:right w:w="55" w:type="dxa"/>
            </w:tcMar>
          </w:tcPr>
          <w:p w14:paraId="1A005E1A" w14:textId="77777777" w:rsidR="003D6426" w:rsidRDefault="00000000">
            <w:pPr>
              <w:spacing w:after="0" w:line="240" w:lineRule="auto"/>
              <w:rPr>
                <w:rFonts w:hint="eastAsia"/>
              </w:rPr>
            </w:pPr>
            <w:r>
              <w:rPr>
                <w:sz w:val="15"/>
              </w:rPr>
              <w:t>LOTO/try-out completato e punti bloccati identificati.</w:t>
            </w:r>
          </w:p>
        </w:tc>
        <w:tc>
          <w:tcPr>
            <w:tcW w:w="1465" w:type="dxa"/>
            <w:tcMar>
              <w:top w:w="55" w:type="dxa"/>
              <w:left w:w="55" w:type="dxa"/>
              <w:bottom w:w="55" w:type="dxa"/>
              <w:right w:w="55" w:type="dxa"/>
            </w:tcMar>
          </w:tcPr>
          <w:p w14:paraId="1B26D241"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3B5CD40A"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33F67F6" w14:textId="77777777" w:rsidR="003D6426" w:rsidRDefault="003D6426">
            <w:pPr>
              <w:spacing w:after="0" w:line="240" w:lineRule="auto"/>
              <w:rPr>
                <w:rFonts w:hint="eastAsia"/>
              </w:rPr>
            </w:pPr>
          </w:p>
        </w:tc>
      </w:tr>
      <w:tr w:rsidR="003D6426" w14:paraId="16DA4675" w14:textId="77777777">
        <w:trPr>
          <w:jc w:val="center"/>
        </w:trPr>
        <w:tc>
          <w:tcPr>
            <w:tcW w:w="488" w:type="dxa"/>
            <w:tcMar>
              <w:top w:w="55" w:type="dxa"/>
              <w:left w:w="55" w:type="dxa"/>
              <w:bottom w:w="55" w:type="dxa"/>
              <w:right w:w="55" w:type="dxa"/>
            </w:tcMar>
          </w:tcPr>
          <w:p w14:paraId="03602EB9" w14:textId="77777777" w:rsidR="003D6426" w:rsidRDefault="00000000">
            <w:pPr>
              <w:spacing w:after="0" w:line="240" w:lineRule="auto"/>
              <w:rPr>
                <w:rFonts w:hint="eastAsia"/>
              </w:rPr>
            </w:pPr>
            <w:r>
              <w:rPr>
                <w:sz w:val="15"/>
              </w:rPr>
              <w:t>17</w:t>
            </w:r>
          </w:p>
        </w:tc>
        <w:tc>
          <w:tcPr>
            <w:tcW w:w="4666" w:type="dxa"/>
            <w:tcMar>
              <w:top w:w="55" w:type="dxa"/>
              <w:left w:w="55" w:type="dxa"/>
              <w:bottom w:w="55" w:type="dxa"/>
              <w:right w:w="55" w:type="dxa"/>
            </w:tcMar>
          </w:tcPr>
          <w:p w14:paraId="1BED3318" w14:textId="77777777" w:rsidR="003D6426" w:rsidRDefault="00000000">
            <w:pPr>
              <w:spacing w:after="0" w:line="240" w:lineRule="auto"/>
              <w:rPr>
                <w:rFonts w:hint="eastAsia"/>
              </w:rPr>
            </w:pPr>
            <w:r>
              <w:rPr>
                <w:sz w:val="15"/>
              </w:rPr>
              <w:t>Condizioni meteo verificate se l'ambiente è influenzabile da pioggia, vento o temperature.</w:t>
            </w:r>
          </w:p>
        </w:tc>
        <w:tc>
          <w:tcPr>
            <w:tcW w:w="1465" w:type="dxa"/>
            <w:tcMar>
              <w:top w:w="55" w:type="dxa"/>
              <w:left w:w="55" w:type="dxa"/>
              <w:bottom w:w="55" w:type="dxa"/>
              <w:right w:w="55" w:type="dxa"/>
            </w:tcMar>
          </w:tcPr>
          <w:p w14:paraId="75CDE8EC"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776D9154"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416D3D6D" w14:textId="77777777" w:rsidR="003D6426" w:rsidRDefault="003D6426">
            <w:pPr>
              <w:spacing w:after="0" w:line="240" w:lineRule="auto"/>
              <w:rPr>
                <w:rFonts w:hint="eastAsia"/>
              </w:rPr>
            </w:pPr>
          </w:p>
        </w:tc>
      </w:tr>
      <w:tr w:rsidR="003D6426" w14:paraId="1DBC861E" w14:textId="77777777">
        <w:trPr>
          <w:jc w:val="center"/>
        </w:trPr>
        <w:tc>
          <w:tcPr>
            <w:tcW w:w="488" w:type="dxa"/>
            <w:tcMar>
              <w:top w:w="55" w:type="dxa"/>
              <w:left w:w="55" w:type="dxa"/>
              <w:bottom w:w="55" w:type="dxa"/>
              <w:right w:w="55" w:type="dxa"/>
            </w:tcMar>
          </w:tcPr>
          <w:p w14:paraId="4ECDB166" w14:textId="77777777" w:rsidR="003D6426" w:rsidRDefault="00000000">
            <w:pPr>
              <w:spacing w:after="0" w:line="240" w:lineRule="auto"/>
              <w:rPr>
                <w:rFonts w:hint="eastAsia"/>
              </w:rPr>
            </w:pPr>
            <w:r>
              <w:rPr>
                <w:sz w:val="15"/>
              </w:rPr>
              <w:t>18</w:t>
            </w:r>
          </w:p>
        </w:tc>
        <w:tc>
          <w:tcPr>
            <w:tcW w:w="4666" w:type="dxa"/>
            <w:tcMar>
              <w:top w:w="55" w:type="dxa"/>
              <w:left w:w="55" w:type="dxa"/>
              <w:bottom w:w="55" w:type="dxa"/>
              <w:right w:w="55" w:type="dxa"/>
            </w:tcMar>
          </w:tcPr>
          <w:p w14:paraId="441B670D" w14:textId="77777777" w:rsidR="003D6426" w:rsidRDefault="00000000">
            <w:pPr>
              <w:spacing w:after="0" w:line="240" w:lineRule="auto"/>
              <w:rPr>
                <w:rFonts w:hint="eastAsia"/>
              </w:rPr>
            </w:pPr>
            <w:r>
              <w:rPr>
                <w:sz w:val="15"/>
              </w:rPr>
              <w:t>Attendente presente, istruito, non assegnato ad attività distraenti.</w:t>
            </w:r>
          </w:p>
        </w:tc>
        <w:tc>
          <w:tcPr>
            <w:tcW w:w="1465" w:type="dxa"/>
            <w:tcMar>
              <w:top w:w="55" w:type="dxa"/>
              <w:left w:w="55" w:type="dxa"/>
              <w:bottom w:w="55" w:type="dxa"/>
              <w:right w:w="55" w:type="dxa"/>
            </w:tcMar>
          </w:tcPr>
          <w:p w14:paraId="6A4D451F"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3161A994"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0AB35B26" w14:textId="77777777" w:rsidR="003D6426" w:rsidRDefault="003D6426">
            <w:pPr>
              <w:spacing w:after="0" w:line="240" w:lineRule="auto"/>
              <w:rPr>
                <w:rFonts w:hint="eastAsia"/>
              </w:rPr>
            </w:pPr>
          </w:p>
        </w:tc>
      </w:tr>
      <w:tr w:rsidR="003D6426" w14:paraId="44F73BB1" w14:textId="77777777">
        <w:trPr>
          <w:jc w:val="center"/>
        </w:trPr>
        <w:tc>
          <w:tcPr>
            <w:tcW w:w="488" w:type="dxa"/>
            <w:tcMar>
              <w:top w:w="55" w:type="dxa"/>
              <w:left w:w="55" w:type="dxa"/>
              <w:bottom w:w="55" w:type="dxa"/>
              <w:right w:w="55" w:type="dxa"/>
            </w:tcMar>
          </w:tcPr>
          <w:p w14:paraId="6471E10C" w14:textId="77777777" w:rsidR="003D6426" w:rsidRDefault="00000000">
            <w:pPr>
              <w:spacing w:after="0" w:line="240" w:lineRule="auto"/>
              <w:rPr>
                <w:rFonts w:hint="eastAsia"/>
              </w:rPr>
            </w:pPr>
            <w:r>
              <w:rPr>
                <w:sz w:val="15"/>
              </w:rPr>
              <w:t>19</w:t>
            </w:r>
          </w:p>
        </w:tc>
        <w:tc>
          <w:tcPr>
            <w:tcW w:w="4666" w:type="dxa"/>
            <w:tcMar>
              <w:top w:w="55" w:type="dxa"/>
              <w:left w:w="55" w:type="dxa"/>
              <w:bottom w:w="55" w:type="dxa"/>
              <w:right w:w="55" w:type="dxa"/>
            </w:tcMar>
          </w:tcPr>
          <w:p w14:paraId="7FD37361" w14:textId="77777777" w:rsidR="003D6426" w:rsidRDefault="00000000">
            <w:pPr>
              <w:spacing w:after="0" w:line="240" w:lineRule="auto"/>
              <w:rPr>
                <w:rFonts w:hint="eastAsia"/>
              </w:rPr>
            </w:pPr>
            <w:r>
              <w:rPr>
                <w:sz w:val="15"/>
              </w:rPr>
              <w:t>Squadra di salvataggio o sistema di recupero disponibile secondo piano.</w:t>
            </w:r>
          </w:p>
        </w:tc>
        <w:tc>
          <w:tcPr>
            <w:tcW w:w="1465" w:type="dxa"/>
            <w:tcMar>
              <w:top w:w="55" w:type="dxa"/>
              <w:left w:w="55" w:type="dxa"/>
              <w:bottom w:w="55" w:type="dxa"/>
              <w:right w:w="55" w:type="dxa"/>
            </w:tcMar>
          </w:tcPr>
          <w:p w14:paraId="6DFE5143"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0806F73"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A406F35" w14:textId="77777777" w:rsidR="003D6426" w:rsidRDefault="003D6426">
            <w:pPr>
              <w:spacing w:after="0" w:line="240" w:lineRule="auto"/>
              <w:rPr>
                <w:rFonts w:hint="eastAsia"/>
              </w:rPr>
            </w:pPr>
          </w:p>
        </w:tc>
      </w:tr>
      <w:tr w:rsidR="003D6426" w14:paraId="4A2B5F7E" w14:textId="77777777">
        <w:trPr>
          <w:jc w:val="center"/>
        </w:trPr>
        <w:tc>
          <w:tcPr>
            <w:tcW w:w="488" w:type="dxa"/>
            <w:tcMar>
              <w:top w:w="55" w:type="dxa"/>
              <w:left w:w="55" w:type="dxa"/>
              <w:bottom w:w="55" w:type="dxa"/>
              <w:right w:w="55" w:type="dxa"/>
            </w:tcMar>
          </w:tcPr>
          <w:p w14:paraId="5BB9BD4E" w14:textId="77777777" w:rsidR="003D6426" w:rsidRDefault="00000000">
            <w:pPr>
              <w:spacing w:after="0" w:line="240" w:lineRule="auto"/>
              <w:rPr>
                <w:rFonts w:hint="eastAsia"/>
              </w:rPr>
            </w:pPr>
            <w:r>
              <w:rPr>
                <w:sz w:val="15"/>
              </w:rPr>
              <w:t>20</w:t>
            </w:r>
          </w:p>
        </w:tc>
        <w:tc>
          <w:tcPr>
            <w:tcW w:w="4666" w:type="dxa"/>
            <w:tcMar>
              <w:top w:w="55" w:type="dxa"/>
              <w:left w:w="55" w:type="dxa"/>
              <w:bottom w:w="55" w:type="dxa"/>
              <w:right w:w="55" w:type="dxa"/>
            </w:tcMar>
          </w:tcPr>
          <w:p w14:paraId="7FA04887" w14:textId="77777777" w:rsidR="003D6426" w:rsidRDefault="00000000">
            <w:pPr>
              <w:spacing w:after="0" w:line="240" w:lineRule="auto"/>
              <w:rPr>
                <w:rFonts w:hint="eastAsia"/>
              </w:rPr>
            </w:pPr>
            <w:r>
              <w:rPr>
                <w:sz w:val="15"/>
              </w:rPr>
              <w:t>Permesso compilato, firmato e disponibile presso il punto di accesso.</w:t>
            </w:r>
          </w:p>
        </w:tc>
        <w:tc>
          <w:tcPr>
            <w:tcW w:w="1465" w:type="dxa"/>
            <w:tcMar>
              <w:top w:w="55" w:type="dxa"/>
              <w:left w:w="55" w:type="dxa"/>
              <w:bottom w:w="55" w:type="dxa"/>
              <w:right w:w="55" w:type="dxa"/>
            </w:tcMar>
          </w:tcPr>
          <w:p w14:paraId="430B5229"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245BD71F"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2588D23" w14:textId="77777777" w:rsidR="003D6426" w:rsidRDefault="003D6426">
            <w:pPr>
              <w:spacing w:after="0" w:line="240" w:lineRule="auto"/>
              <w:rPr>
                <w:rFonts w:hint="eastAsia"/>
              </w:rPr>
            </w:pPr>
          </w:p>
        </w:tc>
      </w:tr>
    </w:tbl>
    <w:p w14:paraId="7CFB2E46" w14:textId="77777777" w:rsidR="003D6426" w:rsidRDefault="00000000">
      <w:pPr>
        <w:rPr>
          <w:rFonts w:hint="eastAsia"/>
        </w:rPr>
      </w:pPr>
      <w:r>
        <w:br w:type="page"/>
      </w:r>
    </w:p>
    <w:p w14:paraId="4B2B3AE6" w14:textId="77777777" w:rsidR="003D6426" w:rsidRDefault="00000000">
      <w:pPr>
        <w:pStyle w:val="Titolo1"/>
      </w:pPr>
      <w:r>
        <w:t>ALLEGATO F - Verbale riunione preliminare e coordinamento</w:t>
      </w:r>
    </w:p>
    <w:p w14:paraId="547F72FA" w14:textId="77777777" w:rsidR="003D6426" w:rsidRDefault="00000000">
      <w:pPr>
        <w:pStyle w:val="TableTitle"/>
        <w:rPr>
          <w:rFonts w:hint="eastAsia"/>
        </w:rPr>
      </w:pPr>
      <w:r>
        <w:t>Dati riunione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58913EBF" w14:textId="77777777">
        <w:trPr>
          <w:jc w:val="center"/>
        </w:trPr>
        <w:tc>
          <w:tcPr>
            <w:tcW w:w="2691" w:type="dxa"/>
            <w:shd w:val="clear" w:color="auto" w:fill="F2F2F2"/>
            <w:tcMar>
              <w:top w:w="55" w:type="dxa"/>
              <w:left w:w="55" w:type="dxa"/>
              <w:bottom w:w="55" w:type="dxa"/>
              <w:right w:w="55" w:type="dxa"/>
            </w:tcMar>
          </w:tcPr>
          <w:p w14:paraId="386AD077" w14:textId="77777777" w:rsidR="003D6426" w:rsidRDefault="00000000">
            <w:pPr>
              <w:spacing w:after="0" w:line="240" w:lineRule="auto"/>
              <w:rPr>
                <w:rFonts w:hint="eastAsia"/>
              </w:rPr>
            </w:pPr>
            <w:r>
              <w:rPr>
                <w:b/>
                <w:sz w:val="16"/>
              </w:rPr>
              <w:t>Riunione n.</w:t>
            </w:r>
          </w:p>
        </w:tc>
        <w:tc>
          <w:tcPr>
            <w:tcW w:w="7401" w:type="dxa"/>
            <w:tcMar>
              <w:top w:w="55" w:type="dxa"/>
              <w:left w:w="55" w:type="dxa"/>
              <w:bottom w:w="55" w:type="dxa"/>
              <w:right w:w="55" w:type="dxa"/>
            </w:tcMar>
          </w:tcPr>
          <w:p w14:paraId="74CC316E" w14:textId="77777777" w:rsidR="003D6426" w:rsidRDefault="00000000">
            <w:pPr>
              <w:spacing w:after="0" w:line="240" w:lineRule="auto"/>
              <w:rPr>
                <w:rFonts w:hint="eastAsia"/>
              </w:rPr>
            </w:pPr>
            <w:r>
              <w:rPr>
                <w:sz w:val="16"/>
              </w:rPr>
              <w:t>__________</w:t>
            </w:r>
          </w:p>
        </w:tc>
      </w:tr>
      <w:tr w:rsidR="003D6426" w14:paraId="0D5AED3D" w14:textId="77777777">
        <w:trPr>
          <w:jc w:val="center"/>
        </w:trPr>
        <w:tc>
          <w:tcPr>
            <w:tcW w:w="2691" w:type="dxa"/>
            <w:shd w:val="clear" w:color="auto" w:fill="F2F2F2"/>
            <w:tcMar>
              <w:top w:w="55" w:type="dxa"/>
              <w:left w:w="55" w:type="dxa"/>
              <w:bottom w:w="55" w:type="dxa"/>
              <w:right w:w="55" w:type="dxa"/>
            </w:tcMar>
          </w:tcPr>
          <w:p w14:paraId="572113E8" w14:textId="77777777" w:rsidR="003D6426" w:rsidRDefault="00000000">
            <w:pPr>
              <w:spacing w:after="0" w:line="240" w:lineRule="auto"/>
              <w:rPr>
                <w:rFonts w:hint="eastAsia"/>
              </w:rPr>
            </w:pPr>
            <w:r>
              <w:rPr>
                <w:b/>
                <w:sz w:val="16"/>
              </w:rPr>
              <w:t>Data/ora/luogo</w:t>
            </w:r>
          </w:p>
        </w:tc>
        <w:tc>
          <w:tcPr>
            <w:tcW w:w="7401" w:type="dxa"/>
            <w:tcMar>
              <w:top w:w="55" w:type="dxa"/>
              <w:left w:w="55" w:type="dxa"/>
              <w:bottom w:w="55" w:type="dxa"/>
              <w:right w:w="55" w:type="dxa"/>
            </w:tcMar>
          </w:tcPr>
          <w:p w14:paraId="2B05820D" w14:textId="77777777" w:rsidR="003D6426" w:rsidRDefault="00000000">
            <w:pPr>
              <w:spacing w:after="0" w:line="240" w:lineRule="auto"/>
              <w:rPr>
                <w:rFonts w:hint="eastAsia"/>
              </w:rPr>
            </w:pPr>
            <w:r>
              <w:rPr>
                <w:sz w:val="16"/>
              </w:rPr>
              <w:t>____/____/______ ore ____:____  Luogo: ________________________________</w:t>
            </w:r>
          </w:p>
        </w:tc>
      </w:tr>
      <w:tr w:rsidR="003D6426" w14:paraId="0402F7F5" w14:textId="77777777">
        <w:trPr>
          <w:jc w:val="center"/>
        </w:trPr>
        <w:tc>
          <w:tcPr>
            <w:tcW w:w="2691" w:type="dxa"/>
            <w:shd w:val="clear" w:color="auto" w:fill="F2F2F2"/>
            <w:tcMar>
              <w:top w:w="55" w:type="dxa"/>
              <w:left w:w="55" w:type="dxa"/>
              <w:bottom w:w="55" w:type="dxa"/>
              <w:right w:w="55" w:type="dxa"/>
            </w:tcMar>
          </w:tcPr>
          <w:p w14:paraId="744BFFB2" w14:textId="77777777" w:rsidR="003D6426" w:rsidRDefault="00000000">
            <w:pPr>
              <w:spacing w:after="0" w:line="240" w:lineRule="auto"/>
              <w:rPr>
                <w:rFonts w:hint="eastAsia"/>
              </w:rPr>
            </w:pPr>
            <w:r>
              <w:rPr>
                <w:b/>
                <w:sz w:val="16"/>
              </w:rPr>
              <w:t>Ambiente/intervento</w:t>
            </w:r>
          </w:p>
        </w:tc>
        <w:tc>
          <w:tcPr>
            <w:tcW w:w="7401" w:type="dxa"/>
            <w:tcMar>
              <w:top w:w="55" w:type="dxa"/>
              <w:left w:w="55" w:type="dxa"/>
              <w:bottom w:w="55" w:type="dxa"/>
              <w:right w:w="55" w:type="dxa"/>
            </w:tcMar>
          </w:tcPr>
          <w:p w14:paraId="229D34E5" w14:textId="77777777" w:rsidR="003D6426" w:rsidRDefault="00000000">
            <w:pPr>
              <w:spacing w:after="0" w:line="240" w:lineRule="auto"/>
              <w:rPr>
                <w:rFonts w:hint="eastAsia"/>
              </w:rPr>
            </w:pPr>
            <w:r>
              <w:rPr>
                <w:sz w:val="16"/>
              </w:rPr>
              <w:t>ID ACSI: ________  Attività: ______________________________________________</w:t>
            </w:r>
          </w:p>
        </w:tc>
      </w:tr>
      <w:tr w:rsidR="003D6426" w14:paraId="19C2484F" w14:textId="77777777">
        <w:trPr>
          <w:jc w:val="center"/>
        </w:trPr>
        <w:tc>
          <w:tcPr>
            <w:tcW w:w="2691" w:type="dxa"/>
            <w:shd w:val="clear" w:color="auto" w:fill="F2F2F2"/>
            <w:tcMar>
              <w:top w:w="55" w:type="dxa"/>
              <w:left w:w="55" w:type="dxa"/>
              <w:bottom w:w="55" w:type="dxa"/>
              <w:right w:w="55" w:type="dxa"/>
            </w:tcMar>
          </w:tcPr>
          <w:p w14:paraId="00EF1F6A" w14:textId="77777777" w:rsidR="003D6426" w:rsidRDefault="00000000">
            <w:pPr>
              <w:spacing w:after="0" w:line="240" w:lineRule="auto"/>
              <w:rPr>
                <w:rFonts w:hint="eastAsia"/>
              </w:rPr>
            </w:pPr>
            <w:r>
              <w:rPr>
                <w:b/>
                <w:sz w:val="16"/>
              </w:rPr>
              <w:t>Convocata da</w:t>
            </w:r>
          </w:p>
        </w:tc>
        <w:tc>
          <w:tcPr>
            <w:tcW w:w="7401" w:type="dxa"/>
            <w:tcMar>
              <w:top w:w="55" w:type="dxa"/>
              <w:left w:w="55" w:type="dxa"/>
              <w:bottom w:w="55" w:type="dxa"/>
              <w:right w:w="55" w:type="dxa"/>
            </w:tcMar>
          </w:tcPr>
          <w:p w14:paraId="7094DBD4" w14:textId="77777777" w:rsidR="003D6426" w:rsidRDefault="00000000">
            <w:pPr>
              <w:spacing w:after="0" w:line="240" w:lineRule="auto"/>
              <w:rPr>
                <w:rFonts w:hint="eastAsia"/>
              </w:rPr>
            </w:pPr>
            <w:r>
              <w:rPr>
                <w:sz w:val="16"/>
              </w:rPr>
              <w:t>Nome/ruolo: ________________________________</w:t>
            </w:r>
          </w:p>
        </w:tc>
      </w:tr>
      <w:tr w:rsidR="003D6426" w14:paraId="7CE2839D" w14:textId="77777777">
        <w:trPr>
          <w:jc w:val="center"/>
        </w:trPr>
        <w:tc>
          <w:tcPr>
            <w:tcW w:w="2691" w:type="dxa"/>
            <w:shd w:val="clear" w:color="auto" w:fill="F2F2F2"/>
            <w:tcMar>
              <w:top w:w="55" w:type="dxa"/>
              <w:left w:w="55" w:type="dxa"/>
              <w:bottom w:w="55" w:type="dxa"/>
              <w:right w:w="55" w:type="dxa"/>
            </w:tcMar>
          </w:tcPr>
          <w:p w14:paraId="4D5CBA1E" w14:textId="77777777" w:rsidR="003D6426" w:rsidRDefault="00000000">
            <w:pPr>
              <w:spacing w:after="0" w:line="240" w:lineRule="auto"/>
              <w:rPr>
                <w:rFonts w:hint="eastAsia"/>
              </w:rPr>
            </w:pPr>
            <w:r>
              <w:rPr>
                <w:b/>
                <w:sz w:val="16"/>
              </w:rPr>
              <w:t>Imprese presenti</w:t>
            </w:r>
          </w:p>
        </w:tc>
        <w:tc>
          <w:tcPr>
            <w:tcW w:w="7401" w:type="dxa"/>
            <w:tcMar>
              <w:top w:w="55" w:type="dxa"/>
              <w:left w:w="55" w:type="dxa"/>
              <w:bottom w:w="55" w:type="dxa"/>
              <w:right w:w="55" w:type="dxa"/>
            </w:tcMar>
          </w:tcPr>
          <w:p w14:paraId="795CEC4F" w14:textId="77777777" w:rsidR="003D6426" w:rsidRDefault="00000000">
            <w:pPr>
              <w:spacing w:after="0" w:line="240" w:lineRule="auto"/>
              <w:rPr>
                <w:rFonts w:hint="eastAsia"/>
              </w:rPr>
            </w:pPr>
            <w:r>
              <w:rPr>
                <w:sz w:val="16"/>
              </w:rPr>
              <w:t>[ ] interne  [ ] appaltatore/i: ______________________________________________</w:t>
            </w:r>
          </w:p>
        </w:tc>
      </w:tr>
    </w:tbl>
    <w:p w14:paraId="18E0140D" w14:textId="77777777" w:rsidR="003D6426" w:rsidRDefault="00000000">
      <w:pPr>
        <w:pStyle w:val="TableTitle"/>
        <w:rPr>
          <w:rFonts w:hint="eastAsia"/>
        </w:rPr>
      </w:pPr>
      <w:r>
        <w:t>Presenze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5"/>
        <w:gridCol w:w="2772"/>
        <w:gridCol w:w="2772"/>
        <w:gridCol w:w="2329"/>
        <w:gridCol w:w="1774"/>
      </w:tblGrid>
      <w:tr w:rsidR="003D6426" w14:paraId="579F23FE" w14:textId="77777777">
        <w:trPr>
          <w:tblHeader/>
          <w:jc w:val="center"/>
        </w:trPr>
        <w:tc>
          <w:tcPr>
            <w:tcW w:w="548" w:type="dxa"/>
            <w:shd w:val="clear" w:color="auto" w:fill="D9EAF7"/>
            <w:tcMar>
              <w:top w:w="55" w:type="dxa"/>
              <w:left w:w="55" w:type="dxa"/>
              <w:bottom w:w="55" w:type="dxa"/>
              <w:right w:w="55" w:type="dxa"/>
            </w:tcMar>
            <w:vAlign w:val="center"/>
          </w:tcPr>
          <w:p w14:paraId="676DED7E" w14:textId="77777777" w:rsidR="003D6426" w:rsidRDefault="00000000">
            <w:pPr>
              <w:spacing w:after="0" w:line="240" w:lineRule="auto"/>
              <w:jc w:val="center"/>
              <w:rPr>
                <w:rFonts w:hint="eastAsia"/>
              </w:rPr>
            </w:pPr>
            <w:r>
              <w:rPr>
                <w:b/>
                <w:sz w:val="15"/>
              </w:rPr>
              <w:t>N.</w:t>
            </w:r>
          </w:p>
        </w:tc>
        <w:tc>
          <w:tcPr>
            <w:tcW w:w="2742" w:type="dxa"/>
            <w:shd w:val="clear" w:color="auto" w:fill="D9EAF7"/>
            <w:tcMar>
              <w:top w:w="55" w:type="dxa"/>
              <w:left w:w="55" w:type="dxa"/>
              <w:bottom w:w="55" w:type="dxa"/>
              <w:right w:w="55" w:type="dxa"/>
            </w:tcMar>
            <w:vAlign w:val="center"/>
          </w:tcPr>
          <w:p w14:paraId="7F3CF281" w14:textId="77777777" w:rsidR="003D6426" w:rsidRDefault="00000000">
            <w:pPr>
              <w:spacing w:after="0" w:line="240" w:lineRule="auto"/>
              <w:jc w:val="center"/>
              <w:rPr>
                <w:rFonts w:hint="eastAsia"/>
              </w:rPr>
            </w:pPr>
            <w:r>
              <w:rPr>
                <w:b/>
                <w:sz w:val="15"/>
              </w:rPr>
              <w:t>Partecipante</w:t>
            </w:r>
          </w:p>
        </w:tc>
        <w:tc>
          <w:tcPr>
            <w:tcW w:w="2742" w:type="dxa"/>
            <w:shd w:val="clear" w:color="auto" w:fill="D9EAF7"/>
            <w:tcMar>
              <w:top w:w="55" w:type="dxa"/>
              <w:left w:w="55" w:type="dxa"/>
              <w:bottom w:w="55" w:type="dxa"/>
              <w:right w:w="55" w:type="dxa"/>
            </w:tcMar>
            <w:vAlign w:val="center"/>
          </w:tcPr>
          <w:p w14:paraId="6030491B" w14:textId="77777777" w:rsidR="003D6426" w:rsidRDefault="00000000">
            <w:pPr>
              <w:spacing w:after="0" w:line="240" w:lineRule="auto"/>
              <w:jc w:val="center"/>
              <w:rPr>
                <w:rFonts w:hint="eastAsia"/>
              </w:rPr>
            </w:pPr>
            <w:r>
              <w:rPr>
                <w:b/>
                <w:sz w:val="15"/>
              </w:rPr>
              <w:t>Azienda/reparto</w:t>
            </w:r>
          </w:p>
        </w:tc>
        <w:tc>
          <w:tcPr>
            <w:tcW w:w="2303" w:type="dxa"/>
            <w:shd w:val="clear" w:color="auto" w:fill="D9EAF7"/>
            <w:tcMar>
              <w:top w:w="55" w:type="dxa"/>
              <w:left w:w="55" w:type="dxa"/>
              <w:bottom w:w="55" w:type="dxa"/>
              <w:right w:w="55" w:type="dxa"/>
            </w:tcMar>
            <w:vAlign w:val="center"/>
          </w:tcPr>
          <w:p w14:paraId="37716F98" w14:textId="77777777" w:rsidR="003D6426" w:rsidRDefault="00000000">
            <w:pPr>
              <w:spacing w:after="0" w:line="240" w:lineRule="auto"/>
              <w:jc w:val="center"/>
              <w:rPr>
                <w:rFonts w:hint="eastAsia"/>
              </w:rPr>
            </w:pPr>
            <w:r>
              <w:rPr>
                <w:b/>
                <w:sz w:val="15"/>
              </w:rPr>
              <w:t>Ruolo</w:t>
            </w:r>
          </w:p>
        </w:tc>
        <w:tc>
          <w:tcPr>
            <w:tcW w:w="1755" w:type="dxa"/>
            <w:shd w:val="clear" w:color="auto" w:fill="D9EAF7"/>
            <w:tcMar>
              <w:top w:w="55" w:type="dxa"/>
              <w:left w:w="55" w:type="dxa"/>
              <w:bottom w:w="55" w:type="dxa"/>
              <w:right w:w="55" w:type="dxa"/>
            </w:tcMar>
            <w:vAlign w:val="center"/>
          </w:tcPr>
          <w:p w14:paraId="15D2EB72" w14:textId="77777777" w:rsidR="003D6426" w:rsidRDefault="00000000">
            <w:pPr>
              <w:spacing w:after="0" w:line="240" w:lineRule="auto"/>
              <w:jc w:val="center"/>
              <w:rPr>
                <w:rFonts w:hint="eastAsia"/>
              </w:rPr>
            </w:pPr>
            <w:r>
              <w:rPr>
                <w:b/>
                <w:sz w:val="15"/>
              </w:rPr>
              <w:t>Firma</w:t>
            </w:r>
          </w:p>
        </w:tc>
      </w:tr>
      <w:tr w:rsidR="003D6426" w14:paraId="7404257A" w14:textId="77777777">
        <w:trPr>
          <w:jc w:val="center"/>
        </w:trPr>
        <w:tc>
          <w:tcPr>
            <w:tcW w:w="548" w:type="dxa"/>
            <w:tcMar>
              <w:top w:w="55" w:type="dxa"/>
              <w:left w:w="55" w:type="dxa"/>
              <w:bottom w:w="55" w:type="dxa"/>
              <w:right w:w="55" w:type="dxa"/>
            </w:tcMar>
          </w:tcPr>
          <w:p w14:paraId="0F34AE3A" w14:textId="77777777" w:rsidR="003D6426" w:rsidRDefault="00000000">
            <w:pPr>
              <w:spacing w:after="0" w:line="240" w:lineRule="auto"/>
              <w:rPr>
                <w:rFonts w:hint="eastAsia"/>
              </w:rPr>
            </w:pPr>
            <w:r>
              <w:rPr>
                <w:sz w:val="15"/>
              </w:rPr>
              <w:t>1</w:t>
            </w:r>
          </w:p>
        </w:tc>
        <w:tc>
          <w:tcPr>
            <w:tcW w:w="2742" w:type="dxa"/>
            <w:tcMar>
              <w:top w:w="55" w:type="dxa"/>
              <w:left w:w="55" w:type="dxa"/>
              <w:bottom w:w="55" w:type="dxa"/>
              <w:right w:w="55" w:type="dxa"/>
            </w:tcMar>
          </w:tcPr>
          <w:p w14:paraId="730CB092" w14:textId="77777777" w:rsidR="003D6426" w:rsidRDefault="003D6426">
            <w:pPr>
              <w:spacing w:after="0" w:line="240" w:lineRule="auto"/>
              <w:rPr>
                <w:rFonts w:hint="eastAsia"/>
              </w:rPr>
            </w:pPr>
          </w:p>
        </w:tc>
        <w:tc>
          <w:tcPr>
            <w:tcW w:w="2742" w:type="dxa"/>
            <w:tcMar>
              <w:top w:w="55" w:type="dxa"/>
              <w:left w:w="55" w:type="dxa"/>
              <w:bottom w:w="55" w:type="dxa"/>
              <w:right w:w="55" w:type="dxa"/>
            </w:tcMar>
          </w:tcPr>
          <w:p w14:paraId="48DED882" w14:textId="77777777" w:rsidR="003D6426" w:rsidRDefault="003D6426">
            <w:pPr>
              <w:spacing w:after="0" w:line="240" w:lineRule="auto"/>
              <w:rPr>
                <w:rFonts w:hint="eastAsia"/>
              </w:rPr>
            </w:pPr>
          </w:p>
        </w:tc>
        <w:tc>
          <w:tcPr>
            <w:tcW w:w="2303" w:type="dxa"/>
            <w:tcMar>
              <w:top w:w="55" w:type="dxa"/>
              <w:left w:w="55" w:type="dxa"/>
              <w:bottom w:w="55" w:type="dxa"/>
              <w:right w:w="55" w:type="dxa"/>
            </w:tcMar>
          </w:tcPr>
          <w:p w14:paraId="2824DCA7" w14:textId="77777777" w:rsidR="003D6426" w:rsidRDefault="003D6426">
            <w:pPr>
              <w:spacing w:after="0" w:line="240" w:lineRule="auto"/>
              <w:rPr>
                <w:rFonts w:hint="eastAsia"/>
              </w:rPr>
            </w:pPr>
          </w:p>
        </w:tc>
        <w:tc>
          <w:tcPr>
            <w:tcW w:w="1755" w:type="dxa"/>
            <w:tcMar>
              <w:top w:w="55" w:type="dxa"/>
              <w:left w:w="55" w:type="dxa"/>
              <w:bottom w:w="55" w:type="dxa"/>
              <w:right w:w="55" w:type="dxa"/>
            </w:tcMar>
          </w:tcPr>
          <w:p w14:paraId="2931BBF3" w14:textId="77777777" w:rsidR="003D6426" w:rsidRDefault="003D6426">
            <w:pPr>
              <w:spacing w:after="0" w:line="240" w:lineRule="auto"/>
              <w:rPr>
                <w:rFonts w:hint="eastAsia"/>
              </w:rPr>
            </w:pPr>
          </w:p>
        </w:tc>
      </w:tr>
      <w:tr w:rsidR="003D6426" w14:paraId="5F99CA10" w14:textId="77777777">
        <w:trPr>
          <w:jc w:val="center"/>
        </w:trPr>
        <w:tc>
          <w:tcPr>
            <w:tcW w:w="548" w:type="dxa"/>
            <w:tcMar>
              <w:top w:w="55" w:type="dxa"/>
              <w:left w:w="55" w:type="dxa"/>
              <w:bottom w:w="55" w:type="dxa"/>
              <w:right w:w="55" w:type="dxa"/>
            </w:tcMar>
          </w:tcPr>
          <w:p w14:paraId="5E1EAF1B" w14:textId="77777777" w:rsidR="003D6426" w:rsidRDefault="00000000">
            <w:pPr>
              <w:spacing w:after="0" w:line="240" w:lineRule="auto"/>
              <w:rPr>
                <w:rFonts w:hint="eastAsia"/>
              </w:rPr>
            </w:pPr>
            <w:r>
              <w:rPr>
                <w:sz w:val="15"/>
              </w:rPr>
              <w:t>2</w:t>
            </w:r>
          </w:p>
        </w:tc>
        <w:tc>
          <w:tcPr>
            <w:tcW w:w="2742" w:type="dxa"/>
            <w:tcMar>
              <w:top w:w="55" w:type="dxa"/>
              <w:left w:w="55" w:type="dxa"/>
              <w:bottom w:w="55" w:type="dxa"/>
              <w:right w:w="55" w:type="dxa"/>
            </w:tcMar>
          </w:tcPr>
          <w:p w14:paraId="5A308D54" w14:textId="77777777" w:rsidR="003D6426" w:rsidRDefault="003D6426">
            <w:pPr>
              <w:spacing w:after="0" w:line="240" w:lineRule="auto"/>
              <w:rPr>
                <w:rFonts w:hint="eastAsia"/>
              </w:rPr>
            </w:pPr>
          </w:p>
        </w:tc>
        <w:tc>
          <w:tcPr>
            <w:tcW w:w="2742" w:type="dxa"/>
            <w:tcMar>
              <w:top w:w="55" w:type="dxa"/>
              <w:left w:w="55" w:type="dxa"/>
              <w:bottom w:w="55" w:type="dxa"/>
              <w:right w:w="55" w:type="dxa"/>
            </w:tcMar>
          </w:tcPr>
          <w:p w14:paraId="13AAA649" w14:textId="77777777" w:rsidR="003D6426" w:rsidRDefault="003D6426">
            <w:pPr>
              <w:spacing w:after="0" w:line="240" w:lineRule="auto"/>
              <w:rPr>
                <w:rFonts w:hint="eastAsia"/>
              </w:rPr>
            </w:pPr>
          </w:p>
        </w:tc>
        <w:tc>
          <w:tcPr>
            <w:tcW w:w="2303" w:type="dxa"/>
            <w:tcMar>
              <w:top w:w="55" w:type="dxa"/>
              <w:left w:w="55" w:type="dxa"/>
              <w:bottom w:w="55" w:type="dxa"/>
              <w:right w:w="55" w:type="dxa"/>
            </w:tcMar>
          </w:tcPr>
          <w:p w14:paraId="14B9FF09" w14:textId="77777777" w:rsidR="003D6426" w:rsidRDefault="003D6426">
            <w:pPr>
              <w:spacing w:after="0" w:line="240" w:lineRule="auto"/>
              <w:rPr>
                <w:rFonts w:hint="eastAsia"/>
              </w:rPr>
            </w:pPr>
          </w:p>
        </w:tc>
        <w:tc>
          <w:tcPr>
            <w:tcW w:w="1755" w:type="dxa"/>
            <w:tcMar>
              <w:top w:w="55" w:type="dxa"/>
              <w:left w:w="55" w:type="dxa"/>
              <w:bottom w:w="55" w:type="dxa"/>
              <w:right w:w="55" w:type="dxa"/>
            </w:tcMar>
          </w:tcPr>
          <w:p w14:paraId="3E79BECE" w14:textId="77777777" w:rsidR="003D6426" w:rsidRDefault="003D6426">
            <w:pPr>
              <w:spacing w:after="0" w:line="240" w:lineRule="auto"/>
              <w:rPr>
                <w:rFonts w:hint="eastAsia"/>
              </w:rPr>
            </w:pPr>
          </w:p>
        </w:tc>
      </w:tr>
      <w:tr w:rsidR="003D6426" w14:paraId="6CF64E9D" w14:textId="77777777">
        <w:trPr>
          <w:jc w:val="center"/>
        </w:trPr>
        <w:tc>
          <w:tcPr>
            <w:tcW w:w="548" w:type="dxa"/>
            <w:tcMar>
              <w:top w:w="55" w:type="dxa"/>
              <w:left w:w="55" w:type="dxa"/>
              <w:bottom w:w="55" w:type="dxa"/>
              <w:right w:w="55" w:type="dxa"/>
            </w:tcMar>
          </w:tcPr>
          <w:p w14:paraId="29E9B0DD" w14:textId="77777777" w:rsidR="003D6426" w:rsidRDefault="00000000">
            <w:pPr>
              <w:spacing w:after="0" w:line="240" w:lineRule="auto"/>
              <w:rPr>
                <w:rFonts w:hint="eastAsia"/>
              </w:rPr>
            </w:pPr>
            <w:r>
              <w:rPr>
                <w:sz w:val="15"/>
              </w:rPr>
              <w:t>3</w:t>
            </w:r>
          </w:p>
        </w:tc>
        <w:tc>
          <w:tcPr>
            <w:tcW w:w="2742" w:type="dxa"/>
            <w:tcMar>
              <w:top w:w="55" w:type="dxa"/>
              <w:left w:w="55" w:type="dxa"/>
              <w:bottom w:w="55" w:type="dxa"/>
              <w:right w:w="55" w:type="dxa"/>
            </w:tcMar>
          </w:tcPr>
          <w:p w14:paraId="0532DB17" w14:textId="77777777" w:rsidR="003D6426" w:rsidRDefault="003D6426">
            <w:pPr>
              <w:spacing w:after="0" w:line="240" w:lineRule="auto"/>
              <w:rPr>
                <w:rFonts w:hint="eastAsia"/>
              </w:rPr>
            </w:pPr>
          </w:p>
        </w:tc>
        <w:tc>
          <w:tcPr>
            <w:tcW w:w="2742" w:type="dxa"/>
            <w:tcMar>
              <w:top w:w="55" w:type="dxa"/>
              <w:left w:w="55" w:type="dxa"/>
              <w:bottom w:w="55" w:type="dxa"/>
              <w:right w:w="55" w:type="dxa"/>
            </w:tcMar>
          </w:tcPr>
          <w:p w14:paraId="0B0BBBCE" w14:textId="77777777" w:rsidR="003D6426" w:rsidRDefault="003D6426">
            <w:pPr>
              <w:spacing w:after="0" w:line="240" w:lineRule="auto"/>
              <w:rPr>
                <w:rFonts w:hint="eastAsia"/>
              </w:rPr>
            </w:pPr>
          </w:p>
        </w:tc>
        <w:tc>
          <w:tcPr>
            <w:tcW w:w="2303" w:type="dxa"/>
            <w:tcMar>
              <w:top w:w="55" w:type="dxa"/>
              <w:left w:w="55" w:type="dxa"/>
              <w:bottom w:w="55" w:type="dxa"/>
              <w:right w:w="55" w:type="dxa"/>
            </w:tcMar>
          </w:tcPr>
          <w:p w14:paraId="5C307506" w14:textId="77777777" w:rsidR="003D6426" w:rsidRDefault="003D6426">
            <w:pPr>
              <w:spacing w:after="0" w:line="240" w:lineRule="auto"/>
              <w:rPr>
                <w:rFonts w:hint="eastAsia"/>
              </w:rPr>
            </w:pPr>
          </w:p>
        </w:tc>
        <w:tc>
          <w:tcPr>
            <w:tcW w:w="1755" w:type="dxa"/>
            <w:tcMar>
              <w:top w:w="55" w:type="dxa"/>
              <w:left w:w="55" w:type="dxa"/>
              <w:bottom w:w="55" w:type="dxa"/>
              <w:right w:w="55" w:type="dxa"/>
            </w:tcMar>
          </w:tcPr>
          <w:p w14:paraId="4A0640F2" w14:textId="77777777" w:rsidR="003D6426" w:rsidRDefault="003D6426">
            <w:pPr>
              <w:spacing w:after="0" w:line="240" w:lineRule="auto"/>
              <w:rPr>
                <w:rFonts w:hint="eastAsia"/>
              </w:rPr>
            </w:pPr>
          </w:p>
        </w:tc>
      </w:tr>
      <w:tr w:rsidR="003D6426" w14:paraId="3B8134AD" w14:textId="77777777">
        <w:trPr>
          <w:jc w:val="center"/>
        </w:trPr>
        <w:tc>
          <w:tcPr>
            <w:tcW w:w="548" w:type="dxa"/>
            <w:tcMar>
              <w:top w:w="55" w:type="dxa"/>
              <w:left w:w="55" w:type="dxa"/>
              <w:bottom w:w="55" w:type="dxa"/>
              <w:right w:w="55" w:type="dxa"/>
            </w:tcMar>
          </w:tcPr>
          <w:p w14:paraId="4032E0E9" w14:textId="77777777" w:rsidR="003D6426" w:rsidRDefault="00000000">
            <w:pPr>
              <w:spacing w:after="0" w:line="240" w:lineRule="auto"/>
              <w:rPr>
                <w:rFonts w:hint="eastAsia"/>
              </w:rPr>
            </w:pPr>
            <w:r>
              <w:rPr>
                <w:sz w:val="15"/>
              </w:rPr>
              <w:t>4</w:t>
            </w:r>
          </w:p>
        </w:tc>
        <w:tc>
          <w:tcPr>
            <w:tcW w:w="2742" w:type="dxa"/>
            <w:tcMar>
              <w:top w:w="55" w:type="dxa"/>
              <w:left w:w="55" w:type="dxa"/>
              <w:bottom w:w="55" w:type="dxa"/>
              <w:right w:w="55" w:type="dxa"/>
            </w:tcMar>
          </w:tcPr>
          <w:p w14:paraId="7AEB187E" w14:textId="77777777" w:rsidR="003D6426" w:rsidRDefault="003D6426">
            <w:pPr>
              <w:spacing w:after="0" w:line="240" w:lineRule="auto"/>
              <w:rPr>
                <w:rFonts w:hint="eastAsia"/>
              </w:rPr>
            </w:pPr>
          </w:p>
        </w:tc>
        <w:tc>
          <w:tcPr>
            <w:tcW w:w="2742" w:type="dxa"/>
            <w:tcMar>
              <w:top w:w="55" w:type="dxa"/>
              <w:left w:w="55" w:type="dxa"/>
              <w:bottom w:w="55" w:type="dxa"/>
              <w:right w:w="55" w:type="dxa"/>
            </w:tcMar>
          </w:tcPr>
          <w:p w14:paraId="28178F6A" w14:textId="77777777" w:rsidR="003D6426" w:rsidRDefault="003D6426">
            <w:pPr>
              <w:spacing w:after="0" w:line="240" w:lineRule="auto"/>
              <w:rPr>
                <w:rFonts w:hint="eastAsia"/>
              </w:rPr>
            </w:pPr>
          </w:p>
        </w:tc>
        <w:tc>
          <w:tcPr>
            <w:tcW w:w="2303" w:type="dxa"/>
            <w:tcMar>
              <w:top w:w="55" w:type="dxa"/>
              <w:left w:w="55" w:type="dxa"/>
              <w:bottom w:w="55" w:type="dxa"/>
              <w:right w:w="55" w:type="dxa"/>
            </w:tcMar>
          </w:tcPr>
          <w:p w14:paraId="2AE58FE1" w14:textId="77777777" w:rsidR="003D6426" w:rsidRDefault="003D6426">
            <w:pPr>
              <w:spacing w:after="0" w:line="240" w:lineRule="auto"/>
              <w:rPr>
                <w:rFonts w:hint="eastAsia"/>
              </w:rPr>
            </w:pPr>
          </w:p>
        </w:tc>
        <w:tc>
          <w:tcPr>
            <w:tcW w:w="1755" w:type="dxa"/>
            <w:tcMar>
              <w:top w:w="55" w:type="dxa"/>
              <w:left w:w="55" w:type="dxa"/>
              <w:bottom w:w="55" w:type="dxa"/>
              <w:right w:w="55" w:type="dxa"/>
            </w:tcMar>
          </w:tcPr>
          <w:p w14:paraId="43CD7152" w14:textId="77777777" w:rsidR="003D6426" w:rsidRDefault="003D6426">
            <w:pPr>
              <w:spacing w:after="0" w:line="240" w:lineRule="auto"/>
              <w:rPr>
                <w:rFonts w:hint="eastAsia"/>
              </w:rPr>
            </w:pPr>
          </w:p>
        </w:tc>
      </w:tr>
      <w:tr w:rsidR="003D6426" w14:paraId="78F9204E" w14:textId="77777777">
        <w:trPr>
          <w:jc w:val="center"/>
        </w:trPr>
        <w:tc>
          <w:tcPr>
            <w:tcW w:w="548" w:type="dxa"/>
            <w:tcMar>
              <w:top w:w="55" w:type="dxa"/>
              <w:left w:w="55" w:type="dxa"/>
              <w:bottom w:w="55" w:type="dxa"/>
              <w:right w:w="55" w:type="dxa"/>
            </w:tcMar>
          </w:tcPr>
          <w:p w14:paraId="66CE9B2D" w14:textId="77777777" w:rsidR="003D6426" w:rsidRDefault="00000000">
            <w:pPr>
              <w:spacing w:after="0" w:line="240" w:lineRule="auto"/>
              <w:rPr>
                <w:rFonts w:hint="eastAsia"/>
              </w:rPr>
            </w:pPr>
            <w:r>
              <w:rPr>
                <w:sz w:val="15"/>
              </w:rPr>
              <w:t>5</w:t>
            </w:r>
          </w:p>
        </w:tc>
        <w:tc>
          <w:tcPr>
            <w:tcW w:w="2742" w:type="dxa"/>
            <w:tcMar>
              <w:top w:w="55" w:type="dxa"/>
              <w:left w:w="55" w:type="dxa"/>
              <w:bottom w:w="55" w:type="dxa"/>
              <w:right w:w="55" w:type="dxa"/>
            </w:tcMar>
          </w:tcPr>
          <w:p w14:paraId="1F23EE62" w14:textId="77777777" w:rsidR="003D6426" w:rsidRDefault="003D6426">
            <w:pPr>
              <w:spacing w:after="0" w:line="240" w:lineRule="auto"/>
              <w:rPr>
                <w:rFonts w:hint="eastAsia"/>
              </w:rPr>
            </w:pPr>
          </w:p>
        </w:tc>
        <w:tc>
          <w:tcPr>
            <w:tcW w:w="2742" w:type="dxa"/>
            <w:tcMar>
              <w:top w:w="55" w:type="dxa"/>
              <w:left w:w="55" w:type="dxa"/>
              <w:bottom w:w="55" w:type="dxa"/>
              <w:right w:w="55" w:type="dxa"/>
            </w:tcMar>
          </w:tcPr>
          <w:p w14:paraId="407CE1B2" w14:textId="77777777" w:rsidR="003D6426" w:rsidRDefault="003D6426">
            <w:pPr>
              <w:spacing w:after="0" w:line="240" w:lineRule="auto"/>
              <w:rPr>
                <w:rFonts w:hint="eastAsia"/>
              </w:rPr>
            </w:pPr>
          </w:p>
        </w:tc>
        <w:tc>
          <w:tcPr>
            <w:tcW w:w="2303" w:type="dxa"/>
            <w:tcMar>
              <w:top w:w="55" w:type="dxa"/>
              <w:left w:w="55" w:type="dxa"/>
              <w:bottom w:w="55" w:type="dxa"/>
              <w:right w:w="55" w:type="dxa"/>
            </w:tcMar>
          </w:tcPr>
          <w:p w14:paraId="11EB3711" w14:textId="77777777" w:rsidR="003D6426" w:rsidRDefault="003D6426">
            <w:pPr>
              <w:spacing w:after="0" w:line="240" w:lineRule="auto"/>
              <w:rPr>
                <w:rFonts w:hint="eastAsia"/>
              </w:rPr>
            </w:pPr>
          </w:p>
        </w:tc>
        <w:tc>
          <w:tcPr>
            <w:tcW w:w="1755" w:type="dxa"/>
            <w:tcMar>
              <w:top w:w="55" w:type="dxa"/>
              <w:left w:w="55" w:type="dxa"/>
              <w:bottom w:w="55" w:type="dxa"/>
              <w:right w:w="55" w:type="dxa"/>
            </w:tcMar>
          </w:tcPr>
          <w:p w14:paraId="07AC5302" w14:textId="77777777" w:rsidR="003D6426" w:rsidRDefault="003D6426">
            <w:pPr>
              <w:spacing w:after="0" w:line="240" w:lineRule="auto"/>
              <w:rPr>
                <w:rFonts w:hint="eastAsia"/>
              </w:rPr>
            </w:pPr>
          </w:p>
        </w:tc>
      </w:tr>
      <w:tr w:rsidR="003D6426" w14:paraId="0BD2BCDB" w14:textId="77777777">
        <w:trPr>
          <w:jc w:val="center"/>
        </w:trPr>
        <w:tc>
          <w:tcPr>
            <w:tcW w:w="548" w:type="dxa"/>
            <w:tcMar>
              <w:top w:w="55" w:type="dxa"/>
              <w:left w:w="55" w:type="dxa"/>
              <w:bottom w:w="55" w:type="dxa"/>
              <w:right w:w="55" w:type="dxa"/>
            </w:tcMar>
          </w:tcPr>
          <w:p w14:paraId="08595377" w14:textId="77777777" w:rsidR="003D6426" w:rsidRDefault="00000000">
            <w:pPr>
              <w:spacing w:after="0" w:line="240" w:lineRule="auto"/>
              <w:rPr>
                <w:rFonts w:hint="eastAsia"/>
              </w:rPr>
            </w:pPr>
            <w:r>
              <w:rPr>
                <w:sz w:val="15"/>
              </w:rPr>
              <w:t>6</w:t>
            </w:r>
          </w:p>
        </w:tc>
        <w:tc>
          <w:tcPr>
            <w:tcW w:w="2742" w:type="dxa"/>
            <w:tcMar>
              <w:top w:w="55" w:type="dxa"/>
              <w:left w:w="55" w:type="dxa"/>
              <w:bottom w:w="55" w:type="dxa"/>
              <w:right w:w="55" w:type="dxa"/>
            </w:tcMar>
          </w:tcPr>
          <w:p w14:paraId="65E3AAE9" w14:textId="77777777" w:rsidR="003D6426" w:rsidRDefault="003D6426">
            <w:pPr>
              <w:spacing w:after="0" w:line="240" w:lineRule="auto"/>
              <w:rPr>
                <w:rFonts w:hint="eastAsia"/>
              </w:rPr>
            </w:pPr>
          </w:p>
        </w:tc>
        <w:tc>
          <w:tcPr>
            <w:tcW w:w="2742" w:type="dxa"/>
            <w:tcMar>
              <w:top w:w="55" w:type="dxa"/>
              <w:left w:w="55" w:type="dxa"/>
              <w:bottom w:w="55" w:type="dxa"/>
              <w:right w:w="55" w:type="dxa"/>
            </w:tcMar>
          </w:tcPr>
          <w:p w14:paraId="6A208CB3" w14:textId="77777777" w:rsidR="003D6426" w:rsidRDefault="003D6426">
            <w:pPr>
              <w:spacing w:after="0" w:line="240" w:lineRule="auto"/>
              <w:rPr>
                <w:rFonts w:hint="eastAsia"/>
              </w:rPr>
            </w:pPr>
          </w:p>
        </w:tc>
        <w:tc>
          <w:tcPr>
            <w:tcW w:w="2303" w:type="dxa"/>
            <w:tcMar>
              <w:top w:w="55" w:type="dxa"/>
              <w:left w:w="55" w:type="dxa"/>
              <w:bottom w:w="55" w:type="dxa"/>
              <w:right w:w="55" w:type="dxa"/>
            </w:tcMar>
          </w:tcPr>
          <w:p w14:paraId="7DC2A9FB" w14:textId="77777777" w:rsidR="003D6426" w:rsidRDefault="003D6426">
            <w:pPr>
              <w:spacing w:after="0" w:line="240" w:lineRule="auto"/>
              <w:rPr>
                <w:rFonts w:hint="eastAsia"/>
              </w:rPr>
            </w:pPr>
          </w:p>
        </w:tc>
        <w:tc>
          <w:tcPr>
            <w:tcW w:w="1755" w:type="dxa"/>
            <w:tcMar>
              <w:top w:w="55" w:type="dxa"/>
              <w:left w:w="55" w:type="dxa"/>
              <w:bottom w:w="55" w:type="dxa"/>
              <w:right w:w="55" w:type="dxa"/>
            </w:tcMar>
          </w:tcPr>
          <w:p w14:paraId="30000529" w14:textId="77777777" w:rsidR="003D6426" w:rsidRDefault="003D6426">
            <w:pPr>
              <w:spacing w:after="0" w:line="240" w:lineRule="auto"/>
              <w:rPr>
                <w:rFonts w:hint="eastAsia"/>
              </w:rPr>
            </w:pPr>
          </w:p>
        </w:tc>
      </w:tr>
      <w:tr w:rsidR="003D6426" w14:paraId="3070EAAF" w14:textId="77777777">
        <w:trPr>
          <w:jc w:val="center"/>
        </w:trPr>
        <w:tc>
          <w:tcPr>
            <w:tcW w:w="548" w:type="dxa"/>
            <w:tcMar>
              <w:top w:w="55" w:type="dxa"/>
              <w:left w:w="55" w:type="dxa"/>
              <w:bottom w:w="55" w:type="dxa"/>
              <w:right w:w="55" w:type="dxa"/>
            </w:tcMar>
          </w:tcPr>
          <w:p w14:paraId="2EA3D18F" w14:textId="77777777" w:rsidR="003D6426" w:rsidRDefault="00000000">
            <w:pPr>
              <w:spacing w:after="0" w:line="240" w:lineRule="auto"/>
              <w:rPr>
                <w:rFonts w:hint="eastAsia"/>
              </w:rPr>
            </w:pPr>
            <w:r>
              <w:rPr>
                <w:sz w:val="15"/>
              </w:rPr>
              <w:t>7</w:t>
            </w:r>
          </w:p>
        </w:tc>
        <w:tc>
          <w:tcPr>
            <w:tcW w:w="2742" w:type="dxa"/>
            <w:tcMar>
              <w:top w:w="55" w:type="dxa"/>
              <w:left w:w="55" w:type="dxa"/>
              <w:bottom w:w="55" w:type="dxa"/>
              <w:right w:w="55" w:type="dxa"/>
            </w:tcMar>
          </w:tcPr>
          <w:p w14:paraId="5DAB3709" w14:textId="77777777" w:rsidR="003D6426" w:rsidRDefault="003D6426">
            <w:pPr>
              <w:spacing w:after="0" w:line="240" w:lineRule="auto"/>
              <w:rPr>
                <w:rFonts w:hint="eastAsia"/>
              </w:rPr>
            </w:pPr>
          </w:p>
        </w:tc>
        <w:tc>
          <w:tcPr>
            <w:tcW w:w="2742" w:type="dxa"/>
            <w:tcMar>
              <w:top w:w="55" w:type="dxa"/>
              <w:left w:w="55" w:type="dxa"/>
              <w:bottom w:w="55" w:type="dxa"/>
              <w:right w:w="55" w:type="dxa"/>
            </w:tcMar>
          </w:tcPr>
          <w:p w14:paraId="0C6B372E" w14:textId="77777777" w:rsidR="003D6426" w:rsidRDefault="003D6426">
            <w:pPr>
              <w:spacing w:after="0" w:line="240" w:lineRule="auto"/>
              <w:rPr>
                <w:rFonts w:hint="eastAsia"/>
              </w:rPr>
            </w:pPr>
          </w:p>
        </w:tc>
        <w:tc>
          <w:tcPr>
            <w:tcW w:w="2303" w:type="dxa"/>
            <w:tcMar>
              <w:top w:w="55" w:type="dxa"/>
              <w:left w:w="55" w:type="dxa"/>
              <w:bottom w:w="55" w:type="dxa"/>
              <w:right w:w="55" w:type="dxa"/>
            </w:tcMar>
          </w:tcPr>
          <w:p w14:paraId="08308A33" w14:textId="77777777" w:rsidR="003D6426" w:rsidRDefault="003D6426">
            <w:pPr>
              <w:spacing w:after="0" w:line="240" w:lineRule="auto"/>
              <w:rPr>
                <w:rFonts w:hint="eastAsia"/>
              </w:rPr>
            </w:pPr>
          </w:p>
        </w:tc>
        <w:tc>
          <w:tcPr>
            <w:tcW w:w="1755" w:type="dxa"/>
            <w:tcMar>
              <w:top w:w="55" w:type="dxa"/>
              <w:left w:w="55" w:type="dxa"/>
              <w:bottom w:w="55" w:type="dxa"/>
              <w:right w:w="55" w:type="dxa"/>
            </w:tcMar>
          </w:tcPr>
          <w:p w14:paraId="493279A1" w14:textId="77777777" w:rsidR="003D6426" w:rsidRDefault="003D6426">
            <w:pPr>
              <w:spacing w:after="0" w:line="240" w:lineRule="auto"/>
              <w:rPr>
                <w:rFonts w:hint="eastAsia"/>
              </w:rPr>
            </w:pPr>
          </w:p>
        </w:tc>
      </w:tr>
      <w:tr w:rsidR="003D6426" w14:paraId="24386E27" w14:textId="77777777">
        <w:trPr>
          <w:jc w:val="center"/>
        </w:trPr>
        <w:tc>
          <w:tcPr>
            <w:tcW w:w="548" w:type="dxa"/>
            <w:tcMar>
              <w:top w:w="55" w:type="dxa"/>
              <w:left w:w="55" w:type="dxa"/>
              <w:bottom w:w="55" w:type="dxa"/>
              <w:right w:w="55" w:type="dxa"/>
            </w:tcMar>
          </w:tcPr>
          <w:p w14:paraId="76E80334" w14:textId="77777777" w:rsidR="003D6426" w:rsidRDefault="00000000">
            <w:pPr>
              <w:spacing w:after="0" w:line="240" w:lineRule="auto"/>
              <w:rPr>
                <w:rFonts w:hint="eastAsia"/>
              </w:rPr>
            </w:pPr>
            <w:r>
              <w:rPr>
                <w:sz w:val="15"/>
              </w:rPr>
              <w:t>8</w:t>
            </w:r>
          </w:p>
        </w:tc>
        <w:tc>
          <w:tcPr>
            <w:tcW w:w="2742" w:type="dxa"/>
            <w:tcMar>
              <w:top w:w="55" w:type="dxa"/>
              <w:left w:w="55" w:type="dxa"/>
              <w:bottom w:w="55" w:type="dxa"/>
              <w:right w:w="55" w:type="dxa"/>
            </w:tcMar>
          </w:tcPr>
          <w:p w14:paraId="3DCFD49B" w14:textId="77777777" w:rsidR="003D6426" w:rsidRDefault="003D6426">
            <w:pPr>
              <w:spacing w:after="0" w:line="240" w:lineRule="auto"/>
              <w:rPr>
                <w:rFonts w:hint="eastAsia"/>
              </w:rPr>
            </w:pPr>
          </w:p>
        </w:tc>
        <w:tc>
          <w:tcPr>
            <w:tcW w:w="2742" w:type="dxa"/>
            <w:tcMar>
              <w:top w:w="55" w:type="dxa"/>
              <w:left w:w="55" w:type="dxa"/>
              <w:bottom w:w="55" w:type="dxa"/>
              <w:right w:w="55" w:type="dxa"/>
            </w:tcMar>
          </w:tcPr>
          <w:p w14:paraId="691C1BBE" w14:textId="77777777" w:rsidR="003D6426" w:rsidRDefault="003D6426">
            <w:pPr>
              <w:spacing w:after="0" w:line="240" w:lineRule="auto"/>
              <w:rPr>
                <w:rFonts w:hint="eastAsia"/>
              </w:rPr>
            </w:pPr>
          </w:p>
        </w:tc>
        <w:tc>
          <w:tcPr>
            <w:tcW w:w="2303" w:type="dxa"/>
            <w:tcMar>
              <w:top w:w="55" w:type="dxa"/>
              <w:left w:w="55" w:type="dxa"/>
              <w:bottom w:w="55" w:type="dxa"/>
              <w:right w:w="55" w:type="dxa"/>
            </w:tcMar>
          </w:tcPr>
          <w:p w14:paraId="76613544" w14:textId="77777777" w:rsidR="003D6426" w:rsidRDefault="003D6426">
            <w:pPr>
              <w:spacing w:after="0" w:line="240" w:lineRule="auto"/>
              <w:rPr>
                <w:rFonts w:hint="eastAsia"/>
              </w:rPr>
            </w:pPr>
          </w:p>
        </w:tc>
        <w:tc>
          <w:tcPr>
            <w:tcW w:w="1755" w:type="dxa"/>
            <w:tcMar>
              <w:top w:w="55" w:type="dxa"/>
              <w:left w:w="55" w:type="dxa"/>
              <w:bottom w:w="55" w:type="dxa"/>
              <w:right w:w="55" w:type="dxa"/>
            </w:tcMar>
          </w:tcPr>
          <w:p w14:paraId="0A456B77" w14:textId="77777777" w:rsidR="003D6426" w:rsidRDefault="003D6426">
            <w:pPr>
              <w:spacing w:after="0" w:line="240" w:lineRule="auto"/>
              <w:rPr>
                <w:rFonts w:hint="eastAsia"/>
              </w:rPr>
            </w:pPr>
          </w:p>
        </w:tc>
      </w:tr>
      <w:tr w:rsidR="003D6426" w14:paraId="7F99C633" w14:textId="77777777">
        <w:trPr>
          <w:jc w:val="center"/>
        </w:trPr>
        <w:tc>
          <w:tcPr>
            <w:tcW w:w="548" w:type="dxa"/>
            <w:tcMar>
              <w:top w:w="55" w:type="dxa"/>
              <w:left w:w="55" w:type="dxa"/>
              <w:bottom w:w="55" w:type="dxa"/>
              <w:right w:w="55" w:type="dxa"/>
            </w:tcMar>
          </w:tcPr>
          <w:p w14:paraId="23E6914E" w14:textId="77777777" w:rsidR="003D6426" w:rsidRDefault="00000000">
            <w:pPr>
              <w:spacing w:after="0" w:line="240" w:lineRule="auto"/>
              <w:rPr>
                <w:rFonts w:hint="eastAsia"/>
              </w:rPr>
            </w:pPr>
            <w:r>
              <w:rPr>
                <w:sz w:val="15"/>
              </w:rPr>
              <w:t>9</w:t>
            </w:r>
          </w:p>
        </w:tc>
        <w:tc>
          <w:tcPr>
            <w:tcW w:w="2742" w:type="dxa"/>
            <w:tcMar>
              <w:top w:w="55" w:type="dxa"/>
              <w:left w:w="55" w:type="dxa"/>
              <w:bottom w:w="55" w:type="dxa"/>
              <w:right w:w="55" w:type="dxa"/>
            </w:tcMar>
          </w:tcPr>
          <w:p w14:paraId="5F612D95" w14:textId="77777777" w:rsidR="003D6426" w:rsidRDefault="003D6426">
            <w:pPr>
              <w:spacing w:after="0" w:line="240" w:lineRule="auto"/>
              <w:rPr>
                <w:rFonts w:hint="eastAsia"/>
              </w:rPr>
            </w:pPr>
          </w:p>
        </w:tc>
        <w:tc>
          <w:tcPr>
            <w:tcW w:w="2742" w:type="dxa"/>
            <w:tcMar>
              <w:top w:w="55" w:type="dxa"/>
              <w:left w:w="55" w:type="dxa"/>
              <w:bottom w:w="55" w:type="dxa"/>
              <w:right w:w="55" w:type="dxa"/>
            </w:tcMar>
          </w:tcPr>
          <w:p w14:paraId="2E1E9B93" w14:textId="77777777" w:rsidR="003D6426" w:rsidRDefault="003D6426">
            <w:pPr>
              <w:spacing w:after="0" w:line="240" w:lineRule="auto"/>
              <w:rPr>
                <w:rFonts w:hint="eastAsia"/>
              </w:rPr>
            </w:pPr>
          </w:p>
        </w:tc>
        <w:tc>
          <w:tcPr>
            <w:tcW w:w="2303" w:type="dxa"/>
            <w:tcMar>
              <w:top w:w="55" w:type="dxa"/>
              <w:left w:w="55" w:type="dxa"/>
              <w:bottom w:w="55" w:type="dxa"/>
              <w:right w:w="55" w:type="dxa"/>
            </w:tcMar>
          </w:tcPr>
          <w:p w14:paraId="67432633" w14:textId="77777777" w:rsidR="003D6426" w:rsidRDefault="003D6426">
            <w:pPr>
              <w:spacing w:after="0" w:line="240" w:lineRule="auto"/>
              <w:rPr>
                <w:rFonts w:hint="eastAsia"/>
              </w:rPr>
            </w:pPr>
          </w:p>
        </w:tc>
        <w:tc>
          <w:tcPr>
            <w:tcW w:w="1755" w:type="dxa"/>
            <w:tcMar>
              <w:top w:w="55" w:type="dxa"/>
              <w:left w:w="55" w:type="dxa"/>
              <w:bottom w:w="55" w:type="dxa"/>
              <w:right w:w="55" w:type="dxa"/>
            </w:tcMar>
          </w:tcPr>
          <w:p w14:paraId="161D5D87" w14:textId="77777777" w:rsidR="003D6426" w:rsidRDefault="003D6426">
            <w:pPr>
              <w:spacing w:after="0" w:line="240" w:lineRule="auto"/>
              <w:rPr>
                <w:rFonts w:hint="eastAsia"/>
              </w:rPr>
            </w:pPr>
          </w:p>
        </w:tc>
      </w:tr>
      <w:tr w:rsidR="003D6426" w14:paraId="00BF84E7" w14:textId="77777777">
        <w:trPr>
          <w:jc w:val="center"/>
        </w:trPr>
        <w:tc>
          <w:tcPr>
            <w:tcW w:w="548" w:type="dxa"/>
            <w:tcMar>
              <w:top w:w="55" w:type="dxa"/>
              <w:left w:w="55" w:type="dxa"/>
              <w:bottom w:w="55" w:type="dxa"/>
              <w:right w:w="55" w:type="dxa"/>
            </w:tcMar>
          </w:tcPr>
          <w:p w14:paraId="4955A1A4" w14:textId="77777777" w:rsidR="003D6426" w:rsidRDefault="00000000">
            <w:pPr>
              <w:spacing w:after="0" w:line="240" w:lineRule="auto"/>
              <w:rPr>
                <w:rFonts w:hint="eastAsia"/>
              </w:rPr>
            </w:pPr>
            <w:r>
              <w:rPr>
                <w:sz w:val="15"/>
              </w:rPr>
              <w:t>10</w:t>
            </w:r>
          </w:p>
        </w:tc>
        <w:tc>
          <w:tcPr>
            <w:tcW w:w="2742" w:type="dxa"/>
            <w:tcMar>
              <w:top w:w="55" w:type="dxa"/>
              <w:left w:w="55" w:type="dxa"/>
              <w:bottom w:w="55" w:type="dxa"/>
              <w:right w:w="55" w:type="dxa"/>
            </w:tcMar>
          </w:tcPr>
          <w:p w14:paraId="7526E804" w14:textId="77777777" w:rsidR="003D6426" w:rsidRDefault="003D6426">
            <w:pPr>
              <w:spacing w:after="0" w:line="240" w:lineRule="auto"/>
              <w:rPr>
                <w:rFonts w:hint="eastAsia"/>
              </w:rPr>
            </w:pPr>
          </w:p>
        </w:tc>
        <w:tc>
          <w:tcPr>
            <w:tcW w:w="2742" w:type="dxa"/>
            <w:tcMar>
              <w:top w:w="55" w:type="dxa"/>
              <w:left w:w="55" w:type="dxa"/>
              <w:bottom w:w="55" w:type="dxa"/>
              <w:right w:w="55" w:type="dxa"/>
            </w:tcMar>
          </w:tcPr>
          <w:p w14:paraId="709FE0AE" w14:textId="77777777" w:rsidR="003D6426" w:rsidRDefault="003D6426">
            <w:pPr>
              <w:spacing w:after="0" w:line="240" w:lineRule="auto"/>
              <w:rPr>
                <w:rFonts w:hint="eastAsia"/>
              </w:rPr>
            </w:pPr>
          </w:p>
        </w:tc>
        <w:tc>
          <w:tcPr>
            <w:tcW w:w="2303" w:type="dxa"/>
            <w:tcMar>
              <w:top w:w="55" w:type="dxa"/>
              <w:left w:w="55" w:type="dxa"/>
              <w:bottom w:w="55" w:type="dxa"/>
              <w:right w:w="55" w:type="dxa"/>
            </w:tcMar>
          </w:tcPr>
          <w:p w14:paraId="407B5D89" w14:textId="77777777" w:rsidR="003D6426" w:rsidRDefault="003D6426">
            <w:pPr>
              <w:spacing w:after="0" w:line="240" w:lineRule="auto"/>
              <w:rPr>
                <w:rFonts w:hint="eastAsia"/>
              </w:rPr>
            </w:pPr>
          </w:p>
        </w:tc>
        <w:tc>
          <w:tcPr>
            <w:tcW w:w="1755" w:type="dxa"/>
            <w:tcMar>
              <w:top w:w="55" w:type="dxa"/>
              <w:left w:w="55" w:type="dxa"/>
              <w:bottom w:w="55" w:type="dxa"/>
              <w:right w:w="55" w:type="dxa"/>
            </w:tcMar>
          </w:tcPr>
          <w:p w14:paraId="57C02104" w14:textId="77777777" w:rsidR="003D6426" w:rsidRDefault="003D6426">
            <w:pPr>
              <w:spacing w:after="0" w:line="240" w:lineRule="auto"/>
              <w:rPr>
                <w:rFonts w:hint="eastAsia"/>
              </w:rPr>
            </w:pPr>
          </w:p>
        </w:tc>
      </w:tr>
    </w:tbl>
    <w:p w14:paraId="4E5A3B5A" w14:textId="77777777" w:rsidR="003D6426" w:rsidRDefault="00000000">
      <w:pPr>
        <w:pStyle w:val="TableTitle"/>
        <w:rPr>
          <w:rFonts w:hint="eastAsia"/>
        </w:rPr>
      </w:pPr>
      <w:r>
        <w:t>Argomenti trattati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
        <w:gridCol w:w="4717"/>
        <w:gridCol w:w="1481"/>
        <w:gridCol w:w="2413"/>
        <w:gridCol w:w="1097"/>
      </w:tblGrid>
      <w:tr w:rsidR="003D6426" w14:paraId="3DC301DE" w14:textId="77777777">
        <w:trPr>
          <w:tblHeader/>
          <w:jc w:val="center"/>
        </w:trPr>
        <w:tc>
          <w:tcPr>
            <w:tcW w:w="488" w:type="dxa"/>
            <w:shd w:val="clear" w:color="auto" w:fill="D9EAF7"/>
            <w:tcMar>
              <w:top w:w="55" w:type="dxa"/>
              <w:left w:w="55" w:type="dxa"/>
              <w:bottom w:w="55" w:type="dxa"/>
              <w:right w:w="55" w:type="dxa"/>
            </w:tcMar>
            <w:vAlign w:val="center"/>
          </w:tcPr>
          <w:p w14:paraId="76A3D6B1" w14:textId="77777777" w:rsidR="003D6426" w:rsidRDefault="00000000">
            <w:pPr>
              <w:spacing w:after="0" w:line="240" w:lineRule="auto"/>
              <w:jc w:val="center"/>
              <w:rPr>
                <w:rFonts w:hint="eastAsia"/>
              </w:rPr>
            </w:pPr>
            <w:r>
              <w:rPr>
                <w:b/>
                <w:sz w:val="15"/>
              </w:rPr>
              <w:t>N.</w:t>
            </w:r>
          </w:p>
        </w:tc>
        <w:tc>
          <w:tcPr>
            <w:tcW w:w="4666" w:type="dxa"/>
            <w:shd w:val="clear" w:color="auto" w:fill="D9EAF7"/>
            <w:tcMar>
              <w:top w:w="55" w:type="dxa"/>
              <w:left w:w="55" w:type="dxa"/>
              <w:bottom w:w="55" w:type="dxa"/>
              <w:right w:w="55" w:type="dxa"/>
            </w:tcMar>
            <w:vAlign w:val="center"/>
          </w:tcPr>
          <w:p w14:paraId="0670384B" w14:textId="77777777" w:rsidR="003D6426" w:rsidRDefault="00000000">
            <w:pPr>
              <w:spacing w:after="0" w:line="240" w:lineRule="auto"/>
              <w:jc w:val="center"/>
              <w:rPr>
                <w:rFonts w:hint="eastAsia"/>
              </w:rPr>
            </w:pPr>
            <w:r>
              <w:rPr>
                <w:b/>
                <w:sz w:val="15"/>
              </w:rPr>
              <w:t>Verifica/azione</w:t>
            </w:r>
          </w:p>
        </w:tc>
        <w:tc>
          <w:tcPr>
            <w:tcW w:w="1465" w:type="dxa"/>
            <w:shd w:val="clear" w:color="auto" w:fill="D9EAF7"/>
            <w:tcMar>
              <w:top w:w="55" w:type="dxa"/>
              <w:left w:w="55" w:type="dxa"/>
              <w:bottom w:w="55" w:type="dxa"/>
              <w:right w:w="55" w:type="dxa"/>
            </w:tcMar>
            <w:vAlign w:val="center"/>
          </w:tcPr>
          <w:p w14:paraId="1A2C4F9E" w14:textId="77777777" w:rsidR="003D6426" w:rsidRDefault="00000000">
            <w:pPr>
              <w:spacing w:after="0" w:line="240" w:lineRule="auto"/>
              <w:jc w:val="center"/>
              <w:rPr>
                <w:rFonts w:hint="eastAsia"/>
              </w:rPr>
            </w:pPr>
            <w:r>
              <w:rPr>
                <w:b/>
                <w:sz w:val="15"/>
              </w:rPr>
              <w:t>Esito</w:t>
            </w:r>
          </w:p>
        </w:tc>
        <w:tc>
          <w:tcPr>
            <w:tcW w:w="2387" w:type="dxa"/>
            <w:shd w:val="clear" w:color="auto" w:fill="D9EAF7"/>
            <w:tcMar>
              <w:top w:w="55" w:type="dxa"/>
              <w:left w:w="55" w:type="dxa"/>
              <w:bottom w:w="55" w:type="dxa"/>
              <w:right w:w="55" w:type="dxa"/>
            </w:tcMar>
            <w:vAlign w:val="center"/>
          </w:tcPr>
          <w:p w14:paraId="30F726FB" w14:textId="77777777" w:rsidR="003D6426" w:rsidRDefault="00000000">
            <w:pPr>
              <w:spacing w:after="0" w:line="240" w:lineRule="auto"/>
              <w:jc w:val="center"/>
              <w:rPr>
                <w:rFonts w:hint="eastAsia"/>
              </w:rPr>
            </w:pPr>
            <w:r>
              <w:rPr>
                <w:b/>
                <w:sz w:val="15"/>
              </w:rPr>
              <w:t>Evidenza o riferimento</w:t>
            </w:r>
          </w:p>
        </w:tc>
        <w:tc>
          <w:tcPr>
            <w:tcW w:w="1085" w:type="dxa"/>
            <w:shd w:val="clear" w:color="auto" w:fill="D9EAF7"/>
            <w:tcMar>
              <w:top w:w="55" w:type="dxa"/>
              <w:left w:w="55" w:type="dxa"/>
              <w:bottom w:w="55" w:type="dxa"/>
              <w:right w:w="55" w:type="dxa"/>
            </w:tcMar>
            <w:vAlign w:val="center"/>
          </w:tcPr>
          <w:p w14:paraId="149F4912" w14:textId="77777777" w:rsidR="003D6426" w:rsidRDefault="00000000">
            <w:pPr>
              <w:spacing w:after="0" w:line="240" w:lineRule="auto"/>
              <w:jc w:val="center"/>
              <w:rPr>
                <w:rFonts w:hint="eastAsia"/>
              </w:rPr>
            </w:pPr>
            <w:r>
              <w:rPr>
                <w:b/>
                <w:sz w:val="15"/>
              </w:rPr>
              <w:t>Firma</w:t>
            </w:r>
          </w:p>
        </w:tc>
      </w:tr>
      <w:tr w:rsidR="003D6426" w14:paraId="0634CB28" w14:textId="77777777">
        <w:trPr>
          <w:jc w:val="center"/>
        </w:trPr>
        <w:tc>
          <w:tcPr>
            <w:tcW w:w="488" w:type="dxa"/>
            <w:tcMar>
              <w:top w:w="55" w:type="dxa"/>
              <w:left w:w="55" w:type="dxa"/>
              <w:bottom w:w="55" w:type="dxa"/>
              <w:right w:w="55" w:type="dxa"/>
            </w:tcMar>
          </w:tcPr>
          <w:p w14:paraId="7D2B82AD" w14:textId="77777777" w:rsidR="003D6426" w:rsidRDefault="00000000">
            <w:pPr>
              <w:spacing w:after="0" w:line="240" w:lineRule="auto"/>
              <w:rPr>
                <w:rFonts w:hint="eastAsia"/>
              </w:rPr>
            </w:pPr>
            <w:r>
              <w:rPr>
                <w:sz w:val="15"/>
              </w:rPr>
              <w:t>1</w:t>
            </w:r>
          </w:p>
        </w:tc>
        <w:tc>
          <w:tcPr>
            <w:tcW w:w="4666" w:type="dxa"/>
            <w:tcMar>
              <w:top w:w="55" w:type="dxa"/>
              <w:left w:w="55" w:type="dxa"/>
              <w:bottom w:w="55" w:type="dxa"/>
              <w:right w:w="55" w:type="dxa"/>
            </w:tcMar>
          </w:tcPr>
          <w:p w14:paraId="09412FAC" w14:textId="77777777" w:rsidR="003D6426" w:rsidRDefault="00000000">
            <w:pPr>
              <w:spacing w:after="0" w:line="240" w:lineRule="auto"/>
              <w:rPr>
                <w:rFonts w:hint="eastAsia"/>
              </w:rPr>
            </w:pPr>
            <w:r>
              <w:rPr>
                <w:sz w:val="15"/>
              </w:rPr>
              <w:t>Scopo dell'intervento e attività da svolgere illustrati.</w:t>
            </w:r>
          </w:p>
        </w:tc>
        <w:tc>
          <w:tcPr>
            <w:tcW w:w="1465" w:type="dxa"/>
            <w:tcMar>
              <w:top w:w="55" w:type="dxa"/>
              <w:left w:w="55" w:type="dxa"/>
              <w:bottom w:w="55" w:type="dxa"/>
              <w:right w:w="55" w:type="dxa"/>
            </w:tcMar>
          </w:tcPr>
          <w:p w14:paraId="24CE80AD"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212B2040"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0E8101F5" w14:textId="77777777" w:rsidR="003D6426" w:rsidRDefault="003D6426">
            <w:pPr>
              <w:spacing w:after="0" w:line="240" w:lineRule="auto"/>
              <w:rPr>
                <w:rFonts w:hint="eastAsia"/>
              </w:rPr>
            </w:pPr>
          </w:p>
        </w:tc>
      </w:tr>
      <w:tr w:rsidR="003D6426" w14:paraId="5EEE464A" w14:textId="77777777">
        <w:trPr>
          <w:jc w:val="center"/>
        </w:trPr>
        <w:tc>
          <w:tcPr>
            <w:tcW w:w="488" w:type="dxa"/>
            <w:tcMar>
              <w:top w:w="55" w:type="dxa"/>
              <w:left w:w="55" w:type="dxa"/>
              <w:bottom w:w="55" w:type="dxa"/>
              <w:right w:w="55" w:type="dxa"/>
            </w:tcMar>
          </w:tcPr>
          <w:p w14:paraId="32626505" w14:textId="77777777" w:rsidR="003D6426" w:rsidRDefault="00000000">
            <w:pPr>
              <w:spacing w:after="0" w:line="240" w:lineRule="auto"/>
              <w:rPr>
                <w:rFonts w:hint="eastAsia"/>
              </w:rPr>
            </w:pPr>
            <w:r>
              <w:rPr>
                <w:sz w:val="15"/>
              </w:rPr>
              <w:t>2</w:t>
            </w:r>
          </w:p>
        </w:tc>
        <w:tc>
          <w:tcPr>
            <w:tcW w:w="4666" w:type="dxa"/>
            <w:tcMar>
              <w:top w:w="55" w:type="dxa"/>
              <w:left w:w="55" w:type="dxa"/>
              <w:bottom w:w="55" w:type="dxa"/>
              <w:right w:w="55" w:type="dxa"/>
            </w:tcMar>
          </w:tcPr>
          <w:p w14:paraId="03CA4018" w14:textId="77777777" w:rsidR="003D6426" w:rsidRDefault="00000000">
            <w:pPr>
              <w:spacing w:after="0" w:line="240" w:lineRule="auto"/>
              <w:rPr>
                <w:rFonts w:hint="eastAsia"/>
              </w:rPr>
            </w:pPr>
            <w:r>
              <w:rPr>
                <w:sz w:val="15"/>
              </w:rPr>
              <w:t>Caratteristiche dell'ambiente e accessi/uscite illustrate.</w:t>
            </w:r>
          </w:p>
        </w:tc>
        <w:tc>
          <w:tcPr>
            <w:tcW w:w="1465" w:type="dxa"/>
            <w:tcMar>
              <w:top w:w="55" w:type="dxa"/>
              <w:left w:w="55" w:type="dxa"/>
              <w:bottom w:w="55" w:type="dxa"/>
              <w:right w:w="55" w:type="dxa"/>
            </w:tcMar>
          </w:tcPr>
          <w:p w14:paraId="010992F1"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756E032"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0AE3C44C" w14:textId="77777777" w:rsidR="003D6426" w:rsidRDefault="003D6426">
            <w:pPr>
              <w:spacing w:after="0" w:line="240" w:lineRule="auto"/>
              <w:rPr>
                <w:rFonts w:hint="eastAsia"/>
              </w:rPr>
            </w:pPr>
          </w:p>
        </w:tc>
      </w:tr>
      <w:tr w:rsidR="003D6426" w14:paraId="56A483B6" w14:textId="77777777">
        <w:trPr>
          <w:jc w:val="center"/>
        </w:trPr>
        <w:tc>
          <w:tcPr>
            <w:tcW w:w="488" w:type="dxa"/>
            <w:tcMar>
              <w:top w:w="55" w:type="dxa"/>
              <w:left w:w="55" w:type="dxa"/>
              <w:bottom w:w="55" w:type="dxa"/>
              <w:right w:w="55" w:type="dxa"/>
            </w:tcMar>
          </w:tcPr>
          <w:p w14:paraId="760B64F0" w14:textId="77777777" w:rsidR="003D6426" w:rsidRDefault="00000000">
            <w:pPr>
              <w:spacing w:after="0" w:line="240" w:lineRule="auto"/>
              <w:rPr>
                <w:rFonts w:hint="eastAsia"/>
              </w:rPr>
            </w:pPr>
            <w:r>
              <w:rPr>
                <w:sz w:val="15"/>
              </w:rPr>
              <w:t>3</w:t>
            </w:r>
          </w:p>
        </w:tc>
        <w:tc>
          <w:tcPr>
            <w:tcW w:w="4666" w:type="dxa"/>
            <w:tcMar>
              <w:top w:w="55" w:type="dxa"/>
              <w:left w:w="55" w:type="dxa"/>
              <w:bottom w:w="55" w:type="dxa"/>
              <w:right w:w="55" w:type="dxa"/>
            </w:tcMar>
          </w:tcPr>
          <w:p w14:paraId="2E2C4625" w14:textId="77777777" w:rsidR="003D6426" w:rsidRDefault="00000000">
            <w:pPr>
              <w:spacing w:after="0" w:line="240" w:lineRule="auto"/>
              <w:rPr>
                <w:rFonts w:hint="eastAsia"/>
              </w:rPr>
            </w:pPr>
            <w:r>
              <w:rPr>
                <w:sz w:val="15"/>
              </w:rPr>
              <w:t>Rischi specifici e interferenziali condivisi.</w:t>
            </w:r>
          </w:p>
        </w:tc>
        <w:tc>
          <w:tcPr>
            <w:tcW w:w="1465" w:type="dxa"/>
            <w:tcMar>
              <w:top w:w="55" w:type="dxa"/>
              <w:left w:w="55" w:type="dxa"/>
              <w:bottom w:w="55" w:type="dxa"/>
              <w:right w:w="55" w:type="dxa"/>
            </w:tcMar>
          </w:tcPr>
          <w:p w14:paraId="738BD620"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6A27DEA"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2C55040" w14:textId="77777777" w:rsidR="003D6426" w:rsidRDefault="003D6426">
            <w:pPr>
              <w:spacing w:after="0" w:line="240" w:lineRule="auto"/>
              <w:rPr>
                <w:rFonts w:hint="eastAsia"/>
              </w:rPr>
            </w:pPr>
          </w:p>
        </w:tc>
      </w:tr>
      <w:tr w:rsidR="003D6426" w14:paraId="3864C3A6" w14:textId="77777777">
        <w:trPr>
          <w:jc w:val="center"/>
        </w:trPr>
        <w:tc>
          <w:tcPr>
            <w:tcW w:w="488" w:type="dxa"/>
            <w:tcMar>
              <w:top w:w="55" w:type="dxa"/>
              <w:left w:w="55" w:type="dxa"/>
              <w:bottom w:w="55" w:type="dxa"/>
              <w:right w:w="55" w:type="dxa"/>
            </w:tcMar>
          </w:tcPr>
          <w:p w14:paraId="005DBC81" w14:textId="77777777" w:rsidR="003D6426" w:rsidRDefault="00000000">
            <w:pPr>
              <w:spacing w:after="0" w:line="240" w:lineRule="auto"/>
              <w:rPr>
                <w:rFonts w:hint="eastAsia"/>
              </w:rPr>
            </w:pPr>
            <w:r>
              <w:rPr>
                <w:sz w:val="15"/>
              </w:rPr>
              <w:t>4</w:t>
            </w:r>
          </w:p>
        </w:tc>
        <w:tc>
          <w:tcPr>
            <w:tcW w:w="4666" w:type="dxa"/>
            <w:tcMar>
              <w:top w:w="55" w:type="dxa"/>
              <w:left w:w="55" w:type="dxa"/>
              <w:bottom w:w="55" w:type="dxa"/>
              <w:right w:w="55" w:type="dxa"/>
            </w:tcMar>
          </w:tcPr>
          <w:p w14:paraId="27155D1C" w14:textId="77777777" w:rsidR="003D6426" w:rsidRDefault="00000000">
            <w:pPr>
              <w:spacing w:after="0" w:line="240" w:lineRule="auto"/>
              <w:rPr>
                <w:rFonts w:hint="eastAsia"/>
              </w:rPr>
            </w:pPr>
            <w:r>
              <w:rPr>
                <w:sz w:val="15"/>
              </w:rPr>
              <w:t>Precedenti utilizzi, sostanze, residui e SDS discussi.</w:t>
            </w:r>
          </w:p>
        </w:tc>
        <w:tc>
          <w:tcPr>
            <w:tcW w:w="1465" w:type="dxa"/>
            <w:tcMar>
              <w:top w:w="55" w:type="dxa"/>
              <w:left w:w="55" w:type="dxa"/>
              <w:bottom w:w="55" w:type="dxa"/>
              <w:right w:w="55" w:type="dxa"/>
            </w:tcMar>
          </w:tcPr>
          <w:p w14:paraId="79A1B025"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AEF73C7"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5F396857" w14:textId="77777777" w:rsidR="003D6426" w:rsidRDefault="003D6426">
            <w:pPr>
              <w:spacing w:after="0" w:line="240" w:lineRule="auto"/>
              <w:rPr>
                <w:rFonts w:hint="eastAsia"/>
              </w:rPr>
            </w:pPr>
          </w:p>
        </w:tc>
      </w:tr>
      <w:tr w:rsidR="003D6426" w14:paraId="2E5CD845" w14:textId="77777777">
        <w:trPr>
          <w:jc w:val="center"/>
        </w:trPr>
        <w:tc>
          <w:tcPr>
            <w:tcW w:w="488" w:type="dxa"/>
            <w:tcMar>
              <w:top w:w="55" w:type="dxa"/>
              <w:left w:w="55" w:type="dxa"/>
              <w:bottom w:w="55" w:type="dxa"/>
              <w:right w:w="55" w:type="dxa"/>
            </w:tcMar>
          </w:tcPr>
          <w:p w14:paraId="0CB27C51" w14:textId="77777777" w:rsidR="003D6426" w:rsidRDefault="00000000">
            <w:pPr>
              <w:spacing w:after="0" w:line="240" w:lineRule="auto"/>
              <w:rPr>
                <w:rFonts w:hint="eastAsia"/>
              </w:rPr>
            </w:pPr>
            <w:r>
              <w:rPr>
                <w:sz w:val="15"/>
              </w:rPr>
              <w:t>5</w:t>
            </w:r>
          </w:p>
        </w:tc>
        <w:tc>
          <w:tcPr>
            <w:tcW w:w="4666" w:type="dxa"/>
            <w:tcMar>
              <w:top w:w="55" w:type="dxa"/>
              <w:left w:w="55" w:type="dxa"/>
              <w:bottom w:w="55" w:type="dxa"/>
              <w:right w:w="55" w:type="dxa"/>
            </w:tcMar>
          </w:tcPr>
          <w:p w14:paraId="3657EE11" w14:textId="77777777" w:rsidR="003D6426" w:rsidRDefault="00000000">
            <w:pPr>
              <w:spacing w:after="0" w:line="240" w:lineRule="auto"/>
              <w:rPr>
                <w:rFonts w:hint="eastAsia"/>
              </w:rPr>
            </w:pPr>
            <w:r>
              <w:rPr>
                <w:sz w:val="15"/>
              </w:rPr>
              <w:t>Misure di prevenzione e protezione illustrate.</w:t>
            </w:r>
          </w:p>
        </w:tc>
        <w:tc>
          <w:tcPr>
            <w:tcW w:w="1465" w:type="dxa"/>
            <w:tcMar>
              <w:top w:w="55" w:type="dxa"/>
              <w:left w:w="55" w:type="dxa"/>
              <w:bottom w:w="55" w:type="dxa"/>
              <w:right w:w="55" w:type="dxa"/>
            </w:tcMar>
          </w:tcPr>
          <w:p w14:paraId="6654D651"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FAEE0F4"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52F8D053" w14:textId="77777777" w:rsidR="003D6426" w:rsidRDefault="003D6426">
            <w:pPr>
              <w:spacing w:after="0" w:line="240" w:lineRule="auto"/>
              <w:rPr>
                <w:rFonts w:hint="eastAsia"/>
              </w:rPr>
            </w:pPr>
          </w:p>
        </w:tc>
      </w:tr>
      <w:tr w:rsidR="003D6426" w14:paraId="2C61D864" w14:textId="77777777">
        <w:trPr>
          <w:jc w:val="center"/>
        </w:trPr>
        <w:tc>
          <w:tcPr>
            <w:tcW w:w="488" w:type="dxa"/>
            <w:tcMar>
              <w:top w:w="55" w:type="dxa"/>
              <w:left w:w="55" w:type="dxa"/>
              <w:bottom w:w="55" w:type="dxa"/>
              <w:right w:w="55" w:type="dxa"/>
            </w:tcMar>
          </w:tcPr>
          <w:p w14:paraId="3AE199EC" w14:textId="77777777" w:rsidR="003D6426" w:rsidRDefault="00000000">
            <w:pPr>
              <w:spacing w:after="0" w:line="240" w:lineRule="auto"/>
              <w:rPr>
                <w:rFonts w:hint="eastAsia"/>
              </w:rPr>
            </w:pPr>
            <w:r>
              <w:rPr>
                <w:sz w:val="15"/>
              </w:rPr>
              <w:t>6</w:t>
            </w:r>
          </w:p>
        </w:tc>
        <w:tc>
          <w:tcPr>
            <w:tcW w:w="4666" w:type="dxa"/>
            <w:tcMar>
              <w:top w:w="55" w:type="dxa"/>
              <w:left w:w="55" w:type="dxa"/>
              <w:bottom w:w="55" w:type="dxa"/>
              <w:right w:w="55" w:type="dxa"/>
            </w:tcMar>
          </w:tcPr>
          <w:p w14:paraId="7BDAB7D1" w14:textId="77777777" w:rsidR="003D6426" w:rsidRDefault="00000000">
            <w:pPr>
              <w:spacing w:after="0" w:line="240" w:lineRule="auto"/>
              <w:rPr>
                <w:rFonts w:hint="eastAsia"/>
              </w:rPr>
            </w:pPr>
            <w:r>
              <w:rPr>
                <w:sz w:val="15"/>
              </w:rPr>
              <w:t>LOTO/try-out e isolamento impianti confermati.</w:t>
            </w:r>
          </w:p>
        </w:tc>
        <w:tc>
          <w:tcPr>
            <w:tcW w:w="1465" w:type="dxa"/>
            <w:tcMar>
              <w:top w:w="55" w:type="dxa"/>
              <w:left w:w="55" w:type="dxa"/>
              <w:bottom w:w="55" w:type="dxa"/>
              <w:right w:w="55" w:type="dxa"/>
            </w:tcMar>
          </w:tcPr>
          <w:p w14:paraId="10CAB8E7"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C241FA7"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20DF2A2E" w14:textId="77777777" w:rsidR="003D6426" w:rsidRDefault="003D6426">
            <w:pPr>
              <w:spacing w:after="0" w:line="240" w:lineRule="auto"/>
              <w:rPr>
                <w:rFonts w:hint="eastAsia"/>
              </w:rPr>
            </w:pPr>
          </w:p>
        </w:tc>
      </w:tr>
      <w:tr w:rsidR="003D6426" w14:paraId="13A9332D" w14:textId="77777777">
        <w:trPr>
          <w:jc w:val="center"/>
        </w:trPr>
        <w:tc>
          <w:tcPr>
            <w:tcW w:w="488" w:type="dxa"/>
            <w:tcMar>
              <w:top w:w="55" w:type="dxa"/>
              <w:left w:w="55" w:type="dxa"/>
              <w:bottom w:w="55" w:type="dxa"/>
              <w:right w:w="55" w:type="dxa"/>
            </w:tcMar>
          </w:tcPr>
          <w:p w14:paraId="40B73837" w14:textId="77777777" w:rsidR="003D6426" w:rsidRDefault="00000000">
            <w:pPr>
              <w:spacing w:after="0" w:line="240" w:lineRule="auto"/>
              <w:rPr>
                <w:rFonts w:hint="eastAsia"/>
              </w:rPr>
            </w:pPr>
            <w:r>
              <w:rPr>
                <w:sz w:val="15"/>
              </w:rPr>
              <w:t>7</w:t>
            </w:r>
          </w:p>
        </w:tc>
        <w:tc>
          <w:tcPr>
            <w:tcW w:w="4666" w:type="dxa"/>
            <w:tcMar>
              <w:top w:w="55" w:type="dxa"/>
              <w:left w:w="55" w:type="dxa"/>
              <w:bottom w:w="55" w:type="dxa"/>
              <w:right w:w="55" w:type="dxa"/>
            </w:tcMar>
          </w:tcPr>
          <w:p w14:paraId="4FF45F2F" w14:textId="77777777" w:rsidR="003D6426" w:rsidRDefault="00000000">
            <w:pPr>
              <w:spacing w:after="0" w:line="240" w:lineRule="auto"/>
              <w:rPr>
                <w:rFonts w:hint="eastAsia"/>
              </w:rPr>
            </w:pPr>
            <w:r>
              <w:rPr>
                <w:sz w:val="15"/>
              </w:rPr>
              <w:t>Monitoraggio atmosferico, soglie e frequenza misure chiariti.</w:t>
            </w:r>
          </w:p>
        </w:tc>
        <w:tc>
          <w:tcPr>
            <w:tcW w:w="1465" w:type="dxa"/>
            <w:tcMar>
              <w:top w:w="55" w:type="dxa"/>
              <w:left w:w="55" w:type="dxa"/>
              <w:bottom w:w="55" w:type="dxa"/>
              <w:right w:w="55" w:type="dxa"/>
            </w:tcMar>
          </w:tcPr>
          <w:p w14:paraId="6CF479AB"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79EC8F07"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0337EDC4" w14:textId="77777777" w:rsidR="003D6426" w:rsidRDefault="003D6426">
            <w:pPr>
              <w:spacing w:after="0" w:line="240" w:lineRule="auto"/>
              <w:rPr>
                <w:rFonts w:hint="eastAsia"/>
              </w:rPr>
            </w:pPr>
          </w:p>
        </w:tc>
      </w:tr>
      <w:tr w:rsidR="003D6426" w14:paraId="6B3901F6" w14:textId="77777777">
        <w:trPr>
          <w:jc w:val="center"/>
        </w:trPr>
        <w:tc>
          <w:tcPr>
            <w:tcW w:w="488" w:type="dxa"/>
            <w:tcMar>
              <w:top w:w="55" w:type="dxa"/>
              <w:left w:w="55" w:type="dxa"/>
              <w:bottom w:w="55" w:type="dxa"/>
              <w:right w:w="55" w:type="dxa"/>
            </w:tcMar>
          </w:tcPr>
          <w:p w14:paraId="5D1CF6F3" w14:textId="77777777" w:rsidR="003D6426" w:rsidRDefault="00000000">
            <w:pPr>
              <w:spacing w:after="0" w:line="240" w:lineRule="auto"/>
              <w:rPr>
                <w:rFonts w:hint="eastAsia"/>
              </w:rPr>
            </w:pPr>
            <w:r>
              <w:rPr>
                <w:sz w:val="15"/>
              </w:rPr>
              <w:t>8</w:t>
            </w:r>
          </w:p>
        </w:tc>
        <w:tc>
          <w:tcPr>
            <w:tcW w:w="4666" w:type="dxa"/>
            <w:tcMar>
              <w:top w:w="55" w:type="dxa"/>
              <w:left w:w="55" w:type="dxa"/>
              <w:bottom w:w="55" w:type="dxa"/>
              <w:right w:w="55" w:type="dxa"/>
            </w:tcMar>
          </w:tcPr>
          <w:p w14:paraId="3B3AC290" w14:textId="77777777" w:rsidR="003D6426" w:rsidRDefault="00000000">
            <w:pPr>
              <w:spacing w:after="0" w:line="240" w:lineRule="auto"/>
              <w:rPr>
                <w:rFonts w:hint="eastAsia"/>
              </w:rPr>
            </w:pPr>
            <w:r>
              <w:rPr>
                <w:sz w:val="15"/>
              </w:rPr>
              <w:t>DPI, APVR, attrezzature e comunicazioni verificati.</w:t>
            </w:r>
          </w:p>
        </w:tc>
        <w:tc>
          <w:tcPr>
            <w:tcW w:w="1465" w:type="dxa"/>
            <w:tcMar>
              <w:top w:w="55" w:type="dxa"/>
              <w:left w:w="55" w:type="dxa"/>
              <w:bottom w:w="55" w:type="dxa"/>
              <w:right w:w="55" w:type="dxa"/>
            </w:tcMar>
          </w:tcPr>
          <w:p w14:paraId="5846D292"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30091716"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7C77DFB" w14:textId="77777777" w:rsidR="003D6426" w:rsidRDefault="003D6426">
            <w:pPr>
              <w:spacing w:after="0" w:line="240" w:lineRule="auto"/>
              <w:rPr>
                <w:rFonts w:hint="eastAsia"/>
              </w:rPr>
            </w:pPr>
          </w:p>
        </w:tc>
      </w:tr>
      <w:tr w:rsidR="003D6426" w14:paraId="57DCA62B" w14:textId="77777777">
        <w:trPr>
          <w:jc w:val="center"/>
        </w:trPr>
        <w:tc>
          <w:tcPr>
            <w:tcW w:w="488" w:type="dxa"/>
            <w:tcMar>
              <w:top w:w="55" w:type="dxa"/>
              <w:left w:w="55" w:type="dxa"/>
              <w:bottom w:w="55" w:type="dxa"/>
              <w:right w:w="55" w:type="dxa"/>
            </w:tcMar>
          </w:tcPr>
          <w:p w14:paraId="050D3D45" w14:textId="77777777" w:rsidR="003D6426" w:rsidRDefault="00000000">
            <w:pPr>
              <w:spacing w:after="0" w:line="240" w:lineRule="auto"/>
              <w:rPr>
                <w:rFonts w:hint="eastAsia"/>
              </w:rPr>
            </w:pPr>
            <w:r>
              <w:rPr>
                <w:sz w:val="15"/>
              </w:rPr>
              <w:t>9</w:t>
            </w:r>
          </w:p>
        </w:tc>
        <w:tc>
          <w:tcPr>
            <w:tcW w:w="4666" w:type="dxa"/>
            <w:tcMar>
              <w:top w:w="55" w:type="dxa"/>
              <w:left w:w="55" w:type="dxa"/>
              <w:bottom w:w="55" w:type="dxa"/>
              <w:right w:w="55" w:type="dxa"/>
            </w:tcMar>
          </w:tcPr>
          <w:p w14:paraId="67F44021" w14:textId="77777777" w:rsidR="003D6426" w:rsidRDefault="00000000">
            <w:pPr>
              <w:spacing w:after="0" w:line="240" w:lineRule="auto"/>
              <w:rPr>
                <w:rFonts w:hint="eastAsia"/>
              </w:rPr>
            </w:pPr>
            <w:r>
              <w:rPr>
                <w:sz w:val="15"/>
              </w:rPr>
              <w:t>Ruoli nominativi assegnati: preposto, entranti, attendente, salvataggio.</w:t>
            </w:r>
          </w:p>
        </w:tc>
        <w:tc>
          <w:tcPr>
            <w:tcW w:w="1465" w:type="dxa"/>
            <w:tcMar>
              <w:top w:w="55" w:type="dxa"/>
              <w:left w:w="55" w:type="dxa"/>
              <w:bottom w:w="55" w:type="dxa"/>
              <w:right w:w="55" w:type="dxa"/>
            </w:tcMar>
          </w:tcPr>
          <w:p w14:paraId="204D1772"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88921A4"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4FDC7761" w14:textId="77777777" w:rsidR="003D6426" w:rsidRDefault="003D6426">
            <w:pPr>
              <w:spacing w:after="0" w:line="240" w:lineRule="auto"/>
              <w:rPr>
                <w:rFonts w:hint="eastAsia"/>
              </w:rPr>
            </w:pPr>
          </w:p>
        </w:tc>
      </w:tr>
      <w:tr w:rsidR="003D6426" w14:paraId="7DF3C8E0" w14:textId="77777777">
        <w:trPr>
          <w:jc w:val="center"/>
        </w:trPr>
        <w:tc>
          <w:tcPr>
            <w:tcW w:w="488" w:type="dxa"/>
            <w:tcMar>
              <w:top w:w="55" w:type="dxa"/>
              <w:left w:w="55" w:type="dxa"/>
              <w:bottom w:w="55" w:type="dxa"/>
              <w:right w:w="55" w:type="dxa"/>
            </w:tcMar>
          </w:tcPr>
          <w:p w14:paraId="46DFA8F8" w14:textId="77777777" w:rsidR="003D6426" w:rsidRDefault="00000000">
            <w:pPr>
              <w:spacing w:after="0" w:line="240" w:lineRule="auto"/>
              <w:rPr>
                <w:rFonts w:hint="eastAsia"/>
              </w:rPr>
            </w:pPr>
            <w:r>
              <w:rPr>
                <w:sz w:val="15"/>
              </w:rPr>
              <w:t>10</w:t>
            </w:r>
          </w:p>
        </w:tc>
        <w:tc>
          <w:tcPr>
            <w:tcW w:w="4666" w:type="dxa"/>
            <w:tcMar>
              <w:top w:w="55" w:type="dxa"/>
              <w:left w:w="55" w:type="dxa"/>
              <w:bottom w:w="55" w:type="dxa"/>
              <w:right w:w="55" w:type="dxa"/>
            </w:tcMar>
          </w:tcPr>
          <w:p w14:paraId="0D621AC6" w14:textId="77777777" w:rsidR="003D6426" w:rsidRDefault="00000000">
            <w:pPr>
              <w:spacing w:after="0" w:line="240" w:lineRule="auto"/>
              <w:rPr>
                <w:rFonts w:hint="eastAsia"/>
              </w:rPr>
            </w:pPr>
            <w:r>
              <w:rPr>
                <w:sz w:val="15"/>
              </w:rPr>
              <w:t>Piano emergenza, segnali codificati e chiamata soccorsi illustrati.</w:t>
            </w:r>
          </w:p>
        </w:tc>
        <w:tc>
          <w:tcPr>
            <w:tcW w:w="1465" w:type="dxa"/>
            <w:tcMar>
              <w:top w:w="55" w:type="dxa"/>
              <w:left w:w="55" w:type="dxa"/>
              <w:bottom w:w="55" w:type="dxa"/>
              <w:right w:w="55" w:type="dxa"/>
            </w:tcMar>
          </w:tcPr>
          <w:p w14:paraId="07A9C7E5"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76644E1"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496D376A" w14:textId="77777777" w:rsidR="003D6426" w:rsidRDefault="003D6426">
            <w:pPr>
              <w:spacing w:after="0" w:line="240" w:lineRule="auto"/>
              <w:rPr>
                <w:rFonts w:hint="eastAsia"/>
              </w:rPr>
            </w:pPr>
          </w:p>
        </w:tc>
      </w:tr>
      <w:tr w:rsidR="003D6426" w14:paraId="0859C35D" w14:textId="77777777">
        <w:trPr>
          <w:jc w:val="center"/>
        </w:trPr>
        <w:tc>
          <w:tcPr>
            <w:tcW w:w="488" w:type="dxa"/>
            <w:tcMar>
              <w:top w:w="55" w:type="dxa"/>
              <w:left w:w="55" w:type="dxa"/>
              <w:bottom w:w="55" w:type="dxa"/>
              <w:right w:w="55" w:type="dxa"/>
            </w:tcMar>
          </w:tcPr>
          <w:p w14:paraId="0C6E44BF" w14:textId="77777777" w:rsidR="003D6426" w:rsidRDefault="00000000">
            <w:pPr>
              <w:spacing w:after="0" w:line="240" w:lineRule="auto"/>
              <w:rPr>
                <w:rFonts w:hint="eastAsia"/>
              </w:rPr>
            </w:pPr>
            <w:r>
              <w:rPr>
                <w:sz w:val="15"/>
              </w:rPr>
              <w:t>11</w:t>
            </w:r>
          </w:p>
        </w:tc>
        <w:tc>
          <w:tcPr>
            <w:tcW w:w="4666" w:type="dxa"/>
            <w:tcMar>
              <w:top w:w="55" w:type="dxa"/>
              <w:left w:w="55" w:type="dxa"/>
              <w:bottom w:w="55" w:type="dxa"/>
              <w:right w:w="55" w:type="dxa"/>
            </w:tcMar>
          </w:tcPr>
          <w:p w14:paraId="7D50012A" w14:textId="77777777" w:rsidR="003D6426" w:rsidRDefault="00000000">
            <w:pPr>
              <w:spacing w:after="0" w:line="240" w:lineRule="auto"/>
              <w:rPr>
                <w:rFonts w:hint="eastAsia"/>
              </w:rPr>
            </w:pPr>
            <w:r>
              <w:rPr>
                <w:sz w:val="15"/>
              </w:rPr>
              <w:t>Stop work authority comunicata a tutti i partecipanti.</w:t>
            </w:r>
          </w:p>
        </w:tc>
        <w:tc>
          <w:tcPr>
            <w:tcW w:w="1465" w:type="dxa"/>
            <w:tcMar>
              <w:top w:w="55" w:type="dxa"/>
              <w:left w:w="55" w:type="dxa"/>
              <w:bottom w:w="55" w:type="dxa"/>
              <w:right w:w="55" w:type="dxa"/>
            </w:tcMar>
          </w:tcPr>
          <w:p w14:paraId="0149A7CA"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1B6A9DB"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579EF63F" w14:textId="77777777" w:rsidR="003D6426" w:rsidRDefault="003D6426">
            <w:pPr>
              <w:spacing w:after="0" w:line="240" w:lineRule="auto"/>
              <w:rPr>
                <w:rFonts w:hint="eastAsia"/>
              </w:rPr>
            </w:pPr>
          </w:p>
        </w:tc>
      </w:tr>
      <w:tr w:rsidR="003D6426" w14:paraId="732F5E7E" w14:textId="77777777">
        <w:trPr>
          <w:jc w:val="center"/>
        </w:trPr>
        <w:tc>
          <w:tcPr>
            <w:tcW w:w="488" w:type="dxa"/>
            <w:tcMar>
              <w:top w:w="55" w:type="dxa"/>
              <w:left w:w="55" w:type="dxa"/>
              <w:bottom w:w="55" w:type="dxa"/>
              <w:right w:w="55" w:type="dxa"/>
            </w:tcMar>
          </w:tcPr>
          <w:p w14:paraId="76A8844C" w14:textId="77777777" w:rsidR="003D6426" w:rsidRDefault="00000000">
            <w:pPr>
              <w:spacing w:after="0" w:line="240" w:lineRule="auto"/>
              <w:rPr>
                <w:rFonts w:hint="eastAsia"/>
              </w:rPr>
            </w:pPr>
            <w:r>
              <w:rPr>
                <w:sz w:val="15"/>
              </w:rPr>
              <w:t>12</w:t>
            </w:r>
          </w:p>
        </w:tc>
        <w:tc>
          <w:tcPr>
            <w:tcW w:w="4666" w:type="dxa"/>
            <w:tcMar>
              <w:top w:w="55" w:type="dxa"/>
              <w:left w:w="55" w:type="dxa"/>
              <w:bottom w:w="55" w:type="dxa"/>
              <w:right w:w="55" w:type="dxa"/>
            </w:tcMar>
          </w:tcPr>
          <w:p w14:paraId="39E85CAF" w14:textId="77777777" w:rsidR="003D6426" w:rsidRDefault="00000000">
            <w:pPr>
              <w:spacing w:after="0" w:line="240" w:lineRule="auto"/>
              <w:rPr>
                <w:rFonts w:hint="eastAsia"/>
              </w:rPr>
            </w:pPr>
            <w:r>
              <w:rPr>
                <w:sz w:val="15"/>
              </w:rPr>
              <w:t>Documenti appaltatori/DUVRI/PSC/POS/POSizione attività verificati se applicabile.</w:t>
            </w:r>
          </w:p>
        </w:tc>
        <w:tc>
          <w:tcPr>
            <w:tcW w:w="1465" w:type="dxa"/>
            <w:tcMar>
              <w:top w:w="55" w:type="dxa"/>
              <w:left w:w="55" w:type="dxa"/>
              <w:bottom w:w="55" w:type="dxa"/>
              <w:right w:w="55" w:type="dxa"/>
            </w:tcMar>
          </w:tcPr>
          <w:p w14:paraId="22386FD5"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A26F214"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321CFD7" w14:textId="77777777" w:rsidR="003D6426" w:rsidRDefault="003D6426">
            <w:pPr>
              <w:spacing w:after="0" w:line="240" w:lineRule="auto"/>
              <w:rPr>
                <w:rFonts w:hint="eastAsia"/>
              </w:rPr>
            </w:pPr>
          </w:p>
        </w:tc>
      </w:tr>
    </w:tbl>
    <w:p w14:paraId="7B48FD7C" w14:textId="77777777" w:rsidR="003D6426" w:rsidRDefault="00000000">
      <w:pPr>
        <w:pStyle w:val="TableTitle"/>
        <w:rPr>
          <w:rFonts w:hint="eastAsia"/>
        </w:rPr>
      </w:pPr>
      <w:r>
        <w:t>Conclusioni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387120DC" w14:textId="77777777">
        <w:trPr>
          <w:jc w:val="center"/>
        </w:trPr>
        <w:tc>
          <w:tcPr>
            <w:tcW w:w="2691" w:type="dxa"/>
            <w:shd w:val="clear" w:color="auto" w:fill="F2F2F2"/>
            <w:tcMar>
              <w:top w:w="55" w:type="dxa"/>
              <w:left w:w="55" w:type="dxa"/>
              <w:bottom w:w="55" w:type="dxa"/>
              <w:right w:w="55" w:type="dxa"/>
            </w:tcMar>
          </w:tcPr>
          <w:p w14:paraId="3A3165AC" w14:textId="77777777" w:rsidR="003D6426" w:rsidRDefault="00000000">
            <w:pPr>
              <w:spacing w:after="0" w:line="240" w:lineRule="auto"/>
              <w:rPr>
                <w:rFonts w:hint="eastAsia"/>
              </w:rPr>
            </w:pPr>
            <w:r>
              <w:rPr>
                <w:b/>
                <w:sz w:val="16"/>
              </w:rPr>
              <w:t>Decisioni/prescrizioni</w:t>
            </w:r>
          </w:p>
        </w:tc>
        <w:tc>
          <w:tcPr>
            <w:tcW w:w="7401" w:type="dxa"/>
            <w:tcMar>
              <w:top w:w="55" w:type="dxa"/>
              <w:left w:w="55" w:type="dxa"/>
              <w:bottom w:w="55" w:type="dxa"/>
              <w:right w:w="55" w:type="dxa"/>
            </w:tcMar>
          </w:tcPr>
          <w:p w14:paraId="1416596B"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68FFF44F" w14:textId="77777777">
        <w:trPr>
          <w:jc w:val="center"/>
        </w:trPr>
        <w:tc>
          <w:tcPr>
            <w:tcW w:w="2691" w:type="dxa"/>
            <w:shd w:val="clear" w:color="auto" w:fill="F2F2F2"/>
            <w:tcMar>
              <w:top w:w="55" w:type="dxa"/>
              <w:left w:w="55" w:type="dxa"/>
              <w:bottom w:w="55" w:type="dxa"/>
              <w:right w:w="55" w:type="dxa"/>
            </w:tcMar>
          </w:tcPr>
          <w:p w14:paraId="67065A3B" w14:textId="77777777" w:rsidR="003D6426" w:rsidRDefault="00000000">
            <w:pPr>
              <w:spacing w:after="0" w:line="240" w:lineRule="auto"/>
              <w:rPr>
                <w:rFonts w:hint="eastAsia"/>
              </w:rPr>
            </w:pPr>
            <w:r>
              <w:rPr>
                <w:b/>
                <w:sz w:val="16"/>
              </w:rPr>
              <w:t>Azioni prima dell'ingresso</w:t>
            </w:r>
          </w:p>
        </w:tc>
        <w:tc>
          <w:tcPr>
            <w:tcW w:w="7401" w:type="dxa"/>
            <w:tcMar>
              <w:top w:w="55" w:type="dxa"/>
              <w:left w:w="55" w:type="dxa"/>
              <w:bottom w:w="55" w:type="dxa"/>
              <w:right w:w="55" w:type="dxa"/>
            </w:tcMar>
          </w:tcPr>
          <w:p w14:paraId="79C0801E"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7040D3CC" w14:textId="77777777">
        <w:trPr>
          <w:jc w:val="center"/>
        </w:trPr>
        <w:tc>
          <w:tcPr>
            <w:tcW w:w="2691" w:type="dxa"/>
            <w:shd w:val="clear" w:color="auto" w:fill="F2F2F2"/>
            <w:tcMar>
              <w:top w:w="55" w:type="dxa"/>
              <w:left w:w="55" w:type="dxa"/>
              <w:bottom w:w="55" w:type="dxa"/>
              <w:right w:w="55" w:type="dxa"/>
            </w:tcMar>
          </w:tcPr>
          <w:p w14:paraId="3E4C6CD1" w14:textId="77777777" w:rsidR="003D6426" w:rsidRDefault="00000000">
            <w:pPr>
              <w:spacing w:after="0" w:line="240" w:lineRule="auto"/>
              <w:rPr>
                <w:rFonts w:hint="eastAsia"/>
              </w:rPr>
            </w:pPr>
            <w:r>
              <w:rPr>
                <w:b/>
                <w:sz w:val="16"/>
              </w:rPr>
              <w:t>Verbale redatto da</w:t>
            </w:r>
          </w:p>
        </w:tc>
        <w:tc>
          <w:tcPr>
            <w:tcW w:w="7401" w:type="dxa"/>
            <w:tcMar>
              <w:top w:w="55" w:type="dxa"/>
              <w:left w:w="55" w:type="dxa"/>
              <w:bottom w:w="55" w:type="dxa"/>
              <w:right w:w="55" w:type="dxa"/>
            </w:tcMar>
          </w:tcPr>
          <w:p w14:paraId="14F759E8" w14:textId="77777777" w:rsidR="003D6426" w:rsidRDefault="00000000">
            <w:pPr>
              <w:spacing w:after="0" w:line="240" w:lineRule="auto"/>
              <w:rPr>
                <w:rFonts w:hint="eastAsia"/>
              </w:rPr>
            </w:pPr>
            <w:r>
              <w:rPr>
                <w:sz w:val="16"/>
              </w:rPr>
              <w:t>Nome: __________________  Firma: __________________  Data: ____/____/______</w:t>
            </w:r>
          </w:p>
        </w:tc>
      </w:tr>
    </w:tbl>
    <w:p w14:paraId="020A33FF" w14:textId="77777777" w:rsidR="003D6426" w:rsidRDefault="00000000">
      <w:pPr>
        <w:rPr>
          <w:rFonts w:hint="eastAsia"/>
        </w:rPr>
      </w:pPr>
      <w:r>
        <w:br w:type="page"/>
      </w:r>
    </w:p>
    <w:p w14:paraId="5C796CEA" w14:textId="77777777" w:rsidR="003D6426" w:rsidRDefault="00000000">
      <w:pPr>
        <w:pStyle w:val="Titolo1"/>
      </w:pPr>
      <w:r>
        <w:t>ALLEGATO G - Piano e registro monitoraggio atmosferico</w:t>
      </w:r>
    </w:p>
    <w:p w14:paraId="39543E74" w14:textId="77777777" w:rsidR="003D6426" w:rsidRDefault="00000000">
      <w:pPr>
        <w:pStyle w:val="TableTitle"/>
        <w:rPr>
          <w:rFonts w:hint="eastAsia"/>
        </w:rPr>
      </w:pPr>
      <w:r>
        <w:t>Piano monitoraggio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315E3238" w14:textId="77777777">
        <w:trPr>
          <w:jc w:val="center"/>
        </w:trPr>
        <w:tc>
          <w:tcPr>
            <w:tcW w:w="2691" w:type="dxa"/>
            <w:shd w:val="clear" w:color="auto" w:fill="F2F2F2"/>
            <w:tcMar>
              <w:top w:w="55" w:type="dxa"/>
              <w:left w:w="55" w:type="dxa"/>
              <w:bottom w:w="55" w:type="dxa"/>
              <w:right w:w="55" w:type="dxa"/>
            </w:tcMar>
          </w:tcPr>
          <w:p w14:paraId="6FECB2C4" w14:textId="77777777" w:rsidR="003D6426" w:rsidRDefault="00000000">
            <w:pPr>
              <w:spacing w:after="0" w:line="240" w:lineRule="auto"/>
              <w:rPr>
                <w:rFonts w:hint="eastAsia"/>
              </w:rPr>
            </w:pPr>
            <w:r>
              <w:rPr>
                <w:b/>
                <w:sz w:val="16"/>
              </w:rPr>
              <w:t>Ambiente</w:t>
            </w:r>
          </w:p>
        </w:tc>
        <w:tc>
          <w:tcPr>
            <w:tcW w:w="7401" w:type="dxa"/>
            <w:tcMar>
              <w:top w:w="55" w:type="dxa"/>
              <w:left w:w="55" w:type="dxa"/>
              <w:bottom w:w="55" w:type="dxa"/>
              <w:right w:w="55" w:type="dxa"/>
            </w:tcMar>
          </w:tcPr>
          <w:p w14:paraId="6693061B" w14:textId="77777777" w:rsidR="003D6426" w:rsidRDefault="00000000">
            <w:pPr>
              <w:spacing w:after="0" w:line="240" w:lineRule="auto"/>
              <w:rPr>
                <w:rFonts w:hint="eastAsia"/>
              </w:rPr>
            </w:pPr>
            <w:r>
              <w:rPr>
                <w:sz w:val="16"/>
              </w:rPr>
              <w:t>ID ACSI: ________  Denominazione: ________________________________</w:t>
            </w:r>
          </w:p>
        </w:tc>
      </w:tr>
      <w:tr w:rsidR="003D6426" w14:paraId="07CF2093" w14:textId="77777777">
        <w:trPr>
          <w:jc w:val="center"/>
        </w:trPr>
        <w:tc>
          <w:tcPr>
            <w:tcW w:w="2691" w:type="dxa"/>
            <w:shd w:val="clear" w:color="auto" w:fill="F2F2F2"/>
            <w:tcMar>
              <w:top w:w="55" w:type="dxa"/>
              <w:left w:w="55" w:type="dxa"/>
              <w:bottom w:w="55" w:type="dxa"/>
              <w:right w:w="55" w:type="dxa"/>
            </w:tcMar>
          </w:tcPr>
          <w:p w14:paraId="05B96437" w14:textId="77777777" w:rsidR="003D6426" w:rsidRDefault="00000000">
            <w:pPr>
              <w:spacing w:after="0" w:line="240" w:lineRule="auto"/>
              <w:rPr>
                <w:rFonts w:hint="eastAsia"/>
              </w:rPr>
            </w:pPr>
            <w:r>
              <w:rPr>
                <w:b/>
                <w:sz w:val="16"/>
              </w:rPr>
              <w:t>Strumenti utilizzati</w:t>
            </w:r>
          </w:p>
        </w:tc>
        <w:tc>
          <w:tcPr>
            <w:tcW w:w="7401" w:type="dxa"/>
            <w:tcMar>
              <w:top w:w="55" w:type="dxa"/>
              <w:left w:w="55" w:type="dxa"/>
              <w:bottom w:w="55" w:type="dxa"/>
              <w:right w:w="55" w:type="dxa"/>
            </w:tcMar>
          </w:tcPr>
          <w:p w14:paraId="34464B9A" w14:textId="77777777" w:rsidR="003D6426" w:rsidRDefault="00000000">
            <w:pPr>
              <w:spacing w:after="0" w:line="240" w:lineRule="auto"/>
              <w:rPr>
                <w:rFonts w:hint="eastAsia"/>
              </w:rPr>
            </w:pPr>
            <w:r>
              <w:rPr>
                <w:sz w:val="16"/>
              </w:rPr>
              <w:t>Multigas matricola ________ taratura ____/____/______  Rilevatore specifico ________ matricola ________</w:t>
            </w:r>
          </w:p>
        </w:tc>
      </w:tr>
      <w:tr w:rsidR="003D6426" w14:paraId="144A127A" w14:textId="77777777">
        <w:trPr>
          <w:jc w:val="center"/>
        </w:trPr>
        <w:tc>
          <w:tcPr>
            <w:tcW w:w="2691" w:type="dxa"/>
            <w:shd w:val="clear" w:color="auto" w:fill="F2F2F2"/>
            <w:tcMar>
              <w:top w:w="55" w:type="dxa"/>
              <w:left w:w="55" w:type="dxa"/>
              <w:bottom w:w="55" w:type="dxa"/>
              <w:right w:w="55" w:type="dxa"/>
            </w:tcMar>
          </w:tcPr>
          <w:p w14:paraId="302161C6" w14:textId="77777777" w:rsidR="003D6426" w:rsidRDefault="00000000">
            <w:pPr>
              <w:spacing w:after="0" w:line="240" w:lineRule="auto"/>
              <w:rPr>
                <w:rFonts w:hint="eastAsia"/>
              </w:rPr>
            </w:pPr>
            <w:r>
              <w:rPr>
                <w:b/>
                <w:sz w:val="16"/>
              </w:rPr>
              <w:t>Parametri da monitorare</w:t>
            </w:r>
          </w:p>
        </w:tc>
        <w:tc>
          <w:tcPr>
            <w:tcW w:w="7401" w:type="dxa"/>
            <w:tcMar>
              <w:top w:w="55" w:type="dxa"/>
              <w:left w:w="55" w:type="dxa"/>
              <w:bottom w:w="55" w:type="dxa"/>
              <w:right w:w="55" w:type="dxa"/>
            </w:tcMar>
          </w:tcPr>
          <w:p w14:paraId="0BB0AF84" w14:textId="77777777" w:rsidR="003D6426" w:rsidRDefault="00000000">
            <w:pPr>
              <w:spacing w:after="0" w:line="240" w:lineRule="auto"/>
              <w:rPr>
                <w:rFonts w:hint="eastAsia"/>
              </w:rPr>
            </w:pPr>
            <w:r>
              <w:rPr>
                <w:sz w:val="16"/>
              </w:rPr>
              <w:t>[ ] O2  [ ] LEL  [ ] CO  [ ] H2S  [ ] CO2  [ ] VOC  [ ] polveri  [ ] altro: __________________</w:t>
            </w:r>
          </w:p>
        </w:tc>
      </w:tr>
      <w:tr w:rsidR="003D6426" w14:paraId="55A85EC6" w14:textId="77777777">
        <w:trPr>
          <w:jc w:val="center"/>
        </w:trPr>
        <w:tc>
          <w:tcPr>
            <w:tcW w:w="2691" w:type="dxa"/>
            <w:shd w:val="clear" w:color="auto" w:fill="F2F2F2"/>
            <w:tcMar>
              <w:top w:w="55" w:type="dxa"/>
              <w:left w:w="55" w:type="dxa"/>
              <w:bottom w:w="55" w:type="dxa"/>
              <w:right w:w="55" w:type="dxa"/>
            </w:tcMar>
          </w:tcPr>
          <w:p w14:paraId="78B39CA5" w14:textId="77777777" w:rsidR="003D6426" w:rsidRDefault="00000000">
            <w:pPr>
              <w:spacing w:after="0" w:line="240" w:lineRule="auto"/>
              <w:rPr>
                <w:rFonts w:hint="eastAsia"/>
              </w:rPr>
            </w:pPr>
            <w:r>
              <w:rPr>
                <w:b/>
                <w:sz w:val="16"/>
              </w:rPr>
              <w:t>Modalità</w:t>
            </w:r>
          </w:p>
        </w:tc>
        <w:tc>
          <w:tcPr>
            <w:tcW w:w="7401" w:type="dxa"/>
            <w:tcMar>
              <w:top w:w="55" w:type="dxa"/>
              <w:left w:w="55" w:type="dxa"/>
              <w:bottom w:w="55" w:type="dxa"/>
              <w:right w:w="55" w:type="dxa"/>
            </w:tcMar>
          </w:tcPr>
          <w:p w14:paraId="1D8D6D57" w14:textId="77777777" w:rsidR="003D6426" w:rsidRDefault="00000000">
            <w:pPr>
              <w:spacing w:after="0" w:line="240" w:lineRule="auto"/>
              <w:rPr>
                <w:rFonts w:hint="eastAsia"/>
              </w:rPr>
            </w:pPr>
            <w:r>
              <w:rPr>
                <w:sz w:val="16"/>
              </w:rPr>
              <w:t>[ ] preliminare  [ ] periodica ogni ____ min  [ ] continua  [ ] con campionamento remoto  [ ] multi-quota</w:t>
            </w:r>
          </w:p>
        </w:tc>
      </w:tr>
      <w:tr w:rsidR="003D6426" w14:paraId="739AA987" w14:textId="77777777">
        <w:trPr>
          <w:jc w:val="center"/>
        </w:trPr>
        <w:tc>
          <w:tcPr>
            <w:tcW w:w="2691" w:type="dxa"/>
            <w:shd w:val="clear" w:color="auto" w:fill="F2F2F2"/>
            <w:tcMar>
              <w:top w:w="55" w:type="dxa"/>
              <w:left w:w="55" w:type="dxa"/>
              <w:bottom w:w="55" w:type="dxa"/>
              <w:right w:w="55" w:type="dxa"/>
            </w:tcMar>
          </w:tcPr>
          <w:p w14:paraId="3748A64D" w14:textId="77777777" w:rsidR="003D6426" w:rsidRDefault="00000000">
            <w:pPr>
              <w:spacing w:after="0" w:line="240" w:lineRule="auto"/>
              <w:rPr>
                <w:rFonts w:hint="eastAsia"/>
              </w:rPr>
            </w:pPr>
            <w:r>
              <w:rPr>
                <w:b/>
                <w:sz w:val="16"/>
              </w:rPr>
              <w:t>Soglie/limiti</w:t>
            </w:r>
          </w:p>
        </w:tc>
        <w:tc>
          <w:tcPr>
            <w:tcW w:w="7401" w:type="dxa"/>
            <w:tcMar>
              <w:top w:w="55" w:type="dxa"/>
              <w:left w:w="55" w:type="dxa"/>
              <w:bottom w:w="55" w:type="dxa"/>
              <w:right w:w="55" w:type="dxa"/>
            </w:tcMar>
          </w:tcPr>
          <w:p w14:paraId="79209FAD" w14:textId="77777777" w:rsidR="003D6426" w:rsidRDefault="00000000">
            <w:pPr>
              <w:spacing w:after="0" w:line="240" w:lineRule="auto"/>
              <w:rPr>
                <w:rFonts w:hint="eastAsia"/>
              </w:rPr>
            </w:pPr>
            <w:r>
              <w:rPr>
                <w:sz w:val="16"/>
              </w:rPr>
              <w:t>O2 ________  LEL ________  CO ________  H2S ________  Altro ________  Riferimento: __________________</w:t>
            </w:r>
          </w:p>
        </w:tc>
      </w:tr>
      <w:tr w:rsidR="003D6426" w14:paraId="09877216" w14:textId="77777777">
        <w:trPr>
          <w:jc w:val="center"/>
        </w:trPr>
        <w:tc>
          <w:tcPr>
            <w:tcW w:w="2691" w:type="dxa"/>
            <w:shd w:val="clear" w:color="auto" w:fill="F2F2F2"/>
            <w:tcMar>
              <w:top w:w="55" w:type="dxa"/>
              <w:left w:w="55" w:type="dxa"/>
              <w:bottom w:w="55" w:type="dxa"/>
              <w:right w:w="55" w:type="dxa"/>
            </w:tcMar>
          </w:tcPr>
          <w:p w14:paraId="0F669FA6" w14:textId="77777777" w:rsidR="003D6426" w:rsidRDefault="00000000">
            <w:pPr>
              <w:spacing w:after="0" w:line="240" w:lineRule="auto"/>
              <w:rPr>
                <w:rFonts w:hint="eastAsia"/>
              </w:rPr>
            </w:pPr>
            <w:r>
              <w:rPr>
                <w:b/>
                <w:sz w:val="16"/>
              </w:rPr>
              <w:t>Azioni in caso allarme</w:t>
            </w:r>
          </w:p>
        </w:tc>
        <w:tc>
          <w:tcPr>
            <w:tcW w:w="7401" w:type="dxa"/>
            <w:tcMar>
              <w:top w:w="55" w:type="dxa"/>
              <w:left w:w="55" w:type="dxa"/>
              <w:bottom w:w="55" w:type="dxa"/>
              <w:right w:w="55" w:type="dxa"/>
            </w:tcMar>
          </w:tcPr>
          <w:p w14:paraId="6F0763AA" w14:textId="77777777" w:rsidR="003D6426" w:rsidRDefault="00000000">
            <w:pPr>
              <w:spacing w:after="0" w:line="240" w:lineRule="auto"/>
              <w:rPr>
                <w:rFonts w:hint="eastAsia"/>
              </w:rPr>
            </w:pPr>
            <w:r>
              <w:rPr>
                <w:sz w:val="16"/>
              </w:rPr>
              <w:t>[ ] evacuazione immediata  [ ] sospensione lavoro  [ ] ventilazione/bonifica  [ ] rivalutazione  [ ] emergenza</w:t>
            </w:r>
          </w:p>
        </w:tc>
      </w:tr>
    </w:tbl>
    <w:p w14:paraId="2C307D40" w14:textId="77777777" w:rsidR="003D6426" w:rsidRDefault="00000000">
      <w:pPr>
        <w:pStyle w:val="TableTitle"/>
        <w:rPr>
          <w:rFonts w:hint="eastAsia"/>
        </w:rPr>
      </w:pPr>
      <w:r>
        <w:t>Registro misurazioni atmosferiche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03"/>
        <w:gridCol w:w="837"/>
        <w:gridCol w:w="1570"/>
        <w:gridCol w:w="732"/>
        <w:gridCol w:w="732"/>
        <w:gridCol w:w="1570"/>
        <w:gridCol w:w="1256"/>
        <w:gridCol w:w="1151"/>
        <w:gridCol w:w="1151"/>
      </w:tblGrid>
      <w:tr w:rsidR="003D6426" w14:paraId="0D358196" w14:textId="77777777">
        <w:trPr>
          <w:tblHeader/>
          <w:jc w:val="center"/>
        </w:trPr>
        <w:tc>
          <w:tcPr>
            <w:tcW w:w="1190" w:type="dxa"/>
            <w:shd w:val="clear" w:color="auto" w:fill="D9EAF7"/>
            <w:tcMar>
              <w:top w:w="55" w:type="dxa"/>
              <w:left w:w="55" w:type="dxa"/>
              <w:bottom w:w="55" w:type="dxa"/>
              <w:right w:w="55" w:type="dxa"/>
            </w:tcMar>
            <w:vAlign w:val="center"/>
          </w:tcPr>
          <w:p w14:paraId="5B41D01F" w14:textId="77777777" w:rsidR="003D6426" w:rsidRDefault="00000000">
            <w:pPr>
              <w:spacing w:after="0" w:line="240" w:lineRule="auto"/>
              <w:jc w:val="center"/>
              <w:rPr>
                <w:rFonts w:hint="eastAsia"/>
              </w:rPr>
            </w:pPr>
            <w:r>
              <w:rPr>
                <w:b/>
                <w:sz w:val="13"/>
              </w:rPr>
              <w:t>Data</w:t>
            </w:r>
          </w:p>
        </w:tc>
        <w:tc>
          <w:tcPr>
            <w:tcW w:w="828" w:type="dxa"/>
            <w:shd w:val="clear" w:color="auto" w:fill="D9EAF7"/>
            <w:tcMar>
              <w:top w:w="55" w:type="dxa"/>
              <w:left w:w="55" w:type="dxa"/>
              <w:bottom w:w="55" w:type="dxa"/>
              <w:right w:w="55" w:type="dxa"/>
            </w:tcMar>
            <w:vAlign w:val="center"/>
          </w:tcPr>
          <w:p w14:paraId="06DA273B" w14:textId="77777777" w:rsidR="003D6426" w:rsidRDefault="00000000">
            <w:pPr>
              <w:spacing w:after="0" w:line="240" w:lineRule="auto"/>
              <w:jc w:val="center"/>
              <w:rPr>
                <w:rFonts w:hint="eastAsia"/>
              </w:rPr>
            </w:pPr>
            <w:r>
              <w:rPr>
                <w:b/>
                <w:sz w:val="13"/>
              </w:rPr>
              <w:t>Ora</w:t>
            </w:r>
          </w:p>
        </w:tc>
        <w:tc>
          <w:tcPr>
            <w:tcW w:w="1552" w:type="dxa"/>
            <w:shd w:val="clear" w:color="auto" w:fill="D9EAF7"/>
            <w:tcMar>
              <w:top w:w="55" w:type="dxa"/>
              <w:left w:w="55" w:type="dxa"/>
              <w:bottom w:w="55" w:type="dxa"/>
              <w:right w:w="55" w:type="dxa"/>
            </w:tcMar>
            <w:vAlign w:val="center"/>
          </w:tcPr>
          <w:p w14:paraId="7A1FC079" w14:textId="77777777" w:rsidR="003D6426" w:rsidRDefault="00000000">
            <w:pPr>
              <w:spacing w:after="0" w:line="240" w:lineRule="auto"/>
              <w:jc w:val="center"/>
              <w:rPr>
                <w:rFonts w:hint="eastAsia"/>
              </w:rPr>
            </w:pPr>
            <w:r>
              <w:rPr>
                <w:b/>
                <w:sz w:val="13"/>
              </w:rPr>
              <w:t>Punto/quota</w:t>
            </w:r>
          </w:p>
        </w:tc>
        <w:tc>
          <w:tcPr>
            <w:tcW w:w="724" w:type="dxa"/>
            <w:shd w:val="clear" w:color="auto" w:fill="D9EAF7"/>
            <w:tcMar>
              <w:top w:w="55" w:type="dxa"/>
              <w:left w:w="55" w:type="dxa"/>
              <w:bottom w:w="55" w:type="dxa"/>
              <w:right w:w="55" w:type="dxa"/>
            </w:tcMar>
            <w:vAlign w:val="center"/>
          </w:tcPr>
          <w:p w14:paraId="2F27CB15" w14:textId="77777777" w:rsidR="003D6426" w:rsidRDefault="00000000">
            <w:pPr>
              <w:spacing w:after="0" w:line="240" w:lineRule="auto"/>
              <w:jc w:val="center"/>
              <w:rPr>
                <w:rFonts w:hint="eastAsia"/>
              </w:rPr>
            </w:pPr>
            <w:r>
              <w:rPr>
                <w:b/>
                <w:sz w:val="13"/>
              </w:rPr>
              <w:t>O2</w:t>
            </w:r>
          </w:p>
        </w:tc>
        <w:tc>
          <w:tcPr>
            <w:tcW w:w="724" w:type="dxa"/>
            <w:shd w:val="clear" w:color="auto" w:fill="D9EAF7"/>
            <w:tcMar>
              <w:top w:w="55" w:type="dxa"/>
              <w:left w:w="55" w:type="dxa"/>
              <w:bottom w:w="55" w:type="dxa"/>
              <w:right w:w="55" w:type="dxa"/>
            </w:tcMar>
            <w:vAlign w:val="center"/>
          </w:tcPr>
          <w:p w14:paraId="24A6B87A" w14:textId="77777777" w:rsidR="003D6426" w:rsidRDefault="00000000">
            <w:pPr>
              <w:spacing w:after="0" w:line="240" w:lineRule="auto"/>
              <w:jc w:val="center"/>
              <w:rPr>
                <w:rFonts w:hint="eastAsia"/>
              </w:rPr>
            </w:pPr>
            <w:r>
              <w:rPr>
                <w:b/>
                <w:sz w:val="13"/>
              </w:rPr>
              <w:t>LEL</w:t>
            </w:r>
          </w:p>
        </w:tc>
        <w:tc>
          <w:tcPr>
            <w:tcW w:w="1552" w:type="dxa"/>
            <w:shd w:val="clear" w:color="auto" w:fill="D9EAF7"/>
            <w:tcMar>
              <w:top w:w="55" w:type="dxa"/>
              <w:left w:w="55" w:type="dxa"/>
              <w:bottom w:w="55" w:type="dxa"/>
              <w:right w:w="55" w:type="dxa"/>
            </w:tcMar>
            <w:vAlign w:val="center"/>
          </w:tcPr>
          <w:p w14:paraId="2AFFDD9D" w14:textId="77777777" w:rsidR="003D6426" w:rsidRDefault="00000000">
            <w:pPr>
              <w:spacing w:after="0" w:line="240" w:lineRule="auto"/>
              <w:jc w:val="center"/>
              <w:rPr>
                <w:rFonts w:hint="eastAsia"/>
              </w:rPr>
            </w:pPr>
            <w:r>
              <w:rPr>
                <w:b/>
                <w:sz w:val="13"/>
              </w:rPr>
              <w:t>Tossici/altro</w:t>
            </w:r>
          </w:p>
        </w:tc>
        <w:tc>
          <w:tcPr>
            <w:tcW w:w="1242" w:type="dxa"/>
            <w:shd w:val="clear" w:color="auto" w:fill="D9EAF7"/>
            <w:tcMar>
              <w:top w:w="55" w:type="dxa"/>
              <w:left w:w="55" w:type="dxa"/>
              <w:bottom w:w="55" w:type="dxa"/>
              <w:right w:w="55" w:type="dxa"/>
            </w:tcMar>
            <w:vAlign w:val="center"/>
          </w:tcPr>
          <w:p w14:paraId="34E599D7" w14:textId="77777777" w:rsidR="003D6426" w:rsidRDefault="00000000">
            <w:pPr>
              <w:spacing w:after="0" w:line="240" w:lineRule="auto"/>
              <w:jc w:val="center"/>
              <w:rPr>
                <w:rFonts w:hint="eastAsia"/>
              </w:rPr>
            </w:pPr>
            <w:r>
              <w:rPr>
                <w:b/>
                <w:sz w:val="13"/>
              </w:rPr>
              <w:t>Esito</w:t>
            </w:r>
          </w:p>
        </w:tc>
        <w:tc>
          <w:tcPr>
            <w:tcW w:w="1138" w:type="dxa"/>
            <w:shd w:val="clear" w:color="auto" w:fill="D9EAF7"/>
            <w:tcMar>
              <w:top w:w="55" w:type="dxa"/>
              <w:left w:w="55" w:type="dxa"/>
              <w:bottom w:w="55" w:type="dxa"/>
              <w:right w:w="55" w:type="dxa"/>
            </w:tcMar>
            <w:vAlign w:val="center"/>
          </w:tcPr>
          <w:p w14:paraId="674BA3B8" w14:textId="77777777" w:rsidR="003D6426" w:rsidRDefault="00000000">
            <w:pPr>
              <w:spacing w:after="0" w:line="240" w:lineRule="auto"/>
              <w:jc w:val="center"/>
              <w:rPr>
                <w:rFonts w:hint="eastAsia"/>
              </w:rPr>
            </w:pPr>
            <w:r>
              <w:rPr>
                <w:b/>
                <w:sz w:val="13"/>
              </w:rPr>
              <w:t>Operatore</w:t>
            </w:r>
          </w:p>
        </w:tc>
        <w:tc>
          <w:tcPr>
            <w:tcW w:w="1138" w:type="dxa"/>
            <w:shd w:val="clear" w:color="auto" w:fill="D9EAF7"/>
            <w:tcMar>
              <w:top w:w="55" w:type="dxa"/>
              <w:left w:w="55" w:type="dxa"/>
              <w:bottom w:w="55" w:type="dxa"/>
              <w:right w:w="55" w:type="dxa"/>
            </w:tcMar>
            <w:vAlign w:val="center"/>
          </w:tcPr>
          <w:p w14:paraId="5BD4C925" w14:textId="77777777" w:rsidR="003D6426" w:rsidRDefault="00000000">
            <w:pPr>
              <w:spacing w:after="0" w:line="240" w:lineRule="auto"/>
              <w:jc w:val="center"/>
              <w:rPr>
                <w:rFonts w:hint="eastAsia"/>
              </w:rPr>
            </w:pPr>
            <w:r>
              <w:rPr>
                <w:b/>
                <w:sz w:val="13"/>
              </w:rPr>
              <w:t>Firma</w:t>
            </w:r>
          </w:p>
        </w:tc>
      </w:tr>
      <w:tr w:rsidR="003D6426" w14:paraId="1BD5C52C" w14:textId="77777777">
        <w:trPr>
          <w:jc w:val="center"/>
        </w:trPr>
        <w:tc>
          <w:tcPr>
            <w:tcW w:w="1190" w:type="dxa"/>
            <w:tcMar>
              <w:top w:w="55" w:type="dxa"/>
              <w:left w:w="55" w:type="dxa"/>
              <w:bottom w:w="55" w:type="dxa"/>
              <w:right w:w="55" w:type="dxa"/>
            </w:tcMar>
          </w:tcPr>
          <w:p w14:paraId="58B9159B" w14:textId="77777777" w:rsidR="003D6426" w:rsidRDefault="00000000">
            <w:pPr>
              <w:spacing w:after="0" w:line="240" w:lineRule="auto"/>
              <w:rPr>
                <w:rFonts w:hint="eastAsia"/>
              </w:rPr>
            </w:pPr>
            <w:r>
              <w:rPr>
                <w:sz w:val="13"/>
              </w:rPr>
              <w:t>____/____/______</w:t>
            </w:r>
          </w:p>
        </w:tc>
        <w:tc>
          <w:tcPr>
            <w:tcW w:w="828" w:type="dxa"/>
            <w:tcMar>
              <w:top w:w="55" w:type="dxa"/>
              <w:left w:w="55" w:type="dxa"/>
              <w:bottom w:w="55" w:type="dxa"/>
              <w:right w:w="55" w:type="dxa"/>
            </w:tcMar>
          </w:tcPr>
          <w:p w14:paraId="4F7ECB67" w14:textId="77777777" w:rsidR="003D6426" w:rsidRDefault="00000000">
            <w:pPr>
              <w:spacing w:after="0" w:line="240" w:lineRule="auto"/>
              <w:rPr>
                <w:rFonts w:hint="eastAsia"/>
              </w:rPr>
            </w:pPr>
            <w:r>
              <w:rPr>
                <w:sz w:val="13"/>
              </w:rPr>
              <w:t>____:____</w:t>
            </w:r>
          </w:p>
        </w:tc>
        <w:tc>
          <w:tcPr>
            <w:tcW w:w="1552" w:type="dxa"/>
            <w:tcMar>
              <w:top w:w="55" w:type="dxa"/>
              <w:left w:w="55" w:type="dxa"/>
              <w:bottom w:w="55" w:type="dxa"/>
              <w:right w:w="55" w:type="dxa"/>
            </w:tcMar>
          </w:tcPr>
          <w:p w14:paraId="4E4DFE11" w14:textId="77777777" w:rsidR="003D6426" w:rsidRDefault="00000000">
            <w:pPr>
              <w:spacing w:after="0" w:line="240" w:lineRule="auto"/>
              <w:rPr>
                <w:rFonts w:hint="eastAsia"/>
              </w:rPr>
            </w:pPr>
            <w:r>
              <w:rPr>
                <w:sz w:val="13"/>
              </w:rPr>
              <w:t>________</w:t>
            </w:r>
          </w:p>
        </w:tc>
        <w:tc>
          <w:tcPr>
            <w:tcW w:w="724" w:type="dxa"/>
            <w:tcMar>
              <w:top w:w="55" w:type="dxa"/>
              <w:left w:w="55" w:type="dxa"/>
              <w:bottom w:w="55" w:type="dxa"/>
              <w:right w:w="55" w:type="dxa"/>
            </w:tcMar>
          </w:tcPr>
          <w:p w14:paraId="2118AF3D" w14:textId="77777777" w:rsidR="003D6426" w:rsidRDefault="00000000">
            <w:pPr>
              <w:spacing w:after="0" w:line="240" w:lineRule="auto"/>
              <w:rPr>
                <w:rFonts w:hint="eastAsia"/>
              </w:rPr>
            </w:pPr>
            <w:r>
              <w:rPr>
                <w:sz w:val="13"/>
              </w:rPr>
              <w:t>____</w:t>
            </w:r>
          </w:p>
        </w:tc>
        <w:tc>
          <w:tcPr>
            <w:tcW w:w="724" w:type="dxa"/>
            <w:tcMar>
              <w:top w:w="55" w:type="dxa"/>
              <w:left w:w="55" w:type="dxa"/>
              <w:bottom w:w="55" w:type="dxa"/>
              <w:right w:w="55" w:type="dxa"/>
            </w:tcMar>
          </w:tcPr>
          <w:p w14:paraId="4B078190" w14:textId="77777777" w:rsidR="003D6426" w:rsidRDefault="00000000">
            <w:pPr>
              <w:spacing w:after="0" w:line="240" w:lineRule="auto"/>
              <w:rPr>
                <w:rFonts w:hint="eastAsia"/>
              </w:rPr>
            </w:pPr>
            <w:r>
              <w:rPr>
                <w:sz w:val="13"/>
              </w:rPr>
              <w:t>____</w:t>
            </w:r>
          </w:p>
        </w:tc>
        <w:tc>
          <w:tcPr>
            <w:tcW w:w="1552" w:type="dxa"/>
            <w:tcMar>
              <w:top w:w="55" w:type="dxa"/>
              <w:left w:w="55" w:type="dxa"/>
              <w:bottom w:w="55" w:type="dxa"/>
              <w:right w:w="55" w:type="dxa"/>
            </w:tcMar>
          </w:tcPr>
          <w:p w14:paraId="7A02594F" w14:textId="77777777" w:rsidR="003D6426" w:rsidRDefault="00000000">
            <w:pPr>
              <w:spacing w:after="0" w:line="240" w:lineRule="auto"/>
              <w:rPr>
                <w:rFonts w:hint="eastAsia"/>
              </w:rPr>
            </w:pPr>
            <w:r>
              <w:rPr>
                <w:sz w:val="13"/>
              </w:rPr>
              <w:t>________</w:t>
            </w:r>
          </w:p>
        </w:tc>
        <w:tc>
          <w:tcPr>
            <w:tcW w:w="1242" w:type="dxa"/>
            <w:tcMar>
              <w:top w:w="55" w:type="dxa"/>
              <w:left w:w="55" w:type="dxa"/>
              <w:bottom w:w="55" w:type="dxa"/>
              <w:right w:w="55" w:type="dxa"/>
            </w:tcMar>
          </w:tcPr>
          <w:p w14:paraId="47293066" w14:textId="77777777" w:rsidR="003D6426" w:rsidRDefault="00000000">
            <w:pPr>
              <w:spacing w:after="0" w:line="240" w:lineRule="auto"/>
              <w:rPr>
                <w:rFonts w:hint="eastAsia"/>
              </w:rPr>
            </w:pPr>
            <w:r>
              <w:rPr>
                <w:sz w:val="13"/>
              </w:rPr>
              <w:t>[ ] OK [ ] NO</w:t>
            </w:r>
          </w:p>
        </w:tc>
        <w:tc>
          <w:tcPr>
            <w:tcW w:w="1138" w:type="dxa"/>
            <w:tcMar>
              <w:top w:w="55" w:type="dxa"/>
              <w:left w:w="55" w:type="dxa"/>
              <w:bottom w:w="55" w:type="dxa"/>
              <w:right w:w="55" w:type="dxa"/>
            </w:tcMar>
          </w:tcPr>
          <w:p w14:paraId="123286E9" w14:textId="77777777" w:rsidR="003D6426" w:rsidRDefault="00000000">
            <w:pPr>
              <w:spacing w:after="0" w:line="240" w:lineRule="auto"/>
              <w:rPr>
                <w:rFonts w:hint="eastAsia"/>
              </w:rPr>
            </w:pPr>
            <w:r>
              <w:rPr>
                <w:sz w:val="13"/>
              </w:rPr>
              <w:t>________</w:t>
            </w:r>
          </w:p>
        </w:tc>
        <w:tc>
          <w:tcPr>
            <w:tcW w:w="1138" w:type="dxa"/>
            <w:tcMar>
              <w:top w:w="55" w:type="dxa"/>
              <w:left w:w="55" w:type="dxa"/>
              <w:bottom w:w="55" w:type="dxa"/>
              <w:right w:w="55" w:type="dxa"/>
            </w:tcMar>
          </w:tcPr>
          <w:p w14:paraId="376E418E" w14:textId="77777777" w:rsidR="003D6426" w:rsidRDefault="00000000">
            <w:pPr>
              <w:spacing w:after="0" w:line="240" w:lineRule="auto"/>
              <w:rPr>
                <w:rFonts w:hint="eastAsia"/>
              </w:rPr>
            </w:pPr>
            <w:r>
              <w:rPr>
                <w:sz w:val="13"/>
              </w:rPr>
              <w:t>________</w:t>
            </w:r>
          </w:p>
        </w:tc>
      </w:tr>
      <w:tr w:rsidR="003D6426" w14:paraId="34F9942D" w14:textId="77777777">
        <w:trPr>
          <w:jc w:val="center"/>
        </w:trPr>
        <w:tc>
          <w:tcPr>
            <w:tcW w:w="1190" w:type="dxa"/>
            <w:tcMar>
              <w:top w:w="55" w:type="dxa"/>
              <w:left w:w="55" w:type="dxa"/>
              <w:bottom w:w="55" w:type="dxa"/>
              <w:right w:w="55" w:type="dxa"/>
            </w:tcMar>
          </w:tcPr>
          <w:p w14:paraId="72F9E1A1" w14:textId="77777777" w:rsidR="003D6426" w:rsidRDefault="00000000">
            <w:pPr>
              <w:spacing w:after="0" w:line="240" w:lineRule="auto"/>
              <w:rPr>
                <w:rFonts w:hint="eastAsia"/>
              </w:rPr>
            </w:pPr>
            <w:r>
              <w:rPr>
                <w:sz w:val="13"/>
              </w:rPr>
              <w:t>____/____/______</w:t>
            </w:r>
          </w:p>
        </w:tc>
        <w:tc>
          <w:tcPr>
            <w:tcW w:w="828" w:type="dxa"/>
            <w:tcMar>
              <w:top w:w="55" w:type="dxa"/>
              <w:left w:w="55" w:type="dxa"/>
              <w:bottom w:w="55" w:type="dxa"/>
              <w:right w:w="55" w:type="dxa"/>
            </w:tcMar>
          </w:tcPr>
          <w:p w14:paraId="7751C39D" w14:textId="77777777" w:rsidR="003D6426" w:rsidRDefault="00000000">
            <w:pPr>
              <w:spacing w:after="0" w:line="240" w:lineRule="auto"/>
              <w:rPr>
                <w:rFonts w:hint="eastAsia"/>
              </w:rPr>
            </w:pPr>
            <w:r>
              <w:rPr>
                <w:sz w:val="13"/>
              </w:rPr>
              <w:t>____:____</w:t>
            </w:r>
          </w:p>
        </w:tc>
        <w:tc>
          <w:tcPr>
            <w:tcW w:w="1552" w:type="dxa"/>
            <w:tcMar>
              <w:top w:w="55" w:type="dxa"/>
              <w:left w:w="55" w:type="dxa"/>
              <w:bottom w:w="55" w:type="dxa"/>
              <w:right w:w="55" w:type="dxa"/>
            </w:tcMar>
          </w:tcPr>
          <w:p w14:paraId="16CA4E0E" w14:textId="77777777" w:rsidR="003D6426" w:rsidRDefault="00000000">
            <w:pPr>
              <w:spacing w:after="0" w:line="240" w:lineRule="auto"/>
              <w:rPr>
                <w:rFonts w:hint="eastAsia"/>
              </w:rPr>
            </w:pPr>
            <w:r>
              <w:rPr>
                <w:sz w:val="13"/>
              </w:rPr>
              <w:t>________</w:t>
            </w:r>
          </w:p>
        </w:tc>
        <w:tc>
          <w:tcPr>
            <w:tcW w:w="724" w:type="dxa"/>
            <w:tcMar>
              <w:top w:w="55" w:type="dxa"/>
              <w:left w:w="55" w:type="dxa"/>
              <w:bottom w:w="55" w:type="dxa"/>
              <w:right w:w="55" w:type="dxa"/>
            </w:tcMar>
          </w:tcPr>
          <w:p w14:paraId="6A2137D7" w14:textId="77777777" w:rsidR="003D6426" w:rsidRDefault="00000000">
            <w:pPr>
              <w:spacing w:after="0" w:line="240" w:lineRule="auto"/>
              <w:rPr>
                <w:rFonts w:hint="eastAsia"/>
              </w:rPr>
            </w:pPr>
            <w:r>
              <w:rPr>
                <w:sz w:val="13"/>
              </w:rPr>
              <w:t>____</w:t>
            </w:r>
          </w:p>
        </w:tc>
        <w:tc>
          <w:tcPr>
            <w:tcW w:w="724" w:type="dxa"/>
            <w:tcMar>
              <w:top w:w="55" w:type="dxa"/>
              <w:left w:w="55" w:type="dxa"/>
              <w:bottom w:w="55" w:type="dxa"/>
              <w:right w:w="55" w:type="dxa"/>
            </w:tcMar>
          </w:tcPr>
          <w:p w14:paraId="17681B42" w14:textId="77777777" w:rsidR="003D6426" w:rsidRDefault="00000000">
            <w:pPr>
              <w:spacing w:after="0" w:line="240" w:lineRule="auto"/>
              <w:rPr>
                <w:rFonts w:hint="eastAsia"/>
              </w:rPr>
            </w:pPr>
            <w:r>
              <w:rPr>
                <w:sz w:val="13"/>
              </w:rPr>
              <w:t>____</w:t>
            </w:r>
          </w:p>
        </w:tc>
        <w:tc>
          <w:tcPr>
            <w:tcW w:w="1552" w:type="dxa"/>
            <w:tcMar>
              <w:top w:w="55" w:type="dxa"/>
              <w:left w:w="55" w:type="dxa"/>
              <w:bottom w:w="55" w:type="dxa"/>
              <w:right w:w="55" w:type="dxa"/>
            </w:tcMar>
          </w:tcPr>
          <w:p w14:paraId="0FEA78E3" w14:textId="77777777" w:rsidR="003D6426" w:rsidRDefault="00000000">
            <w:pPr>
              <w:spacing w:after="0" w:line="240" w:lineRule="auto"/>
              <w:rPr>
                <w:rFonts w:hint="eastAsia"/>
              </w:rPr>
            </w:pPr>
            <w:r>
              <w:rPr>
                <w:sz w:val="13"/>
              </w:rPr>
              <w:t>________</w:t>
            </w:r>
          </w:p>
        </w:tc>
        <w:tc>
          <w:tcPr>
            <w:tcW w:w="1242" w:type="dxa"/>
            <w:tcMar>
              <w:top w:w="55" w:type="dxa"/>
              <w:left w:w="55" w:type="dxa"/>
              <w:bottom w:w="55" w:type="dxa"/>
              <w:right w:w="55" w:type="dxa"/>
            </w:tcMar>
          </w:tcPr>
          <w:p w14:paraId="312C6200" w14:textId="77777777" w:rsidR="003D6426" w:rsidRDefault="00000000">
            <w:pPr>
              <w:spacing w:after="0" w:line="240" w:lineRule="auto"/>
              <w:rPr>
                <w:rFonts w:hint="eastAsia"/>
              </w:rPr>
            </w:pPr>
            <w:r>
              <w:rPr>
                <w:sz w:val="13"/>
              </w:rPr>
              <w:t>[ ] OK [ ] NO</w:t>
            </w:r>
          </w:p>
        </w:tc>
        <w:tc>
          <w:tcPr>
            <w:tcW w:w="1138" w:type="dxa"/>
            <w:tcMar>
              <w:top w:w="55" w:type="dxa"/>
              <w:left w:w="55" w:type="dxa"/>
              <w:bottom w:w="55" w:type="dxa"/>
              <w:right w:w="55" w:type="dxa"/>
            </w:tcMar>
          </w:tcPr>
          <w:p w14:paraId="0EB8630F" w14:textId="77777777" w:rsidR="003D6426" w:rsidRDefault="00000000">
            <w:pPr>
              <w:spacing w:after="0" w:line="240" w:lineRule="auto"/>
              <w:rPr>
                <w:rFonts w:hint="eastAsia"/>
              </w:rPr>
            </w:pPr>
            <w:r>
              <w:rPr>
                <w:sz w:val="13"/>
              </w:rPr>
              <w:t>________</w:t>
            </w:r>
          </w:p>
        </w:tc>
        <w:tc>
          <w:tcPr>
            <w:tcW w:w="1138" w:type="dxa"/>
            <w:tcMar>
              <w:top w:w="55" w:type="dxa"/>
              <w:left w:w="55" w:type="dxa"/>
              <w:bottom w:w="55" w:type="dxa"/>
              <w:right w:w="55" w:type="dxa"/>
            </w:tcMar>
          </w:tcPr>
          <w:p w14:paraId="52BCEDBF" w14:textId="77777777" w:rsidR="003D6426" w:rsidRDefault="00000000">
            <w:pPr>
              <w:spacing w:after="0" w:line="240" w:lineRule="auto"/>
              <w:rPr>
                <w:rFonts w:hint="eastAsia"/>
              </w:rPr>
            </w:pPr>
            <w:r>
              <w:rPr>
                <w:sz w:val="13"/>
              </w:rPr>
              <w:t>________</w:t>
            </w:r>
          </w:p>
        </w:tc>
      </w:tr>
      <w:tr w:rsidR="003D6426" w14:paraId="08DA9FB2" w14:textId="77777777">
        <w:trPr>
          <w:jc w:val="center"/>
        </w:trPr>
        <w:tc>
          <w:tcPr>
            <w:tcW w:w="1190" w:type="dxa"/>
            <w:tcMar>
              <w:top w:w="55" w:type="dxa"/>
              <w:left w:w="55" w:type="dxa"/>
              <w:bottom w:w="55" w:type="dxa"/>
              <w:right w:w="55" w:type="dxa"/>
            </w:tcMar>
          </w:tcPr>
          <w:p w14:paraId="65B64961" w14:textId="77777777" w:rsidR="003D6426" w:rsidRDefault="00000000">
            <w:pPr>
              <w:spacing w:after="0" w:line="240" w:lineRule="auto"/>
              <w:rPr>
                <w:rFonts w:hint="eastAsia"/>
              </w:rPr>
            </w:pPr>
            <w:r>
              <w:rPr>
                <w:sz w:val="13"/>
              </w:rPr>
              <w:t>____/____/______</w:t>
            </w:r>
          </w:p>
        </w:tc>
        <w:tc>
          <w:tcPr>
            <w:tcW w:w="828" w:type="dxa"/>
            <w:tcMar>
              <w:top w:w="55" w:type="dxa"/>
              <w:left w:w="55" w:type="dxa"/>
              <w:bottom w:w="55" w:type="dxa"/>
              <w:right w:w="55" w:type="dxa"/>
            </w:tcMar>
          </w:tcPr>
          <w:p w14:paraId="1D29EF93" w14:textId="77777777" w:rsidR="003D6426" w:rsidRDefault="00000000">
            <w:pPr>
              <w:spacing w:after="0" w:line="240" w:lineRule="auto"/>
              <w:rPr>
                <w:rFonts w:hint="eastAsia"/>
              </w:rPr>
            </w:pPr>
            <w:r>
              <w:rPr>
                <w:sz w:val="13"/>
              </w:rPr>
              <w:t>____:____</w:t>
            </w:r>
          </w:p>
        </w:tc>
        <w:tc>
          <w:tcPr>
            <w:tcW w:w="1552" w:type="dxa"/>
            <w:tcMar>
              <w:top w:w="55" w:type="dxa"/>
              <w:left w:w="55" w:type="dxa"/>
              <w:bottom w:w="55" w:type="dxa"/>
              <w:right w:w="55" w:type="dxa"/>
            </w:tcMar>
          </w:tcPr>
          <w:p w14:paraId="6CD88C01" w14:textId="77777777" w:rsidR="003D6426" w:rsidRDefault="00000000">
            <w:pPr>
              <w:spacing w:after="0" w:line="240" w:lineRule="auto"/>
              <w:rPr>
                <w:rFonts w:hint="eastAsia"/>
              </w:rPr>
            </w:pPr>
            <w:r>
              <w:rPr>
                <w:sz w:val="13"/>
              </w:rPr>
              <w:t>________</w:t>
            </w:r>
          </w:p>
        </w:tc>
        <w:tc>
          <w:tcPr>
            <w:tcW w:w="724" w:type="dxa"/>
            <w:tcMar>
              <w:top w:w="55" w:type="dxa"/>
              <w:left w:w="55" w:type="dxa"/>
              <w:bottom w:w="55" w:type="dxa"/>
              <w:right w:w="55" w:type="dxa"/>
            </w:tcMar>
          </w:tcPr>
          <w:p w14:paraId="4A7FE5A5" w14:textId="77777777" w:rsidR="003D6426" w:rsidRDefault="00000000">
            <w:pPr>
              <w:spacing w:after="0" w:line="240" w:lineRule="auto"/>
              <w:rPr>
                <w:rFonts w:hint="eastAsia"/>
              </w:rPr>
            </w:pPr>
            <w:r>
              <w:rPr>
                <w:sz w:val="13"/>
              </w:rPr>
              <w:t>____</w:t>
            </w:r>
          </w:p>
        </w:tc>
        <w:tc>
          <w:tcPr>
            <w:tcW w:w="724" w:type="dxa"/>
            <w:tcMar>
              <w:top w:w="55" w:type="dxa"/>
              <w:left w:w="55" w:type="dxa"/>
              <w:bottom w:w="55" w:type="dxa"/>
              <w:right w:w="55" w:type="dxa"/>
            </w:tcMar>
          </w:tcPr>
          <w:p w14:paraId="2799B858" w14:textId="77777777" w:rsidR="003D6426" w:rsidRDefault="00000000">
            <w:pPr>
              <w:spacing w:after="0" w:line="240" w:lineRule="auto"/>
              <w:rPr>
                <w:rFonts w:hint="eastAsia"/>
              </w:rPr>
            </w:pPr>
            <w:r>
              <w:rPr>
                <w:sz w:val="13"/>
              </w:rPr>
              <w:t>____</w:t>
            </w:r>
          </w:p>
        </w:tc>
        <w:tc>
          <w:tcPr>
            <w:tcW w:w="1552" w:type="dxa"/>
            <w:tcMar>
              <w:top w:w="55" w:type="dxa"/>
              <w:left w:w="55" w:type="dxa"/>
              <w:bottom w:w="55" w:type="dxa"/>
              <w:right w:w="55" w:type="dxa"/>
            </w:tcMar>
          </w:tcPr>
          <w:p w14:paraId="4F41D3CC" w14:textId="77777777" w:rsidR="003D6426" w:rsidRDefault="00000000">
            <w:pPr>
              <w:spacing w:after="0" w:line="240" w:lineRule="auto"/>
              <w:rPr>
                <w:rFonts w:hint="eastAsia"/>
              </w:rPr>
            </w:pPr>
            <w:r>
              <w:rPr>
                <w:sz w:val="13"/>
              </w:rPr>
              <w:t>________</w:t>
            </w:r>
          </w:p>
        </w:tc>
        <w:tc>
          <w:tcPr>
            <w:tcW w:w="1242" w:type="dxa"/>
            <w:tcMar>
              <w:top w:w="55" w:type="dxa"/>
              <w:left w:w="55" w:type="dxa"/>
              <w:bottom w:w="55" w:type="dxa"/>
              <w:right w:w="55" w:type="dxa"/>
            </w:tcMar>
          </w:tcPr>
          <w:p w14:paraId="2B670C0E" w14:textId="77777777" w:rsidR="003D6426" w:rsidRDefault="00000000">
            <w:pPr>
              <w:spacing w:after="0" w:line="240" w:lineRule="auto"/>
              <w:rPr>
                <w:rFonts w:hint="eastAsia"/>
              </w:rPr>
            </w:pPr>
            <w:r>
              <w:rPr>
                <w:sz w:val="13"/>
              </w:rPr>
              <w:t>[ ] OK [ ] NO</w:t>
            </w:r>
          </w:p>
        </w:tc>
        <w:tc>
          <w:tcPr>
            <w:tcW w:w="1138" w:type="dxa"/>
            <w:tcMar>
              <w:top w:w="55" w:type="dxa"/>
              <w:left w:w="55" w:type="dxa"/>
              <w:bottom w:w="55" w:type="dxa"/>
              <w:right w:w="55" w:type="dxa"/>
            </w:tcMar>
          </w:tcPr>
          <w:p w14:paraId="2B4651D9" w14:textId="77777777" w:rsidR="003D6426" w:rsidRDefault="00000000">
            <w:pPr>
              <w:spacing w:after="0" w:line="240" w:lineRule="auto"/>
              <w:rPr>
                <w:rFonts w:hint="eastAsia"/>
              </w:rPr>
            </w:pPr>
            <w:r>
              <w:rPr>
                <w:sz w:val="13"/>
              </w:rPr>
              <w:t>________</w:t>
            </w:r>
          </w:p>
        </w:tc>
        <w:tc>
          <w:tcPr>
            <w:tcW w:w="1138" w:type="dxa"/>
            <w:tcMar>
              <w:top w:w="55" w:type="dxa"/>
              <w:left w:w="55" w:type="dxa"/>
              <w:bottom w:w="55" w:type="dxa"/>
              <w:right w:w="55" w:type="dxa"/>
            </w:tcMar>
          </w:tcPr>
          <w:p w14:paraId="43BEC6BA" w14:textId="77777777" w:rsidR="003D6426" w:rsidRDefault="00000000">
            <w:pPr>
              <w:spacing w:after="0" w:line="240" w:lineRule="auto"/>
              <w:rPr>
                <w:rFonts w:hint="eastAsia"/>
              </w:rPr>
            </w:pPr>
            <w:r>
              <w:rPr>
                <w:sz w:val="13"/>
              </w:rPr>
              <w:t>________</w:t>
            </w:r>
          </w:p>
        </w:tc>
      </w:tr>
      <w:tr w:rsidR="003D6426" w14:paraId="418270AD" w14:textId="77777777">
        <w:trPr>
          <w:jc w:val="center"/>
        </w:trPr>
        <w:tc>
          <w:tcPr>
            <w:tcW w:w="1190" w:type="dxa"/>
            <w:tcMar>
              <w:top w:w="55" w:type="dxa"/>
              <w:left w:w="55" w:type="dxa"/>
              <w:bottom w:w="55" w:type="dxa"/>
              <w:right w:w="55" w:type="dxa"/>
            </w:tcMar>
          </w:tcPr>
          <w:p w14:paraId="462D2623" w14:textId="77777777" w:rsidR="003D6426" w:rsidRDefault="00000000">
            <w:pPr>
              <w:spacing w:after="0" w:line="240" w:lineRule="auto"/>
              <w:rPr>
                <w:rFonts w:hint="eastAsia"/>
              </w:rPr>
            </w:pPr>
            <w:r>
              <w:rPr>
                <w:sz w:val="13"/>
              </w:rPr>
              <w:t>____/____/______</w:t>
            </w:r>
          </w:p>
        </w:tc>
        <w:tc>
          <w:tcPr>
            <w:tcW w:w="828" w:type="dxa"/>
            <w:tcMar>
              <w:top w:w="55" w:type="dxa"/>
              <w:left w:w="55" w:type="dxa"/>
              <w:bottom w:w="55" w:type="dxa"/>
              <w:right w:w="55" w:type="dxa"/>
            </w:tcMar>
          </w:tcPr>
          <w:p w14:paraId="4D1CE894" w14:textId="77777777" w:rsidR="003D6426" w:rsidRDefault="00000000">
            <w:pPr>
              <w:spacing w:after="0" w:line="240" w:lineRule="auto"/>
              <w:rPr>
                <w:rFonts w:hint="eastAsia"/>
              </w:rPr>
            </w:pPr>
            <w:r>
              <w:rPr>
                <w:sz w:val="13"/>
              </w:rPr>
              <w:t>____:____</w:t>
            </w:r>
          </w:p>
        </w:tc>
        <w:tc>
          <w:tcPr>
            <w:tcW w:w="1552" w:type="dxa"/>
            <w:tcMar>
              <w:top w:w="55" w:type="dxa"/>
              <w:left w:w="55" w:type="dxa"/>
              <w:bottom w:w="55" w:type="dxa"/>
              <w:right w:w="55" w:type="dxa"/>
            </w:tcMar>
          </w:tcPr>
          <w:p w14:paraId="691343C4" w14:textId="77777777" w:rsidR="003D6426" w:rsidRDefault="00000000">
            <w:pPr>
              <w:spacing w:after="0" w:line="240" w:lineRule="auto"/>
              <w:rPr>
                <w:rFonts w:hint="eastAsia"/>
              </w:rPr>
            </w:pPr>
            <w:r>
              <w:rPr>
                <w:sz w:val="13"/>
              </w:rPr>
              <w:t>________</w:t>
            </w:r>
          </w:p>
        </w:tc>
        <w:tc>
          <w:tcPr>
            <w:tcW w:w="724" w:type="dxa"/>
            <w:tcMar>
              <w:top w:w="55" w:type="dxa"/>
              <w:left w:w="55" w:type="dxa"/>
              <w:bottom w:w="55" w:type="dxa"/>
              <w:right w:w="55" w:type="dxa"/>
            </w:tcMar>
          </w:tcPr>
          <w:p w14:paraId="231B936A" w14:textId="77777777" w:rsidR="003D6426" w:rsidRDefault="00000000">
            <w:pPr>
              <w:spacing w:after="0" w:line="240" w:lineRule="auto"/>
              <w:rPr>
                <w:rFonts w:hint="eastAsia"/>
              </w:rPr>
            </w:pPr>
            <w:r>
              <w:rPr>
                <w:sz w:val="13"/>
              </w:rPr>
              <w:t>____</w:t>
            </w:r>
          </w:p>
        </w:tc>
        <w:tc>
          <w:tcPr>
            <w:tcW w:w="724" w:type="dxa"/>
            <w:tcMar>
              <w:top w:w="55" w:type="dxa"/>
              <w:left w:w="55" w:type="dxa"/>
              <w:bottom w:w="55" w:type="dxa"/>
              <w:right w:w="55" w:type="dxa"/>
            </w:tcMar>
          </w:tcPr>
          <w:p w14:paraId="73F321D8" w14:textId="77777777" w:rsidR="003D6426" w:rsidRDefault="00000000">
            <w:pPr>
              <w:spacing w:after="0" w:line="240" w:lineRule="auto"/>
              <w:rPr>
                <w:rFonts w:hint="eastAsia"/>
              </w:rPr>
            </w:pPr>
            <w:r>
              <w:rPr>
                <w:sz w:val="13"/>
              </w:rPr>
              <w:t>____</w:t>
            </w:r>
          </w:p>
        </w:tc>
        <w:tc>
          <w:tcPr>
            <w:tcW w:w="1552" w:type="dxa"/>
            <w:tcMar>
              <w:top w:w="55" w:type="dxa"/>
              <w:left w:w="55" w:type="dxa"/>
              <w:bottom w:w="55" w:type="dxa"/>
              <w:right w:w="55" w:type="dxa"/>
            </w:tcMar>
          </w:tcPr>
          <w:p w14:paraId="51666197" w14:textId="77777777" w:rsidR="003D6426" w:rsidRDefault="00000000">
            <w:pPr>
              <w:spacing w:after="0" w:line="240" w:lineRule="auto"/>
              <w:rPr>
                <w:rFonts w:hint="eastAsia"/>
              </w:rPr>
            </w:pPr>
            <w:r>
              <w:rPr>
                <w:sz w:val="13"/>
              </w:rPr>
              <w:t>________</w:t>
            </w:r>
          </w:p>
        </w:tc>
        <w:tc>
          <w:tcPr>
            <w:tcW w:w="1242" w:type="dxa"/>
            <w:tcMar>
              <w:top w:w="55" w:type="dxa"/>
              <w:left w:w="55" w:type="dxa"/>
              <w:bottom w:w="55" w:type="dxa"/>
              <w:right w:w="55" w:type="dxa"/>
            </w:tcMar>
          </w:tcPr>
          <w:p w14:paraId="5FBABD16" w14:textId="77777777" w:rsidR="003D6426" w:rsidRDefault="00000000">
            <w:pPr>
              <w:spacing w:after="0" w:line="240" w:lineRule="auto"/>
              <w:rPr>
                <w:rFonts w:hint="eastAsia"/>
              </w:rPr>
            </w:pPr>
            <w:r>
              <w:rPr>
                <w:sz w:val="13"/>
              </w:rPr>
              <w:t>[ ] OK [ ] NO</w:t>
            </w:r>
          </w:p>
        </w:tc>
        <w:tc>
          <w:tcPr>
            <w:tcW w:w="1138" w:type="dxa"/>
            <w:tcMar>
              <w:top w:w="55" w:type="dxa"/>
              <w:left w:w="55" w:type="dxa"/>
              <w:bottom w:w="55" w:type="dxa"/>
              <w:right w:w="55" w:type="dxa"/>
            </w:tcMar>
          </w:tcPr>
          <w:p w14:paraId="19F4F007" w14:textId="77777777" w:rsidR="003D6426" w:rsidRDefault="00000000">
            <w:pPr>
              <w:spacing w:after="0" w:line="240" w:lineRule="auto"/>
              <w:rPr>
                <w:rFonts w:hint="eastAsia"/>
              </w:rPr>
            </w:pPr>
            <w:r>
              <w:rPr>
                <w:sz w:val="13"/>
              </w:rPr>
              <w:t>________</w:t>
            </w:r>
          </w:p>
        </w:tc>
        <w:tc>
          <w:tcPr>
            <w:tcW w:w="1138" w:type="dxa"/>
            <w:tcMar>
              <w:top w:w="55" w:type="dxa"/>
              <w:left w:w="55" w:type="dxa"/>
              <w:bottom w:w="55" w:type="dxa"/>
              <w:right w:w="55" w:type="dxa"/>
            </w:tcMar>
          </w:tcPr>
          <w:p w14:paraId="64A8F9C2" w14:textId="77777777" w:rsidR="003D6426" w:rsidRDefault="00000000">
            <w:pPr>
              <w:spacing w:after="0" w:line="240" w:lineRule="auto"/>
              <w:rPr>
                <w:rFonts w:hint="eastAsia"/>
              </w:rPr>
            </w:pPr>
            <w:r>
              <w:rPr>
                <w:sz w:val="13"/>
              </w:rPr>
              <w:t>________</w:t>
            </w:r>
          </w:p>
        </w:tc>
      </w:tr>
      <w:tr w:rsidR="003D6426" w14:paraId="174BFEBA" w14:textId="77777777">
        <w:trPr>
          <w:jc w:val="center"/>
        </w:trPr>
        <w:tc>
          <w:tcPr>
            <w:tcW w:w="1190" w:type="dxa"/>
            <w:tcMar>
              <w:top w:w="55" w:type="dxa"/>
              <w:left w:w="55" w:type="dxa"/>
              <w:bottom w:w="55" w:type="dxa"/>
              <w:right w:w="55" w:type="dxa"/>
            </w:tcMar>
          </w:tcPr>
          <w:p w14:paraId="44297796" w14:textId="77777777" w:rsidR="003D6426" w:rsidRDefault="00000000">
            <w:pPr>
              <w:spacing w:after="0" w:line="240" w:lineRule="auto"/>
              <w:rPr>
                <w:rFonts w:hint="eastAsia"/>
              </w:rPr>
            </w:pPr>
            <w:r>
              <w:rPr>
                <w:sz w:val="13"/>
              </w:rPr>
              <w:t>____/____/______</w:t>
            </w:r>
          </w:p>
        </w:tc>
        <w:tc>
          <w:tcPr>
            <w:tcW w:w="828" w:type="dxa"/>
            <w:tcMar>
              <w:top w:w="55" w:type="dxa"/>
              <w:left w:w="55" w:type="dxa"/>
              <w:bottom w:w="55" w:type="dxa"/>
              <w:right w:w="55" w:type="dxa"/>
            </w:tcMar>
          </w:tcPr>
          <w:p w14:paraId="05DD8E10" w14:textId="77777777" w:rsidR="003D6426" w:rsidRDefault="00000000">
            <w:pPr>
              <w:spacing w:after="0" w:line="240" w:lineRule="auto"/>
              <w:rPr>
                <w:rFonts w:hint="eastAsia"/>
              </w:rPr>
            </w:pPr>
            <w:r>
              <w:rPr>
                <w:sz w:val="13"/>
              </w:rPr>
              <w:t>____:____</w:t>
            </w:r>
          </w:p>
        </w:tc>
        <w:tc>
          <w:tcPr>
            <w:tcW w:w="1552" w:type="dxa"/>
            <w:tcMar>
              <w:top w:w="55" w:type="dxa"/>
              <w:left w:w="55" w:type="dxa"/>
              <w:bottom w:w="55" w:type="dxa"/>
              <w:right w:w="55" w:type="dxa"/>
            </w:tcMar>
          </w:tcPr>
          <w:p w14:paraId="1F9FA3C0" w14:textId="77777777" w:rsidR="003D6426" w:rsidRDefault="00000000">
            <w:pPr>
              <w:spacing w:after="0" w:line="240" w:lineRule="auto"/>
              <w:rPr>
                <w:rFonts w:hint="eastAsia"/>
              </w:rPr>
            </w:pPr>
            <w:r>
              <w:rPr>
                <w:sz w:val="13"/>
              </w:rPr>
              <w:t>________</w:t>
            </w:r>
          </w:p>
        </w:tc>
        <w:tc>
          <w:tcPr>
            <w:tcW w:w="724" w:type="dxa"/>
            <w:tcMar>
              <w:top w:w="55" w:type="dxa"/>
              <w:left w:w="55" w:type="dxa"/>
              <w:bottom w:w="55" w:type="dxa"/>
              <w:right w:w="55" w:type="dxa"/>
            </w:tcMar>
          </w:tcPr>
          <w:p w14:paraId="4A59CF78" w14:textId="77777777" w:rsidR="003D6426" w:rsidRDefault="00000000">
            <w:pPr>
              <w:spacing w:after="0" w:line="240" w:lineRule="auto"/>
              <w:rPr>
                <w:rFonts w:hint="eastAsia"/>
              </w:rPr>
            </w:pPr>
            <w:r>
              <w:rPr>
                <w:sz w:val="13"/>
              </w:rPr>
              <w:t>____</w:t>
            </w:r>
          </w:p>
        </w:tc>
        <w:tc>
          <w:tcPr>
            <w:tcW w:w="724" w:type="dxa"/>
            <w:tcMar>
              <w:top w:w="55" w:type="dxa"/>
              <w:left w:w="55" w:type="dxa"/>
              <w:bottom w:w="55" w:type="dxa"/>
              <w:right w:w="55" w:type="dxa"/>
            </w:tcMar>
          </w:tcPr>
          <w:p w14:paraId="72791CCF" w14:textId="77777777" w:rsidR="003D6426" w:rsidRDefault="00000000">
            <w:pPr>
              <w:spacing w:after="0" w:line="240" w:lineRule="auto"/>
              <w:rPr>
                <w:rFonts w:hint="eastAsia"/>
              </w:rPr>
            </w:pPr>
            <w:r>
              <w:rPr>
                <w:sz w:val="13"/>
              </w:rPr>
              <w:t>____</w:t>
            </w:r>
          </w:p>
        </w:tc>
        <w:tc>
          <w:tcPr>
            <w:tcW w:w="1552" w:type="dxa"/>
            <w:tcMar>
              <w:top w:w="55" w:type="dxa"/>
              <w:left w:w="55" w:type="dxa"/>
              <w:bottom w:w="55" w:type="dxa"/>
              <w:right w:w="55" w:type="dxa"/>
            </w:tcMar>
          </w:tcPr>
          <w:p w14:paraId="2B5338D2" w14:textId="77777777" w:rsidR="003D6426" w:rsidRDefault="00000000">
            <w:pPr>
              <w:spacing w:after="0" w:line="240" w:lineRule="auto"/>
              <w:rPr>
                <w:rFonts w:hint="eastAsia"/>
              </w:rPr>
            </w:pPr>
            <w:r>
              <w:rPr>
                <w:sz w:val="13"/>
              </w:rPr>
              <w:t>________</w:t>
            </w:r>
          </w:p>
        </w:tc>
        <w:tc>
          <w:tcPr>
            <w:tcW w:w="1242" w:type="dxa"/>
            <w:tcMar>
              <w:top w:w="55" w:type="dxa"/>
              <w:left w:w="55" w:type="dxa"/>
              <w:bottom w:w="55" w:type="dxa"/>
              <w:right w:w="55" w:type="dxa"/>
            </w:tcMar>
          </w:tcPr>
          <w:p w14:paraId="32B7A170" w14:textId="77777777" w:rsidR="003D6426" w:rsidRDefault="00000000">
            <w:pPr>
              <w:spacing w:after="0" w:line="240" w:lineRule="auto"/>
              <w:rPr>
                <w:rFonts w:hint="eastAsia"/>
              </w:rPr>
            </w:pPr>
            <w:r>
              <w:rPr>
                <w:sz w:val="13"/>
              </w:rPr>
              <w:t>[ ] OK [ ] NO</w:t>
            </w:r>
          </w:p>
        </w:tc>
        <w:tc>
          <w:tcPr>
            <w:tcW w:w="1138" w:type="dxa"/>
            <w:tcMar>
              <w:top w:w="55" w:type="dxa"/>
              <w:left w:w="55" w:type="dxa"/>
              <w:bottom w:w="55" w:type="dxa"/>
              <w:right w:w="55" w:type="dxa"/>
            </w:tcMar>
          </w:tcPr>
          <w:p w14:paraId="49B914A9" w14:textId="77777777" w:rsidR="003D6426" w:rsidRDefault="00000000">
            <w:pPr>
              <w:spacing w:after="0" w:line="240" w:lineRule="auto"/>
              <w:rPr>
                <w:rFonts w:hint="eastAsia"/>
              </w:rPr>
            </w:pPr>
            <w:r>
              <w:rPr>
                <w:sz w:val="13"/>
              </w:rPr>
              <w:t>________</w:t>
            </w:r>
          </w:p>
        </w:tc>
        <w:tc>
          <w:tcPr>
            <w:tcW w:w="1138" w:type="dxa"/>
            <w:tcMar>
              <w:top w:w="55" w:type="dxa"/>
              <w:left w:w="55" w:type="dxa"/>
              <w:bottom w:w="55" w:type="dxa"/>
              <w:right w:w="55" w:type="dxa"/>
            </w:tcMar>
          </w:tcPr>
          <w:p w14:paraId="5C5A8277" w14:textId="77777777" w:rsidR="003D6426" w:rsidRDefault="00000000">
            <w:pPr>
              <w:spacing w:after="0" w:line="240" w:lineRule="auto"/>
              <w:rPr>
                <w:rFonts w:hint="eastAsia"/>
              </w:rPr>
            </w:pPr>
            <w:r>
              <w:rPr>
                <w:sz w:val="13"/>
              </w:rPr>
              <w:t>________</w:t>
            </w:r>
          </w:p>
        </w:tc>
      </w:tr>
      <w:tr w:rsidR="003D6426" w14:paraId="7CD15B29" w14:textId="77777777">
        <w:trPr>
          <w:jc w:val="center"/>
        </w:trPr>
        <w:tc>
          <w:tcPr>
            <w:tcW w:w="1190" w:type="dxa"/>
            <w:tcMar>
              <w:top w:w="55" w:type="dxa"/>
              <w:left w:w="55" w:type="dxa"/>
              <w:bottom w:w="55" w:type="dxa"/>
              <w:right w:w="55" w:type="dxa"/>
            </w:tcMar>
          </w:tcPr>
          <w:p w14:paraId="5977E3D6" w14:textId="77777777" w:rsidR="003D6426" w:rsidRDefault="00000000">
            <w:pPr>
              <w:spacing w:after="0" w:line="240" w:lineRule="auto"/>
              <w:rPr>
                <w:rFonts w:hint="eastAsia"/>
              </w:rPr>
            </w:pPr>
            <w:r>
              <w:rPr>
                <w:sz w:val="13"/>
              </w:rPr>
              <w:t>____/____/______</w:t>
            </w:r>
          </w:p>
        </w:tc>
        <w:tc>
          <w:tcPr>
            <w:tcW w:w="828" w:type="dxa"/>
            <w:tcMar>
              <w:top w:w="55" w:type="dxa"/>
              <w:left w:w="55" w:type="dxa"/>
              <w:bottom w:w="55" w:type="dxa"/>
              <w:right w:w="55" w:type="dxa"/>
            </w:tcMar>
          </w:tcPr>
          <w:p w14:paraId="676C6068" w14:textId="77777777" w:rsidR="003D6426" w:rsidRDefault="00000000">
            <w:pPr>
              <w:spacing w:after="0" w:line="240" w:lineRule="auto"/>
              <w:rPr>
                <w:rFonts w:hint="eastAsia"/>
              </w:rPr>
            </w:pPr>
            <w:r>
              <w:rPr>
                <w:sz w:val="13"/>
              </w:rPr>
              <w:t>____:____</w:t>
            </w:r>
          </w:p>
        </w:tc>
        <w:tc>
          <w:tcPr>
            <w:tcW w:w="1552" w:type="dxa"/>
            <w:tcMar>
              <w:top w:w="55" w:type="dxa"/>
              <w:left w:w="55" w:type="dxa"/>
              <w:bottom w:w="55" w:type="dxa"/>
              <w:right w:w="55" w:type="dxa"/>
            </w:tcMar>
          </w:tcPr>
          <w:p w14:paraId="43BB638D" w14:textId="77777777" w:rsidR="003D6426" w:rsidRDefault="00000000">
            <w:pPr>
              <w:spacing w:after="0" w:line="240" w:lineRule="auto"/>
              <w:rPr>
                <w:rFonts w:hint="eastAsia"/>
              </w:rPr>
            </w:pPr>
            <w:r>
              <w:rPr>
                <w:sz w:val="13"/>
              </w:rPr>
              <w:t>________</w:t>
            </w:r>
          </w:p>
        </w:tc>
        <w:tc>
          <w:tcPr>
            <w:tcW w:w="724" w:type="dxa"/>
            <w:tcMar>
              <w:top w:w="55" w:type="dxa"/>
              <w:left w:w="55" w:type="dxa"/>
              <w:bottom w:w="55" w:type="dxa"/>
              <w:right w:w="55" w:type="dxa"/>
            </w:tcMar>
          </w:tcPr>
          <w:p w14:paraId="06E6F609" w14:textId="77777777" w:rsidR="003D6426" w:rsidRDefault="00000000">
            <w:pPr>
              <w:spacing w:after="0" w:line="240" w:lineRule="auto"/>
              <w:rPr>
                <w:rFonts w:hint="eastAsia"/>
              </w:rPr>
            </w:pPr>
            <w:r>
              <w:rPr>
                <w:sz w:val="13"/>
              </w:rPr>
              <w:t>____</w:t>
            </w:r>
          </w:p>
        </w:tc>
        <w:tc>
          <w:tcPr>
            <w:tcW w:w="724" w:type="dxa"/>
            <w:tcMar>
              <w:top w:w="55" w:type="dxa"/>
              <w:left w:w="55" w:type="dxa"/>
              <w:bottom w:w="55" w:type="dxa"/>
              <w:right w:w="55" w:type="dxa"/>
            </w:tcMar>
          </w:tcPr>
          <w:p w14:paraId="65797AA1" w14:textId="77777777" w:rsidR="003D6426" w:rsidRDefault="00000000">
            <w:pPr>
              <w:spacing w:after="0" w:line="240" w:lineRule="auto"/>
              <w:rPr>
                <w:rFonts w:hint="eastAsia"/>
              </w:rPr>
            </w:pPr>
            <w:r>
              <w:rPr>
                <w:sz w:val="13"/>
              </w:rPr>
              <w:t>____</w:t>
            </w:r>
          </w:p>
        </w:tc>
        <w:tc>
          <w:tcPr>
            <w:tcW w:w="1552" w:type="dxa"/>
            <w:tcMar>
              <w:top w:w="55" w:type="dxa"/>
              <w:left w:w="55" w:type="dxa"/>
              <w:bottom w:w="55" w:type="dxa"/>
              <w:right w:w="55" w:type="dxa"/>
            </w:tcMar>
          </w:tcPr>
          <w:p w14:paraId="006257A5" w14:textId="77777777" w:rsidR="003D6426" w:rsidRDefault="00000000">
            <w:pPr>
              <w:spacing w:after="0" w:line="240" w:lineRule="auto"/>
              <w:rPr>
                <w:rFonts w:hint="eastAsia"/>
              </w:rPr>
            </w:pPr>
            <w:r>
              <w:rPr>
                <w:sz w:val="13"/>
              </w:rPr>
              <w:t>________</w:t>
            </w:r>
          </w:p>
        </w:tc>
        <w:tc>
          <w:tcPr>
            <w:tcW w:w="1242" w:type="dxa"/>
            <w:tcMar>
              <w:top w:w="55" w:type="dxa"/>
              <w:left w:w="55" w:type="dxa"/>
              <w:bottom w:w="55" w:type="dxa"/>
              <w:right w:w="55" w:type="dxa"/>
            </w:tcMar>
          </w:tcPr>
          <w:p w14:paraId="57C910A8" w14:textId="77777777" w:rsidR="003D6426" w:rsidRDefault="00000000">
            <w:pPr>
              <w:spacing w:after="0" w:line="240" w:lineRule="auto"/>
              <w:rPr>
                <w:rFonts w:hint="eastAsia"/>
              </w:rPr>
            </w:pPr>
            <w:r>
              <w:rPr>
                <w:sz w:val="13"/>
              </w:rPr>
              <w:t>[ ] OK [ ] NO</w:t>
            </w:r>
          </w:p>
        </w:tc>
        <w:tc>
          <w:tcPr>
            <w:tcW w:w="1138" w:type="dxa"/>
            <w:tcMar>
              <w:top w:w="55" w:type="dxa"/>
              <w:left w:w="55" w:type="dxa"/>
              <w:bottom w:w="55" w:type="dxa"/>
              <w:right w:w="55" w:type="dxa"/>
            </w:tcMar>
          </w:tcPr>
          <w:p w14:paraId="5790F451" w14:textId="77777777" w:rsidR="003D6426" w:rsidRDefault="00000000">
            <w:pPr>
              <w:spacing w:after="0" w:line="240" w:lineRule="auto"/>
              <w:rPr>
                <w:rFonts w:hint="eastAsia"/>
              </w:rPr>
            </w:pPr>
            <w:r>
              <w:rPr>
                <w:sz w:val="13"/>
              </w:rPr>
              <w:t>________</w:t>
            </w:r>
          </w:p>
        </w:tc>
        <w:tc>
          <w:tcPr>
            <w:tcW w:w="1138" w:type="dxa"/>
            <w:tcMar>
              <w:top w:w="55" w:type="dxa"/>
              <w:left w:w="55" w:type="dxa"/>
              <w:bottom w:w="55" w:type="dxa"/>
              <w:right w:w="55" w:type="dxa"/>
            </w:tcMar>
          </w:tcPr>
          <w:p w14:paraId="6EF9B63E" w14:textId="77777777" w:rsidR="003D6426" w:rsidRDefault="00000000">
            <w:pPr>
              <w:spacing w:after="0" w:line="240" w:lineRule="auto"/>
              <w:rPr>
                <w:rFonts w:hint="eastAsia"/>
              </w:rPr>
            </w:pPr>
            <w:r>
              <w:rPr>
                <w:sz w:val="13"/>
              </w:rPr>
              <w:t>________</w:t>
            </w:r>
          </w:p>
        </w:tc>
      </w:tr>
      <w:tr w:rsidR="003D6426" w14:paraId="7479C83D" w14:textId="77777777">
        <w:trPr>
          <w:jc w:val="center"/>
        </w:trPr>
        <w:tc>
          <w:tcPr>
            <w:tcW w:w="1190" w:type="dxa"/>
            <w:tcMar>
              <w:top w:w="55" w:type="dxa"/>
              <w:left w:w="55" w:type="dxa"/>
              <w:bottom w:w="55" w:type="dxa"/>
              <w:right w:w="55" w:type="dxa"/>
            </w:tcMar>
          </w:tcPr>
          <w:p w14:paraId="06A330CE" w14:textId="77777777" w:rsidR="003D6426" w:rsidRDefault="00000000">
            <w:pPr>
              <w:spacing w:after="0" w:line="240" w:lineRule="auto"/>
              <w:rPr>
                <w:rFonts w:hint="eastAsia"/>
              </w:rPr>
            </w:pPr>
            <w:r>
              <w:rPr>
                <w:sz w:val="13"/>
              </w:rPr>
              <w:t>____/____/______</w:t>
            </w:r>
          </w:p>
        </w:tc>
        <w:tc>
          <w:tcPr>
            <w:tcW w:w="828" w:type="dxa"/>
            <w:tcMar>
              <w:top w:w="55" w:type="dxa"/>
              <w:left w:w="55" w:type="dxa"/>
              <w:bottom w:w="55" w:type="dxa"/>
              <w:right w:w="55" w:type="dxa"/>
            </w:tcMar>
          </w:tcPr>
          <w:p w14:paraId="3D93FA85" w14:textId="77777777" w:rsidR="003D6426" w:rsidRDefault="00000000">
            <w:pPr>
              <w:spacing w:after="0" w:line="240" w:lineRule="auto"/>
              <w:rPr>
                <w:rFonts w:hint="eastAsia"/>
              </w:rPr>
            </w:pPr>
            <w:r>
              <w:rPr>
                <w:sz w:val="13"/>
              </w:rPr>
              <w:t>____:____</w:t>
            </w:r>
          </w:p>
        </w:tc>
        <w:tc>
          <w:tcPr>
            <w:tcW w:w="1552" w:type="dxa"/>
            <w:tcMar>
              <w:top w:w="55" w:type="dxa"/>
              <w:left w:w="55" w:type="dxa"/>
              <w:bottom w:w="55" w:type="dxa"/>
              <w:right w:w="55" w:type="dxa"/>
            </w:tcMar>
          </w:tcPr>
          <w:p w14:paraId="70FE962E" w14:textId="77777777" w:rsidR="003D6426" w:rsidRDefault="00000000">
            <w:pPr>
              <w:spacing w:after="0" w:line="240" w:lineRule="auto"/>
              <w:rPr>
                <w:rFonts w:hint="eastAsia"/>
              </w:rPr>
            </w:pPr>
            <w:r>
              <w:rPr>
                <w:sz w:val="13"/>
              </w:rPr>
              <w:t>________</w:t>
            </w:r>
          </w:p>
        </w:tc>
        <w:tc>
          <w:tcPr>
            <w:tcW w:w="724" w:type="dxa"/>
            <w:tcMar>
              <w:top w:w="55" w:type="dxa"/>
              <w:left w:w="55" w:type="dxa"/>
              <w:bottom w:w="55" w:type="dxa"/>
              <w:right w:w="55" w:type="dxa"/>
            </w:tcMar>
          </w:tcPr>
          <w:p w14:paraId="71D4690E" w14:textId="77777777" w:rsidR="003D6426" w:rsidRDefault="00000000">
            <w:pPr>
              <w:spacing w:after="0" w:line="240" w:lineRule="auto"/>
              <w:rPr>
                <w:rFonts w:hint="eastAsia"/>
              </w:rPr>
            </w:pPr>
            <w:r>
              <w:rPr>
                <w:sz w:val="13"/>
              </w:rPr>
              <w:t>____</w:t>
            </w:r>
          </w:p>
        </w:tc>
        <w:tc>
          <w:tcPr>
            <w:tcW w:w="724" w:type="dxa"/>
            <w:tcMar>
              <w:top w:w="55" w:type="dxa"/>
              <w:left w:w="55" w:type="dxa"/>
              <w:bottom w:w="55" w:type="dxa"/>
              <w:right w:w="55" w:type="dxa"/>
            </w:tcMar>
          </w:tcPr>
          <w:p w14:paraId="7CCF3225" w14:textId="77777777" w:rsidR="003D6426" w:rsidRDefault="00000000">
            <w:pPr>
              <w:spacing w:after="0" w:line="240" w:lineRule="auto"/>
              <w:rPr>
                <w:rFonts w:hint="eastAsia"/>
              </w:rPr>
            </w:pPr>
            <w:r>
              <w:rPr>
                <w:sz w:val="13"/>
              </w:rPr>
              <w:t>____</w:t>
            </w:r>
          </w:p>
        </w:tc>
        <w:tc>
          <w:tcPr>
            <w:tcW w:w="1552" w:type="dxa"/>
            <w:tcMar>
              <w:top w:w="55" w:type="dxa"/>
              <w:left w:w="55" w:type="dxa"/>
              <w:bottom w:w="55" w:type="dxa"/>
              <w:right w:w="55" w:type="dxa"/>
            </w:tcMar>
          </w:tcPr>
          <w:p w14:paraId="33C3C395" w14:textId="77777777" w:rsidR="003D6426" w:rsidRDefault="00000000">
            <w:pPr>
              <w:spacing w:after="0" w:line="240" w:lineRule="auto"/>
              <w:rPr>
                <w:rFonts w:hint="eastAsia"/>
              </w:rPr>
            </w:pPr>
            <w:r>
              <w:rPr>
                <w:sz w:val="13"/>
              </w:rPr>
              <w:t>________</w:t>
            </w:r>
          </w:p>
        </w:tc>
        <w:tc>
          <w:tcPr>
            <w:tcW w:w="1242" w:type="dxa"/>
            <w:tcMar>
              <w:top w:w="55" w:type="dxa"/>
              <w:left w:w="55" w:type="dxa"/>
              <w:bottom w:w="55" w:type="dxa"/>
              <w:right w:w="55" w:type="dxa"/>
            </w:tcMar>
          </w:tcPr>
          <w:p w14:paraId="7832F4A1" w14:textId="77777777" w:rsidR="003D6426" w:rsidRDefault="00000000">
            <w:pPr>
              <w:spacing w:after="0" w:line="240" w:lineRule="auto"/>
              <w:rPr>
                <w:rFonts w:hint="eastAsia"/>
              </w:rPr>
            </w:pPr>
            <w:r>
              <w:rPr>
                <w:sz w:val="13"/>
              </w:rPr>
              <w:t>[ ] OK [ ] NO</w:t>
            </w:r>
          </w:p>
        </w:tc>
        <w:tc>
          <w:tcPr>
            <w:tcW w:w="1138" w:type="dxa"/>
            <w:tcMar>
              <w:top w:w="55" w:type="dxa"/>
              <w:left w:w="55" w:type="dxa"/>
              <w:bottom w:w="55" w:type="dxa"/>
              <w:right w:w="55" w:type="dxa"/>
            </w:tcMar>
          </w:tcPr>
          <w:p w14:paraId="55DFCBF5" w14:textId="77777777" w:rsidR="003D6426" w:rsidRDefault="00000000">
            <w:pPr>
              <w:spacing w:after="0" w:line="240" w:lineRule="auto"/>
              <w:rPr>
                <w:rFonts w:hint="eastAsia"/>
              </w:rPr>
            </w:pPr>
            <w:r>
              <w:rPr>
                <w:sz w:val="13"/>
              </w:rPr>
              <w:t>________</w:t>
            </w:r>
          </w:p>
        </w:tc>
        <w:tc>
          <w:tcPr>
            <w:tcW w:w="1138" w:type="dxa"/>
            <w:tcMar>
              <w:top w:w="55" w:type="dxa"/>
              <w:left w:w="55" w:type="dxa"/>
              <w:bottom w:w="55" w:type="dxa"/>
              <w:right w:w="55" w:type="dxa"/>
            </w:tcMar>
          </w:tcPr>
          <w:p w14:paraId="05A05F6F" w14:textId="77777777" w:rsidR="003D6426" w:rsidRDefault="00000000">
            <w:pPr>
              <w:spacing w:after="0" w:line="240" w:lineRule="auto"/>
              <w:rPr>
                <w:rFonts w:hint="eastAsia"/>
              </w:rPr>
            </w:pPr>
            <w:r>
              <w:rPr>
                <w:sz w:val="13"/>
              </w:rPr>
              <w:t>________</w:t>
            </w:r>
          </w:p>
        </w:tc>
      </w:tr>
      <w:tr w:rsidR="003D6426" w14:paraId="1C388A5C" w14:textId="77777777">
        <w:trPr>
          <w:jc w:val="center"/>
        </w:trPr>
        <w:tc>
          <w:tcPr>
            <w:tcW w:w="1190" w:type="dxa"/>
            <w:tcMar>
              <w:top w:w="55" w:type="dxa"/>
              <w:left w:w="55" w:type="dxa"/>
              <w:bottom w:w="55" w:type="dxa"/>
              <w:right w:w="55" w:type="dxa"/>
            </w:tcMar>
          </w:tcPr>
          <w:p w14:paraId="7F03BEB9" w14:textId="77777777" w:rsidR="003D6426" w:rsidRDefault="00000000">
            <w:pPr>
              <w:spacing w:after="0" w:line="240" w:lineRule="auto"/>
              <w:rPr>
                <w:rFonts w:hint="eastAsia"/>
              </w:rPr>
            </w:pPr>
            <w:r>
              <w:rPr>
                <w:sz w:val="13"/>
              </w:rPr>
              <w:t>____/____/______</w:t>
            </w:r>
          </w:p>
        </w:tc>
        <w:tc>
          <w:tcPr>
            <w:tcW w:w="828" w:type="dxa"/>
            <w:tcMar>
              <w:top w:w="55" w:type="dxa"/>
              <w:left w:w="55" w:type="dxa"/>
              <w:bottom w:w="55" w:type="dxa"/>
              <w:right w:w="55" w:type="dxa"/>
            </w:tcMar>
          </w:tcPr>
          <w:p w14:paraId="4DB8B512" w14:textId="77777777" w:rsidR="003D6426" w:rsidRDefault="00000000">
            <w:pPr>
              <w:spacing w:after="0" w:line="240" w:lineRule="auto"/>
              <w:rPr>
                <w:rFonts w:hint="eastAsia"/>
              </w:rPr>
            </w:pPr>
            <w:r>
              <w:rPr>
                <w:sz w:val="13"/>
              </w:rPr>
              <w:t>____:____</w:t>
            </w:r>
          </w:p>
        </w:tc>
        <w:tc>
          <w:tcPr>
            <w:tcW w:w="1552" w:type="dxa"/>
            <w:tcMar>
              <w:top w:w="55" w:type="dxa"/>
              <w:left w:w="55" w:type="dxa"/>
              <w:bottom w:w="55" w:type="dxa"/>
              <w:right w:w="55" w:type="dxa"/>
            </w:tcMar>
          </w:tcPr>
          <w:p w14:paraId="420742BD" w14:textId="77777777" w:rsidR="003D6426" w:rsidRDefault="00000000">
            <w:pPr>
              <w:spacing w:after="0" w:line="240" w:lineRule="auto"/>
              <w:rPr>
                <w:rFonts w:hint="eastAsia"/>
              </w:rPr>
            </w:pPr>
            <w:r>
              <w:rPr>
                <w:sz w:val="13"/>
              </w:rPr>
              <w:t>________</w:t>
            </w:r>
          </w:p>
        </w:tc>
        <w:tc>
          <w:tcPr>
            <w:tcW w:w="724" w:type="dxa"/>
            <w:tcMar>
              <w:top w:w="55" w:type="dxa"/>
              <w:left w:w="55" w:type="dxa"/>
              <w:bottom w:w="55" w:type="dxa"/>
              <w:right w:w="55" w:type="dxa"/>
            </w:tcMar>
          </w:tcPr>
          <w:p w14:paraId="2B982647" w14:textId="77777777" w:rsidR="003D6426" w:rsidRDefault="00000000">
            <w:pPr>
              <w:spacing w:after="0" w:line="240" w:lineRule="auto"/>
              <w:rPr>
                <w:rFonts w:hint="eastAsia"/>
              </w:rPr>
            </w:pPr>
            <w:r>
              <w:rPr>
                <w:sz w:val="13"/>
              </w:rPr>
              <w:t>____</w:t>
            </w:r>
          </w:p>
        </w:tc>
        <w:tc>
          <w:tcPr>
            <w:tcW w:w="724" w:type="dxa"/>
            <w:tcMar>
              <w:top w:w="55" w:type="dxa"/>
              <w:left w:w="55" w:type="dxa"/>
              <w:bottom w:w="55" w:type="dxa"/>
              <w:right w:w="55" w:type="dxa"/>
            </w:tcMar>
          </w:tcPr>
          <w:p w14:paraId="07012E90" w14:textId="77777777" w:rsidR="003D6426" w:rsidRDefault="00000000">
            <w:pPr>
              <w:spacing w:after="0" w:line="240" w:lineRule="auto"/>
              <w:rPr>
                <w:rFonts w:hint="eastAsia"/>
              </w:rPr>
            </w:pPr>
            <w:r>
              <w:rPr>
                <w:sz w:val="13"/>
              </w:rPr>
              <w:t>____</w:t>
            </w:r>
          </w:p>
        </w:tc>
        <w:tc>
          <w:tcPr>
            <w:tcW w:w="1552" w:type="dxa"/>
            <w:tcMar>
              <w:top w:w="55" w:type="dxa"/>
              <w:left w:w="55" w:type="dxa"/>
              <w:bottom w:w="55" w:type="dxa"/>
              <w:right w:w="55" w:type="dxa"/>
            </w:tcMar>
          </w:tcPr>
          <w:p w14:paraId="536409B3" w14:textId="77777777" w:rsidR="003D6426" w:rsidRDefault="00000000">
            <w:pPr>
              <w:spacing w:after="0" w:line="240" w:lineRule="auto"/>
              <w:rPr>
                <w:rFonts w:hint="eastAsia"/>
              </w:rPr>
            </w:pPr>
            <w:r>
              <w:rPr>
                <w:sz w:val="13"/>
              </w:rPr>
              <w:t>________</w:t>
            </w:r>
          </w:p>
        </w:tc>
        <w:tc>
          <w:tcPr>
            <w:tcW w:w="1242" w:type="dxa"/>
            <w:tcMar>
              <w:top w:w="55" w:type="dxa"/>
              <w:left w:w="55" w:type="dxa"/>
              <w:bottom w:w="55" w:type="dxa"/>
              <w:right w:w="55" w:type="dxa"/>
            </w:tcMar>
          </w:tcPr>
          <w:p w14:paraId="3FD50B7E" w14:textId="77777777" w:rsidR="003D6426" w:rsidRDefault="00000000">
            <w:pPr>
              <w:spacing w:after="0" w:line="240" w:lineRule="auto"/>
              <w:rPr>
                <w:rFonts w:hint="eastAsia"/>
              </w:rPr>
            </w:pPr>
            <w:r>
              <w:rPr>
                <w:sz w:val="13"/>
              </w:rPr>
              <w:t>[ ] OK [ ] NO</w:t>
            </w:r>
          </w:p>
        </w:tc>
        <w:tc>
          <w:tcPr>
            <w:tcW w:w="1138" w:type="dxa"/>
            <w:tcMar>
              <w:top w:w="55" w:type="dxa"/>
              <w:left w:w="55" w:type="dxa"/>
              <w:bottom w:w="55" w:type="dxa"/>
              <w:right w:w="55" w:type="dxa"/>
            </w:tcMar>
          </w:tcPr>
          <w:p w14:paraId="6B26B717" w14:textId="77777777" w:rsidR="003D6426" w:rsidRDefault="00000000">
            <w:pPr>
              <w:spacing w:after="0" w:line="240" w:lineRule="auto"/>
              <w:rPr>
                <w:rFonts w:hint="eastAsia"/>
              </w:rPr>
            </w:pPr>
            <w:r>
              <w:rPr>
                <w:sz w:val="13"/>
              </w:rPr>
              <w:t>________</w:t>
            </w:r>
          </w:p>
        </w:tc>
        <w:tc>
          <w:tcPr>
            <w:tcW w:w="1138" w:type="dxa"/>
            <w:tcMar>
              <w:top w:w="55" w:type="dxa"/>
              <w:left w:w="55" w:type="dxa"/>
              <w:bottom w:w="55" w:type="dxa"/>
              <w:right w:w="55" w:type="dxa"/>
            </w:tcMar>
          </w:tcPr>
          <w:p w14:paraId="474AD0C9" w14:textId="77777777" w:rsidR="003D6426" w:rsidRDefault="00000000">
            <w:pPr>
              <w:spacing w:after="0" w:line="240" w:lineRule="auto"/>
              <w:rPr>
                <w:rFonts w:hint="eastAsia"/>
              </w:rPr>
            </w:pPr>
            <w:r>
              <w:rPr>
                <w:sz w:val="13"/>
              </w:rPr>
              <w:t>________</w:t>
            </w:r>
          </w:p>
        </w:tc>
      </w:tr>
      <w:tr w:rsidR="003D6426" w14:paraId="78C57819" w14:textId="77777777">
        <w:trPr>
          <w:jc w:val="center"/>
        </w:trPr>
        <w:tc>
          <w:tcPr>
            <w:tcW w:w="1190" w:type="dxa"/>
            <w:tcMar>
              <w:top w:w="55" w:type="dxa"/>
              <w:left w:w="55" w:type="dxa"/>
              <w:bottom w:w="55" w:type="dxa"/>
              <w:right w:w="55" w:type="dxa"/>
            </w:tcMar>
          </w:tcPr>
          <w:p w14:paraId="4020AF02" w14:textId="77777777" w:rsidR="003D6426" w:rsidRDefault="00000000">
            <w:pPr>
              <w:spacing w:after="0" w:line="240" w:lineRule="auto"/>
              <w:rPr>
                <w:rFonts w:hint="eastAsia"/>
              </w:rPr>
            </w:pPr>
            <w:r>
              <w:rPr>
                <w:sz w:val="13"/>
              </w:rPr>
              <w:t>____/____/______</w:t>
            </w:r>
          </w:p>
        </w:tc>
        <w:tc>
          <w:tcPr>
            <w:tcW w:w="828" w:type="dxa"/>
            <w:tcMar>
              <w:top w:w="55" w:type="dxa"/>
              <w:left w:w="55" w:type="dxa"/>
              <w:bottom w:w="55" w:type="dxa"/>
              <w:right w:w="55" w:type="dxa"/>
            </w:tcMar>
          </w:tcPr>
          <w:p w14:paraId="40E6B36C" w14:textId="77777777" w:rsidR="003D6426" w:rsidRDefault="00000000">
            <w:pPr>
              <w:spacing w:after="0" w:line="240" w:lineRule="auto"/>
              <w:rPr>
                <w:rFonts w:hint="eastAsia"/>
              </w:rPr>
            </w:pPr>
            <w:r>
              <w:rPr>
                <w:sz w:val="13"/>
              </w:rPr>
              <w:t>____:____</w:t>
            </w:r>
          </w:p>
        </w:tc>
        <w:tc>
          <w:tcPr>
            <w:tcW w:w="1552" w:type="dxa"/>
            <w:tcMar>
              <w:top w:w="55" w:type="dxa"/>
              <w:left w:w="55" w:type="dxa"/>
              <w:bottom w:w="55" w:type="dxa"/>
              <w:right w:w="55" w:type="dxa"/>
            </w:tcMar>
          </w:tcPr>
          <w:p w14:paraId="6D7E0BF3" w14:textId="77777777" w:rsidR="003D6426" w:rsidRDefault="00000000">
            <w:pPr>
              <w:spacing w:after="0" w:line="240" w:lineRule="auto"/>
              <w:rPr>
                <w:rFonts w:hint="eastAsia"/>
              </w:rPr>
            </w:pPr>
            <w:r>
              <w:rPr>
                <w:sz w:val="13"/>
              </w:rPr>
              <w:t>________</w:t>
            </w:r>
          </w:p>
        </w:tc>
        <w:tc>
          <w:tcPr>
            <w:tcW w:w="724" w:type="dxa"/>
            <w:tcMar>
              <w:top w:w="55" w:type="dxa"/>
              <w:left w:w="55" w:type="dxa"/>
              <w:bottom w:w="55" w:type="dxa"/>
              <w:right w:w="55" w:type="dxa"/>
            </w:tcMar>
          </w:tcPr>
          <w:p w14:paraId="179D61B1" w14:textId="77777777" w:rsidR="003D6426" w:rsidRDefault="00000000">
            <w:pPr>
              <w:spacing w:after="0" w:line="240" w:lineRule="auto"/>
              <w:rPr>
                <w:rFonts w:hint="eastAsia"/>
              </w:rPr>
            </w:pPr>
            <w:r>
              <w:rPr>
                <w:sz w:val="13"/>
              </w:rPr>
              <w:t>____</w:t>
            </w:r>
          </w:p>
        </w:tc>
        <w:tc>
          <w:tcPr>
            <w:tcW w:w="724" w:type="dxa"/>
            <w:tcMar>
              <w:top w:w="55" w:type="dxa"/>
              <w:left w:w="55" w:type="dxa"/>
              <w:bottom w:w="55" w:type="dxa"/>
              <w:right w:w="55" w:type="dxa"/>
            </w:tcMar>
          </w:tcPr>
          <w:p w14:paraId="0BB972E2" w14:textId="77777777" w:rsidR="003D6426" w:rsidRDefault="00000000">
            <w:pPr>
              <w:spacing w:after="0" w:line="240" w:lineRule="auto"/>
              <w:rPr>
                <w:rFonts w:hint="eastAsia"/>
              </w:rPr>
            </w:pPr>
            <w:r>
              <w:rPr>
                <w:sz w:val="13"/>
              </w:rPr>
              <w:t>____</w:t>
            </w:r>
          </w:p>
        </w:tc>
        <w:tc>
          <w:tcPr>
            <w:tcW w:w="1552" w:type="dxa"/>
            <w:tcMar>
              <w:top w:w="55" w:type="dxa"/>
              <w:left w:w="55" w:type="dxa"/>
              <w:bottom w:w="55" w:type="dxa"/>
              <w:right w:w="55" w:type="dxa"/>
            </w:tcMar>
          </w:tcPr>
          <w:p w14:paraId="647908B0" w14:textId="77777777" w:rsidR="003D6426" w:rsidRDefault="00000000">
            <w:pPr>
              <w:spacing w:after="0" w:line="240" w:lineRule="auto"/>
              <w:rPr>
                <w:rFonts w:hint="eastAsia"/>
              </w:rPr>
            </w:pPr>
            <w:r>
              <w:rPr>
                <w:sz w:val="13"/>
              </w:rPr>
              <w:t>________</w:t>
            </w:r>
          </w:p>
        </w:tc>
        <w:tc>
          <w:tcPr>
            <w:tcW w:w="1242" w:type="dxa"/>
            <w:tcMar>
              <w:top w:w="55" w:type="dxa"/>
              <w:left w:w="55" w:type="dxa"/>
              <w:bottom w:w="55" w:type="dxa"/>
              <w:right w:w="55" w:type="dxa"/>
            </w:tcMar>
          </w:tcPr>
          <w:p w14:paraId="124F37CF" w14:textId="77777777" w:rsidR="003D6426" w:rsidRDefault="00000000">
            <w:pPr>
              <w:spacing w:after="0" w:line="240" w:lineRule="auto"/>
              <w:rPr>
                <w:rFonts w:hint="eastAsia"/>
              </w:rPr>
            </w:pPr>
            <w:r>
              <w:rPr>
                <w:sz w:val="13"/>
              </w:rPr>
              <w:t>[ ] OK [ ] NO</w:t>
            </w:r>
          </w:p>
        </w:tc>
        <w:tc>
          <w:tcPr>
            <w:tcW w:w="1138" w:type="dxa"/>
            <w:tcMar>
              <w:top w:w="55" w:type="dxa"/>
              <w:left w:w="55" w:type="dxa"/>
              <w:bottom w:w="55" w:type="dxa"/>
              <w:right w:w="55" w:type="dxa"/>
            </w:tcMar>
          </w:tcPr>
          <w:p w14:paraId="041CBAF2" w14:textId="77777777" w:rsidR="003D6426" w:rsidRDefault="00000000">
            <w:pPr>
              <w:spacing w:after="0" w:line="240" w:lineRule="auto"/>
              <w:rPr>
                <w:rFonts w:hint="eastAsia"/>
              </w:rPr>
            </w:pPr>
            <w:r>
              <w:rPr>
                <w:sz w:val="13"/>
              </w:rPr>
              <w:t>________</w:t>
            </w:r>
          </w:p>
        </w:tc>
        <w:tc>
          <w:tcPr>
            <w:tcW w:w="1138" w:type="dxa"/>
            <w:tcMar>
              <w:top w:w="55" w:type="dxa"/>
              <w:left w:w="55" w:type="dxa"/>
              <w:bottom w:w="55" w:type="dxa"/>
              <w:right w:w="55" w:type="dxa"/>
            </w:tcMar>
          </w:tcPr>
          <w:p w14:paraId="5D3C98F9" w14:textId="77777777" w:rsidR="003D6426" w:rsidRDefault="00000000">
            <w:pPr>
              <w:spacing w:after="0" w:line="240" w:lineRule="auto"/>
              <w:rPr>
                <w:rFonts w:hint="eastAsia"/>
              </w:rPr>
            </w:pPr>
            <w:r>
              <w:rPr>
                <w:sz w:val="13"/>
              </w:rPr>
              <w:t>________</w:t>
            </w:r>
          </w:p>
        </w:tc>
      </w:tr>
      <w:tr w:rsidR="003D6426" w14:paraId="1AC1D2BF" w14:textId="77777777">
        <w:trPr>
          <w:jc w:val="center"/>
        </w:trPr>
        <w:tc>
          <w:tcPr>
            <w:tcW w:w="1190" w:type="dxa"/>
            <w:tcMar>
              <w:top w:w="55" w:type="dxa"/>
              <w:left w:w="55" w:type="dxa"/>
              <w:bottom w:w="55" w:type="dxa"/>
              <w:right w:w="55" w:type="dxa"/>
            </w:tcMar>
          </w:tcPr>
          <w:p w14:paraId="4A9D49A6" w14:textId="77777777" w:rsidR="003D6426" w:rsidRDefault="00000000">
            <w:pPr>
              <w:spacing w:after="0" w:line="240" w:lineRule="auto"/>
              <w:rPr>
                <w:rFonts w:hint="eastAsia"/>
              </w:rPr>
            </w:pPr>
            <w:r>
              <w:rPr>
                <w:sz w:val="13"/>
              </w:rPr>
              <w:t>____/____/______</w:t>
            </w:r>
          </w:p>
        </w:tc>
        <w:tc>
          <w:tcPr>
            <w:tcW w:w="828" w:type="dxa"/>
            <w:tcMar>
              <w:top w:w="55" w:type="dxa"/>
              <w:left w:w="55" w:type="dxa"/>
              <w:bottom w:w="55" w:type="dxa"/>
              <w:right w:w="55" w:type="dxa"/>
            </w:tcMar>
          </w:tcPr>
          <w:p w14:paraId="0F1F34CF" w14:textId="77777777" w:rsidR="003D6426" w:rsidRDefault="00000000">
            <w:pPr>
              <w:spacing w:after="0" w:line="240" w:lineRule="auto"/>
              <w:rPr>
                <w:rFonts w:hint="eastAsia"/>
              </w:rPr>
            </w:pPr>
            <w:r>
              <w:rPr>
                <w:sz w:val="13"/>
              </w:rPr>
              <w:t>____:____</w:t>
            </w:r>
          </w:p>
        </w:tc>
        <w:tc>
          <w:tcPr>
            <w:tcW w:w="1552" w:type="dxa"/>
            <w:tcMar>
              <w:top w:w="55" w:type="dxa"/>
              <w:left w:w="55" w:type="dxa"/>
              <w:bottom w:w="55" w:type="dxa"/>
              <w:right w:w="55" w:type="dxa"/>
            </w:tcMar>
          </w:tcPr>
          <w:p w14:paraId="3B3991F6" w14:textId="77777777" w:rsidR="003D6426" w:rsidRDefault="00000000">
            <w:pPr>
              <w:spacing w:after="0" w:line="240" w:lineRule="auto"/>
              <w:rPr>
                <w:rFonts w:hint="eastAsia"/>
              </w:rPr>
            </w:pPr>
            <w:r>
              <w:rPr>
                <w:sz w:val="13"/>
              </w:rPr>
              <w:t>________</w:t>
            </w:r>
          </w:p>
        </w:tc>
        <w:tc>
          <w:tcPr>
            <w:tcW w:w="724" w:type="dxa"/>
            <w:tcMar>
              <w:top w:w="55" w:type="dxa"/>
              <w:left w:w="55" w:type="dxa"/>
              <w:bottom w:w="55" w:type="dxa"/>
              <w:right w:w="55" w:type="dxa"/>
            </w:tcMar>
          </w:tcPr>
          <w:p w14:paraId="2AA15D04" w14:textId="77777777" w:rsidR="003D6426" w:rsidRDefault="00000000">
            <w:pPr>
              <w:spacing w:after="0" w:line="240" w:lineRule="auto"/>
              <w:rPr>
                <w:rFonts w:hint="eastAsia"/>
              </w:rPr>
            </w:pPr>
            <w:r>
              <w:rPr>
                <w:sz w:val="13"/>
              </w:rPr>
              <w:t>____</w:t>
            </w:r>
          </w:p>
        </w:tc>
        <w:tc>
          <w:tcPr>
            <w:tcW w:w="724" w:type="dxa"/>
            <w:tcMar>
              <w:top w:w="55" w:type="dxa"/>
              <w:left w:w="55" w:type="dxa"/>
              <w:bottom w:w="55" w:type="dxa"/>
              <w:right w:w="55" w:type="dxa"/>
            </w:tcMar>
          </w:tcPr>
          <w:p w14:paraId="0B7A2358" w14:textId="77777777" w:rsidR="003D6426" w:rsidRDefault="00000000">
            <w:pPr>
              <w:spacing w:after="0" w:line="240" w:lineRule="auto"/>
              <w:rPr>
                <w:rFonts w:hint="eastAsia"/>
              </w:rPr>
            </w:pPr>
            <w:r>
              <w:rPr>
                <w:sz w:val="13"/>
              </w:rPr>
              <w:t>____</w:t>
            </w:r>
          </w:p>
        </w:tc>
        <w:tc>
          <w:tcPr>
            <w:tcW w:w="1552" w:type="dxa"/>
            <w:tcMar>
              <w:top w:w="55" w:type="dxa"/>
              <w:left w:w="55" w:type="dxa"/>
              <w:bottom w:w="55" w:type="dxa"/>
              <w:right w:w="55" w:type="dxa"/>
            </w:tcMar>
          </w:tcPr>
          <w:p w14:paraId="67AAA5FB" w14:textId="77777777" w:rsidR="003D6426" w:rsidRDefault="00000000">
            <w:pPr>
              <w:spacing w:after="0" w:line="240" w:lineRule="auto"/>
              <w:rPr>
                <w:rFonts w:hint="eastAsia"/>
              </w:rPr>
            </w:pPr>
            <w:r>
              <w:rPr>
                <w:sz w:val="13"/>
              </w:rPr>
              <w:t>________</w:t>
            </w:r>
          </w:p>
        </w:tc>
        <w:tc>
          <w:tcPr>
            <w:tcW w:w="1242" w:type="dxa"/>
            <w:tcMar>
              <w:top w:w="55" w:type="dxa"/>
              <w:left w:w="55" w:type="dxa"/>
              <w:bottom w:w="55" w:type="dxa"/>
              <w:right w:w="55" w:type="dxa"/>
            </w:tcMar>
          </w:tcPr>
          <w:p w14:paraId="18AE852C" w14:textId="77777777" w:rsidR="003D6426" w:rsidRDefault="00000000">
            <w:pPr>
              <w:spacing w:after="0" w:line="240" w:lineRule="auto"/>
              <w:rPr>
                <w:rFonts w:hint="eastAsia"/>
              </w:rPr>
            </w:pPr>
            <w:r>
              <w:rPr>
                <w:sz w:val="13"/>
              </w:rPr>
              <w:t>[ ] OK [ ] NO</w:t>
            </w:r>
          </w:p>
        </w:tc>
        <w:tc>
          <w:tcPr>
            <w:tcW w:w="1138" w:type="dxa"/>
            <w:tcMar>
              <w:top w:w="55" w:type="dxa"/>
              <w:left w:w="55" w:type="dxa"/>
              <w:bottom w:w="55" w:type="dxa"/>
              <w:right w:w="55" w:type="dxa"/>
            </w:tcMar>
          </w:tcPr>
          <w:p w14:paraId="7A37AD8A" w14:textId="77777777" w:rsidR="003D6426" w:rsidRDefault="00000000">
            <w:pPr>
              <w:spacing w:after="0" w:line="240" w:lineRule="auto"/>
              <w:rPr>
                <w:rFonts w:hint="eastAsia"/>
              </w:rPr>
            </w:pPr>
            <w:r>
              <w:rPr>
                <w:sz w:val="13"/>
              </w:rPr>
              <w:t>________</w:t>
            </w:r>
          </w:p>
        </w:tc>
        <w:tc>
          <w:tcPr>
            <w:tcW w:w="1138" w:type="dxa"/>
            <w:tcMar>
              <w:top w:w="55" w:type="dxa"/>
              <w:left w:w="55" w:type="dxa"/>
              <w:bottom w:w="55" w:type="dxa"/>
              <w:right w:w="55" w:type="dxa"/>
            </w:tcMar>
          </w:tcPr>
          <w:p w14:paraId="45098F0E" w14:textId="77777777" w:rsidR="003D6426" w:rsidRDefault="00000000">
            <w:pPr>
              <w:spacing w:after="0" w:line="240" w:lineRule="auto"/>
              <w:rPr>
                <w:rFonts w:hint="eastAsia"/>
              </w:rPr>
            </w:pPr>
            <w:r>
              <w:rPr>
                <w:sz w:val="13"/>
              </w:rPr>
              <w:t>________</w:t>
            </w:r>
          </w:p>
        </w:tc>
      </w:tr>
      <w:tr w:rsidR="003D6426" w14:paraId="1FC98E79" w14:textId="77777777">
        <w:trPr>
          <w:jc w:val="center"/>
        </w:trPr>
        <w:tc>
          <w:tcPr>
            <w:tcW w:w="1190" w:type="dxa"/>
            <w:tcMar>
              <w:top w:w="55" w:type="dxa"/>
              <w:left w:w="55" w:type="dxa"/>
              <w:bottom w:w="55" w:type="dxa"/>
              <w:right w:w="55" w:type="dxa"/>
            </w:tcMar>
          </w:tcPr>
          <w:p w14:paraId="18BEA7E1" w14:textId="77777777" w:rsidR="003D6426" w:rsidRDefault="00000000">
            <w:pPr>
              <w:spacing w:after="0" w:line="240" w:lineRule="auto"/>
              <w:rPr>
                <w:rFonts w:hint="eastAsia"/>
              </w:rPr>
            </w:pPr>
            <w:r>
              <w:rPr>
                <w:sz w:val="13"/>
              </w:rPr>
              <w:t>____/____/______</w:t>
            </w:r>
          </w:p>
        </w:tc>
        <w:tc>
          <w:tcPr>
            <w:tcW w:w="828" w:type="dxa"/>
            <w:tcMar>
              <w:top w:w="55" w:type="dxa"/>
              <w:left w:w="55" w:type="dxa"/>
              <w:bottom w:w="55" w:type="dxa"/>
              <w:right w:w="55" w:type="dxa"/>
            </w:tcMar>
          </w:tcPr>
          <w:p w14:paraId="653B28F2" w14:textId="77777777" w:rsidR="003D6426" w:rsidRDefault="00000000">
            <w:pPr>
              <w:spacing w:after="0" w:line="240" w:lineRule="auto"/>
              <w:rPr>
                <w:rFonts w:hint="eastAsia"/>
              </w:rPr>
            </w:pPr>
            <w:r>
              <w:rPr>
                <w:sz w:val="13"/>
              </w:rPr>
              <w:t>____:____</w:t>
            </w:r>
          </w:p>
        </w:tc>
        <w:tc>
          <w:tcPr>
            <w:tcW w:w="1552" w:type="dxa"/>
            <w:tcMar>
              <w:top w:w="55" w:type="dxa"/>
              <w:left w:w="55" w:type="dxa"/>
              <w:bottom w:w="55" w:type="dxa"/>
              <w:right w:w="55" w:type="dxa"/>
            </w:tcMar>
          </w:tcPr>
          <w:p w14:paraId="299EAD53" w14:textId="77777777" w:rsidR="003D6426" w:rsidRDefault="00000000">
            <w:pPr>
              <w:spacing w:after="0" w:line="240" w:lineRule="auto"/>
              <w:rPr>
                <w:rFonts w:hint="eastAsia"/>
              </w:rPr>
            </w:pPr>
            <w:r>
              <w:rPr>
                <w:sz w:val="13"/>
              </w:rPr>
              <w:t>________</w:t>
            </w:r>
          </w:p>
        </w:tc>
        <w:tc>
          <w:tcPr>
            <w:tcW w:w="724" w:type="dxa"/>
            <w:tcMar>
              <w:top w:w="55" w:type="dxa"/>
              <w:left w:w="55" w:type="dxa"/>
              <w:bottom w:w="55" w:type="dxa"/>
              <w:right w:w="55" w:type="dxa"/>
            </w:tcMar>
          </w:tcPr>
          <w:p w14:paraId="476C01B9" w14:textId="77777777" w:rsidR="003D6426" w:rsidRDefault="00000000">
            <w:pPr>
              <w:spacing w:after="0" w:line="240" w:lineRule="auto"/>
              <w:rPr>
                <w:rFonts w:hint="eastAsia"/>
              </w:rPr>
            </w:pPr>
            <w:r>
              <w:rPr>
                <w:sz w:val="13"/>
              </w:rPr>
              <w:t>____</w:t>
            </w:r>
          </w:p>
        </w:tc>
        <w:tc>
          <w:tcPr>
            <w:tcW w:w="724" w:type="dxa"/>
            <w:tcMar>
              <w:top w:w="55" w:type="dxa"/>
              <w:left w:w="55" w:type="dxa"/>
              <w:bottom w:w="55" w:type="dxa"/>
              <w:right w:w="55" w:type="dxa"/>
            </w:tcMar>
          </w:tcPr>
          <w:p w14:paraId="158AF55E" w14:textId="77777777" w:rsidR="003D6426" w:rsidRDefault="00000000">
            <w:pPr>
              <w:spacing w:after="0" w:line="240" w:lineRule="auto"/>
              <w:rPr>
                <w:rFonts w:hint="eastAsia"/>
              </w:rPr>
            </w:pPr>
            <w:r>
              <w:rPr>
                <w:sz w:val="13"/>
              </w:rPr>
              <w:t>____</w:t>
            </w:r>
          </w:p>
        </w:tc>
        <w:tc>
          <w:tcPr>
            <w:tcW w:w="1552" w:type="dxa"/>
            <w:tcMar>
              <w:top w:w="55" w:type="dxa"/>
              <w:left w:w="55" w:type="dxa"/>
              <w:bottom w:w="55" w:type="dxa"/>
              <w:right w:w="55" w:type="dxa"/>
            </w:tcMar>
          </w:tcPr>
          <w:p w14:paraId="0EF3E4DA" w14:textId="77777777" w:rsidR="003D6426" w:rsidRDefault="00000000">
            <w:pPr>
              <w:spacing w:after="0" w:line="240" w:lineRule="auto"/>
              <w:rPr>
                <w:rFonts w:hint="eastAsia"/>
              </w:rPr>
            </w:pPr>
            <w:r>
              <w:rPr>
                <w:sz w:val="13"/>
              </w:rPr>
              <w:t>________</w:t>
            </w:r>
          </w:p>
        </w:tc>
        <w:tc>
          <w:tcPr>
            <w:tcW w:w="1242" w:type="dxa"/>
            <w:tcMar>
              <w:top w:w="55" w:type="dxa"/>
              <w:left w:w="55" w:type="dxa"/>
              <w:bottom w:w="55" w:type="dxa"/>
              <w:right w:w="55" w:type="dxa"/>
            </w:tcMar>
          </w:tcPr>
          <w:p w14:paraId="3D9F4089" w14:textId="77777777" w:rsidR="003D6426" w:rsidRDefault="00000000">
            <w:pPr>
              <w:spacing w:after="0" w:line="240" w:lineRule="auto"/>
              <w:rPr>
                <w:rFonts w:hint="eastAsia"/>
              </w:rPr>
            </w:pPr>
            <w:r>
              <w:rPr>
                <w:sz w:val="13"/>
              </w:rPr>
              <w:t>[ ] OK [ ] NO</w:t>
            </w:r>
          </w:p>
        </w:tc>
        <w:tc>
          <w:tcPr>
            <w:tcW w:w="1138" w:type="dxa"/>
            <w:tcMar>
              <w:top w:w="55" w:type="dxa"/>
              <w:left w:w="55" w:type="dxa"/>
              <w:bottom w:w="55" w:type="dxa"/>
              <w:right w:w="55" w:type="dxa"/>
            </w:tcMar>
          </w:tcPr>
          <w:p w14:paraId="217B8A3C" w14:textId="77777777" w:rsidR="003D6426" w:rsidRDefault="00000000">
            <w:pPr>
              <w:spacing w:after="0" w:line="240" w:lineRule="auto"/>
              <w:rPr>
                <w:rFonts w:hint="eastAsia"/>
              </w:rPr>
            </w:pPr>
            <w:r>
              <w:rPr>
                <w:sz w:val="13"/>
              </w:rPr>
              <w:t>________</w:t>
            </w:r>
          </w:p>
        </w:tc>
        <w:tc>
          <w:tcPr>
            <w:tcW w:w="1138" w:type="dxa"/>
            <w:tcMar>
              <w:top w:w="55" w:type="dxa"/>
              <w:left w:w="55" w:type="dxa"/>
              <w:bottom w:w="55" w:type="dxa"/>
              <w:right w:w="55" w:type="dxa"/>
            </w:tcMar>
          </w:tcPr>
          <w:p w14:paraId="1B72D7B2" w14:textId="77777777" w:rsidR="003D6426" w:rsidRDefault="00000000">
            <w:pPr>
              <w:spacing w:after="0" w:line="240" w:lineRule="auto"/>
              <w:rPr>
                <w:rFonts w:hint="eastAsia"/>
              </w:rPr>
            </w:pPr>
            <w:r>
              <w:rPr>
                <w:sz w:val="13"/>
              </w:rPr>
              <w:t>________</w:t>
            </w:r>
          </w:p>
        </w:tc>
      </w:tr>
      <w:tr w:rsidR="003D6426" w14:paraId="0149AC31" w14:textId="77777777">
        <w:trPr>
          <w:jc w:val="center"/>
        </w:trPr>
        <w:tc>
          <w:tcPr>
            <w:tcW w:w="1190" w:type="dxa"/>
            <w:tcMar>
              <w:top w:w="55" w:type="dxa"/>
              <w:left w:w="55" w:type="dxa"/>
              <w:bottom w:w="55" w:type="dxa"/>
              <w:right w:w="55" w:type="dxa"/>
            </w:tcMar>
          </w:tcPr>
          <w:p w14:paraId="126B8463" w14:textId="77777777" w:rsidR="003D6426" w:rsidRDefault="00000000">
            <w:pPr>
              <w:spacing w:after="0" w:line="240" w:lineRule="auto"/>
              <w:rPr>
                <w:rFonts w:hint="eastAsia"/>
              </w:rPr>
            </w:pPr>
            <w:r>
              <w:rPr>
                <w:sz w:val="13"/>
              </w:rPr>
              <w:t>____/____/______</w:t>
            </w:r>
          </w:p>
        </w:tc>
        <w:tc>
          <w:tcPr>
            <w:tcW w:w="828" w:type="dxa"/>
            <w:tcMar>
              <w:top w:w="55" w:type="dxa"/>
              <w:left w:w="55" w:type="dxa"/>
              <w:bottom w:w="55" w:type="dxa"/>
              <w:right w:w="55" w:type="dxa"/>
            </w:tcMar>
          </w:tcPr>
          <w:p w14:paraId="41C287EE" w14:textId="77777777" w:rsidR="003D6426" w:rsidRDefault="00000000">
            <w:pPr>
              <w:spacing w:after="0" w:line="240" w:lineRule="auto"/>
              <w:rPr>
                <w:rFonts w:hint="eastAsia"/>
              </w:rPr>
            </w:pPr>
            <w:r>
              <w:rPr>
                <w:sz w:val="13"/>
              </w:rPr>
              <w:t>____:____</w:t>
            </w:r>
          </w:p>
        </w:tc>
        <w:tc>
          <w:tcPr>
            <w:tcW w:w="1552" w:type="dxa"/>
            <w:tcMar>
              <w:top w:w="55" w:type="dxa"/>
              <w:left w:w="55" w:type="dxa"/>
              <w:bottom w:w="55" w:type="dxa"/>
              <w:right w:w="55" w:type="dxa"/>
            </w:tcMar>
          </w:tcPr>
          <w:p w14:paraId="5EE5979E" w14:textId="77777777" w:rsidR="003D6426" w:rsidRDefault="00000000">
            <w:pPr>
              <w:spacing w:after="0" w:line="240" w:lineRule="auto"/>
              <w:rPr>
                <w:rFonts w:hint="eastAsia"/>
              </w:rPr>
            </w:pPr>
            <w:r>
              <w:rPr>
                <w:sz w:val="13"/>
              </w:rPr>
              <w:t>________</w:t>
            </w:r>
          </w:p>
        </w:tc>
        <w:tc>
          <w:tcPr>
            <w:tcW w:w="724" w:type="dxa"/>
            <w:tcMar>
              <w:top w:w="55" w:type="dxa"/>
              <w:left w:w="55" w:type="dxa"/>
              <w:bottom w:w="55" w:type="dxa"/>
              <w:right w:w="55" w:type="dxa"/>
            </w:tcMar>
          </w:tcPr>
          <w:p w14:paraId="28F6604B" w14:textId="77777777" w:rsidR="003D6426" w:rsidRDefault="00000000">
            <w:pPr>
              <w:spacing w:after="0" w:line="240" w:lineRule="auto"/>
              <w:rPr>
                <w:rFonts w:hint="eastAsia"/>
              </w:rPr>
            </w:pPr>
            <w:r>
              <w:rPr>
                <w:sz w:val="13"/>
              </w:rPr>
              <w:t>____</w:t>
            </w:r>
          </w:p>
        </w:tc>
        <w:tc>
          <w:tcPr>
            <w:tcW w:w="724" w:type="dxa"/>
            <w:tcMar>
              <w:top w:w="55" w:type="dxa"/>
              <w:left w:w="55" w:type="dxa"/>
              <w:bottom w:w="55" w:type="dxa"/>
              <w:right w:w="55" w:type="dxa"/>
            </w:tcMar>
          </w:tcPr>
          <w:p w14:paraId="0ED8D333" w14:textId="77777777" w:rsidR="003D6426" w:rsidRDefault="00000000">
            <w:pPr>
              <w:spacing w:after="0" w:line="240" w:lineRule="auto"/>
              <w:rPr>
                <w:rFonts w:hint="eastAsia"/>
              </w:rPr>
            </w:pPr>
            <w:r>
              <w:rPr>
                <w:sz w:val="13"/>
              </w:rPr>
              <w:t>____</w:t>
            </w:r>
          </w:p>
        </w:tc>
        <w:tc>
          <w:tcPr>
            <w:tcW w:w="1552" w:type="dxa"/>
            <w:tcMar>
              <w:top w:w="55" w:type="dxa"/>
              <w:left w:w="55" w:type="dxa"/>
              <w:bottom w:w="55" w:type="dxa"/>
              <w:right w:w="55" w:type="dxa"/>
            </w:tcMar>
          </w:tcPr>
          <w:p w14:paraId="2F2AF69D" w14:textId="77777777" w:rsidR="003D6426" w:rsidRDefault="00000000">
            <w:pPr>
              <w:spacing w:after="0" w:line="240" w:lineRule="auto"/>
              <w:rPr>
                <w:rFonts w:hint="eastAsia"/>
              </w:rPr>
            </w:pPr>
            <w:r>
              <w:rPr>
                <w:sz w:val="13"/>
              </w:rPr>
              <w:t>________</w:t>
            </w:r>
          </w:p>
        </w:tc>
        <w:tc>
          <w:tcPr>
            <w:tcW w:w="1242" w:type="dxa"/>
            <w:tcMar>
              <w:top w:w="55" w:type="dxa"/>
              <w:left w:w="55" w:type="dxa"/>
              <w:bottom w:w="55" w:type="dxa"/>
              <w:right w:w="55" w:type="dxa"/>
            </w:tcMar>
          </w:tcPr>
          <w:p w14:paraId="1E43A986" w14:textId="77777777" w:rsidR="003D6426" w:rsidRDefault="00000000">
            <w:pPr>
              <w:spacing w:after="0" w:line="240" w:lineRule="auto"/>
              <w:rPr>
                <w:rFonts w:hint="eastAsia"/>
              </w:rPr>
            </w:pPr>
            <w:r>
              <w:rPr>
                <w:sz w:val="13"/>
              </w:rPr>
              <w:t>[ ] OK [ ] NO</w:t>
            </w:r>
          </w:p>
        </w:tc>
        <w:tc>
          <w:tcPr>
            <w:tcW w:w="1138" w:type="dxa"/>
            <w:tcMar>
              <w:top w:w="55" w:type="dxa"/>
              <w:left w:w="55" w:type="dxa"/>
              <w:bottom w:w="55" w:type="dxa"/>
              <w:right w:w="55" w:type="dxa"/>
            </w:tcMar>
          </w:tcPr>
          <w:p w14:paraId="24CB2DE8" w14:textId="77777777" w:rsidR="003D6426" w:rsidRDefault="00000000">
            <w:pPr>
              <w:spacing w:after="0" w:line="240" w:lineRule="auto"/>
              <w:rPr>
                <w:rFonts w:hint="eastAsia"/>
              </w:rPr>
            </w:pPr>
            <w:r>
              <w:rPr>
                <w:sz w:val="13"/>
              </w:rPr>
              <w:t>________</w:t>
            </w:r>
          </w:p>
        </w:tc>
        <w:tc>
          <w:tcPr>
            <w:tcW w:w="1138" w:type="dxa"/>
            <w:tcMar>
              <w:top w:w="55" w:type="dxa"/>
              <w:left w:w="55" w:type="dxa"/>
              <w:bottom w:w="55" w:type="dxa"/>
              <w:right w:w="55" w:type="dxa"/>
            </w:tcMar>
          </w:tcPr>
          <w:p w14:paraId="21ACE7E9" w14:textId="77777777" w:rsidR="003D6426" w:rsidRDefault="00000000">
            <w:pPr>
              <w:spacing w:after="0" w:line="240" w:lineRule="auto"/>
              <w:rPr>
                <w:rFonts w:hint="eastAsia"/>
              </w:rPr>
            </w:pPr>
            <w:r>
              <w:rPr>
                <w:sz w:val="13"/>
              </w:rPr>
              <w:t>________</w:t>
            </w:r>
          </w:p>
        </w:tc>
      </w:tr>
    </w:tbl>
    <w:p w14:paraId="025F7F6A" w14:textId="77777777" w:rsidR="003D6426" w:rsidRDefault="00000000">
      <w:pPr>
        <w:pStyle w:val="Nota"/>
        <w:rPr>
          <w:rFonts w:hint="eastAsia"/>
        </w:rPr>
      </w:pPr>
      <w:r>
        <w:t>In caso di misura non conforme o allarme, interrompere l'attività, evacuare se necessario, informare il preposto e registrare l'evento nel permesso e nel registro anomalie.</w:t>
      </w:r>
    </w:p>
    <w:p w14:paraId="24A7AE0C" w14:textId="77777777" w:rsidR="003D6426" w:rsidRDefault="00000000">
      <w:pPr>
        <w:rPr>
          <w:rFonts w:hint="eastAsia"/>
        </w:rPr>
      </w:pPr>
      <w:r>
        <w:br w:type="page"/>
      </w:r>
    </w:p>
    <w:p w14:paraId="4FCCCB99" w14:textId="77777777" w:rsidR="003D6426" w:rsidRDefault="00000000">
      <w:pPr>
        <w:pStyle w:val="Titolo1"/>
      </w:pPr>
      <w:r>
        <w:t>ALLEGATO H - Piano ventilazione e bonifica</w:t>
      </w:r>
    </w:p>
    <w:p w14:paraId="7EAB97D7" w14:textId="77777777" w:rsidR="003D6426" w:rsidRDefault="00000000">
      <w:pPr>
        <w:pStyle w:val="TableTitle"/>
        <w:rPr>
          <w:rFonts w:hint="eastAsia"/>
        </w:rPr>
      </w:pPr>
      <w:r>
        <w:t>Piano tecnico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333ADDE9" w14:textId="77777777">
        <w:trPr>
          <w:jc w:val="center"/>
        </w:trPr>
        <w:tc>
          <w:tcPr>
            <w:tcW w:w="2691" w:type="dxa"/>
            <w:shd w:val="clear" w:color="auto" w:fill="F2F2F2"/>
            <w:tcMar>
              <w:top w:w="55" w:type="dxa"/>
              <w:left w:w="55" w:type="dxa"/>
              <w:bottom w:w="55" w:type="dxa"/>
              <w:right w:w="55" w:type="dxa"/>
            </w:tcMar>
          </w:tcPr>
          <w:p w14:paraId="17ED00CE" w14:textId="77777777" w:rsidR="003D6426" w:rsidRDefault="00000000">
            <w:pPr>
              <w:spacing w:after="0" w:line="240" w:lineRule="auto"/>
              <w:rPr>
                <w:rFonts w:hint="eastAsia"/>
              </w:rPr>
            </w:pPr>
            <w:r>
              <w:rPr>
                <w:b/>
                <w:sz w:val="16"/>
              </w:rPr>
              <w:t>Ambiente</w:t>
            </w:r>
          </w:p>
        </w:tc>
        <w:tc>
          <w:tcPr>
            <w:tcW w:w="7401" w:type="dxa"/>
            <w:tcMar>
              <w:top w:w="55" w:type="dxa"/>
              <w:left w:w="55" w:type="dxa"/>
              <w:bottom w:w="55" w:type="dxa"/>
              <w:right w:w="55" w:type="dxa"/>
            </w:tcMar>
          </w:tcPr>
          <w:p w14:paraId="7A448F50" w14:textId="77777777" w:rsidR="003D6426" w:rsidRDefault="00000000">
            <w:pPr>
              <w:spacing w:after="0" w:line="240" w:lineRule="auto"/>
              <w:rPr>
                <w:rFonts w:hint="eastAsia"/>
              </w:rPr>
            </w:pPr>
            <w:r>
              <w:rPr>
                <w:sz w:val="16"/>
              </w:rPr>
              <w:t>ID ACSI: ________  Volume stimato: ________ m3  Configurazione: ________________________________</w:t>
            </w:r>
          </w:p>
        </w:tc>
      </w:tr>
      <w:tr w:rsidR="003D6426" w14:paraId="4E991F2E" w14:textId="77777777">
        <w:trPr>
          <w:jc w:val="center"/>
        </w:trPr>
        <w:tc>
          <w:tcPr>
            <w:tcW w:w="2691" w:type="dxa"/>
            <w:shd w:val="clear" w:color="auto" w:fill="F2F2F2"/>
            <w:tcMar>
              <w:top w:w="55" w:type="dxa"/>
              <w:left w:w="55" w:type="dxa"/>
              <w:bottom w:w="55" w:type="dxa"/>
              <w:right w:w="55" w:type="dxa"/>
            </w:tcMar>
          </w:tcPr>
          <w:p w14:paraId="745FF235" w14:textId="77777777" w:rsidR="003D6426" w:rsidRDefault="00000000">
            <w:pPr>
              <w:spacing w:after="0" w:line="240" w:lineRule="auto"/>
              <w:rPr>
                <w:rFonts w:hint="eastAsia"/>
              </w:rPr>
            </w:pPr>
            <w:r>
              <w:rPr>
                <w:b/>
                <w:sz w:val="16"/>
              </w:rPr>
              <w:t>Motivo ventilazione/bonifica</w:t>
            </w:r>
          </w:p>
        </w:tc>
        <w:tc>
          <w:tcPr>
            <w:tcW w:w="7401" w:type="dxa"/>
            <w:tcMar>
              <w:top w:w="55" w:type="dxa"/>
              <w:left w:w="55" w:type="dxa"/>
              <w:bottom w:w="55" w:type="dxa"/>
              <w:right w:w="55" w:type="dxa"/>
            </w:tcMar>
          </w:tcPr>
          <w:p w14:paraId="1FDBCECC" w14:textId="77777777" w:rsidR="003D6426" w:rsidRDefault="00000000">
            <w:pPr>
              <w:spacing w:after="0" w:line="240" w:lineRule="auto"/>
              <w:rPr>
                <w:rFonts w:hint="eastAsia"/>
              </w:rPr>
            </w:pPr>
            <w:r>
              <w:rPr>
                <w:sz w:val="16"/>
              </w:rPr>
              <w:t>[ ] rimozione residui  [ ] diluizione gas/vapori  [ ] mantenimento respirabilità  [ ] controllo LEL  [ ] altro: ________</w:t>
            </w:r>
          </w:p>
        </w:tc>
      </w:tr>
      <w:tr w:rsidR="003D6426" w14:paraId="5FA8FF43" w14:textId="77777777">
        <w:trPr>
          <w:jc w:val="center"/>
        </w:trPr>
        <w:tc>
          <w:tcPr>
            <w:tcW w:w="2691" w:type="dxa"/>
            <w:shd w:val="clear" w:color="auto" w:fill="F2F2F2"/>
            <w:tcMar>
              <w:top w:w="55" w:type="dxa"/>
              <w:left w:w="55" w:type="dxa"/>
              <w:bottom w:w="55" w:type="dxa"/>
              <w:right w:w="55" w:type="dxa"/>
            </w:tcMar>
          </w:tcPr>
          <w:p w14:paraId="634E14F4" w14:textId="77777777" w:rsidR="003D6426" w:rsidRDefault="00000000">
            <w:pPr>
              <w:spacing w:after="0" w:line="240" w:lineRule="auto"/>
              <w:rPr>
                <w:rFonts w:hint="eastAsia"/>
              </w:rPr>
            </w:pPr>
            <w:r>
              <w:rPr>
                <w:b/>
                <w:sz w:val="16"/>
              </w:rPr>
              <w:t>Bonifica prevista</w:t>
            </w:r>
          </w:p>
        </w:tc>
        <w:tc>
          <w:tcPr>
            <w:tcW w:w="7401" w:type="dxa"/>
            <w:tcMar>
              <w:top w:w="55" w:type="dxa"/>
              <w:left w:w="55" w:type="dxa"/>
              <w:bottom w:w="55" w:type="dxa"/>
              <w:right w:w="55" w:type="dxa"/>
            </w:tcMar>
          </w:tcPr>
          <w:p w14:paraId="4586CE66" w14:textId="77777777" w:rsidR="003D6426" w:rsidRDefault="00000000">
            <w:pPr>
              <w:spacing w:after="0" w:line="240" w:lineRule="auto"/>
              <w:rPr>
                <w:rFonts w:hint="eastAsia"/>
              </w:rPr>
            </w:pPr>
            <w:r>
              <w:rPr>
                <w:sz w:val="16"/>
              </w:rPr>
              <w:t>[ ] svuotamento  [ ] lavaggio  [ ] aspirazione  [ ] asportazione meccanica  [ ] inertizzazione controllata  [ ] non prevista</w:t>
            </w:r>
          </w:p>
        </w:tc>
      </w:tr>
      <w:tr w:rsidR="003D6426" w14:paraId="3002A176" w14:textId="77777777">
        <w:trPr>
          <w:jc w:val="center"/>
        </w:trPr>
        <w:tc>
          <w:tcPr>
            <w:tcW w:w="2691" w:type="dxa"/>
            <w:shd w:val="clear" w:color="auto" w:fill="F2F2F2"/>
            <w:tcMar>
              <w:top w:w="55" w:type="dxa"/>
              <w:left w:w="55" w:type="dxa"/>
              <w:bottom w:w="55" w:type="dxa"/>
              <w:right w:w="55" w:type="dxa"/>
            </w:tcMar>
          </w:tcPr>
          <w:p w14:paraId="71558FDE" w14:textId="77777777" w:rsidR="003D6426" w:rsidRDefault="00000000">
            <w:pPr>
              <w:spacing w:after="0" w:line="240" w:lineRule="auto"/>
              <w:rPr>
                <w:rFonts w:hint="eastAsia"/>
              </w:rPr>
            </w:pPr>
            <w:r>
              <w:rPr>
                <w:b/>
                <w:sz w:val="16"/>
              </w:rPr>
              <w:t>Sistemi ventilazione</w:t>
            </w:r>
          </w:p>
        </w:tc>
        <w:tc>
          <w:tcPr>
            <w:tcW w:w="7401" w:type="dxa"/>
            <w:tcMar>
              <w:top w:w="55" w:type="dxa"/>
              <w:left w:w="55" w:type="dxa"/>
              <w:bottom w:w="55" w:type="dxa"/>
              <w:right w:w="55" w:type="dxa"/>
            </w:tcMar>
          </w:tcPr>
          <w:p w14:paraId="7A7D3261" w14:textId="77777777" w:rsidR="003D6426" w:rsidRDefault="00000000">
            <w:pPr>
              <w:spacing w:after="0" w:line="240" w:lineRule="auto"/>
              <w:rPr>
                <w:rFonts w:hint="eastAsia"/>
              </w:rPr>
            </w:pPr>
            <w:r>
              <w:rPr>
                <w:sz w:val="16"/>
              </w:rPr>
              <w:t>Tipo: __________________  Portata: ________  Alimentazione: ________  Compatibilità ATEX: [ ] SI [ ] NO [ ] N.A.</w:t>
            </w:r>
          </w:p>
        </w:tc>
      </w:tr>
      <w:tr w:rsidR="003D6426" w14:paraId="6B493E2E" w14:textId="77777777">
        <w:trPr>
          <w:jc w:val="center"/>
        </w:trPr>
        <w:tc>
          <w:tcPr>
            <w:tcW w:w="2691" w:type="dxa"/>
            <w:shd w:val="clear" w:color="auto" w:fill="F2F2F2"/>
            <w:tcMar>
              <w:top w:w="55" w:type="dxa"/>
              <w:left w:w="55" w:type="dxa"/>
              <w:bottom w:w="55" w:type="dxa"/>
              <w:right w:w="55" w:type="dxa"/>
            </w:tcMar>
          </w:tcPr>
          <w:p w14:paraId="6FF8E6D5" w14:textId="77777777" w:rsidR="003D6426" w:rsidRDefault="00000000">
            <w:pPr>
              <w:spacing w:after="0" w:line="240" w:lineRule="auto"/>
              <w:rPr>
                <w:rFonts w:hint="eastAsia"/>
              </w:rPr>
            </w:pPr>
            <w:r>
              <w:rPr>
                <w:b/>
                <w:sz w:val="16"/>
              </w:rPr>
              <w:t>Posizione immissione</w:t>
            </w:r>
          </w:p>
        </w:tc>
        <w:tc>
          <w:tcPr>
            <w:tcW w:w="7401" w:type="dxa"/>
            <w:tcMar>
              <w:top w:w="55" w:type="dxa"/>
              <w:left w:w="55" w:type="dxa"/>
              <w:bottom w:w="55" w:type="dxa"/>
              <w:right w:w="55" w:type="dxa"/>
            </w:tcMar>
          </w:tcPr>
          <w:p w14:paraId="3ABC77B5" w14:textId="77777777" w:rsidR="003D6426" w:rsidRDefault="00000000">
            <w:pPr>
              <w:spacing w:after="0" w:line="240" w:lineRule="auto"/>
              <w:rPr>
                <w:rFonts w:hint="eastAsia"/>
              </w:rPr>
            </w:pPr>
            <w:r>
              <w:rPr>
                <w:sz w:val="16"/>
              </w:rPr>
              <w:t>____________________________________________________________</w:t>
            </w:r>
          </w:p>
        </w:tc>
      </w:tr>
      <w:tr w:rsidR="003D6426" w14:paraId="3F27DC57" w14:textId="77777777">
        <w:trPr>
          <w:jc w:val="center"/>
        </w:trPr>
        <w:tc>
          <w:tcPr>
            <w:tcW w:w="2691" w:type="dxa"/>
            <w:shd w:val="clear" w:color="auto" w:fill="F2F2F2"/>
            <w:tcMar>
              <w:top w:w="55" w:type="dxa"/>
              <w:left w:w="55" w:type="dxa"/>
              <w:bottom w:w="55" w:type="dxa"/>
              <w:right w:w="55" w:type="dxa"/>
            </w:tcMar>
          </w:tcPr>
          <w:p w14:paraId="73E36C56" w14:textId="77777777" w:rsidR="003D6426" w:rsidRDefault="00000000">
            <w:pPr>
              <w:spacing w:after="0" w:line="240" w:lineRule="auto"/>
              <w:rPr>
                <w:rFonts w:hint="eastAsia"/>
              </w:rPr>
            </w:pPr>
            <w:r>
              <w:rPr>
                <w:b/>
                <w:sz w:val="16"/>
              </w:rPr>
              <w:t>Posizione estrazione</w:t>
            </w:r>
          </w:p>
        </w:tc>
        <w:tc>
          <w:tcPr>
            <w:tcW w:w="7401" w:type="dxa"/>
            <w:tcMar>
              <w:top w:w="55" w:type="dxa"/>
              <w:left w:w="55" w:type="dxa"/>
              <w:bottom w:w="55" w:type="dxa"/>
              <w:right w:w="55" w:type="dxa"/>
            </w:tcMar>
          </w:tcPr>
          <w:p w14:paraId="76C0025F" w14:textId="77777777" w:rsidR="003D6426" w:rsidRDefault="00000000">
            <w:pPr>
              <w:spacing w:after="0" w:line="240" w:lineRule="auto"/>
              <w:rPr>
                <w:rFonts w:hint="eastAsia"/>
              </w:rPr>
            </w:pPr>
            <w:r>
              <w:rPr>
                <w:sz w:val="16"/>
              </w:rPr>
              <w:t>____________________________________________________________</w:t>
            </w:r>
          </w:p>
        </w:tc>
      </w:tr>
      <w:tr w:rsidR="003D6426" w14:paraId="1CE127D8" w14:textId="77777777">
        <w:trPr>
          <w:jc w:val="center"/>
        </w:trPr>
        <w:tc>
          <w:tcPr>
            <w:tcW w:w="2691" w:type="dxa"/>
            <w:shd w:val="clear" w:color="auto" w:fill="F2F2F2"/>
            <w:tcMar>
              <w:top w:w="55" w:type="dxa"/>
              <w:left w:w="55" w:type="dxa"/>
              <w:bottom w:w="55" w:type="dxa"/>
              <w:right w:w="55" w:type="dxa"/>
            </w:tcMar>
          </w:tcPr>
          <w:p w14:paraId="773CC9BF" w14:textId="77777777" w:rsidR="003D6426" w:rsidRDefault="00000000">
            <w:pPr>
              <w:spacing w:after="0" w:line="240" w:lineRule="auto"/>
              <w:rPr>
                <w:rFonts w:hint="eastAsia"/>
              </w:rPr>
            </w:pPr>
            <w:r>
              <w:rPr>
                <w:b/>
                <w:sz w:val="16"/>
              </w:rPr>
              <w:t>Aria di prelievo</w:t>
            </w:r>
          </w:p>
        </w:tc>
        <w:tc>
          <w:tcPr>
            <w:tcW w:w="7401" w:type="dxa"/>
            <w:tcMar>
              <w:top w:w="55" w:type="dxa"/>
              <w:left w:w="55" w:type="dxa"/>
              <w:bottom w:w="55" w:type="dxa"/>
              <w:right w:w="55" w:type="dxa"/>
            </w:tcMar>
          </w:tcPr>
          <w:p w14:paraId="7214A3E9" w14:textId="77777777" w:rsidR="003D6426" w:rsidRDefault="00000000">
            <w:pPr>
              <w:spacing w:after="0" w:line="240" w:lineRule="auto"/>
              <w:rPr>
                <w:rFonts w:hint="eastAsia"/>
              </w:rPr>
            </w:pPr>
            <w:r>
              <w:rPr>
                <w:sz w:val="16"/>
              </w:rPr>
              <w:t>[ ] aria pulita verificata  [ ] area esterna controllata  [ ] rischio contaminazione escluso</w:t>
            </w:r>
          </w:p>
        </w:tc>
      </w:tr>
      <w:tr w:rsidR="003D6426" w14:paraId="50FEE6F3" w14:textId="77777777">
        <w:trPr>
          <w:jc w:val="center"/>
        </w:trPr>
        <w:tc>
          <w:tcPr>
            <w:tcW w:w="2691" w:type="dxa"/>
            <w:shd w:val="clear" w:color="auto" w:fill="F2F2F2"/>
            <w:tcMar>
              <w:top w:w="55" w:type="dxa"/>
              <w:left w:w="55" w:type="dxa"/>
              <w:bottom w:w="55" w:type="dxa"/>
              <w:right w:w="55" w:type="dxa"/>
            </w:tcMar>
          </w:tcPr>
          <w:p w14:paraId="04C2493D" w14:textId="77777777" w:rsidR="003D6426" w:rsidRDefault="00000000">
            <w:pPr>
              <w:spacing w:after="0" w:line="240" w:lineRule="auto"/>
              <w:rPr>
                <w:rFonts w:hint="eastAsia"/>
              </w:rPr>
            </w:pPr>
            <w:r>
              <w:rPr>
                <w:b/>
                <w:sz w:val="16"/>
              </w:rPr>
              <w:t>Durata prima ingresso</w:t>
            </w:r>
          </w:p>
        </w:tc>
        <w:tc>
          <w:tcPr>
            <w:tcW w:w="7401" w:type="dxa"/>
            <w:tcMar>
              <w:top w:w="55" w:type="dxa"/>
              <w:left w:w="55" w:type="dxa"/>
              <w:bottom w:w="55" w:type="dxa"/>
              <w:right w:w="55" w:type="dxa"/>
            </w:tcMar>
          </w:tcPr>
          <w:p w14:paraId="2C804C61" w14:textId="77777777" w:rsidR="003D6426" w:rsidRDefault="00000000">
            <w:pPr>
              <w:spacing w:after="0" w:line="240" w:lineRule="auto"/>
              <w:rPr>
                <w:rFonts w:hint="eastAsia"/>
              </w:rPr>
            </w:pPr>
            <w:r>
              <w:rPr>
                <w:sz w:val="16"/>
              </w:rPr>
              <w:t>________ minuti/ore prima dell'accesso o fino a misure conformi</w:t>
            </w:r>
          </w:p>
        </w:tc>
      </w:tr>
      <w:tr w:rsidR="003D6426" w14:paraId="29EEF5B4" w14:textId="77777777">
        <w:trPr>
          <w:jc w:val="center"/>
        </w:trPr>
        <w:tc>
          <w:tcPr>
            <w:tcW w:w="2691" w:type="dxa"/>
            <w:shd w:val="clear" w:color="auto" w:fill="F2F2F2"/>
            <w:tcMar>
              <w:top w:w="55" w:type="dxa"/>
              <w:left w:w="55" w:type="dxa"/>
              <w:bottom w:w="55" w:type="dxa"/>
              <w:right w:w="55" w:type="dxa"/>
            </w:tcMar>
          </w:tcPr>
          <w:p w14:paraId="5DEEDD94" w14:textId="77777777" w:rsidR="003D6426" w:rsidRDefault="00000000">
            <w:pPr>
              <w:spacing w:after="0" w:line="240" w:lineRule="auto"/>
              <w:rPr>
                <w:rFonts w:hint="eastAsia"/>
              </w:rPr>
            </w:pPr>
            <w:r>
              <w:rPr>
                <w:b/>
                <w:sz w:val="16"/>
              </w:rPr>
              <w:t>Ventilazione durante lavoro</w:t>
            </w:r>
          </w:p>
        </w:tc>
        <w:tc>
          <w:tcPr>
            <w:tcW w:w="7401" w:type="dxa"/>
            <w:tcMar>
              <w:top w:w="55" w:type="dxa"/>
              <w:left w:w="55" w:type="dxa"/>
              <w:bottom w:w="55" w:type="dxa"/>
              <w:right w:w="55" w:type="dxa"/>
            </w:tcMar>
          </w:tcPr>
          <w:p w14:paraId="2FB766C9" w14:textId="77777777" w:rsidR="003D6426" w:rsidRDefault="00000000">
            <w:pPr>
              <w:spacing w:after="0" w:line="240" w:lineRule="auto"/>
              <w:rPr>
                <w:rFonts w:hint="eastAsia"/>
              </w:rPr>
            </w:pPr>
            <w:r>
              <w:rPr>
                <w:sz w:val="16"/>
              </w:rPr>
              <w:t>[ ] continua  [ ] intermittente  [ ] non necessaria dopo bonifica  Condizione di stop in caso guasto: [ ] SI</w:t>
            </w:r>
          </w:p>
        </w:tc>
      </w:tr>
    </w:tbl>
    <w:p w14:paraId="4F54B535" w14:textId="77777777" w:rsidR="003D6426" w:rsidRDefault="00000000">
      <w:pPr>
        <w:pStyle w:val="TableTitle"/>
        <w:rPr>
          <w:rFonts w:hint="eastAsia"/>
        </w:rPr>
      </w:pPr>
      <w:r>
        <w:t>Check-list ventilazione e bonifica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
        <w:gridCol w:w="4717"/>
        <w:gridCol w:w="1481"/>
        <w:gridCol w:w="2413"/>
        <w:gridCol w:w="1097"/>
      </w:tblGrid>
      <w:tr w:rsidR="003D6426" w14:paraId="15F04258" w14:textId="77777777">
        <w:trPr>
          <w:tblHeader/>
          <w:jc w:val="center"/>
        </w:trPr>
        <w:tc>
          <w:tcPr>
            <w:tcW w:w="488" w:type="dxa"/>
            <w:shd w:val="clear" w:color="auto" w:fill="D9EAF7"/>
            <w:tcMar>
              <w:top w:w="55" w:type="dxa"/>
              <w:left w:w="55" w:type="dxa"/>
              <w:bottom w:w="55" w:type="dxa"/>
              <w:right w:w="55" w:type="dxa"/>
            </w:tcMar>
            <w:vAlign w:val="center"/>
          </w:tcPr>
          <w:p w14:paraId="7FB8A2A5" w14:textId="77777777" w:rsidR="003D6426" w:rsidRDefault="00000000">
            <w:pPr>
              <w:spacing w:after="0" w:line="240" w:lineRule="auto"/>
              <w:jc w:val="center"/>
              <w:rPr>
                <w:rFonts w:hint="eastAsia"/>
              </w:rPr>
            </w:pPr>
            <w:r>
              <w:rPr>
                <w:b/>
                <w:sz w:val="15"/>
              </w:rPr>
              <w:t>N.</w:t>
            </w:r>
          </w:p>
        </w:tc>
        <w:tc>
          <w:tcPr>
            <w:tcW w:w="4666" w:type="dxa"/>
            <w:shd w:val="clear" w:color="auto" w:fill="D9EAF7"/>
            <w:tcMar>
              <w:top w:w="55" w:type="dxa"/>
              <w:left w:w="55" w:type="dxa"/>
              <w:bottom w:w="55" w:type="dxa"/>
              <w:right w:w="55" w:type="dxa"/>
            </w:tcMar>
            <w:vAlign w:val="center"/>
          </w:tcPr>
          <w:p w14:paraId="69447F76" w14:textId="77777777" w:rsidR="003D6426" w:rsidRDefault="00000000">
            <w:pPr>
              <w:spacing w:after="0" w:line="240" w:lineRule="auto"/>
              <w:jc w:val="center"/>
              <w:rPr>
                <w:rFonts w:hint="eastAsia"/>
              </w:rPr>
            </w:pPr>
            <w:r>
              <w:rPr>
                <w:b/>
                <w:sz w:val="15"/>
              </w:rPr>
              <w:t>Verifica/azione</w:t>
            </w:r>
          </w:p>
        </w:tc>
        <w:tc>
          <w:tcPr>
            <w:tcW w:w="1465" w:type="dxa"/>
            <w:shd w:val="clear" w:color="auto" w:fill="D9EAF7"/>
            <w:tcMar>
              <w:top w:w="55" w:type="dxa"/>
              <w:left w:w="55" w:type="dxa"/>
              <w:bottom w:w="55" w:type="dxa"/>
              <w:right w:w="55" w:type="dxa"/>
            </w:tcMar>
            <w:vAlign w:val="center"/>
          </w:tcPr>
          <w:p w14:paraId="03DAC4E3" w14:textId="77777777" w:rsidR="003D6426" w:rsidRDefault="00000000">
            <w:pPr>
              <w:spacing w:after="0" w:line="240" w:lineRule="auto"/>
              <w:jc w:val="center"/>
              <w:rPr>
                <w:rFonts w:hint="eastAsia"/>
              </w:rPr>
            </w:pPr>
            <w:r>
              <w:rPr>
                <w:b/>
                <w:sz w:val="15"/>
              </w:rPr>
              <w:t>Esito</w:t>
            </w:r>
          </w:p>
        </w:tc>
        <w:tc>
          <w:tcPr>
            <w:tcW w:w="2387" w:type="dxa"/>
            <w:shd w:val="clear" w:color="auto" w:fill="D9EAF7"/>
            <w:tcMar>
              <w:top w:w="55" w:type="dxa"/>
              <w:left w:w="55" w:type="dxa"/>
              <w:bottom w:w="55" w:type="dxa"/>
              <w:right w:w="55" w:type="dxa"/>
            </w:tcMar>
            <w:vAlign w:val="center"/>
          </w:tcPr>
          <w:p w14:paraId="7ABFE4F8" w14:textId="77777777" w:rsidR="003D6426" w:rsidRDefault="00000000">
            <w:pPr>
              <w:spacing w:after="0" w:line="240" w:lineRule="auto"/>
              <w:jc w:val="center"/>
              <w:rPr>
                <w:rFonts w:hint="eastAsia"/>
              </w:rPr>
            </w:pPr>
            <w:r>
              <w:rPr>
                <w:b/>
                <w:sz w:val="15"/>
              </w:rPr>
              <w:t>Evidenza o riferimento</w:t>
            </w:r>
          </w:p>
        </w:tc>
        <w:tc>
          <w:tcPr>
            <w:tcW w:w="1085" w:type="dxa"/>
            <w:shd w:val="clear" w:color="auto" w:fill="D9EAF7"/>
            <w:tcMar>
              <w:top w:w="55" w:type="dxa"/>
              <w:left w:w="55" w:type="dxa"/>
              <w:bottom w:w="55" w:type="dxa"/>
              <w:right w:w="55" w:type="dxa"/>
            </w:tcMar>
            <w:vAlign w:val="center"/>
          </w:tcPr>
          <w:p w14:paraId="2EBFFA40" w14:textId="77777777" w:rsidR="003D6426" w:rsidRDefault="00000000">
            <w:pPr>
              <w:spacing w:after="0" w:line="240" w:lineRule="auto"/>
              <w:jc w:val="center"/>
              <w:rPr>
                <w:rFonts w:hint="eastAsia"/>
              </w:rPr>
            </w:pPr>
            <w:r>
              <w:rPr>
                <w:b/>
                <w:sz w:val="15"/>
              </w:rPr>
              <w:t>Firma</w:t>
            </w:r>
          </w:p>
        </w:tc>
      </w:tr>
      <w:tr w:rsidR="003D6426" w14:paraId="66EFC3F2" w14:textId="77777777">
        <w:trPr>
          <w:jc w:val="center"/>
        </w:trPr>
        <w:tc>
          <w:tcPr>
            <w:tcW w:w="488" w:type="dxa"/>
            <w:tcMar>
              <w:top w:w="55" w:type="dxa"/>
              <w:left w:w="55" w:type="dxa"/>
              <w:bottom w:w="55" w:type="dxa"/>
              <w:right w:w="55" w:type="dxa"/>
            </w:tcMar>
          </w:tcPr>
          <w:p w14:paraId="3D2DDC52" w14:textId="77777777" w:rsidR="003D6426" w:rsidRDefault="00000000">
            <w:pPr>
              <w:spacing w:after="0" w:line="240" w:lineRule="auto"/>
              <w:rPr>
                <w:rFonts w:hint="eastAsia"/>
              </w:rPr>
            </w:pPr>
            <w:r>
              <w:rPr>
                <w:sz w:val="15"/>
              </w:rPr>
              <w:t>1</w:t>
            </w:r>
          </w:p>
        </w:tc>
        <w:tc>
          <w:tcPr>
            <w:tcW w:w="4666" w:type="dxa"/>
            <w:tcMar>
              <w:top w:w="55" w:type="dxa"/>
              <w:left w:w="55" w:type="dxa"/>
              <w:bottom w:w="55" w:type="dxa"/>
              <w:right w:w="55" w:type="dxa"/>
            </w:tcMar>
          </w:tcPr>
          <w:p w14:paraId="236A1207" w14:textId="77777777" w:rsidR="003D6426" w:rsidRDefault="00000000">
            <w:pPr>
              <w:spacing w:after="0" w:line="240" w:lineRule="auto"/>
              <w:rPr>
                <w:rFonts w:hint="eastAsia"/>
              </w:rPr>
            </w:pPr>
            <w:r>
              <w:rPr>
                <w:sz w:val="15"/>
              </w:rPr>
              <w:t>Residui rimossi o messi in sicurezza.</w:t>
            </w:r>
          </w:p>
        </w:tc>
        <w:tc>
          <w:tcPr>
            <w:tcW w:w="1465" w:type="dxa"/>
            <w:tcMar>
              <w:top w:w="55" w:type="dxa"/>
              <w:left w:w="55" w:type="dxa"/>
              <w:bottom w:w="55" w:type="dxa"/>
              <w:right w:w="55" w:type="dxa"/>
            </w:tcMar>
          </w:tcPr>
          <w:p w14:paraId="37426106"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890EBCA"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AB2583C" w14:textId="77777777" w:rsidR="003D6426" w:rsidRDefault="003D6426">
            <w:pPr>
              <w:spacing w:after="0" w:line="240" w:lineRule="auto"/>
              <w:rPr>
                <w:rFonts w:hint="eastAsia"/>
              </w:rPr>
            </w:pPr>
          </w:p>
        </w:tc>
      </w:tr>
      <w:tr w:rsidR="003D6426" w14:paraId="54FF86F0" w14:textId="77777777">
        <w:trPr>
          <w:jc w:val="center"/>
        </w:trPr>
        <w:tc>
          <w:tcPr>
            <w:tcW w:w="488" w:type="dxa"/>
            <w:tcMar>
              <w:top w:w="55" w:type="dxa"/>
              <w:left w:w="55" w:type="dxa"/>
              <w:bottom w:w="55" w:type="dxa"/>
              <w:right w:w="55" w:type="dxa"/>
            </w:tcMar>
          </w:tcPr>
          <w:p w14:paraId="173D0610" w14:textId="77777777" w:rsidR="003D6426" w:rsidRDefault="00000000">
            <w:pPr>
              <w:spacing w:after="0" w:line="240" w:lineRule="auto"/>
              <w:rPr>
                <w:rFonts w:hint="eastAsia"/>
              </w:rPr>
            </w:pPr>
            <w:r>
              <w:rPr>
                <w:sz w:val="15"/>
              </w:rPr>
              <w:t>2</w:t>
            </w:r>
          </w:p>
        </w:tc>
        <w:tc>
          <w:tcPr>
            <w:tcW w:w="4666" w:type="dxa"/>
            <w:tcMar>
              <w:top w:w="55" w:type="dxa"/>
              <w:left w:w="55" w:type="dxa"/>
              <w:bottom w:w="55" w:type="dxa"/>
              <w:right w:w="55" w:type="dxa"/>
            </w:tcMar>
          </w:tcPr>
          <w:p w14:paraId="1B1E63EA" w14:textId="77777777" w:rsidR="003D6426" w:rsidRDefault="00000000">
            <w:pPr>
              <w:spacing w:after="0" w:line="240" w:lineRule="auto"/>
              <w:rPr>
                <w:rFonts w:hint="eastAsia"/>
              </w:rPr>
            </w:pPr>
            <w:r>
              <w:rPr>
                <w:sz w:val="15"/>
              </w:rPr>
              <w:t>Scarichi e reflui isolati o controllati.</w:t>
            </w:r>
          </w:p>
        </w:tc>
        <w:tc>
          <w:tcPr>
            <w:tcW w:w="1465" w:type="dxa"/>
            <w:tcMar>
              <w:top w:w="55" w:type="dxa"/>
              <w:left w:w="55" w:type="dxa"/>
              <w:bottom w:w="55" w:type="dxa"/>
              <w:right w:w="55" w:type="dxa"/>
            </w:tcMar>
          </w:tcPr>
          <w:p w14:paraId="77EBC226"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2A842A36"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2B541D94" w14:textId="77777777" w:rsidR="003D6426" w:rsidRDefault="003D6426">
            <w:pPr>
              <w:spacing w:after="0" w:line="240" w:lineRule="auto"/>
              <w:rPr>
                <w:rFonts w:hint="eastAsia"/>
              </w:rPr>
            </w:pPr>
          </w:p>
        </w:tc>
      </w:tr>
      <w:tr w:rsidR="003D6426" w14:paraId="3D5E0333" w14:textId="77777777">
        <w:trPr>
          <w:jc w:val="center"/>
        </w:trPr>
        <w:tc>
          <w:tcPr>
            <w:tcW w:w="488" w:type="dxa"/>
            <w:tcMar>
              <w:top w:w="55" w:type="dxa"/>
              <w:left w:w="55" w:type="dxa"/>
              <w:bottom w:w="55" w:type="dxa"/>
              <w:right w:w="55" w:type="dxa"/>
            </w:tcMar>
          </w:tcPr>
          <w:p w14:paraId="69E88CA9" w14:textId="77777777" w:rsidR="003D6426" w:rsidRDefault="00000000">
            <w:pPr>
              <w:spacing w:after="0" w:line="240" w:lineRule="auto"/>
              <w:rPr>
                <w:rFonts w:hint="eastAsia"/>
              </w:rPr>
            </w:pPr>
            <w:r>
              <w:rPr>
                <w:sz w:val="15"/>
              </w:rPr>
              <w:t>3</w:t>
            </w:r>
          </w:p>
        </w:tc>
        <w:tc>
          <w:tcPr>
            <w:tcW w:w="4666" w:type="dxa"/>
            <w:tcMar>
              <w:top w:w="55" w:type="dxa"/>
              <w:left w:w="55" w:type="dxa"/>
              <w:bottom w:w="55" w:type="dxa"/>
              <w:right w:w="55" w:type="dxa"/>
            </w:tcMar>
          </w:tcPr>
          <w:p w14:paraId="196929AE" w14:textId="77777777" w:rsidR="003D6426" w:rsidRDefault="00000000">
            <w:pPr>
              <w:spacing w:after="0" w:line="240" w:lineRule="auto"/>
              <w:rPr>
                <w:rFonts w:hint="eastAsia"/>
              </w:rPr>
            </w:pPr>
            <w:r>
              <w:rPr>
                <w:sz w:val="15"/>
              </w:rPr>
              <w:t>Ventilatore posizionato stabilmente e protetto.</w:t>
            </w:r>
          </w:p>
        </w:tc>
        <w:tc>
          <w:tcPr>
            <w:tcW w:w="1465" w:type="dxa"/>
            <w:tcMar>
              <w:top w:w="55" w:type="dxa"/>
              <w:left w:w="55" w:type="dxa"/>
              <w:bottom w:w="55" w:type="dxa"/>
              <w:right w:w="55" w:type="dxa"/>
            </w:tcMar>
          </w:tcPr>
          <w:p w14:paraId="7270BC78"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9FB33A3"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4F8F1B8" w14:textId="77777777" w:rsidR="003D6426" w:rsidRDefault="003D6426">
            <w:pPr>
              <w:spacing w:after="0" w:line="240" w:lineRule="auto"/>
              <w:rPr>
                <w:rFonts w:hint="eastAsia"/>
              </w:rPr>
            </w:pPr>
          </w:p>
        </w:tc>
      </w:tr>
      <w:tr w:rsidR="003D6426" w14:paraId="4014EDF4" w14:textId="77777777">
        <w:trPr>
          <w:jc w:val="center"/>
        </w:trPr>
        <w:tc>
          <w:tcPr>
            <w:tcW w:w="488" w:type="dxa"/>
            <w:tcMar>
              <w:top w:w="55" w:type="dxa"/>
              <w:left w:w="55" w:type="dxa"/>
              <w:bottom w:w="55" w:type="dxa"/>
              <w:right w:w="55" w:type="dxa"/>
            </w:tcMar>
          </w:tcPr>
          <w:p w14:paraId="5AAD8FD2" w14:textId="77777777" w:rsidR="003D6426" w:rsidRDefault="00000000">
            <w:pPr>
              <w:spacing w:after="0" w:line="240" w:lineRule="auto"/>
              <w:rPr>
                <w:rFonts w:hint="eastAsia"/>
              </w:rPr>
            </w:pPr>
            <w:r>
              <w:rPr>
                <w:sz w:val="15"/>
              </w:rPr>
              <w:t>4</w:t>
            </w:r>
          </w:p>
        </w:tc>
        <w:tc>
          <w:tcPr>
            <w:tcW w:w="4666" w:type="dxa"/>
            <w:tcMar>
              <w:top w:w="55" w:type="dxa"/>
              <w:left w:w="55" w:type="dxa"/>
              <w:bottom w:w="55" w:type="dxa"/>
              <w:right w:w="55" w:type="dxa"/>
            </w:tcMar>
          </w:tcPr>
          <w:p w14:paraId="4F735264" w14:textId="77777777" w:rsidR="003D6426" w:rsidRDefault="00000000">
            <w:pPr>
              <w:spacing w:after="0" w:line="240" w:lineRule="auto"/>
              <w:rPr>
                <w:rFonts w:hint="eastAsia"/>
              </w:rPr>
            </w:pPr>
            <w:r>
              <w:rPr>
                <w:sz w:val="15"/>
              </w:rPr>
              <w:t>Tubazioni fissate e non interferenti con accesso/recupero.</w:t>
            </w:r>
          </w:p>
        </w:tc>
        <w:tc>
          <w:tcPr>
            <w:tcW w:w="1465" w:type="dxa"/>
            <w:tcMar>
              <w:top w:w="55" w:type="dxa"/>
              <w:left w:w="55" w:type="dxa"/>
              <w:bottom w:w="55" w:type="dxa"/>
              <w:right w:w="55" w:type="dxa"/>
            </w:tcMar>
          </w:tcPr>
          <w:p w14:paraId="162C9DC6"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8AD676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F65D122" w14:textId="77777777" w:rsidR="003D6426" w:rsidRDefault="003D6426">
            <w:pPr>
              <w:spacing w:after="0" w:line="240" w:lineRule="auto"/>
              <w:rPr>
                <w:rFonts w:hint="eastAsia"/>
              </w:rPr>
            </w:pPr>
          </w:p>
        </w:tc>
      </w:tr>
      <w:tr w:rsidR="003D6426" w14:paraId="213A22DE" w14:textId="77777777">
        <w:trPr>
          <w:jc w:val="center"/>
        </w:trPr>
        <w:tc>
          <w:tcPr>
            <w:tcW w:w="488" w:type="dxa"/>
            <w:tcMar>
              <w:top w:w="55" w:type="dxa"/>
              <w:left w:w="55" w:type="dxa"/>
              <w:bottom w:w="55" w:type="dxa"/>
              <w:right w:w="55" w:type="dxa"/>
            </w:tcMar>
          </w:tcPr>
          <w:p w14:paraId="7DF972FE" w14:textId="77777777" w:rsidR="003D6426" w:rsidRDefault="00000000">
            <w:pPr>
              <w:spacing w:after="0" w:line="240" w:lineRule="auto"/>
              <w:rPr>
                <w:rFonts w:hint="eastAsia"/>
              </w:rPr>
            </w:pPr>
            <w:r>
              <w:rPr>
                <w:sz w:val="15"/>
              </w:rPr>
              <w:t>5</w:t>
            </w:r>
          </w:p>
        </w:tc>
        <w:tc>
          <w:tcPr>
            <w:tcW w:w="4666" w:type="dxa"/>
            <w:tcMar>
              <w:top w:w="55" w:type="dxa"/>
              <w:left w:w="55" w:type="dxa"/>
              <w:bottom w:w="55" w:type="dxa"/>
              <w:right w:w="55" w:type="dxa"/>
            </w:tcMar>
          </w:tcPr>
          <w:p w14:paraId="65BD73CE" w14:textId="77777777" w:rsidR="003D6426" w:rsidRDefault="00000000">
            <w:pPr>
              <w:spacing w:after="0" w:line="240" w:lineRule="auto"/>
              <w:rPr>
                <w:rFonts w:hint="eastAsia"/>
              </w:rPr>
            </w:pPr>
            <w:r>
              <w:rPr>
                <w:sz w:val="15"/>
              </w:rPr>
              <w:t>Punti morti e stratificazioni valutati.</w:t>
            </w:r>
          </w:p>
        </w:tc>
        <w:tc>
          <w:tcPr>
            <w:tcW w:w="1465" w:type="dxa"/>
            <w:tcMar>
              <w:top w:w="55" w:type="dxa"/>
              <w:left w:w="55" w:type="dxa"/>
              <w:bottom w:w="55" w:type="dxa"/>
              <w:right w:w="55" w:type="dxa"/>
            </w:tcMar>
          </w:tcPr>
          <w:p w14:paraId="301097A7"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796B824"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C22E1B8" w14:textId="77777777" w:rsidR="003D6426" w:rsidRDefault="003D6426">
            <w:pPr>
              <w:spacing w:after="0" w:line="240" w:lineRule="auto"/>
              <w:rPr>
                <w:rFonts w:hint="eastAsia"/>
              </w:rPr>
            </w:pPr>
          </w:p>
        </w:tc>
      </w:tr>
      <w:tr w:rsidR="003D6426" w14:paraId="07E9FC49" w14:textId="77777777">
        <w:trPr>
          <w:jc w:val="center"/>
        </w:trPr>
        <w:tc>
          <w:tcPr>
            <w:tcW w:w="488" w:type="dxa"/>
            <w:tcMar>
              <w:top w:w="55" w:type="dxa"/>
              <w:left w:w="55" w:type="dxa"/>
              <w:bottom w:w="55" w:type="dxa"/>
              <w:right w:w="55" w:type="dxa"/>
            </w:tcMar>
          </w:tcPr>
          <w:p w14:paraId="4E585C04" w14:textId="77777777" w:rsidR="003D6426" w:rsidRDefault="00000000">
            <w:pPr>
              <w:spacing w:after="0" w:line="240" w:lineRule="auto"/>
              <w:rPr>
                <w:rFonts w:hint="eastAsia"/>
              </w:rPr>
            </w:pPr>
            <w:r>
              <w:rPr>
                <w:sz w:val="15"/>
              </w:rPr>
              <w:t>6</w:t>
            </w:r>
          </w:p>
        </w:tc>
        <w:tc>
          <w:tcPr>
            <w:tcW w:w="4666" w:type="dxa"/>
            <w:tcMar>
              <w:top w:w="55" w:type="dxa"/>
              <w:left w:w="55" w:type="dxa"/>
              <w:bottom w:w="55" w:type="dxa"/>
              <w:right w:w="55" w:type="dxa"/>
            </w:tcMar>
          </w:tcPr>
          <w:p w14:paraId="2ECED63A" w14:textId="77777777" w:rsidR="003D6426" w:rsidRDefault="00000000">
            <w:pPr>
              <w:spacing w:after="0" w:line="240" w:lineRule="auto"/>
              <w:rPr>
                <w:rFonts w:hint="eastAsia"/>
              </w:rPr>
            </w:pPr>
            <w:r>
              <w:rPr>
                <w:sz w:val="15"/>
              </w:rPr>
              <w:t>Flusso d'aria verificato prima dell'ingresso.</w:t>
            </w:r>
          </w:p>
        </w:tc>
        <w:tc>
          <w:tcPr>
            <w:tcW w:w="1465" w:type="dxa"/>
            <w:tcMar>
              <w:top w:w="55" w:type="dxa"/>
              <w:left w:w="55" w:type="dxa"/>
              <w:bottom w:w="55" w:type="dxa"/>
              <w:right w:w="55" w:type="dxa"/>
            </w:tcMar>
          </w:tcPr>
          <w:p w14:paraId="4FFD4191"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1C930F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5E694787" w14:textId="77777777" w:rsidR="003D6426" w:rsidRDefault="003D6426">
            <w:pPr>
              <w:spacing w:after="0" w:line="240" w:lineRule="auto"/>
              <w:rPr>
                <w:rFonts w:hint="eastAsia"/>
              </w:rPr>
            </w:pPr>
          </w:p>
        </w:tc>
      </w:tr>
      <w:tr w:rsidR="003D6426" w14:paraId="05FA69C0" w14:textId="77777777">
        <w:trPr>
          <w:jc w:val="center"/>
        </w:trPr>
        <w:tc>
          <w:tcPr>
            <w:tcW w:w="488" w:type="dxa"/>
            <w:tcMar>
              <w:top w:w="55" w:type="dxa"/>
              <w:left w:w="55" w:type="dxa"/>
              <w:bottom w:w="55" w:type="dxa"/>
              <w:right w:w="55" w:type="dxa"/>
            </w:tcMar>
          </w:tcPr>
          <w:p w14:paraId="368021C3" w14:textId="77777777" w:rsidR="003D6426" w:rsidRDefault="00000000">
            <w:pPr>
              <w:spacing w:after="0" w:line="240" w:lineRule="auto"/>
              <w:rPr>
                <w:rFonts w:hint="eastAsia"/>
              </w:rPr>
            </w:pPr>
            <w:r>
              <w:rPr>
                <w:sz w:val="15"/>
              </w:rPr>
              <w:t>7</w:t>
            </w:r>
          </w:p>
        </w:tc>
        <w:tc>
          <w:tcPr>
            <w:tcW w:w="4666" w:type="dxa"/>
            <w:tcMar>
              <w:top w:w="55" w:type="dxa"/>
              <w:left w:w="55" w:type="dxa"/>
              <w:bottom w:w="55" w:type="dxa"/>
              <w:right w:w="55" w:type="dxa"/>
            </w:tcMar>
          </w:tcPr>
          <w:p w14:paraId="6C9BF3E1" w14:textId="77777777" w:rsidR="003D6426" w:rsidRDefault="00000000">
            <w:pPr>
              <w:spacing w:after="0" w:line="240" w:lineRule="auto"/>
              <w:rPr>
                <w:rFonts w:hint="eastAsia"/>
              </w:rPr>
            </w:pPr>
            <w:r>
              <w:rPr>
                <w:sz w:val="15"/>
              </w:rPr>
              <w:t>Rumore e microclima indotti dalla ventilazione valutati.</w:t>
            </w:r>
          </w:p>
        </w:tc>
        <w:tc>
          <w:tcPr>
            <w:tcW w:w="1465" w:type="dxa"/>
            <w:tcMar>
              <w:top w:w="55" w:type="dxa"/>
              <w:left w:w="55" w:type="dxa"/>
              <w:bottom w:w="55" w:type="dxa"/>
              <w:right w:w="55" w:type="dxa"/>
            </w:tcMar>
          </w:tcPr>
          <w:p w14:paraId="35E7E7DD"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CB6DD22"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2E4E1EA5" w14:textId="77777777" w:rsidR="003D6426" w:rsidRDefault="003D6426">
            <w:pPr>
              <w:spacing w:after="0" w:line="240" w:lineRule="auto"/>
              <w:rPr>
                <w:rFonts w:hint="eastAsia"/>
              </w:rPr>
            </w:pPr>
          </w:p>
        </w:tc>
      </w:tr>
      <w:tr w:rsidR="003D6426" w14:paraId="09171BEE" w14:textId="77777777">
        <w:trPr>
          <w:jc w:val="center"/>
        </w:trPr>
        <w:tc>
          <w:tcPr>
            <w:tcW w:w="488" w:type="dxa"/>
            <w:tcMar>
              <w:top w:w="55" w:type="dxa"/>
              <w:left w:w="55" w:type="dxa"/>
              <w:bottom w:w="55" w:type="dxa"/>
              <w:right w:w="55" w:type="dxa"/>
            </w:tcMar>
          </w:tcPr>
          <w:p w14:paraId="72B79B00" w14:textId="77777777" w:rsidR="003D6426" w:rsidRDefault="00000000">
            <w:pPr>
              <w:spacing w:after="0" w:line="240" w:lineRule="auto"/>
              <w:rPr>
                <w:rFonts w:hint="eastAsia"/>
              </w:rPr>
            </w:pPr>
            <w:r>
              <w:rPr>
                <w:sz w:val="15"/>
              </w:rPr>
              <w:t>8</w:t>
            </w:r>
          </w:p>
        </w:tc>
        <w:tc>
          <w:tcPr>
            <w:tcW w:w="4666" w:type="dxa"/>
            <w:tcMar>
              <w:top w:w="55" w:type="dxa"/>
              <w:left w:w="55" w:type="dxa"/>
              <w:bottom w:w="55" w:type="dxa"/>
              <w:right w:w="55" w:type="dxa"/>
            </w:tcMar>
          </w:tcPr>
          <w:p w14:paraId="08C24E4F" w14:textId="77777777" w:rsidR="003D6426" w:rsidRDefault="00000000">
            <w:pPr>
              <w:spacing w:after="0" w:line="240" w:lineRule="auto"/>
              <w:rPr>
                <w:rFonts w:hint="eastAsia"/>
              </w:rPr>
            </w:pPr>
            <w:r>
              <w:rPr>
                <w:sz w:val="15"/>
              </w:rPr>
              <w:t>Monitoraggio atmosferico conferma efficacia ventilazione.</w:t>
            </w:r>
          </w:p>
        </w:tc>
        <w:tc>
          <w:tcPr>
            <w:tcW w:w="1465" w:type="dxa"/>
            <w:tcMar>
              <w:top w:w="55" w:type="dxa"/>
              <w:left w:w="55" w:type="dxa"/>
              <w:bottom w:w="55" w:type="dxa"/>
              <w:right w:w="55" w:type="dxa"/>
            </w:tcMar>
          </w:tcPr>
          <w:p w14:paraId="2142D131"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B6009E3"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4E680F13" w14:textId="77777777" w:rsidR="003D6426" w:rsidRDefault="003D6426">
            <w:pPr>
              <w:spacing w:after="0" w:line="240" w:lineRule="auto"/>
              <w:rPr>
                <w:rFonts w:hint="eastAsia"/>
              </w:rPr>
            </w:pPr>
          </w:p>
        </w:tc>
      </w:tr>
      <w:tr w:rsidR="003D6426" w14:paraId="67926FA6" w14:textId="77777777">
        <w:trPr>
          <w:jc w:val="center"/>
        </w:trPr>
        <w:tc>
          <w:tcPr>
            <w:tcW w:w="488" w:type="dxa"/>
            <w:tcMar>
              <w:top w:w="55" w:type="dxa"/>
              <w:left w:w="55" w:type="dxa"/>
              <w:bottom w:w="55" w:type="dxa"/>
              <w:right w:w="55" w:type="dxa"/>
            </w:tcMar>
          </w:tcPr>
          <w:p w14:paraId="56972CA3" w14:textId="77777777" w:rsidR="003D6426" w:rsidRDefault="00000000">
            <w:pPr>
              <w:spacing w:after="0" w:line="240" w:lineRule="auto"/>
              <w:rPr>
                <w:rFonts w:hint="eastAsia"/>
              </w:rPr>
            </w:pPr>
            <w:r>
              <w:rPr>
                <w:sz w:val="15"/>
              </w:rPr>
              <w:t>9</w:t>
            </w:r>
          </w:p>
        </w:tc>
        <w:tc>
          <w:tcPr>
            <w:tcW w:w="4666" w:type="dxa"/>
            <w:tcMar>
              <w:top w:w="55" w:type="dxa"/>
              <w:left w:w="55" w:type="dxa"/>
              <w:bottom w:w="55" w:type="dxa"/>
              <w:right w:w="55" w:type="dxa"/>
            </w:tcMar>
          </w:tcPr>
          <w:p w14:paraId="00984561" w14:textId="77777777" w:rsidR="003D6426" w:rsidRDefault="00000000">
            <w:pPr>
              <w:spacing w:after="0" w:line="240" w:lineRule="auto"/>
              <w:rPr>
                <w:rFonts w:hint="eastAsia"/>
              </w:rPr>
            </w:pPr>
            <w:r>
              <w:rPr>
                <w:sz w:val="15"/>
              </w:rPr>
              <w:t>Alimentazione elettrica sicura e continuità garantita.</w:t>
            </w:r>
          </w:p>
        </w:tc>
        <w:tc>
          <w:tcPr>
            <w:tcW w:w="1465" w:type="dxa"/>
            <w:tcMar>
              <w:top w:w="55" w:type="dxa"/>
              <w:left w:w="55" w:type="dxa"/>
              <w:bottom w:w="55" w:type="dxa"/>
              <w:right w:w="55" w:type="dxa"/>
            </w:tcMar>
          </w:tcPr>
          <w:p w14:paraId="6CAA5DBF"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EDB5B7A"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20513CB3" w14:textId="77777777" w:rsidR="003D6426" w:rsidRDefault="003D6426">
            <w:pPr>
              <w:spacing w:after="0" w:line="240" w:lineRule="auto"/>
              <w:rPr>
                <w:rFonts w:hint="eastAsia"/>
              </w:rPr>
            </w:pPr>
          </w:p>
        </w:tc>
      </w:tr>
      <w:tr w:rsidR="003D6426" w14:paraId="624B8355" w14:textId="77777777">
        <w:trPr>
          <w:jc w:val="center"/>
        </w:trPr>
        <w:tc>
          <w:tcPr>
            <w:tcW w:w="488" w:type="dxa"/>
            <w:tcMar>
              <w:top w:w="55" w:type="dxa"/>
              <w:left w:w="55" w:type="dxa"/>
              <w:bottom w:w="55" w:type="dxa"/>
              <w:right w:w="55" w:type="dxa"/>
            </w:tcMar>
          </w:tcPr>
          <w:p w14:paraId="77D21E39" w14:textId="77777777" w:rsidR="003D6426" w:rsidRDefault="00000000">
            <w:pPr>
              <w:spacing w:after="0" w:line="240" w:lineRule="auto"/>
              <w:rPr>
                <w:rFonts w:hint="eastAsia"/>
              </w:rPr>
            </w:pPr>
            <w:r>
              <w:rPr>
                <w:sz w:val="15"/>
              </w:rPr>
              <w:t>10</w:t>
            </w:r>
          </w:p>
        </w:tc>
        <w:tc>
          <w:tcPr>
            <w:tcW w:w="4666" w:type="dxa"/>
            <w:tcMar>
              <w:top w:w="55" w:type="dxa"/>
              <w:left w:w="55" w:type="dxa"/>
              <w:bottom w:w="55" w:type="dxa"/>
              <w:right w:w="55" w:type="dxa"/>
            </w:tcMar>
          </w:tcPr>
          <w:p w14:paraId="52DE78A0" w14:textId="77777777" w:rsidR="003D6426" w:rsidRDefault="00000000">
            <w:pPr>
              <w:spacing w:after="0" w:line="240" w:lineRule="auto"/>
              <w:rPr>
                <w:rFonts w:hint="eastAsia"/>
              </w:rPr>
            </w:pPr>
            <w:r>
              <w:rPr>
                <w:sz w:val="15"/>
              </w:rPr>
              <w:t>Procedura di evacuazione in caso di guasto ventilazione comunicata.</w:t>
            </w:r>
          </w:p>
        </w:tc>
        <w:tc>
          <w:tcPr>
            <w:tcW w:w="1465" w:type="dxa"/>
            <w:tcMar>
              <w:top w:w="55" w:type="dxa"/>
              <w:left w:w="55" w:type="dxa"/>
              <w:bottom w:w="55" w:type="dxa"/>
              <w:right w:w="55" w:type="dxa"/>
            </w:tcMar>
          </w:tcPr>
          <w:p w14:paraId="3BC67F25"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908934B"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90790D1" w14:textId="77777777" w:rsidR="003D6426" w:rsidRDefault="003D6426">
            <w:pPr>
              <w:spacing w:after="0" w:line="240" w:lineRule="auto"/>
              <w:rPr>
                <w:rFonts w:hint="eastAsia"/>
              </w:rPr>
            </w:pPr>
          </w:p>
        </w:tc>
      </w:tr>
    </w:tbl>
    <w:p w14:paraId="05FA32D1" w14:textId="77777777" w:rsidR="003D6426" w:rsidRDefault="00000000">
      <w:pPr>
        <w:rPr>
          <w:rFonts w:hint="eastAsia"/>
        </w:rPr>
      </w:pPr>
      <w:r>
        <w:br w:type="page"/>
      </w:r>
    </w:p>
    <w:p w14:paraId="6A7C34B8" w14:textId="77777777" w:rsidR="003D6426" w:rsidRDefault="00000000">
      <w:pPr>
        <w:pStyle w:val="Titolo1"/>
      </w:pPr>
      <w:r>
        <w:t>ALLEGATO I - Check-list lock-out, tag-out e try-out</w:t>
      </w:r>
    </w:p>
    <w:p w14:paraId="39FF6AE9" w14:textId="77777777" w:rsidR="003D6426" w:rsidRDefault="00000000">
      <w:pPr>
        <w:pStyle w:val="TableTitle"/>
        <w:rPr>
          <w:rFonts w:hint="eastAsia"/>
        </w:rPr>
      </w:pPr>
      <w:r>
        <w:t>Dati isolamento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25C52DFD" w14:textId="77777777">
        <w:trPr>
          <w:jc w:val="center"/>
        </w:trPr>
        <w:tc>
          <w:tcPr>
            <w:tcW w:w="2691" w:type="dxa"/>
            <w:shd w:val="clear" w:color="auto" w:fill="F2F2F2"/>
            <w:tcMar>
              <w:top w:w="55" w:type="dxa"/>
              <w:left w:w="55" w:type="dxa"/>
              <w:bottom w:w="55" w:type="dxa"/>
              <w:right w:w="55" w:type="dxa"/>
            </w:tcMar>
          </w:tcPr>
          <w:p w14:paraId="16B52DFC" w14:textId="77777777" w:rsidR="003D6426" w:rsidRDefault="00000000">
            <w:pPr>
              <w:spacing w:after="0" w:line="240" w:lineRule="auto"/>
              <w:rPr>
                <w:rFonts w:hint="eastAsia"/>
              </w:rPr>
            </w:pPr>
            <w:r>
              <w:rPr>
                <w:b/>
                <w:sz w:val="16"/>
              </w:rPr>
              <w:t>Ambiente/intervento</w:t>
            </w:r>
          </w:p>
        </w:tc>
        <w:tc>
          <w:tcPr>
            <w:tcW w:w="7401" w:type="dxa"/>
            <w:tcMar>
              <w:top w:w="55" w:type="dxa"/>
              <w:left w:w="55" w:type="dxa"/>
              <w:bottom w:w="55" w:type="dxa"/>
              <w:right w:w="55" w:type="dxa"/>
            </w:tcMar>
          </w:tcPr>
          <w:p w14:paraId="3FB1DF02" w14:textId="77777777" w:rsidR="003D6426" w:rsidRDefault="00000000">
            <w:pPr>
              <w:spacing w:after="0" w:line="240" w:lineRule="auto"/>
              <w:rPr>
                <w:rFonts w:hint="eastAsia"/>
              </w:rPr>
            </w:pPr>
            <w:r>
              <w:rPr>
                <w:sz w:val="16"/>
              </w:rPr>
              <w:t>ID ACSI: ________  Permesso n. ________</w:t>
            </w:r>
          </w:p>
        </w:tc>
      </w:tr>
      <w:tr w:rsidR="003D6426" w14:paraId="6C99CF65" w14:textId="77777777">
        <w:trPr>
          <w:jc w:val="center"/>
        </w:trPr>
        <w:tc>
          <w:tcPr>
            <w:tcW w:w="2691" w:type="dxa"/>
            <w:shd w:val="clear" w:color="auto" w:fill="F2F2F2"/>
            <w:tcMar>
              <w:top w:w="55" w:type="dxa"/>
              <w:left w:w="55" w:type="dxa"/>
              <w:bottom w:w="55" w:type="dxa"/>
              <w:right w:w="55" w:type="dxa"/>
            </w:tcMar>
          </w:tcPr>
          <w:p w14:paraId="188209B8" w14:textId="77777777" w:rsidR="003D6426" w:rsidRDefault="00000000">
            <w:pPr>
              <w:spacing w:after="0" w:line="240" w:lineRule="auto"/>
              <w:rPr>
                <w:rFonts w:hint="eastAsia"/>
              </w:rPr>
            </w:pPr>
            <w:r>
              <w:rPr>
                <w:b/>
                <w:sz w:val="16"/>
              </w:rPr>
              <w:t>Responsabile isolamento</w:t>
            </w:r>
          </w:p>
        </w:tc>
        <w:tc>
          <w:tcPr>
            <w:tcW w:w="7401" w:type="dxa"/>
            <w:tcMar>
              <w:top w:w="55" w:type="dxa"/>
              <w:left w:w="55" w:type="dxa"/>
              <w:bottom w:w="55" w:type="dxa"/>
              <w:right w:w="55" w:type="dxa"/>
            </w:tcMar>
          </w:tcPr>
          <w:p w14:paraId="4FBBA445" w14:textId="77777777" w:rsidR="003D6426" w:rsidRDefault="00000000">
            <w:pPr>
              <w:spacing w:after="0" w:line="240" w:lineRule="auto"/>
              <w:rPr>
                <w:rFonts w:hint="eastAsia"/>
              </w:rPr>
            </w:pPr>
            <w:r>
              <w:rPr>
                <w:sz w:val="16"/>
              </w:rPr>
              <w:t>Nome/ruolo: ________________________________</w:t>
            </w:r>
          </w:p>
        </w:tc>
      </w:tr>
      <w:tr w:rsidR="003D6426" w14:paraId="0FFCF043" w14:textId="77777777">
        <w:trPr>
          <w:jc w:val="center"/>
        </w:trPr>
        <w:tc>
          <w:tcPr>
            <w:tcW w:w="2691" w:type="dxa"/>
            <w:shd w:val="clear" w:color="auto" w:fill="F2F2F2"/>
            <w:tcMar>
              <w:top w:w="55" w:type="dxa"/>
              <w:left w:w="55" w:type="dxa"/>
              <w:bottom w:w="55" w:type="dxa"/>
              <w:right w:w="55" w:type="dxa"/>
            </w:tcMar>
          </w:tcPr>
          <w:p w14:paraId="63B637D8" w14:textId="77777777" w:rsidR="003D6426" w:rsidRDefault="00000000">
            <w:pPr>
              <w:spacing w:after="0" w:line="240" w:lineRule="auto"/>
              <w:rPr>
                <w:rFonts w:hint="eastAsia"/>
              </w:rPr>
            </w:pPr>
            <w:r>
              <w:rPr>
                <w:b/>
                <w:sz w:val="16"/>
              </w:rPr>
              <w:t>Data/ora inizio isolamento</w:t>
            </w:r>
          </w:p>
        </w:tc>
        <w:tc>
          <w:tcPr>
            <w:tcW w:w="7401" w:type="dxa"/>
            <w:tcMar>
              <w:top w:w="55" w:type="dxa"/>
              <w:left w:w="55" w:type="dxa"/>
              <w:bottom w:w="55" w:type="dxa"/>
              <w:right w:w="55" w:type="dxa"/>
            </w:tcMar>
          </w:tcPr>
          <w:p w14:paraId="608957DF" w14:textId="77777777" w:rsidR="003D6426" w:rsidRDefault="00000000">
            <w:pPr>
              <w:spacing w:after="0" w:line="240" w:lineRule="auto"/>
              <w:rPr>
                <w:rFonts w:hint="eastAsia"/>
              </w:rPr>
            </w:pPr>
            <w:r>
              <w:rPr>
                <w:sz w:val="16"/>
              </w:rPr>
              <w:t>____/____/______ ore ____:____</w:t>
            </w:r>
          </w:p>
        </w:tc>
      </w:tr>
    </w:tbl>
    <w:p w14:paraId="759A038B" w14:textId="77777777" w:rsidR="003D6426" w:rsidRDefault="00000000">
      <w:pPr>
        <w:pStyle w:val="TableTitle"/>
        <w:rPr>
          <w:rFonts w:hint="eastAsia"/>
        </w:rPr>
      </w:pPr>
      <w:r>
        <w:t>Registro isolamento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9"/>
        <w:gridCol w:w="2239"/>
        <w:gridCol w:w="2389"/>
        <w:gridCol w:w="1294"/>
        <w:gridCol w:w="1294"/>
        <w:gridCol w:w="1393"/>
        <w:gridCol w:w="1144"/>
      </w:tblGrid>
      <w:tr w:rsidR="003D6426" w14:paraId="5DB35CD3" w14:textId="77777777">
        <w:trPr>
          <w:tblHeader/>
          <w:jc w:val="center"/>
        </w:trPr>
        <w:tc>
          <w:tcPr>
            <w:tcW w:w="443" w:type="dxa"/>
            <w:shd w:val="clear" w:color="auto" w:fill="D9EAF7"/>
            <w:tcMar>
              <w:top w:w="55" w:type="dxa"/>
              <w:left w:w="55" w:type="dxa"/>
              <w:bottom w:w="55" w:type="dxa"/>
              <w:right w:w="55" w:type="dxa"/>
            </w:tcMar>
            <w:vAlign w:val="center"/>
          </w:tcPr>
          <w:p w14:paraId="3086D718" w14:textId="77777777" w:rsidR="003D6426" w:rsidRDefault="00000000">
            <w:pPr>
              <w:spacing w:after="0" w:line="240" w:lineRule="auto"/>
              <w:jc w:val="center"/>
              <w:rPr>
                <w:rFonts w:hint="eastAsia"/>
              </w:rPr>
            </w:pPr>
            <w:r>
              <w:rPr>
                <w:b/>
                <w:sz w:val="13"/>
              </w:rPr>
              <w:t>N.</w:t>
            </w:r>
          </w:p>
        </w:tc>
        <w:tc>
          <w:tcPr>
            <w:tcW w:w="2215" w:type="dxa"/>
            <w:shd w:val="clear" w:color="auto" w:fill="D9EAF7"/>
            <w:tcMar>
              <w:top w:w="55" w:type="dxa"/>
              <w:left w:w="55" w:type="dxa"/>
              <w:bottom w:w="55" w:type="dxa"/>
              <w:right w:w="55" w:type="dxa"/>
            </w:tcMar>
            <w:vAlign w:val="center"/>
          </w:tcPr>
          <w:p w14:paraId="3FF68744" w14:textId="77777777" w:rsidR="003D6426" w:rsidRDefault="00000000">
            <w:pPr>
              <w:spacing w:after="0" w:line="240" w:lineRule="auto"/>
              <w:jc w:val="center"/>
              <w:rPr>
                <w:rFonts w:hint="eastAsia"/>
              </w:rPr>
            </w:pPr>
            <w:r>
              <w:rPr>
                <w:b/>
                <w:sz w:val="13"/>
              </w:rPr>
              <w:t>Fonte energia/materia</w:t>
            </w:r>
          </w:p>
        </w:tc>
        <w:tc>
          <w:tcPr>
            <w:tcW w:w="2363" w:type="dxa"/>
            <w:shd w:val="clear" w:color="auto" w:fill="D9EAF7"/>
            <w:tcMar>
              <w:top w:w="55" w:type="dxa"/>
              <w:left w:w="55" w:type="dxa"/>
              <w:bottom w:w="55" w:type="dxa"/>
              <w:right w:w="55" w:type="dxa"/>
            </w:tcMar>
            <w:vAlign w:val="center"/>
          </w:tcPr>
          <w:p w14:paraId="6FB0037B" w14:textId="77777777" w:rsidR="003D6426" w:rsidRDefault="00000000">
            <w:pPr>
              <w:spacing w:after="0" w:line="240" w:lineRule="auto"/>
              <w:jc w:val="center"/>
              <w:rPr>
                <w:rFonts w:hint="eastAsia"/>
              </w:rPr>
            </w:pPr>
            <w:r>
              <w:rPr>
                <w:b/>
                <w:sz w:val="13"/>
              </w:rPr>
              <w:t>Punto isolamento</w:t>
            </w:r>
          </w:p>
        </w:tc>
        <w:tc>
          <w:tcPr>
            <w:tcW w:w="1280" w:type="dxa"/>
            <w:shd w:val="clear" w:color="auto" w:fill="D9EAF7"/>
            <w:tcMar>
              <w:top w:w="55" w:type="dxa"/>
              <w:left w:w="55" w:type="dxa"/>
              <w:bottom w:w="55" w:type="dxa"/>
              <w:right w:w="55" w:type="dxa"/>
            </w:tcMar>
            <w:vAlign w:val="center"/>
          </w:tcPr>
          <w:p w14:paraId="4E828656" w14:textId="77777777" w:rsidR="003D6426" w:rsidRDefault="00000000">
            <w:pPr>
              <w:spacing w:after="0" w:line="240" w:lineRule="auto"/>
              <w:jc w:val="center"/>
              <w:rPr>
                <w:rFonts w:hint="eastAsia"/>
              </w:rPr>
            </w:pPr>
            <w:r>
              <w:rPr>
                <w:b/>
                <w:sz w:val="13"/>
              </w:rPr>
              <w:t>Lock applicato</w:t>
            </w:r>
          </w:p>
        </w:tc>
        <w:tc>
          <w:tcPr>
            <w:tcW w:w="1280" w:type="dxa"/>
            <w:shd w:val="clear" w:color="auto" w:fill="D9EAF7"/>
            <w:tcMar>
              <w:top w:w="55" w:type="dxa"/>
              <w:left w:w="55" w:type="dxa"/>
              <w:bottom w:w="55" w:type="dxa"/>
              <w:right w:w="55" w:type="dxa"/>
            </w:tcMar>
            <w:vAlign w:val="center"/>
          </w:tcPr>
          <w:p w14:paraId="00686671" w14:textId="77777777" w:rsidR="003D6426" w:rsidRDefault="00000000">
            <w:pPr>
              <w:spacing w:after="0" w:line="240" w:lineRule="auto"/>
              <w:jc w:val="center"/>
              <w:rPr>
                <w:rFonts w:hint="eastAsia"/>
              </w:rPr>
            </w:pPr>
            <w:r>
              <w:rPr>
                <w:b/>
                <w:sz w:val="13"/>
              </w:rPr>
              <w:t>Tag applicato</w:t>
            </w:r>
          </w:p>
        </w:tc>
        <w:tc>
          <w:tcPr>
            <w:tcW w:w="1378" w:type="dxa"/>
            <w:shd w:val="clear" w:color="auto" w:fill="D9EAF7"/>
            <w:tcMar>
              <w:top w:w="55" w:type="dxa"/>
              <w:left w:w="55" w:type="dxa"/>
              <w:bottom w:w="55" w:type="dxa"/>
              <w:right w:w="55" w:type="dxa"/>
            </w:tcMar>
            <w:vAlign w:val="center"/>
          </w:tcPr>
          <w:p w14:paraId="402E9E52" w14:textId="77777777" w:rsidR="003D6426" w:rsidRDefault="00000000">
            <w:pPr>
              <w:spacing w:after="0" w:line="240" w:lineRule="auto"/>
              <w:jc w:val="center"/>
              <w:rPr>
                <w:rFonts w:hint="eastAsia"/>
              </w:rPr>
            </w:pPr>
            <w:r>
              <w:rPr>
                <w:b/>
                <w:sz w:val="13"/>
              </w:rPr>
              <w:t>Try-out eseguito</w:t>
            </w:r>
          </w:p>
        </w:tc>
        <w:tc>
          <w:tcPr>
            <w:tcW w:w="1132" w:type="dxa"/>
            <w:shd w:val="clear" w:color="auto" w:fill="D9EAF7"/>
            <w:tcMar>
              <w:top w:w="55" w:type="dxa"/>
              <w:left w:w="55" w:type="dxa"/>
              <w:bottom w:w="55" w:type="dxa"/>
              <w:right w:w="55" w:type="dxa"/>
            </w:tcMar>
            <w:vAlign w:val="center"/>
          </w:tcPr>
          <w:p w14:paraId="577C7C24" w14:textId="77777777" w:rsidR="003D6426" w:rsidRDefault="00000000">
            <w:pPr>
              <w:spacing w:after="0" w:line="240" w:lineRule="auto"/>
              <w:jc w:val="center"/>
              <w:rPr>
                <w:rFonts w:hint="eastAsia"/>
              </w:rPr>
            </w:pPr>
            <w:r>
              <w:rPr>
                <w:b/>
                <w:sz w:val="13"/>
              </w:rPr>
              <w:t>Firma</w:t>
            </w:r>
          </w:p>
        </w:tc>
      </w:tr>
      <w:tr w:rsidR="003D6426" w14:paraId="6270B3E6" w14:textId="77777777">
        <w:trPr>
          <w:jc w:val="center"/>
        </w:trPr>
        <w:tc>
          <w:tcPr>
            <w:tcW w:w="443" w:type="dxa"/>
            <w:tcMar>
              <w:top w:w="55" w:type="dxa"/>
              <w:left w:w="55" w:type="dxa"/>
              <w:bottom w:w="55" w:type="dxa"/>
              <w:right w:w="55" w:type="dxa"/>
            </w:tcMar>
          </w:tcPr>
          <w:p w14:paraId="44FCEC22" w14:textId="77777777" w:rsidR="003D6426" w:rsidRDefault="00000000">
            <w:pPr>
              <w:spacing w:after="0" w:line="240" w:lineRule="auto"/>
              <w:rPr>
                <w:rFonts w:hint="eastAsia"/>
              </w:rPr>
            </w:pPr>
            <w:r>
              <w:rPr>
                <w:sz w:val="13"/>
              </w:rPr>
              <w:t>1</w:t>
            </w:r>
          </w:p>
        </w:tc>
        <w:tc>
          <w:tcPr>
            <w:tcW w:w="2215" w:type="dxa"/>
            <w:tcMar>
              <w:top w:w="55" w:type="dxa"/>
              <w:left w:w="55" w:type="dxa"/>
              <w:bottom w:w="55" w:type="dxa"/>
              <w:right w:w="55" w:type="dxa"/>
            </w:tcMar>
          </w:tcPr>
          <w:p w14:paraId="35FBBA41" w14:textId="77777777" w:rsidR="003D6426" w:rsidRDefault="003D6426">
            <w:pPr>
              <w:spacing w:after="0" w:line="240" w:lineRule="auto"/>
              <w:rPr>
                <w:rFonts w:hint="eastAsia"/>
              </w:rPr>
            </w:pPr>
          </w:p>
        </w:tc>
        <w:tc>
          <w:tcPr>
            <w:tcW w:w="2363" w:type="dxa"/>
            <w:tcMar>
              <w:top w:w="55" w:type="dxa"/>
              <w:left w:w="55" w:type="dxa"/>
              <w:bottom w:w="55" w:type="dxa"/>
              <w:right w:w="55" w:type="dxa"/>
            </w:tcMar>
          </w:tcPr>
          <w:p w14:paraId="15252AA7" w14:textId="77777777" w:rsidR="003D6426" w:rsidRDefault="003D6426">
            <w:pPr>
              <w:spacing w:after="0" w:line="240" w:lineRule="auto"/>
              <w:rPr>
                <w:rFonts w:hint="eastAsia"/>
              </w:rPr>
            </w:pPr>
          </w:p>
        </w:tc>
        <w:tc>
          <w:tcPr>
            <w:tcW w:w="1280" w:type="dxa"/>
            <w:tcMar>
              <w:top w:w="55" w:type="dxa"/>
              <w:left w:w="55" w:type="dxa"/>
              <w:bottom w:w="55" w:type="dxa"/>
              <w:right w:w="55" w:type="dxa"/>
            </w:tcMar>
          </w:tcPr>
          <w:p w14:paraId="4DE216BE" w14:textId="77777777" w:rsidR="003D6426" w:rsidRDefault="00000000">
            <w:pPr>
              <w:spacing w:after="0" w:line="240" w:lineRule="auto"/>
              <w:rPr>
                <w:rFonts w:hint="eastAsia"/>
              </w:rPr>
            </w:pPr>
            <w:r>
              <w:rPr>
                <w:sz w:val="13"/>
              </w:rPr>
              <w:t>[ ] SI [ ] N.A.</w:t>
            </w:r>
          </w:p>
        </w:tc>
        <w:tc>
          <w:tcPr>
            <w:tcW w:w="1280" w:type="dxa"/>
            <w:tcMar>
              <w:top w:w="55" w:type="dxa"/>
              <w:left w:w="55" w:type="dxa"/>
              <w:bottom w:w="55" w:type="dxa"/>
              <w:right w:w="55" w:type="dxa"/>
            </w:tcMar>
          </w:tcPr>
          <w:p w14:paraId="758F5B33" w14:textId="77777777" w:rsidR="003D6426" w:rsidRDefault="00000000">
            <w:pPr>
              <w:spacing w:after="0" w:line="240" w:lineRule="auto"/>
              <w:rPr>
                <w:rFonts w:hint="eastAsia"/>
              </w:rPr>
            </w:pPr>
            <w:r>
              <w:rPr>
                <w:sz w:val="13"/>
              </w:rPr>
              <w:t>[ ] SI [ ] N.A.</w:t>
            </w:r>
          </w:p>
        </w:tc>
        <w:tc>
          <w:tcPr>
            <w:tcW w:w="1378" w:type="dxa"/>
            <w:tcMar>
              <w:top w:w="55" w:type="dxa"/>
              <w:left w:w="55" w:type="dxa"/>
              <w:bottom w:w="55" w:type="dxa"/>
              <w:right w:w="55" w:type="dxa"/>
            </w:tcMar>
          </w:tcPr>
          <w:p w14:paraId="17AAAE1D" w14:textId="77777777" w:rsidR="003D6426" w:rsidRDefault="00000000">
            <w:pPr>
              <w:spacing w:after="0" w:line="240" w:lineRule="auto"/>
              <w:rPr>
                <w:rFonts w:hint="eastAsia"/>
              </w:rPr>
            </w:pPr>
            <w:r>
              <w:rPr>
                <w:sz w:val="13"/>
              </w:rPr>
              <w:t>[ ] SI [ ] N.A.</w:t>
            </w:r>
          </w:p>
        </w:tc>
        <w:tc>
          <w:tcPr>
            <w:tcW w:w="1132" w:type="dxa"/>
            <w:tcMar>
              <w:top w:w="55" w:type="dxa"/>
              <w:left w:w="55" w:type="dxa"/>
              <w:bottom w:w="55" w:type="dxa"/>
              <w:right w:w="55" w:type="dxa"/>
            </w:tcMar>
          </w:tcPr>
          <w:p w14:paraId="09E6484F" w14:textId="77777777" w:rsidR="003D6426" w:rsidRDefault="003D6426">
            <w:pPr>
              <w:spacing w:after="0" w:line="240" w:lineRule="auto"/>
              <w:rPr>
                <w:rFonts w:hint="eastAsia"/>
              </w:rPr>
            </w:pPr>
          </w:p>
        </w:tc>
      </w:tr>
      <w:tr w:rsidR="003D6426" w14:paraId="05B0E860" w14:textId="77777777">
        <w:trPr>
          <w:jc w:val="center"/>
        </w:trPr>
        <w:tc>
          <w:tcPr>
            <w:tcW w:w="443" w:type="dxa"/>
            <w:tcMar>
              <w:top w:w="55" w:type="dxa"/>
              <w:left w:w="55" w:type="dxa"/>
              <w:bottom w:w="55" w:type="dxa"/>
              <w:right w:w="55" w:type="dxa"/>
            </w:tcMar>
          </w:tcPr>
          <w:p w14:paraId="18B2570C" w14:textId="77777777" w:rsidR="003D6426" w:rsidRDefault="00000000">
            <w:pPr>
              <w:spacing w:after="0" w:line="240" w:lineRule="auto"/>
              <w:rPr>
                <w:rFonts w:hint="eastAsia"/>
              </w:rPr>
            </w:pPr>
            <w:r>
              <w:rPr>
                <w:sz w:val="13"/>
              </w:rPr>
              <w:t>2</w:t>
            </w:r>
          </w:p>
        </w:tc>
        <w:tc>
          <w:tcPr>
            <w:tcW w:w="2215" w:type="dxa"/>
            <w:tcMar>
              <w:top w:w="55" w:type="dxa"/>
              <w:left w:w="55" w:type="dxa"/>
              <w:bottom w:w="55" w:type="dxa"/>
              <w:right w:w="55" w:type="dxa"/>
            </w:tcMar>
          </w:tcPr>
          <w:p w14:paraId="0CC22EB2" w14:textId="77777777" w:rsidR="003D6426" w:rsidRDefault="003D6426">
            <w:pPr>
              <w:spacing w:after="0" w:line="240" w:lineRule="auto"/>
              <w:rPr>
                <w:rFonts w:hint="eastAsia"/>
              </w:rPr>
            </w:pPr>
          </w:p>
        </w:tc>
        <w:tc>
          <w:tcPr>
            <w:tcW w:w="2363" w:type="dxa"/>
            <w:tcMar>
              <w:top w:w="55" w:type="dxa"/>
              <w:left w:w="55" w:type="dxa"/>
              <w:bottom w:w="55" w:type="dxa"/>
              <w:right w:w="55" w:type="dxa"/>
            </w:tcMar>
          </w:tcPr>
          <w:p w14:paraId="10861325" w14:textId="77777777" w:rsidR="003D6426" w:rsidRDefault="003D6426">
            <w:pPr>
              <w:spacing w:after="0" w:line="240" w:lineRule="auto"/>
              <w:rPr>
                <w:rFonts w:hint="eastAsia"/>
              </w:rPr>
            </w:pPr>
          </w:p>
        </w:tc>
        <w:tc>
          <w:tcPr>
            <w:tcW w:w="1280" w:type="dxa"/>
            <w:tcMar>
              <w:top w:w="55" w:type="dxa"/>
              <w:left w:w="55" w:type="dxa"/>
              <w:bottom w:w="55" w:type="dxa"/>
              <w:right w:w="55" w:type="dxa"/>
            </w:tcMar>
          </w:tcPr>
          <w:p w14:paraId="029939ED" w14:textId="77777777" w:rsidR="003D6426" w:rsidRDefault="00000000">
            <w:pPr>
              <w:spacing w:after="0" w:line="240" w:lineRule="auto"/>
              <w:rPr>
                <w:rFonts w:hint="eastAsia"/>
              </w:rPr>
            </w:pPr>
            <w:r>
              <w:rPr>
                <w:sz w:val="13"/>
              </w:rPr>
              <w:t>[ ] SI [ ] N.A.</w:t>
            </w:r>
          </w:p>
        </w:tc>
        <w:tc>
          <w:tcPr>
            <w:tcW w:w="1280" w:type="dxa"/>
            <w:tcMar>
              <w:top w:w="55" w:type="dxa"/>
              <w:left w:w="55" w:type="dxa"/>
              <w:bottom w:w="55" w:type="dxa"/>
              <w:right w:w="55" w:type="dxa"/>
            </w:tcMar>
          </w:tcPr>
          <w:p w14:paraId="4B4FF783" w14:textId="77777777" w:rsidR="003D6426" w:rsidRDefault="00000000">
            <w:pPr>
              <w:spacing w:after="0" w:line="240" w:lineRule="auto"/>
              <w:rPr>
                <w:rFonts w:hint="eastAsia"/>
              </w:rPr>
            </w:pPr>
            <w:r>
              <w:rPr>
                <w:sz w:val="13"/>
              </w:rPr>
              <w:t>[ ] SI [ ] N.A.</w:t>
            </w:r>
          </w:p>
        </w:tc>
        <w:tc>
          <w:tcPr>
            <w:tcW w:w="1378" w:type="dxa"/>
            <w:tcMar>
              <w:top w:w="55" w:type="dxa"/>
              <w:left w:w="55" w:type="dxa"/>
              <w:bottom w:w="55" w:type="dxa"/>
              <w:right w:w="55" w:type="dxa"/>
            </w:tcMar>
          </w:tcPr>
          <w:p w14:paraId="55D74232" w14:textId="77777777" w:rsidR="003D6426" w:rsidRDefault="00000000">
            <w:pPr>
              <w:spacing w:after="0" w:line="240" w:lineRule="auto"/>
              <w:rPr>
                <w:rFonts w:hint="eastAsia"/>
              </w:rPr>
            </w:pPr>
            <w:r>
              <w:rPr>
                <w:sz w:val="13"/>
              </w:rPr>
              <w:t>[ ] SI [ ] N.A.</w:t>
            </w:r>
          </w:p>
        </w:tc>
        <w:tc>
          <w:tcPr>
            <w:tcW w:w="1132" w:type="dxa"/>
            <w:tcMar>
              <w:top w:w="55" w:type="dxa"/>
              <w:left w:w="55" w:type="dxa"/>
              <w:bottom w:w="55" w:type="dxa"/>
              <w:right w:w="55" w:type="dxa"/>
            </w:tcMar>
          </w:tcPr>
          <w:p w14:paraId="3E134E55" w14:textId="77777777" w:rsidR="003D6426" w:rsidRDefault="003D6426">
            <w:pPr>
              <w:spacing w:after="0" w:line="240" w:lineRule="auto"/>
              <w:rPr>
                <w:rFonts w:hint="eastAsia"/>
              </w:rPr>
            </w:pPr>
          </w:p>
        </w:tc>
      </w:tr>
      <w:tr w:rsidR="003D6426" w14:paraId="215D16C7" w14:textId="77777777">
        <w:trPr>
          <w:jc w:val="center"/>
        </w:trPr>
        <w:tc>
          <w:tcPr>
            <w:tcW w:w="443" w:type="dxa"/>
            <w:tcMar>
              <w:top w:w="55" w:type="dxa"/>
              <w:left w:w="55" w:type="dxa"/>
              <w:bottom w:w="55" w:type="dxa"/>
              <w:right w:w="55" w:type="dxa"/>
            </w:tcMar>
          </w:tcPr>
          <w:p w14:paraId="6ECF6804" w14:textId="77777777" w:rsidR="003D6426" w:rsidRDefault="00000000">
            <w:pPr>
              <w:spacing w:after="0" w:line="240" w:lineRule="auto"/>
              <w:rPr>
                <w:rFonts w:hint="eastAsia"/>
              </w:rPr>
            </w:pPr>
            <w:r>
              <w:rPr>
                <w:sz w:val="13"/>
              </w:rPr>
              <w:t>3</w:t>
            </w:r>
          </w:p>
        </w:tc>
        <w:tc>
          <w:tcPr>
            <w:tcW w:w="2215" w:type="dxa"/>
            <w:tcMar>
              <w:top w:w="55" w:type="dxa"/>
              <w:left w:w="55" w:type="dxa"/>
              <w:bottom w:w="55" w:type="dxa"/>
              <w:right w:w="55" w:type="dxa"/>
            </w:tcMar>
          </w:tcPr>
          <w:p w14:paraId="25D643B0" w14:textId="77777777" w:rsidR="003D6426" w:rsidRDefault="003D6426">
            <w:pPr>
              <w:spacing w:after="0" w:line="240" w:lineRule="auto"/>
              <w:rPr>
                <w:rFonts w:hint="eastAsia"/>
              </w:rPr>
            </w:pPr>
          </w:p>
        </w:tc>
        <w:tc>
          <w:tcPr>
            <w:tcW w:w="2363" w:type="dxa"/>
            <w:tcMar>
              <w:top w:w="55" w:type="dxa"/>
              <w:left w:w="55" w:type="dxa"/>
              <w:bottom w:w="55" w:type="dxa"/>
              <w:right w:w="55" w:type="dxa"/>
            </w:tcMar>
          </w:tcPr>
          <w:p w14:paraId="27EF6F83" w14:textId="77777777" w:rsidR="003D6426" w:rsidRDefault="003D6426">
            <w:pPr>
              <w:spacing w:after="0" w:line="240" w:lineRule="auto"/>
              <w:rPr>
                <w:rFonts w:hint="eastAsia"/>
              </w:rPr>
            </w:pPr>
          </w:p>
        </w:tc>
        <w:tc>
          <w:tcPr>
            <w:tcW w:w="1280" w:type="dxa"/>
            <w:tcMar>
              <w:top w:w="55" w:type="dxa"/>
              <w:left w:w="55" w:type="dxa"/>
              <w:bottom w:w="55" w:type="dxa"/>
              <w:right w:w="55" w:type="dxa"/>
            </w:tcMar>
          </w:tcPr>
          <w:p w14:paraId="2795AD63" w14:textId="77777777" w:rsidR="003D6426" w:rsidRDefault="00000000">
            <w:pPr>
              <w:spacing w:after="0" w:line="240" w:lineRule="auto"/>
              <w:rPr>
                <w:rFonts w:hint="eastAsia"/>
              </w:rPr>
            </w:pPr>
            <w:r>
              <w:rPr>
                <w:sz w:val="13"/>
              </w:rPr>
              <w:t>[ ] SI [ ] N.A.</w:t>
            </w:r>
          </w:p>
        </w:tc>
        <w:tc>
          <w:tcPr>
            <w:tcW w:w="1280" w:type="dxa"/>
            <w:tcMar>
              <w:top w:w="55" w:type="dxa"/>
              <w:left w:w="55" w:type="dxa"/>
              <w:bottom w:w="55" w:type="dxa"/>
              <w:right w:w="55" w:type="dxa"/>
            </w:tcMar>
          </w:tcPr>
          <w:p w14:paraId="34297CAB" w14:textId="77777777" w:rsidR="003D6426" w:rsidRDefault="00000000">
            <w:pPr>
              <w:spacing w:after="0" w:line="240" w:lineRule="auto"/>
              <w:rPr>
                <w:rFonts w:hint="eastAsia"/>
              </w:rPr>
            </w:pPr>
            <w:r>
              <w:rPr>
                <w:sz w:val="13"/>
              </w:rPr>
              <w:t>[ ] SI [ ] N.A.</w:t>
            </w:r>
          </w:p>
        </w:tc>
        <w:tc>
          <w:tcPr>
            <w:tcW w:w="1378" w:type="dxa"/>
            <w:tcMar>
              <w:top w:w="55" w:type="dxa"/>
              <w:left w:w="55" w:type="dxa"/>
              <w:bottom w:w="55" w:type="dxa"/>
              <w:right w:w="55" w:type="dxa"/>
            </w:tcMar>
          </w:tcPr>
          <w:p w14:paraId="36A06D76" w14:textId="77777777" w:rsidR="003D6426" w:rsidRDefault="00000000">
            <w:pPr>
              <w:spacing w:after="0" w:line="240" w:lineRule="auto"/>
              <w:rPr>
                <w:rFonts w:hint="eastAsia"/>
              </w:rPr>
            </w:pPr>
            <w:r>
              <w:rPr>
                <w:sz w:val="13"/>
              </w:rPr>
              <w:t>[ ] SI [ ] N.A.</w:t>
            </w:r>
          </w:p>
        </w:tc>
        <w:tc>
          <w:tcPr>
            <w:tcW w:w="1132" w:type="dxa"/>
            <w:tcMar>
              <w:top w:w="55" w:type="dxa"/>
              <w:left w:w="55" w:type="dxa"/>
              <w:bottom w:w="55" w:type="dxa"/>
              <w:right w:w="55" w:type="dxa"/>
            </w:tcMar>
          </w:tcPr>
          <w:p w14:paraId="43940A54" w14:textId="77777777" w:rsidR="003D6426" w:rsidRDefault="003D6426">
            <w:pPr>
              <w:spacing w:after="0" w:line="240" w:lineRule="auto"/>
              <w:rPr>
                <w:rFonts w:hint="eastAsia"/>
              </w:rPr>
            </w:pPr>
          </w:p>
        </w:tc>
      </w:tr>
      <w:tr w:rsidR="003D6426" w14:paraId="751C0DCC" w14:textId="77777777">
        <w:trPr>
          <w:jc w:val="center"/>
        </w:trPr>
        <w:tc>
          <w:tcPr>
            <w:tcW w:w="443" w:type="dxa"/>
            <w:tcMar>
              <w:top w:w="55" w:type="dxa"/>
              <w:left w:w="55" w:type="dxa"/>
              <w:bottom w:w="55" w:type="dxa"/>
              <w:right w:w="55" w:type="dxa"/>
            </w:tcMar>
          </w:tcPr>
          <w:p w14:paraId="0B3F971B" w14:textId="77777777" w:rsidR="003D6426" w:rsidRDefault="00000000">
            <w:pPr>
              <w:spacing w:after="0" w:line="240" w:lineRule="auto"/>
              <w:rPr>
                <w:rFonts w:hint="eastAsia"/>
              </w:rPr>
            </w:pPr>
            <w:r>
              <w:rPr>
                <w:sz w:val="13"/>
              </w:rPr>
              <w:t>4</w:t>
            </w:r>
          </w:p>
        </w:tc>
        <w:tc>
          <w:tcPr>
            <w:tcW w:w="2215" w:type="dxa"/>
            <w:tcMar>
              <w:top w:w="55" w:type="dxa"/>
              <w:left w:w="55" w:type="dxa"/>
              <w:bottom w:w="55" w:type="dxa"/>
              <w:right w:w="55" w:type="dxa"/>
            </w:tcMar>
          </w:tcPr>
          <w:p w14:paraId="21948CE0" w14:textId="77777777" w:rsidR="003D6426" w:rsidRDefault="003D6426">
            <w:pPr>
              <w:spacing w:after="0" w:line="240" w:lineRule="auto"/>
              <w:rPr>
                <w:rFonts w:hint="eastAsia"/>
              </w:rPr>
            </w:pPr>
          </w:p>
        </w:tc>
        <w:tc>
          <w:tcPr>
            <w:tcW w:w="2363" w:type="dxa"/>
            <w:tcMar>
              <w:top w:w="55" w:type="dxa"/>
              <w:left w:w="55" w:type="dxa"/>
              <w:bottom w:w="55" w:type="dxa"/>
              <w:right w:w="55" w:type="dxa"/>
            </w:tcMar>
          </w:tcPr>
          <w:p w14:paraId="5AED2B57" w14:textId="77777777" w:rsidR="003D6426" w:rsidRDefault="003D6426">
            <w:pPr>
              <w:spacing w:after="0" w:line="240" w:lineRule="auto"/>
              <w:rPr>
                <w:rFonts w:hint="eastAsia"/>
              </w:rPr>
            </w:pPr>
          </w:p>
        </w:tc>
        <w:tc>
          <w:tcPr>
            <w:tcW w:w="1280" w:type="dxa"/>
            <w:tcMar>
              <w:top w:w="55" w:type="dxa"/>
              <w:left w:w="55" w:type="dxa"/>
              <w:bottom w:w="55" w:type="dxa"/>
              <w:right w:w="55" w:type="dxa"/>
            </w:tcMar>
          </w:tcPr>
          <w:p w14:paraId="57A48AC3" w14:textId="77777777" w:rsidR="003D6426" w:rsidRDefault="00000000">
            <w:pPr>
              <w:spacing w:after="0" w:line="240" w:lineRule="auto"/>
              <w:rPr>
                <w:rFonts w:hint="eastAsia"/>
              </w:rPr>
            </w:pPr>
            <w:r>
              <w:rPr>
                <w:sz w:val="13"/>
              </w:rPr>
              <w:t>[ ] SI [ ] N.A.</w:t>
            </w:r>
          </w:p>
        </w:tc>
        <w:tc>
          <w:tcPr>
            <w:tcW w:w="1280" w:type="dxa"/>
            <w:tcMar>
              <w:top w:w="55" w:type="dxa"/>
              <w:left w:w="55" w:type="dxa"/>
              <w:bottom w:w="55" w:type="dxa"/>
              <w:right w:w="55" w:type="dxa"/>
            </w:tcMar>
          </w:tcPr>
          <w:p w14:paraId="5E6C32BB" w14:textId="77777777" w:rsidR="003D6426" w:rsidRDefault="00000000">
            <w:pPr>
              <w:spacing w:after="0" w:line="240" w:lineRule="auto"/>
              <w:rPr>
                <w:rFonts w:hint="eastAsia"/>
              </w:rPr>
            </w:pPr>
            <w:r>
              <w:rPr>
                <w:sz w:val="13"/>
              </w:rPr>
              <w:t>[ ] SI [ ] N.A.</w:t>
            </w:r>
          </w:p>
        </w:tc>
        <w:tc>
          <w:tcPr>
            <w:tcW w:w="1378" w:type="dxa"/>
            <w:tcMar>
              <w:top w:w="55" w:type="dxa"/>
              <w:left w:w="55" w:type="dxa"/>
              <w:bottom w:w="55" w:type="dxa"/>
              <w:right w:w="55" w:type="dxa"/>
            </w:tcMar>
          </w:tcPr>
          <w:p w14:paraId="77E30C3E" w14:textId="77777777" w:rsidR="003D6426" w:rsidRDefault="00000000">
            <w:pPr>
              <w:spacing w:after="0" w:line="240" w:lineRule="auto"/>
              <w:rPr>
                <w:rFonts w:hint="eastAsia"/>
              </w:rPr>
            </w:pPr>
            <w:r>
              <w:rPr>
                <w:sz w:val="13"/>
              </w:rPr>
              <w:t>[ ] SI [ ] N.A.</w:t>
            </w:r>
          </w:p>
        </w:tc>
        <w:tc>
          <w:tcPr>
            <w:tcW w:w="1132" w:type="dxa"/>
            <w:tcMar>
              <w:top w:w="55" w:type="dxa"/>
              <w:left w:w="55" w:type="dxa"/>
              <w:bottom w:w="55" w:type="dxa"/>
              <w:right w:w="55" w:type="dxa"/>
            </w:tcMar>
          </w:tcPr>
          <w:p w14:paraId="5C599E55" w14:textId="77777777" w:rsidR="003D6426" w:rsidRDefault="003D6426">
            <w:pPr>
              <w:spacing w:after="0" w:line="240" w:lineRule="auto"/>
              <w:rPr>
                <w:rFonts w:hint="eastAsia"/>
              </w:rPr>
            </w:pPr>
          </w:p>
        </w:tc>
      </w:tr>
      <w:tr w:rsidR="003D6426" w14:paraId="7EBE1E81" w14:textId="77777777">
        <w:trPr>
          <w:jc w:val="center"/>
        </w:trPr>
        <w:tc>
          <w:tcPr>
            <w:tcW w:w="443" w:type="dxa"/>
            <w:tcMar>
              <w:top w:w="55" w:type="dxa"/>
              <w:left w:w="55" w:type="dxa"/>
              <w:bottom w:w="55" w:type="dxa"/>
              <w:right w:w="55" w:type="dxa"/>
            </w:tcMar>
          </w:tcPr>
          <w:p w14:paraId="504A5307" w14:textId="77777777" w:rsidR="003D6426" w:rsidRDefault="00000000">
            <w:pPr>
              <w:spacing w:after="0" w:line="240" w:lineRule="auto"/>
              <w:rPr>
                <w:rFonts w:hint="eastAsia"/>
              </w:rPr>
            </w:pPr>
            <w:r>
              <w:rPr>
                <w:sz w:val="13"/>
              </w:rPr>
              <w:t>5</w:t>
            </w:r>
          </w:p>
        </w:tc>
        <w:tc>
          <w:tcPr>
            <w:tcW w:w="2215" w:type="dxa"/>
            <w:tcMar>
              <w:top w:w="55" w:type="dxa"/>
              <w:left w:w="55" w:type="dxa"/>
              <w:bottom w:w="55" w:type="dxa"/>
              <w:right w:w="55" w:type="dxa"/>
            </w:tcMar>
          </w:tcPr>
          <w:p w14:paraId="4E602090" w14:textId="77777777" w:rsidR="003D6426" w:rsidRDefault="003D6426">
            <w:pPr>
              <w:spacing w:after="0" w:line="240" w:lineRule="auto"/>
              <w:rPr>
                <w:rFonts w:hint="eastAsia"/>
              </w:rPr>
            </w:pPr>
          </w:p>
        </w:tc>
        <w:tc>
          <w:tcPr>
            <w:tcW w:w="2363" w:type="dxa"/>
            <w:tcMar>
              <w:top w:w="55" w:type="dxa"/>
              <w:left w:w="55" w:type="dxa"/>
              <w:bottom w:w="55" w:type="dxa"/>
              <w:right w:w="55" w:type="dxa"/>
            </w:tcMar>
          </w:tcPr>
          <w:p w14:paraId="58CE192A" w14:textId="77777777" w:rsidR="003D6426" w:rsidRDefault="003D6426">
            <w:pPr>
              <w:spacing w:after="0" w:line="240" w:lineRule="auto"/>
              <w:rPr>
                <w:rFonts w:hint="eastAsia"/>
              </w:rPr>
            </w:pPr>
          </w:p>
        </w:tc>
        <w:tc>
          <w:tcPr>
            <w:tcW w:w="1280" w:type="dxa"/>
            <w:tcMar>
              <w:top w:w="55" w:type="dxa"/>
              <w:left w:w="55" w:type="dxa"/>
              <w:bottom w:w="55" w:type="dxa"/>
              <w:right w:w="55" w:type="dxa"/>
            </w:tcMar>
          </w:tcPr>
          <w:p w14:paraId="75A84CD3" w14:textId="77777777" w:rsidR="003D6426" w:rsidRDefault="00000000">
            <w:pPr>
              <w:spacing w:after="0" w:line="240" w:lineRule="auto"/>
              <w:rPr>
                <w:rFonts w:hint="eastAsia"/>
              </w:rPr>
            </w:pPr>
            <w:r>
              <w:rPr>
                <w:sz w:val="13"/>
              </w:rPr>
              <w:t>[ ] SI [ ] N.A.</w:t>
            </w:r>
          </w:p>
        </w:tc>
        <w:tc>
          <w:tcPr>
            <w:tcW w:w="1280" w:type="dxa"/>
            <w:tcMar>
              <w:top w:w="55" w:type="dxa"/>
              <w:left w:w="55" w:type="dxa"/>
              <w:bottom w:w="55" w:type="dxa"/>
              <w:right w:w="55" w:type="dxa"/>
            </w:tcMar>
          </w:tcPr>
          <w:p w14:paraId="5498426C" w14:textId="77777777" w:rsidR="003D6426" w:rsidRDefault="00000000">
            <w:pPr>
              <w:spacing w:after="0" w:line="240" w:lineRule="auto"/>
              <w:rPr>
                <w:rFonts w:hint="eastAsia"/>
              </w:rPr>
            </w:pPr>
            <w:r>
              <w:rPr>
                <w:sz w:val="13"/>
              </w:rPr>
              <w:t>[ ] SI [ ] N.A.</w:t>
            </w:r>
          </w:p>
        </w:tc>
        <w:tc>
          <w:tcPr>
            <w:tcW w:w="1378" w:type="dxa"/>
            <w:tcMar>
              <w:top w:w="55" w:type="dxa"/>
              <w:left w:w="55" w:type="dxa"/>
              <w:bottom w:w="55" w:type="dxa"/>
              <w:right w:w="55" w:type="dxa"/>
            </w:tcMar>
          </w:tcPr>
          <w:p w14:paraId="7039082A" w14:textId="77777777" w:rsidR="003D6426" w:rsidRDefault="00000000">
            <w:pPr>
              <w:spacing w:after="0" w:line="240" w:lineRule="auto"/>
              <w:rPr>
                <w:rFonts w:hint="eastAsia"/>
              </w:rPr>
            </w:pPr>
            <w:r>
              <w:rPr>
                <w:sz w:val="13"/>
              </w:rPr>
              <w:t>[ ] SI [ ] N.A.</w:t>
            </w:r>
          </w:p>
        </w:tc>
        <w:tc>
          <w:tcPr>
            <w:tcW w:w="1132" w:type="dxa"/>
            <w:tcMar>
              <w:top w:w="55" w:type="dxa"/>
              <w:left w:w="55" w:type="dxa"/>
              <w:bottom w:w="55" w:type="dxa"/>
              <w:right w:w="55" w:type="dxa"/>
            </w:tcMar>
          </w:tcPr>
          <w:p w14:paraId="56FB38C7" w14:textId="77777777" w:rsidR="003D6426" w:rsidRDefault="003D6426">
            <w:pPr>
              <w:spacing w:after="0" w:line="240" w:lineRule="auto"/>
              <w:rPr>
                <w:rFonts w:hint="eastAsia"/>
              </w:rPr>
            </w:pPr>
          </w:p>
        </w:tc>
      </w:tr>
      <w:tr w:rsidR="003D6426" w14:paraId="6F43B546" w14:textId="77777777">
        <w:trPr>
          <w:jc w:val="center"/>
        </w:trPr>
        <w:tc>
          <w:tcPr>
            <w:tcW w:w="443" w:type="dxa"/>
            <w:tcMar>
              <w:top w:w="55" w:type="dxa"/>
              <w:left w:w="55" w:type="dxa"/>
              <w:bottom w:w="55" w:type="dxa"/>
              <w:right w:w="55" w:type="dxa"/>
            </w:tcMar>
          </w:tcPr>
          <w:p w14:paraId="5EA53080" w14:textId="77777777" w:rsidR="003D6426" w:rsidRDefault="00000000">
            <w:pPr>
              <w:spacing w:after="0" w:line="240" w:lineRule="auto"/>
              <w:rPr>
                <w:rFonts w:hint="eastAsia"/>
              </w:rPr>
            </w:pPr>
            <w:r>
              <w:rPr>
                <w:sz w:val="13"/>
              </w:rPr>
              <w:t>6</w:t>
            </w:r>
          </w:p>
        </w:tc>
        <w:tc>
          <w:tcPr>
            <w:tcW w:w="2215" w:type="dxa"/>
            <w:tcMar>
              <w:top w:w="55" w:type="dxa"/>
              <w:left w:w="55" w:type="dxa"/>
              <w:bottom w:w="55" w:type="dxa"/>
              <w:right w:w="55" w:type="dxa"/>
            </w:tcMar>
          </w:tcPr>
          <w:p w14:paraId="02427F3D" w14:textId="77777777" w:rsidR="003D6426" w:rsidRDefault="003D6426">
            <w:pPr>
              <w:spacing w:after="0" w:line="240" w:lineRule="auto"/>
              <w:rPr>
                <w:rFonts w:hint="eastAsia"/>
              </w:rPr>
            </w:pPr>
          </w:p>
        </w:tc>
        <w:tc>
          <w:tcPr>
            <w:tcW w:w="2363" w:type="dxa"/>
            <w:tcMar>
              <w:top w:w="55" w:type="dxa"/>
              <w:left w:w="55" w:type="dxa"/>
              <w:bottom w:w="55" w:type="dxa"/>
              <w:right w:w="55" w:type="dxa"/>
            </w:tcMar>
          </w:tcPr>
          <w:p w14:paraId="4C17E761" w14:textId="77777777" w:rsidR="003D6426" w:rsidRDefault="003D6426">
            <w:pPr>
              <w:spacing w:after="0" w:line="240" w:lineRule="auto"/>
              <w:rPr>
                <w:rFonts w:hint="eastAsia"/>
              </w:rPr>
            </w:pPr>
          </w:p>
        </w:tc>
        <w:tc>
          <w:tcPr>
            <w:tcW w:w="1280" w:type="dxa"/>
            <w:tcMar>
              <w:top w:w="55" w:type="dxa"/>
              <w:left w:w="55" w:type="dxa"/>
              <w:bottom w:w="55" w:type="dxa"/>
              <w:right w:w="55" w:type="dxa"/>
            </w:tcMar>
          </w:tcPr>
          <w:p w14:paraId="4C145220" w14:textId="77777777" w:rsidR="003D6426" w:rsidRDefault="00000000">
            <w:pPr>
              <w:spacing w:after="0" w:line="240" w:lineRule="auto"/>
              <w:rPr>
                <w:rFonts w:hint="eastAsia"/>
              </w:rPr>
            </w:pPr>
            <w:r>
              <w:rPr>
                <w:sz w:val="13"/>
              </w:rPr>
              <w:t>[ ] SI [ ] N.A.</w:t>
            </w:r>
          </w:p>
        </w:tc>
        <w:tc>
          <w:tcPr>
            <w:tcW w:w="1280" w:type="dxa"/>
            <w:tcMar>
              <w:top w:w="55" w:type="dxa"/>
              <w:left w:w="55" w:type="dxa"/>
              <w:bottom w:w="55" w:type="dxa"/>
              <w:right w:w="55" w:type="dxa"/>
            </w:tcMar>
          </w:tcPr>
          <w:p w14:paraId="429F76F5" w14:textId="77777777" w:rsidR="003D6426" w:rsidRDefault="00000000">
            <w:pPr>
              <w:spacing w:after="0" w:line="240" w:lineRule="auto"/>
              <w:rPr>
                <w:rFonts w:hint="eastAsia"/>
              </w:rPr>
            </w:pPr>
            <w:r>
              <w:rPr>
                <w:sz w:val="13"/>
              </w:rPr>
              <w:t>[ ] SI [ ] N.A.</w:t>
            </w:r>
          </w:p>
        </w:tc>
        <w:tc>
          <w:tcPr>
            <w:tcW w:w="1378" w:type="dxa"/>
            <w:tcMar>
              <w:top w:w="55" w:type="dxa"/>
              <w:left w:w="55" w:type="dxa"/>
              <w:bottom w:w="55" w:type="dxa"/>
              <w:right w:w="55" w:type="dxa"/>
            </w:tcMar>
          </w:tcPr>
          <w:p w14:paraId="7AA36CF7" w14:textId="77777777" w:rsidR="003D6426" w:rsidRDefault="00000000">
            <w:pPr>
              <w:spacing w:after="0" w:line="240" w:lineRule="auto"/>
              <w:rPr>
                <w:rFonts w:hint="eastAsia"/>
              </w:rPr>
            </w:pPr>
            <w:r>
              <w:rPr>
                <w:sz w:val="13"/>
              </w:rPr>
              <w:t>[ ] SI [ ] N.A.</w:t>
            </w:r>
          </w:p>
        </w:tc>
        <w:tc>
          <w:tcPr>
            <w:tcW w:w="1132" w:type="dxa"/>
            <w:tcMar>
              <w:top w:w="55" w:type="dxa"/>
              <w:left w:w="55" w:type="dxa"/>
              <w:bottom w:w="55" w:type="dxa"/>
              <w:right w:w="55" w:type="dxa"/>
            </w:tcMar>
          </w:tcPr>
          <w:p w14:paraId="6A98495F" w14:textId="77777777" w:rsidR="003D6426" w:rsidRDefault="003D6426">
            <w:pPr>
              <w:spacing w:after="0" w:line="240" w:lineRule="auto"/>
              <w:rPr>
                <w:rFonts w:hint="eastAsia"/>
              </w:rPr>
            </w:pPr>
          </w:p>
        </w:tc>
      </w:tr>
      <w:tr w:rsidR="003D6426" w14:paraId="487BFE13" w14:textId="77777777">
        <w:trPr>
          <w:jc w:val="center"/>
        </w:trPr>
        <w:tc>
          <w:tcPr>
            <w:tcW w:w="443" w:type="dxa"/>
            <w:tcMar>
              <w:top w:w="55" w:type="dxa"/>
              <w:left w:w="55" w:type="dxa"/>
              <w:bottom w:w="55" w:type="dxa"/>
              <w:right w:w="55" w:type="dxa"/>
            </w:tcMar>
          </w:tcPr>
          <w:p w14:paraId="138E30A0" w14:textId="77777777" w:rsidR="003D6426" w:rsidRDefault="00000000">
            <w:pPr>
              <w:spacing w:after="0" w:line="240" w:lineRule="auto"/>
              <w:rPr>
                <w:rFonts w:hint="eastAsia"/>
              </w:rPr>
            </w:pPr>
            <w:r>
              <w:rPr>
                <w:sz w:val="13"/>
              </w:rPr>
              <w:t>7</w:t>
            </w:r>
          </w:p>
        </w:tc>
        <w:tc>
          <w:tcPr>
            <w:tcW w:w="2215" w:type="dxa"/>
            <w:tcMar>
              <w:top w:w="55" w:type="dxa"/>
              <w:left w:w="55" w:type="dxa"/>
              <w:bottom w:w="55" w:type="dxa"/>
              <w:right w:w="55" w:type="dxa"/>
            </w:tcMar>
          </w:tcPr>
          <w:p w14:paraId="50EC16B5" w14:textId="77777777" w:rsidR="003D6426" w:rsidRDefault="003D6426">
            <w:pPr>
              <w:spacing w:after="0" w:line="240" w:lineRule="auto"/>
              <w:rPr>
                <w:rFonts w:hint="eastAsia"/>
              </w:rPr>
            </w:pPr>
          </w:p>
        </w:tc>
        <w:tc>
          <w:tcPr>
            <w:tcW w:w="2363" w:type="dxa"/>
            <w:tcMar>
              <w:top w:w="55" w:type="dxa"/>
              <w:left w:w="55" w:type="dxa"/>
              <w:bottom w:w="55" w:type="dxa"/>
              <w:right w:w="55" w:type="dxa"/>
            </w:tcMar>
          </w:tcPr>
          <w:p w14:paraId="0C2FFA85" w14:textId="77777777" w:rsidR="003D6426" w:rsidRDefault="003D6426">
            <w:pPr>
              <w:spacing w:after="0" w:line="240" w:lineRule="auto"/>
              <w:rPr>
                <w:rFonts w:hint="eastAsia"/>
              </w:rPr>
            </w:pPr>
          </w:p>
        </w:tc>
        <w:tc>
          <w:tcPr>
            <w:tcW w:w="1280" w:type="dxa"/>
            <w:tcMar>
              <w:top w:w="55" w:type="dxa"/>
              <w:left w:w="55" w:type="dxa"/>
              <w:bottom w:w="55" w:type="dxa"/>
              <w:right w:w="55" w:type="dxa"/>
            </w:tcMar>
          </w:tcPr>
          <w:p w14:paraId="27AA6ED9" w14:textId="77777777" w:rsidR="003D6426" w:rsidRDefault="00000000">
            <w:pPr>
              <w:spacing w:after="0" w:line="240" w:lineRule="auto"/>
              <w:rPr>
                <w:rFonts w:hint="eastAsia"/>
              </w:rPr>
            </w:pPr>
            <w:r>
              <w:rPr>
                <w:sz w:val="13"/>
              </w:rPr>
              <w:t>[ ] SI [ ] N.A.</w:t>
            </w:r>
          </w:p>
        </w:tc>
        <w:tc>
          <w:tcPr>
            <w:tcW w:w="1280" w:type="dxa"/>
            <w:tcMar>
              <w:top w:w="55" w:type="dxa"/>
              <w:left w:w="55" w:type="dxa"/>
              <w:bottom w:w="55" w:type="dxa"/>
              <w:right w:w="55" w:type="dxa"/>
            </w:tcMar>
          </w:tcPr>
          <w:p w14:paraId="506B4CF4" w14:textId="77777777" w:rsidR="003D6426" w:rsidRDefault="00000000">
            <w:pPr>
              <w:spacing w:after="0" w:line="240" w:lineRule="auto"/>
              <w:rPr>
                <w:rFonts w:hint="eastAsia"/>
              </w:rPr>
            </w:pPr>
            <w:r>
              <w:rPr>
                <w:sz w:val="13"/>
              </w:rPr>
              <w:t>[ ] SI [ ] N.A.</w:t>
            </w:r>
          </w:p>
        </w:tc>
        <w:tc>
          <w:tcPr>
            <w:tcW w:w="1378" w:type="dxa"/>
            <w:tcMar>
              <w:top w:w="55" w:type="dxa"/>
              <w:left w:w="55" w:type="dxa"/>
              <w:bottom w:w="55" w:type="dxa"/>
              <w:right w:w="55" w:type="dxa"/>
            </w:tcMar>
          </w:tcPr>
          <w:p w14:paraId="3F74097A" w14:textId="77777777" w:rsidR="003D6426" w:rsidRDefault="00000000">
            <w:pPr>
              <w:spacing w:after="0" w:line="240" w:lineRule="auto"/>
              <w:rPr>
                <w:rFonts w:hint="eastAsia"/>
              </w:rPr>
            </w:pPr>
            <w:r>
              <w:rPr>
                <w:sz w:val="13"/>
              </w:rPr>
              <w:t>[ ] SI [ ] N.A.</w:t>
            </w:r>
          </w:p>
        </w:tc>
        <w:tc>
          <w:tcPr>
            <w:tcW w:w="1132" w:type="dxa"/>
            <w:tcMar>
              <w:top w:w="55" w:type="dxa"/>
              <w:left w:w="55" w:type="dxa"/>
              <w:bottom w:w="55" w:type="dxa"/>
              <w:right w:w="55" w:type="dxa"/>
            </w:tcMar>
          </w:tcPr>
          <w:p w14:paraId="619C692E" w14:textId="77777777" w:rsidR="003D6426" w:rsidRDefault="003D6426">
            <w:pPr>
              <w:spacing w:after="0" w:line="240" w:lineRule="auto"/>
              <w:rPr>
                <w:rFonts w:hint="eastAsia"/>
              </w:rPr>
            </w:pPr>
          </w:p>
        </w:tc>
      </w:tr>
      <w:tr w:rsidR="003D6426" w14:paraId="6B6E9C87" w14:textId="77777777">
        <w:trPr>
          <w:jc w:val="center"/>
        </w:trPr>
        <w:tc>
          <w:tcPr>
            <w:tcW w:w="443" w:type="dxa"/>
            <w:tcMar>
              <w:top w:w="55" w:type="dxa"/>
              <w:left w:w="55" w:type="dxa"/>
              <w:bottom w:w="55" w:type="dxa"/>
              <w:right w:w="55" w:type="dxa"/>
            </w:tcMar>
          </w:tcPr>
          <w:p w14:paraId="57CEFC1D" w14:textId="77777777" w:rsidR="003D6426" w:rsidRDefault="00000000">
            <w:pPr>
              <w:spacing w:after="0" w:line="240" w:lineRule="auto"/>
              <w:rPr>
                <w:rFonts w:hint="eastAsia"/>
              </w:rPr>
            </w:pPr>
            <w:r>
              <w:rPr>
                <w:sz w:val="13"/>
              </w:rPr>
              <w:t>8</w:t>
            </w:r>
          </w:p>
        </w:tc>
        <w:tc>
          <w:tcPr>
            <w:tcW w:w="2215" w:type="dxa"/>
            <w:tcMar>
              <w:top w:w="55" w:type="dxa"/>
              <w:left w:w="55" w:type="dxa"/>
              <w:bottom w:w="55" w:type="dxa"/>
              <w:right w:w="55" w:type="dxa"/>
            </w:tcMar>
          </w:tcPr>
          <w:p w14:paraId="3AAABCE0" w14:textId="77777777" w:rsidR="003D6426" w:rsidRDefault="003D6426">
            <w:pPr>
              <w:spacing w:after="0" w:line="240" w:lineRule="auto"/>
              <w:rPr>
                <w:rFonts w:hint="eastAsia"/>
              </w:rPr>
            </w:pPr>
          </w:p>
        </w:tc>
        <w:tc>
          <w:tcPr>
            <w:tcW w:w="2363" w:type="dxa"/>
            <w:tcMar>
              <w:top w:w="55" w:type="dxa"/>
              <w:left w:w="55" w:type="dxa"/>
              <w:bottom w:w="55" w:type="dxa"/>
              <w:right w:w="55" w:type="dxa"/>
            </w:tcMar>
          </w:tcPr>
          <w:p w14:paraId="431CBD22" w14:textId="77777777" w:rsidR="003D6426" w:rsidRDefault="003D6426">
            <w:pPr>
              <w:spacing w:after="0" w:line="240" w:lineRule="auto"/>
              <w:rPr>
                <w:rFonts w:hint="eastAsia"/>
              </w:rPr>
            </w:pPr>
          </w:p>
        </w:tc>
        <w:tc>
          <w:tcPr>
            <w:tcW w:w="1280" w:type="dxa"/>
            <w:tcMar>
              <w:top w:w="55" w:type="dxa"/>
              <w:left w:w="55" w:type="dxa"/>
              <w:bottom w:w="55" w:type="dxa"/>
              <w:right w:w="55" w:type="dxa"/>
            </w:tcMar>
          </w:tcPr>
          <w:p w14:paraId="4090A070" w14:textId="77777777" w:rsidR="003D6426" w:rsidRDefault="00000000">
            <w:pPr>
              <w:spacing w:after="0" w:line="240" w:lineRule="auto"/>
              <w:rPr>
                <w:rFonts w:hint="eastAsia"/>
              </w:rPr>
            </w:pPr>
            <w:r>
              <w:rPr>
                <w:sz w:val="13"/>
              </w:rPr>
              <w:t>[ ] SI [ ] N.A.</w:t>
            </w:r>
          </w:p>
        </w:tc>
        <w:tc>
          <w:tcPr>
            <w:tcW w:w="1280" w:type="dxa"/>
            <w:tcMar>
              <w:top w:w="55" w:type="dxa"/>
              <w:left w:w="55" w:type="dxa"/>
              <w:bottom w:w="55" w:type="dxa"/>
              <w:right w:w="55" w:type="dxa"/>
            </w:tcMar>
          </w:tcPr>
          <w:p w14:paraId="0767AF6C" w14:textId="77777777" w:rsidR="003D6426" w:rsidRDefault="00000000">
            <w:pPr>
              <w:spacing w:after="0" w:line="240" w:lineRule="auto"/>
              <w:rPr>
                <w:rFonts w:hint="eastAsia"/>
              </w:rPr>
            </w:pPr>
            <w:r>
              <w:rPr>
                <w:sz w:val="13"/>
              </w:rPr>
              <w:t>[ ] SI [ ] N.A.</w:t>
            </w:r>
          </w:p>
        </w:tc>
        <w:tc>
          <w:tcPr>
            <w:tcW w:w="1378" w:type="dxa"/>
            <w:tcMar>
              <w:top w:w="55" w:type="dxa"/>
              <w:left w:w="55" w:type="dxa"/>
              <w:bottom w:w="55" w:type="dxa"/>
              <w:right w:w="55" w:type="dxa"/>
            </w:tcMar>
          </w:tcPr>
          <w:p w14:paraId="2FC187B2" w14:textId="77777777" w:rsidR="003D6426" w:rsidRDefault="00000000">
            <w:pPr>
              <w:spacing w:after="0" w:line="240" w:lineRule="auto"/>
              <w:rPr>
                <w:rFonts w:hint="eastAsia"/>
              </w:rPr>
            </w:pPr>
            <w:r>
              <w:rPr>
                <w:sz w:val="13"/>
              </w:rPr>
              <w:t>[ ] SI [ ] N.A.</w:t>
            </w:r>
          </w:p>
        </w:tc>
        <w:tc>
          <w:tcPr>
            <w:tcW w:w="1132" w:type="dxa"/>
            <w:tcMar>
              <w:top w:w="55" w:type="dxa"/>
              <w:left w:w="55" w:type="dxa"/>
              <w:bottom w:w="55" w:type="dxa"/>
              <w:right w:w="55" w:type="dxa"/>
            </w:tcMar>
          </w:tcPr>
          <w:p w14:paraId="2E7F79C1" w14:textId="77777777" w:rsidR="003D6426" w:rsidRDefault="003D6426">
            <w:pPr>
              <w:spacing w:after="0" w:line="240" w:lineRule="auto"/>
              <w:rPr>
                <w:rFonts w:hint="eastAsia"/>
              </w:rPr>
            </w:pPr>
          </w:p>
        </w:tc>
      </w:tr>
      <w:tr w:rsidR="003D6426" w14:paraId="53EBC61C" w14:textId="77777777">
        <w:trPr>
          <w:jc w:val="center"/>
        </w:trPr>
        <w:tc>
          <w:tcPr>
            <w:tcW w:w="443" w:type="dxa"/>
            <w:tcMar>
              <w:top w:w="55" w:type="dxa"/>
              <w:left w:w="55" w:type="dxa"/>
              <w:bottom w:w="55" w:type="dxa"/>
              <w:right w:w="55" w:type="dxa"/>
            </w:tcMar>
          </w:tcPr>
          <w:p w14:paraId="0D77E8D2" w14:textId="77777777" w:rsidR="003D6426" w:rsidRDefault="00000000">
            <w:pPr>
              <w:spacing w:after="0" w:line="240" w:lineRule="auto"/>
              <w:rPr>
                <w:rFonts w:hint="eastAsia"/>
              </w:rPr>
            </w:pPr>
            <w:r>
              <w:rPr>
                <w:sz w:val="13"/>
              </w:rPr>
              <w:t>9</w:t>
            </w:r>
          </w:p>
        </w:tc>
        <w:tc>
          <w:tcPr>
            <w:tcW w:w="2215" w:type="dxa"/>
            <w:tcMar>
              <w:top w:w="55" w:type="dxa"/>
              <w:left w:w="55" w:type="dxa"/>
              <w:bottom w:w="55" w:type="dxa"/>
              <w:right w:w="55" w:type="dxa"/>
            </w:tcMar>
          </w:tcPr>
          <w:p w14:paraId="4C2B8AD8" w14:textId="77777777" w:rsidR="003D6426" w:rsidRDefault="003D6426">
            <w:pPr>
              <w:spacing w:after="0" w:line="240" w:lineRule="auto"/>
              <w:rPr>
                <w:rFonts w:hint="eastAsia"/>
              </w:rPr>
            </w:pPr>
          </w:p>
        </w:tc>
        <w:tc>
          <w:tcPr>
            <w:tcW w:w="2363" w:type="dxa"/>
            <w:tcMar>
              <w:top w:w="55" w:type="dxa"/>
              <w:left w:w="55" w:type="dxa"/>
              <w:bottom w:w="55" w:type="dxa"/>
              <w:right w:w="55" w:type="dxa"/>
            </w:tcMar>
          </w:tcPr>
          <w:p w14:paraId="3D7A500B" w14:textId="77777777" w:rsidR="003D6426" w:rsidRDefault="003D6426">
            <w:pPr>
              <w:spacing w:after="0" w:line="240" w:lineRule="auto"/>
              <w:rPr>
                <w:rFonts w:hint="eastAsia"/>
              </w:rPr>
            </w:pPr>
          </w:p>
        </w:tc>
        <w:tc>
          <w:tcPr>
            <w:tcW w:w="1280" w:type="dxa"/>
            <w:tcMar>
              <w:top w:w="55" w:type="dxa"/>
              <w:left w:w="55" w:type="dxa"/>
              <w:bottom w:w="55" w:type="dxa"/>
              <w:right w:w="55" w:type="dxa"/>
            </w:tcMar>
          </w:tcPr>
          <w:p w14:paraId="185D8C17" w14:textId="77777777" w:rsidR="003D6426" w:rsidRDefault="00000000">
            <w:pPr>
              <w:spacing w:after="0" w:line="240" w:lineRule="auto"/>
              <w:rPr>
                <w:rFonts w:hint="eastAsia"/>
              </w:rPr>
            </w:pPr>
            <w:r>
              <w:rPr>
                <w:sz w:val="13"/>
              </w:rPr>
              <w:t>[ ] SI [ ] N.A.</w:t>
            </w:r>
          </w:p>
        </w:tc>
        <w:tc>
          <w:tcPr>
            <w:tcW w:w="1280" w:type="dxa"/>
            <w:tcMar>
              <w:top w:w="55" w:type="dxa"/>
              <w:left w:w="55" w:type="dxa"/>
              <w:bottom w:w="55" w:type="dxa"/>
              <w:right w:w="55" w:type="dxa"/>
            </w:tcMar>
          </w:tcPr>
          <w:p w14:paraId="57D41CE1" w14:textId="77777777" w:rsidR="003D6426" w:rsidRDefault="00000000">
            <w:pPr>
              <w:spacing w:after="0" w:line="240" w:lineRule="auto"/>
              <w:rPr>
                <w:rFonts w:hint="eastAsia"/>
              </w:rPr>
            </w:pPr>
            <w:r>
              <w:rPr>
                <w:sz w:val="13"/>
              </w:rPr>
              <w:t>[ ] SI [ ] N.A.</w:t>
            </w:r>
          </w:p>
        </w:tc>
        <w:tc>
          <w:tcPr>
            <w:tcW w:w="1378" w:type="dxa"/>
            <w:tcMar>
              <w:top w:w="55" w:type="dxa"/>
              <w:left w:w="55" w:type="dxa"/>
              <w:bottom w:w="55" w:type="dxa"/>
              <w:right w:w="55" w:type="dxa"/>
            </w:tcMar>
          </w:tcPr>
          <w:p w14:paraId="7F64CB5C" w14:textId="77777777" w:rsidR="003D6426" w:rsidRDefault="00000000">
            <w:pPr>
              <w:spacing w:after="0" w:line="240" w:lineRule="auto"/>
              <w:rPr>
                <w:rFonts w:hint="eastAsia"/>
              </w:rPr>
            </w:pPr>
            <w:r>
              <w:rPr>
                <w:sz w:val="13"/>
              </w:rPr>
              <w:t>[ ] SI [ ] N.A.</w:t>
            </w:r>
          </w:p>
        </w:tc>
        <w:tc>
          <w:tcPr>
            <w:tcW w:w="1132" w:type="dxa"/>
            <w:tcMar>
              <w:top w:w="55" w:type="dxa"/>
              <w:left w:w="55" w:type="dxa"/>
              <w:bottom w:w="55" w:type="dxa"/>
              <w:right w:w="55" w:type="dxa"/>
            </w:tcMar>
          </w:tcPr>
          <w:p w14:paraId="58DA90A4" w14:textId="77777777" w:rsidR="003D6426" w:rsidRDefault="003D6426">
            <w:pPr>
              <w:spacing w:after="0" w:line="240" w:lineRule="auto"/>
              <w:rPr>
                <w:rFonts w:hint="eastAsia"/>
              </w:rPr>
            </w:pPr>
          </w:p>
        </w:tc>
      </w:tr>
      <w:tr w:rsidR="003D6426" w14:paraId="766A4D43" w14:textId="77777777">
        <w:trPr>
          <w:jc w:val="center"/>
        </w:trPr>
        <w:tc>
          <w:tcPr>
            <w:tcW w:w="443" w:type="dxa"/>
            <w:tcMar>
              <w:top w:w="55" w:type="dxa"/>
              <w:left w:w="55" w:type="dxa"/>
              <w:bottom w:w="55" w:type="dxa"/>
              <w:right w:w="55" w:type="dxa"/>
            </w:tcMar>
          </w:tcPr>
          <w:p w14:paraId="171BF48B" w14:textId="77777777" w:rsidR="003D6426" w:rsidRDefault="00000000">
            <w:pPr>
              <w:spacing w:after="0" w:line="240" w:lineRule="auto"/>
              <w:rPr>
                <w:rFonts w:hint="eastAsia"/>
              </w:rPr>
            </w:pPr>
            <w:r>
              <w:rPr>
                <w:sz w:val="13"/>
              </w:rPr>
              <w:t>10</w:t>
            </w:r>
          </w:p>
        </w:tc>
        <w:tc>
          <w:tcPr>
            <w:tcW w:w="2215" w:type="dxa"/>
            <w:tcMar>
              <w:top w:w="55" w:type="dxa"/>
              <w:left w:w="55" w:type="dxa"/>
              <w:bottom w:w="55" w:type="dxa"/>
              <w:right w:w="55" w:type="dxa"/>
            </w:tcMar>
          </w:tcPr>
          <w:p w14:paraId="26814034" w14:textId="77777777" w:rsidR="003D6426" w:rsidRDefault="003D6426">
            <w:pPr>
              <w:spacing w:after="0" w:line="240" w:lineRule="auto"/>
              <w:rPr>
                <w:rFonts w:hint="eastAsia"/>
              </w:rPr>
            </w:pPr>
          </w:p>
        </w:tc>
        <w:tc>
          <w:tcPr>
            <w:tcW w:w="2363" w:type="dxa"/>
            <w:tcMar>
              <w:top w:w="55" w:type="dxa"/>
              <w:left w:w="55" w:type="dxa"/>
              <w:bottom w:w="55" w:type="dxa"/>
              <w:right w:w="55" w:type="dxa"/>
            </w:tcMar>
          </w:tcPr>
          <w:p w14:paraId="4788DE36" w14:textId="77777777" w:rsidR="003D6426" w:rsidRDefault="003D6426">
            <w:pPr>
              <w:spacing w:after="0" w:line="240" w:lineRule="auto"/>
              <w:rPr>
                <w:rFonts w:hint="eastAsia"/>
              </w:rPr>
            </w:pPr>
          </w:p>
        </w:tc>
        <w:tc>
          <w:tcPr>
            <w:tcW w:w="1280" w:type="dxa"/>
            <w:tcMar>
              <w:top w:w="55" w:type="dxa"/>
              <w:left w:w="55" w:type="dxa"/>
              <w:bottom w:w="55" w:type="dxa"/>
              <w:right w:w="55" w:type="dxa"/>
            </w:tcMar>
          </w:tcPr>
          <w:p w14:paraId="68C196DB" w14:textId="77777777" w:rsidR="003D6426" w:rsidRDefault="00000000">
            <w:pPr>
              <w:spacing w:after="0" w:line="240" w:lineRule="auto"/>
              <w:rPr>
                <w:rFonts w:hint="eastAsia"/>
              </w:rPr>
            </w:pPr>
            <w:r>
              <w:rPr>
                <w:sz w:val="13"/>
              </w:rPr>
              <w:t>[ ] SI [ ] N.A.</w:t>
            </w:r>
          </w:p>
        </w:tc>
        <w:tc>
          <w:tcPr>
            <w:tcW w:w="1280" w:type="dxa"/>
            <w:tcMar>
              <w:top w:w="55" w:type="dxa"/>
              <w:left w:w="55" w:type="dxa"/>
              <w:bottom w:w="55" w:type="dxa"/>
              <w:right w:w="55" w:type="dxa"/>
            </w:tcMar>
          </w:tcPr>
          <w:p w14:paraId="65C53635" w14:textId="77777777" w:rsidR="003D6426" w:rsidRDefault="00000000">
            <w:pPr>
              <w:spacing w:after="0" w:line="240" w:lineRule="auto"/>
              <w:rPr>
                <w:rFonts w:hint="eastAsia"/>
              </w:rPr>
            </w:pPr>
            <w:r>
              <w:rPr>
                <w:sz w:val="13"/>
              </w:rPr>
              <w:t>[ ] SI [ ] N.A.</w:t>
            </w:r>
          </w:p>
        </w:tc>
        <w:tc>
          <w:tcPr>
            <w:tcW w:w="1378" w:type="dxa"/>
            <w:tcMar>
              <w:top w:w="55" w:type="dxa"/>
              <w:left w:w="55" w:type="dxa"/>
              <w:bottom w:w="55" w:type="dxa"/>
              <w:right w:w="55" w:type="dxa"/>
            </w:tcMar>
          </w:tcPr>
          <w:p w14:paraId="59BD899C" w14:textId="77777777" w:rsidR="003D6426" w:rsidRDefault="00000000">
            <w:pPr>
              <w:spacing w:after="0" w:line="240" w:lineRule="auto"/>
              <w:rPr>
                <w:rFonts w:hint="eastAsia"/>
              </w:rPr>
            </w:pPr>
            <w:r>
              <w:rPr>
                <w:sz w:val="13"/>
              </w:rPr>
              <w:t>[ ] SI [ ] N.A.</w:t>
            </w:r>
          </w:p>
        </w:tc>
        <w:tc>
          <w:tcPr>
            <w:tcW w:w="1132" w:type="dxa"/>
            <w:tcMar>
              <w:top w:w="55" w:type="dxa"/>
              <w:left w:w="55" w:type="dxa"/>
              <w:bottom w:w="55" w:type="dxa"/>
              <w:right w:w="55" w:type="dxa"/>
            </w:tcMar>
          </w:tcPr>
          <w:p w14:paraId="57551743" w14:textId="77777777" w:rsidR="003D6426" w:rsidRDefault="003D6426">
            <w:pPr>
              <w:spacing w:after="0" w:line="240" w:lineRule="auto"/>
              <w:rPr>
                <w:rFonts w:hint="eastAsia"/>
              </w:rPr>
            </w:pPr>
          </w:p>
        </w:tc>
      </w:tr>
    </w:tbl>
    <w:p w14:paraId="67230111" w14:textId="77777777" w:rsidR="003D6426" w:rsidRDefault="00000000">
      <w:pPr>
        <w:pStyle w:val="TableTitle"/>
        <w:rPr>
          <w:rFonts w:hint="eastAsia"/>
        </w:rPr>
      </w:pPr>
      <w:r>
        <w:t>Controlli LOTO/try-out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
        <w:gridCol w:w="4717"/>
        <w:gridCol w:w="1481"/>
        <w:gridCol w:w="2413"/>
        <w:gridCol w:w="1097"/>
      </w:tblGrid>
      <w:tr w:rsidR="003D6426" w14:paraId="7F761188" w14:textId="77777777">
        <w:trPr>
          <w:tblHeader/>
          <w:jc w:val="center"/>
        </w:trPr>
        <w:tc>
          <w:tcPr>
            <w:tcW w:w="488" w:type="dxa"/>
            <w:shd w:val="clear" w:color="auto" w:fill="D9EAF7"/>
            <w:tcMar>
              <w:top w:w="55" w:type="dxa"/>
              <w:left w:w="55" w:type="dxa"/>
              <w:bottom w:w="55" w:type="dxa"/>
              <w:right w:w="55" w:type="dxa"/>
            </w:tcMar>
            <w:vAlign w:val="center"/>
          </w:tcPr>
          <w:p w14:paraId="44ECE196" w14:textId="77777777" w:rsidR="003D6426" w:rsidRDefault="00000000">
            <w:pPr>
              <w:spacing w:after="0" w:line="240" w:lineRule="auto"/>
              <w:jc w:val="center"/>
              <w:rPr>
                <w:rFonts w:hint="eastAsia"/>
              </w:rPr>
            </w:pPr>
            <w:r>
              <w:rPr>
                <w:b/>
                <w:sz w:val="15"/>
              </w:rPr>
              <w:t>N.</w:t>
            </w:r>
          </w:p>
        </w:tc>
        <w:tc>
          <w:tcPr>
            <w:tcW w:w="4666" w:type="dxa"/>
            <w:shd w:val="clear" w:color="auto" w:fill="D9EAF7"/>
            <w:tcMar>
              <w:top w:w="55" w:type="dxa"/>
              <w:left w:w="55" w:type="dxa"/>
              <w:bottom w:w="55" w:type="dxa"/>
              <w:right w:w="55" w:type="dxa"/>
            </w:tcMar>
            <w:vAlign w:val="center"/>
          </w:tcPr>
          <w:p w14:paraId="4E970D5C" w14:textId="77777777" w:rsidR="003D6426" w:rsidRDefault="00000000">
            <w:pPr>
              <w:spacing w:after="0" w:line="240" w:lineRule="auto"/>
              <w:jc w:val="center"/>
              <w:rPr>
                <w:rFonts w:hint="eastAsia"/>
              </w:rPr>
            </w:pPr>
            <w:r>
              <w:rPr>
                <w:b/>
                <w:sz w:val="15"/>
              </w:rPr>
              <w:t>Verifica/azione</w:t>
            </w:r>
          </w:p>
        </w:tc>
        <w:tc>
          <w:tcPr>
            <w:tcW w:w="1465" w:type="dxa"/>
            <w:shd w:val="clear" w:color="auto" w:fill="D9EAF7"/>
            <w:tcMar>
              <w:top w:w="55" w:type="dxa"/>
              <w:left w:w="55" w:type="dxa"/>
              <w:bottom w:w="55" w:type="dxa"/>
              <w:right w:w="55" w:type="dxa"/>
            </w:tcMar>
            <w:vAlign w:val="center"/>
          </w:tcPr>
          <w:p w14:paraId="13E86268" w14:textId="77777777" w:rsidR="003D6426" w:rsidRDefault="00000000">
            <w:pPr>
              <w:spacing w:after="0" w:line="240" w:lineRule="auto"/>
              <w:jc w:val="center"/>
              <w:rPr>
                <w:rFonts w:hint="eastAsia"/>
              </w:rPr>
            </w:pPr>
            <w:r>
              <w:rPr>
                <w:b/>
                <w:sz w:val="15"/>
              </w:rPr>
              <w:t>Esito</w:t>
            </w:r>
          </w:p>
        </w:tc>
        <w:tc>
          <w:tcPr>
            <w:tcW w:w="2387" w:type="dxa"/>
            <w:shd w:val="clear" w:color="auto" w:fill="D9EAF7"/>
            <w:tcMar>
              <w:top w:w="55" w:type="dxa"/>
              <w:left w:w="55" w:type="dxa"/>
              <w:bottom w:w="55" w:type="dxa"/>
              <w:right w:w="55" w:type="dxa"/>
            </w:tcMar>
            <w:vAlign w:val="center"/>
          </w:tcPr>
          <w:p w14:paraId="5513FD68" w14:textId="77777777" w:rsidR="003D6426" w:rsidRDefault="00000000">
            <w:pPr>
              <w:spacing w:after="0" w:line="240" w:lineRule="auto"/>
              <w:jc w:val="center"/>
              <w:rPr>
                <w:rFonts w:hint="eastAsia"/>
              </w:rPr>
            </w:pPr>
            <w:r>
              <w:rPr>
                <w:b/>
                <w:sz w:val="15"/>
              </w:rPr>
              <w:t>Evidenza o riferimento</w:t>
            </w:r>
          </w:p>
        </w:tc>
        <w:tc>
          <w:tcPr>
            <w:tcW w:w="1085" w:type="dxa"/>
            <w:shd w:val="clear" w:color="auto" w:fill="D9EAF7"/>
            <w:tcMar>
              <w:top w:w="55" w:type="dxa"/>
              <w:left w:w="55" w:type="dxa"/>
              <w:bottom w:w="55" w:type="dxa"/>
              <w:right w:w="55" w:type="dxa"/>
            </w:tcMar>
            <w:vAlign w:val="center"/>
          </w:tcPr>
          <w:p w14:paraId="7AED5F83" w14:textId="77777777" w:rsidR="003D6426" w:rsidRDefault="00000000">
            <w:pPr>
              <w:spacing w:after="0" w:line="240" w:lineRule="auto"/>
              <w:jc w:val="center"/>
              <w:rPr>
                <w:rFonts w:hint="eastAsia"/>
              </w:rPr>
            </w:pPr>
            <w:r>
              <w:rPr>
                <w:b/>
                <w:sz w:val="15"/>
              </w:rPr>
              <w:t>Firma</w:t>
            </w:r>
          </w:p>
        </w:tc>
      </w:tr>
      <w:tr w:rsidR="003D6426" w14:paraId="089D55C3" w14:textId="77777777">
        <w:trPr>
          <w:jc w:val="center"/>
        </w:trPr>
        <w:tc>
          <w:tcPr>
            <w:tcW w:w="488" w:type="dxa"/>
            <w:tcMar>
              <w:top w:w="55" w:type="dxa"/>
              <w:left w:w="55" w:type="dxa"/>
              <w:bottom w:w="55" w:type="dxa"/>
              <w:right w:w="55" w:type="dxa"/>
            </w:tcMar>
          </w:tcPr>
          <w:p w14:paraId="6F8B92CD" w14:textId="77777777" w:rsidR="003D6426" w:rsidRDefault="00000000">
            <w:pPr>
              <w:spacing w:after="0" w:line="240" w:lineRule="auto"/>
              <w:rPr>
                <w:rFonts w:hint="eastAsia"/>
              </w:rPr>
            </w:pPr>
            <w:r>
              <w:rPr>
                <w:sz w:val="15"/>
              </w:rPr>
              <w:t>1</w:t>
            </w:r>
          </w:p>
        </w:tc>
        <w:tc>
          <w:tcPr>
            <w:tcW w:w="4666" w:type="dxa"/>
            <w:tcMar>
              <w:top w:w="55" w:type="dxa"/>
              <w:left w:w="55" w:type="dxa"/>
              <w:bottom w:w="55" w:type="dxa"/>
              <w:right w:w="55" w:type="dxa"/>
            </w:tcMar>
          </w:tcPr>
          <w:p w14:paraId="588BC12D" w14:textId="77777777" w:rsidR="003D6426" w:rsidRDefault="00000000">
            <w:pPr>
              <w:spacing w:after="0" w:line="240" w:lineRule="auto"/>
              <w:rPr>
                <w:rFonts w:hint="eastAsia"/>
              </w:rPr>
            </w:pPr>
            <w:r>
              <w:rPr>
                <w:sz w:val="15"/>
              </w:rPr>
              <w:t>Fonti elettriche sezionate e bloccate.</w:t>
            </w:r>
          </w:p>
        </w:tc>
        <w:tc>
          <w:tcPr>
            <w:tcW w:w="1465" w:type="dxa"/>
            <w:tcMar>
              <w:top w:w="55" w:type="dxa"/>
              <w:left w:w="55" w:type="dxa"/>
              <w:bottom w:w="55" w:type="dxa"/>
              <w:right w:w="55" w:type="dxa"/>
            </w:tcMar>
          </w:tcPr>
          <w:p w14:paraId="047EBB2F"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CDFB9C4"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DE656D0" w14:textId="77777777" w:rsidR="003D6426" w:rsidRDefault="003D6426">
            <w:pPr>
              <w:spacing w:after="0" w:line="240" w:lineRule="auto"/>
              <w:rPr>
                <w:rFonts w:hint="eastAsia"/>
              </w:rPr>
            </w:pPr>
          </w:p>
        </w:tc>
      </w:tr>
      <w:tr w:rsidR="003D6426" w14:paraId="2D513326" w14:textId="77777777">
        <w:trPr>
          <w:jc w:val="center"/>
        </w:trPr>
        <w:tc>
          <w:tcPr>
            <w:tcW w:w="488" w:type="dxa"/>
            <w:tcMar>
              <w:top w:w="55" w:type="dxa"/>
              <w:left w:w="55" w:type="dxa"/>
              <w:bottom w:w="55" w:type="dxa"/>
              <w:right w:w="55" w:type="dxa"/>
            </w:tcMar>
          </w:tcPr>
          <w:p w14:paraId="16EFD868" w14:textId="77777777" w:rsidR="003D6426" w:rsidRDefault="00000000">
            <w:pPr>
              <w:spacing w:after="0" w:line="240" w:lineRule="auto"/>
              <w:rPr>
                <w:rFonts w:hint="eastAsia"/>
              </w:rPr>
            </w:pPr>
            <w:r>
              <w:rPr>
                <w:sz w:val="15"/>
              </w:rPr>
              <w:t>2</w:t>
            </w:r>
          </w:p>
        </w:tc>
        <w:tc>
          <w:tcPr>
            <w:tcW w:w="4666" w:type="dxa"/>
            <w:tcMar>
              <w:top w:w="55" w:type="dxa"/>
              <w:left w:w="55" w:type="dxa"/>
              <w:bottom w:w="55" w:type="dxa"/>
              <w:right w:w="55" w:type="dxa"/>
            </w:tcMar>
          </w:tcPr>
          <w:p w14:paraId="0A4DDAF6" w14:textId="77777777" w:rsidR="003D6426" w:rsidRDefault="00000000">
            <w:pPr>
              <w:spacing w:after="0" w:line="240" w:lineRule="auto"/>
              <w:rPr>
                <w:rFonts w:hint="eastAsia"/>
              </w:rPr>
            </w:pPr>
            <w:r>
              <w:rPr>
                <w:sz w:val="15"/>
              </w:rPr>
              <w:t>Assenza tensione verificata con strumento idoneo se applicabile.</w:t>
            </w:r>
          </w:p>
        </w:tc>
        <w:tc>
          <w:tcPr>
            <w:tcW w:w="1465" w:type="dxa"/>
            <w:tcMar>
              <w:top w:w="55" w:type="dxa"/>
              <w:left w:w="55" w:type="dxa"/>
              <w:bottom w:w="55" w:type="dxa"/>
              <w:right w:w="55" w:type="dxa"/>
            </w:tcMar>
          </w:tcPr>
          <w:p w14:paraId="67D5C64A"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F24E432"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15530771" w14:textId="77777777" w:rsidR="003D6426" w:rsidRDefault="003D6426">
            <w:pPr>
              <w:spacing w:after="0" w:line="240" w:lineRule="auto"/>
              <w:rPr>
                <w:rFonts w:hint="eastAsia"/>
              </w:rPr>
            </w:pPr>
          </w:p>
        </w:tc>
      </w:tr>
      <w:tr w:rsidR="003D6426" w14:paraId="57FB35C1" w14:textId="77777777">
        <w:trPr>
          <w:jc w:val="center"/>
        </w:trPr>
        <w:tc>
          <w:tcPr>
            <w:tcW w:w="488" w:type="dxa"/>
            <w:tcMar>
              <w:top w:w="55" w:type="dxa"/>
              <w:left w:w="55" w:type="dxa"/>
              <w:bottom w:w="55" w:type="dxa"/>
              <w:right w:w="55" w:type="dxa"/>
            </w:tcMar>
          </w:tcPr>
          <w:p w14:paraId="1F23FC05" w14:textId="77777777" w:rsidR="003D6426" w:rsidRDefault="00000000">
            <w:pPr>
              <w:spacing w:after="0" w:line="240" w:lineRule="auto"/>
              <w:rPr>
                <w:rFonts w:hint="eastAsia"/>
              </w:rPr>
            </w:pPr>
            <w:r>
              <w:rPr>
                <w:sz w:val="15"/>
              </w:rPr>
              <w:t>3</w:t>
            </w:r>
          </w:p>
        </w:tc>
        <w:tc>
          <w:tcPr>
            <w:tcW w:w="4666" w:type="dxa"/>
            <w:tcMar>
              <w:top w:w="55" w:type="dxa"/>
              <w:left w:w="55" w:type="dxa"/>
              <w:bottom w:w="55" w:type="dxa"/>
              <w:right w:w="55" w:type="dxa"/>
            </w:tcMar>
          </w:tcPr>
          <w:p w14:paraId="4287FCAB" w14:textId="77777777" w:rsidR="003D6426" w:rsidRDefault="00000000">
            <w:pPr>
              <w:spacing w:after="0" w:line="240" w:lineRule="auto"/>
              <w:rPr>
                <w:rFonts w:hint="eastAsia"/>
              </w:rPr>
            </w:pPr>
            <w:r>
              <w:rPr>
                <w:sz w:val="15"/>
              </w:rPr>
              <w:t>Valvole chiuse, bloccate e segnalate.</w:t>
            </w:r>
          </w:p>
        </w:tc>
        <w:tc>
          <w:tcPr>
            <w:tcW w:w="1465" w:type="dxa"/>
            <w:tcMar>
              <w:top w:w="55" w:type="dxa"/>
              <w:left w:w="55" w:type="dxa"/>
              <w:bottom w:w="55" w:type="dxa"/>
              <w:right w:w="55" w:type="dxa"/>
            </w:tcMar>
          </w:tcPr>
          <w:p w14:paraId="75F51671"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66AE396"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5DA9D91E" w14:textId="77777777" w:rsidR="003D6426" w:rsidRDefault="003D6426">
            <w:pPr>
              <w:spacing w:after="0" w:line="240" w:lineRule="auto"/>
              <w:rPr>
                <w:rFonts w:hint="eastAsia"/>
              </w:rPr>
            </w:pPr>
          </w:p>
        </w:tc>
      </w:tr>
      <w:tr w:rsidR="003D6426" w14:paraId="2961603B" w14:textId="77777777">
        <w:trPr>
          <w:jc w:val="center"/>
        </w:trPr>
        <w:tc>
          <w:tcPr>
            <w:tcW w:w="488" w:type="dxa"/>
            <w:tcMar>
              <w:top w:w="55" w:type="dxa"/>
              <w:left w:w="55" w:type="dxa"/>
              <w:bottom w:w="55" w:type="dxa"/>
              <w:right w:w="55" w:type="dxa"/>
            </w:tcMar>
          </w:tcPr>
          <w:p w14:paraId="5B4A0F7E" w14:textId="77777777" w:rsidR="003D6426" w:rsidRDefault="00000000">
            <w:pPr>
              <w:spacing w:after="0" w:line="240" w:lineRule="auto"/>
              <w:rPr>
                <w:rFonts w:hint="eastAsia"/>
              </w:rPr>
            </w:pPr>
            <w:r>
              <w:rPr>
                <w:sz w:val="15"/>
              </w:rPr>
              <w:t>4</w:t>
            </w:r>
          </w:p>
        </w:tc>
        <w:tc>
          <w:tcPr>
            <w:tcW w:w="4666" w:type="dxa"/>
            <w:tcMar>
              <w:top w:w="55" w:type="dxa"/>
              <w:left w:w="55" w:type="dxa"/>
              <w:bottom w:w="55" w:type="dxa"/>
              <w:right w:w="55" w:type="dxa"/>
            </w:tcMar>
          </w:tcPr>
          <w:p w14:paraId="43414192" w14:textId="77777777" w:rsidR="003D6426" w:rsidRDefault="00000000">
            <w:pPr>
              <w:spacing w:after="0" w:line="240" w:lineRule="auto"/>
              <w:rPr>
                <w:rFonts w:hint="eastAsia"/>
              </w:rPr>
            </w:pPr>
            <w:r>
              <w:rPr>
                <w:sz w:val="15"/>
              </w:rPr>
              <w:t>Linee cieche/flange cieche installate se richieste.</w:t>
            </w:r>
          </w:p>
        </w:tc>
        <w:tc>
          <w:tcPr>
            <w:tcW w:w="1465" w:type="dxa"/>
            <w:tcMar>
              <w:top w:w="55" w:type="dxa"/>
              <w:left w:w="55" w:type="dxa"/>
              <w:bottom w:w="55" w:type="dxa"/>
              <w:right w:w="55" w:type="dxa"/>
            </w:tcMar>
          </w:tcPr>
          <w:p w14:paraId="397D4DFD"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725B57C"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1CB00FF8" w14:textId="77777777" w:rsidR="003D6426" w:rsidRDefault="003D6426">
            <w:pPr>
              <w:spacing w:after="0" w:line="240" w:lineRule="auto"/>
              <w:rPr>
                <w:rFonts w:hint="eastAsia"/>
              </w:rPr>
            </w:pPr>
          </w:p>
        </w:tc>
      </w:tr>
      <w:tr w:rsidR="003D6426" w14:paraId="779566C8" w14:textId="77777777">
        <w:trPr>
          <w:jc w:val="center"/>
        </w:trPr>
        <w:tc>
          <w:tcPr>
            <w:tcW w:w="488" w:type="dxa"/>
            <w:tcMar>
              <w:top w:w="55" w:type="dxa"/>
              <w:left w:w="55" w:type="dxa"/>
              <w:bottom w:w="55" w:type="dxa"/>
              <w:right w:w="55" w:type="dxa"/>
            </w:tcMar>
          </w:tcPr>
          <w:p w14:paraId="17B587AF" w14:textId="77777777" w:rsidR="003D6426" w:rsidRDefault="00000000">
            <w:pPr>
              <w:spacing w:after="0" w:line="240" w:lineRule="auto"/>
              <w:rPr>
                <w:rFonts w:hint="eastAsia"/>
              </w:rPr>
            </w:pPr>
            <w:r>
              <w:rPr>
                <w:sz w:val="15"/>
              </w:rPr>
              <w:t>5</w:t>
            </w:r>
          </w:p>
        </w:tc>
        <w:tc>
          <w:tcPr>
            <w:tcW w:w="4666" w:type="dxa"/>
            <w:tcMar>
              <w:top w:w="55" w:type="dxa"/>
              <w:left w:w="55" w:type="dxa"/>
              <w:bottom w:w="55" w:type="dxa"/>
              <w:right w:w="55" w:type="dxa"/>
            </w:tcMar>
          </w:tcPr>
          <w:p w14:paraId="2A230CA8" w14:textId="77777777" w:rsidR="003D6426" w:rsidRDefault="00000000">
            <w:pPr>
              <w:spacing w:after="0" w:line="240" w:lineRule="auto"/>
              <w:rPr>
                <w:rFonts w:hint="eastAsia"/>
              </w:rPr>
            </w:pPr>
            <w:r>
              <w:rPr>
                <w:sz w:val="15"/>
              </w:rPr>
              <w:t>Pressioni residue scaricate e verificate.</w:t>
            </w:r>
          </w:p>
        </w:tc>
        <w:tc>
          <w:tcPr>
            <w:tcW w:w="1465" w:type="dxa"/>
            <w:tcMar>
              <w:top w:w="55" w:type="dxa"/>
              <w:left w:w="55" w:type="dxa"/>
              <w:bottom w:w="55" w:type="dxa"/>
              <w:right w:w="55" w:type="dxa"/>
            </w:tcMar>
          </w:tcPr>
          <w:p w14:paraId="1DA958D5"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4C1A804"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1457639E" w14:textId="77777777" w:rsidR="003D6426" w:rsidRDefault="003D6426">
            <w:pPr>
              <w:spacing w:after="0" w:line="240" w:lineRule="auto"/>
              <w:rPr>
                <w:rFonts w:hint="eastAsia"/>
              </w:rPr>
            </w:pPr>
          </w:p>
        </w:tc>
      </w:tr>
      <w:tr w:rsidR="003D6426" w14:paraId="0BF0D33B" w14:textId="77777777">
        <w:trPr>
          <w:jc w:val="center"/>
        </w:trPr>
        <w:tc>
          <w:tcPr>
            <w:tcW w:w="488" w:type="dxa"/>
            <w:tcMar>
              <w:top w:w="55" w:type="dxa"/>
              <w:left w:w="55" w:type="dxa"/>
              <w:bottom w:w="55" w:type="dxa"/>
              <w:right w:w="55" w:type="dxa"/>
            </w:tcMar>
          </w:tcPr>
          <w:p w14:paraId="39950450" w14:textId="77777777" w:rsidR="003D6426" w:rsidRDefault="00000000">
            <w:pPr>
              <w:spacing w:after="0" w:line="240" w:lineRule="auto"/>
              <w:rPr>
                <w:rFonts w:hint="eastAsia"/>
              </w:rPr>
            </w:pPr>
            <w:r>
              <w:rPr>
                <w:sz w:val="15"/>
              </w:rPr>
              <w:t>6</w:t>
            </w:r>
          </w:p>
        </w:tc>
        <w:tc>
          <w:tcPr>
            <w:tcW w:w="4666" w:type="dxa"/>
            <w:tcMar>
              <w:top w:w="55" w:type="dxa"/>
              <w:left w:w="55" w:type="dxa"/>
              <w:bottom w:w="55" w:type="dxa"/>
              <w:right w:w="55" w:type="dxa"/>
            </w:tcMar>
          </w:tcPr>
          <w:p w14:paraId="24D33C11" w14:textId="77777777" w:rsidR="003D6426" w:rsidRDefault="00000000">
            <w:pPr>
              <w:spacing w:after="0" w:line="240" w:lineRule="auto"/>
              <w:rPr>
                <w:rFonts w:hint="eastAsia"/>
              </w:rPr>
            </w:pPr>
            <w:r>
              <w:rPr>
                <w:sz w:val="15"/>
              </w:rPr>
              <w:t>Organi meccanici bloccati contro avvio o movimento gravitazionale.</w:t>
            </w:r>
          </w:p>
        </w:tc>
        <w:tc>
          <w:tcPr>
            <w:tcW w:w="1465" w:type="dxa"/>
            <w:tcMar>
              <w:top w:w="55" w:type="dxa"/>
              <w:left w:w="55" w:type="dxa"/>
              <w:bottom w:w="55" w:type="dxa"/>
              <w:right w:w="55" w:type="dxa"/>
            </w:tcMar>
          </w:tcPr>
          <w:p w14:paraId="56B42B32"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8EA00E4"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243121F7" w14:textId="77777777" w:rsidR="003D6426" w:rsidRDefault="003D6426">
            <w:pPr>
              <w:spacing w:after="0" w:line="240" w:lineRule="auto"/>
              <w:rPr>
                <w:rFonts w:hint="eastAsia"/>
              </w:rPr>
            </w:pPr>
          </w:p>
        </w:tc>
      </w:tr>
      <w:tr w:rsidR="003D6426" w14:paraId="4FDA513D" w14:textId="77777777">
        <w:trPr>
          <w:jc w:val="center"/>
        </w:trPr>
        <w:tc>
          <w:tcPr>
            <w:tcW w:w="488" w:type="dxa"/>
            <w:tcMar>
              <w:top w:w="55" w:type="dxa"/>
              <w:left w:w="55" w:type="dxa"/>
              <w:bottom w:w="55" w:type="dxa"/>
              <w:right w:w="55" w:type="dxa"/>
            </w:tcMar>
          </w:tcPr>
          <w:p w14:paraId="30E43163" w14:textId="77777777" w:rsidR="003D6426" w:rsidRDefault="00000000">
            <w:pPr>
              <w:spacing w:after="0" w:line="240" w:lineRule="auto"/>
              <w:rPr>
                <w:rFonts w:hint="eastAsia"/>
              </w:rPr>
            </w:pPr>
            <w:r>
              <w:rPr>
                <w:sz w:val="15"/>
              </w:rPr>
              <w:t>7</w:t>
            </w:r>
          </w:p>
        </w:tc>
        <w:tc>
          <w:tcPr>
            <w:tcW w:w="4666" w:type="dxa"/>
            <w:tcMar>
              <w:top w:w="55" w:type="dxa"/>
              <w:left w:w="55" w:type="dxa"/>
              <w:bottom w:w="55" w:type="dxa"/>
              <w:right w:w="55" w:type="dxa"/>
            </w:tcMar>
          </w:tcPr>
          <w:p w14:paraId="3D476A39" w14:textId="77777777" w:rsidR="003D6426" w:rsidRDefault="00000000">
            <w:pPr>
              <w:spacing w:after="0" w:line="240" w:lineRule="auto"/>
              <w:rPr>
                <w:rFonts w:hint="eastAsia"/>
              </w:rPr>
            </w:pPr>
            <w:r>
              <w:rPr>
                <w:sz w:val="15"/>
              </w:rPr>
              <w:t>Materiali per gravità isolati o svuotati.</w:t>
            </w:r>
          </w:p>
        </w:tc>
        <w:tc>
          <w:tcPr>
            <w:tcW w:w="1465" w:type="dxa"/>
            <w:tcMar>
              <w:top w:w="55" w:type="dxa"/>
              <w:left w:w="55" w:type="dxa"/>
              <w:bottom w:w="55" w:type="dxa"/>
              <w:right w:w="55" w:type="dxa"/>
            </w:tcMar>
          </w:tcPr>
          <w:p w14:paraId="77C2DC94"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9950BBC"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5EFE96A" w14:textId="77777777" w:rsidR="003D6426" w:rsidRDefault="003D6426">
            <w:pPr>
              <w:spacing w:after="0" w:line="240" w:lineRule="auto"/>
              <w:rPr>
                <w:rFonts w:hint="eastAsia"/>
              </w:rPr>
            </w:pPr>
          </w:p>
        </w:tc>
      </w:tr>
      <w:tr w:rsidR="003D6426" w14:paraId="080E78BC" w14:textId="77777777">
        <w:trPr>
          <w:jc w:val="center"/>
        </w:trPr>
        <w:tc>
          <w:tcPr>
            <w:tcW w:w="488" w:type="dxa"/>
            <w:tcMar>
              <w:top w:w="55" w:type="dxa"/>
              <w:left w:w="55" w:type="dxa"/>
              <w:bottom w:w="55" w:type="dxa"/>
              <w:right w:w="55" w:type="dxa"/>
            </w:tcMar>
          </w:tcPr>
          <w:p w14:paraId="056B60D0" w14:textId="77777777" w:rsidR="003D6426" w:rsidRDefault="00000000">
            <w:pPr>
              <w:spacing w:after="0" w:line="240" w:lineRule="auto"/>
              <w:rPr>
                <w:rFonts w:hint="eastAsia"/>
              </w:rPr>
            </w:pPr>
            <w:r>
              <w:rPr>
                <w:sz w:val="15"/>
              </w:rPr>
              <w:t>8</w:t>
            </w:r>
          </w:p>
        </w:tc>
        <w:tc>
          <w:tcPr>
            <w:tcW w:w="4666" w:type="dxa"/>
            <w:tcMar>
              <w:top w:w="55" w:type="dxa"/>
              <w:left w:w="55" w:type="dxa"/>
              <w:bottom w:w="55" w:type="dxa"/>
              <w:right w:w="55" w:type="dxa"/>
            </w:tcMar>
          </w:tcPr>
          <w:p w14:paraId="036DC244" w14:textId="77777777" w:rsidR="003D6426" w:rsidRDefault="00000000">
            <w:pPr>
              <w:spacing w:after="0" w:line="240" w:lineRule="auto"/>
              <w:rPr>
                <w:rFonts w:hint="eastAsia"/>
              </w:rPr>
            </w:pPr>
            <w:r>
              <w:rPr>
                <w:sz w:val="15"/>
              </w:rPr>
              <w:t>Sistemi automatici, telecomandi e interblocchi gestiti.</w:t>
            </w:r>
          </w:p>
        </w:tc>
        <w:tc>
          <w:tcPr>
            <w:tcW w:w="1465" w:type="dxa"/>
            <w:tcMar>
              <w:top w:w="55" w:type="dxa"/>
              <w:left w:w="55" w:type="dxa"/>
              <w:bottom w:w="55" w:type="dxa"/>
              <w:right w:w="55" w:type="dxa"/>
            </w:tcMar>
          </w:tcPr>
          <w:p w14:paraId="24C24EBF"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D53B706"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1FA13F84" w14:textId="77777777" w:rsidR="003D6426" w:rsidRDefault="003D6426">
            <w:pPr>
              <w:spacing w:after="0" w:line="240" w:lineRule="auto"/>
              <w:rPr>
                <w:rFonts w:hint="eastAsia"/>
              </w:rPr>
            </w:pPr>
          </w:p>
        </w:tc>
      </w:tr>
      <w:tr w:rsidR="003D6426" w14:paraId="1A8D1734" w14:textId="77777777">
        <w:trPr>
          <w:jc w:val="center"/>
        </w:trPr>
        <w:tc>
          <w:tcPr>
            <w:tcW w:w="488" w:type="dxa"/>
            <w:tcMar>
              <w:top w:w="55" w:type="dxa"/>
              <w:left w:w="55" w:type="dxa"/>
              <w:bottom w:w="55" w:type="dxa"/>
              <w:right w:w="55" w:type="dxa"/>
            </w:tcMar>
          </w:tcPr>
          <w:p w14:paraId="2E3A663E" w14:textId="77777777" w:rsidR="003D6426" w:rsidRDefault="00000000">
            <w:pPr>
              <w:spacing w:after="0" w:line="240" w:lineRule="auto"/>
              <w:rPr>
                <w:rFonts w:hint="eastAsia"/>
              </w:rPr>
            </w:pPr>
            <w:r>
              <w:rPr>
                <w:sz w:val="15"/>
              </w:rPr>
              <w:t>9</w:t>
            </w:r>
          </w:p>
        </w:tc>
        <w:tc>
          <w:tcPr>
            <w:tcW w:w="4666" w:type="dxa"/>
            <w:tcMar>
              <w:top w:w="55" w:type="dxa"/>
              <w:left w:w="55" w:type="dxa"/>
              <w:bottom w:w="55" w:type="dxa"/>
              <w:right w:w="55" w:type="dxa"/>
            </w:tcMar>
          </w:tcPr>
          <w:p w14:paraId="117116DE" w14:textId="77777777" w:rsidR="003D6426" w:rsidRDefault="00000000">
            <w:pPr>
              <w:spacing w:after="0" w:line="240" w:lineRule="auto"/>
              <w:rPr>
                <w:rFonts w:hint="eastAsia"/>
              </w:rPr>
            </w:pPr>
            <w:r>
              <w:rPr>
                <w:sz w:val="15"/>
              </w:rPr>
              <w:t>Try-out documentato con esito positivo.</w:t>
            </w:r>
          </w:p>
        </w:tc>
        <w:tc>
          <w:tcPr>
            <w:tcW w:w="1465" w:type="dxa"/>
            <w:tcMar>
              <w:top w:w="55" w:type="dxa"/>
              <w:left w:w="55" w:type="dxa"/>
              <w:bottom w:w="55" w:type="dxa"/>
              <w:right w:w="55" w:type="dxa"/>
            </w:tcMar>
          </w:tcPr>
          <w:p w14:paraId="3A86FAEC"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754F305"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40FBE500" w14:textId="77777777" w:rsidR="003D6426" w:rsidRDefault="003D6426">
            <w:pPr>
              <w:spacing w:after="0" w:line="240" w:lineRule="auto"/>
              <w:rPr>
                <w:rFonts w:hint="eastAsia"/>
              </w:rPr>
            </w:pPr>
          </w:p>
        </w:tc>
      </w:tr>
      <w:tr w:rsidR="003D6426" w14:paraId="267AA0BB" w14:textId="77777777">
        <w:trPr>
          <w:jc w:val="center"/>
        </w:trPr>
        <w:tc>
          <w:tcPr>
            <w:tcW w:w="488" w:type="dxa"/>
            <w:tcMar>
              <w:top w:w="55" w:type="dxa"/>
              <w:left w:w="55" w:type="dxa"/>
              <w:bottom w:w="55" w:type="dxa"/>
              <w:right w:w="55" w:type="dxa"/>
            </w:tcMar>
          </w:tcPr>
          <w:p w14:paraId="31BFF671" w14:textId="77777777" w:rsidR="003D6426" w:rsidRDefault="00000000">
            <w:pPr>
              <w:spacing w:after="0" w:line="240" w:lineRule="auto"/>
              <w:rPr>
                <w:rFonts w:hint="eastAsia"/>
              </w:rPr>
            </w:pPr>
            <w:r>
              <w:rPr>
                <w:sz w:val="15"/>
              </w:rPr>
              <w:t>10</w:t>
            </w:r>
          </w:p>
        </w:tc>
        <w:tc>
          <w:tcPr>
            <w:tcW w:w="4666" w:type="dxa"/>
            <w:tcMar>
              <w:top w:w="55" w:type="dxa"/>
              <w:left w:w="55" w:type="dxa"/>
              <w:bottom w:w="55" w:type="dxa"/>
              <w:right w:w="55" w:type="dxa"/>
            </w:tcMar>
          </w:tcPr>
          <w:p w14:paraId="2C5E0AA5" w14:textId="77777777" w:rsidR="003D6426" w:rsidRDefault="00000000">
            <w:pPr>
              <w:spacing w:after="0" w:line="240" w:lineRule="auto"/>
              <w:rPr>
                <w:rFonts w:hint="eastAsia"/>
              </w:rPr>
            </w:pPr>
            <w:r>
              <w:rPr>
                <w:sz w:val="15"/>
              </w:rPr>
              <w:t>Rimozione lock consentita solo dopo chiusura permesso e conferma preposto.</w:t>
            </w:r>
          </w:p>
        </w:tc>
        <w:tc>
          <w:tcPr>
            <w:tcW w:w="1465" w:type="dxa"/>
            <w:tcMar>
              <w:top w:w="55" w:type="dxa"/>
              <w:left w:w="55" w:type="dxa"/>
              <w:bottom w:w="55" w:type="dxa"/>
              <w:right w:w="55" w:type="dxa"/>
            </w:tcMar>
          </w:tcPr>
          <w:p w14:paraId="2ECB1B42"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0E1791C"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24F0019D" w14:textId="77777777" w:rsidR="003D6426" w:rsidRDefault="003D6426">
            <w:pPr>
              <w:spacing w:after="0" w:line="240" w:lineRule="auto"/>
              <w:rPr>
                <w:rFonts w:hint="eastAsia"/>
              </w:rPr>
            </w:pPr>
          </w:p>
        </w:tc>
      </w:tr>
    </w:tbl>
    <w:p w14:paraId="4974DE5B" w14:textId="77777777" w:rsidR="003D6426" w:rsidRDefault="00000000">
      <w:pPr>
        <w:rPr>
          <w:rFonts w:hint="eastAsia"/>
        </w:rPr>
      </w:pPr>
      <w:r>
        <w:br w:type="page"/>
      </w:r>
    </w:p>
    <w:p w14:paraId="23831A48" w14:textId="77777777" w:rsidR="003D6426" w:rsidRDefault="00000000">
      <w:pPr>
        <w:pStyle w:val="Titolo1"/>
      </w:pPr>
      <w:r>
        <w:t>ALLEGATO J - Elenco attrezzature, DPC, DPI e APVR</w:t>
      </w:r>
    </w:p>
    <w:p w14:paraId="77941219" w14:textId="77777777" w:rsidR="003D6426" w:rsidRDefault="00000000">
      <w:pPr>
        <w:pStyle w:val="TableTitle"/>
        <w:rPr>
          <w:rFonts w:hint="eastAsia"/>
        </w:rPr>
      </w:pPr>
      <w:r>
        <w:t>Elenco dotazioni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9"/>
        <w:gridCol w:w="2464"/>
        <w:gridCol w:w="1331"/>
        <w:gridCol w:w="1972"/>
        <w:gridCol w:w="1084"/>
        <w:gridCol w:w="1972"/>
      </w:tblGrid>
      <w:tr w:rsidR="003D6426" w14:paraId="03FD2087" w14:textId="77777777">
        <w:trPr>
          <w:tblHeader/>
          <w:jc w:val="center"/>
        </w:trPr>
        <w:tc>
          <w:tcPr>
            <w:tcW w:w="1365" w:type="dxa"/>
            <w:shd w:val="clear" w:color="auto" w:fill="D9EAF7"/>
            <w:tcMar>
              <w:top w:w="55" w:type="dxa"/>
              <w:left w:w="55" w:type="dxa"/>
              <w:bottom w:w="55" w:type="dxa"/>
              <w:right w:w="55" w:type="dxa"/>
            </w:tcMar>
            <w:vAlign w:val="center"/>
          </w:tcPr>
          <w:p w14:paraId="0687300A" w14:textId="77777777" w:rsidR="003D6426" w:rsidRDefault="00000000">
            <w:pPr>
              <w:spacing w:after="0" w:line="240" w:lineRule="auto"/>
              <w:jc w:val="center"/>
              <w:rPr>
                <w:rFonts w:hint="eastAsia"/>
              </w:rPr>
            </w:pPr>
            <w:r>
              <w:rPr>
                <w:b/>
                <w:sz w:val="13"/>
              </w:rPr>
              <w:t>Categoria</w:t>
            </w:r>
          </w:p>
        </w:tc>
        <w:tc>
          <w:tcPr>
            <w:tcW w:w="2437" w:type="dxa"/>
            <w:shd w:val="clear" w:color="auto" w:fill="D9EAF7"/>
            <w:tcMar>
              <w:top w:w="55" w:type="dxa"/>
              <w:left w:w="55" w:type="dxa"/>
              <w:bottom w:w="55" w:type="dxa"/>
              <w:right w:w="55" w:type="dxa"/>
            </w:tcMar>
            <w:vAlign w:val="center"/>
          </w:tcPr>
          <w:p w14:paraId="0B4A92ED" w14:textId="77777777" w:rsidR="003D6426" w:rsidRDefault="00000000">
            <w:pPr>
              <w:spacing w:after="0" w:line="240" w:lineRule="auto"/>
              <w:jc w:val="center"/>
              <w:rPr>
                <w:rFonts w:hint="eastAsia"/>
              </w:rPr>
            </w:pPr>
            <w:r>
              <w:rPr>
                <w:b/>
                <w:sz w:val="13"/>
              </w:rPr>
              <w:t>Dotazione</w:t>
            </w:r>
          </w:p>
        </w:tc>
        <w:tc>
          <w:tcPr>
            <w:tcW w:w="1316" w:type="dxa"/>
            <w:shd w:val="clear" w:color="auto" w:fill="D9EAF7"/>
            <w:tcMar>
              <w:top w:w="55" w:type="dxa"/>
              <w:left w:w="55" w:type="dxa"/>
              <w:bottom w:w="55" w:type="dxa"/>
              <w:right w:w="55" w:type="dxa"/>
            </w:tcMar>
            <w:vAlign w:val="center"/>
          </w:tcPr>
          <w:p w14:paraId="46F356C7" w14:textId="77777777" w:rsidR="003D6426" w:rsidRDefault="00000000">
            <w:pPr>
              <w:spacing w:after="0" w:line="240" w:lineRule="auto"/>
              <w:jc w:val="center"/>
              <w:rPr>
                <w:rFonts w:hint="eastAsia"/>
              </w:rPr>
            </w:pPr>
            <w:r>
              <w:rPr>
                <w:b/>
                <w:sz w:val="13"/>
              </w:rPr>
              <w:t>Matricola/ID</w:t>
            </w:r>
          </w:p>
        </w:tc>
        <w:tc>
          <w:tcPr>
            <w:tcW w:w="1950" w:type="dxa"/>
            <w:shd w:val="clear" w:color="auto" w:fill="D9EAF7"/>
            <w:tcMar>
              <w:top w:w="55" w:type="dxa"/>
              <w:left w:w="55" w:type="dxa"/>
              <w:bottom w:w="55" w:type="dxa"/>
              <w:right w:w="55" w:type="dxa"/>
            </w:tcMar>
            <w:vAlign w:val="center"/>
          </w:tcPr>
          <w:p w14:paraId="0054F17B" w14:textId="77777777" w:rsidR="003D6426" w:rsidRDefault="00000000">
            <w:pPr>
              <w:spacing w:after="0" w:line="240" w:lineRule="auto"/>
              <w:jc w:val="center"/>
              <w:rPr>
                <w:rFonts w:hint="eastAsia"/>
              </w:rPr>
            </w:pPr>
            <w:r>
              <w:rPr>
                <w:b/>
                <w:sz w:val="13"/>
              </w:rPr>
              <w:t>Controllo</w:t>
            </w:r>
          </w:p>
        </w:tc>
        <w:tc>
          <w:tcPr>
            <w:tcW w:w="1072" w:type="dxa"/>
            <w:shd w:val="clear" w:color="auto" w:fill="D9EAF7"/>
            <w:tcMar>
              <w:top w:w="55" w:type="dxa"/>
              <w:left w:w="55" w:type="dxa"/>
              <w:bottom w:w="55" w:type="dxa"/>
              <w:right w:w="55" w:type="dxa"/>
            </w:tcMar>
            <w:vAlign w:val="center"/>
          </w:tcPr>
          <w:p w14:paraId="55C09F59" w14:textId="77777777" w:rsidR="003D6426" w:rsidRDefault="00000000">
            <w:pPr>
              <w:spacing w:after="0" w:line="240" w:lineRule="auto"/>
              <w:jc w:val="center"/>
              <w:rPr>
                <w:rFonts w:hint="eastAsia"/>
              </w:rPr>
            </w:pPr>
            <w:r>
              <w:rPr>
                <w:b/>
                <w:sz w:val="13"/>
              </w:rPr>
              <w:t>Esito</w:t>
            </w:r>
          </w:p>
        </w:tc>
        <w:tc>
          <w:tcPr>
            <w:tcW w:w="1950" w:type="dxa"/>
            <w:shd w:val="clear" w:color="auto" w:fill="D9EAF7"/>
            <w:tcMar>
              <w:top w:w="55" w:type="dxa"/>
              <w:left w:w="55" w:type="dxa"/>
              <w:bottom w:w="55" w:type="dxa"/>
              <w:right w:w="55" w:type="dxa"/>
            </w:tcMar>
            <w:vAlign w:val="center"/>
          </w:tcPr>
          <w:p w14:paraId="59AE04DB" w14:textId="77777777" w:rsidR="003D6426" w:rsidRDefault="00000000">
            <w:pPr>
              <w:spacing w:after="0" w:line="240" w:lineRule="auto"/>
              <w:jc w:val="center"/>
              <w:rPr>
                <w:rFonts w:hint="eastAsia"/>
              </w:rPr>
            </w:pPr>
            <w:r>
              <w:rPr>
                <w:b/>
                <w:sz w:val="13"/>
              </w:rPr>
              <w:t>Note</w:t>
            </w:r>
          </w:p>
        </w:tc>
      </w:tr>
      <w:tr w:rsidR="003D6426" w14:paraId="394F5C9F" w14:textId="77777777">
        <w:trPr>
          <w:jc w:val="center"/>
        </w:trPr>
        <w:tc>
          <w:tcPr>
            <w:tcW w:w="1365" w:type="dxa"/>
            <w:tcMar>
              <w:top w:w="55" w:type="dxa"/>
              <w:left w:w="55" w:type="dxa"/>
              <w:bottom w:w="55" w:type="dxa"/>
              <w:right w:w="55" w:type="dxa"/>
            </w:tcMar>
          </w:tcPr>
          <w:p w14:paraId="20D57BCA" w14:textId="77777777" w:rsidR="003D6426" w:rsidRDefault="00000000">
            <w:pPr>
              <w:spacing w:after="0" w:line="240" w:lineRule="auto"/>
              <w:rPr>
                <w:rFonts w:hint="eastAsia"/>
              </w:rPr>
            </w:pPr>
            <w:r>
              <w:rPr>
                <w:sz w:val="13"/>
              </w:rPr>
              <w:t>Monitoraggio</w:t>
            </w:r>
          </w:p>
        </w:tc>
        <w:tc>
          <w:tcPr>
            <w:tcW w:w="2437" w:type="dxa"/>
            <w:tcMar>
              <w:top w:w="55" w:type="dxa"/>
              <w:left w:w="55" w:type="dxa"/>
              <w:bottom w:w="55" w:type="dxa"/>
              <w:right w:w="55" w:type="dxa"/>
            </w:tcMar>
          </w:tcPr>
          <w:p w14:paraId="38FAB652" w14:textId="77777777" w:rsidR="003D6426" w:rsidRDefault="00000000">
            <w:pPr>
              <w:spacing w:after="0" w:line="240" w:lineRule="auto"/>
              <w:rPr>
                <w:rFonts w:hint="eastAsia"/>
              </w:rPr>
            </w:pPr>
            <w:r>
              <w:rPr>
                <w:sz w:val="13"/>
              </w:rPr>
              <w:t>Rilevatore multigas</w:t>
            </w:r>
          </w:p>
        </w:tc>
        <w:tc>
          <w:tcPr>
            <w:tcW w:w="1316" w:type="dxa"/>
            <w:tcMar>
              <w:top w:w="55" w:type="dxa"/>
              <w:left w:w="55" w:type="dxa"/>
              <w:bottom w:w="55" w:type="dxa"/>
              <w:right w:w="55" w:type="dxa"/>
            </w:tcMar>
          </w:tcPr>
          <w:p w14:paraId="05313BA3" w14:textId="77777777" w:rsidR="003D6426" w:rsidRDefault="00000000">
            <w:pPr>
              <w:spacing w:after="0" w:line="240" w:lineRule="auto"/>
              <w:rPr>
                <w:rFonts w:hint="eastAsia"/>
              </w:rPr>
            </w:pPr>
            <w:r>
              <w:rPr>
                <w:sz w:val="13"/>
              </w:rPr>
              <w:t>________</w:t>
            </w:r>
          </w:p>
        </w:tc>
        <w:tc>
          <w:tcPr>
            <w:tcW w:w="1950" w:type="dxa"/>
            <w:tcMar>
              <w:top w:w="55" w:type="dxa"/>
              <w:left w:w="55" w:type="dxa"/>
              <w:bottom w:w="55" w:type="dxa"/>
              <w:right w:w="55" w:type="dxa"/>
            </w:tcMar>
          </w:tcPr>
          <w:p w14:paraId="4CC99981" w14:textId="77777777" w:rsidR="003D6426" w:rsidRDefault="00000000">
            <w:pPr>
              <w:spacing w:after="0" w:line="240" w:lineRule="auto"/>
              <w:rPr>
                <w:rFonts w:hint="eastAsia"/>
              </w:rPr>
            </w:pPr>
            <w:r>
              <w:rPr>
                <w:sz w:val="13"/>
              </w:rPr>
              <w:t>Taratura/bump test</w:t>
            </w:r>
          </w:p>
        </w:tc>
        <w:tc>
          <w:tcPr>
            <w:tcW w:w="1072" w:type="dxa"/>
            <w:tcMar>
              <w:top w:w="55" w:type="dxa"/>
              <w:left w:w="55" w:type="dxa"/>
              <w:bottom w:w="55" w:type="dxa"/>
              <w:right w:w="55" w:type="dxa"/>
            </w:tcMar>
          </w:tcPr>
          <w:p w14:paraId="6D12DA07" w14:textId="77777777" w:rsidR="003D6426" w:rsidRDefault="00000000">
            <w:pPr>
              <w:spacing w:after="0" w:line="240" w:lineRule="auto"/>
              <w:rPr>
                <w:rFonts w:hint="eastAsia"/>
              </w:rPr>
            </w:pPr>
            <w:r>
              <w:rPr>
                <w:sz w:val="13"/>
              </w:rPr>
              <w:t>[ ] OK [ ] NO</w:t>
            </w:r>
          </w:p>
        </w:tc>
        <w:tc>
          <w:tcPr>
            <w:tcW w:w="1950" w:type="dxa"/>
            <w:tcMar>
              <w:top w:w="55" w:type="dxa"/>
              <w:left w:w="55" w:type="dxa"/>
              <w:bottom w:w="55" w:type="dxa"/>
              <w:right w:w="55" w:type="dxa"/>
            </w:tcMar>
          </w:tcPr>
          <w:p w14:paraId="07433B87" w14:textId="77777777" w:rsidR="003D6426" w:rsidRDefault="00000000">
            <w:pPr>
              <w:spacing w:after="0" w:line="240" w:lineRule="auto"/>
              <w:rPr>
                <w:rFonts w:hint="eastAsia"/>
              </w:rPr>
            </w:pPr>
            <w:r>
              <w:rPr>
                <w:sz w:val="13"/>
              </w:rPr>
              <w:t>________</w:t>
            </w:r>
          </w:p>
        </w:tc>
      </w:tr>
      <w:tr w:rsidR="003D6426" w14:paraId="161888FC" w14:textId="77777777">
        <w:trPr>
          <w:jc w:val="center"/>
        </w:trPr>
        <w:tc>
          <w:tcPr>
            <w:tcW w:w="1365" w:type="dxa"/>
            <w:tcMar>
              <w:top w:w="55" w:type="dxa"/>
              <w:left w:w="55" w:type="dxa"/>
              <w:bottom w:w="55" w:type="dxa"/>
              <w:right w:w="55" w:type="dxa"/>
            </w:tcMar>
          </w:tcPr>
          <w:p w14:paraId="34A10A8B" w14:textId="77777777" w:rsidR="003D6426" w:rsidRDefault="00000000">
            <w:pPr>
              <w:spacing w:after="0" w:line="240" w:lineRule="auto"/>
              <w:rPr>
                <w:rFonts w:hint="eastAsia"/>
              </w:rPr>
            </w:pPr>
            <w:r>
              <w:rPr>
                <w:sz w:val="13"/>
              </w:rPr>
              <w:t>Monitoraggio</w:t>
            </w:r>
          </w:p>
        </w:tc>
        <w:tc>
          <w:tcPr>
            <w:tcW w:w="2437" w:type="dxa"/>
            <w:tcMar>
              <w:top w:w="55" w:type="dxa"/>
              <w:left w:w="55" w:type="dxa"/>
              <w:bottom w:w="55" w:type="dxa"/>
              <w:right w:w="55" w:type="dxa"/>
            </w:tcMar>
          </w:tcPr>
          <w:p w14:paraId="211E349D" w14:textId="77777777" w:rsidR="003D6426" w:rsidRDefault="00000000">
            <w:pPr>
              <w:spacing w:after="0" w:line="240" w:lineRule="auto"/>
              <w:rPr>
                <w:rFonts w:hint="eastAsia"/>
              </w:rPr>
            </w:pPr>
            <w:r>
              <w:rPr>
                <w:sz w:val="13"/>
              </w:rPr>
              <w:t>Sonda/pompa campionamento</w:t>
            </w:r>
          </w:p>
        </w:tc>
        <w:tc>
          <w:tcPr>
            <w:tcW w:w="1316" w:type="dxa"/>
            <w:tcMar>
              <w:top w:w="55" w:type="dxa"/>
              <w:left w:w="55" w:type="dxa"/>
              <w:bottom w:w="55" w:type="dxa"/>
              <w:right w:w="55" w:type="dxa"/>
            </w:tcMar>
          </w:tcPr>
          <w:p w14:paraId="1ED534C4" w14:textId="77777777" w:rsidR="003D6426" w:rsidRDefault="00000000">
            <w:pPr>
              <w:spacing w:after="0" w:line="240" w:lineRule="auto"/>
              <w:rPr>
                <w:rFonts w:hint="eastAsia"/>
              </w:rPr>
            </w:pPr>
            <w:r>
              <w:rPr>
                <w:sz w:val="13"/>
              </w:rPr>
              <w:t>________</w:t>
            </w:r>
          </w:p>
        </w:tc>
        <w:tc>
          <w:tcPr>
            <w:tcW w:w="1950" w:type="dxa"/>
            <w:tcMar>
              <w:top w:w="55" w:type="dxa"/>
              <w:left w:w="55" w:type="dxa"/>
              <w:bottom w:w="55" w:type="dxa"/>
              <w:right w:w="55" w:type="dxa"/>
            </w:tcMar>
          </w:tcPr>
          <w:p w14:paraId="745612D9" w14:textId="77777777" w:rsidR="003D6426" w:rsidRDefault="00000000">
            <w:pPr>
              <w:spacing w:after="0" w:line="240" w:lineRule="auto"/>
              <w:rPr>
                <w:rFonts w:hint="eastAsia"/>
              </w:rPr>
            </w:pPr>
            <w:r>
              <w:rPr>
                <w:sz w:val="13"/>
              </w:rPr>
              <w:t>Funzionamento</w:t>
            </w:r>
          </w:p>
        </w:tc>
        <w:tc>
          <w:tcPr>
            <w:tcW w:w="1072" w:type="dxa"/>
            <w:tcMar>
              <w:top w:w="55" w:type="dxa"/>
              <w:left w:w="55" w:type="dxa"/>
              <w:bottom w:w="55" w:type="dxa"/>
              <w:right w:w="55" w:type="dxa"/>
            </w:tcMar>
          </w:tcPr>
          <w:p w14:paraId="251E1242" w14:textId="77777777" w:rsidR="003D6426" w:rsidRDefault="00000000">
            <w:pPr>
              <w:spacing w:after="0" w:line="240" w:lineRule="auto"/>
              <w:rPr>
                <w:rFonts w:hint="eastAsia"/>
              </w:rPr>
            </w:pPr>
            <w:r>
              <w:rPr>
                <w:sz w:val="13"/>
              </w:rPr>
              <w:t>[ ] OK [ ] NO</w:t>
            </w:r>
          </w:p>
        </w:tc>
        <w:tc>
          <w:tcPr>
            <w:tcW w:w="1950" w:type="dxa"/>
            <w:tcMar>
              <w:top w:w="55" w:type="dxa"/>
              <w:left w:w="55" w:type="dxa"/>
              <w:bottom w:w="55" w:type="dxa"/>
              <w:right w:w="55" w:type="dxa"/>
            </w:tcMar>
          </w:tcPr>
          <w:p w14:paraId="0DAF3889" w14:textId="77777777" w:rsidR="003D6426" w:rsidRDefault="00000000">
            <w:pPr>
              <w:spacing w:after="0" w:line="240" w:lineRule="auto"/>
              <w:rPr>
                <w:rFonts w:hint="eastAsia"/>
              </w:rPr>
            </w:pPr>
            <w:r>
              <w:rPr>
                <w:sz w:val="13"/>
              </w:rPr>
              <w:t>________</w:t>
            </w:r>
          </w:p>
        </w:tc>
      </w:tr>
      <w:tr w:rsidR="003D6426" w14:paraId="4A8407FB" w14:textId="77777777">
        <w:trPr>
          <w:jc w:val="center"/>
        </w:trPr>
        <w:tc>
          <w:tcPr>
            <w:tcW w:w="1365" w:type="dxa"/>
            <w:tcMar>
              <w:top w:w="55" w:type="dxa"/>
              <w:left w:w="55" w:type="dxa"/>
              <w:bottom w:w="55" w:type="dxa"/>
              <w:right w:w="55" w:type="dxa"/>
            </w:tcMar>
          </w:tcPr>
          <w:p w14:paraId="464BDB47" w14:textId="77777777" w:rsidR="003D6426" w:rsidRDefault="00000000">
            <w:pPr>
              <w:spacing w:after="0" w:line="240" w:lineRule="auto"/>
              <w:rPr>
                <w:rFonts w:hint="eastAsia"/>
              </w:rPr>
            </w:pPr>
            <w:r>
              <w:rPr>
                <w:sz w:val="13"/>
              </w:rPr>
              <w:t>Ventilazione</w:t>
            </w:r>
          </w:p>
        </w:tc>
        <w:tc>
          <w:tcPr>
            <w:tcW w:w="2437" w:type="dxa"/>
            <w:tcMar>
              <w:top w:w="55" w:type="dxa"/>
              <w:left w:w="55" w:type="dxa"/>
              <w:bottom w:w="55" w:type="dxa"/>
              <w:right w:w="55" w:type="dxa"/>
            </w:tcMar>
          </w:tcPr>
          <w:p w14:paraId="67280151" w14:textId="77777777" w:rsidR="003D6426" w:rsidRDefault="00000000">
            <w:pPr>
              <w:spacing w:after="0" w:line="240" w:lineRule="auto"/>
              <w:rPr>
                <w:rFonts w:hint="eastAsia"/>
              </w:rPr>
            </w:pPr>
            <w:r>
              <w:rPr>
                <w:sz w:val="13"/>
              </w:rPr>
              <w:t>Ventilatore/estrattore</w:t>
            </w:r>
          </w:p>
        </w:tc>
        <w:tc>
          <w:tcPr>
            <w:tcW w:w="1316" w:type="dxa"/>
            <w:tcMar>
              <w:top w:w="55" w:type="dxa"/>
              <w:left w:w="55" w:type="dxa"/>
              <w:bottom w:w="55" w:type="dxa"/>
              <w:right w:w="55" w:type="dxa"/>
            </w:tcMar>
          </w:tcPr>
          <w:p w14:paraId="04C7680E" w14:textId="77777777" w:rsidR="003D6426" w:rsidRDefault="00000000">
            <w:pPr>
              <w:spacing w:after="0" w:line="240" w:lineRule="auto"/>
              <w:rPr>
                <w:rFonts w:hint="eastAsia"/>
              </w:rPr>
            </w:pPr>
            <w:r>
              <w:rPr>
                <w:sz w:val="13"/>
              </w:rPr>
              <w:t>________</w:t>
            </w:r>
          </w:p>
        </w:tc>
        <w:tc>
          <w:tcPr>
            <w:tcW w:w="1950" w:type="dxa"/>
            <w:tcMar>
              <w:top w:w="55" w:type="dxa"/>
              <w:left w:w="55" w:type="dxa"/>
              <w:bottom w:w="55" w:type="dxa"/>
              <w:right w:w="55" w:type="dxa"/>
            </w:tcMar>
          </w:tcPr>
          <w:p w14:paraId="70EF9C94" w14:textId="77777777" w:rsidR="003D6426" w:rsidRDefault="00000000">
            <w:pPr>
              <w:spacing w:after="0" w:line="240" w:lineRule="auto"/>
              <w:rPr>
                <w:rFonts w:hint="eastAsia"/>
              </w:rPr>
            </w:pPr>
            <w:r>
              <w:rPr>
                <w:sz w:val="13"/>
              </w:rPr>
              <w:t>Portata/stato</w:t>
            </w:r>
          </w:p>
        </w:tc>
        <w:tc>
          <w:tcPr>
            <w:tcW w:w="1072" w:type="dxa"/>
            <w:tcMar>
              <w:top w:w="55" w:type="dxa"/>
              <w:left w:w="55" w:type="dxa"/>
              <w:bottom w:w="55" w:type="dxa"/>
              <w:right w:w="55" w:type="dxa"/>
            </w:tcMar>
          </w:tcPr>
          <w:p w14:paraId="3356BC26" w14:textId="77777777" w:rsidR="003D6426" w:rsidRDefault="00000000">
            <w:pPr>
              <w:spacing w:after="0" w:line="240" w:lineRule="auto"/>
              <w:rPr>
                <w:rFonts w:hint="eastAsia"/>
              </w:rPr>
            </w:pPr>
            <w:r>
              <w:rPr>
                <w:sz w:val="13"/>
              </w:rPr>
              <w:t>[ ] OK [ ] NO</w:t>
            </w:r>
          </w:p>
        </w:tc>
        <w:tc>
          <w:tcPr>
            <w:tcW w:w="1950" w:type="dxa"/>
            <w:tcMar>
              <w:top w:w="55" w:type="dxa"/>
              <w:left w:w="55" w:type="dxa"/>
              <w:bottom w:w="55" w:type="dxa"/>
              <w:right w:w="55" w:type="dxa"/>
            </w:tcMar>
          </w:tcPr>
          <w:p w14:paraId="217CC450" w14:textId="77777777" w:rsidR="003D6426" w:rsidRDefault="00000000">
            <w:pPr>
              <w:spacing w:after="0" w:line="240" w:lineRule="auto"/>
              <w:rPr>
                <w:rFonts w:hint="eastAsia"/>
              </w:rPr>
            </w:pPr>
            <w:r>
              <w:rPr>
                <w:sz w:val="13"/>
              </w:rPr>
              <w:t>________</w:t>
            </w:r>
          </w:p>
        </w:tc>
      </w:tr>
      <w:tr w:rsidR="003D6426" w14:paraId="393F035B" w14:textId="77777777">
        <w:trPr>
          <w:jc w:val="center"/>
        </w:trPr>
        <w:tc>
          <w:tcPr>
            <w:tcW w:w="1365" w:type="dxa"/>
            <w:tcMar>
              <w:top w:w="55" w:type="dxa"/>
              <w:left w:w="55" w:type="dxa"/>
              <w:bottom w:w="55" w:type="dxa"/>
              <w:right w:w="55" w:type="dxa"/>
            </w:tcMar>
          </w:tcPr>
          <w:p w14:paraId="4632F6A2" w14:textId="77777777" w:rsidR="003D6426" w:rsidRDefault="00000000">
            <w:pPr>
              <w:spacing w:after="0" w:line="240" w:lineRule="auto"/>
              <w:rPr>
                <w:rFonts w:hint="eastAsia"/>
              </w:rPr>
            </w:pPr>
            <w:r>
              <w:rPr>
                <w:sz w:val="13"/>
              </w:rPr>
              <w:t>Accesso</w:t>
            </w:r>
          </w:p>
        </w:tc>
        <w:tc>
          <w:tcPr>
            <w:tcW w:w="2437" w:type="dxa"/>
            <w:tcMar>
              <w:top w:w="55" w:type="dxa"/>
              <w:left w:w="55" w:type="dxa"/>
              <w:bottom w:w="55" w:type="dxa"/>
              <w:right w:w="55" w:type="dxa"/>
            </w:tcMar>
          </w:tcPr>
          <w:p w14:paraId="2C2C8583" w14:textId="77777777" w:rsidR="003D6426" w:rsidRDefault="00000000">
            <w:pPr>
              <w:spacing w:after="0" w:line="240" w:lineRule="auto"/>
              <w:rPr>
                <w:rFonts w:hint="eastAsia"/>
              </w:rPr>
            </w:pPr>
            <w:r>
              <w:rPr>
                <w:sz w:val="13"/>
              </w:rPr>
              <w:t>Scala/piattaforma/opera provvisionale</w:t>
            </w:r>
          </w:p>
        </w:tc>
        <w:tc>
          <w:tcPr>
            <w:tcW w:w="1316" w:type="dxa"/>
            <w:tcMar>
              <w:top w:w="55" w:type="dxa"/>
              <w:left w:w="55" w:type="dxa"/>
              <w:bottom w:w="55" w:type="dxa"/>
              <w:right w:w="55" w:type="dxa"/>
            </w:tcMar>
          </w:tcPr>
          <w:p w14:paraId="430AB234" w14:textId="77777777" w:rsidR="003D6426" w:rsidRDefault="00000000">
            <w:pPr>
              <w:spacing w:after="0" w:line="240" w:lineRule="auto"/>
              <w:rPr>
                <w:rFonts w:hint="eastAsia"/>
              </w:rPr>
            </w:pPr>
            <w:r>
              <w:rPr>
                <w:sz w:val="13"/>
              </w:rPr>
              <w:t>________</w:t>
            </w:r>
          </w:p>
        </w:tc>
        <w:tc>
          <w:tcPr>
            <w:tcW w:w="1950" w:type="dxa"/>
            <w:tcMar>
              <w:top w:w="55" w:type="dxa"/>
              <w:left w:w="55" w:type="dxa"/>
              <w:bottom w:w="55" w:type="dxa"/>
              <w:right w:w="55" w:type="dxa"/>
            </w:tcMar>
          </w:tcPr>
          <w:p w14:paraId="0C6356E6" w14:textId="77777777" w:rsidR="003D6426" w:rsidRDefault="00000000">
            <w:pPr>
              <w:spacing w:after="0" w:line="240" w:lineRule="auto"/>
              <w:rPr>
                <w:rFonts w:hint="eastAsia"/>
              </w:rPr>
            </w:pPr>
            <w:r>
              <w:rPr>
                <w:sz w:val="13"/>
              </w:rPr>
              <w:t>Stabilità/idoneità</w:t>
            </w:r>
          </w:p>
        </w:tc>
        <w:tc>
          <w:tcPr>
            <w:tcW w:w="1072" w:type="dxa"/>
            <w:tcMar>
              <w:top w:w="55" w:type="dxa"/>
              <w:left w:w="55" w:type="dxa"/>
              <w:bottom w:w="55" w:type="dxa"/>
              <w:right w:w="55" w:type="dxa"/>
            </w:tcMar>
          </w:tcPr>
          <w:p w14:paraId="5A097F82" w14:textId="77777777" w:rsidR="003D6426" w:rsidRDefault="00000000">
            <w:pPr>
              <w:spacing w:after="0" w:line="240" w:lineRule="auto"/>
              <w:rPr>
                <w:rFonts w:hint="eastAsia"/>
              </w:rPr>
            </w:pPr>
            <w:r>
              <w:rPr>
                <w:sz w:val="13"/>
              </w:rPr>
              <w:t>[ ] OK [ ] NO</w:t>
            </w:r>
          </w:p>
        </w:tc>
        <w:tc>
          <w:tcPr>
            <w:tcW w:w="1950" w:type="dxa"/>
            <w:tcMar>
              <w:top w:w="55" w:type="dxa"/>
              <w:left w:w="55" w:type="dxa"/>
              <w:bottom w:w="55" w:type="dxa"/>
              <w:right w:w="55" w:type="dxa"/>
            </w:tcMar>
          </w:tcPr>
          <w:p w14:paraId="396D82C8" w14:textId="77777777" w:rsidR="003D6426" w:rsidRDefault="00000000">
            <w:pPr>
              <w:spacing w:after="0" w:line="240" w:lineRule="auto"/>
              <w:rPr>
                <w:rFonts w:hint="eastAsia"/>
              </w:rPr>
            </w:pPr>
            <w:r>
              <w:rPr>
                <w:sz w:val="13"/>
              </w:rPr>
              <w:t>________</w:t>
            </w:r>
          </w:p>
        </w:tc>
      </w:tr>
      <w:tr w:rsidR="003D6426" w14:paraId="51FEFC34" w14:textId="77777777">
        <w:trPr>
          <w:jc w:val="center"/>
        </w:trPr>
        <w:tc>
          <w:tcPr>
            <w:tcW w:w="1365" w:type="dxa"/>
            <w:tcMar>
              <w:top w:w="55" w:type="dxa"/>
              <w:left w:w="55" w:type="dxa"/>
              <w:bottom w:w="55" w:type="dxa"/>
              <w:right w:w="55" w:type="dxa"/>
            </w:tcMar>
          </w:tcPr>
          <w:p w14:paraId="41708596" w14:textId="77777777" w:rsidR="003D6426" w:rsidRDefault="00000000">
            <w:pPr>
              <w:spacing w:after="0" w:line="240" w:lineRule="auto"/>
              <w:rPr>
                <w:rFonts w:hint="eastAsia"/>
              </w:rPr>
            </w:pPr>
            <w:r>
              <w:rPr>
                <w:sz w:val="13"/>
              </w:rPr>
              <w:t>Recupero</w:t>
            </w:r>
          </w:p>
        </w:tc>
        <w:tc>
          <w:tcPr>
            <w:tcW w:w="2437" w:type="dxa"/>
            <w:tcMar>
              <w:top w:w="55" w:type="dxa"/>
              <w:left w:w="55" w:type="dxa"/>
              <w:bottom w:w="55" w:type="dxa"/>
              <w:right w:w="55" w:type="dxa"/>
            </w:tcMar>
          </w:tcPr>
          <w:p w14:paraId="14C1A8EE" w14:textId="77777777" w:rsidR="003D6426" w:rsidRDefault="00000000">
            <w:pPr>
              <w:spacing w:after="0" w:line="240" w:lineRule="auto"/>
              <w:rPr>
                <w:rFonts w:hint="eastAsia"/>
              </w:rPr>
            </w:pPr>
            <w:r>
              <w:rPr>
                <w:sz w:val="13"/>
              </w:rPr>
              <w:t>Treppiede/gruetta/verricello</w:t>
            </w:r>
          </w:p>
        </w:tc>
        <w:tc>
          <w:tcPr>
            <w:tcW w:w="1316" w:type="dxa"/>
            <w:tcMar>
              <w:top w:w="55" w:type="dxa"/>
              <w:left w:w="55" w:type="dxa"/>
              <w:bottom w:w="55" w:type="dxa"/>
              <w:right w:w="55" w:type="dxa"/>
            </w:tcMar>
          </w:tcPr>
          <w:p w14:paraId="647A7957" w14:textId="77777777" w:rsidR="003D6426" w:rsidRDefault="00000000">
            <w:pPr>
              <w:spacing w:after="0" w:line="240" w:lineRule="auto"/>
              <w:rPr>
                <w:rFonts w:hint="eastAsia"/>
              </w:rPr>
            </w:pPr>
            <w:r>
              <w:rPr>
                <w:sz w:val="13"/>
              </w:rPr>
              <w:t>________</w:t>
            </w:r>
          </w:p>
        </w:tc>
        <w:tc>
          <w:tcPr>
            <w:tcW w:w="1950" w:type="dxa"/>
            <w:tcMar>
              <w:top w:w="55" w:type="dxa"/>
              <w:left w:w="55" w:type="dxa"/>
              <w:bottom w:w="55" w:type="dxa"/>
              <w:right w:w="55" w:type="dxa"/>
            </w:tcMar>
          </w:tcPr>
          <w:p w14:paraId="498DF85D" w14:textId="77777777" w:rsidR="003D6426" w:rsidRDefault="00000000">
            <w:pPr>
              <w:spacing w:after="0" w:line="240" w:lineRule="auto"/>
              <w:rPr>
                <w:rFonts w:hint="eastAsia"/>
              </w:rPr>
            </w:pPr>
            <w:r>
              <w:rPr>
                <w:sz w:val="13"/>
              </w:rPr>
              <w:t>Installazione/prova</w:t>
            </w:r>
          </w:p>
        </w:tc>
        <w:tc>
          <w:tcPr>
            <w:tcW w:w="1072" w:type="dxa"/>
            <w:tcMar>
              <w:top w:w="55" w:type="dxa"/>
              <w:left w:w="55" w:type="dxa"/>
              <w:bottom w:w="55" w:type="dxa"/>
              <w:right w:w="55" w:type="dxa"/>
            </w:tcMar>
          </w:tcPr>
          <w:p w14:paraId="667DE7FE" w14:textId="77777777" w:rsidR="003D6426" w:rsidRDefault="00000000">
            <w:pPr>
              <w:spacing w:after="0" w:line="240" w:lineRule="auto"/>
              <w:rPr>
                <w:rFonts w:hint="eastAsia"/>
              </w:rPr>
            </w:pPr>
            <w:r>
              <w:rPr>
                <w:sz w:val="13"/>
              </w:rPr>
              <w:t>[ ] OK [ ] NO</w:t>
            </w:r>
          </w:p>
        </w:tc>
        <w:tc>
          <w:tcPr>
            <w:tcW w:w="1950" w:type="dxa"/>
            <w:tcMar>
              <w:top w:w="55" w:type="dxa"/>
              <w:left w:w="55" w:type="dxa"/>
              <w:bottom w:w="55" w:type="dxa"/>
              <w:right w:w="55" w:type="dxa"/>
            </w:tcMar>
          </w:tcPr>
          <w:p w14:paraId="0739DDCF" w14:textId="77777777" w:rsidR="003D6426" w:rsidRDefault="00000000">
            <w:pPr>
              <w:spacing w:after="0" w:line="240" w:lineRule="auto"/>
              <w:rPr>
                <w:rFonts w:hint="eastAsia"/>
              </w:rPr>
            </w:pPr>
            <w:r>
              <w:rPr>
                <w:sz w:val="13"/>
              </w:rPr>
              <w:t>________</w:t>
            </w:r>
          </w:p>
        </w:tc>
      </w:tr>
      <w:tr w:rsidR="003D6426" w14:paraId="69676435" w14:textId="77777777">
        <w:trPr>
          <w:jc w:val="center"/>
        </w:trPr>
        <w:tc>
          <w:tcPr>
            <w:tcW w:w="1365" w:type="dxa"/>
            <w:tcMar>
              <w:top w:w="55" w:type="dxa"/>
              <w:left w:w="55" w:type="dxa"/>
              <w:bottom w:w="55" w:type="dxa"/>
              <w:right w:w="55" w:type="dxa"/>
            </w:tcMar>
          </w:tcPr>
          <w:p w14:paraId="3E1E44F6" w14:textId="77777777" w:rsidR="003D6426" w:rsidRDefault="00000000">
            <w:pPr>
              <w:spacing w:after="0" w:line="240" w:lineRule="auto"/>
              <w:rPr>
                <w:rFonts w:hint="eastAsia"/>
              </w:rPr>
            </w:pPr>
            <w:r>
              <w:rPr>
                <w:sz w:val="13"/>
              </w:rPr>
              <w:t>Recupero</w:t>
            </w:r>
          </w:p>
        </w:tc>
        <w:tc>
          <w:tcPr>
            <w:tcW w:w="2437" w:type="dxa"/>
            <w:tcMar>
              <w:top w:w="55" w:type="dxa"/>
              <w:left w:w="55" w:type="dxa"/>
              <w:bottom w:w="55" w:type="dxa"/>
              <w:right w:w="55" w:type="dxa"/>
            </w:tcMar>
          </w:tcPr>
          <w:p w14:paraId="2A4864B0" w14:textId="77777777" w:rsidR="003D6426" w:rsidRDefault="00000000">
            <w:pPr>
              <w:spacing w:after="0" w:line="240" w:lineRule="auto"/>
              <w:rPr>
                <w:rFonts w:hint="eastAsia"/>
              </w:rPr>
            </w:pPr>
            <w:r>
              <w:rPr>
                <w:sz w:val="13"/>
              </w:rPr>
              <w:t>Imbracatura/linea recupero</w:t>
            </w:r>
          </w:p>
        </w:tc>
        <w:tc>
          <w:tcPr>
            <w:tcW w:w="1316" w:type="dxa"/>
            <w:tcMar>
              <w:top w:w="55" w:type="dxa"/>
              <w:left w:w="55" w:type="dxa"/>
              <w:bottom w:w="55" w:type="dxa"/>
              <w:right w:w="55" w:type="dxa"/>
            </w:tcMar>
          </w:tcPr>
          <w:p w14:paraId="364B8D2E" w14:textId="77777777" w:rsidR="003D6426" w:rsidRDefault="00000000">
            <w:pPr>
              <w:spacing w:after="0" w:line="240" w:lineRule="auto"/>
              <w:rPr>
                <w:rFonts w:hint="eastAsia"/>
              </w:rPr>
            </w:pPr>
            <w:r>
              <w:rPr>
                <w:sz w:val="13"/>
              </w:rPr>
              <w:t>________</w:t>
            </w:r>
          </w:p>
        </w:tc>
        <w:tc>
          <w:tcPr>
            <w:tcW w:w="1950" w:type="dxa"/>
            <w:tcMar>
              <w:top w:w="55" w:type="dxa"/>
              <w:left w:w="55" w:type="dxa"/>
              <w:bottom w:w="55" w:type="dxa"/>
              <w:right w:w="55" w:type="dxa"/>
            </w:tcMar>
          </w:tcPr>
          <w:p w14:paraId="0B73DE01" w14:textId="77777777" w:rsidR="003D6426" w:rsidRDefault="00000000">
            <w:pPr>
              <w:spacing w:after="0" w:line="240" w:lineRule="auto"/>
              <w:rPr>
                <w:rFonts w:hint="eastAsia"/>
              </w:rPr>
            </w:pPr>
            <w:r>
              <w:rPr>
                <w:sz w:val="13"/>
              </w:rPr>
              <w:t>Ispezione</w:t>
            </w:r>
          </w:p>
        </w:tc>
        <w:tc>
          <w:tcPr>
            <w:tcW w:w="1072" w:type="dxa"/>
            <w:tcMar>
              <w:top w:w="55" w:type="dxa"/>
              <w:left w:w="55" w:type="dxa"/>
              <w:bottom w:w="55" w:type="dxa"/>
              <w:right w:w="55" w:type="dxa"/>
            </w:tcMar>
          </w:tcPr>
          <w:p w14:paraId="771879FE" w14:textId="77777777" w:rsidR="003D6426" w:rsidRDefault="00000000">
            <w:pPr>
              <w:spacing w:after="0" w:line="240" w:lineRule="auto"/>
              <w:rPr>
                <w:rFonts w:hint="eastAsia"/>
              </w:rPr>
            </w:pPr>
            <w:r>
              <w:rPr>
                <w:sz w:val="13"/>
              </w:rPr>
              <w:t>[ ] OK [ ] NO</w:t>
            </w:r>
          </w:p>
        </w:tc>
        <w:tc>
          <w:tcPr>
            <w:tcW w:w="1950" w:type="dxa"/>
            <w:tcMar>
              <w:top w:w="55" w:type="dxa"/>
              <w:left w:w="55" w:type="dxa"/>
              <w:bottom w:w="55" w:type="dxa"/>
              <w:right w:w="55" w:type="dxa"/>
            </w:tcMar>
          </w:tcPr>
          <w:p w14:paraId="010CF6DE" w14:textId="77777777" w:rsidR="003D6426" w:rsidRDefault="00000000">
            <w:pPr>
              <w:spacing w:after="0" w:line="240" w:lineRule="auto"/>
              <w:rPr>
                <w:rFonts w:hint="eastAsia"/>
              </w:rPr>
            </w:pPr>
            <w:r>
              <w:rPr>
                <w:sz w:val="13"/>
              </w:rPr>
              <w:t>________</w:t>
            </w:r>
          </w:p>
        </w:tc>
      </w:tr>
      <w:tr w:rsidR="003D6426" w14:paraId="779F1842" w14:textId="77777777">
        <w:trPr>
          <w:jc w:val="center"/>
        </w:trPr>
        <w:tc>
          <w:tcPr>
            <w:tcW w:w="1365" w:type="dxa"/>
            <w:tcMar>
              <w:top w:w="55" w:type="dxa"/>
              <w:left w:w="55" w:type="dxa"/>
              <w:bottom w:w="55" w:type="dxa"/>
              <w:right w:w="55" w:type="dxa"/>
            </w:tcMar>
          </w:tcPr>
          <w:p w14:paraId="3E7C42FC" w14:textId="77777777" w:rsidR="003D6426" w:rsidRDefault="00000000">
            <w:pPr>
              <w:spacing w:after="0" w:line="240" w:lineRule="auto"/>
              <w:rPr>
                <w:rFonts w:hint="eastAsia"/>
              </w:rPr>
            </w:pPr>
            <w:r>
              <w:rPr>
                <w:sz w:val="13"/>
              </w:rPr>
              <w:t>Comunicazione</w:t>
            </w:r>
          </w:p>
        </w:tc>
        <w:tc>
          <w:tcPr>
            <w:tcW w:w="2437" w:type="dxa"/>
            <w:tcMar>
              <w:top w:w="55" w:type="dxa"/>
              <w:left w:w="55" w:type="dxa"/>
              <w:bottom w:w="55" w:type="dxa"/>
              <w:right w:w="55" w:type="dxa"/>
            </w:tcMar>
          </w:tcPr>
          <w:p w14:paraId="40229AE8" w14:textId="77777777" w:rsidR="003D6426" w:rsidRDefault="00000000">
            <w:pPr>
              <w:spacing w:after="0" w:line="240" w:lineRule="auto"/>
              <w:rPr>
                <w:rFonts w:hint="eastAsia"/>
              </w:rPr>
            </w:pPr>
            <w:r>
              <w:rPr>
                <w:sz w:val="13"/>
              </w:rPr>
              <w:t>Radio/interfono/segnali</w:t>
            </w:r>
          </w:p>
        </w:tc>
        <w:tc>
          <w:tcPr>
            <w:tcW w:w="1316" w:type="dxa"/>
            <w:tcMar>
              <w:top w:w="55" w:type="dxa"/>
              <w:left w:w="55" w:type="dxa"/>
              <w:bottom w:w="55" w:type="dxa"/>
              <w:right w:w="55" w:type="dxa"/>
            </w:tcMar>
          </w:tcPr>
          <w:p w14:paraId="0A9D9C90" w14:textId="77777777" w:rsidR="003D6426" w:rsidRDefault="00000000">
            <w:pPr>
              <w:spacing w:after="0" w:line="240" w:lineRule="auto"/>
              <w:rPr>
                <w:rFonts w:hint="eastAsia"/>
              </w:rPr>
            </w:pPr>
            <w:r>
              <w:rPr>
                <w:sz w:val="13"/>
              </w:rPr>
              <w:t>________</w:t>
            </w:r>
          </w:p>
        </w:tc>
        <w:tc>
          <w:tcPr>
            <w:tcW w:w="1950" w:type="dxa"/>
            <w:tcMar>
              <w:top w:w="55" w:type="dxa"/>
              <w:left w:w="55" w:type="dxa"/>
              <w:bottom w:w="55" w:type="dxa"/>
              <w:right w:w="55" w:type="dxa"/>
            </w:tcMar>
          </w:tcPr>
          <w:p w14:paraId="5B8BF177" w14:textId="77777777" w:rsidR="003D6426" w:rsidRDefault="00000000">
            <w:pPr>
              <w:spacing w:after="0" w:line="240" w:lineRule="auto"/>
              <w:rPr>
                <w:rFonts w:hint="eastAsia"/>
              </w:rPr>
            </w:pPr>
            <w:r>
              <w:rPr>
                <w:sz w:val="13"/>
              </w:rPr>
              <w:t>Test copertura</w:t>
            </w:r>
          </w:p>
        </w:tc>
        <w:tc>
          <w:tcPr>
            <w:tcW w:w="1072" w:type="dxa"/>
            <w:tcMar>
              <w:top w:w="55" w:type="dxa"/>
              <w:left w:w="55" w:type="dxa"/>
              <w:bottom w:w="55" w:type="dxa"/>
              <w:right w:w="55" w:type="dxa"/>
            </w:tcMar>
          </w:tcPr>
          <w:p w14:paraId="22BB4211" w14:textId="77777777" w:rsidR="003D6426" w:rsidRDefault="00000000">
            <w:pPr>
              <w:spacing w:after="0" w:line="240" w:lineRule="auto"/>
              <w:rPr>
                <w:rFonts w:hint="eastAsia"/>
              </w:rPr>
            </w:pPr>
            <w:r>
              <w:rPr>
                <w:sz w:val="13"/>
              </w:rPr>
              <w:t>[ ] OK [ ] NO</w:t>
            </w:r>
          </w:p>
        </w:tc>
        <w:tc>
          <w:tcPr>
            <w:tcW w:w="1950" w:type="dxa"/>
            <w:tcMar>
              <w:top w:w="55" w:type="dxa"/>
              <w:left w:w="55" w:type="dxa"/>
              <w:bottom w:w="55" w:type="dxa"/>
              <w:right w:w="55" w:type="dxa"/>
            </w:tcMar>
          </w:tcPr>
          <w:p w14:paraId="04E245DE" w14:textId="77777777" w:rsidR="003D6426" w:rsidRDefault="00000000">
            <w:pPr>
              <w:spacing w:after="0" w:line="240" w:lineRule="auto"/>
              <w:rPr>
                <w:rFonts w:hint="eastAsia"/>
              </w:rPr>
            </w:pPr>
            <w:r>
              <w:rPr>
                <w:sz w:val="13"/>
              </w:rPr>
              <w:t>________</w:t>
            </w:r>
          </w:p>
        </w:tc>
      </w:tr>
      <w:tr w:rsidR="003D6426" w14:paraId="282B3F80" w14:textId="77777777">
        <w:trPr>
          <w:jc w:val="center"/>
        </w:trPr>
        <w:tc>
          <w:tcPr>
            <w:tcW w:w="1365" w:type="dxa"/>
            <w:tcMar>
              <w:top w:w="55" w:type="dxa"/>
              <w:left w:w="55" w:type="dxa"/>
              <w:bottom w:w="55" w:type="dxa"/>
              <w:right w:w="55" w:type="dxa"/>
            </w:tcMar>
          </w:tcPr>
          <w:p w14:paraId="2D72882D" w14:textId="77777777" w:rsidR="003D6426" w:rsidRDefault="00000000">
            <w:pPr>
              <w:spacing w:after="0" w:line="240" w:lineRule="auto"/>
              <w:rPr>
                <w:rFonts w:hint="eastAsia"/>
              </w:rPr>
            </w:pPr>
            <w:r>
              <w:rPr>
                <w:sz w:val="13"/>
              </w:rPr>
              <w:t>Illuminazione</w:t>
            </w:r>
          </w:p>
        </w:tc>
        <w:tc>
          <w:tcPr>
            <w:tcW w:w="2437" w:type="dxa"/>
            <w:tcMar>
              <w:top w:w="55" w:type="dxa"/>
              <w:left w:w="55" w:type="dxa"/>
              <w:bottom w:w="55" w:type="dxa"/>
              <w:right w:w="55" w:type="dxa"/>
            </w:tcMar>
          </w:tcPr>
          <w:p w14:paraId="1DDEE4EA" w14:textId="77777777" w:rsidR="003D6426" w:rsidRDefault="00000000">
            <w:pPr>
              <w:spacing w:after="0" w:line="240" w:lineRule="auto"/>
              <w:rPr>
                <w:rFonts w:hint="eastAsia"/>
              </w:rPr>
            </w:pPr>
            <w:r>
              <w:rPr>
                <w:sz w:val="13"/>
              </w:rPr>
              <w:t>Lampada/faro emergenza</w:t>
            </w:r>
          </w:p>
        </w:tc>
        <w:tc>
          <w:tcPr>
            <w:tcW w:w="1316" w:type="dxa"/>
            <w:tcMar>
              <w:top w:w="55" w:type="dxa"/>
              <w:left w:w="55" w:type="dxa"/>
              <w:bottom w:w="55" w:type="dxa"/>
              <w:right w:w="55" w:type="dxa"/>
            </w:tcMar>
          </w:tcPr>
          <w:p w14:paraId="0B00B230" w14:textId="77777777" w:rsidR="003D6426" w:rsidRDefault="00000000">
            <w:pPr>
              <w:spacing w:after="0" w:line="240" w:lineRule="auto"/>
              <w:rPr>
                <w:rFonts w:hint="eastAsia"/>
              </w:rPr>
            </w:pPr>
            <w:r>
              <w:rPr>
                <w:sz w:val="13"/>
              </w:rPr>
              <w:t>________</w:t>
            </w:r>
          </w:p>
        </w:tc>
        <w:tc>
          <w:tcPr>
            <w:tcW w:w="1950" w:type="dxa"/>
            <w:tcMar>
              <w:top w:w="55" w:type="dxa"/>
              <w:left w:w="55" w:type="dxa"/>
              <w:bottom w:w="55" w:type="dxa"/>
              <w:right w:w="55" w:type="dxa"/>
            </w:tcMar>
          </w:tcPr>
          <w:p w14:paraId="34C0925C" w14:textId="77777777" w:rsidR="003D6426" w:rsidRDefault="00000000">
            <w:pPr>
              <w:spacing w:after="0" w:line="240" w:lineRule="auto"/>
              <w:rPr>
                <w:rFonts w:hint="eastAsia"/>
              </w:rPr>
            </w:pPr>
            <w:r>
              <w:rPr>
                <w:sz w:val="13"/>
              </w:rPr>
              <w:t>Autonomia/compatibilità</w:t>
            </w:r>
          </w:p>
        </w:tc>
        <w:tc>
          <w:tcPr>
            <w:tcW w:w="1072" w:type="dxa"/>
            <w:tcMar>
              <w:top w:w="55" w:type="dxa"/>
              <w:left w:w="55" w:type="dxa"/>
              <w:bottom w:w="55" w:type="dxa"/>
              <w:right w:w="55" w:type="dxa"/>
            </w:tcMar>
          </w:tcPr>
          <w:p w14:paraId="5ABBB2BB" w14:textId="77777777" w:rsidR="003D6426" w:rsidRDefault="00000000">
            <w:pPr>
              <w:spacing w:after="0" w:line="240" w:lineRule="auto"/>
              <w:rPr>
                <w:rFonts w:hint="eastAsia"/>
              </w:rPr>
            </w:pPr>
            <w:r>
              <w:rPr>
                <w:sz w:val="13"/>
              </w:rPr>
              <w:t>[ ] OK [ ] NO</w:t>
            </w:r>
          </w:p>
        </w:tc>
        <w:tc>
          <w:tcPr>
            <w:tcW w:w="1950" w:type="dxa"/>
            <w:tcMar>
              <w:top w:w="55" w:type="dxa"/>
              <w:left w:w="55" w:type="dxa"/>
              <w:bottom w:w="55" w:type="dxa"/>
              <w:right w:w="55" w:type="dxa"/>
            </w:tcMar>
          </w:tcPr>
          <w:p w14:paraId="6DC48B92" w14:textId="77777777" w:rsidR="003D6426" w:rsidRDefault="00000000">
            <w:pPr>
              <w:spacing w:after="0" w:line="240" w:lineRule="auto"/>
              <w:rPr>
                <w:rFonts w:hint="eastAsia"/>
              </w:rPr>
            </w:pPr>
            <w:r>
              <w:rPr>
                <w:sz w:val="13"/>
              </w:rPr>
              <w:t>________</w:t>
            </w:r>
          </w:p>
        </w:tc>
      </w:tr>
      <w:tr w:rsidR="003D6426" w14:paraId="69998567" w14:textId="77777777">
        <w:trPr>
          <w:jc w:val="center"/>
        </w:trPr>
        <w:tc>
          <w:tcPr>
            <w:tcW w:w="1365" w:type="dxa"/>
            <w:tcMar>
              <w:top w:w="55" w:type="dxa"/>
              <w:left w:w="55" w:type="dxa"/>
              <w:bottom w:w="55" w:type="dxa"/>
              <w:right w:w="55" w:type="dxa"/>
            </w:tcMar>
          </w:tcPr>
          <w:p w14:paraId="1E2FD4DD" w14:textId="77777777" w:rsidR="003D6426" w:rsidRDefault="00000000">
            <w:pPr>
              <w:spacing w:after="0" w:line="240" w:lineRule="auto"/>
              <w:rPr>
                <w:rFonts w:hint="eastAsia"/>
              </w:rPr>
            </w:pPr>
            <w:r>
              <w:rPr>
                <w:sz w:val="13"/>
              </w:rPr>
              <w:t>DPI</w:t>
            </w:r>
          </w:p>
        </w:tc>
        <w:tc>
          <w:tcPr>
            <w:tcW w:w="2437" w:type="dxa"/>
            <w:tcMar>
              <w:top w:w="55" w:type="dxa"/>
              <w:left w:w="55" w:type="dxa"/>
              <w:bottom w:w="55" w:type="dxa"/>
              <w:right w:w="55" w:type="dxa"/>
            </w:tcMar>
          </w:tcPr>
          <w:p w14:paraId="2C05E114" w14:textId="77777777" w:rsidR="003D6426" w:rsidRDefault="00000000">
            <w:pPr>
              <w:spacing w:after="0" w:line="240" w:lineRule="auto"/>
              <w:rPr>
                <w:rFonts w:hint="eastAsia"/>
              </w:rPr>
            </w:pPr>
            <w:r>
              <w:rPr>
                <w:sz w:val="13"/>
              </w:rPr>
              <w:t>Elmetto, guanti, scarpe, occhiali, udito</w:t>
            </w:r>
          </w:p>
        </w:tc>
        <w:tc>
          <w:tcPr>
            <w:tcW w:w="1316" w:type="dxa"/>
            <w:tcMar>
              <w:top w:w="55" w:type="dxa"/>
              <w:left w:w="55" w:type="dxa"/>
              <w:bottom w:w="55" w:type="dxa"/>
              <w:right w:w="55" w:type="dxa"/>
            </w:tcMar>
          </w:tcPr>
          <w:p w14:paraId="789877FB" w14:textId="77777777" w:rsidR="003D6426" w:rsidRDefault="00000000">
            <w:pPr>
              <w:spacing w:after="0" w:line="240" w:lineRule="auto"/>
              <w:rPr>
                <w:rFonts w:hint="eastAsia"/>
              </w:rPr>
            </w:pPr>
            <w:r>
              <w:rPr>
                <w:sz w:val="13"/>
              </w:rPr>
              <w:t>________</w:t>
            </w:r>
          </w:p>
        </w:tc>
        <w:tc>
          <w:tcPr>
            <w:tcW w:w="1950" w:type="dxa"/>
            <w:tcMar>
              <w:top w:w="55" w:type="dxa"/>
              <w:left w:w="55" w:type="dxa"/>
              <w:bottom w:w="55" w:type="dxa"/>
              <w:right w:w="55" w:type="dxa"/>
            </w:tcMar>
          </w:tcPr>
          <w:p w14:paraId="0C3FCF79" w14:textId="77777777" w:rsidR="003D6426" w:rsidRDefault="00000000">
            <w:pPr>
              <w:spacing w:after="0" w:line="240" w:lineRule="auto"/>
              <w:rPr>
                <w:rFonts w:hint="eastAsia"/>
              </w:rPr>
            </w:pPr>
            <w:r>
              <w:rPr>
                <w:sz w:val="13"/>
              </w:rPr>
              <w:t>Stato/taglia</w:t>
            </w:r>
          </w:p>
        </w:tc>
        <w:tc>
          <w:tcPr>
            <w:tcW w:w="1072" w:type="dxa"/>
            <w:tcMar>
              <w:top w:w="55" w:type="dxa"/>
              <w:left w:w="55" w:type="dxa"/>
              <w:bottom w:w="55" w:type="dxa"/>
              <w:right w:w="55" w:type="dxa"/>
            </w:tcMar>
          </w:tcPr>
          <w:p w14:paraId="07070F08" w14:textId="77777777" w:rsidR="003D6426" w:rsidRDefault="00000000">
            <w:pPr>
              <w:spacing w:after="0" w:line="240" w:lineRule="auto"/>
              <w:rPr>
                <w:rFonts w:hint="eastAsia"/>
              </w:rPr>
            </w:pPr>
            <w:r>
              <w:rPr>
                <w:sz w:val="13"/>
              </w:rPr>
              <w:t>[ ] OK [ ] NO</w:t>
            </w:r>
          </w:p>
        </w:tc>
        <w:tc>
          <w:tcPr>
            <w:tcW w:w="1950" w:type="dxa"/>
            <w:tcMar>
              <w:top w:w="55" w:type="dxa"/>
              <w:left w:w="55" w:type="dxa"/>
              <w:bottom w:w="55" w:type="dxa"/>
              <w:right w:w="55" w:type="dxa"/>
            </w:tcMar>
          </w:tcPr>
          <w:p w14:paraId="34D8509E" w14:textId="77777777" w:rsidR="003D6426" w:rsidRDefault="00000000">
            <w:pPr>
              <w:spacing w:after="0" w:line="240" w:lineRule="auto"/>
              <w:rPr>
                <w:rFonts w:hint="eastAsia"/>
              </w:rPr>
            </w:pPr>
            <w:r>
              <w:rPr>
                <w:sz w:val="13"/>
              </w:rPr>
              <w:t>________</w:t>
            </w:r>
          </w:p>
        </w:tc>
      </w:tr>
      <w:tr w:rsidR="003D6426" w14:paraId="0422A4B7" w14:textId="77777777">
        <w:trPr>
          <w:jc w:val="center"/>
        </w:trPr>
        <w:tc>
          <w:tcPr>
            <w:tcW w:w="1365" w:type="dxa"/>
            <w:tcMar>
              <w:top w:w="55" w:type="dxa"/>
              <w:left w:w="55" w:type="dxa"/>
              <w:bottom w:w="55" w:type="dxa"/>
              <w:right w:w="55" w:type="dxa"/>
            </w:tcMar>
          </w:tcPr>
          <w:p w14:paraId="419FAF9D" w14:textId="77777777" w:rsidR="003D6426" w:rsidRDefault="00000000">
            <w:pPr>
              <w:spacing w:after="0" w:line="240" w:lineRule="auto"/>
              <w:rPr>
                <w:rFonts w:hint="eastAsia"/>
              </w:rPr>
            </w:pPr>
            <w:r>
              <w:rPr>
                <w:sz w:val="13"/>
              </w:rPr>
              <w:t>APVR</w:t>
            </w:r>
          </w:p>
        </w:tc>
        <w:tc>
          <w:tcPr>
            <w:tcW w:w="2437" w:type="dxa"/>
            <w:tcMar>
              <w:top w:w="55" w:type="dxa"/>
              <w:left w:w="55" w:type="dxa"/>
              <w:bottom w:w="55" w:type="dxa"/>
              <w:right w:w="55" w:type="dxa"/>
            </w:tcMar>
          </w:tcPr>
          <w:p w14:paraId="2620E2CB" w14:textId="77777777" w:rsidR="003D6426" w:rsidRDefault="00000000">
            <w:pPr>
              <w:spacing w:after="0" w:line="240" w:lineRule="auto"/>
              <w:rPr>
                <w:rFonts w:hint="eastAsia"/>
              </w:rPr>
            </w:pPr>
            <w:r>
              <w:rPr>
                <w:sz w:val="13"/>
              </w:rPr>
              <w:t>Tipo: __________________</w:t>
            </w:r>
          </w:p>
        </w:tc>
        <w:tc>
          <w:tcPr>
            <w:tcW w:w="1316" w:type="dxa"/>
            <w:tcMar>
              <w:top w:w="55" w:type="dxa"/>
              <w:left w:w="55" w:type="dxa"/>
              <w:bottom w:w="55" w:type="dxa"/>
              <w:right w:w="55" w:type="dxa"/>
            </w:tcMar>
          </w:tcPr>
          <w:p w14:paraId="56A94788" w14:textId="77777777" w:rsidR="003D6426" w:rsidRDefault="00000000">
            <w:pPr>
              <w:spacing w:after="0" w:line="240" w:lineRule="auto"/>
              <w:rPr>
                <w:rFonts w:hint="eastAsia"/>
              </w:rPr>
            </w:pPr>
            <w:r>
              <w:rPr>
                <w:sz w:val="13"/>
              </w:rPr>
              <w:t>________</w:t>
            </w:r>
          </w:p>
        </w:tc>
        <w:tc>
          <w:tcPr>
            <w:tcW w:w="1950" w:type="dxa"/>
            <w:tcMar>
              <w:top w:w="55" w:type="dxa"/>
              <w:left w:w="55" w:type="dxa"/>
              <w:bottom w:w="55" w:type="dxa"/>
              <w:right w:w="55" w:type="dxa"/>
            </w:tcMar>
          </w:tcPr>
          <w:p w14:paraId="372A18AE" w14:textId="77777777" w:rsidR="003D6426" w:rsidRDefault="00000000">
            <w:pPr>
              <w:spacing w:after="0" w:line="240" w:lineRule="auto"/>
              <w:rPr>
                <w:rFonts w:hint="eastAsia"/>
              </w:rPr>
            </w:pPr>
            <w:r>
              <w:rPr>
                <w:sz w:val="13"/>
              </w:rPr>
              <w:t>Controllo funzionale/autonomia</w:t>
            </w:r>
          </w:p>
        </w:tc>
        <w:tc>
          <w:tcPr>
            <w:tcW w:w="1072" w:type="dxa"/>
            <w:tcMar>
              <w:top w:w="55" w:type="dxa"/>
              <w:left w:w="55" w:type="dxa"/>
              <w:bottom w:w="55" w:type="dxa"/>
              <w:right w:w="55" w:type="dxa"/>
            </w:tcMar>
          </w:tcPr>
          <w:p w14:paraId="650190BE" w14:textId="77777777" w:rsidR="003D6426" w:rsidRDefault="00000000">
            <w:pPr>
              <w:spacing w:after="0" w:line="240" w:lineRule="auto"/>
              <w:rPr>
                <w:rFonts w:hint="eastAsia"/>
              </w:rPr>
            </w:pPr>
            <w:r>
              <w:rPr>
                <w:sz w:val="13"/>
              </w:rPr>
              <w:t>[ ] OK [ ] NO</w:t>
            </w:r>
          </w:p>
        </w:tc>
        <w:tc>
          <w:tcPr>
            <w:tcW w:w="1950" w:type="dxa"/>
            <w:tcMar>
              <w:top w:w="55" w:type="dxa"/>
              <w:left w:w="55" w:type="dxa"/>
              <w:bottom w:w="55" w:type="dxa"/>
              <w:right w:w="55" w:type="dxa"/>
            </w:tcMar>
          </w:tcPr>
          <w:p w14:paraId="081AB872" w14:textId="77777777" w:rsidR="003D6426" w:rsidRDefault="00000000">
            <w:pPr>
              <w:spacing w:after="0" w:line="240" w:lineRule="auto"/>
              <w:rPr>
                <w:rFonts w:hint="eastAsia"/>
              </w:rPr>
            </w:pPr>
            <w:r>
              <w:rPr>
                <w:sz w:val="13"/>
              </w:rPr>
              <w:t>________</w:t>
            </w:r>
          </w:p>
        </w:tc>
      </w:tr>
      <w:tr w:rsidR="003D6426" w14:paraId="271A02F8" w14:textId="77777777">
        <w:trPr>
          <w:jc w:val="center"/>
        </w:trPr>
        <w:tc>
          <w:tcPr>
            <w:tcW w:w="1365" w:type="dxa"/>
            <w:tcMar>
              <w:top w:w="55" w:type="dxa"/>
              <w:left w:w="55" w:type="dxa"/>
              <w:bottom w:w="55" w:type="dxa"/>
              <w:right w:w="55" w:type="dxa"/>
            </w:tcMar>
          </w:tcPr>
          <w:p w14:paraId="4015B5E8" w14:textId="77777777" w:rsidR="003D6426" w:rsidRDefault="00000000">
            <w:pPr>
              <w:spacing w:after="0" w:line="240" w:lineRule="auto"/>
              <w:rPr>
                <w:rFonts w:hint="eastAsia"/>
              </w:rPr>
            </w:pPr>
            <w:r>
              <w:rPr>
                <w:sz w:val="13"/>
              </w:rPr>
              <w:t>Primo soccorso</w:t>
            </w:r>
          </w:p>
        </w:tc>
        <w:tc>
          <w:tcPr>
            <w:tcW w:w="2437" w:type="dxa"/>
            <w:tcMar>
              <w:top w:w="55" w:type="dxa"/>
              <w:left w:w="55" w:type="dxa"/>
              <w:bottom w:w="55" w:type="dxa"/>
              <w:right w:w="55" w:type="dxa"/>
            </w:tcMar>
          </w:tcPr>
          <w:p w14:paraId="1BF04C51" w14:textId="77777777" w:rsidR="003D6426" w:rsidRDefault="00000000">
            <w:pPr>
              <w:spacing w:after="0" w:line="240" w:lineRule="auto"/>
              <w:rPr>
                <w:rFonts w:hint="eastAsia"/>
              </w:rPr>
            </w:pPr>
            <w:r>
              <w:rPr>
                <w:sz w:val="13"/>
              </w:rPr>
              <w:t>Cassetta/DAE se previsto/barella</w:t>
            </w:r>
          </w:p>
        </w:tc>
        <w:tc>
          <w:tcPr>
            <w:tcW w:w="1316" w:type="dxa"/>
            <w:tcMar>
              <w:top w:w="55" w:type="dxa"/>
              <w:left w:w="55" w:type="dxa"/>
              <w:bottom w:w="55" w:type="dxa"/>
              <w:right w:w="55" w:type="dxa"/>
            </w:tcMar>
          </w:tcPr>
          <w:p w14:paraId="6CAC7A64" w14:textId="77777777" w:rsidR="003D6426" w:rsidRDefault="00000000">
            <w:pPr>
              <w:spacing w:after="0" w:line="240" w:lineRule="auto"/>
              <w:rPr>
                <w:rFonts w:hint="eastAsia"/>
              </w:rPr>
            </w:pPr>
            <w:r>
              <w:rPr>
                <w:sz w:val="13"/>
              </w:rPr>
              <w:t>________</w:t>
            </w:r>
          </w:p>
        </w:tc>
        <w:tc>
          <w:tcPr>
            <w:tcW w:w="1950" w:type="dxa"/>
            <w:tcMar>
              <w:top w:w="55" w:type="dxa"/>
              <w:left w:w="55" w:type="dxa"/>
              <w:bottom w:w="55" w:type="dxa"/>
              <w:right w:w="55" w:type="dxa"/>
            </w:tcMar>
          </w:tcPr>
          <w:p w14:paraId="2FE04CA9" w14:textId="77777777" w:rsidR="003D6426" w:rsidRDefault="00000000">
            <w:pPr>
              <w:spacing w:after="0" w:line="240" w:lineRule="auto"/>
              <w:rPr>
                <w:rFonts w:hint="eastAsia"/>
              </w:rPr>
            </w:pPr>
            <w:r>
              <w:rPr>
                <w:sz w:val="13"/>
              </w:rPr>
              <w:t>Disponibilità</w:t>
            </w:r>
          </w:p>
        </w:tc>
        <w:tc>
          <w:tcPr>
            <w:tcW w:w="1072" w:type="dxa"/>
            <w:tcMar>
              <w:top w:w="55" w:type="dxa"/>
              <w:left w:w="55" w:type="dxa"/>
              <w:bottom w:w="55" w:type="dxa"/>
              <w:right w:w="55" w:type="dxa"/>
            </w:tcMar>
          </w:tcPr>
          <w:p w14:paraId="4AE9AC76" w14:textId="77777777" w:rsidR="003D6426" w:rsidRDefault="00000000">
            <w:pPr>
              <w:spacing w:after="0" w:line="240" w:lineRule="auto"/>
              <w:rPr>
                <w:rFonts w:hint="eastAsia"/>
              </w:rPr>
            </w:pPr>
            <w:r>
              <w:rPr>
                <w:sz w:val="13"/>
              </w:rPr>
              <w:t>[ ] OK [ ] NO</w:t>
            </w:r>
          </w:p>
        </w:tc>
        <w:tc>
          <w:tcPr>
            <w:tcW w:w="1950" w:type="dxa"/>
            <w:tcMar>
              <w:top w:w="55" w:type="dxa"/>
              <w:left w:w="55" w:type="dxa"/>
              <w:bottom w:w="55" w:type="dxa"/>
              <w:right w:w="55" w:type="dxa"/>
            </w:tcMar>
          </w:tcPr>
          <w:p w14:paraId="018A0622" w14:textId="77777777" w:rsidR="003D6426" w:rsidRDefault="00000000">
            <w:pPr>
              <w:spacing w:after="0" w:line="240" w:lineRule="auto"/>
              <w:rPr>
                <w:rFonts w:hint="eastAsia"/>
              </w:rPr>
            </w:pPr>
            <w:r>
              <w:rPr>
                <w:sz w:val="13"/>
              </w:rPr>
              <w:t>________</w:t>
            </w:r>
          </w:p>
        </w:tc>
      </w:tr>
      <w:tr w:rsidR="003D6426" w14:paraId="5E4D7674" w14:textId="77777777">
        <w:trPr>
          <w:jc w:val="center"/>
        </w:trPr>
        <w:tc>
          <w:tcPr>
            <w:tcW w:w="1365" w:type="dxa"/>
            <w:tcMar>
              <w:top w:w="55" w:type="dxa"/>
              <w:left w:w="55" w:type="dxa"/>
              <w:bottom w:w="55" w:type="dxa"/>
              <w:right w:w="55" w:type="dxa"/>
            </w:tcMar>
          </w:tcPr>
          <w:p w14:paraId="2BF0BBEA" w14:textId="77777777" w:rsidR="003D6426" w:rsidRDefault="00000000">
            <w:pPr>
              <w:spacing w:after="0" w:line="240" w:lineRule="auto"/>
              <w:rPr>
                <w:rFonts w:hint="eastAsia"/>
              </w:rPr>
            </w:pPr>
            <w:r>
              <w:rPr>
                <w:sz w:val="13"/>
              </w:rPr>
              <w:t>Antincendio</w:t>
            </w:r>
          </w:p>
        </w:tc>
        <w:tc>
          <w:tcPr>
            <w:tcW w:w="2437" w:type="dxa"/>
            <w:tcMar>
              <w:top w:w="55" w:type="dxa"/>
              <w:left w:w="55" w:type="dxa"/>
              <w:bottom w:w="55" w:type="dxa"/>
              <w:right w:w="55" w:type="dxa"/>
            </w:tcMar>
          </w:tcPr>
          <w:p w14:paraId="4D65BA7D" w14:textId="77777777" w:rsidR="003D6426" w:rsidRDefault="00000000">
            <w:pPr>
              <w:spacing w:after="0" w:line="240" w:lineRule="auto"/>
              <w:rPr>
                <w:rFonts w:hint="eastAsia"/>
              </w:rPr>
            </w:pPr>
            <w:r>
              <w:rPr>
                <w:sz w:val="13"/>
              </w:rPr>
              <w:t>Estintori/presidi</w:t>
            </w:r>
          </w:p>
        </w:tc>
        <w:tc>
          <w:tcPr>
            <w:tcW w:w="1316" w:type="dxa"/>
            <w:tcMar>
              <w:top w:w="55" w:type="dxa"/>
              <w:left w:w="55" w:type="dxa"/>
              <w:bottom w:w="55" w:type="dxa"/>
              <w:right w:w="55" w:type="dxa"/>
            </w:tcMar>
          </w:tcPr>
          <w:p w14:paraId="52B031A0" w14:textId="77777777" w:rsidR="003D6426" w:rsidRDefault="00000000">
            <w:pPr>
              <w:spacing w:after="0" w:line="240" w:lineRule="auto"/>
              <w:rPr>
                <w:rFonts w:hint="eastAsia"/>
              </w:rPr>
            </w:pPr>
            <w:r>
              <w:rPr>
                <w:sz w:val="13"/>
              </w:rPr>
              <w:t>________</w:t>
            </w:r>
          </w:p>
        </w:tc>
        <w:tc>
          <w:tcPr>
            <w:tcW w:w="1950" w:type="dxa"/>
            <w:tcMar>
              <w:top w:w="55" w:type="dxa"/>
              <w:left w:w="55" w:type="dxa"/>
              <w:bottom w:w="55" w:type="dxa"/>
              <w:right w:w="55" w:type="dxa"/>
            </w:tcMar>
          </w:tcPr>
          <w:p w14:paraId="4C6CB1F9" w14:textId="77777777" w:rsidR="003D6426" w:rsidRDefault="00000000">
            <w:pPr>
              <w:spacing w:after="0" w:line="240" w:lineRule="auto"/>
              <w:rPr>
                <w:rFonts w:hint="eastAsia"/>
              </w:rPr>
            </w:pPr>
            <w:r>
              <w:rPr>
                <w:sz w:val="13"/>
              </w:rPr>
              <w:t>Accessibilità/scadenza</w:t>
            </w:r>
          </w:p>
        </w:tc>
        <w:tc>
          <w:tcPr>
            <w:tcW w:w="1072" w:type="dxa"/>
            <w:tcMar>
              <w:top w:w="55" w:type="dxa"/>
              <w:left w:w="55" w:type="dxa"/>
              <w:bottom w:w="55" w:type="dxa"/>
              <w:right w:w="55" w:type="dxa"/>
            </w:tcMar>
          </w:tcPr>
          <w:p w14:paraId="00F4780D" w14:textId="77777777" w:rsidR="003D6426" w:rsidRDefault="00000000">
            <w:pPr>
              <w:spacing w:after="0" w:line="240" w:lineRule="auto"/>
              <w:rPr>
                <w:rFonts w:hint="eastAsia"/>
              </w:rPr>
            </w:pPr>
            <w:r>
              <w:rPr>
                <w:sz w:val="13"/>
              </w:rPr>
              <w:t>[ ] OK [ ] NO</w:t>
            </w:r>
          </w:p>
        </w:tc>
        <w:tc>
          <w:tcPr>
            <w:tcW w:w="1950" w:type="dxa"/>
            <w:tcMar>
              <w:top w:w="55" w:type="dxa"/>
              <w:left w:w="55" w:type="dxa"/>
              <w:bottom w:w="55" w:type="dxa"/>
              <w:right w:w="55" w:type="dxa"/>
            </w:tcMar>
          </w:tcPr>
          <w:p w14:paraId="3DAE2EFD" w14:textId="77777777" w:rsidR="003D6426" w:rsidRDefault="00000000">
            <w:pPr>
              <w:spacing w:after="0" w:line="240" w:lineRule="auto"/>
              <w:rPr>
                <w:rFonts w:hint="eastAsia"/>
              </w:rPr>
            </w:pPr>
            <w:r>
              <w:rPr>
                <w:sz w:val="13"/>
              </w:rPr>
              <w:t>________</w:t>
            </w:r>
          </w:p>
        </w:tc>
      </w:tr>
    </w:tbl>
    <w:p w14:paraId="5CC61D93" w14:textId="77777777" w:rsidR="003D6426" w:rsidRDefault="00000000">
      <w:pPr>
        <w:pStyle w:val="TableTitle"/>
        <w:rPr>
          <w:rFonts w:hint="eastAsia"/>
        </w:rPr>
      </w:pPr>
      <w:r>
        <w:t>Esito verifica dotazioni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3687DF3C" w14:textId="77777777">
        <w:trPr>
          <w:jc w:val="center"/>
        </w:trPr>
        <w:tc>
          <w:tcPr>
            <w:tcW w:w="2691" w:type="dxa"/>
            <w:shd w:val="clear" w:color="auto" w:fill="F2F2F2"/>
            <w:tcMar>
              <w:top w:w="55" w:type="dxa"/>
              <w:left w:w="55" w:type="dxa"/>
              <w:bottom w:w="55" w:type="dxa"/>
              <w:right w:w="55" w:type="dxa"/>
            </w:tcMar>
          </w:tcPr>
          <w:p w14:paraId="37697DA6" w14:textId="77777777" w:rsidR="003D6426" w:rsidRDefault="00000000">
            <w:pPr>
              <w:spacing w:after="0" w:line="240" w:lineRule="auto"/>
              <w:rPr>
                <w:rFonts w:hint="eastAsia"/>
              </w:rPr>
            </w:pPr>
            <w:r>
              <w:rPr>
                <w:b/>
                <w:sz w:val="16"/>
              </w:rPr>
              <w:t>Verifica effettuata da</w:t>
            </w:r>
          </w:p>
        </w:tc>
        <w:tc>
          <w:tcPr>
            <w:tcW w:w="7401" w:type="dxa"/>
            <w:tcMar>
              <w:top w:w="55" w:type="dxa"/>
              <w:left w:w="55" w:type="dxa"/>
              <w:bottom w:w="55" w:type="dxa"/>
              <w:right w:w="55" w:type="dxa"/>
            </w:tcMar>
          </w:tcPr>
          <w:p w14:paraId="65061CB3" w14:textId="77777777" w:rsidR="003D6426" w:rsidRDefault="00000000">
            <w:pPr>
              <w:spacing w:after="0" w:line="240" w:lineRule="auto"/>
              <w:rPr>
                <w:rFonts w:hint="eastAsia"/>
              </w:rPr>
            </w:pPr>
            <w:r>
              <w:rPr>
                <w:sz w:val="16"/>
              </w:rPr>
              <w:t>Nome: __________________  Ruolo: __________________  Data: ____/____/______  Firma: __________________</w:t>
            </w:r>
          </w:p>
        </w:tc>
      </w:tr>
      <w:tr w:rsidR="003D6426" w14:paraId="4792892C" w14:textId="77777777">
        <w:trPr>
          <w:jc w:val="center"/>
        </w:trPr>
        <w:tc>
          <w:tcPr>
            <w:tcW w:w="2691" w:type="dxa"/>
            <w:shd w:val="clear" w:color="auto" w:fill="F2F2F2"/>
            <w:tcMar>
              <w:top w:w="55" w:type="dxa"/>
              <w:left w:w="55" w:type="dxa"/>
              <w:bottom w:w="55" w:type="dxa"/>
              <w:right w:w="55" w:type="dxa"/>
            </w:tcMar>
          </w:tcPr>
          <w:p w14:paraId="158BE355" w14:textId="77777777" w:rsidR="003D6426" w:rsidRDefault="00000000">
            <w:pPr>
              <w:spacing w:after="0" w:line="240" w:lineRule="auto"/>
              <w:rPr>
                <w:rFonts w:hint="eastAsia"/>
              </w:rPr>
            </w:pPr>
            <w:r>
              <w:rPr>
                <w:b/>
                <w:sz w:val="16"/>
              </w:rPr>
              <w:t>Prescrizioni</w:t>
            </w:r>
          </w:p>
        </w:tc>
        <w:tc>
          <w:tcPr>
            <w:tcW w:w="7401" w:type="dxa"/>
            <w:tcMar>
              <w:top w:w="55" w:type="dxa"/>
              <w:left w:w="55" w:type="dxa"/>
              <w:bottom w:w="55" w:type="dxa"/>
              <w:right w:w="55" w:type="dxa"/>
            </w:tcMar>
          </w:tcPr>
          <w:p w14:paraId="329CE1E3" w14:textId="77777777" w:rsidR="003D6426" w:rsidRDefault="00000000">
            <w:pPr>
              <w:spacing w:after="0" w:line="240" w:lineRule="auto"/>
              <w:rPr>
                <w:rFonts w:hint="eastAsia"/>
              </w:rPr>
            </w:pPr>
            <w:r>
              <w:rPr>
                <w:sz w:val="16"/>
              </w:rPr>
              <w:t>____________________________________________________________________________________________</w:t>
            </w:r>
          </w:p>
        </w:tc>
      </w:tr>
    </w:tbl>
    <w:p w14:paraId="5BA5304E" w14:textId="77777777" w:rsidR="003D6426" w:rsidRDefault="00000000">
      <w:pPr>
        <w:rPr>
          <w:rFonts w:hint="eastAsia"/>
        </w:rPr>
      </w:pPr>
      <w:r>
        <w:br w:type="page"/>
      </w:r>
    </w:p>
    <w:p w14:paraId="6B3AF993" w14:textId="77777777" w:rsidR="003D6426" w:rsidRDefault="00000000">
      <w:pPr>
        <w:pStyle w:val="Titolo1"/>
      </w:pPr>
      <w:r>
        <w:t>ALLEGATO K - Scheda composizione squadra e ruoli</w:t>
      </w:r>
    </w:p>
    <w:p w14:paraId="5085630E" w14:textId="77777777" w:rsidR="003D6426" w:rsidRDefault="00000000">
      <w:pPr>
        <w:pStyle w:val="TableTitle"/>
        <w:rPr>
          <w:rFonts w:hint="eastAsia"/>
        </w:rPr>
      </w:pPr>
      <w:r>
        <w:t>Composizione squadra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0"/>
        <w:gridCol w:w="2012"/>
        <w:gridCol w:w="1820"/>
        <w:gridCol w:w="1341"/>
        <w:gridCol w:w="2491"/>
        <w:gridCol w:w="958"/>
      </w:tblGrid>
      <w:tr w:rsidR="003D6426" w14:paraId="411F64A7" w14:textId="77777777">
        <w:trPr>
          <w:tblHeader/>
          <w:jc w:val="center"/>
        </w:trPr>
        <w:tc>
          <w:tcPr>
            <w:tcW w:w="1563" w:type="dxa"/>
            <w:shd w:val="clear" w:color="auto" w:fill="D9EAF7"/>
            <w:tcMar>
              <w:top w:w="55" w:type="dxa"/>
              <w:left w:w="55" w:type="dxa"/>
              <w:bottom w:w="55" w:type="dxa"/>
              <w:right w:w="55" w:type="dxa"/>
            </w:tcMar>
            <w:vAlign w:val="center"/>
          </w:tcPr>
          <w:p w14:paraId="2835E43B" w14:textId="77777777" w:rsidR="003D6426" w:rsidRDefault="00000000">
            <w:pPr>
              <w:spacing w:after="0" w:line="240" w:lineRule="auto"/>
              <w:jc w:val="center"/>
              <w:rPr>
                <w:rFonts w:hint="eastAsia"/>
              </w:rPr>
            </w:pPr>
            <w:r>
              <w:rPr>
                <w:b/>
                <w:sz w:val="13"/>
              </w:rPr>
              <w:t>Ruolo</w:t>
            </w:r>
          </w:p>
        </w:tc>
        <w:tc>
          <w:tcPr>
            <w:tcW w:w="1990" w:type="dxa"/>
            <w:shd w:val="clear" w:color="auto" w:fill="D9EAF7"/>
            <w:tcMar>
              <w:top w:w="55" w:type="dxa"/>
              <w:left w:w="55" w:type="dxa"/>
              <w:bottom w:w="55" w:type="dxa"/>
              <w:right w:w="55" w:type="dxa"/>
            </w:tcMar>
            <w:vAlign w:val="center"/>
          </w:tcPr>
          <w:p w14:paraId="36818499" w14:textId="77777777" w:rsidR="003D6426" w:rsidRDefault="00000000">
            <w:pPr>
              <w:spacing w:after="0" w:line="240" w:lineRule="auto"/>
              <w:jc w:val="center"/>
              <w:rPr>
                <w:rFonts w:hint="eastAsia"/>
              </w:rPr>
            </w:pPr>
            <w:r>
              <w:rPr>
                <w:b/>
                <w:sz w:val="13"/>
              </w:rPr>
              <w:t>Nome e cognome</w:t>
            </w:r>
          </w:p>
        </w:tc>
        <w:tc>
          <w:tcPr>
            <w:tcW w:w="1800" w:type="dxa"/>
            <w:shd w:val="clear" w:color="auto" w:fill="D9EAF7"/>
            <w:tcMar>
              <w:top w:w="55" w:type="dxa"/>
              <w:left w:w="55" w:type="dxa"/>
              <w:bottom w:w="55" w:type="dxa"/>
              <w:right w:w="55" w:type="dxa"/>
            </w:tcMar>
            <w:vAlign w:val="center"/>
          </w:tcPr>
          <w:p w14:paraId="21C8C145" w14:textId="77777777" w:rsidR="003D6426" w:rsidRDefault="00000000">
            <w:pPr>
              <w:spacing w:after="0" w:line="240" w:lineRule="auto"/>
              <w:jc w:val="center"/>
              <w:rPr>
                <w:rFonts w:hint="eastAsia"/>
              </w:rPr>
            </w:pPr>
            <w:r>
              <w:rPr>
                <w:b/>
                <w:sz w:val="13"/>
              </w:rPr>
              <w:t>Azienda/reparto</w:t>
            </w:r>
          </w:p>
        </w:tc>
        <w:tc>
          <w:tcPr>
            <w:tcW w:w="1326" w:type="dxa"/>
            <w:shd w:val="clear" w:color="auto" w:fill="D9EAF7"/>
            <w:tcMar>
              <w:top w:w="55" w:type="dxa"/>
              <w:left w:w="55" w:type="dxa"/>
              <w:bottom w:w="55" w:type="dxa"/>
              <w:right w:w="55" w:type="dxa"/>
            </w:tcMar>
            <w:vAlign w:val="center"/>
          </w:tcPr>
          <w:p w14:paraId="2DAB25D2" w14:textId="77777777" w:rsidR="003D6426" w:rsidRDefault="00000000">
            <w:pPr>
              <w:spacing w:after="0" w:line="240" w:lineRule="auto"/>
              <w:jc w:val="center"/>
              <w:rPr>
                <w:rFonts w:hint="eastAsia"/>
              </w:rPr>
            </w:pPr>
            <w:r>
              <w:rPr>
                <w:b/>
                <w:sz w:val="13"/>
              </w:rPr>
              <w:t>Telefono/radio</w:t>
            </w:r>
          </w:p>
        </w:tc>
        <w:tc>
          <w:tcPr>
            <w:tcW w:w="2464" w:type="dxa"/>
            <w:shd w:val="clear" w:color="auto" w:fill="D9EAF7"/>
            <w:tcMar>
              <w:top w:w="55" w:type="dxa"/>
              <w:left w:w="55" w:type="dxa"/>
              <w:bottom w:w="55" w:type="dxa"/>
              <w:right w:w="55" w:type="dxa"/>
            </w:tcMar>
            <w:vAlign w:val="center"/>
          </w:tcPr>
          <w:p w14:paraId="19D6B425" w14:textId="77777777" w:rsidR="003D6426" w:rsidRDefault="00000000">
            <w:pPr>
              <w:spacing w:after="0" w:line="240" w:lineRule="auto"/>
              <w:jc w:val="center"/>
              <w:rPr>
                <w:rFonts w:hint="eastAsia"/>
              </w:rPr>
            </w:pPr>
            <w:r>
              <w:rPr>
                <w:b/>
                <w:sz w:val="13"/>
              </w:rPr>
              <w:t>Requisiti verificati</w:t>
            </w:r>
          </w:p>
        </w:tc>
        <w:tc>
          <w:tcPr>
            <w:tcW w:w="947" w:type="dxa"/>
            <w:shd w:val="clear" w:color="auto" w:fill="D9EAF7"/>
            <w:tcMar>
              <w:top w:w="55" w:type="dxa"/>
              <w:left w:w="55" w:type="dxa"/>
              <w:bottom w:w="55" w:type="dxa"/>
              <w:right w:w="55" w:type="dxa"/>
            </w:tcMar>
            <w:vAlign w:val="center"/>
          </w:tcPr>
          <w:p w14:paraId="5CC9B486" w14:textId="77777777" w:rsidR="003D6426" w:rsidRDefault="00000000">
            <w:pPr>
              <w:spacing w:after="0" w:line="240" w:lineRule="auto"/>
              <w:jc w:val="center"/>
              <w:rPr>
                <w:rFonts w:hint="eastAsia"/>
              </w:rPr>
            </w:pPr>
            <w:r>
              <w:rPr>
                <w:b/>
                <w:sz w:val="13"/>
              </w:rPr>
              <w:t>Firma</w:t>
            </w:r>
          </w:p>
        </w:tc>
      </w:tr>
      <w:tr w:rsidR="003D6426" w14:paraId="1BBAB716" w14:textId="77777777">
        <w:trPr>
          <w:jc w:val="center"/>
        </w:trPr>
        <w:tc>
          <w:tcPr>
            <w:tcW w:w="1563" w:type="dxa"/>
            <w:tcMar>
              <w:top w:w="55" w:type="dxa"/>
              <w:left w:w="55" w:type="dxa"/>
              <w:bottom w:w="55" w:type="dxa"/>
              <w:right w:w="55" w:type="dxa"/>
            </w:tcMar>
          </w:tcPr>
          <w:p w14:paraId="6C652AB0" w14:textId="77777777" w:rsidR="003D6426" w:rsidRDefault="00000000">
            <w:pPr>
              <w:spacing w:after="0" w:line="240" w:lineRule="auto"/>
              <w:rPr>
                <w:rFonts w:hint="eastAsia"/>
              </w:rPr>
            </w:pPr>
            <w:r>
              <w:rPr>
                <w:sz w:val="13"/>
              </w:rPr>
              <w:t>Preposto</w:t>
            </w:r>
          </w:p>
        </w:tc>
        <w:tc>
          <w:tcPr>
            <w:tcW w:w="1990" w:type="dxa"/>
            <w:tcMar>
              <w:top w:w="55" w:type="dxa"/>
              <w:left w:w="55" w:type="dxa"/>
              <w:bottom w:w="55" w:type="dxa"/>
              <w:right w:w="55" w:type="dxa"/>
            </w:tcMar>
          </w:tcPr>
          <w:p w14:paraId="0023A1D8" w14:textId="77777777" w:rsidR="003D6426" w:rsidRDefault="003D6426">
            <w:pPr>
              <w:spacing w:after="0" w:line="240" w:lineRule="auto"/>
              <w:rPr>
                <w:rFonts w:hint="eastAsia"/>
              </w:rPr>
            </w:pPr>
          </w:p>
        </w:tc>
        <w:tc>
          <w:tcPr>
            <w:tcW w:w="1800" w:type="dxa"/>
            <w:tcMar>
              <w:top w:w="55" w:type="dxa"/>
              <w:left w:w="55" w:type="dxa"/>
              <w:bottom w:w="55" w:type="dxa"/>
              <w:right w:w="55" w:type="dxa"/>
            </w:tcMar>
          </w:tcPr>
          <w:p w14:paraId="72049157" w14:textId="77777777" w:rsidR="003D6426" w:rsidRDefault="003D6426">
            <w:pPr>
              <w:spacing w:after="0" w:line="240" w:lineRule="auto"/>
              <w:rPr>
                <w:rFonts w:hint="eastAsia"/>
              </w:rPr>
            </w:pPr>
          </w:p>
        </w:tc>
        <w:tc>
          <w:tcPr>
            <w:tcW w:w="1326" w:type="dxa"/>
            <w:tcMar>
              <w:top w:w="55" w:type="dxa"/>
              <w:left w:w="55" w:type="dxa"/>
              <w:bottom w:w="55" w:type="dxa"/>
              <w:right w:w="55" w:type="dxa"/>
            </w:tcMar>
          </w:tcPr>
          <w:p w14:paraId="3448A773" w14:textId="77777777" w:rsidR="003D6426" w:rsidRDefault="003D6426">
            <w:pPr>
              <w:spacing w:after="0" w:line="240" w:lineRule="auto"/>
              <w:rPr>
                <w:rFonts w:hint="eastAsia"/>
              </w:rPr>
            </w:pPr>
          </w:p>
        </w:tc>
        <w:tc>
          <w:tcPr>
            <w:tcW w:w="2464" w:type="dxa"/>
            <w:tcMar>
              <w:top w:w="55" w:type="dxa"/>
              <w:left w:w="55" w:type="dxa"/>
              <w:bottom w:w="55" w:type="dxa"/>
              <w:right w:w="55" w:type="dxa"/>
            </w:tcMar>
          </w:tcPr>
          <w:p w14:paraId="624CBDC4" w14:textId="77777777" w:rsidR="003D6426" w:rsidRDefault="00000000">
            <w:pPr>
              <w:spacing w:after="0" w:line="240" w:lineRule="auto"/>
              <w:rPr>
                <w:rFonts w:hint="eastAsia"/>
              </w:rPr>
            </w:pPr>
            <w:r>
              <w:rPr>
                <w:sz w:val="13"/>
              </w:rPr>
              <w:t>[ ] formazione [ ] idoneità [ ] procedura</w:t>
            </w:r>
          </w:p>
        </w:tc>
        <w:tc>
          <w:tcPr>
            <w:tcW w:w="947" w:type="dxa"/>
            <w:tcMar>
              <w:top w:w="55" w:type="dxa"/>
              <w:left w:w="55" w:type="dxa"/>
              <w:bottom w:w="55" w:type="dxa"/>
              <w:right w:w="55" w:type="dxa"/>
            </w:tcMar>
          </w:tcPr>
          <w:p w14:paraId="351903FC" w14:textId="77777777" w:rsidR="003D6426" w:rsidRDefault="003D6426">
            <w:pPr>
              <w:spacing w:after="0" w:line="240" w:lineRule="auto"/>
              <w:rPr>
                <w:rFonts w:hint="eastAsia"/>
              </w:rPr>
            </w:pPr>
          </w:p>
        </w:tc>
      </w:tr>
      <w:tr w:rsidR="003D6426" w14:paraId="589FD7C2" w14:textId="77777777">
        <w:trPr>
          <w:jc w:val="center"/>
        </w:trPr>
        <w:tc>
          <w:tcPr>
            <w:tcW w:w="1563" w:type="dxa"/>
            <w:tcMar>
              <w:top w:w="55" w:type="dxa"/>
              <w:left w:w="55" w:type="dxa"/>
              <w:bottom w:w="55" w:type="dxa"/>
              <w:right w:w="55" w:type="dxa"/>
            </w:tcMar>
          </w:tcPr>
          <w:p w14:paraId="650E86FB" w14:textId="77777777" w:rsidR="003D6426" w:rsidRDefault="00000000">
            <w:pPr>
              <w:spacing w:after="0" w:line="240" w:lineRule="auto"/>
              <w:rPr>
                <w:rFonts w:hint="eastAsia"/>
              </w:rPr>
            </w:pPr>
            <w:r>
              <w:rPr>
                <w:sz w:val="13"/>
              </w:rPr>
              <w:t>Entrante 1</w:t>
            </w:r>
          </w:p>
        </w:tc>
        <w:tc>
          <w:tcPr>
            <w:tcW w:w="1990" w:type="dxa"/>
            <w:tcMar>
              <w:top w:w="55" w:type="dxa"/>
              <w:left w:w="55" w:type="dxa"/>
              <w:bottom w:w="55" w:type="dxa"/>
              <w:right w:w="55" w:type="dxa"/>
            </w:tcMar>
          </w:tcPr>
          <w:p w14:paraId="795D29AA" w14:textId="77777777" w:rsidR="003D6426" w:rsidRDefault="003D6426">
            <w:pPr>
              <w:spacing w:after="0" w:line="240" w:lineRule="auto"/>
              <w:rPr>
                <w:rFonts w:hint="eastAsia"/>
              </w:rPr>
            </w:pPr>
          </w:p>
        </w:tc>
        <w:tc>
          <w:tcPr>
            <w:tcW w:w="1800" w:type="dxa"/>
            <w:tcMar>
              <w:top w:w="55" w:type="dxa"/>
              <w:left w:w="55" w:type="dxa"/>
              <w:bottom w:w="55" w:type="dxa"/>
              <w:right w:w="55" w:type="dxa"/>
            </w:tcMar>
          </w:tcPr>
          <w:p w14:paraId="061460D6" w14:textId="77777777" w:rsidR="003D6426" w:rsidRDefault="003D6426">
            <w:pPr>
              <w:spacing w:after="0" w:line="240" w:lineRule="auto"/>
              <w:rPr>
                <w:rFonts w:hint="eastAsia"/>
              </w:rPr>
            </w:pPr>
          </w:p>
        </w:tc>
        <w:tc>
          <w:tcPr>
            <w:tcW w:w="1326" w:type="dxa"/>
            <w:tcMar>
              <w:top w:w="55" w:type="dxa"/>
              <w:left w:w="55" w:type="dxa"/>
              <w:bottom w:w="55" w:type="dxa"/>
              <w:right w:w="55" w:type="dxa"/>
            </w:tcMar>
          </w:tcPr>
          <w:p w14:paraId="56D3B1CE" w14:textId="77777777" w:rsidR="003D6426" w:rsidRDefault="003D6426">
            <w:pPr>
              <w:spacing w:after="0" w:line="240" w:lineRule="auto"/>
              <w:rPr>
                <w:rFonts w:hint="eastAsia"/>
              </w:rPr>
            </w:pPr>
          </w:p>
        </w:tc>
        <w:tc>
          <w:tcPr>
            <w:tcW w:w="2464" w:type="dxa"/>
            <w:tcMar>
              <w:top w:w="55" w:type="dxa"/>
              <w:left w:w="55" w:type="dxa"/>
              <w:bottom w:w="55" w:type="dxa"/>
              <w:right w:w="55" w:type="dxa"/>
            </w:tcMar>
          </w:tcPr>
          <w:p w14:paraId="1259114B" w14:textId="77777777" w:rsidR="003D6426" w:rsidRDefault="00000000">
            <w:pPr>
              <w:spacing w:after="0" w:line="240" w:lineRule="auto"/>
              <w:rPr>
                <w:rFonts w:hint="eastAsia"/>
              </w:rPr>
            </w:pPr>
            <w:r>
              <w:rPr>
                <w:sz w:val="13"/>
              </w:rPr>
              <w:t>[ ] formazione [ ] idoneità [ ] DPI/APVR</w:t>
            </w:r>
          </w:p>
        </w:tc>
        <w:tc>
          <w:tcPr>
            <w:tcW w:w="947" w:type="dxa"/>
            <w:tcMar>
              <w:top w:w="55" w:type="dxa"/>
              <w:left w:w="55" w:type="dxa"/>
              <w:bottom w:w="55" w:type="dxa"/>
              <w:right w:w="55" w:type="dxa"/>
            </w:tcMar>
          </w:tcPr>
          <w:p w14:paraId="7DF91B78" w14:textId="77777777" w:rsidR="003D6426" w:rsidRDefault="003D6426">
            <w:pPr>
              <w:spacing w:after="0" w:line="240" w:lineRule="auto"/>
              <w:rPr>
                <w:rFonts w:hint="eastAsia"/>
              </w:rPr>
            </w:pPr>
          </w:p>
        </w:tc>
      </w:tr>
      <w:tr w:rsidR="003D6426" w14:paraId="3A389FD6" w14:textId="77777777">
        <w:trPr>
          <w:jc w:val="center"/>
        </w:trPr>
        <w:tc>
          <w:tcPr>
            <w:tcW w:w="1563" w:type="dxa"/>
            <w:tcMar>
              <w:top w:w="55" w:type="dxa"/>
              <w:left w:w="55" w:type="dxa"/>
              <w:bottom w:w="55" w:type="dxa"/>
              <w:right w:w="55" w:type="dxa"/>
            </w:tcMar>
          </w:tcPr>
          <w:p w14:paraId="07250F69" w14:textId="77777777" w:rsidR="003D6426" w:rsidRDefault="00000000">
            <w:pPr>
              <w:spacing w:after="0" w:line="240" w:lineRule="auto"/>
              <w:rPr>
                <w:rFonts w:hint="eastAsia"/>
              </w:rPr>
            </w:pPr>
            <w:r>
              <w:rPr>
                <w:sz w:val="13"/>
              </w:rPr>
              <w:t>Entrante 2</w:t>
            </w:r>
          </w:p>
        </w:tc>
        <w:tc>
          <w:tcPr>
            <w:tcW w:w="1990" w:type="dxa"/>
            <w:tcMar>
              <w:top w:w="55" w:type="dxa"/>
              <w:left w:w="55" w:type="dxa"/>
              <w:bottom w:w="55" w:type="dxa"/>
              <w:right w:w="55" w:type="dxa"/>
            </w:tcMar>
          </w:tcPr>
          <w:p w14:paraId="33CCF222" w14:textId="77777777" w:rsidR="003D6426" w:rsidRDefault="003D6426">
            <w:pPr>
              <w:spacing w:after="0" w:line="240" w:lineRule="auto"/>
              <w:rPr>
                <w:rFonts w:hint="eastAsia"/>
              </w:rPr>
            </w:pPr>
          </w:p>
        </w:tc>
        <w:tc>
          <w:tcPr>
            <w:tcW w:w="1800" w:type="dxa"/>
            <w:tcMar>
              <w:top w:w="55" w:type="dxa"/>
              <w:left w:w="55" w:type="dxa"/>
              <w:bottom w:w="55" w:type="dxa"/>
              <w:right w:w="55" w:type="dxa"/>
            </w:tcMar>
          </w:tcPr>
          <w:p w14:paraId="5871C4A9" w14:textId="77777777" w:rsidR="003D6426" w:rsidRDefault="003D6426">
            <w:pPr>
              <w:spacing w:after="0" w:line="240" w:lineRule="auto"/>
              <w:rPr>
                <w:rFonts w:hint="eastAsia"/>
              </w:rPr>
            </w:pPr>
          </w:p>
        </w:tc>
        <w:tc>
          <w:tcPr>
            <w:tcW w:w="1326" w:type="dxa"/>
            <w:tcMar>
              <w:top w:w="55" w:type="dxa"/>
              <w:left w:w="55" w:type="dxa"/>
              <w:bottom w:w="55" w:type="dxa"/>
              <w:right w:w="55" w:type="dxa"/>
            </w:tcMar>
          </w:tcPr>
          <w:p w14:paraId="1F927E15" w14:textId="77777777" w:rsidR="003D6426" w:rsidRDefault="003D6426">
            <w:pPr>
              <w:spacing w:after="0" w:line="240" w:lineRule="auto"/>
              <w:rPr>
                <w:rFonts w:hint="eastAsia"/>
              </w:rPr>
            </w:pPr>
          </w:p>
        </w:tc>
        <w:tc>
          <w:tcPr>
            <w:tcW w:w="2464" w:type="dxa"/>
            <w:tcMar>
              <w:top w:w="55" w:type="dxa"/>
              <w:left w:w="55" w:type="dxa"/>
              <w:bottom w:w="55" w:type="dxa"/>
              <w:right w:w="55" w:type="dxa"/>
            </w:tcMar>
          </w:tcPr>
          <w:p w14:paraId="51FBBAAD" w14:textId="77777777" w:rsidR="003D6426" w:rsidRDefault="00000000">
            <w:pPr>
              <w:spacing w:after="0" w:line="240" w:lineRule="auto"/>
              <w:rPr>
                <w:rFonts w:hint="eastAsia"/>
              </w:rPr>
            </w:pPr>
            <w:r>
              <w:rPr>
                <w:sz w:val="13"/>
              </w:rPr>
              <w:t>[ ] formazione [ ] idoneità [ ] DPI/APVR</w:t>
            </w:r>
          </w:p>
        </w:tc>
        <w:tc>
          <w:tcPr>
            <w:tcW w:w="947" w:type="dxa"/>
            <w:tcMar>
              <w:top w:w="55" w:type="dxa"/>
              <w:left w:w="55" w:type="dxa"/>
              <w:bottom w:w="55" w:type="dxa"/>
              <w:right w:w="55" w:type="dxa"/>
            </w:tcMar>
          </w:tcPr>
          <w:p w14:paraId="413570E4" w14:textId="77777777" w:rsidR="003D6426" w:rsidRDefault="003D6426">
            <w:pPr>
              <w:spacing w:after="0" w:line="240" w:lineRule="auto"/>
              <w:rPr>
                <w:rFonts w:hint="eastAsia"/>
              </w:rPr>
            </w:pPr>
          </w:p>
        </w:tc>
      </w:tr>
      <w:tr w:rsidR="003D6426" w14:paraId="55D1FBD0" w14:textId="77777777">
        <w:trPr>
          <w:jc w:val="center"/>
        </w:trPr>
        <w:tc>
          <w:tcPr>
            <w:tcW w:w="1563" w:type="dxa"/>
            <w:tcMar>
              <w:top w:w="55" w:type="dxa"/>
              <w:left w:w="55" w:type="dxa"/>
              <w:bottom w:w="55" w:type="dxa"/>
              <w:right w:w="55" w:type="dxa"/>
            </w:tcMar>
          </w:tcPr>
          <w:p w14:paraId="2958B9BF" w14:textId="77777777" w:rsidR="003D6426" w:rsidRDefault="00000000">
            <w:pPr>
              <w:spacing w:after="0" w:line="240" w:lineRule="auto"/>
              <w:rPr>
                <w:rFonts w:hint="eastAsia"/>
              </w:rPr>
            </w:pPr>
            <w:r>
              <w:rPr>
                <w:sz w:val="13"/>
              </w:rPr>
              <w:t>Entrante 3</w:t>
            </w:r>
          </w:p>
        </w:tc>
        <w:tc>
          <w:tcPr>
            <w:tcW w:w="1990" w:type="dxa"/>
            <w:tcMar>
              <w:top w:w="55" w:type="dxa"/>
              <w:left w:w="55" w:type="dxa"/>
              <w:bottom w:w="55" w:type="dxa"/>
              <w:right w:w="55" w:type="dxa"/>
            </w:tcMar>
          </w:tcPr>
          <w:p w14:paraId="4BDAA888" w14:textId="77777777" w:rsidR="003D6426" w:rsidRDefault="003D6426">
            <w:pPr>
              <w:spacing w:after="0" w:line="240" w:lineRule="auto"/>
              <w:rPr>
                <w:rFonts w:hint="eastAsia"/>
              </w:rPr>
            </w:pPr>
          </w:p>
        </w:tc>
        <w:tc>
          <w:tcPr>
            <w:tcW w:w="1800" w:type="dxa"/>
            <w:tcMar>
              <w:top w:w="55" w:type="dxa"/>
              <w:left w:w="55" w:type="dxa"/>
              <w:bottom w:w="55" w:type="dxa"/>
              <w:right w:w="55" w:type="dxa"/>
            </w:tcMar>
          </w:tcPr>
          <w:p w14:paraId="1E804293" w14:textId="77777777" w:rsidR="003D6426" w:rsidRDefault="003D6426">
            <w:pPr>
              <w:spacing w:after="0" w:line="240" w:lineRule="auto"/>
              <w:rPr>
                <w:rFonts w:hint="eastAsia"/>
              </w:rPr>
            </w:pPr>
          </w:p>
        </w:tc>
        <w:tc>
          <w:tcPr>
            <w:tcW w:w="1326" w:type="dxa"/>
            <w:tcMar>
              <w:top w:w="55" w:type="dxa"/>
              <w:left w:w="55" w:type="dxa"/>
              <w:bottom w:w="55" w:type="dxa"/>
              <w:right w:w="55" w:type="dxa"/>
            </w:tcMar>
          </w:tcPr>
          <w:p w14:paraId="3986BAB9" w14:textId="77777777" w:rsidR="003D6426" w:rsidRDefault="003D6426">
            <w:pPr>
              <w:spacing w:after="0" w:line="240" w:lineRule="auto"/>
              <w:rPr>
                <w:rFonts w:hint="eastAsia"/>
              </w:rPr>
            </w:pPr>
          </w:p>
        </w:tc>
        <w:tc>
          <w:tcPr>
            <w:tcW w:w="2464" w:type="dxa"/>
            <w:tcMar>
              <w:top w:w="55" w:type="dxa"/>
              <w:left w:w="55" w:type="dxa"/>
              <w:bottom w:w="55" w:type="dxa"/>
              <w:right w:w="55" w:type="dxa"/>
            </w:tcMar>
          </w:tcPr>
          <w:p w14:paraId="00B62354" w14:textId="77777777" w:rsidR="003D6426" w:rsidRDefault="00000000">
            <w:pPr>
              <w:spacing w:after="0" w:line="240" w:lineRule="auto"/>
              <w:rPr>
                <w:rFonts w:hint="eastAsia"/>
              </w:rPr>
            </w:pPr>
            <w:r>
              <w:rPr>
                <w:sz w:val="13"/>
              </w:rPr>
              <w:t>[ ] formazione [ ] idoneità [ ] DPI/APVR</w:t>
            </w:r>
          </w:p>
        </w:tc>
        <w:tc>
          <w:tcPr>
            <w:tcW w:w="947" w:type="dxa"/>
            <w:tcMar>
              <w:top w:w="55" w:type="dxa"/>
              <w:left w:w="55" w:type="dxa"/>
              <w:bottom w:w="55" w:type="dxa"/>
              <w:right w:w="55" w:type="dxa"/>
            </w:tcMar>
          </w:tcPr>
          <w:p w14:paraId="6675F201" w14:textId="77777777" w:rsidR="003D6426" w:rsidRDefault="003D6426">
            <w:pPr>
              <w:spacing w:after="0" w:line="240" w:lineRule="auto"/>
              <w:rPr>
                <w:rFonts w:hint="eastAsia"/>
              </w:rPr>
            </w:pPr>
          </w:p>
        </w:tc>
      </w:tr>
      <w:tr w:rsidR="003D6426" w14:paraId="16DCBB7A" w14:textId="77777777">
        <w:trPr>
          <w:jc w:val="center"/>
        </w:trPr>
        <w:tc>
          <w:tcPr>
            <w:tcW w:w="1563" w:type="dxa"/>
            <w:tcMar>
              <w:top w:w="55" w:type="dxa"/>
              <w:left w:w="55" w:type="dxa"/>
              <w:bottom w:w="55" w:type="dxa"/>
              <w:right w:w="55" w:type="dxa"/>
            </w:tcMar>
          </w:tcPr>
          <w:p w14:paraId="73B62BA2" w14:textId="77777777" w:rsidR="003D6426" w:rsidRDefault="00000000">
            <w:pPr>
              <w:spacing w:after="0" w:line="240" w:lineRule="auto"/>
              <w:rPr>
                <w:rFonts w:hint="eastAsia"/>
              </w:rPr>
            </w:pPr>
            <w:r>
              <w:rPr>
                <w:sz w:val="13"/>
              </w:rPr>
              <w:t>Attendete</w:t>
            </w:r>
          </w:p>
        </w:tc>
        <w:tc>
          <w:tcPr>
            <w:tcW w:w="1990" w:type="dxa"/>
            <w:tcMar>
              <w:top w:w="55" w:type="dxa"/>
              <w:left w:w="55" w:type="dxa"/>
              <w:bottom w:w="55" w:type="dxa"/>
              <w:right w:w="55" w:type="dxa"/>
            </w:tcMar>
          </w:tcPr>
          <w:p w14:paraId="2EB4D439" w14:textId="77777777" w:rsidR="003D6426" w:rsidRDefault="003D6426">
            <w:pPr>
              <w:spacing w:after="0" w:line="240" w:lineRule="auto"/>
              <w:rPr>
                <w:rFonts w:hint="eastAsia"/>
              </w:rPr>
            </w:pPr>
          </w:p>
        </w:tc>
        <w:tc>
          <w:tcPr>
            <w:tcW w:w="1800" w:type="dxa"/>
            <w:tcMar>
              <w:top w:w="55" w:type="dxa"/>
              <w:left w:w="55" w:type="dxa"/>
              <w:bottom w:w="55" w:type="dxa"/>
              <w:right w:w="55" w:type="dxa"/>
            </w:tcMar>
          </w:tcPr>
          <w:p w14:paraId="6A3E579C" w14:textId="77777777" w:rsidR="003D6426" w:rsidRDefault="003D6426">
            <w:pPr>
              <w:spacing w:after="0" w:line="240" w:lineRule="auto"/>
              <w:rPr>
                <w:rFonts w:hint="eastAsia"/>
              </w:rPr>
            </w:pPr>
          </w:p>
        </w:tc>
        <w:tc>
          <w:tcPr>
            <w:tcW w:w="1326" w:type="dxa"/>
            <w:tcMar>
              <w:top w:w="55" w:type="dxa"/>
              <w:left w:w="55" w:type="dxa"/>
              <w:bottom w:w="55" w:type="dxa"/>
              <w:right w:w="55" w:type="dxa"/>
            </w:tcMar>
          </w:tcPr>
          <w:p w14:paraId="74B3F1C2" w14:textId="77777777" w:rsidR="003D6426" w:rsidRDefault="003D6426">
            <w:pPr>
              <w:spacing w:after="0" w:line="240" w:lineRule="auto"/>
              <w:rPr>
                <w:rFonts w:hint="eastAsia"/>
              </w:rPr>
            </w:pPr>
          </w:p>
        </w:tc>
        <w:tc>
          <w:tcPr>
            <w:tcW w:w="2464" w:type="dxa"/>
            <w:tcMar>
              <w:top w:w="55" w:type="dxa"/>
              <w:left w:w="55" w:type="dxa"/>
              <w:bottom w:w="55" w:type="dxa"/>
              <w:right w:w="55" w:type="dxa"/>
            </w:tcMar>
          </w:tcPr>
          <w:p w14:paraId="364E8382" w14:textId="77777777" w:rsidR="003D6426" w:rsidRDefault="00000000">
            <w:pPr>
              <w:spacing w:after="0" w:line="240" w:lineRule="auto"/>
              <w:rPr>
                <w:rFonts w:hint="eastAsia"/>
              </w:rPr>
            </w:pPr>
            <w:r>
              <w:rPr>
                <w:sz w:val="13"/>
              </w:rPr>
              <w:t>[ ] formazione [ ] comunicazioni [ ] emergenza</w:t>
            </w:r>
          </w:p>
        </w:tc>
        <w:tc>
          <w:tcPr>
            <w:tcW w:w="947" w:type="dxa"/>
            <w:tcMar>
              <w:top w:w="55" w:type="dxa"/>
              <w:left w:w="55" w:type="dxa"/>
              <w:bottom w:w="55" w:type="dxa"/>
              <w:right w:w="55" w:type="dxa"/>
            </w:tcMar>
          </w:tcPr>
          <w:p w14:paraId="7D17D895" w14:textId="77777777" w:rsidR="003D6426" w:rsidRDefault="003D6426">
            <w:pPr>
              <w:spacing w:after="0" w:line="240" w:lineRule="auto"/>
              <w:rPr>
                <w:rFonts w:hint="eastAsia"/>
              </w:rPr>
            </w:pPr>
          </w:p>
        </w:tc>
      </w:tr>
      <w:tr w:rsidR="003D6426" w14:paraId="254A0BB2" w14:textId="77777777">
        <w:trPr>
          <w:jc w:val="center"/>
        </w:trPr>
        <w:tc>
          <w:tcPr>
            <w:tcW w:w="1563" w:type="dxa"/>
            <w:tcMar>
              <w:top w:w="55" w:type="dxa"/>
              <w:left w:w="55" w:type="dxa"/>
              <w:bottom w:w="55" w:type="dxa"/>
              <w:right w:w="55" w:type="dxa"/>
            </w:tcMar>
          </w:tcPr>
          <w:p w14:paraId="2D10E7CD" w14:textId="77777777" w:rsidR="003D6426" w:rsidRDefault="00000000">
            <w:pPr>
              <w:spacing w:after="0" w:line="240" w:lineRule="auto"/>
              <w:rPr>
                <w:rFonts w:hint="eastAsia"/>
              </w:rPr>
            </w:pPr>
            <w:r>
              <w:rPr>
                <w:sz w:val="13"/>
              </w:rPr>
              <w:t>Attendete sostituto</w:t>
            </w:r>
          </w:p>
        </w:tc>
        <w:tc>
          <w:tcPr>
            <w:tcW w:w="1990" w:type="dxa"/>
            <w:tcMar>
              <w:top w:w="55" w:type="dxa"/>
              <w:left w:w="55" w:type="dxa"/>
              <w:bottom w:w="55" w:type="dxa"/>
              <w:right w:w="55" w:type="dxa"/>
            </w:tcMar>
          </w:tcPr>
          <w:p w14:paraId="7C996AF3" w14:textId="77777777" w:rsidR="003D6426" w:rsidRDefault="003D6426">
            <w:pPr>
              <w:spacing w:after="0" w:line="240" w:lineRule="auto"/>
              <w:rPr>
                <w:rFonts w:hint="eastAsia"/>
              </w:rPr>
            </w:pPr>
          </w:p>
        </w:tc>
        <w:tc>
          <w:tcPr>
            <w:tcW w:w="1800" w:type="dxa"/>
            <w:tcMar>
              <w:top w:w="55" w:type="dxa"/>
              <w:left w:w="55" w:type="dxa"/>
              <w:bottom w:w="55" w:type="dxa"/>
              <w:right w:w="55" w:type="dxa"/>
            </w:tcMar>
          </w:tcPr>
          <w:p w14:paraId="24A8F76C" w14:textId="77777777" w:rsidR="003D6426" w:rsidRDefault="003D6426">
            <w:pPr>
              <w:spacing w:after="0" w:line="240" w:lineRule="auto"/>
              <w:rPr>
                <w:rFonts w:hint="eastAsia"/>
              </w:rPr>
            </w:pPr>
          </w:p>
        </w:tc>
        <w:tc>
          <w:tcPr>
            <w:tcW w:w="1326" w:type="dxa"/>
            <w:tcMar>
              <w:top w:w="55" w:type="dxa"/>
              <w:left w:w="55" w:type="dxa"/>
              <w:bottom w:w="55" w:type="dxa"/>
              <w:right w:w="55" w:type="dxa"/>
            </w:tcMar>
          </w:tcPr>
          <w:p w14:paraId="0128A98E" w14:textId="77777777" w:rsidR="003D6426" w:rsidRDefault="003D6426">
            <w:pPr>
              <w:spacing w:after="0" w:line="240" w:lineRule="auto"/>
              <w:rPr>
                <w:rFonts w:hint="eastAsia"/>
              </w:rPr>
            </w:pPr>
          </w:p>
        </w:tc>
        <w:tc>
          <w:tcPr>
            <w:tcW w:w="2464" w:type="dxa"/>
            <w:tcMar>
              <w:top w:w="55" w:type="dxa"/>
              <w:left w:w="55" w:type="dxa"/>
              <w:bottom w:w="55" w:type="dxa"/>
              <w:right w:w="55" w:type="dxa"/>
            </w:tcMar>
          </w:tcPr>
          <w:p w14:paraId="0FFD4C5C" w14:textId="77777777" w:rsidR="003D6426" w:rsidRDefault="00000000">
            <w:pPr>
              <w:spacing w:after="0" w:line="240" w:lineRule="auto"/>
              <w:rPr>
                <w:rFonts w:hint="eastAsia"/>
              </w:rPr>
            </w:pPr>
            <w:r>
              <w:rPr>
                <w:sz w:val="13"/>
              </w:rPr>
              <w:t>[ ] formazione [ ] comunicazioni [ ] emergenza</w:t>
            </w:r>
          </w:p>
        </w:tc>
        <w:tc>
          <w:tcPr>
            <w:tcW w:w="947" w:type="dxa"/>
            <w:tcMar>
              <w:top w:w="55" w:type="dxa"/>
              <w:left w:w="55" w:type="dxa"/>
              <w:bottom w:w="55" w:type="dxa"/>
              <w:right w:w="55" w:type="dxa"/>
            </w:tcMar>
          </w:tcPr>
          <w:p w14:paraId="03671981" w14:textId="77777777" w:rsidR="003D6426" w:rsidRDefault="003D6426">
            <w:pPr>
              <w:spacing w:after="0" w:line="240" w:lineRule="auto"/>
              <w:rPr>
                <w:rFonts w:hint="eastAsia"/>
              </w:rPr>
            </w:pPr>
          </w:p>
        </w:tc>
      </w:tr>
      <w:tr w:rsidR="003D6426" w14:paraId="48DFBD59" w14:textId="77777777">
        <w:trPr>
          <w:jc w:val="center"/>
        </w:trPr>
        <w:tc>
          <w:tcPr>
            <w:tcW w:w="1563" w:type="dxa"/>
            <w:tcMar>
              <w:top w:w="55" w:type="dxa"/>
              <w:left w:w="55" w:type="dxa"/>
              <w:bottom w:w="55" w:type="dxa"/>
              <w:right w:w="55" w:type="dxa"/>
            </w:tcMar>
          </w:tcPr>
          <w:p w14:paraId="24AF72BC" w14:textId="77777777" w:rsidR="003D6426" w:rsidRDefault="00000000">
            <w:pPr>
              <w:spacing w:after="0" w:line="240" w:lineRule="auto"/>
              <w:rPr>
                <w:rFonts w:hint="eastAsia"/>
              </w:rPr>
            </w:pPr>
            <w:r>
              <w:rPr>
                <w:sz w:val="13"/>
              </w:rPr>
              <w:t>Responsabile salvataggio</w:t>
            </w:r>
          </w:p>
        </w:tc>
        <w:tc>
          <w:tcPr>
            <w:tcW w:w="1990" w:type="dxa"/>
            <w:tcMar>
              <w:top w:w="55" w:type="dxa"/>
              <w:left w:w="55" w:type="dxa"/>
              <w:bottom w:w="55" w:type="dxa"/>
              <w:right w:w="55" w:type="dxa"/>
            </w:tcMar>
          </w:tcPr>
          <w:p w14:paraId="79D167EE" w14:textId="77777777" w:rsidR="003D6426" w:rsidRDefault="003D6426">
            <w:pPr>
              <w:spacing w:after="0" w:line="240" w:lineRule="auto"/>
              <w:rPr>
                <w:rFonts w:hint="eastAsia"/>
              </w:rPr>
            </w:pPr>
          </w:p>
        </w:tc>
        <w:tc>
          <w:tcPr>
            <w:tcW w:w="1800" w:type="dxa"/>
            <w:tcMar>
              <w:top w:w="55" w:type="dxa"/>
              <w:left w:w="55" w:type="dxa"/>
              <w:bottom w:w="55" w:type="dxa"/>
              <w:right w:w="55" w:type="dxa"/>
            </w:tcMar>
          </w:tcPr>
          <w:p w14:paraId="718CFE8C" w14:textId="77777777" w:rsidR="003D6426" w:rsidRDefault="003D6426">
            <w:pPr>
              <w:spacing w:after="0" w:line="240" w:lineRule="auto"/>
              <w:rPr>
                <w:rFonts w:hint="eastAsia"/>
              </w:rPr>
            </w:pPr>
          </w:p>
        </w:tc>
        <w:tc>
          <w:tcPr>
            <w:tcW w:w="1326" w:type="dxa"/>
            <w:tcMar>
              <w:top w:w="55" w:type="dxa"/>
              <w:left w:w="55" w:type="dxa"/>
              <w:bottom w:w="55" w:type="dxa"/>
              <w:right w:w="55" w:type="dxa"/>
            </w:tcMar>
          </w:tcPr>
          <w:p w14:paraId="490E2470" w14:textId="77777777" w:rsidR="003D6426" w:rsidRDefault="003D6426">
            <w:pPr>
              <w:spacing w:after="0" w:line="240" w:lineRule="auto"/>
              <w:rPr>
                <w:rFonts w:hint="eastAsia"/>
              </w:rPr>
            </w:pPr>
          </w:p>
        </w:tc>
        <w:tc>
          <w:tcPr>
            <w:tcW w:w="2464" w:type="dxa"/>
            <w:tcMar>
              <w:top w:w="55" w:type="dxa"/>
              <w:left w:w="55" w:type="dxa"/>
              <w:bottom w:w="55" w:type="dxa"/>
              <w:right w:w="55" w:type="dxa"/>
            </w:tcMar>
          </w:tcPr>
          <w:p w14:paraId="3E98C5F6" w14:textId="77777777" w:rsidR="003D6426" w:rsidRDefault="00000000">
            <w:pPr>
              <w:spacing w:after="0" w:line="240" w:lineRule="auto"/>
              <w:rPr>
                <w:rFonts w:hint="eastAsia"/>
              </w:rPr>
            </w:pPr>
            <w:r>
              <w:rPr>
                <w:sz w:val="13"/>
              </w:rPr>
              <w:t>[ ] addestramento [ ] attrezzature [ ] APVR</w:t>
            </w:r>
          </w:p>
        </w:tc>
        <w:tc>
          <w:tcPr>
            <w:tcW w:w="947" w:type="dxa"/>
            <w:tcMar>
              <w:top w:w="55" w:type="dxa"/>
              <w:left w:w="55" w:type="dxa"/>
              <w:bottom w:w="55" w:type="dxa"/>
              <w:right w:w="55" w:type="dxa"/>
            </w:tcMar>
          </w:tcPr>
          <w:p w14:paraId="05EF5014" w14:textId="77777777" w:rsidR="003D6426" w:rsidRDefault="003D6426">
            <w:pPr>
              <w:spacing w:after="0" w:line="240" w:lineRule="auto"/>
              <w:rPr>
                <w:rFonts w:hint="eastAsia"/>
              </w:rPr>
            </w:pPr>
          </w:p>
        </w:tc>
      </w:tr>
      <w:tr w:rsidR="003D6426" w14:paraId="11FB2688" w14:textId="77777777">
        <w:trPr>
          <w:jc w:val="center"/>
        </w:trPr>
        <w:tc>
          <w:tcPr>
            <w:tcW w:w="1563" w:type="dxa"/>
            <w:tcMar>
              <w:top w:w="55" w:type="dxa"/>
              <w:left w:w="55" w:type="dxa"/>
              <w:bottom w:w="55" w:type="dxa"/>
              <w:right w:w="55" w:type="dxa"/>
            </w:tcMar>
          </w:tcPr>
          <w:p w14:paraId="4A6FCE02" w14:textId="77777777" w:rsidR="003D6426" w:rsidRDefault="00000000">
            <w:pPr>
              <w:spacing w:after="0" w:line="240" w:lineRule="auto"/>
              <w:rPr>
                <w:rFonts w:hint="eastAsia"/>
              </w:rPr>
            </w:pPr>
            <w:r>
              <w:rPr>
                <w:sz w:val="13"/>
              </w:rPr>
              <w:t>Soccorritore 1</w:t>
            </w:r>
          </w:p>
        </w:tc>
        <w:tc>
          <w:tcPr>
            <w:tcW w:w="1990" w:type="dxa"/>
            <w:tcMar>
              <w:top w:w="55" w:type="dxa"/>
              <w:left w:w="55" w:type="dxa"/>
              <w:bottom w:w="55" w:type="dxa"/>
              <w:right w:w="55" w:type="dxa"/>
            </w:tcMar>
          </w:tcPr>
          <w:p w14:paraId="3E3EF1ED" w14:textId="77777777" w:rsidR="003D6426" w:rsidRDefault="003D6426">
            <w:pPr>
              <w:spacing w:after="0" w:line="240" w:lineRule="auto"/>
              <w:rPr>
                <w:rFonts w:hint="eastAsia"/>
              </w:rPr>
            </w:pPr>
          </w:p>
        </w:tc>
        <w:tc>
          <w:tcPr>
            <w:tcW w:w="1800" w:type="dxa"/>
            <w:tcMar>
              <w:top w:w="55" w:type="dxa"/>
              <w:left w:w="55" w:type="dxa"/>
              <w:bottom w:w="55" w:type="dxa"/>
              <w:right w:w="55" w:type="dxa"/>
            </w:tcMar>
          </w:tcPr>
          <w:p w14:paraId="0FD3EAB7" w14:textId="77777777" w:rsidR="003D6426" w:rsidRDefault="003D6426">
            <w:pPr>
              <w:spacing w:after="0" w:line="240" w:lineRule="auto"/>
              <w:rPr>
                <w:rFonts w:hint="eastAsia"/>
              </w:rPr>
            </w:pPr>
          </w:p>
        </w:tc>
        <w:tc>
          <w:tcPr>
            <w:tcW w:w="1326" w:type="dxa"/>
            <w:tcMar>
              <w:top w:w="55" w:type="dxa"/>
              <w:left w:w="55" w:type="dxa"/>
              <w:bottom w:w="55" w:type="dxa"/>
              <w:right w:w="55" w:type="dxa"/>
            </w:tcMar>
          </w:tcPr>
          <w:p w14:paraId="4FE02B3F" w14:textId="77777777" w:rsidR="003D6426" w:rsidRDefault="003D6426">
            <w:pPr>
              <w:spacing w:after="0" w:line="240" w:lineRule="auto"/>
              <w:rPr>
                <w:rFonts w:hint="eastAsia"/>
              </w:rPr>
            </w:pPr>
          </w:p>
        </w:tc>
        <w:tc>
          <w:tcPr>
            <w:tcW w:w="2464" w:type="dxa"/>
            <w:tcMar>
              <w:top w:w="55" w:type="dxa"/>
              <w:left w:w="55" w:type="dxa"/>
              <w:bottom w:w="55" w:type="dxa"/>
              <w:right w:w="55" w:type="dxa"/>
            </w:tcMar>
          </w:tcPr>
          <w:p w14:paraId="65E7F5A3" w14:textId="77777777" w:rsidR="003D6426" w:rsidRDefault="00000000">
            <w:pPr>
              <w:spacing w:after="0" w:line="240" w:lineRule="auto"/>
              <w:rPr>
                <w:rFonts w:hint="eastAsia"/>
              </w:rPr>
            </w:pPr>
            <w:r>
              <w:rPr>
                <w:sz w:val="13"/>
              </w:rPr>
              <w:t>[ ] addestramento [ ] attrezzature [ ] APVR</w:t>
            </w:r>
          </w:p>
        </w:tc>
        <w:tc>
          <w:tcPr>
            <w:tcW w:w="947" w:type="dxa"/>
            <w:tcMar>
              <w:top w:w="55" w:type="dxa"/>
              <w:left w:w="55" w:type="dxa"/>
              <w:bottom w:w="55" w:type="dxa"/>
              <w:right w:w="55" w:type="dxa"/>
            </w:tcMar>
          </w:tcPr>
          <w:p w14:paraId="0EC761AF" w14:textId="77777777" w:rsidR="003D6426" w:rsidRDefault="003D6426">
            <w:pPr>
              <w:spacing w:after="0" w:line="240" w:lineRule="auto"/>
              <w:rPr>
                <w:rFonts w:hint="eastAsia"/>
              </w:rPr>
            </w:pPr>
          </w:p>
        </w:tc>
      </w:tr>
      <w:tr w:rsidR="003D6426" w14:paraId="366592D3" w14:textId="77777777">
        <w:trPr>
          <w:jc w:val="center"/>
        </w:trPr>
        <w:tc>
          <w:tcPr>
            <w:tcW w:w="1563" w:type="dxa"/>
            <w:tcMar>
              <w:top w:w="55" w:type="dxa"/>
              <w:left w:w="55" w:type="dxa"/>
              <w:bottom w:w="55" w:type="dxa"/>
              <w:right w:w="55" w:type="dxa"/>
            </w:tcMar>
          </w:tcPr>
          <w:p w14:paraId="6B01EC78" w14:textId="77777777" w:rsidR="003D6426" w:rsidRDefault="00000000">
            <w:pPr>
              <w:spacing w:after="0" w:line="240" w:lineRule="auto"/>
              <w:rPr>
                <w:rFonts w:hint="eastAsia"/>
              </w:rPr>
            </w:pPr>
            <w:r>
              <w:rPr>
                <w:sz w:val="13"/>
              </w:rPr>
              <w:t>Soccorritore 2</w:t>
            </w:r>
          </w:p>
        </w:tc>
        <w:tc>
          <w:tcPr>
            <w:tcW w:w="1990" w:type="dxa"/>
            <w:tcMar>
              <w:top w:w="55" w:type="dxa"/>
              <w:left w:w="55" w:type="dxa"/>
              <w:bottom w:w="55" w:type="dxa"/>
              <w:right w:w="55" w:type="dxa"/>
            </w:tcMar>
          </w:tcPr>
          <w:p w14:paraId="43D9B938" w14:textId="77777777" w:rsidR="003D6426" w:rsidRDefault="003D6426">
            <w:pPr>
              <w:spacing w:after="0" w:line="240" w:lineRule="auto"/>
              <w:rPr>
                <w:rFonts w:hint="eastAsia"/>
              </w:rPr>
            </w:pPr>
          </w:p>
        </w:tc>
        <w:tc>
          <w:tcPr>
            <w:tcW w:w="1800" w:type="dxa"/>
            <w:tcMar>
              <w:top w:w="55" w:type="dxa"/>
              <w:left w:w="55" w:type="dxa"/>
              <w:bottom w:w="55" w:type="dxa"/>
              <w:right w:w="55" w:type="dxa"/>
            </w:tcMar>
          </w:tcPr>
          <w:p w14:paraId="12A37C7A" w14:textId="77777777" w:rsidR="003D6426" w:rsidRDefault="003D6426">
            <w:pPr>
              <w:spacing w:after="0" w:line="240" w:lineRule="auto"/>
              <w:rPr>
                <w:rFonts w:hint="eastAsia"/>
              </w:rPr>
            </w:pPr>
          </w:p>
        </w:tc>
        <w:tc>
          <w:tcPr>
            <w:tcW w:w="1326" w:type="dxa"/>
            <w:tcMar>
              <w:top w:w="55" w:type="dxa"/>
              <w:left w:w="55" w:type="dxa"/>
              <w:bottom w:w="55" w:type="dxa"/>
              <w:right w:w="55" w:type="dxa"/>
            </w:tcMar>
          </w:tcPr>
          <w:p w14:paraId="24EB13B6" w14:textId="77777777" w:rsidR="003D6426" w:rsidRDefault="003D6426">
            <w:pPr>
              <w:spacing w:after="0" w:line="240" w:lineRule="auto"/>
              <w:rPr>
                <w:rFonts w:hint="eastAsia"/>
              </w:rPr>
            </w:pPr>
          </w:p>
        </w:tc>
        <w:tc>
          <w:tcPr>
            <w:tcW w:w="2464" w:type="dxa"/>
            <w:tcMar>
              <w:top w:w="55" w:type="dxa"/>
              <w:left w:w="55" w:type="dxa"/>
              <w:bottom w:w="55" w:type="dxa"/>
              <w:right w:w="55" w:type="dxa"/>
            </w:tcMar>
          </w:tcPr>
          <w:p w14:paraId="695FFA37" w14:textId="77777777" w:rsidR="003D6426" w:rsidRDefault="00000000">
            <w:pPr>
              <w:spacing w:after="0" w:line="240" w:lineRule="auto"/>
              <w:rPr>
                <w:rFonts w:hint="eastAsia"/>
              </w:rPr>
            </w:pPr>
            <w:r>
              <w:rPr>
                <w:sz w:val="13"/>
              </w:rPr>
              <w:t>[ ] addestramento [ ] attrezzature [ ] APVR</w:t>
            </w:r>
          </w:p>
        </w:tc>
        <w:tc>
          <w:tcPr>
            <w:tcW w:w="947" w:type="dxa"/>
            <w:tcMar>
              <w:top w:w="55" w:type="dxa"/>
              <w:left w:w="55" w:type="dxa"/>
              <w:bottom w:w="55" w:type="dxa"/>
              <w:right w:w="55" w:type="dxa"/>
            </w:tcMar>
          </w:tcPr>
          <w:p w14:paraId="220F0CAA" w14:textId="77777777" w:rsidR="003D6426" w:rsidRDefault="003D6426">
            <w:pPr>
              <w:spacing w:after="0" w:line="240" w:lineRule="auto"/>
              <w:rPr>
                <w:rFonts w:hint="eastAsia"/>
              </w:rPr>
            </w:pPr>
          </w:p>
        </w:tc>
      </w:tr>
      <w:tr w:rsidR="003D6426" w14:paraId="6E154100" w14:textId="77777777">
        <w:trPr>
          <w:jc w:val="center"/>
        </w:trPr>
        <w:tc>
          <w:tcPr>
            <w:tcW w:w="1563" w:type="dxa"/>
            <w:tcMar>
              <w:top w:w="55" w:type="dxa"/>
              <w:left w:w="55" w:type="dxa"/>
              <w:bottom w:w="55" w:type="dxa"/>
              <w:right w:w="55" w:type="dxa"/>
            </w:tcMar>
          </w:tcPr>
          <w:p w14:paraId="71BE83EA" w14:textId="77777777" w:rsidR="003D6426" w:rsidRDefault="00000000">
            <w:pPr>
              <w:spacing w:after="0" w:line="240" w:lineRule="auto"/>
              <w:rPr>
                <w:rFonts w:hint="eastAsia"/>
              </w:rPr>
            </w:pPr>
            <w:r>
              <w:rPr>
                <w:sz w:val="13"/>
              </w:rPr>
              <w:t>Addetto misure</w:t>
            </w:r>
          </w:p>
        </w:tc>
        <w:tc>
          <w:tcPr>
            <w:tcW w:w="1990" w:type="dxa"/>
            <w:tcMar>
              <w:top w:w="55" w:type="dxa"/>
              <w:left w:w="55" w:type="dxa"/>
              <w:bottom w:w="55" w:type="dxa"/>
              <w:right w:w="55" w:type="dxa"/>
            </w:tcMar>
          </w:tcPr>
          <w:p w14:paraId="34D78AFD" w14:textId="77777777" w:rsidR="003D6426" w:rsidRDefault="003D6426">
            <w:pPr>
              <w:spacing w:after="0" w:line="240" w:lineRule="auto"/>
              <w:rPr>
                <w:rFonts w:hint="eastAsia"/>
              </w:rPr>
            </w:pPr>
          </w:p>
        </w:tc>
        <w:tc>
          <w:tcPr>
            <w:tcW w:w="1800" w:type="dxa"/>
            <w:tcMar>
              <w:top w:w="55" w:type="dxa"/>
              <w:left w:w="55" w:type="dxa"/>
              <w:bottom w:w="55" w:type="dxa"/>
              <w:right w:w="55" w:type="dxa"/>
            </w:tcMar>
          </w:tcPr>
          <w:p w14:paraId="4BFBE3CD" w14:textId="77777777" w:rsidR="003D6426" w:rsidRDefault="003D6426">
            <w:pPr>
              <w:spacing w:after="0" w:line="240" w:lineRule="auto"/>
              <w:rPr>
                <w:rFonts w:hint="eastAsia"/>
              </w:rPr>
            </w:pPr>
          </w:p>
        </w:tc>
        <w:tc>
          <w:tcPr>
            <w:tcW w:w="1326" w:type="dxa"/>
            <w:tcMar>
              <w:top w:w="55" w:type="dxa"/>
              <w:left w:w="55" w:type="dxa"/>
              <w:bottom w:w="55" w:type="dxa"/>
              <w:right w:w="55" w:type="dxa"/>
            </w:tcMar>
          </w:tcPr>
          <w:p w14:paraId="195F0BC9" w14:textId="77777777" w:rsidR="003D6426" w:rsidRDefault="003D6426">
            <w:pPr>
              <w:spacing w:after="0" w:line="240" w:lineRule="auto"/>
              <w:rPr>
                <w:rFonts w:hint="eastAsia"/>
              </w:rPr>
            </w:pPr>
          </w:p>
        </w:tc>
        <w:tc>
          <w:tcPr>
            <w:tcW w:w="2464" w:type="dxa"/>
            <w:tcMar>
              <w:top w:w="55" w:type="dxa"/>
              <w:left w:w="55" w:type="dxa"/>
              <w:bottom w:w="55" w:type="dxa"/>
              <w:right w:w="55" w:type="dxa"/>
            </w:tcMar>
          </w:tcPr>
          <w:p w14:paraId="6E53EF77" w14:textId="77777777" w:rsidR="003D6426" w:rsidRDefault="00000000">
            <w:pPr>
              <w:spacing w:after="0" w:line="240" w:lineRule="auto"/>
              <w:rPr>
                <w:rFonts w:hint="eastAsia"/>
              </w:rPr>
            </w:pPr>
            <w:r>
              <w:rPr>
                <w:sz w:val="13"/>
              </w:rPr>
              <w:t>[ ] strumento [ ] taratura [ ] registrazione</w:t>
            </w:r>
          </w:p>
        </w:tc>
        <w:tc>
          <w:tcPr>
            <w:tcW w:w="947" w:type="dxa"/>
            <w:tcMar>
              <w:top w:w="55" w:type="dxa"/>
              <w:left w:w="55" w:type="dxa"/>
              <w:bottom w:w="55" w:type="dxa"/>
              <w:right w:w="55" w:type="dxa"/>
            </w:tcMar>
          </w:tcPr>
          <w:p w14:paraId="25169315" w14:textId="77777777" w:rsidR="003D6426" w:rsidRDefault="003D6426">
            <w:pPr>
              <w:spacing w:after="0" w:line="240" w:lineRule="auto"/>
              <w:rPr>
                <w:rFonts w:hint="eastAsia"/>
              </w:rPr>
            </w:pPr>
          </w:p>
        </w:tc>
      </w:tr>
    </w:tbl>
    <w:p w14:paraId="406B9BEE" w14:textId="77777777" w:rsidR="003D6426" w:rsidRDefault="00000000">
      <w:pPr>
        <w:pStyle w:val="TableTitle"/>
        <w:rPr>
          <w:rFonts w:hint="eastAsia"/>
        </w:rPr>
      </w:pPr>
      <w:r>
        <w:t>Organizzazione operativa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516F6E19" w14:textId="77777777">
        <w:trPr>
          <w:jc w:val="center"/>
        </w:trPr>
        <w:tc>
          <w:tcPr>
            <w:tcW w:w="2691" w:type="dxa"/>
            <w:shd w:val="clear" w:color="auto" w:fill="F2F2F2"/>
            <w:tcMar>
              <w:top w:w="55" w:type="dxa"/>
              <w:left w:w="55" w:type="dxa"/>
              <w:bottom w:w="55" w:type="dxa"/>
              <w:right w:w="55" w:type="dxa"/>
            </w:tcMar>
          </w:tcPr>
          <w:p w14:paraId="7B49C7E8" w14:textId="77777777" w:rsidR="003D6426" w:rsidRDefault="00000000">
            <w:pPr>
              <w:spacing w:after="0" w:line="240" w:lineRule="auto"/>
              <w:rPr>
                <w:rFonts w:hint="eastAsia"/>
              </w:rPr>
            </w:pPr>
            <w:r>
              <w:rPr>
                <w:b/>
                <w:sz w:val="16"/>
              </w:rPr>
              <w:t>Numero massimo entranti contemporanei</w:t>
            </w:r>
          </w:p>
        </w:tc>
        <w:tc>
          <w:tcPr>
            <w:tcW w:w="7401" w:type="dxa"/>
            <w:tcMar>
              <w:top w:w="55" w:type="dxa"/>
              <w:left w:w="55" w:type="dxa"/>
              <w:bottom w:w="55" w:type="dxa"/>
              <w:right w:w="55" w:type="dxa"/>
            </w:tcMar>
          </w:tcPr>
          <w:p w14:paraId="5887164D" w14:textId="77777777" w:rsidR="003D6426" w:rsidRDefault="00000000">
            <w:pPr>
              <w:spacing w:after="0" w:line="240" w:lineRule="auto"/>
              <w:rPr>
                <w:rFonts w:hint="eastAsia"/>
              </w:rPr>
            </w:pPr>
            <w:r>
              <w:rPr>
                <w:sz w:val="16"/>
              </w:rPr>
              <w:t>__________</w:t>
            </w:r>
          </w:p>
        </w:tc>
      </w:tr>
      <w:tr w:rsidR="003D6426" w14:paraId="6D1805EA" w14:textId="77777777">
        <w:trPr>
          <w:jc w:val="center"/>
        </w:trPr>
        <w:tc>
          <w:tcPr>
            <w:tcW w:w="2691" w:type="dxa"/>
            <w:shd w:val="clear" w:color="auto" w:fill="F2F2F2"/>
            <w:tcMar>
              <w:top w:w="55" w:type="dxa"/>
              <w:left w:w="55" w:type="dxa"/>
              <w:bottom w:w="55" w:type="dxa"/>
              <w:right w:w="55" w:type="dxa"/>
            </w:tcMar>
          </w:tcPr>
          <w:p w14:paraId="3ADFA507" w14:textId="77777777" w:rsidR="003D6426" w:rsidRDefault="00000000">
            <w:pPr>
              <w:spacing w:after="0" w:line="240" w:lineRule="auto"/>
              <w:rPr>
                <w:rFonts w:hint="eastAsia"/>
              </w:rPr>
            </w:pPr>
            <w:r>
              <w:rPr>
                <w:b/>
                <w:sz w:val="16"/>
              </w:rPr>
              <w:t>Turnazione prevista</w:t>
            </w:r>
          </w:p>
        </w:tc>
        <w:tc>
          <w:tcPr>
            <w:tcW w:w="7401" w:type="dxa"/>
            <w:tcMar>
              <w:top w:w="55" w:type="dxa"/>
              <w:left w:w="55" w:type="dxa"/>
              <w:bottom w:w="55" w:type="dxa"/>
              <w:right w:w="55" w:type="dxa"/>
            </w:tcMar>
          </w:tcPr>
          <w:p w14:paraId="30CABF42" w14:textId="77777777" w:rsidR="003D6426" w:rsidRDefault="00000000">
            <w:pPr>
              <w:spacing w:after="0" w:line="240" w:lineRule="auto"/>
              <w:rPr>
                <w:rFonts w:hint="eastAsia"/>
              </w:rPr>
            </w:pPr>
            <w:r>
              <w:rPr>
                <w:sz w:val="16"/>
              </w:rPr>
              <w:t>[ ] no  [ ] sì: durata ingresso ____ min / pausa ____ min / rotazione: __________________</w:t>
            </w:r>
          </w:p>
        </w:tc>
      </w:tr>
      <w:tr w:rsidR="003D6426" w14:paraId="098A8EC3" w14:textId="77777777">
        <w:trPr>
          <w:jc w:val="center"/>
        </w:trPr>
        <w:tc>
          <w:tcPr>
            <w:tcW w:w="2691" w:type="dxa"/>
            <w:shd w:val="clear" w:color="auto" w:fill="F2F2F2"/>
            <w:tcMar>
              <w:top w:w="55" w:type="dxa"/>
              <w:left w:w="55" w:type="dxa"/>
              <w:bottom w:w="55" w:type="dxa"/>
              <w:right w:w="55" w:type="dxa"/>
            </w:tcMar>
          </w:tcPr>
          <w:p w14:paraId="4DA7D206" w14:textId="77777777" w:rsidR="003D6426" w:rsidRDefault="00000000">
            <w:pPr>
              <w:spacing w:after="0" w:line="240" w:lineRule="auto"/>
              <w:rPr>
                <w:rFonts w:hint="eastAsia"/>
              </w:rPr>
            </w:pPr>
            <w:r>
              <w:rPr>
                <w:b/>
                <w:sz w:val="16"/>
              </w:rPr>
              <w:t>Segnali codificati</w:t>
            </w:r>
          </w:p>
        </w:tc>
        <w:tc>
          <w:tcPr>
            <w:tcW w:w="7401" w:type="dxa"/>
            <w:tcMar>
              <w:top w:w="55" w:type="dxa"/>
              <w:left w:w="55" w:type="dxa"/>
              <w:bottom w:w="55" w:type="dxa"/>
              <w:right w:w="55" w:type="dxa"/>
            </w:tcMar>
          </w:tcPr>
          <w:p w14:paraId="3A311F4D" w14:textId="77777777" w:rsidR="003D6426" w:rsidRDefault="00000000">
            <w:pPr>
              <w:spacing w:after="0" w:line="240" w:lineRule="auto"/>
              <w:rPr>
                <w:rFonts w:hint="eastAsia"/>
              </w:rPr>
            </w:pPr>
            <w:r>
              <w:rPr>
                <w:sz w:val="16"/>
              </w:rPr>
              <w:t>Evacuazione: __________________  Richiesta assistenza: __________________  Perdita comunicazione: __________________</w:t>
            </w:r>
          </w:p>
        </w:tc>
      </w:tr>
      <w:tr w:rsidR="003D6426" w14:paraId="72F46C92" w14:textId="77777777">
        <w:trPr>
          <w:jc w:val="center"/>
        </w:trPr>
        <w:tc>
          <w:tcPr>
            <w:tcW w:w="2691" w:type="dxa"/>
            <w:shd w:val="clear" w:color="auto" w:fill="F2F2F2"/>
            <w:tcMar>
              <w:top w:w="55" w:type="dxa"/>
              <w:left w:w="55" w:type="dxa"/>
              <w:bottom w:w="55" w:type="dxa"/>
              <w:right w:w="55" w:type="dxa"/>
            </w:tcMar>
          </w:tcPr>
          <w:p w14:paraId="239394C0" w14:textId="77777777" w:rsidR="003D6426" w:rsidRDefault="00000000">
            <w:pPr>
              <w:spacing w:after="0" w:line="240" w:lineRule="auto"/>
              <w:rPr>
                <w:rFonts w:hint="eastAsia"/>
              </w:rPr>
            </w:pPr>
            <w:r>
              <w:rPr>
                <w:b/>
                <w:sz w:val="16"/>
              </w:rPr>
              <w:t>Sostituzioni autorizzate</w:t>
            </w:r>
          </w:p>
        </w:tc>
        <w:tc>
          <w:tcPr>
            <w:tcW w:w="7401" w:type="dxa"/>
            <w:tcMar>
              <w:top w:w="55" w:type="dxa"/>
              <w:left w:w="55" w:type="dxa"/>
              <w:bottom w:w="55" w:type="dxa"/>
              <w:right w:w="55" w:type="dxa"/>
            </w:tcMar>
          </w:tcPr>
          <w:p w14:paraId="6FBE4F48" w14:textId="77777777" w:rsidR="003D6426" w:rsidRDefault="00000000">
            <w:pPr>
              <w:spacing w:after="0" w:line="240" w:lineRule="auto"/>
              <w:rPr>
                <w:rFonts w:hint="eastAsia"/>
              </w:rPr>
            </w:pPr>
            <w:r>
              <w:rPr>
                <w:sz w:val="16"/>
              </w:rPr>
              <w:t>Solo nominativi riportati nella presente scheda o nel permesso di ingresso.</w:t>
            </w:r>
          </w:p>
        </w:tc>
      </w:tr>
    </w:tbl>
    <w:p w14:paraId="25F62124" w14:textId="77777777" w:rsidR="003D6426" w:rsidRDefault="00000000">
      <w:pPr>
        <w:rPr>
          <w:rFonts w:hint="eastAsia"/>
        </w:rPr>
      </w:pPr>
      <w:r>
        <w:br w:type="page"/>
      </w:r>
    </w:p>
    <w:p w14:paraId="6E621E8B" w14:textId="77777777" w:rsidR="003D6426" w:rsidRDefault="00000000">
      <w:pPr>
        <w:pStyle w:val="Titolo1"/>
      </w:pPr>
      <w:r>
        <w:t>ALLEGATO L - Piano emergenza e salvataggio</w:t>
      </w:r>
    </w:p>
    <w:p w14:paraId="453AAABD" w14:textId="77777777" w:rsidR="003D6426" w:rsidRDefault="00000000">
      <w:pPr>
        <w:pStyle w:val="TableTitle"/>
        <w:rPr>
          <w:rFonts w:hint="eastAsia"/>
        </w:rPr>
      </w:pPr>
      <w:r>
        <w:t>Dati piano emergenza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75C5D1D6" w14:textId="77777777">
        <w:trPr>
          <w:jc w:val="center"/>
        </w:trPr>
        <w:tc>
          <w:tcPr>
            <w:tcW w:w="2691" w:type="dxa"/>
            <w:shd w:val="clear" w:color="auto" w:fill="F2F2F2"/>
            <w:tcMar>
              <w:top w:w="55" w:type="dxa"/>
              <w:left w:w="55" w:type="dxa"/>
              <w:bottom w:w="55" w:type="dxa"/>
              <w:right w:w="55" w:type="dxa"/>
            </w:tcMar>
          </w:tcPr>
          <w:p w14:paraId="76B4F264" w14:textId="77777777" w:rsidR="003D6426" w:rsidRDefault="00000000">
            <w:pPr>
              <w:spacing w:after="0" w:line="240" w:lineRule="auto"/>
              <w:rPr>
                <w:rFonts w:hint="eastAsia"/>
              </w:rPr>
            </w:pPr>
            <w:r>
              <w:rPr>
                <w:b/>
                <w:sz w:val="16"/>
              </w:rPr>
              <w:t>Ambiente/intervento</w:t>
            </w:r>
          </w:p>
        </w:tc>
        <w:tc>
          <w:tcPr>
            <w:tcW w:w="7401" w:type="dxa"/>
            <w:tcMar>
              <w:top w:w="55" w:type="dxa"/>
              <w:left w:w="55" w:type="dxa"/>
              <w:bottom w:w="55" w:type="dxa"/>
              <w:right w:w="55" w:type="dxa"/>
            </w:tcMar>
          </w:tcPr>
          <w:p w14:paraId="16C3EF73" w14:textId="77777777" w:rsidR="003D6426" w:rsidRDefault="00000000">
            <w:pPr>
              <w:spacing w:after="0" w:line="240" w:lineRule="auto"/>
              <w:rPr>
                <w:rFonts w:hint="eastAsia"/>
              </w:rPr>
            </w:pPr>
            <w:r>
              <w:rPr>
                <w:sz w:val="16"/>
              </w:rPr>
              <w:t>ID ACSI: ________  Permesso n. ________</w:t>
            </w:r>
          </w:p>
        </w:tc>
      </w:tr>
      <w:tr w:rsidR="003D6426" w14:paraId="7866B8C9" w14:textId="77777777">
        <w:trPr>
          <w:jc w:val="center"/>
        </w:trPr>
        <w:tc>
          <w:tcPr>
            <w:tcW w:w="2691" w:type="dxa"/>
            <w:shd w:val="clear" w:color="auto" w:fill="F2F2F2"/>
            <w:tcMar>
              <w:top w:w="55" w:type="dxa"/>
              <w:left w:w="55" w:type="dxa"/>
              <w:bottom w:w="55" w:type="dxa"/>
              <w:right w:w="55" w:type="dxa"/>
            </w:tcMar>
          </w:tcPr>
          <w:p w14:paraId="410FEE63" w14:textId="77777777" w:rsidR="003D6426" w:rsidRDefault="00000000">
            <w:pPr>
              <w:spacing w:after="0" w:line="240" w:lineRule="auto"/>
              <w:rPr>
                <w:rFonts w:hint="eastAsia"/>
              </w:rPr>
            </w:pPr>
            <w:r>
              <w:rPr>
                <w:b/>
                <w:sz w:val="16"/>
              </w:rPr>
              <w:t>Scenario prevalente</w:t>
            </w:r>
          </w:p>
        </w:tc>
        <w:tc>
          <w:tcPr>
            <w:tcW w:w="7401" w:type="dxa"/>
            <w:tcMar>
              <w:top w:w="55" w:type="dxa"/>
              <w:left w:w="55" w:type="dxa"/>
              <w:bottom w:w="55" w:type="dxa"/>
              <w:right w:w="55" w:type="dxa"/>
            </w:tcMar>
          </w:tcPr>
          <w:p w14:paraId="1B391852" w14:textId="77777777" w:rsidR="003D6426" w:rsidRDefault="00000000">
            <w:pPr>
              <w:spacing w:after="0" w:line="240" w:lineRule="auto"/>
              <w:rPr>
                <w:rFonts w:hint="eastAsia"/>
              </w:rPr>
            </w:pPr>
            <w:r>
              <w:rPr>
                <w:sz w:val="16"/>
              </w:rPr>
              <w:t>[ ] atmosfera pericolosa  [ ] malore  [ ] caduta  [ ] intrappolamento  [ ] incendio  [ ] allagamento  [ ] altro: ________</w:t>
            </w:r>
          </w:p>
        </w:tc>
      </w:tr>
      <w:tr w:rsidR="003D6426" w14:paraId="1FDD7F55" w14:textId="77777777">
        <w:trPr>
          <w:jc w:val="center"/>
        </w:trPr>
        <w:tc>
          <w:tcPr>
            <w:tcW w:w="2691" w:type="dxa"/>
            <w:shd w:val="clear" w:color="auto" w:fill="F2F2F2"/>
            <w:tcMar>
              <w:top w:w="55" w:type="dxa"/>
              <w:left w:w="55" w:type="dxa"/>
              <w:bottom w:w="55" w:type="dxa"/>
              <w:right w:w="55" w:type="dxa"/>
            </w:tcMar>
          </w:tcPr>
          <w:p w14:paraId="17CBDD4D" w14:textId="77777777" w:rsidR="003D6426" w:rsidRDefault="00000000">
            <w:pPr>
              <w:spacing w:after="0" w:line="240" w:lineRule="auto"/>
              <w:rPr>
                <w:rFonts w:hint="eastAsia"/>
              </w:rPr>
            </w:pPr>
            <w:r>
              <w:rPr>
                <w:b/>
                <w:sz w:val="16"/>
              </w:rPr>
              <w:t>Strategia primaria</w:t>
            </w:r>
          </w:p>
        </w:tc>
        <w:tc>
          <w:tcPr>
            <w:tcW w:w="7401" w:type="dxa"/>
            <w:tcMar>
              <w:top w:w="55" w:type="dxa"/>
              <w:left w:w="55" w:type="dxa"/>
              <w:bottom w:w="55" w:type="dxa"/>
              <w:right w:w="55" w:type="dxa"/>
            </w:tcMar>
          </w:tcPr>
          <w:p w14:paraId="02F58434" w14:textId="77777777" w:rsidR="003D6426" w:rsidRDefault="00000000">
            <w:pPr>
              <w:spacing w:after="0" w:line="240" w:lineRule="auto"/>
              <w:rPr>
                <w:rFonts w:hint="eastAsia"/>
              </w:rPr>
            </w:pPr>
            <w:r>
              <w:rPr>
                <w:sz w:val="16"/>
              </w:rPr>
              <w:t>[ ] auto-soccorso  [ ] salvataggio senza ingresso  [ ] salvataggio con ingresso  [ ] attesa soccorsi esterni con area sicura</w:t>
            </w:r>
          </w:p>
        </w:tc>
      </w:tr>
      <w:tr w:rsidR="003D6426" w14:paraId="605892CF" w14:textId="77777777">
        <w:trPr>
          <w:jc w:val="center"/>
        </w:trPr>
        <w:tc>
          <w:tcPr>
            <w:tcW w:w="2691" w:type="dxa"/>
            <w:shd w:val="clear" w:color="auto" w:fill="F2F2F2"/>
            <w:tcMar>
              <w:top w:w="55" w:type="dxa"/>
              <w:left w:w="55" w:type="dxa"/>
              <w:bottom w:w="55" w:type="dxa"/>
              <w:right w:w="55" w:type="dxa"/>
            </w:tcMar>
          </w:tcPr>
          <w:p w14:paraId="0F6A9B74" w14:textId="77777777" w:rsidR="003D6426" w:rsidRDefault="00000000">
            <w:pPr>
              <w:spacing w:after="0" w:line="240" w:lineRule="auto"/>
              <w:rPr>
                <w:rFonts w:hint="eastAsia"/>
              </w:rPr>
            </w:pPr>
            <w:r>
              <w:rPr>
                <w:b/>
                <w:sz w:val="16"/>
              </w:rPr>
              <w:t>Responsabile emergenza</w:t>
            </w:r>
          </w:p>
        </w:tc>
        <w:tc>
          <w:tcPr>
            <w:tcW w:w="7401" w:type="dxa"/>
            <w:tcMar>
              <w:top w:w="55" w:type="dxa"/>
              <w:left w:w="55" w:type="dxa"/>
              <w:bottom w:w="55" w:type="dxa"/>
              <w:right w:w="55" w:type="dxa"/>
            </w:tcMar>
          </w:tcPr>
          <w:p w14:paraId="07DA64C5" w14:textId="77777777" w:rsidR="003D6426" w:rsidRDefault="00000000">
            <w:pPr>
              <w:spacing w:after="0" w:line="240" w:lineRule="auto"/>
              <w:rPr>
                <w:rFonts w:hint="eastAsia"/>
              </w:rPr>
            </w:pPr>
            <w:r>
              <w:rPr>
                <w:sz w:val="16"/>
              </w:rPr>
              <w:t>Nome: __________________  Tel/radio: __________________</w:t>
            </w:r>
          </w:p>
        </w:tc>
      </w:tr>
      <w:tr w:rsidR="003D6426" w14:paraId="281DB46E" w14:textId="77777777">
        <w:trPr>
          <w:jc w:val="center"/>
        </w:trPr>
        <w:tc>
          <w:tcPr>
            <w:tcW w:w="2691" w:type="dxa"/>
            <w:shd w:val="clear" w:color="auto" w:fill="F2F2F2"/>
            <w:tcMar>
              <w:top w:w="55" w:type="dxa"/>
              <w:left w:w="55" w:type="dxa"/>
              <w:bottom w:w="55" w:type="dxa"/>
              <w:right w:w="55" w:type="dxa"/>
            </w:tcMar>
          </w:tcPr>
          <w:p w14:paraId="410506B6" w14:textId="77777777" w:rsidR="003D6426" w:rsidRDefault="00000000">
            <w:pPr>
              <w:spacing w:after="0" w:line="240" w:lineRule="auto"/>
              <w:rPr>
                <w:rFonts w:hint="eastAsia"/>
              </w:rPr>
            </w:pPr>
            <w:r>
              <w:rPr>
                <w:b/>
                <w:sz w:val="16"/>
              </w:rPr>
              <w:t>Numeri emergenza</w:t>
            </w:r>
          </w:p>
        </w:tc>
        <w:tc>
          <w:tcPr>
            <w:tcW w:w="7401" w:type="dxa"/>
            <w:tcMar>
              <w:top w:w="55" w:type="dxa"/>
              <w:left w:w="55" w:type="dxa"/>
              <w:bottom w:w="55" w:type="dxa"/>
              <w:right w:w="55" w:type="dxa"/>
            </w:tcMar>
          </w:tcPr>
          <w:p w14:paraId="78DF4317" w14:textId="77777777" w:rsidR="003D6426" w:rsidRDefault="00000000">
            <w:pPr>
              <w:spacing w:after="0" w:line="240" w:lineRule="auto"/>
              <w:rPr>
                <w:rFonts w:hint="eastAsia"/>
              </w:rPr>
            </w:pPr>
            <w:r>
              <w:rPr>
                <w:sz w:val="16"/>
              </w:rPr>
              <w:t>Interno: __________  SSN 118/112: __________  Vigili del Fuoco 115/112: __________  Portineria: __________</w:t>
            </w:r>
          </w:p>
        </w:tc>
      </w:tr>
      <w:tr w:rsidR="003D6426" w14:paraId="054CF41C" w14:textId="77777777">
        <w:trPr>
          <w:jc w:val="center"/>
        </w:trPr>
        <w:tc>
          <w:tcPr>
            <w:tcW w:w="2691" w:type="dxa"/>
            <w:shd w:val="clear" w:color="auto" w:fill="F2F2F2"/>
            <w:tcMar>
              <w:top w:w="55" w:type="dxa"/>
              <w:left w:w="55" w:type="dxa"/>
              <w:bottom w:w="55" w:type="dxa"/>
              <w:right w:w="55" w:type="dxa"/>
            </w:tcMar>
          </w:tcPr>
          <w:p w14:paraId="169FA92B" w14:textId="77777777" w:rsidR="003D6426" w:rsidRDefault="00000000">
            <w:pPr>
              <w:spacing w:after="0" w:line="240" w:lineRule="auto"/>
              <w:rPr>
                <w:rFonts w:hint="eastAsia"/>
              </w:rPr>
            </w:pPr>
            <w:r>
              <w:rPr>
                <w:b/>
                <w:sz w:val="16"/>
              </w:rPr>
              <w:t>Accesso soccorritori</w:t>
            </w:r>
          </w:p>
        </w:tc>
        <w:tc>
          <w:tcPr>
            <w:tcW w:w="7401" w:type="dxa"/>
            <w:tcMar>
              <w:top w:w="55" w:type="dxa"/>
              <w:left w:w="55" w:type="dxa"/>
              <w:bottom w:w="55" w:type="dxa"/>
              <w:right w:w="55" w:type="dxa"/>
            </w:tcMar>
          </w:tcPr>
          <w:p w14:paraId="06299BDC" w14:textId="77777777" w:rsidR="003D6426" w:rsidRDefault="00000000">
            <w:pPr>
              <w:spacing w:after="0" w:line="240" w:lineRule="auto"/>
              <w:rPr>
                <w:rFonts w:hint="eastAsia"/>
              </w:rPr>
            </w:pPr>
            <w:r>
              <w:rPr>
                <w:sz w:val="16"/>
              </w:rPr>
              <w:t>Percorso: __________________________________  Cancello/varco: ________  Accompagnatore: __________________</w:t>
            </w:r>
          </w:p>
        </w:tc>
      </w:tr>
    </w:tbl>
    <w:p w14:paraId="743D7796" w14:textId="77777777" w:rsidR="003D6426" w:rsidRDefault="00000000">
      <w:pPr>
        <w:pStyle w:val="TableTitle"/>
        <w:rPr>
          <w:rFonts w:hint="eastAsia"/>
        </w:rPr>
      </w:pPr>
      <w:r>
        <w:t>Scenari e azioni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25"/>
        <w:gridCol w:w="2070"/>
        <w:gridCol w:w="4929"/>
        <w:gridCol w:w="1478"/>
      </w:tblGrid>
      <w:tr w:rsidR="003D6426" w14:paraId="298C0954" w14:textId="77777777">
        <w:trPr>
          <w:tblHeader/>
          <w:jc w:val="center"/>
        </w:trPr>
        <w:tc>
          <w:tcPr>
            <w:tcW w:w="1706" w:type="dxa"/>
            <w:shd w:val="clear" w:color="auto" w:fill="D9EAF7"/>
            <w:tcMar>
              <w:top w:w="55" w:type="dxa"/>
              <w:left w:w="55" w:type="dxa"/>
              <w:bottom w:w="55" w:type="dxa"/>
              <w:right w:w="55" w:type="dxa"/>
            </w:tcMar>
            <w:vAlign w:val="center"/>
          </w:tcPr>
          <w:p w14:paraId="7521B624" w14:textId="77777777" w:rsidR="003D6426" w:rsidRDefault="00000000">
            <w:pPr>
              <w:spacing w:after="0" w:line="240" w:lineRule="auto"/>
              <w:jc w:val="center"/>
              <w:rPr>
                <w:rFonts w:hint="eastAsia"/>
              </w:rPr>
            </w:pPr>
            <w:r>
              <w:rPr>
                <w:b/>
                <w:sz w:val="13"/>
              </w:rPr>
              <w:t>Evento</w:t>
            </w:r>
          </w:p>
        </w:tc>
        <w:tc>
          <w:tcPr>
            <w:tcW w:w="2047" w:type="dxa"/>
            <w:shd w:val="clear" w:color="auto" w:fill="D9EAF7"/>
            <w:tcMar>
              <w:top w:w="55" w:type="dxa"/>
              <w:left w:w="55" w:type="dxa"/>
              <w:bottom w:w="55" w:type="dxa"/>
              <w:right w:w="55" w:type="dxa"/>
            </w:tcMar>
            <w:vAlign w:val="center"/>
          </w:tcPr>
          <w:p w14:paraId="29557EA3" w14:textId="77777777" w:rsidR="003D6426" w:rsidRDefault="00000000">
            <w:pPr>
              <w:spacing w:after="0" w:line="240" w:lineRule="auto"/>
              <w:jc w:val="center"/>
              <w:rPr>
                <w:rFonts w:hint="eastAsia"/>
              </w:rPr>
            </w:pPr>
            <w:r>
              <w:rPr>
                <w:b/>
                <w:sz w:val="13"/>
              </w:rPr>
              <w:t>Segnale/riconoscimento</w:t>
            </w:r>
          </w:p>
        </w:tc>
        <w:tc>
          <w:tcPr>
            <w:tcW w:w="4875" w:type="dxa"/>
            <w:shd w:val="clear" w:color="auto" w:fill="D9EAF7"/>
            <w:tcMar>
              <w:top w:w="55" w:type="dxa"/>
              <w:left w:w="55" w:type="dxa"/>
              <w:bottom w:w="55" w:type="dxa"/>
              <w:right w:w="55" w:type="dxa"/>
            </w:tcMar>
            <w:vAlign w:val="center"/>
          </w:tcPr>
          <w:p w14:paraId="4FE7FAEC" w14:textId="77777777" w:rsidR="003D6426" w:rsidRDefault="00000000">
            <w:pPr>
              <w:spacing w:after="0" w:line="240" w:lineRule="auto"/>
              <w:jc w:val="center"/>
              <w:rPr>
                <w:rFonts w:hint="eastAsia"/>
              </w:rPr>
            </w:pPr>
            <w:r>
              <w:rPr>
                <w:b/>
                <w:sz w:val="13"/>
              </w:rPr>
              <w:t>Azione immediata</w:t>
            </w:r>
          </w:p>
        </w:tc>
        <w:tc>
          <w:tcPr>
            <w:tcW w:w="1462" w:type="dxa"/>
            <w:shd w:val="clear" w:color="auto" w:fill="D9EAF7"/>
            <w:tcMar>
              <w:top w:w="55" w:type="dxa"/>
              <w:left w:w="55" w:type="dxa"/>
              <w:bottom w:w="55" w:type="dxa"/>
              <w:right w:w="55" w:type="dxa"/>
            </w:tcMar>
            <w:vAlign w:val="center"/>
          </w:tcPr>
          <w:p w14:paraId="1192030F" w14:textId="77777777" w:rsidR="003D6426" w:rsidRDefault="00000000">
            <w:pPr>
              <w:spacing w:after="0" w:line="240" w:lineRule="auto"/>
              <w:jc w:val="center"/>
              <w:rPr>
                <w:rFonts w:hint="eastAsia"/>
              </w:rPr>
            </w:pPr>
            <w:r>
              <w:rPr>
                <w:b/>
                <w:sz w:val="13"/>
              </w:rPr>
              <w:t>Responsabile</w:t>
            </w:r>
          </w:p>
        </w:tc>
      </w:tr>
      <w:tr w:rsidR="003D6426" w14:paraId="427863ED" w14:textId="77777777">
        <w:trPr>
          <w:jc w:val="center"/>
        </w:trPr>
        <w:tc>
          <w:tcPr>
            <w:tcW w:w="1706" w:type="dxa"/>
            <w:tcMar>
              <w:top w:w="55" w:type="dxa"/>
              <w:left w:w="55" w:type="dxa"/>
              <w:bottom w:w="55" w:type="dxa"/>
              <w:right w:w="55" w:type="dxa"/>
            </w:tcMar>
          </w:tcPr>
          <w:p w14:paraId="7C4E9BCD" w14:textId="77777777" w:rsidR="003D6426" w:rsidRDefault="00000000">
            <w:pPr>
              <w:spacing w:after="0" w:line="240" w:lineRule="auto"/>
              <w:rPr>
                <w:rFonts w:hint="eastAsia"/>
              </w:rPr>
            </w:pPr>
            <w:r>
              <w:rPr>
                <w:sz w:val="13"/>
              </w:rPr>
              <w:t>Allarme strumento</w:t>
            </w:r>
          </w:p>
        </w:tc>
        <w:tc>
          <w:tcPr>
            <w:tcW w:w="2047" w:type="dxa"/>
            <w:tcMar>
              <w:top w:w="55" w:type="dxa"/>
              <w:left w:w="55" w:type="dxa"/>
              <w:bottom w:w="55" w:type="dxa"/>
              <w:right w:w="55" w:type="dxa"/>
            </w:tcMar>
          </w:tcPr>
          <w:p w14:paraId="6EBC01D4" w14:textId="77777777" w:rsidR="003D6426" w:rsidRDefault="00000000">
            <w:pPr>
              <w:spacing w:after="0" w:line="240" w:lineRule="auto"/>
              <w:rPr>
                <w:rFonts w:hint="eastAsia"/>
              </w:rPr>
            </w:pPr>
            <w:r>
              <w:rPr>
                <w:sz w:val="13"/>
              </w:rPr>
              <w:t>Allarme sonoro/visivo/vibrazione</w:t>
            </w:r>
          </w:p>
        </w:tc>
        <w:tc>
          <w:tcPr>
            <w:tcW w:w="4875" w:type="dxa"/>
            <w:tcMar>
              <w:top w:w="55" w:type="dxa"/>
              <w:left w:w="55" w:type="dxa"/>
              <w:bottom w:w="55" w:type="dxa"/>
              <w:right w:w="55" w:type="dxa"/>
            </w:tcMar>
          </w:tcPr>
          <w:p w14:paraId="3D9F13AF" w14:textId="77777777" w:rsidR="003D6426" w:rsidRDefault="00000000">
            <w:pPr>
              <w:spacing w:after="0" w:line="240" w:lineRule="auto"/>
              <w:rPr>
                <w:rFonts w:hint="eastAsia"/>
              </w:rPr>
            </w:pPr>
            <w:r>
              <w:rPr>
                <w:sz w:val="13"/>
              </w:rPr>
              <w:t>Evacuazione immediata, sospensione, informare preposto, registrare misura.</w:t>
            </w:r>
          </w:p>
        </w:tc>
        <w:tc>
          <w:tcPr>
            <w:tcW w:w="1462" w:type="dxa"/>
            <w:tcMar>
              <w:top w:w="55" w:type="dxa"/>
              <w:left w:w="55" w:type="dxa"/>
              <w:bottom w:w="55" w:type="dxa"/>
              <w:right w:w="55" w:type="dxa"/>
            </w:tcMar>
          </w:tcPr>
          <w:p w14:paraId="1AC2E92F" w14:textId="77777777" w:rsidR="003D6426" w:rsidRDefault="00000000">
            <w:pPr>
              <w:spacing w:after="0" w:line="240" w:lineRule="auto"/>
              <w:rPr>
                <w:rFonts w:hint="eastAsia"/>
              </w:rPr>
            </w:pPr>
            <w:r>
              <w:rPr>
                <w:sz w:val="13"/>
              </w:rPr>
              <w:t>Entrante/attendente</w:t>
            </w:r>
          </w:p>
        </w:tc>
      </w:tr>
      <w:tr w:rsidR="003D6426" w14:paraId="30C0F913" w14:textId="77777777">
        <w:trPr>
          <w:jc w:val="center"/>
        </w:trPr>
        <w:tc>
          <w:tcPr>
            <w:tcW w:w="1706" w:type="dxa"/>
            <w:tcMar>
              <w:top w:w="55" w:type="dxa"/>
              <w:left w:w="55" w:type="dxa"/>
              <w:bottom w:w="55" w:type="dxa"/>
              <w:right w:w="55" w:type="dxa"/>
            </w:tcMar>
          </w:tcPr>
          <w:p w14:paraId="1F9E4940" w14:textId="77777777" w:rsidR="003D6426" w:rsidRDefault="00000000">
            <w:pPr>
              <w:spacing w:after="0" w:line="240" w:lineRule="auto"/>
              <w:rPr>
                <w:rFonts w:hint="eastAsia"/>
              </w:rPr>
            </w:pPr>
            <w:r>
              <w:rPr>
                <w:sz w:val="13"/>
              </w:rPr>
              <w:t>Perdita comunicazione</w:t>
            </w:r>
          </w:p>
        </w:tc>
        <w:tc>
          <w:tcPr>
            <w:tcW w:w="2047" w:type="dxa"/>
            <w:tcMar>
              <w:top w:w="55" w:type="dxa"/>
              <w:left w:w="55" w:type="dxa"/>
              <w:bottom w:w="55" w:type="dxa"/>
              <w:right w:w="55" w:type="dxa"/>
            </w:tcMar>
          </w:tcPr>
          <w:p w14:paraId="166CE109" w14:textId="77777777" w:rsidR="003D6426" w:rsidRDefault="00000000">
            <w:pPr>
              <w:spacing w:after="0" w:line="240" w:lineRule="auto"/>
              <w:rPr>
                <w:rFonts w:hint="eastAsia"/>
              </w:rPr>
            </w:pPr>
            <w:r>
              <w:rPr>
                <w:sz w:val="13"/>
              </w:rPr>
              <w:t>Nessuna risposta entro tempo definito</w:t>
            </w:r>
          </w:p>
        </w:tc>
        <w:tc>
          <w:tcPr>
            <w:tcW w:w="4875" w:type="dxa"/>
            <w:tcMar>
              <w:top w:w="55" w:type="dxa"/>
              <w:left w:w="55" w:type="dxa"/>
              <w:bottom w:w="55" w:type="dxa"/>
              <w:right w:w="55" w:type="dxa"/>
            </w:tcMar>
          </w:tcPr>
          <w:p w14:paraId="6A01E65E" w14:textId="77777777" w:rsidR="003D6426" w:rsidRDefault="00000000">
            <w:pPr>
              <w:spacing w:after="0" w:line="240" w:lineRule="auto"/>
              <w:rPr>
                <w:rFonts w:hint="eastAsia"/>
              </w:rPr>
            </w:pPr>
            <w:r>
              <w:rPr>
                <w:sz w:val="13"/>
              </w:rPr>
              <w:t>Ordinare uscita; se mancata risposta attivare emergenza e recupero previsto.</w:t>
            </w:r>
          </w:p>
        </w:tc>
        <w:tc>
          <w:tcPr>
            <w:tcW w:w="1462" w:type="dxa"/>
            <w:tcMar>
              <w:top w:w="55" w:type="dxa"/>
              <w:left w:w="55" w:type="dxa"/>
              <w:bottom w:w="55" w:type="dxa"/>
              <w:right w:w="55" w:type="dxa"/>
            </w:tcMar>
          </w:tcPr>
          <w:p w14:paraId="65EF84A7" w14:textId="77777777" w:rsidR="003D6426" w:rsidRDefault="00000000">
            <w:pPr>
              <w:spacing w:after="0" w:line="240" w:lineRule="auto"/>
              <w:rPr>
                <w:rFonts w:hint="eastAsia"/>
              </w:rPr>
            </w:pPr>
            <w:r>
              <w:rPr>
                <w:sz w:val="13"/>
              </w:rPr>
              <w:t>Attendete</w:t>
            </w:r>
          </w:p>
        </w:tc>
      </w:tr>
      <w:tr w:rsidR="003D6426" w14:paraId="7F821D96" w14:textId="77777777">
        <w:trPr>
          <w:jc w:val="center"/>
        </w:trPr>
        <w:tc>
          <w:tcPr>
            <w:tcW w:w="1706" w:type="dxa"/>
            <w:tcMar>
              <w:top w:w="55" w:type="dxa"/>
              <w:left w:w="55" w:type="dxa"/>
              <w:bottom w:w="55" w:type="dxa"/>
              <w:right w:w="55" w:type="dxa"/>
            </w:tcMar>
          </w:tcPr>
          <w:p w14:paraId="762011C9" w14:textId="77777777" w:rsidR="003D6426" w:rsidRDefault="00000000">
            <w:pPr>
              <w:spacing w:after="0" w:line="240" w:lineRule="auto"/>
              <w:rPr>
                <w:rFonts w:hint="eastAsia"/>
              </w:rPr>
            </w:pPr>
            <w:r>
              <w:rPr>
                <w:sz w:val="13"/>
              </w:rPr>
              <w:t>Malore entrante</w:t>
            </w:r>
          </w:p>
        </w:tc>
        <w:tc>
          <w:tcPr>
            <w:tcW w:w="2047" w:type="dxa"/>
            <w:tcMar>
              <w:top w:w="55" w:type="dxa"/>
              <w:left w:w="55" w:type="dxa"/>
              <w:bottom w:w="55" w:type="dxa"/>
              <w:right w:w="55" w:type="dxa"/>
            </w:tcMar>
          </w:tcPr>
          <w:p w14:paraId="47573B96" w14:textId="77777777" w:rsidR="003D6426" w:rsidRDefault="00000000">
            <w:pPr>
              <w:spacing w:after="0" w:line="240" w:lineRule="auto"/>
              <w:rPr>
                <w:rFonts w:hint="eastAsia"/>
              </w:rPr>
            </w:pPr>
            <w:r>
              <w:rPr>
                <w:sz w:val="13"/>
              </w:rPr>
              <w:t>Segnalazione, caduta, mancata risposta</w:t>
            </w:r>
          </w:p>
        </w:tc>
        <w:tc>
          <w:tcPr>
            <w:tcW w:w="4875" w:type="dxa"/>
            <w:tcMar>
              <w:top w:w="55" w:type="dxa"/>
              <w:left w:w="55" w:type="dxa"/>
              <w:bottom w:w="55" w:type="dxa"/>
              <w:right w:w="55" w:type="dxa"/>
            </w:tcMar>
          </w:tcPr>
          <w:p w14:paraId="7895D529" w14:textId="77777777" w:rsidR="003D6426" w:rsidRDefault="00000000">
            <w:pPr>
              <w:spacing w:after="0" w:line="240" w:lineRule="auto"/>
              <w:rPr>
                <w:rFonts w:hint="eastAsia"/>
              </w:rPr>
            </w:pPr>
            <w:r>
              <w:rPr>
                <w:sz w:val="13"/>
              </w:rPr>
              <w:t>Attivare recupero senza ingresso se predisposto; chiamare soccorsi; non entrare non protetti.</w:t>
            </w:r>
          </w:p>
        </w:tc>
        <w:tc>
          <w:tcPr>
            <w:tcW w:w="1462" w:type="dxa"/>
            <w:tcMar>
              <w:top w:w="55" w:type="dxa"/>
              <w:left w:w="55" w:type="dxa"/>
              <w:bottom w:w="55" w:type="dxa"/>
              <w:right w:w="55" w:type="dxa"/>
            </w:tcMar>
          </w:tcPr>
          <w:p w14:paraId="271F86C6" w14:textId="77777777" w:rsidR="003D6426" w:rsidRDefault="00000000">
            <w:pPr>
              <w:spacing w:after="0" w:line="240" w:lineRule="auto"/>
              <w:rPr>
                <w:rFonts w:hint="eastAsia"/>
              </w:rPr>
            </w:pPr>
            <w:r>
              <w:rPr>
                <w:sz w:val="13"/>
              </w:rPr>
              <w:t>Attendete/preposto</w:t>
            </w:r>
          </w:p>
        </w:tc>
      </w:tr>
      <w:tr w:rsidR="003D6426" w14:paraId="0C2BD27C" w14:textId="77777777">
        <w:trPr>
          <w:jc w:val="center"/>
        </w:trPr>
        <w:tc>
          <w:tcPr>
            <w:tcW w:w="1706" w:type="dxa"/>
            <w:tcMar>
              <w:top w:w="55" w:type="dxa"/>
              <w:left w:w="55" w:type="dxa"/>
              <w:bottom w:w="55" w:type="dxa"/>
              <w:right w:w="55" w:type="dxa"/>
            </w:tcMar>
          </w:tcPr>
          <w:p w14:paraId="3DB60485" w14:textId="77777777" w:rsidR="003D6426" w:rsidRDefault="00000000">
            <w:pPr>
              <w:spacing w:after="0" w:line="240" w:lineRule="auto"/>
              <w:rPr>
                <w:rFonts w:hint="eastAsia"/>
              </w:rPr>
            </w:pPr>
            <w:r>
              <w:rPr>
                <w:sz w:val="13"/>
              </w:rPr>
              <w:t>Guasto ventilazione</w:t>
            </w:r>
          </w:p>
        </w:tc>
        <w:tc>
          <w:tcPr>
            <w:tcW w:w="2047" w:type="dxa"/>
            <w:tcMar>
              <w:top w:w="55" w:type="dxa"/>
              <w:left w:w="55" w:type="dxa"/>
              <w:bottom w:w="55" w:type="dxa"/>
              <w:right w:w="55" w:type="dxa"/>
            </w:tcMar>
          </w:tcPr>
          <w:p w14:paraId="0AD83411" w14:textId="77777777" w:rsidR="003D6426" w:rsidRDefault="00000000">
            <w:pPr>
              <w:spacing w:after="0" w:line="240" w:lineRule="auto"/>
              <w:rPr>
                <w:rFonts w:hint="eastAsia"/>
              </w:rPr>
            </w:pPr>
            <w:r>
              <w:rPr>
                <w:sz w:val="13"/>
              </w:rPr>
              <w:t>Arresto, perdita portata, black-out</w:t>
            </w:r>
          </w:p>
        </w:tc>
        <w:tc>
          <w:tcPr>
            <w:tcW w:w="4875" w:type="dxa"/>
            <w:tcMar>
              <w:top w:w="55" w:type="dxa"/>
              <w:left w:w="55" w:type="dxa"/>
              <w:bottom w:w="55" w:type="dxa"/>
              <w:right w:w="55" w:type="dxa"/>
            </w:tcMar>
          </w:tcPr>
          <w:p w14:paraId="23522A2C" w14:textId="77777777" w:rsidR="003D6426" w:rsidRDefault="00000000">
            <w:pPr>
              <w:spacing w:after="0" w:line="240" w:lineRule="auto"/>
              <w:rPr>
                <w:rFonts w:hint="eastAsia"/>
              </w:rPr>
            </w:pPr>
            <w:r>
              <w:rPr>
                <w:sz w:val="13"/>
              </w:rPr>
              <w:t>Evacuare se ventilazione è misura critica; ripetere misure prima del rientro.</w:t>
            </w:r>
          </w:p>
        </w:tc>
        <w:tc>
          <w:tcPr>
            <w:tcW w:w="1462" w:type="dxa"/>
            <w:tcMar>
              <w:top w:w="55" w:type="dxa"/>
              <w:left w:w="55" w:type="dxa"/>
              <w:bottom w:w="55" w:type="dxa"/>
              <w:right w:w="55" w:type="dxa"/>
            </w:tcMar>
          </w:tcPr>
          <w:p w14:paraId="2228A417" w14:textId="77777777" w:rsidR="003D6426" w:rsidRDefault="00000000">
            <w:pPr>
              <w:spacing w:after="0" w:line="240" w:lineRule="auto"/>
              <w:rPr>
                <w:rFonts w:hint="eastAsia"/>
              </w:rPr>
            </w:pPr>
            <w:r>
              <w:rPr>
                <w:sz w:val="13"/>
              </w:rPr>
              <w:t>Preposto</w:t>
            </w:r>
          </w:p>
        </w:tc>
      </w:tr>
      <w:tr w:rsidR="003D6426" w14:paraId="2D81676B" w14:textId="77777777">
        <w:trPr>
          <w:jc w:val="center"/>
        </w:trPr>
        <w:tc>
          <w:tcPr>
            <w:tcW w:w="1706" w:type="dxa"/>
            <w:tcMar>
              <w:top w:w="55" w:type="dxa"/>
              <w:left w:w="55" w:type="dxa"/>
              <w:bottom w:w="55" w:type="dxa"/>
              <w:right w:w="55" w:type="dxa"/>
            </w:tcMar>
          </w:tcPr>
          <w:p w14:paraId="0836A782" w14:textId="77777777" w:rsidR="003D6426" w:rsidRDefault="00000000">
            <w:pPr>
              <w:spacing w:after="0" w:line="240" w:lineRule="auto"/>
              <w:rPr>
                <w:rFonts w:hint="eastAsia"/>
              </w:rPr>
            </w:pPr>
            <w:r>
              <w:rPr>
                <w:sz w:val="13"/>
              </w:rPr>
              <w:t>Incendio/esplosione</w:t>
            </w:r>
          </w:p>
        </w:tc>
        <w:tc>
          <w:tcPr>
            <w:tcW w:w="2047" w:type="dxa"/>
            <w:tcMar>
              <w:top w:w="55" w:type="dxa"/>
              <w:left w:w="55" w:type="dxa"/>
              <w:bottom w:w="55" w:type="dxa"/>
              <w:right w:w="55" w:type="dxa"/>
            </w:tcMar>
          </w:tcPr>
          <w:p w14:paraId="33C4CC24" w14:textId="77777777" w:rsidR="003D6426" w:rsidRDefault="00000000">
            <w:pPr>
              <w:spacing w:after="0" w:line="240" w:lineRule="auto"/>
              <w:rPr>
                <w:rFonts w:hint="eastAsia"/>
              </w:rPr>
            </w:pPr>
            <w:r>
              <w:rPr>
                <w:sz w:val="13"/>
              </w:rPr>
              <w:t>Fumo, fiamma, rumore, LEL</w:t>
            </w:r>
          </w:p>
        </w:tc>
        <w:tc>
          <w:tcPr>
            <w:tcW w:w="4875" w:type="dxa"/>
            <w:tcMar>
              <w:top w:w="55" w:type="dxa"/>
              <w:left w:w="55" w:type="dxa"/>
              <w:bottom w:w="55" w:type="dxa"/>
              <w:right w:w="55" w:type="dxa"/>
            </w:tcMar>
          </w:tcPr>
          <w:p w14:paraId="1FD85779" w14:textId="77777777" w:rsidR="003D6426" w:rsidRDefault="00000000">
            <w:pPr>
              <w:spacing w:after="0" w:line="240" w:lineRule="auto"/>
              <w:rPr>
                <w:rFonts w:hint="eastAsia"/>
              </w:rPr>
            </w:pPr>
            <w:r>
              <w:rPr>
                <w:sz w:val="13"/>
              </w:rPr>
              <w:t>Evacuazione, allarme generale, interdizione area, VVF se necessario.</w:t>
            </w:r>
          </w:p>
        </w:tc>
        <w:tc>
          <w:tcPr>
            <w:tcW w:w="1462" w:type="dxa"/>
            <w:tcMar>
              <w:top w:w="55" w:type="dxa"/>
              <w:left w:w="55" w:type="dxa"/>
              <w:bottom w:w="55" w:type="dxa"/>
              <w:right w:w="55" w:type="dxa"/>
            </w:tcMar>
          </w:tcPr>
          <w:p w14:paraId="49A080FE" w14:textId="77777777" w:rsidR="003D6426" w:rsidRDefault="00000000">
            <w:pPr>
              <w:spacing w:after="0" w:line="240" w:lineRule="auto"/>
              <w:rPr>
                <w:rFonts w:hint="eastAsia"/>
              </w:rPr>
            </w:pPr>
            <w:r>
              <w:rPr>
                <w:sz w:val="13"/>
              </w:rPr>
              <w:t>Preposto</w:t>
            </w:r>
          </w:p>
        </w:tc>
      </w:tr>
      <w:tr w:rsidR="003D6426" w14:paraId="566D1538" w14:textId="77777777">
        <w:trPr>
          <w:jc w:val="center"/>
        </w:trPr>
        <w:tc>
          <w:tcPr>
            <w:tcW w:w="1706" w:type="dxa"/>
            <w:tcMar>
              <w:top w:w="55" w:type="dxa"/>
              <w:left w:w="55" w:type="dxa"/>
              <w:bottom w:w="55" w:type="dxa"/>
              <w:right w:w="55" w:type="dxa"/>
            </w:tcMar>
          </w:tcPr>
          <w:p w14:paraId="586930DD" w14:textId="77777777" w:rsidR="003D6426" w:rsidRDefault="00000000">
            <w:pPr>
              <w:spacing w:after="0" w:line="240" w:lineRule="auto"/>
              <w:rPr>
                <w:rFonts w:hint="eastAsia"/>
              </w:rPr>
            </w:pPr>
            <w:r>
              <w:rPr>
                <w:sz w:val="13"/>
              </w:rPr>
              <w:t>Allagamento/meteo</w:t>
            </w:r>
          </w:p>
        </w:tc>
        <w:tc>
          <w:tcPr>
            <w:tcW w:w="2047" w:type="dxa"/>
            <w:tcMar>
              <w:top w:w="55" w:type="dxa"/>
              <w:left w:w="55" w:type="dxa"/>
              <w:bottom w:w="55" w:type="dxa"/>
              <w:right w:w="55" w:type="dxa"/>
            </w:tcMar>
          </w:tcPr>
          <w:p w14:paraId="56846294" w14:textId="77777777" w:rsidR="003D6426" w:rsidRDefault="00000000">
            <w:pPr>
              <w:spacing w:after="0" w:line="240" w:lineRule="auto"/>
              <w:rPr>
                <w:rFonts w:hint="eastAsia"/>
              </w:rPr>
            </w:pPr>
            <w:r>
              <w:rPr>
                <w:sz w:val="13"/>
              </w:rPr>
              <w:t>Pioggia, aumento liquido, infiltrazione</w:t>
            </w:r>
          </w:p>
        </w:tc>
        <w:tc>
          <w:tcPr>
            <w:tcW w:w="4875" w:type="dxa"/>
            <w:tcMar>
              <w:top w:w="55" w:type="dxa"/>
              <w:left w:w="55" w:type="dxa"/>
              <w:bottom w:w="55" w:type="dxa"/>
              <w:right w:w="55" w:type="dxa"/>
            </w:tcMar>
          </w:tcPr>
          <w:p w14:paraId="2FC6AEDE" w14:textId="77777777" w:rsidR="003D6426" w:rsidRDefault="00000000">
            <w:pPr>
              <w:spacing w:after="0" w:line="240" w:lineRule="auto"/>
              <w:rPr>
                <w:rFonts w:hint="eastAsia"/>
              </w:rPr>
            </w:pPr>
            <w:r>
              <w:rPr>
                <w:sz w:val="13"/>
              </w:rPr>
              <w:t>Evacuazione immediata e isolamento area.</w:t>
            </w:r>
          </w:p>
        </w:tc>
        <w:tc>
          <w:tcPr>
            <w:tcW w:w="1462" w:type="dxa"/>
            <w:tcMar>
              <w:top w:w="55" w:type="dxa"/>
              <w:left w:w="55" w:type="dxa"/>
              <w:bottom w:w="55" w:type="dxa"/>
              <w:right w:w="55" w:type="dxa"/>
            </w:tcMar>
          </w:tcPr>
          <w:p w14:paraId="742F5216" w14:textId="77777777" w:rsidR="003D6426" w:rsidRDefault="00000000">
            <w:pPr>
              <w:spacing w:after="0" w:line="240" w:lineRule="auto"/>
              <w:rPr>
                <w:rFonts w:hint="eastAsia"/>
              </w:rPr>
            </w:pPr>
            <w:r>
              <w:rPr>
                <w:sz w:val="13"/>
              </w:rPr>
              <w:t>Preposto/attendente</w:t>
            </w:r>
          </w:p>
        </w:tc>
      </w:tr>
      <w:tr w:rsidR="003D6426" w14:paraId="24B28240" w14:textId="77777777">
        <w:trPr>
          <w:jc w:val="center"/>
        </w:trPr>
        <w:tc>
          <w:tcPr>
            <w:tcW w:w="1706" w:type="dxa"/>
            <w:tcMar>
              <w:top w:w="55" w:type="dxa"/>
              <w:left w:w="55" w:type="dxa"/>
              <w:bottom w:w="55" w:type="dxa"/>
              <w:right w:w="55" w:type="dxa"/>
            </w:tcMar>
          </w:tcPr>
          <w:p w14:paraId="31D3EFAB" w14:textId="77777777" w:rsidR="003D6426" w:rsidRDefault="00000000">
            <w:pPr>
              <w:spacing w:after="0" w:line="240" w:lineRule="auto"/>
              <w:rPr>
                <w:rFonts w:hint="eastAsia"/>
              </w:rPr>
            </w:pPr>
            <w:r>
              <w:rPr>
                <w:sz w:val="13"/>
              </w:rPr>
              <w:t>Soccorso con ingresso</w:t>
            </w:r>
          </w:p>
        </w:tc>
        <w:tc>
          <w:tcPr>
            <w:tcW w:w="2047" w:type="dxa"/>
            <w:tcMar>
              <w:top w:w="55" w:type="dxa"/>
              <w:left w:w="55" w:type="dxa"/>
              <w:bottom w:w="55" w:type="dxa"/>
              <w:right w:w="55" w:type="dxa"/>
            </w:tcMar>
          </w:tcPr>
          <w:p w14:paraId="2A9E434C" w14:textId="77777777" w:rsidR="003D6426" w:rsidRDefault="00000000">
            <w:pPr>
              <w:spacing w:after="0" w:line="240" w:lineRule="auto"/>
              <w:rPr>
                <w:rFonts w:hint="eastAsia"/>
              </w:rPr>
            </w:pPr>
            <w:r>
              <w:rPr>
                <w:sz w:val="13"/>
              </w:rPr>
              <w:t>Recupero non possibile dall'esterno</w:t>
            </w:r>
          </w:p>
        </w:tc>
        <w:tc>
          <w:tcPr>
            <w:tcW w:w="4875" w:type="dxa"/>
            <w:tcMar>
              <w:top w:w="55" w:type="dxa"/>
              <w:left w:w="55" w:type="dxa"/>
              <w:bottom w:w="55" w:type="dxa"/>
              <w:right w:w="55" w:type="dxa"/>
            </w:tcMar>
          </w:tcPr>
          <w:p w14:paraId="14887BBA" w14:textId="77777777" w:rsidR="003D6426" w:rsidRDefault="00000000">
            <w:pPr>
              <w:spacing w:after="0" w:line="240" w:lineRule="auto"/>
              <w:rPr>
                <w:rFonts w:hint="eastAsia"/>
              </w:rPr>
            </w:pPr>
            <w:r>
              <w:rPr>
                <w:sz w:val="13"/>
              </w:rPr>
              <w:t>Valutare atmosfera, APVR, squadra addestrata, comunicazioni e supporto esterno prima di entrare.</w:t>
            </w:r>
          </w:p>
        </w:tc>
        <w:tc>
          <w:tcPr>
            <w:tcW w:w="1462" w:type="dxa"/>
            <w:tcMar>
              <w:top w:w="55" w:type="dxa"/>
              <w:left w:w="55" w:type="dxa"/>
              <w:bottom w:w="55" w:type="dxa"/>
              <w:right w:w="55" w:type="dxa"/>
            </w:tcMar>
          </w:tcPr>
          <w:p w14:paraId="52FF3C20" w14:textId="77777777" w:rsidR="003D6426" w:rsidRDefault="00000000">
            <w:pPr>
              <w:spacing w:after="0" w:line="240" w:lineRule="auto"/>
              <w:rPr>
                <w:rFonts w:hint="eastAsia"/>
              </w:rPr>
            </w:pPr>
            <w:r>
              <w:rPr>
                <w:sz w:val="13"/>
              </w:rPr>
              <w:t>Responsabile salvataggio</w:t>
            </w:r>
          </w:p>
        </w:tc>
      </w:tr>
    </w:tbl>
    <w:p w14:paraId="6F3B96EE" w14:textId="77777777" w:rsidR="003D6426" w:rsidRDefault="00000000">
      <w:pPr>
        <w:pStyle w:val="TableTitle"/>
        <w:rPr>
          <w:rFonts w:hint="eastAsia"/>
        </w:rPr>
      </w:pPr>
      <w:r>
        <w:t>Check-list piano emergenza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
        <w:gridCol w:w="4717"/>
        <w:gridCol w:w="1481"/>
        <w:gridCol w:w="2413"/>
        <w:gridCol w:w="1097"/>
      </w:tblGrid>
      <w:tr w:rsidR="003D6426" w14:paraId="6C6F5B76" w14:textId="77777777">
        <w:trPr>
          <w:tblHeader/>
          <w:jc w:val="center"/>
        </w:trPr>
        <w:tc>
          <w:tcPr>
            <w:tcW w:w="488" w:type="dxa"/>
            <w:shd w:val="clear" w:color="auto" w:fill="D9EAF7"/>
            <w:tcMar>
              <w:top w:w="55" w:type="dxa"/>
              <w:left w:w="55" w:type="dxa"/>
              <w:bottom w:w="55" w:type="dxa"/>
              <w:right w:w="55" w:type="dxa"/>
            </w:tcMar>
            <w:vAlign w:val="center"/>
          </w:tcPr>
          <w:p w14:paraId="5C1A25D1" w14:textId="77777777" w:rsidR="003D6426" w:rsidRDefault="00000000">
            <w:pPr>
              <w:spacing w:after="0" w:line="240" w:lineRule="auto"/>
              <w:jc w:val="center"/>
              <w:rPr>
                <w:rFonts w:hint="eastAsia"/>
              </w:rPr>
            </w:pPr>
            <w:r>
              <w:rPr>
                <w:b/>
                <w:sz w:val="15"/>
              </w:rPr>
              <w:t>N.</w:t>
            </w:r>
          </w:p>
        </w:tc>
        <w:tc>
          <w:tcPr>
            <w:tcW w:w="4666" w:type="dxa"/>
            <w:shd w:val="clear" w:color="auto" w:fill="D9EAF7"/>
            <w:tcMar>
              <w:top w:w="55" w:type="dxa"/>
              <w:left w:w="55" w:type="dxa"/>
              <w:bottom w:w="55" w:type="dxa"/>
              <w:right w:w="55" w:type="dxa"/>
            </w:tcMar>
            <w:vAlign w:val="center"/>
          </w:tcPr>
          <w:p w14:paraId="7229986B" w14:textId="77777777" w:rsidR="003D6426" w:rsidRDefault="00000000">
            <w:pPr>
              <w:spacing w:after="0" w:line="240" w:lineRule="auto"/>
              <w:jc w:val="center"/>
              <w:rPr>
                <w:rFonts w:hint="eastAsia"/>
              </w:rPr>
            </w:pPr>
            <w:r>
              <w:rPr>
                <w:b/>
                <w:sz w:val="15"/>
              </w:rPr>
              <w:t>Verifica/azione</w:t>
            </w:r>
          </w:p>
        </w:tc>
        <w:tc>
          <w:tcPr>
            <w:tcW w:w="1465" w:type="dxa"/>
            <w:shd w:val="clear" w:color="auto" w:fill="D9EAF7"/>
            <w:tcMar>
              <w:top w:w="55" w:type="dxa"/>
              <w:left w:w="55" w:type="dxa"/>
              <w:bottom w:w="55" w:type="dxa"/>
              <w:right w:w="55" w:type="dxa"/>
            </w:tcMar>
            <w:vAlign w:val="center"/>
          </w:tcPr>
          <w:p w14:paraId="40C92460" w14:textId="77777777" w:rsidR="003D6426" w:rsidRDefault="00000000">
            <w:pPr>
              <w:spacing w:after="0" w:line="240" w:lineRule="auto"/>
              <w:jc w:val="center"/>
              <w:rPr>
                <w:rFonts w:hint="eastAsia"/>
              </w:rPr>
            </w:pPr>
            <w:r>
              <w:rPr>
                <w:b/>
                <w:sz w:val="15"/>
              </w:rPr>
              <w:t>Esito</w:t>
            </w:r>
          </w:p>
        </w:tc>
        <w:tc>
          <w:tcPr>
            <w:tcW w:w="2387" w:type="dxa"/>
            <w:shd w:val="clear" w:color="auto" w:fill="D9EAF7"/>
            <w:tcMar>
              <w:top w:w="55" w:type="dxa"/>
              <w:left w:w="55" w:type="dxa"/>
              <w:bottom w:w="55" w:type="dxa"/>
              <w:right w:w="55" w:type="dxa"/>
            </w:tcMar>
            <w:vAlign w:val="center"/>
          </w:tcPr>
          <w:p w14:paraId="7F85591A" w14:textId="77777777" w:rsidR="003D6426" w:rsidRDefault="00000000">
            <w:pPr>
              <w:spacing w:after="0" w:line="240" w:lineRule="auto"/>
              <w:jc w:val="center"/>
              <w:rPr>
                <w:rFonts w:hint="eastAsia"/>
              </w:rPr>
            </w:pPr>
            <w:r>
              <w:rPr>
                <w:b/>
                <w:sz w:val="15"/>
              </w:rPr>
              <w:t>Evidenza o riferimento</w:t>
            </w:r>
          </w:p>
        </w:tc>
        <w:tc>
          <w:tcPr>
            <w:tcW w:w="1085" w:type="dxa"/>
            <w:shd w:val="clear" w:color="auto" w:fill="D9EAF7"/>
            <w:tcMar>
              <w:top w:w="55" w:type="dxa"/>
              <w:left w:w="55" w:type="dxa"/>
              <w:bottom w:w="55" w:type="dxa"/>
              <w:right w:w="55" w:type="dxa"/>
            </w:tcMar>
            <w:vAlign w:val="center"/>
          </w:tcPr>
          <w:p w14:paraId="39B83FAB" w14:textId="77777777" w:rsidR="003D6426" w:rsidRDefault="00000000">
            <w:pPr>
              <w:spacing w:after="0" w:line="240" w:lineRule="auto"/>
              <w:jc w:val="center"/>
              <w:rPr>
                <w:rFonts w:hint="eastAsia"/>
              </w:rPr>
            </w:pPr>
            <w:r>
              <w:rPr>
                <w:b/>
                <w:sz w:val="15"/>
              </w:rPr>
              <w:t>Firma</w:t>
            </w:r>
          </w:p>
        </w:tc>
      </w:tr>
      <w:tr w:rsidR="003D6426" w14:paraId="01ABA7EC" w14:textId="77777777">
        <w:trPr>
          <w:jc w:val="center"/>
        </w:trPr>
        <w:tc>
          <w:tcPr>
            <w:tcW w:w="488" w:type="dxa"/>
            <w:tcMar>
              <w:top w:w="55" w:type="dxa"/>
              <w:left w:w="55" w:type="dxa"/>
              <w:bottom w:w="55" w:type="dxa"/>
              <w:right w:w="55" w:type="dxa"/>
            </w:tcMar>
          </w:tcPr>
          <w:p w14:paraId="07149DA1" w14:textId="77777777" w:rsidR="003D6426" w:rsidRDefault="00000000">
            <w:pPr>
              <w:spacing w:after="0" w:line="240" w:lineRule="auto"/>
              <w:rPr>
                <w:rFonts w:hint="eastAsia"/>
              </w:rPr>
            </w:pPr>
            <w:r>
              <w:rPr>
                <w:sz w:val="15"/>
              </w:rPr>
              <w:t>1</w:t>
            </w:r>
          </w:p>
        </w:tc>
        <w:tc>
          <w:tcPr>
            <w:tcW w:w="4666" w:type="dxa"/>
            <w:tcMar>
              <w:top w:w="55" w:type="dxa"/>
              <w:left w:w="55" w:type="dxa"/>
              <w:bottom w:w="55" w:type="dxa"/>
              <w:right w:w="55" w:type="dxa"/>
            </w:tcMar>
          </w:tcPr>
          <w:p w14:paraId="3CEFE25C" w14:textId="77777777" w:rsidR="003D6426" w:rsidRDefault="00000000">
            <w:pPr>
              <w:spacing w:after="0" w:line="240" w:lineRule="auto"/>
              <w:rPr>
                <w:rFonts w:hint="eastAsia"/>
              </w:rPr>
            </w:pPr>
            <w:r>
              <w:rPr>
                <w:sz w:val="15"/>
              </w:rPr>
              <w:t>Sistema di recupero senza ingresso installato o motivazione dell'impossibilità documentata.</w:t>
            </w:r>
          </w:p>
        </w:tc>
        <w:tc>
          <w:tcPr>
            <w:tcW w:w="1465" w:type="dxa"/>
            <w:tcMar>
              <w:top w:w="55" w:type="dxa"/>
              <w:left w:w="55" w:type="dxa"/>
              <w:bottom w:w="55" w:type="dxa"/>
              <w:right w:w="55" w:type="dxa"/>
            </w:tcMar>
          </w:tcPr>
          <w:p w14:paraId="59CBB817"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77622DEF"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0C891307" w14:textId="77777777" w:rsidR="003D6426" w:rsidRDefault="003D6426">
            <w:pPr>
              <w:spacing w:after="0" w:line="240" w:lineRule="auto"/>
              <w:rPr>
                <w:rFonts w:hint="eastAsia"/>
              </w:rPr>
            </w:pPr>
          </w:p>
        </w:tc>
      </w:tr>
      <w:tr w:rsidR="003D6426" w14:paraId="486097D6" w14:textId="77777777">
        <w:trPr>
          <w:jc w:val="center"/>
        </w:trPr>
        <w:tc>
          <w:tcPr>
            <w:tcW w:w="488" w:type="dxa"/>
            <w:tcMar>
              <w:top w:w="55" w:type="dxa"/>
              <w:left w:w="55" w:type="dxa"/>
              <w:bottom w:w="55" w:type="dxa"/>
              <w:right w:w="55" w:type="dxa"/>
            </w:tcMar>
          </w:tcPr>
          <w:p w14:paraId="3155BAF0" w14:textId="77777777" w:rsidR="003D6426" w:rsidRDefault="00000000">
            <w:pPr>
              <w:spacing w:after="0" w:line="240" w:lineRule="auto"/>
              <w:rPr>
                <w:rFonts w:hint="eastAsia"/>
              </w:rPr>
            </w:pPr>
            <w:r>
              <w:rPr>
                <w:sz w:val="15"/>
              </w:rPr>
              <w:t>2</w:t>
            </w:r>
          </w:p>
        </w:tc>
        <w:tc>
          <w:tcPr>
            <w:tcW w:w="4666" w:type="dxa"/>
            <w:tcMar>
              <w:top w:w="55" w:type="dxa"/>
              <w:left w:w="55" w:type="dxa"/>
              <w:bottom w:w="55" w:type="dxa"/>
              <w:right w:w="55" w:type="dxa"/>
            </w:tcMar>
          </w:tcPr>
          <w:p w14:paraId="40F1577D" w14:textId="77777777" w:rsidR="003D6426" w:rsidRDefault="00000000">
            <w:pPr>
              <w:spacing w:after="0" w:line="240" w:lineRule="auto"/>
              <w:rPr>
                <w:rFonts w:hint="eastAsia"/>
              </w:rPr>
            </w:pPr>
            <w:r>
              <w:rPr>
                <w:sz w:val="15"/>
              </w:rPr>
              <w:t>Percorso e tempi di accesso dei soccorritori verificati.</w:t>
            </w:r>
          </w:p>
        </w:tc>
        <w:tc>
          <w:tcPr>
            <w:tcW w:w="1465" w:type="dxa"/>
            <w:tcMar>
              <w:top w:w="55" w:type="dxa"/>
              <w:left w:w="55" w:type="dxa"/>
              <w:bottom w:w="55" w:type="dxa"/>
              <w:right w:w="55" w:type="dxa"/>
            </w:tcMar>
          </w:tcPr>
          <w:p w14:paraId="05B64023"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3BC73D81"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58F5FF1" w14:textId="77777777" w:rsidR="003D6426" w:rsidRDefault="003D6426">
            <w:pPr>
              <w:spacing w:after="0" w:line="240" w:lineRule="auto"/>
              <w:rPr>
                <w:rFonts w:hint="eastAsia"/>
              </w:rPr>
            </w:pPr>
          </w:p>
        </w:tc>
      </w:tr>
      <w:tr w:rsidR="003D6426" w14:paraId="47C5A29A" w14:textId="77777777">
        <w:trPr>
          <w:jc w:val="center"/>
        </w:trPr>
        <w:tc>
          <w:tcPr>
            <w:tcW w:w="488" w:type="dxa"/>
            <w:tcMar>
              <w:top w:w="55" w:type="dxa"/>
              <w:left w:w="55" w:type="dxa"/>
              <w:bottom w:w="55" w:type="dxa"/>
              <w:right w:w="55" w:type="dxa"/>
            </w:tcMar>
          </w:tcPr>
          <w:p w14:paraId="3CADCD2D" w14:textId="77777777" w:rsidR="003D6426" w:rsidRDefault="00000000">
            <w:pPr>
              <w:spacing w:after="0" w:line="240" w:lineRule="auto"/>
              <w:rPr>
                <w:rFonts w:hint="eastAsia"/>
              </w:rPr>
            </w:pPr>
            <w:r>
              <w:rPr>
                <w:sz w:val="15"/>
              </w:rPr>
              <w:t>3</w:t>
            </w:r>
          </w:p>
        </w:tc>
        <w:tc>
          <w:tcPr>
            <w:tcW w:w="4666" w:type="dxa"/>
            <w:tcMar>
              <w:top w:w="55" w:type="dxa"/>
              <w:left w:w="55" w:type="dxa"/>
              <w:bottom w:w="55" w:type="dxa"/>
              <w:right w:w="55" w:type="dxa"/>
            </w:tcMar>
          </w:tcPr>
          <w:p w14:paraId="72A5086B" w14:textId="77777777" w:rsidR="003D6426" w:rsidRDefault="00000000">
            <w:pPr>
              <w:spacing w:after="0" w:line="240" w:lineRule="auto"/>
              <w:rPr>
                <w:rFonts w:hint="eastAsia"/>
              </w:rPr>
            </w:pPr>
            <w:r>
              <w:rPr>
                <w:sz w:val="15"/>
              </w:rPr>
              <w:t>Attrezzature salvataggio disponibili e provate.</w:t>
            </w:r>
          </w:p>
        </w:tc>
        <w:tc>
          <w:tcPr>
            <w:tcW w:w="1465" w:type="dxa"/>
            <w:tcMar>
              <w:top w:w="55" w:type="dxa"/>
              <w:left w:w="55" w:type="dxa"/>
              <w:bottom w:w="55" w:type="dxa"/>
              <w:right w:w="55" w:type="dxa"/>
            </w:tcMar>
          </w:tcPr>
          <w:p w14:paraId="4040DF3E"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3C1166F"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18649AF" w14:textId="77777777" w:rsidR="003D6426" w:rsidRDefault="003D6426">
            <w:pPr>
              <w:spacing w:after="0" w:line="240" w:lineRule="auto"/>
              <w:rPr>
                <w:rFonts w:hint="eastAsia"/>
              </w:rPr>
            </w:pPr>
          </w:p>
        </w:tc>
      </w:tr>
      <w:tr w:rsidR="003D6426" w14:paraId="7AB9CC66" w14:textId="77777777">
        <w:trPr>
          <w:jc w:val="center"/>
        </w:trPr>
        <w:tc>
          <w:tcPr>
            <w:tcW w:w="488" w:type="dxa"/>
            <w:tcMar>
              <w:top w:w="55" w:type="dxa"/>
              <w:left w:w="55" w:type="dxa"/>
              <w:bottom w:w="55" w:type="dxa"/>
              <w:right w:w="55" w:type="dxa"/>
            </w:tcMar>
          </w:tcPr>
          <w:p w14:paraId="03FBDAAC" w14:textId="77777777" w:rsidR="003D6426" w:rsidRDefault="00000000">
            <w:pPr>
              <w:spacing w:after="0" w:line="240" w:lineRule="auto"/>
              <w:rPr>
                <w:rFonts w:hint="eastAsia"/>
              </w:rPr>
            </w:pPr>
            <w:r>
              <w:rPr>
                <w:sz w:val="15"/>
              </w:rPr>
              <w:t>4</w:t>
            </w:r>
          </w:p>
        </w:tc>
        <w:tc>
          <w:tcPr>
            <w:tcW w:w="4666" w:type="dxa"/>
            <w:tcMar>
              <w:top w:w="55" w:type="dxa"/>
              <w:left w:w="55" w:type="dxa"/>
              <w:bottom w:w="55" w:type="dxa"/>
              <w:right w:w="55" w:type="dxa"/>
            </w:tcMar>
          </w:tcPr>
          <w:p w14:paraId="70009B19" w14:textId="77777777" w:rsidR="003D6426" w:rsidRDefault="00000000">
            <w:pPr>
              <w:spacing w:after="0" w:line="240" w:lineRule="auto"/>
              <w:rPr>
                <w:rFonts w:hint="eastAsia"/>
              </w:rPr>
            </w:pPr>
            <w:r>
              <w:rPr>
                <w:sz w:val="15"/>
              </w:rPr>
              <w:t>APVR soccorritori disponibili, autonomia adeguata e controlli eseguiti.</w:t>
            </w:r>
          </w:p>
        </w:tc>
        <w:tc>
          <w:tcPr>
            <w:tcW w:w="1465" w:type="dxa"/>
            <w:tcMar>
              <w:top w:w="55" w:type="dxa"/>
              <w:left w:w="55" w:type="dxa"/>
              <w:bottom w:w="55" w:type="dxa"/>
              <w:right w:w="55" w:type="dxa"/>
            </w:tcMar>
          </w:tcPr>
          <w:p w14:paraId="624B0B23"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73F71DB2"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A3B29A7" w14:textId="77777777" w:rsidR="003D6426" w:rsidRDefault="003D6426">
            <w:pPr>
              <w:spacing w:after="0" w:line="240" w:lineRule="auto"/>
              <w:rPr>
                <w:rFonts w:hint="eastAsia"/>
              </w:rPr>
            </w:pPr>
          </w:p>
        </w:tc>
      </w:tr>
      <w:tr w:rsidR="003D6426" w14:paraId="15B48ED6" w14:textId="77777777">
        <w:trPr>
          <w:jc w:val="center"/>
        </w:trPr>
        <w:tc>
          <w:tcPr>
            <w:tcW w:w="488" w:type="dxa"/>
            <w:tcMar>
              <w:top w:w="55" w:type="dxa"/>
              <w:left w:w="55" w:type="dxa"/>
              <w:bottom w:w="55" w:type="dxa"/>
              <w:right w:w="55" w:type="dxa"/>
            </w:tcMar>
          </w:tcPr>
          <w:p w14:paraId="44E35200" w14:textId="77777777" w:rsidR="003D6426" w:rsidRDefault="00000000">
            <w:pPr>
              <w:spacing w:after="0" w:line="240" w:lineRule="auto"/>
              <w:rPr>
                <w:rFonts w:hint="eastAsia"/>
              </w:rPr>
            </w:pPr>
            <w:r>
              <w:rPr>
                <w:sz w:val="15"/>
              </w:rPr>
              <w:t>5</w:t>
            </w:r>
          </w:p>
        </w:tc>
        <w:tc>
          <w:tcPr>
            <w:tcW w:w="4666" w:type="dxa"/>
            <w:tcMar>
              <w:top w:w="55" w:type="dxa"/>
              <w:left w:w="55" w:type="dxa"/>
              <w:bottom w:w="55" w:type="dxa"/>
              <w:right w:w="55" w:type="dxa"/>
            </w:tcMar>
          </w:tcPr>
          <w:p w14:paraId="5FCDA809" w14:textId="77777777" w:rsidR="003D6426" w:rsidRDefault="00000000">
            <w:pPr>
              <w:spacing w:after="0" w:line="240" w:lineRule="auto"/>
              <w:rPr>
                <w:rFonts w:hint="eastAsia"/>
              </w:rPr>
            </w:pPr>
            <w:r>
              <w:rPr>
                <w:sz w:val="15"/>
              </w:rPr>
              <w:t>Comunicazioni tra squadra salvataggio e assistenza esterna testate.</w:t>
            </w:r>
          </w:p>
        </w:tc>
        <w:tc>
          <w:tcPr>
            <w:tcW w:w="1465" w:type="dxa"/>
            <w:tcMar>
              <w:top w:w="55" w:type="dxa"/>
              <w:left w:w="55" w:type="dxa"/>
              <w:bottom w:w="55" w:type="dxa"/>
              <w:right w:w="55" w:type="dxa"/>
            </w:tcMar>
          </w:tcPr>
          <w:p w14:paraId="6FB43988"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7010158F"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417F23B" w14:textId="77777777" w:rsidR="003D6426" w:rsidRDefault="003D6426">
            <w:pPr>
              <w:spacing w:after="0" w:line="240" w:lineRule="auto"/>
              <w:rPr>
                <w:rFonts w:hint="eastAsia"/>
              </w:rPr>
            </w:pPr>
          </w:p>
        </w:tc>
      </w:tr>
      <w:tr w:rsidR="003D6426" w14:paraId="09182C19" w14:textId="77777777">
        <w:trPr>
          <w:jc w:val="center"/>
        </w:trPr>
        <w:tc>
          <w:tcPr>
            <w:tcW w:w="488" w:type="dxa"/>
            <w:tcMar>
              <w:top w:w="55" w:type="dxa"/>
              <w:left w:w="55" w:type="dxa"/>
              <w:bottom w:w="55" w:type="dxa"/>
              <w:right w:w="55" w:type="dxa"/>
            </w:tcMar>
          </w:tcPr>
          <w:p w14:paraId="4AD87392" w14:textId="77777777" w:rsidR="003D6426" w:rsidRDefault="00000000">
            <w:pPr>
              <w:spacing w:after="0" w:line="240" w:lineRule="auto"/>
              <w:rPr>
                <w:rFonts w:hint="eastAsia"/>
              </w:rPr>
            </w:pPr>
            <w:r>
              <w:rPr>
                <w:sz w:val="15"/>
              </w:rPr>
              <w:t>6</w:t>
            </w:r>
          </w:p>
        </w:tc>
        <w:tc>
          <w:tcPr>
            <w:tcW w:w="4666" w:type="dxa"/>
            <w:tcMar>
              <w:top w:w="55" w:type="dxa"/>
              <w:left w:w="55" w:type="dxa"/>
              <w:bottom w:w="55" w:type="dxa"/>
              <w:right w:w="55" w:type="dxa"/>
            </w:tcMar>
          </w:tcPr>
          <w:p w14:paraId="6CD67AFB" w14:textId="77777777" w:rsidR="003D6426" w:rsidRDefault="00000000">
            <w:pPr>
              <w:spacing w:after="0" w:line="240" w:lineRule="auto"/>
              <w:rPr>
                <w:rFonts w:hint="eastAsia"/>
              </w:rPr>
            </w:pPr>
            <w:r>
              <w:rPr>
                <w:sz w:val="15"/>
              </w:rPr>
              <w:t>Ruoli in emergenza assegnati e compresi.</w:t>
            </w:r>
          </w:p>
        </w:tc>
        <w:tc>
          <w:tcPr>
            <w:tcW w:w="1465" w:type="dxa"/>
            <w:tcMar>
              <w:top w:w="55" w:type="dxa"/>
              <w:left w:w="55" w:type="dxa"/>
              <w:bottom w:w="55" w:type="dxa"/>
              <w:right w:w="55" w:type="dxa"/>
            </w:tcMar>
          </w:tcPr>
          <w:p w14:paraId="7B38F24E"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2B495B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4E17A27" w14:textId="77777777" w:rsidR="003D6426" w:rsidRDefault="003D6426">
            <w:pPr>
              <w:spacing w:after="0" w:line="240" w:lineRule="auto"/>
              <w:rPr>
                <w:rFonts w:hint="eastAsia"/>
              </w:rPr>
            </w:pPr>
          </w:p>
        </w:tc>
      </w:tr>
      <w:tr w:rsidR="003D6426" w14:paraId="0F3F850A" w14:textId="77777777">
        <w:trPr>
          <w:jc w:val="center"/>
        </w:trPr>
        <w:tc>
          <w:tcPr>
            <w:tcW w:w="488" w:type="dxa"/>
            <w:tcMar>
              <w:top w:w="55" w:type="dxa"/>
              <w:left w:w="55" w:type="dxa"/>
              <w:bottom w:w="55" w:type="dxa"/>
              <w:right w:w="55" w:type="dxa"/>
            </w:tcMar>
          </w:tcPr>
          <w:p w14:paraId="7F606D5B" w14:textId="77777777" w:rsidR="003D6426" w:rsidRDefault="00000000">
            <w:pPr>
              <w:spacing w:after="0" w:line="240" w:lineRule="auto"/>
              <w:rPr>
                <w:rFonts w:hint="eastAsia"/>
              </w:rPr>
            </w:pPr>
            <w:r>
              <w:rPr>
                <w:sz w:val="15"/>
              </w:rPr>
              <w:t>7</w:t>
            </w:r>
          </w:p>
        </w:tc>
        <w:tc>
          <w:tcPr>
            <w:tcW w:w="4666" w:type="dxa"/>
            <w:tcMar>
              <w:top w:w="55" w:type="dxa"/>
              <w:left w:w="55" w:type="dxa"/>
              <w:bottom w:w="55" w:type="dxa"/>
              <w:right w:w="55" w:type="dxa"/>
            </w:tcMar>
          </w:tcPr>
          <w:p w14:paraId="315037B1" w14:textId="77777777" w:rsidR="003D6426" w:rsidRDefault="00000000">
            <w:pPr>
              <w:spacing w:after="0" w:line="240" w:lineRule="auto"/>
              <w:rPr>
                <w:rFonts w:hint="eastAsia"/>
              </w:rPr>
            </w:pPr>
            <w:r>
              <w:rPr>
                <w:sz w:val="15"/>
              </w:rPr>
              <w:t>Metodo di chiamata SSN/VVF definito con informazioni da comunicare.</w:t>
            </w:r>
          </w:p>
        </w:tc>
        <w:tc>
          <w:tcPr>
            <w:tcW w:w="1465" w:type="dxa"/>
            <w:tcMar>
              <w:top w:w="55" w:type="dxa"/>
              <w:left w:w="55" w:type="dxa"/>
              <w:bottom w:w="55" w:type="dxa"/>
              <w:right w:w="55" w:type="dxa"/>
            </w:tcMar>
          </w:tcPr>
          <w:p w14:paraId="6D75500C"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88CD8E4"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5E697878" w14:textId="77777777" w:rsidR="003D6426" w:rsidRDefault="003D6426">
            <w:pPr>
              <w:spacing w:after="0" w:line="240" w:lineRule="auto"/>
              <w:rPr>
                <w:rFonts w:hint="eastAsia"/>
              </w:rPr>
            </w:pPr>
          </w:p>
        </w:tc>
      </w:tr>
      <w:tr w:rsidR="003D6426" w14:paraId="732258BD" w14:textId="77777777">
        <w:trPr>
          <w:jc w:val="center"/>
        </w:trPr>
        <w:tc>
          <w:tcPr>
            <w:tcW w:w="488" w:type="dxa"/>
            <w:tcMar>
              <w:top w:w="55" w:type="dxa"/>
              <w:left w:w="55" w:type="dxa"/>
              <w:bottom w:w="55" w:type="dxa"/>
              <w:right w:w="55" w:type="dxa"/>
            </w:tcMar>
          </w:tcPr>
          <w:p w14:paraId="12DF8443" w14:textId="77777777" w:rsidR="003D6426" w:rsidRDefault="00000000">
            <w:pPr>
              <w:spacing w:after="0" w:line="240" w:lineRule="auto"/>
              <w:rPr>
                <w:rFonts w:hint="eastAsia"/>
              </w:rPr>
            </w:pPr>
            <w:r>
              <w:rPr>
                <w:sz w:val="15"/>
              </w:rPr>
              <w:t>8</w:t>
            </w:r>
          </w:p>
        </w:tc>
        <w:tc>
          <w:tcPr>
            <w:tcW w:w="4666" w:type="dxa"/>
            <w:tcMar>
              <w:top w:w="55" w:type="dxa"/>
              <w:left w:w="55" w:type="dxa"/>
              <w:bottom w:w="55" w:type="dxa"/>
              <w:right w:w="55" w:type="dxa"/>
            </w:tcMar>
          </w:tcPr>
          <w:p w14:paraId="23E1B796" w14:textId="77777777" w:rsidR="003D6426" w:rsidRDefault="00000000">
            <w:pPr>
              <w:spacing w:after="0" w:line="240" w:lineRule="auto"/>
              <w:rPr>
                <w:rFonts w:hint="eastAsia"/>
              </w:rPr>
            </w:pPr>
            <w:r>
              <w:rPr>
                <w:sz w:val="15"/>
              </w:rPr>
              <w:t>Punto di raccolta e area triage individuati.</w:t>
            </w:r>
          </w:p>
        </w:tc>
        <w:tc>
          <w:tcPr>
            <w:tcW w:w="1465" w:type="dxa"/>
            <w:tcMar>
              <w:top w:w="55" w:type="dxa"/>
              <w:left w:w="55" w:type="dxa"/>
              <w:bottom w:w="55" w:type="dxa"/>
              <w:right w:w="55" w:type="dxa"/>
            </w:tcMar>
          </w:tcPr>
          <w:p w14:paraId="254CC6A4"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D6D508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5B81C4C" w14:textId="77777777" w:rsidR="003D6426" w:rsidRDefault="003D6426">
            <w:pPr>
              <w:spacing w:after="0" w:line="240" w:lineRule="auto"/>
              <w:rPr>
                <w:rFonts w:hint="eastAsia"/>
              </w:rPr>
            </w:pPr>
          </w:p>
        </w:tc>
      </w:tr>
      <w:tr w:rsidR="003D6426" w14:paraId="1E512093" w14:textId="77777777">
        <w:trPr>
          <w:jc w:val="center"/>
        </w:trPr>
        <w:tc>
          <w:tcPr>
            <w:tcW w:w="488" w:type="dxa"/>
            <w:tcMar>
              <w:top w:w="55" w:type="dxa"/>
              <w:left w:w="55" w:type="dxa"/>
              <w:bottom w:w="55" w:type="dxa"/>
              <w:right w:w="55" w:type="dxa"/>
            </w:tcMar>
          </w:tcPr>
          <w:p w14:paraId="07B32F4B" w14:textId="77777777" w:rsidR="003D6426" w:rsidRDefault="00000000">
            <w:pPr>
              <w:spacing w:after="0" w:line="240" w:lineRule="auto"/>
              <w:rPr>
                <w:rFonts w:hint="eastAsia"/>
              </w:rPr>
            </w:pPr>
            <w:r>
              <w:rPr>
                <w:sz w:val="15"/>
              </w:rPr>
              <w:t>9</w:t>
            </w:r>
          </w:p>
        </w:tc>
        <w:tc>
          <w:tcPr>
            <w:tcW w:w="4666" w:type="dxa"/>
            <w:tcMar>
              <w:top w:w="55" w:type="dxa"/>
              <w:left w:w="55" w:type="dxa"/>
              <w:bottom w:w="55" w:type="dxa"/>
              <w:right w:w="55" w:type="dxa"/>
            </w:tcMar>
          </w:tcPr>
          <w:p w14:paraId="002A01A1" w14:textId="77777777" w:rsidR="003D6426" w:rsidRDefault="00000000">
            <w:pPr>
              <w:spacing w:after="0" w:line="240" w:lineRule="auto"/>
              <w:rPr>
                <w:rFonts w:hint="eastAsia"/>
              </w:rPr>
            </w:pPr>
            <w:r>
              <w:rPr>
                <w:sz w:val="15"/>
              </w:rPr>
              <w:t>Eventuali pericoli per soccorritori valutati e controllati.</w:t>
            </w:r>
          </w:p>
        </w:tc>
        <w:tc>
          <w:tcPr>
            <w:tcW w:w="1465" w:type="dxa"/>
            <w:tcMar>
              <w:top w:w="55" w:type="dxa"/>
              <w:left w:w="55" w:type="dxa"/>
              <w:bottom w:w="55" w:type="dxa"/>
              <w:right w:w="55" w:type="dxa"/>
            </w:tcMar>
          </w:tcPr>
          <w:p w14:paraId="668D257F"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FE47931"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0B0A1EED" w14:textId="77777777" w:rsidR="003D6426" w:rsidRDefault="003D6426">
            <w:pPr>
              <w:spacing w:after="0" w:line="240" w:lineRule="auto"/>
              <w:rPr>
                <w:rFonts w:hint="eastAsia"/>
              </w:rPr>
            </w:pPr>
          </w:p>
        </w:tc>
      </w:tr>
      <w:tr w:rsidR="003D6426" w14:paraId="466361C7" w14:textId="77777777">
        <w:trPr>
          <w:jc w:val="center"/>
        </w:trPr>
        <w:tc>
          <w:tcPr>
            <w:tcW w:w="488" w:type="dxa"/>
            <w:tcMar>
              <w:top w:w="55" w:type="dxa"/>
              <w:left w:w="55" w:type="dxa"/>
              <w:bottom w:w="55" w:type="dxa"/>
              <w:right w:w="55" w:type="dxa"/>
            </w:tcMar>
          </w:tcPr>
          <w:p w14:paraId="295B5CE7" w14:textId="77777777" w:rsidR="003D6426" w:rsidRDefault="00000000">
            <w:pPr>
              <w:spacing w:after="0" w:line="240" w:lineRule="auto"/>
              <w:rPr>
                <w:rFonts w:hint="eastAsia"/>
              </w:rPr>
            </w:pPr>
            <w:r>
              <w:rPr>
                <w:sz w:val="15"/>
              </w:rPr>
              <w:t>10</w:t>
            </w:r>
          </w:p>
        </w:tc>
        <w:tc>
          <w:tcPr>
            <w:tcW w:w="4666" w:type="dxa"/>
            <w:tcMar>
              <w:top w:w="55" w:type="dxa"/>
              <w:left w:w="55" w:type="dxa"/>
              <w:bottom w:w="55" w:type="dxa"/>
              <w:right w:w="55" w:type="dxa"/>
            </w:tcMar>
          </w:tcPr>
          <w:p w14:paraId="3107D7EB" w14:textId="77777777" w:rsidR="003D6426" w:rsidRDefault="00000000">
            <w:pPr>
              <w:spacing w:after="0" w:line="240" w:lineRule="auto"/>
              <w:rPr>
                <w:rFonts w:hint="eastAsia"/>
              </w:rPr>
            </w:pPr>
            <w:r>
              <w:rPr>
                <w:sz w:val="15"/>
              </w:rPr>
              <w:t>Esercitazione o briefing emergenza effettuato prima dell'attività se richiesto.</w:t>
            </w:r>
          </w:p>
        </w:tc>
        <w:tc>
          <w:tcPr>
            <w:tcW w:w="1465" w:type="dxa"/>
            <w:tcMar>
              <w:top w:w="55" w:type="dxa"/>
              <w:left w:w="55" w:type="dxa"/>
              <w:bottom w:w="55" w:type="dxa"/>
              <w:right w:w="55" w:type="dxa"/>
            </w:tcMar>
          </w:tcPr>
          <w:p w14:paraId="14F32F96"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0753F78"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D10BE5A" w14:textId="77777777" w:rsidR="003D6426" w:rsidRDefault="003D6426">
            <w:pPr>
              <w:spacing w:after="0" w:line="240" w:lineRule="auto"/>
              <w:rPr>
                <w:rFonts w:hint="eastAsia"/>
              </w:rPr>
            </w:pPr>
          </w:p>
        </w:tc>
      </w:tr>
    </w:tbl>
    <w:p w14:paraId="6DAAFC63" w14:textId="77777777" w:rsidR="003D6426" w:rsidRDefault="00000000">
      <w:pPr>
        <w:rPr>
          <w:rFonts w:hint="eastAsia"/>
        </w:rPr>
      </w:pPr>
      <w:r>
        <w:br w:type="page"/>
      </w:r>
    </w:p>
    <w:p w14:paraId="53A14DC9" w14:textId="77777777" w:rsidR="003D6426" w:rsidRDefault="00000000">
      <w:pPr>
        <w:pStyle w:val="Titolo1"/>
      </w:pPr>
      <w:r>
        <w:t>ALLEGATO M - Registro formazione, addestramento e idoneità</w:t>
      </w:r>
    </w:p>
    <w:p w14:paraId="6E32008B" w14:textId="77777777" w:rsidR="003D6426" w:rsidRDefault="00000000">
      <w:pPr>
        <w:pStyle w:val="TableTitle"/>
        <w:rPr>
          <w:rFonts w:hint="eastAsia"/>
        </w:rPr>
      </w:pPr>
      <w:r>
        <w:t>Registro requisiti personale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82"/>
        <w:gridCol w:w="1559"/>
        <w:gridCol w:w="1337"/>
        <w:gridCol w:w="1514"/>
        <w:gridCol w:w="891"/>
        <w:gridCol w:w="1337"/>
        <w:gridCol w:w="1782"/>
      </w:tblGrid>
      <w:tr w:rsidR="003D6426" w14:paraId="364AF078" w14:textId="77777777">
        <w:trPr>
          <w:tblHeader/>
          <w:jc w:val="center"/>
        </w:trPr>
        <w:tc>
          <w:tcPr>
            <w:tcW w:w="1763" w:type="dxa"/>
            <w:shd w:val="clear" w:color="auto" w:fill="D9EAF7"/>
            <w:tcMar>
              <w:top w:w="55" w:type="dxa"/>
              <w:left w:w="55" w:type="dxa"/>
              <w:bottom w:w="55" w:type="dxa"/>
              <w:right w:w="55" w:type="dxa"/>
            </w:tcMar>
            <w:vAlign w:val="center"/>
          </w:tcPr>
          <w:p w14:paraId="0F4BBD40" w14:textId="77777777" w:rsidR="003D6426" w:rsidRDefault="00000000">
            <w:pPr>
              <w:spacing w:after="0" w:line="240" w:lineRule="auto"/>
              <w:jc w:val="center"/>
              <w:rPr>
                <w:rFonts w:hint="eastAsia"/>
              </w:rPr>
            </w:pPr>
            <w:r>
              <w:rPr>
                <w:b/>
                <w:sz w:val="13"/>
              </w:rPr>
              <w:t>Nome</w:t>
            </w:r>
          </w:p>
        </w:tc>
        <w:tc>
          <w:tcPr>
            <w:tcW w:w="1542" w:type="dxa"/>
            <w:shd w:val="clear" w:color="auto" w:fill="D9EAF7"/>
            <w:tcMar>
              <w:top w:w="55" w:type="dxa"/>
              <w:left w:w="55" w:type="dxa"/>
              <w:bottom w:w="55" w:type="dxa"/>
              <w:right w:w="55" w:type="dxa"/>
            </w:tcMar>
            <w:vAlign w:val="center"/>
          </w:tcPr>
          <w:p w14:paraId="67A7F153" w14:textId="77777777" w:rsidR="003D6426" w:rsidRDefault="00000000">
            <w:pPr>
              <w:spacing w:after="0" w:line="240" w:lineRule="auto"/>
              <w:jc w:val="center"/>
              <w:rPr>
                <w:rFonts w:hint="eastAsia"/>
              </w:rPr>
            </w:pPr>
            <w:r>
              <w:rPr>
                <w:b/>
                <w:sz w:val="13"/>
              </w:rPr>
              <w:t>Ruolo autorizzabile</w:t>
            </w:r>
          </w:p>
        </w:tc>
        <w:tc>
          <w:tcPr>
            <w:tcW w:w="1322" w:type="dxa"/>
            <w:shd w:val="clear" w:color="auto" w:fill="D9EAF7"/>
            <w:tcMar>
              <w:top w:w="55" w:type="dxa"/>
              <w:left w:w="55" w:type="dxa"/>
              <w:bottom w:w="55" w:type="dxa"/>
              <w:right w:w="55" w:type="dxa"/>
            </w:tcMar>
            <w:vAlign w:val="center"/>
          </w:tcPr>
          <w:p w14:paraId="30E1FC62" w14:textId="77777777" w:rsidR="003D6426" w:rsidRDefault="00000000">
            <w:pPr>
              <w:spacing w:after="0" w:line="240" w:lineRule="auto"/>
              <w:jc w:val="center"/>
              <w:rPr>
                <w:rFonts w:hint="eastAsia"/>
              </w:rPr>
            </w:pPr>
            <w:r>
              <w:rPr>
                <w:b/>
                <w:sz w:val="13"/>
              </w:rPr>
              <w:t>Formazione ACSI</w:t>
            </w:r>
          </w:p>
        </w:tc>
        <w:tc>
          <w:tcPr>
            <w:tcW w:w="1498" w:type="dxa"/>
            <w:shd w:val="clear" w:color="auto" w:fill="D9EAF7"/>
            <w:tcMar>
              <w:top w:w="55" w:type="dxa"/>
              <w:left w:w="55" w:type="dxa"/>
              <w:bottom w:w="55" w:type="dxa"/>
              <w:right w:w="55" w:type="dxa"/>
            </w:tcMar>
            <w:vAlign w:val="center"/>
          </w:tcPr>
          <w:p w14:paraId="689BFF69" w14:textId="77777777" w:rsidR="003D6426" w:rsidRDefault="00000000">
            <w:pPr>
              <w:spacing w:after="0" w:line="240" w:lineRule="auto"/>
              <w:jc w:val="center"/>
              <w:rPr>
                <w:rFonts w:hint="eastAsia"/>
              </w:rPr>
            </w:pPr>
            <w:r>
              <w:rPr>
                <w:b/>
                <w:sz w:val="13"/>
              </w:rPr>
              <w:t>Addestramento pratico</w:t>
            </w:r>
          </w:p>
        </w:tc>
        <w:tc>
          <w:tcPr>
            <w:tcW w:w="881" w:type="dxa"/>
            <w:shd w:val="clear" w:color="auto" w:fill="D9EAF7"/>
            <w:tcMar>
              <w:top w:w="55" w:type="dxa"/>
              <w:left w:w="55" w:type="dxa"/>
              <w:bottom w:w="55" w:type="dxa"/>
              <w:right w:w="55" w:type="dxa"/>
            </w:tcMar>
            <w:vAlign w:val="center"/>
          </w:tcPr>
          <w:p w14:paraId="43A247BF" w14:textId="77777777" w:rsidR="003D6426" w:rsidRDefault="00000000">
            <w:pPr>
              <w:spacing w:after="0" w:line="240" w:lineRule="auto"/>
              <w:jc w:val="center"/>
              <w:rPr>
                <w:rFonts w:hint="eastAsia"/>
              </w:rPr>
            </w:pPr>
            <w:r>
              <w:rPr>
                <w:b/>
                <w:sz w:val="13"/>
              </w:rPr>
              <w:t>APVR</w:t>
            </w:r>
          </w:p>
        </w:tc>
        <w:tc>
          <w:tcPr>
            <w:tcW w:w="1322" w:type="dxa"/>
            <w:shd w:val="clear" w:color="auto" w:fill="D9EAF7"/>
            <w:tcMar>
              <w:top w:w="55" w:type="dxa"/>
              <w:left w:w="55" w:type="dxa"/>
              <w:bottom w:w="55" w:type="dxa"/>
              <w:right w:w="55" w:type="dxa"/>
            </w:tcMar>
            <w:vAlign w:val="center"/>
          </w:tcPr>
          <w:p w14:paraId="43A733BE" w14:textId="77777777" w:rsidR="003D6426" w:rsidRDefault="00000000">
            <w:pPr>
              <w:spacing w:after="0" w:line="240" w:lineRule="auto"/>
              <w:jc w:val="center"/>
              <w:rPr>
                <w:rFonts w:hint="eastAsia"/>
              </w:rPr>
            </w:pPr>
            <w:r>
              <w:rPr>
                <w:b/>
                <w:sz w:val="13"/>
              </w:rPr>
              <w:t>Idoneità sanitaria</w:t>
            </w:r>
          </w:p>
        </w:tc>
        <w:tc>
          <w:tcPr>
            <w:tcW w:w="1763" w:type="dxa"/>
            <w:shd w:val="clear" w:color="auto" w:fill="D9EAF7"/>
            <w:tcMar>
              <w:top w:w="55" w:type="dxa"/>
              <w:left w:w="55" w:type="dxa"/>
              <w:bottom w:w="55" w:type="dxa"/>
              <w:right w:w="55" w:type="dxa"/>
            </w:tcMar>
            <w:vAlign w:val="center"/>
          </w:tcPr>
          <w:p w14:paraId="0078D333" w14:textId="77777777" w:rsidR="003D6426" w:rsidRDefault="00000000">
            <w:pPr>
              <w:spacing w:after="0" w:line="240" w:lineRule="auto"/>
              <w:jc w:val="center"/>
              <w:rPr>
                <w:rFonts w:hint="eastAsia"/>
              </w:rPr>
            </w:pPr>
            <w:r>
              <w:rPr>
                <w:b/>
                <w:sz w:val="13"/>
              </w:rPr>
              <w:t>Scadenze/note</w:t>
            </w:r>
          </w:p>
        </w:tc>
      </w:tr>
      <w:tr w:rsidR="003D6426" w14:paraId="27FE18CD" w14:textId="77777777">
        <w:trPr>
          <w:jc w:val="center"/>
        </w:trPr>
        <w:tc>
          <w:tcPr>
            <w:tcW w:w="1763" w:type="dxa"/>
            <w:tcMar>
              <w:top w:w="55" w:type="dxa"/>
              <w:left w:w="55" w:type="dxa"/>
              <w:bottom w:w="55" w:type="dxa"/>
              <w:right w:w="55" w:type="dxa"/>
            </w:tcMar>
          </w:tcPr>
          <w:p w14:paraId="73F7F41F" w14:textId="77777777" w:rsidR="003D6426" w:rsidRDefault="003D6426">
            <w:pPr>
              <w:spacing w:after="0" w:line="240" w:lineRule="auto"/>
              <w:rPr>
                <w:rFonts w:hint="eastAsia"/>
              </w:rPr>
            </w:pPr>
          </w:p>
        </w:tc>
        <w:tc>
          <w:tcPr>
            <w:tcW w:w="1542" w:type="dxa"/>
            <w:tcMar>
              <w:top w:w="55" w:type="dxa"/>
              <w:left w:w="55" w:type="dxa"/>
              <w:bottom w:w="55" w:type="dxa"/>
              <w:right w:w="55" w:type="dxa"/>
            </w:tcMar>
          </w:tcPr>
          <w:p w14:paraId="0A5D4E57" w14:textId="77777777" w:rsidR="003D6426" w:rsidRDefault="003D6426">
            <w:pPr>
              <w:spacing w:after="0" w:line="240" w:lineRule="auto"/>
              <w:rPr>
                <w:rFonts w:hint="eastAsia"/>
              </w:rPr>
            </w:pPr>
          </w:p>
        </w:tc>
        <w:tc>
          <w:tcPr>
            <w:tcW w:w="1322" w:type="dxa"/>
            <w:tcMar>
              <w:top w:w="55" w:type="dxa"/>
              <w:left w:w="55" w:type="dxa"/>
              <w:bottom w:w="55" w:type="dxa"/>
              <w:right w:w="55" w:type="dxa"/>
            </w:tcMar>
          </w:tcPr>
          <w:p w14:paraId="3893037F" w14:textId="77777777" w:rsidR="003D6426" w:rsidRDefault="00000000">
            <w:pPr>
              <w:spacing w:after="0" w:line="240" w:lineRule="auto"/>
              <w:rPr>
                <w:rFonts w:hint="eastAsia"/>
              </w:rPr>
            </w:pPr>
            <w:r>
              <w:rPr>
                <w:sz w:val="13"/>
              </w:rPr>
              <w:t>data ____/____/______</w:t>
            </w:r>
          </w:p>
        </w:tc>
        <w:tc>
          <w:tcPr>
            <w:tcW w:w="1498" w:type="dxa"/>
            <w:tcMar>
              <w:top w:w="55" w:type="dxa"/>
              <w:left w:w="55" w:type="dxa"/>
              <w:bottom w:w="55" w:type="dxa"/>
              <w:right w:w="55" w:type="dxa"/>
            </w:tcMar>
          </w:tcPr>
          <w:p w14:paraId="7AF9F932" w14:textId="77777777" w:rsidR="003D6426" w:rsidRDefault="00000000">
            <w:pPr>
              <w:spacing w:after="0" w:line="240" w:lineRule="auto"/>
              <w:rPr>
                <w:rFonts w:hint="eastAsia"/>
              </w:rPr>
            </w:pPr>
            <w:r>
              <w:rPr>
                <w:sz w:val="13"/>
              </w:rPr>
              <w:t>data ____/____/______</w:t>
            </w:r>
          </w:p>
        </w:tc>
        <w:tc>
          <w:tcPr>
            <w:tcW w:w="881" w:type="dxa"/>
            <w:tcMar>
              <w:top w:w="55" w:type="dxa"/>
              <w:left w:w="55" w:type="dxa"/>
              <w:bottom w:w="55" w:type="dxa"/>
              <w:right w:w="55" w:type="dxa"/>
            </w:tcMar>
          </w:tcPr>
          <w:p w14:paraId="62DA001A" w14:textId="77777777" w:rsidR="003D6426" w:rsidRDefault="00000000">
            <w:pPr>
              <w:spacing w:after="0" w:line="240" w:lineRule="auto"/>
              <w:rPr>
                <w:rFonts w:hint="eastAsia"/>
              </w:rPr>
            </w:pPr>
            <w:r>
              <w:rPr>
                <w:sz w:val="13"/>
              </w:rPr>
              <w:t>[ ] SI [ ] NO</w:t>
            </w:r>
          </w:p>
        </w:tc>
        <w:tc>
          <w:tcPr>
            <w:tcW w:w="1322" w:type="dxa"/>
            <w:tcMar>
              <w:top w:w="55" w:type="dxa"/>
              <w:left w:w="55" w:type="dxa"/>
              <w:bottom w:w="55" w:type="dxa"/>
              <w:right w:w="55" w:type="dxa"/>
            </w:tcMar>
          </w:tcPr>
          <w:p w14:paraId="6042D8E8" w14:textId="77777777" w:rsidR="003D6426" w:rsidRDefault="00000000">
            <w:pPr>
              <w:spacing w:after="0" w:line="240" w:lineRule="auto"/>
              <w:rPr>
                <w:rFonts w:hint="eastAsia"/>
              </w:rPr>
            </w:pPr>
            <w:r>
              <w:rPr>
                <w:sz w:val="13"/>
              </w:rPr>
              <w:t>[ ] idoneo [ ] limitazioni</w:t>
            </w:r>
          </w:p>
        </w:tc>
        <w:tc>
          <w:tcPr>
            <w:tcW w:w="1763" w:type="dxa"/>
            <w:tcMar>
              <w:top w:w="55" w:type="dxa"/>
              <w:left w:w="55" w:type="dxa"/>
              <w:bottom w:w="55" w:type="dxa"/>
              <w:right w:w="55" w:type="dxa"/>
            </w:tcMar>
          </w:tcPr>
          <w:p w14:paraId="7F8838F5" w14:textId="77777777" w:rsidR="003D6426" w:rsidRDefault="003D6426">
            <w:pPr>
              <w:spacing w:after="0" w:line="240" w:lineRule="auto"/>
              <w:rPr>
                <w:rFonts w:hint="eastAsia"/>
              </w:rPr>
            </w:pPr>
          </w:p>
        </w:tc>
      </w:tr>
      <w:tr w:rsidR="003D6426" w14:paraId="1F9C5F9F" w14:textId="77777777">
        <w:trPr>
          <w:jc w:val="center"/>
        </w:trPr>
        <w:tc>
          <w:tcPr>
            <w:tcW w:w="1763" w:type="dxa"/>
            <w:tcMar>
              <w:top w:w="55" w:type="dxa"/>
              <w:left w:w="55" w:type="dxa"/>
              <w:bottom w:w="55" w:type="dxa"/>
              <w:right w:w="55" w:type="dxa"/>
            </w:tcMar>
          </w:tcPr>
          <w:p w14:paraId="5A0A2572" w14:textId="77777777" w:rsidR="003D6426" w:rsidRDefault="003D6426">
            <w:pPr>
              <w:spacing w:after="0" w:line="240" w:lineRule="auto"/>
              <w:rPr>
                <w:rFonts w:hint="eastAsia"/>
              </w:rPr>
            </w:pPr>
          </w:p>
        </w:tc>
        <w:tc>
          <w:tcPr>
            <w:tcW w:w="1542" w:type="dxa"/>
            <w:tcMar>
              <w:top w:w="55" w:type="dxa"/>
              <w:left w:w="55" w:type="dxa"/>
              <w:bottom w:w="55" w:type="dxa"/>
              <w:right w:w="55" w:type="dxa"/>
            </w:tcMar>
          </w:tcPr>
          <w:p w14:paraId="524B705D" w14:textId="77777777" w:rsidR="003D6426" w:rsidRDefault="003D6426">
            <w:pPr>
              <w:spacing w:after="0" w:line="240" w:lineRule="auto"/>
              <w:rPr>
                <w:rFonts w:hint="eastAsia"/>
              </w:rPr>
            </w:pPr>
          </w:p>
        </w:tc>
        <w:tc>
          <w:tcPr>
            <w:tcW w:w="1322" w:type="dxa"/>
            <w:tcMar>
              <w:top w:w="55" w:type="dxa"/>
              <w:left w:w="55" w:type="dxa"/>
              <w:bottom w:w="55" w:type="dxa"/>
              <w:right w:w="55" w:type="dxa"/>
            </w:tcMar>
          </w:tcPr>
          <w:p w14:paraId="3322737B" w14:textId="77777777" w:rsidR="003D6426" w:rsidRDefault="00000000">
            <w:pPr>
              <w:spacing w:after="0" w:line="240" w:lineRule="auto"/>
              <w:rPr>
                <w:rFonts w:hint="eastAsia"/>
              </w:rPr>
            </w:pPr>
            <w:r>
              <w:rPr>
                <w:sz w:val="13"/>
              </w:rPr>
              <w:t>data ____/____/______</w:t>
            </w:r>
          </w:p>
        </w:tc>
        <w:tc>
          <w:tcPr>
            <w:tcW w:w="1498" w:type="dxa"/>
            <w:tcMar>
              <w:top w:w="55" w:type="dxa"/>
              <w:left w:w="55" w:type="dxa"/>
              <w:bottom w:w="55" w:type="dxa"/>
              <w:right w:w="55" w:type="dxa"/>
            </w:tcMar>
          </w:tcPr>
          <w:p w14:paraId="4BB50B67" w14:textId="77777777" w:rsidR="003D6426" w:rsidRDefault="00000000">
            <w:pPr>
              <w:spacing w:after="0" w:line="240" w:lineRule="auto"/>
              <w:rPr>
                <w:rFonts w:hint="eastAsia"/>
              </w:rPr>
            </w:pPr>
            <w:r>
              <w:rPr>
                <w:sz w:val="13"/>
              </w:rPr>
              <w:t>data ____/____/______</w:t>
            </w:r>
          </w:p>
        </w:tc>
        <w:tc>
          <w:tcPr>
            <w:tcW w:w="881" w:type="dxa"/>
            <w:tcMar>
              <w:top w:w="55" w:type="dxa"/>
              <w:left w:w="55" w:type="dxa"/>
              <w:bottom w:w="55" w:type="dxa"/>
              <w:right w:w="55" w:type="dxa"/>
            </w:tcMar>
          </w:tcPr>
          <w:p w14:paraId="7B834076" w14:textId="77777777" w:rsidR="003D6426" w:rsidRDefault="00000000">
            <w:pPr>
              <w:spacing w:after="0" w:line="240" w:lineRule="auto"/>
              <w:rPr>
                <w:rFonts w:hint="eastAsia"/>
              </w:rPr>
            </w:pPr>
            <w:r>
              <w:rPr>
                <w:sz w:val="13"/>
              </w:rPr>
              <w:t>[ ] SI [ ] NO</w:t>
            </w:r>
          </w:p>
        </w:tc>
        <w:tc>
          <w:tcPr>
            <w:tcW w:w="1322" w:type="dxa"/>
            <w:tcMar>
              <w:top w:w="55" w:type="dxa"/>
              <w:left w:w="55" w:type="dxa"/>
              <w:bottom w:w="55" w:type="dxa"/>
              <w:right w:w="55" w:type="dxa"/>
            </w:tcMar>
          </w:tcPr>
          <w:p w14:paraId="754CEB18" w14:textId="77777777" w:rsidR="003D6426" w:rsidRDefault="00000000">
            <w:pPr>
              <w:spacing w:after="0" w:line="240" w:lineRule="auto"/>
              <w:rPr>
                <w:rFonts w:hint="eastAsia"/>
              </w:rPr>
            </w:pPr>
            <w:r>
              <w:rPr>
                <w:sz w:val="13"/>
              </w:rPr>
              <w:t>[ ] idoneo [ ] limitazioni</w:t>
            </w:r>
          </w:p>
        </w:tc>
        <w:tc>
          <w:tcPr>
            <w:tcW w:w="1763" w:type="dxa"/>
            <w:tcMar>
              <w:top w:w="55" w:type="dxa"/>
              <w:left w:w="55" w:type="dxa"/>
              <w:bottom w:w="55" w:type="dxa"/>
              <w:right w:w="55" w:type="dxa"/>
            </w:tcMar>
          </w:tcPr>
          <w:p w14:paraId="22E3FE38" w14:textId="77777777" w:rsidR="003D6426" w:rsidRDefault="003D6426">
            <w:pPr>
              <w:spacing w:after="0" w:line="240" w:lineRule="auto"/>
              <w:rPr>
                <w:rFonts w:hint="eastAsia"/>
              </w:rPr>
            </w:pPr>
          </w:p>
        </w:tc>
      </w:tr>
      <w:tr w:rsidR="003D6426" w14:paraId="134280A5" w14:textId="77777777">
        <w:trPr>
          <w:jc w:val="center"/>
        </w:trPr>
        <w:tc>
          <w:tcPr>
            <w:tcW w:w="1763" w:type="dxa"/>
            <w:tcMar>
              <w:top w:w="55" w:type="dxa"/>
              <w:left w:w="55" w:type="dxa"/>
              <w:bottom w:w="55" w:type="dxa"/>
              <w:right w:w="55" w:type="dxa"/>
            </w:tcMar>
          </w:tcPr>
          <w:p w14:paraId="4D0D0FDB" w14:textId="77777777" w:rsidR="003D6426" w:rsidRDefault="003D6426">
            <w:pPr>
              <w:spacing w:after="0" w:line="240" w:lineRule="auto"/>
              <w:rPr>
                <w:rFonts w:hint="eastAsia"/>
              </w:rPr>
            </w:pPr>
          </w:p>
        </w:tc>
        <w:tc>
          <w:tcPr>
            <w:tcW w:w="1542" w:type="dxa"/>
            <w:tcMar>
              <w:top w:w="55" w:type="dxa"/>
              <w:left w:w="55" w:type="dxa"/>
              <w:bottom w:w="55" w:type="dxa"/>
              <w:right w:w="55" w:type="dxa"/>
            </w:tcMar>
          </w:tcPr>
          <w:p w14:paraId="09262E23" w14:textId="77777777" w:rsidR="003D6426" w:rsidRDefault="003D6426">
            <w:pPr>
              <w:spacing w:after="0" w:line="240" w:lineRule="auto"/>
              <w:rPr>
                <w:rFonts w:hint="eastAsia"/>
              </w:rPr>
            </w:pPr>
          </w:p>
        </w:tc>
        <w:tc>
          <w:tcPr>
            <w:tcW w:w="1322" w:type="dxa"/>
            <w:tcMar>
              <w:top w:w="55" w:type="dxa"/>
              <w:left w:w="55" w:type="dxa"/>
              <w:bottom w:w="55" w:type="dxa"/>
              <w:right w:w="55" w:type="dxa"/>
            </w:tcMar>
          </w:tcPr>
          <w:p w14:paraId="18C4A592" w14:textId="77777777" w:rsidR="003D6426" w:rsidRDefault="00000000">
            <w:pPr>
              <w:spacing w:after="0" w:line="240" w:lineRule="auto"/>
              <w:rPr>
                <w:rFonts w:hint="eastAsia"/>
              </w:rPr>
            </w:pPr>
            <w:r>
              <w:rPr>
                <w:sz w:val="13"/>
              </w:rPr>
              <w:t>data ____/____/______</w:t>
            </w:r>
          </w:p>
        </w:tc>
        <w:tc>
          <w:tcPr>
            <w:tcW w:w="1498" w:type="dxa"/>
            <w:tcMar>
              <w:top w:w="55" w:type="dxa"/>
              <w:left w:w="55" w:type="dxa"/>
              <w:bottom w:w="55" w:type="dxa"/>
              <w:right w:w="55" w:type="dxa"/>
            </w:tcMar>
          </w:tcPr>
          <w:p w14:paraId="4B109600" w14:textId="77777777" w:rsidR="003D6426" w:rsidRDefault="00000000">
            <w:pPr>
              <w:spacing w:after="0" w:line="240" w:lineRule="auto"/>
              <w:rPr>
                <w:rFonts w:hint="eastAsia"/>
              </w:rPr>
            </w:pPr>
            <w:r>
              <w:rPr>
                <w:sz w:val="13"/>
              </w:rPr>
              <w:t>data ____/____/______</w:t>
            </w:r>
          </w:p>
        </w:tc>
        <w:tc>
          <w:tcPr>
            <w:tcW w:w="881" w:type="dxa"/>
            <w:tcMar>
              <w:top w:w="55" w:type="dxa"/>
              <w:left w:w="55" w:type="dxa"/>
              <w:bottom w:w="55" w:type="dxa"/>
              <w:right w:w="55" w:type="dxa"/>
            </w:tcMar>
          </w:tcPr>
          <w:p w14:paraId="56574E2C" w14:textId="77777777" w:rsidR="003D6426" w:rsidRDefault="00000000">
            <w:pPr>
              <w:spacing w:after="0" w:line="240" w:lineRule="auto"/>
              <w:rPr>
                <w:rFonts w:hint="eastAsia"/>
              </w:rPr>
            </w:pPr>
            <w:r>
              <w:rPr>
                <w:sz w:val="13"/>
              </w:rPr>
              <w:t>[ ] SI [ ] NO</w:t>
            </w:r>
          </w:p>
        </w:tc>
        <w:tc>
          <w:tcPr>
            <w:tcW w:w="1322" w:type="dxa"/>
            <w:tcMar>
              <w:top w:w="55" w:type="dxa"/>
              <w:left w:w="55" w:type="dxa"/>
              <w:bottom w:w="55" w:type="dxa"/>
              <w:right w:w="55" w:type="dxa"/>
            </w:tcMar>
          </w:tcPr>
          <w:p w14:paraId="6E5ED575" w14:textId="77777777" w:rsidR="003D6426" w:rsidRDefault="00000000">
            <w:pPr>
              <w:spacing w:after="0" w:line="240" w:lineRule="auto"/>
              <w:rPr>
                <w:rFonts w:hint="eastAsia"/>
              </w:rPr>
            </w:pPr>
            <w:r>
              <w:rPr>
                <w:sz w:val="13"/>
              </w:rPr>
              <w:t>[ ] idoneo [ ] limitazioni</w:t>
            </w:r>
          </w:p>
        </w:tc>
        <w:tc>
          <w:tcPr>
            <w:tcW w:w="1763" w:type="dxa"/>
            <w:tcMar>
              <w:top w:w="55" w:type="dxa"/>
              <w:left w:w="55" w:type="dxa"/>
              <w:bottom w:w="55" w:type="dxa"/>
              <w:right w:w="55" w:type="dxa"/>
            </w:tcMar>
          </w:tcPr>
          <w:p w14:paraId="472FE3C9" w14:textId="77777777" w:rsidR="003D6426" w:rsidRDefault="003D6426">
            <w:pPr>
              <w:spacing w:after="0" w:line="240" w:lineRule="auto"/>
              <w:rPr>
                <w:rFonts w:hint="eastAsia"/>
              </w:rPr>
            </w:pPr>
          </w:p>
        </w:tc>
      </w:tr>
      <w:tr w:rsidR="003D6426" w14:paraId="78D10FD6" w14:textId="77777777">
        <w:trPr>
          <w:jc w:val="center"/>
        </w:trPr>
        <w:tc>
          <w:tcPr>
            <w:tcW w:w="1763" w:type="dxa"/>
            <w:tcMar>
              <w:top w:w="55" w:type="dxa"/>
              <w:left w:w="55" w:type="dxa"/>
              <w:bottom w:w="55" w:type="dxa"/>
              <w:right w:w="55" w:type="dxa"/>
            </w:tcMar>
          </w:tcPr>
          <w:p w14:paraId="794DFF9F" w14:textId="77777777" w:rsidR="003D6426" w:rsidRDefault="003D6426">
            <w:pPr>
              <w:spacing w:after="0" w:line="240" w:lineRule="auto"/>
              <w:rPr>
                <w:rFonts w:hint="eastAsia"/>
              </w:rPr>
            </w:pPr>
          </w:p>
        </w:tc>
        <w:tc>
          <w:tcPr>
            <w:tcW w:w="1542" w:type="dxa"/>
            <w:tcMar>
              <w:top w:w="55" w:type="dxa"/>
              <w:left w:w="55" w:type="dxa"/>
              <w:bottom w:w="55" w:type="dxa"/>
              <w:right w:w="55" w:type="dxa"/>
            </w:tcMar>
          </w:tcPr>
          <w:p w14:paraId="4054741E" w14:textId="77777777" w:rsidR="003D6426" w:rsidRDefault="003D6426">
            <w:pPr>
              <w:spacing w:after="0" w:line="240" w:lineRule="auto"/>
              <w:rPr>
                <w:rFonts w:hint="eastAsia"/>
              </w:rPr>
            </w:pPr>
          </w:p>
        </w:tc>
        <w:tc>
          <w:tcPr>
            <w:tcW w:w="1322" w:type="dxa"/>
            <w:tcMar>
              <w:top w:w="55" w:type="dxa"/>
              <w:left w:w="55" w:type="dxa"/>
              <w:bottom w:w="55" w:type="dxa"/>
              <w:right w:w="55" w:type="dxa"/>
            </w:tcMar>
          </w:tcPr>
          <w:p w14:paraId="02F77865" w14:textId="77777777" w:rsidR="003D6426" w:rsidRDefault="00000000">
            <w:pPr>
              <w:spacing w:after="0" w:line="240" w:lineRule="auto"/>
              <w:rPr>
                <w:rFonts w:hint="eastAsia"/>
              </w:rPr>
            </w:pPr>
            <w:r>
              <w:rPr>
                <w:sz w:val="13"/>
              </w:rPr>
              <w:t>data ____/____/______</w:t>
            </w:r>
          </w:p>
        </w:tc>
        <w:tc>
          <w:tcPr>
            <w:tcW w:w="1498" w:type="dxa"/>
            <w:tcMar>
              <w:top w:w="55" w:type="dxa"/>
              <w:left w:w="55" w:type="dxa"/>
              <w:bottom w:w="55" w:type="dxa"/>
              <w:right w:w="55" w:type="dxa"/>
            </w:tcMar>
          </w:tcPr>
          <w:p w14:paraId="6AD277D5" w14:textId="77777777" w:rsidR="003D6426" w:rsidRDefault="00000000">
            <w:pPr>
              <w:spacing w:after="0" w:line="240" w:lineRule="auto"/>
              <w:rPr>
                <w:rFonts w:hint="eastAsia"/>
              </w:rPr>
            </w:pPr>
            <w:r>
              <w:rPr>
                <w:sz w:val="13"/>
              </w:rPr>
              <w:t>data ____/____/______</w:t>
            </w:r>
          </w:p>
        </w:tc>
        <w:tc>
          <w:tcPr>
            <w:tcW w:w="881" w:type="dxa"/>
            <w:tcMar>
              <w:top w:w="55" w:type="dxa"/>
              <w:left w:w="55" w:type="dxa"/>
              <w:bottom w:w="55" w:type="dxa"/>
              <w:right w:w="55" w:type="dxa"/>
            </w:tcMar>
          </w:tcPr>
          <w:p w14:paraId="274C089D" w14:textId="77777777" w:rsidR="003D6426" w:rsidRDefault="00000000">
            <w:pPr>
              <w:spacing w:after="0" w:line="240" w:lineRule="auto"/>
              <w:rPr>
                <w:rFonts w:hint="eastAsia"/>
              </w:rPr>
            </w:pPr>
            <w:r>
              <w:rPr>
                <w:sz w:val="13"/>
              </w:rPr>
              <w:t>[ ] SI [ ] NO</w:t>
            </w:r>
          </w:p>
        </w:tc>
        <w:tc>
          <w:tcPr>
            <w:tcW w:w="1322" w:type="dxa"/>
            <w:tcMar>
              <w:top w:w="55" w:type="dxa"/>
              <w:left w:w="55" w:type="dxa"/>
              <w:bottom w:w="55" w:type="dxa"/>
              <w:right w:w="55" w:type="dxa"/>
            </w:tcMar>
          </w:tcPr>
          <w:p w14:paraId="2AF33E89" w14:textId="77777777" w:rsidR="003D6426" w:rsidRDefault="00000000">
            <w:pPr>
              <w:spacing w:after="0" w:line="240" w:lineRule="auto"/>
              <w:rPr>
                <w:rFonts w:hint="eastAsia"/>
              </w:rPr>
            </w:pPr>
            <w:r>
              <w:rPr>
                <w:sz w:val="13"/>
              </w:rPr>
              <w:t>[ ] idoneo [ ] limitazioni</w:t>
            </w:r>
          </w:p>
        </w:tc>
        <w:tc>
          <w:tcPr>
            <w:tcW w:w="1763" w:type="dxa"/>
            <w:tcMar>
              <w:top w:w="55" w:type="dxa"/>
              <w:left w:w="55" w:type="dxa"/>
              <w:bottom w:w="55" w:type="dxa"/>
              <w:right w:w="55" w:type="dxa"/>
            </w:tcMar>
          </w:tcPr>
          <w:p w14:paraId="50B2DCE5" w14:textId="77777777" w:rsidR="003D6426" w:rsidRDefault="003D6426">
            <w:pPr>
              <w:spacing w:after="0" w:line="240" w:lineRule="auto"/>
              <w:rPr>
                <w:rFonts w:hint="eastAsia"/>
              </w:rPr>
            </w:pPr>
          </w:p>
        </w:tc>
      </w:tr>
      <w:tr w:rsidR="003D6426" w14:paraId="2214542D" w14:textId="77777777">
        <w:trPr>
          <w:jc w:val="center"/>
        </w:trPr>
        <w:tc>
          <w:tcPr>
            <w:tcW w:w="1763" w:type="dxa"/>
            <w:tcMar>
              <w:top w:w="55" w:type="dxa"/>
              <w:left w:w="55" w:type="dxa"/>
              <w:bottom w:w="55" w:type="dxa"/>
              <w:right w:w="55" w:type="dxa"/>
            </w:tcMar>
          </w:tcPr>
          <w:p w14:paraId="07596BFF" w14:textId="77777777" w:rsidR="003D6426" w:rsidRDefault="003D6426">
            <w:pPr>
              <w:spacing w:after="0" w:line="240" w:lineRule="auto"/>
              <w:rPr>
                <w:rFonts w:hint="eastAsia"/>
              </w:rPr>
            </w:pPr>
          </w:p>
        </w:tc>
        <w:tc>
          <w:tcPr>
            <w:tcW w:w="1542" w:type="dxa"/>
            <w:tcMar>
              <w:top w:w="55" w:type="dxa"/>
              <w:left w:w="55" w:type="dxa"/>
              <w:bottom w:w="55" w:type="dxa"/>
              <w:right w:w="55" w:type="dxa"/>
            </w:tcMar>
          </w:tcPr>
          <w:p w14:paraId="0C90D4CE" w14:textId="77777777" w:rsidR="003D6426" w:rsidRDefault="003D6426">
            <w:pPr>
              <w:spacing w:after="0" w:line="240" w:lineRule="auto"/>
              <w:rPr>
                <w:rFonts w:hint="eastAsia"/>
              </w:rPr>
            </w:pPr>
          </w:p>
        </w:tc>
        <w:tc>
          <w:tcPr>
            <w:tcW w:w="1322" w:type="dxa"/>
            <w:tcMar>
              <w:top w:w="55" w:type="dxa"/>
              <w:left w:w="55" w:type="dxa"/>
              <w:bottom w:w="55" w:type="dxa"/>
              <w:right w:w="55" w:type="dxa"/>
            </w:tcMar>
          </w:tcPr>
          <w:p w14:paraId="2B409B09" w14:textId="77777777" w:rsidR="003D6426" w:rsidRDefault="00000000">
            <w:pPr>
              <w:spacing w:after="0" w:line="240" w:lineRule="auto"/>
              <w:rPr>
                <w:rFonts w:hint="eastAsia"/>
              </w:rPr>
            </w:pPr>
            <w:r>
              <w:rPr>
                <w:sz w:val="13"/>
              </w:rPr>
              <w:t>data ____/____/______</w:t>
            </w:r>
          </w:p>
        </w:tc>
        <w:tc>
          <w:tcPr>
            <w:tcW w:w="1498" w:type="dxa"/>
            <w:tcMar>
              <w:top w:w="55" w:type="dxa"/>
              <w:left w:w="55" w:type="dxa"/>
              <w:bottom w:w="55" w:type="dxa"/>
              <w:right w:w="55" w:type="dxa"/>
            </w:tcMar>
          </w:tcPr>
          <w:p w14:paraId="68886496" w14:textId="77777777" w:rsidR="003D6426" w:rsidRDefault="00000000">
            <w:pPr>
              <w:spacing w:after="0" w:line="240" w:lineRule="auto"/>
              <w:rPr>
                <w:rFonts w:hint="eastAsia"/>
              </w:rPr>
            </w:pPr>
            <w:r>
              <w:rPr>
                <w:sz w:val="13"/>
              </w:rPr>
              <w:t>data ____/____/______</w:t>
            </w:r>
          </w:p>
        </w:tc>
        <w:tc>
          <w:tcPr>
            <w:tcW w:w="881" w:type="dxa"/>
            <w:tcMar>
              <w:top w:w="55" w:type="dxa"/>
              <w:left w:w="55" w:type="dxa"/>
              <w:bottom w:w="55" w:type="dxa"/>
              <w:right w:w="55" w:type="dxa"/>
            </w:tcMar>
          </w:tcPr>
          <w:p w14:paraId="5387B0CC" w14:textId="77777777" w:rsidR="003D6426" w:rsidRDefault="00000000">
            <w:pPr>
              <w:spacing w:after="0" w:line="240" w:lineRule="auto"/>
              <w:rPr>
                <w:rFonts w:hint="eastAsia"/>
              </w:rPr>
            </w:pPr>
            <w:r>
              <w:rPr>
                <w:sz w:val="13"/>
              </w:rPr>
              <w:t>[ ] SI [ ] NO</w:t>
            </w:r>
          </w:p>
        </w:tc>
        <w:tc>
          <w:tcPr>
            <w:tcW w:w="1322" w:type="dxa"/>
            <w:tcMar>
              <w:top w:w="55" w:type="dxa"/>
              <w:left w:w="55" w:type="dxa"/>
              <w:bottom w:w="55" w:type="dxa"/>
              <w:right w:w="55" w:type="dxa"/>
            </w:tcMar>
          </w:tcPr>
          <w:p w14:paraId="179667F1" w14:textId="77777777" w:rsidR="003D6426" w:rsidRDefault="00000000">
            <w:pPr>
              <w:spacing w:after="0" w:line="240" w:lineRule="auto"/>
              <w:rPr>
                <w:rFonts w:hint="eastAsia"/>
              </w:rPr>
            </w:pPr>
            <w:r>
              <w:rPr>
                <w:sz w:val="13"/>
              </w:rPr>
              <w:t>[ ] idoneo [ ] limitazioni</w:t>
            </w:r>
          </w:p>
        </w:tc>
        <w:tc>
          <w:tcPr>
            <w:tcW w:w="1763" w:type="dxa"/>
            <w:tcMar>
              <w:top w:w="55" w:type="dxa"/>
              <w:left w:w="55" w:type="dxa"/>
              <w:bottom w:w="55" w:type="dxa"/>
              <w:right w:w="55" w:type="dxa"/>
            </w:tcMar>
          </w:tcPr>
          <w:p w14:paraId="001E3643" w14:textId="77777777" w:rsidR="003D6426" w:rsidRDefault="003D6426">
            <w:pPr>
              <w:spacing w:after="0" w:line="240" w:lineRule="auto"/>
              <w:rPr>
                <w:rFonts w:hint="eastAsia"/>
              </w:rPr>
            </w:pPr>
          </w:p>
        </w:tc>
      </w:tr>
      <w:tr w:rsidR="003D6426" w14:paraId="55A72099" w14:textId="77777777">
        <w:trPr>
          <w:jc w:val="center"/>
        </w:trPr>
        <w:tc>
          <w:tcPr>
            <w:tcW w:w="1763" w:type="dxa"/>
            <w:tcMar>
              <w:top w:w="55" w:type="dxa"/>
              <w:left w:w="55" w:type="dxa"/>
              <w:bottom w:w="55" w:type="dxa"/>
              <w:right w:w="55" w:type="dxa"/>
            </w:tcMar>
          </w:tcPr>
          <w:p w14:paraId="00EDFFCB" w14:textId="77777777" w:rsidR="003D6426" w:rsidRDefault="003D6426">
            <w:pPr>
              <w:spacing w:after="0" w:line="240" w:lineRule="auto"/>
              <w:rPr>
                <w:rFonts w:hint="eastAsia"/>
              </w:rPr>
            </w:pPr>
          </w:p>
        </w:tc>
        <w:tc>
          <w:tcPr>
            <w:tcW w:w="1542" w:type="dxa"/>
            <w:tcMar>
              <w:top w:w="55" w:type="dxa"/>
              <w:left w:w="55" w:type="dxa"/>
              <w:bottom w:w="55" w:type="dxa"/>
              <w:right w:w="55" w:type="dxa"/>
            </w:tcMar>
          </w:tcPr>
          <w:p w14:paraId="457ACE83" w14:textId="77777777" w:rsidR="003D6426" w:rsidRDefault="003D6426">
            <w:pPr>
              <w:spacing w:after="0" w:line="240" w:lineRule="auto"/>
              <w:rPr>
                <w:rFonts w:hint="eastAsia"/>
              </w:rPr>
            </w:pPr>
          </w:p>
        </w:tc>
        <w:tc>
          <w:tcPr>
            <w:tcW w:w="1322" w:type="dxa"/>
            <w:tcMar>
              <w:top w:w="55" w:type="dxa"/>
              <w:left w:w="55" w:type="dxa"/>
              <w:bottom w:w="55" w:type="dxa"/>
              <w:right w:w="55" w:type="dxa"/>
            </w:tcMar>
          </w:tcPr>
          <w:p w14:paraId="1351412C" w14:textId="77777777" w:rsidR="003D6426" w:rsidRDefault="00000000">
            <w:pPr>
              <w:spacing w:after="0" w:line="240" w:lineRule="auto"/>
              <w:rPr>
                <w:rFonts w:hint="eastAsia"/>
              </w:rPr>
            </w:pPr>
            <w:r>
              <w:rPr>
                <w:sz w:val="13"/>
              </w:rPr>
              <w:t>data ____/____/______</w:t>
            </w:r>
          </w:p>
        </w:tc>
        <w:tc>
          <w:tcPr>
            <w:tcW w:w="1498" w:type="dxa"/>
            <w:tcMar>
              <w:top w:w="55" w:type="dxa"/>
              <w:left w:w="55" w:type="dxa"/>
              <w:bottom w:w="55" w:type="dxa"/>
              <w:right w:w="55" w:type="dxa"/>
            </w:tcMar>
          </w:tcPr>
          <w:p w14:paraId="2F3E0229" w14:textId="77777777" w:rsidR="003D6426" w:rsidRDefault="00000000">
            <w:pPr>
              <w:spacing w:after="0" w:line="240" w:lineRule="auto"/>
              <w:rPr>
                <w:rFonts w:hint="eastAsia"/>
              </w:rPr>
            </w:pPr>
            <w:r>
              <w:rPr>
                <w:sz w:val="13"/>
              </w:rPr>
              <w:t>data ____/____/______</w:t>
            </w:r>
          </w:p>
        </w:tc>
        <w:tc>
          <w:tcPr>
            <w:tcW w:w="881" w:type="dxa"/>
            <w:tcMar>
              <w:top w:w="55" w:type="dxa"/>
              <w:left w:w="55" w:type="dxa"/>
              <w:bottom w:w="55" w:type="dxa"/>
              <w:right w:w="55" w:type="dxa"/>
            </w:tcMar>
          </w:tcPr>
          <w:p w14:paraId="78E5BC2D" w14:textId="77777777" w:rsidR="003D6426" w:rsidRDefault="00000000">
            <w:pPr>
              <w:spacing w:after="0" w:line="240" w:lineRule="auto"/>
              <w:rPr>
                <w:rFonts w:hint="eastAsia"/>
              </w:rPr>
            </w:pPr>
            <w:r>
              <w:rPr>
                <w:sz w:val="13"/>
              </w:rPr>
              <w:t>[ ] SI [ ] NO</w:t>
            </w:r>
          </w:p>
        </w:tc>
        <w:tc>
          <w:tcPr>
            <w:tcW w:w="1322" w:type="dxa"/>
            <w:tcMar>
              <w:top w:w="55" w:type="dxa"/>
              <w:left w:w="55" w:type="dxa"/>
              <w:bottom w:w="55" w:type="dxa"/>
              <w:right w:w="55" w:type="dxa"/>
            </w:tcMar>
          </w:tcPr>
          <w:p w14:paraId="20711006" w14:textId="77777777" w:rsidR="003D6426" w:rsidRDefault="00000000">
            <w:pPr>
              <w:spacing w:after="0" w:line="240" w:lineRule="auto"/>
              <w:rPr>
                <w:rFonts w:hint="eastAsia"/>
              </w:rPr>
            </w:pPr>
            <w:r>
              <w:rPr>
                <w:sz w:val="13"/>
              </w:rPr>
              <w:t>[ ] idoneo [ ] limitazioni</w:t>
            </w:r>
          </w:p>
        </w:tc>
        <w:tc>
          <w:tcPr>
            <w:tcW w:w="1763" w:type="dxa"/>
            <w:tcMar>
              <w:top w:w="55" w:type="dxa"/>
              <w:left w:w="55" w:type="dxa"/>
              <w:bottom w:w="55" w:type="dxa"/>
              <w:right w:w="55" w:type="dxa"/>
            </w:tcMar>
          </w:tcPr>
          <w:p w14:paraId="2C806B75" w14:textId="77777777" w:rsidR="003D6426" w:rsidRDefault="003D6426">
            <w:pPr>
              <w:spacing w:after="0" w:line="240" w:lineRule="auto"/>
              <w:rPr>
                <w:rFonts w:hint="eastAsia"/>
              </w:rPr>
            </w:pPr>
          </w:p>
        </w:tc>
      </w:tr>
      <w:tr w:rsidR="003D6426" w14:paraId="3460D71E" w14:textId="77777777">
        <w:trPr>
          <w:jc w:val="center"/>
        </w:trPr>
        <w:tc>
          <w:tcPr>
            <w:tcW w:w="1763" w:type="dxa"/>
            <w:tcMar>
              <w:top w:w="55" w:type="dxa"/>
              <w:left w:w="55" w:type="dxa"/>
              <w:bottom w:w="55" w:type="dxa"/>
              <w:right w:w="55" w:type="dxa"/>
            </w:tcMar>
          </w:tcPr>
          <w:p w14:paraId="079A7729" w14:textId="77777777" w:rsidR="003D6426" w:rsidRDefault="003D6426">
            <w:pPr>
              <w:spacing w:after="0" w:line="240" w:lineRule="auto"/>
              <w:rPr>
                <w:rFonts w:hint="eastAsia"/>
              </w:rPr>
            </w:pPr>
          </w:p>
        </w:tc>
        <w:tc>
          <w:tcPr>
            <w:tcW w:w="1542" w:type="dxa"/>
            <w:tcMar>
              <w:top w:w="55" w:type="dxa"/>
              <w:left w:w="55" w:type="dxa"/>
              <w:bottom w:w="55" w:type="dxa"/>
              <w:right w:w="55" w:type="dxa"/>
            </w:tcMar>
          </w:tcPr>
          <w:p w14:paraId="4BDA10BF" w14:textId="77777777" w:rsidR="003D6426" w:rsidRDefault="003D6426">
            <w:pPr>
              <w:spacing w:after="0" w:line="240" w:lineRule="auto"/>
              <w:rPr>
                <w:rFonts w:hint="eastAsia"/>
              </w:rPr>
            </w:pPr>
          </w:p>
        </w:tc>
        <w:tc>
          <w:tcPr>
            <w:tcW w:w="1322" w:type="dxa"/>
            <w:tcMar>
              <w:top w:w="55" w:type="dxa"/>
              <w:left w:w="55" w:type="dxa"/>
              <w:bottom w:w="55" w:type="dxa"/>
              <w:right w:w="55" w:type="dxa"/>
            </w:tcMar>
          </w:tcPr>
          <w:p w14:paraId="07C159B7" w14:textId="77777777" w:rsidR="003D6426" w:rsidRDefault="00000000">
            <w:pPr>
              <w:spacing w:after="0" w:line="240" w:lineRule="auto"/>
              <w:rPr>
                <w:rFonts w:hint="eastAsia"/>
              </w:rPr>
            </w:pPr>
            <w:r>
              <w:rPr>
                <w:sz w:val="13"/>
              </w:rPr>
              <w:t>data ____/____/______</w:t>
            </w:r>
          </w:p>
        </w:tc>
        <w:tc>
          <w:tcPr>
            <w:tcW w:w="1498" w:type="dxa"/>
            <w:tcMar>
              <w:top w:w="55" w:type="dxa"/>
              <w:left w:w="55" w:type="dxa"/>
              <w:bottom w:w="55" w:type="dxa"/>
              <w:right w:w="55" w:type="dxa"/>
            </w:tcMar>
          </w:tcPr>
          <w:p w14:paraId="1F9B6B4B" w14:textId="77777777" w:rsidR="003D6426" w:rsidRDefault="00000000">
            <w:pPr>
              <w:spacing w:after="0" w:line="240" w:lineRule="auto"/>
              <w:rPr>
                <w:rFonts w:hint="eastAsia"/>
              </w:rPr>
            </w:pPr>
            <w:r>
              <w:rPr>
                <w:sz w:val="13"/>
              </w:rPr>
              <w:t>data ____/____/______</w:t>
            </w:r>
          </w:p>
        </w:tc>
        <w:tc>
          <w:tcPr>
            <w:tcW w:w="881" w:type="dxa"/>
            <w:tcMar>
              <w:top w:w="55" w:type="dxa"/>
              <w:left w:w="55" w:type="dxa"/>
              <w:bottom w:w="55" w:type="dxa"/>
              <w:right w:w="55" w:type="dxa"/>
            </w:tcMar>
          </w:tcPr>
          <w:p w14:paraId="286FDD5C" w14:textId="77777777" w:rsidR="003D6426" w:rsidRDefault="00000000">
            <w:pPr>
              <w:spacing w:after="0" w:line="240" w:lineRule="auto"/>
              <w:rPr>
                <w:rFonts w:hint="eastAsia"/>
              </w:rPr>
            </w:pPr>
            <w:r>
              <w:rPr>
                <w:sz w:val="13"/>
              </w:rPr>
              <w:t>[ ] SI [ ] NO</w:t>
            </w:r>
          </w:p>
        </w:tc>
        <w:tc>
          <w:tcPr>
            <w:tcW w:w="1322" w:type="dxa"/>
            <w:tcMar>
              <w:top w:w="55" w:type="dxa"/>
              <w:left w:w="55" w:type="dxa"/>
              <w:bottom w:w="55" w:type="dxa"/>
              <w:right w:w="55" w:type="dxa"/>
            </w:tcMar>
          </w:tcPr>
          <w:p w14:paraId="668BE657" w14:textId="77777777" w:rsidR="003D6426" w:rsidRDefault="00000000">
            <w:pPr>
              <w:spacing w:after="0" w:line="240" w:lineRule="auto"/>
              <w:rPr>
                <w:rFonts w:hint="eastAsia"/>
              </w:rPr>
            </w:pPr>
            <w:r>
              <w:rPr>
                <w:sz w:val="13"/>
              </w:rPr>
              <w:t>[ ] idoneo [ ] limitazioni</w:t>
            </w:r>
          </w:p>
        </w:tc>
        <w:tc>
          <w:tcPr>
            <w:tcW w:w="1763" w:type="dxa"/>
            <w:tcMar>
              <w:top w:w="55" w:type="dxa"/>
              <w:left w:w="55" w:type="dxa"/>
              <w:bottom w:w="55" w:type="dxa"/>
              <w:right w:w="55" w:type="dxa"/>
            </w:tcMar>
          </w:tcPr>
          <w:p w14:paraId="2010823B" w14:textId="77777777" w:rsidR="003D6426" w:rsidRDefault="003D6426">
            <w:pPr>
              <w:spacing w:after="0" w:line="240" w:lineRule="auto"/>
              <w:rPr>
                <w:rFonts w:hint="eastAsia"/>
              </w:rPr>
            </w:pPr>
          </w:p>
        </w:tc>
      </w:tr>
      <w:tr w:rsidR="003D6426" w14:paraId="720BE11D" w14:textId="77777777">
        <w:trPr>
          <w:jc w:val="center"/>
        </w:trPr>
        <w:tc>
          <w:tcPr>
            <w:tcW w:w="1763" w:type="dxa"/>
            <w:tcMar>
              <w:top w:w="55" w:type="dxa"/>
              <w:left w:w="55" w:type="dxa"/>
              <w:bottom w:w="55" w:type="dxa"/>
              <w:right w:w="55" w:type="dxa"/>
            </w:tcMar>
          </w:tcPr>
          <w:p w14:paraId="022970E5" w14:textId="77777777" w:rsidR="003D6426" w:rsidRDefault="003D6426">
            <w:pPr>
              <w:spacing w:after="0" w:line="240" w:lineRule="auto"/>
              <w:rPr>
                <w:rFonts w:hint="eastAsia"/>
              </w:rPr>
            </w:pPr>
          </w:p>
        </w:tc>
        <w:tc>
          <w:tcPr>
            <w:tcW w:w="1542" w:type="dxa"/>
            <w:tcMar>
              <w:top w:w="55" w:type="dxa"/>
              <w:left w:w="55" w:type="dxa"/>
              <w:bottom w:w="55" w:type="dxa"/>
              <w:right w:w="55" w:type="dxa"/>
            </w:tcMar>
          </w:tcPr>
          <w:p w14:paraId="0ADCB040" w14:textId="77777777" w:rsidR="003D6426" w:rsidRDefault="003D6426">
            <w:pPr>
              <w:spacing w:after="0" w:line="240" w:lineRule="auto"/>
              <w:rPr>
                <w:rFonts w:hint="eastAsia"/>
              </w:rPr>
            </w:pPr>
          </w:p>
        </w:tc>
        <w:tc>
          <w:tcPr>
            <w:tcW w:w="1322" w:type="dxa"/>
            <w:tcMar>
              <w:top w:w="55" w:type="dxa"/>
              <w:left w:w="55" w:type="dxa"/>
              <w:bottom w:w="55" w:type="dxa"/>
              <w:right w:w="55" w:type="dxa"/>
            </w:tcMar>
          </w:tcPr>
          <w:p w14:paraId="4F623D6D" w14:textId="77777777" w:rsidR="003D6426" w:rsidRDefault="00000000">
            <w:pPr>
              <w:spacing w:after="0" w:line="240" w:lineRule="auto"/>
              <w:rPr>
                <w:rFonts w:hint="eastAsia"/>
              </w:rPr>
            </w:pPr>
            <w:r>
              <w:rPr>
                <w:sz w:val="13"/>
              </w:rPr>
              <w:t>data ____/____/______</w:t>
            </w:r>
          </w:p>
        </w:tc>
        <w:tc>
          <w:tcPr>
            <w:tcW w:w="1498" w:type="dxa"/>
            <w:tcMar>
              <w:top w:w="55" w:type="dxa"/>
              <w:left w:w="55" w:type="dxa"/>
              <w:bottom w:w="55" w:type="dxa"/>
              <w:right w:w="55" w:type="dxa"/>
            </w:tcMar>
          </w:tcPr>
          <w:p w14:paraId="06DB5595" w14:textId="77777777" w:rsidR="003D6426" w:rsidRDefault="00000000">
            <w:pPr>
              <w:spacing w:after="0" w:line="240" w:lineRule="auto"/>
              <w:rPr>
                <w:rFonts w:hint="eastAsia"/>
              </w:rPr>
            </w:pPr>
            <w:r>
              <w:rPr>
                <w:sz w:val="13"/>
              </w:rPr>
              <w:t>data ____/____/______</w:t>
            </w:r>
          </w:p>
        </w:tc>
        <w:tc>
          <w:tcPr>
            <w:tcW w:w="881" w:type="dxa"/>
            <w:tcMar>
              <w:top w:w="55" w:type="dxa"/>
              <w:left w:w="55" w:type="dxa"/>
              <w:bottom w:w="55" w:type="dxa"/>
              <w:right w:w="55" w:type="dxa"/>
            </w:tcMar>
          </w:tcPr>
          <w:p w14:paraId="276EFB43" w14:textId="77777777" w:rsidR="003D6426" w:rsidRDefault="00000000">
            <w:pPr>
              <w:spacing w:after="0" w:line="240" w:lineRule="auto"/>
              <w:rPr>
                <w:rFonts w:hint="eastAsia"/>
              </w:rPr>
            </w:pPr>
            <w:r>
              <w:rPr>
                <w:sz w:val="13"/>
              </w:rPr>
              <w:t>[ ] SI [ ] NO</w:t>
            </w:r>
          </w:p>
        </w:tc>
        <w:tc>
          <w:tcPr>
            <w:tcW w:w="1322" w:type="dxa"/>
            <w:tcMar>
              <w:top w:w="55" w:type="dxa"/>
              <w:left w:w="55" w:type="dxa"/>
              <w:bottom w:w="55" w:type="dxa"/>
              <w:right w:w="55" w:type="dxa"/>
            </w:tcMar>
          </w:tcPr>
          <w:p w14:paraId="67AA13C7" w14:textId="77777777" w:rsidR="003D6426" w:rsidRDefault="00000000">
            <w:pPr>
              <w:spacing w:after="0" w:line="240" w:lineRule="auto"/>
              <w:rPr>
                <w:rFonts w:hint="eastAsia"/>
              </w:rPr>
            </w:pPr>
            <w:r>
              <w:rPr>
                <w:sz w:val="13"/>
              </w:rPr>
              <w:t>[ ] idoneo [ ] limitazioni</w:t>
            </w:r>
          </w:p>
        </w:tc>
        <w:tc>
          <w:tcPr>
            <w:tcW w:w="1763" w:type="dxa"/>
            <w:tcMar>
              <w:top w:w="55" w:type="dxa"/>
              <w:left w:w="55" w:type="dxa"/>
              <w:bottom w:w="55" w:type="dxa"/>
              <w:right w:w="55" w:type="dxa"/>
            </w:tcMar>
          </w:tcPr>
          <w:p w14:paraId="02C59C5A" w14:textId="77777777" w:rsidR="003D6426" w:rsidRDefault="003D6426">
            <w:pPr>
              <w:spacing w:after="0" w:line="240" w:lineRule="auto"/>
              <w:rPr>
                <w:rFonts w:hint="eastAsia"/>
              </w:rPr>
            </w:pPr>
          </w:p>
        </w:tc>
      </w:tr>
      <w:tr w:rsidR="003D6426" w14:paraId="657BCA53" w14:textId="77777777">
        <w:trPr>
          <w:jc w:val="center"/>
        </w:trPr>
        <w:tc>
          <w:tcPr>
            <w:tcW w:w="1763" w:type="dxa"/>
            <w:tcMar>
              <w:top w:w="55" w:type="dxa"/>
              <w:left w:w="55" w:type="dxa"/>
              <w:bottom w:w="55" w:type="dxa"/>
              <w:right w:w="55" w:type="dxa"/>
            </w:tcMar>
          </w:tcPr>
          <w:p w14:paraId="4CC80D1F" w14:textId="77777777" w:rsidR="003D6426" w:rsidRDefault="003D6426">
            <w:pPr>
              <w:spacing w:after="0" w:line="240" w:lineRule="auto"/>
              <w:rPr>
                <w:rFonts w:hint="eastAsia"/>
              </w:rPr>
            </w:pPr>
          </w:p>
        </w:tc>
        <w:tc>
          <w:tcPr>
            <w:tcW w:w="1542" w:type="dxa"/>
            <w:tcMar>
              <w:top w:w="55" w:type="dxa"/>
              <w:left w:w="55" w:type="dxa"/>
              <w:bottom w:w="55" w:type="dxa"/>
              <w:right w:w="55" w:type="dxa"/>
            </w:tcMar>
          </w:tcPr>
          <w:p w14:paraId="31AC4B49" w14:textId="77777777" w:rsidR="003D6426" w:rsidRDefault="003D6426">
            <w:pPr>
              <w:spacing w:after="0" w:line="240" w:lineRule="auto"/>
              <w:rPr>
                <w:rFonts w:hint="eastAsia"/>
              </w:rPr>
            </w:pPr>
          </w:p>
        </w:tc>
        <w:tc>
          <w:tcPr>
            <w:tcW w:w="1322" w:type="dxa"/>
            <w:tcMar>
              <w:top w:w="55" w:type="dxa"/>
              <w:left w:w="55" w:type="dxa"/>
              <w:bottom w:w="55" w:type="dxa"/>
              <w:right w:w="55" w:type="dxa"/>
            </w:tcMar>
          </w:tcPr>
          <w:p w14:paraId="39D0EE03" w14:textId="77777777" w:rsidR="003D6426" w:rsidRDefault="00000000">
            <w:pPr>
              <w:spacing w:after="0" w:line="240" w:lineRule="auto"/>
              <w:rPr>
                <w:rFonts w:hint="eastAsia"/>
              </w:rPr>
            </w:pPr>
            <w:r>
              <w:rPr>
                <w:sz w:val="13"/>
              </w:rPr>
              <w:t>data ____/____/______</w:t>
            </w:r>
          </w:p>
        </w:tc>
        <w:tc>
          <w:tcPr>
            <w:tcW w:w="1498" w:type="dxa"/>
            <w:tcMar>
              <w:top w:w="55" w:type="dxa"/>
              <w:left w:w="55" w:type="dxa"/>
              <w:bottom w:w="55" w:type="dxa"/>
              <w:right w:w="55" w:type="dxa"/>
            </w:tcMar>
          </w:tcPr>
          <w:p w14:paraId="1F47AF4D" w14:textId="77777777" w:rsidR="003D6426" w:rsidRDefault="00000000">
            <w:pPr>
              <w:spacing w:after="0" w:line="240" w:lineRule="auto"/>
              <w:rPr>
                <w:rFonts w:hint="eastAsia"/>
              </w:rPr>
            </w:pPr>
            <w:r>
              <w:rPr>
                <w:sz w:val="13"/>
              </w:rPr>
              <w:t>data ____/____/______</w:t>
            </w:r>
          </w:p>
        </w:tc>
        <w:tc>
          <w:tcPr>
            <w:tcW w:w="881" w:type="dxa"/>
            <w:tcMar>
              <w:top w:w="55" w:type="dxa"/>
              <w:left w:w="55" w:type="dxa"/>
              <w:bottom w:w="55" w:type="dxa"/>
              <w:right w:w="55" w:type="dxa"/>
            </w:tcMar>
          </w:tcPr>
          <w:p w14:paraId="1C1CD805" w14:textId="77777777" w:rsidR="003D6426" w:rsidRDefault="00000000">
            <w:pPr>
              <w:spacing w:after="0" w:line="240" w:lineRule="auto"/>
              <w:rPr>
                <w:rFonts w:hint="eastAsia"/>
              </w:rPr>
            </w:pPr>
            <w:r>
              <w:rPr>
                <w:sz w:val="13"/>
              </w:rPr>
              <w:t>[ ] SI [ ] NO</w:t>
            </w:r>
          </w:p>
        </w:tc>
        <w:tc>
          <w:tcPr>
            <w:tcW w:w="1322" w:type="dxa"/>
            <w:tcMar>
              <w:top w:w="55" w:type="dxa"/>
              <w:left w:w="55" w:type="dxa"/>
              <w:bottom w:w="55" w:type="dxa"/>
              <w:right w:w="55" w:type="dxa"/>
            </w:tcMar>
          </w:tcPr>
          <w:p w14:paraId="1997F064" w14:textId="77777777" w:rsidR="003D6426" w:rsidRDefault="00000000">
            <w:pPr>
              <w:spacing w:after="0" w:line="240" w:lineRule="auto"/>
              <w:rPr>
                <w:rFonts w:hint="eastAsia"/>
              </w:rPr>
            </w:pPr>
            <w:r>
              <w:rPr>
                <w:sz w:val="13"/>
              </w:rPr>
              <w:t>[ ] idoneo [ ] limitazioni</w:t>
            </w:r>
          </w:p>
        </w:tc>
        <w:tc>
          <w:tcPr>
            <w:tcW w:w="1763" w:type="dxa"/>
            <w:tcMar>
              <w:top w:w="55" w:type="dxa"/>
              <w:left w:w="55" w:type="dxa"/>
              <w:bottom w:w="55" w:type="dxa"/>
              <w:right w:w="55" w:type="dxa"/>
            </w:tcMar>
          </w:tcPr>
          <w:p w14:paraId="74EDE51F" w14:textId="77777777" w:rsidR="003D6426" w:rsidRDefault="003D6426">
            <w:pPr>
              <w:spacing w:after="0" w:line="240" w:lineRule="auto"/>
              <w:rPr>
                <w:rFonts w:hint="eastAsia"/>
              </w:rPr>
            </w:pPr>
          </w:p>
        </w:tc>
      </w:tr>
      <w:tr w:rsidR="003D6426" w14:paraId="1D2A062E" w14:textId="77777777">
        <w:trPr>
          <w:jc w:val="center"/>
        </w:trPr>
        <w:tc>
          <w:tcPr>
            <w:tcW w:w="1763" w:type="dxa"/>
            <w:tcMar>
              <w:top w:w="55" w:type="dxa"/>
              <w:left w:w="55" w:type="dxa"/>
              <w:bottom w:w="55" w:type="dxa"/>
              <w:right w:w="55" w:type="dxa"/>
            </w:tcMar>
          </w:tcPr>
          <w:p w14:paraId="590DB9ED" w14:textId="77777777" w:rsidR="003D6426" w:rsidRDefault="003D6426">
            <w:pPr>
              <w:spacing w:after="0" w:line="240" w:lineRule="auto"/>
              <w:rPr>
                <w:rFonts w:hint="eastAsia"/>
              </w:rPr>
            </w:pPr>
          </w:p>
        </w:tc>
        <w:tc>
          <w:tcPr>
            <w:tcW w:w="1542" w:type="dxa"/>
            <w:tcMar>
              <w:top w:w="55" w:type="dxa"/>
              <w:left w:w="55" w:type="dxa"/>
              <w:bottom w:w="55" w:type="dxa"/>
              <w:right w:w="55" w:type="dxa"/>
            </w:tcMar>
          </w:tcPr>
          <w:p w14:paraId="7EA2A8E3" w14:textId="77777777" w:rsidR="003D6426" w:rsidRDefault="003D6426">
            <w:pPr>
              <w:spacing w:after="0" w:line="240" w:lineRule="auto"/>
              <w:rPr>
                <w:rFonts w:hint="eastAsia"/>
              </w:rPr>
            </w:pPr>
          </w:p>
        </w:tc>
        <w:tc>
          <w:tcPr>
            <w:tcW w:w="1322" w:type="dxa"/>
            <w:tcMar>
              <w:top w:w="55" w:type="dxa"/>
              <w:left w:w="55" w:type="dxa"/>
              <w:bottom w:w="55" w:type="dxa"/>
              <w:right w:w="55" w:type="dxa"/>
            </w:tcMar>
          </w:tcPr>
          <w:p w14:paraId="41360CF8" w14:textId="77777777" w:rsidR="003D6426" w:rsidRDefault="00000000">
            <w:pPr>
              <w:spacing w:after="0" w:line="240" w:lineRule="auto"/>
              <w:rPr>
                <w:rFonts w:hint="eastAsia"/>
              </w:rPr>
            </w:pPr>
            <w:r>
              <w:rPr>
                <w:sz w:val="13"/>
              </w:rPr>
              <w:t>data ____/____/______</w:t>
            </w:r>
          </w:p>
        </w:tc>
        <w:tc>
          <w:tcPr>
            <w:tcW w:w="1498" w:type="dxa"/>
            <w:tcMar>
              <w:top w:w="55" w:type="dxa"/>
              <w:left w:w="55" w:type="dxa"/>
              <w:bottom w:w="55" w:type="dxa"/>
              <w:right w:w="55" w:type="dxa"/>
            </w:tcMar>
          </w:tcPr>
          <w:p w14:paraId="519C4D5A" w14:textId="77777777" w:rsidR="003D6426" w:rsidRDefault="00000000">
            <w:pPr>
              <w:spacing w:after="0" w:line="240" w:lineRule="auto"/>
              <w:rPr>
                <w:rFonts w:hint="eastAsia"/>
              </w:rPr>
            </w:pPr>
            <w:r>
              <w:rPr>
                <w:sz w:val="13"/>
              </w:rPr>
              <w:t>data ____/____/______</w:t>
            </w:r>
          </w:p>
        </w:tc>
        <w:tc>
          <w:tcPr>
            <w:tcW w:w="881" w:type="dxa"/>
            <w:tcMar>
              <w:top w:w="55" w:type="dxa"/>
              <w:left w:w="55" w:type="dxa"/>
              <w:bottom w:w="55" w:type="dxa"/>
              <w:right w:w="55" w:type="dxa"/>
            </w:tcMar>
          </w:tcPr>
          <w:p w14:paraId="74504591" w14:textId="77777777" w:rsidR="003D6426" w:rsidRDefault="00000000">
            <w:pPr>
              <w:spacing w:after="0" w:line="240" w:lineRule="auto"/>
              <w:rPr>
                <w:rFonts w:hint="eastAsia"/>
              </w:rPr>
            </w:pPr>
            <w:r>
              <w:rPr>
                <w:sz w:val="13"/>
              </w:rPr>
              <w:t>[ ] SI [ ] NO</w:t>
            </w:r>
          </w:p>
        </w:tc>
        <w:tc>
          <w:tcPr>
            <w:tcW w:w="1322" w:type="dxa"/>
            <w:tcMar>
              <w:top w:w="55" w:type="dxa"/>
              <w:left w:w="55" w:type="dxa"/>
              <w:bottom w:w="55" w:type="dxa"/>
              <w:right w:w="55" w:type="dxa"/>
            </w:tcMar>
          </w:tcPr>
          <w:p w14:paraId="4689BDA4" w14:textId="77777777" w:rsidR="003D6426" w:rsidRDefault="00000000">
            <w:pPr>
              <w:spacing w:after="0" w:line="240" w:lineRule="auto"/>
              <w:rPr>
                <w:rFonts w:hint="eastAsia"/>
              </w:rPr>
            </w:pPr>
            <w:r>
              <w:rPr>
                <w:sz w:val="13"/>
              </w:rPr>
              <w:t>[ ] idoneo [ ] limitazioni</w:t>
            </w:r>
          </w:p>
        </w:tc>
        <w:tc>
          <w:tcPr>
            <w:tcW w:w="1763" w:type="dxa"/>
            <w:tcMar>
              <w:top w:w="55" w:type="dxa"/>
              <w:left w:w="55" w:type="dxa"/>
              <w:bottom w:w="55" w:type="dxa"/>
              <w:right w:w="55" w:type="dxa"/>
            </w:tcMar>
          </w:tcPr>
          <w:p w14:paraId="2D3D210F" w14:textId="77777777" w:rsidR="003D6426" w:rsidRDefault="003D6426">
            <w:pPr>
              <w:spacing w:after="0" w:line="240" w:lineRule="auto"/>
              <w:rPr>
                <w:rFonts w:hint="eastAsia"/>
              </w:rPr>
            </w:pPr>
          </w:p>
        </w:tc>
      </w:tr>
      <w:tr w:rsidR="003D6426" w14:paraId="18D2C052" w14:textId="77777777">
        <w:trPr>
          <w:jc w:val="center"/>
        </w:trPr>
        <w:tc>
          <w:tcPr>
            <w:tcW w:w="1763" w:type="dxa"/>
            <w:tcMar>
              <w:top w:w="55" w:type="dxa"/>
              <w:left w:w="55" w:type="dxa"/>
              <w:bottom w:w="55" w:type="dxa"/>
              <w:right w:w="55" w:type="dxa"/>
            </w:tcMar>
          </w:tcPr>
          <w:p w14:paraId="703BE25B" w14:textId="77777777" w:rsidR="003D6426" w:rsidRDefault="003D6426">
            <w:pPr>
              <w:spacing w:after="0" w:line="240" w:lineRule="auto"/>
              <w:rPr>
                <w:rFonts w:hint="eastAsia"/>
              </w:rPr>
            </w:pPr>
          </w:p>
        </w:tc>
        <w:tc>
          <w:tcPr>
            <w:tcW w:w="1542" w:type="dxa"/>
            <w:tcMar>
              <w:top w:w="55" w:type="dxa"/>
              <w:left w:w="55" w:type="dxa"/>
              <w:bottom w:w="55" w:type="dxa"/>
              <w:right w:w="55" w:type="dxa"/>
            </w:tcMar>
          </w:tcPr>
          <w:p w14:paraId="4467C07C" w14:textId="77777777" w:rsidR="003D6426" w:rsidRDefault="003D6426">
            <w:pPr>
              <w:spacing w:after="0" w:line="240" w:lineRule="auto"/>
              <w:rPr>
                <w:rFonts w:hint="eastAsia"/>
              </w:rPr>
            </w:pPr>
          </w:p>
        </w:tc>
        <w:tc>
          <w:tcPr>
            <w:tcW w:w="1322" w:type="dxa"/>
            <w:tcMar>
              <w:top w:w="55" w:type="dxa"/>
              <w:left w:w="55" w:type="dxa"/>
              <w:bottom w:w="55" w:type="dxa"/>
              <w:right w:w="55" w:type="dxa"/>
            </w:tcMar>
          </w:tcPr>
          <w:p w14:paraId="5B501F99" w14:textId="77777777" w:rsidR="003D6426" w:rsidRDefault="00000000">
            <w:pPr>
              <w:spacing w:after="0" w:line="240" w:lineRule="auto"/>
              <w:rPr>
                <w:rFonts w:hint="eastAsia"/>
              </w:rPr>
            </w:pPr>
            <w:r>
              <w:rPr>
                <w:sz w:val="13"/>
              </w:rPr>
              <w:t>data ____/____/______</w:t>
            </w:r>
          </w:p>
        </w:tc>
        <w:tc>
          <w:tcPr>
            <w:tcW w:w="1498" w:type="dxa"/>
            <w:tcMar>
              <w:top w:w="55" w:type="dxa"/>
              <w:left w:w="55" w:type="dxa"/>
              <w:bottom w:w="55" w:type="dxa"/>
              <w:right w:w="55" w:type="dxa"/>
            </w:tcMar>
          </w:tcPr>
          <w:p w14:paraId="2BD92685" w14:textId="77777777" w:rsidR="003D6426" w:rsidRDefault="00000000">
            <w:pPr>
              <w:spacing w:after="0" w:line="240" w:lineRule="auto"/>
              <w:rPr>
                <w:rFonts w:hint="eastAsia"/>
              </w:rPr>
            </w:pPr>
            <w:r>
              <w:rPr>
                <w:sz w:val="13"/>
              </w:rPr>
              <w:t>data ____/____/______</w:t>
            </w:r>
          </w:p>
        </w:tc>
        <w:tc>
          <w:tcPr>
            <w:tcW w:w="881" w:type="dxa"/>
            <w:tcMar>
              <w:top w:w="55" w:type="dxa"/>
              <w:left w:w="55" w:type="dxa"/>
              <w:bottom w:w="55" w:type="dxa"/>
              <w:right w:w="55" w:type="dxa"/>
            </w:tcMar>
          </w:tcPr>
          <w:p w14:paraId="44A79269" w14:textId="77777777" w:rsidR="003D6426" w:rsidRDefault="00000000">
            <w:pPr>
              <w:spacing w:after="0" w:line="240" w:lineRule="auto"/>
              <w:rPr>
                <w:rFonts w:hint="eastAsia"/>
              </w:rPr>
            </w:pPr>
            <w:r>
              <w:rPr>
                <w:sz w:val="13"/>
              </w:rPr>
              <w:t>[ ] SI [ ] NO</w:t>
            </w:r>
          </w:p>
        </w:tc>
        <w:tc>
          <w:tcPr>
            <w:tcW w:w="1322" w:type="dxa"/>
            <w:tcMar>
              <w:top w:w="55" w:type="dxa"/>
              <w:left w:w="55" w:type="dxa"/>
              <w:bottom w:w="55" w:type="dxa"/>
              <w:right w:w="55" w:type="dxa"/>
            </w:tcMar>
          </w:tcPr>
          <w:p w14:paraId="6BA894AB" w14:textId="77777777" w:rsidR="003D6426" w:rsidRDefault="00000000">
            <w:pPr>
              <w:spacing w:after="0" w:line="240" w:lineRule="auto"/>
              <w:rPr>
                <w:rFonts w:hint="eastAsia"/>
              </w:rPr>
            </w:pPr>
            <w:r>
              <w:rPr>
                <w:sz w:val="13"/>
              </w:rPr>
              <w:t>[ ] idoneo [ ] limitazioni</w:t>
            </w:r>
          </w:p>
        </w:tc>
        <w:tc>
          <w:tcPr>
            <w:tcW w:w="1763" w:type="dxa"/>
            <w:tcMar>
              <w:top w:w="55" w:type="dxa"/>
              <w:left w:w="55" w:type="dxa"/>
              <w:bottom w:w="55" w:type="dxa"/>
              <w:right w:w="55" w:type="dxa"/>
            </w:tcMar>
          </w:tcPr>
          <w:p w14:paraId="3D5C4BBF" w14:textId="77777777" w:rsidR="003D6426" w:rsidRDefault="003D6426">
            <w:pPr>
              <w:spacing w:after="0" w:line="240" w:lineRule="auto"/>
              <w:rPr>
                <w:rFonts w:hint="eastAsia"/>
              </w:rPr>
            </w:pPr>
          </w:p>
        </w:tc>
      </w:tr>
      <w:tr w:rsidR="003D6426" w14:paraId="2898AA00" w14:textId="77777777">
        <w:trPr>
          <w:jc w:val="center"/>
        </w:trPr>
        <w:tc>
          <w:tcPr>
            <w:tcW w:w="1763" w:type="dxa"/>
            <w:tcMar>
              <w:top w:w="55" w:type="dxa"/>
              <w:left w:w="55" w:type="dxa"/>
              <w:bottom w:w="55" w:type="dxa"/>
              <w:right w:w="55" w:type="dxa"/>
            </w:tcMar>
          </w:tcPr>
          <w:p w14:paraId="6828CCC6" w14:textId="77777777" w:rsidR="003D6426" w:rsidRDefault="003D6426">
            <w:pPr>
              <w:spacing w:after="0" w:line="240" w:lineRule="auto"/>
              <w:rPr>
                <w:rFonts w:hint="eastAsia"/>
              </w:rPr>
            </w:pPr>
          </w:p>
        </w:tc>
        <w:tc>
          <w:tcPr>
            <w:tcW w:w="1542" w:type="dxa"/>
            <w:tcMar>
              <w:top w:w="55" w:type="dxa"/>
              <w:left w:w="55" w:type="dxa"/>
              <w:bottom w:w="55" w:type="dxa"/>
              <w:right w:w="55" w:type="dxa"/>
            </w:tcMar>
          </w:tcPr>
          <w:p w14:paraId="0044B09C" w14:textId="77777777" w:rsidR="003D6426" w:rsidRDefault="003D6426">
            <w:pPr>
              <w:spacing w:after="0" w:line="240" w:lineRule="auto"/>
              <w:rPr>
                <w:rFonts w:hint="eastAsia"/>
              </w:rPr>
            </w:pPr>
          </w:p>
        </w:tc>
        <w:tc>
          <w:tcPr>
            <w:tcW w:w="1322" w:type="dxa"/>
            <w:tcMar>
              <w:top w:w="55" w:type="dxa"/>
              <w:left w:w="55" w:type="dxa"/>
              <w:bottom w:w="55" w:type="dxa"/>
              <w:right w:w="55" w:type="dxa"/>
            </w:tcMar>
          </w:tcPr>
          <w:p w14:paraId="6637FAA1" w14:textId="77777777" w:rsidR="003D6426" w:rsidRDefault="00000000">
            <w:pPr>
              <w:spacing w:after="0" w:line="240" w:lineRule="auto"/>
              <w:rPr>
                <w:rFonts w:hint="eastAsia"/>
              </w:rPr>
            </w:pPr>
            <w:r>
              <w:rPr>
                <w:sz w:val="13"/>
              </w:rPr>
              <w:t>data ____/____/______</w:t>
            </w:r>
          </w:p>
        </w:tc>
        <w:tc>
          <w:tcPr>
            <w:tcW w:w="1498" w:type="dxa"/>
            <w:tcMar>
              <w:top w:w="55" w:type="dxa"/>
              <w:left w:w="55" w:type="dxa"/>
              <w:bottom w:w="55" w:type="dxa"/>
              <w:right w:w="55" w:type="dxa"/>
            </w:tcMar>
          </w:tcPr>
          <w:p w14:paraId="0C96E7E8" w14:textId="77777777" w:rsidR="003D6426" w:rsidRDefault="00000000">
            <w:pPr>
              <w:spacing w:after="0" w:line="240" w:lineRule="auto"/>
              <w:rPr>
                <w:rFonts w:hint="eastAsia"/>
              </w:rPr>
            </w:pPr>
            <w:r>
              <w:rPr>
                <w:sz w:val="13"/>
              </w:rPr>
              <w:t>data ____/____/______</w:t>
            </w:r>
          </w:p>
        </w:tc>
        <w:tc>
          <w:tcPr>
            <w:tcW w:w="881" w:type="dxa"/>
            <w:tcMar>
              <w:top w:w="55" w:type="dxa"/>
              <w:left w:w="55" w:type="dxa"/>
              <w:bottom w:w="55" w:type="dxa"/>
              <w:right w:w="55" w:type="dxa"/>
            </w:tcMar>
          </w:tcPr>
          <w:p w14:paraId="144B62FC" w14:textId="77777777" w:rsidR="003D6426" w:rsidRDefault="00000000">
            <w:pPr>
              <w:spacing w:after="0" w:line="240" w:lineRule="auto"/>
              <w:rPr>
                <w:rFonts w:hint="eastAsia"/>
              </w:rPr>
            </w:pPr>
            <w:r>
              <w:rPr>
                <w:sz w:val="13"/>
              </w:rPr>
              <w:t>[ ] SI [ ] NO</w:t>
            </w:r>
          </w:p>
        </w:tc>
        <w:tc>
          <w:tcPr>
            <w:tcW w:w="1322" w:type="dxa"/>
            <w:tcMar>
              <w:top w:w="55" w:type="dxa"/>
              <w:left w:w="55" w:type="dxa"/>
              <w:bottom w:w="55" w:type="dxa"/>
              <w:right w:w="55" w:type="dxa"/>
            </w:tcMar>
          </w:tcPr>
          <w:p w14:paraId="2B211DC3" w14:textId="77777777" w:rsidR="003D6426" w:rsidRDefault="00000000">
            <w:pPr>
              <w:spacing w:after="0" w:line="240" w:lineRule="auto"/>
              <w:rPr>
                <w:rFonts w:hint="eastAsia"/>
              </w:rPr>
            </w:pPr>
            <w:r>
              <w:rPr>
                <w:sz w:val="13"/>
              </w:rPr>
              <w:t>[ ] idoneo [ ] limitazioni</w:t>
            </w:r>
          </w:p>
        </w:tc>
        <w:tc>
          <w:tcPr>
            <w:tcW w:w="1763" w:type="dxa"/>
            <w:tcMar>
              <w:top w:w="55" w:type="dxa"/>
              <w:left w:w="55" w:type="dxa"/>
              <w:bottom w:w="55" w:type="dxa"/>
              <w:right w:w="55" w:type="dxa"/>
            </w:tcMar>
          </w:tcPr>
          <w:p w14:paraId="307F8EDE" w14:textId="77777777" w:rsidR="003D6426" w:rsidRDefault="003D6426">
            <w:pPr>
              <w:spacing w:after="0" w:line="240" w:lineRule="auto"/>
              <w:rPr>
                <w:rFonts w:hint="eastAsia"/>
              </w:rPr>
            </w:pPr>
          </w:p>
        </w:tc>
      </w:tr>
    </w:tbl>
    <w:p w14:paraId="03BE8331" w14:textId="77777777" w:rsidR="003D6426" w:rsidRDefault="00000000">
      <w:pPr>
        <w:pStyle w:val="TableTitle"/>
        <w:rPr>
          <w:rFonts w:hint="eastAsia"/>
        </w:rPr>
      </w:pPr>
      <w:r>
        <w:t>Gestione registro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1BC82C17" w14:textId="77777777">
        <w:trPr>
          <w:jc w:val="center"/>
        </w:trPr>
        <w:tc>
          <w:tcPr>
            <w:tcW w:w="2691" w:type="dxa"/>
            <w:shd w:val="clear" w:color="auto" w:fill="F2F2F2"/>
            <w:tcMar>
              <w:top w:w="55" w:type="dxa"/>
              <w:left w:w="55" w:type="dxa"/>
              <w:bottom w:w="55" w:type="dxa"/>
              <w:right w:w="55" w:type="dxa"/>
            </w:tcMar>
          </w:tcPr>
          <w:p w14:paraId="3EBBA353" w14:textId="77777777" w:rsidR="003D6426" w:rsidRDefault="00000000">
            <w:pPr>
              <w:spacing w:after="0" w:line="240" w:lineRule="auto"/>
              <w:rPr>
                <w:rFonts w:hint="eastAsia"/>
              </w:rPr>
            </w:pPr>
            <w:r>
              <w:rPr>
                <w:b/>
                <w:sz w:val="16"/>
              </w:rPr>
              <w:t>Responsabile registro</w:t>
            </w:r>
          </w:p>
        </w:tc>
        <w:tc>
          <w:tcPr>
            <w:tcW w:w="7401" w:type="dxa"/>
            <w:tcMar>
              <w:top w:w="55" w:type="dxa"/>
              <w:left w:w="55" w:type="dxa"/>
              <w:bottom w:w="55" w:type="dxa"/>
              <w:right w:w="55" w:type="dxa"/>
            </w:tcMar>
          </w:tcPr>
          <w:p w14:paraId="3F758DA8" w14:textId="77777777" w:rsidR="003D6426" w:rsidRDefault="00000000">
            <w:pPr>
              <w:spacing w:after="0" w:line="240" w:lineRule="auto"/>
              <w:rPr>
                <w:rFonts w:hint="eastAsia"/>
              </w:rPr>
            </w:pPr>
            <w:r>
              <w:rPr>
                <w:sz w:val="16"/>
              </w:rPr>
              <w:t>Nome: __________________  Ruolo: __________________  Firma: __________________</w:t>
            </w:r>
          </w:p>
        </w:tc>
      </w:tr>
      <w:tr w:rsidR="003D6426" w14:paraId="0516FD6E" w14:textId="77777777">
        <w:trPr>
          <w:jc w:val="center"/>
        </w:trPr>
        <w:tc>
          <w:tcPr>
            <w:tcW w:w="2691" w:type="dxa"/>
            <w:shd w:val="clear" w:color="auto" w:fill="F2F2F2"/>
            <w:tcMar>
              <w:top w:w="55" w:type="dxa"/>
              <w:left w:w="55" w:type="dxa"/>
              <w:bottom w:w="55" w:type="dxa"/>
              <w:right w:w="55" w:type="dxa"/>
            </w:tcMar>
          </w:tcPr>
          <w:p w14:paraId="695041D3" w14:textId="77777777" w:rsidR="003D6426" w:rsidRDefault="00000000">
            <w:pPr>
              <w:spacing w:after="0" w:line="240" w:lineRule="auto"/>
              <w:rPr>
                <w:rFonts w:hint="eastAsia"/>
              </w:rPr>
            </w:pPr>
            <w:r>
              <w:rPr>
                <w:b/>
                <w:sz w:val="16"/>
              </w:rPr>
              <w:t>Riesame</w:t>
            </w:r>
          </w:p>
        </w:tc>
        <w:tc>
          <w:tcPr>
            <w:tcW w:w="7401" w:type="dxa"/>
            <w:tcMar>
              <w:top w:w="55" w:type="dxa"/>
              <w:left w:w="55" w:type="dxa"/>
              <w:bottom w:w="55" w:type="dxa"/>
              <w:right w:w="55" w:type="dxa"/>
            </w:tcMar>
          </w:tcPr>
          <w:p w14:paraId="46FA22D4" w14:textId="77777777" w:rsidR="003D6426" w:rsidRDefault="00000000">
            <w:pPr>
              <w:spacing w:after="0" w:line="240" w:lineRule="auto"/>
              <w:rPr>
                <w:rFonts w:hint="eastAsia"/>
              </w:rPr>
            </w:pPr>
            <w:r>
              <w:rPr>
                <w:sz w:val="16"/>
              </w:rPr>
              <w:t>Frequenza: ________  Ultimo riesame: ____/____/______  Prossimo riesame: ____/____/______</w:t>
            </w:r>
          </w:p>
        </w:tc>
      </w:tr>
      <w:tr w:rsidR="003D6426" w14:paraId="0BBB4C40" w14:textId="77777777">
        <w:trPr>
          <w:jc w:val="center"/>
        </w:trPr>
        <w:tc>
          <w:tcPr>
            <w:tcW w:w="2691" w:type="dxa"/>
            <w:shd w:val="clear" w:color="auto" w:fill="F2F2F2"/>
            <w:tcMar>
              <w:top w:w="55" w:type="dxa"/>
              <w:left w:w="55" w:type="dxa"/>
              <w:bottom w:w="55" w:type="dxa"/>
              <w:right w:w="55" w:type="dxa"/>
            </w:tcMar>
          </w:tcPr>
          <w:p w14:paraId="5E051357" w14:textId="77777777" w:rsidR="003D6426" w:rsidRDefault="00000000">
            <w:pPr>
              <w:spacing w:after="0" w:line="240" w:lineRule="auto"/>
              <w:rPr>
                <w:rFonts w:hint="eastAsia"/>
              </w:rPr>
            </w:pPr>
            <w:r>
              <w:rPr>
                <w:b/>
                <w:sz w:val="16"/>
              </w:rPr>
              <w:t>Note</w:t>
            </w:r>
          </w:p>
        </w:tc>
        <w:tc>
          <w:tcPr>
            <w:tcW w:w="7401" w:type="dxa"/>
            <w:tcMar>
              <w:top w:w="55" w:type="dxa"/>
              <w:left w:w="55" w:type="dxa"/>
              <w:bottom w:w="55" w:type="dxa"/>
              <w:right w:w="55" w:type="dxa"/>
            </w:tcMar>
          </w:tcPr>
          <w:p w14:paraId="03C3DB28" w14:textId="77777777" w:rsidR="003D6426" w:rsidRDefault="00000000">
            <w:pPr>
              <w:spacing w:after="0" w:line="240" w:lineRule="auto"/>
              <w:rPr>
                <w:rFonts w:hint="eastAsia"/>
              </w:rPr>
            </w:pPr>
            <w:r>
              <w:rPr>
                <w:sz w:val="16"/>
              </w:rPr>
              <w:t>Il registro non sostituisce gli attestati, i verbali di addestramento e i giudizi di idoneità sanitaria, che devono essere conservati secondo le regole aziendali.</w:t>
            </w:r>
          </w:p>
        </w:tc>
      </w:tr>
    </w:tbl>
    <w:p w14:paraId="2B68E800" w14:textId="77777777" w:rsidR="003D6426" w:rsidRDefault="00000000">
      <w:pPr>
        <w:rPr>
          <w:rFonts w:hint="eastAsia"/>
        </w:rPr>
      </w:pPr>
      <w:r>
        <w:br w:type="page"/>
      </w:r>
    </w:p>
    <w:p w14:paraId="72991D0A" w14:textId="77777777" w:rsidR="003D6426" w:rsidRDefault="00000000">
      <w:pPr>
        <w:pStyle w:val="Titolo1"/>
      </w:pPr>
      <w:r>
        <w:t>ALLEGATO N - Rapporto chiusura lavoro e debriefing</w:t>
      </w:r>
    </w:p>
    <w:p w14:paraId="76FC0F0D" w14:textId="77777777" w:rsidR="003D6426" w:rsidRDefault="00000000">
      <w:pPr>
        <w:pStyle w:val="TableTitle"/>
        <w:rPr>
          <w:rFonts w:hint="eastAsia"/>
        </w:rPr>
      </w:pPr>
      <w:r>
        <w:t>Dati chiusura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4EB04C43" w14:textId="77777777">
        <w:trPr>
          <w:jc w:val="center"/>
        </w:trPr>
        <w:tc>
          <w:tcPr>
            <w:tcW w:w="2691" w:type="dxa"/>
            <w:shd w:val="clear" w:color="auto" w:fill="F2F2F2"/>
            <w:tcMar>
              <w:top w:w="55" w:type="dxa"/>
              <w:left w:w="55" w:type="dxa"/>
              <w:bottom w:w="55" w:type="dxa"/>
              <w:right w:w="55" w:type="dxa"/>
            </w:tcMar>
          </w:tcPr>
          <w:p w14:paraId="3EDA60D5" w14:textId="77777777" w:rsidR="003D6426" w:rsidRDefault="00000000">
            <w:pPr>
              <w:spacing w:after="0" w:line="240" w:lineRule="auto"/>
              <w:rPr>
                <w:rFonts w:hint="eastAsia"/>
              </w:rPr>
            </w:pPr>
            <w:r>
              <w:rPr>
                <w:b/>
                <w:sz w:val="16"/>
              </w:rPr>
              <w:t>Permesso n.</w:t>
            </w:r>
          </w:p>
        </w:tc>
        <w:tc>
          <w:tcPr>
            <w:tcW w:w="7401" w:type="dxa"/>
            <w:tcMar>
              <w:top w:w="55" w:type="dxa"/>
              <w:left w:w="55" w:type="dxa"/>
              <w:bottom w:w="55" w:type="dxa"/>
              <w:right w:w="55" w:type="dxa"/>
            </w:tcMar>
          </w:tcPr>
          <w:p w14:paraId="5AC18FA3" w14:textId="77777777" w:rsidR="003D6426" w:rsidRDefault="00000000">
            <w:pPr>
              <w:spacing w:after="0" w:line="240" w:lineRule="auto"/>
              <w:rPr>
                <w:rFonts w:hint="eastAsia"/>
              </w:rPr>
            </w:pPr>
            <w:r>
              <w:rPr>
                <w:sz w:val="16"/>
              </w:rPr>
              <w:t>__________</w:t>
            </w:r>
          </w:p>
        </w:tc>
      </w:tr>
      <w:tr w:rsidR="003D6426" w14:paraId="2FF36F26" w14:textId="77777777">
        <w:trPr>
          <w:jc w:val="center"/>
        </w:trPr>
        <w:tc>
          <w:tcPr>
            <w:tcW w:w="2691" w:type="dxa"/>
            <w:shd w:val="clear" w:color="auto" w:fill="F2F2F2"/>
            <w:tcMar>
              <w:top w:w="55" w:type="dxa"/>
              <w:left w:w="55" w:type="dxa"/>
              <w:bottom w:w="55" w:type="dxa"/>
              <w:right w:w="55" w:type="dxa"/>
            </w:tcMar>
          </w:tcPr>
          <w:p w14:paraId="5C6A7D55" w14:textId="77777777" w:rsidR="003D6426" w:rsidRDefault="00000000">
            <w:pPr>
              <w:spacing w:after="0" w:line="240" w:lineRule="auto"/>
              <w:rPr>
                <w:rFonts w:hint="eastAsia"/>
              </w:rPr>
            </w:pPr>
            <w:r>
              <w:rPr>
                <w:b/>
                <w:sz w:val="16"/>
              </w:rPr>
              <w:t>Ambiente/intervento</w:t>
            </w:r>
          </w:p>
        </w:tc>
        <w:tc>
          <w:tcPr>
            <w:tcW w:w="7401" w:type="dxa"/>
            <w:tcMar>
              <w:top w:w="55" w:type="dxa"/>
              <w:left w:w="55" w:type="dxa"/>
              <w:bottom w:w="55" w:type="dxa"/>
              <w:right w:w="55" w:type="dxa"/>
            </w:tcMar>
          </w:tcPr>
          <w:p w14:paraId="7C56FB4B" w14:textId="77777777" w:rsidR="003D6426" w:rsidRDefault="00000000">
            <w:pPr>
              <w:spacing w:after="0" w:line="240" w:lineRule="auto"/>
              <w:rPr>
                <w:rFonts w:hint="eastAsia"/>
              </w:rPr>
            </w:pPr>
            <w:r>
              <w:rPr>
                <w:sz w:val="16"/>
              </w:rPr>
              <w:t>ID ACSI: ________  Attività: ______________________________________________</w:t>
            </w:r>
          </w:p>
        </w:tc>
      </w:tr>
      <w:tr w:rsidR="003D6426" w14:paraId="1E72E30A" w14:textId="77777777">
        <w:trPr>
          <w:jc w:val="center"/>
        </w:trPr>
        <w:tc>
          <w:tcPr>
            <w:tcW w:w="2691" w:type="dxa"/>
            <w:shd w:val="clear" w:color="auto" w:fill="F2F2F2"/>
            <w:tcMar>
              <w:top w:w="55" w:type="dxa"/>
              <w:left w:w="55" w:type="dxa"/>
              <w:bottom w:w="55" w:type="dxa"/>
              <w:right w:w="55" w:type="dxa"/>
            </w:tcMar>
          </w:tcPr>
          <w:p w14:paraId="28FBC4DF" w14:textId="77777777" w:rsidR="003D6426" w:rsidRDefault="00000000">
            <w:pPr>
              <w:spacing w:after="0" w:line="240" w:lineRule="auto"/>
              <w:rPr>
                <w:rFonts w:hint="eastAsia"/>
              </w:rPr>
            </w:pPr>
            <w:r>
              <w:rPr>
                <w:b/>
                <w:sz w:val="16"/>
              </w:rPr>
              <w:t>Data/ora chiusura</w:t>
            </w:r>
          </w:p>
        </w:tc>
        <w:tc>
          <w:tcPr>
            <w:tcW w:w="7401" w:type="dxa"/>
            <w:tcMar>
              <w:top w:w="55" w:type="dxa"/>
              <w:left w:w="55" w:type="dxa"/>
              <w:bottom w:w="55" w:type="dxa"/>
              <w:right w:w="55" w:type="dxa"/>
            </w:tcMar>
          </w:tcPr>
          <w:p w14:paraId="5DBC5E1A" w14:textId="77777777" w:rsidR="003D6426" w:rsidRDefault="00000000">
            <w:pPr>
              <w:spacing w:after="0" w:line="240" w:lineRule="auto"/>
              <w:rPr>
                <w:rFonts w:hint="eastAsia"/>
              </w:rPr>
            </w:pPr>
            <w:r>
              <w:rPr>
                <w:sz w:val="16"/>
              </w:rPr>
              <w:t>____/____/______ ore ____:____</w:t>
            </w:r>
          </w:p>
        </w:tc>
      </w:tr>
      <w:tr w:rsidR="003D6426" w14:paraId="35C657F2" w14:textId="77777777">
        <w:trPr>
          <w:jc w:val="center"/>
        </w:trPr>
        <w:tc>
          <w:tcPr>
            <w:tcW w:w="2691" w:type="dxa"/>
            <w:shd w:val="clear" w:color="auto" w:fill="F2F2F2"/>
            <w:tcMar>
              <w:top w:w="55" w:type="dxa"/>
              <w:left w:w="55" w:type="dxa"/>
              <w:bottom w:w="55" w:type="dxa"/>
              <w:right w:w="55" w:type="dxa"/>
            </w:tcMar>
          </w:tcPr>
          <w:p w14:paraId="387CB712" w14:textId="77777777" w:rsidR="003D6426" w:rsidRDefault="00000000">
            <w:pPr>
              <w:spacing w:after="0" w:line="240" w:lineRule="auto"/>
              <w:rPr>
                <w:rFonts w:hint="eastAsia"/>
              </w:rPr>
            </w:pPr>
            <w:r>
              <w:rPr>
                <w:b/>
                <w:sz w:val="16"/>
              </w:rPr>
              <w:t>Preposto</w:t>
            </w:r>
          </w:p>
        </w:tc>
        <w:tc>
          <w:tcPr>
            <w:tcW w:w="7401" w:type="dxa"/>
            <w:tcMar>
              <w:top w:w="55" w:type="dxa"/>
              <w:left w:w="55" w:type="dxa"/>
              <w:bottom w:w="55" w:type="dxa"/>
              <w:right w:w="55" w:type="dxa"/>
            </w:tcMar>
          </w:tcPr>
          <w:p w14:paraId="23880F79" w14:textId="77777777" w:rsidR="003D6426" w:rsidRDefault="00000000">
            <w:pPr>
              <w:spacing w:after="0" w:line="240" w:lineRule="auto"/>
              <w:rPr>
                <w:rFonts w:hint="eastAsia"/>
              </w:rPr>
            </w:pPr>
            <w:r>
              <w:rPr>
                <w:sz w:val="16"/>
              </w:rPr>
              <w:t>Nome: __________________  Firma: __________________</w:t>
            </w:r>
          </w:p>
        </w:tc>
      </w:tr>
    </w:tbl>
    <w:p w14:paraId="1528A13B" w14:textId="77777777" w:rsidR="003D6426" w:rsidRDefault="00000000">
      <w:pPr>
        <w:pStyle w:val="TableTitle"/>
        <w:rPr>
          <w:rFonts w:hint="eastAsia"/>
        </w:rPr>
      </w:pPr>
      <w:r>
        <w:t>Check-list chiusura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
        <w:gridCol w:w="4717"/>
        <w:gridCol w:w="1481"/>
        <w:gridCol w:w="2413"/>
        <w:gridCol w:w="1097"/>
      </w:tblGrid>
      <w:tr w:rsidR="003D6426" w14:paraId="23BB3299" w14:textId="77777777">
        <w:trPr>
          <w:tblHeader/>
          <w:jc w:val="center"/>
        </w:trPr>
        <w:tc>
          <w:tcPr>
            <w:tcW w:w="488" w:type="dxa"/>
            <w:shd w:val="clear" w:color="auto" w:fill="D9EAF7"/>
            <w:tcMar>
              <w:top w:w="55" w:type="dxa"/>
              <w:left w:w="55" w:type="dxa"/>
              <w:bottom w:w="55" w:type="dxa"/>
              <w:right w:w="55" w:type="dxa"/>
            </w:tcMar>
            <w:vAlign w:val="center"/>
          </w:tcPr>
          <w:p w14:paraId="52BDFE65" w14:textId="77777777" w:rsidR="003D6426" w:rsidRDefault="00000000">
            <w:pPr>
              <w:spacing w:after="0" w:line="240" w:lineRule="auto"/>
              <w:jc w:val="center"/>
              <w:rPr>
                <w:rFonts w:hint="eastAsia"/>
              </w:rPr>
            </w:pPr>
            <w:r>
              <w:rPr>
                <w:b/>
                <w:sz w:val="15"/>
              </w:rPr>
              <w:t>N.</w:t>
            </w:r>
          </w:p>
        </w:tc>
        <w:tc>
          <w:tcPr>
            <w:tcW w:w="4666" w:type="dxa"/>
            <w:shd w:val="clear" w:color="auto" w:fill="D9EAF7"/>
            <w:tcMar>
              <w:top w:w="55" w:type="dxa"/>
              <w:left w:w="55" w:type="dxa"/>
              <w:bottom w:w="55" w:type="dxa"/>
              <w:right w:w="55" w:type="dxa"/>
            </w:tcMar>
            <w:vAlign w:val="center"/>
          </w:tcPr>
          <w:p w14:paraId="5DD537BD" w14:textId="77777777" w:rsidR="003D6426" w:rsidRDefault="00000000">
            <w:pPr>
              <w:spacing w:after="0" w:line="240" w:lineRule="auto"/>
              <w:jc w:val="center"/>
              <w:rPr>
                <w:rFonts w:hint="eastAsia"/>
              </w:rPr>
            </w:pPr>
            <w:r>
              <w:rPr>
                <w:b/>
                <w:sz w:val="15"/>
              </w:rPr>
              <w:t>Verifica/azione</w:t>
            </w:r>
          </w:p>
        </w:tc>
        <w:tc>
          <w:tcPr>
            <w:tcW w:w="1465" w:type="dxa"/>
            <w:shd w:val="clear" w:color="auto" w:fill="D9EAF7"/>
            <w:tcMar>
              <w:top w:w="55" w:type="dxa"/>
              <w:left w:w="55" w:type="dxa"/>
              <w:bottom w:w="55" w:type="dxa"/>
              <w:right w:w="55" w:type="dxa"/>
            </w:tcMar>
            <w:vAlign w:val="center"/>
          </w:tcPr>
          <w:p w14:paraId="57C83FB3" w14:textId="77777777" w:rsidR="003D6426" w:rsidRDefault="00000000">
            <w:pPr>
              <w:spacing w:after="0" w:line="240" w:lineRule="auto"/>
              <w:jc w:val="center"/>
              <w:rPr>
                <w:rFonts w:hint="eastAsia"/>
              </w:rPr>
            </w:pPr>
            <w:r>
              <w:rPr>
                <w:b/>
                <w:sz w:val="15"/>
              </w:rPr>
              <w:t>Esito</w:t>
            </w:r>
          </w:p>
        </w:tc>
        <w:tc>
          <w:tcPr>
            <w:tcW w:w="2387" w:type="dxa"/>
            <w:shd w:val="clear" w:color="auto" w:fill="D9EAF7"/>
            <w:tcMar>
              <w:top w:w="55" w:type="dxa"/>
              <w:left w:w="55" w:type="dxa"/>
              <w:bottom w:w="55" w:type="dxa"/>
              <w:right w:w="55" w:type="dxa"/>
            </w:tcMar>
            <w:vAlign w:val="center"/>
          </w:tcPr>
          <w:p w14:paraId="3840A166" w14:textId="77777777" w:rsidR="003D6426" w:rsidRDefault="00000000">
            <w:pPr>
              <w:spacing w:after="0" w:line="240" w:lineRule="auto"/>
              <w:jc w:val="center"/>
              <w:rPr>
                <w:rFonts w:hint="eastAsia"/>
              </w:rPr>
            </w:pPr>
            <w:r>
              <w:rPr>
                <w:b/>
                <w:sz w:val="15"/>
              </w:rPr>
              <w:t>Evidenza o riferimento</w:t>
            </w:r>
          </w:p>
        </w:tc>
        <w:tc>
          <w:tcPr>
            <w:tcW w:w="1085" w:type="dxa"/>
            <w:shd w:val="clear" w:color="auto" w:fill="D9EAF7"/>
            <w:tcMar>
              <w:top w:w="55" w:type="dxa"/>
              <w:left w:w="55" w:type="dxa"/>
              <w:bottom w:w="55" w:type="dxa"/>
              <w:right w:w="55" w:type="dxa"/>
            </w:tcMar>
            <w:vAlign w:val="center"/>
          </w:tcPr>
          <w:p w14:paraId="227CAB0F" w14:textId="77777777" w:rsidR="003D6426" w:rsidRDefault="00000000">
            <w:pPr>
              <w:spacing w:after="0" w:line="240" w:lineRule="auto"/>
              <w:jc w:val="center"/>
              <w:rPr>
                <w:rFonts w:hint="eastAsia"/>
              </w:rPr>
            </w:pPr>
            <w:r>
              <w:rPr>
                <w:b/>
                <w:sz w:val="15"/>
              </w:rPr>
              <w:t>Firma</w:t>
            </w:r>
          </w:p>
        </w:tc>
      </w:tr>
      <w:tr w:rsidR="003D6426" w14:paraId="73209BBB" w14:textId="77777777">
        <w:trPr>
          <w:jc w:val="center"/>
        </w:trPr>
        <w:tc>
          <w:tcPr>
            <w:tcW w:w="488" w:type="dxa"/>
            <w:tcMar>
              <w:top w:w="55" w:type="dxa"/>
              <w:left w:w="55" w:type="dxa"/>
              <w:bottom w:w="55" w:type="dxa"/>
              <w:right w:w="55" w:type="dxa"/>
            </w:tcMar>
          </w:tcPr>
          <w:p w14:paraId="5F90CA62" w14:textId="77777777" w:rsidR="003D6426" w:rsidRDefault="00000000">
            <w:pPr>
              <w:spacing w:after="0" w:line="240" w:lineRule="auto"/>
              <w:rPr>
                <w:rFonts w:hint="eastAsia"/>
              </w:rPr>
            </w:pPr>
            <w:r>
              <w:rPr>
                <w:sz w:val="15"/>
              </w:rPr>
              <w:t>1</w:t>
            </w:r>
          </w:p>
        </w:tc>
        <w:tc>
          <w:tcPr>
            <w:tcW w:w="4666" w:type="dxa"/>
            <w:tcMar>
              <w:top w:w="55" w:type="dxa"/>
              <w:left w:w="55" w:type="dxa"/>
              <w:bottom w:w="55" w:type="dxa"/>
              <w:right w:w="55" w:type="dxa"/>
            </w:tcMar>
          </w:tcPr>
          <w:p w14:paraId="50B0F149" w14:textId="77777777" w:rsidR="003D6426" w:rsidRDefault="00000000">
            <w:pPr>
              <w:spacing w:after="0" w:line="240" w:lineRule="auto"/>
              <w:rPr>
                <w:rFonts w:hint="eastAsia"/>
              </w:rPr>
            </w:pPr>
            <w:r>
              <w:rPr>
                <w:sz w:val="15"/>
              </w:rPr>
              <w:t>Tutti i lavoratori entranti sono usciti dall'ambiente.</w:t>
            </w:r>
          </w:p>
        </w:tc>
        <w:tc>
          <w:tcPr>
            <w:tcW w:w="1465" w:type="dxa"/>
            <w:tcMar>
              <w:top w:w="55" w:type="dxa"/>
              <w:left w:w="55" w:type="dxa"/>
              <w:bottom w:w="55" w:type="dxa"/>
              <w:right w:w="55" w:type="dxa"/>
            </w:tcMar>
          </w:tcPr>
          <w:p w14:paraId="2F2555A3"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6531911"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CF58C9F" w14:textId="77777777" w:rsidR="003D6426" w:rsidRDefault="003D6426">
            <w:pPr>
              <w:spacing w:after="0" w:line="240" w:lineRule="auto"/>
              <w:rPr>
                <w:rFonts w:hint="eastAsia"/>
              </w:rPr>
            </w:pPr>
          </w:p>
        </w:tc>
      </w:tr>
      <w:tr w:rsidR="003D6426" w14:paraId="377457F1" w14:textId="77777777">
        <w:trPr>
          <w:jc w:val="center"/>
        </w:trPr>
        <w:tc>
          <w:tcPr>
            <w:tcW w:w="488" w:type="dxa"/>
            <w:tcMar>
              <w:top w:w="55" w:type="dxa"/>
              <w:left w:w="55" w:type="dxa"/>
              <w:bottom w:w="55" w:type="dxa"/>
              <w:right w:w="55" w:type="dxa"/>
            </w:tcMar>
          </w:tcPr>
          <w:p w14:paraId="45034B65" w14:textId="77777777" w:rsidR="003D6426" w:rsidRDefault="00000000">
            <w:pPr>
              <w:spacing w:after="0" w:line="240" w:lineRule="auto"/>
              <w:rPr>
                <w:rFonts w:hint="eastAsia"/>
              </w:rPr>
            </w:pPr>
            <w:r>
              <w:rPr>
                <w:sz w:val="15"/>
              </w:rPr>
              <w:t>2</w:t>
            </w:r>
          </w:p>
        </w:tc>
        <w:tc>
          <w:tcPr>
            <w:tcW w:w="4666" w:type="dxa"/>
            <w:tcMar>
              <w:top w:w="55" w:type="dxa"/>
              <w:left w:w="55" w:type="dxa"/>
              <w:bottom w:w="55" w:type="dxa"/>
              <w:right w:w="55" w:type="dxa"/>
            </w:tcMar>
          </w:tcPr>
          <w:p w14:paraId="2A704247" w14:textId="77777777" w:rsidR="003D6426" w:rsidRDefault="00000000">
            <w:pPr>
              <w:spacing w:after="0" w:line="240" w:lineRule="auto"/>
              <w:rPr>
                <w:rFonts w:hint="eastAsia"/>
              </w:rPr>
            </w:pPr>
            <w:r>
              <w:rPr>
                <w:sz w:val="15"/>
              </w:rPr>
              <w:t>Il conteggio del personale è stato effettuato.</w:t>
            </w:r>
          </w:p>
        </w:tc>
        <w:tc>
          <w:tcPr>
            <w:tcW w:w="1465" w:type="dxa"/>
            <w:tcMar>
              <w:top w:w="55" w:type="dxa"/>
              <w:left w:w="55" w:type="dxa"/>
              <w:bottom w:w="55" w:type="dxa"/>
              <w:right w:w="55" w:type="dxa"/>
            </w:tcMar>
          </w:tcPr>
          <w:p w14:paraId="2FAB5671"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B1FECD0"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2CCD781" w14:textId="77777777" w:rsidR="003D6426" w:rsidRDefault="003D6426">
            <w:pPr>
              <w:spacing w:after="0" w:line="240" w:lineRule="auto"/>
              <w:rPr>
                <w:rFonts w:hint="eastAsia"/>
              </w:rPr>
            </w:pPr>
          </w:p>
        </w:tc>
      </w:tr>
      <w:tr w:rsidR="003D6426" w14:paraId="6E615B13" w14:textId="77777777">
        <w:trPr>
          <w:jc w:val="center"/>
        </w:trPr>
        <w:tc>
          <w:tcPr>
            <w:tcW w:w="488" w:type="dxa"/>
            <w:tcMar>
              <w:top w:w="55" w:type="dxa"/>
              <w:left w:w="55" w:type="dxa"/>
              <w:bottom w:w="55" w:type="dxa"/>
              <w:right w:w="55" w:type="dxa"/>
            </w:tcMar>
          </w:tcPr>
          <w:p w14:paraId="055E7792" w14:textId="77777777" w:rsidR="003D6426" w:rsidRDefault="00000000">
            <w:pPr>
              <w:spacing w:after="0" w:line="240" w:lineRule="auto"/>
              <w:rPr>
                <w:rFonts w:hint="eastAsia"/>
              </w:rPr>
            </w:pPr>
            <w:r>
              <w:rPr>
                <w:sz w:val="15"/>
              </w:rPr>
              <w:t>3</w:t>
            </w:r>
          </w:p>
        </w:tc>
        <w:tc>
          <w:tcPr>
            <w:tcW w:w="4666" w:type="dxa"/>
            <w:tcMar>
              <w:top w:w="55" w:type="dxa"/>
              <w:left w:w="55" w:type="dxa"/>
              <w:bottom w:w="55" w:type="dxa"/>
              <w:right w:w="55" w:type="dxa"/>
            </w:tcMar>
          </w:tcPr>
          <w:p w14:paraId="141DC64D" w14:textId="77777777" w:rsidR="003D6426" w:rsidRDefault="00000000">
            <w:pPr>
              <w:spacing w:after="0" w:line="240" w:lineRule="auto"/>
              <w:rPr>
                <w:rFonts w:hint="eastAsia"/>
              </w:rPr>
            </w:pPr>
            <w:r>
              <w:rPr>
                <w:sz w:val="15"/>
              </w:rPr>
              <w:t>Attrezzature, utensili, cavi, tubi e materiali sono stati rimossi.</w:t>
            </w:r>
          </w:p>
        </w:tc>
        <w:tc>
          <w:tcPr>
            <w:tcW w:w="1465" w:type="dxa"/>
            <w:tcMar>
              <w:top w:w="55" w:type="dxa"/>
              <w:left w:w="55" w:type="dxa"/>
              <w:bottom w:w="55" w:type="dxa"/>
              <w:right w:w="55" w:type="dxa"/>
            </w:tcMar>
          </w:tcPr>
          <w:p w14:paraId="554D3C88"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F180EF7"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2902E03D" w14:textId="77777777" w:rsidR="003D6426" w:rsidRDefault="003D6426">
            <w:pPr>
              <w:spacing w:after="0" w:line="240" w:lineRule="auto"/>
              <w:rPr>
                <w:rFonts w:hint="eastAsia"/>
              </w:rPr>
            </w:pPr>
          </w:p>
        </w:tc>
      </w:tr>
      <w:tr w:rsidR="003D6426" w14:paraId="2C2CC798" w14:textId="77777777">
        <w:trPr>
          <w:jc w:val="center"/>
        </w:trPr>
        <w:tc>
          <w:tcPr>
            <w:tcW w:w="488" w:type="dxa"/>
            <w:tcMar>
              <w:top w:w="55" w:type="dxa"/>
              <w:left w:w="55" w:type="dxa"/>
              <w:bottom w:w="55" w:type="dxa"/>
              <w:right w:w="55" w:type="dxa"/>
            </w:tcMar>
          </w:tcPr>
          <w:p w14:paraId="27EFDCB8" w14:textId="77777777" w:rsidR="003D6426" w:rsidRDefault="00000000">
            <w:pPr>
              <w:spacing w:after="0" w:line="240" w:lineRule="auto"/>
              <w:rPr>
                <w:rFonts w:hint="eastAsia"/>
              </w:rPr>
            </w:pPr>
            <w:r>
              <w:rPr>
                <w:sz w:val="15"/>
              </w:rPr>
              <w:t>4</w:t>
            </w:r>
          </w:p>
        </w:tc>
        <w:tc>
          <w:tcPr>
            <w:tcW w:w="4666" w:type="dxa"/>
            <w:tcMar>
              <w:top w:w="55" w:type="dxa"/>
              <w:left w:w="55" w:type="dxa"/>
              <w:bottom w:w="55" w:type="dxa"/>
              <w:right w:w="55" w:type="dxa"/>
            </w:tcMar>
          </w:tcPr>
          <w:p w14:paraId="37F33937" w14:textId="77777777" w:rsidR="003D6426" w:rsidRDefault="00000000">
            <w:pPr>
              <w:spacing w:after="0" w:line="240" w:lineRule="auto"/>
              <w:rPr>
                <w:rFonts w:hint="eastAsia"/>
              </w:rPr>
            </w:pPr>
            <w:r>
              <w:rPr>
                <w:sz w:val="15"/>
              </w:rPr>
              <w:t>DPI/APVR sono stati recuperati, puliti o segregati se contaminati.</w:t>
            </w:r>
          </w:p>
        </w:tc>
        <w:tc>
          <w:tcPr>
            <w:tcW w:w="1465" w:type="dxa"/>
            <w:tcMar>
              <w:top w:w="55" w:type="dxa"/>
              <w:left w:w="55" w:type="dxa"/>
              <w:bottom w:w="55" w:type="dxa"/>
              <w:right w:w="55" w:type="dxa"/>
            </w:tcMar>
          </w:tcPr>
          <w:p w14:paraId="08E6B991"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669A733"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E4019DB" w14:textId="77777777" w:rsidR="003D6426" w:rsidRDefault="003D6426">
            <w:pPr>
              <w:spacing w:after="0" w:line="240" w:lineRule="auto"/>
              <w:rPr>
                <w:rFonts w:hint="eastAsia"/>
              </w:rPr>
            </w:pPr>
          </w:p>
        </w:tc>
      </w:tr>
      <w:tr w:rsidR="003D6426" w14:paraId="73F76DD4" w14:textId="77777777">
        <w:trPr>
          <w:jc w:val="center"/>
        </w:trPr>
        <w:tc>
          <w:tcPr>
            <w:tcW w:w="488" w:type="dxa"/>
            <w:tcMar>
              <w:top w:w="55" w:type="dxa"/>
              <w:left w:w="55" w:type="dxa"/>
              <w:bottom w:w="55" w:type="dxa"/>
              <w:right w:w="55" w:type="dxa"/>
            </w:tcMar>
          </w:tcPr>
          <w:p w14:paraId="4CF1CE63" w14:textId="77777777" w:rsidR="003D6426" w:rsidRDefault="00000000">
            <w:pPr>
              <w:spacing w:after="0" w:line="240" w:lineRule="auto"/>
              <w:rPr>
                <w:rFonts w:hint="eastAsia"/>
              </w:rPr>
            </w:pPr>
            <w:r>
              <w:rPr>
                <w:sz w:val="15"/>
              </w:rPr>
              <w:t>5</w:t>
            </w:r>
          </w:p>
        </w:tc>
        <w:tc>
          <w:tcPr>
            <w:tcW w:w="4666" w:type="dxa"/>
            <w:tcMar>
              <w:top w:w="55" w:type="dxa"/>
              <w:left w:w="55" w:type="dxa"/>
              <w:bottom w:w="55" w:type="dxa"/>
              <w:right w:w="55" w:type="dxa"/>
            </w:tcMar>
          </w:tcPr>
          <w:p w14:paraId="73878055" w14:textId="77777777" w:rsidR="003D6426" w:rsidRDefault="00000000">
            <w:pPr>
              <w:spacing w:after="0" w:line="240" w:lineRule="auto"/>
              <w:rPr>
                <w:rFonts w:hint="eastAsia"/>
              </w:rPr>
            </w:pPr>
            <w:r>
              <w:rPr>
                <w:sz w:val="15"/>
              </w:rPr>
              <w:t>Rifiuti/residui sono stati gestiti secondo procedure aziendali.</w:t>
            </w:r>
          </w:p>
        </w:tc>
        <w:tc>
          <w:tcPr>
            <w:tcW w:w="1465" w:type="dxa"/>
            <w:tcMar>
              <w:top w:w="55" w:type="dxa"/>
              <w:left w:w="55" w:type="dxa"/>
              <w:bottom w:w="55" w:type="dxa"/>
              <w:right w:w="55" w:type="dxa"/>
            </w:tcMar>
          </w:tcPr>
          <w:p w14:paraId="30532AF3"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1A37FAD"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865C9B0" w14:textId="77777777" w:rsidR="003D6426" w:rsidRDefault="003D6426">
            <w:pPr>
              <w:spacing w:after="0" w:line="240" w:lineRule="auto"/>
              <w:rPr>
                <w:rFonts w:hint="eastAsia"/>
              </w:rPr>
            </w:pPr>
          </w:p>
        </w:tc>
      </w:tr>
      <w:tr w:rsidR="003D6426" w14:paraId="621BE4BF" w14:textId="77777777">
        <w:trPr>
          <w:jc w:val="center"/>
        </w:trPr>
        <w:tc>
          <w:tcPr>
            <w:tcW w:w="488" w:type="dxa"/>
            <w:tcMar>
              <w:top w:w="55" w:type="dxa"/>
              <w:left w:w="55" w:type="dxa"/>
              <w:bottom w:w="55" w:type="dxa"/>
              <w:right w:w="55" w:type="dxa"/>
            </w:tcMar>
          </w:tcPr>
          <w:p w14:paraId="763D645C" w14:textId="77777777" w:rsidR="003D6426" w:rsidRDefault="00000000">
            <w:pPr>
              <w:spacing w:after="0" w:line="240" w:lineRule="auto"/>
              <w:rPr>
                <w:rFonts w:hint="eastAsia"/>
              </w:rPr>
            </w:pPr>
            <w:r>
              <w:rPr>
                <w:sz w:val="15"/>
              </w:rPr>
              <w:t>6</w:t>
            </w:r>
          </w:p>
        </w:tc>
        <w:tc>
          <w:tcPr>
            <w:tcW w:w="4666" w:type="dxa"/>
            <w:tcMar>
              <w:top w:w="55" w:type="dxa"/>
              <w:left w:w="55" w:type="dxa"/>
              <w:bottom w:w="55" w:type="dxa"/>
              <w:right w:w="55" w:type="dxa"/>
            </w:tcMar>
          </w:tcPr>
          <w:p w14:paraId="2C40117D" w14:textId="77777777" w:rsidR="003D6426" w:rsidRDefault="00000000">
            <w:pPr>
              <w:spacing w:after="0" w:line="240" w:lineRule="auto"/>
              <w:rPr>
                <w:rFonts w:hint="eastAsia"/>
              </w:rPr>
            </w:pPr>
            <w:r>
              <w:rPr>
                <w:sz w:val="15"/>
              </w:rPr>
              <w:t>Ambiente ispezionato e lasciato in sicurezza.</w:t>
            </w:r>
          </w:p>
        </w:tc>
        <w:tc>
          <w:tcPr>
            <w:tcW w:w="1465" w:type="dxa"/>
            <w:tcMar>
              <w:top w:w="55" w:type="dxa"/>
              <w:left w:w="55" w:type="dxa"/>
              <w:bottom w:w="55" w:type="dxa"/>
              <w:right w:w="55" w:type="dxa"/>
            </w:tcMar>
          </w:tcPr>
          <w:p w14:paraId="30EBA9D3"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BDECD15"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0D6E78C5" w14:textId="77777777" w:rsidR="003D6426" w:rsidRDefault="003D6426">
            <w:pPr>
              <w:spacing w:after="0" w:line="240" w:lineRule="auto"/>
              <w:rPr>
                <w:rFonts w:hint="eastAsia"/>
              </w:rPr>
            </w:pPr>
          </w:p>
        </w:tc>
      </w:tr>
      <w:tr w:rsidR="003D6426" w14:paraId="2B6BCAF2" w14:textId="77777777">
        <w:trPr>
          <w:jc w:val="center"/>
        </w:trPr>
        <w:tc>
          <w:tcPr>
            <w:tcW w:w="488" w:type="dxa"/>
            <w:tcMar>
              <w:top w:w="55" w:type="dxa"/>
              <w:left w:w="55" w:type="dxa"/>
              <w:bottom w:w="55" w:type="dxa"/>
              <w:right w:w="55" w:type="dxa"/>
            </w:tcMar>
          </w:tcPr>
          <w:p w14:paraId="632362A7" w14:textId="77777777" w:rsidR="003D6426" w:rsidRDefault="00000000">
            <w:pPr>
              <w:spacing w:after="0" w:line="240" w:lineRule="auto"/>
              <w:rPr>
                <w:rFonts w:hint="eastAsia"/>
              </w:rPr>
            </w:pPr>
            <w:r>
              <w:rPr>
                <w:sz w:val="15"/>
              </w:rPr>
              <w:t>7</w:t>
            </w:r>
          </w:p>
        </w:tc>
        <w:tc>
          <w:tcPr>
            <w:tcW w:w="4666" w:type="dxa"/>
            <w:tcMar>
              <w:top w:w="55" w:type="dxa"/>
              <w:left w:w="55" w:type="dxa"/>
              <w:bottom w:w="55" w:type="dxa"/>
              <w:right w:w="55" w:type="dxa"/>
            </w:tcMar>
          </w:tcPr>
          <w:p w14:paraId="5F8C96C1" w14:textId="77777777" w:rsidR="003D6426" w:rsidRDefault="00000000">
            <w:pPr>
              <w:spacing w:after="0" w:line="240" w:lineRule="auto"/>
              <w:rPr>
                <w:rFonts w:hint="eastAsia"/>
              </w:rPr>
            </w:pPr>
            <w:r>
              <w:rPr>
                <w:sz w:val="15"/>
              </w:rPr>
              <w:t>Sistemi LOTO rimossi solo dopo autorizzazione e condizioni di ripristino confermate.</w:t>
            </w:r>
          </w:p>
        </w:tc>
        <w:tc>
          <w:tcPr>
            <w:tcW w:w="1465" w:type="dxa"/>
            <w:tcMar>
              <w:top w:w="55" w:type="dxa"/>
              <w:left w:w="55" w:type="dxa"/>
              <w:bottom w:w="55" w:type="dxa"/>
              <w:right w:w="55" w:type="dxa"/>
            </w:tcMar>
          </w:tcPr>
          <w:p w14:paraId="2F804E25"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842A7B9"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0294C95" w14:textId="77777777" w:rsidR="003D6426" w:rsidRDefault="003D6426">
            <w:pPr>
              <w:spacing w:after="0" w:line="240" w:lineRule="auto"/>
              <w:rPr>
                <w:rFonts w:hint="eastAsia"/>
              </w:rPr>
            </w:pPr>
          </w:p>
        </w:tc>
      </w:tr>
      <w:tr w:rsidR="003D6426" w14:paraId="4B590379" w14:textId="77777777">
        <w:trPr>
          <w:jc w:val="center"/>
        </w:trPr>
        <w:tc>
          <w:tcPr>
            <w:tcW w:w="488" w:type="dxa"/>
            <w:tcMar>
              <w:top w:w="55" w:type="dxa"/>
              <w:left w:w="55" w:type="dxa"/>
              <w:bottom w:w="55" w:type="dxa"/>
              <w:right w:w="55" w:type="dxa"/>
            </w:tcMar>
          </w:tcPr>
          <w:p w14:paraId="61555F15" w14:textId="77777777" w:rsidR="003D6426" w:rsidRDefault="00000000">
            <w:pPr>
              <w:spacing w:after="0" w:line="240" w:lineRule="auto"/>
              <w:rPr>
                <w:rFonts w:hint="eastAsia"/>
              </w:rPr>
            </w:pPr>
            <w:r>
              <w:rPr>
                <w:sz w:val="15"/>
              </w:rPr>
              <w:t>8</w:t>
            </w:r>
          </w:p>
        </w:tc>
        <w:tc>
          <w:tcPr>
            <w:tcW w:w="4666" w:type="dxa"/>
            <w:tcMar>
              <w:top w:w="55" w:type="dxa"/>
              <w:left w:w="55" w:type="dxa"/>
              <w:bottom w:w="55" w:type="dxa"/>
              <w:right w:w="55" w:type="dxa"/>
            </w:tcMar>
          </w:tcPr>
          <w:p w14:paraId="232D992C" w14:textId="77777777" w:rsidR="003D6426" w:rsidRDefault="00000000">
            <w:pPr>
              <w:spacing w:after="0" w:line="240" w:lineRule="auto"/>
              <w:rPr>
                <w:rFonts w:hint="eastAsia"/>
              </w:rPr>
            </w:pPr>
            <w:r>
              <w:rPr>
                <w:sz w:val="15"/>
              </w:rPr>
              <w:t>Segnaletica temporanea rimossa o mantenuta se il rischio permane.</w:t>
            </w:r>
          </w:p>
        </w:tc>
        <w:tc>
          <w:tcPr>
            <w:tcW w:w="1465" w:type="dxa"/>
            <w:tcMar>
              <w:top w:w="55" w:type="dxa"/>
              <w:left w:w="55" w:type="dxa"/>
              <w:bottom w:w="55" w:type="dxa"/>
              <w:right w:w="55" w:type="dxa"/>
            </w:tcMar>
          </w:tcPr>
          <w:p w14:paraId="275A0015"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2C1E9F7"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24397562" w14:textId="77777777" w:rsidR="003D6426" w:rsidRDefault="003D6426">
            <w:pPr>
              <w:spacing w:after="0" w:line="240" w:lineRule="auto"/>
              <w:rPr>
                <w:rFonts w:hint="eastAsia"/>
              </w:rPr>
            </w:pPr>
          </w:p>
        </w:tc>
      </w:tr>
      <w:tr w:rsidR="003D6426" w14:paraId="222C0EEB" w14:textId="77777777">
        <w:trPr>
          <w:jc w:val="center"/>
        </w:trPr>
        <w:tc>
          <w:tcPr>
            <w:tcW w:w="488" w:type="dxa"/>
            <w:tcMar>
              <w:top w:w="55" w:type="dxa"/>
              <w:left w:w="55" w:type="dxa"/>
              <w:bottom w:w="55" w:type="dxa"/>
              <w:right w:w="55" w:type="dxa"/>
            </w:tcMar>
          </w:tcPr>
          <w:p w14:paraId="30E70EC0" w14:textId="77777777" w:rsidR="003D6426" w:rsidRDefault="00000000">
            <w:pPr>
              <w:spacing w:after="0" w:line="240" w:lineRule="auto"/>
              <w:rPr>
                <w:rFonts w:hint="eastAsia"/>
              </w:rPr>
            </w:pPr>
            <w:r>
              <w:rPr>
                <w:sz w:val="15"/>
              </w:rPr>
              <w:t>9</w:t>
            </w:r>
          </w:p>
        </w:tc>
        <w:tc>
          <w:tcPr>
            <w:tcW w:w="4666" w:type="dxa"/>
            <w:tcMar>
              <w:top w:w="55" w:type="dxa"/>
              <w:left w:w="55" w:type="dxa"/>
              <w:bottom w:w="55" w:type="dxa"/>
              <w:right w:w="55" w:type="dxa"/>
            </w:tcMar>
          </w:tcPr>
          <w:p w14:paraId="2B2DB4C4" w14:textId="77777777" w:rsidR="003D6426" w:rsidRDefault="00000000">
            <w:pPr>
              <w:spacing w:after="0" w:line="240" w:lineRule="auto"/>
              <w:rPr>
                <w:rFonts w:hint="eastAsia"/>
              </w:rPr>
            </w:pPr>
            <w:r>
              <w:rPr>
                <w:sz w:val="15"/>
              </w:rPr>
              <w:t>Permesso compilato in tutte le parti e allegati raccolti.</w:t>
            </w:r>
          </w:p>
        </w:tc>
        <w:tc>
          <w:tcPr>
            <w:tcW w:w="1465" w:type="dxa"/>
            <w:tcMar>
              <w:top w:w="55" w:type="dxa"/>
              <w:left w:w="55" w:type="dxa"/>
              <w:bottom w:w="55" w:type="dxa"/>
              <w:right w:w="55" w:type="dxa"/>
            </w:tcMar>
          </w:tcPr>
          <w:p w14:paraId="137C94F4"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2D6B0EA3"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F1D4D51" w14:textId="77777777" w:rsidR="003D6426" w:rsidRDefault="003D6426">
            <w:pPr>
              <w:spacing w:after="0" w:line="240" w:lineRule="auto"/>
              <w:rPr>
                <w:rFonts w:hint="eastAsia"/>
              </w:rPr>
            </w:pPr>
          </w:p>
        </w:tc>
      </w:tr>
      <w:tr w:rsidR="003D6426" w14:paraId="093447B5" w14:textId="77777777">
        <w:trPr>
          <w:jc w:val="center"/>
        </w:trPr>
        <w:tc>
          <w:tcPr>
            <w:tcW w:w="488" w:type="dxa"/>
            <w:tcMar>
              <w:top w:w="55" w:type="dxa"/>
              <w:left w:w="55" w:type="dxa"/>
              <w:bottom w:w="55" w:type="dxa"/>
              <w:right w:w="55" w:type="dxa"/>
            </w:tcMar>
          </w:tcPr>
          <w:p w14:paraId="0F4515D4" w14:textId="77777777" w:rsidR="003D6426" w:rsidRDefault="00000000">
            <w:pPr>
              <w:spacing w:after="0" w:line="240" w:lineRule="auto"/>
              <w:rPr>
                <w:rFonts w:hint="eastAsia"/>
              </w:rPr>
            </w:pPr>
            <w:r>
              <w:rPr>
                <w:sz w:val="15"/>
              </w:rPr>
              <w:t>10</w:t>
            </w:r>
          </w:p>
        </w:tc>
        <w:tc>
          <w:tcPr>
            <w:tcW w:w="4666" w:type="dxa"/>
            <w:tcMar>
              <w:top w:w="55" w:type="dxa"/>
              <w:left w:w="55" w:type="dxa"/>
              <w:bottom w:w="55" w:type="dxa"/>
              <w:right w:w="55" w:type="dxa"/>
            </w:tcMar>
          </w:tcPr>
          <w:p w14:paraId="6863324A" w14:textId="77777777" w:rsidR="003D6426" w:rsidRDefault="00000000">
            <w:pPr>
              <w:spacing w:after="0" w:line="240" w:lineRule="auto"/>
              <w:rPr>
                <w:rFonts w:hint="eastAsia"/>
              </w:rPr>
            </w:pPr>
            <w:r>
              <w:rPr>
                <w:sz w:val="15"/>
              </w:rPr>
              <w:t>Anomalie, near miss o miglioramenti registrati.</w:t>
            </w:r>
          </w:p>
        </w:tc>
        <w:tc>
          <w:tcPr>
            <w:tcW w:w="1465" w:type="dxa"/>
            <w:tcMar>
              <w:top w:w="55" w:type="dxa"/>
              <w:left w:w="55" w:type="dxa"/>
              <w:bottom w:w="55" w:type="dxa"/>
              <w:right w:w="55" w:type="dxa"/>
            </w:tcMar>
          </w:tcPr>
          <w:p w14:paraId="408D3DA4"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582809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A8CDE2C" w14:textId="77777777" w:rsidR="003D6426" w:rsidRDefault="003D6426">
            <w:pPr>
              <w:spacing w:after="0" w:line="240" w:lineRule="auto"/>
              <w:rPr>
                <w:rFonts w:hint="eastAsia"/>
              </w:rPr>
            </w:pPr>
          </w:p>
        </w:tc>
      </w:tr>
    </w:tbl>
    <w:p w14:paraId="35AF98D6" w14:textId="77777777" w:rsidR="003D6426" w:rsidRDefault="00000000">
      <w:pPr>
        <w:pStyle w:val="TableTitle"/>
        <w:rPr>
          <w:rFonts w:hint="eastAsia"/>
        </w:rPr>
      </w:pPr>
      <w:r>
        <w:t>Debriefing e lezioni apprese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5763DC27" w14:textId="77777777">
        <w:trPr>
          <w:jc w:val="center"/>
        </w:trPr>
        <w:tc>
          <w:tcPr>
            <w:tcW w:w="2691" w:type="dxa"/>
            <w:shd w:val="clear" w:color="auto" w:fill="F2F2F2"/>
            <w:tcMar>
              <w:top w:w="55" w:type="dxa"/>
              <w:left w:w="55" w:type="dxa"/>
              <w:bottom w:w="55" w:type="dxa"/>
              <w:right w:w="55" w:type="dxa"/>
            </w:tcMar>
          </w:tcPr>
          <w:p w14:paraId="2C87186B" w14:textId="77777777" w:rsidR="003D6426" w:rsidRDefault="00000000">
            <w:pPr>
              <w:spacing w:after="0" w:line="240" w:lineRule="auto"/>
              <w:rPr>
                <w:rFonts w:hint="eastAsia"/>
              </w:rPr>
            </w:pPr>
            <w:r>
              <w:rPr>
                <w:b/>
                <w:sz w:val="16"/>
              </w:rPr>
              <w:t>Anomalie riscontrate</w:t>
            </w:r>
          </w:p>
        </w:tc>
        <w:tc>
          <w:tcPr>
            <w:tcW w:w="7401" w:type="dxa"/>
            <w:tcMar>
              <w:top w:w="55" w:type="dxa"/>
              <w:left w:w="55" w:type="dxa"/>
              <w:bottom w:w="55" w:type="dxa"/>
              <w:right w:w="55" w:type="dxa"/>
            </w:tcMar>
          </w:tcPr>
          <w:p w14:paraId="55C09012"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355A60E3" w14:textId="77777777">
        <w:trPr>
          <w:jc w:val="center"/>
        </w:trPr>
        <w:tc>
          <w:tcPr>
            <w:tcW w:w="2691" w:type="dxa"/>
            <w:shd w:val="clear" w:color="auto" w:fill="F2F2F2"/>
            <w:tcMar>
              <w:top w:w="55" w:type="dxa"/>
              <w:left w:w="55" w:type="dxa"/>
              <w:bottom w:w="55" w:type="dxa"/>
              <w:right w:w="55" w:type="dxa"/>
            </w:tcMar>
          </w:tcPr>
          <w:p w14:paraId="2D01A74D" w14:textId="77777777" w:rsidR="003D6426" w:rsidRDefault="00000000">
            <w:pPr>
              <w:spacing w:after="0" w:line="240" w:lineRule="auto"/>
              <w:rPr>
                <w:rFonts w:hint="eastAsia"/>
              </w:rPr>
            </w:pPr>
            <w:r>
              <w:rPr>
                <w:b/>
                <w:sz w:val="16"/>
              </w:rPr>
              <w:t>Difficoltà di accesso/uscita/recupero</w:t>
            </w:r>
          </w:p>
        </w:tc>
        <w:tc>
          <w:tcPr>
            <w:tcW w:w="7401" w:type="dxa"/>
            <w:tcMar>
              <w:top w:w="55" w:type="dxa"/>
              <w:left w:w="55" w:type="dxa"/>
              <w:bottom w:w="55" w:type="dxa"/>
              <w:right w:w="55" w:type="dxa"/>
            </w:tcMar>
          </w:tcPr>
          <w:p w14:paraId="337BF45D"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30C91D42" w14:textId="77777777">
        <w:trPr>
          <w:jc w:val="center"/>
        </w:trPr>
        <w:tc>
          <w:tcPr>
            <w:tcW w:w="2691" w:type="dxa"/>
            <w:shd w:val="clear" w:color="auto" w:fill="F2F2F2"/>
            <w:tcMar>
              <w:top w:w="55" w:type="dxa"/>
              <w:left w:w="55" w:type="dxa"/>
              <w:bottom w:w="55" w:type="dxa"/>
              <w:right w:w="55" w:type="dxa"/>
            </w:tcMar>
          </w:tcPr>
          <w:p w14:paraId="6743BAC8" w14:textId="77777777" w:rsidR="003D6426" w:rsidRDefault="00000000">
            <w:pPr>
              <w:spacing w:after="0" w:line="240" w:lineRule="auto"/>
              <w:rPr>
                <w:rFonts w:hint="eastAsia"/>
              </w:rPr>
            </w:pPr>
            <w:r>
              <w:rPr>
                <w:b/>
                <w:sz w:val="16"/>
              </w:rPr>
              <w:t>Problemi attrezzature/DPI/APVR</w:t>
            </w:r>
          </w:p>
        </w:tc>
        <w:tc>
          <w:tcPr>
            <w:tcW w:w="7401" w:type="dxa"/>
            <w:tcMar>
              <w:top w:w="55" w:type="dxa"/>
              <w:left w:w="55" w:type="dxa"/>
              <w:bottom w:w="55" w:type="dxa"/>
              <w:right w:w="55" w:type="dxa"/>
            </w:tcMar>
          </w:tcPr>
          <w:p w14:paraId="2C616E16"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1312229E" w14:textId="77777777">
        <w:trPr>
          <w:jc w:val="center"/>
        </w:trPr>
        <w:tc>
          <w:tcPr>
            <w:tcW w:w="2691" w:type="dxa"/>
            <w:shd w:val="clear" w:color="auto" w:fill="F2F2F2"/>
            <w:tcMar>
              <w:top w:w="55" w:type="dxa"/>
              <w:left w:w="55" w:type="dxa"/>
              <w:bottom w:w="55" w:type="dxa"/>
              <w:right w:w="55" w:type="dxa"/>
            </w:tcMar>
          </w:tcPr>
          <w:p w14:paraId="2E742998" w14:textId="77777777" w:rsidR="003D6426" w:rsidRDefault="00000000">
            <w:pPr>
              <w:spacing w:after="0" w:line="240" w:lineRule="auto"/>
              <w:rPr>
                <w:rFonts w:hint="eastAsia"/>
              </w:rPr>
            </w:pPr>
            <w:r>
              <w:rPr>
                <w:b/>
                <w:sz w:val="16"/>
              </w:rPr>
              <w:t>Misure da migliorare</w:t>
            </w:r>
          </w:p>
        </w:tc>
        <w:tc>
          <w:tcPr>
            <w:tcW w:w="7401" w:type="dxa"/>
            <w:tcMar>
              <w:top w:w="55" w:type="dxa"/>
              <w:left w:w="55" w:type="dxa"/>
              <w:bottom w:w="55" w:type="dxa"/>
              <w:right w:w="55" w:type="dxa"/>
            </w:tcMar>
          </w:tcPr>
          <w:p w14:paraId="396C8409"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2A4712FC" w14:textId="77777777">
        <w:trPr>
          <w:jc w:val="center"/>
        </w:trPr>
        <w:tc>
          <w:tcPr>
            <w:tcW w:w="2691" w:type="dxa"/>
            <w:shd w:val="clear" w:color="auto" w:fill="F2F2F2"/>
            <w:tcMar>
              <w:top w:w="55" w:type="dxa"/>
              <w:left w:w="55" w:type="dxa"/>
              <w:bottom w:w="55" w:type="dxa"/>
              <w:right w:w="55" w:type="dxa"/>
            </w:tcMar>
          </w:tcPr>
          <w:p w14:paraId="39C6B69B" w14:textId="77777777" w:rsidR="003D6426" w:rsidRDefault="00000000">
            <w:pPr>
              <w:spacing w:after="0" w:line="240" w:lineRule="auto"/>
              <w:rPr>
                <w:rFonts w:hint="eastAsia"/>
              </w:rPr>
            </w:pPr>
            <w:r>
              <w:rPr>
                <w:b/>
                <w:sz w:val="16"/>
              </w:rPr>
              <w:t>Azioni correttive proposte</w:t>
            </w:r>
          </w:p>
        </w:tc>
        <w:tc>
          <w:tcPr>
            <w:tcW w:w="7401" w:type="dxa"/>
            <w:tcMar>
              <w:top w:w="55" w:type="dxa"/>
              <w:left w:w="55" w:type="dxa"/>
              <w:bottom w:w="55" w:type="dxa"/>
              <w:right w:w="55" w:type="dxa"/>
            </w:tcMar>
          </w:tcPr>
          <w:p w14:paraId="17581C6C" w14:textId="77777777" w:rsidR="003D6426" w:rsidRDefault="00000000">
            <w:pPr>
              <w:spacing w:after="0" w:line="240" w:lineRule="auto"/>
              <w:rPr>
                <w:rFonts w:hint="eastAsia"/>
              </w:rPr>
            </w:pPr>
            <w:r>
              <w:rPr>
                <w:sz w:val="16"/>
              </w:rPr>
              <w:t>1) __________________________________  Resp. __________  Scad. ____/____/______</w:t>
            </w:r>
            <w:r>
              <w:rPr>
                <w:sz w:val="16"/>
              </w:rPr>
              <w:br/>
              <w:t>2) __________________________________  Resp. __________  Scad. ____/____/______</w:t>
            </w:r>
          </w:p>
        </w:tc>
      </w:tr>
      <w:tr w:rsidR="003D6426" w14:paraId="110E90B7" w14:textId="77777777">
        <w:trPr>
          <w:jc w:val="center"/>
        </w:trPr>
        <w:tc>
          <w:tcPr>
            <w:tcW w:w="2691" w:type="dxa"/>
            <w:shd w:val="clear" w:color="auto" w:fill="F2F2F2"/>
            <w:tcMar>
              <w:top w:w="55" w:type="dxa"/>
              <w:left w:w="55" w:type="dxa"/>
              <w:bottom w:w="55" w:type="dxa"/>
              <w:right w:w="55" w:type="dxa"/>
            </w:tcMar>
          </w:tcPr>
          <w:p w14:paraId="03B0066C" w14:textId="77777777" w:rsidR="003D6426" w:rsidRDefault="00000000">
            <w:pPr>
              <w:spacing w:after="0" w:line="240" w:lineRule="auto"/>
              <w:rPr>
                <w:rFonts w:hint="eastAsia"/>
              </w:rPr>
            </w:pPr>
            <w:r>
              <w:rPr>
                <w:b/>
                <w:sz w:val="16"/>
              </w:rPr>
              <w:t>Partecipanti debriefing</w:t>
            </w:r>
          </w:p>
        </w:tc>
        <w:tc>
          <w:tcPr>
            <w:tcW w:w="7401" w:type="dxa"/>
            <w:tcMar>
              <w:top w:w="55" w:type="dxa"/>
              <w:left w:w="55" w:type="dxa"/>
              <w:bottom w:w="55" w:type="dxa"/>
              <w:right w:w="55" w:type="dxa"/>
            </w:tcMar>
          </w:tcPr>
          <w:p w14:paraId="12F30B8B" w14:textId="77777777" w:rsidR="003D6426" w:rsidRDefault="00000000">
            <w:pPr>
              <w:spacing w:after="0" w:line="240" w:lineRule="auto"/>
              <w:rPr>
                <w:rFonts w:hint="eastAsia"/>
              </w:rPr>
            </w:pPr>
            <w:r>
              <w:rPr>
                <w:sz w:val="16"/>
              </w:rPr>
              <w:t>____________________________________________________________________________________________</w:t>
            </w:r>
          </w:p>
        </w:tc>
      </w:tr>
    </w:tbl>
    <w:p w14:paraId="76D27F50" w14:textId="77777777" w:rsidR="003D6426" w:rsidRDefault="00000000">
      <w:pPr>
        <w:rPr>
          <w:rFonts w:hint="eastAsia"/>
        </w:rPr>
      </w:pPr>
      <w:r>
        <w:br w:type="page"/>
      </w:r>
    </w:p>
    <w:p w14:paraId="046B212B" w14:textId="77777777" w:rsidR="003D6426" w:rsidRDefault="00000000">
      <w:pPr>
        <w:pStyle w:val="Titolo1"/>
      </w:pPr>
      <w:r>
        <w:t>ALLEGATO O - Audit periodico della procedura</w:t>
      </w:r>
    </w:p>
    <w:p w14:paraId="1CE420E7" w14:textId="77777777" w:rsidR="003D6426" w:rsidRDefault="00000000">
      <w:pPr>
        <w:pStyle w:val="TableTitle"/>
        <w:rPr>
          <w:rFonts w:hint="eastAsia"/>
        </w:rPr>
      </w:pPr>
      <w:r>
        <w:t>Dati audit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331B6AEC" w14:textId="77777777">
        <w:trPr>
          <w:jc w:val="center"/>
        </w:trPr>
        <w:tc>
          <w:tcPr>
            <w:tcW w:w="2691" w:type="dxa"/>
            <w:shd w:val="clear" w:color="auto" w:fill="F2F2F2"/>
            <w:tcMar>
              <w:top w:w="55" w:type="dxa"/>
              <w:left w:w="55" w:type="dxa"/>
              <w:bottom w:w="55" w:type="dxa"/>
              <w:right w:w="55" w:type="dxa"/>
            </w:tcMar>
          </w:tcPr>
          <w:p w14:paraId="76CEECD2" w14:textId="77777777" w:rsidR="003D6426" w:rsidRDefault="00000000">
            <w:pPr>
              <w:spacing w:after="0" w:line="240" w:lineRule="auto"/>
              <w:rPr>
                <w:rFonts w:hint="eastAsia"/>
              </w:rPr>
            </w:pPr>
            <w:r>
              <w:rPr>
                <w:b/>
                <w:sz w:val="16"/>
              </w:rPr>
              <w:t>Audit n.</w:t>
            </w:r>
          </w:p>
        </w:tc>
        <w:tc>
          <w:tcPr>
            <w:tcW w:w="7401" w:type="dxa"/>
            <w:tcMar>
              <w:top w:w="55" w:type="dxa"/>
              <w:left w:w="55" w:type="dxa"/>
              <w:bottom w:w="55" w:type="dxa"/>
              <w:right w:w="55" w:type="dxa"/>
            </w:tcMar>
          </w:tcPr>
          <w:p w14:paraId="7B602940" w14:textId="77777777" w:rsidR="003D6426" w:rsidRDefault="00000000">
            <w:pPr>
              <w:spacing w:after="0" w:line="240" w:lineRule="auto"/>
              <w:rPr>
                <w:rFonts w:hint="eastAsia"/>
              </w:rPr>
            </w:pPr>
            <w:r>
              <w:rPr>
                <w:sz w:val="16"/>
              </w:rPr>
              <w:t>__________</w:t>
            </w:r>
          </w:p>
        </w:tc>
      </w:tr>
      <w:tr w:rsidR="003D6426" w14:paraId="3D12644F" w14:textId="77777777">
        <w:trPr>
          <w:jc w:val="center"/>
        </w:trPr>
        <w:tc>
          <w:tcPr>
            <w:tcW w:w="2691" w:type="dxa"/>
            <w:shd w:val="clear" w:color="auto" w:fill="F2F2F2"/>
            <w:tcMar>
              <w:top w:w="55" w:type="dxa"/>
              <w:left w:w="55" w:type="dxa"/>
              <w:bottom w:w="55" w:type="dxa"/>
              <w:right w:w="55" w:type="dxa"/>
            </w:tcMar>
          </w:tcPr>
          <w:p w14:paraId="3DE19E26" w14:textId="77777777" w:rsidR="003D6426" w:rsidRDefault="00000000">
            <w:pPr>
              <w:spacing w:after="0" w:line="240" w:lineRule="auto"/>
              <w:rPr>
                <w:rFonts w:hint="eastAsia"/>
              </w:rPr>
            </w:pPr>
            <w:r>
              <w:rPr>
                <w:b/>
                <w:sz w:val="16"/>
              </w:rPr>
              <w:t>Data</w:t>
            </w:r>
          </w:p>
        </w:tc>
        <w:tc>
          <w:tcPr>
            <w:tcW w:w="7401" w:type="dxa"/>
            <w:tcMar>
              <w:top w:w="55" w:type="dxa"/>
              <w:left w:w="55" w:type="dxa"/>
              <w:bottom w:w="55" w:type="dxa"/>
              <w:right w:w="55" w:type="dxa"/>
            </w:tcMar>
          </w:tcPr>
          <w:p w14:paraId="137CFD69" w14:textId="77777777" w:rsidR="003D6426" w:rsidRDefault="00000000">
            <w:pPr>
              <w:spacing w:after="0" w:line="240" w:lineRule="auto"/>
              <w:rPr>
                <w:rFonts w:hint="eastAsia"/>
              </w:rPr>
            </w:pPr>
            <w:r>
              <w:rPr>
                <w:sz w:val="16"/>
              </w:rPr>
              <w:t>____/____/______</w:t>
            </w:r>
          </w:p>
        </w:tc>
      </w:tr>
      <w:tr w:rsidR="003D6426" w14:paraId="5E530E56" w14:textId="77777777">
        <w:trPr>
          <w:jc w:val="center"/>
        </w:trPr>
        <w:tc>
          <w:tcPr>
            <w:tcW w:w="2691" w:type="dxa"/>
            <w:shd w:val="clear" w:color="auto" w:fill="F2F2F2"/>
            <w:tcMar>
              <w:top w:w="55" w:type="dxa"/>
              <w:left w:w="55" w:type="dxa"/>
              <w:bottom w:w="55" w:type="dxa"/>
              <w:right w:w="55" w:type="dxa"/>
            </w:tcMar>
          </w:tcPr>
          <w:p w14:paraId="059F0943" w14:textId="77777777" w:rsidR="003D6426" w:rsidRDefault="00000000">
            <w:pPr>
              <w:spacing w:after="0" w:line="240" w:lineRule="auto"/>
              <w:rPr>
                <w:rFonts w:hint="eastAsia"/>
              </w:rPr>
            </w:pPr>
            <w:r>
              <w:rPr>
                <w:b/>
                <w:sz w:val="16"/>
              </w:rPr>
              <w:t>Auditor</w:t>
            </w:r>
          </w:p>
        </w:tc>
        <w:tc>
          <w:tcPr>
            <w:tcW w:w="7401" w:type="dxa"/>
            <w:tcMar>
              <w:top w:w="55" w:type="dxa"/>
              <w:left w:w="55" w:type="dxa"/>
              <w:bottom w:w="55" w:type="dxa"/>
              <w:right w:w="55" w:type="dxa"/>
            </w:tcMar>
          </w:tcPr>
          <w:p w14:paraId="41330BA8" w14:textId="77777777" w:rsidR="003D6426" w:rsidRDefault="00000000">
            <w:pPr>
              <w:spacing w:after="0" w:line="240" w:lineRule="auto"/>
              <w:rPr>
                <w:rFonts w:hint="eastAsia"/>
              </w:rPr>
            </w:pPr>
            <w:r>
              <w:rPr>
                <w:sz w:val="16"/>
              </w:rPr>
              <w:t>____________________________</w:t>
            </w:r>
          </w:p>
        </w:tc>
      </w:tr>
      <w:tr w:rsidR="003D6426" w14:paraId="49DEF7DE" w14:textId="77777777">
        <w:trPr>
          <w:jc w:val="center"/>
        </w:trPr>
        <w:tc>
          <w:tcPr>
            <w:tcW w:w="2691" w:type="dxa"/>
            <w:shd w:val="clear" w:color="auto" w:fill="F2F2F2"/>
            <w:tcMar>
              <w:top w:w="55" w:type="dxa"/>
              <w:left w:w="55" w:type="dxa"/>
              <w:bottom w:w="55" w:type="dxa"/>
              <w:right w:w="55" w:type="dxa"/>
            </w:tcMar>
          </w:tcPr>
          <w:p w14:paraId="3359DF12" w14:textId="77777777" w:rsidR="003D6426" w:rsidRDefault="00000000">
            <w:pPr>
              <w:spacing w:after="0" w:line="240" w:lineRule="auto"/>
              <w:rPr>
                <w:rFonts w:hint="eastAsia"/>
              </w:rPr>
            </w:pPr>
            <w:r>
              <w:rPr>
                <w:b/>
                <w:sz w:val="16"/>
              </w:rPr>
              <w:t>Area/reparto</w:t>
            </w:r>
          </w:p>
        </w:tc>
        <w:tc>
          <w:tcPr>
            <w:tcW w:w="7401" w:type="dxa"/>
            <w:tcMar>
              <w:top w:w="55" w:type="dxa"/>
              <w:left w:w="55" w:type="dxa"/>
              <w:bottom w:w="55" w:type="dxa"/>
              <w:right w:w="55" w:type="dxa"/>
            </w:tcMar>
          </w:tcPr>
          <w:p w14:paraId="19CF899C" w14:textId="77777777" w:rsidR="003D6426" w:rsidRDefault="00000000">
            <w:pPr>
              <w:spacing w:after="0" w:line="240" w:lineRule="auto"/>
              <w:rPr>
                <w:rFonts w:hint="eastAsia"/>
              </w:rPr>
            </w:pPr>
            <w:r>
              <w:rPr>
                <w:sz w:val="16"/>
              </w:rPr>
              <w:t>____________________________</w:t>
            </w:r>
          </w:p>
        </w:tc>
      </w:tr>
      <w:tr w:rsidR="003D6426" w14:paraId="6BB79C79" w14:textId="77777777">
        <w:trPr>
          <w:jc w:val="center"/>
        </w:trPr>
        <w:tc>
          <w:tcPr>
            <w:tcW w:w="2691" w:type="dxa"/>
            <w:shd w:val="clear" w:color="auto" w:fill="F2F2F2"/>
            <w:tcMar>
              <w:top w:w="55" w:type="dxa"/>
              <w:left w:w="55" w:type="dxa"/>
              <w:bottom w:w="55" w:type="dxa"/>
              <w:right w:w="55" w:type="dxa"/>
            </w:tcMar>
          </w:tcPr>
          <w:p w14:paraId="09D7E375" w14:textId="77777777" w:rsidR="003D6426" w:rsidRDefault="00000000">
            <w:pPr>
              <w:spacing w:after="0" w:line="240" w:lineRule="auto"/>
              <w:rPr>
                <w:rFonts w:hint="eastAsia"/>
              </w:rPr>
            </w:pPr>
            <w:r>
              <w:rPr>
                <w:b/>
                <w:sz w:val="16"/>
              </w:rPr>
              <w:t>Campione verificato</w:t>
            </w:r>
          </w:p>
        </w:tc>
        <w:tc>
          <w:tcPr>
            <w:tcW w:w="7401" w:type="dxa"/>
            <w:tcMar>
              <w:top w:w="55" w:type="dxa"/>
              <w:left w:w="55" w:type="dxa"/>
              <w:bottom w:w="55" w:type="dxa"/>
              <w:right w:w="55" w:type="dxa"/>
            </w:tcMar>
          </w:tcPr>
          <w:p w14:paraId="3A3DB0E2" w14:textId="77777777" w:rsidR="003D6426" w:rsidRDefault="00000000">
            <w:pPr>
              <w:spacing w:after="0" w:line="240" w:lineRule="auto"/>
              <w:rPr>
                <w:rFonts w:hint="eastAsia"/>
              </w:rPr>
            </w:pPr>
            <w:r>
              <w:rPr>
                <w:sz w:val="16"/>
              </w:rPr>
              <w:t>[ ] registro  [ ] schede ambiente  [ ] permessi  [ ] cantiere  [ ] appaltatore  [ ] esercitazione</w:t>
            </w:r>
          </w:p>
        </w:tc>
      </w:tr>
    </w:tbl>
    <w:p w14:paraId="7DFACE02" w14:textId="77777777" w:rsidR="003D6426" w:rsidRDefault="00000000">
      <w:pPr>
        <w:pStyle w:val="TableTitle"/>
        <w:rPr>
          <w:rFonts w:hint="eastAsia"/>
        </w:rPr>
      </w:pPr>
      <w:r>
        <w:t>Check-list audit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
        <w:gridCol w:w="4717"/>
        <w:gridCol w:w="1481"/>
        <w:gridCol w:w="2413"/>
        <w:gridCol w:w="1097"/>
      </w:tblGrid>
      <w:tr w:rsidR="003D6426" w14:paraId="60FFF429" w14:textId="77777777">
        <w:trPr>
          <w:tblHeader/>
          <w:jc w:val="center"/>
        </w:trPr>
        <w:tc>
          <w:tcPr>
            <w:tcW w:w="488" w:type="dxa"/>
            <w:shd w:val="clear" w:color="auto" w:fill="D9EAF7"/>
            <w:tcMar>
              <w:top w:w="55" w:type="dxa"/>
              <w:left w:w="55" w:type="dxa"/>
              <w:bottom w:w="55" w:type="dxa"/>
              <w:right w:w="55" w:type="dxa"/>
            </w:tcMar>
            <w:vAlign w:val="center"/>
          </w:tcPr>
          <w:p w14:paraId="19BE0CE7" w14:textId="77777777" w:rsidR="003D6426" w:rsidRDefault="00000000">
            <w:pPr>
              <w:spacing w:after="0" w:line="240" w:lineRule="auto"/>
              <w:jc w:val="center"/>
              <w:rPr>
                <w:rFonts w:hint="eastAsia"/>
              </w:rPr>
            </w:pPr>
            <w:r>
              <w:rPr>
                <w:b/>
                <w:sz w:val="15"/>
              </w:rPr>
              <w:t>N.</w:t>
            </w:r>
          </w:p>
        </w:tc>
        <w:tc>
          <w:tcPr>
            <w:tcW w:w="4666" w:type="dxa"/>
            <w:shd w:val="clear" w:color="auto" w:fill="D9EAF7"/>
            <w:tcMar>
              <w:top w:w="55" w:type="dxa"/>
              <w:left w:w="55" w:type="dxa"/>
              <w:bottom w:w="55" w:type="dxa"/>
              <w:right w:w="55" w:type="dxa"/>
            </w:tcMar>
            <w:vAlign w:val="center"/>
          </w:tcPr>
          <w:p w14:paraId="2B01BC3B" w14:textId="77777777" w:rsidR="003D6426" w:rsidRDefault="00000000">
            <w:pPr>
              <w:spacing w:after="0" w:line="240" w:lineRule="auto"/>
              <w:jc w:val="center"/>
              <w:rPr>
                <w:rFonts w:hint="eastAsia"/>
              </w:rPr>
            </w:pPr>
            <w:r>
              <w:rPr>
                <w:b/>
                <w:sz w:val="15"/>
              </w:rPr>
              <w:t>Verifica/azione</w:t>
            </w:r>
          </w:p>
        </w:tc>
        <w:tc>
          <w:tcPr>
            <w:tcW w:w="1465" w:type="dxa"/>
            <w:shd w:val="clear" w:color="auto" w:fill="D9EAF7"/>
            <w:tcMar>
              <w:top w:w="55" w:type="dxa"/>
              <w:left w:w="55" w:type="dxa"/>
              <w:bottom w:w="55" w:type="dxa"/>
              <w:right w:w="55" w:type="dxa"/>
            </w:tcMar>
            <w:vAlign w:val="center"/>
          </w:tcPr>
          <w:p w14:paraId="7C9EF3C1" w14:textId="77777777" w:rsidR="003D6426" w:rsidRDefault="00000000">
            <w:pPr>
              <w:spacing w:after="0" w:line="240" w:lineRule="auto"/>
              <w:jc w:val="center"/>
              <w:rPr>
                <w:rFonts w:hint="eastAsia"/>
              </w:rPr>
            </w:pPr>
            <w:r>
              <w:rPr>
                <w:b/>
                <w:sz w:val="15"/>
              </w:rPr>
              <w:t>Esito</w:t>
            </w:r>
          </w:p>
        </w:tc>
        <w:tc>
          <w:tcPr>
            <w:tcW w:w="2387" w:type="dxa"/>
            <w:shd w:val="clear" w:color="auto" w:fill="D9EAF7"/>
            <w:tcMar>
              <w:top w:w="55" w:type="dxa"/>
              <w:left w:w="55" w:type="dxa"/>
              <w:bottom w:w="55" w:type="dxa"/>
              <w:right w:w="55" w:type="dxa"/>
            </w:tcMar>
            <w:vAlign w:val="center"/>
          </w:tcPr>
          <w:p w14:paraId="78FA2886" w14:textId="77777777" w:rsidR="003D6426" w:rsidRDefault="00000000">
            <w:pPr>
              <w:spacing w:after="0" w:line="240" w:lineRule="auto"/>
              <w:jc w:val="center"/>
              <w:rPr>
                <w:rFonts w:hint="eastAsia"/>
              </w:rPr>
            </w:pPr>
            <w:r>
              <w:rPr>
                <w:b/>
                <w:sz w:val="15"/>
              </w:rPr>
              <w:t>Evidenza o riferimento</w:t>
            </w:r>
          </w:p>
        </w:tc>
        <w:tc>
          <w:tcPr>
            <w:tcW w:w="1085" w:type="dxa"/>
            <w:shd w:val="clear" w:color="auto" w:fill="D9EAF7"/>
            <w:tcMar>
              <w:top w:w="55" w:type="dxa"/>
              <w:left w:w="55" w:type="dxa"/>
              <w:bottom w:w="55" w:type="dxa"/>
              <w:right w:w="55" w:type="dxa"/>
            </w:tcMar>
            <w:vAlign w:val="center"/>
          </w:tcPr>
          <w:p w14:paraId="2FF18ECC" w14:textId="77777777" w:rsidR="003D6426" w:rsidRDefault="00000000">
            <w:pPr>
              <w:spacing w:after="0" w:line="240" w:lineRule="auto"/>
              <w:jc w:val="center"/>
              <w:rPr>
                <w:rFonts w:hint="eastAsia"/>
              </w:rPr>
            </w:pPr>
            <w:r>
              <w:rPr>
                <w:b/>
                <w:sz w:val="15"/>
              </w:rPr>
              <w:t>Firma</w:t>
            </w:r>
          </w:p>
        </w:tc>
      </w:tr>
      <w:tr w:rsidR="003D6426" w14:paraId="56BD8C8E" w14:textId="77777777">
        <w:trPr>
          <w:jc w:val="center"/>
        </w:trPr>
        <w:tc>
          <w:tcPr>
            <w:tcW w:w="488" w:type="dxa"/>
            <w:tcMar>
              <w:top w:w="55" w:type="dxa"/>
              <w:left w:w="55" w:type="dxa"/>
              <w:bottom w:w="55" w:type="dxa"/>
              <w:right w:w="55" w:type="dxa"/>
            </w:tcMar>
          </w:tcPr>
          <w:p w14:paraId="5646B0BE" w14:textId="77777777" w:rsidR="003D6426" w:rsidRDefault="00000000">
            <w:pPr>
              <w:spacing w:after="0" w:line="240" w:lineRule="auto"/>
              <w:rPr>
                <w:rFonts w:hint="eastAsia"/>
              </w:rPr>
            </w:pPr>
            <w:r>
              <w:rPr>
                <w:sz w:val="15"/>
              </w:rPr>
              <w:t>1</w:t>
            </w:r>
          </w:p>
        </w:tc>
        <w:tc>
          <w:tcPr>
            <w:tcW w:w="4666" w:type="dxa"/>
            <w:tcMar>
              <w:top w:w="55" w:type="dxa"/>
              <w:left w:w="55" w:type="dxa"/>
              <w:bottom w:w="55" w:type="dxa"/>
              <w:right w:w="55" w:type="dxa"/>
            </w:tcMar>
          </w:tcPr>
          <w:p w14:paraId="70F75FC8" w14:textId="77777777" w:rsidR="003D6426" w:rsidRDefault="00000000">
            <w:pPr>
              <w:spacing w:after="0" w:line="240" w:lineRule="auto"/>
              <w:rPr>
                <w:rFonts w:hint="eastAsia"/>
              </w:rPr>
            </w:pPr>
            <w:r>
              <w:rPr>
                <w:sz w:val="15"/>
              </w:rPr>
              <w:t>Registro censimento completo e aggiornato.</w:t>
            </w:r>
          </w:p>
        </w:tc>
        <w:tc>
          <w:tcPr>
            <w:tcW w:w="1465" w:type="dxa"/>
            <w:tcMar>
              <w:top w:w="55" w:type="dxa"/>
              <w:left w:w="55" w:type="dxa"/>
              <w:bottom w:w="55" w:type="dxa"/>
              <w:right w:w="55" w:type="dxa"/>
            </w:tcMar>
          </w:tcPr>
          <w:p w14:paraId="5D227809"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E63DF31"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28762030" w14:textId="77777777" w:rsidR="003D6426" w:rsidRDefault="003D6426">
            <w:pPr>
              <w:spacing w:after="0" w:line="240" w:lineRule="auto"/>
              <w:rPr>
                <w:rFonts w:hint="eastAsia"/>
              </w:rPr>
            </w:pPr>
          </w:p>
        </w:tc>
      </w:tr>
      <w:tr w:rsidR="003D6426" w14:paraId="302C92B9" w14:textId="77777777">
        <w:trPr>
          <w:jc w:val="center"/>
        </w:trPr>
        <w:tc>
          <w:tcPr>
            <w:tcW w:w="488" w:type="dxa"/>
            <w:tcMar>
              <w:top w:w="55" w:type="dxa"/>
              <w:left w:w="55" w:type="dxa"/>
              <w:bottom w:w="55" w:type="dxa"/>
              <w:right w:w="55" w:type="dxa"/>
            </w:tcMar>
          </w:tcPr>
          <w:p w14:paraId="40C6097D" w14:textId="77777777" w:rsidR="003D6426" w:rsidRDefault="00000000">
            <w:pPr>
              <w:spacing w:after="0" w:line="240" w:lineRule="auto"/>
              <w:rPr>
                <w:rFonts w:hint="eastAsia"/>
              </w:rPr>
            </w:pPr>
            <w:r>
              <w:rPr>
                <w:sz w:val="15"/>
              </w:rPr>
              <w:t>2</w:t>
            </w:r>
          </w:p>
        </w:tc>
        <w:tc>
          <w:tcPr>
            <w:tcW w:w="4666" w:type="dxa"/>
            <w:tcMar>
              <w:top w:w="55" w:type="dxa"/>
              <w:left w:w="55" w:type="dxa"/>
              <w:bottom w:w="55" w:type="dxa"/>
              <w:right w:w="55" w:type="dxa"/>
            </w:tcMar>
          </w:tcPr>
          <w:p w14:paraId="0866DB74" w14:textId="77777777" w:rsidR="003D6426" w:rsidRDefault="00000000">
            <w:pPr>
              <w:spacing w:after="0" w:line="240" w:lineRule="auto"/>
              <w:rPr>
                <w:rFonts w:hint="eastAsia"/>
              </w:rPr>
            </w:pPr>
            <w:r>
              <w:rPr>
                <w:sz w:val="15"/>
              </w:rPr>
              <w:t>Schede ambiente presenti per gli ambienti censiti.</w:t>
            </w:r>
          </w:p>
        </w:tc>
        <w:tc>
          <w:tcPr>
            <w:tcW w:w="1465" w:type="dxa"/>
            <w:tcMar>
              <w:top w:w="55" w:type="dxa"/>
              <w:left w:w="55" w:type="dxa"/>
              <w:bottom w:w="55" w:type="dxa"/>
              <w:right w:w="55" w:type="dxa"/>
            </w:tcMar>
          </w:tcPr>
          <w:p w14:paraId="6CFD98DA"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7DDC760"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236822B" w14:textId="77777777" w:rsidR="003D6426" w:rsidRDefault="003D6426">
            <w:pPr>
              <w:spacing w:after="0" w:line="240" w:lineRule="auto"/>
              <w:rPr>
                <w:rFonts w:hint="eastAsia"/>
              </w:rPr>
            </w:pPr>
          </w:p>
        </w:tc>
      </w:tr>
      <w:tr w:rsidR="003D6426" w14:paraId="0442CC30" w14:textId="77777777">
        <w:trPr>
          <w:jc w:val="center"/>
        </w:trPr>
        <w:tc>
          <w:tcPr>
            <w:tcW w:w="488" w:type="dxa"/>
            <w:tcMar>
              <w:top w:w="55" w:type="dxa"/>
              <w:left w:w="55" w:type="dxa"/>
              <w:bottom w:w="55" w:type="dxa"/>
              <w:right w:w="55" w:type="dxa"/>
            </w:tcMar>
          </w:tcPr>
          <w:p w14:paraId="39059AA6" w14:textId="77777777" w:rsidR="003D6426" w:rsidRDefault="00000000">
            <w:pPr>
              <w:spacing w:after="0" w:line="240" w:lineRule="auto"/>
              <w:rPr>
                <w:rFonts w:hint="eastAsia"/>
              </w:rPr>
            </w:pPr>
            <w:r>
              <w:rPr>
                <w:sz w:val="15"/>
              </w:rPr>
              <w:t>3</w:t>
            </w:r>
          </w:p>
        </w:tc>
        <w:tc>
          <w:tcPr>
            <w:tcW w:w="4666" w:type="dxa"/>
            <w:tcMar>
              <w:top w:w="55" w:type="dxa"/>
              <w:left w:w="55" w:type="dxa"/>
              <w:bottom w:w="55" w:type="dxa"/>
              <w:right w:w="55" w:type="dxa"/>
            </w:tcMar>
          </w:tcPr>
          <w:p w14:paraId="270AAB2C" w14:textId="77777777" w:rsidR="003D6426" w:rsidRDefault="00000000">
            <w:pPr>
              <w:spacing w:after="0" w:line="240" w:lineRule="auto"/>
              <w:rPr>
                <w:rFonts w:hint="eastAsia"/>
              </w:rPr>
            </w:pPr>
            <w:r>
              <w:rPr>
                <w:sz w:val="15"/>
              </w:rPr>
              <w:t>Segnaletica installata e leggibile presso gli accessi.</w:t>
            </w:r>
          </w:p>
        </w:tc>
        <w:tc>
          <w:tcPr>
            <w:tcW w:w="1465" w:type="dxa"/>
            <w:tcMar>
              <w:top w:w="55" w:type="dxa"/>
              <w:left w:w="55" w:type="dxa"/>
              <w:bottom w:w="55" w:type="dxa"/>
              <w:right w:w="55" w:type="dxa"/>
            </w:tcMar>
          </w:tcPr>
          <w:p w14:paraId="5F557ACB"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D54A658"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37E6DAF" w14:textId="77777777" w:rsidR="003D6426" w:rsidRDefault="003D6426">
            <w:pPr>
              <w:spacing w:after="0" w:line="240" w:lineRule="auto"/>
              <w:rPr>
                <w:rFonts w:hint="eastAsia"/>
              </w:rPr>
            </w:pPr>
          </w:p>
        </w:tc>
      </w:tr>
      <w:tr w:rsidR="003D6426" w14:paraId="27DC4017" w14:textId="77777777">
        <w:trPr>
          <w:jc w:val="center"/>
        </w:trPr>
        <w:tc>
          <w:tcPr>
            <w:tcW w:w="488" w:type="dxa"/>
            <w:tcMar>
              <w:top w:w="55" w:type="dxa"/>
              <w:left w:w="55" w:type="dxa"/>
              <w:bottom w:w="55" w:type="dxa"/>
              <w:right w:w="55" w:type="dxa"/>
            </w:tcMar>
          </w:tcPr>
          <w:p w14:paraId="119FF959" w14:textId="77777777" w:rsidR="003D6426" w:rsidRDefault="00000000">
            <w:pPr>
              <w:spacing w:after="0" w:line="240" w:lineRule="auto"/>
              <w:rPr>
                <w:rFonts w:hint="eastAsia"/>
              </w:rPr>
            </w:pPr>
            <w:r>
              <w:rPr>
                <w:sz w:val="15"/>
              </w:rPr>
              <w:t>4</w:t>
            </w:r>
          </w:p>
        </w:tc>
        <w:tc>
          <w:tcPr>
            <w:tcW w:w="4666" w:type="dxa"/>
            <w:tcMar>
              <w:top w:w="55" w:type="dxa"/>
              <w:left w:w="55" w:type="dxa"/>
              <w:bottom w:w="55" w:type="dxa"/>
              <w:right w:w="55" w:type="dxa"/>
            </w:tcMar>
          </w:tcPr>
          <w:p w14:paraId="412D8FBE" w14:textId="77777777" w:rsidR="003D6426" w:rsidRDefault="00000000">
            <w:pPr>
              <w:spacing w:after="0" w:line="240" w:lineRule="auto"/>
              <w:rPr>
                <w:rFonts w:hint="eastAsia"/>
              </w:rPr>
            </w:pPr>
            <w:r>
              <w:rPr>
                <w:sz w:val="15"/>
              </w:rPr>
              <w:t>Permessi di ingresso compilati correttamente e chiusi.</w:t>
            </w:r>
          </w:p>
        </w:tc>
        <w:tc>
          <w:tcPr>
            <w:tcW w:w="1465" w:type="dxa"/>
            <w:tcMar>
              <w:top w:w="55" w:type="dxa"/>
              <w:left w:w="55" w:type="dxa"/>
              <w:bottom w:w="55" w:type="dxa"/>
              <w:right w:w="55" w:type="dxa"/>
            </w:tcMar>
          </w:tcPr>
          <w:p w14:paraId="0BF03FA6"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AC66BB2"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491E3B78" w14:textId="77777777" w:rsidR="003D6426" w:rsidRDefault="003D6426">
            <w:pPr>
              <w:spacing w:after="0" w:line="240" w:lineRule="auto"/>
              <w:rPr>
                <w:rFonts w:hint="eastAsia"/>
              </w:rPr>
            </w:pPr>
          </w:p>
        </w:tc>
      </w:tr>
      <w:tr w:rsidR="003D6426" w14:paraId="03743210" w14:textId="77777777">
        <w:trPr>
          <w:jc w:val="center"/>
        </w:trPr>
        <w:tc>
          <w:tcPr>
            <w:tcW w:w="488" w:type="dxa"/>
            <w:tcMar>
              <w:top w:w="55" w:type="dxa"/>
              <w:left w:w="55" w:type="dxa"/>
              <w:bottom w:w="55" w:type="dxa"/>
              <w:right w:w="55" w:type="dxa"/>
            </w:tcMar>
          </w:tcPr>
          <w:p w14:paraId="47936F7F" w14:textId="77777777" w:rsidR="003D6426" w:rsidRDefault="00000000">
            <w:pPr>
              <w:spacing w:after="0" w:line="240" w:lineRule="auto"/>
              <w:rPr>
                <w:rFonts w:hint="eastAsia"/>
              </w:rPr>
            </w:pPr>
            <w:r>
              <w:rPr>
                <w:sz w:val="15"/>
              </w:rPr>
              <w:t>5</w:t>
            </w:r>
          </w:p>
        </w:tc>
        <w:tc>
          <w:tcPr>
            <w:tcW w:w="4666" w:type="dxa"/>
            <w:tcMar>
              <w:top w:w="55" w:type="dxa"/>
              <w:left w:w="55" w:type="dxa"/>
              <w:bottom w:w="55" w:type="dxa"/>
              <w:right w:w="55" w:type="dxa"/>
            </w:tcMar>
          </w:tcPr>
          <w:p w14:paraId="7E293D5D" w14:textId="77777777" w:rsidR="003D6426" w:rsidRDefault="00000000">
            <w:pPr>
              <w:spacing w:after="0" w:line="240" w:lineRule="auto"/>
              <w:rPr>
                <w:rFonts w:hint="eastAsia"/>
              </w:rPr>
            </w:pPr>
            <w:r>
              <w:rPr>
                <w:sz w:val="15"/>
              </w:rPr>
              <w:t>Misure atmosferiche tracciate con strumenti identificati.</w:t>
            </w:r>
          </w:p>
        </w:tc>
        <w:tc>
          <w:tcPr>
            <w:tcW w:w="1465" w:type="dxa"/>
            <w:tcMar>
              <w:top w:w="55" w:type="dxa"/>
              <w:left w:w="55" w:type="dxa"/>
              <w:bottom w:w="55" w:type="dxa"/>
              <w:right w:w="55" w:type="dxa"/>
            </w:tcMar>
          </w:tcPr>
          <w:p w14:paraId="0F241E03"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77A00B10"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51D56AEF" w14:textId="77777777" w:rsidR="003D6426" w:rsidRDefault="003D6426">
            <w:pPr>
              <w:spacing w:after="0" w:line="240" w:lineRule="auto"/>
              <w:rPr>
                <w:rFonts w:hint="eastAsia"/>
              </w:rPr>
            </w:pPr>
          </w:p>
        </w:tc>
      </w:tr>
      <w:tr w:rsidR="003D6426" w14:paraId="309D8FF8" w14:textId="77777777">
        <w:trPr>
          <w:jc w:val="center"/>
        </w:trPr>
        <w:tc>
          <w:tcPr>
            <w:tcW w:w="488" w:type="dxa"/>
            <w:tcMar>
              <w:top w:w="55" w:type="dxa"/>
              <w:left w:w="55" w:type="dxa"/>
              <w:bottom w:w="55" w:type="dxa"/>
              <w:right w:w="55" w:type="dxa"/>
            </w:tcMar>
          </w:tcPr>
          <w:p w14:paraId="1BB13E1F" w14:textId="77777777" w:rsidR="003D6426" w:rsidRDefault="00000000">
            <w:pPr>
              <w:spacing w:after="0" w:line="240" w:lineRule="auto"/>
              <w:rPr>
                <w:rFonts w:hint="eastAsia"/>
              </w:rPr>
            </w:pPr>
            <w:r>
              <w:rPr>
                <w:sz w:val="15"/>
              </w:rPr>
              <w:t>6</w:t>
            </w:r>
          </w:p>
        </w:tc>
        <w:tc>
          <w:tcPr>
            <w:tcW w:w="4666" w:type="dxa"/>
            <w:tcMar>
              <w:top w:w="55" w:type="dxa"/>
              <w:left w:w="55" w:type="dxa"/>
              <w:bottom w:w="55" w:type="dxa"/>
              <w:right w:w="55" w:type="dxa"/>
            </w:tcMar>
          </w:tcPr>
          <w:p w14:paraId="79A8E87A" w14:textId="77777777" w:rsidR="003D6426" w:rsidRDefault="00000000">
            <w:pPr>
              <w:spacing w:after="0" w:line="240" w:lineRule="auto"/>
              <w:rPr>
                <w:rFonts w:hint="eastAsia"/>
              </w:rPr>
            </w:pPr>
            <w:r>
              <w:rPr>
                <w:sz w:val="15"/>
              </w:rPr>
              <w:t>LOTO/try-out documentato quando necessario.</w:t>
            </w:r>
          </w:p>
        </w:tc>
        <w:tc>
          <w:tcPr>
            <w:tcW w:w="1465" w:type="dxa"/>
            <w:tcMar>
              <w:top w:w="55" w:type="dxa"/>
              <w:left w:w="55" w:type="dxa"/>
              <w:bottom w:w="55" w:type="dxa"/>
              <w:right w:w="55" w:type="dxa"/>
            </w:tcMar>
          </w:tcPr>
          <w:p w14:paraId="5FEB7985"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7A1BE0D"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4304F7A7" w14:textId="77777777" w:rsidR="003D6426" w:rsidRDefault="003D6426">
            <w:pPr>
              <w:spacing w:after="0" w:line="240" w:lineRule="auto"/>
              <w:rPr>
                <w:rFonts w:hint="eastAsia"/>
              </w:rPr>
            </w:pPr>
          </w:p>
        </w:tc>
      </w:tr>
      <w:tr w:rsidR="003D6426" w14:paraId="519F4027" w14:textId="77777777">
        <w:trPr>
          <w:jc w:val="center"/>
        </w:trPr>
        <w:tc>
          <w:tcPr>
            <w:tcW w:w="488" w:type="dxa"/>
            <w:tcMar>
              <w:top w:w="55" w:type="dxa"/>
              <w:left w:w="55" w:type="dxa"/>
              <w:bottom w:w="55" w:type="dxa"/>
              <w:right w:w="55" w:type="dxa"/>
            </w:tcMar>
          </w:tcPr>
          <w:p w14:paraId="27A8EFD1" w14:textId="77777777" w:rsidR="003D6426" w:rsidRDefault="00000000">
            <w:pPr>
              <w:spacing w:after="0" w:line="240" w:lineRule="auto"/>
              <w:rPr>
                <w:rFonts w:hint="eastAsia"/>
              </w:rPr>
            </w:pPr>
            <w:r>
              <w:rPr>
                <w:sz w:val="15"/>
              </w:rPr>
              <w:t>7</w:t>
            </w:r>
          </w:p>
        </w:tc>
        <w:tc>
          <w:tcPr>
            <w:tcW w:w="4666" w:type="dxa"/>
            <w:tcMar>
              <w:top w:w="55" w:type="dxa"/>
              <w:left w:w="55" w:type="dxa"/>
              <w:bottom w:w="55" w:type="dxa"/>
              <w:right w:w="55" w:type="dxa"/>
            </w:tcMar>
          </w:tcPr>
          <w:p w14:paraId="1704ECC9" w14:textId="77777777" w:rsidR="003D6426" w:rsidRDefault="00000000">
            <w:pPr>
              <w:spacing w:after="0" w:line="240" w:lineRule="auto"/>
              <w:rPr>
                <w:rFonts w:hint="eastAsia"/>
              </w:rPr>
            </w:pPr>
            <w:r>
              <w:rPr>
                <w:sz w:val="15"/>
              </w:rPr>
              <w:t>DPI/APVR e attrezzature controllati e mantenuti.</w:t>
            </w:r>
          </w:p>
        </w:tc>
        <w:tc>
          <w:tcPr>
            <w:tcW w:w="1465" w:type="dxa"/>
            <w:tcMar>
              <w:top w:w="55" w:type="dxa"/>
              <w:left w:w="55" w:type="dxa"/>
              <w:bottom w:w="55" w:type="dxa"/>
              <w:right w:w="55" w:type="dxa"/>
            </w:tcMar>
          </w:tcPr>
          <w:p w14:paraId="32FC95EA"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F100302"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445024C4" w14:textId="77777777" w:rsidR="003D6426" w:rsidRDefault="003D6426">
            <w:pPr>
              <w:spacing w:after="0" w:line="240" w:lineRule="auto"/>
              <w:rPr>
                <w:rFonts w:hint="eastAsia"/>
              </w:rPr>
            </w:pPr>
          </w:p>
        </w:tc>
      </w:tr>
      <w:tr w:rsidR="003D6426" w14:paraId="2BC063C1" w14:textId="77777777">
        <w:trPr>
          <w:jc w:val="center"/>
        </w:trPr>
        <w:tc>
          <w:tcPr>
            <w:tcW w:w="488" w:type="dxa"/>
            <w:tcMar>
              <w:top w:w="55" w:type="dxa"/>
              <w:left w:w="55" w:type="dxa"/>
              <w:bottom w:w="55" w:type="dxa"/>
              <w:right w:w="55" w:type="dxa"/>
            </w:tcMar>
          </w:tcPr>
          <w:p w14:paraId="656D06E9" w14:textId="77777777" w:rsidR="003D6426" w:rsidRDefault="00000000">
            <w:pPr>
              <w:spacing w:after="0" w:line="240" w:lineRule="auto"/>
              <w:rPr>
                <w:rFonts w:hint="eastAsia"/>
              </w:rPr>
            </w:pPr>
            <w:r>
              <w:rPr>
                <w:sz w:val="15"/>
              </w:rPr>
              <w:t>8</w:t>
            </w:r>
          </w:p>
        </w:tc>
        <w:tc>
          <w:tcPr>
            <w:tcW w:w="4666" w:type="dxa"/>
            <w:tcMar>
              <w:top w:w="55" w:type="dxa"/>
              <w:left w:w="55" w:type="dxa"/>
              <w:bottom w:w="55" w:type="dxa"/>
              <w:right w:w="55" w:type="dxa"/>
            </w:tcMar>
          </w:tcPr>
          <w:p w14:paraId="22AF0452" w14:textId="77777777" w:rsidR="003D6426" w:rsidRDefault="00000000">
            <w:pPr>
              <w:spacing w:after="0" w:line="240" w:lineRule="auto"/>
              <w:rPr>
                <w:rFonts w:hint="eastAsia"/>
              </w:rPr>
            </w:pPr>
            <w:r>
              <w:rPr>
                <w:sz w:val="15"/>
              </w:rPr>
              <w:t>Formazione/addestramento/idoneità dei lavoratori verificabili.</w:t>
            </w:r>
          </w:p>
        </w:tc>
        <w:tc>
          <w:tcPr>
            <w:tcW w:w="1465" w:type="dxa"/>
            <w:tcMar>
              <w:top w:w="55" w:type="dxa"/>
              <w:left w:w="55" w:type="dxa"/>
              <w:bottom w:w="55" w:type="dxa"/>
              <w:right w:w="55" w:type="dxa"/>
            </w:tcMar>
          </w:tcPr>
          <w:p w14:paraId="2F4571F1"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630EE37"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E2F6847" w14:textId="77777777" w:rsidR="003D6426" w:rsidRDefault="003D6426">
            <w:pPr>
              <w:spacing w:after="0" w:line="240" w:lineRule="auto"/>
              <w:rPr>
                <w:rFonts w:hint="eastAsia"/>
              </w:rPr>
            </w:pPr>
          </w:p>
        </w:tc>
      </w:tr>
      <w:tr w:rsidR="003D6426" w14:paraId="6C9CBFD3" w14:textId="77777777">
        <w:trPr>
          <w:jc w:val="center"/>
        </w:trPr>
        <w:tc>
          <w:tcPr>
            <w:tcW w:w="488" w:type="dxa"/>
            <w:tcMar>
              <w:top w:w="55" w:type="dxa"/>
              <w:left w:w="55" w:type="dxa"/>
              <w:bottom w:w="55" w:type="dxa"/>
              <w:right w:w="55" w:type="dxa"/>
            </w:tcMar>
          </w:tcPr>
          <w:p w14:paraId="0EBFB59D" w14:textId="77777777" w:rsidR="003D6426" w:rsidRDefault="00000000">
            <w:pPr>
              <w:spacing w:after="0" w:line="240" w:lineRule="auto"/>
              <w:rPr>
                <w:rFonts w:hint="eastAsia"/>
              </w:rPr>
            </w:pPr>
            <w:r>
              <w:rPr>
                <w:sz w:val="15"/>
              </w:rPr>
              <w:t>9</w:t>
            </w:r>
          </w:p>
        </w:tc>
        <w:tc>
          <w:tcPr>
            <w:tcW w:w="4666" w:type="dxa"/>
            <w:tcMar>
              <w:top w:w="55" w:type="dxa"/>
              <w:left w:w="55" w:type="dxa"/>
              <w:bottom w:w="55" w:type="dxa"/>
              <w:right w:w="55" w:type="dxa"/>
            </w:tcMar>
          </w:tcPr>
          <w:p w14:paraId="6BA6FAFC" w14:textId="77777777" w:rsidR="003D6426" w:rsidRDefault="00000000">
            <w:pPr>
              <w:spacing w:after="0" w:line="240" w:lineRule="auto"/>
              <w:rPr>
                <w:rFonts w:hint="eastAsia"/>
              </w:rPr>
            </w:pPr>
            <w:r>
              <w:rPr>
                <w:sz w:val="15"/>
              </w:rPr>
              <w:t>Piano emergenza e salvataggio disponibile per gli interventi.</w:t>
            </w:r>
          </w:p>
        </w:tc>
        <w:tc>
          <w:tcPr>
            <w:tcW w:w="1465" w:type="dxa"/>
            <w:tcMar>
              <w:top w:w="55" w:type="dxa"/>
              <w:left w:w="55" w:type="dxa"/>
              <w:bottom w:w="55" w:type="dxa"/>
              <w:right w:w="55" w:type="dxa"/>
            </w:tcMar>
          </w:tcPr>
          <w:p w14:paraId="7FF7832A"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56FD892"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ED42BAF" w14:textId="77777777" w:rsidR="003D6426" w:rsidRDefault="003D6426">
            <w:pPr>
              <w:spacing w:after="0" w:line="240" w:lineRule="auto"/>
              <w:rPr>
                <w:rFonts w:hint="eastAsia"/>
              </w:rPr>
            </w:pPr>
          </w:p>
        </w:tc>
      </w:tr>
      <w:tr w:rsidR="003D6426" w14:paraId="574BC79D" w14:textId="77777777">
        <w:trPr>
          <w:jc w:val="center"/>
        </w:trPr>
        <w:tc>
          <w:tcPr>
            <w:tcW w:w="488" w:type="dxa"/>
            <w:tcMar>
              <w:top w:w="55" w:type="dxa"/>
              <w:left w:w="55" w:type="dxa"/>
              <w:bottom w:w="55" w:type="dxa"/>
              <w:right w:w="55" w:type="dxa"/>
            </w:tcMar>
          </w:tcPr>
          <w:p w14:paraId="5477E708" w14:textId="77777777" w:rsidR="003D6426" w:rsidRDefault="00000000">
            <w:pPr>
              <w:spacing w:after="0" w:line="240" w:lineRule="auto"/>
              <w:rPr>
                <w:rFonts w:hint="eastAsia"/>
              </w:rPr>
            </w:pPr>
            <w:r>
              <w:rPr>
                <w:sz w:val="15"/>
              </w:rPr>
              <w:t>10</w:t>
            </w:r>
          </w:p>
        </w:tc>
        <w:tc>
          <w:tcPr>
            <w:tcW w:w="4666" w:type="dxa"/>
            <w:tcMar>
              <w:top w:w="55" w:type="dxa"/>
              <w:left w:w="55" w:type="dxa"/>
              <w:bottom w:w="55" w:type="dxa"/>
              <w:right w:w="55" w:type="dxa"/>
            </w:tcMar>
          </w:tcPr>
          <w:p w14:paraId="16E6EE9B" w14:textId="77777777" w:rsidR="003D6426" w:rsidRDefault="00000000">
            <w:pPr>
              <w:spacing w:after="0" w:line="240" w:lineRule="auto"/>
              <w:rPr>
                <w:rFonts w:hint="eastAsia"/>
              </w:rPr>
            </w:pPr>
            <w:r>
              <w:rPr>
                <w:sz w:val="15"/>
              </w:rPr>
              <w:t>Esercitazioni o prove pratiche eseguite secondo programma.</w:t>
            </w:r>
          </w:p>
        </w:tc>
        <w:tc>
          <w:tcPr>
            <w:tcW w:w="1465" w:type="dxa"/>
            <w:tcMar>
              <w:top w:w="55" w:type="dxa"/>
              <w:left w:w="55" w:type="dxa"/>
              <w:bottom w:w="55" w:type="dxa"/>
              <w:right w:w="55" w:type="dxa"/>
            </w:tcMar>
          </w:tcPr>
          <w:p w14:paraId="345C7BD6"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B079E2D"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4E4C1198" w14:textId="77777777" w:rsidR="003D6426" w:rsidRDefault="003D6426">
            <w:pPr>
              <w:spacing w:after="0" w:line="240" w:lineRule="auto"/>
              <w:rPr>
                <w:rFonts w:hint="eastAsia"/>
              </w:rPr>
            </w:pPr>
          </w:p>
        </w:tc>
      </w:tr>
      <w:tr w:rsidR="003D6426" w14:paraId="7278CA6D" w14:textId="77777777">
        <w:trPr>
          <w:jc w:val="center"/>
        </w:trPr>
        <w:tc>
          <w:tcPr>
            <w:tcW w:w="488" w:type="dxa"/>
            <w:tcMar>
              <w:top w:w="55" w:type="dxa"/>
              <w:left w:w="55" w:type="dxa"/>
              <w:bottom w:w="55" w:type="dxa"/>
              <w:right w:w="55" w:type="dxa"/>
            </w:tcMar>
          </w:tcPr>
          <w:p w14:paraId="1135B23F" w14:textId="77777777" w:rsidR="003D6426" w:rsidRDefault="00000000">
            <w:pPr>
              <w:spacing w:after="0" w:line="240" w:lineRule="auto"/>
              <w:rPr>
                <w:rFonts w:hint="eastAsia"/>
              </w:rPr>
            </w:pPr>
            <w:r>
              <w:rPr>
                <w:sz w:val="15"/>
              </w:rPr>
              <w:t>11</w:t>
            </w:r>
          </w:p>
        </w:tc>
        <w:tc>
          <w:tcPr>
            <w:tcW w:w="4666" w:type="dxa"/>
            <w:tcMar>
              <w:top w:w="55" w:type="dxa"/>
              <w:left w:w="55" w:type="dxa"/>
              <w:bottom w:w="55" w:type="dxa"/>
              <w:right w:w="55" w:type="dxa"/>
            </w:tcMar>
          </w:tcPr>
          <w:p w14:paraId="5403D70E" w14:textId="77777777" w:rsidR="003D6426" w:rsidRDefault="00000000">
            <w:pPr>
              <w:spacing w:after="0" w:line="240" w:lineRule="auto"/>
              <w:rPr>
                <w:rFonts w:hint="eastAsia"/>
              </w:rPr>
            </w:pPr>
            <w:r>
              <w:rPr>
                <w:sz w:val="15"/>
              </w:rPr>
              <w:t>Appaltatori qualificati e coordinamento documentato.</w:t>
            </w:r>
          </w:p>
        </w:tc>
        <w:tc>
          <w:tcPr>
            <w:tcW w:w="1465" w:type="dxa"/>
            <w:tcMar>
              <w:top w:w="55" w:type="dxa"/>
              <w:left w:w="55" w:type="dxa"/>
              <w:bottom w:w="55" w:type="dxa"/>
              <w:right w:w="55" w:type="dxa"/>
            </w:tcMar>
          </w:tcPr>
          <w:p w14:paraId="325E0875"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C773835"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4B442EF" w14:textId="77777777" w:rsidR="003D6426" w:rsidRDefault="003D6426">
            <w:pPr>
              <w:spacing w:after="0" w:line="240" w:lineRule="auto"/>
              <w:rPr>
                <w:rFonts w:hint="eastAsia"/>
              </w:rPr>
            </w:pPr>
          </w:p>
        </w:tc>
      </w:tr>
      <w:tr w:rsidR="003D6426" w14:paraId="41D344E5" w14:textId="77777777">
        <w:trPr>
          <w:jc w:val="center"/>
        </w:trPr>
        <w:tc>
          <w:tcPr>
            <w:tcW w:w="488" w:type="dxa"/>
            <w:tcMar>
              <w:top w:w="55" w:type="dxa"/>
              <w:left w:w="55" w:type="dxa"/>
              <w:bottom w:w="55" w:type="dxa"/>
              <w:right w:w="55" w:type="dxa"/>
            </w:tcMar>
          </w:tcPr>
          <w:p w14:paraId="1EFA9E40" w14:textId="77777777" w:rsidR="003D6426" w:rsidRDefault="00000000">
            <w:pPr>
              <w:spacing w:after="0" w:line="240" w:lineRule="auto"/>
              <w:rPr>
                <w:rFonts w:hint="eastAsia"/>
              </w:rPr>
            </w:pPr>
            <w:r>
              <w:rPr>
                <w:sz w:val="15"/>
              </w:rPr>
              <w:t>12</w:t>
            </w:r>
          </w:p>
        </w:tc>
        <w:tc>
          <w:tcPr>
            <w:tcW w:w="4666" w:type="dxa"/>
            <w:tcMar>
              <w:top w:w="55" w:type="dxa"/>
              <w:left w:w="55" w:type="dxa"/>
              <w:bottom w:w="55" w:type="dxa"/>
              <w:right w:w="55" w:type="dxa"/>
            </w:tcMar>
          </w:tcPr>
          <w:p w14:paraId="0F95D166" w14:textId="77777777" w:rsidR="003D6426" w:rsidRDefault="00000000">
            <w:pPr>
              <w:spacing w:after="0" w:line="240" w:lineRule="auto"/>
              <w:rPr>
                <w:rFonts w:hint="eastAsia"/>
              </w:rPr>
            </w:pPr>
            <w:r>
              <w:rPr>
                <w:sz w:val="15"/>
              </w:rPr>
              <w:t>Anomalie/near miss gestiti con azioni correttive chiuse.</w:t>
            </w:r>
          </w:p>
        </w:tc>
        <w:tc>
          <w:tcPr>
            <w:tcW w:w="1465" w:type="dxa"/>
            <w:tcMar>
              <w:top w:w="55" w:type="dxa"/>
              <w:left w:w="55" w:type="dxa"/>
              <w:bottom w:w="55" w:type="dxa"/>
              <w:right w:w="55" w:type="dxa"/>
            </w:tcMar>
          </w:tcPr>
          <w:p w14:paraId="018EE8DC"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287F93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157197A5" w14:textId="77777777" w:rsidR="003D6426" w:rsidRDefault="003D6426">
            <w:pPr>
              <w:spacing w:after="0" w:line="240" w:lineRule="auto"/>
              <w:rPr>
                <w:rFonts w:hint="eastAsia"/>
              </w:rPr>
            </w:pPr>
          </w:p>
        </w:tc>
      </w:tr>
      <w:tr w:rsidR="003D6426" w14:paraId="0F13C383" w14:textId="77777777">
        <w:trPr>
          <w:jc w:val="center"/>
        </w:trPr>
        <w:tc>
          <w:tcPr>
            <w:tcW w:w="488" w:type="dxa"/>
            <w:tcMar>
              <w:top w:w="55" w:type="dxa"/>
              <w:left w:w="55" w:type="dxa"/>
              <w:bottom w:w="55" w:type="dxa"/>
              <w:right w:w="55" w:type="dxa"/>
            </w:tcMar>
          </w:tcPr>
          <w:p w14:paraId="6106E89F" w14:textId="77777777" w:rsidR="003D6426" w:rsidRDefault="00000000">
            <w:pPr>
              <w:spacing w:after="0" w:line="240" w:lineRule="auto"/>
              <w:rPr>
                <w:rFonts w:hint="eastAsia"/>
              </w:rPr>
            </w:pPr>
            <w:r>
              <w:rPr>
                <w:sz w:val="15"/>
              </w:rPr>
              <w:t>13</w:t>
            </w:r>
          </w:p>
        </w:tc>
        <w:tc>
          <w:tcPr>
            <w:tcW w:w="4666" w:type="dxa"/>
            <w:tcMar>
              <w:top w:w="55" w:type="dxa"/>
              <w:left w:w="55" w:type="dxa"/>
              <w:bottom w:w="55" w:type="dxa"/>
              <w:right w:w="55" w:type="dxa"/>
            </w:tcMar>
          </w:tcPr>
          <w:p w14:paraId="6116F706" w14:textId="77777777" w:rsidR="003D6426" w:rsidRDefault="00000000">
            <w:pPr>
              <w:spacing w:after="0" w:line="240" w:lineRule="auto"/>
              <w:rPr>
                <w:rFonts w:hint="eastAsia"/>
              </w:rPr>
            </w:pPr>
            <w:r>
              <w:rPr>
                <w:sz w:val="15"/>
              </w:rPr>
              <w:t>Procedura conosciuta da preposti, entranti e attendenti intervistati.</w:t>
            </w:r>
          </w:p>
        </w:tc>
        <w:tc>
          <w:tcPr>
            <w:tcW w:w="1465" w:type="dxa"/>
            <w:tcMar>
              <w:top w:w="55" w:type="dxa"/>
              <w:left w:w="55" w:type="dxa"/>
              <w:bottom w:w="55" w:type="dxa"/>
              <w:right w:w="55" w:type="dxa"/>
            </w:tcMar>
          </w:tcPr>
          <w:p w14:paraId="490F8429"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734DF0B5"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10184B77" w14:textId="77777777" w:rsidR="003D6426" w:rsidRDefault="003D6426">
            <w:pPr>
              <w:spacing w:after="0" w:line="240" w:lineRule="auto"/>
              <w:rPr>
                <w:rFonts w:hint="eastAsia"/>
              </w:rPr>
            </w:pPr>
          </w:p>
        </w:tc>
      </w:tr>
      <w:tr w:rsidR="003D6426" w14:paraId="47867024" w14:textId="77777777">
        <w:trPr>
          <w:jc w:val="center"/>
        </w:trPr>
        <w:tc>
          <w:tcPr>
            <w:tcW w:w="488" w:type="dxa"/>
            <w:tcMar>
              <w:top w:w="55" w:type="dxa"/>
              <w:left w:w="55" w:type="dxa"/>
              <w:bottom w:w="55" w:type="dxa"/>
              <w:right w:w="55" w:type="dxa"/>
            </w:tcMar>
          </w:tcPr>
          <w:p w14:paraId="044043AC" w14:textId="77777777" w:rsidR="003D6426" w:rsidRDefault="00000000">
            <w:pPr>
              <w:spacing w:after="0" w:line="240" w:lineRule="auto"/>
              <w:rPr>
                <w:rFonts w:hint="eastAsia"/>
              </w:rPr>
            </w:pPr>
            <w:r>
              <w:rPr>
                <w:sz w:val="15"/>
              </w:rPr>
              <w:t>14</w:t>
            </w:r>
          </w:p>
        </w:tc>
        <w:tc>
          <w:tcPr>
            <w:tcW w:w="4666" w:type="dxa"/>
            <w:tcMar>
              <w:top w:w="55" w:type="dxa"/>
              <w:left w:w="55" w:type="dxa"/>
              <w:bottom w:w="55" w:type="dxa"/>
              <w:right w:w="55" w:type="dxa"/>
            </w:tcMar>
          </w:tcPr>
          <w:p w14:paraId="3070D11C" w14:textId="77777777" w:rsidR="003D6426" w:rsidRDefault="00000000">
            <w:pPr>
              <w:spacing w:after="0" w:line="240" w:lineRule="auto"/>
              <w:rPr>
                <w:rFonts w:hint="eastAsia"/>
              </w:rPr>
            </w:pPr>
            <w:r>
              <w:rPr>
                <w:sz w:val="15"/>
              </w:rPr>
              <w:t>Stop work authority effettivamente applicabile e comunicata.</w:t>
            </w:r>
          </w:p>
        </w:tc>
        <w:tc>
          <w:tcPr>
            <w:tcW w:w="1465" w:type="dxa"/>
            <w:tcMar>
              <w:top w:w="55" w:type="dxa"/>
              <w:left w:w="55" w:type="dxa"/>
              <w:bottom w:w="55" w:type="dxa"/>
              <w:right w:w="55" w:type="dxa"/>
            </w:tcMar>
          </w:tcPr>
          <w:p w14:paraId="7312FEC7"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3AC50FC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4FC20E3" w14:textId="77777777" w:rsidR="003D6426" w:rsidRDefault="003D6426">
            <w:pPr>
              <w:spacing w:after="0" w:line="240" w:lineRule="auto"/>
              <w:rPr>
                <w:rFonts w:hint="eastAsia"/>
              </w:rPr>
            </w:pPr>
          </w:p>
        </w:tc>
      </w:tr>
    </w:tbl>
    <w:p w14:paraId="0B890074" w14:textId="77777777" w:rsidR="003D6426" w:rsidRDefault="00000000">
      <w:pPr>
        <w:pStyle w:val="TableTitle"/>
        <w:rPr>
          <w:rFonts w:hint="eastAsia"/>
        </w:rPr>
      </w:pPr>
      <w:r>
        <w:t>Rilievi e azioni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0"/>
        <w:gridCol w:w="1378"/>
        <w:gridCol w:w="2390"/>
        <w:gridCol w:w="2390"/>
        <w:gridCol w:w="1378"/>
        <w:gridCol w:w="1149"/>
        <w:gridCol w:w="1057"/>
      </w:tblGrid>
      <w:tr w:rsidR="003D6426" w14:paraId="05A8AB31" w14:textId="77777777">
        <w:trPr>
          <w:tblHeader/>
          <w:jc w:val="center"/>
        </w:trPr>
        <w:tc>
          <w:tcPr>
            <w:tcW w:w="454" w:type="dxa"/>
            <w:shd w:val="clear" w:color="auto" w:fill="D9EAF7"/>
            <w:tcMar>
              <w:top w:w="55" w:type="dxa"/>
              <w:left w:w="55" w:type="dxa"/>
              <w:bottom w:w="55" w:type="dxa"/>
              <w:right w:w="55" w:type="dxa"/>
            </w:tcMar>
            <w:vAlign w:val="center"/>
          </w:tcPr>
          <w:p w14:paraId="21E320C8" w14:textId="77777777" w:rsidR="003D6426" w:rsidRDefault="00000000">
            <w:pPr>
              <w:spacing w:after="0" w:line="240" w:lineRule="auto"/>
              <w:jc w:val="center"/>
              <w:rPr>
                <w:rFonts w:hint="eastAsia"/>
              </w:rPr>
            </w:pPr>
            <w:r>
              <w:rPr>
                <w:b/>
                <w:sz w:val="13"/>
              </w:rPr>
              <w:t>Rilievo</w:t>
            </w:r>
          </w:p>
        </w:tc>
        <w:tc>
          <w:tcPr>
            <w:tcW w:w="1363" w:type="dxa"/>
            <w:shd w:val="clear" w:color="auto" w:fill="D9EAF7"/>
            <w:tcMar>
              <w:top w:w="55" w:type="dxa"/>
              <w:left w:w="55" w:type="dxa"/>
              <w:bottom w:w="55" w:type="dxa"/>
              <w:right w:w="55" w:type="dxa"/>
            </w:tcMar>
            <w:vAlign w:val="center"/>
          </w:tcPr>
          <w:p w14:paraId="216D6CCE" w14:textId="77777777" w:rsidR="003D6426" w:rsidRDefault="00000000">
            <w:pPr>
              <w:spacing w:after="0" w:line="240" w:lineRule="auto"/>
              <w:jc w:val="center"/>
              <w:rPr>
                <w:rFonts w:hint="eastAsia"/>
              </w:rPr>
            </w:pPr>
            <w:r>
              <w:rPr>
                <w:b/>
                <w:sz w:val="13"/>
              </w:rPr>
              <w:t>Tipo</w:t>
            </w:r>
          </w:p>
        </w:tc>
        <w:tc>
          <w:tcPr>
            <w:tcW w:w="2364" w:type="dxa"/>
            <w:shd w:val="clear" w:color="auto" w:fill="D9EAF7"/>
            <w:tcMar>
              <w:top w:w="55" w:type="dxa"/>
              <w:left w:w="55" w:type="dxa"/>
              <w:bottom w:w="55" w:type="dxa"/>
              <w:right w:w="55" w:type="dxa"/>
            </w:tcMar>
            <w:vAlign w:val="center"/>
          </w:tcPr>
          <w:p w14:paraId="7DF3CDA2" w14:textId="77777777" w:rsidR="003D6426" w:rsidRDefault="00000000">
            <w:pPr>
              <w:spacing w:after="0" w:line="240" w:lineRule="auto"/>
              <w:jc w:val="center"/>
              <w:rPr>
                <w:rFonts w:hint="eastAsia"/>
              </w:rPr>
            </w:pPr>
            <w:r>
              <w:rPr>
                <w:b/>
                <w:sz w:val="13"/>
              </w:rPr>
              <w:t>Descrizione</w:t>
            </w:r>
          </w:p>
        </w:tc>
        <w:tc>
          <w:tcPr>
            <w:tcW w:w="2364" w:type="dxa"/>
            <w:shd w:val="clear" w:color="auto" w:fill="D9EAF7"/>
            <w:tcMar>
              <w:top w:w="55" w:type="dxa"/>
              <w:left w:w="55" w:type="dxa"/>
              <w:bottom w:w="55" w:type="dxa"/>
              <w:right w:w="55" w:type="dxa"/>
            </w:tcMar>
            <w:vAlign w:val="center"/>
          </w:tcPr>
          <w:p w14:paraId="0D24C5E7" w14:textId="77777777" w:rsidR="003D6426" w:rsidRDefault="00000000">
            <w:pPr>
              <w:spacing w:after="0" w:line="240" w:lineRule="auto"/>
              <w:jc w:val="center"/>
              <w:rPr>
                <w:rFonts w:hint="eastAsia"/>
              </w:rPr>
            </w:pPr>
            <w:r>
              <w:rPr>
                <w:b/>
                <w:sz w:val="13"/>
              </w:rPr>
              <w:t>Azione</w:t>
            </w:r>
          </w:p>
        </w:tc>
        <w:tc>
          <w:tcPr>
            <w:tcW w:w="1363" w:type="dxa"/>
            <w:shd w:val="clear" w:color="auto" w:fill="D9EAF7"/>
            <w:tcMar>
              <w:top w:w="55" w:type="dxa"/>
              <w:left w:w="55" w:type="dxa"/>
              <w:bottom w:w="55" w:type="dxa"/>
              <w:right w:w="55" w:type="dxa"/>
            </w:tcMar>
            <w:vAlign w:val="center"/>
          </w:tcPr>
          <w:p w14:paraId="56C8E0BF" w14:textId="77777777" w:rsidR="003D6426" w:rsidRDefault="00000000">
            <w:pPr>
              <w:spacing w:after="0" w:line="240" w:lineRule="auto"/>
              <w:jc w:val="center"/>
              <w:rPr>
                <w:rFonts w:hint="eastAsia"/>
              </w:rPr>
            </w:pPr>
            <w:r>
              <w:rPr>
                <w:b/>
                <w:sz w:val="13"/>
              </w:rPr>
              <w:t>Responsabile</w:t>
            </w:r>
          </w:p>
        </w:tc>
        <w:tc>
          <w:tcPr>
            <w:tcW w:w="1136" w:type="dxa"/>
            <w:shd w:val="clear" w:color="auto" w:fill="D9EAF7"/>
            <w:tcMar>
              <w:top w:w="55" w:type="dxa"/>
              <w:left w:w="55" w:type="dxa"/>
              <w:bottom w:w="55" w:type="dxa"/>
              <w:right w:w="55" w:type="dxa"/>
            </w:tcMar>
            <w:vAlign w:val="center"/>
          </w:tcPr>
          <w:p w14:paraId="7362D135" w14:textId="77777777" w:rsidR="003D6426" w:rsidRDefault="00000000">
            <w:pPr>
              <w:spacing w:after="0" w:line="240" w:lineRule="auto"/>
              <w:jc w:val="center"/>
              <w:rPr>
                <w:rFonts w:hint="eastAsia"/>
              </w:rPr>
            </w:pPr>
            <w:r>
              <w:rPr>
                <w:b/>
                <w:sz w:val="13"/>
              </w:rPr>
              <w:t>Scadenza</w:t>
            </w:r>
          </w:p>
        </w:tc>
        <w:tc>
          <w:tcPr>
            <w:tcW w:w="1045" w:type="dxa"/>
            <w:shd w:val="clear" w:color="auto" w:fill="D9EAF7"/>
            <w:tcMar>
              <w:top w:w="55" w:type="dxa"/>
              <w:left w:w="55" w:type="dxa"/>
              <w:bottom w:w="55" w:type="dxa"/>
              <w:right w:w="55" w:type="dxa"/>
            </w:tcMar>
            <w:vAlign w:val="center"/>
          </w:tcPr>
          <w:p w14:paraId="3100C595" w14:textId="77777777" w:rsidR="003D6426" w:rsidRDefault="00000000">
            <w:pPr>
              <w:spacing w:after="0" w:line="240" w:lineRule="auto"/>
              <w:jc w:val="center"/>
              <w:rPr>
                <w:rFonts w:hint="eastAsia"/>
              </w:rPr>
            </w:pPr>
            <w:r>
              <w:rPr>
                <w:b/>
                <w:sz w:val="13"/>
              </w:rPr>
              <w:t>Chiusura</w:t>
            </w:r>
          </w:p>
        </w:tc>
      </w:tr>
      <w:tr w:rsidR="003D6426" w14:paraId="2AB723C5" w14:textId="77777777">
        <w:trPr>
          <w:jc w:val="center"/>
        </w:trPr>
        <w:tc>
          <w:tcPr>
            <w:tcW w:w="454" w:type="dxa"/>
            <w:tcMar>
              <w:top w:w="55" w:type="dxa"/>
              <w:left w:w="55" w:type="dxa"/>
              <w:bottom w:w="55" w:type="dxa"/>
              <w:right w:w="55" w:type="dxa"/>
            </w:tcMar>
          </w:tcPr>
          <w:p w14:paraId="32BC23E9" w14:textId="77777777" w:rsidR="003D6426" w:rsidRDefault="00000000">
            <w:pPr>
              <w:spacing w:after="0" w:line="240" w:lineRule="auto"/>
              <w:rPr>
                <w:rFonts w:hint="eastAsia"/>
              </w:rPr>
            </w:pPr>
            <w:r>
              <w:rPr>
                <w:sz w:val="13"/>
              </w:rPr>
              <w:t>1</w:t>
            </w:r>
          </w:p>
        </w:tc>
        <w:tc>
          <w:tcPr>
            <w:tcW w:w="1363" w:type="dxa"/>
            <w:tcMar>
              <w:top w:w="55" w:type="dxa"/>
              <w:left w:w="55" w:type="dxa"/>
              <w:bottom w:w="55" w:type="dxa"/>
              <w:right w:w="55" w:type="dxa"/>
            </w:tcMar>
          </w:tcPr>
          <w:p w14:paraId="76BA6274" w14:textId="77777777" w:rsidR="003D6426" w:rsidRDefault="00000000">
            <w:pPr>
              <w:spacing w:after="0" w:line="240" w:lineRule="auto"/>
              <w:rPr>
                <w:rFonts w:hint="eastAsia"/>
              </w:rPr>
            </w:pPr>
            <w:r>
              <w:rPr>
                <w:sz w:val="13"/>
              </w:rPr>
              <w:t>[ ] NC [ ] Oss. [ ] Migl.</w:t>
            </w:r>
          </w:p>
        </w:tc>
        <w:tc>
          <w:tcPr>
            <w:tcW w:w="2364" w:type="dxa"/>
            <w:tcMar>
              <w:top w:w="55" w:type="dxa"/>
              <w:left w:w="55" w:type="dxa"/>
              <w:bottom w:w="55" w:type="dxa"/>
              <w:right w:w="55" w:type="dxa"/>
            </w:tcMar>
          </w:tcPr>
          <w:p w14:paraId="676000E9" w14:textId="77777777" w:rsidR="003D6426" w:rsidRDefault="003D6426">
            <w:pPr>
              <w:spacing w:after="0" w:line="240" w:lineRule="auto"/>
              <w:rPr>
                <w:rFonts w:hint="eastAsia"/>
              </w:rPr>
            </w:pPr>
          </w:p>
        </w:tc>
        <w:tc>
          <w:tcPr>
            <w:tcW w:w="2364" w:type="dxa"/>
            <w:tcMar>
              <w:top w:w="55" w:type="dxa"/>
              <w:left w:w="55" w:type="dxa"/>
              <w:bottom w:w="55" w:type="dxa"/>
              <w:right w:w="55" w:type="dxa"/>
            </w:tcMar>
          </w:tcPr>
          <w:p w14:paraId="690FE5C0" w14:textId="77777777" w:rsidR="003D6426" w:rsidRDefault="003D6426">
            <w:pPr>
              <w:spacing w:after="0" w:line="240" w:lineRule="auto"/>
              <w:rPr>
                <w:rFonts w:hint="eastAsia"/>
              </w:rPr>
            </w:pPr>
          </w:p>
        </w:tc>
        <w:tc>
          <w:tcPr>
            <w:tcW w:w="1363" w:type="dxa"/>
            <w:tcMar>
              <w:top w:w="55" w:type="dxa"/>
              <w:left w:w="55" w:type="dxa"/>
              <w:bottom w:w="55" w:type="dxa"/>
              <w:right w:w="55" w:type="dxa"/>
            </w:tcMar>
          </w:tcPr>
          <w:p w14:paraId="21EDE14D" w14:textId="77777777" w:rsidR="003D6426" w:rsidRDefault="003D6426">
            <w:pPr>
              <w:spacing w:after="0" w:line="240" w:lineRule="auto"/>
              <w:rPr>
                <w:rFonts w:hint="eastAsia"/>
              </w:rPr>
            </w:pPr>
          </w:p>
        </w:tc>
        <w:tc>
          <w:tcPr>
            <w:tcW w:w="1136" w:type="dxa"/>
            <w:tcMar>
              <w:top w:w="55" w:type="dxa"/>
              <w:left w:w="55" w:type="dxa"/>
              <w:bottom w:w="55" w:type="dxa"/>
              <w:right w:w="55" w:type="dxa"/>
            </w:tcMar>
          </w:tcPr>
          <w:p w14:paraId="3DE905B0" w14:textId="77777777" w:rsidR="003D6426" w:rsidRDefault="00000000">
            <w:pPr>
              <w:spacing w:after="0" w:line="240" w:lineRule="auto"/>
              <w:rPr>
                <w:rFonts w:hint="eastAsia"/>
              </w:rPr>
            </w:pPr>
            <w:r>
              <w:rPr>
                <w:sz w:val="13"/>
              </w:rPr>
              <w:t>____/____/______</w:t>
            </w:r>
          </w:p>
        </w:tc>
        <w:tc>
          <w:tcPr>
            <w:tcW w:w="1045" w:type="dxa"/>
            <w:tcMar>
              <w:top w:w="55" w:type="dxa"/>
              <w:left w:w="55" w:type="dxa"/>
              <w:bottom w:w="55" w:type="dxa"/>
              <w:right w:w="55" w:type="dxa"/>
            </w:tcMar>
          </w:tcPr>
          <w:p w14:paraId="2F8C0C0D" w14:textId="77777777" w:rsidR="003D6426" w:rsidRDefault="00000000">
            <w:pPr>
              <w:spacing w:after="0" w:line="240" w:lineRule="auto"/>
              <w:rPr>
                <w:rFonts w:hint="eastAsia"/>
              </w:rPr>
            </w:pPr>
            <w:r>
              <w:rPr>
                <w:sz w:val="13"/>
              </w:rPr>
              <w:t>[ ] SI [ ] NO</w:t>
            </w:r>
          </w:p>
        </w:tc>
      </w:tr>
      <w:tr w:rsidR="003D6426" w14:paraId="484E33CC" w14:textId="77777777">
        <w:trPr>
          <w:jc w:val="center"/>
        </w:trPr>
        <w:tc>
          <w:tcPr>
            <w:tcW w:w="454" w:type="dxa"/>
            <w:tcMar>
              <w:top w:w="55" w:type="dxa"/>
              <w:left w:w="55" w:type="dxa"/>
              <w:bottom w:w="55" w:type="dxa"/>
              <w:right w:w="55" w:type="dxa"/>
            </w:tcMar>
          </w:tcPr>
          <w:p w14:paraId="4EE3F643" w14:textId="77777777" w:rsidR="003D6426" w:rsidRDefault="00000000">
            <w:pPr>
              <w:spacing w:after="0" w:line="240" w:lineRule="auto"/>
              <w:rPr>
                <w:rFonts w:hint="eastAsia"/>
              </w:rPr>
            </w:pPr>
            <w:r>
              <w:rPr>
                <w:sz w:val="13"/>
              </w:rPr>
              <w:t>2</w:t>
            </w:r>
          </w:p>
        </w:tc>
        <w:tc>
          <w:tcPr>
            <w:tcW w:w="1363" w:type="dxa"/>
            <w:tcMar>
              <w:top w:w="55" w:type="dxa"/>
              <w:left w:w="55" w:type="dxa"/>
              <w:bottom w:w="55" w:type="dxa"/>
              <w:right w:w="55" w:type="dxa"/>
            </w:tcMar>
          </w:tcPr>
          <w:p w14:paraId="1A6B3CF0" w14:textId="77777777" w:rsidR="003D6426" w:rsidRDefault="00000000">
            <w:pPr>
              <w:spacing w:after="0" w:line="240" w:lineRule="auto"/>
              <w:rPr>
                <w:rFonts w:hint="eastAsia"/>
              </w:rPr>
            </w:pPr>
            <w:r>
              <w:rPr>
                <w:sz w:val="13"/>
              </w:rPr>
              <w:t>[ ] NC [ ] Oss. [ ] Migl.</w:t>
            </w:r>
          </w:p>
        </w:tc>
        <w:tc>
          <w:tcPr>
            <w:tcW w:w="2364" w:type="dxa"/>
            <w:tcMar>
              <w:top w:w="55" w:type="dxa"/>
              <w:left w:w="55" w:type="dxa"/>
              <w:bottom w:w="55" w:type="dxa"/>
              <w:right w:w="55" w:type="dxa"/>
            </w:tcMar>
          </w:tcPr>
          <w:p w14:paraId="1F0D7970" w14:textId="77777777" w:rsidR="003D6426" w:rsidRDefault="003D6426">
            <w:pPr>
              <w:spacing w:after="0" w:line="240" w:lineRule="auto"/>
              <w:rPr>
                <w:rFonts w:hint="eastAsia"/>
              </w:rPr>
            </w:pPr>
          </w:p>
        </w:tc>
        <w:tc>
          <w:tcPr>
            <w:tcW w:w="2364" w:type="dxa"/>
            <w:tcMar>
              <w:top w:w="55" w:type="dxa"/>
              <w:left w:w="55" w:type="dxa"/>
              <w:bottom w:w="55" w:type="dxa"/>
              <w:right w:w="55" w:type="dxa"/>
            </w:tcMar>
          </w:tcPr>
          <w:p w14:paraId="62F884A5" w14:textId="77777777" w:rsidR="003D6426" w:rsidRDefault="003D6426">
            <w:pPr>
              <w:spacing w:after="0" w:line="240" w:lineRule="auto"/>
              <w:rPr>
                <w:rFonts w:hint="eastAsia"/>
              </w:rPr>
            </w:pPr>
          </w:p>
        </w:tc>
        <w:tc>
          <w:tcPr>
            <w:tcW w:w="1363" w:type="dxa"/>
            <w:tcMar>
              <w:top w:w="55" w:type="dxa"/>
              <w:left w:w="55" w:type="dxa"/>
              <w:bottom w:w="55" w:type="dxa"/>
              <w:right w:w="55" w:type="dxa"/>
            </w:tcMar>
          </w:tcPr>
          <w:p w14:paraId="7305884D" w14:textId="77777777" w:rsidR="003D6426" w:rsidRDefault="003D6426">
            <w:pPr>
              <w:spacing w:after="0" w:line="240" w:lineRule="auto"/>
              <w:rPr>
                <w:rFonts w:hint="eastAsia"/>
              </w:rPr>
            </w:pPr>
          </w:p>
        </w:tc>
        <w:tc>
          <w:tcPr>
            <w:tcW w:w="1136" w:type="dxa"/>
            <w:tcMar>
              <w:top w:w="55" w:type="dxa"/>
              <w:left w:w="55" w:type="dxa"/>
              <w:bottom w:w="55" w:type="dxa"/>
              <w:right w:w="55" w:type="dxa"/>
            </w:tcMar>
          </w:tcPr>
          <w:p w14:paraId="364AF46C" w14:textId="77777777" w:rsidR="003D6426" w:rsidRDefault="00000000">
            <w:pPr>
              <w:spacing w:after="0" w:line="240" w:lineRule="auto"/>
              <w:rPr>
                <w:rFonts w:hint="eastAsia"/>
              </w:rPr>
            </w:pPr>
            <w:r>
              <w:rPr>
                <w:sz w:val="13"/>
              </w:rPr>
              <w:t>____/____/______</w:t>
            </w:r>
          </w:p>
        </w:tc>
        <w:tc>
          <w:tcPr>
            <w:tcW w:w="1045" w:type="dxa"/>
            <w:tcMar>
              <w:top w:w="55" w:type="dxa"/>
              <w:left w:w="55" w:type="dxa"/>
              <w:bottom w:w="55" w:type="dxa"/>
              <w:right w:w="55" w:type="dxa"/>
            </w:tcMar>
          </w:tcPr>
          <w:p w14:paraId="748FB636" w14:textId="77777777" w:rsidR="003D6426" w:rsidRDefault="00000000">
            <w:pPr>
              <w:spacing w:after="0" w:line="240" w:lineRule="auto"/>
              <w:rPr>
                <w:rFonts w:hint="eastAsia"/>
              </w:rPr>
            </w:pPr>
            <w:r>
              <w:rPr>
                <w:sz w:val="13"/>
              </w:rPr>
              <w:t>[ ] SI [ ] NO</w:t>
            </w:r>
          </w:p>
        </w:tc>
      </w:tr>
      <w:tr w:rsidR="003D6426" w14:paraId="0E46EE23" w14:textId="77777777">
        <w:trPr>
          <w:jc w:val="center"/>
        </w:trPr>
        <w:tc>
          <w:tcPr>
            <w:tcW w:w="454" w:type="dxa"/>
            <w:tcMar>
              <w:top w:w="55" w:type="dxa"/>
              <w:left w:w="55" w:type="dxa"/>
              <w:bottom w:w="55" w:type="dxa"/>
              <w:right w:w="55" w:type="dxa"/>
            </w:tcMar>
          </w:tcPr>
          <w:p w14:paraId="7B25EE73" w14:textId="77777777" w:rsidR="003D6426" w:rsidRDefault="00000000">
            <w:pPr>
              <w:spacing w:after="0" w:line="240" w:lineRule="auto"/>
              <w:rPr>
                <w:rFonts w:hint="eastAsia"/>
              </w:rPr>
            </w:pPr>
            <w:r>
              <w:rPr>
                <w:sz w:val="13"/>
              </w:rPr>
              <w:t>3</w:t>
            </w:r>
          </w:p>
        </w:tc>
        <w:tc>
          <w:tcPr>
            <w:tcW w:w="1363" w:type="dxa"/>
            <w:tcMar>
              <w:top w:w="55" w:type="dxa"/>
              <w:left w:w="55" w:type="dxa"/>
              <w:bottom w:w="55" w:type="dxa"/>
              <w:right w:w="55" w:type="dxa"/>
            </w:tcMar>
          </w:tcPr>
          <w:p w14:paraId="7939ADB5" w14:textId="77777777" w:rsidR="003D6426" w:rsidRDefault="00000000">
            <w:pPr>
              <w:spacing w:after="0" w:line="240" w:lineRule="auto"/>
              <w:rPr>
                <w:rFonts w:hint="eastAsia"/>
              </w:rPr>
            </w:pPr>
            <w:r>
              <w:rPr>
                <w:sz w:val="13"/>
              </w:rPr>
              <w:t>[ ] NC [ ] Oss. [ ] Migl.</w:t>
            </w:r>
          </w:p>
        </w:tc>
        <w:tc>
          <w:tcPr>
            <w:tcW w:w="2364" w:type="dxa"/>
            <w:tcMar>
              <w:top w:w="55" w:type="dxa"/>
              <w:left w:w="55" w:type="dxa"/>
              <w:bottom w:w="55" w:type="dxa"/>
              <w:right w:w="55" w:type="dxa"/>
            </w:tcMar>
          </w:tcPr>
          <w:p w14:paraId="34C9E361" w14:textId="77777777" w:rsidR="003D6426" w:rsidRDefault="003D6426">
            <w:pPr>
              <w:spacing w:after="0" w:line="240" w:lineRule="auto"/>
              <w:rPr>
                <w:rFonts w:hint="eastAsia"/>
              </w:rPr>
            </w:pPr>
          </w:p>
        </w:tc>
        <w:tc>
          <w:tcPr>
            <w:tcW w:w="2364" w:type="dxa"/>
            <w:tcMar>
              <w:top w:w="55" w:type="dxa"/>
              <w:left w:w="55" w:type="dxa"/>
              <w:bottom w:w="55" w:type="dxa"/>
              <w:right w:w="55" w:type="dxa"/>
            </w:tcMar>
          </w:tcPr>
          <w:p w14:paraId="4024C5FF" w14:textId="77777777" w:rsidR="003D6426" w:rsidRDefault="003D6426">
            <w:pPr>
              <w:spacing w:after="0" w:line="240" w:lineRule="auto"/>
              <w:rPr>
                <w:rFonts w:hint="eastAsia"/>
              </w:rPr>
            </w:pPr>
          </w:p>
        </w:tc>
        <w:tc>
          <w:tcPr>
            <w:tcW w:w="1363" w:type="dxa"/>
            <w:tcMar>
              <w:top w:w="55" w:type="dxa"/>
              <w:left w:w="55" w:type="dxa"/>
              <w:bottom w:w="55" w:type="dxa"/>
              <w:right w:w="55" w:type="dxa"/>
            </w:tcMar>
          </w:tcPr>
          <w:p w14:paraId="5DCCA598" w14:textId="77777777" w:rsidR="003D6426" w:rsidRDefault="003D6426">
            <w:pPr>
              <w:spacing w:after="0" w:line="240" w:lineRule="auto"/>
              <w:rPr>
                <w:rFonts w:hint="eastAsia"/>
              </w:rPr>
            </w:pPr>
          </w:p>
        </w:tc>
        <w:tc>
          <w:tcPr>
            <w:tcW w:w="1136" w:type="dxa"/>
            <w:tcMar>
              <w:top w:w="55" w:type="dxa"/>
              <w:left w:w="55" w:type="dxa"/>
              <w:bottom w:w="55" w:type="dxa"/>
              <w:right w:w="55" w:type="dxa"/>
            </w:tcMar>
          </w:tcPr>
          <w:p w14:paraId="0EF9AFE2" w14:textId="77777777" w:rsidR="003D6426" w:rsidRDefault="00000000">
            <w:pPr>
              <w:spacing w:after="0" w:line="240" w:lineRule="auto"/>
              <w:rPr>
                <w:rFonts w:hint="eastAsia"/>
              </w:rPr>
            </w:pPr>
            <w:r>
              <w:rPr>
                <w:sz w:val="13"/>
              </w:rPr>
              <w:t>____/____/______</w:t>
            </w:r>
          </w:p>
        </w:tc>
        <w:tc>
          <w:tcPr>
            <w:tcW w:w="1045" w:type="dxa"/>
            <w:tcMar>
              <w:top w:w="55" w:type="dxa"/>
              <w:left w:w="55" w:type="dxa"/>
              <w:bottom w:w="55" w:type="dxa"/>
              <w:right w:w="55" w:type="dxa"/>
            </w:tcMar>
          </w:tcPr>
          <w:p w14:paraId="1BDD27A7" w14:textId="77777777" w:rsidR="003D6426" w:rsidRDefault="00000000">
            <w:pPr>
              <w:spacing w:after="0" w:line="240" w:lineRule="auto"/>
              <w:rPr>
                <w:rFonts w:hint="eastAsia"/>
              </w:rPr>
            </w:pPr>
            <w:r>
              <w:rPr>
                <w:sz w:val="13"/>
              </w:rPr>
              <w:t>[ ] SI [ ] NO</w:t>
            </w:r>
          </w:p>
        </w:tc>
      </w:tr>
      <w:tr w:rsidR="003D6426" w14:paraId="4A60D06F" w14:textId="77777777">
        <w:trPr>
          <w:jc w:val="center"/>
        </w:trPr>
        <w:tc>
          <w:tcPr>
            <w:tcW w:w="454" w:type="dxa"/>
            <w:tcMar>
              <w:top w:w="55" w:type="dxa"/>
              <w:left w:w="55" w:type="dxa"/>
              <w:bottom w:w="55" w:type="dxa"/>
              <w:right w:w="55" w:type="dxa"/>
            </w:tcMar>
          </w:tcPr>
          <w:p w14:paraId="522A7E98" w14:textId="77777777" w:rsidR="003D6426" w:rsidRDefault="00000000">
            <w:pPr>
              <w:spacing w:after="0" w:line="240" w:lineRule="auto"/>
              <w:rPr>
                <w:rFonts w:hint="eastAsia"/>
              </w:rPr>
            </w:pPr>
            <w:r>
              <w:rPr>
                <w:sz w:val="13"/>
              </w:rPr>
              <w:t>4</w:t>
            </w:r>
          </w:p>
        </w:tc>
        <w:tc>
          <w:tcPr>
            <w:tcW w:w="1363" w:type="dxa"/>
            <w:tcMar>
              <w:top w:w="55" w:type="dxa"/>
              <w:left w:w="55" w:type="dxa"/>
              <w:bottom w:w="55" w:type="dxa"/>
              <w:right w:w="55" w:type="dxa"/>
            </w:tcMar>
          </w:tcPr>
          <w:p w14:paraId="43476ACE" w14:textId="77777777" w:rsidR="003D6426" w:rsidRDefault="00000000">
            <w:pPr>
              <w:spacing w:after="0" w:line="240" w:lineRule="auto"/>
              <w:rPr>
                <w:rFonts w:hint="eastAsia"/>
              </w:rPr>
            </w:pPr>
            <w:r>
              <w:rPr>
                <w:sz w:val="13"/>
              </w:rPr>
              <w:t>[ ] NC [ ] Oss. [ ] Migl.</w:t>
            </w:r>
          </w:p>
        </w:tc>
        <w:tc>
          <w:tcPr>
            <w:tcW w:w="2364" w:type="dxa"/>
            <w:tcMar>
              <w:top w:w="55" w:type="dxa"/>
              <w:left w:w="55" w:type="dxa"/>
              <w:bottom w:w="55" w:type="dxa"/>
              <w:right w:w="55" w:type="dxa"/>
            </w:tcMar>
          </w:tcPr>
          <w:p w14:paraId="25D935A8" w14:textId="77777777" w:rsidR="003D6426" w:rsidRDefault="003D6426">
            <w:pPr>
              <w:spacing w:after="0" w:line="240" w:lineRule="auto"/>
              <w:rPr>
                <w:rFonts w:hint="eastAsia"/>
              </w:rPr>
            </w:pPr>
          </w:p>
        </w:tc>
        <w:tc>
          <w:tcPr>
            <w:tcW w:w="2364" w:type="dxa"/>
            <w:tcMar>
              <w:top w:w="55" w:type="dxa"/>
              <w:left w:w="55" w:type="dxa"/>
              <w:bottom w:w="55" w:type="dxa"/>
              <w:right w:w="55" w:type="dxa"/>
            </w:tcMar>
          </w:tcPr>
          <w:p w14:paraId="18EC3930" w14:textId="77777777" w:rsidR="003D6426" w:rsidRDefault="003D6426">
            <w:pPr>
              <w:spacing w:after="0" w:line="240" w:lineRule="auto"/>
              <w:rPr>
                <w:rFonts w:hint="eastAsia"/>
              </w:rPr>
            </w:pPr>
          </w:p>
        </w:tc>
        <w:tc>
          <w:tcPr>
            <w:tcW w:w="1363" w:type="dxa"/>
            <w:tcMar>
              <w:top w:w="55" w:type="dxa"/>
              <w:left w:w="55" w:type="dxa"/>
              <w:bottom w:w="55" w:type="dxa"/>
              <w:right w:w="55" w:type="dxa"/>
            </w:tcMar>
          </w:tcPr>
          <w:p w14:paraId="395AA108" w14:textId="77777777" w:rsidR="003D6426" w:rsidRDefault="003D6426">
            <w:pPr>
              <w:spacing w:after="0" w:line="240" w:lineRule="auto"/>
              <w:rPr>
                <w:rFonts w:hint="eastAsia"/>
              </w:rPr>
            </w:pPr>
          </w:p>
        </w:tc>
        <w:tc>
          <w:tcPr>
            <w:tcW w:w="1136" w:type="dxa"/>
            <w:tcMar>
              <w:top w:w="55" w:type="dxa"/>
              <w:left w:w="55" w:type="dxa"/>
              <w:bottom w:w="55" w:type="dxa"/>
              <w:right w:w="55" w:type="dxa"/>
            </w:tcMar>
          </w:tcPr>
          <w:p w14:paraId="64E08B64" w14:textId="77777777" w:rsidR="003D6426" w:rsidRDefault="00000000">
            <w:pPr>
              <w:spacing w:after="0" w:line="240" w:lineRule="auto"/>
              <w:rPr>
                <w:rFonts w:hint="eastAsia"/>
              </w:rPr>
            </w:pPr>
            <w:r>
              <w:rPr>
                <w:sz w:val="13"/>
              </w:rPr>
              <w:t>____/____/______</w:t>
            </w:r>
          </w:p>
        </w:tc>
        <w:tc>
          <w:tcPr>
            <w:tcW w:w="1045" w:type="dxa"/>
            <w:tcMar>
              <w:top w:w="55" w:type="dxa"/>
              <w:left w:w="55" w:type="dxa"/>
              <w:bottom w:w="55" w:type="dxa"/>
              <w:right w:w="55" w:type="dxa"/>
            </w:tcMar>
          </w:tcPr>
          <w:p w14:paraId="15507337" w14:textId="77777777" w:rsidR="003D6426" w:rsidRDefault="00000000">
            <w:pPr>
              <w:spacing w:after="0" w:line="240" w:lineRule="auto"/>
              <w:rPr>
                <w:rFonts w:hint="eastAsia"/>
              </w:rPr>
            </w:pPr>
            <w:r>
              <w:rPr>
                <w:sz w:val="13"/>
              </w:rPr>
              <w:t>[ ] SI [ ] NO</w:t>
            </w:r>
          </w:p>
        </w:tc>
      </w:tr>
      <w:tr w:rsidR="003D6426" w14:paraId="58B4004B" w14:textId="77777777">
        <w:trPr>
          <w:jc w:val="center"/>
        </w:trPr>
        <w:tc>
          <w:tcPr>
            <w:tcW w:w="454" w:type="dxa"/>
            <w:tcMar>
              <w:top w:w="55" w:type="dxa"/>
              <w:left w:w="55" w:type="dxa"/>
              <w:bottom w:w="55" w:type="dxa"/>
              <w:right w:w="55" w:type="dxa"/>
            </w:tcMar>
          </w:tcPr>
          <w:p w14:paraId="7F2908CA" w14:textId="77777777" w:rsidR="003D6426" w:rsidRDefault="00000000">
            <w:pPr>
              <w:spacing w:after="0" w:line="240" w:lineRule="auto"/>
              <w:rPr>
                <w:rFonts w:hint="eastAsia"/>
              </w:rPr>
            </w:pPr>
            <w:r>
              <w:rPr>
                <w:sz w:val="13"/>
              </w:rPr>
              <w:t>5</w:t>
            </w:r>
          </w:p>
        </w:tc>
        <w:tc>
          <w:tcPr>
            <w:tcW w:w="1363" w:type="dxa"/>
            <w:tcMar>
              <w:top w:w="55" w:type="dxa"/>
              <w:left w:w="55" w:type="dxa"/>
              <w:bottom w:w="55" w:type="dxa"/>
              <w:right w:w="55" w:type="dxa"/>
            </w:tcMar>
          </w:tcPr>
          <w:p w14:paraId="64431EBF" w14:textId="77777777" w:rsidR="003D6426" w:rsidRDefault="00000000">
            <w:pPr>
              <w:spacing w:after="0" w:line="240" w:lineRule="auto"/>
              <w:rPr>
                <w:rFonts w:hint="eastAsia"/>
              </w:rPr>
            </w:pPr>
            <w:r>
              <w:rPr>
                <w:sz w:val="13"/>
              </w:rPr>
              <w:t>[ ] NC [ ] Oss. [ ] Migl.</w:t>
            </w:r>
          </w:p>
        </w:tc>
        <w:tc>
          <w:tcPr>
            <w:tcW w:w="2364" w:type="dxa"/>
            <w:tcMar>
              <w:top w:w="55" w:type="dxa"/>
              <w:left w:w="55" w:type="dxa"/>
              <w:bottom w:w="55" w:type="dxa"/>
              <w:right w:w="55" w:type="dxa"/>
            </w:tcMar>
          </w:tcPr>
          <w:p w14:paraId="7DFF7ED8" w14:textId="77777777" w:rsidR="003D6426" w:rsidRDefault="003D6426">
            <w:pPr>
              <w:spacing w:after="0" w:line="240" w:lineRule="auto"/>
              <w:rPr>
                <w:rFonts w:hint="eastAsia"/>
              </w:rPr>
            </w:pPr>
          </w:p>
        </w:tc>
        <w:tc>
          <w:tcPr>
            <w:tcW w:w="2364" w:type="dxa"/>
            <w:tcMar>
              <w:top w:w="55" w:type="dxa"/>
              <w:left w:w="55" w:type="dxa"/>
              <w:bottom w:w="55" w:type="dxa"/>
              <w:right w:w="55" w:type="dxa"/>
            </w:tcMar>
          </w:tcPr>
          <w:p w14:paraId="4DB20F2B" w14:textId="77777777" w:rsidR="003D6426" w:rsidRDefault="003D6426">
            <w:pPr>
              <w:spacing w:after="0" w:line="240" w:lineRule="auto"/>
              <w:rPr>
                <w:rFonts w:hint="eastAsia"/>
              </w:rPr>
            </w:pPr>
          </w:p>
        </w:tc>
        <w:tc>
          <w:tcPr>
            <w:tcW w:w="1363" w:type="dxa"/>
            <w:tcMar>
              <w:top w:w="55" w:type="dxa"/>
              <w:left w:w="55" w:type="dxa"/>
              <w:bottom w:w="55" w:type="dxa"/>
              <w:right w:w="55" w:type="dxa"/>
            </w:tcMar>
          </w:tcPr>
          <w:p w14:paraId="42FCB146" w14:textId="77777777" w:rsidR="003D6426" w:rsidRDefault="003D6426">
            <w:pPr>
              <w:spacing w:after="0" w:line="240" w:lineRule="auto"/>
              <w:rPr>
                <w:rFonts w:hint="eastAsia"/>
              </w:rPr>
            </w:pPr>
          </w:p>
        </w:tc>
        <w:tc>
          <w:tcPr>
            <w:tcW w:w="1136" w:type="dxa"/>
            <w:tcMar>
              <w:top w:w="55" w:type="dxa"/>
              <w:left w:w="55" w:type="dxa"/>
              <w:bottom w:w="55" w:type="dxa"/>
              <w:right w:w="55" w:type="dxa"/>
            </w:tcMar>
          </w:tcPr>
          <w:p w14:paraId="73299D4C" w14:textId="77777777" w:rsidR="003D6426" w:rsidRDefault="00000000">
            <w:pPr>
              <w:spacing w:after="0" w:line="240" w:lineRule="auto"/>
              <w:rPr>
                <w:rFonts w:hint="eastAsia"/>
              </w:rPr>
            </w:pPr>
            <w:r>
              <w:rPr>
                <w:sz w:val="13"/>
              </w:rPr>
              <w:t>____/____/______</w:t>
            </w:r>
          </w:p>
        </w:tc>
        <w:tc>
          <w:tcPr>
            <w:tcW w:w="1045" w:type="dxa"/>
            <w:tcMar>
              <w:top w:w="55" w:type="dxa"/>
              <w:left w:w="55" w:type="dxa"/>
              <w:bottom w:w="55" w:type="dxa"/>
              <w:right w:w="55" w:type="dxa"/>
            </w:tcMar>
          </w:tcPr>
          <w:p w14:paraId="1E8468C5" w14:textId="77777777" w:rsidR="003D6426" w:rsidRDefault="00000000">
            <w:pPr>
              <w:spacing w:after="0" w:line="240" w:lineRule="auto"/>
              <w:rPr>
                <w:rFonts w:hint="eastAsia"/>
              </w:rPr>
            </w:pPr>
            <w:r>
              <w:rPr>
                <w:sz w:val="13"/>
              </w:rPr>
              <w:t>[ ] SI [ ] NO</w:t>
            </w:r>
          </w:p>
        </w:tc>
      </w:tr>
      <w:tr w:rsidR="003D6426" w14:paraId="599F0A91" w14:textId="77777777">
        <w:trPr>
          <w:jc w:val="center"/>
        </w:trPr>
        <w:tc>
          <w:tcPr>
            <w:tcW w:w="454" w:type="dxa"/>
            <w:tcMar>
              <w:top w:w="55" w:type="dxa"/>
              <w:left w:w="55" w:type="dxa"/>
              <w:bottom w:w="55" w:type="dxa"/>
              <w:right w:w="55" w:type="dxa"/>
            </w:tcMar>
          </w:tcPr>
          <w:p w14:paraId="0C7C15F7" w14:textId="77777777" w:rsidR="003D6426" w:rsidRDefault="00000000">
            <w:pPr>
              <w:spacing w:after="0" w:line="240" w:lineRule="auto"/>
              <w:rPr>
                <w:rFonts w:hint="eastAsia"/>
              </w:rPr>
            </w:pPr>
            <w:r>
              <w:rPr>
                <w:sz w:val="13"/>
              </w:rPr>
              <w:t>6</w:t>
            </w:r>
          </w:p>
        </w:tc>
        <w:tc>
          <w:tcPr>
            <w:tcW w:w="1363" w:type="dxa"/>
            <w:tcMar>
              <w:top w:w="55" w:type="dxa"/>
              <w:left w:w="55" w:type="dxa"/>
              <w:bottom w:w="55" w:type="dxa"/>
              <w:right w:w="55" w:type="dxa"/>
            </w:tcMar>
          </w:tcPr>
          <w:p w14:paraId="0F635A9B" w14:textId="77777777" w:rsidR="003D6426" w:rsidRDefault="00000000">
            <w:pPr>
              <w:spacing w:after="0" w:line="240" w:lineRule="auto"/>
              <w:rPr>
                <w:rFonts w:hint="eastAsia"/>
              </w:rPr>
            </w:pPr>
            <w:r>
              <w:rPr>
                <w:sz w:val="13"/>
              </w:rPr>
              <w:t>[ ] NC [ ] Oss. [ ] Migl.</w:t>
            </w:r>
          </w:p>
        </w:tc>
        <w:tc>
          <w:tcPr>
            <w:tcW w:w="2364" w:type="dxa"/>
            <w:tcMar>
              <w:top w:w="55" w:type="dxa"/>
              <w:left w:w="55" w:type="dxa"/>
              <w:bottom w:w="55" w:type="dxa"/>
              <w:right w:w="55" w:type="dxa"/>
            </w:tcMar>
          </w:tcPr>
          <w:p w14:paraId="7197B6C9" w14:textId="77777777" w:rsidR="003D6426" w:rsidRDefault="003D6426">
            <w:pPr>
              <w:spacing w:after="0" w:line="240" w:lineRule="auto"/>
              <w:rPr>
                <w:rFonts w:hint="eastAsia"/>
              </w:rPr>
            </w:pPr>
          </w:p>
        </w:tc>
        <w:tc>
          <w:tcPr>
            <w:tcW w:w="2364" w:type="dxa"/>
            <w:tcMar>
              <w:top w:w="55" w:type="dxa"/>
              <w:left w:w="55" w:type="dxa"/>
              <w:bottom w:w="55" w:type="dxa"/>
              <w:right w:w="55" w:type="dxa"/>
            </w:tcMar>
          </w:tcPr>
          <w:p w14:paraId="644C2BFD" w14:textId="77777777" w:rsidR="003D6426" w:rsidRDefault="003D6426">
            <w:pPr>
              <w:spacing w:after="0" w:line="240" w:lineRule="auto"/>
              <w:rPr>
                <w:rFonts w:hint="eastAsia"/>
              </w:rPr>
            </w:pPr>
          </w:p>
        </w:tc>
        <w:tc>
          <w:tcPr>
            <w:tcW w:w="1363" w:type="dxa"/>
            <w:tcMar>
              <w:top w:w="55" w:type="dxa"/>
              <w:left w:w="55" w:type="dxa"/>
              <w:bottom w:w="55" w:type="dxa"/>
              <w:right w:w="55" w:type="dxa"/>
            </w:tcMar>
          </w:tcPr>
          <w:p w14:paraId="59406333" w14:textId="77777777" w:rsidR="003D6426" w:rsidRDefault="003D6426">
            <w:pPr>
              <w:spacing w:after="0" w:line="240" w:lineRule="auto"/>
              <w:rPr>
                <w:rFonts w:hint="eastAsia"/>
              </w:rPr>
            </w:pPr>
          </w:p>
        </w:tc>
        <w:tc>
          <w:tcPr>
            <w:tcW w:w="1136" w:type="dxa"/>
            <w:tcMar>
              <w:top w:w="55" w:type="dxa"/>
              <w:left w:w="55" w:type="dxa"/>
              <w:bottom w:w="55" w:type="dxa"/>
              <w:right w:w="55" w:type="dxa"/>
            </w:tcMar>
          </w:tcPr>
          <w:p w14:paraId="162A70A6" w14:textId="77777777" w:rsidR="003D6426" w:rsidRDefault="00000000">
            <w:pPr>
              <w:spacing w:after="0" w:line="240" w:lineRule="auto"/>
              <w:rPr>
                <w:rFonts w:hint="eastAsia"/>
              </w:rPr>
            </w:pPr>
            <w:r>
              <w:rPr>
                <w:sz w:val="13"/>
              </w:rPr>
              <w:t>____/____/______</w:t>
            </w:r>
          </w:p>
        </w:tc>
        <w:tc>
          <w:tcPr>
            <w:tcW w:w="1045" w:type="dxa"/>
            <w:tcMar>
              <w:top w:w="55" w:type="dxa"/>
              <w:left w:w="55" w:type="dxa"/>
              <w:bottom w:w="55" w:type="dxa"/>
              <w:right w:w="55" w:type="dxa"/>
            </w:tcMar>
          </w:tcPr>
          <w:p w14:paraId="753050F7" w14:textId="77777777" w:rsidR="003D6426" w:rsidRDefault="00000000">
            <w:pPr>
              <w:spacing w:after="0" w:line="240" w:lineRule="auto"/>
              <w:rPr>
                <w:rFonts w:hint="eastAsia"/>
              </w:rPr>
            </w:pPr>
            <w:r>
              <w:rPr>
                <w:sz w:val="13"/>
              </w:rPr>
              <w:t>[ ] SI [ ] NO</w:t>
            </w:r>
          </w:p>
        </w:tc>
      </w:tr>
      <w:tr w:rsidR="003D6426" w14:paraId="020884E5" w14:textId="77777777">
        <w:trPr>
          <w:jc w:val="center"/>
        </w:trPr>
        <w:tc>
          <w:tcPr>
            <w:tcW w:w="454" w:type="dxa"/>
            <w:tcMar>
              <w:top w:w="55" w:type="dxa"/>
              <w:left w:w="55" w:type="dxa"/>
              <w:bottom w:w="55" w:type="dxa"/>
              <w:right w:w="55" w:type="dxa"/>
            </w:tcMar>
          </w:tcPr>
          <w:p w14:paraId="456539D0" w14:textId="77777777" w:rsidR="003D6426" w:rsidRDefault="00000000">
            <w:pPr>
              <w:spacing w:after="0" w:line="240" w:lineRule="auto"/>
              <w:rPr>
                <w:rFonts w:hint="eastAsia"/>
              </w:rPr>
            </w:pPr>
            <w:r>
              <w:rPr>
                <w:sz w:val="13"/>
              </w:rPr>
              <w:t>7</w:t>
            </w:r>
          </w:p>
        </w:tc>
        <w:tc>
          <w:tcPr>
            <w:tcW w:w="1363" w:type="dxa"/>
            <w:tcMar>
              <w:top w:w="55" w:type="dxa"/>
              <w:left w:w="55" w:type="dxa"/>
              <w:bottom w:w="55" w:type="dxa"/>
              <w:right w:w="55" w:type="dxa"/>
            </w:tcMar>
          </w:tcPr>
          <w:p w14:paraId="5767B1EF" w14:textId="77777777" w:rsidR="003D6426" w:rsidRDefault="00000000">
            <w:pPr>
              <w:spacing w:after="0" w:line="240" w:lineRule="auto"/>
              <w:rPr>
                <w:rFonts w:hint="eastAsia"/>
              </w:rPr>
            </w:pPr>
            <w:r>
              <w:rPr>
                <w:sz w:val="13"/>
              </w:rPr>
              <w:t>[ ] NC [ ] Oss. [ ] Migl.</w:t>
            </w:r>
          </w:p>
        </w:tc>
        <w:tc>
          <w:tcPr>
            <w:tcW w:w="2364" w:type="dxa"/>
            <w:tcMar>
              <w:top w:w="55" w:type="dxa"/>
              <w:left w:w="55" w:type="dxa"/>
              <w:bottom w:w="55" w:type="dxa"/>
              <w:right w:w="55" w:type="dxa"/>
            </w:tcMar>
          </w:tcPr>
          <w:p w14:paraId="402201B4" w14:textId="77777777" w:rsidR="003D6426" w:rsidRDefault="003D6426">
            <w:pPr>
              <w:spacing w:after="0" w:line="240" w:lineRule="auto"/>
              <w:rPr>
                <w:rFonts w:hint="eastAsia"/>
              </w:rPr>
            </w:pPr>
          </w:p>
        </w:tc>
        <w:tc>
          <w:tcPr>
            <w:tcW w:w="2364" w:type="dxa"/>
            <w:tcMar>
              <w:top w:w="55" w:type="dxa"/>
              <w:left w:w="55" w:type="dxa"/>
              <w:bottom w:w="55" w:type="dxa"/>
              <w:right w:w="55" w:type="dxa"/>
            </w:tcMar>
          </w:tcPr>
          <w:p w14:paraId="73A83519" w14:textId="77777777" w:rsidR="003D6426" w:rsidRDefault="003D6426">
            <w:pPr>
              <w:spacing w:after="0" w:line="240" w:lineRule="auto"/>
              <w:rPr>
                <w:rFonts w:hint="eastAsia"/>
              </w:rPr>
            </w:pPr>
          </w:p>
        </w:tc>
        <w:tc>
          <w:tcPr>
            <w:tcW w:w="1363" w:type="dxa"/>
            <w:tcMar>
              <w:top w:w="55" w:type="dxa"/>
              <w:left w:w="55" w:type="dxa"/>
              <w:bottom w:w="55" w:type="dxa"/>
              <w:right w:w="55" w:type="dxa"/>
            </w:tcMar>
          </w:tcPr>
          <w:p w14:paraId="1709F0B4" w14:textId="77777777" w:rsidR="003D6426" w:rsidRDefault="003D6426">
            <w:pPr>
              <w:spacing w:after="0" w:line="240" w:lineRule="auto"/>
              <w:rPr>
                <w:rFonts w:hint="eastAsia"/>
              </w:rPr>
            </w:pPr>
          </w:p>
        </w:tc>
        <w:tc>
          <w:tcPr>
            <w:tcW w:w="1136" w:type="dxa"/>
            <w:tcMar>
              <w:top w:w="55" w:type="dxa"/>
              <w:left w:w="55" w:type="dxa"/>
              <w:bottom w:w="55" w:type="dxa"/>
              <w:right w:w="55" w:type="dxa"/>
            </w:tcMar>
          </w:tcPr>
          <w:p w14:paraId="7363DD2A" w14:textId="77777777" w:rsidR="003D6426" w:rsidRDefault="00000000">
            <w:pPr>
              <w:spacing w:after="0" w:line="240" w:lineRule="auto"/>
              <w:rPr>
                <w:rFonts w:hint="eastAsia"/>
              </w:rPr>
            </w:pPr>
            <w:r>
              <w:rPr>
                <w:sz w:val="13"/>
              </w:rPr>
              <w:t>____/____/______</w:t>
            </w:r>
          </w:p>
        </w:tc>
        <w:tc>
          <w:tcPr>
            <w:tcW w:w="1045" w:type="dxa"/>
            <w:tcMar>
              <w:top w:w="55" w:type="dxa"/>
              <w:left w:w="55" w:type="dxa"/>
              <w:bottom w:w="55" w:type="dxa"/>
              <w:right w:w="55" w:type="dxa"/>
            </w:tcMar>
          </w:tcPr>
          <w:p w14:paraId="592881CD" w14:textId="77777777" w:rsidR="003D6426" w:rsidRDefault="00000000">
            <w:pPr>
              <w:spacing w:after="0" w:line="240" w:lineRule="auto"/>
              <w:rPr>
                <w:rFonts w:hint="eastAsia"/>
              </w:rPr>
            </w:pPr>
            <w:r>
              <w:rPr>
                <w:sz w:val="13"/>
              </w:rPr>
              <w:t>[ ] SI [ ] NO</w:t>
            </w:r>
          </w:p>
        </w:tc>
      </w:tr>
    </w:tbl>
    <w:p w14:paraId="1BDEFC7E" w14:textId="77777777" w:rsidR="003D6426" w:rsidRDefault="00000000">
      <w:pPr>
        <w:rPr>
          <w:rFonts w:hint="eastAsia"/>
        </w:rPr>
      </w:pPr>
      <w:r>
        <w:br w:type="page"/>
      </w:r>
    </w:p>
    <w:p w14:paraId="54892333" w14:textId="77777777" w:rsidR="003D6426" w:rsidRDefault="00000000">
      <w:pPr>
        <w:pStyle w:val="Titolo1"/>
      </w:pPr>
      <w:r>
        <w:t>ALLEGATO P - Lista fattori di rischio e cause potenziali</w:t>
      </w:r>
    </w:p>
    <w:p w14:paraId="2C183990" w14:textId="77777777" w:rsidR="003D6426" w:rsidRDefault="00000000">
      <w:pPr>
        <w:pStyle w:val="Nota"/>
        <w:rPr>
          <w:rFonts w:hint="eastAsia"/>
        </w:rPr>
      </w:pPr>
      <w:r>
        <w:t>Lista esemplificativa da utilizzare come supporto alla valutazione. Non è esaustiva e deve essere integrata con rischi specifici di sito, sostanze, impianti e attività.</w:t>
      </w:r>
    </w:p>
    <w:p w14:paraId="38652194" w14:textId="77777777" w:rsidR="003D6426" w:rsidRDefault="00000000">
      <w:pPr>
        <w:pStyle w:val="TableTitle"/>
        <w:rPr>
          <w:rFonts w:hint="eastAsia"/>
        </w:rPr>
      </w:pPr>
      <w:r>
        <w:t>Fattori di rischio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47"/>
        <w:gridCol w:w="4833"/>
        <w:gridCol w:w="3222"/>
      </w:tblGrid>
      <w:tr w:rsidR="003D6426" w14:paraId="713907C9" w14:textId="77777777">
        <w:trPr>
          <w:tblHeader/>
          <w:jc w:val="center"/>
        </w:trPr>
        <w:tc>
          <w:tcPr>
            <w:tcW w:w="2124" w:type="dxa"/>
            <w:shd w:val="clear" w:color="auto" w:fill="D9EAF7"/>
            <w:tcMar>
              <w:top w:w="55" w:type="dxa"/>
              <w:left w:w="55" w:type="dxa"/>
              <w:bottom w:w="55" w:type="dxa"/>
              <w:right w:w="55" w:type="dxa"/>
            </w:tcMar>
            <w:vAlign w:val="center"/>
          </w:tcPr>
          <w:p w14:paraId="1AC6038F" w14:textId="77777777" w:rsidR="003D6426" w:rsidRDefault="00000000">
            <w:pPr>
              <w:spacing w:after="0" w:line="240" w:lineRule="auto"/>
              <w:jc w:val="center"/>
              <w:rPr>
                <w:rFonts w:hint="eastAsia"/>
              </w:rPr>
            </w:pPr>
            <w:r>
              <w:rPr>
                <w:b/>
                <w:sz w:val="13"/>
              </w:rPr>
              <w:t>Fattore di rischio</w:t>
            </w:r>
          </w:p>
        </w:tc>
        <w:tc>
          <w:tcPr>
            <w:tcW w:w="4781" w:type="dxa"/>
            <w:shd w:val="clear" w:color="auto" w:fill="D9EAF7"/>
            <w:tcMar>
              <w:top w:w="55" w:type="dxa"/>
              <w:left w:w="55" w:type="dxa"/>
              <w:bottom w:w="55" w:type="dxa"/>
              <w:right w:w="55" w:type="dxa"/>
            </w:tcMar>
            <w:vAlign w:val="center"/>
          </w:tcPr>
          <w:p w14:paraId="398341CB" w14:textId="77777777" w:rsidR="003D6426" w:rsidRDefault="00000000">
            <w:pPr>
              <w:spacing w:after="0" w:line="240" w:lineRule="auto"/>
              <w:jc w:val="center"/>
              <w:rPr>
                <w:rFonts w:hint="eastAsia"/>
              </w:rPr>
            </w:pPr>
            <w:r>
              <w:rPr>
                <w:b/>
                <w:sz w:val="13"/>
              </w:rPr>
              <w:t>Cause potenziali</w:t>
            </w:r>
          </w:p>
        </w:tc>
        <w:tc>
          <w:tcPr>
            <w:tcW w:w="3187" w:type="dxa"/>
            <w:shd w:val="clear" w:color="auto" w:fill="D9EAF7"/>
            <w:tcMar>
              <w:top w:w="55" w:type="dxa"/>
              <w:left w:w="55" w:type="dxa"/>
              <w:bottom w:w="55" w:type="dxa"/>
              <w:right w:w="55" w:type="dxa"/>
            </w:tcMar>
            <w:vAlign w:val="center"/>
          </w:tcPr>
          <w:p w14:paraId="7B7FCF1A" w14:textId="77777777" w:rsidR="003D6426" w:rsidRDefault="00000000">
            <w:pPr>
              <w:spacing w:after="0" w:line="240" w:lineRule="auto"/>
              <w:jc w:val="center"/>
              <w:rPr>
                <w:rFonts w:hint="eastAsia"/>
              </w:rPr>
            </w:pPr>
            <w:r>
              <w:rPr>
                <w:b/>
                <w:sz w:val="13"/>
              </w:rPr>
              <w:t>Controlli tipici</w:t>
            </w:r>
          </w:p>
        </w:tc>
      </w:tr>
      <w:tr w:rsidR="003D6426" w14:paraId="221DF87F" w14:textId="77777777">
        <w:trPr>
          <w:jc w:val="center"/>
        </w:trPr>
        <w:tc>
          <w:tcPr>
            <w:tcW w:w="2124" w:type="dxa"/>
            <w:tcMar>
              <w:top w:w="55" w:type="dxa"/>
              <w:left w:w="55" w:type="dxa"/>
              <w:bottom w:w="55" w:type="dxa"/>
              <w:right w:w="55" w:type="dxa"/>
            </w:tcMar>
          </w:tcPr>
          <w:p w14:paraId="33ECA73A" w14:textId="77777777" w:rsidR="003D6426" w:rsidRDefault="00000000">
            <w:pPr>
              <w:spacing w:after="0" w:line="240" w:lineRule="auto"/>
              <w:rPr>
                <w:rFonts w:hint="eastAsia"/>
              </w:rPr>
            </w:pPr>
            <w:r>
              <w:rPr>
                <w:sz w:val="13"/>
              </w:rPr>
              <w:t>Carenza di ossigeno</w:t>
            </w:r>
          </w:p>
        </w:tc>
        <w:tc>
          <w:tcPr>
            <w:tcW w:w="4781" w:type="dxa"/>
            <w:tcMar>
              <w:top w:w="55" w:type="dxa"/>
              <w:left w:w="55" w:type="dxa"/>
              <w:bottom w:w="55" w:type="dxa"/>
              <w:right w:w="55" w:type="dxa"/>
            </w:tcMar>
          </w:tcPr>
          <w:p w14:paraId="18D823A1" w14:textId="77777777" w:rsidR="003D6426" w:rsidRDefault="00000000">
            <w:pPr>
              <w:spacing w:after="0" w:line="240" w:lineRule="auto"/>
              <w:rPr>
                <w:rFonts w:hint="eastAsia"/>
              </w:rPr>
            </w:pPr>
            <w:r>
              <w:rPr>
                <w:sz w:val="13"/>
              </w:rPr>
              <w:t>Ossidazione, fermentazione, decomposizione, gas inertizzanti, sostituzione dell'aria, combustione, assorbimento da materiali.</w:t>
            </w:r>
          </w:p>
        </w:tc>
        <w:tc>
          <w:tcPr>
            <w:tcW w:w="3187" w:type="dxa"/>
            <w:tcMar>
              <w:top w:w="55" w:type="dxa"/>
              <w:left w:w="55" w:type="dxa"/>
              <w:bottom w:w="55" w:type="dxa"/>
              <w:right w:w="55" w:type="dxa"/>
            </w:tcMar>
          </w:tcPr>
          <w:p w14:paraId="36DB9CDF" w14:textId="77777777" w:rsidR="003D6426" w:rsidRDefault="00000000">
            <w:pPr>
              <w:spacing w:after="0" w:line="240" w:lineRule="auto"/>
              <w:rPr>
                <w:rFonts w:hint="eastAsia"/>
              </w:rPr>
            </w:pPr>
            <w:r>
              <w:rPr>
                <w:sz w:val="13"/>
              </w:rPr>
              <w:t>Misura O2, ventilazione, bonifica, APVR idonei, evacuazione in allarme.</w:t>
            </w:r>
          </w:p>
        </w:tc>
      </w:tr>
      <w:tr w:rsidR="003D6426" w14:paraId="2306562F" w14:textId="77777777">
        <w:trPr>
          <w:jc w:val="center"/>
        </w:trPr>
        <w:tc>
          <w:tcPr>
            <w:tcW w:w="2124" w:type="dxa"/>
            <w:tcMar>
              <w:top w:w="55" w:type="dxa"/>
              <w:left w:w="55" w:type="dxa"/>
              <w:bottom w:w="55" w:type="dxa"/>
              <w:right w:w="55" w:type="dxa"/>
            </w:tcMar>
          </w:tcPr>
          <w:p w14:paraId="72D2DFAC" w14:textId="77777777" w:rsidR="003D6426" w:rsidRDefault="00000000">
            <w:pPr>
              <w:spacing w:after="0" w:line="240" w:lineRule="auto"/>
              <w:rPr>
                <w:rFonts w:hint="eastAsia"/>
              </w:rPr>
            </w:pPr>
            <w:r>
              <w:rPr>
                <w:sz w:val="13"/>
              </w:rPr>
              <w:t>Eccesso di ossigeno</w:t>
            </w:r>
          </w:p>
        </w:tc>
        <w:tc>
          <w:tcPr>
            <w:tcW w:w="4781" w:type="dxa"/>
            <w:tcMar>
              <w:top w:w="55" w:type="dxa"/>
              <w:left w:w="55" w:type="dxa"/>
              <w:bottom w:w="55" w:type="dxa"/>
              <w:right w:w="55" w:type="dxa"/>
            </w:tcMar>
          </w:tcPr>
          <w:p w14:paraId="1EDBCAE3" w14:textId="77777777" w:rsidR="003D6426" w:rsidRDefault="00000000">
            <w:pPr>
              <w:spacing w:after="0" w:line="240" w:lineRule="auto"/>
              <w:rPr>
                <w:rFonts w:hint="eastAsia"/>
              </w:rPr>
            </w:pPr>
            <w:r>
              <w:rPr>
                <w:sz w:val="13"/>
              </w:rPr>
              <w:t>Perdite o uso improprio di ossigeno, arricchimento localizzato.</w:t>
            </w:r>
          </w:p>
        </w:tc>
        <w:tc>
          <w:tcPr>
            <w:tcW w:w="3187" w:type="dxa"/>
            <w:tcMar>
              <w:top w:w="55" w:type="dxa"/>
              <w:left w:w="55" w:type="dxa"/>
              <w:bottom w:w="55" w:type="dxa"/>
              <w:right w:w="55" w:type="dxa"/>
            </w:tcMar>
          </w:tcPr>
          <w:p w14:paraId="7103349D" w14:textId="77777777" w:rsidR="003D6426" w:rsidRDefault="00000000">
            <w:pPr>
              <w:spacing w:after="0" w:line="240" w:lineRule="auto"/>
              <w:rPr>
                <w:rFonts w:hint="eastAsia"/>
              </w:rPr>
            </w:pPr>
            <w:r>
              <w:rPr>
                <w:sz w:val="13"/>
              </w:rPr>
              <w:t>Divieto sorgenti innesco, controllo linee, monitoraggio, materiali compatibili.</w:t>
            </w:r>
          </w:p>
        </w:tc>
      </w:tr>
      <w:tr w:rsidR="003D6426" w14:paraId="4BE3A037" w14:textId="77777777">
        <w:trPr>
          <w:jc w:val="center"/>
        </w:trPr>
        <w:tc>
          <w:tcPr>
            <w:tcW w:w="2124" w:type="dxa"/>
            <w:tcMar>
              <w:top w:w="55" w:type="dxa"/>
              <w:left w:w="55" w:type="dxa"/>
              <w:bottom w:w="55" w:type="dxa"/>
              <w:right w:w="55" w:type="dxa"/>
            </w:tcMar>
          </w:tcPr>
          <w:p w14:paraId="45251953" w14:textId="77777777" w:rsidR="003D6426" w:rsidRDefault="00000000">
            <w:pPr>
              <w:spacing w:after="0" w:line="240" w:lineRule="auto"/>
              <w:rPr>
                <w:rFonts w:hint="eastAsia"/>
              </w:rPr>
            </w:pPr>
            <w:r>
              <w:rPr>
                <w:sz w:val="13"/>
              </w:rPr>
              <w:t>Intossicazione</w:t>
            </w:r>
          </w:p>
        </w:tc>
        <w:tc>
          <w:tcPr>
            <w:tcW w:w="4781" w:type="dxa"/>
            <w:tcMar>
              <w:top w:w="55" w:type="dxa"/>
              <w:left w:w="55" w:type="dxa"/>
              <w:bottom w:w="55" w:type="dxa"/>
              <w:right w:w="55" w:type="dxa"/>
            </w:tcMar>
          </w:tcPr>
          <w:p w14:paraId="3B494D3C" w14:textId="77777777" w:rsidR="003D6426" w:rsidRDefault="00000000">
            <w:pPr>
              <w:spacing w:after="0" w:line="240" w:lineRule="auto"/>
              <w:rPr>
                <w:rFonts w:hint="eastAsia"/>
              </w:rPr>
            </w:pPr>
            <w:r>
              <w:rPr>
                <w:sz w:val="13"/>
              </w:rPr>
              <w:t>Residui, reazioni chimiche, decomposizioni biologiche, solventi, gas tossici, insufficiente isolamento.</w:t>
            </w:r>
          </w:p>
        </w:tc>
        <w:tc>
          <w:tcPr>
            <w:tcW w:w="3187" w:type="dxa"/>
            <w:tcMar>
              <w:top w:w="55" w:type="dxa"/>
              <w:left w:w="55" w:type="dxa"/>
              <w:bottom w:w="55" w:type="dxa"/>
              <w:right w:w="55" w:type="dxa"/>
            </w:tcMar>
          </w:tcPr>
          <w:p w14:paraId="0624C699" w14:textId="77777777" w:rsidR="003D6426" w:rsidRDefault="00000000">
            <w:pPr>
              <w:spacing w:after="0" w:line="240" w:lineRule="auto"/>
              <w:rPr>
                <w:rFonts w:hint="eastAsia"/>
              </w:rPr>
            </w:pPr>
            <w:r>
              <w:rPr>
                <w:sz w:val="13"/>
              </w:rPr>
              <w:t>SDS, rilevatori specifici, bonifica, APVR, limiti esposizione, ventilazione.</w:t>
            </w:r>
          </w:p>
        </w:tc>
      </w:tr>
      <w:tr w:rsidR="003D6426" w14:paraId="62F18A2F" w14:textId="77777777">
        <w:trPr>
          <w:jc w:val="center"/>
        </w:trPr>
        <w:tc>
          <w:tcPr>
            <w:tcW w:w="2124" w:type="dxa"/>
            <w:tcMar>
              <w:top w:w="55" w:type="dxa"/>
              <w:left w:w="55" w:type="dxa"/>
              <w:bottom w:w="55" w:type="dxa"/>
              <w:right w:w="55" w:type="dxa"/>
            </w:tcMar>
          </w:tcPr>
          <w:p w14:paraId="76864681" w14:textId="77777777" w:rsidR="003D6426" w:rsidRDefault="00000000">
            <w:pPr>
              <w:spacing w:after="0" w:line="240" w:lineRule="auto"/>
              <w:rPr>
                <w:rFonts w:hint="eastAsia"/>
              </w:rPr>
            </w:pPr>
            <w:r>
              <w:rPr>
                <w:sz w:val="13"/>
              </w:rPr>
              <w:t>Incendio/esplosione</w:t>
            </w:r>
          </w:p>
        </w:tc>
        <w:tc>
          <w:tcPr>
            <w:tcW w:w="4781" w:type="dxa"/>
            <w:tcMar>
              <w:top w:w="55" w:type="dxa"/>
              <w:left w:w="55" w:type="dxa"/>
              <w:bottom w:w="55" w:type="dxa"/>
              <w:right w:w="55" w:type="dxa"/>
            </w:tcMar>
          </w:tcPr>
          <w:p w14:paraId="184BAB9E" w14:textId="77777777" w:rsidR="003D6426" w:rsidRDefault="00000000">
            <w:pPr>
              <w:spacing w:after="0" w:line="240" w:lineRule="auto"/>
              <w:rPr>
                <w:rFonts w:hint="eastAsia"/>
              </w:rPr>
            </w:pPr>
            <w:r>
              <w:rPr>
                <w:sz w:val="13"/>
              </w:rPr>
              <w:t>Vapori infiammabili, gas, polveri combustibili, cariche elettrostatiche, saldatura, utensili, impianti non idonei.</w:t>
            </w:r>
          </w:p>
        </w:tc>
        <w:tc>
          <w:tcPr>
            <w:tcW w:w="3187" w:type="dxa"/>
            <w:tcMar>
              <w:top w:w="55" w:type="dxa"/>
              <w:left w:w="55" w:type="dxa"/>
              <w:bottom w:w="55" w:type="dxa"/>
              <w:right w:w="55" w:type="dxa"/>
            </w:tcMar>
          </w:tcPr>
          <w:p w14:paraId="2A037D7A" w14:textId="77777777" w:rsidR="003D6426" w:rsidRDefault="00000000">
            <w:pPr>
              <w:spacing w:after="0" w:line="240" w:lineRule="auto"/>
              <w:rPr>
                <w:rFonts w:hint="eastAsia"/>
              </w:rPr>
            </w:pPr>
            <w:r>
              <w:rPr>
                <w:sz w:val="13"/>
              </w:rPr>
              <w:t>LEL, ATEX, eliminazione inneschi, messa a terra, permesso lavori a caldo.</w:t>
            </w:r>
          </w:p>
        </w:tc>
      </w:tr>
      <w:tr w:rsidR="003D6426" w14:paraId="11F97A60" w14:textId="77777777">
        <w:trPr>
          <w:jc w:val="center"/>
        </w:trPr>
        <w:tc>
          <w:tcPr>
            <w:tcW w:w="2124" w:type="dxa"/>
            <w:tcMar>
              <w:top w:w="55" w:type="dxa"/>
              <w:left w:w="55" w:type="dxa"/>
              <w:bottom w:w="55" w:type="dxa"/>
              <w:right w:w="55" w:type="dxa"/>
            </w:tcMar>
          </w:tcPr>
          <w:p w14:paraId="674F173F" w14:textId="77777777" w:rsidR="003D6426" w:rsidRDefault="00000000">
            <w:pPr>
              <w:spacing w:after="0" w:line="240" w:lineRule="auto"/>
              <w:rPr>
                <w:rFonts w:hint="eastAsia"/>
              </w:rPr>
            </w:pPr>
            <w:r>
              <w:rPr>
                <w:sz w:val="13"/>
              </w:rPr>
              <w:t>Sprofondamento/intrappolamento</w:t>
            </w:r>
          </w:p>
        </w:tc>
        <w:tc>
          <w:tcPr>
            <w:tcW w:w="4781" w:type="dxa"/>
            <w:tcMar>
              <w:top w:w="55" w:type="dxa"/>
              <w:left w:w="55" w:type="dxa"/>
              <w:bottom w:w="55" w:type="dxa"/>
              <w:right w:w="55" w:type="dxa"/>
            </w:tcMar>
          </w:tcPr>
          <w:p w14:paraId="603BB47C" w14:textId="77777777" w:rsidR="003D6426" w:rsidRDefault="00000000">
            <w:pPr>
              <w:spacing w:after="0" w:line="240" w:lineRule="auto"/>
              <w:rPr>
                <w:rFonts w:hint="eastAsia"/>
              </w:rPr>
            </w:pPr>
            <w:r>
              <w:rPr>
                <w:sz w:val="13"/>
              </w:rPr>
              <w:t>Materiali incoerenti, granuli, polveri, cereali, catalizzatori, alimentazione non isolata.</w:t>
            </w:r>
          </w:p>
        </w:tc>
        <w:tc>
          <w:tcPr>
            <w:tcW w:w="3187" w:type="dxa"/>
            <w:tcMar>
              <w:top w:w="55" w:type="dxa"/>
              <w:left w:w="55" w:type="dxa"/>
              <w:bottom w:w="55" w:type="dxa"/>
              <w:right w:w="55" w:type="dxa"/>
            </w:tcMar>
          </w:tcPr>
          <w:p w14:paraId="6D87E8C3" w14:textId="77777777" w:rsidR="003D6426" w:rsidRDefault="00000000">
            <w:pPr>
              <w:spacing w:after="0" w:line="240" w:lineRule="auto"/>
              <w:rPr>
                <w:rFonts w:hint="eastAsia"/>
              </w:rPr>
            </w:pPr>
            <w:r>
              <w:rPr>
                <w:sz w:val="13"/>
              </w:rPr>
              <w:t>Svuotamento, blocco alimentazioni, imbracatura, recupero, divieto camminamento su materiale.</w:t>
            </w:r>
          </w:p>
        </w:tc>
      </w:tr>
      <w:tr w:rsidR="003D6426" w14:paraId="177FD63F" w14:textId="77777777">
        <w:trPr>
          <w:jc w:val="center"/>
        </w:trPr>
        <w:tc>
          <w:tcPr>
            <w:tcW w:w="2124" w:type="dxa"/>
            <w:tcMar>
              <w:top w:w="55" w:type="dxa"/>
              <w:left w:w="55" w:type="dxa"/>
              <w:bottom w:w="55" w:type="dxa"/>
              <w:right w:w="55" w:type="dxa"/>
            </w:tcMar>
          </w:tcPr>
          <w:p w14:paraId="2AD88054" w14:textId="77777777" w:rsidR="003D6426" w:rsidRDefault="00000000">
            <w:pPr>
              <w:spacing w:after="0" w:line="240" w:lineRule="auto"/>
              <w:rPr>
                <w:rFonts w:hint="eastAsia"/>
              </w:rPr>
            </w:pPr>
            <w:r>
              <w:rPr>
                <w:sz w:val="13"/>
              </w:rPr>
              <w:t>Annegamento/allagamento</w:t>
            </w:r>
          </w:p>
        </w:tc>
        <w:tc>
          <w:tcPr>
            <w:tcW w:w="4781" w:type="dxa"/>
            <w:tcMar>
              <w:top w:w="55" w:type="dxa"/>
              <w:left w:w="55" w:type="dxa"/>
              <w:bottom w:w="55" w:type="dxa"/>
              <w:right w:w="55" w:type="dxa"/>
            </w:tcMar>
          </w:tcPr>
          <w:p w14:paraId="4EBFECFB" w14:textId="77777777" w:rsidR="003D6426" w:rsidRDefault="00000000">
            <w:pPr>
              <w:spacing w:after="0" w:line="240" w:lineRule="auto"/>
              <w:rPr>
                <w:rFonts w:hint="eastAsia"/>
              </w:rPr>
            </w:pPr>
            <w:r>
              <w:rPr>
                <w:sz w:val="13"/>
              </w:rPr>
              <w:t>Eventi meteo, infiltrazioni, reflui, valvole non isolate, condotte collegate.</w:t>
            </w:r>
          </w:p>
        </w:tc>
        <w:tc>
          <w:tcPr>
            <w:tcW w:w="3187" w:type="dxa"/>
            <w:tcMar>
              <w:top w:w="55" w:type="dxa"/>
              <w:left w:w="55" w:type="dxa"/>
              <w:bottom w:w="55" w:type="dxa"/>
              <w:right w:w="55" w:type="dxa"/>
            </w:tcMar>
          </w:tcPr>
          <w:p w14:paraId="33F34A8D" w14:textId="77777777" w:rsidR="003D6426" w:rsidRDefault="00000000">
            <w:pPr>
              <w:spacing w:after="0" w:line="240" w:lineRule="auto"/>
              <w:rPr>
                <w:rFonts w:hint="eastAsia"/>
              </w:rPr>
            </w:pPr>
            <w:r>
              <w:rPr>
                <w:sz w:val="13"/>
              </w:rPr>
              <w:t>Meteo, LOTO linee, drenaggio, monitoraggio livelli, evacuazione.</w:t>
            </w:r>
          </w:p>
        </w:tc>
      </w:tr>
      <w:tr w:rsidR="003D6426" w14:paraId="107CAA2F" w14:textId="77777777">
        <w:trPr>
          <w:jc w:val="center"/>
        </w:trPr>
        <w:tc>
          <w:tcPr>
            <w:tcW w:w="2124" w:type="dxa"/>
            <w:tcMar>
              <w:top w:w="55" w:type="dxa"/>
              <w:left w:w="55" w:type="dxa"/>
              <w:bottom w:w="55" w:type="dxa"/>
              <w:right w:w="55" w:type="dxa"/>
            </w:tcMar>
          </w:tcPr>
          <w:p w14:paraId="1E4AEC41" w14:textId="77777777" w:rsidR="003D6426" w:rsidRDefault="00000000">
            <w:pPr>
              <w:spacing w:after="0" w:line="240" w:lineRule="auto"/>
              <w:rPr>
                <w:rFonts w:hint="eastAsia"/>
              </w:rPr>
            </w:pPr>
            <w:r>
              <w:rPr>
                <w:sz w:val="13"/>
              </w:rPr>
              <w:t>Microclima sfavorevole</w:t>
            </w:r>
          </w:p>
        </w:tc>
        <w:tc>
          <w:tcPr>
            <w:tcW w:w="4781" w:type="dxa"/>
            <w:tcMar>
              <w:top w:w="55" w:type="dxa"/>
              <w:left w:w="55" w:type="dxa"/>
              <w:bottom w:w="55" w:type="dxa"/>
              <w:right w:w="55" w:type="dxa"/>
            </w:tcMar>
          </w:tcPr>
          <w:p w14:paraId="3B564A63" w14:textId="77777777" w:rsidR="003D6426" w:rsidRDefault="00000000">
            <w:pPr>
              <w:spacing w:after="0" w:line="240" w:lineRule="auto"/>
              <w:rPr>
                <w:rFonts w:hint="eastAsia"/>
              </w:rPr>
            </w:pPr>
            <w:r>
              <w:rPr>
                <w:sz w:val="13"/>
              </w:rPr>
              <w:t>Caldo, freddo, umidità, DPI pesanti, ventilazione insufficiente, lavoro faticoso.</w:t>
            </w:r>
          </w:p>
        </w:tc>
        <w:tc>
          <w:tcPr>
            <w:tcW w:w="3187" w:type="dxa"/>
            <w:tcMar>
              <w:top w:w="55" w:type="dxa"/>
              <w:left w:w="55" w:type="dxa"/>
              <w:bottom w:w="55" w:type="dxa"/>
              <w:right w:w="55" w:type="dxa"/>
            </w:tcMar>
          </w:tcPr>
          <w:p w14:paraId="78708A75" w14:textId="77777777" w:rsidR="003D6426" w:rsidRDefault="00000000">
            <w:pPr>
              <w:spacing w:after="0" w:line="240" w:lineRule="auto"/>
              <w:rPr>
                <w:rFonts w:hint="eastAsia"/>
              </w:rPr>
            </w:pPr>
            <w:r>
              <w:rPr>
                <w:sz w:val="13"/>
              </w:rPr>
              <w:t>Turni, pause, idratazione, valutazione sanitaria, monitoraggio, ventilazione.</w:t>
            </w:r>
          </w:p>
        </w:tc>
      </w:tr>
      <w:tr w:rsidR="003D6426" w14:paraId="39849BE3" w14:textId="77777777">
        <w:trPr>
          <w:jc w:val="center"/>
        </w:trPr>
        <w:tc>
          <w:tcPr>
            <w:tcW w:w="2124" w:type="dxa"/>
            <w:tcMar>
              <w:top w:w="55" w:type="dxa"/>
              <w:left w:w="55" w:type="dxa"/>
              <w:bottom w:w="55" w:type="dxa"/>
              <w:right w:w="55" w:type="dxa"/>
            </w:tcMar>
          </w:tcPr>
          <w:p w14:paraId="19999455" w14:textId="77777777" w:rsidR="003D6426" w:rsidRDefault="00000000">
            <w:pPr>
              <w:spacing w:after="0" w:line="240" w:lineRule="auto"/>
              <w:rPr>
                <w:rFonts w:hint="eastAsia"/>
              </w:rPr>
            </w:pPr>
            <w:r>
              <w:rPr>
                <w:sz w:val="13"/>
              </w:rPr>
              <w:t>Caduta dall'alto/in profondità</w:t>
            </w:r>
          </w:p>
        </w:tc>
        <w:tc>
          <w:tcPr>
            <w:tcW w:w="4781" w:type="dxa"/>
            <w:tcMar>
              <w:top w:w="55" w:type="dxa"/>
              <w:left w:w="55" w:type="dxa"/>
              <w:bottom w:w="55" w:type="dxa"/>
              <w:right w:w="55" w:type="dxa"/>
            </w:tcMar>
          </w:tcPr>
          <w:p w14:paraId="33DC50C1" w14:textId="77777777" w:rsidR="003D6426" w:rsidRDefault="00000000">
            <w:pPr>
              <w:spacing w:after="0" w:line="240" w:lineRule="auto"/>
              <w:rPr>
                <w:rFonts w:hint="eastAsia"/>
              </w:rPr>
            </w:pPr>
            <w:r>
              <w:rPr>
                <w:sz w:val="13"/>
              </w:rPr>
              <w:t>Accessi verticali, scale, aperture, piani instabili, scarsa illuminazione.</w:t>
            </w:r>
          </w:p>
        </w:tc>
        <w:tc>
          <w:tcPr>
            <w:tcW w:w="3187" w:type="dxa"/>
            <w:tcMar>
              <w:top w:w="55" w:type="dxa"/>
              <w:left w:w="55" w:type="dxa"/>
              <w:bottom w:w="55" w:type="dxa"/>
              <w:right w:w="55" w:type="dxa"/>
            </w:tcMar>
          </w:tcPr>
          <w:p w14:paraId="2612C7B8" w14:textId="77777777" w:rsidR="003D6426" w:rsidRDefault="00000000">
            <w:pPr>
              <w:spacing w:after="0" w:line="240" w:lineRule="auto"/>
              <w:rPr>
                <w:rFonts w:hint="eastAsia"/>
              </w:rPr>
            </w:pPr>
            <w:r>
              <w:rPr>
                <w:sz w:val="13"/>
              </w:rPr>
              <w:t>Anticaduta, parapetti, treppiede, scale idonee, illuminazione.</w:t>
            </w:r>
          </w:p>
        </w:tc>
      </w:tr>
      <w:tr w:rsidR="003D6426" w14:paraId="15DD8FAD" w14:textId="77777777">
        <w:trPr>
          <w:jc w:val="center"/>
        </w:trPr>
        <w:tc>
          <w:tcPr>
            <w:tcW w:w="2124" w:type="dxa"/>
            <w:tcMar>
              <w:top w:w="55" w:type="dxa"/>
              <w:left w:w="55" w:type="dxa"/>
              <w:bottom w:w="55" w:type="dxa"/>
              <w:right w:w="55" w:type="dxa"/>
            </w:tcMar>
          </w:tcPr>
          <w:p w14:paraId="2F5D163A" w14:textId="77777777" w:rsidR="003D6426" w:rsidRDefault="00000000">
            <w:pPr>
              <w:spacing w:after="0" w:line="240" w:lineRule="auto"/>
              <w:rPr>
                <w:rFonts w:hint="eastAsia"/>
              </w:rPr>
            </w:pPr>
            <w:r>
              <w:rPr>
                <w:sz w:val="13"/>
              </w:rPr>
              <w:t>Elettrocuzione</w:t>
            </w:r>
          </w:p>
        </w:tc>
        <w:tc>
          <w:tcPr>
            <w:tcW w:w="4781" w:type="dxa"/>
            <w:tcMar>
              <w:top w:w="55" w:type="dxa"/>
              <w:left w:w="55" w:type="dxa"/>
              <w:bottom w:w="55" w:type="dxa"/>
              <w:right w:w="55" w:type="dxa"/>
            </w:tcMar>
          </w:tcPr>
          <w:p w14:paraId="212A82D8" w14:textId="77777777" w:rsidR="003D6426" w:rsidRDefault="00000000">
            <w:pPr>
              <w:spacing w:after="0" w:line="240" w:lineRule="auto"/>
              <w:rPr>
                <w:rFonts w:hint="eastAsia"/>
              </w:rPr>
            </w:pPr>
            <w:r>
              <w:rPr>
                <w:sz w:val="13"/>
              </w:rPr>
              <w:t>Ambiente umido/conduttore, utensili danneggiati, tensioni non idonee, cavi, quadri temporanei.</w:t>
            </w:r>
          </w:p>
        </w:tc>
        <w:tc>
          <w:tcPr>
            <w:tcW w:w="3187" w:type="dxa"/>
            <w:tcMar>
              <w:top w:w="55" w:type="dxa"/>
              <w:left w:w="55" w:type="dxa"/>
              <w:bottom w:w="55" w:type="dxa"/>
              <w:right w:w="55" w:type="dxa"/>
            </w:tcMar>
          </w:tcPr>
          <w:p w14:paraId="76EA4ECA" w14:textId="77777777" w:rsidR="003D6426" w:rsidRDefault="00000000">
            <w:pPr>
              <w:spacing w:after="0" w:line="240" w:lineRule="auto"/>
              <w:rPr>
                <w:rFonts w:hint="eastAsia"/>
              </w:rPr>
            </w:pPr>
            <w:r>
              <w:rPr>
                <w:sz w:val="13"/>
              </w:rPr>
              <w:t>Attrezzature compatibili, differenziali, bassa tensione ove richiesta, controlli.</w:t>
            </w:r>
          </w:p>
        </w:tc>
      </w:tr>
      <w:tr w:rsidR="003D6426" w14:paraId="53B9AA3B" w14:textId="77777777">
        <w:trPr>
          <w:jc w:val="center"/>
        </w:trPr>
        <w:tc>
          <w:tcPr>
            <w:tcW w:w="2124" w:type="dxa"/>
            <w:tcMar>
              <w:top w:w="55" w:type="dxa"/>
              <w:left w:w="55" w:type="dxa"/>
              <w:bottom w:w="55" w:type="dxa"/>
              <w:right w:w="55" w:type="dxa"/>
            </w:tcMar>
          </w:tcPr>
          <w:p w14:paraId="6FDD8FB9" w14:textId="77777777" w:rsidR="003D6426" w:rsidRDefault="00000000">
            <w:pPr>
              <w:spacing w:after="0" w:line="240" w:lineRule="auto"/>
              <w:rPr>
                <w:rFonts w:hint="eastAsia"/>
              </w:rPr>
            </w:pPr>
            <w:r>
              <w:rPr>
                <w:sz w:val="13"/>
              </w:rPr>
              <w:t>Organi in movimento</w:t>
            </w:r>
          </w:p>
        </w:tc>
        <w:tc>
          <w:tcPr>
            <w:tcW w:w="4781" w:type="dxa"/>
            <w:tcMar>
              <w:top w:w="55" w:type="dxa"/>
              <w:left w:w="55" w:type="dxa"/>
              <w:bottom w:w="55" w:type="dxa"/>
              <w:right w:w="55" w:type="dxa"/>
            </w:tcMar>
          </w:tcPr>
          <w:p w14:paraId="21DFAF09" w14:textId="77777777" w:rsidR="003D6426" w:rsidRDefault="00000000">
            <w:pPr>
              <w:spacing w:after="0" w:line="240" w:lineRule="auto"/>
              <w:rPr>
                <w:rFonts w:hint="eastAsia"/>
              </w:rPr>
            </w:pPr>
            <w:r>
              <w:rPr>
                <w:sz w:val="13"/>
              </w:rPr>
              <w:t>Agitatori, coclee, nastri, valvole, ventilatori, avviamento inatteso.</w:t>
            </w:r>
          </w:p>
        </w:tc>
        <w:tc>
          <w:tcPr>
            <w:tcW w:w="3187" w:type="dxa"/>
            <w:tcMar>
              <w:top w:w="55" w:type="dxa"/>
              <w:left w:w="55" w:type="dxa"/>
              <w:bottom w:w="55" w:type="dxa"/>
              <w:right w:w="55" w:type="dxa"/>
            </w:tcMar>
          </w:tcPr>
          <w:p w14:paraId="1D4AA571" w14:textId="77777777" w:rsidR="003D6426" w:rsidRDefault="00000000">
            <w:pPr>
              <w:spacing w:after="0" w:line="240" w:lineRule="auto"/>
              <w:rPr>
                <w:rFonts w:hint="eastAsia"/>
              </w:rPr>
            </w:pPr>
            <w:r>
              <w:rPr>
                <w:sz w:val="13"/>
              </w:rPr>
              <w:t>LOTO, blocchi meccanici, try-out, protezioni.</w:t>
            </w:r>
          </w:p>
        </w:tc>
      </w:tr>
      <w:tr w:rsidR="003D6426" w14:paraId="59EFF9B8" w14:textId="77777777">
        <w:trPr>
          <w:jc w:val="center"/>
        </w:trPr>
        <w:tc>
          <w:tcPr>
            <w:tcW w:w="2124" w:type="dxa"/>
            <w:tcMar>
              <w:top w:w="55" w:type="dxa"/>
              <w:left w:w="55" w:type="dxa"/>
              <w:bottom w:w="55" w:type="dxa"/>
              <w:right w:w="55" w:type="dxa"/>
            </w:tcMar>
          </w:tcPr>
          <w:p w14:paraId="14C46C88" w14:textId="77777777" w:rsidR="003D6426" w:rsidRDefault="00000000">
            <w:pPr>
              <w:spacing w:after="0" w:line="240" w:lineRule="auto"/>
              <w:rPr>
                <w:rFonts w:hint="eastAsia"/>
              </w:rPr>
            </w:pPr>
            <w:r>
              <w:rPr>
                <w:sz w:val="13"/>
              </w:rPr>
              <w:t>Investimento/schiacciamento</w:t>
            </w:r>
          </w:p>
        </w:tc>
        <w:tc>
          <w:tcPr>
            <w:tcW w:w="4781" w:type="dxa"/>
            <w:tcMar>
              <w:top w:w="55" w:type="dxa"/>
              <w:left w:w="55" w:type="dxa"/>
              <w:bottom w:w="55" w:type="dxa"/>
              <w:right w:w="55" w:type="dxa"/>
            </w:tcMar>
          </w:tcPr>
          <w:p w14:paraId="4E8461BE" w14:textId="77777777" w:rsidR="003D6426" w:rsidRDefault="00000000">
            <w:pPr>
              <w:spacing w:after="0" w:line="240" w:lineRule="auto"/>
              <w:rPr>
                <w:rFonts w:hint="eastAsia"/>
              </w:rPr>
            </w:pPr>
            <w:r>
              <w:rPr>
                <w:sz w:val="13"/>
              </w:rPr>
              <w:t>Mezzi in manovra, caduta gravi, errori di coordinamento, accessi in aree trafficate.</w:t>
            </w:r>
          </w:p>
        </w:tc>
        <w:tc>
          <w:tcPr>
            <w:tcW w:w="3187" w:type="dxa"/>
            <w:tcMar>
              <w:top w:w="55" w:type="dxa"/>
              <w:left w:w="55" w:type="dxa"/>
              <w:bottom w:w="55" w:type="dxa"/>
              <w:right w:w="55" w:type="dxa"/>
            </w:tcMar>
          </w:tcPr>
          <w:p w14:paraId="47A682AD" w14:textId="77777777" w:rsidR="003D6426" w:rsidRDefault="00000000">
            <w:pPr>
              <w:spacing w:after="0" w:line="240" w:lineRule="auto"/>
              <w:rPr>
                <w:rFonts w:hint="eastAsia"/>
              </w:rPr>
            </w:pPr>
            <w:r>
              <w:rPr>
                <w:sz w:val="13"/>
              </w:rPr>
              <w:t>Delimitazione, movieri, coordinamento, divieti, segnaletica.</w:t>
            </w:r>
          </w:p>
        </w:tc>
      </w:tr>
      <w:tr w:rsidR="003D6426" w14:paraId="231D7112" w14:textId="77777777">
        <w:trPr>
          <w:jc w:val="center"/>
        </w:trPr>
        <w:tc>
          <w:tcPr>
            <w:tcW w:w="2124" w:type="dxa"/>
            <w:tcMar>
              <w:top w:w="55" w:type="dxa"/>
              <w:left w:w="55" w:type="dxa"/>
              <w:bottom w:w="55" w:type="dxa"/>
              <w:right w:w="55" w:type="dxa"/>
            </w:tcMar>
          </w:tcPr>
          <w:p w14:paraId="664BDDA2" w14:textId="77777777" w:rsidR="003D6426" w:rsidRDefault="00000000">
            <w:pPr>
              <w:spacing w:after="0" w:line="240" w:lineRule="auto"/>
              <w:rPr>
                <w:rFonts w:hint="eastAsia"/>
              </w:rPr>
            </w:pPr>
            <w:r>
              <w:rPr>
                <w:sz w:val="13"/>
              </w:rPr>
              <w:t>Ustioni/congelamento</w:t>
            </w:r>
          </w:p>
        </w:tc>
        <w:tc>
          <w:tcPr>
            <w:tcW w:w="4781" w:type="dxa"/>
            <w:tcMar>
              <w:top w:w="55" w:type="dxa"/>
              <w:left w:w="55" w:type="dxa"/>
              <w:bottom w:w="55" w:type="dxa"/>
              <w:right w:w="55" w:type="dxa"/>
            </w:tcMar>
          </w:tcPr>
          <w:p w14:paraId="07828F3C" w14:textId="77777777" w:rsidR="003D6426" w:rsidRDefault="00000000">
            <w:pPr>
              <w:spacing w:after="0" w:line="240" w:lineRule="auto"/>
              <w:rPr>
                <w:rFonts w:hint="eastAsia"/>
              </w:rPr>
            </w:pPr>
            <w:r>
              <w:rPr>
                <w:sz w:val="13"/>
              </w:rPr>
              <w:t>Parti calde/fredde, fluidi, vapore, criogenici, insufficiente raffreddamento.</w:t>
            </w:r>
          </w:p>
        </w:tc>
        <w:tc>
          <w:tcPr>
            <w:tcW w:w="3187" w:type="dxa"/>
            <w:tcMar>
              <w:top w:w="55" w:type="dxa"/>
              <w:left w:w="55" w:type="dxa"/>
              <w:bottom w:w="55" w:type="dxa"/>
              <w:right w:w="55" w:type="dxa"/>
            </w:tcMar>
          </w:tcPr>
          <w:p w14:paraId="36BD9C2E" w14:textId="77777777" w:rsidR="003D6426" w:rsidRDefault="00000000">
            <w:pPr>
              <w:spacing w:after="0" w:line="240" w:lineRule="auto"/>
              <w:rPr>
                <w:rFonts w:hint="eastAsia"/>
              </w:rPr>
            </w:pPr>
            <w:r>
              <w:rPr>
                <w:sz w:val="13"/>
              </w:rPr>
              <w:t>Isolamento, raffreddamento, DPI termici, verifica temperatura.</w:t>
            </w:r>
          </w:p>
        </w:tc>
      </w:tr>
      <w:tr w:rsidR="003D6426" w14:paraId="320037EA" w14:textId="77777777">
        <w:trPr>
          <w:jc w:val="center"/>
        </w:trPr>
        <w:tc>
          <w:tcPr>
            <w:tcW w:w="2124" w:type="dxa"/>
            <w:tcMar>
              <w:top w:w="55" w:type="dxa"/>
              <w:left w:w="55" w:type="dxa"/>
              <w:bottom w:w="55" w:type="dxa"/>
              <w:right w:w="55" w:type="dxa"/>
            </w:tcMar>
          </w:tcPr>
          <w:p w14:paraId="3B8789A5" w14:textId="77777777" w:rsidR="003D6426" w:rsidRDefault="00000000">
            <w:pPr>
              <w:spacing w:after="0" w:line="240" w:lineRule="auto"/>
              <w:rPr>
                <w:rFonts w:hint="eastAsia"/>
              </w:rPr>
            </w:pPr>
            <w:r>
              <w:rPr>
                <w:sz w:val="13"/>
              </w:rPr>
              <w:t>Rumore e comunicazione</w:t>
            </w:r>
          </w:p>
        </w:tc>
        <w:tc>
          <w:tcPr>
            <w:tcW w:w="4781" w:type="dxa"/>
            <w:tcMar>
              <w:top w:w="55" w:type="dxa"/>
              <w:left w:w="55" w:type="dxa"/>
              <w:bottom w:w="55" w:type="dxa"/>
              <w:right w:w="55" w:type="dxa"/>
            </w:tcMar>
          </w:tcPr>
          <w:p w14:paraId="59B84B11" w14:textId="77777777" w:rsidR="003D6426" w:rsidRDefault="00000000">
            <w:pPr>
              <w:spacing w:after="0" w:line="240" w:lineRule="auto"/>
              <w:rPr>
                <w:rFonts w:hint="eastAsia"/>
              </w:rPr>
            </w:pPr>
            <w:r>
              <w:rPr>
                <w:sz w:val="13"/>
              </w:rPr>
              <w:t>Utensili, ventilatori, riverbero interno, protezione udito che riduce comunicazione.</w:t>
            </w:r>
          </w:p>
        </w:tc>
        <w:tc>
          <w:tcPr>
            <w:tcW w:w="3187" w:type="dxa"/>
            <w:tcMar>
              <w:top w:w="55" w:type="dxa"/>
              <w:left w:w="55" w:type="dxa"/>
              <w:bottom w:w="55" w:type="dxa"/>
              <w:right w:w="55" w:type="dxa"/>
            </w:tcMar>
          </w:tcPr>
          <w:p w14:paraId="0E24BA00" w14:textId="77777777" w:rsidR="003D6426" w:rsidRDefault="00000000">
            <w:pPr>
              <w:spacing w:after="0" w:line="240" w:lineRule="auto"/>
              <w:rPr>
                <w:rFonts w:hint="eastAsia"/>
              </w:rPr>
            </w:pPr>
            <w:r>
              <w:rPr>
                <w:sz w:val="13"/>
              </w:rPr>
              <w:t>Valutazione rumore, comunicazioni alternative, segnali, protezione udito compatibile.</w:t>
            </w:r>
          </w:p>
        </w:tc>
      </w:tr>
      <w:tr w:rsidR="003D6426" w14:paraId="3B08D783" w14:textId="77777777">
        <w:trPr>
          <w:jc w:val="center"/>
        </w:trPr>
        <w:tc>
          <w:tcPr>
            <w:tcW w:w="2124" w:type="dxa"/>
            <w:tcMar>
              <w:top w:w="55" w:type="dxa"/>
              <w:left w:w="55" w:type="dxa"/>
              <w:bottom w:w="55" w:type="dxa"/>
              <w:right w:w="55" w:type="dxa"/>
            </w:tcMar>
          </w:tcPr>
          <w:p w14:paraId="4D6DE266" w14:textId="77777777" w:rsidR="003D6426" w:rsidRDefault="00000000">
            <w:pPr>
              <w:spacing w:after="0" w:line="240" w:lineRule="auto"/>
              <w:rPr>
                <w:rFonts w:hint="eastAsia"/>
              </w:rPr>
            </w:pPr>
            <w:r>
              <w:rPr>
                <w:sz w:val="13"/>
              </w:rPr>
              <w:t>Rischio biologico</w:t>
            </w:r>
          </w:p>
        </w:tc>
        <w:tc>
          <w:tcPr>
            <w:tcW w:w="4781" w:type="dxa"/>
            <w:tcMar>
              <w:top w:w="55" w:type="dxa"/>
              <w:left w:w="55" w:type="dxa"/>
              <w:bottom w:w="55" w:type="dxa"/>
              <w:right w:w="55" w:type="dxa"/>
            </w:tcMar>
          </w:tcPr>
          <w:p w14:paraId="0B934D75" w14:textId="77777777" w:rsidR="003D6426" w:rsidRDefault="00000000">
            <w:pPr>
              <w:spacing w:after="0" w:line="240" w:lineRule="auto"/>
              <w:rPr>
                <w:rFonts w:hint="eastAsia"/>
              </w:rPr>
            </w:pPr>
            <w:r>
              <w:rPr>
                <w:sz w:val="13"/>
              </w:rPr>
              <w:t>Reflui, fanghi, acque stagnanti, decomposizioni, ambienti fognari.</w:t>
            </w:r>
          </w:p>
        </w:tc>
        <w:tc>
          <w:tcPr>
            <w:tcW w:w="3187" w:type="dxa"/>
            <w:tcMar>
              <w:top w:w="55" w:type="dxa"/>
              <w:left w:w="55" w:type="dxa"/>
              <w:bottom w:w="55" w:type="dxa"/>
              <w:right w:w="55" w:type="dxa"/>
            </w:tcMar>
          </w:tcPr>
          <w:p w14:paraId="2D0F3249" w14:textId="77777777" w:rsidR="003D6426" w:rsidRDefault="00000000">
            <w:pPr>
              <w:spacing w:after="0" w:line="240" w:lineRule="auto"/>
              <w:rPr>
                <w:rFonts w:hint="eastAsia"/>
              </w:rPr>
            </w:pPr>
            <w:r>
              <w:rPr>
                <w:sz w:val="13"/>
              </w:rPr>
              <w:t>DPI, igiene, vaccinazioni se previste, bonifica, smaltimento contaminati.</w:t>
            </w:r>
          </w:p>
        </w:tc>
      </w:tr>
      <w:tr w:rsidR="003D6426" w14:paraId="4E90ECBE" w14:textId="77777777">
        <w:trPr>
          <w:jc w:val="center"/>
        </w:trPr>
        <w:tc>
          <w:tcPr>
            <w:tcW w:w="2124" w:type="dxa"/>
            <w:tcMar>
              <w:top w:w="55" w:type="dxa"/>
              <w:left w:w="55" w:type="dxa"/>
              <w:bottom w:w="55" w:type="dxa"/>
              <w:right w:w="55" w:type="dxa"/>
            </w:tcMar>
          </w:tcPr>
          <w:p w14:paraId="5D4090E2" w14:textId="77777777" w:rsidR="003D6426" w:rsidRDefault="00000000">
            <w:pPr>
              <w:spacing w:after="0" w:line="240" w:lineRule="auto"/>
              <w:rPr>
                <w:rFonts w:hint="eastAsia"/>
              </w:rPr>
            </w:pPr>
            <w:r>
              <w:rPr>
                <w:sz w:val="13"/>
              </w:rPr>
              <w:t>Soccorso non pianificato</w:t>
            </w:r>
          </w:p>
        </w:tc>
        <w:tc>
          <w:tcPr>
            <w:tcW w:w="4781" w:type="dxa"/>
            <w:tcMar>
              <w:top w:w="55" w:type="dxa"/>
              <w:left w:w="55" w:type="dxa"/>
              <w:bottom w:w="55" w:type="dxa"/>
              <w:right w:w="55" w:type="dxa"/>
            </w:tcMar>
          </w:tcPr>
          <w:p w14:paraId="11031535" w14:textId="77777777" w:rsidR="003D6426" w:rsidRDefault="00000000">
            <w:pPr>
              <w:spacing w:after="0" w:line="240" w:lineRule="auto"/>
              <w:rPr>
                <w:rFonts w:hint="eastAsia"/>
              </w:rPr>
            </w:pPr>
            <w:r>
              <w:rPr>
                <w:sz w:val="13"/>
              </w:rPr>
              <w:t>Mancanza attrezzature, panico, ingresso di soccorritori non protetti, piano non provato.</w:t>
            </w:r>
          </w:p>
        </w:tc>
        <w:tc>
          <w:tcPr>
            <w:tcW w:w="3187" w:type="dxa"/>
            <w:tcMar>
              <w:top w:w="55" w:type="dxa"/>
              <w:left w:w="55" w:type="dxa"/>
              <w:bottom w:w="55" w:type="dxa"/>
              <w:right w:w="55" w:type="dxa"/>
            </w:tcMar>
          </w:tcPr>
          <w:p w14:paraId="3E514355" w14:textId="77777777" w:rsidR="003D6426" w:rsidRDefault="00000000">
            <w:pPr>
              <w:spacing w:after="0" w:line="240" w:lineRule="auto"/>
              <w:rPr>
                <w:rFonts w:hint="eastAsia"/>
              </w:rPr>
            </w:pPr>
            <w:r>
              <w:rPr>
                <w:sz w:val="13"/>
              </w:rPr>
              <w:t>Piano salvataggio, addestramento, recupero senza ingresso, esercitazioni.</w:t>
            </w:r>
          </w:p>
        </w:tc>
      </w:tr>
    </w:tbl>
    <w:p w14:paraId="28D71F33" w14:textId="77777777" w:rsidR="003D6426" w:rsidRDefault="00000000">
      <w:pPr>
        <w:rPr>
          <w:rFonts w:hint="eastAsia"/>
        </w:rPr>
      </w:pPr>
      <w:r>
        <w:br w:type="page"/>
      </w:r>
    </w:p>
    <w:p w14:paraId="5FD4A9C3" w14:textId="77777777" w:rsidR="003D6426" w:rsidRDefault="00000000">
      <w:pPr>
        <w:pStyle w:val="Titolo1"/>
      </w:pPr>
      <w:r>
        <w:t>ALLEGATO Q - Segnaletica e controllo accessi</w:t>
      </w:r>
    </w:p>
    <w:p w14:paraId="7C818D8E" w14:textId="77777777" w:rsidR="003D6426" w:rsidRDefault="00000000">
      <w:pPr>
        <w:pStyle w:val="TableTitle"/>
        <w:rPr>
          <w:rFonts w:hint="eastAsia"/>
        </w:rPr>
      </w:pPr>
      <w:r>
        <w:t>Scheda segnaletica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79AFBCF2" w14:textId="77777777">
        <w:trPr>
          <w:jc w:val="center"/>
        </w:trPr>
        <w:tc>
          <w:tcPr>
            <w:tcW w:w="2691" w:type="dxa"/>
            <w:shd w:val="clear" w:color="auto" w:fill="F2F2F2"/>
            <w:tcMar>
              <w:top w:w="55" w:type="dxa"/>
              <w:left w:w="55" w:type="dxa"/>
              <w:bottom w:w="55" w:type="dxa"/>
              <w:right w:w="55" w:type="dxa"/>
            </w:tcMar>
          </w:tcPr>
          <w:p w14:paraId="11207A1F" w14:textId="77777777" w:rsidR="003D6426" w:rsidRDefault="00000000">
            <w:pPr>
              <w:spacing w:after="0" w:line="240" w:lineRule="auto"/>
              <w:rPr>
                <w:rFonts w:hint="eastAsia"/>
              </w:rPr>
            </w:pPr>
            <w:r>
              <w:rPr>
                <w:b/>
                <w:sz w:val="16"/>
              </w:rPr>
              <w:t>Ambiente</w:t>
            </w:r>
          </w:p>
        </w:tc>
        <w:tc>
          <w:tcPr>
            <w:tcW w:w="7401" w:type="dxa"/>
            <w:tcMar>
              <w:top w:w="55" w:type="dxa"/>
              <w:left w:w="55" w:type="dxa"/>
              <w:bottom w:w="55" w:type="dxa"/>
              <w:right w:w="55" w:type="dxa"/>
            </w:tcMar>
          </w:tcPr>
          <w:p w14:paraId="25F9C2B7" w14:textId="77777777" w:rsidR="003D6426" w:rsidRDefault="00000000">
            <w:pPr>
              <w:spacing w:after="0" w:line="240" w:lineRule="auto"/>
              <w:rPr>
                <w:rFonts w:hint="eastAsia"/>
              </w:rPr>
            </w:pPr>
            <w:r>
              <w:rPr>
                <w:sz w:val="16"/>
              </w:rPr>
              <w:t>ID ACSI: ________  Denominazione: ________________________________</w:t>
            </w:r>
          </w:p>
        </w:tc>
      </w:tr>
      <w:tr w:rsidR="003D6426" w14:paraId="4C0AD3F3" w14:textId="77777777">
        <w:trPr>
          <w:jc w:val="center"/>
        </w:trPr>
        <w:tc>
          <w:tcPr>
            <w:tcW w:w="2691" w:type="dxa"/>
            <w:shd w:val="clear" w:color="auto" w:fill="F2F2F2"/>
            <w:tcMar>
              <w:top w:w="55" w:type="dxa"/>
              <w:left w:w="55" w:type="dxa"/>
              <w:bottom w:w="55" w:type="dxa"/>
              <w:right w:w="55" w:type="dxa"/>
            </w:tcMar>
          </w:tcPr>
          <w:p w14:paraId="65F08147" w14:textId="77777777" w:rsidR="003D6426" w:rsidRDefault="00000000">
            <w:pPr>
              <w:spacing w:after="0" w:line="240" w:lineRule="auto"/>
              <w:rPr>
                <w:rFonts w:hint="eastAsia"/>
              </w:rPr>
            </w:pPr>
            <w:r>
              <w:rPr>
                <w:b/>
                <w:sz w:val="16"/>
              </w:rPr>
              <w:t>Accessi controllati</w:t>
            </w:r>
          </w:p>
        </w:tc>
        <w:tc>
          <w:tcPr>
            <w:tcW w:w="7401" w:type="dxa"/>
            <w:tcMar>
              <w:top w:w="55" w:type="dxa"/>
              <w:left w:w="55" w:type="dxa"/>
              <w:bottom w:w="55" w:type="dxa"/>
              <w:right w:w="55" w:type="dxa"/>
            </w:tcMar>
          </w:tcPr>
          <w:p w14:paraId="569C7A40" w14:textId="77777777" w:rsidR="003D6426" w:rsidRDefault="00000000">
            <w:pPr>
              <w:spacing w:after="0" w:line="240" w:lineRule="auto"/>
              <w:rPr>
                <w:rFonts w:hint="eastAsia"/>
              </w:rPr>
            </w:pPr>
            <w:r>
              <w:rPr>
                <w:sz w:val="16"/>
              </w:rPr>
              <w:t>[ ] chiusura fisica  [ ] lucchetto  [ ] griglia  [ ] botola  [ ] barriera temporanea  [ ] presidio</w:t>
            </w:r>
          </w:p>
        </w:tc>
      </w:tr>
      <w:tr w:rsidR="003D6426" w14:paraId="00D480AD" w14:textId="77777777">
        <w:trPr>
          <w:jc w:val="center"/>
        </w:trPr>
        <w:tc>
          <w:tcPr>
            <w:tcW w:w="2691" w:type="dxa"/>
            <w:shd w:val="clear" w:color="auto" w:fill="F2F2F2"/>
            <w:tcMar>
              <w:top w:w="55" w:type="dxa"/>
              <w:left w:w="55" w:type="dxa"/>
              <w:bottom w:w="55" w:type="dxa"/>
              <w:right w:w="55" w:type="dxa"/>
            </w:tcMar>
          </w:tcPr>
          <w:p w14:paraId="5671DDEE" w14:textId="77777777" w:rsidR="003D6426" w:rsidRDefault="00000000">
            <w:pPr>
              <w:spacing w:after="0" w:line="240" w:lineRule="auto"/>
              <w:rPr>
                <w:rFonts w:hint="eastAsia"/>
              </w:rPr>
            </w:pPr>
            <w:r>
              <w:rPr>
                <w:b/>
                <w:sz w:val="16"/>
              </w:rPr>
              <w:t>Cartelli permanenti</w:t>
            </w:r>
          </w:p>
        </w:tc>
        <w:tc>
          <w:tcPr>
            <w:tcW w:w="7401" w:type="dxa"/>
            <w:tcMar>
              <w:top w:w="55" w:type="dxa"/>
              <w:left w:w="55" w:type="dxa"/>
              <w:bottom w:w="55" w:type="dxa"/>
              <w:right w:w="55" w:type="dxa"/>
            </w:tcMar>
          </w:tcPr>
          <w:p w14:paraId="695BC654" w14:textId="77777777" w:rsidR="003D6426" w:rsidRDefault="00000000">
            <w:pPr>
              <w:spacing w:after="0" w:line="240" w:lineRule="auto"/>
              <w:rPr>
                <w:rFonts w:hint="eastAsia"/>
              </w:rPr>
            </w:pPr>
            <w:r>
              <w:rPr>
                <w:sz w:val="16"/>
              </w:rPr>
              <w:t>[ ] pericolo ambiente confinato  [ ] divieto accesso non autorizzato  [ ] obbligo permesso  [ ] DPI obbligatori</w:t>
            </w:r>
          </w:p>
        </w:tc>
      </w:tr>
      <w:tr w:rsidR="003D6426" w14:paraId="3392B3DC" w14:textId="77777777">
        <w:trPr>
          <w:jc w:val="center"/>
        </w:trPr>
        <w:tc>
          <w:tcPr>
            <w:tcW w:w="2691" w:type="dxa"/>
            <w:shd w:val="clear" w:color="auto" w:fill="F2F2F2"/>
            <w:tcMar>
              <w:top w:w="55" w:type="dxa"/>
              <w:left w:w="55" w:type="dxa"/>
              <w:bottom w:w="55" w:type="dxa"/>
              <w:right w:w="55" w:type="dxa"/>
            </w:tcMar>
          </w:tcPr>
          <w:p w14:paraId="73591F7F" w14:textId="77777777" w:rsidR="003D6426" w:rsidRDefault="00000000">
            <w:pPr>
              <w:spacing w:after="0" w:line="240" w:lineRule="auto"/>
              <w:rPr>
                <w:rFonts w:hint="eastAsia"/>
              </w:rPr>
            </w:pPr>
            <w:r>
              <w:rPr>
                <w:b/>
                <w:sz w:val="16"/>
              </w:rPr>
              <w:t>Cartelli temporanei</w:t>
            </w:r>
          </w:p>
        </w:tc>
        <w:tc>
          <w:tcPr>
            <w:tcW w:w="7401" w:type="dxa"/>
            <w:tcMar>
              <w:top w:w="55" w:type="dxa"/>
              <w:left w:w="55" w:type="dxa"/>
              <w:bottom w:w="55" w:type="dxa"/>
              <w:right w:w="55" w:type="dxa"/>
            </w:tcMar>
          </w:tcPr>
          <w:p w14:paraId="3D1A4340" w14:textId="77777777" w:rsidR="003D6426" w:rsidRDefault="00000000">
            <w:pPr>
              <w:spacing w:after="0" w:line="240" w:lineRule="auto"/>
              <w:rPr>
                <w:rFonts w:hint="eastAsia"/>
              </w:rPr>
            </w:pPr>
            <w:r>
              <w:rPr>
                <w:sz w:val="16"/>
              </w:rPr>
              <w:t>[ ] lavori in corso  [ ] ingresso vietato  [ ] LOTO  [ ] emergenza  [ ] rischio ATEX  [ ] altro: ________</w:t>
            </w:r>
          </w:p>
        </w:tc>
      </w:tr>
      <w:tr w:rsidR="003D6426" w14:paraId="08D5854E" w14:textId="77777777">
        <w:trPr>
          <w:jc w:val="center"/>
        </w:trPr>
        <w:tc>
          <w:tcPr>
            <w:tcW w:w="2691" w:type="dxa"/>
            <w:shd w:val="clear" w:color="auto" w:fill="F2F2F2"/>
            <w:tcMar>
              <w:top w:w="55" w:type="dxa"/>
              <w:left w:w="55" w:type="dxa"/>
              <w:bottom w:w="55" w:type="dxa"/>
              <w:right w:w="55" w:type="dxa"/>
            </w:tcMar>
          </w:tcPr>
          <w:p w14:paraId="1E0ACEF3" w14:textId="77777777" w:rsidR="003D6426" w:rsidRDefault="00000000">
            <w:pPr>
              <w:spacing w:after="0" w:line="240" w:lineRule="auto"/>
              <w:rPr>
                <w:rFonts w:hint="eastAsia"/>
              </w:rPr>
            </w:pPr>
            <w:r>
              <w:rPr>
                <w:b/>
                <w:sz w:val="16"/>
              </w:rPr>
              <w:t>Lingua/comprensibilità</w:t>
            </w:r>
          </w:p>
        </w:tc>
        <w:tc>
          <w:tcPr>
            <w:tcW w:w="7401" w:type="dxa"/>
            <w:tcMar>
              <w:top w:w="55" w:type="dxa"/>
              <w:left w:w="55" w:type="dxa"/>
              <w:bottom w:w="55" w:type="dxa"/>
              <w:right w:w="55" w:type="dxa"/>
            </w:tcMar>
          </w:tcPr>
          <w:p w14:paraId="1FB1F375" w14:textId="77777777" w:rsidR="003D6426" w:rsidRDefault="00000000">
            <w:pPr>
              <w:spacing w:after="0" w:line="240" w:lineRule="auto"/>
              <w:rPr>
                <w:rFonts w:hint="eastAsia"/>
              </w:rPr>
            </w:pPr>
            <w:r>
              <w:rPr>
                <w:sz w:val="16"/>
              </w:rPr>
              <w:t>[ ] italiano  [ ] pittogrammi  [ ] altra lingua per appaltatori: __________________</w:t>
            </w:r>
          </w:p>
        </w:tc>
      </w:tr>
      <w:tr w:rsidR="003D6426" w14:paraId="6FCB98CA" w14:textId="77777777">
        <w:trPr>
          <w:jc w:val="center"/>
        </w:trPr>
        <w:tc>
          <w:tcPr>
            <w:tcW w:w="2691" w:type="dxa"/>
            <w:shd w:val="clear" w:color="auto" w:fill="F2F2F2"/>
            <w:tcMar>
              <w:top w:w="55" w:type="dxa"/>
              <w:left w:w="55" w:type="dxa"/>
              <w:bottom w:w="55" w:type="dxa"/>
              <w:right w:w="55" w:type="dxa"/>
            </w:tcMar>
          </w:tcPr>
          <w:p w14:paraId="0267C4DA" w14:textId="77777777" w:rsidR="003D6426" w:rsidRDefault="00000000">
            <w:pPr>
              <w:spacing w:after="0" w:line="240" w:lineRule="auto"/>
              <w:rPr>
                <w:rFonts w:hint="eastAsia"/>
              </w:rPr>
            </w:pPr>
            <w:r>
              <w:rPr>
                <w:b/>
                <w:sz w:val="16"/>
              </w:rPr>
              <w:t>Visibilità</w:t>
            </w:r>
          </w:p>
        </w:tc>
        <w:tc>
          <w:tcPr>
            <w:tcW w:w="7401" w:type="dxa"/>
            <w:tcMar>
              <w:top w:w="55" w:type="dxa"/>
              <w:left w:w="55" w:type="dxa"/>
              <w:bottom w:w="55" w:type="dxa"/>
              <w:right w:w="55" w:type="dxa"/>
            </w:tcMar>
          </w:tcPr>
          <w:p w14:paraId="61F7858F" w14:textId="77777777" w:rsidR="003D6426" w:rsidRDefault="00000000">
            <w:pPr>
              <w:spacing w:after="0" w:line="240" w:lineRule="auto"/>
              <w:rPr>
                <w:rFonts w:hint="eastAsia"/>
              </w:rPr>
            </w:pPr>
            <w:r>
              <w:rPr>
                <w:sz w:val="16"/>
              </w:rPr>
              <w:t>[ ] visibile da direzione di arrivo  [ ] illuminata  [ ] non deteriorata  [ ] da sostituire</w:t>
            </w:r>
          </w:p>
        </w:tc>
      </w:tr>
    </w:tbl>
    <w:p w14:paraId="70B1660E" w14:textId="77777777" w:rsidR="003D6426" w:rsidRDefault="00000000">
      <w:pPr>
        <w:pStyle w:val="TableTitle"/>
        <w:rPr>
          <w:rFonts w:hint="eastAsia"/>
        </w:rPr>
      </w:pPr>
      <w:r>
        <w:t>Check-list segnaletica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
        <w:gridCol w:w="4717"/>
        <w:gridCol w:w="1481"/>
        <w:gridCol w:w="2413"/>
        <w:gridCol w:w="1097"/>
      </w:tblGrid>
      <w:tr w:rsidR="003D6426" w14:paraId="01B395AD" w14:textId="77777777">
        <w:trPr>
          <w:tblHeader/>
          <w:jc w:val="center"/>
        </w:trPr>
        <w:tc>
          <w:tcPr>
            <w:tcW w:w="488" w:type="dxa"/>
            <w:shd w:val="clear" w:color="auto" w:fill="D9EAF7"/>
            <w:tcMar>
              <w:top w:w="55" w:type="dxa"/>
              <w:left w:w="55" w:type="dxa"/>
              <w:bottom w:w="55" w:type="dxa"/>
              <w:right w:w="55" w:type="dxa"/>
            </w:tcMar>
            <w:vAlign w:val="center"/>
          </w:tcPr>
          <w:p w14:paraId="60A51DD8" w14:textId="77777777" w:rsidR="003D6426" w:rsidRDefault="00000000">
            <w:pPr>
              <w:spacing w:after="0" w:line="240" w:lineRule="auto"/>
              <w:jc w:val="center"/>
              <w:rPr>
                <w:rFonts w:hint="eastAsia"/>
              </w:rPr>
            </w:pPr>
            <w:r>
              <w:rPr>
                <w:b/>
                <w:sz w:val="15"/>
              </w:rPr>
              <w:t>N.</w:t>
            </w:r>
          </w:p>
        </w:tc>
        <w:tc>
          <w:tcPr>
            <w:tcW w:w="4666" w:type="dxa"/>
            <w:shd w:val="clear" w:color="auto" w:fill="D9EAF7"/>
            <w:tcMar>
              <w:top w:w="55" w:type="dxa"/>
              <w:left w:w="55" w:type="dxa"/>
              <w:bottom w:w="55" w:type="dxa"/>
              <w:right w:w="55" w:type="dxa"/>
            </w:tcMar>
            <w:vAlign w:val="center"/>
          </w:tcPr>
          <w:p w14:paraId="3976E3ED" w14:textId="77777777" w:rsidR="003D6426" w:rsidRDefault="00000000">
            <w:pPr>
              <w:spacing w:after="0" w:line="240" w:lineRule="auto"/>
              <w:jc w:val="center"/>
              <w:rPr>
                <w:rFonts w:hint="eastAsia"/>
              </w:rPr>
            </w:pPr>
            <w:r>
              <w:rPr>
                <w:b/>
                <w:sz w:val="15"/>
              </w:rPr>
              <w:t>Verifica/azione</w:t>
            </w:r>
          </w:p>
        </w:tc>
        <w:tc>
          <w:tcPr>
            <w:tcW w:w="1465" w:type="dxa"/>
            <w:shd w:val="clear" w:color="auto" w:fill="D9EAF7"/>
            <w:tcMar>
              <w:top w:w="55" w:type="dxa"/>
              <w:left w:w="55" w:type="dxa"/>
              <w:bottom w:w="55" w:type="dxa"/>
              <w:right w:w="55" w:type="dxa"/>
            </w:tcMar>
            <w:vAlign w:val="center"/>
          </w:tcPr>
          <w:p w14:paraId="2112C9A0" w14:textId="77777777" w:rsidR="003D6426" w:rsidRDefault="00000000">
            <w:pPr>
              <w:spacing w:after="0" w:line="240" w:lineRule="auto"/>
              <w:jc w:val="center"/>
              <w:rPr>
                <w:rFonts w:hint="eastAsia"/>
              </w:rPr>
            </w:pPr>
            <w:r>
              <w:rPr>
                <w:b/>
                <w:sz w:val="15"/>
              </w:rPr>
              <w:t>Esito</w:t>
            </w:r>
          </w:p>
        </w:tc>
        <w:tc>
          <w:tcPr>
            <w:tcW w:w="2387" w:type="dxa"/>
            <w:shd w:val="clear" w:color="auto" w:fill="D9EAF7"/>
            <w:tcMar>
              <w:top w:w="55" w:type="dxa"/>
              <w:left w:w="55" w:type="dxa"/>
              <w:bottom w:w="55" w:type="dxa"/>
              <w:right w:w="55" w:type="dxa"/>
            </w:tcMar>
            <w:vAlign w:val="center"/>
          </w:tcPr>
          <w:p w14:paraId="68CDC063" w14:textId="77777777" w:rsidR="003D6426" w:rsidRDefault="00000000">
            <w:pPr>
              <w:spacing w:after="0" w:line="240" w:lineRule="auto"/>
              <w:jc w:val="center"/>
              <w:rPr>
                <w:rFonts w:hint="eastAsia"/>
              </w:rPr>
            </w:pPr>
            <w:r>
              <w:rPr>
                <w:b/>
                <w:sz w:val="15"/>
              </w:rPr>
              <w:t>Evidenza o riferimento</w:t>
            </w:r>
          </w:p>
        </w:tc>
        <w:tc>
          <w:tcPr>
            <w:tcW w:w="1085" w:type="dxa"/>
            <w:shd w:val="clear" w:color="auto" w:fill="D9EAF7"/>
            <w:tcMar>
              <w:top w:w="55" w:type="dxa"/>
              <w:left w:w="55" w:type="dxa"/>
              <w:bottom w:w="55" w:type="dxa"/>
              <w:right w:w="55" w:type="dxa"/>
            </w:tcMar>
            <w:vAlign w:val="center"/>
          </w:tcPr>
          <w:p w14:paraId="385A77D2" w14:textId="77777777" w:rsidR="003D6426" w:rsidRDefault="00000000">
            <w:pPr>
              <w:spacing w:after="0" w:line="240" w:lineRule="auto"/>
              <w:jc w:val="center"/>
              <w:rPr>
                <w:rFonts w:hint="eastAsia"/>
              </w:rPr>
            </w:pPr>
            <w:r>
              <w:rPr>
                <w:b/>
                <w:sz w:val="15"/>
              </w:rPr>
              <w:t>Firma</w:t>
            </w:r>
          </w:p>
        </w:tc>
      </w:tr>
      <w:tr w:rsidR="003D6426" w14:paraId="1AED6054" w14:textId="77777777">
        <w:trPr>
          <w:jc w:val="center"/>
        </w:trPr>
        <w:tc>
          <w:tcPr>
            <w:tcW w:w="488" w:type="dxa"/>
            <w:tcMar>
              <w:top w:w="55" w:type="dxa"/>
              <w:left w:w="55" w:type="dxa"/>
              <w:bottom w:w="55" w:type="dxa"/>
              <w:right w:w="55" w:type="dxa"/>
            </w:tcMar>
          </w:tcPr>
          <w:p w14:paraId="6181ADEA" w14:textId="77777777" w:rsidR="003D6426" w:rsidRDefault="00000000">
            <w:pPr>
              <w:spacing w:after="0" w:line="240" w:lineRule="auto"/>
              <w:rPr>
                <w:rFonts w:hint="eastAsia"/>
              </w:rPr>
            </w:pPr>
            <w:r>
              <w:rPr>
                <w:sz w:val="15"/>
              </w:rPr>
              <w:t>1</w:t>
            </w:r>
          </w:p>
        </w:tc>
        <w:tc>
          <w:tcPr>
            <w:tcW w:w="4666" w:type="dxa"/>
            <w:tcMar>
              <w:top w:w="55" w:type="dxa"/>
              <w:left w:w="55" w:type="dxa"/>
              <w:bottom w:w="55" w:type="dxa"/>
              <w:right w:w="55" w:type="dxa"/>
            </w:tcMar>
          </w:tcPr>
          <w:p w14:paraId="46F9E052" w14:textId="77777777" w:rsidR="003D6426" w:rsidRDefault="00000000">
            <w:pPr>
              <w:spacing w:after="0" w:line="240" w:lineRule="auto"/>
              <w:rPr>
                <w:rFonts w:hint="eastAsia"/>
              </w:rPr>
            </w:pPr>
            <w:r>
              <w:rPr>
                <w:sz w:val="15"/>
              </w:rPr>
              <w:t>La segnaletica è posta prima dell'accesso e non dopo il punto di pericolo.</w:t>
            </w:r>
          </w:p>
        </w:tc>
        <w:tc>
          <w:tcPr>
            <w:tcW w:w="1465" w:type="dxa"/>
            <w:tcMar>
              <w:top w:w="55" w:type="dxa"/>
              <w:left w:w="55" w:type="dxa"/>
              <w:bottom w:w="55" w:type="dxa"/>
              <w:right w:w="55" w:type="dxa"/>
            </w:tcMar>
          </w:tcPr>
          <w:p w14:paraId="7B1F935C"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5652E01"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15A2A053" w14:textId="77777777" w:rsidR="003D6426" w:rsidRDefault="003D6426">
            <w:pPr>
              <w:spacing w:after="0" w:line="240" w:lineRule="auto"/>
              <w:rPr>
                <w:rFonts w:hint="eastAsia"/>
              </w:rPr>
            </w:pPr>
          </w:p>
        </w:tc>
      </w:tr>
      <w:tr w:rsidR="003D6426" w14:paraId="26A7ADDE" w14:textId="77777777">
        <w:trPr>
          <w:jc w:val="center"/>
        </w:trPr>
        <w:tc>
          <w:tcPr>
            <w:tcW w:w="488" w:type="dxa"/>
            <w:tcMar>
              <w:top w:w="55" w:type="dxa"/>
              <w:left w:w="55" w:type="dxa"/>
              <w:bottom w:w="55" w:type="dxa"/>
              <w:right w:w="55" w:type="dxa"/>
            </w:tcMar>
          </w:tcPr>
          <w:p w14:paraId="1F9537A1" w14:textId="77777777" w:rsidR="003D6426" w:rsidRDefault="00000000">
            <w:pPr>
              <w:spacing w:after="0" w:line="240" w:lineRule="auto"/>
              <w:rPr>
                <w:rFonts w:hint="eastAsia"/>
              </w:rPr>
            </w:pPr>
            <w:r>
              <w:rPr>
                <w:sz w:val="15"/>
              </w:rPr>
              <w:t>2</w:t>
            </w:r>
          </w:p>
        </w:tc>
        <w:tc>
          <w:tcPr>
            <w:tcW w:w="4666" w:type="dxa"/>
            <w:tcMar>
              <w:top w:w="55" w:type="dxa"/>
              <w:left w:w="55" w:type="dxa"/>
              <w:bottom w:w="55" w:type="dxa"/>
              <w:right w:w="55" w:type="dxa"/>
            </w:tcMar>
          </w:tcPr>
          <w:p w14:paraId="3A83EF69" w14:textId="77777777" w:rsidR="003D6426" w:rsidRDefault="00000000">
            <w:pPr>
              <w:spacing w:after="0" w:line="240" w:lineRule="auto"/>
              <w:rPr>
                <w:rFonts w:hint="eastAsia"/>
              </w:rPr>
            </w:pPr>
            <w:r>
              <w:rPr>
                <w:sz w:val="15"/>
              </w:rPr>
              <w:t>Il cartello è leggibile, pulito, non scolorito e non coperto.</w:t>
            </w:r>
          </w:p>
        </w:tc>
        <w:tc>
          <w:tcPr>
            <w:tcW w:w="1465" w:type="dxa"/>
            <w:tcMar>
              <w:top w:w="55" w:type="dxa"/>
              <w:left w:w="55" w:type="dxa"/>
              <w:bottom w:w="55" w:type="dxa"/>
              <w:right w:w="55" w:type="dxa"/>
            </w:tcMar>
          </w:tcPr>
          <w:p w14:paraId="72845367"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9808277"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219E660" w14:textId="77777777" w:rsidR="003D6426" w:rsidRDefault="003D6426">
            <w:pPr>
              <w:spacing w:after="0" w:line="240" w:lineRule="auto"/>
              <w:rPr>
                <w:rFonts w:hint="eastAsia"/>
              </w:rPr>
            </w:pPr>
          </w:p>
        </w:tc>
      </w:tr>
      <w:tr w:rsidR="003D6426" w14:paraId="51C888A6" w14:textId="77777777">
        <w:trPr>
          <w:jc w:val="center"/>
        </w:trPr>
        <w:tc>
          <w:tcPr>
            <w:tcW w:w="488" w:type="dxa"/>
            <w:tcMar>
              <w:top w:w="55" w:type="dxa"/>
              <w:left w:w="55" w:type="dxa"/>
              <w:bottom w:w="55" w:type="dxa"/>
              <w:right w:w="55" w:type="dxa"/>
            </w:tcMar>
          </w:tcPr>
          <w:p w14:paraId="09C5F1F2" w14:textId="77777777" w:rsidR="003D6426" w:rsidRDefault="00000000">
            <w:pPr>
              <w:spacing w:after="0" w:line="240" w:lineRule="auto"/>
              <w:rPr>
                <w:rFonts w:hint="eastAsia"/>
              </w:rPr>
            </w:pPr>
            <w:r>
              <w:rPr>
                <w:sz w:val="15"/>
              </w:rPr>
              <w:t>3</w:t>
            </w:r>
          </w:p>
        </w:tc>
        <w:tc>
          <w:tcPr>
            <w:tcW w:w="4666" w:type="dxa"/>
            <w:tcMar>
              <w:top w:w="55" w:type="dxa"/>
              <w:left w:w="55" w:type="dxa"/>
              <w:bottom w:w="55" w:type="dxa"/>
              <w:right w:w="55" w:type="dxa"/>
            </w:tcMar>
          </w:tcPr>
          <w:p w14:paraId="09DF91A8" w14:textId="77777777" w:rsidR="003D6426" w:rsidRDefault="00000000">
            <w:pPr>
              <w:spacing w:after="0" w:line="240" w:lineRule="auto"/>
              <w:rPr>
                <w:rFonts w:hint="eastAsia"/>
              </w:rPr>
            </w:pPr>
            <w:r>
              <w:rPr>
                <w:sz w:val="15"/>
              </w:rPr>
              <w:t>È chiaro che l'ingresso richiede autorizzazione.</w:t>
            </w:r>
          </w:p>
        </w:tc>
        <w:tc>
          <w:tcPr>
            <w:tcW w:w="1465" w:type="dxa"/>
            <w:tcMar>
              <w:top w:w="55" w:type="dxa"/>
              <w:left w:w="55" w:type="dxa"/>
              <w:bottom w:w="55" w:type="dxa"/>
              <w:right w:w="55" w:type="dxa"/>
            </w:tcMar>
          </w:tcPr>
          <w:p w14:paraId="60E38B1C"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45C8A0A"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D286572" w14:textId="77777777" w:rsidR="003D6426" w:rsidRDefault="003D6426">
            <w:pPr>
              <w:spacing w:after="0" w:line="240" w:lineRule="auto"/>
              <w:rPr>
                <w:rFonts w:hint="eastAsia"/>
              </w:rPr>
            </w:pPr>
          </w:p>
        </w:tc>
      </w:tr>
      <w:tr w:rsidR="003D6426" w14:paraId="45DC0DF0" w14:textId="77777777">
        <w:trPr>
          <w:jc w:val="center"/>
        </w:trPr>
        <w:tc>
          <w:tcPr>
            <w:tcW w:w="488" w:type="dxa"/>
            <w:tcMar>
              <w:top w:w="55" w:type="dxa"/>
              <w:left w:w="55" w:type="dxa"/>
              <w:bottom w:w="55" w:type="dxa"/>
              <w:right w:w="55" w:type="dxa"/>
            </w:tcMar>
          </w:tcPr>
          <w:p w14:paraId="152F3807" w14:textId="77777777" w:rsidR="003D6426" w:rsidRDefault="00000000">
            <w:pPr>
              <w:spacing w:after="0" w:line="240" w:lineRule="auto"/>
              <w:rPr>
                <w:rFonts w:hint="eastAsia"/>
              </w:rPr>
            </w:pPr>
            <w:r>
              <w:rPr>
                <w:sz w:val="15"/>
              </w:rPr>
              <w:t>4</w:t>
            </w:r>
          </w:p>
        </w:tc>
        <w:tc>
          <w:tcPr>
            <w:tcW w:w="4666" w:type="dxa"/>
            <w:tcMar>
              <w:top w:w="55" w:type="dxa"/>
              <w:left w:w="55" w:type="dxa"/>
              <w:bottom w:w="55" w:type="dxa"/>
              <w:right w:w="55" w:type="dxa"/>
            </w:tcMar>
          </w:tcPr>
          <w:p w14:paraId="4F851159" w14:textId="77777777" w:rsidR="003D6426" w:rsidRDefault="00000000">
            <w:pPr>
              <w:spacing w:after="0" w:line="240" w:lineRule="auto"/>
              <w:rPr>
                <w:rFonts w:hint="eastAsia"/>
              </w:rPr>
            </w:pPr>
            <w:r>
              <w:rPr>
                <w:sz w:val="15"/>
              </w:rPr>
              <w:t>Le barriere impediscono accessi involontari o non autorizzati.</w:t>
            </w:r>
          </w:p>
        </w:tc>
        <w:tc>
          <w:tcPr>
            <w:tcW w:w="1465" w:type="dxa"/>
            <w:tcMar>
              <w:top w:w="55" w:type="dxa"/>
              <w:left w:w="55" w:type="dxa"/>
              <w:bottom w:w="55" w:type="dxa"/>
              <w:right w:w="55" w:type="dxa"/>
            </w:tcMar>
          </w:tcPr>
          <w:p w14:paraId="3EF77500"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36504988"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4121B9A7" w14:textId="77777777" w:rsidR="003D6426" w:rsidRDefault="003D6426">
            <w:pPr>
              <w:spacing w:after="0" w:line="240" w:lineRule="auto"/>
              <w:rPr>
                <w:rFonts w:hint="eastAsia"/>
              </w:rPr>
            </w:pPr>
          </w:p>
        </w:tc>
      </w:tr>
      <w:tr w:rsidR="003D6426" w14:paraId="0524F258" w14:textId="77777777">
        <w:trPr>
          <w:jc w:val="center"/>
        </w:trPr>
        <w:tc>
          <w:tcPr>
            <w:tcW w:w="488" w:type="dxa"/>
            <w:tcMar>
              <w:top w:w="55" w:type="dxa"/>
              <w:left w:w="55" w:type="dxa"/>
              <w:bottom w:w="55" w:type="dxa"/>
              <w:right w:w="55" w:type="dxa"/>
            </w:tcMar>
          </w:tcPr>
          <w:p w14:paraId="260F9AF6" w14:textId="77777777" w:rsidR="003D6426" w:rsidRDefault="00000000">
            <w:pPr>
              <w:spacing w:after="0" w:line="240" w:lineRule="auto"/>
              <w:rPr>
                <w:rFonts w:hint="eastAsia"/>
              </w:rPr>
            </w:pPr>
            <w:r>
              <w:rPr>
                <w:sz w:val="15"/>
              </w:rPr>
              <w:t>5</w:t>
            </w:r>
          </w:p>
        </w:tc>
        <w:tc>
          <w:tcPr>
            <w:tcW w:w="4666" w:type="dxa"/>
            <w:tcMar>
              <w:top w:w="55" w:type="dxa"/>
              <w:left w:w="55" w:type="dxa"/>
              <w:bottom w:w="55" w:type="dxa"/>
              <w:right w:w="55" w:type="dxa"/>
            </w:tcMar>
          </w:tcPr>
          <w:p w14:paraId="3FB8A2FD" w14:textId="77777777" w:rsidR="003D6426" w:rsidRDefault="00000000">
            <w:pPr>
              <w:spacing w:after="0" w:line="240" w:lineRule="auto"/>
              <w:rPr>
                <w:rFonts w:hint="eastAsia"/>
              </w:rPr>
            </w:pPr>
            <w:r>
              <w:rPr>
                <w:sz w:val="15"/>
              </w:rPr>
              <w:t>La segnaletica temporanea è coerente con il permesso in corso.</w:t>
            </w:r>
          </w:p>
        </w:tc>
        <w:tc>
          <w:tcPr>
            <w:tcW w:w="1465" w:type="dxa"/>
            <w:tcMar>
              <w:top w:w="55" w:type="dxa"/>
              <w:left w:w="55" w:type="dxa"/>
              <w:bottom w:w="55" w:type="dxa"/>
              <w:right w:w="55" w:type="dxa"/>
            </w:tcMar>
          </w:tcPr>
          <w:p w14:paraId="295192A9"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39743390"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9EAF0CE" w14:textId="77777777" w:rsidR="003D6426" w:rsidRDefault="003D6426">
            <w:pPr>
              <w:spacing w:after="0" w:line="240" w:lineRule="auto"/>
              <w:rPr>
                <w:rFonts w:hint="eastAsia"/>
              </w:rPr>
            </w:pPr>
          </w:p>
        </w:tc>
      </w:tr>
      <w:tr w:rsidR="003D6426" w14:paraId="7368C578" w14:textId="77777777">
        <w:trPr>
          <w:jc w:val="center"/>
        </w:trPr>
        <w:tc>
          <w:tcPr>
            <w:tcW w:w="488" w:type="dxa"/>
            <w:tcMar>
              <w:top w:w="55" w:type="dxa"/>
              <w:left w:w="55" w:type="dxa"/>
              <w:bottom w:w="55" w:type="dxa"/>
              <w:right w:w="55" w:type="dxa"/>
            </w:tcMar>
          </w:tcPr>
          <w:p w14:paraId="7571D5D5" w14:textId="77777777" w:rsidR="003D6426" w:rsidRDefault="00000000">
            <w:pPr>
              <w:spacing w:after="0" w:line="240" w:lineRule="auto"/>
              <w:rPr>
                <w:rFonts w:hint="eastAsia"/>
              </w:rPr>
            </w:pPr>
            <w:r>
              <w:rPr>
                <w:sz w:val="15"/>
              </w:rPr>
              <w:t>6</w:t>
            </w:r>
          </w:p>
        </w:tc>
        <w:tc>
          <w:tcPr>
            <w:tcW w:w="4666" w:type="dxa"/>
            <w:tcMar>
              <w:top w:w="55" w:type="dxa"/>
              <w:left w:w="55" w:type="dxa"/>
              <w:bottom w:w="55" w:type="dxa"/>
              <w:right w:w="55" w:type="dxa"/>
            </w:tcMar>
          </w:tcPr>
          <w:p w14:paraId="2B25519A" w14:textId="77777777" w:rsidR="003D6426" w:rsidRDefault="00000000">
            <w:pPr>
              <w:spacing w:after="0" w:line="240" w:lineRule="auto"/>
              <w:rPr>
                <w:rFonts w:hint="eastAsia"/>
              </w:rPr>
            </w:pPr>
            <w:r>
              <w:rPr>
                <w:sz w:val="15"/>
              </w:rPr>
              <w:t>La segnaletica non crea ostacolo all'evacuazione o al recupero.</w:t>
            </w:r>
          </w:p>
        </w:tc>
        <w:tc>
          <w:tcPr>
            <w:tcW w:w="1465" w:type="dxa"/>
            <w:tcMar>
              <w:top w:w="55" w:type="dxa"/>
              <w:left w:w="55" w:type="dxa"/>
              <w:bottom w:w="55" w:type="dxa"/>
              <w:right w:w="55" w:type="dxa"/>
            </w:tcMar>
          </w:tcPr>
          <w:p w14:paraId="51B85949"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28462548"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2610F3E1" w14:textId="77777777" w:rsidR="003D6426" w:rsidRDefault="003D6426">
            <w:pPr>
              <w:spacing w:after="0" w:line="240" w:lineRule="auto"/>
              <w:rPr>
                <w:rFonts w:hint="eastAsia"/>
              </w:rPr>
            </w:pPr>
          </w:p>
        </w:tc>
      </w:tr>
      <w:tr w:rsidR="003D6426" w14:paraId="5F6EB276" w14:textId="77777777">
        <w:trPr>
          <w:jc w:val="center"/>
        </w:trPr>
        <w:tc>
          <w:tcPr>
            <w:tcW w:w="488" w:type="dxa"/>
            <w:tcMar>
              <w:top w:w="55" w:type="dxa"/>
              <w:left w:w="55" w:type="dxa"/>
              <w:bottom w:w="55" w:type="dxa"/>
              <w:right w:w="55" w:type="dxa"/>
            </w:tcMar>
          </w:tcPr>
          <w:p w14:paraId="156C786B" w14:textId="77777777" w:rsidR="003D6426" w:rsidRDefault="00000000">
            <w:pPr>
              <w:spacing w:after="0" w:line="240" w:lineRule="auto"/>
              <w:rPr>
                <w:rFonts w:hint="eastAsia"/>
              </w:rPr>
            </w:pPr>
            <w:r>
              <w:rPr>
                <w:sz w:val="15"/>
              </w:rPr>
              <w:t>7</w:t>
            </w:r>
          </w:p>
        </w:tc>
        <w:tc>
          <w:tcPr>
            <w:tcW w:w="4666" w:type="dxa"/>
            <w:tcMar>
              <w:top w:w="55" w:type="dxa"/>
              <w:left w:w="55" w:type="dxa"/>
              <w:bottom w:w="55" w:type="dxa"/>
              <w:right w:w="55" w:type="dxa"/>
            </w:tcMar>
          </w:tcPr>
          <w:p w14:paraId="7D546308" w14:textId="77777777" w:rsidR="003D6426" w:rsidRDefault="00000000">
            <w:pPr>
              <w:spacing w:after="0" w:line="240" w:lineRule="auto"/>
              <w:rPr>
                <w:rFonts w:hint="eastAsia"/>
              </w:rPr>
            </w:pPr>
            <w:r>
              <w:rPr>
                <w:sz w:val="15"/>
              </w:rPr>
              <w:t>Le imprese esterne sono informate del significato dei cartelli.</w:t>
            </w:r>
          </w:p>
        </w:tc>
        <w:tc>
          <w:tcPr>
            <w:tcW w:w="1465" w:type="dxa"/>
            <w:tcMar>
              <w:top w:w="55" w:type="dxa"/>
              <w:left w:w="55" w:type="dxa"/>
              <w:bottom w:w="55" w:type="dxa"/>
              <w:right w:w="55" w:type="dxa"/>
            </w:tcMar>
          </w:tcPr>
          <w:p w14:paraId="296812A8"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8A08E7A"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28690D2" w14:textId="77777777" w:rsidR="003D6426" w:rsidRDefault="003D6426">
            <w:pPr>
              <w:spacing w:after="0" w:line="240" w:lineRule="auto"/>
              <w:rPr>
                <w:rFonts w:hint="eastAsia"/>
              </w:rPr>
            </w:pPr>
          </w:p>
        </w:tc>
      </w:tr>
      <w:tr w:rsidR="003D6426" w14:paraId="14B922ED" w14:textId="77777777">
        <w:trPr>
          <w:jc w:val="center"/>
        </w:trPr>
        <w:tc>
          <w:tcPr>
            <w:tcW w:w="488" w:type="dxa"/>
            <w:tcMar>
              <w:top w:w="55" w:type="dxa"/>
              <w:left w:w="55" w:type="dxa"/>
              <w:bottom w:w="55" w:type="dxa"/>
              <w:right w:w="55" w:type="dxa"/>
            </w:tcMar>
          </w:tcPr>
          <w:p w14:paraId="34C14178" w14:textId="77777777" w:rsidR="003D6426" w:rsidRDefault="00000000">
            <w:pPr>
              <w:spacing w:after="0" w:line="240" w:lineRule="auto"/>
              <w:rPr>
                <w:rFonts w:hint="eastAsia"/>
              </w:rPr>
            </w:pPr>
            <w:r>
              <w:rPr>
                <w:sz w:val="15"/>
              </w:rPr>
              <w:t>8</w:t>
            </w:r>
          </w:p>
        </w:tc>
        <w:tc>
          <w:tcPr>
            <w:tcW w:w="4666" w:type="dxa"/>
            <w:tcMar>
              <w:top w:w="55" w:type="dxa"/>
              <w:left w:w="55" w:type="dxa"/>
              <w:bottom w:w="55" w:type="dxa"/>
              <w:right w:w="55" w:type="dxa"/>
            </w:tcMar>
          </w:tcPr>
          <w:p w14:paraId="74F961F2" w14:textId="77777777" w:rsidR="003D6426" w:rsidRDefault="00000000">
            <w:pPr>
              <w:spacing w:after="0" w:line="240" w:lineRule="auto"/>
              <w:rPr>
                <w:rFonts w:hint="eastAsia"/>
              </w:rPr>
            </w:pPr>
            <w:r>
              <w:rPr>
                <w:sz w:val="15"/>
              </w:rPr>
              <w:t>Il controllo accessi è mantenuto anche durante pause e sospensioni.</w:t>
            </w:r>
          </w:p>
        </w:tc>
        <w:tc>
          <w:tcPr>
            <w:tcW w:w="1465" w:type="dxa"/>
            <w:tcMar>
              <w:top w:w="55" w:type="dxa"/>
              <w:left w:w="55" w:type="dxa"/>
              <w:bottom w:w="55" w:type="dxa"/>
              <w:right w:w="55" w:type="dxa"/>
            </w:tcMar>
          </w:tcPr>
          <w:p w14:paraId="1E2F7A73"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E79593C"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06102E7" w14:textId="77777777" w:rsidR="003D6426" w:rsidRDefault="003D6426">
            <w:pPr>
              <w:spacing w:after="0" w:line="240" w:lineRule="auto"/>
              <w:rPr>
                <w:rFonts w:hint="eastAsia"/>
              </w:rPr>
            </w:pPr>
          </w:p>
        </w:tc>
      </w:tr>
    </w:tbl>
    <w:p w14:paraId="1D7D8AC2" w14:textId="77777777" w:rsidR="003D6426" w:rsidRDefault="00000000">
      <w:pPr>
        <w:rPr>
          <w:rFonts w:hint="eastAsia"/>
        </w:rPr>
      </w:pPr>
      <w:r>
        <w:br w:type="page"/>
      </w:r>
    </w:p>
    <w:p w14:paraId="7440F1D7" w14:textId="77777777" w:rsidR="003D6426" w:rsidRDefault="00000000">
      <w:pPr>
        <w:pStyle w:val="Titolo1"/>
      </w:pPr>
      <w:r>
        <w:t>ALLEGATO R - Matrice competenze e abilitazioni</w:t>
      </w:r>
    </w:p>
    <w:p w14:paraId="7A8ABC3D" w14:textId="77777777" w:rsidR="003D6426" w:rsidRDefault="00000000">
      <w:pPr>
        <w:pStyle w:val="TableTitle"/>
        <w:rPr>
          <w:rFonts w:hint="eastAsia"/>
        </w:rPr>
      </w:pPr>
      <w:r>
        <w:t>Matrice competenze minime (X = richiesta, C = consultiva, I = informazione)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31"/>
        <w:gridCol w:w="1111"/>
        <w:gridCol w:w="1111"/>
        <w:gridCol w:w="1111"/>
        <w:gridCol w:w="1212"/>
        <w:gridCol w:w="1313"/>
        <w:gridCol w:w="1313"/>
      </w:tblGrid>
      <w:tr w:rsidR="003D6426" w14:paraId="4C8DFF92" w14:textId="77777777">
        <w:trPr>
          <w:tblHeader/>
          <w:jc w:val="center"/>
        </w:trPr>
        <w:tc>
          <w:tcPr>
            <w:tcW w:w="2997" w:type="dxa"/>
            <w:shd w:val="clear" w:color="auto" w:fill="D9EAF7"/>
            <w:tcMar>
              <w:top w:w="55" w:type="dxa"/>
              <w:left w:w="55" w:type="dxa"/>
              <w:bottom w:w="55" w:type="dxa"/>
              <w:right w:w="55" w:type="dxa"/>
            </w:tcMar>
            <w:vAlign w:val="center"/>
          </w:tcPr>
          <w:p w14:paraId="3764692C" w14:textId="77777777" w:rsidR="003D6426" w:rsidRDefault="00000000">
            <w:pPr>
              <w:spacing w:after="0" w:line="240" w:lineRule="auto"/>
              <w:jc w:val="center"/>
              <w:rPr>
                <w:rFonts w:hint="eastAsia"/>
              </w:rPr>
            </w:pPr>
            <w:r>
              <w:rPr>
                <w:b/>
                <w:sz w:val="13"/>
              </w:rPr>
              <w:t>Competenza/abilitazione</w:t>
            </w:r>
          </w:p>
        </w:tc>
        <w:tc>
          <w:tcPr>
            <w:tcW w:w="1099" w:type="dxa"/>
            <w:shd w:val="clear" w:color="auto" w:fill="D9EAF7"/>
            <w:tcMar>
              <w:top w:w="55" w:type="dxa"/>
              <w:left w:w="55" w:type="dxa"/>
              <w:bottom w:w="55" w:type="dxa"/>
              <w:right w:w="55" w:type="dxa"/>
            </w:tcMar>
            <w:vAlign w:val="center"/>
          </w:tcPr>
          <w:p w14:paraId="22237DF3" w14:textId="77777777" w:rsidR="003D6426" w:rsidRDefault="00000000">
            <w:pPr>
              <w:spacing w:after="0" w:line="240" w:lineRule="auto"/>
              <w:jc w:val="center"/>
              <w:rPr>
                <w:rFonts w:hint="eastAsia"/>
              </w:rPr>
            </w:pPr>
            <w:r>
              <w:rPr>
                <w:b/>
                <w:sz w:val="13"/>
              </w:rPr>
              <w:t>Entrante</w:t>
            </w:r>
          </w:p>
        </w:tc>
        <w:tc>
          <w:tcPr>
            <w:tcW w:w="1099" w:type="dxa"/>
            <w:shd w:val="clear" w:color="auto" w:fill="D9EAF7"/>
            <w:tcMar>
              <w:top w:w="55" w:type="dxa"/>
              <w:left w:w="55" w:type="dxa"/>
              <w:bottom w:w="55" w:type="dxa"/>
              <w:right w:w="55" w:type="dxa"/>
            </w:tcMar>
            <w:vAlign w:val="center"/>
          </w:tcPr>
          <w:p w14:paraId="46A39943" w14:textId="77777777" w:rsidR="003D6426" w:rsidRDefault="00000000">
            <w:pPr>
              <w:spacing w:after="0" w:line="240" w:lineRule="auto"/>
              <w:jc w:val="center"/>
              <w:rPr>
                <w:rFonts w:hint="eastAsia"/>
              </w:rPr>
            </w:pPr>
            <w:r>
              <w:rPr>
                <w:b/>
                <w:sz w:val="13"/>
              </w:rPr>
              <w:t>Attendete</w:t>
            </w:r>
          </w:p>
        </w:tc>
        <w:tc>
          <w:tcPr>
            <w:tcW w:w="1099" w:type="dxa"/>
            <w:shd w:val="clear" w:color="auto" w:fill="D9EAF7"/>
            <w:tcMar>
              <w:top w:w="55" w:type="dxa"/>
              <w:left w:w="55" w:type="dxa"/>
              <w:bottom w:w="55" w:type="dxa"/>
              <w:right w:w="55" w:type="dxa"/>
            </w:tcMar>
            <w:vAlign w:val="center"/>
          </w:tcPr>
          <w:p w14:paraId="0D3B6BD8" w14:textId="77777777" w:rsidR="003D6426" w:rsidRDefault="00000000">
            <w:pPr>
              <w:spacing w:after="0" w:line="240" w:lineRule="auto"/>
              <w:jc w:val="center"/>
              <w:rPr>
                <w:rFonts w:hint="eastAsia"/>
              </w:rPr>
            </w:pPr>
            <w:r>
              <w:rPr>
                <w:b/>
                <w:sz w:val="13"/>
              </w:rPr>
              <w:t>Preposto</w:t>
            </w:r>
          </w:p>
        </w:tc>
        <w:tc>
          <w:tcPr>
            <w:tcW w:w="1199" w:type="dxa"/>
            <w:shd w:val="clear" w:color="auto" w:fill="D9EAF7"/>
            <w:tcMar>
              <w:top w:w="55" w:type="dxa"/>
              <w:left w:w="55" w:type="dxa"/>
              <w:bottom w:w="55" w:type="dxa"/>
              <w:right w:w="55" w:type="dxa"/>
            </w:tcMar>
            <w:vAlign w:val="center"/>
          </w:tcPr>
          <w:p w14:paraId="3BA50267" w14:textId="77777777" w:rsidR="003D6426" w:rsidRDefault="00000000">
            <w:pPr>
              <w:spacing w:after="0" w:line="240" w:lineRule="auto"/>
              <w:jc w:val="center"/>
              <w:rPr>
                <w:rFonts w:hint="eastAsia"/>
              </w:rPr>
            </w:pPr>
            <w:r>
              <w:rPr>
                <w:b/>
                <w:sz w:val="13"/>
              </w:rPr>
              <w:t>Salvataggio</w:t>
            </w:r>
          </w:p>
        </w:tc>
        <w:tc>
          <w:tcPr>
            <w:tcW w:w="1299" w:type="dxa"/>
            <w:shd w:val="clear" w:color="auto" w:fill="D9EAF7"/>
            <w:tcMar>
              <w:top w:w="55" w:type="dxa"/>
              <w:left w:w="55" w:type="dxa"/>
              <w:bottom w:w="55" w:type="dxa"/>
              <w:right w:w="55" w:type="dxa"/>
            </w:tcMar>
            <w:vAlign w:val="center"/>
          </w:tcPr>
          <w:p w14:paraId="445A0774" w14:textId="77777777" w:rsidR="003D6426" w:rsidRDefault="00000000">
            <w:pPr>
              <w:spacing w:after="0" w:line="240" w:lineRule="auto"/>
              <w:jc w:val="center"/>
              <w:rPr>
                <w:rFonts w:hint="eastAsia"/>
              </w:rPr>
            </w:pPr>
            <w:r>
              <w:rPr>
                <w:b/>
                <w:sz w:val="13"/>
              </w:rPr>
              <w:t>Addetto misure</w:t>
            </w:r>
          </w:p>
        </w:tc>
        <w:tc>
          <w:tcPr>
            <w:tcW w:w="1299" w:type="dxa"/>
            <w:shd w:val="clear" w:color="auto" w:fill="D9EAF7"/>
            <w:tcMar>
              <w:top w:w="55" w:type="dxa"/>
              <w:left w:w="55" w:type="dxa"/>
              <w:bottom w:w="55" w:type="dxa"/>
              <w:right w:w="55" w:type="dxa"/>
            </w:tcMar>
            <w:vAlign w:val="center"/>
          </w:tcPr>
          <w:p w14:paraId="4CDCC568" w14:textId="77777777" w:rsidR="003D6426" w:rsidRDefault="00000000">
            <w:pPr>
              <w:spacing w:after="0" w:line="240" w:lineRule="auto"/>
              <w:jc w:val="center"/>
              <w:rPr>
                <w:rFonts w:hint="eastAsia"/>
              </w:rPr>
            </w:pPr>
            <w:r>
              <w:rPr>
                <w:b/>
                <w:sz w:val="13"/>
              </w:rPr>
              <w:t>Appaltatore</w:t>
            </w:r>
          </w:p>
        </w:tc>
      </w:tr>
      <w:tr w:rsidR="003D6426" w14:paraId="4F780228" w14:textId="77777777">
        <w:trPr>
          <w:jc w:val="center"/>
        </w:trPr>
        <w:tc>
          <w:tcPr>
            <w:tcW w:w="2997" w:type="dxa"/>
            <w:tcMar>
              <w:top w:w="55" w:type="dxa"/>
              <w:left w:w="55" w:type="dxa"/>
              <w:bottom w:w="55" w:type="dxa"/>
              <w:right w:w="55" w:type="dxa"/>
            </w:tcMar>
          </w:tcPr>
          <w:p w14:paraId="7E92673E" w14:textId="77777777" w:rsidR="003D6426" w:rsidRDefault="00000000">
            <w:pPr>
              <w:spacing w:after="0" w:line="240" w:lineRule="auto"/>
              <w:rPr>
                <w:rFonts w:hint="eastAsia"/>
              </w:rPr>
            </w:pPr>
            <w:r>
              <w:rPr>
                <w:sz w:val="13"/>
              </w:rPr>
              <w:t>Conoscenza procedura aziendale</w:t>
            </w:r>
          </w:p>
        </w:tc>
        <w:tc>
          <w:tcPr>
            <w:tcW w:w="1099" w:type="dxa"/>
            <w:tcMar>
              <w:top w:w="55" w:type="dxa"/>
              <w:left w:w="55" w:type="dxa"/>
              <w:bottom w:w="55" w:type="dxa"/>
              <w:right w:w="55" w:type="dxa"/>
            </w:tcMar>
          </w:tcPr>
          <w:p w14:paraId="518FA23E" w14:textId="77777777" w:rsidR="003D6426" w:rsidRDefault="00000000">
            <w:pPr>
              <w:spacing w:after="0" w:line="240" w:lineRule="auto"/>
              <w:rPr>
                <w:rFonts w:hint="eastAsia"/>
              </w:rPr>
            </w:pPr>
            <w:r>
              <w:rPr>
                <w:sz w:val="13"/>
              </w:rPr>
              <w:t>X</w:t>
            </w:r>
          </w:p>
        </w:tc>
        <w:tc>
          <w:tcPr>
            <w:tcW w:w="1099" w:type="dxa"/>
            <w:tcMar>
              <w:top w:w="55" w:type="dxa"/>
              <w:left w:w="55" w:type="dxa"/>
              <w:bottom w:w="55" w:type="dxa"/>
              <w:right w:w="55" w:type="dxa"/>
            </w:tcMar>
          </w:tcPr>
          <w:p w14:paraId="0E5013F2" w14:textId="77777777" w:rsidR="003D6426" w:rsidRDefault="00000000">
            <w:pPr>
              <w:spacing w:after="0" w:line="240" w:lineRule="auto"/>
              <w:rPr>
                <w:rFonts w:hint="eastAsia"/>
              </w:rPr>
            </w:pPr>
            <w:r>
              <w:rPr>
                <w:sz w:val="13"/>
              </w:rPr>
              <w:t>X</w:t>
            </w:r>
          </w:p>
        </w:tc>
        <w:tc>
          <w:tcPr>
            <w:tcW w:w="1099" w:type="dxa"/>
            <w:tcMar>
              <w:top w:w="55" w:type="dxa"/>
              <w:left w:w="55" w:type="dxa"/>
              <w:bottom w:w="55" w:type="dxa"/>
              <w:right w:w="55" w:type="dxa"/>
            </w:tcMar>
          </w:tcPr>
          <w:p w14:paraId="3119E236" w14:textId="77777777" w:rsidR="003D6426" w:rsidRDefault="00000000">
            <w:pPr>
              <w:spacing w:after="0" w:line="240" w:lineRule="auto"/>
              <w:rPr>
                <w:rFonts w:hint="eastAsia"/>
              </w:rPr>
            </w:pPr>
            <w:r>
              <w:rPr>
                <w:sz w:val="13"/>
              </w:rPr>
              <w:t>X</w:t>
            </w:r>
          </w:p>
        </w:tc>
        <w:tc>
          <w:tcPr>
            <w:tcW w:w="1199" w:type="dxa"/>
            <w:tcMar>
              <w:top w:w="55" w:type="dxa"/>
              <w:left w:w="55" w:type="dxa"/>
              <w:bottom w:w="55" w:type="dxa"/>
              <w:right w:w="55" w:type="dxa"/>
            </w:tcMar>
          </w:tcPr>
          <w:p w14:paraId="49080D67"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54F715D0"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260CADE5" w14:textId="77777777" w:rsidR="003D6426" w:rsidRDefault="00000000">
            <w:pPr>
              <w:spacing w:after="0" w:line="240" w:lineRule="auto"/>
              <w:rPr>
                <w:rFonts w:hint="eastAsia"/>
              </w:rPr>
            </w:pPr>
            <w:r>
              <w:rPr>
                <w:sz w:val="13"/>
              </w:rPr>
              <w:t>X</w:t>
            </w:r>
          </w:p>
        </w:tc>
      </w:tr>
      <w:tr w:rsidR="003D6426" w14:paraId="29A19C83" w14:textId="77777777">
        <w:trPr>
          <w:jc w:val="center"/>
        </w:trPr>
        <w:tc>
          <w:tcPr>
            <w:tcW w:w="2997" w:type="dxa"/>
            <w:tcMar>
              <w:top w:w="55" w:type="dxa"/>
              <w:left w:w="55" w:type="dxa"/>
              <w:bottom w:w="55" w:type="dxa"/>
              <w:right w:w="55" w:type="dxa"/>
            </w:tcMar>
          </w:tcPr>
          <w:p w14:paraId="49F79BD0" w14:textId="77777777" w:rsidR="003D6426" w:rsidRDefault="00000000">
            <w:pPr>
              <w:spacing w:after="0" w:line="240" w:lineRule="auto"/>
              <w:rPr>
                <w:rFonts w:hint="eastAsia"/>
              </w:rPr>
            </w:pPr>
            <w:r>
              <w:rPr>
                <w:sz w:val="13"/>
              </w:rPr>
              <w:t>Formazione rischi ACSI</w:t>
            </w:r>
          </w:p>
        </w:tc>
        <w:tc>
          <w:tcPr>
            <w:tcW w:w="1099" w:type="dxa"/>
            <w:tcMar>
              <w:top w:w="55" w:type="dxa"/>
              <w:left w:w="55" w:type="dxa"/>
              <w:bottom w:w="55" w:type="dxa"/>
              <w:right w:w="55" w:type="dxa"/>
            </w:tcMar>
          </w:tcPr>
          <w:p w14:paraId="3B2147E4" w14:textId="77777777" w:rsidR="003D6426" w:rsidRDefault="00000000">
            <w:pPr>
              <w:spacing w:after="0" w:line="240" w:lineRule="auto"/>
              <w:rPr>
                <w:rFonts w:hint="eastAsia"/>
              </w:rPr>
            </w:pPr>
            <w:r>
              <w:rPr>
                <w:sz w:val="13"/>
              </w:rPr>
              <w:t>X</w:t>
            </w:r>
          </w:p>
        </w:tc>
        <w:tc>
          <w:tcPr>
            <w:tcW w:w="1099" w:type="dxa"/>
            <w:tcMar>
              <w:top w:w="55" w:type="dxa"/>
              <w:left w:w="55" w:type="dxa"/>
              <w:bottom w:w="55" w:type="dxa"/>
              <w:right w:w="55" w:type="dxa"/>
            </w:tcMar>
          </w:tcPr>
          <w:p w14:paraId="06CFBAB1" w14:textId="77777777" w:rsidR="003D6426" w:rsidRDefault="00000000">
            <w:pPr>
              <w:spacing w:after="0" w:line="240" w:lineRule="auto"/>
              <w:rPr>
                <w:rFonts w:hint="eastAsia"/>
              </w:rPr>
            </w:pPr>
            <w:r>
              <w:rPr>
                <w:sz w:val="13"/>
              </w:rPr>
              <w:t>X</w:t>
            </w:r>
          </w:p>
        </w:tc>
        <w:tc>
          <w:tcPr>
            <w:tcW w:w="1099" w:type="dxa"/>
            <w:tcMar>
              <w:top w:w="55" w:type="dxa"/>
              <w:left w:w="55" w:type="dxa"/>
              <w:bottom w:w="55" w:type="dxa"/>
              <w:right w:w="55" w:type="dxa"/>
            </w:tcMar>
          </w:tcPr>
          <w:p w14:paraId="6A39C900" w14:textId="77777777" w:rsidR="003D6426" w:rsidRDefault="00000000">
            <w:pPr>
              <w:spacing w:after="0" w:line="240" w:lineRule="auto"/>
              <w:rPr>
                <w:rFonts w:hint="eastAsia"/>
              </w:rPr>
            </w:pPr>
            <w:r>
              <w:rPr>
                <w:sz w:val="13"/>
              </w:rPr>
              <w:t>X</w:t>
            </w:r>
          </w:p>
        </w:tc>
        <w:tc>
          <w:tcPr>
            <w:tcW w:w="1199" w:type="dxa"/>
            <w:tcMar>
              <w:top w:w="55" w:type="dxa"/>
              <w:left w:w="55" w:type="dxa"/>
              <w:bottom w:w="55" w:type="dxa"/>
              <w:right w:w="55" w:type="dxa"/>
            </w:tcMar>
          </w:tcPr>
          <w:p w14:paraId="45E107C0"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64F3292A"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5F7F16FC" w14:textId="77777777" w:rsidR="003D6426" w:rsidRDefault="00000000">
            <w:pPr>
              <w:spacing w:after="0" w:line="240" w:lineRule="auto"/>
              <w:rPr>
                <w:rFonts w:hint="eastAsia"/>
              </w:rPr>
            </w:pPr>
            <w:r>
              <w:rPr>
                <w:sz w:val="13"/>
              </w:rPr>
              <w:t>X</w:t>
            </w:r>
          </w:p>
        </w:tc>
      </w:tr>
      <w:tr w:rsidR="003D6426" w14:paraId="55EBE68B" w14:textId="77777777">
        <w:trPr>
          <w:jc w:val="center"/>
        </w:trPr>
        <w:tc>
          <w:tcPr>
            <w:tcW w:w="2997" w:type="dxa"/>
            <w:tcMar>
              <w:top w:w="55" w:type="dxa"/>
              <w:left w:w="55" w:type="dxa"/>
              <w:bottom w:w="55" w:type="dxa"/>
              <w:right w:w="55" w:type="dxa"/>
            </w:tcMar>
          </w:tcPr>
          <w:p w14:paraId="37FE14B3" w14:textId="77777777" w:rsidR="003D6426" w:rsidRDefault="00000000">
            <w:pPr>
              <w:spacing w:after="0" w:line="240" w:lineRule="auto"/>
              <w:rPr>
                <w:rFonts w:hint="eastAsia"/>
              </w:rPr>
            </w:pPr>
            <w:r>
              <w:rPr>
                <w:sz w:val="13"/>
              </w:rPr>
              <w:t>Addestramento ingresso/uscita</w:t>
            </w:r>
          </w:p>
        </w:tc>
        <w:tc>
          <w:tcPr>
            <w:tcW w:w="1099" w:type="dxa"/>
            <w:tcMar>
              <w:top w:w="55" w:type="dxa"/>
              <w:left w:w="55" w:type="dxa"/>
              <w:bottom w:w="55" w:type="dxa"/>
              <w:right w:w="55" w:type="dxa"/>
            </w:tcMar>
          </w:tcPr>
          <w:p w14:paraId="296CD8F7" w14:textId="77777777" w:rsidR="003D6426" w:rsidRDefault="00000000">
            <w:pPr>
              <w:spacing w:after="0" w:line="240" w:lineRule="auto"/>
              <w:rPr>
                <w:rFonts w:hint="eastAsia"/>
              </w:rPr>
            </w:pPr>
            <w:r>
              <w:rPr>
                <w:sz w:val="13"/>
              </w:rPr>
              <w:t>X</w:t>
            </w:r>
          </w:p>
        </w:tc>
        <w:tc>
          <w:tcPr>
            <w:tcW w:w="1099" w:type="dxa"/>
            <w:tcMar>
              <w:top w:w="55" w:type="dxa"/>
              <w:left w:w="55" w:type="dxa"/>
              <w:bottom w:w="55" w:type="dxa"/>
              <w:right w:w="55" w:type="dxa"/>
            </w:tcMar>
          </w:tcPr>
          <w:p w14:paraId="4FCC4F93" w14:textId="77777777" w:rsidR="003D6426" w:rsidRDefault="003D6426">
            <w:pPr>
              <w:spacing w:after="0" w:line="240" w:lineRule="auto"/>
              <w:rPr>
                <w:rFonts w:hint="eastAsia"/>
              </w:rPr>
            </w:pPr>
          </w:p>
        </w:tc>
        <w:tc>
          <w:tcPr>
            <w:tcW w:w="1099" w:type="dxa"/>
            <w:tcMar>
              <w:top w:w="55" w:type="dxa"/>
              <w:left w:w="55" w:type="dxa"/>
              <w:bottom w:w="55" w:type="dxa"/>
              <w:right w:w="55" w:type="dxa"/>
            </w:tcMar>
          </w:tcPr>
          <w:p w14:paraId="6C159E0E" w14:textId="77777777" w:rsidR="003D6426" w:rsidRDefault="00000000">
            <w:pPr>
              <w:spacing w:after="0" w:line="240" w:lineRule="auto"/>
              <w:rPr>
                <w:rFonts w:hint="eastAsia"/>
              </w:rPr>
            </w:pPr>
            <w:r>
              <w:rPr>
                <w:sz w:val="13"/>
              </w:rPr>
              <w:t>X</w:t>
            </w:r>
          </w:p>
        </w:tc>
        <w:tc>
          <w:tcPr>
            <w:tcW w:w="1199" w:type="dxa"/>
            <w:tcMar>
              <w:top w:w="55" w:type="dxa"/>
              <w:left w:w="55" w:type="dxa"/>
              <w:bottom w:w="55" w:type="dxa"/>
              <w:right w:w="55" w:type="dxa"/>
            </w:tcMar>
          </w:tcPr>
          <w:p w14:paraId="145D6F42"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5F81E74E" w14:textId="77777777" w:rsidR="003D6426" w:rsidRDefault="003D6426">
            <w:pPr>
              <w:spacing w:after="0" w:line="240" w:lineRule="auto"/>
              <w:rPr>
                <w:rFonts w:hint="eastAsia"/>
              </w:rPr>
            </w:pPr>
          </w:p>
        </w:tc>
        <w:tc>
          <w:tcPr>
            <w:tcW w:w="1299" w:type="dxa"/>
            <w:tcMar>
              <w:top w:w="55" w:type="dxa"/>
              <w:left w:w="55" w:type="dxa"/>
              <w:bottom w:w="55" w:type="dxa"/>
              <w:right w:w="55" w:type="dxa"/>
            </w:tcMar>
          </w:tcPr>
          <w:p w14:paraId="15937B3F" w14:textId="77777777" w:rsidR="003D6426" w:rsidRDefault="00000000">
            <w:pPr>
              <w:spacing w:after="0" w:line="240" w:lineRule="auto"/>
              <w:rPr>
                <w:rFonts w:hint="eastAsia"/>
              </w:rPr>
            </w:pPr>
            <w:r>
              <w:rPr>
                <w:sz w:val="13"/>
              </w:rPr>
              <w:t>X</w:t>
            </w:r>
          </w:p>
        </w:tc>
      </w:tr>
      <w:tr w:rsidR="003D6426" w14:paraId="0CEBF629" w14:textId="77777777">
        <w:trPr>
          <w:jc w:val="center"/>
        </w:trPr>
        <w:tc>
          <w:tcPr>
            <w:tcW w:w="2997" w:type="dxa"/>
            <w:tcMar>
              <w:top w:w="55" w:type="dxa"/>
              <w:left w:w="55" w:type="dxa"/>
              <w:bottom w:w="55" w:type="dxa"/>
              <w:right w:w="55" w:type="dxa"/>
            </w:tcMar>
          </w:tcPr>
          <w:p w14:paraId="55F84759" w14:textId="77777777" w:rsidR="003D6426" w:rsidRDefault="00000000">
            <w:pPr>
              <w:spacing w:after="0" w:line="240" w:lineRule="auto"/>
              <w:rPr>
                <w:rFonts w:hint="eastAsia"/>
              </w:rPr>
            </w:pPr>
            <w:r>
              <w:rPr>
                <w:sz w:val="13"/>
              </w:rPr>
              <w:t>Uso DPI specifici</w:t>
            </w:r>
          </w:p>
        </w:tc>
        <w:tc>
          <w:tcPr>
            <w:tcW w:w="1099" w:type="dxa"/>
            <w:tcMar>
              <w:top w:w="55" w:type="dxa"/>
              <w:left w:w="55" w:type="dxa"/>
              <w:bottom w:w="55" w:type="dxa"/>
              <w:right w:w="55" w:type="dxa"/>
            </w:tcMar>
          </w:tcPr>
          <w:p w14:paraId="30D60DE8" w14:textId="77777777" w:rsidR="003D6426" w:rsidRDefault="00000000">
            <w:pPr>
              <w:spacing w:after="0" w:line="240" w:lineRule="auto"/>
              <w:rPr>
                <w:rFonts w:hint="eastAsia"/>
              </w:rPr>
            </w:pPr>
            <w:r>
              <w:rPr>
                <w:sz w:val="13"/>
              </w:rPr>
              <w:t>X</w:t>
            </w:r>
          </w:p>
        </w:tc>
        <w:tc>
          <w:tcPr>
            <w:tcW w:w="1099" w:type="dxa"/>
            <w:tcMar>
              <w:top w:w="55" w:type="dxa"/>
              <w:left w:w="55" w:type="dxa"/>
              <w:bottom w:w="55" w:type="dxa"/>
              <w:right w:w="55" w:type="dxa"/>
            </w:tcMar>
          </w:tcPr>
          <w:p w14:paraId="1EE03854" w14:textId="77777777" w:rsidR="003D6426" w:rsidRDefault="00000000">
            <w:pPr>
              <w:spacing w:after="0" w:line="240" w:lineRule="auto"/>
              <w:rPr>
                <w:rFonts w:hint="eastAsia"/>
              </w:rPr>
            </w:pPr>
            <w:r>
              <w:rPr>
                <w:sz w:val="13"/>
              </w:rPr>
              <w:t>X</w:t>
            </w:r>
          </w:p>
        </w:tc>
        <w:tc>
          <w:tcPr>
            <w:tcW w:w="1099" w:type="dxa"/>
            <w:tcMar>
              <w:top w:w="55" w:type="dxa"/>
              <w:left w:w="55" w:type="dxa"/>
              <w:bottom w:w="55" w:type="dxa"/>
              <w:right w:w="55" w:type="dxa"/>
            </w:tcMar>
          </w:tcPr>
          <w:p w14:paraId="1ADDA717" w14:textId="77777777" w:rsidR="003D6426" w:rsidRDefault="00000000">
            <w:pPr>
              <w:spacing w:after="0" w:line="240" w:lineRule="auto"/>
              <w:rPr>
                <w:rFonts w:hint="eastAsia"/>
              </w:rPr>
            </w:pPr>
            <w:r>
              <w:rPr>
                <w:sz w:val="13"/>
              </w:rPr>
              <w:t>X</w:t>
            </w:r>
          </w:p>
        </w:tc>
        <w:tc>
          <w:tcPr>
            <w:tcW w:w="1199" w:type="dxa"/>
            <w:tcMar>
              <w:top w:w="55" w:type="dxa"/>
              <w:left w:w="55" w:type="dxa"/>
              <w:bottom w:w="55" w:type="dxa"/>
              <w:right w:w="55" w:type="dxa"/>
            </w:tcMar>
          </w:tcPr>
          <w:p w14:paraId="445FD627"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2BA763DF"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4FAF2359" w14:textId="77777777" w:rsidR="003D6426" w:rsidRDefault="00000000">
            <w:pPr>
              <w:spacing w:after="0" w:line="240" w:lineRule="auto"/>
              <w:rPr>
                <w:rFonts w:hint="eastAsia"/>
              </w:rPr>
            </w:pPr>
            <w:r>
              <w:rPr>
                <w:sz w:val="13"/>
              </w:rPr>
              <w:t>X</w:t>
            </w:r>
          </w:p>
        </w:tc>
      </w:tr>
      <w:tr w:rsidR="003D6426" w14:paraId="5456AE9B" w14:textId="77777777">
        <w:trPr>
          <w:jc w:val="center"/>
        </w:trPr>
        <w:tc>
          <w:tcPr>
            <w:tcW w:w="2997" w:type="dxa"/>
            <w:tcMar>
              <w:top w:w="55" w:type="dxa"/>
              <w:left w:w="55" w:type="dxa"/>
              <w:bottom w:w="55" w:type="dxa"/>
              <w:right w:w="55" w:type="dxa"/>
            </w:tcMar>
          </w:tcPr>
          <w:p w14:paraId="534F3ACA" w14:textId="77777777" w:rsidR="003D6426" w:rsidRDefault="00000000">
            <w:pPr>
              <w:spacing w:after="0" w:line="240" w:lineRule="auto"/>
              <w:rPr>
                <w:rFonts w:hint="eastAsia"/>
              </w:rPr>
            </w:pPr>
            <w:r>
              <w:rPr>
                <w:sz w:val="13"/>
              </w:rPr>
              <w:t>Uso APVR</w:t>
            </w:r>
          </w:p>
        </w:tc>
        <w:tc>
          <w:tcPr>
            <w:tcW w:w="1099" w:type="dxa"/>
            <w:tcMar>
              <w:top w:w="55" w:type="dxa"/>
              <w:left w:w="55" w:type="dxa"/>
              <w:bottom w:w="55" w:type="dxa"/>
              <w:right w:w="55" w:type="dxa"/>
            </w:tcMar>
          </w:tcPr>
          <w:p w14:paraId="218F448E" w14:textId="77777777" w:rsidR="003D6426" w:rsidRDefault="00000000">
            <w:pPr>
              <w:spacing w:after="0" w:line="240" w:lineRule="auto"/>
              <w:rPr>
                <w:rFonts w:hint="eastAsia"/>
              </w:rPr>
            </w:pPr>
            <w:r>
              <w:rPr>
                <w:sz w:val="13"/>
              </w:rPr>
              <w:t>se previsto</w:t>
            </w:r>
          </w:p>
        </w:tc>
        <w:tc>
          <w:tcPr>
            <w:tcW w:w="1099" w:type="dxa"/>
            <w:tcMar>
              <w:top w:w="55" w:type="dxa"/>
              <w:left w:w="55" w:type="dxa"/>
              <w:bottom w:w="55" w:type="dxa"/>
              <w:right w:w="55" w:type="dxa"/>
            </w:tcMar>
          </w:tcPr>
          <w:p w14:paraId="1045C804" w14:textId="77777777" w:rsidR="003D6426" w:rsidRDefault="00000000">
            <w:pPr>
              <w:spacing w:after="0" w:line="240" w:lineRule="auto"/>
              <w:rPr>
                <w:rFonts w:hint="eastAsia"/>
              </w:rPr>
            </w:pPr>
            <w:r>
              <w:rPr>
                <w:sz w:val="13"/>
              </w:rPr>
              <w:t>se previsto</w:t>
            </w:r>
          </w:p>
        </w:tc>
        <w:tc>
          <w:tcPr>
            <w:tcW w:w="1099" w:type="dxa"/>
            <w:tcMar>
              <w:top w:w="55" w:type="dxa"/>
              <w:left w:w="55" w:type="dxa"/>
              <w:bottom w:w="55" w:type="dxa"/>
              <w:right w:w="55" w:type="dxa"/>
            </w:tcMar>
          </w:tcPr>
          <w:p w14:paraId="6016FF6B" w14:textId="77777777" w:rsidR="003D6426" w:rsidRDefault="00000000">
            <w:pPr>
              <w:spacing w:after="0" w:line="240" w:lineRule="auto"/>
              <w:rPr>
                <w:rFonts w:hint="eastAsia"/>
              </w:rPr>
            </w:pPr>
            <w:r>
              <w:rPr>
                <w:sz w:val="13"/>
              </w:rPr>
              <w:t>se previsto</w:t>
            </w:r>
          </w:p>
        </w:tc>
        <w:tc>
          <w:tcPr>
            <w:tcW w:w="1199" w:type="dxa"/>
            <w:tcMar>
              <w:top w:w="55" w:type="dxa"/>
              <w:left w:w="55" w:type="dxa"/>
              <w:bottom w:w="55" w:type="dxa"/>
              <w:right w:w="55" w:type="dxa"/>
            </w:tcMar>
          </w:tcPr>
          <w:p w14:paraId="6D518E06"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6CC27A6E" w14:textId="77777777" w:rsidR="003D6426" w:rsidRDefault="00000000">
            <w:pPr>
              <w:spacing w:after="0" w:line="240" w:lineRule="auto"/>
              <w:rPr>
                <w:rFonts w:hint="eastAsia"/>
              </w:rPr>
            </w:pPr>
            <w:r>
              <w:rPr>
                <w:sz w:val="13"/>
              </w:rPr>
              <w:t>se previsto</w:t>
            </w:r>
          </w:p>
        </w:tc>
        <w:tc>
          <w:tcPr>
            <w:tcW w:w="1299" w:type="dxa"/>
            <w:tcMar>
              <w:top w:w="55" w:type="dxa"/>
              <w:left w:w="55" w:type="dxa"/>
              <w:bottom w:w="55" w:type="dxa"/>
              <w:right w:w="55" w:type="dxa"/>
            </w:tcMar>
          </w:tcPr>
          <w:p w14:paraId="7BDFD0B5" w14:textId="77777777" w:rsidR="003D6426" w:rsidRDefault="00000000">
            <w:pPr>
              <w:spacing w:after="0" w:line="240" w:lineRule="auto"/>
              <w:rPr>
                <w:rFonts w:hint="eastAsia"/>
              </w:rPr>
            </w:pPr>
            <w:r>
              <w:rPr>
                <w:sz w:val="13"/>
              </w:rPr>
              <w:t>se previsto</w:t>
            </w:r>
          </w:p>
        </w:tc>
      </w:tr>
      <w:tr w:rsidR="003D6426" w14:paraId="0F534A7A" w14:textId="77777777">
        <w:trPr>
          <w:jc w:val="center"/>
        </w:trPr>
        <w:tc>
          <w:tcPr>
            <w:tcW w:w="2997" w:type="dxa"/>
            <w:tcMar>
              <w:top w:w="55" w:type="dxa"/>
              <w:left w:w="55" w:type="dxa"/>
              <w:bottom w:w="55" w:type="dxa"/>
              <w:right w:w="55" w:type="dxa"/>
            </w:tcMar>
          </w:tcPr>
          <w:p w14:paraId="1C755E15" w14:textId="77777777" w:rsidR="003D6426" w:rsidRDefault="00000000">
            <w:pPr>
              <w:spacing w:after="0" w:line="240" w:lineRule="auto"/>
              <w:rPr>
                <w:rFonts w:hint="eastAsia"/>
              </w:rPr>
            </w:pPr>
            <w:r>
              <w:rPr>
                <w:sz w:val="13"/>
              </w:rPr>
              <w:t>Uso strumenti monitoraggio</w:t>
            </w:r>
          </w:p>
        </w:tc>
        <w:tc>
          <w:tcPr>
            <w:tcW w:w="1099" w:type="dxa"/>
            <w:tcMar>
              <w:top w:w="55" w:type="dxa"/>
              <w:left w:w="55" w:type="dxa"/>
              <w:bottom w:w="55" w:type="dxa"/>
              <w:right w:w="55" w:type="dxa"/>
            </w:tcMar>
          </w:tcPr>
          <w:p w14:paraId="5DA70313" w14:textId="77777777" w:rsidR="003D6426" w:rsidRDefault="00000000">
            <w:pPr>
              <w:spacing w:after="0" w:line="240" w:lineRule="auto"/>
              <w:rPr>
                <w:rFonts w:hint="eastAsia"/>
              </w:rPr>
            </w:pPr>
            <w:r>
              <w:rPr>
                <w:sz w:val="13"/>
              </w:rPr>
              <w:t>se previsto</w:t>
            </w:r>
          </w:p>
        </w:tc>
        <w:tc>
          <w:tcPr>
            <w:tcW w:w="1099" w:type="dxa"/>
            <w:tcMar>
              <w:top w:w="55" w:type="dxa"/>
              <w:left w:w="55" w:type="dxa"/>
              <w:bottom w:w="55" w:type="dxa"/>
              <w:right w:w="55" w:type="dxa"/>
            </w:tcMar>
          </w:tcPr>
          <w:p w14:paraId="6B2DD9A0" w14:textId="77777777" w:rsidR="003D6426" w:rsidRDefault="003D6426">
            <w:pPr>
              <w:spacing w:after="0" w:line="240" w:lineRule="auto"/>
              <w:rPr>
                <w:rFonts w:hint="eastAsia"/>
              </w:rPr>
            </w:pPr>
          </w:p>
        </w:tc>
        <w:tc>
          <w:tcPr>
            <w:tcW w:w="1099" w:type="dxa"/>
            <w:tcMar>
              <w:top w:w="55" w:type="dxa"/>
              <w:left w:w="55" w:type="dxa"/>
              <w:bottom w:w="55" w:type="dxa"/>
              <w:right w:w="55" w:type="dxa"/>
            </w:tcMar>
          </w:tcPr>
          <w:p w14:paraId="5902B447" w14:textId="77777777" w:rsidR="003D6426" w:rsidRDefault="00000000">
            <w:pPr>
              <w:spacing w:after="0" w:line="240" w:lineRule="auto"/>
              <w:rPr>
                <w:rFonts w:hint="eastAsia"/>
              </w:rPr>
            </w:pPr>
            <w:r>
              <w:rPr>
                <w:sz w:val="13"/>
              </w:rPr>
              <w:t>C</w:t>
            </w:r>
          </w:p>
        </w:tc>
        <w:tc>
          <w:tcPr>
            <w:tcW w:w="1199" w:type="dxa"/>
            <w:tcMar>
              <w:top w:w="55" w:type="dxa"/>
              <w:left w:w="55" w:type="dxa"/>
              <w:bottom w:w="55" w:type="dxa"/>
              <w:right w:w="55" w:type="dxa"/>
            </w:tcMar>
          </w:tcPr>
          <w:p w14:paraId="57CAEA06" w14:textId="77777777" w:rsidR="003D6426" w:rsidRDefault="00000000">
            <w:pPr>
              <w:spacing w:after="0" w:line="240" w:lineRule="auto"/>
              <w:rPr>
                <w:rFonts w:hint="eastAsia"/>
              </w:rPr>
            </w:pPr>
            <w:r>
              <w:rPr>
                <w:sz w:val="13"/>
              </w:rPr>
              <w:t>C</w:t>
            </w:r>
          </w:p>
        </w:tc>
        <w:tc>
          <w:tcPr>
            <w:tcW w:w="1299" w:type="dxa"/>
            <w:tcMar>
              <w:top w:w="55" w:type="dxa"/>
              <w:left w:w="55" w:type="dxa"/>
              <w:bottom w:w="55" w:type="dxa"/>
              <w:right w:w="55" w:type="dxa"/>
            </w:tcMar>
          </w:tcPr>
          <w:p w14:paraId="1E80C70B"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4D60A2D3" w14:textId="77777777" w:rsidR="003D6426" w:rsidRDefault="00000000">
            <w:pPr>
              <w:spacing w:after="0" w:line="240" w:lineRule="auto"/>
              <w:rPr>
                <w:rFonts w:hint="eastAsia"/>
              </w:rPr>
            </w:pPr>
            <w:r>
              <w:rPr>
                <w:sz w:val="13"/>
              </w:rPr>
              <w:t>se previsto</w:t>
            </w:r>
          </w:p>
        </w:tc>
      </w:tr>
      <w:tr w:rsidR="003D6426" w14:paraId="2005E94D" w14:textId="77777777">
        <w:trPr>
          <w:jc w:val="center"/>
        </w:trPr>
        <w:tc>
          <w:tcPr>
            <w:tcW w:w="2997" w:type="dxa"/>
            <w:tcMar>
              <w:top w:w="55" w:type="dxa"/>
              <w:left w:w="55" w:type="dxa"/>
              <w:bottom w:w="55" w:type="dxa"/>
              <w:right w:w="55" w:type="dxa"/>
            </w:tcMar>
          </w:tcPr>
          <w:p w14:paraId="095CEB49" w14:textId="77777777" w:rsidR="003D6426" w:rsidRDefault="00000000">
            <w:pPr>
              <w:spacing w:after="0" w:line="240" w:lineRule="auto"/>
              <w:rPr>
                <w:rFonts w:hint="eastAsia"/>
              </w:rPr>
            </w:pPr>
            <w:r>
              <w:rPr>
                <w:sz w:val="13"/>
              </w:rPr>
              <w:t>Gestione comunicazioni</w:t>
            </w:r>
          </w:p>
        </w:tc>
        <w:tc>
          <w:tcPr>
            <w:tcW w:w="1099" w:type="dxa"/>
            <w:tcMar>
              <w:top w:w="55" w:type="dxa"/>
              <w:left w:w="55" w:type="dxa"/>
              <w:bottom w:w="55" w:type="dxa"/>
              <w:right w:w="55" w:type="dxa"/>
            </w:tcMar>
          </w:tcPr>
          <w:p w14:paraId="4CBB1581" w14:textId="77777777" w:rsidR="003D6426" w:rsidRDefault="00000000">
            <w:pPr>
              <w:spacing w:after="0" w:line="240" w:lineRule="auto"/>
              <w:rPr>
                <w:rFonts w:hint="eastAsia"/>
              </w:rPr>
            </w:pPr>
            <w:r>
              <w:rPr>
                <w:sz w:val="13"/>
              </w:rPr>
              <w:t>X</w:t>
            </w:r>
          </w:p>
        </w:tc>
        <w:tc>
          <w:tcPr>
            <w:tcW w:w="1099" w:type="dxa"/>
            <w:tcMar>
              <w:top w:w="55" w:type="dxa"/>
              <w:left w:w="55" w:type="dxa"/>
              <w:bottom w:w="55" w:type="dxa"/>
              <w:right w:w="55" w:type="dxa"/>
            </w:tcMar>
          </w:tcPr>
          <w:p w14:paraId="4034C25E" w14:textId="77777777" w:rsidR="003D6426" w:rsidRDefault="00000000">
            <w:pPr>
              <w:spacing w:after="0" w:line="240" w:lineRule="auto"/>
              <w:rPr>
                <w:rFonts w:hint="eastAsia"/>
              </w:rPr>
            </w:pPr>
            <w:r>
              <w:rPr>
                <w:sz w:val="13"/>
              </w:rPr>
              <w:t>X</w:t>
            </w:r>
          </w:p>
        </w:tc>
        <w:tc>
          <w:tcPr>
            <w:tcW w:w="1099" w:type="dxa"/>
            <w:tcMar>
              <w:top w:w="55" w:type="dxa"/>
              <w:left w:w="55" w:type="dxa"/>
              <w:bottom w:w="55" w:type="dxa"/>
              <w:right w:w="55" w:type="dxa"/>
            </w:tcMar>
          </w:tcPr>
          <w:p w14:paraId="43115515" w14:textId="77777777" w:rsidR="003D6426" w:rsidRDefault="00000000">
            <w:pPr>
              <w:spacing w:after="0" w:line="240" w:lineRule="auto"/>
              <w:rPr>
                <w:rFonts w:hint="eastAsia"/>
              </w:rPr>
            </w:pPr>
            <w:r>
              <w:rPr>
                <w:sz w:val="13"/>
              </w:rPr>
              <w:t>X</w:t>
            </w:r>
          </w:p>
        </w:tc>
        <w:tc>
          <w:tcPr>
            <w:tcW w:w="1199" w:type="dxa"/>
            <w:tcMar>
              <w:top w:w="55" w:type="dxa"/>
              <w:left w:w="55" w:type="dxa"/>
              <w:bottom w:w="55" w:type="dxa"/>
              <w:right w:w="55" w:type="dxa"/>
            </w:tcMar>
          </w:tcPr>
          <w:p w14:paraId="0AF9E4AB"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2FC62606"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5FAD8CF8" w14:textId="77777777" w:rsidR="003D6426" w:rsidRDefault="00000000">
            <w:pPr>
              <w:spacing w:after="0" w:line="240" w:lineRule="auto"/>
              <w:rPr>
                <w:rFonts w:hint="eastAsia"/>
              </w:rPr>
            </w:pPr>
            <w:r>
              <w:rPr>
                <w:sz w:val="13"/>
              </w:rPr>
              <w:t>X</w:t>
            </w:r>
          </w:p>
        </w:tc>
      </w:tr>
      <w:tr w:rsidR="003D6426" w14:paraId="3721768A" w14:textId="77777777">
        <w:trPr>
          <w:jc w:val="center"/>
        </w:trPr>
        <w:tc>
          <w:tcPr>
            <w:tcW w:w="2997" w:type="dxa"/>
            <w:tcMar>
              <w:top w:w="55" w:type="dxa"/>
              <w:left w:w="55" w:type="dxa"/>
              <w:bottom w:w="55" w:type="dxa"/>
              <w:right w:w="55" w:type="dxa"/>
            </w:tcMar>
          </w:tcPr>
          <w:p w14:paraId="1DD3F555" w14:textId="77777777" w:rsidR="003D6426" w:rsidRDefault="00000000">
            <w:pPr>
              <w:spacing w:after="0" w:line="240" w:lineRule="auto"/>
              <w:rPr>
                <w:rFonts w:hint="eastAsia"/>
              </w:rPr>
            </w:pPr>
            <w:r>
              <w:rPr>
                <w:sz w:val="13"/>
              </w:rPr>
              <w:t>Compilazione permesso</w:t>
            </w:r>
          </w:p>
        </w:tc>
        <w:tc>
          <w:tcPr>
            <w:tcW w:w="1099" w:type="dxa"/>
            <w:tcMar>
              <w:top w:w="55" w:type="dxa"/>
              <w:left w:w="55" w:type="dxa"/>
              <w:bottom w:w="55" w:type="dxa"/>
              <w:right w:w="55" w:type="dxa"/>
            </w:tcMar>
          </w:tcPr>
          <w:p w14:paraId="677786DB" w14:textId="77777777" w:rsidR="003D6426" w:rsidRDefault="00000000">
            <w:pPr>
              <w:spacing w:after="0" w:line="240" w:lineRule="auto"/>
              <w:rPr>
                <w:rFonts w:hint="eastAsia"/>
              </w:rPr>
            </w:pPr>
            <w:r>
              <w:rPr>
                <w:sz w:val="13"/>
              </w:rPr>
              <w:t>I</w:t>
            </w:r>
          </w:p>
        </w:tc>
        <w:tc>
          <w:tcPr>
            <w:tcW w:w="1099" w:type="dxa"/>
            <w:tcMar>
              <w:top w:w="55" w:type="dxa"/>
              <w:left w:w="55" w:type="dxa"/>
              <w:bottom w:w="55" w:type="dxa"/>
              <w:right w:w="55" w:type="dxa"/>
            </w:tcMar>
          </w:tcPr>
          <w:p w14:paraId="6F7D7C9D" w14:textId="77777777" w:rsidR="003D6426" w:rsidRDefault="00000000">
            <w:pPr>
              <w:spacing w:after="0" w:line="240" w:lineRule="auto"/>
              <w:rPr>
                <w:rFonts w:hint="eastAsia"/>
              </w:rPr>
            </w:pPr>
            <w:r>
              <w:rPr>
                <w:sz w:val="13"/>
              </w:rPr>
              <w:t>I</w:t>
            </w:r>
          </w:p>
        </w:tc>
        <w:tc>
          <w:tcPr>
            <w:tcW w:w="1099" w:type="dxa"/>
            <w:tcMar>
              <w:top w:w="55" w:type="dxa"/>
              <w:left w:w="55" w:type="dxa"/>
              <w:bottom w:w="55" w:type="dxa"/>
              <w:right w:w="55" w:type="dxa"/>
            </w:tcMar>
          </w:tcPr>
          <w:p w14:paraId="3C2272F2" w14:textId="77777777" w:rsidR="003D6426" w:rsidRDefault="00000000">
            <w:pPr>
              <w:spacing w:after="0" w:line="240" w:lineRule="auto"/>
              <w:rPr>
                <w:rFonts w:hint="eastAsia"/>
              </w:rPr>
            </w:pPr>
            <w:r>
              <w:rPr>
                <w:sz w:val="13"/>
              </w:rPr>
              <w:t>X</w:t>
            </w:r>
          </w:p>
        </w:tc>
        <w:tc>
          <w:tcPr>
            <w:tcW w:w="1199" w:type="dxa"/>
            <w:tcMar>
              <w:top w:w="55" w:type="dxa"/>
              <w:left w:w="55" w:type="dxa"/>
              <w:bottom w:w="55" w:type="dxa"/>
              <w:right w:w="55" w:type="dxa"/>
            </w:tcMar>
          </w:tcPr>
          <w:p w14:paraId="10A07493" w14:textId="77777777" w:rsidR="003D6426" w:rsidRDefault="00000000">
            <w:pPr>
              <w:spacing w:after="0" w:line="240" w:lineRule="auto"/>
              <w:rPr>
                <w:rFonts w:hint="eastAsia"/>
              </w:rPr>
            </w:pPr>
            <w:r>
              <w:rPr>
                <w:sz w:val="13"/>
              </w:rPr>
              <w:t>I</w:t>
            </w:r>
          </w:p>
        </w:tc>
        <w:tc>
          <w:tcPr>
            <w:tcW w:w="1299" w:type="dxa"/>
            <w:tcMar>
              <w:top w:w="55" w:type="dxa"/>
              <w:left w:w="55" w:type="dxa"/>
              <w:bottom w:w="55" w:type="dxa"/>
              <w:right w:w="55" w:type="dxa"/>
            </w:tcMar>
          </w:tcPr>
          <w:p w14:paraId="76A4E9E4" w14:textId="77777777" w:rsidR="003D6426" w:rsidRDefault="00000000">
            <w:pPr>
              <w:spacing w:after="0" w:line="240" w:lineRule="auto"/>
              <w:rPr>
                <w:rFonts w:hint="eastAsia"/>
              </w:rPr>
            </w:pPr>
            <w:r>
              <w:rPr>
                <w:sz w:val="13"/>
              </w:rPr>
              <w:t>C</w:t>
            </w:r>
          </w:p>
        </w:tc>
        <w:tc>
          <w:tcPr>
            <w:tcW w:w="1299" w:type="dxa"/>
            <w:tcMar>
              <w:top w:w="55" w:type="dxa"/>
              <w:left w:w="55" w:type="dxa"/>
              <w:bottom w:w="55" w:type="dxa"/>
              <w:right w:w="55" w:type="dxa"/>
            </w:tcMar>
          </w:tcPr>
          <w:p w14:paraId="2FADBC67" w14:textId="77777777" w:rsidR="003D6426" w:rsidRDefault="00000000">
            <w:pPr>
              <w:spacing w:after="0" w:line="240" w:lineRule="auto"/>
              <w:rPr>
                <w:rFonts w:hint="eastAsia"/>
              </w:rPr>
            </w:pPr>
            <w:r>
              <w:rPr>
                <w:sz w:val="13"/>
              </w:rPr>
              <w:t>C</w:t>
            </w:r>
          </w:p>
        </w:tc>
      </w:tr>
      <w:tr w:rsidR="003D6426" w14:paraId="5F8914FA" w14:textId="77777777">
        <w:trPr>
          <w:jc w:val="center"/>
        </w:trPr>
        <w:tc>
          <w:tcPr>
            <w:tcW w:w="2997" w:type="dxa"/>
            <w:tcMar>
              <w:top w:w="55" w:type="dxa"/>
              <w:left w:w="55" w:type="dxa"/>
              <w:bottom w:w="55" w:type="dxa"/>
              <w:right w:w="55" w:type="dxa"/>
            </w:tcMar>
          </w:tcPr>
          <w:p w14:paraId="19CD4BAD" w14:textId="77777777" w:rsidR="003D6426" w:rsidRDefault="00000000">
            <w:pPr>
              <w:spacing w:after="0" w:line="240" w:lineRule="auto"/>
              <w:rPr>
                <w:rFonts w:hint="eastAsia"/>
              </w:rPr>
            </w:pPr>
            <w:r>
              <w:rPr>
                <w:sz w:val="13"/>
              </w:rPr>
              <w:t>LOTO/try-out</w:t>
            </w:r>
          </w:p>
        </w:tc>
        <w:tc>
          <w:tcPr>
            <w:tcW w:w="1099" w:type="dxa"/>
            <w:tcMar>
              <w:top w:w="55" w:type="dxa"/>
              <w:left w:w="55" w:type="dxa"/>
              <w:bottom w:w="55" w:type="dxa"/>
              <w:right w:w="55" w:type="dxa"/>
            </w:tcMar>
          </w:tcPr>
          <w:p w14:paraId="73DCE085" w14:textId="77777777" w:rsidR="003D6426" w:rsidRDefault="00000000">
            <w:pPr>
              <w:spacing w:after="0" w:line="240" w:lineRule="auto"/>
              <w:rPr>
                <w:rFonts w:hint="eastAsia"/>
              </w:rPr>
            </w:pPr>
            <w:r>
              <w:rPr>
                <w:sz w:val="13"/>
              </w:rPr>
              <w:t>I</w:t>
            </w:r>
          </w:p>
        </w:tc>
        <w:tc>
          <w:tcPr>
            <w:tcW w:w="1099" w:type="dxa"/>
            <w:tcMar>
              <w:top w:w="55" w:type="dxa"/>
              <w:left w:w="55" w:type="dxa"/>
              <w:bottom w:w="55" w:type="dxa"/>
              <w:right w:w="55" w:type="dxa"/>
            </w:tcMar>
          </w:tcPr>
          <w:p w14:paraId="7B9E42C0" w14:textId="77777777" w:rsidR="003D6426" w:rsidRDefault="00000000">
            <w:pPr>
              <w:spacing w:after="0" w:line="240" w:lineRule="auto"/>
              <w:rPr>
                <w:rFonts w:hint="eastAsia"/>
              </w:rPr>
            </w:pPr>
            <w:r>
              <w:rPr>
                <w:sz w:val="13"/>
              </w:rPr>
              <w:t>I</w:t>
            </w:r>
          </w:p>
        </w:tc>
        <w:tc>
          <w:tcPr>
            <w:tcW w:w="1099" w:type="dxa"/>
            <w:tcMar>
              <w:top w:w="55" w:type="dxa"/>
              <w:left w:w="55" w:type="dxa"/>
              <w:bottom w:w="55" w:type="dxa"/>
              <w:right w:w="55" w:type="dxa"/>
            </w:tcMar>
          </w:tcPr>
          <w:p w14:paraId="0173CA72" w14:textId="77777777" w:rsidR="003D6426" w:rsidRDefault="00000000">
            <w:pPr>
              <w:spacing w:after="0" w:line="240" w:lineRule="auto"/>
              <w:rPr>
                <w:rFonts w:hint="eastAsia"/>
              </w:rPr>
            </w:pPr>
            <w:r>
              <w:rPr>
                <w:sz w:val="13"/>
              </w:rPr>
              <w:t>C</w:t>
            </w:r>
          </w:p>
        </w:tc>
        <w:tc>
          <w:tcPr>
            <w:tcW w:w="1199" w:type="dxa"/>
            <w:tcMar>
              <w:top w:w="55" w:type="dxa"/>
              <w:left w:w="55" w:type="dxa"/>
              <w:bottom w:w="55" w:type="dxa"/>
              <w:right w:w="55" w:type="dxa"/>
            </w:tcMar>
          </w:tcPr>
          <w:p w14:paraId="522A3348" w14:textId="77777777" w:rsidR="003D6426" w:rsidRDefault="00000000">
            <w:pPr>
              <w:spacing w:after="0" w:line="240" w:lineRule="auto"/>
              <w:rPr>
                <w:rFonts w:hint="eastAsia"/>
              </w:rPr>
            </w:pPr>
            <w:r>
              <w:rPr>
                <w:sz w:val="13"/>
              </w:rPr>
              <w:t>I</w:t>
            </w:r>
          </w:p>
        </w:tc>
        <w:tc>
          <w:tcPr>
            <w:tcW w:w="1299" w:type="dxa"/>
            <w:tcMar>
              <w:top w:w="55" w:type="dxa"/>
              <w:left w:w="55" w:type="dxa"/>
              <w:bottom w:w="55" w:type="dxa"/>
              <w:right w:w="55" w:type="dxa"/>
            </w:tcMar>
          </w:tcPr>
          <w:p w14:paraId="37FE3004" w14:textId="77777777" w:rsidR="003D6426" w:rsidRDefault="003D6426">
            <w:pPr>
              <w:spacing w:after="0" w:line="240" w:lineRule="auto"/>
              <w:rPr>
                <w:rFonts w:hint="eastAsia"/>
              </w:rPr>
            </w:pPr>
          </w:p>
        </w:tc>
        <w:tc>
          <w:tcPr>
            <w:tcW w:w="1299" w:type="dxa"/>
            <w:tcMar>
              <w:top w:w="55" w:type="dxa"/>
              <w:left w:w="55" w:type="dxa"/>
              <w:bottom w:w="55" w:type="dxa"/>
              <w:right w:w="55" w:type="dxa"/>
            </w:tcMar>
          </w:tcPr>
          <w:p w14:paraId="2D84ED1C" w14:textId="77777777" w:rsidR="003D6426" w:rsidRDefault="00000000">
            <w:pPr>
              <w:spacing w:after="0" w:line="240" w:lineRule="auto"/>
              <w:rPr>
                <w:rFonts w:hint="eastAsia"/>
              </w:rPr>
            </w:pPr>
            <w:r>
              <w:rPr>
                <w:sz w:val="13"/>
              </w:rPr>
              <w:t>se incaricato</w:t>
            </w:r>
          </w:p>
        </w:tc>
      </w:tr>
      <w:tr w:rsidR="003D6426" w14:paraId="17EB5A73" w14:textId="77777777">
        <w:trPr>
          <w:jc w:val="center"/>
        </w:trPr>
        <w:tc>
          <w:tcPr>
            <w:tcW w:w="2997" w:type="dxa"/>
            <w:tcMar>
              <w:top w:w="55" w:type="dxa"/>
              <w:left w:w="55" w:type="dxa"/>
              <w:bottom w:w="55" w:type="dxa"/>
              <w:right w:w="55" w:type="dxa"/>
            </w:tcMar>
          </w:tcPr>
          <w:p w14:paraId="28F69170" w14:textId="77777777" w:rsidR="003D6426" w:rsidRDefault="00000000">
            <w:pPr>
              <w:spacing w:after="0" w:line="240" w:lineRule="auto"/>
              <w:rPr>
                <w:rFonts w:hint="eastAsia"/>
              </w:rPr>
            </w:pPr>
            <w:r>
              <w:rPr>
                <w:sz w:val="13"/>
              </w:rPr>
              <w:t>Salvataggio senza ingresso</w:t>
            </w:r>
          </w:p>
        </w:tc>
        <w:tc>
          <w:tcPr>
            <w:tcW w:w="1099" w:type="dxa"/>
            <w:tcMar>
              <w:top w:w="55" w:type="dxa"/>
              <w:left w:w="55" w:type="dxa"/>
              <w:bottom w:w="55" w:type="dxa"/>
              <w:right w:w="55" w:type="dxa"/>
            </w:tcMar>
          </w:tcPr>
          <w:p w14:paraId="16364EA1" w14:textId="77777777" w:rsidR="003D6426" w:rsidRDefault="003D6426">
            <w:pPr>
              <w:spacing w:after="0" w:line="240" w:lineRule="auto"/>
              <w:rPr>
                <w:rFonts w:hint="eastAsia"/>
              </w:rPr>
            </w:pPr>
          </w:p>
        </w:tc>
        <w:tc>
          <w:tcPr>
            <w:tcW w:w="1099" w:type="dxa"/>
            <w:tcMar>
              <w:top w:w="55" w:type="dxa"/>
              <w:left w:w="55" w:type="dxa"/>
              <w:bottom w:w="55" w:type="dxa"/>
              <w:right w:w="55" w:type="dxa"/>
            </w:tcMar>
          </w:tcPr>
          <w:p w14:paraId="3C734144" w14:textId="77777777" w:rsidR="003D6426" w:rsidRDefault="00000000">
            <w:pPr>
              <w:spacing w:after="0" w:line="240" w:lineRule="auto"/>
              <w:rPr>
                <w:rFonts w:hint="eastAsia"/>
              </w:rPr>
            </w:pPr>
            <w:r>
              <w:rPr>
                <w:sz w:val="13"/>
              </w:rPr>
              <w:t>se previsto</w:t>
            </w:r>
          </w:p>
        </w:tc>
        <w:tc>
          <w:tcPr>
            <w:tcW w:w="1099" w:type="dxa"/>
            <w:tcMar>
              <w:top w:w="55" w:type="dxa"/>
              <w:left w:w="55" w:type="dxa"/>
              <w:bottom w:w="55" w:type="dxa"/>
              <w:right w:w="55" w:type="dxa"/>
            </w:tcMar>
          </w:tcPr>
          <w:p w14:paraId="2C9BB22F" w14:textId="77777777" w:rsidR="003D6426" w:rsidRDefault="00000000">
            <w:pPr>
              <w:spacing w:after="0" w:line="240" w:lineRule="auto"/>
              <w:rPr>
                <w:rFonts w:hint="eastAsia"/>
              </w:rPr>
            </w:pPr>
            <w:r>
              <w:rPr>
                <w:sz w:val="13"/>
              </w:rPr>
              <w:t>C</w:t>
            </w:r>
          </w:p>
        </w:tc>
        <w:tc>
          <w:tcPr>
            <w:tcW w:w="1199" w:type="dxa"/>
            <w:tcMar>
              <w:top w:w="55" w:type="dxa"/>
              <w:left w:w="55" w:type="dxa"/>
              <w:bottom w:w="55" w:type="dxa"/>
              <w:right w:w="55" w:type="dxa"/>
            </w:tcMar>
          </w:tcPr>
          <w:p w14:paraId="6C0F7ECD"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2980747D" w14:textId="77777777" w:rsidR="003D6426" w:rsidRDefault="003D6426">
            <w:pPr>
              <w:spacing w:after="0" w:line="240" w:lineRule="auto"/>
              <w:rPr>
                <w:rFonts w:hint="eastAsia"/>
              </w:rPr>
            </w:pPr>
          </w:p>
        </w:tc>
        <w:tc>
          <w:tcPr>
            <w:tcW w:w="1299" w:type="dxa"/>
            <w:tcMar>
              <w:top w:w="55" w:type="dxa"/>
              <w:left w:w="55" w:type="dxa"/>
              <w:bottom w:w="55" w:type="dxa"/>
              <w:right w:w="55" w:type="dxa"/>
            </w:tcMar>
          </w:tcPr>
          <w:p w14:paraId="4001962F" w14:textId="77777777" w:rsidR="003D6426" w:rsidRDefault="00000000">
            <w:pPr>
              <w:spacing w:after="0" w:line="240" w:lineRule="auto"/>
              <w:rPr>
                <w:rFonts w:hint="eastAsia"/>
              </w:rPr>
            </w:pPr>
            <w:r>
              <w:rPr>
                <w:sz w:val="13"/>
              </w:rPr>
              <w:t>se incaricato</w:t>
            </w:r>
          </w:p>
        </w:tc>
      </w:tr>
      <w:tr w:rsidR="003D6426" w14:paraId="0CE1FA70" w14:textId="77777777">
        <w:trPr>
          <w:jc w:val="center"/>
        </w:trPr>
        <w:tc>
          <w:tcPr>
            <w:tcW w:w="2997" w:type="dxa"/>
            <w:tcMar>
              <w:top w:w="55" w:type="dxa"/>
              <w:left w:w="55" w:type="dxa"/>
              <w:bottom w:w="55" w:type="dxa"/>
              <w:right w:w="55" w:type="dxa"/>
            </w:tcMar>
          </w:tcPr>
          <w:p w14:paraId="3AF9AB4B" w14:textId="77777777" w:rsidR="003D6426" w:rsidRDefault="00000000">
            <w:pPr>
              <w:spacing w:after="0" w:line="240" w:lineRule="auto"/>
              <w:rPr>
                <w:rFonts w:hint="eastAsia"/>
              </w:rPr>
            </w:pPr>
            <w:r>
              <w:rPr>
                <w:sz w:val="13"/>
              </w:rPr>
              <w:t>Salvataggio con ingresso</w:t>
            </w:r>
          </w:p>
        </w:tc>
        <w:tc>
          <w:tcPr>
            <w:tcW w:w="1099" w:type="dxa"/>
            <w:tcMar>
              <w:top w:w="55" w:type="dxa"/>
              <w:left w:w="55" w:type="dxa"/>
              <w:bottom w:w="55" w:type="dxa"/>
              <w:right w:w="55" w:type="dxa"/>
            </w:tcMar>
          </w:tcPr>
          <w:p w14:paraId="172D3AF5" w14:textId="77777777" w:rsidR="003D6426" w:rsidRDefault="003D6426">
            <w:pPr>
              <w:spacing w:after="0" w:line="240" w:lineRule="auto"/>
              <w:rPr>
                <w:rFonts w:hint="eastAsia"/>
              </w:rPr>
            </w:pPr>
          </w:p>
        </w:tc>
        <w:tc>
          <w:tcPr>
            <w:tcW w:w="1099" w:type="dxa"/>
            <w:tcMar>
              <w:top w:w="55" w:type="dxa"/>
              <w:left w:w="55" w:type="dxa"/>
              <w:bottom w:w="55" w:type="dxa"/>
              <w:right w:w="55" w:type="dxa"/>
            </w:tcMar>
          </w:tcPr>
          <w:p w14:paraId="3D3B9342" w14:textId="77777777" w:rsidR="003D6426" w:rsidRDefault="003D6426">
            <w:pPr>
              <w:spacing w:after="0" w:line="240" w:lineRule="auto"/>
              <w:rPr>
                <w:rFonts w:hint="eastAsia"/>
              </w:rPr>
            </w:pPr>
          </w:p>
        </w:tc>
        <w:tc>
          <w:tcPr>
            <w:tcW w:w="1099" w:type="dxa"/>
            <w:tcMar>
              <w:top w:w="55" w:type="dxa"/>
              <w:left w:w="55" w:type="dxa"/>
              <w:bottom w:w="55" w:type="dxa"/>
              <w:right w:w="55" w:type="dxa"/>
            </w:tcMar>
          </w:tcPr>
          <w:p w14:paraId="318D250B" w14:textId="77777777" w:rsidR="003D6426" w:rsidRDefault="00000000">
            <w:pPr>
              <w:spacing w:after="0" w:line="240" w:lineRule="auto"/>
              <w:rPr>
                <w:rFonts w:hint="eastAsia"/>
              </w:rPr>
            </w:pPr>
            <w:r>
              <w:rPr>
                <w:sz w:val="13"/>
              </w:rPr>
              <w:t>C</w:t>
            </w:r>
          </w:p>
        </w:tc>
        <w:tc>
          <w:tcPr>
            <w:tcW w:w="1199" w:type="dxa"/>
            <w:tcMar>
              <w:top w:w="55" w:type="dxa"/>
              <w:left w:w="55" w:type="dxa"/>
              <w:bottom w:w="55" w:type="dxa"/>
              <w:right w:w="55" w:type="dxa"/>
            </w:tcMar>
          </w:tcPr>
          <w:p w14:paraId="0ED2D737"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4996FFA5" w14:textId="77777777" w:rsidR="003D6426" w:rsidRDefault="003D6426">
            <w:pPr>
              <w:spacing w:after="0" w:line="240" w:lineRule="auto"/>
              <w:rPr>
                <w:rFonts w:hint="eastAsia"/>
              </w:rPr>
            </w:pPr>
          </w:p>
        </w:tc>
        <w:tc>
          <w:tcPr>
            <w:tcW w:w="1299" w:type="dxa"/>
            <w:tcMar>
              <w:top w:w="55" w:type="dxa"/>
              <w:left w:w="55" w:type="dxa"/>
              <w:bottom w:w="55" w:type="dxa"/>
              <w:right w:w="55" w:type="dxa"/>
            </w:tcMar>
          </w:tcPr>
          <w:p w14:paraId="40DA2C4A" w14:textId="77777777" w:rsidR="003D6426" w:rsidRDefault="00000000">
            <w:pPr>
              <w:spacing w:after="0" w:line="240" w:lineRule="auto"/>
              <w:rPr>
                <w:rFonts w:hint="eastAsia"/>
              </w:rPr>
            </w:pPr>
            <w:r>
              <w:rPr>
                <w:sz w:val="13"/>
              </w:rPr>
              <w:t>se incaricato</w:t>
            </w:r>
          </w:p>
        </w:tc>
      </w:tr>
      <w:tr w:rsidR="003D6426" w14:paraId="459601C6" w14:textId="77777777">
        <w:trPr>
          <w:jc w:val="center"/>
        </w:trPr>
        <w:tc>
          <w:tcPr>
            <w:tcW w:w="2997" w:type="dxa"/>
            <w:tcMar>
              <w:top w:w="55" w:type="dxa"/>
              <w:left w:w="55" w:type="dxa"/>
              <w:bottom w:w="55" w:type="dxa"/>
              <w:right w:w="55" w:type="dxa"/>
            </w:tcMar>
          </w:tcPr>
          <w:p w14:paraId="54514F36" w14:textId="77777777" w:rsidR="003D6426" w:rsidRDefault="00000000">
            <w:pPr>
              <w:spacing w:after="0" w:line="240" w:lineRule="auto"/>
              <w:rPr>
                <w:rFonts w:hint="eastAsia"/>
              </w:rPr>
            </w:pPr>
            <w:r>
              <w:rPr>
                <w:sz w:val="13"/>
              </w:rPr>
              <w:t>Idoneità sanitaria specifica</w:t>
            </w:r>
          </w:p>
        </w:tc>
        <w:tc>
          <w:tcPr>
            <w:tcW w:w="1099" w:type="dxa"/>
            <w:tcMar>
              <w:top w:w="55" w:type="dxa"/>
              <w:left w:w="55" w:type="dxa"/>
              <w:bottom w:w="55" w:type="dxa"/>
              <w:right w:w="55" w:type="dxa"/>
            </w:tcMar>
          </w:tcPr>
          <w:p w14:paraId="4E58B11E" w14:textId="77777777" w:rsidR="003D6426" w:rsidRDefault="00000000">
            <w:pPr>
              <w:spacing w:after="0" w:line="240" w:lineRule="auto"/>
              <w:rPr>
                <w:rFonts w:hint="eastAsia"/>
              </w:rPr>
            </w:pPr>
            <w:r>
              <w:rPr>
                <w:sz w:val="13"/>
              </w:rPr>
              <w:t>X</w:t>
            </w:r>
          </w:p>
        </w:tc>
        <w:tc>
          <w:tcPr>
            <w:tcW w:w="1099" w:type="dxa"/>
            <w:tcMar>
              <w:top w:w="55" w:type="dxa"/>
              <w:left w:w="55" w:type="dxa"/>
              <w:bottom w:w="55" w:type="dxa"/>
              <w:right w:w="55" w:type="dxa"/>
            </w:tcMar>
          </w:tcPr>
          <w:p w14:paraId="3B8FB852" w14:textId="77777777" w:rsidR="003D6426" w:rsidRDefault="00000000">
            <w:pPr>
              <w:spacing w:after="0" w:line="240" w:lineRule="auto"/>
              <w:rPr>
                <w:rFonts w:hint="eastAsia"/>
              </w:rPr>
            </w:pPr>
            <w:r>
              <w:rPr>
                <w:sz w:val="13"/>
              </w:rPr>
              <w:t>se richiesto</w:t>
            </w:r>
          </w:p>
        </w:tc>
        <w:tc>
          <w:tcPr>
            <w:tcW w:w="1099" w:type="dxa"/>
            <w:tcMar>
              <w:top w:w="55" w:type="dxa"/>
              <w:left w:w="55" w:type="dxa"/>
              <w:bottom w:w="55" w:type="dxa"/>
              <w:right w:w="55" w:type="dxa"/>
            </w:tcMar>
          </w:tcPr>
          <w:p w14:paraId="139EF543" w14:textId="77777777" w:rsidR="003D6426" w:rsidRDefault="00000000">
            <w:pPr>
              <w:spacing w:after="0" w:line="240" w:lineRule="auto"/>
              <w:rPr>
                <w:rFonts w:hint="eastAsia"/>
              </w:rPr>
            </w:pPr>
            <w:r>
              <w:rPr>
                <w:sz w:val="13"/>
              </w:rPr>
              <w:t>se richiesto</w:t>
            </w:r>
          </w:p>
        </w:tc>
        <w:tc>
          <w:tcPr>
            <w:tcW w:w="1199" w:type="dxa"/>
            <w:tcMar>
              <w:top w:w="55" w:type="dxa"/>
              <w:left w:w="55" w:type="dxa"/>
              <w:bottom w:w="55" w:type="dxa"/>
              <w:right w:w="55" w:type="dxa"/>
            </w:tcMar>
          </w:tcPr>
          <w:p w14:paraId="5433CC27" w14:textId="77777777" w:rsidR="003D6426" w:rsidRDefault="00000000">
            <w:pPr>
              <w:spacing w:after="0" w:line="240" w:lineRule="auto"/>
              <w:rPr>
                <w:rFonts w:hint="eastAsia"/>
              </w:rPr>
            </w:pPr>
            <w:r>
              <w:rPr>
                <w:sz w:val="13"/>
              </w:rPr>
              <w:t>X</w:t>
            </w:r>
          </w:p>
        </w:tc>
        <w:tc>
          <w:tcPr>
            <w:tcW w:w="1299" w:type="dxa"/>
            <w:tcMar>
              <w:top w:w="55" w:type="dxa"/>
              <w:left w:w="55" w:type="dxa"/>
              <w:bottom w:w="55" w:type="dxa"/>
              <w:right w:w="55" w:type="dxa"/>
            </w:tcMar>
          </w:tcPr>
          <w:p w14:paraId="622BD293" w14:textId="77777777" w:rsidR="003D6426" w:rsidRDefault="00000000">
            <w:pPr>
              <w:spacing w:after="0" w:line="240" w:lineRule="auto"/>
              <w:rPr>
                <w:rFonts w:hint="eastAsia"/>
              </w:rPr>
            </w:pPr>
            <w:r>
              <w:rPr>
                <w:sz w:val="13"/>
              </w:rPr>
              <w:t>se richiesto</w:t>
            </w:r>
          </w:p>
        </w:tc>
        <w:tc>
          <w:tcPr>
            <w:tcW w:w="1299" w:type="dxa"/>
            <w:tcMar>
              <w:top w:w="55" w:type="dxa"/>
              <w:left w:w="55" w:type="dxa"/>
              <w:bottom w:w="55" w:type="dxa"/>
              <w:right w:w="55" w:type="dxa"/>
            </w:tcMar>
          </w:tcPr>
          <w:p w14:paraId="463A4C82" w14:textId="77777777" w:rsidR="003D6426" w:rsidRDefault="00000000">
            <w:pPr>
              <w:spacing w:after="0" w:line="240" w:lineRule="auto"/>
              <w:rPr>
                <w:rFonts w:hint="eastAsia"/>
              </w:rPr>
            </w:pPr>
            <w:r>
              <w:rPr>
                <w:sz w:val="13"/>
              </w:rPr>
              <w:t>X se entra</w:t>
            </w:r>
          </w:p>
        </w:tc>
      </w:tr>
    </w:tbl>
    <w:p w14:paraId="26CEEE03" w14:textId="77777777" w:rsidR="003D6426" w:rsidRDefault="00000000">
      <w:pPr>
        <w:pStyle w:val="TableTitle"/>
        <w:rPr>
          <w:rFonts w:hint="eastAsia"/>
        </w:rPr>
      </w:pPr>
      <w:r>
        <w:t>Regole di utilizzo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4C778FF0" w14:textId="77777777">
        <w:trPr>
          <w:jc w:val="center"/>
        </w:trPr>
        <w:tc>
          <w:tcPr>
            <w:tcW w:w="2691" w:type="dxa"/>
            <w:shd w:val="clear" w:color="auto" w:fill="F2F2F2"/>
            <w:tcMar>
              <w:top w:w="55" w:type="dxa"/>
              <w:left w:w="55" w:type="dxa"/>
              <w:bottom w:w="55" w:type="dxa"/>
              <w:right w:w="55" w:type="dxa"/>
            </w:tcMar>
          </w:tcPr>
          <w:p w14:paraId="6B8D9DD6" w14:textId="77777777" w:rsidR="003D6426" w:rsidRDefault="00000000">
            <w:pPr>
              <w:spacing w:after="0" w:line="240" w:lineRule="auto"/>
              <w:rPr>
                <w:rFonts w:hint="eastAsia"/>
              </w:rPr>
            </w:pPr>
            <w:r>
              <w:rPr>
                <w:b/>
                <w:sz w:val="16"/>
              </w:rPr>
              <w:t>Criterio di abilitazione</w:t>
            </w:r>
          </w:p>
        </w:tc>
        <w:tc>
          <w:tcPr>
            <w:tcW w:w="7401" w:type="dxa"/>
            <w:tcMar>
              <w:top w:w="55" w:type="dxa"/>
              <w:left w:w="55" w:type="dxa"/>
              <w:bottom w:w="55" w:type="dxa"/>
              <w:right w:w="55" w:type="dxa"/>
            </w:tcMar>
          </w:tcPr>
          <w:p w14:paraId="32ED1626" w14:textId="77777777" w:rsidR="003D6426" w:rsidRDefault="00000000">
            <w:pPr>
              <w:spacing w:after="0" w:line="240" w:lineRule="auto"/>
              <w:rPr>
                <w:rFonts w:hint="eastAsia"/>
              </w:rPr>
            </w:pPr>
            <w:r>
              <w:rPr>
                <w:sz w:val="16"/>
              </w:rPr>
              <w:t>Il personale può essere inserito nel permesso solo se le competenze richieste risultano documentate e in corso di validità.</w:t>
            </w:r>
          </w:p>
        </w:tc>
      </w:tr>
      <w:tr w:rsidR="003D6426" w14:paraId="7C1524DA" w14:textId="77777777">
        <w:trPr>
          <w:jc w:val="center"/>
        </w:trPr>
        <w:tc>
          <w:tcPr>
            <w:tcW w:w="2691" w:type="dxa"/>
            <w:shd w:val="clear" w:color="auto" w:fill="F2F2F2"/>
            <w:tcMar>
              <w:top w:w="55" w:type="dxa"/>
              <w:left w:w="55" w:type="dxa"/>
              <w:bottom w:w="55" w:type="dxa"/>
              <w:right w:w="55" w:type="dxa"/>
            </w:tcMar>
          </w:tcPr>
          <w:p w14:paraId="21D9C5C1" w14:textId="77777777" w:rsidR="003D6426" w:rsidRDefault="00000000">
            <w:pPr>
              <w:spacing w:after="0" w:line="240" w:lineRule="auto"/>
              <w:rPr>
                <w:rFonts w:hint="eastAsia"/>
              </w:rPr>
            </w:pPr>
            <w:r>
              <w:rPr>
                <w:b/>
                <w:sz w:val="16"/>
              </w:rPr>
              <w:t>Responsabile verifica</w:t>
            </w:r>
          </w:p>
        </w:tc>
        <w:tc>
          <w:tcPr>
            <w:tcW w:w="7401" w:type="dxa"/>
            <w:tcMar>
              <w:top w:w="55" w:type="dxa"/>
              <w:left w:w="55" w:type="dxa"/>
              <w:bottom w:w="55" w:type="dxa"/>
              <w:right w:w="55" w:type="dxa"/>
            </w:tcMar>
          </w:tcPr>
          <w:p w14:paraId="3A842F3E" w14:textId="77777777" w:rsidR="003D6426" w:rsidRDefault="00000000">
            <w:pPr>
              <w:spacing w:after="0" w:line="240" w:lineRule="auto"/>
              <w:rPr>
                <w:rFonts w:hint="eastAsia"/>
              </w:rPr>
            </w:pPr>
            <w:r>
              <w:rPr>
                <w:sz w:val="16"/>
              </w:rPr>
              <w:t>Preposto per intervento specifico; HSE/RSPP per sistema; HR/Formazione per registri.</w:t>
            </w:r>
          </w:p>
        </w:tc>
      </w:tr>
    </w:tbl>
    <w:p w14:paraId="5233BC66" w14:textId="77777777" w:rsidR="003D6426" w:rsidRDefault="00000000">
      <w:pPr>
        <w:rPr>
          <w:rFonts w:hint="eastAsia"/>
        </w:rPr>
      </w:pPr>
      <w:r>
        <w:br w:type="page"/>
      </w:r>
    </w:p>
    <w:p w14:paraId="25CF82FA" w14:textId="77777777" w:rsidR="003D6426" w:rsidRDefault="00000000">
      <w:pPr>
        <w:pStyle w:val="Titolo1"/>
      </w:pPr>
      <w:r>
        <w:t>ALLEGATO S - Registro anomalie, near miss e azioni correttive</w:t>
      </w:r>
    </w:p>
    <w:p w14:paraId="24E07635" w14:textId="77777777" w:rsidR="003D6426" w:rsidRDefault="00000000">
      <w:pPr>
        <w:pStyle w:val="TableTitle"/>
        <w:rPr>
          <w:rFonts w:hint="eastAsia"/>
        </w:rPr>
      </w:pPr>
      <w:r>
        <w:t>Registro anomalie e near miss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8"/>
        <w:gridCol w:w="901"/>
        <w:gridCol w:w="737"/>
        <w:gridCol w:w="1926"/>
        <w:gridCol w:w="819"/>
        <w:gridCol w:w="1639"/>
        <w:gridCol w:w="1639"/>
        <w:gridCol w:w="697"/>
        <w:gridCol w:w="819"/>
        <w:gridCol w:w="697"/>
      </w:tblGrid>
      <w:tr w:rsidR="003D6426" w14:paraId="2CC8E12A" w14:textId="77777777">
        <w:trPr>
          <w:tblHeader/>
          <w:jc w:val="center"/>
        </w:trPr>
        <w:tc>
          <w:tcPr>
            <w:tcW w:w="324" w:type="dxa"/>
            <w:shd w:val="clear" w:color="auto" w:fill="D9EAF7"/>
            <w:tcMar>
              <w:top w:w="55" w:type="dxa"/>
              <w:left w:w="55" w:type="dxa"/>
              <w:bottom w:w="55" w:type="dxa"/>
              <w:right w:w="55" w:type="dxa"/>
            </w:tcMar>
            <w:vAlign w:val="center"/>
          </w:tcPr>
          <w:p w14:paraId="52238A5F" w14:textId="77777777" w:rsidR="003D6426" w:rsidRDefault="00000000">
            <w:pPr>
              <w:spacing w:after="0" w:line="240" w:lineRule="auto"/>
              <w:jc w:val="center"/>
              <w:rPr>
                <w:rFonts w:hint="eastAsia"/>
              </w:rPr>
            </w:pPr>
            <w:r>
              <w:rPr>
                <w:b/>
                <w:sz w:val="12"/>
              </w:rPr>
              <w:t>N.</w:t>
            </w:r>
          </w:p>
        </w:tc>
        <w:tc>
          <w:tcPr>
            <w:tcW w:w="891" w:type="dxa"/>
            <w:shd w:val="clear" w:color="auto" w:fill="D9EAF7"/>
            <w:tcMar>
              <w:top w:w="55" w:type="dxa"/>
              <w:left w:w="55" w:type="dxa"/>
              <w:bottom w:w="55" w:type="dxa"/>
              <w:right w:w="55" w:type="dxa"/>
            </w:tcMar>
            <w:vAlign w:val="center"/>
          </w:tcPr>
          <w:p w14:paraId="3880446A" w14:textId="77777777" w:rsidR="003D6426" w:rsidRDefault="00000000">
            <w:pPr>
              <w:spacing w:after="0" w:line="240" w:lineRule="auto"/>
              <w:jc w:val="center"/>
              <w:rPr>
                <w:rFonts w:hint="eastAsia"/>
              </w:rPr>
            </w:pPr>
            <w:r>
              <w:rPr>
                <w:b/>
                <w:sz w:val="12"/>
              </w:rPr>
              <w:t>Data</w:t>
            </w:r>
          </w:p>
        </w:tc>
        <w:tc>
          <w:tcPr>
            <w:tcW w:w="729" w:type="dxa"/>
            <w:shd w:val="clear" w:color="auto" w:fill="D9EAF7"/>
            <w:tcMar>
              <w:top w:w="55" w:type="dxa"/>
              <w:left w:w="55" w:type="dxa"/>
              <w:bottom w:w="55" w:type="dxa"/>
              <w:right w:w="55" w:type="dxa"/>
            </w:tcMar>
            <w:vAlign w:val="center"/>
          </w:tcPr>
          <w:p w14:paraId="2BCD718C" w14:textId="77777777" w:rsidR="003D6426" w:rsidRDefault="00000000">
            <w:pPr>
              <w:spacing w:after="0" w:line="240" w:lineRule="auto"/>
              <w:jc w:val="center"/>
              <w:rPr>
                <w:rFonts w:hint="eastAsia"/>
              </w:rPr>
            </w:pPr>
            <w:r>
              <w:rPr>
                <w:b/>
                <w:sz w:val="12"/>
              </w:rPr>
              <w:t>Ambiente</w:t>
            </w:r>
          </w:p>
        </w:tc>
        <w:tc>
          <w:tcPr>
            <w:tcW w:w="1905" w:type="dxa"/>
            <w:shd w:val="clear" w:color="auto" w:fill="D9EAF7"/>
            <w:tcMar>
              <w:top w:w="55" w:type="dxa"/>
              <w:left w:w="55" w:type="dxa"/>
              <w:bottom w:w="55" w:type="dxa"/>
              <w:right w:w="55" w:type="dxa"/>
            </w:tcMar>
            <w:vAlign w:val="center"/>
          </w:tcPr>
          <w:p w14:paraId="0389D5F0" w14:textId="77777777" w:rsidR="003D6426" w:rsidRDefault="00000000">
            <w:pPr>
              <w:spacing w:after="0" w:line="240" w:lineRule="auto"/>
              <w:jc w:val="center"/>
              <w:rPr>
                <w:rFonts w:hint="eastAsia"/>
              </w:rPr>
            </w:pPr>
            <w:r>
              <w:rPr>
                <w:b/>
                <w:sz w:val="12"/>
              </w:rPr>
              <w:t>Evento/anomalia</w:t>
            </w:r>
          </w:p>
        </w:tc>
        <w:tc>
          <w:tcPr>
            <w:tcW w:w="810" w:type="dxa"/>
            <w:shd w:val="clear" w:color="auto" w:fill="D9EAF7"/>
            <w:tcMar>
              <w:top w:w="55" w:type="dxa"/>
              <w:left w:w="55" w:type="dxa"/>
              <w:bottom w:w="55" w:type="dxa"/>
              <w:right w:w="55" w:type="dxa"/>
            </w:tcMar>
            <w:vAlign w:val="center"/>
          </w:tcPr>
          <w:p w14:paraId="59E11601" w14:textId="77777777" w:rsidR="003D6426" w:rsidRDefault="00000000">
            <w:pPr>
              <w:spacing w:after="0" w:line="240" w:lineRule="auto"/>
              <w:jc w:val="center"/>
              <w:rPr>
                <w:rFonts w:hint="eastAsia"/>
              </w:rPr>
            </w:pPr>
            <w:r>
              <w:rPr>
                <w:b/>
                <w:sz w:val="12"/>
              </w:rPr>
              <w:t>Gravità</w:t>
            </w:r>
          </w:p>
        </w:tc>
        <w:tc>
          <w:tcPr>
            <w:tcW w:w="1621" w:type="dxa"/>
            <w:shd w:val="clear" w:color="auto" w:fill="D9EAF7"/>
            <w:tcMar>
              <w:top w:w="55" w:type="dxa"/>
              <w:left w:w="55" w:type="dxa"/>
              <w:bottom w:w="55" w:type="dxa"/>
              <w:right w:w="55" w:type="dxa"/>
            </w:tcMar>
            <w:vAlign w:val="center"/>
          </w:tcPr>
          <w:p w14:paraId="2B15F896" w14:textId="77777777" w:rsidR="003D6426" w:rsidRDefault="00000000">
            <w:pPr>
              <w:spacing w:after="0" w:line="240" w:lineRule="auto"/>
              <w:jc w:val="center"/>
              <w:rPr>
                <w:rFonts w:hint="eastAsia"/>
              </w:rPr>
            </w:pPr>
            <w:r>
              <w:rPr>
                <w:b/>
                <w:sz w:val="12"/>
              </w:rPr>
              <w:t>Azione immediata</w:t>
            </w:r>
          </w:p>
        </w:tc>
        <w:tc>
          <w:tcPr>
            <w:tcW w:w="1621" w:type="dxa"/>
            <w:shd w:val="clear" w:color="auto" w:fill="D9EAF7"/>
            <w:tcMar>
              <w:top w:w="55" w:type="dxa"/>
              <w:left w:w="55" w:type="dxa"/>
              <w:bottom w:w="55" w:type="dxa"/>
              <w:right w:w="55" w:type="dxa"/>
            </w:tcMar>
            <w:vAlign w:val="center"/>
          </w:tcPr>
          <w:p w14:paraId="04EE4C44" w14:textId="77777777" w:rsidR="003D6426" w:rsidRDefault="00000000">
            <w:pPr>
              <w:spacing w:after="0" w:line="240" w:lineRule="auto"/>
              <w:jc w:val="center"/>
              <w:rPr>
                <w:rFonts w:hint="eastAsia"/>
              </w:rPr>
            </w:pPr>
            <w:r>
              <w:rPr>
                <w:b/>
                <w:sz w:val="12"/>
              </w:rPr>
              <w:t>Azione correttiva</w:t>
            </w:r>
          </w:p>
        </w:tc>
        <w:tc>
          <w:tcPr>
            <w:tcW w:w="689" w:type="dxa"/>
            <w:shd w:val="clear" w:color="auto" w:fill="D9EAF7"/>
            <w:tcMar>
              <w:top w:w="55" w:type="dxa"/>
              <w:left w:w="55" w:type="dxa"/>
              <w:bottom w:w="55" w:type="dxa"/>
              <w:right w:w="55" w:type="dxa"/>
            </w:tcMar>
            <w:vAlign w:val="center"/>
          </w:tcPr>
          <w:p w14:paraId="44F081E7" w14:textId="77777777" w:rsidR="003D6426" w:rsidRDefault="00000000">
            <w:pPr>
              <w:spacing w:after="0" w:line="240" w:lineRule="auto"/>
              <w:jc w:val="center"/>
              <w:rPr>
                <w:rFonts w:hint="eastAsia"/>
              </w:rPr>
            </w:pPr>
            <w:r>
              <w:rPr>
                <w:b/>
                <w:sz w:val="12"/>
              </w:rPr>
              <w:t>Resp.</w:t>
            </w:r>
          </w:p>
        </w:tc>
        <w:tc>
          <w:tcPr>
            <w:tcW w:w="810" w:type="dxa"/>
            <w:shd w:val="clear" w:color="auto" w:fill="D9EAF7"/>
            <w:tcMar>
              <w:top w:w="55" w:type="dxa"/>
              <w:left w:w="55" w:type="dxa"/>
              <w:bottom w:w="55" w:type="dxa"/>
              <w:right w:w="55" w:type="dxa"/>
            </w:tcMar>
            <w:vAlign w:val="center"/>
          </w:tcPr>
          <w:p w14:paraId="59B45368" w14:textId="77777777" w:rsidR="003D6426" w:rsidRDefault="00000000">
            <w:pPr>
              <w:spacing w:after="0" w:line="240" w:lineRule="auto"/>
              <w:jc w:val="center"/>
              <w:rPr>
                <w:rFonts w:hint="eastAsia"/>
              </w:rPr>
            </w:pPr>
            <w:r>
              <w:rPr>
                <w:b/>
                <w:sz w:val="12"/>
              </w:rPr>
              <w:t>Scad.</w:t>
            </w:r>
          </w:p>
        </w:tc>
        <w:tc>
          <w:tcPr>
            <w:tcW w:w="689" w:type="dxa"/>
            <w:shd w:val="clear" w:color="auto" w:fill="D9EAF7"/>
            <w:tcMar>
              <w:top w:w="55" w:type="dxa"/>
              <w:left w:w="55" w:type="dxa"/>
              <w:bottom w:w="55" w:type="dxa"/>
              <w:right w:w="55" w:type="dxa"/>
            </w:tcMar>
            <w:vAlign w:val="center"/>
          </w:tcPr>
          <w:p w14:paraId="75F0AA79" w14:textId="77777777" w:rsidR="003D6426" w:rsidRDefault="00000000">
            <w:pPr>
              <w:spacing w:after="0" w:line="240" w:lineRule="auto"/>
              <w:jc w:val="center"/>
              <w:rPr>
                <w:rFonts w:hint="eastAsia"/>
              </w:rPr>
            </w:pPr>
            <w:r>
              <w:rPr>
                <w:b/>
                <w:sz w:val="12"/>
              </w:rPr>
              <w:t>Chiuso</w:t>
            </w:r>
          </w:p>
        </w:tc>
      </w:tr>
      <w:tr w:rsidR="003D6426" w14:paraId="28F39964" w14:textId="77777777">
        <w:trPr>
          <w:jc w:val="center"/>
        </w:trPr>
        <w:tc>
          <w:tcPr>
            <w:tcW w:w="324" w:type="dxa"/>
            <w:tcMar>
              <w:top w:w="55" w:type="dxa"/>
              <w:left w:w="55" w:type="dxa"/>
              <w:bottom w:w="55" w:type="dxa"/>
              <w:right w:w="55" w:type="dxa"/>
            </w:tcMar>
          </w:tcPr>
          <w:p w14:paraId="3172CFD1" w14:textId="77777777" w:rsidR="003D6426" w:rsidRDefault="00000000">
            <w:pPr>
              <w:spacing w:after="0" w:line="240" w:lineRule="auto"/>
              <w:rPr>
                <w:rFonts w:hint="eastAsia"/>
              </w:rPr>
            </w:pPr>
            <w:r>
              <w:rPr>
                <w:sz w:val="12"/>
              </w:rPr>
              <w:t>1</w:t>
            </w:r>
          </w:p>
        </w:tc>
        <w:tc>
          <w:tcPr>
            <w:tcW w:w="891" w:type="dxa"/>
            <w:tcMar>
              <w:top w:w="55" w:type="dxa"/>
              <w:left w:w="55" w:type="dxa"/>
              <w:bottom w:w="55" w:type="dxa"/>
              <w:right w:w="55" w:type="dxa"/>
            </w:tcMar>
          </w:tcPr>
          <w:p w14:paraId="1C9B4A50" w14:textId="77777777" w:rsidR="003D6426" w:rsidRDefault="00000000">
            <w:pPr>
              <w:spacing w:after="0" w:line="240" w:lineRule="auto"/>
              <w:rPr>
                <w:rFonts w:hint="eastAsia"/>
              </w:rPr>
            </w:pPr>
            <w:r>
              <w:rPr>
                <w:sz w:val="12"/>
              </w:rPr>
              <w:t>____/____/______</w:t>
            </w:r>
          </w:p>
        </w:tc>
        <w:tc>
          <w:tcPr>
            <w:tcW w:w="729" w:type="dxa"/>
            <w:tcMar>
              <w:top w:w="55" w:type="dxa"/>
              <w:left w:w="55" w:type="dxa"/>
              <w:bottom w:w="55" w:type="dxa"/>
              <w:right w:w="55" w:type="dxa"/>
            </w:tcMar>
          </w:tcPr>
          <w:p w14:paraId="0C7E9A2F" w14:textId="77777777" w:rsidR="003D6426" w:rsidRDefault="00000000">
            <w:pPr>
              <w:spacing w:after="0" w:line="240" w:lineRule="auto"/>
              <w:rPr>
                <w:rFonts w:hint="eastAsia"/>
              </w:rPr>
            </w:pPr>
            <w:r>
              <w:rPr>
                <w:sz w:val="12"/>
              </w:rPr>
              <w:t>ACSI-___</w:t>
            </w:r>
          </w:p>
        </w:tc>
        <w:tc>
          <w:tcPr>
            <w:tcW w:w="1905" w:type="dxa"/>
            <w:tcMar>
              <w:top w:w="55" w:type="dxa"/>
              <w:left w:w="55" w:type="dxa"/>
              <w:bottom w:w="55" w:type="dxa"/>
              <w:right w:w="55" w:type="dxa"/>
            </w:tcMar>
          </w:tcPr>
          <w:p w14:paraId="6FEDBC9C"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0E69AE14" w14:textId="77777777" w:rsidR="003D6426" w:rsidRDefault="00000000">
            <w:pPr>
              <w:spacing w:after="0" w:line="240" w:lineRule="auto"/>
              <w:rPr>
                <w:rFonts w:hint="eastAsia"/>
              </w:rPr>
            </w:pPr>
            <w:r>
              <w:rPr>
                <w:sz w:val="12"/>
              </w:rPr>
              <w:t>[ ] B [ ] M [ ] A</w:t>
            </w:r>
          </w:p>
        </w:tc>
        <w:tc>
          <w:tcPr>
            <w:tcW w:w="1621" w:type="dxa"/>
            <w:tcMar>
              <w:top w:w="55" w:type="dxa"/>
              <w:left w:w="55" w:type="dxa"/>
              <w:bottom w:w="55" w:type="dxa"/>
              <w:right w:w="55" w:type="dxa"/>
            </w:tcMar>
          </w:tcPr>
          <w:p w14:paraId="0747DD0E" w14:textId="77777777" w:rsidR="003D6426" w:rsidRDefault="003D6426">
            <w:pPr>
              <w:spacing w:after="0" w:line="240" w:lineRule="auto"/>
              <w:rPr>
                <w:rFonts w:hint="eastAsia"/>
              </w:rPr>
            </w:pPr>
          </w:p>
        </w:tc>
        <w:tc>
          <w:tcPr>
            <w:tcW w:w="1621" w:type="dxa"/>
            <w:tcMar>
              <w:top w:w="55" w:type="dxa"/>
              <w:left w:w="55" w:type="dxa"/>
              <w:bottom w:w="55" w:type="dxa"/>
              <w:right w:w="55" w:type="dxa"/>
            </w:tcMar>
          </w:tcPr>
          <w:p w14:paraId="6AF826DE" w14:textId="77777777" w:rsidR="003D6426" w:rsidRDefault="003D6426">
            <w:pPr>
              <w:spacing w:after="0" w:line="240" w:lineRule="auto"/>
              <w:rPr>
                <w:rFonts w:hint="eastAsia"/>
              </w:rPr>
            </w:pPr>
          </w:p>
        </w:tc>
        <w:tc>
          <w:tcPr>
            <w:tcW w:w="689" w:type="dxa"/>
            <w:tcMar>
              <w:top w:w="55" w:type="dxa"/>
              <w:left w:w="55" w:type="dxa"/>
              <w:bottom w:w="55" w:type="dxa"/>
              <w:right w:w="55" w:type="dxa"/>
            </w:tcMar>
          </w:tcPr>
          <w:p w14:paraId="4CF8091C"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628257C1" w14:textId="77777777" w:rsidR="003D6426" w:rsidRDefault="00000000">
            <w:pPr>
              <w:spacing w:after="0" w:line="240" w:lineRule="auto"/>
              <w:rPr>
                <w:rFonts w:hint="eastAsia"/>
              </w:rPr>
            </w:pPr>
            <w:r>
              <w:rPr>
                <w:sz w:val="12"/>
              </w:rPr>
              <w:t>____/____/______</w:t>
            </w:r>
          </w:p>
        </w:tc>
        <w:tc>
          <w:tcPr>
            <w:tcW w:w="689" w:type="dxa"/>
            <w:tcMar>
              <w:top w:w="55" w:type="dxa"/>
              <w:left w:w="55" w:type="dxa"/>
              <w:bottom w:w="55" w:type="dxa"/>
              <w:right w:w="55" w:type="dxa"/>
            </w:tcMar>
          </w:tcPr>
          <w:p w14:paraId="3D6D661F" w14:textId="77777777" w:rsidR="003D6426" w:rsidRDefault="00000000">
            <w:pPr>
              <w:spacing w:after="0" w:line="240" w:lineRule="auto"/>
              <w:rPr>
                <w:rFonts w:hint="eastAsia"/>
              </w:rPr>
            </w:pPr>
            <w:r>
              <w:rPr>
                <w:sz w:val="12"/>
              </w:rPr>
              <w:t>[ ] SI [ ] NO</w:t>
            </w:r>
          </w:p>
        </w:tc>
      </w:tr>
      <w:tr w:rsidR="003D6426" w14:paraId="52BFC46F" w14:textId="77777777">
        <w:trPr>
          <w:jc w:val="center"/>
        </w:trPr>
        <w:tc>
          <w:tcPr>
            <w:tcW w:w="324" w:type="dxa"/>
            <w:tcMar>
              <w:top w:w="55" w:type="dxa"/>
              <w:left w:w="55" w:type="dxa"/>
              <w:bottom w:w="55" w:type="dxa"/>
              <w:right w:w="55" w:type="dxa"/>
            </w:tcMar>
          </w:tcPr>
          <w:p w14:paraId="24505AE9" w14:textId="77777777" w:rsidR="003D6426" w:rsidRDefault="00000000">
            <w:pPr>
              <w:spacing w:after="0" w:line="240" w:lineRule="auto"/>
              <w:rPr>
                <w:rFonts w:hint="eastAsia"/>
              </w:rPr>
            </w:pPr>
            <w:r>
              <w:rPr>
                <w:sz w:val="12"/>
              </w:rPr>
              <w:t>2</w:t>
            </w:r>
          </w:p>
        </w:tc>
        <w:tc>
          <w:tcPr>
            <w:tcW w:w="891" w:type="dxa"/>
            <w:tcMar>
              <w:top w:w="55" w:type="dxa"/>
              <w:left w:w="55" w:type="dxa"/>
              <w:bottom w:w="55" w:type="dxa"/>
              <w:right w:w="55" w:type="dxa"/>
            </w:tcMar>
          </w:tcPr>
          <w:p w14:paraId="39BC5E5B" w14:textId="77777777" w:rsidR="003D6426" w:rsidRDefault="00000000">
            <w:pPr>
              <w:spacing w:after="0" w:line="240" w:lineRule="auto"/>
              <w:rPr>
                <w:rFonts w:hint="eastAsia"/>
              </w:rPr>
            </w:pPr>
            <w:r>
              <w:rPr>
                <w:sz w:val="12"/>
              </w:rPr>
              <w:t>____/____/______</w:t>
            </w:r>
          </w:p>
        </w:tc>
        <w:tc>
          <w:tcPr>
            <w:tcW w:w="729" w:type="dxa"/>
            <w:tcMar>
              <w:top w:w="55" w:type="dxa"/>
              <w:left w:w="55" w:type="dxa"/>
              <w:bottom w:w="55" w:type="dxa"/>
              <w:right w:w="55" w:type="dxa"/>
            </w:tcMar>
          </w:tcPr>
          <w:p w14:paraId="0A7CAE5E" w14:textId="77777777" w:rsidR="003D6426" w:rsidRDefault="00000000">
            <w:pPr>
              <w:spacing w:after="0" w:line="240" w:lineRule="auto"/>
              <w:rPr>
                <w:rFonts w:hint="eastAsia"/>
              </w:rPr>
            </w:pPr>
            <w:r>
              <w:rPr>
                <w:sz w:val="12"/>
              </w:rPr>
              <w:t>ACSI-___</w:t>
            </w:r>
          </w:p>
        </w:tc>
        <w:tc>
          <w:tcPr>
            <w:tcW w:w="1905" w:type="dxa"/>
            <w:tcMar>
              <w:top w:w="55" w:type="dxa"/>
              <w:left w:w="55" w:type="dxa"/>
              <w:bottom w:w="55" w:type="dxa"/>
              <w:right w:w="55" w:type="dxa"/>
            </w:tcMar>
          </w:tcPr>
          <w:p w14:paraId="6C39EF70"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05A38ABC" w14:textId="77777777" w:rsidR="003D6426" w:rsidRDefault="00000000">
            <w:pPr>
              <w:spacing w:after="0" w:line="240" w:lineRule="auto"/>
              <w:rPr>
                <w:rFonts w:hint="eastAsia"/>
              </w:rPr>
            </w:pPr>
            <w:r>
              <w:rPr>
                <w:sz w:val="12"/>
              </w:rPr>
              <w:t>[ ] B [ ] M [ ] A</w:t>
            </w:r>
          </w:p>
        </w:tc>
        <w:tc>
          <w:tcPr>
            <w:tcW w:w="1621" w:type="dxa"/>
            <w:tcMar>
              <w:top w:w="55" w:type="dxa"/>
              <w:left w:w="55" w:type="dxa"/>
              <w:bottom w:w="55" w:type="dxa"/>
              <w:right w:w="55" w:type="dxa"/>
            </w:tcMar>
          </w:tcPr>
          <w:p w14:paraId="6E0E0943" w14:textId="77777777" w:rsidR="003D6426" w:rsidRDefault="003D6426">
            <w:pPr>
              <w:spacing w:after="0" w:line="240" w:lineRule="auto"/>
              <w:rPr>
                <w:rFonts w:hint="eastAsia"/>
              </w:rPr>
            </w:pPr>
          </w:p>
        </w:tc>
        <w:tc>
          <w:tcPr>
            <w:tcW w:w="1621" w:type="dxa"/>
            <w:tcMar>
              <w:top w:w="55" w:type="dxa"/>
              <w:left w:w="55" w:type="dxa"/>
              <w:bottom w:w="55" w:type="dxa"/>
              <w:right w:w="55" w:type="dxa"/>
            </w:tcMar>
          </w:tcPr>
          <w:p w14:paraId="2B864DAC" w14:textId="77777777" w:rsidR="003D6426" w:rsidRDefault="003D6426">
            <w:pPr>
              <w:spacing w:after="0" w:line="240" w:lineRule="auto"/>
              <w:rPr>
                <w:rFonts w:hint="eastAsia"/>
              </w:rPr>
            </w:pPr>
          </w:p>
        </w:tc>
        <w:tc>
          <w:tcPr>
            <w:tcW w:w="689" w:type="dxa"/>
            <w:tcMar>
              <w:top w:w="55" w:type="dxa"/>
              <w:left w:w="55" w:type="dxa"/>
              <w:bottom w:w="55" w:type="dxa"/>
              <w:right w:w="55" w:type="dxa"/>
            </w:tcMar>
          </w:tcPr>
          <w:p w14:paraId="5A5E7C8D"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75DD087B" w14:textId="77777777" w:rsidR="003D6426" w:rsidRDefault="00000000">
            <w:pPr>
              <w:spacing w:after="0" w:line="240" w:lineRule="auto"/>
              <w:rPr>
                <w:rFonts w:hint="eastAsia"/>
              </w:rPr>
            </w:pPr>
            <w:r>
              <w:rPr>
                <w:sz w:val="12"/>
              </w:rPr>
              <w:t>____/____/______</w:t>
            </w:r>
          </w:p>
        </w:tc>
        <w:tc>
          <w:tcPr>
            <w:tcW w:w="689" w:type="dxa"/>
            <w:tcMar>
              <w:top w:w="55" w:type="dxa"/>
              <w:left w:w="55" w:type="dxa"/>
              <w:bottom w:w="55" w:type="dxa"/>
              <w:right w:w="55" w:type="dxa"/>
            </w:tcMar>
          </w:tcPr>
          <w:p w14:paraId="3B9B6007" w14:textId="77777777" w:rsidR="003D6426" w:rsidRDefault="00000000">
            <w:pPr>
              <w:spacing w:after="0" w:line="240" w:lineRule="auto"/>
              <w:rPr>
                <w:rFonts w:hint="eastAsia"/>
              </w:rPr>
            </w:pPr>
            <w:r>
              <w:rPr>
                <w:sz w:val="12"/>
              </w:rPr>
              <w:t>[ ] SI [ ] NO</w:t>
            </w:r>
          </w:p>
        </w:tc>
      </w:tr>
      <w:tr w:rsidR="003D6426" w14:paraId="4228E357" w14:textId="77777777">
        <w:trPr>
          <w:jc w:val="center"/>
        </w:trPr>
        <w:tc>
          <w:tcPr>
            <w:tcW w:w="324" w:type="dxa"/>
            <w:tcMar>
              <w:top w:w="55" w:type="dxa"/>
              <w:left w:w="55" w:type="dxa"/>
              <w:bottom w:w="55" w:type="dxa"/>
              <w:right w:w="55" w:type="dxa"/>
            </w:tcMar>
          </w:tcPr>
          <w:p w14:paraId="21DFB2A3" w14:textId="77777777" w:rsidR="003D6426" w:rsidRDefault="00000000">
            <w:pPr>
              <w:spacing w:after="0" w:line="240" w:lineRule="auto"/>
              <w:rPr>
                <w:rFonts w:hint="eastAsia"/>
              </w:rPr>
            </w:pPr>
            <w:r>
              <w:rPr>
                <w:sz w:val="12"/>
              </w:rPr>
              <w:t>3</w:t>
            </w:r>
          </w:p>
        </w:tc>
        <w:tc>
          <w:tcPr>
            <w:tcW w:w="891" w:type="dxa"/>
            <w:tcMar>
              <w:top w:w="55" w:type="dxa"/>
              <w:left w:w="55" w:type="dxa"/>
              <w:bottom w:w="55" w:type="dxa"/>
              <w:right w:w="55" w:type="dxa"/>
            </w:tcMar>
          </w:tcPr>
          <w:p w14:paraId="1DD4E8AA" w14:textId="77777777" w:rsidR="003D6426" w:rsidRDefault="00000000">
            <w:pPr>
              <w:spacing w:after="0" w:line="240" w:lineRule="auto"/>
              <w:rPr>
                <w:rFonts w:hint="eastAsia"/>
              </w:rPr>
            </w:pPr>
            <w:r>
              <w:rPr>
                <w:sz w:val="12"/>
              </w:rPr>
              <w:t>____/____/______</w:t>
            </w:r>
          </w:p>
        </w:tc>
        <w:tc>
          <w:tcPr>
            <w:tcW w:w="729" w:type="dxa"/>
            <w:tcMar>
              <w:top w:w="55" w:type="dxa"/>
              <w:left w:w="55" w:type="dxa"/>
              <w:bottom w:w="55" w:type="dxa"/>
              <w:right w:w="55" w:type="dxa"/>
            </w:tcMar>
          </w:tcPr>
          <w:p w14:paraId="0BEE863F" w14:textId="77777777" w:rsidR="003D6426" w:rsidRDefault="00000000">
            <w:pPr>
              <w:spacing w:after="0" w:line="240" w:lineRule="auto"/>
              <w:rPr>
                <w:rFonts w:hint="eastAsia"/>
              </w:rPr>
            </w:pPr>
            <w:r>
              <w:rPr>
                <w:sz w:val="12"/>
              </w:rPr>
              <w:t>ACSI-___</w:t>
            </w:r>
          </w:p>
        </w:tc>
        <w:tc>
          <w:tcPr>
            <w:tcW w:w="1905" w:type="dxa"/>
            <w:tcMar>
              <w:top w:w="55" w:type="dxa"/>
              <w:left w:w="55" w:type="dxa"/>
              <w:bottom w:w="55" w:type="dxa"/>
              <w:right w:w="55" w:type="dxa"/>
            </w:tcMar>
          </w:tcPr>
          <w:p w14:paraId="58A0D31C"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2CCFCA2A" w14:textId="77777777" w:rsidR="003D6426" w:rsidRDefault="00000000">
            <w:pPr>
              <w:spacing w:after="0" w:line="240" w:lineRule="auto"/>
              <w:rPr>
                <w:rFonts w:hint="eastAsia"/>
              </w:rPr>
            </w:pPr>
            <w:r>
              <w:rPr>
                <w:sz w:val="12"/>
              </w:rPr>
              <w:t>[ ] B [ ] M [ ] A</w:t>
            </w:r>
          </w:p>
        </w:tc>
        <w:tc>
          <w:tcPr>
            <w:tcW w:w="1621" w:type="dxa"/>
            <w:tcMar>
              <w:top w:w="55" w:type="dxa"/>
              <w:left w:w="55" w:type="dxa"/>
              <w:bottom w:w="55" w:type="dxa"/>
              <w:right w:w="55" w:type="dxa"/>
            </w:tcMar>
          </w:tcPr>
          <w:p w14:paraId="3A8B83CD" w14:textId="77777777" w:rsidR="003D6426" w:rsidRDefault="003D6426">
            <w:pPr>
              <w:spacing w:after="0" w:line="240" w:lineRule="auto"/>
              <w:rPr>
                <w:rFonts w:hint="eastAsia"/>
              </w:rPr>
            </w:pPr>
          </w:p>
        </w:tc>
        <w:tc>
          <w:tcPr>
            <w:tcW w:w="1621" w:type="dxa"/>
            <w:tcMar>
              <w:top w:w="55" w:type="dxa"/>
              <w:left w:w="55" w:type="dxa"/>
              <w:bottom w:w="55" w:type="dxa"/>
              <w:right w:w="55" w:type="dxa"/>
            </w:tcMar>
          </w:tcPr>
          <w:p w14:paraId="154C2172" w14:textId="77777777" w:rsidR="003D6426" w:rsidRDefault="003D6426">
            <w:pPr>
              <w:spacing w:after="0" w:line="240" w:lineRule="auto"/>
              <w:rPr>
                <w:rFonts w:hint="eastAsia"/>
              </w:rPr>
            </w:pPr>
          </w:p>
        </w:tc>
        <w:tc>
          <w:tcPr>
            <w:tcW w:w="689" w:type="dxa"/>
            <w:tcMar>
              <w:top w:w="55" w:type="dxa"/>
              <w:left w:w="55" w:type="dxa"/>
              <w:bottom w:w="55" w:type="dxa"/>
              <w:right w:w="55" w:type="dxa"/>
            </w:tcMar>
          </w:tcPr>
          <w:p w14:paraId="24ABE151"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70EF9E2A" w14:textId="77777777" w:rsidR="003D6426" w:rsidRDefault="00000000">
            <w:pPr>
              <w:spacing w:after="0" w:line="240" w:lineRule="auto"/>
              <w:rPr>
                <w:rFonts w:hint="eastAsia"/>
              </w:rPr>
            </w:pPr>
            <w:r>
              <w:rPr>
                <w:sz w:val="12"/>
              </w:rPr>
              <w:t>____/____/______</w:t>
            </w:r>
          </w:p>
        </w:tc>
        <w:tc>
          <w:tcPr>
            <w:tcW w:w="689" w:type="dxa"/>
            <w:tcMar>
              <w:top w:w="55" w:type="dxa"/>
              <w:left w:w="55" w:type="dxa"/>
              <w:bottom w:w="55" w:type="dxa"/>
              <w:right w:w="55" w:type="dxa"/>
            </w:tcMar>
          </w:tcPr>
          <w:p w14:paraId="3393A4E0" w14:textId="77777777" w:rsidR="003D6426" w:rsidRDefault="00000000">
            <w:pPr>
              <w:spacing w:after="0" w:line="240" w:lineRule="auto"/>
              <w:rPr>
                <w:rFonts w:hint="eastAsia"/>
              </w:rPr>
            </w:pPr>
            <w:r>
              <w:rPr>
                <w:sz w:val="12"/>
              </w:rPr>
              <w:t>[ ] SI [ ] NO</w:t>
            </w:r>
          </w:p>
        </w:tc>
      </w:tr>
      <w:tr w:rsidR="003D6426" w14:paraId="3BBE0514" w14:textId="77777777">
        <w:trPr>
          <w:jc w:val="center"/>
        </w:trPr>
        <w:tc>
          <w:tcPr>
            <w:tcW w:w="324" w:type="dxa"/>
            <w:tcMar>
              <w:top w:w="55" w:type="dxa"/>
              <w:left w:w="55" w:type="dxa"/>
              <w:bottom w:w="55" w:type="dxa"/>
              <w:right w:w="55" w:type="dxa"/>
            </w:tcMar>
          </w:tcPr>
          <w:p w14:paraId="35A662C3" w14:textId="77777777" w:rsidR="003D6426" w:rsidRDefault="00000000">
            <w:pPr>
              <w:spacing w:after="0" w:line="240" w:lineRule="auto"/>
              <w:rPr>
                <w:rFonts w:hint="eastAsia"/>
              </w:rPr>
            </w:pPr>
            <w:r>
              <w:rPr>
                <w:sz w:val="12"/>
              </w:rPr>
              <w:t>4</w:t>
            </w:r>
          </w:p>
        </w:tc>
        <w:tc>
          <w:tcPr>
            <w:tcW w:w="891" w:type="dxa"/>
            <w:tcMar>
              <w:top w:w="55" w:type="dxa"/>
              <w:left w:w="55" w:type="dxa"/>
              <w:bottom w:w="55" w:type="dxa"/>
              <w:right w:w="55" w:type="dxa"/>
            </w:tcMar>
          </w:tcPr>
          <w:p w14:paraId="4B27AABB" w14:textId="77777777" w:rsidR="003D6426" w:rsidRDefault="00000000">
            <w:pPr>
              <w:spacing w:after="0" w:line="240" w:lineRule="auto"/>
              <w:rPr>
                <w:rFonts w:hint="eastAsia"/>
              </w:rPr>
            </w:pPr>
            <w:r>
              <w:rPr>
                <w:sz w:val="12"/>
              </w:rPr>
              <w:t>____/____/______</w:t>
            </w:r>
          </w:p>
        </w:tc>
        <w:tc>
          <w:tcPr>
            <w:tcW w:w="729" w:type="dxa"/>
            <w:tcMar>
              <w:top w:w="55" w:type="dxa"/>
              <w:left w:w="55" w:type="dxa"/>
              <w:bottom w:w="55" w:type="dxa"/>
              <w:right w:w="55" w:type="dxa"/>
            </w:tcMar>
          </w:tcPr>
          <w:p w14:paraId="4BCDA43F" w14:textId="77777777" w:rsidR="003D6426" w:rsidRDefault="00000000">
            <w:pPr>
              <w:spacing w:after="0" w:line="240" w:lineRule="auto"/>
              <w:rPr>
                <w:rFonts w:hint="eastAsia"/>
              </w:rPr>
            </w:pPr>
            <w:r>
              <w:rPr>
                <w:sz w:val="12"/>
              </w:rPr>
              <w:t>ACSI-___</w:t>
            </w:r>
          </w:p>
        </w:tc>
        <w:tc>
          <w:tcPr>
            <w:tcW w:w="1905" w:type="dxa"/>
            <w:tcMar>
              <w:top w:w="55" w:type="dxa"/>
              <w:left w:w="55" w:type="dxa"/>
              <w:bottom w:w="55" w:type="dxa"/>
              <w:right w:w="55" w:type="dxa"/>
            </w:tcMar>
          </w:tcPr>
          <w:p w14:paraId="2B22D656"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728565B9" w14:textId="77777777" w:rsidR="003D6426" w:rsidRDefault="00000000">
            <w:pPr>
              <w:spacing w:after="0" w:line="240" w:lineRule="auto"/>
              <w:rPr>
                <w:rFonts w:hint="eastAsia"/>
              </w:rPr>
            </w:pPr>
            <w:r>
              <w:rPr>
                <w:sz w:val="12"/>
              </w:rPr>
              <w:t>[ ] B [ ] M [ ] A</w:t>
            </w:r>
          </w:p>
        </w:tc>
        <w:tc>
          <w:tcPr>
            <w:tcW w:w="1621" w:type="dxa"/>
            <w:tcMar>
              <w:top w:w="55" w:type="dxa"/>
              <w:left w:w="55" w:type="dxa"/>
              <w:bottom w:w="55" w:type="dxa"/>
              <w:right w:w="55" w:type="dxa"/>
            </w:tcMar>
          </w:tcPr>
          <w:p w14:paraId="029C6B2A" w14:textId="77777777" w:rsidR="003D6426" w:rsidRDefault="003D6426">
            <w:pPr>
              <w:spacing w:after="0" w:line="240" w:lineRule="auto"/>
              <w:rPr>
                <w:rFonts w:hint="eastAsia"/>
              </w:rPr>
            </w:pPr>
          </w:p>
        </w:tc>
        <w:tc>
          <w:tcPr>
            <w:tcW w:w="1621" w:type="dxa"/>
            <w:tcMar>
              <w:top w:w="55" w:type="dxa"/>
              <w:left w:w="55" w:type="dxa"/>
              <w:bottom w:w="55" w:type="dxa"/>
              <w:right w:w="55" w:type="dxa"/>
            </w:tcMar>
          </w:tcPr>
          <w:p w14:paraId="45C7CE99" w14:textId="77777777" w:rsidR="003D6426" w:rsidRDefault="003D6426">
            <w:pPr>
              <w:spacing w:after="0" w:line="240" w:lineRule="auto"/>
              <w:rPr>
                <w:rFonts w:hint="eastAsia"/>
              </w:rPr>
            </w:pPr>
          </w:p>
        </w:tc>
        <w:tc>
          <w:tcPr>
            <w:tcW w:w="689" w:type="dxa"/>
            <w:tcMar>
              <w:top w:w="55" w:type="dxa"/>
              <w:left w:w="55" w:type="dxa"/>
              <w:bottom w:w="55" w:type="dxa"/>
              <w:right w:w="55" w:type="dxa"/>
            </w:tcMar>
          </w:tcPr>
          <w:p w14:paraId="1D4DA119"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4629FA92" w14:textId="77777777" w:rsidR="003D6426" w:rsidRDefault="00000000">
            <w:pPr>
              <w:spacing w:after="0" w:line="240" w:lineRule="auto"/>
              <w:rPr>
                <w:rFonts w:hint="eastAsia"/>
              </w:rPr>
            </w:pPr>
            <w:r>
              <w:rPr>
                <w:sz w:val="12"/>
              </w:rPr>
              <w:t>____/____/______</w:t>
            </w:r>
          </w:p>
        </w:tc>
        <w:tc>
          <w:tcPr>
            <w:tcW w:w="689" w:type="dxa"/>
            <w:tcMar>
              <w:top w:w="55" w:type="dxa"/>
              <w:left w:w="55" w:type="dxa"/>
              <w:bottom w:w="55" w:type="dxa"/>
              <w:right w:w="55" w:type="dxa"/>
            </w:tcMar>
          </w:tcPr>
          <w:p w14:paraId="537E9F9C" w14:textId="77777777" w:rsidR="003D6426" w:rsidRDefault="00000000">
            <w:pPr>
              <w:spacing w:after="0" w:line="240" w:lineRule="auto"/>
              <w:rPr>
                <w:rFonts w:hint="eastAsia"/>
              </w:rPr>
            </w:pPr>
            <w:r>
              <w:rPr>
                <w:sz w:val="12"/>
              </w:rPr>
              <w:t>[ ] SI [ ] NO</w:t>
            </w:r>
          </w:p>
        </w:tc>
      </w:tr>
      <w:tr w:rsidR="003D6426" w14:paraId="76695554" w14:textId="77777777">
        <w:trPr>
          <w:jc w:val="center"/>
        </w:trPr>
        <w:tc>
          <w:tcPr>
            <w:tcW w:w="324" w:type="dxa"/>
            <w:tcMar>
              <w:top w:w="55" w:type="dxa"/>
              <w:left w:w="55" w:type="dxa"/>
              <w:bottom w:w="55" w:type="dxa"/>
              <w:right w:w="55" w:type="dxa"/>
            </w:tcMar>
          </w:tcPr>
          <w:p w14:paraId="03D5AF34" w14:textId="77777777" w:rsidR="003D6426" w:rsidRDefault="00000000">
            <w:pPr>
              <w:spacing w:after="0" w:line="240" w:lineRule="auto"/>
              <w:rPr>
                <w:rFonts w:hint="eastAsia"/>
              </w:rPr>
            </w:pPr>
            <w:r>
              <w:rPr>
                <w:sz w:val="12"/>
              </w:rPr>
              <w:t>5</w:t>
            </w:r>
          </w:p>
        </w:tc>
        <w:tc>
          <w:tcPr>
            <w:tcW w:w="891" w:type="dxa"/>
            <w:tcMar>
              <w:top w:w="55" w:type="dxa"/>
              <w:left w:w="55" w:type="dxa"/>
              <w:bottom w:w="55" w:type="dxa"/>
              <w:right w:w="55" w:type="dxa"/>
            </w:tcMar>
          </w:tcPr>
          <w:p w14:paraId="37AF16B0" w14:textId="77777777" w:rsidR="003D6426" w:rsidRDefault="00000000">
            <w:pPr>
              <w:spacing w:after="0" w:line="240" w:lineRule="auto"/>
              <w:rPr>
                <w:rFonts w:hint="eastAsia"/>
              </w:rPr>
            </w:pPr>
            <w:r>
              <w:rPr>
                <w:sz w:val="12"/>
              </w:rPr>
              <w:t>____/____/______</w:t>
            </w:r>
          </w:p>
        </w:tc>
        <w:tc>
          <w:tcPr>
            <w:tcW w:w="729" w:type="dxa"/>
            <w:tcMar>
              <w:top w:w="55" w:type="dxa"/>
              <w:left w:w="55" w:type="dxa"/>
              <w:bottom w:w="55" w:type="dxa"/>
              <w:right w:w="55" w:type="dxa"/>
            </w:tcMar>
          </w:tcPr>
          <w:p w14:paraId="53062BA3" w14:textId="77777777" w:rsidR="003D6426" w:rsidRDefault="00000000">
            <w:pPr>
              <w:spacing w:after="0" w:line="240" w:lineRule="auto"/>
              <w:rPr>
                <w:rFonts w:hint="eastAsia"/>
              </w:rPr>
            </w:pPr>
            <w:r>
              <w:rPr>
                <w:sz w:val="12"/>
              </w:rPr>
              <w:t>ACSI-___</w:t>
            </w:r>
          </w:p>
        </w:tc>
        <w:tc>
          <w:tcPr>
            <w:tcW w:w="1905" w:type="dxa"/>
            <w:tcMar>
              <w:top w:w="55" w:type="dxa"/>
              <w:left w:w="55" w:type="dxa"/>
              <w:bottom w:w="55" w:type="dxa"/>
              <w:right w:w="55" w:type="dxa"/>
            </w:tcMar>
          </w:tcPr>
          <w:p w14:paraId="2EC4F3EB"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54CE40D5" w14:textId="77777777" w:rsidR="003D6426" w:rsidRDefault="00000000">
            <w:pPr>
              <w:spacing w:after="0" w:line="240" w:lineRule="auto"/>
              <w:rPr>
                <w:rFonts w:hint="eastAsia"/>
              </w:rPr>
            </w:pPr>
            <w:r>
              <w:rPr>
                <w:sz w:val="12"/>
              </w:rPr>
              <w:t>[ ] B [ ] M [ ] A</w:t>
            </w:r>
          </w:p>
        </w:tc>
        <w:tc>
          <w:tcPr>
            <w:tcW w:w="1621" w:type="dxa"/>
            <w:tcMar>
              <w:top w:w="55" w:type="dxa"/>
              <w:left w:w="55" w:type="dxa"/>
              <w:bottom w:w="55" w:type="dxa"/>
              <w:right w:w="55" w:type="dxa"/>
            </w:tcMar>
          </w:tcPr>
          <w:p w14:paraId="079A09A4" w14:textId="77777777" w:rsidR="003D6426" w:rsidRDefault="003D6426">
            <w:pPr>
              <w:spacing w:after="0" w:line="240" w:lineRule="auto"/>
              <w:rPr>
                <w:rFonts w:hint="eastAsia"/>
              </w:rPr>
            </w:pPr>
          </w:p>
        </w:tc>
        <w:tc>
          <w:tcPr>
            <w:tcW w:w="1621" w:type="dxa"/>
            <w:tcMar>
              <w:top w:w="55" w:type="dxa"/>
              <w:left w:w="55" w:type="dxa"/>
              <w:bottom w:w="55" w:type="dxa"/>
              <w:right w:w="55" w:type="dxa"/>
            </w:tcMar>
          </w:tcPr>
          <w:p w14:paraId="3B709F63" w14:textId="77777777" w:rsidR="003D6426" w:rsidRDefault="003D6426">
            <w:pPr>
              <w:spacing w:after="0" w:line="240" w:lineRule="auto"/>
              <w:rPr>
                <w:rFonts w:hint="eastAsia"/>
              </w:rPr>
            </w:pPr>
          </w:p>
        </w:tc>
        <w:tc>
          <w:tcPr>
            <w:tcW w:w="689" w:type="dxa"/>
            <w:tcMar>
              <w:top w:w="55" w:type="dxa"/>
              <w:left w:w="55" w:type="dxa"/>
              <w:bottom w:w="55" w:type="dxa"/>
              <w:right w:w="55" w:type="dxa"/>
            </w:tcMar>
          </w:tcPr>
          <w:p w14:paraId="6A9F6564"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000191A9" w14:textId="77777777" w:rsidR="003D6426" w:rsidRDefault="00000000">
            <w:pPr>
              <w:spacing w:after="0" w:line="240" w:lineRule="auto"/>
              <w:rPr>
                <w:rFonts w:hint="eastAsia"/>
              </w:rPr>
            </w:pPr>
            <w:r>
              <w:rPr>
                <w:sz w:val="12"/>
              </w:rPr>
              <w:t>____/____/______</w:t>
            </w:r>
          </w:p>
        </w:tc>
        <w:tc>
          <w:tcPr>
            <w:tcW w:w="689" w:type="dxa"/>
            <w:tcMar>
              <w:top w:w="55" w:type="dxa"/>
              <w:left w:w="55" w:type="dxa"/>
              <w:bottom w:w="55" w:type="dxa"/>
              <w:right w:w="55" w:type="dxa"/>
            </w:tcMar>
          </w:tcPr>
          <w:p w14:paraId="573DBC30" w14:textId="77777777" w:rsidR="003D6426" w:rsidRDefault="00000000">
            <w:pPr>
              <w:spacing w:after="0" w:line="240" w:lineRule="auto"/>
              <w:rPr>
                <w:rFonts w:hint="eastAsia"/>
              </w:rPr>
            </w:pPr>
            <w:r>
              <w:rPr>
                <w:sz w:val="12"/>
              </w:rPr>
              <w:t>[ ] SI [ ] NO</w:t>
            </w:r>
          </w:p>
        </w:tc>
      </w:tr>
      <w:tr w:rsidR="003D6426" w14:paraId="5B9461B7" w14:textId="77777777">
        <w:trPr>
          <w:jc w:val="center"/>
        </w:trPr>
        <w:tc>
          <w:tcPr>
            <w:tcW w:w="324" w:type="dxa"/>
            <w:tcMar>
              <w:top w:w="55" w:type="dxa"/>
              <w:left w:w="55" w:type="dxa"/>
              <w:bottom w:w="55" w:type="dxa"/>
              <w:right w:w="55" w:type="dxa"/>
            </w:tcMar>
          </w:tcPr>
          <w:p w14:paraId="41FB61B0" w14:textId="77777777" w:rsidR="003D6426" w:rsidRDefault="00000000">
            <w:pPr>
              <w:spacing w:after="0" w:line="240" w:lineRule="auto"/>
              <w:rPr>
                <w:rFonts w:hint="eastAsia"/>
              </w:rPr>
            </w:pPr>
            <w:r>
              <w:rPr>
                <w:sz w:val="12"/>
              </w:rPr>
              <w:t>6</w:t>
            </w:r>
          </w:p>
        </w:tc>
        <w:tc>
          <w:tcPr>
            <w:tcW w:w="891" w:type="dxa"/>
            <w:tcMar>
              <w:top w:w="55" w:type="dxa"/>
              <w:left w:w="55" w:type="dxa"/>
              <w:bottom w:w="55" w:type="dxa"/>
              <w:right w:w="55" w:type="dxa"/>
            </w:tcMar>
          </w:tcPr>
          <w:p w14:paraId="63DF859C" w14:textId="77777777" w:rsidR="003D6426" w:rsidRDefault="00000000">
            <w:pPr>
              <w:spacing w:after="0" w:line="240" w:lineRule="auto"/>
              <w:rPr>
                <w:rFonts w:hint="eastAsia"/>
              </w:rPr>
            </w:pPr>
            <w:r>
              <w:rPr>
                <w:sz w:val="12"/>
              </w:rPr>
              <w:t>____/____/______</w:t>
            </w:r>
          </w:p>
        </w:tc>
        <w:tc>
          <w:tcPr>
            <w:tcW w:w="729" w:type="dxa"/>
            <w:tcMar>
              <w:top w:w="55" w:type="dxa"/>
              <w:left w:w="55" w:type="dxa"/>
              <w:bottom w:w="55" w:type="dxa"/>
              <w:right w:w="55" w:type="dxa"/>
            </w:tcMar>
          </w:tcPr>
          <w:p w14:paraId="1115A85D" w14:textId="77777777" w:rsidR="003D6426" w:rsidRDefault="00000000">
            <w:pPr>
              <w:spacing w:after="0" w:line="240" w:lineRule="auto"/>
              <w:rPr>
                <w:rFonts w:hint="eastAsia"/>
              </w:rPr>
            </w:pPr>
            <w:r>
              <w:rPr>
                <w:sz w:val="12"/>
              </w:rPr>
              <w:t>ACSI-___</w:t>
            </w:r>
          </w:p>
        </w:tc>
        <w:tc>
          <w:tcPr>
            <w:tcW w:w="1905" w:type="dxa"/>
            <w:tcMar>
              <w:top w:w="55" w:type="dxa"/>
              <w:left w:w="55" w:type="dxa"/>
              <w:bottom w:w="55" w:type="dxa"/>
              <w:right w:w="55" w:type="dxa"/>
            </w:tcMar>
          </w:tcPr>
          <w:p w14:paraId="06E8A07A"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25610DA3" w14:textId="77777777" w:rsidR="003D6426" w:rsidRDefault="00000000">
            <w:pPr>
              <w:spacing w:after="0" w:line="240" w:lineRule="auto"/>
              <w:rPr>
                <w:rFonts w:hint="eastAsia"/>
              </w:rPr>
            </w:pPr>
            <w:r>
              <w:rPr>
                <w:sz w:val="12"/>
              </w:rPr>
              <w:t>[ ] B [ ] M [ ] A</w:t>
            </w:r>
          </w:p>
        </w:tc>
        <w:tc>
          <w:tcPr>
            <w:tcW w:w="1621" w:type="dxa"/>
            <w:tcMar>
              <w:top w:w="55" w:type="dxa"/>
              <w:left w:w="55" w:type="dxa"/>
              <w:bottom w:w="55" w:type="dxa"/>
              <w:right w:w="55" w:type="dxa"/>
            </w:tcMar>
          </w:tcPr>
          <w:p w14:paraId="1754EB3A" w14:textId="77777777" w:rsidR="003D6426" w:rsidRDefault="003D6426">
            <w:pPr>
              <w:spacing w:after="0" w:line="240" w:lineRule="auto"/>
              <w:rPr>
                <w:rFonts w:hint="eastAsia"/>
              </w:rPr>
            </w:pPr>
          </w:p>
        </w:tc>
        <w:tc>
          <w:tcPr>
            <w:tcW w:w="1621" w:type="dxa"/>
            <w:tcMar>
              <w:top w:w="55" w:type="dxa"/>
              <w:left w:w="55" w:type="dxa"/>
              <w:bottom w:w="55" w:type="dxa"/>
              <w:right w:w="55" w:type="dxa"/>
            </w:tcMar>
          </w:tcPr>
          <w:p w14:paraId="2FD0CEB6" w14:textId="77777777" w:rsidR="003D6426" w:rsidRDefault="003D6426">
            <w:pPr>
              <w:spacing w:after="0" w:line="240" w:lineRule="auto"/>
              <w:rPr>
                <w:rFonts w:hint="eastAsia"/>
              </w:rPr>
            </w:pPr>
          </w:p>
        </w:tc>
        <w:tc>
          <w:tcPr>
            <w:tcW w:w="689" w:type="dxa"/>
            <w:tcMar>
              <w:top w:w="55" w:type="dxa"/>
              <w:left w:w="55" w:type="dxa"/>
              <w:bottom w:w="55" w:type="dxa"/>
              <w:right w:w="55" w:type="dxa"/>
            </w:tcMar>
          </w:tcPr>
          <w:p w14:paraId="7896F042"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518C1381" w14:textId="77777777" w:rsidR="003D6426" w:rsidRDefault="00000000">
            <w:pPr>
              <w:spacing w:after="0" w:line="240" w:lineRule="auto"/>
              <w:rPr>
                <w:rFonts w:hint="eastAsia"/>
              </w:rPr>
            </w:pPr>
            <w:r>
              <w:rPr>
                <w:sz w:val="12"/>
              </w:rPr>
              <w:t>____/____/______</w:t>
            </w:r>
          </w:p>
        </w:tc>
        <w:tc>
          <w:tcPr>
            <w:tcW w:w="689" w:type="dxa"/>
            <w:tcMar>
              <w:top w:w="55" w:type="dxa"/>
              <w:left w:w="55" w:type="dxa"/>
              <w:bottom w:w="55" w:type="dxa"/>
              <w:right w:w="55" w:type="dxa"/>
            </w:tcMar>
          </w:tcPr>
          <w:p w14:paraId="05D51BB3" w14:textId="77777777" w:rsidR="003D6426" w:rsidRDefault="00000000">
            <w:pPr>
              <w:spacing w:after="0" w:line="240" w:lineRule="auto"/>
              <w:rPr>
                <w:rFonts w:hint="eastAsia"/>
              </w:rPr>
            </w:pPr>
            <w:r>
              <w:rPr>
                <w:sz w:val="12"/>
              </w:rPr>
              <w:t>[ ] SI [ ] NO</w:t>
            </w:r>
          </w:p>
        </w:tc>
      </w:tr>
      <w:tr w:rsidR="003D6426" w14:paraId="73B138B5" w14:textId="77777777">
        <w:trPr>
          <w:jc w:val="center"/>
        </w:trPr>
        <w:tc>
          <w:tcPr>
            <w:tcW w:w="324" w:type="dxa"/>
            <w:tcMar>
              <w:top w:w="55" w:type="dxa"/>
              <w:left w:w="55" w:type="dxa"/>
              <w:bottom w:w="55" w:type="dxa"/>
              <w:right w:w="55" w:type="dxa"/>
            </w:tcMar>
          </w:tcPr>
          <w:p w14:paraId="66759274" w14:textId="77777777" w:rsidR="003D6426" w:rsidRDefault="00000000">
            <w:pPr>
              <w:spacing w:after="0" w:line="240" w:lineRule="auto"/>
              <w:rPr>
                <w:rFonts w:hint="eastAsia"/>
              </w:rPr>
            </w:pPr>
            <w:r>
              <w:rPr>
                <w:sz w:val="12"/>
              </w:rPr>
              <w:t>7</w:t>
            </w:r>
          </w:p>
        </w:tc>
        <w:tc>
          <w:tcPr>
            <w:tcW w:w="891" w:type="dxa"/>
            <w:tcMar>
              <w:top w:w="55" w:type="dxa"/>
              <w:left w:w="55" w:type="dxa"/>
              <w:bottom w:w="55" w:type="dxa"/>
              <w:right w:w="55" w:type="dxa"/>
            </w:tcMar>
          </w:tcPr>
          <w:p w14:paraId="47805856" w14:textId="77777777" w:rsidR="003D6426" w:rsidRDefault="00000000">
            <w:pPr>
              <w:spacing w:after="0" w:line="240" w:lineRule="auto"/>
              <w:rPr>
                <w:rFonts w:hint="eastAsia"/>
              </w:rPr>
            </w:pPr>
            <w:r>
              <w:rPr>
                <w:sz w:val="12"/>
              </w:rPr>
              <w:t>____/____/______</w:t>
            </w:r>
          </w:p>
        </w:tc>
        <w:tc>
          <w:tcPr>
            <w:tcW w:w="729" w:type="dxa"/>
            <w:tcMar>
              <w:top w:w="55" w:type="dxa"/>
              <w:left w:w="55" w:type="dxa"/>
              <w:bottom w:w="55" w:type="dxa"/>
              <w:right w:w="55" w:type="dxa"/>
            </w:tcMar>
          </w:tcPr>
          <w:p w14:paraId="21C9C02C" w14:textId="77777777" w:rsidR="003D6426" w:rsidRDefault="00000000">
            <w:pPr>
              <w:spacing w:after="0" w:line="240" w:lineRule="auto"/>
              <w:rPr>
                <w:rFonts w:hint="eastAsia"/>
              </w:rPr>
            </w:pPr>
            <w:r>
              <w:rPr>
                <w:sz w:val="12"/>
              </w:rPr>
              <w:t>ACSI-___</w:t>
            </w:r>
          </w:p>
        </w:tc>
        <w:tc>
          <w:tcPr>
            <w:tcW w:w="1905" w:type="dxa"/>
            <w:tcMar>
              <w:top w:w="55" w:type="dxa"/>
              <w:left w:w="55" w:type="dxa"/>
              <w:bottom w:w="55" w:type="dxa"/>
              <w:right w:w="55" w:type="dxa"/>
            </w:tcMar>
          </w:tcPr>
          <w:p w14:paraId="53DE2529"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0C44732F" w14:textId="77777777" w:rsidR="003D6426" w:rsidRDefault="00000000">
            <w:pPr>
              <w:spacing w:after="0" w:line="240" w:lineRule="auto"/>
              <w:rPr>
                <w:rFonts w:hint="eastAsia"/>
              </w:rPr>
            </w:pPr>
            <w:r>
              <w:rPr>
                <w:sz w:val="12"/>
              </w:rPr>
              <w:t>[ ] B [ ] M [ ] A</w:t>
            </w:r>
          </w:p>
        </w:tc>
        <w:tc>
          <w:tcPr>
            <w:tcW w:w="1621" w:type="dxa"/>
            <w:tcMar>
              <w:top w:w="55" w:type="dxa"/>
              <w:left w:w="55" w:type="dxa"/>
              <w:bottom w:w="55" w:type="dxa"/>
              <w:right w:w="55" w:type="dxa"/>
            </w:tcMar>
          </w:tcPr>
          <w:p w14:paraId="39038B05" w14:textId="77777777" w:rsidR="003D6426" w:rsidRDefault="003D6426">
            <w:pPr>
              <w:spacing w:after="0" w:line="240" w:lineRule="auto"/>
              <w:rPr>
                <w:rFonts w:hint="eastAsia"/>
              </w:rPr>
            </w:pPr>
          </w:p>
        </w:tc>
        <w:tc>
          <w:tcPr>
            <w:tcW w:w="1621" w:type="dxa"/>
            <w:tcMar>
              <w:top w:w="55" w:type="dxa"/>
              <w:left w:w="55" w:type="dxa"/>
              <w:bottom w:w="55" w:type="dxa"/>
              <w:right w:w="55" w:type="dxa"/>
            </w:tcMar>
          </w:tcPr>
          <w:p w14:paraId="57F91A74" w14:textId="77777777" w:rsidR="003D6426" w:rsidRDefault="003D6426">
            <w:pPr>
              <w:spacing w:after="0" w:line="240" w:lineRule="auto"/>
              <w:rPr>
                <w:rFonts w:hint="eastAsia"/>
              </w:rPr>
            </w:pPr>
          </w:p>
        </w:tc>
        <w:tc>
          <w:tcPr>
            <w:tcW w:w="689" w:type="dxa"/>
            <w:tcMar>
              <w:top w:w="55" w:type="dxa"/>
              <w:left w:w="55" w:type="dxa"/>
              <w:bottom w:w="55" w:type="dxa"/>
              <w:right w:w="55" w:type="dxa"/>
            </w:tcMar>
          </w:tcPr>
          <w:p w14:paraId="0A78B39A"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538EDE28" w14:textId="77777777" w:rsidR="003D6426" w:rsidRDefault="00000000">
            <w:pPr>
              <w:spacing w:after="0" w:line="240" w:lineRule="auto"/>
              <w:rPr>
                <w:rFonts w:hint="eastAsia"/>
              </w:rPr>
            </w:pPr>
            <w:r>
              <w:rPr>
                <w:sz w:val="12"/>
              </w:rPr>
              <w:t>____/____/______</w:t>
            </w:r>
          </w:p>
        </w:tc>
        <w:tc>
          <w:tcPr>
            <w:tcW w:w="689" w:type="dxa"/>
            <w:tcMar>
              <w:top w:w="55" w:type="dxa"/>
              <w:left w:w="55" w:type="dxa"/>
              <w:bottom w:w="55" w:type="dxa"/>
              <w:right w:w="55" w:type="dxa"/>
            </w:tcMar>
          </w:tcPr>
          <w:p w14:paraId="2AED7BC0" w14:textId="77777777" w:rsidR="003D6426" w:rsidRDefault="00000000">
            <w:pPr>
              <w:spacing w:after="0" w:line="240" w:lineRule="auto"/>
              <w:rPr>
                <w:rFonts w:hint="eastAsia"/>
              </w:rPr>
            </w:pPr>
            <w:r>
              <w:rPr>
                <w:sz w:val="12"/>
              </w:rPr>
              <w:t>[ ] SI [ ] NO</w:t>
            </w:r>
          </w:p>
        </w:tc>
      </w:tr>
      <w:tr w:rsidR="003D6426" w14:paraId="5A386D7C" w14:textId="77777777">
        <w:trPr>
          <w:jc w:val="center"/>
        </w:trPr>
        <w:tc>
          <w:tcPr>
            <w:tcW w:w="324" w:type="dxa"/>
            <w:tcMar>
              <w:top w:w="55" w:type="dxa"/>
              <w:left w:w="55" w:type="dxa"/>
              <w:bottom w:w="55" w:type="dxa"/>
              <w:right w:w="55" w:type="dxa"/>
            </w:tcMar>
          </w:tcPr>
          <w:p w14:paraId="70D96E4A" w14:textId="77777777" w:rsidR="003D6426" w:rsidRDefault="00000000">
            <w:pPr>
              <w:spacing w:after="0" w:line="240" w:lineRule="auto"/>
              <w:rPr>
                <w:rFonts w:hint="eastAsia"/>
              </w:rPr>
            </w:pPr>
            <w:r>
              <w:rPr>
                <w:sz w:val="12"/>
              </w:rPr>
              <w:t>8</w:t>
            </w:r>
          </w:p>
        </w:tc>
        <w:tc>
          <w:tcPr>
            <w:tcW w:w="891" w:type="dxa"/>
            <w:tcMar>
              <w:top w:w="55" w:type="dxa"/>
              <w:left w:w="55" w:type="dxa"/>
              <w:bottom w:w="55" w:type="dxa"/>
              <w:right w:w="55" w:type="dxa"/>
            </w:tcMar>
          </w:tcPr>
          <w:p w14:paraId="6068F482" w14:textId="77777777" w:rsidR="003D6426" w:rsidRDefault="00000000">
            <w:pPr>
              <w:spacing w:after="0" w:line="240" w:lineRule="auto"/>
              <w:rPr>
                <w:rFonts w:hint="eastAsia"/>
              </w:rPr>
            </w:pPr>
            <w:r>
              <w:rPr>
                <w:sz w:val="12"/>
              </w:rPr>
              <w:t>____/____/______</w:t>
            </w:r>
          </w:p>
        </w:tc>
        <w:tc>
          <w:tcPr>
            <w:tcW w:w="729" w:type="dxa"/>
            <w:tcMar>
              <w:top w:w="55" w:type="dxa"/>
              <w:left w:w="55" w:type="dxa"/>
              <w:bottom w:w="55" w:type="dxa"/>
              <w:right w:w="55" w:type="dxa"/>
            </w:tcMar>
          </w:tcPr>
          <w:p w14:paraId="35790129" w14:textId="77777777" w:rsidR="003D6426" w:rsidRDefault="00000000">
            <w:pPr>
              <w:spacing w:after="0" w:line="240" w:lineRule="auto"/>
              <w:rPr>
                <w:rFonts w:hint="eastAsia"/>
              </w:rPr>
            </w:pPr>
            <w:r>
              <w:rPr>
                <w:sz w:val="12"/>
              </w:rPr>
              <w:t>ACSI-___</w:t>
            </w:r>
          </w:p>
        </w:tc>
        <w:tc>
          <w:tcPr>
            <w:tcW w:w="1905" w:type="dxa"/>
            <w:tcMar>
              <w:top w:w="55" w:type="dxa"/>
              <w:left w:w="55" w:type="dxa"/>
              <w:bottom w:w="55" w:type="dxa"/>
              <w:right w:w="55" w:type="dxa"/>
            </w:tcMar>
          </w:tcPr>
          <w:p w14:paraId="7E2E44E1"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5015546A" w14:textId="77777777" w:rsidR="003D6426" w:rsidRDefault="00000000">
            <w:pPr>
              <w:spacing w:after="0" w:line="240" w:lineRule="auto"/>
              <w:rPr>
                <w:rFonts w:hint="eastAsia"/>
              </w:rPr>
            </w:pPr>
            <w:r>
              <w:rPr>
                <w:sz w:val="12"/>
              </w:rPr>
              <w:t>[ ] B [ ] M [ ] A</w:t>
            </w:r>
          </w:p>
        </w:tc>
        <w:tc>
          <w:tcPr>
            <w:tcW w:w="1621" w:type="dxa"/>
            <w:tcMar>
              <w:top w:w="55" w:type="dxa"/>
              <w:left w:w="55" w:type="dxa"/>
              <w:bottom w:w="55" w:type="dxa"/>
              <w:right w:w="55" w:type="dxa"/>
            </w:tcMar>
          </w:tcPr>
          <w:p w14:paraId="5D5436E8" w14:textId="77777777" w:rsidR="003D6426" w:rsidRDefault="003D6426">
            <w:pPr>
              <w:spacing w:after="0" w:line="240" w:lineRule="auto"/>
              <w:rPr>
                <w:rFonts w:hint="eastAsia"/>
              </w:rPr>
            </w:pPr>
          </w:p>
        </w:tc>
        <w:tc>
          <w:tcPr>
            <w:tcW w:w="1621" w:type="dxa"/>
            <w:tcMar>
              <w:top w:w="55" w:type="dxa"/>
              <w:left w:w="55" w:type="dxa"/>
              <w:bottom w:w="55" w:type="dxa"/>
              <w:right w:w="55" w:type="dxa"/>
            </w:tcMar>
          </w:tcPr>
          <w:p w14:paraId="02CB384E" w14:textId="77777777" w:rsidR="003D6426" w:rsidRDefault="003D6426">
            <w:pPr>
              <w:spacing w:after="0" w:line="240" w:lineRule="auto"/>
              <w:rPr>
                <w:rFonts w:hint="eastAsia"/>
              </w:rPr>
            </w:pPr>
          </w:p>
        </w:tc>
        <w:tc>
          <w:tcPr>
            <w:tcW w:w="689" w:type="dxa"/>
            <w:tcMar>
              <w:top w:w="55" w:type="dxa"/>
              <w:left w:w="55" w:type="dxa"/>
              <w:bottom w:w="55" w:type="dxa"/>
              <w:right w:w="55" w:type="dxa"/>
            </w:tcMar>
          </w:tcPr>
          <w:p w14:paraId="493BA987"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10E38BCC" w14:textId="77777777" w:rsidR="003D6426" w:rsidRDefault="00000000">
            <w:pPr>
              <w:spacing w:after="0" w:line="240" w:lineRule="auto"/>
              <w:rPr>
                <w:rFonts w:hint="eastAsia"/>
              </w:rPr>
            </w:pPr>
            <w:r>
              <w:rPr>
                <w:sz w:val="12"/>
              </w:rPr>
              <w:t>____/____/______</w:t>
            </w:r>
          </w:p>
        </w:tc>
        <w:tc>
          <w:tcPr>
            <w:tcW w:w="689" w:type="dxa"/>
            <w:tcMar>
              <w:top w:w="55" w:type="dxa"/>
              <w:left w:w="55" w:type="dxa"/>
              <w:bottom w:w="55" w:type="dxa"/>
              <w:right w:w="55" w:type="dxa"/>
            </w:tcMar>
          </w:tcPr>
          <w:p w14:paraId="0476BCDF" w14:textId="77777777" w:rsidR="003D6426" w:rsidRDefault="00000000">
            <w:pPr>
              <w:spacing w:after="0" w:line="240" w:lineRule="auto"/>
              <w:rPr>
                <w:rFonts w:hint="eastAsia"/>
              </w:rPr>
            </w:pPr>
            <w:r>
              <w:rPr>
                <w:sz w:val="12"/>
              </w:rPr>
              <w:t>[ ] SI [ ] NO</w:t>
            </w:r>
          </w:p>
        </w:tc>
      </w:tr>
      <w:tr w:rsidR="003D6426" w14:paraId="0E6A631C" w14:textId="77777777">
        <w:trPr>
          <w:jc w:val="center"/>
        </w:trPr>
        <w:tc>
          <w:tcPr>
            <w:tcW w:w="324" w:type="dxa"/>
            <w:tcMar>
              <w:top w:w="55" w:type="dxa"/>
              <w:left w:w="55" w:type="dxa"/>
              <w:bottom w:w="55" w:type="dxa"/>
              <w:right w:w="55" w:type="dxa"/>
            </w:tcMar>
          </w:tcPr>
          <w:p w14:paraId="41CD09E9" w14:textId="77777777" w:rsidR="003D6426" w:rsidRDefault="00000000">
            <w:pPr>
              <w:spacing w:after="0" w:line="240" w:lineRule="auto"/>
              <w:rPr>
                <w:rFonts w:hint="eastAsia"/>
              </w:rPr>
            </w:pPr>
            <w:r>
              <w:rPr>
                <w:sz w:val="12"/>
              </w:rPr>
              <w:t>9</w:t>
            </w:r>
          </w:p>
        </w:tc>
        <w:tc>
          <w:tcPr>
            <w:tcW w:w="891" w:type="dxa"/>
            <w:tcMar>
              <w:top w:w="55" w:type="dxa"/>
              <w:left w:w="55" w:type="dxa"/>
              <w:bottom w:w="55" w:type="dxa"/>
              <w:right w:w="55" w:type="dxa"/>
            </w:tcMar>
          </w:tcPr>
          <w:p w14:paraId="7201FDA4" w14:textId="77777777" w:rsidR="003D6426" w:rsidRDefault="00000000">
            <w:pPr>
              <w:spacing w:after="0" w:line="240" w:lineRule="auto"/>
              <w:rPr>
                <w:rFonts w:hint="eastAsia"/>
              </w:rPr>
            </w:pPr>
            <w:r>
              <w:rPr>
                <w:sz w:val="12"/>
              </w:rPr>
              <w:t>____/____/______</w:t>
            </w:r>
          </w:p>
        </w:tc>
        <w:tc>
          <w:tcPr>
            <w:tcW w:w="729" w:type="dxa"/>
            <w:tcMar>
              <w:top w:w="55" w:type="dxa"/>
              <w:left w:w="55" w:type="dxa"/>
              <w:bottom w:w="55" w:type="dxa"/>
              <w:right w:w="55" w:type="dxa"/>
            </w:tcMar>
          </w:tcPr>
          <w:p w14:paraId="516C8027" w14:textId="77777777" w:rsidR="003D6426" w:rsidRDefault="00000000">
            <w:pPr>
              <w:spacing w:after="0" w:line="240" w:lineRule="auto"/>
              <w:rPr>
                <w:rFonts w:hint="eastAsia"/>
              </w:rPr>
            </w:pPr>
            <w:r>
              <w:rPr>
                <w:sz w:val="12"/>
              </w:rPr>
              <w:t>ACSI-___</w:t>
            </w:r>
          </w:p>
        </w:tc>
        <w:tc>
          <w:tcPr>
            <w:tcW w:w="1905" w:type="dxa"/>
            <w:tcMar>
              <w:top w:w="55" w:type="dxa"/>
              <w:left w:w="55" w:type="dxa"/>
              <w:bottom w:w="55" w:type="dxa"/>
              <w:right w:w="55" w:type="dxa"/>
            </w:tcMar>
          </w:tcPr>
          <w:p w14:paraId="4A7D3082"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3FBACAFC" w14:textId="77777777" w:rsidR="003D6426" w:rsidRDefault="00000000">
            <w:pPr>
              <w:spacing w:after="0" w:line="240" w:lineRule="auto"/>
              <w:rPr>
                <w:rFonts w:hint="eastAsia"/>
              </w:rPr>
            </w:pPr>
            <w:r>
              <w:rPr>
                <w:sz w:val="12"/>
              </w:rPr>
              <w:t>[ ] B [ ] M [ ] A</w:t>
            </w:r>
          </w:p>
        </w:tc>
        <w:tc>
          <w:tcPr>
            <w:tcW w:w="1621" w:type="dxa"/>
            <w:tcMar>
              <w:top w:w="55" w:type="dxa"/>
              <w:left w:w="55" w:type="dxa"/>
              <w:bottom w:w="55" w:type="dxa"/>
              <w:right w:w="55" w:type="dxa"/>
            </w:tcMar>
          </w:tcPr>
          <w:p w14:paraId="7C0A04A1" w14:textId="77777777" w:rsidR="003D6426" w:rsidRDefault="003D6426">
            <w:pPr>
              <w:spacing w:after="0" w:line="240" w:lineRule="auto"/>
              <w:rPr>
                <w:rFonts w:hint="eastAsia"/>
              </w:rPr>
            </w:pPr>
          </w:p>
        </w:tc>
        <w:tc>
          <w:tcPr>
            <w:tcW w:w="1621" w:type="dxa"/>
            <w:tcMar>
              <w:top w:w="55" w:type="dxa"/>
              <w:left w:w="55" w:type="dxa"/>
              <w:bottom w:w="55" w:type="dxa"/>
              <w:right w:w="55" w:type="dxa"/>
            </w:tcMar>
          </w:tcPr>
          <w:p w14:paraId="27608196" w14:textId="77777777" w:rsidR="003D6426" w:rsidRDefault="003D6426">
            <w:pPr>
              <w:spacing w:after="0" w:line="240" w:lineRule="auto"/>
              <w:rPr>
                <w:rFonts w:hint="eastAsia"/>
              </w:rPr>
            </w:pPr>
          </w:p>
        </w:tc>
        <w:tc>
          <w:tcPr>
            <w:tcW w:w="689" w:type="dxa"/>
            <w:tcMar>
              <w:top w:w="55" w:type="dxa"/>
              <w:left w:w="55" w:type="dxa"/>
              <w:bottom w:w="55" w:type="dxa"/>
              <w:right w:w="55" w:type="dxa"/>
            </w:tcMar>
          </w:tcPr>
          <w:p w14:paraId="3C581CF4" w14:textId="77777777" w:rsidR="003D6426" w:rsidRDefault="003D6426">
            <w:pPr>
              <w:spacing w:after="0" w:line="240" w:lineRule="auto"/>
              <w:rPr>
                <w:rFonts w:hint="eastAsia"/>
              </w:rPr>
            </w:pPr>
          </w:p>
        </w:tc>
        <w:tc>
          <w:tcPr>
            <w:tcW w:w="810" w:type="dxa"/>
            <w:tcMar>
              <w:top w:w="55" w:type="dxa"/>
              <w:left w:w="55" w:type="dxa"/>
              <w:bottom w:w="55" w:type="dxa"/>
              <w:right w:w="55" w:type="dxa"/>
            </w:tcMar>
          </w:tcPr>
          <w:p w14:paraId="1B5B7EBB" w14:textId="77777777" w:rsidR="003D6426" w:rsidRDefault="00000000">
            <w:pPr>
              <w:spacing w:after="0" w:line="240" w:lineRule="auto"/>
              <w:rPr>
                <w:rFonts w:hint="eastAsia"/>
              </w:rPr>
            </w:pPr>
            <w:r>
              <w:rPr>
                <w:sz w:val="12"/>
              </w:rPr>
              <w:t>____/____/______</w:t>
            </w:r>
          </w:p>
        </w:tc>
        <w:tc>
          <w:tcPr>
            <w:tcW w:w="689" w:type="dxa"/>
            <w:tcMar>
              <w:top w:w="55" w:type="dxa"/>
              <w:left w:w="55" w:type="dxa"/>
              <w:bottom w:w="55" w:type="dxa"/>
              <w:right w:w="55" w:type="dxa"/>
            </w:tcMar>
          </w:tcPr>
          <w:p w14:paraId="2019875B" w14:textId="77777777" w:rsidR="003D6426" w:rsidRDefault="00000000">
            <w:pPr>
              <w:spacing w:after="0" w:line="240" w:lineRule="auto"/>
              <w:rPr>
                <w:rFonts w:hint="eastAsia"/>
              </w:rPr>
            </w:pPr>
            <w:r>
              <w:rPr>
                <w:sz w:val="12"/>
              </w:rPr>
              <w:t>[ ] SI [ ] NO</w:t>
            </w:r>
          </w:p>
        </w:tc>
      </w:tr>
    </w:tbl>
    <w:p w14:paraId="2268F3BA" w14:textId="77777777" w:rsidR="003D6426" w:rsidRDefault="00000000">
      <w:pPr>
        <w:pStyle w:val="TableTitle"/>
        <w:rPr>
          <w:rFonts w:hint="eastAsia"/>
        </w:rPr>
      </w:pPr>
      <w:r>
        <w:t>Istruzioni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0B3DB94C" w14:textId="77777777">
        <w:trPr>
          <w:jc w:val="center"/>
        </w:trPr>
        <w:tc>
          <w:tcPr>
            <w:tcW w:w="2691" w:type="dxa"/>
            <w:shd w:val="clear" w:color="auto" w:fill="F2F2F2"/>
            <w:tcMar>
              <w:top w:w="55" w:type="dxa"/>
              <w:left w:w="55" w:type="dxa"/>
              <w:bottom w:w="55" w:type="dxa"/>
              <w:right w:w="55" w:type="dxa"/>
            </w:tcMar>
          </w:tcPr>
          <w:p w14:paraId="2F5AF625" w14:textId="77777777" w:rsidR="003D6426" w:rsidRDefault="00000000">
            <w:pPr>
              <w:spacing w:after="0" w:line="240" w:lineRule="auto"/>
              <w:rPr>
                <w:rFonts w:hint="eastAsia"/>
              </w:rPr>
            </w:pPr>
            <w:r>
              <w:rPr>
                <w:b/>
                <w:sz w:val="16"/>
              </w:rPr>
              <w:t>Criteri di registrazione</w:t>
            </w:r>
          </w:p>
        </w:tc>
        <w:tc>
          <w:tcPr>
            <w:tcW w:w="7401" w:type="dxa"/>
            <w:tcMar>
              <w:top w:w="55" w:type="dxa"/>
              <w:left w:w="55" w:type="dxa"/>
              <w:bottom w:w="55" w:type="dxa"/>
              <w:right w:w="55" w:type="dxa"/>
            </w:tcMar>
          </w:tcPr>
          <w:p w14:paraId="4FA1BF89" w14:textId="77777777" w:rsidR="003D6426" w:rsidRDefault="00000000">
            <w:pPr>
              <w:spacing w:after="0" w:line="240" w:lineRule="auto"/>
              <w:rPr>
                <w:rFonts w:hint="eastAsia"/>
              </w:rPr>
            </w:pPr>
            <w:r>
              <w:rPr>
                <w:sz w:val="16"/>
              </w:rPr>
              <w:t>Registrare allarmi, sospensioni, misure non conformi, perdita comunicazione, difficoltà di recupero, guasti, accessi non autorizzati, assenza DPI, errori LOTO, quasi infortuni, modifiche non autorizzate e ogni condizione che avrebbe potuto causare danno.</w:t>
            </w:r>
          </w:p>
        </w:tc>
      </w:tr>
      <w:tr w:rsidR="003D6426" w14:paraId="3A8CA408" w14:textId="77777777">
        <w:trPr>
          <w:jc w:val="center"/>
        </w:trPr>
        <w:tc>
          <w:tcPr>
            <w:tcW w:w="2691" w:type="dxa"/>
            <w:shd w:val="clear" w:color="auto" w:fill="F2F2F2"/>
            <w:tcMar>
              <w:top w:w="55" w:type="dxa"/>
              <w:left w:w="55" w:type="dxa"/>
              <w:bottom w:w="55" w:type="dxa"/>
              <w:right w:w="55" w:type="dxa"/>
            </w:tcMar>
          </w:tcPr>
          <w:p w14:paraId="59FA59DF" w14:textId="77777777" w:rsidR="003D6426" w:rsidRDefault="00000000">
            <w:pPr>
              <w:spacing w:after="0" w:line="240" w:lineRule="auto"/>
              <w:rPr>
                <w:rFonts w:hint="eastAsia"/>
              </w:rPr>
            </w:pPr>
            <w:r>
              <w:rPr>
                <w:b/>
                <w:sz w:val="16"/>
              </w:rPr>
              <w:t>Riesame</w:t>
            </w:r>
          </w:p>
        </w:tc>
        <w:tc>
          <w:tcPr>
            <w:tcW w:w="7401" w:type="dxa"/>
            <w:tcMar>
              <w:top w:w="55" w:type="dxa"/>
              <w:left w:w="55" w:type="dxa"/>
              <w:bottom w:w="55" w:type="dxa"/>
              <w:right w:w="55" w:type="dxa"/>
            </w:tcMar>
          </w:tcPr>
          <w:p w14:paraId="7456A1DD" w14:textId="77777777" w:rsidR="003D6426" w:rsidRDefault="00000000">
            <w:pPr>
              <w:spacing w:after="0" w:line="240" w:lineRule="auto"/>
              <w:rPr>
                <w:rFonts w:hint="eastAsia"/>
              </w:rPr>
            </w:pPr>
            <w:r>
              <w:rPr>
                <w:sz w:val="16"/>
              </w:rPr>
              <w:t>Le anomalie devono essere riesaminate periodicamente da HSE/RSPP e preposti per aggiornare procedura, formazione, censimento e dotazioni.</w:t>
            </w:r>
          </w:p>
        </w:tc>
      </w:tr>
    </w:tbl>
    <w:p w14:paraId="407D8D6A" w14:textId="77777777" w:rsidR="003D6426" w:rsidRDefault="00000000">
      <w:pPr>
        <w:rPr>
          <w:rFonts w:hint="eastAsia"/>
        </w:rPr>
      </w:pPr>
      <w:r>
        <w:br w:type="page"/>
      </w:r>
    </w:p>
    <w:p w14:paraId="2BA6F26D" w14:textId="77777777" w:rsidR="003D6426" w:rsidRDefault="00000000">
      <w:pPr>
        <w:pStyle w:val="Titolo1"/>
      </w:pPr>
      <w:r>
        <w:t>ALLEGATO T - Check-list qualificazione appaltatore/lavoratore autonomo</w:t>
      </w:r>
    </w:p>
    <w:p w14:paraId="3EAF0E0C" w14:textId="77777777" w:rsidR="003D6426" w:rsidRDefault="00000000">
      <w:pPr>
        <w:pStyle w:val="TableTitle"/>
        <w:rPr>
          <w:rFonts w:hint="eastAsia"/>
        </w:rPr>
      </w:pPr>
      <w:r>
        <w:t>Dati appalto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1D789BF8" w14:textId="77777777">
        <w:trPr>
          <w:jc w:val="center"/>
        </w:trPr>
        <w:tc>
          <w:tcPr>
            <w:tcW w:w="2691" w:type="dxa"/>
            <w:shd w:val="clear" w:color="auto" w:fill="F2F2F2"/>
            <w:tcMar>
              <w:top w:w="55" w:type="dxa"/>
              <w:left w:w="55" w:type="dxa"/>
              <w:bottom w:w="55" w:type="dxa"/>
              <w:right w:w="55" w:type="dxa"/>
            </w:tcMar>
          </w:tcPr>
          <w:p w14:paraId="5CBAC304" w14:textId="77777777" w:rsidR="003D6426" w:rsidRDefault="00000000">
            <w:pPr>
              <w:spacing w:after="0" w:line="240" w:lineRule="auto"/>
              <w:rPr>
                <w:rFonts w:hint="eastAsia"/>
              </w:rPr>
            </w:pPr>
            <w:r>
              <w:rPr>
                <w:b/>
                <w:sz w:val="16"/>
              </w:rPr>
              <w:t>Appaltatore/lavoratore autonomo</w:t>
            </w:r>
          </w:p>
        </w:tc>
        <w:tc>
          <w:tcPr>
            <w:tcW w:w="7401" w:type="dxa"/>
            <w:tcMar>
              <w:top w:w="55" w:type="dxa"/>
              <w:left w:w="55" w:type="dxa"/>
              <w:bottom w:w="55" w:type="dxa"/>
              <w:right w:w="55" w:type="dxa"/>
            </w:tcMar>
          </w:tcPr>
          <w:p w14:paraId="03D8566F" w14:textId="77777777" w:rsidR="003D6426" w:rsidRDefault="00000000">
            <w:pPr>
              <w:spacing w:after="0" w:line="240" w:lineRule="auto"/>
              <w:rPr>
                <w:rFonts w:hint="eastAsia"/>
              </w:rPr>
            </w:pPr>
            <w:r>
              <w:rPr>
                <w:sz w:val="16"/>
              </w:rPr>
              <w:t>____________________________________________</w:t>
            </w:r>
          </w:p>
        </w:tc>
      </w:tr>
      <w:tr w:rsidR="003D6426" w14:paraId="72756CB4" w14:textId="77777777">
        <w:trPr>
          <w:jc w:val="center"/>
        </w:trPr>
        <w:tc>
          <w:tcPr>
            <w:tcW w:w="2691" w:type="dxa"/>
            <w:shd w:val="clear" w:color="auto" w:fill="F2F2F2"/>
            <w:tcMar>
              <w:top w:w="55" w:type="dxa"/>
              <w:left w:w="55" w:type="dxa"/>
              <w:bottom w:w="55" w:type="dxa"/>
              <w:right w:w="55" w:type="dxa"/>
            </w:tcMar>
          </w:tcPr>
          <w:p w14:paraId="3704430D" w14:textId="77777777" w:rsidR="003D6426" w:rsidRDefault="00000000">
            <w:pPr>
              <w:spacing w:after="0" w:line="240" w:lineRule="auto"/>
              <w:rPr>
                <w:rFonts w:hint="eastAsia"/>
              </w:rPr>
            </w:pPr>
            <w:r>
              <w:rPr>
                <w:b/>
                <w:sz w:val="16"/>
              </w:rPr>
              <w:t>Contratto/ordine</w:t>
            </w:r>
          </w:p>
        </w:tc>
        <w:tc>
          <w:tcPr>
            <w:tcW w:w="7401" w:type="dxa"/>
            <w:tcMar>
              <w:top w:w="55" w:type="dxa"/>
              <w:left w:w="55" w:type="dxa"/>
              <w:bottom w:w="55" w:type="dxa"/>
              <w:right w:w="55" w:type="dxa"/>
            </w:tcMar>
          </w:tcPr>
          <w:p w14:paraId="398D07EA" w14:textId="77777777" w:rsidR="003D6426" w:rsidRDefault="00000000">
            <w:pPr>
              <w:spacing w:after="0" w:line="240" w:lineRule="auto"/>
              <w:rPr>
                <w:rFonts w:hint="eastAsia"/>
              </w:rPr>
            </w:pPr>
            <w:r>
              <w:rPr>
                <w:sz w:val="16"/>
              </w:rPr>
              <w:t>____________________________________________</w:t>
            </w:r>
          </w:p>
        </w:tc>
      </w:tr>
      <w:tr w:rsidR="003D6426" w14:paraId="1206D81B" w14:textId="77777777">
        <w:trPr>
          <w:jc w:val="center"/>
        </w:trPr>
        <w:tc>
          <w:tcPr>
            <w:tcW w:w="2691" w:type="dxa"/>
            <w:shd w:val="clear" w:color="auto" w:fill="F2F2F2"/>
            <w:tcMar>
              <w:top w:w="55" w:type="dxa"/>
              <w:left w:w="55" w:type="dxa"/>
              <w:bottom w:w="55" w:type="dxa"/>
              <w:right w:w="55" w:type="dxa"/>
            </w:tcMar>
          </w:tcPr>
          <w:p w14:paraId="1DD82749" w14:textId="77777777" w:rsidR="003D6426" w:rsidRDefault="00000000">
            <w:pPr>
              <w:spacing w:after="0" w:line="240" w:lineRule="auto"/>
              <w:rPr>
                <w:rFonts w:hint="eastAsia"/>
              </w:rPr>
            </w:pPr>
            <w:r>
              <w:rPr>
                <w:b/>
                <w:sz w:val="16"/>
              </w:rPr>
              <w:t>Attività prevista</w:t>
            </w:r>
          </w:p>
        </w:tc>
        <w:tc>
          <w:tcPr>
            <w:tcW w:w="7401" w:type="dxa"/>
            <w:tcMar>
              <w:top w:w="55" w:type="dxa"/>
              <w:left w:w="55" w:type="dxa"/>
              <w:bottom w:w="55" w:type="dxa"/>
              <w:right w:w="55" w:type="dxa"/>
            </w:tcMar>
          </w:tcPr>
          <w:p w14:paraId="0867D298" w14:textId="77777777" w:rsidR="003D6426" w:rsidRDefault="00000000">
            <w:pPr>
              <w:spacing w:after="0" w:line="240" w:lineRule="auto"/>
              <w:rPr>
                <w:rFonts w:hint="eastAsia"/>
              </w:rPr>
            </w:pPr>
            <w:r>
              <w:rPr>
                <w:sz w:val="16"/>
              </w:rPr>
              <w:t>____________________________________________</w:t>
            </w:r>
          </w:p>
        </w:tc>
      </w:tr>
      <w:tr w:rsidR="003D6426" w14:paraId="46E54798" w14:textId="77777777">
        <w:trPr>
          <w:jc w:val="center"/>
        </w:trPr>
        <w:tc>
          <w:tcPr>
            <w:tcW w:w="2691" w:type="dxa"/>
            <w:shd w:val="clear" w:color="auto" w:fill="F2F2F2"/>
            <w:tcMar>
              <w:top w:w="55" w:type="dxa"/>
              <w:left w:w="55" w:type="dxa"/>
              <w:bottom w:w="55" w:type="dxa"/>
              <w:right w:w="55" w:type="dxa"/>
            </w:tcMar>
          </w:tcPr>
          <w:p w14:paraId="2B9D30D8" w14:textId="77777777" w:rsidR="003D6426" w:rsidRDefault="00000000">
            <w:pPr>
              <w:spacing w:after="0" w:line="240" w:lineRule="auto"/>
              <w:rPr>
                <w:rFonts w:hint="eastAsia"/>
              </w:rPr>
            </w:pPr>
            <w:r>
              <w:rPr>
                <w:b/>
                <w:sz w:val="16"/>
              </w:rPr>
              <w:t>Ambiente/i</w:t>
            </w:r>
          </w:p>
        </w:tc>
        <w:tc>
          <w:tcPr>
            <w:tcW w:w="7401" w:type="dxa"/>
            <w:tcMar>
              <w:top w:w="55" w:type="dxa"/>
              <w:left w:w="55" w:type="dxa"/>
              <w:bottom w:w="55" w:type="dxa"/>
              <w:right w:w="55" w:type="dxa"/>
            </w:tcMar>
          </w:tcPr>
          <w:p w14:paraId="48678850" w14:textId="77777777" w:rsidR="003D6426" w:rsidRDefault="00000000">
            <w:pPr>
              <w:spacing w:after="0" w:line="240" w:lineRule="auto"/>
              <w:rPr>
                <w:rFonts w:hint="eastAsia"/>
              </w:rPr>
            </w:pPr>
            <w:r>
              <w:rPr>
                <w:sz w:val="16"/>
              </w:rPr>
              <w:t>ID ACSI: ______________________________________________</w:t>
            </w:r>
          </w:p>
        </w:tc>
      </w:tr>
      <w:tr w:rsidR="003D6426" w14:paraId="7CC545A1" w14:textId="77777777">
        <w:trPr>
          <w:jc w:val="center"/>
        </w:trPr>
        <w:tc>
          <w:tcPr>
            <w:tcW w:w="2691" w:type="dxa"/>
            <w:shd w:val="clear" w:color="auto" w:fill="F2F2F2"/>
            <w:tcMar>
              <w:top w:w="55" w:type="dxa"/>
              <w:left w:w="55" w:type="dxa"/>
              <w:bottom w:w="55" w:type="dxa"/>
              <w:right w:w="55" w:type="dxa"/>
            </w:tcMar>
          </w:tcPr>
          <w:p w14:paraId="64F86696" w14:textId="77777777" w:rsidR="003D6426" w:rsidRDefault="00000000">
            <w:pPr>
              <w:spacing w:after="0" w:line="240" w:lineRule="auto"/>
              <w:rPr>
                <w:rFonts w:hint="eastAsia"/>
              </w:rPr>
            </w:pPr>
            <w:r>
              <w:rPr>
                <w:b/>
                <w:sz w:val="16"/>
              </w:rPr>
              <w:t>Referente committente</w:t>
            </w:r>
          </w:p>
        </w:tc>
        <w:tc>
          <w:tcPr>
            <w:tcW w:w="7401" w:type="dxa"/>
            <w:tcMar>
              <w:top w:w="55" w:type="dxa"/>
              <w:left w:w="55" w:type="dxa"/>
              <w:bottom w:w="55" w:type="dxa"/>
              <w:right w:w="55" w:type="dxa"/>
            </w:tcMar>
          </w:tcPr>
          <w:p w14:paraId="28847690" w14:textId="77777777" w:rsidR="003D6426" w:rsidRDefault="00000000">
            <w:pPr>
              <w:spacing w:after="0" w:line="240" w:lineRule="auto"/>
              <w:rPr>
                <w:rFonts w:hint="eastAsia"/>
              </w:rPr>
            </w:pPr>
            <w:r>
              <w:rPr>
                <w:sz w:val="16"/>
              </w:rPr>
              <w:t>____________________________________________</w:t>
            </w:r>
          </w:p>
        </w:tc>
      </w:tr>
      <w:tr w:rsidR="003D6426" w14:paraId="62BECE97" w14:textId="77777777">
        <w:trPr>
          <w:jc w:val="center"/>
        </w:trPr>
        <w:tc>
          <w:tcPr>
            <w:tcW w:w="2691" w:type="dxa"/>
            <w:shd w:val="clear" w:color="auto" w:fill="F2F2F2"/>
            <w:tcMar>
              <w:top w:w="55" w:type="dxa"/>
              <w:left w:w="55" w:type="dxa"/>
              <w:bottom w:w="55" w:type="dxa"/>
              <w:right w:w="55" w:type="dxa"/>
            </w:tcMar>
          </w:tcPr>
          <w:p w14:paraId="370D3118" w14:textId="77777777" w:rsidR="003D6426" w:rsidRDefault="00000000">
            <w:pPr>
              <w:spacing w:after="0" w:line="240" w:lineRule="auto"/>
              <w:rPr>
                <w:rFonts w:hint="eastAsia"/>
              </w:rPr>
            </w:pPr>
            <w:r>
              <w:rPr>
                <w:b/>
                <w:sz w:val="16"/>
              </w:rPr>
              <w:t>Referente appaltatore</w:t>
            </w:r>
          </w:p>
        </w:tc>
        <w:tc>
          <w:tcPr>
            <w:tcW w:w="7401" w:type="dxa"/>
            <w:tcMar>
              <w:top w:w="55" w:type="dxa"/>
              <w:left w:w="55" w:type="dxa"/>
              <w:bottom w:w="55" w:type="dxa"/>
              <w:right w:w="55" w:type="dxa"/>
            </w:tcMar>
          </w:tcPr>
          <w:p w14:paraId="10212616" w14:textId="77777777" w:rsidR="003D6426" w:rsidRDefault="00000000">
            <w:pPr>
              <w:spacing w:after="0" w:line="240" w:lineRule="auto"/>
              <w:rPr>
                <w:rFonts w:hint="eastAsia"/>
              </w:rPr>
            </w:pPr>
            <w:r>
              <w:rPr>
                <w:sz w:val="16"/>
              </w:rPr>
              <w:t>____________________________________________</w:t>
            </w:r>
          </w:p>
        </w:tc>
      </w:tr>
    </w:tbl>
    <w:p w14:paraId="4D086453" w14:textId="77777777" w:rsidR="003D6426" w:rsidRDefault="00000000">
      <w:pPr>
        <w:pStyle w:val="TableTitle"/>
        <w:rPr>
          <w:rFonts w:hint="eastAsia"/>
        </w:rPr>
      </w:pPr>
      <w:r>
        <w:t>Verifica qualificazione e coordinamento</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
        <w:gridCol w:w="4717"/>
        <w:gridCol w:w="1481"/>
        <w:gridCol w:w="2413"/>
        <w:gridCol w:w="1097"/>
      </w:tblGrid>
      <w:tr w:rsidR="003D6426" w14:paraId="0B7705E2" w14:textId="77777777">
        <w:trPr>
          <w:tblHeader/>
          <w:jc w:val="center"/>
        </w:trPr>
        <w:tc>
          <w:tcPr>
            <w:tcW w:w="488" w:type="dxa"/>
            <w:shd w:val="clear" w:color="auto" w:fill="D9EAF7"/>
            <w:tcMar>
              <w:top w:w="55" w:type="dxa"/>
              <w:left w:w="55" w:type="dxa"/>
              <w:bottom w:w="55" w:type="dxa"/>
              <w:right w:w="55" w:type="dxa"/>
            </w:tcMar>
            <w:vAlign w:val="center"/>
          </w:tcPr>
          <w:p w14:paraId="55FDAC74" w14:textId="77777777" w:rsidR="003D6426" w:rsidRDefault="00000000">
            <w:pPr>
              <w:spacing w:after="0" w:line="240" w:lineRule="auto"/>
              <w:jc w:val="center"/>
              <w:rPr>
                <w:rFonts w:hint="eastAsia"/>
              </w:rPr>
            </w:pPr>
            <w:r>
              <w:rPr>
                <w:b/>
                <w:sz w:val="15"/>
              </w:rPr>
              <w:t>N.</w:t>
            </w:r>
          </w:p>
        </w:tc>
        <w:tc>
          <w:tcPr>
            <w:tcW w:w="4666" w:type="dxa"/>
            <w:shd w:val="clear" w:color="auto" w:fill="D9EAF7"/>
            <w:tcMar>
              <w:top w:w="55" w:type="dxa"/>
              <w:left w:w="55" w:type="dxa"/>
              <w:bottom w:w="55" w:type="dxa"/>
              <w:right w:w="55" w:type="dxa"/>
            </w:tcMar>
            <w:vAlign w:val="center"/>
          </w:tcPr>
          <w:p w14:paraId="7FCDB1FB" w14:textId="77777777" w:rsidR="003D6426" w:rsidRDefault="00000000">
            <w:pPr>
              <w:spacing w:after="0" w:line="240" w:lineRule="auto"/>
              <w:jc w:val="center"/>
              <w:rPr>
                <w:rFonts w:hint="eastAsia"/>
              </w:rPr>
            </w:pPr>
            <w:r>
              <w:rPr>
                <w:b/>
                <w:sz w:val="15"/>
              </w:rPr>
              <w:t>Verifica/azione</w:t>
            </w:r>
          </w:p>
        </w:tc>
        <w:tc>
          <w:tcPr>
            <w:tcW w:w="1465" w:type="dxa"/>
            <w:shd w:val="clear" w:color="auto" w:fill="D9EAF7"/>
            <w:tcMar>
              <w:top w:w="55" w:type="dxa"/>
              <w:left w:w="55" w:type="dxa"/>
              <w:bottom w:w="55" w:type="dxa"/>
              <w:right w:w="55" w:type="dxa"/>
            </w:tcMar>
            <w:vAlign w:val="center"/>
          </w:tcPr>
          <w:p w14:paraId="1131F434" w14:textId="77777777" w:rsidR="003D6426" w:rsidRDefault="00000000">
            <w:pPr>
              <w:spacing w:after="0" w:line="240" w:lineRule="auto"/>
              <w:jc w:val="center"/>
              <w:rPr>
                <w:rFonts w:hint="eastAsia"/>
              </w:rPr>
            </w:pPr>
            <w:r>
              <w:rPr>
                <w:b/>
                <w:sz w:val="15"/>
              </w:rPr>
              <w:t>Esito</w:t>
            </w:r>
          </w:p>
        </w:tc>
        <w:tc>
          <w:tcPr>
            <w:tcW w:w="2387" w:type="dxa"/>
            <w:shd w:val="clear" w:color="auto" w:fill="D9EAF7"/>
            <w:tcMar>
              <w:top w:w="55" w:type="dxa"/>
              <w:left w:w="55" w:type="dxa"/>
              <w:bottom w:w="55" w:type="dxa"/>
              <w:right w:w="55" w:type="dxa"/>
            </w:tcMar>
            <w:vAlign w:val="center"/>
          </w:tcPr>
          <w:p w14:paraId="447238D8" w14:textId="77777777" w:rsidR="003D6426" w:rsidRDefault="00000000">
            <w:pPr>
              <w:spacing w:after="0" w:line="240" w:lineRule="auto"/>
              <w:jc w:val="center"/>
              <w:rPr>
                <w:rFonts w:hint="eastAsia"/>
              </w:rPr>
            </w:pPr>
            <w:r>
              <w:rPr>
                <w:b/>
                <w:sz w:val="15"/>
              </w:rPr>
              <w:t>Evidenza o riferimento</w:t>
            </w:r>
          </w:p>
        </w:tc>
        <w:tc>
          <w:tcPr>
            <w:tcW w:w="1085" w:type="dxa"/>
            <w:shd w:val="clear" w:color="auto" w:fill="D9EAF7"/>
            <w:tcMar>
              <w:top w:w="55" w:type="dxa"/>
              <w:left w:w="55" w:type="dxa"/>
              <w:bottom w:w="55" w:type="dxa"/>
              <w:right w:w="55" w:type="dxa"/>
            </w:tcMar>
            <w:vAlign w:val="center"/>
          </w:tcPr>
          <w:p w14:paraId="6CFB9B05" w14:textId="77777777" w:rsidR="003D6426" w:rsidRDefault="00000000">
            <w:pPr>
              <w:spacing w:after="0" w:line="240" w:lineRule="auto"/>
              <w:jc w:val="center"/>
              <w:rPr>
                <w:rFonts w:hint="eastAsia"/>
              </w:rPr>
            </w:pPr>
            <w:r>
              <w:rPr>
                <w:b/>
                <w:sz w:val="15"/>
              </w:rPr>
              <w:t>Firma</w:t>
            </w:r>
          </w:p>
        </w:tc>
      </w:tr>
      <w:tr w:rsidR="003D6426" w14:paraId="5F09A9B0" w14:textId="77777777">
        <w:trPr>
          <w:jc w:val="center"/>
        </w:trPr>
        <w:tc>
          <w:tcPr>
            <w:tcW w:w="488" w:type="dxa"/>
            <w:tcMar>
              <w:top w:w="55" w:type="dxa"/>
              <w:left w:w="55" w:type="dxa"/>
              <w:bottom w:w="55" w:type="dxa"/>
              <w:right w:w="55" w:type="dxa"/>
            </w:tcMar>
          </w:tcPr>
          <w:p w14:paraId="70295457" w14:textId="77777777" w:rsidR="003D6426" w:rsidRDefault="00000000">
            <w:pPr>
              <w:spacing w:after="0" w:line="240" w:lineRule="auto"/>
              <w:rPr>
                <w:rFonts w:hint="eastAsia"/>
              </w:rPr>
            </w:pPr>
            <w:r>
              <w:rPr>
                <w:sz w:val="15"/>
              </w:rPr>
              <w:t>1</w:t>
            </w:r>
          </w:p>
        </w:tc>
        <w:tc>
          <w:tcPr>
            <w:tcW w:w="4666" w:type="dxa"/>
            <w:tcMar>
              <w:top w:w="55" w:type="dxa"/>
              <w:left w:w="55" w:type="dxa"/>
              <w:bottom w:w="55" w:type="dxa"/>
              <w:right w:w="55" w:type="dxa"/>
            </w:tcMar>
          </w:tcPr>
          <w:p w14:paraId="7C957202" w14:textId="77777777" w:rsidR="003D6426" w:rsidRDefault="00000000">
            <w:pPr>
              <w:spacing w:after="0" w:line="240" w:lineRule="auto"/>
              <w:rPr>
                <w:rFonts w:hint="eastAsia"/>
              </w:rPr>
            </w:pPr>
            <w:r>
              <w:rPr>
                <w:sz w:val="15"/>
              </w:rPr>
              <w:t>Requisiti di qualificazione per ambienti confinati/sospetti verificati.</w:t>
            </w:r>
          </w:p>
        </w:tc>
        <w:tc>
          <w:tcPr>
            <w:tcW w:w="1465" w:type="dxa"/>
            <w:tcMar>
              <w:top w:w="55" w:type="dxa"/>
              <w:left w:w="55" w:type="dxa"/>
              <w:bottom w:w="55" w:type="dxa"/>
              <w:right w:w="55" w:type="dxa"/>
            </w:tcMar>
          </w:tcPr>
          <w:p w14:paraId="0C439FDB"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958420B"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9EA5D49" w14:textId="77777777" w:rsidR="003D6426" w:rsidRDefault="003D6426">
            <w:pPr>
              <w:spacing w:after="0" w:line="240" w:lineRule="auto"/>
              <w:rPr>
                <w:rFonts w:hint="eastAsia"/>
              </w:rPr>
            </w:pPr>
          </w:p>
        </w:tc>
      </w:tr>
      <w:tr w:rsidR="003D6426" w14:paraId="6070DA42" w14:textId="77777777">
        <w:trPr>
          <w:jc w:val="center"/>
        </w:trPr>
        <w:tc>
          <w:tcPr>
            <w:tcW w:w="488" w:type="dxa"/>
            <w:tcMar>
              <w:top w:w="55" w:type="dxa"/>
              <w:left w:w="55" w:type="dxa"/>
              <w:bottom w:w="55" w:type="dxa"/>
              <w:right w:w="55" w:type="dxa"/>
            </w:tcMar>
          </w:tcPr>
          <w:p w14:paraId="10BF9B8F" w14:textId="77777777" w:rsidR="003D6426" w:rsidRDefault="00000000">
            <w:pPr>
              <w:spacing w:after="0" w:line="240" w:lineRule="auto"/>
              <w:rPr>
                <w:rFonts w:hint="eastAsia"/>
              </w:rPr>
            </w:pPr>
            <w:r>
              <w:rPr>
                <w:sz w:val="15"/>
              </w:rPr>
              <w:t>2</w:t>
            </w:r>
          </w:p>
        </w:tc>
        <w:tc>
          <w:tcPr>
            <w:tcW w:w="4666" w:type="dxa"/>
            <w:tcMar>
              <w:top w:w="55" w:type="dxa"/>
              <w:left w:w="55" w:type="dxa"/>
              <w:bottom w:w="55" w:type="dxa"/>
              <w:right w:w="55" w:type="dxa"/>
            </w:tcMar>
          </w:tcPr>
          <w:p w14:paraId="21BF6F87" w14:textId="77777777" w:rsidR="003D6426" w:rsidRDefault="00000000">
            <w:pPr>
              <w:spacing w:after="0" w:line="240" w:lineRule="auto"/>
              <w:rPr>
                <w:rFonts w:hint="eastAsia"/>
              </w:rPr>
            </w:pPr>
            <w:r>
              <w:rPr>
                <w:sz w:val="15"/>
              </w:rPr>
              <w:t>Esperienza specifica documentata.</w:t>
            </w:r>
          </w:p>
        </w:tc>
        <w:tc>
          <w:tcPr>
            <w:tcW w:w="1465" w:type="dxa"/>
            <w:tcMar>
              <w:top w:w="55" w:type="dxa"/>
              <w:left w:w="55" w:type="dxa"/>
              <w:bottom w:w="55" w:type="dxa"/>
              <w:right w:w="55" w:type="dxa"/>
            </w:tcMar>
          </w:tcPr>
          <w:p w14:paraId="482658D2"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22A54C6"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2D02D34C" w14:textId="77777777" w:rsidR="003D6426" w:rsidRDefault="003D6426">
            <w:pPr>
              <w:spacing w:after="0" w:line="240" w:lineRule="auto"/>
              <w:rPr>
                <w:rFonts w:hint="eastAsia"/>
              </w:rPr>
            </w:pPr>
          </w:p>
        </w:tc>
      </w:tr>
      <w:tr w:rsidR="003D6426" w14:paraId="13D1EEC0" w14:textId="77777777">
        <w:trPr>
          <w:jc w:val="center"/>
        </w:trPr>
        <w:tc>
          <w:tcPr>
            <w:tcW w:w="488" w:type="dxa"/>
            <w:tcMar>
              <w:top w:w="55" w:type="dxa"/>
              <w:left w:w="55" w:type="dxa"/>
              <w:bottom w:w="55" w:type="dxa"/>
              <w:right w:w="55" w:type="dxa"/>
            </w:tcMar>
          </w:tcPr>
          <w:p w14:paraId="64720A0A" w14:textId="77777777" w:rsidR="003D6426" w:rsidRDefault="00000000">
            <w:pPr>
              <w:spacing w:after="0" w:line="240" w:lineRule="auto"/>
              <w:rPr>
                <w:rFonts w:hint="eastAsia"/>
              </w:rPr>
            </w:pPr>
            <w:r>
              <w:rPr>
                <w:sz w:val="15"/>
              </w:rPr>
              <w:t>3</w:t>
            </w:r>
          </w:p>
        </w:tc>
        <w:tc>
          <w:tcPr>
            <w:tcW w:w="4666" w:type="dxa"/>
            <w:tcMar>
              <w:top w:w="55" w:type="dxa"/>
              <w:left w:w="55" w:type="dxa"/>
              <w:bottom w:w="55" w:type="dxa"/>
              <w:right w:w="55" w:type="dxa"/>
            </w:tcMar>
          </w:tcPr>
          <w:p w14:paraId="05F80956" w14:textId="77777777" w:rsidR="003D6426" w:rsidRDefault="00000000">
            <w:pPr>
              <w:spacing w:after="0" w:line="240" w:lineRule="auto"/>
              <w:rPr>
                <w:rFonts w:hint="eastAsia"/>
              </w:rPr>
            </w:pPr>
            <w:r>
              <w:rPr>
                <w:sz w:val="15"/>
              </w:rPr>
              <w:t>Elenco personale impiegato trasmesso e coerente con attività.</w:t>
            </w:r>
          </w:p>
        </w:tc>
        <w:tc>
          <w:tcPr>
            <w:tcW w:w="1465" w:type="dxa"/>
            <w:tcMar>
              <w:top w:w="55" w:type="dxa"/>
              <w:left w:w="55" w:type="dxa"/>
              <w:bottom w:w="55" w:type="dxa"/>
              <w:right w:w="55" w:type="dxa"/>
            </w:tcMar>
          </w:tcPr>
          <w:p w14:paraId="178AEAB5"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75AD9A6"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035CA27B" w14:textId="77777777" w:rsidR="003D6426" w:rsidRDefault="003D6426">
            <w:pPr>
              <w:spacing w:after="0" w:line="240" w:lineRule="auto"/>
              <w:rPr>
                <w:rFonts w:hint="eastAsia"/>
              </w:rPr>
            </w:pPr>
          </w:p>
        </w:tc>
      </w:tr>
      <w:tr w:rsidR="003D6426" w14:paraId="5C993D01" w14:textId="77777777">
        <w:trPr>
          <w:jc w:val="center"/>
        </w:trPr>
        <w:tc>
          <w:tcPr>
            <w:tcW w:w="488" w:type="dxa"/>
            <w:tcMar>
              <w:top w:w="55" w:type="dxa"/>
              <w:left w:w="55" w:type="dxa"/>
              <w:bottom w:w="55" w:type="dxa"/>
              <w:right w:w="55" w:type="dxa"/>
            </w:tcMar>
          </w:tcPr>
          <w:p w14:paraId="77C0F9B6" w14:textId="77777777" w:rsidR="003D6426" w:rsidRDefault="00000000">
            <w:pPr>
              <w:spacing w:after="0" w:line="240" w:lineRule="auto"/>
              <w:rPr>
                <w:rFonts w:hint="eastAsia"/>
              </w:rPr>
            </w:pPr>
            <w:r>
              <w:rPr>
                <w:sz w:val="15"/>
              </w:rPr>
              <w:t>4</w:t>
            </w:r>
          </w:p>
        </w:tc>
        <w:tc>
          <w:tcPr>
            <w:tcW w:w="4666" w:type="dxa"/>
            <w:tcMar>
              <w:top w:w="55" w:type="dxa"/>
              <w:left w:w="55" w:type="dxa"/>
              <w:bottom w:w="55" w:type="dxa"/>
              <w:right w:w="55" w:type="dxa"/>
            </w:tcMar>
          </w:tcPr>
          <w:p w14:paraId="4138C3A3" w14:textId="77777777" w:rsidR="003D6426" w:rsidRDefault="00000000">
            <w:pPr>
              <w:spacing w:after="0" w:line="240" w:lineRule="auto"/>
              <w:rPr>
                <w:rFonts w:hint="eastAsia"/>
              </w:rPr>
            </w:pPr>
            <w:r>
              <w:rPr>
                <w:sz w:val="15"/>
              </w:rPr>
              <w:t>Formazione e addestramento del personale documentati.</w:t>
            </w:r>
          </w:p>
        </w:tc>
        <w:tc>
          <w:tcPr>
            <w:tcW w:w="1465" w:type="dxa"/>
            <w:tcMar>
              <w:top w:w="55" w:type="dxa"/>
              <w:left w:w="55" w:type="dxa"/>
              <w:bottom w:w="55" w:type="dxa"/>
              <w:right w:w="55" w:type="dxa"/>
            </w:tcMar>
          </w:tcPr>
          <w:p w14:paraId="39B61C42"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1A66D3DD"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5DA8E7D" w14:textId="77777777" w:rsidR="003D6426" w:rsidRDefault="003D6426">
            <w:pPr>
              <w:spacing w:after="0" w:line="240" w:lineRule="auto"/>
              <w:rPr>
                <w:rFonts w:hint="eastAsia"/>
              </w:rPr>
            </w:pPr>
          </w:p>
        </w:tc>
      </w:tr>
      <w:tr w:rsidR="003D6426" w14:paraId="1AFADD81" w14:textId="77777777">
        <w:trPr>
          <w:jc w:val="center"/>
        </w:trPr>
        <w:tc>
          <w:tcPr>
            <w:tcW w:w="488" w:type="dxa"/>
            <w:tcMar>
              <w:top w:w="55" w:type="dxa"/>
              <w:left w:w="55" w:type="dxa"/>
              <w:bottom w:w="55" w:type="dxa"/>
              <w:right w:w="55" w:type="dxa"/>
            </w:tcMar>
          </w:tcPr>
          <w:p w14:paraId="7DC64945" w14:textId="77777777" w:rsidR="003D6426" w:rsidRDefault="00000000">
            <w:pPr>
              <w:spacing w:after="0" w:line="240" w:lineRule="auto"/>
              <w:rPr>
                <w:rFonts w:hint="eastAsia"/>
              </w:rPr>
            </w:pPr>
            <w:r>
              <w:rPr>
                <w:sz w:val="15"/>
              </w:rPr>
              <w:t>5</w:t>
            </w:r>
          </w:p>
        </w:tc>
        <w:tc>
          <w:tcPr>
            <w:tcW w:w="4666" w:type="dxa"/>
            <w:tcMar>
              <w:top w:w="55" w:type="dxa"/>
              <w:left w:w="55" w:type="dxa"/>
              <w:bottom w:w="55" w:type="dxa"/>
              <w:right w:w="55" w:type="dxa"/>
            </w:tcMar>
          </w:tcPr>
          <w:p w14:paraId="3AF5CA36" w14:textId="77777777" w:rsidR="003D6426" w:rsidRDefault="00000000">
            <w:pPr>
              <w:spacing w:after="0" w:line="240" w:lineRule="auto"/>
              <w:rPr>
                <w:rFonts w:hint="eastAsia"/>
              </w:rPr>
            </w:pPr>
            <w:r>
              <w:rPr>
                <w:sz w:val="15"/>
              </w:rPr>
              <w:t>Idoneità sanitaria specifica documentata per i lavoratori entranti.</w:t>
            </w:r>
          </w:p>
        </w:tc>
        <w:tc>
          <w:tcPr>
            <w:tcW w:w="1465" w:type="dxa"/>
            <w:tcMar>
              <w:top w:w="55" w:type="dxa"/>
              <w:left w:w="55" w:type="dxa"/>
              <w:bottom w:w="55" w:type="dxa"/>
              <w:right w:w="55" w:type="dxa"/>
            </w:tcMar>
          </w:tcPr>
          <w:p w14:paraId="025B540F"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4B48025"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1BA4C3DE" w14:textId="77777777" w:rsidR="003D6426" w:rsidRDefault="003D6426">
            <w:pPr>
              <w:spacing w:after="0" w:line="240" w:lineRule="auto"/>
              <w:rPr>
                <w:rFonts w:hint="eastAsia"/>
              </w:rPr>
            </w:pPr>
          </w:p>
        </w:tc>
      </w:tr>
      <w:tr w:rsidR="003D6426" w14:paraId="00DF2F5C" w14:textId="77777777">
        <w:trPr>
          <w:jc w:val="center"/>
        </w:trPr>
        <w:tc>
          <w:tcPr>
            <w:tcW w:w="488" w:type="dxa"/>
            <w:tcMar>
              <w:top w:w="55" w:type="dxa"/>
              <w:left w:w="55" w:type="dxa"/>
              <w:bottom w:w="55" w:type="dxa"/>
              <w:right w:w="55" w:type="dxa"/>
            </w:tcMar>
          </w:tcPr>
          <w:p w14:paraId="25105B7E" w14:textId="77777777" w:rsidR="003D6426" w:rsidRDefault="00000000">
            <w:pPr>
              <w:spacing w:after="0" w:line="240" w:lineRule="auto"/>
              <w:rPr>
                <w:rFonts w:hint="eastAsia"/>
              </w:rPr>
            </w:pPr>
            <w:r>
              <w:rPr>
                <w:sz w:val="15"/>
              </w:rPr>
              <w:t>6</w:t>
            </w:r>
          </w:p>
        </w:tc>
        <w:tc>
          <w:tcPr>
            <w:tcW w:w="4666" w:type="dxa"/>
            <w:tcMar>
              <w:top w:w="55" w:type="dxa"/>
              <w:left w:w="55" w:type="dxa"/>
              <w:bottom w:w="55" w:type="dxa"/>
              <w:right w:w="55" w:type="dxa"/>
            </w:tcMar>
          </w:tcPr>
          <w:p w14:paraId="7F92C6C0" w14:textId="77777777" w:rsidR="003D6426" w:rsidRDefault="00000000">
            <w:pPr>
              <w:spacing w:after="0" w:line="240" w:lineRule="auto"/>
              <w:rPr>
                <w:rFonts w:hint="eastAsia"/>
              </w:rPr>
            </w:pPr>
            <w:r>
              <w:rPr>
                <w:sz w:val="15"/>
              </w:rPr>
              <w:t>DPI, APVR, strumentazione e attrezzature dell'appaltatore verificati.</w:t>
            </w:r>
          </w:p>
        </w:tc>
        <w:tc>
          <w:tcPr>
            <w:tcW w:w="1465" w:type="dxa"/>
            <w:tcMar>
              <w:top w:w="55" w:type="dxa"/>
              <w:left w:w="55" w:type="dxa"/>
              <w:bottom w:w="55" w:type="dxa"/>
              <w:right w:w="55" w:type="dxa"/>
            </w:tcMar>
          </w:tcPr>
          <w:p w14:paraId="3CDFB15E"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CA43DE2"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73E70607" w14:textId="77777777" w:rsidR="003D6426" w:rsidRDefault="003D6426">
            <w:pPr>
              <w:spacing w:after="0" w:line="240" w:lineRule="auto"/>
              <w:rPr>
                <w:rFonts w:hint="eastAsia"/>
              </w:rPr>
            </w:pPr>
          </w:p>
        </w:tc>
      </w:tr>
      <w:tr w:rsidR="003D6426" w14:paraId="000F6C67" w14:textId="77777777">
        <w:trPr>
          <w:jc w:val="center"/>
        </w:trPr>
        <w:tc>
          <w:tcPr>
            <w:tcW w:w="488" w:type="dxa"/>
            <w:tcMar>
              <w:top w:w="55" w:type="dxa"/>
              <w:left w:w="55" w:type="dxa"/>
              <w:bottom w:w="55" w:type="dxa"/>
              <w:right w:w="55" w:type="dxa"/>
            </w:tcMar>
          </w:tcPr>
          <w:p w14:paraId="0D2896CB" w14:textId="77777777" w:rsidR="003D6426" w:rsidRDefault="00000000">
            <w:pPr>
              <w:spacing w:after="0" w:line="240" w:lineRule="auto"/>
              <w:rPr>
                <w:rFonts w:hint="eastAsia"/>
              </w:rPr>
            </w:pPr>
            <w:r>
              <w:rPr>
                <w:sz w:val="15"/>
              </w:rPr>
              <w:t>7</w:t>
            </w:r>
          </w:p>
        </w:tc>
        <w:tc>
          <w:tcPr>
            <w:tcW w:w="4666" w:type="dxa"/>
            <w:tcMar>
              <w:top w:w="55" w:type="dxa"/>
              <w:left w:w="55" w:type="dxa"/>
              <w:bottom w:w="55" w:type="dxa"/>
              <w:right w:w="55" w:type="dxa"/>
            </w:tcMar>
          </w:tcPr>
          <w:p w14:paraId="692DB054" w14:textId="77777777" w:rsidR="003D6426" w:rsidRDefault="00000000">
            <w:pPr>
              <w:spacing w:after="0" w:line="240" w:lineRule="auto"/>
              <w:rPr>
                <w:rFonts w:hint="eastAsia"/>
              </w:rPr>
            </w:pPr>
            <w:r>
              <w:rPr>
                <w:sz w:val="15"/>
              </w:rPr>
              <w:t>Procedure operative e di emergenza dell'appaltatore acquisite.</w:t>
            </w:r>
          </w:p>
        </w:tc>
        <w:tc>
          <w:tcPr>
            <w:tcW w:w="1465" w:type="dxa"/>
            <w:tcMar>
              <w:top w:w="55" w:type="dxa"/>
              <w:left w:w="55" w:type="dxa"/>
              <w:bottom w:w="55" w:type="dxa"/>
              <w:right w:w="55" w:type="dxa"/>
            </w:tcMar>
          </w:tcPr>
          <w:p w14:paraId="18D26FE8"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5C1BC9E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11EA792" w14:textId="77777777" w:rsidR="003D6426" w:rsidRDefault="003D6426">
            <w:pPr>
              <w:spacing w:after="0" w:line="240" w:lineRule="auto"/>
              <w:rPr>
                <w:rFonts w:hint="eastAsia"/>
              </w:rPr>
            </w:pPr>
          </w:p>
        </w:tc>
      </w:tr>
      <w:tr w:rsidR="003D6426" w14:paraId="164E2907" w14:textId="77777777">
        <w:trPr>
          <w:jc w:val="center"/>
        </w:trPr>
        <w:tc>
          <w:tcPr>
            <w:tcW w:w="488" w:type="dxa"/>
            <w:tcMar>
              <w:top w:w="55" w:type="dxa"/>
              <w:left w:w="55" w:type="dxa"/>
              <w:bottom w:w="55" w:type="dxa"/>
              <w:right w:w="55" w:type="dxa"/>
            </w:tcMar>
          </w:tcPr>
          <w:p w14:paraId="6ABE4F28" w14:textId="77777777" w:rsidR="003D6426" w:rsidRDefault="00000000">
            <w:pPr>
              <w:spacing w:after="0" w:line="240" w:lineRule="auto"/>
              <w:rPr>
                <w:rFonts w:hint="eastAsia"/>
              </w:rPr>
            </w:pPr>
            <w:r>
              <w:rPr>
                <w:sz w:val="15"/>
              </w:rPr>
              <w:t>8</w:t>
            </w:r>
          </w:p>
        </w:tc>
        <w:tc>
          <w:tcPr>
            <w:tcW w:w="4666" w:type="dxa"/>
            <w:tcMar>
              <w:top w:w="55" w:type="dxa"/>
              <w:left w:w="55" w:type="dxa"/>
              <w:bottom w:w="55" w:type="dxa"/>
              <w:right w:w="55" w:type="dxa"/>
            </w:tcMar>
          </w:tcPr>
          <w:p w14:paraId="21EFA406" w14:textId="77777777" w:rsidR="003D6426" w:rsidRDefault="00000000">
            <w:pPr>
              <w:spacing w:after="0" w:line="240" w:lineRule="auto"/>
              <w:rPr>
                <w:rFonts w:hint="eastAsia"/>
              </w:rPr>
            </w:pPr>
            <w:r>
              <w:rPr>
                <w:sz w:val="15"/>
              </w:rPr>
              <w:t>Compatibilità con procedura aziendale verificata.</w:t>
            </w:r>
          </w:p>
        </w:tc>
        <w:tc>
          <w:tcPr>
            <w:tcW w:w="1465" w:type="dxa"/>
            <w:tcMar>
              <w:top w:w="55" w:type="dxa"/>
              <w:left w:w="55" w:type="dxa"/>
              <w:bottom w:w="55" w:type="dxa"/>
              <w:right w:w="55" w:type="dxa"/>
            </w:tcMar>
          </w:tcPr>
          <w:p w14:paraId="01745047"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66385BF4"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1B2C8745" w14:textId="77777777" w:rsidR="003D6426" w:rsidRDefault="003D6426">
            <w:pPr>
              <w:spacing w:after="0" w:line="240" w:lineRule="auto"/>
              <w:rPr>
                <w:rFonts w:hint="eastAsia"/>
              </w:rPr>
            </w:pPr>
          </w:p>
        </w:tc>
      </w:tr>
      <w:tr w:rsidR="003D6426" w14:paraId="413E3B21" w14:textId="77777777">
        <w:trPr>
          <w:jc w:val="center"/>
        </w:trPr>
        <w:tc>
          <w:tcPr>
            <w:tcW w:w="488" w:type="dxa"/>
            <w:tcMar>
              <w:top w:w="55" w:type="dxa"/>
              <w:left w:w="55" w:type="dxa"/>
              <w:bottom w:w="55" w:type="dxa"/>
              <w:right w:w="55" w:type="dxa"/>
            </w:tcMar>
          </w:tcPr>
          <w:p w14:paraId="4F88A58B" w14:textId="77777777" w:rsidR="003D6426" w:rsidRDefault="00000000">
            <w:pPr>
              <w:spacing w:after="0" w:line="240" w:lineRule="auto"/>
              <w:rPr>
                <w:rFonts w:hint="eastAsia"/>
              </w:rPr>
            </w:pPr>
            <w:r>
              <w:rPr>
                <w:sz w:val="15"/>
              </w:rPr>
              <w:t>9</w:t>
            </w:r>
          </w:p>
        </w:tc>
        <w:tc>
          <w:tcPr>
            <w:tcW w:w="4666" w:type="dxa"/>
            <w:tcMar>
              <w:top w:w="55" w:type="dxa"/>
              <w:left w:w="55" w:type="dxa"/>
              <w:bottom w:w="55" w:type="dxa"/>
              <w:right w:w="55" w:type="dxa"/>
            </w:tcMar>
          </w:tcPr>
          <w:p w14:paraId="4843A195" w14:textId="77777777" w:rsidR="003D6426" w:rsidRDefault="00000000">
            <w:pPr>
              <w:spacing w:after="0" w:line="240" w:lineRule="auto"/>
              <w:rPr>
                <w:rFonts w:hint="eastAsia"/>
              </w:rPr>
            </w:pPr>
            <w:r>
              <w:rPr>
                <w:sz w:val="15"/>
              </w:rPr>
              <w:t>DUVRI o PSC/POS aggiornati con rischi interferenziali.</w:t>
            </w:r>
          </w:p>
        </w:tc>
        <w:tc>
          <w:tcPr>
            <w:tcW w:w="1465" w:type="dxa"/>
            <w:tcMar>
              <w:top w:w="55" w:type="dxa"/>
              <w:left w:w="55" w:type="dxa"/>
              <w:bottom w:w="55" w:type="dxa"/>
              <w:right w:w="55" w:type="dxa"/>
            </w:tcMar>
          </w:tcPr>
          <w:p w14:paraId="659AB408"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7AF98E1D"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52CDEE5D" w14:textId="77777777" w:rsidR="003D6426" w:rsidRDefault="003D6426">
            <w:pPr>
              <w:spacing w:after="0" w:line="240" w:lineRule="auto"/>
              <w:rPr>
                <w:rFonts w:hint="eastAsia"/>
              </w:rPr>
            </w:pPr>
          </w:p>
        </w:tc>
      </w:tr>
      <w:tr w:rsidR="003D6426" w14:paraId="53DC359A" w14:textId="77777777">
        <w:trPr>
          <w:jc w:val="center"/>
        </w:trPr>
        <w:tc>
          <w:tcPr>
            <w:tcW w:w="488" w:type="dxa"/>
            <w:tcMar>
              <w:top w:w="55" w:type="dxa"/>
              <w:left w:w="55" w:type="dxa"/>
              <w:bottom w:w="55" w:type="dxa"/>
              <w:right w:w="55" w:type="dxa"/>
            </w:tcMar>
          </w:tcPr>
          <w:p w14:paraId="0B6F368F" w14:textId="77777777" w:rsidR="003D6426" w:rsidRDefault="00000000">
            <w:pPr>
              <w:spacing w:after="0" w:line="240" w:lineRule="auto"/>
              <w:rPr>
                <w:rFonts w:hint="eastAsia"/>
              </w:rPr>
            </w:pPr>
            <w:r>
              <w:rPr>
                <w:sz w:val="15"/>
              </w:rPr>
              <w:t>10</w:t>
            </w:r>
          </w:p>
        </w:tc>
        <w:tc>
          <w:tcPr>
            <w:tcW w:w="4666" w:type="dxa"/>
            <w:tcMar>
              <w:top w:w="55" w:type="dxa"/>
              <w:left w:w="55" w:type="dxa"/>
              <w:bottom w:w="55" w:type="dxa"/>
              <w:right w:w="55" w:type="dxa"/>
            </w:tcMar>
          </w:tcPr>
          <w:p w14:paraId="448CD00F" w14:textId="77777777" w:rsidR="003D6426" w:rsidRDefault="00000000">
            <w:pPr>
              <w:spacing w:after="0" w:line="240" w:lineRule="auto"/>
              <w:rPr>
                <w:rFonts w:hint="eastAsia"/>
              </w:rPr>
            </w:pPr>
            <w:r>
              <w:rPr>
                <w:sz w:val="15"/>
              </w:rPr>
              <w:t>SDS dei prodotti chimici introdotti disponibili e valutate.</w:t>
            </w:r>
          </w:p>
        </w:tc>
        <w:tc>
          <w:tcPr>
            <w:tcW w:w="1465" w:type="dxa"/>
            <w:tcMar>
              <w:top w:w="55" w:type="dxa"/>
              <w:left w:w="55" w:type="dxa"/>
              <w:bottom w:w="55" w:type="dxa"/>
              <w:right w:w="55" w:type="dxa"/>
            </w:tcMar>
          </w:tcPr>
          <w:p w14:paraId="6916AD8F"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260D262F"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17EADBE" w14:textId="77777777" w:rsidR="003D6426" w:rsidRDefault="003D6426">
            <w:pPr>
              <w:spacing w:after="0" w:line="240" w:lineRule="auto"/>
              <w:rPr>
                <w:rFonts w:hint="eastAsia"/>
              </w:rPr>
            </w:pPr>
          </w:p>
        </w:tc>
      </w:tr>
      <w:tr w:rsidR="003D6426" w14:paraId="265174E9" w14:textId="77777777">
        <w:trPr>
          <w:jc w:val="center"/>
        </w:trPr>
        <w:tc>
          <w:tcPr>
            <w:tcW w:w="488" w:type="dxa"/>
            <w:tcMar>
              <w:top w:w="55" w:type="dxa"/>
              <w:left w:w="55" w:type="dxa"/>
              <w:bottom w:w="55" w:type="dxa"/>
              <w:right w:w="55" w:type="dxa"/>
            </w:tcMar>
          </w:tcPr>
          <w:p w14:paraId="42013E25" w14:textId="77777777" w:rsidR="003D6426" w:rsidRDefault="00000000">
            <w:pPr>
              <w:spacing w:after="0" w:line="240" w:lineRule="auto"/>
              <w:rPr>
                <w:rFonts w:hint="eastAsia"/>
              </w:rPr>
            </w:pPr>
            <w:r>
              <w:rPr>
                <w:sz w:val="15"/>
              </w:rPr>
              <w:t>11</w:t>
            </w:r>
          </w:p>
        </w:tc>
        <w:tc>
          <w:tcPr>
            <w:tcW w:w="4666" w:type="dxa"/>
            <w:tcMar>
              <w:top w:w="55" w:type="dxa"/>
              <w:left w:w="55" w:type="dxa"/>
              <w:bottom w:w="55" w:type="dxa"/>
              <w:right w:w="55" w:type="dxa"/>
            </w:tcMar>
          </w:tcPr>
          <w:p w14:paraId="44B9EC2E" w14:textId="77777777" w:rsidR="003D6426" w:rsidRDefault="00000000">
            <w:pPr>
              <w:spacing w:after="0" w:line="240" w:lineRule="auto"/>
              <w:rPr>
                <w:rFonts w:hint="eastAsia"/>
              </w:rPr>
            </w:pPr>
            <w:r>
              <w:rPr>
                <w:sz w:val="15"/>
              </w:rPr>
              <w:t>Polizze, autorizzazioni e documenti contrattuali verificati se richiesti.</w:t>
            </w:r>
          </w:p>
        </w:tc>
        <w:tc>
          <w:tcPr>
            <w:tcW w:w="1465" w:type="dxa"/>
            <w:tcMar>
              <w:top w:w="55" w:type="dxa"/>
              <w:left w:w="55" w:type="dxa"/>
              <w:bottom w:w="55" w:type="dxa"/>
              <w:right w:w="55" w:type="dxa"/>
            </w:tcMar>
          </w:tcPr>
          <w:p w14:paraId="2BA67947"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2C876718"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18AD670" w14:textId="77777777" w:rsidR="003D6426" w:rsidRDefault="003D6426">
            <w:pPr>
              <w:spacing w:after="0" w:line="240" w:lineRule="auto"/>
              <w:rPr>
                <w:rFonts w:hint="eastAsia"/>
              </w:rPr>
            </w:pPr>
          </w:p>
        </w:tc>
      </w:tr>
      <w:tr w:rsidR="003D6426" w14:paraId="08624F72" w14:textId="77777777">
        <w:trPr>
          <w:jc w:val="center"/>
        </w:trPr>
        <w:tc>
          <w:tcPr>
            <w:tcW w:w="488" w:type="dxa"/>
            <w:tcMar>
              <w:top w:w="55" w:type="dxa"/>
              <w:left w:w="55" w:type="dxa"/>
              <w:bottom w:w="55" w:type="dxa"/>
              <w:right w:w="55" w:type="dxa"/>
            </w:tcMar>
          </w:tcPr>
          <w:p w14:paraId="1DFEC98A" w14:textId="77777777" w:rsidR="003D6426" w:rsidRDefault="00000000">
            <w:pPr>
              <w:spacing w:after="0" w:line="240" w:lineRule="auto"/>
              <w:rPr>
                <w:rFonts w:hint="eastAsia"/>
              </w:rPr>
            </w:pPr>
            <w:r>
              <w:rPr>
                <w:sz w:val="15"/>
              </w:rPr>
              <w:t>12</w:t>
            </w:r>
          </w:p>
        </w:tc>
        <w:tc>
          <w:tcPr>
            <w:tcW w:w="4666" w:type="dxa"/>
            <w:tcMar>
              <w:top w:w="55" w:type="dxa"/>
              <w:left w:w="55" w:type="dxa"/>
              <w:bottom w:w="55" w:type="dxa"/>
              <w:right w:w="55" w:type="dxa"/>
            </w:tcMar>
          </w:tcPr>
          <w:p w14:paraId="52868421" w14:textId="77777777" w:rsidR="003D6426" w:rsidRDefault="00000000">
            <w:pPr>
              <w:spacing w:after="0" w:line="240" w:lineRule="auto"/>
              <w:rPr>
                <w:rFonts w:hint="eastAsia"/>
              </w:rPr>
            </w:pPr>
            <w:r>
              <w:rPr>
                <w:sz w:val="15"/>
              </w:rPr>
              <w:t>Riunione preliminare di coordinamento effettuata.</w:t>
            </w:r>
          </w:p>
        </w:tc>
        <w:tc>
          <w:tcPr>
            <w:tcW w:w="1465" w:type="dxa"/>
            <w:tcMar>
              <w:top w:w="55" w:type="dxa"/>
              <w:left w:w="55" w:type="dxa"/>
              <w:bottom w:w="55" w:type="dxa"/>
              <w:right w:w="55" w:type="dxa"/>
            </w:tcMar>
          </w:tcPr>
          <w:p w14:paraId="0D87CD65"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2DDF4248"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68FE8C89" w14:textId="77777777" w:rsidR="003D6426" w:rsidRDefault="003D6426">
            <w:pPr>
              <w:spacing w:after="0" w:line="240" w:lineRule="auto"/>
              <w:rPr>
                <w:rFonts w:hint="eastAsia"/>
              </w:rPr>
            </w:pPr>
          </w:p>
        </w:tc>
      </w:tr>
      <w:tr w:rsidR="003D6426" w14:paraId="6B5D4505" w14:textId="77777777">
        <w:trPr>
          <w:jc w:val="center"/>
        </w:trPr>
        <w:tc>
          <w:tcPr>
            <w:tcW w:w="488" w:type="dxa"/>
            <w:tcMar>
              <w:top w:w="55" w:type="dxa"/>
              <w:left w:w="55" w:type="dxa"/>
              <w:bottom w:w="55" w:type="dxa"/>
              <w:right w:w="55" w:type="dxa"/>
            </w:tcMar>
          </w:tcPr>
          <w:p w14:paraId="3E8E7C91" w14:textId="77777777" w:rsidR="003D6426" w:rsidRDefault="00000000">
            <w:pPr>
              <w:spacing w:after="0" w:line="240" w:lineRule="auto"/>
              <w:rPr>
                <w:rFonts w:hint="eastAsia"/>
              </w:rPr>
            </w:pPr>
            <w:r>
              <w:rPr>
                <w:sz w:val="15"/>
              </w:rPr>
              <w:t>13</w:t>
            </w:r>
          </w:p>
        </w:tc>
        <w:tc>
          <w:tcPr>
            <w:tcW w:w="4666" w:type="dxa"/>
            <w:tcMar>
              <w:top w:w="55" w:type="dxa"/>
              <w:left w:w="55" w:type="dxa"/>
              <w:bottom w:w="55" w:type="dxa"/>
              <w:right w:w="55" w:type="dxa"/>
            </w:tcMar>
          </w:tcPr>
          <w:p w14:paraId="7B4D8A55" w14:textId="77777777" w:rsidR="003D6426" w:rsidRDefault="00000000">
            <w:pPr>
              <w:spacing w:after="0" w:line="240" w:lineRule="auto"/>
              <w:rPr>
                <w:rFonts w:hint="eastAsia"/>
              </w:rPr>
            </w:pPr>
            <w:r>
              <w:rPr>
                <w:sz w:val="15"/>
              </w:rPr>
              <w:t>Permesso di ingresso predisposto dal committente o integrato con procedura aziendale.</w:t>
            </w:r>
          </w:p>
        </w:tc>
        <w:tc>
          <w:tcPr>
            <w:tcW w:w="1465" w:type="dxa"/>
            <w:tcMar>
              <w:top w:w="55" w:type="dxa"/>
              <w:left w:w="55" w:type="dxa"/>
              <w:bottom w:w="55" w:type="dxa"/>
              <w:right w:w="55" w:type="dxa"/>
            </w:tcMar>
          </w:tcPr>
          <w:p w14:paraId="68C0DFE7"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4A5A9907"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10AD81E7" w14:textId="77777777" w:rsidR="003D6426" w:rsidRDefault="003D6426">
            <w:pPr>
              <w:spacing w:after="0" w:line="240" w:lineRule="auto"/>
              <w:rPr>
                <w:rFonts w:hint="eastAsia"/>
              </w:rPr>
            </w:pPr>
          </w:p>
        </w:tc>
      </w:tr>
      <w:tr w:rsidR="003D6426" w14:paraId="29DE9EF6" w14:textId="77777777">
        <w:trPr>
          <w:jc w:val="center"/>
        </w:trPr>
        <w:tc>
          <w:tcPr>
            <w:tcW w:w="488" w:type="dxa"/>
            <w:tcMar>
              <w:top w:w="55" w:type="dxa"/>
              <w:left w:w="55" w:type="dxa"/>
              <w:bottom w:w="55" w:type="dxa"/>
              <w:right w:w="55" w:type="dxa"/>
            </w:tcMar>
          </w:tcPr>
          <w:p w14:paraId="742DC34E" w14:textId="77777777" w:rsidR="003D6426" w:rsidRDefault="00000000">
            <w:pPr>
              <w:spacing w:after="0" w:line="240" w:lineRule="auto"/>
              <w:rPr>
                <w:rFonts w:hint="eastAsia"/>
              </w:rPr>
            </w:pPr>
            <w:r>
              <w:rPr>
                <w:sz w:val="15"/>
              </w:rPr>
              <w:t>14</w:t>
            </w:r>
          </w:p>
        </w:tc>
        <w:tc>
          <w:tcPr>
            <w:tcW w:w="4666" w:type="dxa"/>
            <w:tcMar>
              <w:top w:w="55" w:type="dxa"/>
              <w:left w:w="55" w:type="dxa"/>
              <w:bottom w:w="55" w:type="dxa"/>
              <w:right w:w="55" w:type="dxa"/>
            </w:tcMar>
          </w:tcPr>
          <w:p w14:paraId="1AAA7628" w14:textId="77777777" w:rsidR="003D6426" w:rsidRDefault="00000000">
            <w:pPr>
              <w:spacing w:after="0" w:line="240" w:lineRule="auto"/>
              <w:rPr>
                <w:rFonts w:hint="eastAsia"/>
              </w:rPr>
            </w:pPr>
            <w:r>
              <w:rPr>
                <w:sz w:val="15"/>
              </w:rPr>
              <w:t>Piano emergenza coordinato con committente e servizi esterni se necessario.</w:t>
            </w:r>
          </w:p>
        </w:tc>
        <w:tc>
          <w:tcPr>
            <w:tcW w:w="1465" w:type="dxa"/>
            <w:tcMar>
              <w:top w:w="55" w:type="dxa"/>
              <w:left w:w="55" w:type="dxa"/>
              <w:bottom w:w="55" w:type="dxa"/>
              <w:right w:w="55" w:type="dxa"/>
            </w:tcMar>
          </w:tcPr>
          <w:p w14:paraId="1883A8E3"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0DF2C377"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35416C25" w14:textId="77777777" w:rsidR="003D6426" w:rsidRDefault="003D6426">
            <w:pPr>
              <w:spacing w:after="0" w:line="240" w:lineRule="auto"/>
              <w:rPr>
                <w:rFonts w:hint="eastAsia"/>
              </w:rPr>
            </w:pPr>
          </w:p>
        </w:tc>
      </w:tr>
      <w:tr w:rsidR="003D6426" w14:paraId="56C94D40" w14:textId="77777777">
        <w:trPr>
          <w:jc w:val="center"/>
        </w:trPr>
        <w:tc>
          <w:tcPr>
            <w:tcW w:w="488" w:type="dxa"/>
            <w:tcMar>
              <w:top w:w="55" w:type="dxa"/>
              <w:left w:w="55" w:type="dxa"/>
              <w:bottom w:w="55" w:type="dxa"/>
              <w:right w:w="55" w:type="dxa"/>
            </w:tcMar>
          </w:tcPr>
          <w:p w14:paraId="5C84FCD6" w14:textId="77777777" w:rsidR="003D6426" w:rsidRDefault="00000000">
            <w:pPr>
              <w:spacing w:after="0" w:line="240" w:lineRule="auto"/>
              <w:rPr>
                <w:rFonts w:hint="eastAsia"/>
              </w:rPr>
            </w:pPr>
            <w:r>
              <w:rPr>
                <w:sz w:val="15"/>
              </w:rPr>
              <w:t>15</w:t>
            </w:r>
          </w:p>
        </w:tc>
        <w:tc>
          <w:tcPr>
            <w:tcW w:w="4666" w:type="dxa"/>
            <w:tcMar>
              <w:top w:w="55" w:type="dxa"/>
              <w:left w:w="55" w:type="dxa"/>
              <w:bottom w:w="55" w:type="dxa"/>
              <w:right w:w="55" w:type="dxa"/>
            </w:tcMar>
          </w:tcPr>
          <w:p w14:paraId="74E483CB" w14:textId="77777777" w:rsidR="003D6426" w:rsidRDefault="00000000">
            <w:pPr>
              <w:spacing w:after="0" w:line="240" w:lineRule="auto"/>
              <w:rPr>
                <w:rFonts w:hint="eastAsia"/>
              </w:rPr>
            </w:pPr>
            <w:r>
              <w:rPr>
                <w:sz w:val="15"/>
              </w:rPr>
              <w:t>Divieto di subappalto non autorizzato comunicato e accettato.</w:t>
            </w:r>
          </w:p>
        </w:tc>
        <w:tc>
          <w:tcPr>
            <w:tcW w:w="1465" w:type="dxa"/>
            <w:tcMar>
              <w:top w:w="55" w:type="dxa"/>
              <w:left w:w="55" w:type="dxa"/>
              <w:bottom w:w="55" w:type="dxa"/>
              <w:right w:w="55" w:type="dxa"/>
            </w:tcMar>
          </w:tcPr>
          <w:p w14:paraId="7DA0EBB8" w14:textId="77777777" w:rsidR="003D6426" w:rsidRDefault="00000000">
            <w:pPr>
              <w:spacing w:after="0" w:line="240" w:lineRule="auto"/>
              <w:rPr>
                <w:rFonts w:hint="eastAsia"/>
              </w:rPr>
            </w:pPr>
            <w:r>
              <w:rPr>
                <w:sz w:val="15"/>
              </w:rPr>
              <w:t>[ ] SI   [ ] NO   [ ] N.A.</w:t>
            </w:r>
          </w:p>
        </w:tc>
        <w:tc>
          <w:tcPr>
            <w:tcW w:w="2387" w:type="dxa"/>
            <w:tcMar>
              <w:top w:w="55" w:type="dxa"/>
              <w:left w:w="55" w:type="dxa"/>
              <w:bottom w:w="55" w:type="dxa"/>
              <w:right w:w="55" w:type="dxa"/>
            </w:tcMar>
          </w:tcPr>
          <w:p w14:paraId="217FDE1E" w14:textId="77777777" w:rsidR="003D6426" w:rsidRDefault="003D6426">
            <w:pPr>
              <w:spacing w:after="0" w:line="240" w:lineRule="auto"/>
              <w:rPr>
                <w:rFonts w:hint="eastAsia"/>
              </w:rPr>
            </w:pPr>
          </w:p>
        </w:tc>
        <w:tc>
          <w:tcPr>
            <w:tcW w:w="1085" w:type="dxa"/>
            <w:tcMar>
              <w:top w:w="55" w:type="dxa"/>
              <w:left w:w="55" w:type="dxa"/>
              <w:bottom w:w="55" w:type="dxa"/>
              <w:right w:w="55" w:type="dxa"/>
            </w:tcMar>
          </w:tcPr>
          <w:p w14:paraId="4178EA82" w14:textId="77777777" w:rsidR="003D6426" w:rsidRDefault="003D6426">
            <w:pPr>
              <w:spacing w:after="0" w:line="240" w:lineRule="auto"/>
              <w:rPr>
                <w:rFonts w:hint="eastAsia"/>
              </w:rPr>
            </w:pPr>
          </w:p>
        </w:tc>
      </w:tr>
    </w:tbl>
    <w:p w14:paraId="03A569CB" w14:textId="77777777" w:rsidR="003D6426" w:rsidRDefault="00000000">
      <w:pPr>
        <w:pStyle w:val="TableTitle"/>
        <w:rPr>
          <w:rFonts w:hint="eastAsia"/>
        </w:rPr>
      </w:pPr>
      <w:r>
        <w:t>Esito verifica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1B0E0551" w14:textId="77777777">
        <w:trPr>
          <w:jc w:val="center"/>
        </w:trPr>
        <w:tc>
          <w:tcPr>
            <w:tcW w:w="2691" w:type="dxa"/>
            <w:shd w:val="clear" w:color="auto" w:fill="F2F2F2"/>
            <w:tcMar>
              <w:top w:w="55" w:type="dxa"/>
              <w:left w:w="55" w:type="dxa"/>
              <w:bottom w:w="55" w:type="dxa"/>
              <w:right w:w="55" w:type="dxa"/>
            </w:tcMar>
          </w:tcPr>
          <w:p w14:paraId="7BD8468B" w14:textId="77777777" w:rsidR="003D6426" w:rsidRDefault="00000000">
            <w:pPr>
              <w:spacing w:after="0" w:line="240" w:lineRule="auto"/>
              <w:rPr>
                <w:rFonts w:hint="eastAsia"/>
              </w:rPr>
            </w:pPr>
            <w:r>
              <w:rPr>
                <w:b/>
                <w:sz w:val="16"/>
              </w:rPr>
              <w:t>Esito</w:t>
            </w:r>
          </w:p>
        </w:tc>
        <w:tc>
          <w:tcPr>
            <w:tcW w:w="7401" w:type="dxa"/>
            <w:tcMar>
              <w:top w:w="55" w:type="dxa"/>
              <w:left w:w="55" w:type="dxa"/>
              <w:bottom w:w="55" w:type="dxa"/>
              <w:right w:w="55" w:type="dxa"/>
            </w:tcMar>
          </w:tcPr>
          <w:p w14:paraId="33172C5F" w14:textId="77777777" w:rsidR="003D6426" w:rsidRDefault="00000000">
            <w:pPr>
              <w:spacing w:after="0" w:line="240" w:lineRule="auto"/>
              <w:rPr>
                <w:rFonts w:hint="eastAsia"/>
              </w:rPr>
            </w:pPr>
            <w:r>
              <w:rPr>
                <w:sz w:val="16"/>
              </w:rPr>
              <w:t>[ ] Appaltatore autorizzabile  [ ] autorizzabile con prescrizioni  [ ] non autorizzabile</w:t>
            </w:r>
          </w:p>
        </w:tc>
      </w:tr>
      <w:tr w:rsidR="003D6426" w14:paraId="76196413" w14:textId="77777777">
        <w:trPr>
          <w:jc w:val="center"/>
        </w:trPr>
        <w:tc>
          <w:tcPr>
            <w:tcW w:w="2691" w:type="dxa"/>
            <w:shd w:val="clear" w:color="auto" w:fill="F2F2F2"/>
            <w:tcMar>
              <w:top w:w="55" w:type="dxa"/>
              <w:left w:w="55" w:type="dxa"/>
              <w:bottom w:w="55" w:type="dxa"/>
              <w:right w:w="55" w:type="dxa"/>
            </w:tcMar>
          </w:tcPr>
          <w:p w14:paraId="03EEAEE0" w14:textId="77777777" w:rsidR="003D6426" w:rsidRDefault="00000000">
            <w:pPr>
              <w:spacing w:after="0" w:line="240" w:lineRule="auto"/>
              <w:rPr>
                <w:rFonts w:hint="eastAsia"/>
              </w:rPr>
            </w:pPr>
            <w:r>
              <w:rPr>
                <w:b/>
                <w:sz w:val="16"/>
              </w:rPr>
              <w:t>Prescrizioni</w:t>
            </w:r>
          </w:p>
        </w:tc>
        <w:tc>
          <w:tcPr>
            <w:tcW w:w="7401" w:type="dxa"/>
            <w:tcMar>
              <w:top w:w="55" w:type="dxa"/>
              <w:left w:w="55" w:type="dxa"/>
              <w:bottom w:w="55" w:type="dxa"/>
              <w:right w:w="55" w:type="dxa"/>
            </w:tcMar>
          </w:tcPr>
          <w:p w14:paraId="76B76E8F" w14:textId="77777777" w:rsidR="003D6426" w:rsidRDefault="00000000">
            <w:pPr>
              <w:spacing w:after="0" w:line="240" w:lineRule="auto"/>
              <w:rPr>
                <w:rFonts w:hint="eastAsia"/>
              </w:rPr>
            </w:pPr>
            <w:r>
              <w:rPr>
                <w:sz w:val="16"/>
              </w:rPr>
              <w:t>____________________________________________________________________________________________</w:t>
            </w:r>
          </w:p>
        </w:tc>
      </w:tr>
      <w:tr w:rsidR="003D6426" w14:paraId="34530BD0" w14:textId="77777777">
        <w:trPr>
          <w:jc w:val="center"/>
        </w:trPr>
        <w:tc>
          <w:tcPr>
            <w:tcW w:w="2691" w:type="dxa"/>
            <w:shd w:val="clear" w:color="auto" w:fill="F2F2F2"/>
            <w:tcMar>
              <w:top w:w="55" w:type="dxa"/>
              <w:left w:w="55" w:type="dxa"/>
              <w:bottom w:w="55" w:type="dxa"/>
              <w:right w:w="55" w:type="dxa"/>
            </w:tcMar>
          </w:tcPr>
          <w:p w14:paraId="47211E1E" w14:textId="77777777" w:rsidR="003D6426" w:rsidRDefault="00000000">
            <w:pPr>
              <w:spacing w:after="0" w:line="240" w:lineRule="auto"/>
              <w:rPr>
                <w:rFonts w:hint="eastAsia"/>
              </w:rPr>
            </w:pPr>
            <w:r>
              <w:rPr>
                <w:b/>
                <w:sz w:val="16"/>
              </w:rPr>
              <w:t>Verificato da</w:t>
            </w:r>
          </w:p>
        </w:tc>
        <w:tc>
          <w:tcPr>
            <w:tcW w:w="7401" w:type="dxa"/>
            <w:tcMar>
              <w:top w:w="55" w:type="dxa"/>
              <w:left w:w="55" w:type="dxa"/>
              <w:bottom w:w="55" w:type="dxa"/>
              <w:right w:w="55" w:type="dxa"/>
            </w:tcMar>
          </w:tcPr>
          <w:p w14:paraId="5C8D506B" w14:textId="77777777" w:rsidR="003D6426" w:rsidRDefault="00000000">
            <w:pPr>
              <w:spacing w:after="0" w:line="240" w:lineRule="auto"/>
              <w:rPr>
                <w:rFonts w:hint="eastAsia"/>
              </w:rPr>
            </w:pPr>
            <w:r>
              <w:rPr>
                <w:sz w:val="16"/>
              </w:rPr>
              <w:t>Nome: __________________  Ruolo: __________________  Data: ____/____/______  Firma: __________________</w:t>
            </w:r>
          </w:p>
        </w:tc>
      </w:tr>
      <w:tr w:rsidR="003D6426" w14:paraId="0E491D16" w14:textId="77777777">
        <w:trPr>
          <w:jc w:val="center"/>
        </w:trPr>
        <w:tc>
          <w:tcPr>
            <w:tcW w:w="2691" w:type="dxa"/>
            <w:shd w:val="clear" w:color="auto" w:fill="F2F2F2"/>
            <w:tcMar>
              <w:top w:w="55" w:type="dxa"/>
              <w:left w:w="55" w:type="dxa"/>
              <w:bottom w:w="55" w:type="dxa"/>
              <w:right w:w="55" w:type="dxa"/>
            </w:tcMar>
          </w:tcPr>
          <w:p w14:paraId="70F8F676" w14:textId="77777777" w:rsidR="003D6426" w:rsidRDefault="00000000">
            <w:pPr>
              <w:spacing w:after="0" w:line="240" w:lineRule="auto"/>
              <w:rPr>
                <w:rFonts w:hint="eastAsia"/>
              </w:rPr>
            </w:pPr>
            <w:r>
              <w:rPr>
                <w:b/>
                <w:sz w:val="16"/>
              </w:rPr>
              <w:t>Approvazione committente</w:t>
            </w:r>
          </w:p>
        </w:tc>
        <w:tc>
          <w:tcPr>
            <w:tcW w:w="7401" w:type="dxa"/>
            <w:tcMar>
              <w:top w:w="55" w:type="dxa"/>
              <w:left w:w="55" w:type="dxa"/>
              <w:bottom w:w="55" w:type="dxa"/>
              <w:right w:w="55" w:type="dxa"/>
            </w:tcMar>
          </w:tcPr>
          <w:p w14:paraId="1A140D26" w14:textId="77777777" w:rsidR="003D6426" w:rsidRDefault="00000000">
            <w:pPr>
              <w:spacing w:after="0" w:line="240" w:lineRule="auto"/>
              <w:rPr>
                <w:rFonts w:hint="eastAsia"/>
              </w:rPr>
            </w:pPr>
            <w:r>
              <w:rPr>
                <w:sz w:val="16"/>
              </w:rPr>
              <w:t>Nome: __________________  Ruolo: __________________  Data: ____/____/______  Firma: __________________</w:t>
            </w:r>
          </w:p>
        </w:tc>
      </w:tr>
    </w:tbl>
    <w:p w14:paraId="25ED83E6" w14:textId="77777777" w:rsidR="003D6426" w:rsidRDefault="00000000">
      <w:pPr>
        <w:pStyle w:val="Titolo1"/>
      </w:pPr>
      <w:r>
        <w:t>Chiusura del documento</w:t>
      </w:r>
    </w:p>
    <w:p w14:paraId="23E9DD28" w14:textId="77777777" w:rsidR="003D6426" w:rsidRDefault="00000000">
      <w:pPr>
        <w:spacing w:after="100"/>
        <w:rPr>
          <w:rFonts w:hint="eastAsia"/>
        </w:rPr>
      </w:pPr>
      <w:r>
        <w:t>La presente procedura entra in vigore dalla data di approvazione aziendale e deve essere applicata a tutte le attività rientranti nel relativo campo di applicazione. Ogni copia non controllata deve essere considerata valida solo se verificata rispetto alla revisione vigente nel sistema documentale aziendale.</w:t>
      </w:r>
    </w:p>
    <w:p w14:paraId="5DD60FC3" w14:textId="77777777" w:rsidR="003D6426" w:rsidRDefault="00000000">
      <w:pPr>
        <w:spacing w:after="100"/>
        <w:rPr>
          <w:rFonts w:hint="eastAsia"/>
        </w:rPr>
      </w:pPr>
      <w:r>
        <w:t>La funzione HSE/RSPP cura il riesame periodico del documento, la raccolta dei feedback operativi, l'aggiornamento degli allegati e la diffusione delle revisioni approvate. I preposti sono responsabili dell'applicazione pratica in campo e della segnalazione di eventuali scostamenti, criticità o necessità di miglioramento.</w:t>
      </w:r>
    </w:p>
    <w:p w14:paraId="78278992" w14:textId="77777777" w:rsidR="003D6426" w:rsidRDefault="00000000">
      <w:pPr>
        <w:pStyle w:val="TableTitle"/>
        <w:rPr>
          <w:rFonts w:hint="eastAsia"/>
        </w:rPr>
      </w:pPr>
      <w:r>
        <w:t>Firme finali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0"/>
        <w:gridCol w:w="7482"/>
      </w:tblGrid>
      <w:tr w:rsidR="003D6426" w14:paraId="1152D249" w14:textId="77777777">
        <w:trPr>
          <w:jc w:val="center"/>
        </w:trPr>
        <w:tc>
          <w:tcPr>
            <w:tcW w:w="2691" w:type="dxa"/>
            <w:shd w:val="clear" w:color="auto" w:fill="F2F2F2"/>
            <w:tcMar>
              <w:top w:w="55" w:type="dxa"/>
              <w:left w:w="55" w:type="dxa"/>
              <w:bottom w:w="55" w:type="dxa"/>
              <w:right w:w="55" w:type="dxa"/>
            </w:tcMar>
          </w:tcPr>
          <w:p w14:paraId="1FD5AF29" w14:textId="77777777" w:rsidR="003D6426" w:rsidRDefault="00000000">
            <w:pPr>
              <w:spacing w:after="0" w:line="240" w:lineRule="auto"/>
              <w:rPr>
                <w:rFonts w:hint="eastAsia"/>
              </w:rPr>
            </w:pPr>
            <w:r>
              <w:rPr>
                <w:b/>
                <w:sz w:val="16"/>
              </w:rPr>
              <w:t>Approvazione finale Datore di Lavoro</w:t>
            </w:r>
          </w:p>
        </w:tc>
        <w:tc>
          <w:tcPr>
            <w:tcW w:w="7401" w:type="dxa"/>
            <w:tcMar>
              <w:top w:w="55" w:type="dxa"/>
              <w:left w:w="55" w:type="dxa"/>
              <w:bottom w:w="55" w:type="dxa"/>
              <w:right w:w="55" w:type="dxa"/>
            </w:tcMar>
          </w:tcPr>
          <w:p w14:paraId="63AD7AF4" w14:textId="77777777" w:rsidR="003D6426" w:rsidRDefault="00000000">
            <w:pPr>
              <w:spacing w:after="0" w:line="240" w:lineRule="auto"/>
              <w:rPr>
                <w:rFonts w:hint="eastAsia"/>
              </w:rPr>
            </w:pPr>
            <w:r>
              <w:rPr>
                <w:sz w:val="16"/>
              </w:rPr>
              <w:t>Nome: ________________________________  Data: ____/____/______  Firma: ________________________________</w:t>
            </w:r>
          </w:p>
        </w:tc>
      </w:tr>
      <w:tr w:rsidR="003D6426" w14:paraId="2D2B2D02" w14:textId="77777777">
        <w:trPr>
          <w:jc w:val="center"/>
        </w:trPr>
        <w:tc>
          <w:tcPr>
            <w:tcW w:w="2691" w:type="dxa"/>
            <w:shd w:val="clear" w:color="auto" w:fill="F2F2F2"/>
            <w:tcMar>
              <w:top w:w="55" w:type="dxa"/>
              <w:left w:w="55" w:type="dxa"/>
              <w:bottom w:w="55" w:type="dxa"/>
              <w:right w:w="55" w:type="dxa"/>
            </w:tcMar>
          </w:tcPr>
          <w:p w14:paraId="315A06B9" w14:textId="77777777" w:rsidR="003D6426" w:rsidRDefault="00000000">
            <w:pPr>
              <w:spacing w:after="0" w:line="240" w:lineRule="auto"/>
              <w:rPr>
                <w:rFonts w:hint="eastAsia"/>
              </w:rPr>
            </w:pPr>
            <w:r>
              <w:rPr>
                <w:b/>
                <w:sz w:val="16"/>
              </w:rPr>
              <w:t>Presa visione RSPP</w:t>
            </w:r>
          </w:p>
        </w:tc>
        <w:tc>
          <w:tcPr>
            <w:tcW w:w="7401" w:type="dxa"/>
            <w:tcMar>
              <w:top w:w="55" w:type="dxa"/>
              <w:left w:w="55" w:type="dxa"/>
              <w:bottom w:w="55" w:type="dxa"/>
              <w:right w:w="55" w:type="dxa"/>
            </w:tcMar>
          </w:tcPr>
          <w:p w14:paraId="65C0B6A1" w14:textId="77777777" w:rsidR="003D6426" w:rsidRDefault="00000000">
            <w:pPr>
              <w:spacing w:after="0" w:line="240" w:lineRule="auto"/>
              <w:rPr>
                <w:rFonts w:hint="eastAsia"/>
              </w:rPr>
            </w:pPr>
            <w:r>
              <w:rPr>
                <w:sz w:val="16"/>
              </w:rPr>
              <w:t>Nome: ________________________________  Data: ____/____/______  Firma: ________________________________</w:t>
            </w:r>
          </w:p>
        </w:tc>
      </w:tr>
      <w:tr w:rsidR="003D6426" w14:paraId="6E88CD47" w14:textId="77777777">
        <w:trPr>
          <w:jc w:val="center"/>
        </w:trPr>
        <w:tc>
          <w:tcPr>
            <w:tcW w:w="2691" w:type="dxa"/>
            <w:shd w:val="clear" w:color="auto" w:fill="F2F2F2"/>
            <w:tcMar>
              <w:top w:w="55" w:type="dxa"/>
              <w:left w:w="55" w:type="dxa"/>
              <w:bottom w:w="55" w:type="dxa"/>
              <w:right w:w="55" w:type="dxa"/>
            </w:tcMar>
          </w:tcPr>
          <w:p w14:paraId="6C6A7C7E" w14:textId="77777777" w:rsidR="003D6426" w:rsidRDefault="00000000">
            <w:pPr>
              <w:spacing w:after="0" w:line="240" w:lineRule="auto"/>
              <w:rPr>
                <w:rFonts w:hint="eastAsia"/>
              </w:rPr>
            </w:pPr>
            <w:r>
              <w:rPr>
                <w:b/>
                <w:sz w:val="16"/>
              </w:rPr>
              <w:t>Presa visione Medico competente</w:t>
            </w:r>
          </w:p>
        </w:tc>
        <w:tc>
          <w:tcPr>
            <w:tcW w:w="7401" w:type="dxa"/>
            <w:tcMar>
              <w:top w:w="55" w:type="dxa"/>
              <w:left w:w="55" w:type="dxa"/>
              <w:bottom w:w="55" w:type="dxa"/>
              <w:right w:w="55" w:type="dxa"/>
            </w:tcMar>
          </w:tcPr>
          <w:p w14:paraId="4C36D4A6" w14:textId="77777777" w:rsidR="003D6426" w:rsidRDefault="00000000">
            <w:pPr>
              <w:spacing w:after="0" w:line="240" w:lineRule="auto"/>
              <w:rPr>
                <w:rFonts w:hint="eastAsia"/>
              </w:rPr>
            </w:pPr>
            <w:r>
              <w:rPr>
                <w:sz w:val="16"/>
              </w:rPr>
              <w:t>Nome: ________________________________  Data: ____/____/______  Firma: ________________________________</w:t>
            </w:r>
          </w:p>
        </w:tc>
      </w:tr>
      <w:tr w:rsidR="003D6426" w14:paraId="621C2348" w14:textId="77777777">
        <w:trPr>
          <w:jc w:val="center"/>
        </w:trPr>
        <w:tc>
          <w:tcPr>
            <w:tcW w:w="2691" w:type="dxa"/>
            <w:shd w:val="clear" w:color="auto" w:fill="F2F2F2"/>
            <w:tcMar>
              <w:top w:w="55" w:type="dxa"/>
              <w:left w:w="55" w:type="dxa"/>
              <w:bottom w:w="55" w:type="dxa"/>
              <w:right w:w="55" w:type="dxa"/>
            </w:tcMar>
          </w:tcPr>
          <w:p w14:paraId="113808FE" w14:textId="77777777" w:rsidR="003D6426" w:rsidRDefault="00000000">
            <w:pPr>
              <w:spacing w:after="0" w:line="240" w:lineRule="auto"/>
              <w:rPr>
                <w:rFonts w:hint="eastAsia"/>
              </w:rPr>
            </w:pPr>
            <w:r>
              <w:rPr>
                <w:b/>
                <w:sz w:val="16"/>
              </w:rPr>
              <w:t>Consultazione RLS</w:t>
            </w:r>
          </w:p>
        </w:tc>
        <w:tc>
          <w:tcPr>
            <w:tcW w:w="7401" w:type="dxa"/>
            <w:tcMar>
              <w:top w:w="55" w:type="dxa"/>
              <w:left w:w="55" w:type="dxa"/>
              <w:bottom w:w="55" w:type="dxa"/>
              <w:right w:w="55" w:type="dxa"/>
            </w:tcMar>
          </w:tcPr>
          <w:p w14:paraId="2DBDB6D7" w14:textId="77777777" w:rsidR="003D6426" w:rsidRDefault="00000000">
            <w:pPr>
              <w:spacing w:after="0" w:line="240" w:lineRule="auto"/>
              <w:rPr>
                <w:rFonts w:hint="eastAsia"/>
              </w:rPr>
            </w:pPr>
            <w:r>
              <w:rPr>
                <w:sz w:val="16"/>
              </w:rPr>
              <w:t>Nome: ________________________________  Data: ____/____/______  Firma: ________________________________</w:t>
            </w:r>
          </w:p>
        </w:tc>
      </w:tr>
    </w:tbl>
    <w:p w14:paraId="6C825E71" w14:textId="77777777" w:rsidR="002227DF" w:rsidRDefault="002227DF"/>
    <w:sectPr w:rsidR="002227DF" w:rsidSect="00034616">
      <w:headerReference w:type="default" r:id="rId8"/>
      <w:footerReference w:type="default" r:id="rId9"/>
      <w:pgSz w:w="11906" w:h="16838"/>
      <w:pgMar w:top="822" w:right="907" w:bottom="822" w:left="907" w:header="39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A8381" w14:textId="77777777" w:rsidR="002227DF" w:rsidRDefault="002227DF">
      <w:pPr>
        <w:spacing w:after="0" w:line="240" w:lineRule="auto"/>
        <w:rPr>
          <w:rFonts w:hint="eastAsia"/>
        </w:rPr>
      </w:pPr>
      <w:r>
        <w:separator/>
      </w:r>
    </w:p>
  </w:endnote>
  <w:endnote w:type="continuationSeparator" w:id="0">
    <w:p w14:paraId="306EDCA3" w14:textId="77777777" w:rsidR="002227DF" w:rsidRDefault="002227D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iberation Sans">
    <w:altName w:val="Arial"/>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42D12" w14:textId="77777777" w:rsidR="003D6426" w:rsidRDefault="00000000">
    <w:pPr>
      <w:pStyle w:val="Pidipagina"/>
      <w:jc w:val="center"/>
      <w:rPr>
        <w:rFonts w:hint="eastAsia"/>
      </w:rPr>
    </w:pPr>
    <w:r>
      <w:rPr>
        <w:sz w:val="14"/>
      </w:rPr>
      <w:t xml:space="preserve">[RAGIONE SOCIALE AZIENDA] - </w:t>
    </w:r>
    <w:proofErr w:type="spellStart"/>
    <w:r>
      <w:rPr>
        <w:sz w:val="14"/>
      </w:rPr>
      <w:t>Documento</w:t>
    </w:r>
    <w:proofErr w:type="spellEnd"/>
    <w:r>
      <w:rPr>
        <w:sz w:val="14"/>
      </w:rPr>
      <w:t xml:space="preserve"> </w:t>
    </w:r>
    <w:proofErr w:type="spellStart"/>
    <w:r>
      <w:rPr>
        <w:sz w:val="14"/>
      </w:rPr>
      <w:t>controllato</w:t>
    </w:r>
    <w:proofErr w:type="spellEnd"/>
    <w:r>
      <w:rPr>
        <w:sz w:val="14"/>
      </w:rPr>
      <w:t xml:space="preserve"> - </w:t>
    </w:r>
    <w:proofErr w:type="spellStart"/>
    <w:r>
      <w:t>Pagina</w:t>
    </w:r>
    <w:proofErr w:type="spellEnd"/>
    <w:r>
      <w:t xml:space="preserve"> </w:t>
    </w:r>
    <w:r>
      <w:fldChar w:fldCharType="begin"/>
    </w:r>
    <w:r>
      <w:instrText>PAGE</w:instrText>
    </w:r>
    <w:r w:rsidR="008641F4">
      <w:rPr>
        <w:rFonts w:hint="eastAsia"/>
      </w:rPr>
      <w:fldChar w:fldCharType="separate"/>
    </w:r>
    <w:r w:rsidR="008641F4">
      <w:rPr>
        <w:rFonts w:hint="eastAsia"/>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80F4C" w14:textId="77777777" w:rsidR="002227DF" w:rsidRDefault="002227DF">
      <w:pPr>
        <w:spacing w:after="0" w:line="240" w:lineRule="auto"/>
        <w:rPr>
          <w:rFonts w:hint="eastAsia"/>
        </w:rPr>
      </w:pPr>
      <w:r>
        <w:separator/>
      </w:r>
    </w:p>
  </w:footnote>
  <w:footnote w:type="continuationSeparator" w:id="0">
    <w:p w14:paraId="7D0DEBEA" w14:textId="77777777" w:rsidR="002227DF" w:rsidRDefault="002227DF">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06DA6" w14:textId="77777777" w:rsidR="003D6426" w:rsidRDefault="003D6426">
    <w:pPr>
      <w:pStyle w:val="Intestazione"/>
      <w:rPr>
        <w:rFonts w:hint="eastAsia"/>
      </w:rPr>
    </w:pPr>
  </w:p>
  <w:tbl>
    <w:tblPr>
      <w:tblW w:w="5000" w:type="pct"/>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ook w:val="04A0" w:firstRow="1" w:lastRow="0" w:firstColumn="1" w:lastColumn="0" w:noHBand="0" w:noVBand="1"/>
    </w:tblPr>
    <w:tblGrid>
      <w:gridCol w:w="2217"/>
      <w:gridCol w:w="5650"/>
      <w:gridCol w:w="2225"/>
    </w:tblGrid>
    <w:tr w:rsidR="003D6426" w14:paraId="349A9465" w14:textId="77777777">
      <w:trPr>
        <w:jc w:val="center"/>
      </w:trPr>
      <w:tc>
        <w:tcPr>
          <w:tcW w:w="2268" w:type="dxa"/>
          <w:tcMar>
            <w:top w:w="0" w:type="dxa"/>
            <w:left w:w="0" w:type="dxa"/>
            <w:bottom w:w="0" w:type="dxa"/>
            <w:right w:w="0" w:type="dxa"/>
          </w:tcMar>
        </w:tcPr>
        <w:p w14:paraId="579B4D99" w14:textId="77777777" w:rsidR="003D6426" w:rsidRDefault="00000000">
          <w:pPr>
            <w:spacing w:after="0" w:line="240" w:lineRule="auto"/>
            <w:rPr>
              <w:rFonts w:hint="eastAsia"/>
            </w:rPr>
          </w:pPr>
          <w:r>
            <w:rPr>
              <w:b/>
              <w:color w:val="004A75"/>
              <w:sz w:val="14"/>
            </w:rPr>
            <w:t>PG-HSE-ACSI-01</w:t>
          </w:r>
        </w:p>
      </w:tc>
      <w:tc>
        <w:tcPr>
          <w:tcW w:w="5783" w:type="dxa"/>
          <w:tcMar>
            <w:top w:w="0" w:type="dxa"/>
            <w:left w:w="0" w:type="dxa"/>
            <w:bottom w:w="0" w:type="dxa"/>
            <w:right w:w="0" w:type="dxa"/>
          </w:tcMar>
        </w:tcPr>
        <w:p w14:paraId="7BFCCDAE" w14:textId="77777777" w:rsidR="003D6426" w:rsidRDefault="00000000">
          <w:pPr>
            <w:spacing w:after="0" w:line="240" w:lineRule="auto"/>
            <w:jc w:val="center"/>
            <w:rPr>
              <w:rFonts w:hint="eastAsia"/>
            </w:rPr>
          </w:pPr>
          <w:proofErr w:type="spellStart"/>
          <w:r>
            <w:rPr>
              <w:b/>
              <w:color w:val="004A75"/>
              <w:sz w:val="14"/>
            </w:rPr>
            <w:t>Ambienti</w:t>
          </w:r>
          <w:proofErr w:type="spellEnd"/>
          <w:r>
            <w:rPr>
              <w:b/>
              <w:color w:val="004A75"/>
              <w:sz w:val="14"/>
            </w:rPr>
            <w:t xml:space="preserve"> </w:t>
          </w:r>
          <w:proofErr w:type="spellStart"/>
          <w:r>
            <w:rPr>
              <w:b/>
              <w:color w:val="004A75"/>
              <w:sz w:val="14"/>
            </w:rPr>
            <w:t>confinati</w:t>
          </w:r>
          <w:proofErr w:type="spellEnd"/>
          <w:r>
            <w:rPr>
              <w:b/>
              <w:color w:val="004A75"/>
              <w:sz w:val="14"/>
            </w:rPr>
            <w:t xml:space="preserve"> e/o </w:t>
          </w:r>
          <w:proofErr w:type="spellStart"/>
          <w:r>
            <w:rPr>
              <w:b/>
              <w:color w:val="004A75"/>
              <w:sz w:val="14"/>
            </w:rPr>
            <w:t>sospetti</w:t>
          </w:r>
          <w:proofErr w:type="spellEnd"/>
          <w:r>
            <w:rPr>
              <w:b/>
              <w:color w:val="004A75"/>
              <w:sz w:val="14"/>
            </w:rPr>
            <w:t xml:space="preserve"> di </w:t>
          </w:r>
          <w:proofErr w:type="spellStart"/>
          <w:r>
            <w:rPr>
              <w:b/>
              <w:color w:val="004A75"/>
              <w:sz w:val="14"/>
            </w:rPr>
            <w:t>inquinamento</w:t>
          </w:r>
          <w:proofErr w:type="spellEnd"/>
        </w:p>
      </w:tc>
      <w:tc>
        <w:tcPr>
          <w:tcW w:w="2268" w:type="dxa"/>
          <w:tcMar>
            <w:top w:w="0" w:type="dxa"/>
            <w:left w:w="0" w:type="dxa"/>
            <w:bottom w:w="0" w:type="dxa"/>
            <w:right w:w="0" w:type="dxa"/>
          </w:tcMar>
        </w:tcPr>
        <w:p w14:paraId="2C6B8A04" w14:textId="77777777" w:rsidR="003D6426" w:rsidRDefault="00000000">
          <w:pPr>
            <w:spacing w:after="0" w:line="240" w:lineRule="auto"/>
            <w:jc w:val="right"/>
            <w:rPr>
              <w:rFonts w:hint="eastAsia"/>
            </w:rPr>
          </w:pPr>
          <w:r>
            <w:rPr>
              <w:b/>
              <w:color w:val="004A75"/>
              <w:sz w:val="14"/>
            </w:rPr>
            <w:t>Rev. 00 - 21/05/2026</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266892529">
    <w:abstractNumId w:val="8"/>
  </w:num>
  <w:num w:numId="2" w16cid:durableId="2035383362">
    <w:abstractNumId w:val="6"/>
  </w:num>
  <w:num w:numId="3" w16cid:durableId="1149322503">
    <w:abstractNumId w:val="5"/>
  </w:num>
  <w:num w:numId="4" w16cid:durableId="668604818">
    <w:abstractNumId w:val="4"/>
  </w:num>
  <w:num w:numId="5" w16cid:durableId="2095545747">
    <w:abstractNumId w:val="7"/>
  </w:num>
  <w:num w:numId="6" w16cid:durableId="992830144">
    <w:abstractNumId w:val="3"/>
  </w:num>
  <w:num w:numId="7" w16cid:durableId="1441996063">
    <w:abstractNumId w:val="2"/>
  </w:num>
  <w:num w:numId="8" w16cid:durableId="1485970028">
    <w:abstractNumId w:val="1"/>
  </w:num>
  <w:num w:numId="9" w16cid:durableId="1356229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27DF"/>
    <w:rsid w:val="0029639D"/>
    <w:rsid w:val="00326F90"/>
    <w:rsid w:val="003D6426"/>
    <w:rsid w:val="008641F4"/>
    <w:rsid w:val="00AA1D8D"/>
    <w:rsid w:val="00B47730"/>
    <w:rsid w:val="00CB0664"/>
    <w:rsid w:val="00F95D0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F22B05"/>
  <w14:defaultImageDpi w14:val="330"/>
  <w15:docId w15:val="{B8D536FC-A860-4289-A0AA-597470723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80" w:line="252" w:lineRule="auto"/>
    </w:pPr>
    <w:rPr>
      <w:rFonts w:ascii="Liberation Sans" w:hAnsi="Liberation Sans"/>
      <w:sz w:val="18"/>
    </w:rPr>
  </w:style>
  <w:style w:type="paragraph" w:styleId="Titolo1">
    <w:name w:val="heading 1"/>
    <w:basedOn w:val="Normale"/>
    <w:next w:val="Normale"/>
    <w:link w:val="Titolo1Carattere"/>
    <w:uiPriority w:val="9"/>
    <w:qFormat/>
    <w:rsid w:val="00FC693F"/>
    <w:pPr>
      <w:keepNext/>
      <w:keepLines/>
      <w:spacing w:before="160"/>
      <w:outlineLvl w:val="0"/>
    </w:pPr>
    <w:rPr>
      <w:rFonts w:asciiTheme="majorHAnsi" w:eastAsiaTheme="majorEastAsia" w:hAnsiTheme="majorHAnsi" w:cstheme="majorBidi"/>
      <w:b/>
      <w:bCs/>
      <w:color w:val="004A75"/>
      <w:sz w:val="27"/>
      <w:szCs w:val="28"/>
    </w:rPr>
  </w:style>
  <w:style w:type="paragraph" w:styleId="Titolo2">
    <w:name w:val="heading 2"/>
    <w:basedOn w:val="Normale"/>
    <w:next w:val="Normale"/>
    <w:link w:val="Titolo2Carattere"/>
    <w:uiPriority w:val="9"/>
    <w:unhideWhenUsed/>
    <w:qFormat/>
    <w:rsid w:val="00FC693F"/>
    <w:pPr>
      <w:keepNext/>
      <w:keepLines/>
      <w:spacing w:before="100"/>
      <w:outlineLvl w:val="1"/>
    </w:pPr>
    <w:rPr>
      <w:rFonts w:asciiTheme="majorHAnsi" w:eastAsiaTheme="majorEastAsia" w:hAnsiTheme="majorHAnsi" w:cstheme="majorBidi"/>
      <w:b/>
      <w:bCs/>
      <w:color w:val="004A75"/>
      <w:sz w:val="22"/>
      <w:szCs w:val="26"/>
    </w:rPr>
  </w:style>
  <w:style w:type="paragraph" w:styleId="Titolo3">
    <w:name w:val="heading 3"/>
    <w:basedOn w:val="Normale"/>
    <w:next w:val="Normale"/>
    <w:link w:val="Titolo3Carattere"/>
    <w:uiPriority w:val="9"/>
    <w:unhideWhenUsed/>
    <w:qFormat/>
    <w:rsid w:val="00FC693F"/>
    <w:pPr>
      <w:keepNext/>
      <w:keepLines/>
      <w:spacing w:before="100"/>
      <w:outlineLvl w:val="2"/>
    </w:pPr>
    <w:rPr>
      <w:rFonts w:asciiTheme="majorHAnsi" w:eastAsiaTheme="majorEastAsia" w:hAnsiTheme="majorHAnsi" w:cstheme="majorBidi"/>
      <w:b/>
      <w:bCs/>
      <w:color w:val="004A75"/>
      <w:sz w:val="20"/>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spacing w:after="40" w:line="240" w:lineRule="auto"/>
      <w:contextualSpacing/>
    </w:pPr>
  </w:style>
  <w:style w:type="paragraph" w:styleId="Puntoelenco2">
    <w:name w:val="List Bullet 2"/>
    <w:basedOn w:val="Normale"/>
    <w:uiPriority w:val="99"/>
    <w:unhideWhenUsed/>
    <w:rsid w:val="00326F90"/>
    <w:pPr>
      <w:numPr>
        <w:numId w:val="2"/>
      </w:numPr>
      <w:spacing w:after="40" w:line="240" w:lineRule="auto"/>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spacing w:after="40" w:line="240" w:lineRule="auto"/>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a">
    <w:name w:val="Nota"/>
    <w:pPr>
      <w:spacing w:after="80"/>
      <w:ind w:left="170"/>
    </w:pPr>
    <w:rPr>
      <w:rFonts w:ascii="Liberation Sans" w:hAnsi="Liberation Sans"/>
      <w:i/>
      <w:color w:val="5A5A5A"/>
      <w:sz w:val="16"/>
    </w:rPr>
  </w:style>
  <w:style w:type="paragraph" w:customStyle="1" w:styleId="TableTitle">
    <w:name w:val="TableTitle"/>
    <w:pPr>
      <w:keepNext/>
      <w:spacing w:before="100" w:after="40"/>
    </w:pPr>
    <w:rPr>
      <w:rFonts w:ascii="Liberation Sans" w:hAnsi="Liberation Sans"/>
      <w:b/>
      <w:color w:val="004A75"/>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14659</Words>
  <Characters>83560</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98023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 aziendale per attività in ambienti confinati e/o sospetti di inquinamento</dc:title>
  <dc:subject>Procedura aziendale ambienti confinati UNI 11958:2024</dc:subject>
  <dc:creator>OpenAI</dc:creator>
  <cp:keywords>UNI 11958:2024; ambienti confinati; sospetti di inquinamento; permesso di ingresso; procedura aziendale</cp:keywords>
  <dc:description>Documento generato come modello aziendale personalizzabile.</dc:description>
  <cp:lastModifiedBy>PAOLO BENNI</cp:lastModifiedBy>
  <cp:revision>2</cp:revision>
  <dcterms:created xsi:type="dcterms:W3CDTF">2013-12-23T23:15:00Z</dcterms:created>
  <dcterms:modified xsi:type="dcterms:W3CDTF">2026-05-21T12:39:00Z</dcterms:modified>
  <cp:category/>
</cp:coreProperties>
</file>