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D990" w14:textId="77777777" w:rsidR="004713CD" w:rsidRDefault="00000000">
      <w:pPr>
        <w:pStyle w:val="Kicker"/>
      </w:pPr>
      <w:r>
        <w:rPr>
          <w:b w:val="0"/>
        </w:rPr>
        <w:t>PROCEDURA AZIENDALE  /  MODELLO TECNICO-ORGANIZZATIVO</w:t>
      </w:r>
    </w:p>
    <w:p w14:paraId="62935CAA" w14:textId="395C75D6" w:rsidR="004713CD" w:rsidRDefault="00000000">
      <w:pPr>
        <w:pStyle w:val="Titolo1"/>
        <w:rPr>
          <w:b w:val="0"/>
          <w:sz w:val="62"/>
        </w:rPr>
      </w:pPr>
      <w:bookmarkStart w:id="0" w:name="COVER"/>
      <w:r>
        <w:rPr>
          <w:b w:val="0"/>
          <w:sz w:val="62"/>
        </w:rPr>
        <w:t>RISCHI</w:t>
      </w:r>
      <w:r w:rsidR="00DC09BD">
        <w:rPr>
          <w:b w:val="0"/>
          <w:sz w:val="62"/>
        </w:rPr>
        <w:t xml:space="preserve"> </w:t>
      </w:r>
      <w:r>
        <w:rPr>
          <w:b w:val="0"/>
          <w:sz w:val="62"/>
        </w:rPr>
        <w:t>RIPRODUTTIVI</w:t>
      </w:r>
      <w:r w:rsidR="00DC09BD">
        <w:rPr>
          <w:b w:val="0"/>
          <w:sz w:val="62"/>
        </w:rPr>
        <w:t xml:space="preserve"> </w:t>
      </w:r>
      <w:r>
        <w:rPr>
          <w:b w:val="0"/>
          <w:sz w:val="62"/>
        </w:rPr>
        <w:t>DA AGENTI CHIMICI</w:t>
      </w:r>
      <w:bookmarkEnd w:id="0"/>
    </w:p>
    <w:p w14:paraId="3AB1746D" w14:textId="6A8AA54F" w:rsidR="00DC09BD" w:rsidRPr="00DC09BD" w:rsidRDefault="00DC09BD" w:rsidP="00DC09BD">
      <w:r>
        <w:rPr>
          <w:noProof/>
        </w:rPr>
        <w:drawing>
          <wp:inline distT="0" distB="0" distL="0" distR="0" wp14:anchorId="63F4C235" wp14:editId="22DECBB4">
            <wp:extent cx="6120130" cy="4079875"/>
            <wp:effectExtent l="0" t="0" r="0" b="0"/>
            <wp:docPr id="11962226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222602" name="Immagine 1196222602"/>
                    <pic:cNvPicPr/>
                  </pic:nvPicPr>
                  <pic:blipFill>
                    <a:blip r:embed="rId8"/>
                    <a:stretch>
                      <a:fillRect/>
                    </a:stretch>
                  </pic:blipFill>
                  <pic:spPr>
                    <a:xfrm>
                      <a:off x="0" y="0"/>
                      <a:ext cx="6120130" cy="4079875"/>
                    </a:xfrm>
                    <a:prstGeom prst="rect">
                      <a:avLst/>
                    </a:prstGeom>
                  </pic:spPr>
                </pic:pic>
              </a:graphicData>
            </a:graphic>
          </wp:inline>
        </w:drawing>
      </w:r>
    </w:p>
    <w:p w14:paraId="4A56C4D7" w14:textId="77777777" w:rsidR="004713CD" w:rsidRDefault="00000000">
      <w:pPr>
        <w:pStyle w:val="Sottotitolo"/>
      </w:pPr>
      <w:r>
        <w:t>Prevenzione della tossicità per la riproduzione e dello sviluppo</w:t>
      </w:r>
      <w:r>
        <w:br/>
        <w:t>Focus sull’esposizione professionale maschile prima del concepimento</w:t>
      </w:r>
    </w:p>
    <w:p w14:paraId="7DCA5933" w14:textId="77777777" w:rsidR="004713CD" w:rsidRDefault="00000000">
      <w:pPr>
        <w:pStyle w:val="Kicker"/>
      </w:pPr>
      <w:r>
        <w:rPr>
          <w:b w:val="0"/>
        </w:rPr>
        <w:t>PR-RIP-01  |  REVISIONE 00  |  EDIZIONE DEL MODELLO: 15 OTTOBRE 2026</w:t>
      </w:r>
    </w:p>
    <w:p w14:paraId="56CCE559" w14:textId="77777777" w:rsidR="004713CD" w:rsidRDefault="00000000">
      <w:r>
        <w:t>Una procedura integrata per identificare le sostanze, valutare gli scenari di esposizione, controllare le lavorazioni e documentare le decisioni preventive.</w:t>
      </w:r>
    </w:p>
    <w:tbl>
      <w:tblPr>
        <w:tblW w:w="9638" w:type="dxa"/>
        <w:jc w:val="center"/>
        <w:tblLayout w:type="fixed"/>
        <w:tblLook w:val="04A0" w:firstRow="1" w:lastRow="0" w:firstColumn="1" w:lastColumn="0" w:noHBand="0" w:noVBand="1"/>
      </w:tblPr>
      <w:tblGrid>
        <w:gridCol w:w="2381"/>
        <w:gridCol w:w="7257"/>
      </w:tblGrid>
      <w:tr w:rsidR="004713CD" w14:paraId="319A66FE" w14:textId="77777777">
        <w:trPr>
          <w:cantSplit/>
          <w:tblHeader/>
          <w:jc w:val="center"/>
        </w:trPr>
        <w:tc>
          <w:tcPr>
            <w:tcW w:w="238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D876FDC" w14:textId="77777777" w:rsidR="004713CD" w:rsidRDefault="00000000">
            <w:pPr>
              <w:pStyle w:val="TableText"/>
            </w:pPr>
            <w:r>
              <w:rPr>
                <w:b/>
                <w:color w:val="FFFFFF"/>
                <w:sz w:val="20"/>
              </w:rPr>
              <w:t>STRUTTURA</w:t>
            </w:r>
          </w:p>
        </w:tc>
        <w:tc>
          <w:tcPr>
            <w:tcW w:w="725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FDB0D50" w14:textId="77777777" w:rsidR="004713CD" w:rsidRDefault="00000000">
            <w:pPr>
              <w:pStyle w:val="TableText"/>
            </w:pPr>
            <w:r>
              <w:rPr>
                <w:b/>
                <w:color w:val="FFFFFF"/>
                <w:sz w:val="20"/>
              </w:rPr>
              <w:t>FINALITÀ</w:t>
            </w:r>
          </w:p>
        </w:tc>
      </w:tr>
      <w:tr w:rsidR="004713CD" w14:paraId="75407466" w14:textId="77777777">
        <w:trPr>
          <w:cantSplit/>
          <w:jc w:val="center"/>
        </w:trPr>
        <w:tc>
          <w:tcPr>
            <w:tcW w:w="238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B6DE935" w14:textId="77777777" w:rsidR="004713CD" w:rsidRDefault="00000000">
            <w:pPr>
              <w:pStyle w:val="TableText"/>
            </w:pPr>
            <w:r>
              <w:rPr>
                <w:sz w:val="20"/>
              </w:rPr>
              <w:t>Procedura gestionale e operativa</w:t>
            </w:r>
          </w:p>
        </w:tc>
        <w:tc>
          <w:tcPr>
            <w:tcW w:w="72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2983BF2" w14:textId="77777777" w:rsidR="004713CD" w:rsidRDefault="00000000">
            <w:pPr>
              <w:pStyle w:val="TableText"/>
            </w:pPr>
            <w:r>
              <w:rPr>
                <w:sz w:val="20"/>
              </w:rPr>
              <w:t>Responsabilità, criteri decisionali, misure tecniche, igiene, formazione, sorveglianza sanitaria e gestione delle anomalie.</w:t>
            </w:r>
          </w:p>
        </w:tc>
      </w:tr>
      <w:tr w:rsidR="004713CD" w14:paraId="6D9AD157" w14:textId="77777777">
        <w:trPr>
          <w:cantSplit/>
          <w:jc w:val="center"/>
        </w:trPr>
        <w:tc>
          <w:tcPr>
            <w:tcW w:w="238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4BE63D1" w14:textId="77777777" w:rsidR="004713CD" w:rsidRDefault="00000000">
            <w:pPr>
              <w:pStyle w:val="TableText"/>
            </w:pPr>
            <w:r>
              <w:rPr>
                <w:sz w:val="20"/>
              </w:rPr>
              <w:t>22 allegati utilizzabili</w:t>
            </w:r>
          </w:p>
        </w:tc>
        <w:tc>
          <w:tcPr>
            <w:tcW w:w="725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7081F04" w14:textId="77777777" w:rsidR="004713CD" w:rsidRDefault="00000000">
            <w:pPr>
              <w:pStyle w:val="TableText"/>
            </w:pPr>
            <w:r>
              <w:rPr>
                <w:sz w:val="20"/>
              </w:rPr>
              <w:t>Schede per prodotti e mansioni, istruzioni di lavoro, controlli, misurazioni, registrazioni, audit e riesame.</w:t>
            </w:r>
          </w:p>
        </w:tc>
      </w:tr>
      <w:tr w:rsidR="004713CD" w14:paraId="430E5C22" w14:textId="77777777">
        <w:trPr>
          <w:cantSplit/>
          <w:jc w:val="center"/>
        </w:trPr>
        <w:tc>
          <w:tcPr>
            <w:tcW w:w="238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75DDE3B" w14:textId="77777777" w:rsidR="004713CD" w:rsidRDefault="00000000">
            <w:pPr>
              <w:pStyle w:val="TableText"/>
            </w:pPr>
            <w:r>
              <w:rPr>
                <w:sz w:val="20"/>
              </w:rPr>
              <w:t>Base scientifica dichiarata</w:t>
            </w:r>
          </w:p>
        </w:tc>
        <w:tc>
          <w:tcPr>
            <w:tcW w:w="72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7235F5E" w14:textId="77777777" w:rsidR="004713CD" w:rsidRDefault="00000000">
            <w:pPr>
              <w:pStyle w:val="TableText"/>
            </w:pPr>
            <w:r>
              <w:rPr>
                <w:sz w:val="20"/>
              </w:rPr>
              <w:t>Scheda INAIL 2026 sulla tossicità dello sviluppo mediata dall’esposizione occupazionale maschile; integrazioni normative e organizzative esplicitate.</w:t>
            </w:r>
          </w:p>
        </w:tc>
      </w:tr>
    </w:tbl>
    <w:p w14:paraId="18F16D07"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5FE362B4"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0F075DF"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3E694B3" w14:textId="77777777" w:rsidR="004713CD" w:rsidRDefault="00000000">
            <w:pPr>
              <w:pStyle w:val="TableText"/>
            </w:pPr>
            <w:r>
              <w:rPr>
                <w:b/>
                <w:color w:val="FFFFFF"/>
                <w:sz w:val="19"/>
              </w:rPr>
              <w:t>Compilazione / evidenza richiesta</w:t>
            </w:r>
          </w:p>
        </w:tc>
      </w:tr>
      <w:tr w:rsidR="004713CD" w14:paraId="04A897C5"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14E8A44" w14:textId="77777777" w:rsidR="004713CD" w:rsidRDefault="00000000">
            <w:pPr>
              <w:pStyle w:val="TableText"/>
            </w:pPr>
            <w:r>
              <w:rPr>
                <w:sz w:val="19"/>
              </w:rPr>
              <w:t>Azienda / unità produttiva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D1B2008" w14:textId="77777777" w:rsidR="004713CD" w:rsidRDefault="00000000">
            <w:pPr>
              <w:pStyle w:val="TableText"/>
            </w:pPr>
            <w:r>
              <w:rPr>
                <w:sz w:val="19"/>
              </w:rPr>
              <w:t>[ragione sociale, indirizzo e sede interessata]</w:t>
            </w:r>
          </w:p>
        </w:tc>
      </w:tr>
      <w:tr w:rsidR="004713CD" w14:paraId="6E631A8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2D31145" w14:textId="77777777" w:rsidR="004713CD" w:rsidRDefault="00000000">
            <w:pPr>
              <w:pStyle w:val="TableText"/>
            </w:pPr>
            <w:r>
              <w:rPr>
                <w:sz w:val="19"/>
              </w:rPr>
              <w:t>Responsabile del documento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64A6075" w14:textId="77777777" w:rsidR="004713CD" w:rsidRDefault="00000000">
            <w:pPr>
              <w:pStyle w:val="TableText"/>
            </w:pPr>
            <w:r>
              <w:rPr>
                <w:sz w:val="19"/>
              </w:rPr>
              <w:t>[nome e funzione]</w:t>
            </w:r>
          </w:p>
        </w:tc>
      </w:tr>
      <w:tr w:rsidR="004713CD" w14:paraId="0132CB9A"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AFEA04F" w14:textId="77777777" w:rsidR="004713CD" w:rsidRDefault="00000000">
            <w:pPr>
              <w:pStyle w:val="TableText"/>
            </w:pPr>
            <w:r>
              <w:rPr>
                <w:sz w:val="19"/>
              </w:rPr>
              <w:lastRenderedPageBreak/>
              <w:t>Data di approvazione / efficacia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558F81A" w14:textId="77777777" w:rsidR="004713CD" w:rsidRDefault="00000000">
            <w:pPr>
              <w:pStyle w:val="TableText"/>
            </w:pPr>
            <w:r>
              <w:rPr>
                <w:sz w:val="19"/>
              </w:rPr>
              <w:t>[da stabilire dal datore di lavoro]</w:t>
            </w:r>
          </w:p>
        </w:tc>
      </w:tr>
    </w:tbl>
    <w:p w14:paraId="14B9715F"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9638"/>
      </w:tblGrid>
      <w:tr w:rsidR="004713CD" w14:paraId="6F06A3E5"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93EF340" w14:textId="77777777" w:rsidR="004713CD" w:rsidRDefault="00000000">
            <w:pPr>
              <w:pStyle w:val="TableText"/>
            </w:pPr>
            <w:r>
              <w:rPr>
                <w:b/>
                <w:color w:val="FFFFFF"/>
                <w:sz w:val="20"/>
              </w:rPr>
              <w:t>STATO DEL DOCUMENTO: DA PERSONALIZZARE E APPROVARE</w:t>
            </w:r>
          </w:p>
        </w:tc>
      </w:tr>
      <w:tr w:rsidR="004713CD" w14:paraId="2D0C9883"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CCA6EE1" w14:textId="77777777" w:rsidR="004713CD" w:rsidRDefault="00000000">
            <w:pPr>
              <w:pStyle w:val="TableText"/>
            </w:pPr>
            <w:r>
              <w:rPr>
                <w:sz w:val="20"/>
              </w:rPr>
              <w:t>Il modello non attesta la conformità di un’azienda e non sostituisce il DVR, il protocollo sanitario del medico competente o le comunicazioni obbligatorie. Le schede sono vuote intenzionalmente: nessuna misurazione, nomina, firma o autorizzazione è presunta.</w:t>
            </w:r>
          </w:p>
        </w:tc>
      </w:tr>
    </w:tbl>
    <w:p w14:paraId="5743AD49" w14:textId="77777777" w:rsidR="004713CD" w:rsidRDefault="004713CD">
      <w:pPr>
        <w:pStyle w:val="Small"/>
        <w:spacing w:after="20"/>
      </w:pPr>
    </w:p>
    <w:p w14:paraId="5A5B9F3C" w14:textId="10622C12" w:rsidR="004713CD" w:rsidRDefault="00000000">
      <w:pPr>
        <w:pStyle w:val="Small"/>
      </w:pPr>
      <w:r>
        <w:t xml:space="preserve">Documento originale di supporto alla prevenzione. Non è una pubblicazione ufficiale INAIL e non ne utilizza il marchio. </w:t>
      </w:r>
      <w:r w:rsidR="00DC09BD">
        <w:t>D</w:t>
      </w:r>
      <w:r>
        <w:t xml:space="preserve">a </w:t>
      </w:r>
      <w:proofErr w:type="spellStart"/>
      <w:r>
        <w:t>verificare</w:t>
      </w:r>
      <w:proofErr w:type="spellEnd"/>
      <w:r>
        <w:t xml:space="preserve"> e </w:t>
      </w:r>
      <w:proofErr w:type="spellStart"/>
      <w:r>
        <w:t>revisionare</w:t>
      </w:r>
      <w:proofErr w:type="spellEnd"/>
      <w:r>
        <w:t xml:space="preserve"> professionalmente prima dell’adozione.</w:t>
      </w:r>
    </w:p>
    <w:p w14:paraId="07F8B936" w14:textId="77777777" w:rsidR="004713CD" w:rsidRDefault="00000000">
      <w:r>
        <w:br w:type="page"/>
      </w:r>
    </w:p>
    <w:p w14:paraId="6BE5FC1F" w14:textId="77777777" w:rsidR="004713CD" w:rsidRDefault="00000000">
      <w:pPr>
        <w:pStyle w:val="Kicker"/>
      </w:pPr>
      <w:r>
        <w:rPr>
          <w:b w:val="0"/>
        </w:rPr>
        <w:t>GOVERNO DOCUMENTALE</w:t>
      </w:r>
    </w:p>
    <w:p w14:paraId="7106113E" w14:textId="77777777" w:rsidR="004713CD" w:rsidRDefault="00000000">
      <w:pPr>
        <w:pStyle w:val="Titolo1"/>
      </w:pPr>
      <w:bookmarkStart w:id="1" w:name="CONTROL"/>
      <w:r>
        <w:rPr>
          <w:b w:val="0"/>
        </w:rPr>
        <w:t>Controllo, approvazione e distribuzione</w:t>
      </w:r>
      <w:bookmarkEnd w:id="1"/>
    </w:p>
    <w:tbl>
      <w:tblPr>
        <w:tblW w:w="9638" w:type="dxa"/>
        <w:jc w:val="center"/>
        <w:tblLayout w:type="fixed"/>
        <w:tblLook w:val="04A0" w:firstRow="1" w:lastRow="0" w:firstColumn="1" w:lastColumn="0" w:noHBand="0" w:noVBand="1"/>
      </w:tblPr>
      <w:tblGrid>
        <w:gridCol w:w="2438"/>
        <w:gridCol w:w="7200"/>
      </w:tblGrid>
      <w:tr w:rsidR="004713CD" w14:paraId="1F20BD80"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0D06B97"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6BC4145" w14:textId="77777777" w:rsidR="004713CD" w:rsidRDefault="00000000">
            <w:pPr>
              <w:pStyle w:val="TableText"/>
            </w:pPr>
            <w:r>
              <w:rPr>
                <w:b/>
                <w:color w:val="FFFFFF"/>
                <w:sz w:val="19"/>
              </w:rPr>
              <w:t>Compilazione / evidenza richiesta</w:t>
            </w:r>
          </w:p>
        </w:tc>
      </w:tr>
      <w:tr w:rsidR="004713CD" w14:paraId="569DE4B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6128B47" w14:textId="77777777" w:rsidR="004713CD" w:rsidRDefault="00000000">
            <w:pPr>
              <w:pStyle w:val="TableText"/>
            </w:pPr>
            <w:r>
              <w:rPr>
                <w:sz w:val="19"/>
              </w:rPr>
              <w:t>Codice / titolo breve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075E9F9" w14:textId="77777777" w:rsidR="004713CD" w:rsidRDefault="00000000">
            <w:pPr>
              <w:pStyle w:val="TableText"/>
            </w:pPr>
            <w:r>
              <w:rPr>
                <w:sz w:val="19"/>
              </w:rPr>
              <w:t>PR-RIP-01 — Gestione dei rischi riproduttivi da agenti chimici</w:t>
            </w:r>
          </w:p>
        </w:tc>
      </w:tr>
      <w:tr w:rsidR="004713CD" w14:paraId="6C1B4213"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25C834C" w14:textId="77777777" w:rsidR="004713CD" w:rsidRDefault="00000000">
            <w:pPr>
              <w:pStyle w:val="TableText"/>
            </w:pPr>
            <w:r>
              <w:rPr>
                <w:sz w:val="19"/>
              </w:rPr>
              <w:t>Revisione / modello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225B847" w14:textId="77777777" w:rsidR="004713CD" w:rsidRDefault="00000000">
            <w:pPr>
              <w:pStyle w:val="TableText"/>
            </w:pPr>
            <w:r>
              <w:rPr>
                <w:sz w:val="19"/>
              </w:rPr>
              <w:t>00 / 15.10.2026</w:t>
            </w:r>
          </w:p>
        </w:tc>
      </w:tr>
      <w:tr w:rsidR="004713CD" w14:paraId="5BC5AF5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CC2D247" w14:textId="77777777" w:rsidR="004713CD" w:rsidRDefault="00000000">
            <w:pPr>
              <w:pStyle w:val="TableText"/>
            </w:pPr>
            <w:r>
              <w:rPr>
                <w:sz w:val="19"/>
              </w:rPr>
              <w:t>Campo di applicazione aziendale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909E5E8" w14:textId="77777777" w:rsidR="004713CD" w:rsidRDefault="00000000">
            <w:pPr>
              <w:pStyle w:val="TableText"/>
            </w:pPr>
            <w:r>
              <w:rPr>
                <w:sz w:val="19"/>
              </w:rPr>
              <w:t>[siti, reparti, lavorazioni, imprese esterne comprese]</w:t>
            </w:r>
          </w:p>
        </w:tc>
      </w:tr>
      <w:tr w:rsidR="004713CD" w14:paraId="5F02A93B"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9E4E0C4" w14:textId="77777777" w:rsidR="004713CD" w:rsidRDefault="00000000">
            <w:pPr>
              <w:pStyle w:val="TableText"/>
            </w:pPr>
            <w:r>
              <w:rPr>
                <w:sz w:val="19"/>
              </w:rPr>
              <w:t>Documenti collegati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C8FAD92" w14:textId="77777777" w:rsidR="004713CD" w:rsidRDefault="00000000">
            <w:pPr>
              <w:pStyle w:val="TableText"/>
            </w:pPr>
            <w:r>
              <w:rPr>
                <w:sz w:val="19"/>
              </w:rPr>
              <w:t>DVR rev.___; valutazione chimica/CMR rev.___; piano emergenze rev.___; protocollo sanitario [solo estremi]; istruzioni locali.</w:t>
            </w:r>
          </w:p>
        </w:tc>
      </w:tr>
      <w:tr w:rsidR="004713CD" w14:paraId="4F2A30C8"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4232B8E" w14:textId="77777777" w:rsidR="004713CD" w:rsidRDefault="00000000">
            <w:pPr>
              <w:pStyle w:val="TableText"/>
            </w:pPr>
            <w:r>
              <w:rPr>
                <w:sz w:val="19"/>
              </w:rPr>
              <w:t>Archivio controllato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44AA85F" w14:textId="77777777" w:rsidR="004713CD" w:rsidRDefault="00000000">
            <w:pPr>
              <w:pStyle w:val="TableText"/>
            </w:pPr>
            <w:r>
              <w:rPr>
                <w:sz w:val="19"/>
              </w:rPr>
              <w:t>[percorso, titolare degli aggiornamenti, autorizzazioni di accesso]</w:t>
            </w:r>
          </w:p>
        </w:tc>
      </w:tr>
    </w:tbl>
    <w:p w14:paraId="209E548E"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268"/>
        <w:gridCol w:w="4819"/>
        <w:gridCol w:w="2551"/>
      </w:tblGrid>
      <w:tr w:rsidR="004713CD" w14:paraId="231A310E" w14:textId="77777777">
        <w:trPr>
          <w:cantSplit/>
          <w:tblHeader/>
          <w:jc w:val="center"/>
        </w:trPr>
        <w:tc>
          <w:tcPr>
            <w:tcW w:w="226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51E94A3" w14:textId="77777777" w:rsidR="004713CD" w:rsidRDefault="00000000">
            <w:pPr>
              <w:pStyle w:val="TableText"/>
            </w:pPr>
            <w:r>
              <w:rPr>
                <w:b/>
                <w:color w:val="FFFFFF"/>
              </w:rPr>
              <w:t>Attività</w:t>
            </w:r>
          </w:p>
        </w:tc>
        <w:tc>
          <w:tcPr>
            <w:tcW w:w="4819"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139353D" w14:textId="77777777" w:rsidR="004713CD" w:rsidRDefault="00000000">
            <w:pPr>
              <w:pStyle w:val="TableText"/>
            </w:pPr>
            <w:r>
              <w:rPr>
                <w:b/>
                <w:color w:val="FFFFFF"/>
              </w:rPr>
              <w:t>Soggetto / ruolo</w:t>
            </w:r>
          </w:p>
        </w:tc>
        <w:tc>
          <w:tcPr>
            <w:tcW w:w="255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ABC4118" w14:textId="77777777" w:rsidR="004713CD" w:rsidRDefault="00000000">
            <w:pPr>
              <w:pStyle w:val="TableText"/>
            </w:pPr>
            <w:r>
              <w:rPr>
                <w:b/>
                <w:color w:val="FFFFFF"/>
              </w:rPr>
              <w:t>Firma e data</w:t>
            </w:r>
          </w:p>
        </w:tc>
      </w:tr>
      <w:tr w:rsidR="004713CD" w14:paraId="7FAE39C9" w14:textId="77777777">
        <w:trPr>
          <w:cantSplit/>
          <w:jc w:val="center"/>
        </w:trPr>
        <w:tc>
          <w:tcPr>
            <w:tcW w:w="226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ED898F6" w14:textId="77777777" w:rsidR="004713CD" w:rsidRDefault="00000000">
            <w:pPr>
              <w:pStyle w:val="TableText"/>
            </w:pPr>
            <w:r>
              <w:t>Elaborazione tecnica</w:t>
            </w:r>
          </w:p>
        </w:tc>
        <w:tc>
          <w:tcPr>
            <w:tcW w:w="481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670FC06" w14:textId="77777777" w:rsidR="004713CD" w:rsidRDefault="00000000">
            <w:pPr>
              <w:pStyle w:val="TableText"/>
            </w:pPr>
            <w:r>
              <w:t>[RSPP / incaricato tecnico]</w:t>
            </w:r>
          </w:p>
        </w:tc>
        <w:tc>
          <w:tcPr>
            <w:tcW w:w="255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7811FD1" w14:textId="77777777" w:rsidR="004713CD" w:rsidRDefault="00000000">
            <w:pPr>
              <w:pStyle w:val="TableText"/>
            </w:pPr>
            <w:r>
              <w:t>________________</w:t>
            </w:r>
          </w:p>
        </w:tc>
      </w:tr>
      <w:tr w:rsidR="004713CD" w14:paraId="46E138B9" w14:textId="77777777">
        <w:trPr>
          <w:cantSplit/>
          <w:jc w:val="center"/>
        </w:trPr>
        <w:tc>
          <w:tcPr>
            <w:tcW w:w="226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9EBE24F" w14:textId="77777777" w:rsidR="004713CD" w:rsidRDefault="00000000">
            <w:pPr>
              <w:pStyle w:val="TableText"/>
            </w:pPr>
            <w:r>
              <w:t>Collaborazione sanitaria</w:t>
            </w:r>
          </w:p>
        </w:tc>
        <w:tc>
          <w:tcPr>
            <w:tcW w:w="481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955C824" w14:textId="77777777" w:rsidR="004713CD" w:rsidRDefault="00000000">
            <w:pPr>
              <w:pStyle w:val="TableText"/>
            </w:pPr>
            <w:r>
              <w:t>[medico competente, per gli aspetti di competenza]</w:t>
            </w:r>
          </w:p>
        </w:tc>
        <w:tc>
          <w:tcPr>
            <w:tcW w:w="255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AEBE5F1" w14:textId="77777777" w:rsidR="004713CD" w:rsidRDefault="00000000">
            <w:pPr>
              <w:pStyle w:val="TableText"/>
            </w:pPr>
            <w:r>
              <w:t>________________</w:t>
            </w:r>
          </w:p>
        </w:tc>
      </w:tr>
      <w:tr w:rsidR="004713CD" w14:paraId="5C2A3AFB" w14:textId="77777777">
        <w:trPr>
          <w:cantSplit/>
          <w:jc w:val="center"/>
        </w:trPr>
        <w:tc>
          <w:tcPr>
            <w:tcW w:w="226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949F9E2" w14:textId="77777777" w:rsidR="004713CD" w:rsidRDefault="00000000">
            <w:pPr>
              <w:pStyle w:val="TableText"/>
            </w:pPr>
            <w:r>
              <w:t>Consultazione</w:t>
            </w:r>
          </w:p>
        </w:tc>
        <w:tc>
          <w:tcPr>
            <w:tcW w:w="481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604236D" w14:textId="77777777" w:rsidR="004713CD" w:rsidRDefault="00000000">
            <w:pPr>
              <w:pStyle w:val="TableText"/>
            </w:pPr>
            <w:r>
              <w:t>[RLS / RLST; estremi del verbale]</w:t>
            </w:r>
          </w:p>
        </w:tc>
        <w:tc>
          <w:tcPr>
            <w:tcW w:w="255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7CFDBA5" w14:textId="77777777" w:rsidR="004713CD" w:rsidRDefault="00000000">
            <w:pPr>
              <w:pStyle w:val="TableText"/>
            </w:pPr>
            <w:r>
              <w:t>________________</w:t>
            </w:r>
          </w:p>
        </w:tc>
      </w:tr>
      <w:tr w:rsidR="004713CD" w14:paraId="2CA8E82B" w14:textId="77777777">
        <w:trPr>
          <w:cantSplit/>
          <w:jc w:val="center"/>
        </w:trPr>
        <w:tc>
          <w:tcPr>
            <w:tcW w:w="226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B259A8E" w14:textId="77777777" w:rsidR="004713CD" w:rsidRDefault="00000000">
            <w:pPr>
              <w:pStyle w:val="TableText"/>
            </w:pPr>
            <w:r>
              <w:t>Approvazione e risorse</w:t>
            </w:r>
          </w:p>
        </w:tc>
        <w:tc>
          <w:tcPr>
            <w:tcW w:w="481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CA71E97" w14:textId="77777777" w:rsidR="004713CD" w:rsidRDefault="00000000">
            <w:pPr>
              <w:pStyle w:val="TableText"/>
            </w:pPr>
            <w:r>
              <w:t>[datore di lavoro]</w:t>
            </w:r>
          </w:p>
        </w:tc>
        <w:tc>
          <w:tcPr>
            <w:tcW w:w="255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24D5B00" w14:textId="77777777" w:rsidR="004713CD" w:rsidRDefault="00000000">
            <w:pPr>
              <w:pStyle w:val="TableText"/>
            </w:pPr>
            <w:r>
              <w:t>________________</w:t>
            </w:r>
          </w:p>
        </w:tc>
      </w:tr>
      <w:tr w:rsidR="004713CD" w14:paraId="7EA154E7" w14:textId="77777777">
        <w:trPr>
          <w:cantSplit/>
          <w:jc w:val="center"/>
        </w:trPr>
        <w:tc>
          <w:tcPr>
            <w:tcW w:w="226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6DF72F0" w14:textId="77777777" w:rsidR="004713CD" w:rsidRDefault="00000000">
            <w:pPr>
              <w:pStyle w:val="TableText"/>
            </w:pPr>
            <w:r>
              <w:t>Attuazione di reparto</w:t>
            </w:r>
          </w:p>
        </w:tc>
        <w:tc>
          <w:tcPr>
            <w:tcW w:w="481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5495FAB" w14:textId="77777777" w:rsidR="004713CD" w:rsidRDefault="00000000">
            <w:pPr>
              <w:pStyle w:val="TableText"/>
            </w:pPr>
            <w:r>
              <w:t>[dirigenti / responsabili / preposti individuati]</w:t>
            </w:r>
          </w:p>
        </w:tc>
        <w:tc>
          <w:tcPr>
            <w:tcW w:w="255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AE7EDFA" w14:textId="77777777" w:rsidR="004713CD" w:rsidRDefault="00000000">
            <w:pPr>
              <w:pStyle w:val="TableText"/>
            </w:pPr>
            <w:r>
              <w:t>________________</w:t>
            </w:r>
          </w:p>
        </w:tc>
      </w:tr>
    </w:tbl>
    <w:p w14:paraId="0E430DE5" w14:textId="77777777" w:rsidR="004713CD" w:rsidRDefault="004713CD">
      <w:pPr>
        <w:pStyle w:val="Small"/>
        <w:spacing w:after="20"/>
      </w:pPr>
    </w:p>
    <w:p w14:paraId="3D78B3ED" w14:textId="77777777" w:rsidR="004713CD" w:rsidRDefault="00000000">
      <w:pPr>
        <w:pStyle w:val="Small"/>
      </w:pPr>
      <w:r>
        <w:t>Le firme attestano le rispettive attività e non trasferiscono gli obblighi di legge. Il RLS è consultato: non assume la responsabilità dell’approvazione del DVR.</w:t>
      </w:r>
    </w:p>
    <w:p w14:paraId="5A9B6B9B" w14:textId="77777777" w:rsidR="004713CD" w:rsidRDefault="00000000">
      <w:pPr>
        <w:pStyle w:val="Titolo2"/>
      </w:pPr>
      <w:r>
        <w:rPr>
          <w:b w:val="0"/>
        </w:rPr>
        <w:t>Cronologia delle revisioni</w:t>
      </w:r>
    </w:p>
    <w:tbl>
      <w:tblPr>
        <w:tblW w:w="9638" w:type="dxa"/>
        <w:jc w:val="center"/>
        <w:tblLayout w:type="fixed"/>
        <w:tblLook w:val="04A0" w:firstRow="1" w:lastRow="0" w:firstColumn="1" w:lastColumn="0" w:noHBand="0" w:noVBand="1"/>
      </w:tblPr>
      <w:tblGrid>
        <w:gridCol w:w="680"/>
        <w:gridCol w:w="1417"/>
        <w:gridCol w:w="5727"/>
        <w:gridCol w:w="1814"/>
      </w:tblGrid>
      <w:tr w:rsidR="004713CD" w14:paraId="1405E9DE" w14:textId="77777777">
        <w:trPr>
          <w:cantSplit/>
          <w:tblHeader/>
          <w:jc w:val="center"/>
        </w:trPr>
        <w:tc>
          <w:tcPr>
            <w:tcW w:w="68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77BF15A" w14:textId="77777777" w:rsidR="004713CD" w:rsidRDefault="00000000">
            <w:pPr>
              <w:pStyle w:val="TableText"/>
            </w:pPr>
            <w:r>
              <w:rPr>
                <w:b/>
                <w:color w:val="FFFFFF"/>
              </w:rPr>
              <w:t>Rev.</w:t>
            </w:r>
          </w:p>
        </w:tc>
        <w:tc>
          <w:tcPr>
            <w:tcW w:w="141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8E6CD96" w14:textId="77777777" w:rsidR="004713CD" w:rsidRDefault="00000000">
            <w:pPr>
              <w:pStyle w:val="TableText"/>
            </w:pPr>
            <w:r>
              <w:rPr>
                <w:b/>
                <w:color w:val="FFFFFF"/>
              </w:rPr>
              <w:t>Data</w:t>
            </w:r>
          </w:p>
        </w:tc>
        <w:tc>
          <w:tcPr>
            <w:tcW w:w="572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9699656" w14:textId="77777777" w:rsidR="004713CD" w:rsidRDefault="00000000">
            <w:pPr>
              <w:pStyle w:val="TableText"/>
            </w:pPr>
            <w:r>
              <w:rPr>
                <w:b/>
                <w:color w:val="FFFFFF"/>
              </w:rPr>
              <w:t>Modifica / motivo</w:t>
            </w:r>
          </w:p>
        </w:tc>
        <w:tc>
          <w:tcPr>
            <w:tcW w:w="181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2B9267B" w14:textId="77777777" w:rsidR="004713CD" w:rsidRDefault="00000000">
            <w:pPr>
              <w:pStyle w:val="TableText"/>
            </w:pPr>
            <w:r>
              <w:rPr>
                <w:b/>
                <w:color w:val="FFFFFF"/>
              </w:rPr>
              <w:t>Approvazione</w:t>
            </w:r>
          </w:p>
        </w:tc>
      </w:tr>
      <w:tr w:rsidR="004713CD" w14:paraId="1B0DA113" w14:textId="77777777">
        <w:trPr>
          <w:cantSplit/>
          <w:jc w:val="center"/>
        </w:trPr>
        <w:tc>
          <w:tcPr>
            <w:tcW w:w="68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E9B16F" w14:textId="77777777" w:rsidR="004713CD" w:rsidRDefault="00000000">
            <w:pPr>
              <w:pStyle w:val="TableText"/>
            </w:pPr>
            <w:r>
              <w:t>00</w:t>
            </w:r>
          </w:p>
        </w:tc>
        <w:tc>
          <w:tcPr>
            <w:tcW w:w="141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D48BA41" w14:textId="77777777" w:rsidR="004713CD" w:rsidRDefault="00000000">
            <w:pPr>
              <w:pStyle w:val="TableText"/>
            </w:pPr>
            <w:r>
              <w:t>[data aziendale]</w:t>
            </w:r>
          </w:p>
        </w:tc>
        <w:tc>
          <w:tcPr>
            <w:tcW w:w="572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A1E1BAB" w14:textId="77777777" w:rsidR="004713CD" w:rsidRDefault="00000000">
            <w:pPr>
              <w:pStyle w:val="TableText"/>
            </w:pPr>
            <w:r>
              <w:t>Prima emissione aziendale del modello adattato</w:t>
            </w:r>
          </w:p>
        </w:tc>
        <w:tc>
          <w:tcPr>
            <w:tcW w:w="181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018309B" w14:textId="77777777" w:rsidR="004713CD" w:rsidRDefault="00000000">
            <w:pPr>
              <w:pStyle w:val="TableText"/>
            </w:pPr>
            <w:r>
              <w:t>[DL]</w:t>
            </w:r>
          </w:p>
        </w:tc>
      </w:tr>
      <w:tr w:rsidR="004713CD" w14:paraId="66367FF6" w14:textId="77777777">
        <w:trPr>
          <w:cantSplit/>
          <w:jc w:val="center"/>
        </w:trPr>
        <w:tc>
          <w:tcPr>
            <w:tcW w:w="68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4E9058E" w14:textId="77777777" w:rsidR="004713CD" w:rsidRDefault="00000000">
            <w:pPr>
              <w:pStyle w:val="TableText"/>
            </w:pPr>
            <w:r>
              <w:t>___</w:t>
            </w:r>
          </w:p>
        </w:tc>
        <w:tc>
          <w:tcPr>
            <w:tcW w:w="141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870682" w14:textId="77777777" w:rsidR="004713CD" w:rsidRDefault="00000000">
            <w:pPr>
              <w:pStyle w:val="TableText"/>
            </w:pPr>
            <w:r>
              <w:t>________</w:t>
            </w:r>
          </w:p>
        </w:tc>
        <w:tc>
          <w:tcPr>
            <w:tcW w:w="572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9116EB0" w14:textId="77777777" w:rsidR="004713CD" w:rsidRDefault="00000000">
            <w:pPr>
              <w:pStyle w:val="TableText"/>
            </w:pPr>
            <w:r>
              <w:t>________________________________</w:t>
            </w:r>
          </w:p>
        </w:tc>
        <w:tc>
          <w:tcPr>
            <w:tcW w:w="181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CD01806" w14:textId="77777777" w:rsidR="004713CD" w:rsidRDefault="00000000">
            <w:pPr>
              <w:pStyle w:val="TableText"/>
            </w:pPr>
            <w:r>
              <w:t>________</w:t>
            </w:r>
          </w:p>
        </w:tc>
      </w:tr>
    </w:tbl>
    <w:p w14:paraId="53D7DBC7" w14:textId="77777777" w:rsidR="004713CD" w:rsidRDefault="004713CD">
      <w:pPr>
        <w:pStyle w:val="Small"/>
        <w:spacing w:after="20"/>
      </w:pPr>
    </w:p>
    <w:p w14:paraId="1B175236" w14:textId="77777777" w:rsidR="004713CD" w:rsidRDefault="00000000">
      <w:pPr>
        <w:pStyle w:val="Titolo2"/>
      </w:pPr>
      <w:r>
        <w:rPr>
          <w:b w:val="0"/>
        </w:rPr>
        <w:t>Distribuzione</w:t>
      </w:r>
    </w:p>
    <w:p w14:paraId="68B9B130" w14:textId="77777777" w:rsidR="004713CD" w:rsidRDefault="00000000">
      <w:r>
        <w:t>Il responsabile documentale rende disponibile la versione vigente a datore di lavoro, RSPP, medico competente e funzioni interessate; fornisce al RLS quanto previsto dalle sue attribuzioni. Ai lavoratori sono consegnate le istruzioni pertinenti e l’informativa A18. Le copie obsolete sono ritirate dall’uso e conservate come versioni superate quando necessario per la tracciabilità.</w:t>
      </w:r>
    </w:p>
    <w:tbl>
      <w:tblPr>
        <w:tblW w:w="9638" w:type="dxa"/>
        <w:jc w:val="center"/>
        <w:tblLayout w:type="fixed"/>
        <w:tblLook w:val="04A0" w:firstRow="1" w:lastRow="0" w:firstColumn="1" w:lastColumn="0" w:noHBand="0" w:noVBand="1"/>
      </w:tblPr>
      <w:tblGrid>
        <w:gridCol w:w="9638"/>
      </w:tblGrid>
      <w:tr w:rsidR="004713CD" w14:paraId="50AA71B7"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6CF7AE5" w14:textId="77777777" w:rsidR="004713CD" w:rsidRDefault="00000000">
            <w:pPr>
              <w:pStyle w:val="TableText"/>
            </w:pPr>
            <w:r>
              <w:rPr>
                <w:b/>
                <w:color w:val="FFFFFF"/>
                <w:sz w:val="20"/>
              </w:rPr>
              <w:t>CONDIZIONE DI ENTRATA IN VIGORE</w:t>
            </w:r>
          </w:p>
        </w:tc>
      </w:tr>
      <w:tr w:rsidR="004713CD" w14:paraId="6F6F2AAA"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5D9611B" w14:textId="77777777" w:rsidR="004713CD" w:rsidRDefault="00000000">
            <w:pPr>
              <w:pStyle w:val="TableText"/>
            </w:pPr>
            <w:r>
              <w:rPr>
                <w:sz w:val="20"/>
              </w:rPr>
              <w:t>Completare almeno A01–A05 per le attività interessate, le misure prioritarie A07, le istruzioni A08 e i riferimenti di emergenza; definire sorveglianza sanitaria e adempimenti applicabili. Le carenze critiche impediscono l’avvio o la prosecuzione dello scenario interessato.</w:t>
            </w:r>
          </w:p>
        </w:tc>
      </w:tr>
    </w:tbl>
    <w:p w14:paraId="16C49E24" w14:textId="77777777" w:rsidR="004713CD" w:rsidRDefault="004713CD">
      <w:pPr>
        <w:pStyle w:val="Small"/>
        <w:spacing w:after="20"/>
      </w:pPr>
    </w:p>
    <w:p w14:paraId="0FF39197" w14:textId="77777777" w:rsidR="004713CD" w:rsidRDefault="00000000">
      <w:r>
        <w:br w:type="page"/>
      </w:r>
    </w:p>
    <w:p w14:paraId="0E24FE6A" w14:textId="77777777" w:rsidR="004713CD" w:rsidRDefault="00000000">
      <w:pPr>
        <w:pStyle w:val="Kicker"/>
      </w:pPr>
      <w:r>
        <w:rPr>
          <w:b w:val="0"/>
        </w:rPr>
        <w:t>NAVIGAZIONE DEL DOCUMENTO</w:t>
      </w:r>
    </w:p>
    <w:p w14:paraId="3C40D098" w14:textId="77777777" w:rsidR="004713CD" w:rsidRDefault="00000000">
      <w:pPr>
        <w:pStyle w:val="Titolo1"/>
      </w:pPr>
      <w:bookmarkStart w:id="2" w:name="INDEX"/>
      <w:r>
        <w:rPr>
          <w:b w:val="0"/>
        </w:rPr>
        <w:t>Indice della procedura</w:t>
      </w:r>
      <w:bookmarkEnd w:id="2"/>
    </w:p>
    <w:p w14:paraId="1D8F37E1" w14:textId="77777777" w:rsidR="004713CD" w:rsidRDefault="00000000">
      <w:pPr>
        <w:tabs>
          <w:tab w:val="right" w:leader="dot" w:pos="9581"/>
        </w:tabs>
        <w:spacing w:line="240" w:lineRule="auto"/>
      </w:pPr>
      <w:hyperlink w:anchor="CONTROL">
        <w:r>
          <w:rPr>
            <w:color w:val="17364A"/>
          </w:rPr>
          <w:t>Controllo, approvazione e distribuzione</w:t>
        </w:r>
      </w:hyperlink>
      <w:r>
        <w:tab/>
        <w:t>2</w:t>
      </w:r>
    </w:p>
    <w:p w14:paraId="1A5F725B" w14:textId="77777777" w:rsidR="004713CD" w:rsidRDefault="00000000">
      <w:pPr>
        <w:tabs>
          <w:tab w:val="right" w:leader="dot" w:pos="9581"/>
        </w:tabs>
        <w:spacing w:line="240" w:lineRule="auto"/>
      </w:pPr>
      <w:hyperlink w:anchor="P01">
        <w:r>
          <w:rPr>
            <w:color w:val="17364A"/>
          </w:rPr>
          <w:t>01 · Scopo, applicazione e criteri di lettura</w:t>
        </w:r>
      </w:hyperlink>
      <w:r>
        <w:tab/>
        <w:t>5</w:t>
      </w:r>
    </w:p>
    <w:p w14:paraId="5AB2C8B3" w14:textId="77777777" w:rsidR="004713CD" w:rsidRDefault="00000000">
      <w:pPr>
        <w:tabs>
          <w:tab w:val="right" w:leader="dot" w:pos="9581"/>
        </w:tabs>
        <w:spacing w:line="240" w:lineRule="auto"/>
      </w:pPr>
      <w:hyperlink w:anchor="P02">
        <w:r>
          <w:rPr>
            <w:color w:val="17364A"/>
          </w:rPr>
          <w:t>02 · Comprendere il rischio riproduttivo</w:t>
        </w:r>
      </w:hyperlink>
      <w:r>
        <w:tab/>
        <w:t>6</w:t>
      </w:r>
    </w:p>
    <w:p w14:paraId="17CA6B59" w14:textId="77777777" w:rsidR="004713CD" w:rsidRDefault="00000000">
      <w:pPr>
        <w:tabs>
          <w:tab w:val="right" w:leader="dot" w:pos="9581"/>
        </w:tabs>
        <w:spacing w:line="240" w:lineRule="auto"/>
      </w:pPr>
      <w:hyperlink w:anchor="P03">
        <w:r>
          <w:rPr>
            <w:color w:val="17364A"/>
          </w:rPr>
          <w:t>03 · Identificare pericoli e campo normativo</w:t>
        </w:r>
      </w:hyperlink>
      <w:r>
        <w:tab/>
        <w:t>7</w:t>
      </w:r>
    </w:p>
    <w:p w14:paraId="4B84F386" w14:textId="77777777" w:rsidR="004713CD" w:rsidRDefault="00000000">
      <w:pPr>
        <w:tabs>
          <w:tab w:val="right" w:leader="dot" w:pos="9581"/>
        </w:tabs>
        <w:spacing w:line="240" w:lineRule="auto"/>
      </w:pPr>
      <w:hyperlink w:anchor="P04">
        <w:r>
          <w:rPr>
            <w:color w:val="17364A"/>
          </w:rPr>
          <w:t>04 · Responsabilità e coordinamento</w:t>
        </w:r>
      </w:hyperlink>
      <w:r>
        <w:tab/>
        <w:t>8</w:t>
      </w:r>
    </w:p>
    <w:p w14:paraId="467F2C61" w14:textId="77777777" w:rsidR="004713CD" w:rsidRDefault="00000000">
      <w:pPr>
        <w:tabs>
          <w:tab w:val="right" w:leader="dot" w:pos="9581"/>
        </w:tabs>
        <w:spacing w:line="240" w:lineRule="auto"/>
      </w:pPr>
      <w:hyperlink w:anchor="P05">
        <w:r>
          <w:rPr>
            <w:color w:val="17364A"/>
          </w:rPr>
          <w:t>05 · Acquisto, inventario e verifica SDS</w:t>
        </w:r>
      </w:hyperlink>
      <w:r>
        <w:tab/>
        <w:t>9</w:t>
      </w:r>
    </w:p>
    <w:p w14:paraId="17D650C5" w14:textId="77777777" w:rsidR="004713CD" w:rsidRDefault="00000000">
      <w:pPr>
        <w:tabs>
          <w:tab w:val="right" w:leader="dot" w:pos="9581"/>
        </w:tabs>
        <w:spacing w:line="240" w:lineRule="auto"/>
      </w:pPr>
      <w:hyperlink w:anchor="P06">
        <w:r>
          <w:rPr>
            <w:color w:val="17364A"/>
          </w:rPr>
          <w:t>06 · Valutare mansioni e scenari di esposizione</w:t>
        </w:r>
      </w:hyperlink>
      <w:r>
        <w:tab/>
        <w:t>10</w:t>
      </w:r>
    </w:p>
    <w:p w14:paraId="13E54CA4" w14:textId="77777777" w:rsidR="004713CD" w:rsidRDefault="00000000">
      <w:pPr>
        <w:tabs>
          <w:tab w:val="right" w:leader="dot" w:pos="9581"/>
        </w:tabs>
        <w:spacing w:line="240" w:lineRule="auto"/>
      </w:pPr>
      <w:hyperlink w:anchor="P07">
        <w:r>
          <w:rPr>
            <w:color w:val="17364A"/>
          </w:rPr>
          <w:t>07 · Decidere le condizioni di impiego</w:t>
        </w:r>
      </w:hyperlink>
      <w:r>
        <w:tab/>
        <w:t>11</w:t>
      </w:r>
    </w:p>
    <w:p w14:paraId="5EB9F675" w14:textId="77777777" w:rsidR="004713CD" w:rsidRDefault="00000000">
      <w:pPr>
        <w:tabs>
          <w:tab w:val="right" w:leader="dot" w:pos="9581"/>
        </w:tabs>
        <w:spacing w:line="240" w:lineRule="auto"/>
      </w:pPr>
      <w:hyperlink w:anchor="P08">
        <w:r>
          <w:rPr>
            <w:color w:val="17364A"/>
          </w:rPr>
          <w:t>08 · Progettare e mantenere i controlli tecnici</w:t>
        </w:r>
      </w:hyperlink>
      <w:r>
        <w:tab/>
        <w:t>12</w:t>
      </w:r>
    </w:p>
    <w:p w14:paraId="1F30E044" w14:textId="77777777" w:rsidR="004713CD" w:rsidRDefault="00000000">
      <w:pPr>
        <w:tabs>
          <w:tab w:val="right" w:leader="dot" w:pos="9581"/>
        </w:tabs>
        <w:spacing w:line="240" w:lineRule="auto"/>
      </w:pPr>
      <w:hyperlink w:anchor="P09">
        <w:r>
          <w:rPr>
            <w:color w:val="17364A"/>
          </w:rPr>
          <w:t>09 · Lavorare in sicurezza: prima, durante e dopo</w:t>
        </w:r>
      </w:hyperlink>
      <w:r>
        <w:tab/>
        <w:t>13</w:t>
      </w:r>
    </w:p>
    <w:p w14:paraId="31184A8D" w14:textId="77777777" w:rsidR="004713CD" w:rsidRDefault="00000000">
      <w:pPr>
        <w:tabs>
          <w:tab w:val="right" w:leader="dot" w:pos="9581"/>
        </w:tabs>
        <w:spacing w:line="240" w:lineRule="auto"/>
      </w:pPr>
      <w:hyperlink w:anchor="P10">
        <w:r>
          <w:rPr>
            <w:color w:val="17364A"/>
          </w:rPr>
          <w:t>10 · Selezione e impiego dei DPI</w:t>
        </w:r>
      </w:hyperlink>
      <w:r>
        <w:tab/>
        <w:t>14</w:t>
      </w:r>
    </w:p>
    <w:p w14:paraId="0BF0BF65" w14:textId="77777777" w:rsidR="004713CD" w:rsidRDefault="00000000">
      <w:pPr>
        <w:tabs>
          <w:tab w:val="right" w:leader="dot" w:pos="9581"/>
        </w:tabs>
        <w:spacing w:line="240" w:lineRule="auto"/>
      </w:pPr>
      <w:hyperlink w:anchor="P11">
        <w:r>
          <w:rPr>
            <w:color w:val="17364A"/>
          </w:rPr>
          <w:t>11 · Misurazioni e verifica dell’esposizione</w:t>
        </w:r>
      </w:hyperlink>
      <w:r>
        <w:tab/>
        <w:t>15</w:t>
      </w:r>
    </w:p>
    <w:p w14:paraId="2DEB33B3" w14:textId="77777777" w:rsidR="004713CD" w:rsidRDefault="00000000">
      <w:pPr>
        <w:tabs>
          <w:tab w:val="right" w:leader="dot" w:pos="9581"/>
        </w:tabs>
        <w:spacing w:line="240" w:lineRule="auto"/>
      </w:pPr>
      <w:hyperlink w:anchor="P12">
        <w:r>
          <w:rPr>
            <w:color w:val="17364A"/>
          </w:rPr>
          <w:t>12 · Sorveglianza sanitaria e tutela individuale</w:t>
        </w:r>
      </w:hyperlink>
      <w:r>
        <w:tab/>
        <w:t>16</w:t>
      </w:r>
    </w:p>
    <w:p w14:paraId="332B21BC" w14:textId="77777777" w:rsidR="004713CD" w:rsidRDefault="00000000">
      <w:pPr>
        <w:tabs>
          <w:tab w:val="right" w:leader="dot" w:pos="9581"/>
        </w:tabs>
        <w:spacing w:line="240" w:lineRule="auto"/>
      </w:pPr>
      <w:hyperlink w:anchor="P13">
        <w:r>
          <w:rPr>
            <w:color w:val="17364A"/>
          </w:rPr>
          <w:t xml:space="preserve">13 · </w:t>
        </w:r>
        <w:proofErr w:type="spellStart"/>
        <w:r>
          <w:rPr>
            <w:color w:val="17364A"/>
          </w:rPr>
          <w:t>Preconcezione</w:t>
        </w:r>
        <w:proofErr w:type="spellEnd"/>
        <w:r>
          <w:rPr>
            <w:color w:val="17364A"/>
          </w:rPr>
          <w:t>, maternità e riservatezza</w:t>
        </w:r>
      </w:hyperlink>
      <w:r>
        <w:tab/>
        <w:t>17</w:t>
      </w:r>
    </w:p>
    <w:p w14:paraId="18B9FC9F" w14:textId="77777777" w:rsidR="004713CD" w:rsidRDefault="00000000">
      <w:pPr>
        <w:tabs>
          <w:tab w:val="right" w:leader="dot" w:pos="9581"/>
        </w:tabs>
        <w:spacing w:line="240" w:lineRule="auto"/>
      </w:pPr>
      <w:hyperlink w:anchor="P14">
        <w:r>
          <w:rPr>
            <w:color w:val="17364A"/>
          </w:rPr>
          <w:t>14 · Informazione, formazione e addestramento</w:t>
        </w:r>
      </w:hyperlink>
      <w:r>
        <w:tab/>
        <w:t>18</w:t>
      </w:r>
    </w:p>
    <w:p w14:paraId="321D12A4" w14:textId="77777777" w:rsidR="004713CD" w:rsidRDefault="00000000">
      <w:pPr>
        <w:tabs>
          <w:tab w:val="right" w:leader="dot" w:pos="9581"/>
        </w:tabs>
        <w:spacing w:line="240" w:lineRule="auto"/>
      </w:pPr>
      <w:hyperlink w:anchor="P15">
        <w:r>
          <w:rPr>
            <w:color w:val="17364A"/>
          </w:rPr>
          <w:t>15 · Appalti, manutenzioni e attività non ordinarie</w:t>
        </w:r>
      </w:hyperlink>
      <w:r>
        <w:tab/>
        <w:t>19</w:t>
      </w:r>
    </w:p>
    <w:p w14:paraId="2060DDDE" w14:textId="77777777" w:rsidR="004713CD" w:rsidRDefault="00000000">
      <w:pPr>
        <w:tabs>
          <w:tab w:val="right" w:leader="dot" w:pos="9581"/>
        </w:tabs>
        <w:spacing w:line="240" w:lineRule="auto"/>
      </w:pPr>
      <w:hyperlink w:anchor="P16">
        <w:r>
          <w:rPr>
            <w:color w:val="17364A"/>
          </w:rPr>
          <w:t>16 · Anomalie, esposizione accidentale e riavvio</w:t>
        </w:r>
      </w:hyperlink>
      <w:r>
        <w:tab/>
        <w:t>20</w:t>
      </w:r>
    </w:p>
    <w:p w14:paraId="3F2C61A5" w14:textId="77777777" w:rsidR="004713CD" w:rsidRDefault="00000000">
      <w:pPr>
        <w:tabs>
          <w:tab w:val="right" w:leader="dot" w:pos="9581"/>
        </w:tabs>
        <w:spacing w:line="240" w:lineRule="auto"/>
      </w:pPr>
      <w:hyperlink w:anchor="P17">
        <w:r>
          <w:rPr>
            <w:color w:val="17364A"/>
          </w:rPr>
          <w:t>17 · Registro degli esposti e tracciabilità</w:t>
        </w:r>
      </w:hyperlink>
      <w:r>
        <w:tab/>
        <w:t>21</w:t>
      </w:r>
    </w:p>
    <w:p w14:paraId="24AAC22C" w14:textId="77777777" w:rsidR="004713CD" w:rsidRDefault="00000000">
      <w:pPr>
        <w:tabs>
          <w:tab w:val="right" w:leader="dot" w:pos="9581"/>
        </w:tabs>
        <w:spacing w:line="240" w:lineRule="auto"/>
      </w:pPr>
      <w:hyperlink w:anchor="P18">
        <w:r>
          <w:rPr>
            <w:color w:val="17364A"/>
          </w:rPr>
          <w:t>18 · Audit, cambiamenti e miglioramento</w:t>
        </w:r>
      </w:hyperlink>
      <w:r>
        <w:tab/>
        <w:t>22</w:t>
      </w:r>
    </w:p>
    <w:p w14:paraId="45E7D38C" w14:textId="77777777" w:rsidR="004713CD" w:rsidRDefault="00000000">
      <w:pPr>
        <w:tabs>
          <w:tab w:val="right" w:leader="dot" w:pos="9581"/>
        </w:tabs>
        <w:spacing w:line="240" w:lineRule="auto"/>
      </w:pPr>
      <w:hyperlink w:anchor="P19">
        <w:r>
          <w:rPr>
            <w:color w:val="17364A"/>
          </w:rPr>
          <w:t>19 · Adozione e verifica di completezza</w:t>
        </w:r>
      </w:hyperlink>
      <w:r>
        <w:tab/>
        <w:t>23</w:t>
      </w:r>
    </w:p>
    <w:p w14:paraId="69AB7939" w14:textId="77777777" w:rsidR="004713CD" w:rsidRDefault="00000000">
      <w:pPr>
        <w:tabs>
          <w:tab w:val="right" w:leader="dot" w:pos="9581"/>
        </w:tabs>
        <w:spacing w:line="240" w:lineRule="auto"/>
      </w:pPr>
      <w:hyperlink w:anchor="SOURCES1">
        <w:r>
          <w:rPr>
            <w:color w:val="17364A"/>
          </w:rPr>
          <w:t>Registro delle fonti e collegamenti istituzionali</w:t>
        </w:r>
      </w:hyperlink>
      <w:r>
        <w:tab/>
        <w:t>53</w:t>
      </w:r>
    </w:p>
    <w:p w14:paraId="725677F7" w14:textId="77777777" w:rsidR="004713CD" w:rsidRDefault="00000000">
      <w:pPr>
        <w:pStyle w:val="Titolo2"/>
      </w:pPr>
      <w:r>
        <w:rPr>
          <w:b w:val="0"/>
        </w:rPr>
        <w:t>Abbreviazioni utilizzate</w:t>
      </w:r>
    </w:p>
    <w:tbl>
      <w:tblPr>
        <w:tblW w:w="9638" w:type="dxa"/>
        <w:jc w:val="center"/>
        <w:tblLayout w:type="fixed"/>
        <w:tblLook w:val="04A0" w:firstRow="1" w:lastRow="0" w:firstColumn="1" w:lastColumn="0" w:noHBand="0" w:noVBand="1"/>
      </w:tblPr>
      <w:tblGrid>
        <w:gridCol w:w="1928"/>
        <w:gridCol w:w="7710"/>
      </w:tblGrid>
      <w:tr w:rsidR="004713CD" w14:paraId="213D8DBC" w14:textId="77777777">
        <w:trPr>
          <w:cantSplit/>
          <w:tblHeader/>
          <w:jc w:val="center"/>
        </w:trPr>
        <w:tc>
          <w:tcPr>
            <w:tcW w:w="192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A452D06" w14:textId="77777777" w:rsidR="004713CD" w:rsidRDefault="00000000">
            <w:pPr>
              <w:pStyle w:val="TableText"/>
            </w:pPr>
            <w:r>
              <w:rPr>
                <w:b/>
                <w:color w:val="FFFFFF"/>
              </w:rPr>
              <w:t>Sigla</w:t>
            </w:r>
          </w:p>
        </w:tc>
        <w:tc>
          <w:tcPr>
            <w:tcW w:w="771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ADD2768" w14:textId="77777777" w:rsidR="004713CD" w:rsidRDefault="00000000">
            <w:pPr>
              <w:pStyle w:val="TableText"/>
            </w:pPr>
            <w:r>
              <w:rPr>
                <w:b/>
                <w:color w:val="FFFFFF"/>
              </w:rPr>
              <w:t>Significato</w:t>
            </w:r>
          </w:p>
        </w:tc>
      </w:tr>
      <w:tr w:rsidR="004713CD" w14:paraId="4AF495D4" w14:textId="77777777">
        <w:trPr>
          <w:cantSplit/>
          <w:jc w:val="center"/>
        </w:trPr>
        <w:tc>
          <w:tcPr>
            <w:tcW w:w="19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1732DAD" w14:textId="77777777" w:rsidR="004713CD" w:rsidRDefault="00000000">
            <w:pPr>
              <w:pStyle w:val="TableText"/>
            </w:pPr>
            <w:r>
              <w:t>DVR / DUVRI</w:t>
            </w:r>
          </w:p>
        </w:tc>
        <w:tc>
          <w:tcPr>
            <w:tcW w:w="771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AAC3185" w14:textId="77777777" w:rsidR="004713CD" w:rsidRDefault="00000000">
            <w:pPr>
              <w:pStyle w:val="TableText"/>
            </w:pPr>
            <w:r>
              <w:t>Documento di valutazione dei rischi / documento unico per i rischi da interferenze.</w:t>
            </w:r>
          </w:p>
        </w:tc>
      </w:tr>
      <w:tr w:rsidR="004713CD" w14:paraId="4F223735" w14:textId="77777777">
        <w:trPr>
          <w:cantSplit/>
          <w:jc w:val="center"/>
        </w:trPr>
        <w:tc>
          <w:tcPr>
            <w:tcW w:w="192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424D00B" w14:textId="77777777" w:rsidR="004713CD" w:rsidRDefault="00000000">
            <w:pPr>
              <w:pStyle w:val="TableText"/>
            </w:pPr>
            <w:r>
              <w:t>DL / MC / RSPP</w:t>
            </w:r>
          </w:p>
        </w:tc>
        <w:tc>
          <w:tcPr>
            <w:tcW w:w="771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34DEA4C" w14:textId="77777777" w:rsidR="004713CD" w:rsidRDefault="00000000">
            <w:pPr>
              <w:pStyle w:val="TableText"/>
            </w:pPr>
            <w:r>
              <w:t>Datore di lavoro / medico competente / responsabile del servizio di prevenzione e protezione.</w:t>
            </w:r>
          </w:p>
        </w:tc>
      </w:tr>
      <w:tr w:rsidR="004713CD" w14:paraId="6868DA9D" w14:textId="77777777">
        <w:trPr>
          <w:cantSplit/>
          <w:jc w:val="center"/>
        </w:trPr>
        <w:tc>
          <w:tcPr>
            <w:tcW w:w="19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EACBEAC" w14:textId="77777777" w:rsidR="004713CD" w:rsidRDefault="00000000">
            <w:pPr>
              <w:pStyle w:val="TableText"/>
            </w:pPr>
            <w:r>
              <w:t>RLS / RLST</w:t>
            </w:r>
          </w:p>
        </w:tc>
        <w:tc>
          <w:tcPr>
            <w:tcW w:w="771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41BC531" w14:textId="77777777" w:rsidR="004713CD" w:rsidRDefault="00000000">
            <w:pPr>
              <w:pStyle w:val="TableText"/>
            </w:pPr>
            <w:r>
              <w:t>Rappresentante dei lavoratori per la sicurezza / rappresentante territoriale.</w:t>
            </w:r>
          </w:p>
        </w:tc>
      </w:tr>
      <w:tr w:rsidR="004713CD" w14:paraId="631FD394" w14:textId="77777777">
        <w:trPr>
          <w:cantSplit/>
          <w:jc w:val="center"/>
        </w:trPr>
        <w:tc>
          <w:tcPr>
            <w:tcW w:w="192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997B5F1" w14:textId="77777777" w:rsidR="004713CD" w:rsidRDefault="00000000">
            <w:pPr>
              <w:pStyle w:val="TableText"/>
            </w:pPr>
            <w:r>
              <w:t>SDS / DPI</w:t>
            </w:r>
          </w:p>
        </w:tc>
        <w:tc>
          <w:tcPr>
            <w:tcW w:w="771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C2BB085" w14:textId="77777777" w:rsidR="004713CD" w:rsidRDefault="00000000">
            <w:pPr>
              <w:pStyle w:val="TableText"/>
            </w:pPr>
            <w:r>
              <w:t>Scheda di dati di sicurezza / dispositivi di protezione individuale.</w:t>
            </w:r>
          </w:p>
        </w:tc>
      </w:tr>
      <w:tr w:rsidR="004713CD" w14:paraId="5C04287C" w14:textId="77777777">
        <w:trPr>
          <w:cantSplit/>
          <w:jc w:val="center"/>
        </w:trPr>
        <w:tc>
          <w:tcPr>
            <w:tcW w:w="19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704B8F2" w14:textId="77777777" w:rsidR="004713CD" w:rsidRDefault="00000000">
            <w:pPr>
              <w:pStyle w:val="TableText"/>
            </w:pPr>
            <w:r>
              <w:t>C/M / Repr.</w:t>
            </w:r>
          </w:p>
        </w:tc>
        <w:tc>
          <w:tcPr>
            <w:tcW w:w="771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B37F022" w14:textId="77777777" w:rsidR="004713CD" w:rsidRDefault="00000000">
            <w:pPr>
              <w:pStyle w:val="TableText"/>
            </w:pPr>
            <w:r>
              <w:t>Cancerogenicità e mutagenicità / tossicità per la riproduzione.</w:t>
            </w:r>
          </w:p>
        </w:tc>
      </w:tr>
      <w:tr w:rsidR="004713CD" w14:paraId="5AABE97B" w14:textId="77777777">
        <w:trPr>
          <w:cantSplit/>
          <w:jc w:val="center"/>
        </w:trPr>
        <w:tc>
          <w:tcPr>
            <w:tcW w:w="192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691F8B0" w14:textId="77777777" w:rsidR="004713CD" w:rsidRDefault="00000000">
            <w:pPr>
              <w:pStyle w:val="TableText"/>
            </w:pPr>
            <w:r>
              <w:t>OEL / DNEL</w:t>
            </w:r>
          </w:p>
        </w:tc>
        <w:tc>
          <w:tcPr>
            <w:tcW w:w="771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8FE3108" w14:textId="77777777" w:rsidR="004713CD" w:rsidRDefault="00000000">
            <w:pPr>
              <w:pStyle w:val="TableText"/>
            </w:pPr>
            <w:r>
              <w:t>Limite di esposizione professionale / livello derivato senza effetto: riferimenti da non confondere.</w:t>
            </w:r>
          </w:p>
        </w:tc>
      </w:tr>
      <w:tr w:rsidR="004713CD" w14:paraId="7EAC7EE8" w14:textId="77777777">
        <w:trPr>
          <w:cantSplit/>
          <w:jc w:val="center"/>
        </w:trPr>
        <w:tc>
          <w:tcPr>
            <w:tcW w:w="19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028EAE7" w14:textId="77777777" w:rsidR="004713CD" w:rsidRDefault="00000000">
            <w:pPr>
              <w:pStyle w:val="TableText"/>
            </w:pPr>
            <w:r>
              <w:t>LOD / LOQ</w:t>
            </w:r>
          </w:p>
        </w:tc>
        <w:tc>
          <w:tcPr>
            <w:tcW w:w="771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CC863E2" w14:textId="77777777" w:rsidR="004713CD" w:rsidRDefault="00000000">
            <w:pPr>
              <w:pStyle w:val="TableText"/>
            </w:pPr>
            <w:r>
              <w:t>Limite di rilevabilità / limite di quantificazione del metodo analitico.</w:t>
            </w:r>
          </w:p>
        </w:tc>
      </w:tr>
    </w:tbl>
    <w:p w14:paraId="3A8D981F" w14:textId="77777777" w:rsidR="004713CD" w:rsidRDefault="004713CD">
      <w:pPr>
        <w:pStyle w:val="Small"/>
        <w:spacing w:after="20"/>
      </w:pPr>
    </w:p>
    <w:p w14:paraId="6511B141" w14:textId="77777777" w:rsidR="004713CD" w:rsidRDefault="00000000">
      <w:r>
        <w:br w:type="page"/>
      </w:r>
    </w:p>
    <w:p w14:paraId="72C9FC34" w14:textId="77777777" w:rsidR="004713CD" w:rsidRDefault="00000000">
      <w:pPr>
        <w:pStyle w:val="Kicker"/>
      </w:pPr>
      <w:r>
        <w:rPr>
          <w:b w:val="0"/>
        </w:rPr>
        <w:t>22 MODULI  /  RACCOLTA DELLE EVIDENZE</w:t>
      </w:r>
    </w:p>
    <w:p w14:paraId="49DD3ED1" w14:textId="77777777" w:rsidR="004713CD" w:rsidRDefault="00000000">
      <w:pPr>
        <w:pStyle w:val="Titolo1"/>
      </w:pPr>
      <w:bookmarkStart w:id="3" w:name="ANNEX_INDEX"/>
      <w:r>
        <w:rPr>
          <w:b w:val="0"/>
        </w:rPr>
        <w:t>Indice degli allegati</w:t>
      </w:r>
      <w:bookmarkEnd w:id="3"/>
    </w:p>
    <w:p w14:paraId="47BFAF5E" w14:textId="77777777" w:rsidR="004713CD" w:rsidRDefault="00000000">
      <w:pPr>
        <w:tabs>
          <w:tab w:val="right" w:leader="dot" w:pos="9581"/>
        </w:tabs>
        <w:spacing w:line="240" w:lineRule="auto"/>
      </w:pPr>
      <w:hyperlink w:anchor="A01">
        <w:r>
          <w:rPr>
            <w:color w:val="17364A"/>
          </w:rPr>
          <w:t>A01 · Configurazione aziendale e contatti</w:t>
        </w:r>
      </w:hyperlink>
      <w:r>
        <w:tab/>
        <w:t>24</w:t>
      </w:r>
    </w:p>
    <w:p w14:paraId="1FB78204" w14:textId="77777777" w:rsidR="004713CD" w:rsidRDefault="00000000">
      <w:pPr>
        <w:tabs>
          <w:tab w:val="right" w:leader="dot" w:pos="9581"/>
        </w:tabs>
        <w:spacing w:line="240" w:lineRule="auto"/>
      </w:pPr>
      <w:hyperlink w:anchor="A02">
        <w:r>
          <w:rPr>
            <w:color w:val="17364A"/>
          </w:rPr>
          <w:t>A02 · Scheda di inventario del prodotto / agente</w:t>
        </w:r>
      </w:hyperlink>
      <w:r>
        <w:tab/>
        <w:t>25</w:t>
      </w:r>
    </w:p>
    <w:p w14:paraId="5E039743" w14:textId="77777777" w:rsidR="004713CD" w:rsidRDefault="00000000">
      <w:pPr>
        <w:tabs>
          <w:tab w:val="right" w:leader="dot" w:pos="9581"/>
        </w:tabs>
        <w:spacing w:line="240" w:lineRule="auto"/>
      </w:pPr>
      <w:hyperlink w:anchor="A03">
        <w:r>
          <w:rPr>
            <w:color w:val="17364A"/>
          </w:rPr>
          <w:t>A03 · Controllo della scheda di dati di sicurezza</w:t>
        </w:r>
      </w:hyperlink>
      <w:r>
        <w:tab/>
        <w:t>26</w:t>
      </w:r>
    </w:p>
    <w:p w14:paraId="4ACECDF0" w14:textId="77777777" w:rsidR="004713CD" w:rsidRDefault="00000000">
      <w:pPr>
        <w:tabs>
          <w:tab w:val="right" w:leader="dot" w:pos="9581"/>
        </w:tabs>
        <w:spacing w:line="240" w:lineRule="auto"/>
      </w:pPr>
      <w:hyperlink w:anchor="A04">
        <w:r>
          <w:rPr>
            <w:color w:val="17364A"/>
          </w:rPr>
          <w:t>A04 · Classificazione e banca dei valori limite</w:t>
        </w:r>
      </w:hyperlink>
      <w:r>
        <w:tab/>
        <w:t>27</w:t>
      </w:r>
    </w:p>
    <w:p w14:paraId="7ABF5FE7" w14:textId="77777777" w:rsidR="004713CD" w:rsidRDefault="00000000">
      <w:pPr>
        <w:tabs>
          <w:tab w:val="right" w:leader="dot" w:pos="9581"/>
        </w:tabs>
        <w:spacing w:line="240" w:lineRule="auto"/>
      </w:pPr>
      <w:hyperlink w:anchor="A05_a">
        <w:r>
          <w:rPr>
            <w:color w:val="17364A"/>
          </w:rPr>
          <w:t>A05 · Valutazione della mansione e dello scenario</w:t>
        </w:r>
      </w:hyperlink>
      <w:r>
        <w:tab/>
        <w:t>28</w:t>
      </w:r>
    </w:p>
    <w:p w14:paraId="1ACF1A74" w14:textId="77777777" w:rsidR="004713CD" w:rsidRDefault="00000000">
      <w:pPr>
        <w:tabs>
          <w:tab w:val="right" w:leader="dot" w:pos="9581"/>
        </w:tabs>
        <w:spacing w:line="240" w:lineRule="auto"/>
      </w:pPr>
      <w:hyperlink w:anchor="A06">
        <w:r>
          <w:rPr>
            <w:color w:val="17364A"/>
          </w:rPr>
          <w:t>A06 · Indagine di sostituzione e decisione motivata</w:t>
        </w:r>
      </w:hyperlink>
      <w:r>
        <w:tab/>
        <w:t>30</w:t>
      </w:r>
    </w:p>
    <w:p w14:paraId="16369F99" w14:textId="77777777" w:rsidR="004713CD" w:rsidRDefault="00000000">
      <w:pPr>
        <w:tabs>
          <w:tab w:val="right" w:leader="dot" w:pos="9581"/>
        </w:tabs>
        <w:spacing w:line="240" w:lineRule="auto"/>
      </w:pPr>
      <w:hyperlink w:anchor="A07">
        <w:r>
          <w:rPr>
            <w:color w:val="17364A"/>
          </w:rPr>
          <w:t>A07 · Piano delle misure e delle azioni correttive</w:t>
        </w:r>
      </w:hyperlink>
      <w:r>
        <w:tab/>
        <w:t>31</w:t>
      </w:r>
    </w:p>
    <w:p w14:paraId="489560B0" w14:textId="77777777" w:rsidR="004713CD" w:rsidRDefault="00000000">
      <w:pPr>
        <w:tabs>
          <w:tab w:val="right" w:leader="dot" w:pos="9581"/>
        </w:tabs>
        <w:spacing w:line="240" w:lineRule="auto"/>
      </w:pPr>
      <w:hyperlink w:anchor="A08">
        <w:r>
          <w:rPr>
            <w:color w:val="17364A"/>
          </w:rPr>
          <w:t>A08 · Istruzione operativa di mansione</w:t>
        </w:r>
      </w:hyperlink>
      <w:r>
        <w:tab/>
        <w:t>32</w:t>
      </w:r>
    </w:p>
    <w:p w14:paraId="25AB0AF1" w14:textId="77777777" w:rsidR="004713CD" w:rsidRDefault="00000000">
      <w:pPr>
        <w:tabs>
          <w:tab w:val="right" w:leader="dot" w:pos="9581"/>
        </w:tabs>
        <w:spacing w:line="240" w:lineRule="auto"/>
      </w:pPr>
      <w:hyperlink w:anchor="A09">
        <w:r>
          <w:rPr>
            <w:color w:val="17364A"/>
          </w:rPr>
          <w:t>A09 · Controllo prima dell’uso e a fine turno</w:t>
        </w:r>
      </w:hyperlink>
      <w:r>
        <w:tab/>
        <w:t>33</w:t>
      </w:r>
    </w:p>
    <w:p w14:paraId="2DCF9293" w14:textId="77777777" w:rsidR="004713CD" w:rsidRDefault="00000000">
      <w:pPr>
        <w:tabs>
          <w:tab w:val="right" w:leader="dot" w:pos="9581"/>
        </w:tabs>
        <w:spacing w:line="240" w:lineRule="auto"/>
      </w:pPr>
      <w:hyperlink w:anchor="A10">
        <w:r>
          <w:rPr>
            <w:color w:val="17364A"/>
          </w:rPr>
          <w:t>A10 · Controllo e manutenzione dei sistemi tecnici</w:t>
        </w:r>
      </w:hyperlink>
      <w:r>
        <w:tab/>
        <w:t>34</w:t>
      </w:r>
    </w:p>
    <w:p w14:paraId="0F36CEC6" w14:textId="77777777" w:rsidR="004713CD" w:rsidRDefault="00000000">
      <w:pPr>
        <w:tabs>
          <w:tab w:val="right" w:leader="dot" w:pos="9581"/>
        </w:tabs>
        <w:spacing w:line="240" w:lineRule="auto"/>
      </w:pPr>
      <w:hyperlink w:anchor="A11">
        <w:r>
          <w:rPr>
            <w:color w:val="17364A"/>
          </w:rPr>
          <w:t>A11 · Scheda di selezione e gestione dei DPI</w:t>
        </w:r>
      </w:hyperlink>
      <w:r>
        <w:tab/>
        <w:t>35</w:t>
      </w:r>
    </w:p>
    <w:p w14:paraId="44A72C57" w14:textId="77777777" w:rsidR="004713CD" w:rsidRDefault="00000000">
      <w:pPr>
        <w:tabs>
          <w:tab w:val="right" w:leader="dot" w:pos="9581"/>
        </w:tabs>
        <w:spacing w:line="240" w:lineRule="auto"/>
      </w:pPr>
      <w:hyperlink w:anchor="A12_a">
        <w:r>
          <w:rPr>
            <w:color w:val="17364A"/>
          </w:rPr>
          <w:t>A12 · Piano di campionamento e monitoraggio</w:t>
        </w:r>
      </w:hyperlink>
      <w:r>
        <w:tab/>
        <w:t>36</w:t>
      </w:r>
    </w:p>
    <w:p w14:paraId="5C5CD81A" w14:textId="77777777" w:rsidR="004713CD" w:rsidRDefault="00000000">
      <w:pPr>
        <w:tabs>
          <w:tab w:val="right" w:leader="dot" w:pos="9581"/>
        </w:tabs>
        <w:spacing w:line="240" w:lineRule="auto"/>
      </w:pPr>
      <w:hyperlink w:anchor="A13_a">
        <w:r>
          <w:rPr>
            <w:color w:val="17364A"/>
          </w:rPr>
          <w:t>A13 · Segnalazione di anomalia o incidente</w:t>
        </w:r>
      </w:hyperlink>
      <w:r>
        <w:tab/>
        <w:t>38</w:t>
      </w:r>
    </w:p>
    <w:p w14:paraId="70DB36C2" w14:textId="77777777" w:rsidR="004713CD" w:rsidRDefault="00000000">
      <w:pPr>
        <w:tabs>
          <w:tab w:val="right" w:leader="dot" w:pos="9581"/>
        </w:tabs>
        <w:spacing w:line="240" w:lineRule="auto"/>
      </w:pPr>
      <w:hyperlink w:anchor="A14">
        <w:r>
          <w:rPr>
            <w:color w:val="17364A"/>
          </w:rPr>
          <w:t>A14 · Permesso per lavoro non ordinario / appaltatore</w:t>
        </w:r>
      </w:hyperlink>
      <w:r>
        <w:tab/>
        <w:t>40</w:t>
      </w:r>
    </w:p>
    <w:p w14:paraId="24D09E19" w14:textId="77777777" w:rsidR="004713CD" w:rsidRDefault="00000000">
      <w:pPr>
        <w:tabs>
          <w:tab w:val="right" w:leader="dot" w:pos="9581"/>
        </w:tabs>
        <w:spacing w:line="240" w:lineRule="auto"/>
      </w:pPr>
      <w:hyperlink w:anchor="A15">
        <w:r>
          <w:rPr>
            <w:color w:val="17364A"/>
          </w:rPr>
          <w:t>A15 · Informazioni di rischio al medico competente</w:t>
        </w:r>
      </w:hyperlink>
      <w:r>
        <w:tab/>
        <w:t>41</w:t>
      </w:r>
    </w:p>
    <w:p w14:paraId="724DF507" w14:textId="77777777" w:rsidR="004713CD" w:rsidRDefault="00000000">
      <w:pPr>
        <w:tabs>
          <w:tab w:val="right" w:leader="dot" w:pos="9581"/>
        </w:tabs>
        <w:spacing w:line="240" w:lineRule="auto"/>
      </w:pPr>
      <w:hyperlink w:anchor="A16_a">
        <w:r>
          <w:rPr>
            <w:color w:val="17364A"/>
          </w:rPr>
          <w:t>A16 · Preparazione del registro e controllo adempimenti</w:t>
        </w:r>
      </w:hyperlink>
      <w:r>
        <w:tab/>
        <w:t>42</w:t>
      </w:r>
    </w:p>
    <w:p w14:paraId="33BE067A" w14:textId="77777777" w:rsidR="004713CD" w:rsidRDefault="00000000">
      <w:pPr>
        <w:tabs>
          <w:tab w:val="right" w:leader="dot" w:pos="9581"/>
        </w:tabs>
        <w:spacing w:line="240" w:lineRule="auto"/>
      </w:pPr>
      <w:hyperlink w:anchor="A17_a">
        <w:r>
          <w:rPr>
            <w:color w:val="17364A"/>
          </w:rPr>
          <w:t>A17 · Formazione, presenza e prova pratica</w:t>
        </w:r>
      </w:hyperlink>
      <w:r>
        <w:tab/>
        <w:t>44</w:t>
      </w:r>
    </w:p>
    <w:p w14:paraId="1C0B56C1" w14:textId="77777777" w:rsidR="004713CD" w:rsidRDefault="00000000">
      <w:pPr>
        <w:tabs>
          <w:tab w:val="right" w:leader="dot" w:pos="9581"/>
        </w:tabs>
        <w:spacing w:line="240" w:lineRule="auto"/>
      </w:pPr>
      <w:hyperlink w:anchor="A18">
        <w:r>
          <w:rPr>
            <w:color w:val="17364A"/>
          </w:rPr>
          <w:t>A18 · Informativa per lavoratori e lavoratrici</w:t>
        </w:r>
      </w:hyperlink>
      <w:r>
        <w:tab/>
        <w:t>46</w:t>
      </w:r>
    </w:p>
    <w:p w14:paraId="7A0BFB2F" w14:textId="77777777" w:rsidR="004713CD" w:rsidRDefault="00000000">
      <w:pPr>
        <w:tabs>
          <w:tab w:val="right" w:leader="dot" w:pos="9581"/>
        </w:tabs>
        <w:spacing w:line="240" w:lineRule="auto"/>
      </w:pPr>
      <w:hyperlink w:anchor="A19_a">
        <w:r>
          <w:rPr>
            <w:color w:val="17364A"/>
          </w:rPr>
          <w:t>A19 · Audit della procedura</w:t>
        </w:r>
      </w:hyperlink>
      <w:r>
        <w:tab/>
        <w:t>47</w:t>
      </w:r>
    </w:p>
    <w:p w14:paraId="38B02872" w14:textId="77777777" w:rsidR="004713CD" w:rsidRDefault="00000000">
      <w:pPr>
        <w:tabs>
          <w:tab w:val="right" w:leader="dot" w:pos="9581"/>
        </w:tabs>
        <w:spacing w:line="240" w:lineRule="auto"/>
      </w:pPr>
      <w:hyperlink w:anchor="A20">
        <w:r>
          <w:rPr>
            <w:color w:val="17364A"/>
          </w:rPr>
          <w:t>A20 · Riesame della direzione e indicatori</w:t>
        </w:r>
      </w:hyperlink>
      <w:r>
        <w:tab/>
        <w:t>49</w:t>
      </w:r>
    </w:p>
    <w:p w14:paraId="590C6651" w14:textId="77777777" w:rsidR="004713CD" w:rsidRDefault="00000000">
      <w:pPr>
        <w:tabs>
          <w:tab w:val="right" w:leader="dot" w:pos="9581"/>
        </w:tabs>
        <w:spacing w:line="240" w:lineRule="auto"/>
      </w:pPr>
      <w:hyperlink w:anchor="A21">
        <w:r>
          <w:rPr>
            <w:color w:val="17364A"/>
          </w:rPr>
          <w:t>A21 · Aggiornamento normativo e gestione delle modifiche</w:t>
        </w:r>
      </w:hyperlink>
      <w:r>
        <w:tab/>
        <w:t>50</w:t>
      </w:r>
    </w:p>
    <w:p w14:paraId="4BBE2783" w14:textId="77777777" w:rsidR="004713CD" w:rsidRDefault="00000000">
      <w:pPr>
        <w:tabs>
          <w:tab w:val="right" w:leader="dot" w:pos="9581"/>
        </w:tabs>
        <w:spacing w:line="240" w:lineRule="auto"/>
      </w:pPr>
      <w:hyperlink w:anchor="A22_a">
        <w:r>
          <w:rPr>
            <w:color w:val="17364A"/>
          </w:rPr>
          <w:t>A22 · Accessi, conservazione e protezione dei dati</w:t>
        </w:r>
      </w:hyperlink>
      <w:r>
        <w:tab/>
        <w:t>51</w:t>
      </w:r>
    </w:p>
    <w:p w14:paraId="58FEB09E" w14:textId="77777777" w:rsidR="004713CD" w:rsidRDefault="00000000">
      <w:r>
        <w:br w:type="page"/>
      </w:r>
    </w:p>
    <w:p w14:paraId="3DCA8A0B" w14:textId="77777777" w:rsidR="004713CD" w:rsidRDefault="00000000">
      <w:pPr>
        <w:pStyle w:val="Kicker"/>
      </w:pPr>
      <w:r>
        <w:rPr>
          <w:b w:val="0"/>
        </w:rPr>
        <w:t>PROCEDURA OPERATIVA</w:t>
      </w:r>
    </w:p>
    <w:p w14:paraId="1E1EB060" w14:textId="77777777" w:rsidR="004713CD" w:rsidRDefault="00000000">
      <w:pPr>
        <w:pStyle w:val="Titolo1"/>
      </w:pPr>
      <w:bookmarkStart w:id="4" w:name="P01"/>
      <w:r>
        <w:rPr>
          <w:b w:val="0"/>
        </w:rPr>
        <w:t>01 · Scopo, applicazione e criteri di lettura</w:t>
      </w:r>
      <w:bookmarkEnd w:id="4"/>
    </w:p>
    <w:p w14:paraId="1A610754" w14:textId="77777777" w:rsidR="004713CD" w:rsidRDefault="00000000">
      <w:r>
        <w:t>La procedura definisce il sistema aziendale per prevenire i danni alla salute riproduttiva derivanti dall’esposizione professionale ad agenti chimici. La tutela riguarda lavoratori e lavoratrici e comprende, nel rispetto delle conoscenze disponibili, la possibile rilevanza dell’esposizione paterna prima del concepimento. Non è subordinata alla comunicazione di progetti familiari.</w:t>
      </w:r>
    </w:p>
    <w:p w14:paraId="1762DAB0" w14:textId="77777777" w:rsidR="004713CD" w:rsidRDefault="00000000">
      <w:pPr>
        <w:pStyle w:val="Titolo2"/>
      </w:pPr>
      <w:r>
        <w:rPr>
          <w:b w:val="0"/>
        </w:rPr>
        <w:t>Attività e persone comprese</w:t>
      </w:r>
    </w:p>
    <w:p w14:paraId="466C5C1E" w14:textId="77777777" w:rsidR="004713CD" w:rsidRDefault="00000000">
      <w:r>
        <w:t>Si applica ad acquisto, ricevimento, deposito, preparazione, impiego, trasferimento, pulizia, manutenzione, campionamento, gestione degli scarti e dismissione. Sono considerati anche impurità, intermedi e agenti generati dai processi, oltre ai prodotti acquistati. L’analisi comprende dipendenti, somministrati, apprendisti e altri soggetti tutelati, nonché le interferenze con appaltatori e visitatori.</w:t>
      </w:r>
    </w:p>
    <w:tbl>
      <w:tblPr>
        <w:tblW w:w="9638" w:type="dxa"/>
        <w:jc w:val="center"/>
        <w:tblLayout w:type="fixed"/>
        <w:tblLook w:val="04A0" w:firstRow="1" w:lastRow="0" w:firstColumn="1" w:lastColumn="0" w:noHBand="0" w:noVBand="1"/>
      </w:tblPr>
      <w:tblGrid>
        <w:gridCol w:w="1701"/>
        <w:gridCol w:w="7937"/>
      </w:tblGrid>
      <w:tr w:rsidR="004713CD" w14:paraId="6236541B" w14:textId="77777777">
        <w:trPr>
          <w:cantSplit/>
          <w:tblHeader/>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616BDFE" w14:textId="77777777" w:rsidR="004713CD" w:rsidRDefault="00000000">
            <w:pPr>
              <w:pStyle w:val="TableText"/>
            </w:pPr>
            <w:r>
              <w:rPr>
                <w:b/>
                <w:color w:val="FFFFFF"/>
              </w:rPr>
              <w:t>Livello</w:t>
            </w:r>
          </w:p>
        </w:tc>
        <w:tc>
          <w:tcPr>
            <w:tcW w:w="793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183A3F8" w14:textId="77777777" w:rsidR="004713CD" w:rsidRDefault="00000000">
            <w:pPr>
              <w:pStyle w:val="TableText"/>
            </w:pPr>
            <w:r>
              <w:rPr>
                <w:b/>
                <w:color w:val="FFFFFF"/>
              </w:rPr>
              <w:t>Contenuto e valore</w:t>
            </w:r>
          </w:p>
        </w:tc>
      </w:tr>
      <w:tr w:rsidR="004713CD" w14:paraId="28B3C84A" w14:textId="77777777">
        <w:trPr>
          <w:cantSplit/>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45891E" w14:textId="77777777" w:rsidR="004713CD" w:rsidRDefault="00000000">
            <w:pPr>
              <w:pStyle w:val="TableText"/>
            </w:pPr>
            <w:r>
              <w:t>S — Base scientifica</w:t>
            </w:r>
          </w:p>
        </w:tc>
        <w:tc>
          <w:tcPr>
            <w:tcW w:w="793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BAA20A9" w14:textId="77777777" w:rsidR="004713CD" w:rsidRDefault="00000000">
            <w:pPr>
              <w:pStyle w:val="TableText"/>
            </w:pPr>
            <w:r>
              <w:t>La scheda INAIL 2026 [S1] illustra il tema, i meccanismi biologici e le evidenze. Non contiene una procedura aziendale, una scala di rischio, frequenze di campionamento o test clinici obbligatori.</w:t>
            </w:r>
          </w:p>
        </w:tc>
      </w:tr>
      <w:tr w:rsidR="004713CD" w14:paraId="38CE7064" w14:textId="77777777">
        <w:trPr>
          <w:cantSplit/>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4179102" w14:textId="77777777" w:rsidR="004713CD" w:rsidRDefault="00000000">
            <w:pPr>
              <w:pStyle w:val="TableText"/>
            </w:pPr>
            <w:r>
              <w:t>N — Riferimenti normativi</w:t>
            </w:r>
          </w:p>
        </w:tc>
        <w:tc>
          <w:tcPr>
            <w:tcW w:w="793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722B033" w14:textId="77777777" w:rsidR="004713CD" w:rsidRDefault="00000000">
            <w:pPr>
              <w:pStyle w:val="TableText"/>
            </w:pPr>
            <w:r>
              <w:t>Le prescrizioni richiamate sono individuate nei testi legislativi e nelle fonti ufficiali [N1–N7]. Prima dell’adozione si verifica il testo applicabile al sito e agli agenti effettivi.</w:t>
            </w:r>
          </w:p>
        </w:tc>
      </w:tr>
      <w:tr w:rsidR="004713CD" w14:paraId="70F548E8" w14:textId="77777777">
        <w:trPr>
          <w:cantSplit/>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BA7A54" w14:textId="77777777" w:rsidR="004713CD" w:rsidRDefault="00000000">
            <w:pPr>
              <w:pStyle w:val="TableText"/>
            </w:pPr>
            <w:r>
              <w:t>O — Regole organizzative</w:t>
            </w:r>
          </w:p>
        </w:tc>
        <w:tc>
          <w:tcPr>
            <w:tcW w:w="793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6F3C5BA" w14:textId="77777777" w:rsidR="004713CD" w:rsidRDefault="00000000">
            <w:pPr>
              <w:pStyle w:val="TableText"/>
            </w:pPr>
            <w:r>
              <w:t>Moduli, autorizzazioni interne, verifiche annuali, indicatori e priorità di intervento sono proposte originali da adottare e adattare. Non sono presentati come prescrizioni INAIL.</w:t>
            </w:r>
          </w:p>
        </w:tc>
      </w:tr>
    </w:tbl>
    <w:p w14:paraId="0CFAF268" w14:textId="77777777" w:rsidR="004713CD" w:rsidRDefault="004713CD">
      <w:pPr>
        <w:pStyle w:val="Small"/>
        <w:spacing w:after="20"/>
      </w:pPr>
    </w:p>
    <w:p w14:paraId="123238A8" w14:textId="77777777" w:rsidR="004713CD" w:rsidRDefault="00000000">
      <w:pPr>
        <w:pStyle w:val="Titolo2"/>
      </w:pPr>
      <w:r>
        <w:rPr>
          <w:b w:val="0"/>
        </w:rPr>
        <w:t>Confini del modello</w:t>
      </w:r>
    </w:p>
    <w:p w14:paraId="2BB43357" w14:textId="77777777" w:rsidR="004713CD" w:rsidRDefault="00000000">
      <w:r>
        <w:t>Non comprende una stima individuale della probabilità di malformazioni, un certificato di fertilità, una consulenza genetica o la diagnosi di malattia professionale. Non sostituisce la valutazione di altri rischi riproduttivi, ad esempio fisici o biologici, da integrare nel DVR quando presenti. Il D.Lgs. 151/2001 resta il riferimento specifico per la tutela di maternità e allattamento, ove applicabile. [N1; N6]</w:t>
      </w:r>
    </w:p>
    <w:p w14:paraId="3B224DD3" w14:textId="77777777" w:rsidR="004713CD" w:rsidRDefault="00000000">
      <w:pPr>
        <w:pStyle w:val="Titolo2"/>
      </w:pPr>
      <w:r>
        <w:rPr>
          <w:b w:val="0"/>
        </w:rPr>
        <w:t>Regola per le informazioni mancanti</w:t>
      </w:r>
    </w:p>
    <w:p w14:paraId="2E105A7D" w14:textId="77777777" w:rsidR="004713CD" w:rsidRDefault="00000000">
      <w:r>
        <w:t>“Non noto” non equivale a “assente”. Una lacuna rilevante su identità dell’agente, proprietà pericolose o controllo dell’esposizione è registrata con responsabile e scadenza; lo scenario non è autorizzato finché non sono disponibili elementi sufficienti e misure adeguate. La dicitura “non applicabile” richiede sempre una motivazione verificabile.</w:t>
      </w:r>
    </w:p>
    <w:p w14:paraId="446C4826" w14:textId="77777777" w:rsidR="004713CD" w:rsidRDefault="00000000">
      <w:pPr>
        <w:pStyle w:val="Small"/>
      </w:pPr>
      <w:r>
        <w:t>Riferimenti della sezione: [S1]; [N1, artt. 17, 28, 29 e Titolo IX]; regole aziendali originali [O].</w:t>
      </w:r>
    </w:p>
    <w:p w14:paraId="0918B260" w14:textId="77777777" w:rsidR="004713CD" w:rsidRDefault="00000000">
      <w:r>
        <w:br w:type="page"/>
      </w:r>
    </w:p>
    <w:p w14:paraId="137FB4D1" w14:textId="77777777" w:rsidR="004713CD" w:rsidRDefault="00000000">
      <w:pPr>
        <w:pStyle w:val="Kicker"/>
      </w:pPr>
      <w:r>
        <w:rPr>
          <w:b w:val="0"/>
        </w:rPr>
        <w:t>PROCEDURA OPERATIVA</w:t>
      </w:r>
    </w:p>
    <w:p w14:paraId="25486249" w14:textId="77777777" w:rsidR="004713CD" w:rsidRDefault="00000000">
      <w:pPr>
        <w:pStyle w:val="Titolo1"/>
      </w:pPr>
      <w:bookmarkStart w:id="5" w:name="P02"/>
      <w:r>
        <w:rPr>
          <w:b w:val="0"/>
        </w:rPr>
        <w:t>02 · Comprendere il rischio riproduttivo</w:t>
      </w:r>
      <w:bookmarkEnd w:id="5"/>
    </w:p>
    <w:p w14:paraId="64EF5260" w14:textId="77777777" w:rsidR="004713CD" w:rsidRDefault="00000000">
      <w:r>
        <w:t>La tossicità dello sviluppo riguarda effetti avversi che possono comparire prima o dopo la nascita e anche in epoche successive. La fonte INAIL richiama morte fetale, malformazioni, alterazioni della crescita, disturbi neurocomportamentali e deficit funzionali. Questi esiti non si verificano automaticamente in ogni persona esposta. [S1, p. 1]</w:t>
      </w:r>
    </w:p>
    <w:tbl>
      <w:tblPr>
        <w:tblW w:w="9638" w:type="dxa"/>
        <w:jc w:val="center"/>
        <w:tblLayout w:type="fixed"/>
        <w:tblLook w:val="04A0" w:firstRow="1" w:lastRow="0" w:firstColumn="1" w:lastColumn="0" w:noHBand="0" w:noVBand="1"/>
      </w:tblPr>
      <w:tblGrid>
        <w:gridCol w:w="2381"/>
        <w:gridCol w:w="3855"/>
        <w:gridCol w:w="3402"/>
      </w:tblGrid>
      <w:tr w:rsidR="004713CD" w14:paraId="7BDC593F" w14:textId="77777777">
        <w:trPr>
          <w:cantSplit/>
          <w:tblHeader/>
          <w:jc w:val="center"/>
        </w:trPr>
        <w:tc>
          <w:tcPr>
            <w:tcW w:w="238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C380E22" w14:textId="77777777" w:rsidR="004713CD" w:rsidRDefault="00000000">
            <w:pPr>
              <w:pStyle w:val="TableText"/>
            </w:pPr>
            <w:r>
              <w:rPr>
                <w:b/>
                <w:color w:val="FFFFFF"/>
                <w:sz w:val="19"/>
              </w:rPr>
              <w:t>Meccanismo richiamato da INAIL</w:t>
            </w:r>
          </w:p>
        </w:tc>
        <w:tc>
          <w:tcPr>
            <w:tcW w:w="385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D82FF5A" w14:textId="77777777" w:rsidR="004713CD" w:rsidRDefault="00000000">
            <w:pPr>
              <w:pStyle w:val="TableText"/>
            </w:pPr>
            <w:r>
              <w:rPr>
                <w:b/>
                <w:color w:val="FFFFFF"/>
                <w:sz w:val="19"/>
              </w:rPr>
              <w:t>Significato</w:t>
            </w:r>
          </w:p>
        </w:tc>
        <w:tc>
          <w:tcPr>
            <w:tcW w:w="340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58AE0BC" w14:textId="77777777" w:rsidR="004713CD" w:rsidRDefault="00000000">
            <w:pPr>
              <w:pStyle w:val="TableText"/>
            </w:pPr>
            <w:r>
              <w:rPr>
                <w:b/>
                <w:color w:val="FFFFFF"/>
                <w:sz w:val="19"/>
              </w:rPr>
              <w:t>Conseguenza preventiva</w:t>
            </w:r>
          </w:p>
        </w:tc>
      </w:tr>
      <w:tr w:rsidR="004713CD" w14:paraId="72B7E695" w14:textId="77777777">
        <w:trPr>
          <w:cantSplit/>
          <w:jc w:val="center"/>
        </w:trPr>
        <w:tc>
          <w:tcPr>
            <w:tcW w:w="238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F58B4A1" w14:textId="77777777" w:rsidR="004713CD" w:rsidRDefault="00000000">
            <w:pPr>
              <w:pStyle w:val="TableText"/>
            </w:pPr>
            <w:r>
              <w:rPr>
                <w:sz w:val="19"/>
              </w:rPr>
              <w:t>Modificazioni del liquido seminale</w:t>
            </w:r>
          </w:p>
        </w:tc>
        <w:tc>
          <w:tcPr>
            <w:tcW w:w="385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9167050" w14:textId="77777777" w:rsidR="004713CD" w:rsidRDefault="00000000">
            <w:pPr>
              <w:pStyle w:val="TableText"/>
            </w:pPr>
            <w:r>
              <w:rPr>
                <w:sz w:val="19"/>
              </w:rPr>
              <w:t>Per alcune sostanze è descritta la possibilità di presenza nel compartimento seminale e di interferenze con le prime fasi riproduttive.</w:t>
            </w:r>
          </w:p>
        </w:tc>
        <w:tc>
          <w:tcPr>
            <w:tcW w:w="34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CDF6F27" w14:textId="77777777" w:rsidR="004713CD" w:rsidRDefault="00000000">
            <w:pPr>
              <w:pStyle w:val="TableText"/>
            </w:pPr>
            <w:r>
              <w:rPr>
                <w:sz w:val="19"/>
              </w:rPr>
              <w:t>Prevenire l’assorbimento: considerare tutte le vie di ingresso, non soltanto l’inalazione.</w:t>
            </w:r>
          </w:p>
        </w:tc>
      </w:tr>
      <w:tr w:rsidR="004713CD" w14:paraId="20BEA385" w14:textId="77777777">
        <w:trPr>
          <w:cantSplit/>
          <w:jc w:val="center"/>
        </w:trPr>
        <w:tc>
          <w:tcPr>
            <w:tcW w:w="238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415E3E8" w14:textId="77777777" w:rsidR="004713CD" w:rsidRDefault="00000000">
            <w:pPr>
              <w:pStyle w:val="TableText"/>
            </w:pPr>
            <w:r>
              <w:rPr>
                <w:sz w:val="19"/>
              </w:rPr>
              <w:t>Danno al DNA spermatico</w:t>
            </w:r>
          </w:p>
        </w:tc>
        <w:tc>
          <w:tcPr>
            <w:tcW w:w="385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6D505D6" w14:textId="77777777" w:rsidR="004713CD" w:rsidRDefault="00000000">
            <w:pPr>
              <w:pStyle w:val="TableText"/>
            </w:pPr>
            <w:r>
              <w:rPr>
                <w:sz w:val="19"/>
              </w:rPr>
              <w:t>Mutazioni, anomalie cromosomiche e frammentazione del DNA possono interessare le cellule germinali.</w:t>
            </w:r>
          </w:p>
        </w:tc>
        <w:tc>
          <w:tcPr>
            <w:tcW w:w="34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54DB251" w14:textId="77777777" w:rsidR="004713CD" w:rsidRDefault="00000000">
            <w:pPr>
              <w:pStyle w:val="TableText"/>
            </w:pPr>
            <w:r>
              <w:rPr>
                <w:sz w:val="19"/>
              </w:rPr>
              <w:t>Non limitare la valutazione alla sola capacità di concepire; distinguere danno biologico ed esito clinico.</w:t>
            </w:r>
          </w:p>
        </w:tc>
      </w:tr>
      <w:tr w:rsidR="004713CD" w14:paraId="305D28C4" w14:textId="77777777">
        <w:trPr>
          <w:cantSplit/>
          <w:jc w:val="center"/>
        </w:trPr>
        <w:tc>
          <w:tcPr>
            <w:tcW w:w="238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C93F3D7" w14:textId="77777777" w:rsidR="004713CD" w:rsidRDefault="00000000">
            <w:pPr>
              <w:pStyle w:val="TableText"/>
            </w:pPr>
            <w:r>
              <w:rPr>
                <w:sz w:val="19"/>
              </w:rPr>
              <w:t>Alterazioni epigenetiche</w:t>
            </w:r>
          </w:p>
        </w:tc>
        <w:tc>
          <w:tcPr>
            <w:tcW w:w="385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FE66BB" w14:textId="77777777" w:rsidR="004713CD" w:rsidRDefault="00000000">
            <w:pPr>
              <w:pStyle w:val="TableText"/>
            </w:pPr>
            <w:r>
              <w:rPr>
                <w:sz w:val="19"/>
              </w:rPr>
              <w:t>Metilazione del DNA, modificazioni degli istoni e piccoli RNA non codificanti possono influenzare la regolazione dei geni.</w:t>
            </w:r>
          </w:p>
        </w:tc>
        <w:tc>
          <w:tcPr>
            <w:tcW w:w="34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4B7F5CA" w14:textId="77777777" w:rsidR="004713CD" w:rsidRDefault="00000000">
            <w:pPr>
              <w:pStyle w:val="TableText"/>
            </w:pPr>
            <w:r>
              <w:rPr>
                <w:sz w:val="19"/>
              </w:rPr>
              <w:t>Riconoscere l’interesse del periodo preconcezionale senza dedurre automaticamente una malattia ereditaria.</w:t>
            </w:r>
          </w:p>
        </w:tc>
      </w:tr>
    </w:tbl>
    <w:p w14:paraId="00F1ADA4" w14:textId="77777777" w:rsidR="004713CD" w:rsidRDefault="004713CD">
      <w:pPr>
        <w:pStyle w:val="Small"/>
        <w:spacing w:after="20"/>
      </w:pPr>
    </w:p>
    <w:p w14:paraId="529F162A" w14:textId="77777777" w:rsidR="004713CD" w:rsidRDefault="00000000">
      <w:pPr>
        <w:pStyle w:val="Titolo2"/>
      </w:pPr>
      <w:r>
        <w:rPr>
          <w:b w:val="0"/>
        </w:rPr>
        <w:t>Cosa dimostra e cosa non dimostra la fonte</w:t>
      </w:r>
    </w:p>
    <w:p w14:paraId="3C221BD5" w14:textId="77777777" w:rsidR="004713CD" w:rsidRDefault="00000000">
      <w:r>
        <w:t>La scheda presenta evidenze sperimentali ed epidemiologiche, con esempi nelle industrie delle vernici, del legno e della plastica. Riporta anche esposizioni non professionali. L’associazione osservata in uno studio non consente da sola di attribuire a un’esposizione aziendale uno specifico danno nella prole. L’entità dell’effetto varia per agente, dose, finestra temporale e qualità degli studi. [S1, p. 2]</w:t>
      </w:r>
    </w:p>
    <w:tbl>
      <w:tblPr>
        <w:tblW w:w="9638" w:type="dxa"/>
        <w:jc w:val="center"/>
        <w:tblLayout w:type="fixed"/>
        <w:tblLook w:val="04A0" w:firstRow="1" w:lastRow="0" w:firstColumn="1" w:lastColumn="0" w:noHBand="0" w:noVBand="1"/>
      </w:tblPr>
      <w:tblGrid>
        <w:gridCol w:w="9638"/>
      </w:tblGrid>
      <w:tr w:rsidR="004713CD" w14:paraId="263C3D53"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3927FC4" w14:textId="77777777" w:rsidR="004713CD" w:rsidRDefault="00000000">
            <w:pPr>
              <w:pStyle w:val="TableText"/>
            </w:pPr>
            <w:r>
              <w:rPr>
                <w:b/>
                <w:color w:val="FFFFFF"/>
                <w:sz w:val="20"/>
              </w:rPr>
              <w:t>IL PERIODO PRECONCEZIONALE NON È UN “CONTO ALLA ROVESCIA”</w:t>
            </w:r>
          </w:p>
        </w:tc>
      </w:tr>
      <w:tr w:rsidR="004713CD" w14:paraId="319C5957"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00958B0" w14:textId="77777777" w:rsidR="004713CD" w:rsidRDefault="00000000">
            <w:pPr>
              <w:pStyle w:val="TableText"/>
            </w:pPr>
            <w:r>
              <w:rPr>
                <w:sz w:val="20"/>
              </w:rPr>
              <w:t>Il riferimento ai tre mesi presente nella scheda riguarda gli studi richiamati. Non istituisce un tempo universale di bonifica biologica, un obbligo di astensione dal concepimento o la garanzia che il rischio si annulli dopo tre mesi. Un eventuale orientamento individuale compete al medico.</w:t>
            </w:r>
          </w:p>
        </w:tc>
      </w:tr>
    </w:tbl>
    <w:p w14:paraId="561C2CC1" w14:textId="77777777" w:rsidR="004713CD" w:rsidRDefault="004713CD">
      <w:pPr>
        <w:pStyle w:val="Small"/>
        <w:spacing w:after="20"/>
      </w:pPr>
    </w:p>
    <w:p w14:paraId="11EDD344" w14:textId="77777777" w:rsidR="004713CD" w:rsidRDefault="00000000">
      <w:r>
        <w:t>Le evidenze giustificano la prevenzione continuativa, non indagini aziendali sulla fertilità dei dipendenti. I programmi per gli stili di vita, quando proposti, sono volontari e non sostituiscono l’eliminazione o il contenimento delle esposizioni di lavoro. Le evidenze epigenetiche non sono utilizzate per sostenere una trasmissione transgenerazionale certa nell’uomo.</w:t>
      </w:r>
    </w:p>
    <w:p w14:paraId="6BCE8170" w14:textId="77777777" w:rsidR="004713CD" w:rsidRDefault="00000000">
      <w:pPr>
        <w:pStyle w:val="Small"/>
      </w:pPr>
      <w:r>
        <w:t>Base scientifica: [S1, pp. 1–2]. Le conseguenze operative e le cautele interpretative sono l’elaborazione preventiva del presente modello [O].</w:t>
      </w:r>
    </w:p>
    <w:p w14:paraId="6C488631" w14:textId="77777777" w:rsidR="004713CD" w:rsidRDefault="00000000">
      <w:r>
        <w:br w:type="page"/>
      </w:r>
    </w:p>
    <w:p w14:paraId="35510435" w14:textId="77777777" w:rsidR="004713CD" w:rsidRDefault="00000000">
      <w:pPr>
        <w:pStyle w:val="Kicker"/>
      </w:pPr>
      <w:r>
        <w:rPr>
          <w:b w:val="0"/>
        </w:rPr>
        <w:t>PROCEDURA OPERATIVA</w:t>
      </w:r>
    </w:p>
    <w:p w14:paraId="001B2938" w14:textId="77777777" w:rsidR="004713CD" w:rsidRDefault="00000000">
      <w:pPr>
        <w:pStyle w:val="Titolo1"/>
      </w:pPr>
      <w:bookmarkStart w:id="6" w:name="P03"/>
      <w:r>
        <w:rPr>
          <w:b w:val="0"/>
        </w:rPr>
        <w:t>03 · Identificare pericoli e campo normativo</w:t>
      </w:r>
      <w:bookmarkEnd w:id="6"/>
    </w:p>
    <w:p w14:paraId="2D08F328" w14:textId="77777777" w:rsidR="004713CD" w:rsidRDefault="00000000">
      <w:r>
        <w:t>RSPP e valutatore esaminano la classificazione della sostanza o della miscela effettiva, la SDS e le eventuali classificazioni armonizzate. La presenza di un componente impone una verifica delle concentrazioni e dei criteri CLP: non è corretto assegnare automaticamente alla miscela la categoria del singolo ingrediente. Anche agenti generati dal processo possono essere rilevanti. [N1; N2; N3]</w:t>
      </w:r>
    </w:p>
    <w:tbl>
      <w:tblPr>
        <w:tblW w:w="9638" w:type="dxa"/>
        <w:jc w:val="center"/>
        <w:tblLayout w:type="fixed"/>
        <w:tblLook w:val="04A0" w:firstRow="1" w:lastRow="0" w:firstColumn="1" w:lastColumn="0" w:noHBand="0" w:noVBand="1"/>
      </w:tblPr>
      <w:tblGrid>
        <w:gridCol w:w="2892"/>
        <w:gridCol w:w="3458"/>
        <w:gridCol w:w="3288"/>
      </w:tblGrid>
      <w:tr w:rsidR="004713CD" w14:paraId="136618A1" w14:textId="77777777">
        <w:trPr>
          <w:cantSplit/>
          <w:tblHeader/>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B6506A5" w14:textId="77777777" w:rsidR="004713CD" w:rsidRDefault="00000000">
            <w:pPr>
              <w:pStyle w:val="TableText"/>
            </w:pPr>
            <w:r>
              <w:rPr>
                <w:b/>
                <w:color w:val="FFFFFF"/>
              </w:rPr>
              <w:t>Indicazione / categoria</w:t>
            </w:r>
          </w:p>
        </w:tc>
        <w:tc>
          <w:tcPr>
            <w:tcW w:w="345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DBCCA3E" w14:textId="77777777" w:rsidR="004713CD" w:rsidRDefault="00000000">
            <w:pPr>
              <w:pStyle w:val="TableText"/>
            </w:pPr>
            <w:r>
              <w:rPr>
                <w:b/>
                <w:color w:val="FFFFFF"/>
              </w:rPr>
              <w:t>Lettura operativa</w:t>
            </w:r>
          </w:p>
        </w:tc>
        <w:tc>
          <w:tcPr>
            <w:tcW w:w="328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EA7B8B7" w14:textId="77777777" w:rsidR="004713CD" w:rsidRDefault="00000000">
            <w:pPr>
              <w:pStyle w:val="TableText"/>
            </w:pPr>
            <w:r>
              <w:rPr>
                <w:b/>
                <w:color w:val="FFFFFF"/>
              </w:rPr>
              <w:t>Gestione da verificare</w:t>
            </w:r>
          </w:p>
        </w:tc>
      </w:tr>
      <w:tr w:rsidR="004713CD" w14:paraId="38661D9A"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ECB8B4A" w14:textId="77777777" w:rsidR="004713CD" w:rsidRDefault="00000000">
            <w:pPr>
              <w:pStyle w:val="TableText"/>
            </w:pPr>
            <w:r>
              <w:t>Repr. 1A / 1B — H360; H360F; H360D; H360FD</w:t>
            </w:r>
          </w:p>
        </w:tc>
        <w:tc>
          <w:tcPr>
            <w:tcW w:w="345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1AB7590" w14:textId="77777777" w:rsidR="004713CD" w:rsidRDefault="00000000">
            <w:pPr>
              <w:pStyle w:val="TableText"/>
            </w:pPr>
            <w:r>
              <w:t>Tossicità nota/presunta: fertilità (F), sviluppo (D) o entrambe.</w:t>
            </w:r>
          </w:p>
        </w:tc>
        <w:tc>
          <w:tcPr>
            <w:tcW w:w="328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CA13CA" w14:textId="77777777" w:rsidR="004713CD" w:rsidRDefault="00000000">
            <w:pPr>
              <w:pStyle w:val="TableText"/>
            </w:pPr>
            <w:r>
              <w:t>Titolo IX, Capo II, nei termini della definizione dell’art. 234.</w:t>
            </w:r>
          </w:p>
        </w:tc>
      </w:tr>
      <w:tr w:rsidR="004713CD" w14:paraId="07C6CD5D"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08A6208" w14:textId="77777777" w:rsidR="004713CD" w:rsidRDefault="00000000">
            <w:pPr>
              <w:pStyle w:val="TableText"/>
            </w:pPr>
            <w:r>
              <w:t>H360Fd / H360Df</w:t>
            </w:r>
          </w:p>
        </w:tc>
        <w:tc>
          <w:tcPr>
            <w:tcW w:w="345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7DF9284" w14:textId="77777777" w:rsidR="004713CD" w:rsidRDefault="00000000">
            <w:pPr>
              <w:pStyle w:val="TableText"/>
            </w:pPr>
            <w:r>
              <w:t>Maiuscola: effetto noto/presunto. Minuscola: altro effetto sospettato.</w:t>
            </w:r>
          </w:p>
        </w:tc>
        <w:tc>
          <w:tcPr>
            <w:tcW w:w="328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704A1F9" w14:textId="77777777" w:rsidR="004713CD" w:rsidRDefault="00000000">
            <w:pPr>
              <w:pStyle w:val="TableText"/>
            </w:pPr>
            <w:r>
              <w:t>La presenza della componente H360 non va declassata a categoria 2.</w:t>
            </w:r>
          </w:p>
        </w:tc>
      </w:tr>
      <w:tr w:rsidR="004713CD" w14:paraId="40CFE724"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0C11EA8" w14:textId="77777777" w:rsidR="004713CD" w:rsidRDefault="00000000">
            <w:pPr>
              <w:pStyle w:val="TableText"/>
            </w:pPr>
            <w:r>
              <w:t>Repr. 2 — H361; H361f; H361d; H361fd</w:t>
            </w:r>
          </w:p>
        </w:tc>
        <w:tc>
          <w:tcPr>
            <w:tcW w:w="345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C203E0" w14:textId="77777777" w:rsidR="004713CD" w:rsidRDefault="00000000">
            <w:pPr>
              <w:pStyle w:val="TableText"/>
            </w:pPr>
            <w:r>
              <w:t>Tossicità sospettata per fertilità e/o sviluppo.</w:t>
            </w:r>
          </w:p>
        </w:tc>
        <w:tc>
          <w:tcPr>
            <w:tcW w:w="328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D1B7122" w14:textId="77777777" w:rsidR="004713CD" w:rsidRDefault="00000000">
            <w:pPr>
              <w:pStyle w:val="TableText"/>
            </w:pPr>
            <w:r>
              <w:t>Capo I; non determina da sola l’applicazione del Capo II.</w:t>
            </w:r>
          </w:p>
        </w:tc>
      </w:tr>
      <w:tr w:rsidR="004713CD" w14:paraId="00C26643"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2E315FE" w14:textId="77777777" w:rsidR="004713CD" w:rsidRDefault="00000000">
            <w:pPr>
              <w:pStyle w:val="TableText"/>
            </w:pPr>
            <w:r>
              <w:t>H362 — effetti sull’allattamento</w:t>
            </w:r>
          </w:p>
        </w:tc>
        <w:tc>
          <w:tcPr>
            <w:tcW w:w="345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CF5071" w14:textId="77777777" w:rsidR="004713CD" w:rsidRDefault="00000000">
            <w:pPr>
              <w:pStyle w:val="TableText"/>
            </w:pPr>
            <w:r>
              <w:t>Possibile nocività per i lattanti allattati al seno.</w:t>
            </w:r>
          </w:p>
        </w:tc>
        <w:tc>
          <w:tcPr>
            <w:tcW w:w="328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84DEE79" w14:textId="77777777" w:rsidR="004713CD" w:rsidRDefault="00000000">
            <w:pPr>
              <w:pStyle w:val="TableText"/>
            </w:pPr>
            <w:r>
              <w:t>Valutazione chimica e tutela specifica; non equivale da sola a Repr. 1A/1B.</w:t>
            </w:r>
          </w:p>
        </w:tc>
      </w:tr>
      <w:tr w:rsidR="004713CD" w14:paraId="3F5287A2"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CD9C4B3" w14:textId="77777777" w:rsidR="004713CD" w:rsidRDefault="00000000">
            <w:pPr>
              <w:pStyle w:val="TableText"/>
            </w:pPr>
            <w:r>
              <w:t>Cancerogenicità / mutagenicità 1A/1B</w:t>
            </w:r>
          </w:p>
        </w:tc>
        <w:tc>
          <w:tcPr>
            <w:tcW w:w="345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95BCEE3" w14:textId="77777777" w:rsidR="004713CD" w:rsidRDefault="00000000">
            <w:pPr>
              <w:pStyle w:val="TableText"/>
            </w:pPr>
            <w:r>
              <w:t>Possibili classificazioni concomitanti.</w:t>
            </w:r>
          </w:p>
        </w:tc>
        <w:tc>
          <w:tcPr>
            <w:tcW w:w="328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1CA0D3" w14:textId="77777777" w:rsidR="004713CD" w:rsidRDefault="00000000">
            <w:pPr>
              <w:pStyle w:val="TableText"/>
            </w:pPr>
            <w:r>
              <w:t>Verificare autonomamente i presupposti del Capo II; applicare tutte le tutele pertinenti.</w:t>
            </w:r>
          </w:p>
        </w:tc>
      </w:tr>
      <w:tr w:rsidR="004713CD" w14:paraId="5980358A"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2A288B" w14:textId="77777777" w:rsidR="004713CD" w:rsidRDefault="00000000">
            <w:pPr>
              <w:pStyle w:val="TableText"/>
            </w:pPr>
            <w:r>
              <w:t>Interferenza endocrina — EUH380 / EUH381</w:t>
            </w:r>
          </w:p>
        </w:tc>
        <w:tc>
          <w:tcPr>
            <w:tcW w:w="345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8623C67" w14:textId="77777777" w:rsidR="004713CD" w:rsidRDefault="00000000">
            <w:pPr>
              <w:pStyle w:val="TableText"/>
            </w:pPr>
            <w:r>
              <w:t>Classe di pericolo distinta per la salute umana.</w:t>
            </w:r>
          </w:p>
        </w:tc>
        <w:tc>
          <w:tcPr>
            <w:tcW w:w="328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BB42870" w14:textId="77777777" w:rsidR="004713CD" w:rsidRDefault="00000000">
            <w:pPr>
              <w:pStyle w:val="TableText"/>
            </w:pPr>
            <w:r>
              <w:t>Esaminare classificazione e applicabilità; non equivale automaticamente a Repr. 1A/1B.</w:t>
            </w:r>
          </w:p>
        </w:tc>
      </w:tr>
    </w:tbl>
    <w:p w14:paraId="2692DBB5" w14:textId="77777777" w:rsidR="004713CD" w:rsidRDefault="004713CD">
      <w:pPr>
        <w:pStyle w:val="Small"/>
        <w:spacing w:after="20"/>
      </w:pPr>
    </w:p>
    <w:p w14:paraId="6B0369CC" w14:textId="77777777" w:rsidR="004713CD" w:rsidRDefault="00000000">
      <w:pPr>
        <w:pStyle w:val="Titolo2"/>
      </w:pPr>
      <w:r>
        <w:rPr>
          <w:b w:val="0"/>
        </w:rPr>
        <w:t>Sostanze con soglia, senza soglia o non individuate</w:t>
      </w:r>
    </w:p>
    <w:p w14:paraId="7CFE960A" w14:textId="77777777" w:rsidR="004713CD" w:rsidRDefault="00000000">
      <w:r>
        <w:t>Per il regime dell’art. 235 non si deduce la presenza di una soglia sicura dal solo fatto che esista un limite ambientale o un DNEL. La designazione legislativa di sostanza reprotossica con/senza soglia è verificata nelle annotazioni pertinenti dell’Allegato XLIII. In assenza di specifica individuazione si applica il regime previsto dall’art. 235, comma 3-ter, tenendo conto della possibile assenza di un livello sicuro. [N1, artt. 234–235]</w:t>
      </w:r>
    </w:p>
    <w:tbl>
      <w:tblPr>
        <w:tblW w:w="9638" w:type="dxa"/>
        <w:jc w:val="center"/>
        <w:tblLayout w:type="fixed"/>
        <w:tblLook w:val="04A0" w:firstRow="1" w:lastRow="0" w:firstColumn="1" w:lastColumn="0" w:noHBand="0" w:noVBand="1"/>
      </w:tblPr>
      <w:tblGrid>
        <w:gridCol w:w="9638"/>
      </w:tblGrid>
      <w:tr w:rsidR="004713CD" w14:paraId="19BBC32E"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DCF033B" w14:textId="77777777" w:rsidR="004713CD" w:rsidRDefault="00000000">
            <w:pPr>
              <w:pStyle w:val="TableText"/>
            </w:pPr>
            <w:r>
              <w:rPr>
                <w:b/>
                <w:color w:val="FFFFFF"/>
                <w:sz w:val="20"/>
              </w:rPr>
              <w:t>NESSUNA CLASSIFICAZIONE PER SETTORE O FAMIGLIA GENERICA</w:t>
            </w:r>
          </w:p>
        </w:tc>
      </w:tr>
      <w:tr w:rsidR="004713CD" w14:paraId="2CA65945"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33B7FE5" w14:textId="77777777" w:rsidR="004713CD" w:rsidRDefault="00000000">
            <w:pPr>
              <w:pStyle w:val="TableText"/>
            </w:pPr>
            <w:r>
              <w:rPr>
                <w:sz w:val="20"/>
              </w:rPr>
              <w:t>“Solventi”, “metalli”, “plastiche”, “pesticidi” e “interferenti endocrini” non sono categorie automaticamente tutte reprotossiche. Identificare ogni agente e lo scenario; non usare il marchio commerciale come sostituto dell’identità chimica.</w:t>
            </w:r>
          </w:p>
        </w:tc>
      </w:tr>
    </w:tbl>
    <w:p w14:paraId="04BB872F" w14:textId="77777777" w:rsidR="004713CD" w:rsidRDefault="004713CD">
      <w:pPr>
        <w:pStyle w:val="Small"/>
        <w:spacing w:after="20"/>
      </w:pPr>
    </w:p>
    <w:p w14:paraId="293DC4C2" w14:textId="77777777" w:rsidR="004713CD" w:rsidRDefault="00000000">
      <w:pPr>
        <w:pStyle w:val="Small"/>
      </w:pPr>
      <w:r>
        <w:t>Riferimenti: [N1, artt. 234–235]; [N2, Allegati I e III]; [N3]; [T2]. Registrazione: A02–A04.</w:t>
      </w:r>
    </w:p>
    <w:p w14:paraId="41B2002C" w14:textId="77777777" w:rsidR="004713CD" w:rsidRDefault="00000000">
      <w:r>
        <w:br w:type="page"/>
      </w:r>
    </w:p>
    <w:p w14:paraId="64BD6C94" w14:textId="77777777" w:rsidR="004713CD" w:rsidRDefault="00000000">
      <w:pPr>
        <w:pStyle w:val="Kicker"/>
      </w:pPr>
      <w:r>
        <w:rPr>
          <w:b w:val="0"/>
        </w:rPr>
        <w:t>PROCEDURA OPERATIVA</w:t>
      </w:r>
    </w:p>
    <w:p w14:paraId="51FB4660" w14:textId="77777777" w:rsidR="004713CD" w:rsidRDefault="00000000">
      <w:pPr>
        <w:pStyle w:val="Titolo1"/>
      </w:pPr>
      <w:bookmarkStart w:id="7" w:name="P04"/>
      <w:r>
        <w:rPr>
          <w:b w:val="0"/>
        </w:rPr>
        <w:t>04 · Responsabilità e coordinamento</w:t>
      </w:r>
      <w:bookmarkEnd w:id="7"/>
    </w:p>
    <w:tbl>
      <w:tblPr>
        <w:tblW w:w="9638" w:type="dxa"/>
        <w:jc w:val="center"/>
        <w:tblLayout w:type="fixed"/>
        <w:tblLook w:val="04A0" w:firstRow="1" w:lastRow="0" w:firstColumn="1" w:lastColumn="0" w:noHBand="0" w:noVBand="1"/>
      </w:tblPr>
      <w:tblGrid>
        <w:gridCol w:w="2098"/>
        <w:gridCol w:w="5102"/>
        <w:gridCol w:w="2438"/>
      </w:tblGrid>
      <w:tr w:rsidR="004713CD" w14:paraId="64C8FDE4" w14:textId="77777777">
        <w:trPr>
          <w:cantSplit/>
          <w:tblHeader/>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FC7BE32" w14:textId="77777777" w:rsidR="004713CD" w:rsidRDefault="00000000">
            <w:pPr>
              <w:pStyle w:val="TableText"/>
            </w:pPr>
            <w:r>
              <w:rPr>
                <w:b/>
                <w:color w:val="FFFFFF"/>
              </w:rPr>
              <w:t>Figura</w:t>
            </w:r>
          </w:p>
        </w:tc>
        <w:tc>
          <w:tcPr>
            <w:tcW w:w="510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CD85E88" w14:textId="77777777" w:rsidR="004713CD" w:rsidRDefault="00000000">
            <w:pPr>
              <w:pStyle w:val="TableText"/>
            </w:pPr>
            <w:r>
              <w:rPr>
                <w:b/>
                <w:color w:val="FFFFFF"/>
              </w:rPr>
              <w:t>Compiti nella procedura</w:t>
            </w:r>
          </w:p>
        </w:tc>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3AF3D22" w14:textId="77777777" w:rsidR="004713CD" w:rsidRDefault="00000000">
            <w:pPr>
              <w:pStyle w:val="TableText"/>
            </w:pPr>
            <w:r>
              <w:rPr>
                <w:b/>
                <w:color w:val="FFFFFF"/>
              </w:rPr>
              <w:t>Evidenze attese</w:t>
            </w:r>
          </w:p>
        </w:tc>
      </w:tr>
      <w:tr w:rsidR="004713CD" w14:paraId="496B476D"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DC10B0B" w14:textId="77777777" w:rsidR="004713CD" w:rsidRDefault="00000000">
            <w:pPr>
              <w:pStyle w:val="TableText"/>
            </w:pPr>
            <w:r>
              <w:t>Datore di lavoro (DL)</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D15819" w14:textId="77777777" w:rsidR="004713CD" w:rsidRDefault="00000000">
            <w:pPr>
              <w:pStyle w:val="TableText"/>
            </w:pPr>
            <w:r>
              <w:t>Assicura la valutazione non delegabile, approva risorse e misure, adotta le decisioni di propria competenza; verifica l’attuazione.</w:t>
            </w:r>
          </w:p>
        </w:tc>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72D8C47" w14:textId="77777777" w:rsidR="004713CD" w:rsidRDefault="00000000">
            <w:pPr>
              <w:pStyle w:val="TableText"/>
            </w:pPr>
            <w:r>
              <w:t>DVR, approvazione, piano interventi, riesame.</w:t>
            </w:r>
          </w:p>
        </w:tc>
      </w:tr>
      <w:tr w:rsidR="004713CD" w14:paraId="2C9C3B4B"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39FECF3" w14:textId="77777777" w:rsidR="004713CD" w:rsidRDefault="00000000">
            <w:pPr>
              <w:pStyle w:val="TableText"/>
            </w:pPr>
            <w:r>
              <w:t>Dirigenti / responsabili</w:t>
            </w:r>
          </w:p>
        </w:tc>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95203A4" w14:textId="77777777" w:rsidR="004713CD" w:rsidRDefault="00000000">
            <w:pPr>
              <w:pStyle w:val="TableText"/>
            </w:pPr>
            <w:r>
              <w:t>Organizzano attività e acquisti secondo poteri e attribuzioni; assicurano che le condizioni autorizzate siano mantenute.</w:t>
            </w:r>
          </w:p>
        </w:tc>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A626A7D" w14:textId="77777777" w:rsidR="004713CD" w:rsidRDefault="00000000">
            <w:pPr>
              <w:pStyle w:val="TableText"/>
            </w:pPr>
            <w:r>
              <w:t>Ordini, istruzioni, autorizzazioni e verifiche.</w:t>
            </w:r>
          </w:p>
        </w:tc>
      </w:tr>
      <w:tr w:rsidR="004713CD" w14:paraId="5552BDE6"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9B65B8" w14:textId="77777777" w:rsidR="004713CD" w:rsidRDefault="00000000">
            <w:pPr>
              <w:pStyle w:val="TableText"/>
            </w:pPr>
            <w:r>
              <w:t>RSPP / servizio prevenzione</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49A0388" w14:textId="77777777" w:rsidR="004713CD" w:rsidRDefault="00000000">
            <w:pPr>
              <w:pStyle w:val="TableText"/>
            </w:pPr>
            <w:r>
              <w:t>Supporta identificazione, valutazione, individuazione delle misure, programma di informazione e controllo tecnico. Non sostituisce il DL.</w:t>
            </w:r>
          </w:p>
        </w:tc>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3866163" w14:textId="77777777" w:rsidR="004713CD" w:rsidRDefault="00000000">
            <w:pPr>
              <w:pStyle w:val="TableText"/>
            </w:pPr>
            <w:r>
              <w:t>Relazioni tecniche, schede scenario, proposte.</w:t>
            </w:r>
          </w:p>
        </w:tc>
      </w:tr>
      <w:tr w:rsidR="004713CD" w14:paraId="41BFDFE3"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24BFD77" w14:textId="77777777" w:rsidR="004713CD" w:rsidRDefault="00000000">
            <w:pPr>
              <w:pStyle w:val="TableText"/>
            </w:pPr>
            <w:r>
              <w:t>Medico competente (MC)</w:t>
            </w:r>
          </w:p>
        </w:tc>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847A110" w14:textId="77777777" w:rsidR="004713CD" w:rsidRDefault="00000000">
            <w:pPr>
              <w:pStyle w:val="TableText"/>
            </w:pPr>
            <w:r>
              <w:t>Collabora alla valutazione, definisce e attua sorveglianza sanitaria, esprime giudizi e gestisce dati sanitari riservati.</w:t>
            </w:r>
          </w:p>
        </w:tc>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EFAACB2" w14:textId="77777777" w:rsidR="004713CD" w:rsidRDefault="00000000">
            <w:pPr>
              <w:pStyle w:val="TableText"/>
            </w:pPr>
            <w:r>
              <w:t>Protocollo, giudizi, contributi preventivi; cartelle nel circuito sanitario.</w:t>
            </w:r>
          </w:p>
        </w:tc>
      </w:tr>
      <w:tr w:rsidR="004713CD" w14:paraId="41767469"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8FCDC48" w14:textId="77777777" w:rsidR="004713CD" w:rsidRDefault="00000000">
            <w:pPr>
              <w:pStyle w:val="TableText"/>
            </w:pPr>
            <w:r>
              <w:t>Preposti</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79BA7AD" w14:textId="77777777" w:rsidR="004713CD" w:rsidRDefault="00000000">
            <w:pPr>
              <w:pStyle w:val="TableText"/>
            </w:pPr>
            <w:r>
              <w:t>Vigilano, controllano preavvio, segnalano carenze e intervengono secondo legge e istruzioni; interrompono attività in condizioni non sicure.</w:t>
            </w:r>
          </w:p>
        </w:tc>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97C5284" w14:textId="77777777" w:rsidR="004713CD" w:rsidRDefault="00000000">
            <w:pPr>
              <w:pStyle w:val="TableText"/>
            </w:pPr>
            <w:r>
              <w:t>Check-list, segnalazioni, consegne.</w:t>
            </w:r>
          </w:p>
        </w:tc>
      </w:tr>
      <w:tr w:rsidR="004713CD" w14:paraId="1881BBDE"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85CAD8B" w14:textId="77777777" w:rsidR="004713CD" w:rsidRDefault="00000000">
            <w:pPr>
              <w:pStyle w:val="TableText"/>
            </w:pPr>
            <w:r>
              <w:t>Lavoratori</w:t>
            </w:r>
          </w:p>
        </w:tc>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67A9FB1" w14:textId="77777777" w:rsidR="004713CD" w:rsidRDefault="00000000">
            <w:pPr>
              <w:pStyle w:val="TableText"/>
            </w:pPr>
            <w:r>
              <w:t>Rispettano istruzioni e misure, usano correttamente i DPI, segnalano anomalie; non eseguono interventi non autorizzati.</w:t>
            </w:r>
          </w:p>
        </w:tc>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94CF5E1" w14:textId="77777777" w:rsidR="004713CD" w:rsidRDefault="00000000">
            <w:pPr>
              <w:pStyle w:val="TableText"/>
            </w:pPr>
            <w:r>
              <w:t>Formazione e addestramento; segnalazioni.</w:t>
            </w:r>
          </w:p>
        </w:tc>
      </w:tr>
      <w:tr w:rsidR="004713CD" w14:paraId="0B5EB240"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410E254" w14:textId="77777777" w:rsidR="004713CD" w:rsidRDefault="00000000">
            <w:pPr>
              <w:pStyle w:val="TableText"/>
            </w:pPr>
            <w:r>
              <w:t>RLS / RLST</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C79093" w14:textId="77777777" w:rsidR="004713CD" w:rsidRDefault="00000000">
            <w:pPr>
              <w:pStyle w:val="TableText"/>
            </w:pPr>
            <w:r>
              <w:t>È consultato e accede alle informazioni previste, incluso il registro nei termini di legge. Non accede per ciò solo alle cartelle sanitarie.</w:t>
            </w:r>
          </w:p>
        </w:tc>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022BFF" w14:textId="77777777" w:rsidR="004713CD" w:rsidRDefault="00000000">
            <w:pPr>
              <w:pStyle w:val="TableText"/>
            </w:pPr>
            <w:r>
              <w:t>Verbali di consultazione e osservazioni.</w:t>
            </w:r>
          </w:p>
        </w:tc>
      </w:tr>
      <w:tr w:rsidR="004713CD" w14:paraId="12BAC7F5"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AE90835" w14:textId="77777777" w:rsidR="004713CD" w:rsidRDefault="00000000">
            <w:pPr>
              <w:pStyle w:val="TableText"/>
            </w:pPr>
            <w:r>
              <w:t>Acquisti / magazzino</w:t>
            </w:r>
          </w:p>
        </w:tc>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8ECB39E" w14:textId="77777777" w:rsidR="004713CD" w:rsidRDefault="00000000">
            <w:pPr>
              <w:pStyle w:val="TableText"/>
            </w:pPr>
            <w:r>
              <w:t>Acquista e consegna solo prodotti valutati; controlla etichettatura, versioni SDS e segregazione dei non autorizzati.</w:t>
            </w:r>
          </w:p>
        </w:tc>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BB3907C" w14:textId="77777777" w:rsidR="004713CD" w:rsidRDefault="00000000">
            <w:pPr>
              <w:pStyle w:val="TableText"/>
            </w:pPr>
            <w:r>
              <w:t>A02–A04, autorizzazioni e tracciabilità.</w:t>
            </w:r>
          </w:p>
        </w:tc>
      </w:tr>
      <w:tr w:rsidR="004713CD" w14:paraId="457D46AC"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95AC7E" w14:textId="77777777" w:rsidR="004713CD" w:rsidRDefault="00000000">
            <w:pPr>
              <w:pStyle w:val="TableText"/>
            </w:pPr>
            <w:r>
              <w:t>Manutenzione / appaltatori</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30710DF" w14:textId="77777777" w:rsidR="004713CD" w:rsidRDefault="00000000">
            <w:pPr>
              <w:pStyle w:val="TableText"/>
            </w:pPr>
            <w:r>
              <w:t>Pianifica fermate, isolamento e bonifica, rispetta permessi e coordinamento; restituisce impianto verificato.</w:t>
            </w:r>
          </w:p>
        </w:tc>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11F3692" w14:textId="77777777" w:rsidR="004713CD" w:rsidRDefault="00000000">
            <w:pPr>
              <w:pStyle w:val="TableText"/>
            </w:pPr>
            <w:r>
              <w:t>A10, A14, verbali di consegna.</w:t>
            </w:r>
          </w:p>
        </w:tc>
      </w:tr>
    </w:tbl>
    <w:p w14:paraId="720D00D5" w14:textId="77777777" w:rsidR="004713CD" w:rsidRDefault="004713CD">
      <w:pPr>
        <w:pStyle w:val="Small"/>
        <w:spacing w:after="20"/>
      </w:pPr>
    </w:p>
    <w:p w14:paraId="77E5EF1A" w14:textId="77777777" w:rsidR="004713CD" w:rsidRDefault="00000000">
      <w:pPr>
        <w:pStyle w:val="Titolo2"/>
      </w:pPr>
      <w:r>
        <w:rPr>
          <w:b w:val="0"/>
        </w:rPr>
        <w:t>Regola di attribuzione</w:t>
      </w:r>
    </w:p>
    <w:p w14:paraId="4B129EDF" w14:textId="77777777" w:rsidR="004713CD" w:rsidRDefault="00000000">
      <w:r>
        <w:t>Nomi, sostituti, reperibilità, poteri decisionali e canali di segnalazione sono riportati in A01. L’incarico tecnico non costituisce una delega di funzioni. Le responsabilità legali derivano dalle effettive attribuzioni e dai poteri, non da questa tabella. [N1, artt. 17–20, 25, 31–33, 50]</w:t>
      </w:r>
    </w:p>
    <w:p w14:paraId="2465B68B" w14:textId="77777777" w:rsidR="004713CD" w:rsidRDefault="00000000">
      <w:r>
        <w:t>Ogni scenario ha un responsabile operativo e un sostituto. L’assenza del referente non autorizza a superare i limiti di impiego: si sospende l’attività interessata e si informa il livello decisionale successivo.</w:t>
      </w:r>
    </w:p>
    <w:p w14:paraId="6D18AAB1" w14:textId="77777777" w:rsidR="004713CD" w:rsidRDefault="00000000">
      <w:r>
        <w:br w:type="page"/>
      </w:r>
    </w:p>
    <w:p w14:paraId="66592AFB" w14:textId="77777777" w:rsidR="004713CD" w:rsidRDefault="00000000">
      <w:pPr>
        <w:pStyle w:val="Kicker"/>
      </w:pPr>
      <w:r>
        <w:rPr>
          <w:b w:val="0"/>
        </w:rPr>
        <w:t>PROCEDURA OPERATIVA</w:t>
      </w:r>
    </w:p>
    <w:p w14:paraId="05D2C191" w14:textId="77777777" w:rsidR="004713CD" w:rsidRDefault="00000000">
      <w:pPr>
        <w:pStyle w:val="Titolo1"/>
      </w:pPr>
      <w:bookmarkStart w:id="8" w:name="P05"/>
      <w:r>
        <w:rPr>
          <w:b w:val="0"/>
        </w:rPr>
        <w:t>05 · Acquisto, inventario e verifica SDS</w:t>
      </w:r>
      <w:bookmarkEnd w:id="8"/>
    </w:p>
    <w:p w14:paraId="01589E1D" w14:textId="77777777" w:rsidR="004713CD" w:rsidRDefault="00000000">
      <w:pPr>
        <w:pStyle w:val="Titolo2"/>
      </w:pPr>
      <w:r>
        <w:rPr>
          <w:b w:val="0"/>
        </w:rPr>
        <w:t>Autorizzazione preventiva del prodotto</w:t>
      </w:r>
    </w:p>
    <w:p w14:paraId="3FB6681F" w14:textId="77777777" w:rsidR="004713CD" w:rsidRDefault="00000000">
      <w:r>
        <w:t>Prima di ordine, campione di prova o ingresso di un prodotto dell’appaltatore, il richiedente comunica uso previsto, quantità, reparto e alternative. Acquisti acquisisce la SDS applicabile in italiano e la inoltra a RSPP/valutatore. Per prodotti non soggetti a SDS si acquisiscono comunque informazioni sufficienti a valutarne l’uso. L’urgenza produttiva non elimina questa verifica. [N3; O]</w:t>
      </w:r>
    </w:p>
    <w:tbl>
      <w:tblPr>
        <w:tblW w:w="9638" w:type="dxa"/>
        <w:jc w:val="center"/>
        <w:tblLayout w:type="fixed"/>
        <w:tblLook w:val="04A0" w:firstRow="1" w:lastRow="0" w:firstColumn="1" w:lastColumn="0" w:noHBand="0" w:noVBand="1"/>
      </w:tblPr>
      <w:tblGrid>
        <w:gridCol w:w="1757"/>
        <w:gridCol w:w="5273"/>
        <w:gridCol w:w="2608"/>
      </w:tblGrid>
      <w:tr w:rsidR="004713CD" w14:paraId="132CD4B7" w14:textId="77777777">
        <w:trPr>
          <w:cantSplit/>
          <w:tblHeader/>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3C53FD5" w14:textId="77777777" w:rsidR="004713CD" w:rsidRDefault="00000000">
            <w:pPr>
              <w:pStyle w:val="TableText"/>
            </w:pPr>
            <w:r>
              <w:rPr>
                <w:b/>
                <w:color w:val="FFFFFF"/>
              </w:rPr>
              <w:t>Passaggio</w:t>
            </w:r>
          </w:p>
        </w:tc>
        <w:tc>
          <w:tcPr>
            <w:tcW w:w="527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12EBA20" w14:textId="77777777" w:rsidR="004713CD" w:rsidRDefault="00000000">
            <w:pPr>
              <w:pStyle w:val="TableText"/>
            </w:pPr>
            <w:r>
              <w:rPr>
                <w:b/>
                <w:color w:val="FFFFFF"/>
              </w:rPr>
              <w:t>Azione verificabile</w:t>
            </w:r>
          </w:p>
        </w:tc>
        <w:tc>
          <w:tcPr>
            <w:tcW w:w="260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8A73F1C" w14:textId="77777777" w:rsidR="004713CD" w:rsidRDefault="00000000">
            <w:pPr>
              <w:pStyle w:val="TableText"/>
            </w:pPr>
            <w:r>
              <w:rPr>
                <w:b/>
                <w:color w:val="FFFFFF"/>
              </w:rPr>
              <w:t>Esito / registrazione</w:t>
            </w:r>
          </w:p>
        </w:tc>
      </w:tr>
      <w:tr w:rsidR="004713CD" w14:paraId="6F865AA1"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9E92528" w14:textId="77777777" w:rsidR="004713CD" w:rsidRDefault="00000000">
            <w:pPr>
              <w:pStyle w:val="TableText"/>
            </w:pPr>
            <w:r>
              <w:t>1. Identificazione</w:t>
            </w:r>
          </w:p>
        </w:tc>
        <w:tc>
          <w:tcPr>
            <w:tcW w:w="527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0433D9B" w14:textId="77777777" w:rsidR="004713CD" w:rsidRDefault="00000000">
            <w:pPr>
              <w:pStyle w:val="TableText"/>
            </w:pPr>
            <w:r>
              <w:t>Confrontare denominazione, fornitore, composizione pertinente, CAS/CE e codice interno. Individuare anche agenti generati.</w:t>
            </w:r>
          </w:p>
        </w:tc>
        <w:tc>
          <w:tcPr>
            <w:tcW w:w="260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E9F477C" w14:textId="77777777" w:rsidR="004713CD" w:rsidRDefault="00000000">
            <w:pPr>
              <w:pStyle w:val="TableText"/>
            </w:pPr>
            <w:r>
              <w:t>A02; collegamento prodotto–agente–scenario.</w:t>
            </w:r>
          </w:p>
        </w:tc>
      </w:tr>
      <w:tr w:rsidR="004713CD" w14:paraId="62E9F429"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04FB2A0" w14:textId="77777777" w:rsidR="004713CD" w:rsidRDefault="00000000">
            <w:pPr>
              <w:pStyle w:val="TableText"/>
            </w:pPr>
            <w:r>
              <w:t>2. Classificazione</w:t>
            </w:r>
          </w:p>
        </w:tc>
        <w:tc>
          <w:tcPr>
            <w:tcW w:w="527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845966" w14:textId="77777777" w:rsidR="004713CD" w:rsidRDefault="00000000">
            <w:pPr>
              <w:pStyle w:val="TableText"/>
            </w:pPr>
            <w:r>
              <w:t>Verificare sezioni 2 e 3, categoria, frasi H, concentrazioni, limiti specifici e classificazioni concorrenti.</w:t>
            </w:r>
          </w:p>
        </w:tc>
        <w:tc>
          <w:tcPr>
            <w:tcW w:w="260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667D83" w14:textId="77777777" w:rsidR="004713CD" w:rsidRDefault="00000000">
            <w:pPr>
              <w:pStyle w:val="TableText"/>
            </w:pPr>
            <w:r>
              <w:t>A04; discrepanze chiarite con il fornitore.</w:t>
            </w:r>
          </w:p>
        </w:tc>
      </w:tr>
      <w:tr w:rsidR="004713CD" w14:paraId="00E0B9FF"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448C679" w14:textId="77777777" w:rsidR="004713CD" w:rsidRDefault="00000000">
            <w:pPr>
              <w:pStyle w:val="TableText"/>
            </w:pPr>
            <w:r>
              <w:t>3. Impiego e controlli</w:t>
            </w:r>
          </w:p>
        </w:tc>
        <w:tc>
          <w:tcPr>
            <w:tcW w:w="527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6F2FA48" w14:textId="77777777" w:rsidR="004713CD" w:rsidRDefault="00000000">
            <w:pPr>
              <w:pStyle w:val="TableText"/>
            </w:pPr>
            <w:r>
              <w:t>Confrontare uso reale, scenario di esposizione allegato, misure tecniche e limiti con quanto indicato nella SDS.</w:t>
            </w:r>
          </w:p>
        </w:tc>
        <w:tc>
          <w:tcPr>
            <w:tcW w:w="260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786C55" w14:textId="77777777" w:rsidR="004713CD" w:rsidRDefault="00000000">
            <w:pPr>
              <w:pStyle w:val="TableText"/>
            </w:pPr>
            <w:r>
              <w:t>A03/A05; modifiche necessarie prima dell’uso.</w:t>
            </w:r>
          </w:p>
        </w:tc>
      </w:tr>
      <w:tr w:rsidR="004713CD" w14:paraId="360A8B5D"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84C1931" w14:textId="77777777" w:rsidR="004713CD" w:rsidRDefault="00000000">
            <w:pPr>
              <w:pStyle w:val="TableText"/>
            </w:pPr>
            <w:r>
              <w:t>4. Verifica legale</w:t>
            </w:r>
          </w:p>
        </w:tc>
        <w:tc>
          <w:tcPr>
            <w:tcW w:w="527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6F576D" w14:textId="77777777" w:rsidR="004713CD" w:rsidRDefault="00000000">
            <w:pPr>
              <w:pStyle w:val="TableText"/>
            </w:pPr>
            <w:r>
              <w:t>Controllare eventuali restrizioni o autorizzazioni REACH e condizioni d’uso; non confondere vendita legale e sicurezza dello scenario.</w:t>
            </w:r>
          </w:p>
        </w:tc>
        <w:tc>
          <w:tcPr>
            <w:tcW w:w="260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C79C1C0" w14:textId="77777777" w:rsidR="004713CD" w:rsidRDefault="00000000">
            <w:pPr>
              <w:pStyle w:val="TableText"/>
            </w:pPr>
            <w:r>
              <w:t>Riferimento, applicabilità ed esito motivato in A04.</w:t>
            </w:r>
          </w:p>
        </w:tc>
      </w:tr>
      <w:tr w:rsidR="004713CD" w14:paraId="14904D8C"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91337E" w14:textId="77777777" w:rsidR="004713CD" w:rsidRDefault="00000000">
            <w:pPr>
              <w:pStyle w:val="TableText"/>
            </w:pPr>
            <w:r>
              <w:t>5. Decisione</w:t>
            </w:r>
          </w:p>
        </w:tc>
        <w:tc>
          <w:tcPr>
            <w:tcW w:w="527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715844" w14:textId="77777777" w:rsidR="004713CD" w:rsidRDefault="00000000">
            <w:pPr>
              <w:pStyle w:val="TableText"/>
            </w:pPr>
            <w:r>
              <w:t>Valutare sostituzione e approvare soltanto l’impiego definito, con quantità e condizioni documentate.</w:t>
            </w:r>
          </w:p>
        </w:tc>
        <w:tc>
          <w:tcPr>
            <w:tcW w:w="260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5540D55" w14:textId="77777777" w:rsidR="004713CD" w:rsidRDefault="00000000">
            <w:pPr>
              <w:pStyle w:val="TableText"/>
            </w:pPr>
            <w:r>
              <w:t>A06/A08; autorizzazione firmata dal responsabile competente.</w:t>
            </w:r>
          </w:p>
        </w:tc>
      </w:tr>
    </w:tbl>
    <w:p w14:paraId="7EFBBB43" w14:textId="77777777" w:rsidR="004713CD" w:rsidRDefault="004713CD">
      <w:pPr>
        <w:pStyle w:val="Small"/>
        <w:spacing w:after="20"/>
      </w:pPr>
    </w:p>
    <w:p w14:paraId="1A4BFD84" w14:textId="77777777" w:rsidR="004713CD" w:rsidRDefault="00000000">
      <w:pPr>
        <w:pStyle w:val="Titolo2"/>
      </w:pPr>
      <w:r>
        <w:rPr>
          <w:b w:val="0"/>
        </w:rPr>
        <w:t>Aggiornamento e incongruenze</w:t>
      </w:r>
    </w:p>
    <w:p w14:paraId="70497450" w14:textId="77777777" w:rsidR="004713CD" w:rsidRDefault="00000000">
      <w:r>
        <w:t>Una SDS non ha una scadenza universale fissa: si verifica che sia la versione pertinente, aggiornata dal fornitore e coerente con la formulazione. Nuova classificazione, nuovo limite o nuova condizione d’uso attivano A21. Incongruenze rilevanti bloccano il nuovo impiego; il prodotto è identificato e segregato fino alla decisione tecnica. [N3; O]</w:t>
      </w:r>
    </w:p>
    <w:p w14:paraId="4D000637" w14:textId="77777777" w:rsidR="004713CD" w:rsidRDefault="00000000">
      <w:pPr>
        <w:pStyle w:val="Titolo2"/>
      </w:pPr>
      <w:r>
        <w:rPr>
          <w:b w:val="0"/>
        </w:rPr>
        <w:t>Ricevimento e deposito</w:t>
      </w:r>
    </w:p>
    <w:p w14:paraId="14FB4E37" w14:textId="77777777" w:rsidR="004713CD" w:rsidRDefault="00000000">
      <w:r>
        <w:t>Il magazziniere controlla integrità, corrispondenza con il prodotto autorizzato, etichetta leggibile e compatibilità del deposito. Non consegna contenitori anonimi, danneggiati o diversi da quelli valutati. Il travaso non deve far perdere l’identificazione del contenuto e dei pericoli. Le quantità presenti sono riconciliate con l’inventario e i fabbisogni reali.</w:t>
      </w:r>
    </w:p>
    <w:p w14:paraId="07F44C7B" w14:textId="77777777" w:rsidR="004713CD" w:rsidRDefault="00000000">
      <w:pPr>
        <w:pStyle w:val="Small"/>
      </w:pPr>
      <w:r>
        <w:t>Registrazioni: A02 inventario, A03 SDS, A04 classificazione e limiti, A06 sostituzione, A21 modifica. Fonti: [N1, artt. 223, 235–237]; [N2]; [N3].</w:t>
      </w:r>
    </w:p>
    <w:p w14:paraId="4226BC83" w14:textId="77777777" w:rsidR="004713CD" w:rsidRDefault="00000000">
      <w:r>
        <w:br w:type="page"/>
      </w:r>
    </w:p>
    <w:p w14:paraId="631ABF69" w14:textId="77777777" w:rsidR="004713CD" w:rsidRDefault="00000000">
      <w:pPr>
        <w:pStyle w:val="Kicker"/>
      </w:pPr>
      <w:r>
        <w:rPr>
          <w:b w:val="0"/>
        </w:rPr>
        <w:t>PROCEDURA OPERATIVA</w:t>
      </w:r>
    </w:p>
    <w:p w14:paraId="142E0679" w14:textId="77777777" w:rsidR="004713CD" w:rsidRDefault="00000000">
      <w:pPr>
        <w:pStyle w:val="Titolo1"/>
      </w:pPr>
      <w:bookmarkStart w:id="9" w:name="P06"/>
      <w:r>
        <w:rPr>
          <w:b w:val="0"/>
        </w:rPr>
        <w:t>06 · Valutare mansioni e scenari di esposizione</w:t>
      </w:r>
      <w:bookmarkEnd w:id="9"/>
    </w:p>
    <w:p w14:paraId="44BB15F1" w14:textId="77777777" w:rsidR="004713CD" w:rsidRDefault="00000000">
      <w:r>
        <w:t>La valutazione è riferita a ciascuna combinazione di agente, operazione e condizioni di impiego, non al solo reparto. RSPP e valutatore effettuano sopralluogo con il responsabile operativo e il contributo del MC. Si includono avvio, arresto, pulizia, manutenzione, guasti ragionevolmente prevedibili e attività rare. [N1, artt. 223 e 236]</w:t>
      </w:r>
    </w:p>
    <w:tbl>
      <w:tblPr>
        <w:tblW w:w="9638" w:type="dxa"/>
        <w:jc w:val="center"/>
        <w:tblLayout w:type="fixed"/>
        <w:tblLook w:val="04A0" w:firstRow="1" w:lastRow="0" w:firstColumn="1" w:lastColumn="0" w:noHBand="0" w:noVBand="1"/>
      </w:tblPr>
      <w:tblGrid>
        <w:gridCol w:w="2324"/>
        <w:gridCol w:w="7314"/>
      </w:tblGrid>
      <w:tr w:rsidR="004713CD" w14:paraId="7FA166D9" w14:textId="77777777">
        <w:trPr>
          <w:cantSplit/>
          <w:tblHeader/>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8458B0D" w14:textId="77777777" w:rsidR="004713CD" w:rsidRDefault="00000000">
            <w:pPr>
              <w:pStyle w:val="TableText"/>
            </w:pPr>
            <w:r>
              <w:rPr>
                <w:b/>
                <w:color w:val="FFFFFF"/>
                <w:sz w:val="19"/>
              </w:rPr>
              <w:t>Elemento minimo</w:t>
            </w:r>
          </w:p>
        </w:tc>
        <w:tc>
          <w:tcPr>
            <w:tcW w:w="7313"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EF45D04" w14:textId="77777777" w:rsidR="004713CD" w:rsidRDefault="00000000">
            <w:pPr>
              <w:pStyle w:val="TableText"/>
            </w:pPr>
            <w:r>
              <w:rPr>
                <w:b/>
                <w:color w:val="FFFFFF"/>
                <w:sz w:val="19"/>
              </w:rPr>
              <w:t>Contenuto da documentare</w:t>
            </w:r>
          </w:p>
        </w:tc>
      </w:tr>
      <w:tr w:rsidR="004713CD" w14:paraId="40DA3E13"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DF39189" w14:textId="77777777" w:rsidR="004713CD" w:rsidRDefault="00000000">
            <w:pPr>
              <w:pStyle w:val="TableText"/>
            </w:pPr>
            <w:r>
              <w:rPr>
                <w:sz w:val="19"/>
              </w:rPr>
              <w:t>Sorgenti e motivi d’impiego</w:t>
            </w:r>
          </w:p>
        </w:tc>
        <w:tc>
          <w:tcPr>
            <w:tcW w:w="731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423149B" w14:textId="77777777" w:rsidR="004713CD" w:rsidRDefault="00000000">
            <w:pPr>
              <w:pStyle w:val="TableText"/>
            </w:pPr>
            <w:r>
              <w:rPr>
                <w:sz w:val="19"/>
              </w:rPr>
              <w:t>Agenti, prodotti, impurità e sottoprodotti; ragione tecnica del loro uso e indagini sulle alternative.</w:t>
            </w:r>
          </w:p>
        </w:tc>
      </w:tr>
      <w:tr w:rsidR="004713CD" w14:paraId="22E39DC8"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F8C287C" w14:textId="77777777" w:rsidR="004713CD" w:rsidRDefault="00000000">
            <w:pPr>
              <w:pStyle w:val="TableText"/>
            </w:pPr>
            <w:r>
              <w:rPr>
                <w:sz w:val="19"/>
              </w:rPr>
              <w:t>Caratteristiche dell’attività</w:t>
            </w:r>
          </w:p>
        </w:tc>
        <w:tc>
          <w:tcPr>
            <w:tcW w:w="731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EF9DEC3" w14:textId="77777777" w:rsidR="004713CD" w:rsidRDefault="00000000">
            <w:pPr>
              <w:pStyle w:val="TableText"/>
            </w:pPr>
            <w:r>
              <w:rPr>
                <w:sz w:val="19"/>
              </w:rPr>
              <w:t>Fasi, quantità, concentrazioni, temperatura, pressione, forma fisica, possibilità di emissione e contatto.</w:t>
            </w:r>
          </w:p>
        </w:tc>
      </w:tr>
      <w:tr w:rsidR="004713CD" w14:paraId="2C4D4E35"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128CB50" w14:textId="77777777" w:rsidR="004713CD" w:rsidRDefault="00000000">
            <w:pPr>
              <w:pStyle w:val="TableText"/>
            </w:pPr>
            <w:r>
              <w:rPr>
                <w:sz w:val="19"/>
              </w:rPr>
              <w:t>Popolazione esposta</w:t>
            </w:r>
          </w:p>
        </w:tc>
        <w:tc>
          <w:tcPr>
            <w:tcW w:w="731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50C84BE" w14:textId="77777777" w:rsidR="004713CD" w:rsidRDefault="00000000">
            <w:pPr>
              <w:pStyle w:val="TableText"/>
            </w:pPr>
            <w:r>
              <w:rPr>
                <w:sz w:val="19"/>
              </w:rPr>
              <w:t>Mansioni, numero di esposti e potenzialmente esposti, imprese esterne, tempi e frequenza.</w:t>
            </w:r>
          </w:p>
        </w:tc>
      </w:tr>
      <w:tr w:rsidR="004713CD" w14:paraId="1A69F9CA"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BE1149" w14:textId="77777777" w:rsidR="004713CD" w:rsidRDefault="00000000">
            <w:pPr>
              <w:pStyle w:val="TableText"/>
            </w:pPr>
            <w:r>
              <w:rPr>
                <w:sz w:val="19"/>
              </w:rPr>
              <w:t>Vie di esposizione</w:t>
            </w:r>
          </w:p>
        </w:tc>
        <w:tc>
          <w:tcPr>
            <w:tcW w:w="731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2A9E2AE" w14:textId="77777777" w:rsidR="004713CD" w:rsidRDefault="00000000">
            <w:pPr>
              <w:pStyle w:val="TableText"/>
            </w:pPr>
            <w:r>
              <w:rPr>
                <w:sz w:val="19"/>
              </w:rPr>
              <w:t>Inalazione, cute, contatto oculare e ingestione involontaria da contaminazione; operazioni che possono determinare assorbimento combinato.</w:t>
            </w:r>
          </w:p>
        </w:tc>
      </w:tr>
      <w:tr w:rsidR="004713CD" w14:paraId="53B512F7"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EA08648" w14:textId="77777777" w:rsidR="004713CD" w:rsidRDefault="00000000">
            <w:pPr>
              <w:pStyle w:val="TableText"/>
            </w:pPr>
            <w:r>
              <w:rPr>
                <w:sz w:val="19"/>
              </w:rPr>
              <w:t>Controlli ed evidenze</w:t>
            </w:r>
          </w:p>
        </w:tc>
        <w:tc>
          <w:tcPr>
            <w:tcW w:w="731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F4C7870" w14:textId="77777777" w:rsidR="004713CD" w:rsidRDefault="00000000">
            <w:pPr>
              <w:pStyle w:val="TableText"/>
            </w:pPr>
            <w:r>
              <w:rPr>
                <w:sz w:val="19"/>
              </w:rPr>
              <w:t>Sistemi chiusi, aspirazioni, procedure, igiene, DPI; prestazioni reali, misure disponibili, rappresentatività e incertezza.</w:t>
            </w:r>
          </w:p>
        </w:tc>
      </w:tr>
      <w:tr w:rsidR="004713CD" w14:paraId="52506D2D"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4A562FF" w14:textId="77777777" w:rsidR="004713CD" w:rsidRDefault="00000000">
            <w:pPr>
              <w:pStyle w:val="TableText"/>
            </w:pPr>
            <w:r>
              <w:rPr>
                <w:sz w:val="19"/>
              </w:rPr>
              <w:t>Esito e attuazione</w:t>
            </w:r>
          </w:p>
        </w:tc>
        <w:tc>
          <w:tcPr>
            <w:tcW w:w="731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7D3C59A" w14:textId="77777777" w:rsidR="004713CD" w:rsidRDefault="00000000">
            <w:pPr>
              <w:pStyle w:val="TableText"/>
            </w:pPr>
            <w:r>
              <w:rPr>
                <w:sz w:val="19"/>
              </w:rPr>
              <w:t>Misure necessarie, condizioni d’impiego, lacune, responsabili, scadenze e verifiche; contributo sanitario per quanto pertinente.</w:t>
            </w:r>
          </w:p>
        </w:tc>
      </w:tr>
    </w:tbl>
    <w:p w14:paraId="72793515" w14:textId="77777777" w:rsidR="004713CD" w:rsidRDefault="004713CD">
      <w:pPr>
        <w:pStyle w:val="Small"/>
        <w:spacing w:after="20"/>
      </w:pPr>
    </w:p>
    <w:p w14:paraId="2EF64963" w14:textId="77777777" w:rsidR="004713CD" w:rsidRDefault="00000000">
      <w:pPr>
        <w:pStyle w:val="Titolo2"/>
      </w:pPr>
      <w:r>
        <w:rPr>
          <w:b w:val="0"/>
        </w:rPr>
        <w:t>Criteri tecnici di valutazione</w:t>
      </w:r>
    </w:p>
    <w:p w14:paraId="396A1E07" w14:textId="77777777" w:rsidR="004713CD" w:rsidRDefault="00000000">
      <w:r>
        <w:t>Si utilizzano metodi adeguati alla sostanza e allo scenario. Un algoritmo generale o una matrice probabilità × danno non sostituiscono la valutazione specifica richiesta per gli agenti del Capo II. Per miscele ed esposizioni multiple si documentano i criteri di valutazione congiunta, quando fondati su meccanismi e riferimenti pertinenti; non si sommano arbitrariamente frasi H o concentrazioni di sostanze diverse.</w:t>
      </w:r>
    </w:p>
    <w:p w14:paraId="370EBBD3" w14:textId="77777777" w:rsidR="004713CD" w:rsidRDefault="00000000">
      <w:r>
        <w:t>Per il Capo II il DVR deve contenere gli elementi dell’art. 236, comma 4: attività e motivi di impiego, quantitativi, numero di persone esposte o potenzialmente esposte, esposizioni note, misure/DPI e indagini di sostituzione. A05 organizza tali informazioni ma non sostituisce il DVR. [N1, art. 236; N4, art. 11]</w:t>
      </w:r>
    </w:p>
    <w:tbl>
      <w:tblPr>
        <w:tblW w:w="9638" w:type="dxa"/>
        <w:jc w:val="center"/>
        <w:tblLayout w:type="fixed"/>
        <w:tblLook w:val="04A0" w:firstRow="1" w:lastRow="0" w:firstColumn="1" w:lastColumn="0" w:noHBand="0" w:noVBand="1"/>
      </w:tblPr>
      <w:tblGrid>
        <w:gridCol w:w="9638"/>
      </w:tblGrid>
      <w:tr w:rsidR="004713CD" w14:paraId="31ABF5FC"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B4859DB" w14:textId="77777777" w:rsidR="004713CD" w:rsidRDefault="00000000">
            <w:pPr>
              <w:pStyle w:val="TableText"/>
            </w:pPr>
            <w:r>
              <w:rPr>
                <w:b/>
                <w:color w:val="FFFFFF"/>
                <w:sz w:val="20"/>
              </w:rPr>
              <w:t>DATI INSUFFICIENTI O MISURA NON RAPPRESENTATIVA</w:t>
            </w:r>
          </w:p>
        </w:tc>
      </w:tr>
      <w:tr w:rsidR="004713CD" w14:paraId="3C0AAC28"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D088CB4" w14:textId="77777777" w:rsidR="004713CD" w:rsidRDefault="00000000">
            <w:pPr>
              <w:pStyle w:val="TableText"/>
            </w:pPr>
            <w:r>
              <w:rPr>
                <w:sz w:val="20"/>
              </w:rPr>
              <w:t>Un campione favorevole isolato, il mancato odore, l’assenza di sintomi o un risultato inferiore al limite analitico non dimostrano l’assenza di rischio. Se manca una base sufficiente per autorizzare lo scenario, predisporre approfondimento e misure cautelative, senza inventare valori di esposizione.</w:t>
            </w:r>
          </w:p>
        </w:tc>
      </w:tr>
    </w:tbl>
    <w:p w14:paraId="007B6169" w14:textId="77777777" w:rsidR="004713CD" w:rsidRDefault="004713CD">
      <w:pPr>
        <w:pStyle w:val="Small"/>
        <w:spacing w:after="20"/>
      </w:pPr>
    </w:p>
    <w:p w14:paraId="1854BBAF" w14:textId="77777777" w:rsidR="004713CD" w:rsidRDefault="00000000">
      <w:r>
        <w:br w:type="page"/>
      </w:r>
    </w:p>
    <w:p w14:paraId="05B0E772" w14:textId="77777777" w:rsidR="004713CD" w:rsidRDefault="00000000">
      <w:pPr>
        <w:pStyle w:val="Kicker"/>
      </w:pPr>
      <w:r>
        <w:rPr>
          <w:b w:val="0"/>
        </w:rPr>
        <w:t>PROCEDURA OPERATIVA</w:t>
      </w:r>
    </w:p>
    <w:p w14:paraId="6EABA83C" w14:textId="77777777" w:rsidR="004713CD" w:rsidRDefault="00000000">
      <w:pPr>
        <w:pStyle w:val="Titolo1"/>
      </w:pPr>
      <w:bookmarkStart w:id="10" w:name="P07"/>
      <w:r>
        <w:rPr>
          <w:b w:val="0"/>
        </w:rPr>
        <w:t>07 · Decidere le condizioni di impiego</w:t>
      </w:r>
      <w:bookmarkEnd w:id="10"/>
    </w:p>
    <w:p w14:paraId="4A62079C" w14:textId="77777777" w:rsidR="004713CD" w:rsidRDefault="00000000">
      <w:pPr>
        <w:pStyle w:val="Titolo2"/>
      </w:pPr>
      <w:r>
        <w:rPr>
          <w:b w:val="0"/>
        </w:rPr>
        <w:t>Gerarchia vincolante e differenze di regime</w:t>
      </w:r>
    </w:p>
    <w:tbl>
      <w:tblPr>
        <w:tblW w:w="9638" w:type="dxa"/>
        <w:jc w:val="center"/>
        <w:tblLayout w:type="fixed"/>
        <w:tblLook w:val="04A0" w:firstRow="1" w:lastRow="0" w:firstColumn="1" w:lastColumn="0" w:noHBand="0" w:noVBand="1"/>
      </w:tblPr>
      <w:tblGrid>
        <w:gridCol w:w="1871"/>
        <w:gridCol w:w="4082"/>
        <w:gridCol w:w="3685"/>
      </w:tblGrid>
      <w:tr w:rsidR="004713CD" w14:paraId="5E39C36F" w14:textId="77777777">
        <w:trPr>
          <w:cantSplit/>
          <w:tblHeader/>
          <w:jc w:val="center"/>
        </w:trPr>
        <w:tc>
          <w:tcPr>
            <w:tcW w:w="187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DCACD01" w14:textId="77777777" w:rsidR="004713CD" w:rsidRDefault="00000000">
            <w:pPr>
              <w:pStyle w:val="TableText"/>
            </w:pPr>
            <w:r>
              <w:rPr>
                <w:b/>
                <w:color w:val="FFFFFF"/>
              </w:rPr>
              <w:t>Passaggio</w:t>
            </w:r>
          </w:p>
        </w:tc>
        <w:tc>
          <w:tcPr>
            <w:tcW w:w="408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8277754" w14:textId="77777777" w:rsidR="004713CD" w:rsidRDefault="00000000">
            <w:pPr>
              <w:pStyle w:val="TableText"/>
            </w:pPr>
            <w:r>
              <w:rPr>
                <w:b/>
                <w:color w:val="FFFFFF"/>
              </w:rPr>
              <w:t>Criterio</w:t>
            </w:r>
          </w:p>
        </w:tc>
        <w:tc>
          <w:tcPr>
            <w:tcW w:w="368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D19B4CB" w14:textId="77777777" w:rsidR="004713CD" w:rsidRDefault="00000000">
            <w:pPr>
              <w:pStyle w:val="TableText"/>
            </w:pPr>
            <w:r>
              <w:rPr>
                <w:b/>
                <w:color w:val="FFFFFF"/>
              </w:rPr>
              <w:t>Decisione documentata</w:t>
            </w:r>
          </w:p>
        </w:tc>
      </w:tr>
      <w:tr w:rsidR="004713CD" w14:paraId="3D255A8A" w14:textId="77777777">
        <w:trPr>
          <w:cantSplit/>
          <w:jc w:val="center"/>
        </w:trPr>
        <w:tc>
          <w:tcPr>
            <w:tcW w:w="187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90B648B" w14:textId="77777777" w:rsidR="004713CD" w:rsidRDefault="00000000">
            <w:pPr>
              <w:pStyle w:val="TableText"/>
            </w:pPr>
            <w:r>
              <w:t>Eliminare o sostituire</w:t>
            </w:r>
          </w:p>
        </w:tc>
        <w:tc>
          <w:tcPr>
            <w:tcW w:w="408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1D25EC" w14:textId="77777777" w:rsidR="004713CD" w:rsidRDefault="00000000">
            <w:pPr>
              <w:pStyle w:val="TableText"/>
            </w:pPr>
            <w:r>
              <w:t>Verificare la possibilità tecnica di evitare l’agente o usare un’alternativa meno pericolosa nelle condizioni d’uso.</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A44D17B" w14:textId="77777777" w:rsidR="004713CD" w:rsidRDefault="00000000">
            <w:pPr>
              <w:pStyle w:val="TableText"/>
            </w:pPr>
            <w:r>
              <w:t>A06: confronto, prove, rischi sostitutivi, decisione e riesame.</w:t>
            </w:r>
          </w:p>
        </w:tc>
      </w:tr>
      <w:tr w:rsidR="004713CD" w14:paraId="55A9D395" w14:textId="77777777">
        <w:trPr>
          <w:cantSplit/>
          <w:jc w:val="center"/>
        </w:trPr>
        <w:tc>
          <w:tcPr>
            <w:tcW w:w="187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D0F278A" w14:textId="77777777" w:rsidR="004713CD" w:rsidRDefault="00000000">
            <w:pPr>
              <w:pStyle w:val="TableText"/>
            </w:pPr>
            <w:r>
              <w:t>Sistema chiuso</w:t>
            </w:r>
          </w:p>
        </w:tc>
        <w:tc>
          <w:tcPr>
            <w:tcW w:w="408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6CB6F2" w14:textId="77777777" w:rsidR="004713CD" w:rsidRDefault="00000000">
            <w:pPr>
              <w:pStyle w:val="TableText"/>
            </w:pPr>
            <w:r>
              <w:t>Quando la sostituzione non è tecnicamente possibile, verificare la produzione/utilizzazione in sistema chiuso ove tecnicamente possibile.</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AB32546" w14:textId="77777777" w:rsidR="004713CD" w:rsidRDefault="00000000">
            <w:pPr>
              <w:pStyle w:val="TableText"/>
            </w:pPr>
            <w:r>
              <w:t>Descrivere tenuta e trasferimenti; considerare carico, scarico e manutenzione.</w:t>
            </w:r>
          </w:p>
        </w:tc>
      </w:tr>
      <w:tr w:rsidR="004713CD" w14:paraId="6B839ABF" w14:textId="77777777">
        <w:trPr>
          <w:cantSplit/>
          <w:jc w:val="center"/>
        </w:trPr>
        <w:tc>
          <w:tcPr>
            <w:tcW w:w="187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F26DD35" w14:textId="77777777" w:rsidR="004713CD" w:rsidRDefault="00000000">
            <w:pPr>
              <w:pStyle w:val="TableText"/>
            </w:pPr>
            <w:r>
              <w:t>Senza soglia / C–M</w:t>
            </w:r>
          </w:p>
        </w:tc>
        <w:tc>
          <w:tcPr>
            <w:tcW w:w="408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01318A" w14:textId="77777777" w:rsidR="004713CD" w:rsidRDefault="00000000">
            <w:pPr>
              <w:pStyle w:val="TableText"/>
            </w:pPr>
            <w:r>
              <w:t>Se non è possibile un sistema chiuso, per C/M e reprotossici senza soglia: esposizione al livello più basso tecnicamente possibile.</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5D65B90" w14:textId="77777777" w:rsidR="004713CD" w:rsidRDefault="00000000">
            <w:pPr>
              <w:pStyle w:val="TableText"/>
            </w:pPr>
            <w:r>
              <w:t>Motivare le soluzioni disponibili e quelle attuate; il solo rispetto del limite non esaurisce la prevenzione.</w:t>
            </w:r>
          </w:p>
        </w:tc>
      </w:tr>
      <w:tr w:rsidR="004713CD" w14:paraId="56DAE52E" w14:textId="77777777">
        <w:trPr>
          <w:cantSplit/>
          <w:jc w:val="center"/>
        </w:trPr>
        <w:tc>
          <w:tcPr>
            <w:tcW w:w="187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2D47FC2" w14:textId="77777777" w:rsidR="004713CD" w:rsidRDefault="00000000">
            <w:pPr>
              <w:pStyle w:val="TableText"/>
            </w:pPr>
            <w:r>
              <w:t>Reprotossici con soglia</w:t>
            </w:r>
          </w:p>
        </w:tc>
        <w:tc>
          <w:tcPr>
            <w:tcW w:w="408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D35FE62" w14:textId="77777777" w:rsidR="004713CD" w:rsidRDefault="00000000">
            <w:pPr>
              <w:pStyle w:val="TableText"/>
            </w:pPr>
            <w:r>
              <w:t>Se il sistema chiuso non è possibile, ridurre al minimo il rischio connesso all’esposizione.</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B6CC553" w14:textId="77777777" w:rsidR="004713CD" w:rsidRDefault="00000000">
            <w:pPr>
              <w:pStyle w:val="TableText"/>
            </w:pPr>
            <w:r>
              <w:t>Applicare misure adeguate e rispettare i valori limite pertinenti.</w:t>
            </w:r>
          </w:p>
        </w:tc>
      </w:tr>
      <w:tr w:rsidR="004713CD" w14:paraId="4B4FB440" w14:textId="77777777">
        <w:trPr>
          <w:cantSplit/>
          <w:jc w:val="center"/>
        </w:trPr>
        <w:tc>
          <w:tcPr>
            <w:tcW w:w="187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697025C" w14:textId="77777777" w:rsidR="004713CD" w:rsidRDefault="00000000">
            <w:pPr>
              <w:pStyle w:val="TableText"/>
            </w:pPr>
            <w:r>
              <w:t>Soglia non individuata</w:t>
            </w:r>
          </w:p>
        </w:tc>
        <w:tc>
          <w:tcPr>
            <w:tcW w:w="408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A424570" w14:textId="77777777" w:rsidR="004713CD" w:rsidRDefault="00000000">
            <w:pPr>
              <w:pStyle w:val="TableText"/>
            </w:pPr>
            <w:r>
              <w:t>Applicare il regime specifico dell’art. 235, comma 3-ter, considerando la possibile assenza di un livello sicuro.</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B6E8E24" w14:textId="77777777" w:rsidR="004713CD" w:rsidRDefault="00000000">
            <w:pPr>
              <w:pStyle w:val="TableText"/>
            </w:pPr>
            <w:r>
              <w:t>Non presumere una soglia protettiva; esplicitare l’incertezza e le misure adottate.</w:t>
            </w:r>
          </w:p>
        </w:tc>
      </w:tr>
    </w:tbl>
    <w:p w14:paraId="4BC2C56E" w14:textId="77777777" w:rsidR="004713CD" w:rsidRDefault="004713CD">
      <w:pPr>
        <w:pStyle w:val="Small"/>
        <w:spacing w:after="20"/>
      </w:pPr>
    </w:p>
    <w:p w14:paraId="0A1CE00F" w14:textId="77777777" w:rsidR="004713CD" w:rsidRDefault="00000000">
      <w:pPr>
        <w:pStyle w:val="Small"/>
      </w:pPr>
      <w:r>
        <w:t>Sintesi del criterio legale: [N1, artt. 234–235]; [N4, artt. 9–10]. Le formulazioni complete del testo vigente prevalgono sulla sintesi.</w:t>
      </w:r>
    </w:p>
    <w:p w14:paraId="10CC63C9" w14:textId="77777777" w:rsidR="004713CD" w:rsidRDefault="00000000">
      <w:pPr>
        <w:pStyle w:val="Titolo2"/>
      </w:pPr>
      <w:r>
        <w:rPr>
          <w:b w:val="0"/>
        </w:rPr>
        <w:t>Stati della decisione aziendale</w:t>
      </w:r>
    </w:p>
    <w:tbl>
      <w:tblPr>
        <w:tblW w:w="9638" w:type="dxa"/>
        <w:jc w:val="center"/>
        <w:tblLayout w:type="fixed"/>
        <w:tblLook w:val="04A0" w:firstRow="1" w:lastRow="0" w:firstColumn="1" w:lastColumn="0" w:noHBand="0" w:noVBand="1"/>
      </w:tblPr>
      <w:tblGrid>
        <w:gridCol w:w="2948"/>
        <w:gridCol w:w="6690"/>
      </w:tblGrid>
      <w:tr w:rsidR="004713CD" w14:paraId="265D7FDA" w14:textId="77777777">
        <w:trPr>
          <w:cantSplit/>
          <w:tblHeader/>
          <w:jc w:val="center"/>
        </w:trPr>
        <w:tc>
          <w:tcPr>
            <w:tcW w:w="294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C1CE2AD" w14:textId="77777777" w:rsidR="004713CD" w:rsidRDefault="00000000">
            <w:pPr>
              <w:pStyle w:val="TableText"/>
            </w:pPr>
            <w:r>
              <w:rPr>
                <w:b/>
                <w:color w:val="FFFFFF"/>
                <w:sz w:val="19"/>
              </w:rPr>
              <w:t>Stato</w:t>
            </w:r>
          </w:p>
        </w:tc>
        <w:tc>
          <w:tcPr>
            <w:tcW w:w="669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B30B35B" w14:textId="77777777" w:rsidR="004713CD" w:rsidRDefault="00000000">
            <w:pPr>
              <w:pStyle w:val="TableText"/>
            </w:pPr>
            <w:r>
              <w:rPr>
                <w:b/>
                <w:color w:val="FFFFFF"/>
                <w:sz w:val="19"/>
              </w:rPr>
              <w:t>Significato operativo</w:t>
            </w:r>
          </w:p>
        </w:tc>
      </w:tr>
      <w:tr w:rsidR="004713CD" w14:paraId="71859437" w14:textId="77777777">
        <w:trPr>
          <w:cantSplit/>
          <w:jc w:val="center"/>
        </w:trPr>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BFEA735" w14:textId="77777777" w:rsidR="004713CD" w:rsidRDefault="00000000">
            <w:pPr>
              <w:pStyle w:val="TableText"/>
            </w:pPr>
            <w:r>
              <w:rPr>
                <w:sz w:val="19"/>
              </w:rPr>
              <w:t>NON AUTORIZZATO</w:t>
            </w:r>
          </w:p>
        </w:tc>
        <w:tc>
          <w:tcPr>
            <w:tcW w:w="669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361945E" w14:textId="77777777" w:rsidR="004713CD" w:rsidRDefault="00000000">
            <w:pPr>
              <w:pStyle w:val="TableText"/>
            </w:pPr>
            <w:r>
              <w:rPr>
                <w:sz w:val="19"/>
              </w:rPr>
              <w:t>Nuovo scenario privo di valutazione o requisiti; nessun avvio.</w:t>
            </w:r>
          </w:p>
        </w:tc>
      </w:tr>
      <w:tr w:rsidR="004713CD" w14:paraId="418F514F" w14:textId="77777777">
        <w:trPr>
          <w:cantSplit/>
          <w:jc w:val="center"/>
        </w:trPr>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93F96B" w14:textId="77777777" w:rsidR="004713CD" w:rsidRDefault="00000000">
            <w:pPr>
              <w:pStyle w:val="TableText"/>
            </w:pPr>
            <w:r>
              <w:rPr>
                <w:sz w:val="19"/>
              </w:rPr>
              <w:t>SOSPESO</w:t>
            </w:r>
          </w:p>
        </w:tc>
        <w:tc>
          <w:tcPr>
            <w:tcW w:w="669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3D44607" w14:textId="77777777" w:rsidR="004713CD" w:rsidRDefault="00000000">
            <w:pPr>
              <w:pStyle w:val="TableText"/>
            </w:pPr>
            <w:r>
              <w:rPr>
                <w:sz w:val="19"/>
              </w:rPr>
              <w:t>Scenario già attivo con carenza critica, anomalia o condizioni non più rispettate; arresto sicuro e gestione della causa.</w:t>
            </w:r>
          </w:p>
        </w:tc>
      </w:tr>
      <w:tr w:rsidR="004713CD" w14:paraId="35739934" w14:textId="77777777">
        <w:trPr>
          <w:cantSplit/>
          <w:jc w:val="center"/>
        </w:trPr>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22F2A94" w14:textId="77777777" w:rsidR="004713CD" w:rsidRDefault="00000000">
            <w:pPr>
              <w:pStyle w:val="TableText"/>
            </w:pPr>
            <w:r>
              <w:rPr>
                <w:sz w:val="19"/>
              </w:rPr>
              <w:t>AUTORIZZATO CON CONDIZIONI</w:t>
            </w:r>
          </w:p>
        </w:tc>
        <w:tc>
          <w:tcPr>
            <w:tcW w:w="669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81324D" w14:textId="77777777" w:rsidR="004713CD" w:rsidRDefault="00000000">
            <w:pPr>
              <w:pStyle w:val="TableText"/>
            </w:pPr>
            <w:r>
              <w:rPr>
                <w:sz w:val="19"/>
              </w:rPr>
              <w:t>Attività ammessa esclusivamente entro parametri, misure, persone abilitate e durata definiti in A08/A14; le prescrizioni restano obbligatorie.</w:t>
            </w:r>
          </w:p>
        </w:tc>
      </w:tr>
    </w:tbl>
    <w:p w14:paraId="2EC92294" w14:textId="77777777" w:rsidR="004713CD" w:rsidRDefault="004713CD">
      <w:pPr>
        <w:pStyle w:val="Small"/>
        <w:spacing w:after="20"/>
      </w:pPr>
    </w:p>
    <w:p w14:paraId="75405490" w14:textId="77777777" w:rsidR="004713CD" w:rsidRDefault="00000000">
      <w:r>
        <w:t>L’autorizzazione è un controllo organizzativo, non un giudizio di assenza di rischio o una deroga ai limiti. Le azioni non critiche possono avere un termine soltanto se le condizioni correnti sono già adeguate e documentate. Un giudizio sanitario favorevole non sana una carenza tecnica.</w:t>
      </w:r>
    </w:p>
    <w:p w14:paraId="3FF91F7C" w14:textId="77777777" w:rsidR="004713CD" w:rsidRDefault="00000000">
      <w:r>
        <w:br w:type="page"/>
      </w:r>
    </w:p>
    <w:p w14:paraId="5339A599" w14:textId="77777777" w:rsidR="004713CD" w:rsidRDefault="00000000">
      <w:pPr>
        <w:pStyle w:val="Kicker"/>
      </w:pPr>
      <w:r>
        <w:rPr>
          <w:b w:val="0"/>
        </w:rPr>
        <w:t>PROCEDURA OPERATIVA</w:t>
      </w:r>
    </w:p>
    <w:p w14:paraId="6592B858" w14:textId="77777777" w:rsidR="004713CD" w:rsidRDefault="00000000">
      <w:pPr>
        <w:pStyle w:val="Titolo1"/>
      </w:pPr>
      <w:bookmarkStart w:id="11" w:name="P08"/>
      <w:r>
        <w:rPr>
          <w:b w:val="0"/>
        </w:rPr>
        <w:t>08 · Progettare e mantenere i controlli tecnici</w:t>
      </w:r>
      <w:bookmarkEnd w:id="11"/>
    </w:p>
    <w:p w14:paraId="48B6F909" w14:textId="77777777" w:rsidR="004713CD" w:rsidRDefault="00000000">
      <w:r>
        <w:t>Il responsabile tecnico definisce per ciascun sistema di prevenzione la prestazione richiesta, il parametro verificabile e il comportamento in caso di guasto. Non sono stabiliti nel modello ricambi d’aria o velocità universali: i valori dipendono da agente, emissione, processo e progetto. [N1, artt. 235–237; O]</w:t>
      </w:r>
    </w:p>
    <w:tbl>
      <w:tblPr>
        <w:tblW w:w="9638" w:type="dxa"/>
        <w:jc w:val="center"/>
        <w:tblLayout w:type="fixed"/>
        <w:tblLook w:val="04A0" w:firstRow="1" w:lastRow="0" w:firstColumn="1" w:lastColumn="0" w:noHBand="0" w:noVBand="1"/>
      </w:tblPr>
      <w:tblGrid>
        <w:gridCol w:w="1984"/>
        <w:gridCol w:w="3969"/>
        <w:gridCol w:w="3685"/>
      </w:tblGrid>
      <w:tr w:rsidR="004713CD" w14:paraId="22A1BE3C" w14:textId="77777777">
        <w:trPr>
          <w:cantSplit/>
          <w:tblHeader/>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E7CABC8" w14:textId="77777777" w:rsidR="004713CD" w:rsidRDefault="00000000">
            <w:pPr>
              <w:pStyle w:val="TableText"/>
            </w:pPr>
            <w:r>
              <w:rPr>
                <w:b/>
                <w:color w:val="FFFFFF"/>
                <w:sz w:val="19"/>
              </w:rPr>
              <w:t>Misura</w:t>
            </w:r>
          </w:p>
        </w:tc>
        <w:tc>
          <w:tcPr>
            <w:tcW w:w="3969"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FD6E581" w14:textId="77777777" w:rsidR="004713CD" w:rsidRDefault="00000000">
            <w:pPr>
              <w:pStyle w:val="TableText"/>
            </w:pPr>
            <w:r>
              <w:rPr>
                <w:b/>
                <w:color w:val="FFFFFF"/>
                <w:sz w:val="19"/>
              </w:rPr>
              <w:t>Requisito funzionale</w:t>
            </w:r>
          </w:p>
        </w:tc>
        <w:tc>
          <w:tcPr>
            <w:tcW w:w="368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22F7B7F" w14:textId="77777777" w:rsidR="004713CD" w:rsidRDefault="00000000">
            <w:pPr>
              <w:pStyle w:val="TableText"/>
            </w:pPr>
            <w:r>
              <w:rPr>
                <w:b/>
                <w:color w:val="FFFFFF"/>
                <w:sz w:val="19"/>
              </w:rPr>
              <w:t>Verifica e gestione</w:t>
            </w:r>
          </w:p>
        </w:tc>
      </w:tr>
      <w:tr w:rsidR="004713CD" w14:paraId="1A98B3E1"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20BCA75" w14:textId="77777777" w:rsidR="004713CD" w:rsidRDefault="00000000">
            <w:pPr>
              <w:pStyle w:val="TableText"/>
            </w:pPr>
            <w:r>
              <w:rPr>
                <w:sz w:val="19"/>
              </w:rPr>
              <w:t>Confinamento e trasferimento chiuso</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962A8FF" w14:textId="77777777" w:rsidR="004713CD" w:rsidRDefault="00000000">
            <w:pPr>
              <w:pStyle w:val="TableText"/>
            </w:pPr>
            <w:r>
              <w:rPr>
                <w:sz w:val="19"/>
              </w:rPr>
              <w:t>Evitare aperture, perdite e dispersioni nelle fasi normali e transitorie.</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8FA04D9" w14:textId="77777777" w:rsidR="004713CD" w:rsidRDefault="00000000">
            <w:pPr>
              <w:pStyle w:val="TableText"/>
            </w:pPr>
            <w:r>
              <w:rPr>
                <w:sz w:val="19"/>
              </w:rPr>
              <w:t>Prove di tenuta, connessioni, stato guarnizioni, modalità sicura di scollegamento.</w:t>
            </w:r>
          </w:p>
        </w:tc>
      </w:tr>
      <w:tr w:rsidR="004713CD" w14:paraId="7B277C33"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F39774E" w14:textId="77777777" w:rsidR="004713CD" w:rsidRDefault="00000000">
            <w:pPr>
              <w:pStyle w:val="TableText"/>
            </w:pPr>
            <w:r>
              <w:rPr>
                <w:sz w:val="19"/>
              </w:rPr>
              <w:t>Aspirazione alla fonte</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AA2F0DD" w14:textId="77777777" w:rsidR="004713CD" w:rsidRDefault="00000000">
            <w:pPr>
              <w:pStyle w:val="TableText"/>
            </w:pPr>
            <w:r>
              <w:rPr>
                <w:sz w:val="19"/>
              </w:rPr>
              <w:t>Captare l’emissione prima che raggiunga la zona respiratoria o si diffonda.</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7FEF5C6" w14:textId="77777777" w:rsidR="004713CD" w:rsidRDefault="00000000">
            <w:pPr>
              <w:pStyle w:val="TableText"/>
            </w:pPr>
            <w:r>
              <w:rPr>
                <w:sz w:val="19"/>
              </w:rPr>
              <w:t>Collaudo, indicatori di funzionamento, portate/pressioni o altri parametri definiti dal progetto.</w:t>
            </w:r>
          </w:p>
        </w:tc>
      </w:tr>
      <w:tr w:rsidR="004713CD" w14:paraId="0DA26365"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4D4B779" w14:textId="77777777" w:rsidR="004713CD" w:rsidRDefault="00000000">
            <w:pPr>
              <w:pStyle w:val="TableText"/>
            </w:pPr>
            <w:r>
              <w:rPr>
                <w:sz w:val="19"/>
              </w:rPr>
              <w:t>Ventilazione del locale</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8F7C0A" w14:textId="77777777" w:rsidR="004713CD" w:rsidRDefault="00000000">
            <w:pPr>
              <w:pStyle w:val="TableText"/>
            </w:pPr>
            <w:r>
              <w:rPr>
                <w:sz w:val="19"/>
              </w:rPr>
              <w:t>Integrare il controllo alla fonte senza disperdere l’agente verso altri occupanti.</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E9678BB" w14:textId="77777777" w:rsidR="004713CD" w:rsidRDefault="00000000">
            <w:pPr>
              <w:pStyle w:val="TableText"/>
            </w:pPr>
            <w:r>
              <w:rPr>
                <w:sz w:val="19"/>
              </w:rPr>
              <w:t>Verificare distribuzione dei flussi, aria di reintegro, espulsione e condizioni di eventuale ricircolo.</w:t>
            </w:r>
          </w:p>
        </w:tc>
      </w:tr>
      <w:tr w:rsidR="004713CD" w14:paraId="0103ECFC"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CBDBC8" w14:textId="77777777" w:rsidR="004713CD" w:rsidRDefault="00000000">
            <w:pPr>
              <w:pStyle w:val="TableText"/>
            </w:pPr>
            <w:r>
              <w:rPr>
                <w:sz w:val="19"/>
              </w:rPr>
              <w:t>Segregazione e accessi</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CBB4314" w14:textId="77777777" w:rsidR="004713CD" w:rsidRDefault="00000000">
            <w:pPr>
              <w:pStyle w:val="TableText"/>
            </w:pPr>
            <w:r>
              <w:rPr>
                <w:sz w:val="19"/>
              </w:rPr>
              <w:t>Limitare persone esposte e impedire accessi non autorizzati.</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7090B52" w14:textId="77777777" w:rsidR="004713CD" w:rsidRDefault="00000000">
            <w:pPr>
              <w:pStyle w:val="TableText"/>
            </w:pPr>
            <w:r>
              <w:rPr>
                <w:sz w:val="19"/>
              </w:rPr>
              <w:t>Delimitazioni, segnalazioni, autorizzazioni, percorsi pulito/sporco e consegne.</w:t>
            </w:r>
          </w:p>
        </w:tc>
      </w:tr>
      <w:tr w:rsidR="004713CD" w14:paraId="53223B0C"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EA728C3" w14:textId="77777777" w:rsidR="004713CD" w:rsidRDefault="00000000">
            <w:pPr>
              <w:pStyle w:val="TableText"/>
            </w:pPr>
            <w:r>
              <w:rPr>
                <w:sz w:val="19"/>
              </w:rPr>
              <w:t>Allarmi e interblocchi</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DD37092" w14:textId="77777777" w:rsidR="004713CD" w:rsidRDefault="00000000">
            <w:pPr>
              <w:pStyle w:val="TableText"/>
            </w:pPr>
            <w:r>
              <w:rPr>
                <w:sz w:val="19"/>
              </w:rPr>
              <w:t>Rendere riconoscibile la perdita delle condizioni protettive e impedire usi non sicuri ove previsto.</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3926B10" w14:textId="77777777" w:rsidR="004713CD" w:rsidRDefault="00000000">
            <w:pPr>
              <w:pStyle w:val="TableText"/>
            </w:pPr>
            <w:r>
              <w:rPr>
                <w:sz w:val="19"/>
              </w:rPr>
              <w:t>Test funzionali e regole di arresto; nessuna esclusione non autorizzata.</w:t>
            </w:r>
          </w:p>
        </w:tc>
      </w:tr>
      <w:tr w:rsidR="004713CD" w14:paraId="609BFF4A"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3402D79" w14:textId="77777777" w:rsidR="004713CD" w:rsidRDefault="00000000">
            <w:pPr>
              <w:pStyle w:val="TableText"/>
            </w:pPr>
            <w:r>
              <w:rPr>
                <w:sz w:val="19"/>
              </w:rPr>
              <w:t>Pulizia e contenimento residui</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01D6D4D" w14:textId="77777777" w:rsidR="004713CD" w:rsidRDefault="00000000">
            <w:pPr>
              <w:pStyle w:val="TableText"/>
            </w:pPr>
            <w:r>
              <w:rPr>
                <w:sz w:val="19"/>
              </w:rPr>
              <w:t>Evitare risospensione, contatti e dispersioni da scarti o superfici.</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3F6DD7D" w14:textId="77777777" w:rsidR="004713CD" w:rsidRDefault="00000000">
            <w:pPr>
              <w:pStyle w:val="TableText"/>
            </w:pPr>
            <w:r>
              <w:rPr>
                <w:sz w:val="19"/>
              </w:rPr>
              <w:t>Metodi compatibili, attrezzature dedicate, contenitori chiusi identificati.</w:t>
            </w:r>
          </w:p>
        </w:tc>
      </w:tr>
    </w:tbl>
    <w:p w14:paraId="5B9DB5E3" w14:textId="77777777" w:rsidR="004713CD" w:rsidRDefault="004713CD">
      <w:pPr>
        <w:pStyle w:val="Small"/>
        <w:spacing w:after="20"/>
      </w:pPr>
    </w:p>
    <w:p w14:paraId="4C57B6E8" w14:textId="77777777" w:rsidR="004713CD" w:rsidRDefault="00000000">
      <w:pPr>
        <w:pStyle w:val="Titolo2"/>
      </w:pPr>
      <w:r>
        <w:rPr>
          <w:b w:val="0"/>
        </w:rPr>
        <w:t>Collaudo prima dell’uso</w:t>
      </w:r>
    </w:p>
    <w:p w14:paraId="5C10BC45" w14:textId="77777777" w:rsidR="004713CD" w:rsidRDefault="00000000">
      <w:r>
        <w:t>Prima dell’avviamento o dopo una modifica significativa, il tecnico competente documenta l’efficacia del controllo e il responsabile operativo verifica l’istruzione di lavoro. Il giudizio considera misure di esposizione e verifiche del sistema quando richieste; un impianto semplicemente acceso non equivale a un impianto efficace. Si registrano valore di riferimento, intervallo ammesso, strumento e responsabile. [N1, art. 237; T1]</w:t>
      </w:r>
    </w:p>
    <w:p w14:paraId="091382AE" w14:textId="77777777" w:rsidR="004713CD" w:rsidRDefault="00000000">
      <w:pPr>
        <w:pStyle w:val="Titolo2"/>
      </w:pPr>
      <w:r>
        <w:rPr>
          <w:b w:val="0"/>
        </w:rPr>
        <w:t>Frequenze e guasti</w:t>
      </w:r>
    </w:p>
    <w:p w14:paraId="4C88F7FF" w14:textId="77777777" w:rsidR="004713CD" w:rsidRDefault="00000000">
      <w:r>
        <w:t>I controlli preuso sono eseguiti a ogni avvio secondo A09; manutenzioni e verifiche prestazionali seguono progetto, fabbricante, valutazione e obblighi pertinenti. Le scadenze sono riportate in A10. Fuori campo, guasto dell’aspirazione o perdita di tenuta attivano l’arresto sicuro e la segnalazione; non si prosegue confidando solo nei DPI.</w:t>
      </w:r>
    </w:p>
    <w:p w14:paraId="3D9EC09D" w14:textId="77777777" w:rsidR="004713CD" w:rsidRDefault="00000000">
      <w:r>
        <w:br w:type="page"/>
      </w:r>
    </w:p>
    <w:p w14:paraId="0E500BBF" w14:textId="77777777" w:rsidR="004713CD" w:rsidRDefault="00000000">
      <w:pPr>
        <w:pStyle w:val="Kicker"/>
      </w:pPr>
      <w:r>
        <w:rPr>
          <w:b w:val="0"/>
        </w:rPr>
        <w:t>PROCEDURA OPERATIVA</w:t>
      </w:r>
    </w:p>
    <w:p w14:paraId="2FDF6785" w14:textId="77777777" w:rsidR="004713CD" w:rsidRDefault="00000000">
      <w:pPr>
        <w:pStyle w:val="Titolo1"/>
      </w:pPr>
      <w:bookmarkStart w:id="12" w:name="P09"/>
      <w:r>
        <w:rPr>
          <w:b w:val="0"/>
        </w:rPr>
        <w:t>09 · Lavorare in sicurezza: prima, durante e dopo</w:t>
      </w:r>
      <w:bookmarkEnd w:id="12"/>
    </w:p>
    <w:tbl>
      <w:tblPr>
        <w:tblW w:w="9638" w:type="dxa"/>
        <w:jc w:val="center"/>
        <w:tblLayout w:type="fixed"/>
        <w:tblLook w:val="04A0" w:firstRow="1" w:lastRow="0" w:firstColumn="1" w:lastColumn="0" w:noHBand="0" w:noVBand="1"/>
      </w:tblPr>
      <w:tblGrid>
        <w:gridCol w:w="1757"/>
        <w:gridCol w:w="5330"/>
        <w:gridCol w:w="2551"/>
      </w:tblGrid>
      <w:tr w:rsidR="004713CD" w14:paraId="6D4930C3" w14:textId="77777777">
        <w:trPr>
          <w:cantSplit/>
          <w:tblHeader/>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8931795" w14:textId="77777777" w:rsidR="004713CD" w:rsidRDefault="00000000">
            <w:pPr>
              <w:pStyle w:val="TableText"/>
            </w:pPr>
            <w:r>
              <w:rPr>
                <w:b/>
                <w:color w:val="FFFFFF"/>
                <w:sz w:val="19"/>
              </w:rPr>
              <w:t>Fase</w:t>
            </w:r>
          </w:p>
        </w:tc>
        <w:tc>
          <w:tcPr>
            <w:tcW w:w="5329"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DFC86CC" w14:textId="77777777" w:rsidR="004713CD" w:rsidRDefault="00000000">
            <w:pPr>
              <w:pStyle w:val="TableText"/>
            </w:pPr>
            <w:r>
              <w:rPr>
                <w:b/>
                <w:color w:val="FFFFFF"/>
                <w:sz w:val="19"/>
              </w:rPr>
              <w:t>Comportamento operativo</w:t>
            </w:r>
          </w:p>
        </w:tc>
        <w:tc>
          <w:tcPr>
            <w:tcW w:w="255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BCC0784" w14:textId="77777777" w:rsidR="004713CD" w:rsidRDefault="00000000">
            <w:pPr>
              <w:pStyle w:val="TableText"/>
            </w:pPr>
            <w:r>
              <w:rPr>
                <w:b/>
                <w:color w:val="FFFFFF"/>
                <w:sz w:val="19"/>
              </w:rPr>
              <w:t>Quando fermarsi</w:t>
            </w:r>
          </w:p>
        </w:tc>
      </w:tr>
      <w:tr w:rsidR="004713CD" w14:paraId="1E8A8DE1"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BE09291" w14:textId="77777777" w:rsidR="004713CD" w:rsidRDefault="00000000">
            <w:pPr>
              <w:pStyle w:val="TableText"/>
            </w:pPr>
            <w:r>
              <w:rPr>
                <w:sz w:val="19"/>
              </w:rPr>
              <w:t>Prima dell’attività</w:t>
            </w:r>
          </w:p>
        </w:tc>
        <w:tc>
          <w:tcPr>
            <w:tcW w:w="532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163838A" w14:textId="77777777" w:rsidR="004713CD" w:rsidRDefault="00000000">
            <w:pPr>
              <w:pStyle w:val="TableText"/>
            </w:pPr>
            <w:r>
              <w:rPr>
                <w:sz w:val="19"/>
              </w:rPr>
              <w:t>Leggere l’istruzione vigente; verificare prodotto, quantità, contenitori, aspirazione, segregazione, kit emergenza e DPI. Tenere disponibile la SDS.</w:t>
            </w:r>
          </w:p>
        </w:tc>
        <w:tc>
          <w:tcPr>
            <w:tcW w:w="255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BA2E2F" w14:textId="77777777" w:rsidR="004713CD" w:rsidRDefault="00000000">
            <w:pPr>
              <w:pStyle w:val="TableText"/>
            </w:pPr>
            <w:r>
              <w:rPr>
                <w:sz w:val="19"/>
              </w:rPr>
              <w:t>Prodotto ignoto, istruzione mancante, controllo tecnico inefficace, DPI non idonei o personale non formato.</w:t>
            </w:r>
          </w:p>
        </w:tc>
      </w:tr>
      <w:tr w:rsidR="004713CD" w14:paraId="14BE8B89"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471AB2F" w14:textId="77777777" w:rsidR="004713CD" w:rsidRDefault="00000000">
            <w:pPr>
              <w:pStyle w:val="TableText"/>
            </w:pPr>
            <w:r>
              <w:rPr>
                <w:sz w:val="19"/>
              </w:rPr>
              <w:t>Preparazione e travaso</w:t>
            </w:r>
          </w:p>
        </w:tc>
        <w:tc>
          <w:tcPr>
            <w:tcW w:w="532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7C0F7A0" w14:textId="77777777" w:rsidR="004713CD" w:rsidRDefault="00000000">
            <w:pPr>
              <w:pStyle w:val="TableText"/>
            </w:pPr>
            <w:r>
              <w:rPr>
                <w:sz w:val="19"/>
              </w:rPr>
              <w:t>Usare il sistema autorizzato, limitare le quantità alla necessità operativa, prevenire versamenti e chiudere i contenitori appena possibile.</w:t>
            </w:r>
          </w:p>
        </w:tc>
        <w:tc>
          <w:tcPr>
            <w:tcW w:w="255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0E88EE4" w14:textId="77777777" w:rsidR="004713CD" w:rsidRDefault="00000000">
            <w:pPr>
              <w:pStyle w:val="TableText"/>
            </w:pPr>
            <w:r>
              <w:rPr>
                <w:sz w:val="19"/>
              </w:rPr>
              <w:t>Connessione non compatibile, contenitore danneggiato, perdita, travaso diverso da quello valutato.</w:t>
            </w:r>
          </w:p>
        </w:tc>
      </w:tr>
      <w:tr w:rsidR="004713CD" w14:paraId="382450A3"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CFBBDEA" w14:textId="77777777" w:rsidR="004713CD" w:rsidRDefault="00000000">
            <w:pPr>
              <w:pStyle w:val="TableText"/>
            </w:pPr>
            <w:r>
              <w:rPr>
                <w:sz w:val="19"/>
              </w:rPr>
              <w:t>Esecuzione</w:t>
            </w:r>
          </w:p>
        </w:tc>
        <w:tc>
          <w:tcPr>
            <w:tcW w:w="532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0B1AE3A" w14:textId="77777777" w:rsidR="004713CD" w:rsidRDefault="00000000">
            <w:pPr>
              <w:pStyle w:val="TableText"/>
            </w:pPr>
            <w:r>
              <w:rPr>
                <w:sz w:val="19"/>
              </w:rPr>
              <w:t>Operare nel campo di captazione, non alterare temperatura/pressione/velocità o quantità fuori dai parametri; evitare contatto diretto e contaminazioni.</w:t>
            </w:r>
          </w:p>
        </w:tc>
        <w:tc>
          <w:tcPr>
            <w:tcW w:w="255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B75900F" w14:textId="77777777" w:rsidR="004713CD" w:rsidRDefault="00000000">
            <w:pPr>
              <w:pStyle w:val="TableText"/>
            </w:pPr>
            <w:r>
              <w:rPr>
                <w:sz w:val="19"/>
              </w:rPr>
              <w:t>Allarme, emissioni anomale, contatto inatteso o deviazione delle condizioni di impiego.</w:t>
            </w:r>
          </w:p>
        </w:tc>
      </w:tr>
      <w:tr w:rsidR="004713CD" w14:paraId="55F641B6"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436581A" w14:textId="77777777" w:rsidR="004713CD" w:rsidRDefault="00000000">
            <w:pPr>
              <w:pStyle w:val="TableText"/>
            </w:pPr>
            <w:r>
              <w:rPr>
                <w:sz w:val="19"/>
              </w:rPr>
              <w:t>Pulizia e fine lavoro</w:t>
            </w:r>
          </w:p>
        </w:tc>
        <w:tc>
          <w:tcPr>
            <w:tcW w:w="532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3DEC3F3" w14:textId="77777777" w:rsidR="004713CD" w:rsidRDefault="00000000">
            <w:pPr>
              <w:pStyle w:val="TableText"/>
            </w:pPr>
            <w:r>
              <w:rPr>
                <w:sz w:val="19"/>
              </w:rPr>
              <w:t>Mettere in sicurezza, raccogliere residui con metodo previsto, chiudere e identificare rifiuti, controllare le superfici e ripristinare l’ordine.</w:t>
            </w:r>
          </w:p>
        </w:tc>
        <w:tc>
          <w:tcPr>
            <w:tcW w:w="255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4100755" w14:textId="77777777" w:rsidR="004713CD" w:rsidRDefault="00000000">
            <w:pPr>
              <w:pStyle w:val="TableText"/>
            </w:pPr>
            <w:r>
              <w:rPr>
                <w:sz w:val="19"/>
              </w:rPr>
              <w:t>Residuo ignoto, contaminazione non gestibile, metodo di bonifica non definito.</w:t>
            </w:r>
          </w:p>
        </w:tc>
      </w:tr>
      <w:tr w:rsidR="004713CD" w14:paraId="371E187B" w14:textId="77777777">
        <w:trPr>
          <w:cantSplit/>
          <w:jc w:val="center"/>
        </w:trPr>
        <w:tc>
          <w:tcPr>
            <w:tcW w:w="17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343CA4B" w14:textId="77777777" w:rsidR="004713CD" w:rsidRDefault="00000000">
            <w:pPr>
              <w:pStyle w:val="TableText"/>
            </w:pPr>
            <w:r>
              <w:rPr>
                <w:sz w:val="19"/>
              </w:rPr>
              <w:t>Uscita dal reparto</w:t>
            </w:r>
          </w:p>
        </w:tc>
        <w:tc>
          <w:tcPr>
            <w:tcW w:w="532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AB47DA8" w14:textId="77777777" w:rsidR="004713CD" w:rsidRDefault="00000000">
            <w:pPr>
              <w:pStyle w:val="TableText"/>
            </w:pPr>
            <w:r>
              <w:rPr>
                <w:sz w:val="19"/>
              </w:rPr>
              <w:t>Rimuovere DPI evitando autocontaminazione; igiene personale; separare indumenti e oggetti contaminati dalle aree pulite.</w:t>
            </w:r>
          </w:p>
        </w:tc>
        <w:tc>
          <w:tcPr>
            <w:tcW w:w="255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9456AC7" w14:textId="77777777" w:rsidR="004713CD" w:rsidRDefault="00000000">
            <w:pPr>
              <w:pStyle w:val="TableText"/>
            </w:pPr>
            <w:r>
              <w:rPr>
                <w:sz w:val="19"/>
              </w:rPr>
              <w:t>Contaminazione persistente, DPI danneggiati o esposizione personale da segnalare.</w:t>
            </w:r>
          </w:p>
        </w:tc>
      </w:tr>
    </w:tbl>
    <w:p w14:paraId="189DE567" w14:textId="77777777" w:rsidR="004713CD" w:rsidRDefault="004713CD">
      <w:pPr>
        <w:pStyle w:val="Small"/>
        <w:spacing w:after="20"/>
      </w:pPr>
    </w:p>
    <w:p w14:paraId="7C76552A" w14:textId="77777777" w:rsidR="004713CD" w:rsidRDefault="00000000">
      <w:pPr>
        <w:pStyle w:val="Titolo2"/>
      </w:pPr>
      <w:r>
        <w:rPr>
          <w:b w:val="0"/>
        </w:rPr>
        <w:t>Regole igieniche e prevenzione della contaminazione domestica</w:t>
      </w:r>
    </w:p>
    <w:p w14:paraId="62AE27AA" w14:textId="77777777" w:rsidR="004713CD" w:rsidRDefault="00000000">
      <w:r>
        <w:t>Nelle aree interessate si applicano i divieti di mangiare, bere e fumare e le misure igieniche previste. Non toccare telefoni, maniglie, veicoli o oggetti personali con guanti contaminati. Indumenti e DPI contaminati sono gestiti con circuito aziendale appropriato; non sono portati a casa per il lavaggio. Spogliatoi, depositi e servizi devono consentire la separazione pulito/sporco secondo la valutazione. [N1, art. 238; O]</w:t>
      </w:r>
    </w:p>
    <w:p w14:paraId="4E3484E4" w14:textId="77777777" w:rsidR="004713CD" w:rsidRDefault="00000000">
      <w:r>
        <w:t>Non usare solventi per lavare la pelle. Non pulire con aria compressa o spazzatura a secco quando ciò può disperdere l’agente; scegliere metodi umidi o aspirazione tecnicamente compatibile, senza introdurre reazioni pericolose. Non mescolare rifiuti incompatibili. Le procedure di decontaminazione sono specifiche per l’agente, non generiche.</w:t>
      </w:r>
    </w:p>
    <w:p w14:paraId="4FDAFA64" w14:textId="77777777" w:rsidR="004713CD" w:rsidRDefault="00000000">
      <w:pPr>
        <w:pStyle w:val="Titolo2"/>
      </w:pPr>
      <w:r>
        <w:rPr>
          <w:b w:val="0"/>
        </w:rPr>
        <w:t>Passaggio di consegne</w:t>
      </w:r>
    </w:p>
    <w:p w14:paraId="1EC4A6D2" w14:textId="77777777" w:rsidR="004713CD" w:rsidRDefault="00000000">
      <w:r>
        <w:t>Il lavoratore informa il preposto di residui, anomalie e manutenzioni pendenti. Il preposto verifica la chiusura dei contenitori, lo stato dei sistemi e l’assenza di accessi non controllati; registra ogni impedimento al riavvio in A09/A13.</w:t>
      </w:r>
    </w:p>
    <w:p w14:paraId="79408D9E" w14:textId="77777777" w:rsidR="004713CD" w:rsidRDefault="00000000">
      <w:pPr>
        <w:pStyle w:val="Small"/>
      </w:pPr>
      <w:r>
        <w:t>Registrazioni: A08 istruzione, A09 controllo turno, A13 anomalia. Le regole operative devono essere adattate alle SDS e alle caratteristiche reali dell’impianto.</w:t>
      </w:r>
    </w:p>
    <w:p w14:paraId="3C85E39B" w14:textId="77777777" w:rsidR="004713CD" w:rsidRDefault="00000000">
      <w:r>
        <w:br w:type="page"/>
      </w:r>
    </w:p>
    <w:p w14:paraId="777978DD" w14:textId="77777777" w:rsidR="004713CD" w:rsidRDefault="00000000">
      <w:pPr>
        <w:pStyle w:val="Kicker"/>
      </w:pPr>
      <w:r>
        <w:rPr>
          <w:b w:val="0"/>
        </w:rPr>
        <w:t>PROCEDURA OPERATIVA</w:t>
      </w:r>
    </w:p>
    <w:p w14:paraId="0A1EA209" w14:textId="77777777" w:rsidR="004713CD" w:rsidRDefault="00000000">
      <w:pPr>
        <w:pStyle w:val="Titolo1"/>
      </w:pPr>
      <w:bookmarkStart w:id="13" w:name="P10"/>
      <w:r>
        <w:rPr>
          <w:b w:val="0"/>
        </w:rPr>
        <w:t>10 · Selezione e impiego dei DPI</w:t>
      </w:r>
      <w:bookmarkEnd w:id="13"/>
    </w:p>
    <w:p w14:paraId="543AEE89" w14:textId="77777777" w:rsidR="004713CD" w:rsidRDefault="00000000">
      <w:r>
        <w:t>I dispositivi di protezione individuale integrano le misure collettive e sono scelti in relazione all’esposizione residua e alle attività eccezionali ammesse. Il responsabile tecnico documenta la scelta con il contributo delle figure competenti. Non esiste un materiale o un filtro universalmente adatto a tutti i reprotossici. [N1, Titolo III e artt. 235–241]</w:t>
      </w:r>
    </w:p>
    <w:tbl>
      <w:tblPr>
        <w:tblW w:w="9638" w:type="dxa"/>
        <w:jc w:val="center"/>
        <w:tblLayout w:type="fixed"/>
        <w:tblLook w:val="04A0" w:firstRow="1" w:lastRow="0" w:firstColumn="1" w:lastColumn="0" w:noHBand="0" w:noVBand="1"/>
      </w:tblPr>
      <w:tblGrid>
        <w:gridCol w:w="1814"/>
        <w:gridCol w:w="4309"/>
        <w:gridCol w:w="3515"/>
      </w:tblGrid>
      <w:tr w:rsidR="004713CD" w14:paraId="67FBE7E0" w14:textId="77777777">
        <w:trPr>
          <w:cantSplit/>
          <w:tblHeader/>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3DDF19B" w14:textId="77777777" w:rsidR="004713CD" w:rsidRDefault="00000000">
            <w:pPr>
              <w:pStyle w:val="TableText"/>
            </w:pPr>
            <w:r>
              <w:rPr>
                <w:b/>
                <w:color w:val="FFFFFF"/>
                <w:sz w:val="19"/>
              </w:rPr>
              <w:t>Protezione</w:t>
            </w:r>
          </w:p>
        </w:tc>
        <w:tc>
          <w:tcPr>
            <w:tcW w:w="4309"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48AC078" w14:textId="77777777" w:rsidR="004713CD" w:rsidRDefault="00000000">
            <w:pPr>
              <w:pStyle w:val="TableText"/>
            </w:pPr>
            <w:r>
              <w:rPr>
                <w:b/>
                <w:color w:val="FFFFFF"/>
                <w:sz w:val="19"/>
              </w:rPr>
              <w:t>Criteri da documentare</w:t>
            </w:r>
          </w:p>
        </w:tc>
        <w:tc>
          <w:tcPr>
            <w:tcW w:w="351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A068A7D" w14:textId="77777777" w:rsidR="004713CD" w:rsidRDefault="00000000">
            <w:pPr>
              <w:pStyle w:val="TableText"/>
            </w:pPr>
            <w:r>
              <w:rPr>
                <w:b/>
                <w:color w:val="FFFFFF"/>
                <w:sz w:val="19"/>
              </w:rPr>
              <w:t>Errori da evitare</w:t>
            </w:r>
          </w:p>
        </w:tc>
      </w:tr>
      <w:tr w:rsidR="004713CD" w14:paraId="2151A86E" w14:textId="77777777">
        <w:trPr>
          <w:cantSplit/>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5FB6FFD" w14:textId="77777777" w:rsidR="004713CD" w:rsidRDefault="00000000">
            <w:pPr>
              <w:pStyle w:val="TableText"/>
            </w:pPr>
            <w:r>
              <w:rPr>
                <w:sz w:val="19"/>
              </w:rPr>
              <w:t>Guanti</w:t>
            </w:r>
          </w:p>
        </w:tc>
        <w:tc>
          <w:tcPr>
            <w:tcW w:w="430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A04212A" w14:textId="77777777" w:rsidR="004713CD" w:rsidRDefault="00000000">
            <w:pPr>
              <w:pStyle w:val="TableText"/>
            </w:pPr>
            <w:r>
              <w:rPr>
                <w:sz w:val="19"/>
              </w:rPr>
              <w:t>Compatibilità con sostanza e miscela, permeazione, degradazione, spessore, tempo d’impiego reale, destrezza e modalità di cambio.</w:t>
            </w:r>
          </w:p>
        </w:tc>
        <w:tc>
          <w:tcPr>
            <w:tcW w:w="351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B792371" w14:textId="77777777" w:rsidR="004713CD" w:rsidRDefault="00000000">
            <w:pPr>
              <w:pStyle w:val="TableText"/>
            </w:pPr>
            <w:r>
              <w:rPr>
                <w:sz w:val="19"/>
              </w:rPr>
              <w:t>Considerare il nitrile sempre idoneo; confondere un guanto integro con un guanto non permeato.</w:t>
            </w:r>
          </w:p>
        </w:tc>
      </w:tr>
      <w:tr w:rsidR="004713CD" w14:paraId="6EB99676" w14:textId="77777777">
        <w:trPr>
          <w:cantSplit/>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4B73989" w14:textId="77777777" w:rsidR="004713CD" w:rsidRDefault="00000000">
            <w:pPr>
              <w:pStyle w:val="TableText"/>
            </w:pPr>
            <w:r>
              <w:rPr>
                <w:sz w:val="19"/>
              </w:rPr>
              <w:t>Vie respiratorie</w:t>
            </w:r>
          </w:p>
        </w:tc>
        <w:tc>
          <w:tcPr>
            <w:tcW w:w="430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42711BE" w14:textId="77777777" w:rsidR="004713CD" w:rsidRDefault="00000000">
            <w:pPr>
              <w:pStyle w:val="TableText"/>
            </w:pPr>
            <w:r>
              <w:rPr>
                <w:sz w:val="19"/>
              </w:rPr>
              <w:t>Stato fisico dell’agente, concentrazione e scenario, classe/tipo di filtro o altra protezione, compatibilità facciale, addestramento e cambio.</w:t>
            </w:r>
          </w:p>
        </w:tc>
        <w:tc>
          <w:tcPr>
            <w:tcW w:w="351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9E058C0" w14:textId="77777777" w:rsidR="004713CD" w:rsidRDefault="00000000">
            <w:pPr>
              <w:pStyle w:val="TableText"/>
            </w:pPr>
            <w:r>
              <w:rPr>
                <w:sz w:val="19"/>
              </w:rPr>
              <w:t>Usare un filtrante per particelle contro gas/vapori; entrare con filtri in atmosfera ignota o carente di ossigeno.</w:t>
            </w:r>
          </w:p>
        </w:tc>
      </w:tr>
      <w:tr w:rsidR="004713CD" w14:paraId="23109D55" w14:textId="77777777">
        <w:trPr>
          <w:cantSplit/>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0CE2F77" w14:textId="77777777" w:rsidR="004713CD" w:rsidRDefault="00000000">
            <w:pPr>
              <w:pStyle w:val="TableText"/>
            </w:pPr>
            <w:r>
              <w:rPr>
                <w:sz w:val="19"/>
              </w:rPr>
              <w:t>Occhi e viso</w:t>
            </w:r>
          </w:p>
        </w:tc>
        <w:tc>
          <w:tcPr>
            <w:tcW w:w="430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0FFD925" w14:textId="77777777" w:rsidR="004713CD" w:rsidRDefault="00000000">
            <w:pPr>
              <w:pStyle w:val="TableText"/>
            </w:pPr>
            <w:r>
              <w:rPr>
                <w:sz w:val="19"/>
              </w:rPr>
              <w:t>Rischio di schizzi, aerosol o proiezioni; copertura e compatibilità con gli altri DPI.</w:t>
            </w:r>
          </w:p>
        </w:tc>
        <w:tc>
          <w:tcPr>
            <w:tcW w:w="351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23A5661" w14:textId="77777777" w:rsidR="004713CD" w:rsidRDefault="00000000">
            <w:pPr>
              <w:pStyle w:val="TableText"/>
            </w:pPr>
            <w:r>
              <w:rPr>
                <w:sz w:val="19"/>
              </w:rPr>
              <w:t>Usare soli occhiali ordinari se la valutazione richiede protezione specifica.</w:t>
            </w:r>
          </w:p>
        </w:tc>
      </w:tr>
      <w:tr w:rsidR="004713CD" w14:paraId="32CCCB94" w14:textId="77777777">
        <w:trPr>
          <w:cantSplit/>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F709467" w14:textId="77777777" w:rsidR="004713CD" w:rsidRDefault="00000000">
            <w:pPr>
              <w:pStyle w:val="TableText"/>
            </w:pPr>
            <w:r>
              <w:rPr>
                <w:sz w:val="19"/>
              </w:rPr>
              <w:t>Corpo e calzature</w:t>
            </w:r>
          </w:p>
        </w:tc>
        <w:tc>
          <w:tcPr>
            <w:tcW w:w="430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FA1B0C" w14:textId="77777777" w:rsidR="004713CD" w:rsidRDefault="00000000">
            <w:pPr>
              <w:pStyle w:val="TableText"/>
            </w:pPr>
            <w:r>
              <w:rPr>
                <w:sz w:val="19"/>
              </w:rPr>
              <w:t>Permeazione/penetrazione, zone di contatto, gestione della svestizione e destinazione dopo l’uso.</w:t>
            </w:r>
          </w:p>
        </w:tc>
        <w:tc>
          <w:tcPr>
            <w:tcW w:w="351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1EC56DB" w14:textId="77777777" w:rsidR="004713CD" w:rsidRDefault="00000000">
            <w:pPr>
              <w:pStyle w:val="TableText"/>
            </w:pPr>
            <w:r>
              <w:rPr>
                <w:sz w:val="19"/>
              </w:rPr>
              <w:t>Portare indumenti contaminati nelle aree pulite o a casa.</w:t>
            </w:r>
          </w:p>
        </w:tc>
      </w:tr>
      <w:tr w:rsidR="004713CD" w14:paraId="2D3AEFFC" w14:textId="77777777">
        <w:trPr>
          <w:cantSplit/>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AAB332" w14:textId="77777777" w:rsidR="004713CD" w:rsidRDefault="00000000">
            <w:pPr>
              <w:pStyle w:val="TableText"/>
            </w:pPr>
            <w:r>
              <w:rPr>
                <w:sz w:val="19"/>
              </w:rPr>
              <w:t>DPI per emergenze</w:t>
            </w:r>
          </w:p>
        </w:tc>
        <w:tc>
          <w:tcPr>
            <w:tcW w:w="430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0A97B7A" w14:textId="77777777" w:rsidR="004713CD" w:rsidRDefault="00000000">
            <w:pPr>
              <w:pStyle w:val="TableText"/>
            </w:pPr>
            <w:r>
              <w:rPr>
                <w:sz w:val="19"/>
              </w:rPr>
              <w:t>Protezione coerente con piano di emergenza e squadra effettivamente addestrata.</w:t>
            </w:r>
          </w:p>
        </w:tc>
        <w:tc>
          <w:tcPr>
            <w:tcW w:w="351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0F2C9F7" w14:textId="77777777" w:rsidR="004713CD" w:rsidRDefault="00000000">
            <w:pPr>
              <w:pStyle w:val="TableText"/>
            </w:pPr>
            <w:r>
              <w:rPr>
                <w:sz w:val="19"/>
              </w:rPr>
              <w:t>Affidare interventi su rilasci non controllati a personale dotato dei soli DPI ordinari.</w:t>
            </w:r>
          </w:p>
        </w:tc>
      </w:tr>
    </w:tbl>
    <w:p w14:paraId="491555B6" w14:textId="77777777" w:rsidR="004713CD" w:rsidRDefault="004713CD">
      <w:pPr>
        <w:pStyle w:val="Small"/>
        <w:spacing w:after="20"/>
      </w:pPr>
    </w:p>
    <w:p w14:paraId="528605AD" w14:textId="77777777" w:rsidR="004713CD" w:rsidRDefault="00000000">
      <w:pPr>
        <w:pStyle w:val="Titolo2"/>
      </w:pPr>
      <w:r>
        <w:rPr>
          <w:b w:val="0"/>
        </w:rPr>
        <w:t>Programma di gestione</w:t>
      </w:r>
    </w:p>
    <w:p w14:paraId="7A94A086" w14:textId="77777777" w:rsidR="004713CD" w:rsidRDefault="00000000">
      <w:r>
        <w:t>A11 specifica marca/modello, prestazioni richieste, istruzioni, condizioni di sostituzione, responsabile della fornitura e controlli. Per dispositivi aderenti al volto si prevedono verifiche di adeguatezza e tenuta coerenti con il programma respiratorio e le istruzioni; gli ostacoli alla tenuta devono essere gestiti. La necessità di addestramento e il suo svolgimento sono documentati.</w:t>
      </w:r>
    </w:p>
    <w:p w14:paraId="32DF3D5A" w14:textId="77777777" w:rsidR="004713CD" w:rsidRDefault="00000000">
      <w:pPr>
        <w:pStyle w:val="Titolo2"/>
      </w:pPr>
      <w:r>
        <w:rPr>
          <w:b w:val="0"/>
        </w:rPr>
        <w:t>Uso e sostituzione</w:t>
      </w:r>
    </w:p>
    <w:p w14:paraId="39416529" w14:textId="77777777" w:rsidR="004713CD" w:rsidRDefault="00000000">
      <w:r>
        <w:t>L’utilizzatore esegue il controllo prima dell’impiego, segnala danni o contaminazioni e non ripara o modifica il DPI senza autorizzazione. I tempi di sostituzione derivano da informazioni tecniche e condizioni reali, non dall’odore o da una cadenza generica. I dispositivi riutilizzabili sono puliti e conservati secondo indicazioni compatibili con l’agente.</w:t>
      </w:r>
    </w:p>
    <w:tbl>
      <w:tblPr>
        <w:tblW w:w="9638" w:type="dxa"/>
        <w:jc w:val="center"/>
        <w:tblLayout w:type="fixed"/>
        <w:tblLook w:val="04A0" w:firstRow="1" w:lastRow="0" w:firstColumn="1" w:lastColumn="0" w:noHBand="0" w:noVBand="1"/>
      </w:tblPr>
      <w:tblGrid>
        <w:gridCol w:w="9638"/>
      </w:tblGrid>
      <w:tr w:rsidR="004713CD" w14:paraId="58CF3AED"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CD2A9F7" w14:textId="77777777" w:rsidR="004713CD" w:rsidRDefault="00000000">
            <w:pPr>
              <w:pStyle w:val="TableText"/>
            </w:pPr>
            <w:r>
              <w:rPr>
                <w:b/>
                <w:color w:val="FFFFFF"/>
                <w:sz w:val="20"/>
              </w:rPr>
              <w:t>IL DPI NON RENDE CONFORME UNA CONCENTRAZIONE AMBIENTALE</w:t>
            </w:r>
          </w:p>
        </w:tc>
      </w:tr>
      <w:tr w:rsidR="004713CD" w14:paraId="29956AA9"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11479E8" w14:textId="77777777" w:rsidR="004713CD" w:rsidRDefault="00000000">
            <w:pPr>
              <w:pStyle w:val="TableText"/>
            </w:pPr>
            <w:r>
              <w:rPr>
                <w:sz w:val="20"/>
              </w:rPr>
              <w:t>Non dividere automaticamente il risultato di una misura per il fattore di protezione del respiratore per dichiarare rispettato il valore limite ambientale o per evitare misure collettive necessarie. La valutazione dell’esposizione e l’idoneità del DPI restano verifiche distinte.</w:t>
            </w:r>
          </w:p>
        </w:tc>
      </w:tr>
    </w:tbl>
    <w:p w14:paraId="6429A3C5" w14:textId="77777777" w:rsidR="004713CD" w:rsidRDefault="004713CD">
      <w:pPr>
        <w:pStyle w:val="Small"/>
        <w:spacing w:after="20"/>
      </w:pPr>
    </w:p>
    <w:p w14:paraId="2C7C9642" w14:textId="77777777" w:rsidR="004713CD" w:rsidRDefault="00000000">
      <w:r>
        <w:br w:type="page"/>
      </w:r>
    </w:p>
    <w:p w14:paraId="429D25B6" w14:textId="77777777" w:rsidR="004713CD" w:rsidRDefault="00000000">
      <w:pPr>
        <w:pStyle w:val="Kicker"/>
      </w:pPr>
      <w:r>
        <w:rPr>
          <w:b w:val="0"/>
        </w:rPr>
        <w:t>PROCEDURA OPERATIVA</w:t>
      </w:r>
    </w:p>
    <w:p w14:paraId="21BC98C0" w14:textId="77777777" w:rsidR="004713CD" w:rsidRDefault="00000000">
      <w:pPr>
        <w:pStyle w:val="Titolo1"/>
      </w:pPr>
      <w:bookmarkStart w:id="14" w:name="P11"/>
      <w:r>
        <w:rPr>
          <w:b w:val="0"/>
        </w:rPr>
        <w:t>11 · Misurazioni e verifica dell’esposizione</w:t>
      </w:r>
      <w:bookmarkEnd w:id="14"/>
    </w:p>
    <w:p w14:paraId="5B3CCB39" w14:textId="77777777" w:rsidR="004713CD" w:rsidRDefault="00000000">
      <w:r>
        <w:t>Il piano di igiene industriale è definito da persona competente per verificare le condizioni di esposizione e l’efficacia dei controlli. Per il Capo II si considerano le misurazioni richieste dall’art. 237; l’eventuale ricorso a dati preesistenti o ad altri elementi deve essere tecnicamente motivato e non eludere l’obbligo. [N1, art. 237; T1]</w:t>
      </w:r>
    </w:p>
    <w:tbl>
      <w:tblPr>
        <w:tblW w:w="9638" w:type="dxa"/>
        <w:jc w:val="center"/>
        <w:tblLayout w:type="fixed"/>
        <w:tblLook w:val="04A0" w:firstRow="1" w:lastRow="0" w:firstColumn="1" w:lastColumn="0" w:noHBand="0" w:noVBand="1"/>
      </w:tblPr>
      <w:tblGrid>
        <w:gridCol w:w="2041"/>
        <w:gridCol w:w="7597"/>
      </w:tblGrid>
      <w:tr w:rsidR="004713CD" w14:paraId="4C10B818" w14:textId="77777777">
        <w:trPr>
          <w:cantSplit/>
          <w:tblHeader/>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64D42DE" w14:textId="77777777" w:rsidR="004713CD" w:rsidRDefault="00000000">
            <w:pPr>
              <w:pStyle w:val="TableText"/>
            </w:pPr>
            <w:r>
              <w:rPr>
                <w:b/>
                <w:color w:val="FFFFFF"/>
                <w:sz w:val="19"/>
              </w:rPr>
              <w:t>Fase del piano</w:t>
            </w:r>
          </w:p>
        </w:tc>
        <w:tc>
          <w:tcPr>
            <w:tcW w:w="759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D0B0D7A" w14:textId="77777777" w:rsidR="004713CD" w:rsidRDefault="00000000">
            <w:pPr>
              <w:pStyle w:val="TableText"/>
            </w:pPr>
            <w:r>
              <w:rPr>
                <w:b/>
                <w:color w:val="FFFFFF"/>
                <w:sz w:val="19"/>
              </w:rPr>
              <w:t>Requisito di qualità</w:t>
            </w:r>
          </w:p>
        </w:tc>
      </w:tr>
      <w:tr w:rsidR="004713CD" w14:paraId="0501EC83"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8734217" w14:textId="77777777" w:rsidR="004713CD" w:rsidRDefault="00000000">
            <w:pPr>
              <w:pStyle w:val="TableText"/>
            </w:pPr>
            <w:r>
              <w:rPr>
                <w:sz w:val="19"/>
              </w:rPr>
              <w:t>Obiettivo</w:t>
            </w:r>
          </w:p>
        </w:tc>
        <w:tc>
          <w:tcPr>
            <w:tcW w:w="759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8BB503C" w14:textId="77777777" w:rsidR="004713CD" w:rsidRDefault="00000000">
            <w:pPr>
              <w:pStyle w:val="TableText"/>
            </w:pPr>
            <w:r>
              <w:rPr>
                <w:sz w:val="19"/>
              </w:rPr>
              <w:t>Indicare se si valuta esposizione personale, breve durata, efficacia della captazione, rilascio inatteso o una modifica.</w:t>
            </w:r>
          </w:p>
        </w:tc>
      </w:tr>
      <w:tr w:rsidR="004713CD" w14:paraId="51E776F6"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5DB017B" w14:textId="77777777" w:rsidR="004713CD" w:rsidRDefault="00000000">
            <w:pPr>
              <w:pStyle w:val="TableText"/>
            </w:pPr>
            <w:r>
              <w:rPr>
                <w:sz w:val="19"/>
              </w:rPr>
              <w:t>Strategia</w:t>
            </w:r>
          </w:p>
        </w:tc>
        <w:tc>
          <w:tcPr>
            <w:tcW w:w="759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DD4A5C0" w14:textId="77777777" w:rsidR="004713CD" w:rsidRDefault="00000000">
            <w:pPr>
              <w:pStyle w:val="TableText"/>
            </w:pPr>
            <w:r>
              <w:rPr>
                <w:sz w:val="19"/>
              </w:rPr>
              <w:t>Definire gruppi di esposizione similare quando appropriato; includere variabilità, condizioni gravose ragionevoli, fasi rare e turni pertinenti.</w:t>
            </w:r>
          </w:p>
        </w:tc>
      </w:tr>
      <w:tr w:rsidR="004713CD" w14:paraId="312AE134"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7CBAEC2" w14:textId="77777777" w:rsidR="004713CD" w:rsidRDefault="00000000">
            <w:pPr>
              <w:pStyle w:val="TableText"/>
            </w:pPr>
            <w:r>
              <w:rPr>
                <w:sz w:val="19"/>
              </w:rPr>
              <w:t>Metodo</w:t>
            </w:r>
          </w:p>
        </w:tc>
        <w:tc>
          <w:tcPr>
            <w:tcW w:w="759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BFC17D4" w14:textId="77777777" w:rsidR="004713CD" w:rsidRDefault="00000000">
            <w:pPr>
              <w:pStyle w:val="TableText"/>
            </w:pPr>
            <w:r>
              <w:rPr>
                <w:sz w:val="19"/>
              </w:rPr>
              <w:t>Selezionare metodo specifico, durata e flusso di prelievo, supporto, taratura, trasporto e laboratorio; specificare limiti di rilevabilità/quantificazione e incertezza.</w:t>
            </w:r>
          </w:p>
        </w:tc>
      </w:tr>
      <w:tr w:rsidR="004713CD" w14:paraId="55A5222B"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50E62C7" w14:textId="77777777" w:rsidR="004713CD" w:rsidRDefault="00000000">
            <w:pPr>
              <w:pStyle w:val="TableText"/>
            </w:pPr>
            <w:r>
              <w:rPr>
                <w:sz w:val="19"/>
              </w:rPr>
              <w:t>Valore di confronto</w:t>
            </w:r>
          </w:p>
        </w:tc>
        <w:tc>
          <w:tcPr>
            <w:tcW w:w="759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3F052CC" w14:textId="77777777" w:rsidR="004713CD" w:rsidRDefault="00000000">
            <w:pPr>
              <w:pStyle w:val="TableText"/>
            </w:pPr>
            <w:r>
              <w:rPr>
                <w:sz w:val="19"/>
              </w:rPr>
              <w:t>Registrare agente, unità, periodo di mediazione, fonte legale/tecnica, decorrenza, note cutanee e regime transitorio. Non confrontare periodi diversi.</w:t>
            </w:r>
          </w:p>
        </w:tc>
      </w:tr>
      <w:tr w:rsidR="004713CD" w14:paraId="09236BD2"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1C9F18" w14:textId="77777777" w:rsidR="004713CD" w:rsidRDefault="00000000">
            <w:pPr>
              <w:pStyle w:val="TableText"/>
            </w:pPr>
            <w:r>
              <w:rPr>
                <w:sz w:val="19"/>
              </w:rPr>
              <w:t>Interpretazione</w:t>
            </w:r>
          </w:p>
        </w:tc>
        <w:tc>
          <w:tcPr>
            <w:tcW w:w="759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4101C88" w14:textId="77777777" w:rsidR="004713CD" w:rsidRDefault="00000000">
            <w:pPr>
              <w:pStyle w:val="TableText"/>
            </w:pPr>
            <w:r>
              <w:rPr>
                <w:sz w:val="19"/>
              </w:rPr>
              <w:t>Valutare rappresentatività, incertezza, variabilità e risultati non quantificabili. Una misura ambientale fissa non equivale automaticamente a una misura personale.</w:t>
            </w:r>
          </w:p>
        </w:tc>
      </w:tr>
      <w:tr w:rsidR="004713CD" w14:paraId="02A39434"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EEC05AC" w14:textId="77777777" w:rsidR="004713CD" w:rsidRDefault="00000000">
            <w:pPr>
              <w:pStyle w:val="TableText"/>
            </w:pPr>
            <w:r>
              <w:rPr>
                <w:sz w:val="19"/>
              </w:rPr>
              <w:t>Decisione</w:t>
            </w:r>
          </w:p>
        </w:tc>
        <w:tc>
          <w:tcPr>
            <w:tcW w:w="759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FA25BAC" w14:textId="77777777" w:rsidR="004713CD" w:rsidRDefault="00000000">
            <w:pPr>
              <w:pStyle w:val="TableText"/>
            </w:pPr>
            <w:r>
              <w:rPr>
                <w:sz w:val="19"/>
              </w:rPr>
              <w:t>Documentare esito, limiti dell’indagine, azioni e nuova verifica; condividere con MC i dati espositivi utili senza inserire risultati clinici nell’archivio operativo.</w:t>
            </w:r>
          </w:p>
        </w:tc>
      </w:tr>
    </w:tbl>
    <w:p w14:paraId="587943A4" w14:textId="77777777" w:rsidR="004713CD" w:rsidRDefault="004713CD">
      <w:pPr>
        <w:pStyle w:val="Small"/>
        <w:spacing w:after="20"/>
      </w:pPr>
    </w:p>
    <w:p w14:paraId="3F24BFA0" w14:textId="77777777" w:rsidR="004713CD" w:rsidRDefault="00000000">
      <w:pPr>
        <w:pStyle w:val="Titolo2"/>
      </w:pPr>
      <w:r>
        <w:rPr>
          <w:b w:val="0"/>
        </w:rPr>
        <w:t>Esposizione cutanea e monitoraggio biologico</w:t>
      </w:r>
    </w:p>
    <w:p w14:paraId="7FD82DD2" w14:textId="77777777" w:rsidR="004713CD" w:rsidRDefault="00000000">
      <w:r>
        <w:t>Il rispetto di un limite aerodisperso non esclude l’assorbimento cutaneo. Valutare contatti, contaminazione delle superfici, guanti e procedure con strumenti pertinenti, senza inventare soglie cutanee universali. Il monitoraggio biologico, quando richiesto o appropriato, è organizzato nel percorso sanitario dal MC; biomarcatore di esposizione e prova di danno riproduttivo non sono equivalenti. [N1, artt. 236, 242 e allegati pertinenti]</w:t>
      </w:r>
    </w:p>
    <w:p w14:paraId="2362C32F" w14:textId="77777777" w:rsidR="004713CD" w:rsidRDefault="00000000">
      <w:pPr>
        <w:pStyle w:val="Titolo2"/>
      </w:pPr>
      <w:r>
        <w:rPr>
          <w:b w:val="0"/>
        </w:rPr>
        <w:t>Cadenza e condizioni di ripetizione</w:t>
      </w:r>
    </w:p>
    <w:p w14:paraId="1EE69926" w14:textId="77777777" w:rsidR="004713CD" w:rsidRDefault="00000000">
      <w:r>
        <w:t>La periodicità deriva da strategia, risultati, stabilità del processo e riferimenti applicabili; la UNI EN 689 è un riferimento per la valutazione dell’inalazione, non una garanzia per tutte le vie. Ripetere o integrare le indagini dopo cambiamenti rilevanti, esiti non conclusivi, guasti o indicazioni sanitarie pertinenti. Il modello non assegna un campionamento annuale universale. [T1; O]</w:t>
      </w:r>
    </w:p>
    <w:p w14:paraId="0F8E0DB1" w14:textId="77777777" w:rsidR="004713CD" w:rsidRDefault="00000000">
      <w:pPr>
        <w:pStyle w:val="Small"/>
      </w:pPr>
      <w:r>
        <w:t>Registrazioni: A04 per i limiti; A12 per piano/risultati; A07 per interventi. Un risultato inferiore alla quantificazione è riportato come tale, mai convertito automaticamente in “zero”.</w:t>
      </w:r>
    </w:p>
    <w:p w14:paraId="57AFEC55" w14:textId="77777777" w:rsidR="004713CD" w:rsidRDefault="00000000">
      <w:r>
        <w:br w:type="page"/>
      </w:r>
    </w:p>
    <w:p w14:paraId="130A5917" w14:textId="77777777" w:rsidR="004713CD" w:rsidRDefault="00000000">
      <w:pPr>
        <w:pStyle w:val="Kicker"/>
      </w:pPr>
      <w:r>
        <w:rPr>
          <w:b w:val="0"/>
        </w:rPr>
        <w:t>PROCEDURA OPERATIVA</w:t>
      </w:r>
    </w:p>
    <w:p w14:paraId="0F088387" w14:textId="77777777" w:rsidR="004713CD" w:rsidRDefault="00000000">
      <w:pPr>
        <w:pStyle w:val="Titolo1"/>
      </w:pPr>
      <w:bookmarkStart w:id="15" w:name="P12"/>
      <w:r>
        <w:rPr>
          <w:b w:val="0"/>
        </w:rPr>
        <w:t>12 · Sorveglianza sanitaria e tutela individuale</w:t>
      </w:r>
      <w:bookmarkEnd w:id="15"/>
    </w:p>
    <w:p w14:paraId="54AA800C" w14:textId="77777777" w:rsidR="004713CD" w:rsidRDefault="00000000">
      <w:r>
        <w:t>Il MC collabora alla valutazione e definisce il protocollo sulla base dei rischi effettivi e degli obblighi applicabili. Per gli agenti del Capo II, la sorveglianza riguarda i lavoratori per i quali la valutazione evidenzia un rischio per la salute. Datore di lavoro e RSPP trasmettono mansioni, agenti, esposizioni e controlli; il giudizio clinico resta al medico. [N1, artt. 25, 41, 42 e 242]</w:t>
      </w:r>
    </w:p>
    <w:tbl>
      <w:tblPr>
        <w:tblW w:w="9638" w:type="dxa"/>
        <w:jc w:val="center"/>
        <w:tblLayout w:type="fixed"/>
        <w:tblLook w:val="04A0" w:firstRow="1" w:lastRow="0" w:firstColumn="1" w:lastColumn="0" w:noHBand="0" w:noVBand="1"/>
      </w:tblPr>
      <w:tblGrid>
        <w:gridCol w:w="2098"/>
        <w:gridCol w:w="4195"/>
        <w:gridCol w:w="3345"/>
      </w:tblGrid>
      <w:tr w:rsidR="004713CD" w14:paraId="6286696B" w14:textId="77777777">
        <w:trPr>
          <w:cantSplit/>
          <w:tblHeader/>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BFF3A6E" w14:textId="77777777" w:rsidR="004713CD" w:rsidRDefault="00000000">
            <w:pPr>
              <w:pStyle w:val="TableText"/>
            </w:pPr>
            <w:r>
              <w:rPr>
                <w:b/>
                <w:color w:val="FFFFFF"/>
                <w:sz w:val="19"/>
              </w:rPr>
              <w:t>Momento</w:t>
            </w:r>
          </w:p>
        </w:tc>
        <w:tc>
          <w:tcPr>
            <w:tcW w:w="419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9716147" w14:textId="77777777" w:rsidR="004713CD" w:rsidRDefault="00000000">
            <w:pPr>
              <w:pStyle w:val="TableText"/>
            </w:pPr>
            <w:r>
              <w:rPr>
                <w:b/>
                <w:color w:val="FFFFFF"/>
                <w:sz w:val="19"/>
              </w:rPr>
              <w:t>Percorso</w:t>
            </w:r>
          </w:p>
        </w:tc>
        <w:tc>
          <w:tcPr>
            <w:tcW w:w="334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DADE066" w14:textId="77777777" w:rsidR="004713CD" w:rsidRDefault="00000000">
            <w:pPr>
              <w:pStyle w:val="TableText"/>
            </w:pPr>
            <w:r>
              <w:rPr>
                <w:b/>
                <w:color w:val="FFFFFF"/>
                <w:sz w:val="19"/>
              </w:rPr>
              <w:t>Informazione comunicabile all’azienda</w:t>
            </w:r>
          </w:p>
        </w:tc>
      </w:tr>
      <w:tr w:rsidR="004713CD" w14:paraId="28514533"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8708D5" w14:textId="77777777" w:rsidR="004713CD" w:rsidRDefault="00000000">
            <w:pPr>
              <w:pStyle w:val="TableText"/>
            </w:pPr>
            <w:r>
              <w:rPr>
                <w:sz w:val="19"/>
              </w:rPr>
              <w:t>Assegnazione / cambio</w:t>
            </w:r>
          </w:p>
        </w:tc>
        <w:tc>
          <w:tcPr>
            <w:tcW w:w="419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C6AC0DA" w14:textId="77777777" w:rsidR="004713CD" w:rsidRDefault="00000000">
            <w:pPr>
              <w:pStyle w:val="TableText"/>
            </w:pPr>
            <w:r>
              <w:rPr>
                <w:sz w:val="19"/>
              </w:rPr>
              <w:t>Valutazione sanitaria nei casi previsti, con disponibilità delle informazioni di rischio.</w:t>
            </w:r>
          </w:p>
        </w:tc>
        <w:tc>
          <w:tcPr>
            <w:tcW w:w="334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6752D23" w14:textId="77777777" w:rsidR="004713CD" w:rsidRDefault="00000000">
            <w:pPr>
              <w:pStyle w:val="TableText"/>
            </w:pPr>
            <w:r>
              <w:rPr>
                <w:sz w:val="19"/>
              </w:rPr>
              <w:t>Giudizio di idoneità e prescrizioni/limitazioni pertinenti.</w:t>
            </w:r>
          </w:p>
        </w:tc>
      </w:tr>
      <w:tr w:rsidR="004713CD" w14:paraId="44501B2F"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D872D1" w14:textId="77777777" w:rsidR="004713CD" w:rsidRDefault="00000000">
            <w:pPr>
              <w:pStyle w:val="TableText"/>
            </w:pPr>
            <w:r>
              <w:rPr>
                <w:sz w:val="19"/>
              </w:rPr>
              <w:t>Periodicità</w:t>
            </w:r>
          </w:p>
        </w:tc>
        <w:tc>
          <w:tcPr>
            <w:tcW w:w="419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AB9AC19" w14:textId="77777777" w:rsidR="004713CD" w:rsidRDefault="00000000">
            <w:pPr>
              <w:pStyle w:val="TableText"/>
            </w:pPr>
            <w:r>
              <w:rPr>
                <w:sz w:val="19"/>
              </w:rPr>
              <w:t>Accertamenti e frequenza stabiliti dal MC in relazione al rischio e alle norme.</w:t>
            </w:r>
          </w:p>
        </w:tc>
        <w:tc>
          <w:tcPr>
            <w:tcW w:w="334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00BEB56" w14:textId="77777777" w:rsidR="004713CD" w:rsidRDefault="00000000">
            <w:pPr>
              <w:pStyle w:val="TableText"/>
            </w:pPr>
            <w:r>
              <w:rPr>
                <w:sz w:val="19"/>
              </w:rPr>
              <w:t>Scadenze organizzative e necessità di misure; non referti o diagnosi.</w:t>
            </w:r>
          </w:p>
        </w:tc>
      </w:tr>
      <w:tr w:rsidR="004713CD" w14:paraId="569D966A"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02FA4DA" w14:textId="77777777" w:rsidR="004713CD" w:rsidRDefault="00000000">
            <w:pPr>
              <w:pStyle w:val="TableText"/>
            </w:pPr>
            <w:r>
              <w:rPr>
                <w:sz w:val="19"/>
              </w:rPr>
              <w:t>Richiesta del lavoratore</w:t>
            </w:r>
          </w:p>
        </w:tc>
        <w:tc>
          <w:tcPr>
            <w:tcW w:w="419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ED423AC" w14:textId="77777777" w:rsidR="004713CD" w:rsidRDefault="00000000">
            <w:pPr>
              <w:pStyle w:val="TableText"/>
            </w:pPr>
            <w:r>
              <w:rPr>
                <w:sz w:val="19"/>
              </w:rPr>
              <w:t>Canale riservato al MC; visita su richiesta nei presupposti dell’art. 41.</w:t>
            </w:r>
          </w:p>
        </w:tc>
        <w:tc>
          <w:tcPr>
            <w:tcW w:w="334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696D94" w14:textId="77777777" w:rsidR="004713CD" w:rsidRDefault="00000000">
            <w:pPr>
              <w:pStyle w:val="TableText"/>
            </w:pPr>
            <w:r>
              <w:rPr>
                <w:sz w:val="19"/>
              </w:rPr>
              <w:t>Solo quanto necessario all’attuazione delle decisioni di competenza.</w:t>
            </w:r>
          </w:p>
        </w:tc>
      </w:tr>
      <w:tr w:rsidR="004713CD" w14:paraId="26134001"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6A03D91" w14:textId="77777777" w:rsidR="004713CD" w:rsidRDefault="00000000">
            <w:pPr>
              <w:pStyle w:val="TableText"/>
            </w:pPr>
            <w:r>
              <w:rPr>
                <w:sz w:val="19"/>
              </w:rPr>
              <w:t>Anomalia o limite biologico superato</w:t>
            </w:r>
          </w:p>
        </w:tc>
        <w:tc>
          <w:tcPr>
            <w:tcW w:w="419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C66D471" w14:textId="77777777" w:rsidR="004713CD" w:rsidRDefault="00000000">
            <w:pPr>
              <w:pStyle w:val="TableText"/>
            </w:pPr>
            <w:r>
              <w:rPr>
                <w:sz w:val="19"/>
              </w:rPr>
              <w:t>Intervento del MC, riesame delle esposizioni e misure protettive nei casi previsti.</w:t>
            </w:r>
          </w:p>
        </w:tc>
        <w:tc>
          <w:tcPr>
            <w:tcW w:w="334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FF0DB21" w14:textId="77777777" w:rsidR="004713CD" w:rsidRDefault="00000000">
            <w:pPr>
              <w:pStyle w:val="TableText"/>
            </w:pPr>
            <w:r>
              <w:rPr>
                <w:sz w:val="19"/>
              </w:rPr>
              <w:t>Indicazioni preventive e informazioni aggregate/non eccedenti.</w:t>
            </w:r>
          </w:p>
        </w:tc>
      </w:tr>
      <w:tr w:rsidR="004713CD" w14:paraId="5F3F93AD" w14:textId="77777777">
        <w:trPr>
          <w:cantSplit/>
          <w:jc w:val="center"/>
        </w:trPr>
        <w:tc>
          <w:tcPr>
            <w:tcW w:w="209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B8B36FC" w14:textId="77777777" w:rsidR="004713CD" w:rsidRDefault="00000000">
            <w:pPr>
              <w:pStyle w:val="TableText"/>
            </w:pPr>
            <w:r>
              <w:rPr>
                <w:sz w:val="19"/>
              </w:rPr>
              <w:t>Fine esposizione / rapporto</w:t>
            </w:r>
          </w:p>
        </w:tc>
        <w:tc>
          <w:tcPr>
            <w:tcW w:w="419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6C94C78" w14:textId="77777777" w:rsidR="004713CD" w:rsidRDefault="00000000">
            <w:pPr>
              <w:pStyle w:val="TableText"/>
            </w:pPr>
            <w:r>
              <w:rPr>
                <w:sz w:val="19"/>
              </w:rPr>
              <w:t>Informazione e eventuale prosecuzione della sorveglianza secondo valutazione del MC; adempimenti documentali.</w:t>
            </w:r>
          </w:p>
        </w:tc>
        <w:tc>
          <w:tcPr>
            <w:tcW w:w="334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3877926" w14:textId="77777777" w:rsidR="004713CD" w:rsidRDefault="00000000">
            <w:pPr>
              <w:pStyle w:val="TableText"/>
            </w:pPr>
            <w:r>
              <w:rPr>
                <w:sz w:val="19"/>
              </w:rPr>
              <w:t>Estremi dell’adempimento e consegne dovute, nel rispetto della riservatezza.</w:t>
            </w:r>
          </w:p>
        </w:tc>
      </w:tr>
    </w:tbl>
    <w:p w14:paraId="25112AC4" w14:textId="77777777" w:rsidR="004713CD" w:rsidRDefault="004713CD">
      <w:pPr>
        <w:pStyle w:val="Small"/>
        <w:spacing w:after="20"/>
      </w:pPr>
    </w:p>
    <w:p w14:paraId="1EA26FA8" w14:textId="77777777" w:rsidR="004713CD" w:rsidRDefault="00000000">
      <w:pPr>
        <w:pStyle w:val="Titolo2"/>
      </w:pPr>
      <w:r>
        <w:rPr>
          <w:b w:val="0"/>
        </w:rPr>
        <w:t>Accertamenti non automatici</w:t>
      </w:r>
    </w:p>
    <w:p w14:paraId="58A23A53" w14:textId="77777777" w:rsidR="004713CD" w:rsidRDefault="00000000">
      <w:r>
        <w:t>Il modello non prescrive spermogrammi, test di frammentazione del DNA spermatico, test genetici o epigenetici a tutti gli esposti. Eventuali approfondimenti hanno un’indicazione medica appropriata, informazione e gestione sanitaria riservata. Non sono strumenti aziendali di selezione del personale o certificati di assenza di rischio per i figli. La scheda INAIL non stabilisce tali obblighi. [S1; N1; N7]</w:t>
      </w:r>
    </w:p>
    <w:p w14:paraId="62A46821" w14:textId="77777777" w:rsidR="004713CD" w:rsidRDefault="00000000">
      <w:pPr>
        <w:pStyle w:val="Titolo2"/>
      </w:pPr>
      <w:r>
        <w:rPr>
          <w:b w:val="0"/>
        </w:rPr>
        <w:t>Attuazione delle prescrizioni</w:t>
      </w:r>
    </w:p>
    <w:p w14:paraId="583B9BFE" w14:textId="77777777" w:rsidR="004713CD" w:rsidRDefault="00000000">
      <w:r>
        <w:t>Il responsabile operativo applica le limitazioni ricevute e organizza le condizioni di lavoro compatibili, con gli interventi di competenza del DL. Per un allontanamento o cambio mansione si seguono le disposizioni applicabili, incluso l’art. 42. Non si richiedono al lavoratore dettagli clinici per giustificare il provvedimento. La mancata evidenza di effetti sanitari non sostituisce la verifica tecnica dell’esposizione.</w:t>
      </w:r>
    </w:p>
    <w:p w14:paraId="01DC4F98" w14:textId="77777777" w:rsidR="004713CD" w:rsidRDefault="00000000">
      <w:pPr>
        <w:pStyle w:val="Small"/>
      </w:pPr>
      <w:r>
        <w:t>Registrazioni: A15 per trasmissione del rischio e contatto sanitario; A16 per gli adempimenti del registro; A22 per accessi e conservazione.</w:t>
      </w:r>
    </w:p>
    <w:p w14:paraId="7BE63868" w14:textId="77777777" w:rsidR="004713CD" w:rsidRDefault="00000000">
      <w:r>
        <w:br w:type="page"/>
      </w:r>
    </w:p>
    <w:p w14:paraId="4A0EE4D8" w14:textId="77777777" w:rsidR="004713CD" w:rsidRDefault="00000000">
      <w:pPr>
        <w:pStyle w:val="Kicker"/>
      </w:pPr>
      <w:r>
        <w:rPr>
          <w:b w:val="0"/>
        </w:rPr>
        <w:t>PROCEDURA OPERATIVA</w:t>
      </w:r>
    </w:p>
    <w:p w14:paraId="386E1500" w14:textId="77777777" w:rsidR="004713CD" w:rsidRDefault="00000000">
      <w:pPr>
        <w:pStyle w:val="Titolo1"/>
      </w:pPr>
      <w:bookmarkStart w:id="16" w:name="P13"/>
      <w:r>
        <w:rPr>
          <w:b w:val="0"/>
        </w:rPr>
        <w:t>13 · Preconcezione, maternità e riservatezza</w:t>
      </w:r>
      <w:bookmarkEnd w:id="16"/>
    </w:p>
    <w:p w14:paraId="7228755E" w14:textId="77777777" w:rsidR="004713CD" w:rsidRDefault="00000000">
      <w:pPr>
        <w:pStyle w:val="Titolo2"/>
      </w:pPr>
      <w:r>
        <w:rPr>
          <w:b w:val="0"/>
        </w:rPr>
        <w:t>Prevenzione per tutti, senza dichiarazioni obbligatorie di fertilità</w:t>
      </w:r>
    </w:p>
    <w:p w14:paraId="152B8539" w14:textId="77777777" w:rsidR="004713CD" w:rsidRDefault="00000000">
      <w:r>
        <w:t>L’azienda riduce l’esposizione indipendentemente da sesso, fertilità dichiarata o intenzione di avere figli. La comunicazione di un progetto di concepimento non è una condizione di accesso alle protezioni. Chi desidera approfondimenti può rivolgersi in modo riservato al MC; valutazioni sul caso individuale non sono formulate da preposti, HR o RSPP. [S1; N1; N7; O]</w:t>
      </w:r>
    </w:p>
    <w:p w14:paraId="41A288BD" w14:textId="77777777" w:rsidR="004713CD" w:rsidRDefault="00000000">
      <w:pPr>
        <w:pStyle w:val="Titolo2"/>
      </w:pPr>
      <w:r>
        <w:rPr>
          <w:b w:val="0"/>
        </w:rPr>
        <w:t>Gravidanza, puerperio e allattamento</w:t>
      </w:r>
    </w:p>
    <w:p w14:paraId="13649ADF" w14:textId="77777777" w:rsidR="004713CD" w:rsidRDefault="00000000">
      <w:r>
        <w:t>Il DVR considera preventivamente le condizioni di lavoro rilevanti per la tutela della maternità. Quando ricorrono le condizioni previste dalla disciplina specifica, il DL attiva il percorso di valutazione e di modifica di condizioni/orario o assegnazione ad attività compatibili, e gli eventuali adempimenti verso l’autorità competente. Questa procedura non sostituisce il percorso del D.Lgs. 151/2001. [N6]</w:t>
      </w:r>
    </w:p>
    <w:p w14:paraId="1596192F" w14:textId="77777777" w:rsidR="004713CD" w:rsidRDefault="00000000">
      <w:r>
        <w:t>Il percorso sanitario e amministrativo acquisisce soltanto i dati necessari. Non si inseriscono in schede di reparto certificazioni, referti di gravidanza o informazioni sulla fertilità del partner. L’eventuale comunicazione della lavoratrice segue canali protetti definiti dall’azienda e dai professionisti competenti.</w:t>
      </w:r>
    </w:p>
    <w:tbl>
      <w:tblPr>
        <w:tblW w:w="9638" w:type="dxa"/>
        <w:jc w:val="center"/>
        <w:tblLayout w:type="fixed"/>
        <w:tblLook w:val="04A0" w:firstRow="1" w:lastRow="0" w:firstColumn="1" w:lastColumn="0" w:noHBand="0" w:noVBand="1"/>
      </w:tblPr>
      <w:tblGrid>
        <w:gridCol w:w="2324"/>
        <w:gridCol w:w="3742"/>
        <w:gridCol w:w="3572"/>
      </w:tblGrid>
      <w:tr w:rsidR="004713CD" w14:paraId="277BA68E" w14:textId="77777777">
        <w:trPr>
          <w:cantSplit/>
          <w:tblHeader/>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A50CE15" w14:textId="77777777" w:rsidR="004713CD" w:rsidRDefault="00000000">
            <w:pPr>
              <w:pStyle w:val="TableText"/>
            </w:pPr>
            <w:r>
              <w:rPr>
                <w:b/>
                <w:color w:val="FFFFFF"/>
              </w:rPr>
              <w:t>Archivio / destinatario</w:t>
            </w:r>
          </w:p>
        </w:tc>
        <w:tc>
          <w:tcPr>
            <w:tcW w:w="374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8FEC356" w14:textId="77777777" w:rsidR="004713CD" w:rsidRDefault="00000000">
            <w:pPr>
              <w:pStyle w:val="TableText"/>
            </w:pPr>
            <w:r>
              <w:rPr>
                <w:b/>
                <w:color w:val="FFFFFF"/>
              </w:rPr>
              <w:t>Dati pertinenti</w:t>
            </w:r>
          </w:p>
        </w:tc>
        <w:tc>
          <w:tcPr>
            <w:tcW w:w="357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0988D8F" w14:textId="77777777" w:rsidR="004713CD" w:rsidRDefault="00000000">
            <w:pPr>
              <w:pStyle w:val="TableText"/>
            </w:pPr>
            <w:r>
              <w:rPr>
                <w:b/>
                <w:color w:val="FFFFFF"/>
              </w:rPr>
              <w:t>Dati da non raccogliere in questo circuito</w:t>
            </w:r>
          </w:p>
        </w:tc>
      </w:tr>
      <w:tr w:rsidR="004713CD" w14:paraId="0B2E0BCB"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B155F3" w14:textId="77777777" w:rsidR="004713CD" w:rsidRDefault="00000000">
            <w:pPr>
              <w:pStyle w:val="TableText"/>
            </w:pPr>
            <w:r>
              <w:t>Valutazione e gestione tecnica</w:t>
            </w:r>
          </w:p>
        </w:tc>
        <w:tc>
          <w:tcPr>
            <w:tcW w:w="374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73B263E" w14:textId="77777777" w:rsidR="004713CD" w:rsidRDefault="00000000">
            <w:pPr>
              <w:pStyle w:val="TableText"/>
            </w:pPr>
            <w:r>
              <w:t>Agenti, mansioni, esposizioni, controlli e decisioni organizzative.</w:t>
            </w:r>
          </w:p>
        </w:tc>
        <w:tc>
          <w:tcPr>
            <w:tcW w:w="357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336DFA2" w14:textId="77777777" w:rsidR="004713CD" w:rsidRDefault="00000000">
            <w:pPr>
              <w:pStyle w:val="TableText"/>
            </w:pPr>
            <w:r>
              <w:t>Anamnesi riproduttiva, aborti, terapie, referti, esiti dei figli.</w:t>
            </w:r>
          </w:p>
        </w:tc>
      </w:tr>
      <w:tr w:rsidR="004713CD" w14:paraId="758F55F4"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087183B" w14:textId="77777777" w:rsidR="004713CD" w:rsidRDefault="00000000">
            <w:pPr>
              <w:pStyle w:val="TableText"/>
            </w:pPr>
            <w:r>
              <w:t>Risorse umane / responsabili</w:t>
            </w:r>
          </w:p>
        </w:tc>
        <w:tc>
          <w:tcPr>
            <w:tcW w:w="374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9B94CB9" w14:textId="77777777" w:rsidR="004713CD" w:rsidRDefault="00000000">
            <w:pPr>
              <w:pStyle w:val="TableText"/>
            </w:pPr>
            <w:r>
              <w:t>Giudizi e limitazioni necessari, scadenze e provvedimenti da attuare.</w:t>
            </w:r>
          </w:p>
        </w:tc>
        <w:tc>
          <w:tcPr>
            <w:tcW w:w="357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4C14560" w14:textId="77777777" w:rsidR="004713CD" w:rsidRDefault="00000000">
            <w:pPr>
              <w:pStyle w:val="TableText"/>
            </w:pPr>
            <w:r>
              <w:t>Diagnosi e dettagli clinici non necessari o non autorizzati dalla legge.</w:t>
            </w:r>
          </w:p>
        </w:tc>
      </w:tr>
      <w:tr w:rsidR="004713CD" w14:paraId="5613ECB0"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6E168EE" w14:textId="77777777" w:rsidR="004713CD" w:rsidRDefault="00000000">
            <w:pPr>
              <w:pStyle w:val="TableText"/>
            </w:pPr>
            <w:r>
              <w:t>Circuito del MC</w:t>
            </w:r>
          </w:p>
        </w:tc>
        <w:tc>
          <w:tcPr>
            <w:tcW w:w="374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0832C87" w14:textId="77777777" w:rsidR="004713CD" w:rsidRDefault="00000000">
            <w:pPr>
              <w:pStyle w:val="TableText"/>
            </w:pPr>
            <w:r>
              <w:t>Informazioni cliniche pertinenti, secondo competenze e regole sanitarie.</w:t>
            </w:r>
          </w:p>
        </w:tc>
        <w:tc>
          <w:tcPr>
            <w:tcW w:w="357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3502E7B" w14:textId="77777777" w:rsidR="004713CD" w:rsidRDefault="00000000">
            <w:pPr>
              <w:pStyle w:val="TableText"/>
            </w:pPr>
            <w:r>
              <w:t>Diffusione indiscriminata dei dati clinici a superiori o colleghi.</w:t>
            </w:r>
          </w:p>
        </w:tc>
      </w:tr>
      <w:tr w:rsidR="004713CD" w14:paraId="6C46CA46"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56C0B21" w14:textId="77777777" w:rsidR="004713CD" w:rsidRDefault="00000000">
            <w:pPr>
              <w:pStyle w:val="TableText"/>
            </w:pPr>
            <w:r>
              <w:t>Riesame e indicatori</w:t>
            </w:r>
          </w:p>
        </w:tc>
        <w:tc>
          <w:tcPr>
            <w:tcW w:w="374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F3E01C" w14:textId="77777777" w:rsidR="004713CD" w:rsidRDefault="00000000">
            <w:pPr>
              <w:pStyle w:val="TableText"/>
            </w:pPr>
            <w:r>
              <w:t>Informazioni preventive e aggregate, con cautela per gruppi piccoli.</w:t>
            </w:r>
          </w:p>
        </w:tc>
        <w:tc>
          <w:tcPr>
            <w:tcW w:w="357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2E953F6" w14:textId="77777777" w:rsidR="004713CD" w:rsidRDefault="00000000">
            <w:pPr>
              <w:pStyle w:val="TableText"/>
            </w:pPr>
            <w:r>
              <w:t>Statistiche aziendali su fertilità, gravidanze o malformazioni riconducibili alle persone.</w:t>
            </w:r>
          </w:p>
        </w:tc>
      </w:tr>
    </w:tbl>
    <w:p w14:paraId="72CACB53"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9638"/>
      </w:tblGrid>
      <w:tr w:rsidR="004713CD" w14:paraId="058CA4C7"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8E71E92" w14:textId="77777777" w:rsidR="004713CD" w:rsidRDefault="00000000">
            <w:pPr>
              <w:pStyle w:val="TableText"/>
            </w:pPr>
            <w:r>
              <w:rPr>
                <w:b/>
                <w:color w:val="FFFFFF"/>
                <w:sz w:val="20"/>
              </w:rPr>
              <w:t>NIENTE QUESTIONARI SANITARI DI REPARTO</w:t>
            </w:r>
          </w:p>
        </w:tc>
      </w:tr>
      <w:tr w:rsidR="004713CD" w14:paraId="57317CD9"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F9A22AE" w14:textId="77777777" w:rsidR="004713CD" w:rsidRDefault="00000000">
            <w:pPr>
              <w:pStyle w:val="TableText"/>
            </w:pPr>
            <w:r>
              <w:rPr>
                <w:sz w:val="20"/>
              </w:rPr>
              <w:t>La dicitura “riservato” e la firma di consenso non legittimano automaticamente un questionario HR sulla fertilità o sulla vita familiare. Separare i trattamenti aziendali da quelli del MC, stabilire basi giuridiche appropriate e minimizzare le informazioni. [N7]</w:t>
            </w:r>
          </w:p>
        </w:tc>
      </w:tr>
    </w:tbl>
    <w:p w14:paraId="208F729E" w14:textId="77777777" w:rsidR="004713CD" w:rsidRDefault="004713CD">
      <w:pPr>
        <w:pStyle w:val="Small"/>
        <w:spacing w:after="20"/>
      </w:pPr>
    </w:p>
    <w:p w14:paraId="3A2CCC73" w14:textId="77777777" w:rsidR="004713CD" w:rsidRDefault="00000000">
      <w:pPr>
        <w:pStyle w:val="Small"/>
      </w:pPr>
      <w:r>
        <w:t>A15 non è un questionario anamnestico: serve a trasmettere informazioni sul lavoro e a rendere disponibile il canale sanitario riservato. A22 disciplina accessi e archiviazione.</w:t>
      </w:r>
    </w:p>
    <w:p w14:paraId="63AC2254" w14:textId="77777777" w:rsidR="004713CD" w:rsidRDefault="00000000">
      <w:r>
        <w:br w:type="page"/>
      </w:r>
    </w:p>
    <w:p w14:paraId="5DADE674" w14:textId="77777777" w:rsidR="004713CD" w:rsidRDefault="00000000">
      <w:pPr>
        <w:pStyle w:val="Kicker"/>
      </w:pPr>
      <w:r>
        <w:rPr>
          <w:b w:val="0"/>
        </w:rPr>
        <w:t>PROCEDURA OPERATIVA</w:t>
      </w:r>
    </w:p>
    <w:p w14:paraId="736EC63B" w14:textId="77777777" w:rsidR="004713CD" w:rsidRDefault="00000000">
      <w:pPr>
        <w:pStyle w:val="Titolo1"/>
      </w:pPr>
      <w:bookmarkStart w:id="17" w:name="P14"/>
      <w:r>
        <w:rPr>
          <w:b w:val="0"/>
        </w:rPr>
        <w:t>14 · Informazione, formazione e addestramento</w:t>
      </w:r>
      <w:bookmarkEnd w:id="17"/>
    </w:p>
    <w:p w14:paraId="7BB7BA52" w14:textId="77777777" w:rsidR="004713CD" w:rsidRDefault="00000000">
      <w:r>
        <w:t>Prima dell’assegnazione, il responsabile assicura che il lavoratore comprenda agenti impiegati, rischi, misure e comportamento in caso di anomalia. Per il Capo II si rispettano contenuti e periodicità specifici dell’art. 239: formazione prima delle attività, ripetizione almeno quinquennale e comunque quando intervengono cambiamenti rilevanti. I requisiti generali dell’art. 37 restano autonomamente applicabili. [N1; N4, art. 13]</w:t>
      </w:r>
    </w:p>
    <w:tbl>
      <w:tblPr>
        <w:tblW w:w="9638" w:type="dxa"/>
        <w:jc w:val="center"/>
        <w:tblLayout w:type="fixed"/>
        <w:tblLook w:val="04A0" w:firstRow="1" w:lastRow="0" w:firstColumn="1" w:lastColumn="0" w:noHBand="0" w:noVBand="1"/>
      </w:tblPr>
      <w:tblGrid>
        <w:gridCol w:w="2494"/>
        <w:gridCol w:w="7144"/>
      </w:tblGrid>
      <w:tr w:rsidR="004713CD" w14:paraId="6A840109" w14:textId="77777777">
        <w:trPr>
          <w:cantSplit/>
          <w:tblHeader/>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273C36A" w14:textId="77777777" w:rsidR="004713CD" w:rsidRDefault="00000000">
            <w:pPr>
              <w:pStyle w:val="TableText"/>
            </w:pPr>
            <w:r>
              <w:rPr>
                <w:b/>
                <w:color w:val="FFFFFF"/>
                <w:sz w:val="19"/>
              </w:rPr>
              <w:t>Contenuto</w:t>
            </w:r>
          </w:p>
        </w:tc>
        <w:tc>
          <w:tcPr>
            <w:tcW w:w="7143"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E1C9B71" w14:textId="77777777" w:rsidR="004713CD" w:rsidRDefault="00000000">
            <w:pPr>
              <w:pStyle w:val="TableText"/>
            </w:pPr>
            <w:r>
              <w:rPr>
                <w:b/>
                <w:color w:val="FFFFFF"/>
                <w:sz w:val="19"/>
              </w:rPr>
              <w:t>Risultato pratico richiesto</w:t>
            </w:r>
          </w:p>
        </w:tc>
      </w:tr>
      <w:tr w:rsidR="004713CD" w14:paraId="106C4536"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5289EF1" w14:textId="77777777" w:rsidR="004713CD" w:rsidRDefault="00000000">
            <w:pPr>
              <w:pStyle w:val="TableText"/>
            </w:pPr>
            <w:r>
              <w:rPr>
                <w:sz w:val="19"/>
              </w:rPr>
              <w:t>Pericoli riproduttivi</w:t>
            </w:r>
          </w:p>
        </w:tc>
        <w:tc>
          <w:tcPr>
            <w:tcW w:w="714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667A3C" w14:textId="77777777" w:rsidR="004713CD" w:rsidRDefault="00000000">
            <w:pPr>
              <w:pStyle w:val="TableText"/>
            </w:pPr>
            <w:r>
              <w:rPr>
                <w:sz w:val="19"/>
              </w:rPr>
              <w:t>Distinguere fertilità e sviluppo; comprendere la possibile rilevanza paterna senza interpretazioni deterministiche.</w:t>
            </w:r>
          </w:p>
        </w:tc>
      </w:tr>
      <w:tr w:rsidR="004713CD" w14:paraId="5BDDAE67"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4A7F44C" w14:textId="77777777" w:rsidR="004713CD" w:rsidRDefault="00000000">
            <w:pPr>
              <w:pStyle w:val="TableText"/>
            </w:pPr>
            <w:r>
              <w:rPr>
                <w:sz w:val="19"/>
              </w:rPr>
              <w:t>Etichette e SDS</w:t>
            </w:r>
          </w:p>
        </w:tc>
        <w:tc>
          <w:tcPr>
            <w:tcW w:w="714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A53CC9E" w14:textId="77777777" w:rsidR="004713CD" w:rsidRDefault="00000000">
            <w:pPr>
              <w:pStyle w:val="TableText"/>
            </w:pPr>
            <w:r>
              <w:rPr>
                <w:sz w:val="19"/>
              </w:rPr>
              <w:t>Riconoscere prodotto, principali indicazioni H e posizione delle istruzioni operative e di emergenza.</w:t>
            </w:r>
          </w:p>
        </w:tc>
      </w:tr>
      <w:tr w:rsidR="004713CD" w14:paraId="1BBAC202"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787990" w14:textId="77777777" w:rsidR="004713CD" w:rsidRDefault="00000000">
            <w:pPr>
              <w:pStyle w:val="TableText"/>
            </w:pPr>
            <w:r>
              <w:rPr>
                <w:sz w:val="19"/>
              </w:rPr>
              <w:t>Esposizione</w:t>
            </w:r>
          </w:p>
        </w:tc>
        <w:tc>
          <w:tcPr>
            <w:tcW w:w="714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2DC627A" w14:textId="77777777" w:rsidR="004713CD" w:rsidRDefault="00000000">
            <w:pPr>
              <w:pStyle w:val="TableText"/>
            </w:pPr>
            <w:r>
              <w:rPr>
                <w:sz w:val="19"/>
              </w:rPr>
              <w:t>Individuare inalazione e contatto, fasi a maggiore emissione e contaminazione delle superfici.</w:t>
            </w:r>
          </w:p>
        </w:tc>
      </w:tr>
      <w:tr w:rsidR="004713CD" w14:paraId="46DE6037"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6B1787A" w14:textId="77777777" w:rsidR="004713CD" w:rsidRDefault="00000000">
            <w:pPr>
              <w:pStyle w:val="TableText"/>
            </w:pPr>
            <w:r>
              <w:rPr>
                <w:sz w:val="19"/>
              </w:rPr>
              <w:t>Controlli tecnici</w:t>
            </w:r>
          </w:p>
        </w:tc>
        <w:tc>
          <w:tcPr>
            <w:tcW w:w="714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167D18A" w14:textId="77777777" w:rsidR="004713CD" w:rsidRDefault="00000000">
            <w:pPr>
              <w:pStyle w:val="TableText"/>
            </w:pPr>
            <w:r>
              <w:rPr>
                <w:sz w:val="19"/>
              </w:rPr>
              <w:t>Verificare indicatori e captazione; sapere quando fermarsi e a chi segnalare.</w:t>
            </w:r>
          </w:p>
        </w:tc>
      </w:tr>
      <w:tr w:rsidR="004713CD" w14:paraId="0790444D"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C1E09F3" w14:textId="77777777" w:rsidR="004713CD" w:rsidRDefault="00000000">
            <w:pPr>
              <w:pStyle w:val="TableText"/>
            </w:pPr>
            <w:r>
              <w:rPr>
                <w:sz w:val="19"/>
              </w:rPr>
              <w:t>Igiene e DPI</w:t>
            </w:r>
          </w:p>
        </w:tc>
        <w:tc>
          <w:tcPr>
            <w:tcW w:w="714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770A5AB" w14:textId="77777777" w:rsidR="004713CD" w:rsidRDefault="00000000">
            <w:pPr>
              <w:pStyle w:val="TableText"/>
            </w:pPr>
            <w:r>
              <w:rPr>
                <w:sz w:val="19"/>
              </w:rPr>
              <w:t>Dimostrare uso, cambio, svestizione e gestione del contaminato; evitare contaminazioni domestiche.</w:t>
            </w:r>
          </w:p>
        </w:tc>
      </w:tr>
      <w:tr w:rsidR="004713CD" w14:paraId="5A7FD9C7"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498F3C5" w14:textId="77777777" w:rsidR="004713CD" w:rsidRDefault="00000000">
            <w:pPr>
              <w:pStyle w:val="TableText"/>
            </w:pPr>
            <w:r>
              <w:rPr>
                <w:sz w:val="19"/>
              </w:rPr>
              <w:t>Anomalie e incidenti</w:t>
            </w:r>
          </w:p>
        </w:tc>
        <w:tc>
          <w:tcPr>
            <w:tcW w:w="714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ACCB671" w14:textId="77777777" w:rsidR="004713CD" w:rsidRDefault="00000000">
            <w:pPr>
              <w:pStyle w:val="TableText"/>
            </w:pPr>
            <w:r>
              <w:rPr>
                <w:sz w:val="19"/>
              </w:rPr>
              <w:t>Applicare arresto sicuro, allarme e allontanamento; non improvvisare bonifiche.</w:t>
            </w:r>
          </w:p>
        </w:tc>
      </w:tr>
      <w:tr w:rsidR="004713CD" w14:paraId="43D00AB8"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D28121" w14:textId="77777777" w:rsidR="004713CD" w:rsidRDefault="00000000">
            <w:pPr>
              <w:pStyle w:val="TableText"/>
            </w:pPr>
            <w:r>
              <w:rPr>
                <w:sz w:val="19"/>
              </w:rPr>
              <w:t>Tutela sanitaria e dati</w:t>
            </w:r>
          </w:p>
        </w:tc>
        <w:tc>
          <w:tcPr>
            <w:tcW w:w="714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7B0C706" w14:textId="77777777" w:rsidR="004713CD" w:rsidRDefault="00000000">
            <w:pPr>
              <w:pStyle w:val="TableText"/>
            </w:pPr>
            <w:r>
              <w:rPr>
                <w:sz w:val="19"/>
              </w:rPr>
              <w:t>Conoscere il canale del MC, il significato della sorveglianza e i limiti di accesso ai dati clinici.</w:t>
            </w:r>
          </w:p>
        </w:tc>
      </w:tr>
    </w:tbl>
    <w:p w14:paraId="1F381102" w14:textId="77777777" w:rsidR="004713CD" w:rsidRDefault="004713CD">
      <w:pPr>
        <w:pStyle w:val="Small"/>
        <w:spacing w:after="20"/>
      </w:pPr>
    </w:p>
    <w:p w14:paraId="44F13D3D" w14:textId="77777777" w:rsidR="004713CD" w:rsidRDefault="00000000">
      <w:pPr>
        <w:pStyle w:val="Titolo2"/>
      </w:pPr>
      <w:r>
        <w:rPr>
          <w:b w:val="0"/>
        </w:rPr>
        <w:t>Programma aziendale proposto</w:t>
      </w:r>
    </w:p>
    <w:p w14:paraId="75C719E2" w14:textId="77777777" w:rsidR="004713CD" w:rsidRDefault="00000000">
      <w:r>
        <w:t>Oltre agli obblighi applicabili, si propone un richiamo operativo annuale e un briefing prima di attività non ordinarie: è una frequenza interna di miglioramento, non una nuova scadenza di legge. Aggiornare subito l’istruzione quando cambiano prodotto, processo, controllo o scenario. Durate e modalità sono commisurate al fabbisogno; questo modulo non certifica l’assolvimento dell’intero percorso obbligatorio. [O]</w:t>
      </w:r>
    </w:p>
    <w:p w14:paraId="7238F34D" w14:textId="77777777" w:rsidR="004713CD" w:rsidRDefault="00000000">
      <w:pPr>
        <w:pStyle w:val="Titolo2"/>
      </w:pPr>
      <w:r>
        <w:rPr>
          <w:b w:val="0"/>
        </w:rPr>
        <w:t>Verifica di apprendimento e capacità</w:t>
      </w:r>
    </w:p>
    <w:p w14:paraId="0DDAC916" w14:textId="77777777" w:rsidR="004713CD" w:rsidRDefault="00000000">
      <w:r>
        <w:t>La sola firma di presenza non dimostra competenza. Utilizzare il questionario A17 e un’osservazione pratica sulla mansione. Chi non comprende un passaggio critico viene nuovamente istruito e rivalutato prima dell’assegnazione autonoma. Adattare linguaggio e materiale a comprensione, alfabetizzazione e lingua dei partecipanti.</w:t>
      </w:r>
    </w:p>
    <w:tbl>
      <w:tblPr>
        <w:tblW w:w="9638" w:type="dxa"/>
        <w:jc w:val="center"/>
        <w:tblLayout w:type="fixed"/>
        <w:tblLook w:val="04A0" w:firstRow="1" w:lastRow="0" w:firstColumn="1" w:lastColumn="0" w:noHBand="0" w:noVBand="1"/>
      </w:tblPr>
      <w:tblGrid>
        <w:gridCol w:w="9638"/>
      </w:tblGrid>
      <w:tr w:rsidR="004713CD" w14:paraId="2EF235E3"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D610B10" w14:textId="77777777" w:rsidR="004713CD" w:rsidRDefault="00000000">
            <w:pPr>
              <w:pStyle w:val="TableText"/>
            </w:pPr>
            <w:r>
              <w:rPr>
                <w:b/>
                <w:color w:val="FFFFFF"/>
                <w:sz w:val="20"/>
              </w:rPr>
              <w:t>MESSAGGIO ESSENZIALE</w:t>
            </w:r>
          </w:p>
        </w:tc>
      </w:tr>
      <w:tr w:rsidR="004713CD" w14:paraId="25B3A3CA"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D0A0D79" w14:textId="77777777" w:rsidR="004713CD" w:rsidRDefault="00000000">
            <w:pPr>
              <w:pStyle w:val="TableText"/>
            </w:pPr>
            <w:r>
              <w:rPr>
                <w:sz w:val="20"/>
              </w:rPr>
              <w:t>La protezione della salute riproduttiva è parte della prevenzione chimica ordinaria. Non è una responsabilità esclusivamente materna e non può essere trasferita al lavoratore attraverso consigli sullo stile di vita.</w:t>
            </w:r>
          </w:p>
        </w:tc>
      </w:tr>
    </w:tbl>
    <w:p w14:paraId="779F4523" w14:textId="77777777" w:rsidR="004713CD" w:rsidRDefault="004713CD">
      <w:pPr>
        <w:pStyle w:val="Small"/>
        <w:spacing w:after="20"/>
      </w:pPr>
    </w:p>
    <w:p w14:paraId="342C37DE" w14:textId="77777777" w:rsidR="004713CD" w:rsidRDefault="00000000">
      <w:r>
        <w:br w:type="page"/>
      </w:r>
    </w:p>
    <w:p w14:paraId="1F6805B5" w14:textId="77777777" w:rsidR="004713CD" w:rsidRDefault="00000000">
      <w:pPr>
        <w:pStyle w:val="Kicker"/>
      </w:pPr>
      <w:r>
        <w:rPr>
          <w:b w:val="0"/>
        </w:rPr>
        <w:t>PROCEDURA OPERATIVA</w:t>
      </w:r>
    </w:p>
    <w:p w14:paraId="74AFC439" w14:textId="77777777" w:rsidR="004713CD" w:rsidRDefault="00000000">
      <w:pPr>
        <w:pStyle w:val="Titolo1"/>
      </w:pPr>
      <w:bookmarkStart w:id="18" w:name="P15"/>
      <w:r>
        <w:rPr>
          <w:b w:val="0"/>
        </w:rPr>
        <w:t>15 · Appalti, manutenzioni e attività non ordinarie</w:t>
      </w:r>
      <w:bookmarkEnd w:id="18"/>
    </w:p>
    <w:p w14:paraId="1607A5E3" w14:textId="77777777" w:rsidR="004713CD" w:rsidRDefault="00000000">
      <w:r>
        <w:t>Prima di interventi su impianti contaminati si verificano alternative che eliminino o riducano il contatto. Si pianificano fermata, svuotamento, isolamento delle energie, decontaminazione compatibile e restituzione. Il permesso A14 è un controllo integrativo e non sostituisce DUVRI ove dovuto, permessi per spazi confinati o altre autorizzazioni specifiche. [N1, artt. 26 e 241; O]</w:t>
      </w:r>
    </w:p>
    <w:tbl>
      <w:tblPr>
        <w:tblW w:w="9638" w:type="dxa"/>
        <w:jc w:val="center"/>
        <w:tblLayout w:type="fixed"/>
        <w:tblLook w:val="04A0" w:firstRow="1" w:lastRow="0" w:firstColumn="1" w:lastColumn="0" w:noHBand="0" w:noVBand="1"/>
      </w:tblPr>
      <w:tblGrid>
        <w:gridCol w:w="3232"/>
        <w:gridCol w:w="3175"/>
        <w:gridCol w:w="3231"/>
      </w:tblGrid>
      <w:tr w:rsidR="004713CD" w14:paraId="418A3CF4" w14:textId="77777777">
        <w:trPr>
          <w:cantSplit/>
          <w:tblHeader/>
          <w:jc w:val="center"/>
        </w:trPr>
        <w:tc>
          <w:tcPr>
            <w:tcW w:w="323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E73AD96" w14:textId="77777777" w:rsidR="004713CD" w:rsidRDefault="00000000">
            <w:pPr>
              <w:pStyle w:val="TableText"/>
            </w:pPr>
            <w:r>
              <w:rPr>
                <w:b/>
                <w:color w:val="FFFFFF"/>
              </w:rPr>
              <w:t>Prima dell’intervento</w:t>
            </w:r>
          </w:p>
        </w:tc>
        <w:tc>
          <w:tcPr>
            <w:tcW w:w="317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6D72F34" w14:textId="77777777" w:rsidR="004713CD" w:rsidRDefault="00000000">
            <w:pPr>
              <w:pStyle w:val="TableText"/>
            </w:pPr>
            <w:r>
              <w:rPr>
                <w:b/>
                <w:color w:val="FFFFFF"/>
              </w:rPr>
              <w:t>Durante</w:t>
            </w:r>
          </w:p>
        </w:tc>
        <w:tc>
          <w:tcPr>
            <w:tcW w:w="323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83AC452" w14:textId="77777777" w:rsidR="004713CD" w:rsidRDefault="00000000">
            <w:pPr>
              <w:pStyle w:val="TableText"/>
            </w:pPr>
            <w:r>
              <w:rPr>
                <w:b/>
                <w:color w:val="FFFFFF"/>
              </w:rPr>
              <w:t>Restituzione</w:t>
            </w:r>
          </w:p>
        </w:tc>
      </w:tr>
      <w:tr w:rsidR="004713CD" w14:paraId="707F00A5" w14:textId="77777777">
        <w:trPr>
          <w:cantSplit/>
          <w:jc w:val="center"/>
        </w:trPr>
        <w:tc>
          <w:tcPr>
            <w:tcW w:w="323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F513B33" w14:textId="77777777" w:rsidR="004713CD" w:rsidRDefault="00000000">
            <w:pPr>
              <w:pStyle w:val="TableText"/>
            </w:pPr>
            <w:r>
              <w:t>Scopo e perimetro dell’intervento definiti; agenti e residui comunicati all’impresa.</w:t>
            </w:r>
          </w:p>
        </w:tc>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A58F636" w14:textId="77777777" w:rsidR="004713CD" w:rsidRDefault="00000000">
            <w:pPr>
              <w:pStyle w:val="TableText"/>
            </w:pPr>
            <w:r>
              <w:t>Operare soltanto nel perimetro e nei tempi del permesso.</w:t>
            </w:r>
          </w:p>
        </w:tc>
        <w:tc>
          <w:tcPr>
            <w:tcW w:w="323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1EA31A2" w14:textId="77777777" w:rsidR="004713CD" w:rsidRDefault="00000000">
            <w:pPr>
              <w:pStyle w:val="TableText"/>
            </w:pPr>
            <w:r>
              <w:t>Rimuovere materiali, attrezzi e rifiuti secondo il piano.</w:t>
            </w:r>
          </w:p>
        </w:tc>
      </w:tr>
      <w:tr w:rsidR="004713CD" w14:paraId="2B71D573" w14:textId="77777777">
        <w:trPr>
          <w:cantSplit/>
          <w:jc w:val="center"/>
        </w:trPr>
        <w:tc>
          <w:tcPr>
            <w:tcW w:w="323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348B041" w14:textId="77777777" w:rsidR="004713CD" w:rsidRDefault="00000000">
            <w:pPr>
              <w:pStyle w:val="TableText"/>
            </w:pPr>
            <w:r>
              <w:t>Misure collettive applicate; isolamento e bonifica verificati con criteri appropriati.</w:t>
            </w:r>
          </w:p>
        </w:tc>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69E8043" w14:textId="77777777" w:rsidR="004713CD" w:rsidRDefault="00000000">
            <w:pPr>
              <w:pStyle w:val="TableText"/>
            </w:pPr>
            <w:r>
              <w:t>Vigilare su captazione, segregazione e condizioni ambientali.</w:t>
            </w:r>
          </w:p>
        </w:tc>
        <w:tc>
          <w:tcPr>
            <w:tcW w:w="323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AB4B3B" w14:textId="77777777" w:rsidR="004713CD" w:rsidRDefault="00000000">
            <w:pPr>
              <w:pStyle w:val="TableText"/>
            </w:pPr>
            <w:r>
              <w:t>Verificare integrità e ripristino dei controlli tecnici.</w:t>
            </w:r>
          </w:p>
        </w:tc>
      </w:tr>
      <w:tr w:rsidR="004713CD" w14:paraId="66D873E5" w14:textId="77777777">
        <w:trPr>
          <w:cantSplit/>
          <w:jc w:val="center"/>
        </w:trPr>
        <w:tc>
          <w:tcPr>
            <w:tcW w:w="323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9166D66" w14:textId="77777777" w:rsidR="004713CD" w:rsidRDefault="00000000">
            <w:pPr>
              <w:pStyle w:val="TableText"/>
            </w:pPr>
            <w:r>
              <w:t>Personale formato; DPI e attrezzature appropriati; sorveglianza sanitaria ove prevista.</w:t>
            </w:r>
          </w:p>
        </w:tc>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C6FCCF9" w14:textId="77777777" w:rsidR="004713CD" w:rsidRDefault="00000000">
            <w:pPr>
              <w:pStyle w:val="TableText"/>
            </w:pPr>
            <w:r>
              <w:t>Fermarsi per variazioni, perdite, allarmi o indisponibilità dei presidi.</w:t>
            </w:r>
          </w:p>
        </w:tc>
        <w:tc>
          <w:tcPr>
            <w:tcW w:w="323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8177460" w14:textId="77777777" w:rsidR="004713CD" w:rsidRDefault="00000000">
            <w:pPr>
              <w:pStyle w:val="TableText"/>
            </w:pPr>
            <w:r>
              <w:t>Eseguire le prove richieste prima del riavvio.</w:t>
            </w:r>
          </w:p>
        </w:tc>
      </w:tr>
      <w:tr w:rsidR="004713CD" w14:paraId="611C4390" w14:textId="77777777">
        <w:trPr>
          <w:cantSplit/>
          <w:jc w:val="center"/>
        </w:trPr>
        <w:tc>
          <w:tcPr>
            <w:tcW w:w="323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8E2FD0C" w14:textId="77777777" w:rsidR="004713CD" w:rsidRDefault="00000000">
            <w:pPr>
              <w:pStyle w:val="TableText"/>
            </w:pPr>
            <w:r>
              <w:t>Coordinamento delle interferenze, emergenze e vie di allontanamento.</w:t>
            </w:r>
          </w:p>
        </w:tc>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7127B91" w14:textId="77777777" w:rsidR="004713CD" w:rsidRDefault="00000000">
            <w:pPr>
              <w:pStyle w:val="TableText"/>
            </w:pPr>
            <w:r>
              <w:t>Non autorizzare modifiche informali al piano; registrare anomalie.</w:t>
            </w:r>
          </w:p>
        </w:tc>
        <w:tc>
          <w:tcPr>
            <w:tcW w:w="323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B1B4B14" w14:textId="77777777" w:rsidR="004713CD" w:rsidRDefault="00000000">
            <w:pPr>
              <w:pStyle w:val="TableText"/>
            </w:pPr>
            <w:r>
              <w:t>Chiudere il permesso e autorizzare formalmente la ripresa.</w:t>
            </w:r>
          </w:p>
        </w:tc>
      </w:tr>
    </w:tbl>
    <w:p w14:paraId="1458CA8D" w14:textId="77777777" w:rsidR="004713CD" w:rsidRDefault="004713CD">
      <w:pPr>
        <w:pStyle w:val="Small"/>
        <w:spacing w:after="20"/>
      </w:pPr>
    </w:p>
    <w:p w14:paraId="2D5F3188" w14:textId="77777777" w:rsidR="004713CD" w:rsidRDefault="00000000">
      <w:pPr>
        <w:pStyle w:val="Titolo2"/>
      </w:pPr>
      <w:r>
        <w:rPr>
          <w:b w:val="0"/>
        </w:rPr>
        <w:t>Esposizione prevedibile eccezionale</w:t>
      </w:r>
    </w:p>
    <w:p w14:paraId="37FBEBA0" w14:textId="77777777" w:rsidR="004713CD" w:rsidRDefault="00000000">
      <w:r>
        <w:t>Quando la natura di specifiche attività rende prevedibile un’esposizione rilevante, dopo l’adozione delle misure tecnicamente possibili si applicano le disposizioni dell’art. 241, compresa la consultazione del RLS e le protezioni specifiche. Si limita il tempo di esposizione, si delimita l’area e si ammettono solo le persone necessarie. Il permesso non legittima automaticamente superamenti evitabili o lavori ordinari in condizioni inadeguate. [N1, art. 241; N4, art. 15]</w:t>
      </w:r>
    </w:p>
    <w:p w14:paraId="568B1BF6" w14:textId="77777777" w:rsidR="004713CD" w:rsidRDefault="00000000">
      <w:pPr>
        <w:pStyle w:val="Titolo2"/>
      </w:pPr>
      <w:r>
        <w:rPr>
          <w:b w:val="0"/>
        </w:rPr>
        <w:t>Agenti introdotti dall’appaltatore</w:t>
      </w:r>
    </w:p>
    <w:p w14:paraId="31BC871B" w14:textId="77777777" w:rsidR="004713CD" w:rsidRDefault="00000000">
      <w:r>
        <w:t>L’impresa comunica prima dell’accesso i prodotti e gli impieghi previsti; il committente verifica le interferenze e le condizioni del sito. Il prodotto non censito è sottoposto al percorso A02–A05 prima dell’uso. Le rispettive valutazioni e responsabilità restano distinte; si documentano informazioni scambiate, misure concordate e referente comune per le anomalie.</w:t>
      </w:r>
    </w:p>
    <w:p w14:paraId="2897EF60" w14:textId="77777777" w:rsidR="004713CD" w:rsidRDefault="00000000">
      <w:pPr>
        <w:pStyle w:val="Small"/>
      </w:pPr>
      <w:r>
        <w:t>Registrazioni: A14 permesso, A09 controlli, A10 ripristino, A13 eventuale incidente. Per atmosfere ignote o altre condizioni speciali si applicano le procedure dedicate, non una semplice estensione dei DPI ordinari.</w:t>
      </w:r>
    </w:p>
    <w:p w14:paraId="67C7042C" w14:textId="77777777" w:rsidR="004713CD" w:rsidRDefault="00000000">
      <w:r>
        <w:br w:type="page"/>
      </w:r>
    </w:p>
    <w:p w14:paraId="58F80511" w14:textId="77777777" w:rsidR="004713CD" w:rsidRDefault="00000000">
      <w:pPr>
        <w:pStyle w:val="Kicker"/>
      </w:pPr>
      <w:r>
        <w:rPr>
          <w:b w:val="0"/>
        </w:rPr>
        <w:t>PROCEDURA OPERATIVA</w:t>
      </w:r>
    </w:p>
    <w:p w14:paraId="3DE74B65" w14:textId="77777777" w:rsidR="004713CD" w:rsidRDefault="00000000">
      <w:pPr>
        <w:pStyle w:val="Titolo1"/>
      </w:pPr>
      <w:bookmarkStart w:id="19" w:name="P16"/>
      <w:r>
        <w:rPr>
          <w:b w:val="0"/>
        </w:rPr>
        <w:t>16 · Anomalie, esposizione accidentale e riavvio</w:t>
      </w:r>
      <w:bookmarkEnd w:id="19"/>
    </w:p>
    <w:tbl>
      <w:tblPr>
        <w:tblW w:w="9638" w:type="dxa"/>
        <w:jc w:val="center"/>
        <w:tblLayout w:type="fixed"/>
        <w:tblLook w:val="04A0" w:firstRow="1" w:lastRow="0" w:firstColumn="1" w:lastColumn="0" w:noHBand="0" w:noVBand="1"/>
      </w:tblPr>
      <w:tblGrid>
        <w:gridCol w:w="1701"/>
        <w:gridCol w:w="5726"/>
        <w:gridCol w:w="2211"/>
      </w:tblGrid>
      <w:tr w:rsidR="004713CD" w14:paraId="7EA28946" w14:textId="77777777">
        <w:trPr>
          <w:cantSplit/>
          <w:tblHeader/>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D4442F2" w14:textId="77777777" w:rsidR="004713CD" w:rsidRDefault="00000000">
            <w:pPr>
              <w:pStyle w:val="TableText"/>
            </w:pPr>
            <w:r>
              <w:rPr>
                <w:b/>
                <w:color w:val="FFFFFF"/>
              </w:rPr>
              <w:t>Sequenza</w:t>
            </w:r>
          </w:p>
        </w:tc>
        <w:tc>
          <w:tcPr>
            <w:tcW w:w="572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EC93546" w14:textId="77777777" w:rsidR="004713CD" w:rsidRDefault="00000000">
            <w:pPr>
              <w:pStyle w:val="TableText"/>
            </w:pPr>
            <w:r>
              <w:rPr>
                <w:b/>
                <w:color w:val="FFFFFF"/>
              </w:rPr>
              <w:t>Azione</w:t>
            </w:r>
          </w:p>
        </w:tc>
        <w:tc>
          <w:tcPr>
            <w:tcW w:w="221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80DA5E8" w14:textId="77777777" w:rsidR="004713CD" w:rsidRDefault="00000000">
            <w:pPr>
              <w:pStyle w:val="TableText"/>
            </w:pPr>
            <w:r>
              <w:rPr>
                <w:b/>
                <w:color w:val="FFFFFF"/>
              </w:rPr>
              <w:t>Responsabile</w:t>
            </w:r>
          </w:p>
        </w:tc>
      </w:tr>
      <w:tr w:rsidR="004713CD" w14:paraId="40FF013A" w14:textId="77777777">
        <w:trPr>
          <w:cantSplit/>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C793406" w14:textId="77777777" w:rsidR="004713CD" w:rsidRDefault="00000000">
            <w:pPr>
              <w:pStyle w:val="TableText"/>
            </w:pPr>
            <w:r>
              <w:t>1. Rilevare e proteggersi</w:t>
            </w:r>
          </w:p>
        </w:tc>
        <w:tc>
          <w:tcPr>
            <w:tcW w:w="572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0CD8BBF" w14:textId="77777777" w:rsidR="004713CD" w:rsidRDefault="00000000">
            <w:pPr>
              <w:pStyle w:val="TableText"/>
            </w:pPr>
            <w:r>
              <w:t>Interrompere l’operazione con modalità sicure; non esporsi per chiudere una perdita non raggiungibile in sicurezza.</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876CF64" w14:textId="77777777" w:rsidR="004713CD" w:rsidRDefault="00000000">
            <w:pPr>
              <w:pStyle w:val="TableText"/>
            </w:pPr>
            <w:r>
              <w:t>Operatore / preposto.</w:t>
            </w:r>
          </w:p>
        </w:tc>
      </w:tr>
      <w:tr w:rsidR="004713CD" w14:paraId="5181EAB0" w14:textId="77777777">
        <w:trPr>
          <w:cantSplit/>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1DED601" w14:textId="77777777" w:rsidR="004713CD" w:rsidRDefault="00000000">
            <w:pPr>
              <w:pStyle w:val="TableText"/>
            </w:pPr>
            <w:r>
              <w:t>2. Allertare e allontanare</w:t>
            </w:r>
          </w:p>
        </w:tc>
        <w:tc>
          <w:tcPr>
            <w:tcW w:w="572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C4A63A" w14:textId="77777777" w:rsidR="004713CD" w:rsidRDefault="00000000">
            <w:pPr>
              <w:pStyle w:val="TableText"/>
            </w:pPr>
            <w:r>
              <w:t>Attivare il piano di emergenza, segregare e allontanare i non incaricati; richiedere soccorso quando necessario.</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F29CBF3" w14:textId="77777777" w:rsidR="004713CD" w:rsidRDefault="00000000">
            <w:pPr>
              <w:pStyle w:val="TableText"/>
            </w:pPr>
            <w:r>
              <w:t>Preposto / coordinatore emergenza.</w:t>
            </w:r>
          </w:p>
        </w:tc>
      </w:tr>
      <w:tr w:rsidR="004713CD" w14:paraId="4CA7B789" w14:textId="77777777">
        <w:trPr>
          <w:cantSplit/>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1551BC" w14:textId="77777777" w:rsidR="004713CD" w:rsidRDefault="00000000">
            <w:pPr>
              <w:pStyle w:val="TableText"/>
            </w:pPr>
            <w:r>
              <w:t>3. Assistenza</w:t>
            </w:r>
          </w:p>
        </w:tc>
        <w:tc>
          <w:tcPr>
            <w:tcW w:w="572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CED4D12" w14:textId="77777777" w:rsidR="004713CD" w:rsidRDefault="00000000">
            <w:pPr>
              <w:pStyle w:val="TableText"/>
            </w:pPr>
            <w:r>
              <w:t>Fornire ai soccorritori identificazione dell’agente e SDS. Primo soccorso solo con personale e modalità appropriate.</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6B29916" w14:textId="77777777" w:rsidR="004713CD" w:rsidRDefault="00000000">
            <w:pPr>
              <w:pStyle w:val="TableText"/>
            </w:pPr>
            <w:r>
              <w:t>Addetti formati; soccorso sanitario.</w:t>
            </w:r>
          </w:p>
        </w:tc>
      </w:tr>
      <w:tr w:rsidR="004713CD" w14:paraId="4AEA855B" w14:textId="77777777">
        <w:trPr>
          <w:cantSplit/>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938D4BD" w14:textId="77777777" w:rsidR="004713CD" w:rsidRDefault="00000000">
            <w:pPr>
              <w:pStyle w:val="TableText"/>
            </w:pPr>
            <w:r>
              <w:t>4. Contenere e bonificare</w:t>
            </w:r>
          </w:p>
        </w:tc>
        <w:tc>
          <w:tcPr>
            <w:tcW w:w="572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4464BEC" w14:textId="77777777" w:rsidR="004713CD" w:rsidRDefault="00000000">
            <w:pPr>
              <w:pStyle w:val="TableText"/>
            </w:pPr>
            <w:r>
              <w:t>Intervenire solo con squadra, attrezzature e protezioni previste; affidare all’esterno gli eventi non gestibili.</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7DB80D7" w14:textId="77777777" w:rsidR="004713CD" w:rsidRDefault="00000000">
            <w:pPr>
              <w:pStyle w:val="TableText"/>
            </w:pPr>
            <w:r>
              <w:t>Responsabile emergenza / tecnici autorizzati.</w:t>
            </w:r>
          </w:p>
        </w:tc>
      </w:tr>
      <w:tr w:rsidR="004713CD" w14:paraId="38407D47" w14:textId="77777777">
        <w:trPr>
          <w:cantSplit/>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0AD851" w14:textId="77777777" w:rsidR="004713CD" w:rsidRDefault="00000000">
            <w:pPr>
              <w:pStyle w:val="TableText"/>
            </w:pPr>
            <w:r>
              <w:t>5. Ricostruire</w:t>
            </w:r>
          </w:p>
        </w:tc>
        <w:tc>
          <w:tcPr>
            <w:tcW w:w="572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5195041" w14:textId="77777777" w:rsidR="004713CD" w:rsidRDefault="00000000">
            <w:pPr>
              <w:pStyle w:val="TableText"/>
            </w:pPr>
            <w:r>
              <w:t>Registrare fatti, persone potenzialmente esposte, tempi, controlli falliti e misure prese; indirizzare al MC gli aspetti sanitari.</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7288344" w14:textId="77777777" w:rsidR="004713CD" w:rsidRDefault="00000000">
            <w:pPr>
              <w:pStyle w:val="TableText"/>
            </w:pPr>
            <w:r>
              <w:t>DL / RSPP / MC per competenza.</w:t>
            </w:r>
          </w:p>
        </w:tc>
      </w:tr>
      <w:tr w:rsidR="004713CD" w14:paraId="04DFEF97" w14:textId="77777777">
        <w:trPr>
          <w:cantSplit/>
          <w:jc w:val="center"/>
        </w:trPr>
        <w:tc>
          <w:tcPr>
            <w:tcW w:w="170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D12E1C4" w14:textId="77777777" w:rsidR="004713CD" w:rsidRDefault="00000000">
            <w:pPr>
              <w:pStyle w:val="TableText"/>
            </w:pPr>
            <w:r>
              <w:t>6. Riesaminare e riavviare</w:t>
            </w:r>
          </w:p>
        </w:tc>
        <w:tc>
          <w:tcPr>
            <w:tcW w:w="572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86BCEED" w14:textId="77777777" w:rsidR="004713CD" w:rsidRDefault="00000000">
            <w:pPr>
              <w:pStyle w:val="TableText"/>
            </w:pPr>
            <w:r>
              <w:t>Rimuovere causa, verificare protezioni ed esposizione, aggiornare istruzioni e informare il personale; autorizzare la ripresa.</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AEE592D" w14:textId="77777777" w:rsidR="004713CD" w:rsidRDefault="00000000">
            <w:pPr>
              <w:pStyle w:val="TableText"/>
            </w:pPr>
            <w:r>
              <w:t>Responsabile competente / DL secondo poteri.</w:t>
            </w:r>
          </w:p>
        </w:tc>
      </w:tr>
    </w:tbl>
    <w:p w14:paraId="1DF717F9" w14:textId="77777777" w:rsidR="004713CD" w:rsidRDefault="004713CD">
      <w:pPr>
        <w:pStyle w:val="Small"/>
        <w:spacing w:after="20"/>
      </w:pPr>
    </w:p>
    <w:p w14:paraId="2B5F7410" w14:textId="77777777" w:rsidR="004713CD" w:rsidRDefault="00000000">
      <w:pPr>
        <w:pStyle w:val="Titolo2"/>
      </w:pPr>
      <w:r>
        <w:rPr>
          <w:b w:val="0"/>
        </w:rPr>
        <w:t>Limiti dell’intervento</w:t>
      </w:r>
    </w:p>
    <w:p w14:paraId="07F46408" w14:textId="77777777" w:rsidR="004713CD" w:rsidRDefault="00000000">
      <w:r>
        <w:t>Non neutralizzare sostanze ignote, non mescolare assorbenti incompatibili e non entrare in atmosfera non valutata con un respiratore filtrante ordinario. Le modalità di lavaggio/decontaminazione sono quelle adeguate all’agente e alla SDS; non applicare una regola chimica universale. In caso di emergenza sanitaria attivare il numero previsto dal piano, inclusi i servizi pubblici competenti.</w:t>
      </w:r>
    </w:p>
    <w:p w14:paraId="45AE2EB1" w14:textId="77777777" w:rsidR="004713CD" w:rsidRDefault="00000000">
      <w:pPr>
        <w:pStyle w:val="Titolo2"/>
      </w:pPr>
      <w:r>
        <w:rPr>
          <w:b w:val="0"/>
        </w:rPr>
        <w:t>Informazioni e comunicazioni obbligatorie</w:t>
      </w:r>
    </w:p>
    <w:p w14:paraId="46422773" w14:textId="77777777" w:rsidR="004713CD" w:rsidRDefault="00000000">
      <w:r>
        <w:t>Per gli eventi del Capo II il DL identifica e rimuove quanto prima la causa, informa lavoratori e RLS e comunica senza indugio all’organo di vigilanza gli eventi dell’art. 240, indicando analiticamente le misure adottate per limitarne le conseguenze. Sono distintamente valutati gli obblighi relativi a infortuni, malattie professionali e ambiente. A13 registra destinatario, contenuto, termine applicabile, invio e ricevuta; non sostituisce l’atto ufficiale. [N1, art. 240; N4, art. 14]</w:t>
      </w:r>
    </w:p>
    <w:tbl>
      <w:tblPr>
        <w:tblW w:w="9638" w:type="dxa"/>
        <w:jc w:val="center"/>
        <w:tblLayout w:type="fixed"/>
        <w:tblLook w:val="04A0" w:firstRow="1" w:lastRow="0" w:firstColumn="1" w:lastColumn="0" w:noHBand="0" w:noVBand="1"/>
      </w:tblPr>
      <w:tblGrid>
        <w:gridCol w:w="9638"/>
      </w:tblGrid>
      <w:tr w:rsidR="004713CD" w14:paraId="04760FE3"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2F036DF" w14:textId="77777777" w:rsidR="004713CD" w:rsidRDefault="00000000">
            <w:pPr>
              <w:pStyle w:val="TableText"/>
            </w:pPr>
            <w:r>
              <w:rPr>
                <w:b/>
                <w:color w:val="FFFFFF"/>
                <w:sz w:val="20"/>
              </w:rPr>
              <w:t>IL RIAVVIO NON È AUTOMATICO</w:t>
            </w:r>
          </w:p>
        </w:tc>
      </w:tr>
      <w:tr w:rsidR="004713CD" w14:paraId="44D33454"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04C2925" w14:textId="77777777" w:rsidR="004713CD" w:rsidRDefault="00000000">
            <w:pPr>
              <w:pStyle w:val="TableText"/>
            </w:pPr>
            <w:r>
              <w:rPr>
                <w:sz w:val="20"/>
              </w:rPr>
              <w:t>La sola fine del rilascio o l’assenza di odore non autorizzano la ripresa. Devono essere verificate causa, bonifica, prestazioni dei controlli, condizioni ambientali pertinenti, disponibilità delle istruzioni e gestione delle persone potenzialmente esposte.</w:t>
            </w:r>
          </w:p>
        </w:tc>
      </w:tr>
    </w:tbl>
    <w:p w14:paraId="758B43B8" w14:textId="77777777" w:rsidR="004713CD" w:rsidRDefault="004713CD">
      <w:pPr>
        <w:pStyle w:val="Small"/>
        <w:spacing w:after="20"/>
      </w:pPr>
    </w:p>
    <w:p w14:paraId="7AB1D570" w14:textId="77777777" w:rsidR="004713CD" w:rsidRDefault="00000000">
      <w:r>
        <w:br w:type="page"/>
      </w:r>
    </w:p>
    <w:p w14:paraId="13562399" w14:textId="77777777" w:rsidR="004713CD" w:rsidRDefault="00000000">
      <w:pPr>
        <w:pStyle w:val="Kicker"/>
      </w:pPr>
      <w:r>
        <w:rPr>
          <w:b w:val="0"/>
        </w:rPr>
        <w:t>PROCEDURA OPERATIVA</w:t>
      </w:r>
    </w:p>
    <w:p w14:paraId="6AA06C70" w14:textId="77777777" w:rsidR="004713CD" w:rsidRDefault="00000000">
      <w:pPr>
        <w:pStyle w:val="Titolo1"/>
      </w:pPr>
      <w:bookmarkStart w:id="20" w:name="P17"/>
      <w:r>
        <w:rPr>
          <w:b w:val="0"/>
        </w:rPr>
        <w:t>17 · Registro degli esposti e tracciabilità</w:t>
      </w:r>
      <w:bookmarkEnd w:id="20"/>
    </w:p>
    <w:p w14:paraId="276CE5F2" w14:textId="77777777" w:rsidR="004713CD" w:rsidRDefault="00000000">
      <w:r>
        <w:t>Quando ricorrono le condizioni dell’art. 243, i lavoratori di cui all’art. 242 sono iscritti nel registro previsto dalla legge. La presenza in magazzino di un prodotto non basta, da sola, a stabilire chi debba esservi iscritto. La decisione discende dalla valutazione e dal percorso sanitario; deve essere motivata e aggiornata. [N1, artt. 242–243]</w:t>
      </w:r>
    </w:p>
    <w:tbl>
      <w:tblPr>
        <w:tblW w:w="9638" w:type="dxa"/>
        <w:jc w:val="center"/>
        <w:tblLayout w:type="fixed"/>
        <w:tblLook w:val="04A0" w:firstRow="1" w:lastRow="0" w:firstColumn="1" w:lastColumn="0" w:noHBand="0" w:noVBand="1"/>
      </w:tblPr>
      <w:tblGrid>
        <w:gridCol w:w="2438"/>
        <w:gridCol w:w="7200"/>
      </w:tblGrid>
      <w:tr w:rsidR="004713CD" w14:paraId="2CEF1050"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7BE45EA" w14:textId="77777777" w:rsidR="004713CD" w:rsidRDefault="00000000">
            <w:pPr>
              <w:pStyle w:val="TableText"/>
            </w:pPr>
            <w:r>
              <w:rPr>
                <w:b/>
                <w:color w:val="FFFFFF"/>
                <w:sz w:val="19"/>
              </w:rPr>
              <w:t>Adempimento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98CE30B" w14:textId="77777777" w:rsidR="004713CD" w:rsidRDefault="00000000">
            <w:pPr>
              <w:pStyle w:val="TableText"/>
            </w:pPr>
            <w:r>
              <w:rPr>
                <w:b/>
                <w:color w:val="FFFFFF"/>
                <w:sz w:val="19"/>
              </w:rPr>
              <w:t>Responsabilità / criterio essenziale</w:t>
            </w:r>
          </w:p>
        </w:tc>
      </w:tr>
      <w:tr w:rsidR="004713CD" w14:paraId="31B22C9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A519584" w14:textId="77777777" w:rsidR="004713CD" w:rsidRDefault="00000000">
            <w:pPr>
              <w:pStyle w:val="TableText"/>
            </w:pPr>
            <w:r>
              <w:rPr>
                <w:sz w:val="19"/>
              </w:rPr>
              <w:t>Istituzione e aggiornamento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E1DB98" w14:textId="77777777" w:rsidR="004713CD" w:rsidRDefault="00000000">
            <w:pPr>
              <w:pStyle w:val="TableText"/>
            </w:pPr>
            <w:r>
              <w:rPr>
                <w:sz w:val="19"/>
              </w:rPr>
              <w:t>Il DL provvede al registro, curandone la tenuta tramite il MC; attività, agente e esposizione nota sono i dati essenziali previsti.</w:t>
            </w:r>
          </w:p>
        </w:tc>
      </w:tr>
      <w:tr w:rsidR="004713CD" w14:paraId="3CDA7A9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B664713" w14:textId="77777777" w:rsidR="004713CD" w:rsidRDefault="00000000">
            <w:pPr>
              <w:pStyle w:val="TableText"/>
            </w:pPr>
            <w:r>
              <w:rPr>
                <w:sz w:val="19"/>
              </w:rPr>
              <w:t>Accessi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DC154AE" w14:textId="77777777" w:rsidR="004713CD" w:rsidRDefault="00000000">
            <w:pPr>
              <w:pStyle w:val="TableText"/>
            </w:pPr>
            <w:r>
              <w:rPr>
                <w:sz w:val="19"/>
              </w:rPr>
              <w:t>RSPP e RLS accedono al registro nei termini di legge. Il lavoratore può ottenere le proprie annotazioni; la cartella sanitaria resta distinta.</w:t>
            </w:r>
          </w:p>
        </w:tc>
      </w:tr>
      <w:tr w:rsidR="004713CD" w14:paraId="1B56629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49CE0F9" w14:textId="77777777" w:rsidR="004713CD" w:rsidRDefault="00000000">
            <w:pPr>
              <w:pStyle w:val="TableText"/>
            </w:pPr>
            <w:r>
              <w:rPr>
                <w:sz w:val="19"/>
              </w:rPr>
              <w:t>Trasmissioni e variazioni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16F7132" w14:textId="77777777" w:rsidR="004713CD" w:rsidRDefault="00000000">
            <w:pPr>
              <w:pStyle w:val="TableText"/>
            </w:pPr>
            <w:r>
              <w:rPr>
                <w:sz w:val="19"/>
              </w:rPr>
              <w:t>Assicurare gli invii dovuti a INAIL e organo di vigilanza; comunicare le variazioni ogni 3 anni e su richiesta nei termini dell’art. 243, comma 8; conservare ricevute.</w:t>
            </w:r>
          </w:p>
        </w:tc>
      </w:tr>
      <w:tr w:rsidR="004713CD" w14:paraId="400EF62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11AD2C" w14:textId="77777777" w:rsidR="004713CD" w:rsidRDefault="00000000">
            <w:pPr>
              <w:pStyle w:val="TableText"/>
            </w:pPr>
            <w:r>
              <w:rPr>
                <w:sz w:val="19"/>
              </w:rPr>
              <w:t>Cessazione del rapporto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D2D5B29" w14:textId="77777777" w:rsidR="004713CD" w:rsidRDefault="00000000">
            <w:pPr>
              <w:pStyle w:val="TableText"/>
            </w:pPr>
            <w:r>
              <w:rPr>
                <w:sz w:val="19"/>
              </w:rPr>
              <w:t>Gestire tramite MC l’invio a INAIL della documentazione dovuta e la consegna al lavoratore nei termini applicabili.</w:t>
            </w:r>
          </w:p>
        </w:tc>
      </w:tr>
      <w:tr w:rsidR="004713CD" w14:paraId="6C40B06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9053FB6" w14:textId="77777777" w:rsidR="004713CD" w:rsidRDefault="00000000">
            <w:pPr>
              <w:pStyle w:val="TableText"/>
            </w:pPr>
            <w:r>
              <w:rPr>
                <w:sz w:val="19"/>
              </w:rPr>
              <w:t>Cessazione dell’azienda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969D5EC" w14:textId="77777777" w:rsidR="004713CD" w:rsidRDefault="00000000">
            <w:pPr>
              <w:pStyle w:val="TableText"/>
            </w:pPr>
            <w:r>
              <w:rPr>
                <w:sz w:val="19"/>
              </w:rPr>
              <w:t>Assicurare il trasferimento della documentazione secondo la disciplina specifica, con elenco e prova di consegna.</w:t>
            </w:r>
          </w:p>
        </w:tc>
      </w:tr>
    </w:tbl>
    <w:p w14:paraId="08BC2807" w14:textId="77777777" w:rsidR="004713CD" w:rsidRDefault="004713CD">
      <w:pPr>
        <w:pStyle w:val="Small"/>
        <w:spacing w:after="20"/>
      </w:pPr>
    </w:p>
    <w:p w14:paraId="35584878" w14:textId="77777777" w:rsidR="004713CD" w:rsidRDefault="00000000">
      <w:pPr>
        <w:pStyle w:val="Titolo2"/>
      </w:pPr>
      <w:r>
        <w:rPr>
          <w:b w:val="0"/>
        </w:rPr>
        <w:t>Modello interno e canale ufficiale</w:t>
      </w:r>
    </w:p>
    <w:p w14:paraId="16E0F8B7" w14:textId="77777777" w:rsidR="004713CD" w:rsidRDefault="00000000">
      <w:r>
        <w:t>A16 è uno strumento di raccolta e controllo: non costituisce il modello ministeriale né sostituisce il registro e le trasmissioni dovute. Prima dell’invio il responsabile verifica modelli e canali effettivamente disponibili presso INAIL e organo territoriale, compresa la gestione delle sostanze reprotossiche. Conserva le istruzioni ricevute e la prova dell’adempimento; la sola archiviazione locale non equivale a una trasmissione. [O]</w:t>
      </w:r>
    </w:p>
    <w:p w14:paraId="4FB24525" w14:textId="77777777" w:rsidR="004713CD" w:rsidRDefault="00000000">
      <w:pPr>
        <w:pStyle w:val="Titolo2"/>
      </w:pPr>
      <w:r>
        <w:rPr>
          <w:b w:val="0"/>
        </w:rPr>
        <w:t>Distinzione essenziale sulla conservazione</w:t>
      </w:r>
    </w:p>
    <w:p w14:paraId="05136CEB" w14:textId="77777777" w:rsidR="004713CD" w:rsidRDefault="00000000">
      <w:r>
        <w:t>L’art. 243 distingue la custodia del DL, almeno fino alla risoluzione del rapporto, dalla conservazione INAIL: fino a 40 anni per cancerogeni/mutageni e almeno 5 anni per reprotossici, dalla cessazione dell’esposizione. Non è una regola per cancellare automaticamente gli archivi aziendali dopo cinque anni. A22 coordina obblighi speciali, art. 25 e altri titoli di conservazione applicabili. [N1, art. 243; N4, art. 17]</w:t>
      </w:r>
    </w:p>
    <w:tbl>
      <w:tblPr>
        <w:tblW w:w="9638" w:type="dxa"/>
        <w:jc w:val="center"/>
        <w:tblLayout w:type="fixed"/>
        <w:tblLook w:val="04A0" w:firstRow="1" w:lastRow="0" w:firstColumn="1" w:lastColumn="0" w:noHBand="0" w:noVBand="1"/>
      </w:tblPr>
      <w:tblGrid>
        <w:gridCol w:w="9638"/>
      </w:tblGrid>
      <w:tr w:rsidR="004713CD" w14:paraId="7FC5DF12"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54629FE" w14:textId="77777777" w:rsidR="004713CD" w:rsidRDefault="00000000">
            <w:pPr>
              <w:pStyle w:val="TableText"/>
            </w:pPr>
            <w:r>
              <w:rPr>
                <w:b/>
                <w:color w:val="FFFFFF"/>
                <w:sz w:val="20"/>
              </w:rPr>
              <w:t>NON CONFONDERE I REGISTRI</w:t>
            </w:r>
          </w:p>
        </w:tc>
      </w:tr>
      <w:tr w:rsidR="004713CD" w14:paraId="0A45AE6F"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50BA1A9" w14:textId="77777777" w:rsidR="004713CD" w:rsidRDefault="00000000">
            <w:pPr>
              <w:pStyle w:val="TableText"/>
            </w:pPr>
            <w:r>
              <w:rPr>
                <w:sz w:val="20"/>
              </w:rPr>
              <w:t>Inventario dei prodotti, elenco delle persone del reparto, registro legale degli esposti e cartelle sanitarie sono documenti diversi, con finalità, contenuti e accessi differenti. Non inserire diagnosi o dati familiari nel registro tecnico di reparto.</w:t>
            </w:r>
          </w:p>
        </w:tc>
      </w:tr>
    </w:tbl>
    <w:p w14:paraId="2E418A3A" w14:textId="77777777" w:rsidR="004713CD" w:rsidRDefault="004713CD">
      <w:pPr>
        <w:pStyle w:val="Small"/>
        <w:spacing w:after="20"/>
      </w:pPr>
    </w:p>
    <w:p w14:paraId="2360ABDD" w14:textId="77777777" w:rsidR="004713CD" w:rsidRDefault="00000000">
      <w:r>
        <w:br w:type="page"/>
      </w:r>
    </w:p>
    <w:p w14:paraId="4EADFA20" w14:textId="77777777" w:rsidR="004713CD" w:rsidRDefault="00000000">
      <w:pPr>
        <w:pStyle w:val="Kicker"/>
      </w:pPr>
      <w:r>
        <w:rPr>
          <w:b w:val="0"/>
        </w:rPr>
        <w:t>PROCEDURA OPERATIVA</w:t>
      </w:r>
    </w:p>
    <w:p w14:paraId="03618A5A" w14:textId="77777777" w:rsidR="004713CD" w:rsidRDefault="00000000">
      <w:pPr>
        <w:pStyle w:val="Titolo1"/>
      </w:pPr>
      <w:bookmarkStart w:id="21" w:name="P18"/>
      <w:r>
        <w:rPr>
          <w:b w:val="0"/>
        </w:rPr>
        <w:t>18 · Audit, cambiamenti e miglioramento</w:t>
      </w:r>
      <w:bookmarkEnd w:id="21"/>
    </w:p>
    <w:p w14:paraId="50054150" w14:textId="77777777" w:rsidR="004713CD" w:rsidRDefault="00000000">
      <w:pPr>
        <w:pStyle w:val="Titolo2"/>
      </w:pPr>
      <w:r>
        <w:rPr>
          <w:b w:val="0"/>
        </w:rPr>
        <w:t>Gestione delle modifiche</w:t>
      </w:r>
    </w:p>
    <w:p w14:paraId="74A770C0" w14:textId="77777777" w:rsidR="004713CD" w:rsidRDefault="00000000">
      <w:r>
        <w:t>Prodotto o fornitore diverso, nuova SDS/classificazione, nuova quantità, nuova temperatura o nuova mansione possono modificare il rischio. Il proponente apre A21 prima dell’attuazione; RSPP e MC, per competenza, valutano gli impatti. Il responsabile autorizza la modifica soltanto dopo la verifica di documenti, controlli, formazione e adempimenti interessati. [N1, artt. 29 e 236; O]</w:t>
      </w:r>
    </w:p>
    <w:p w14:paraId="569D7C05" w14:textId="77777777" w:rsidR="004713CD" w:rsidRDefault="00000000">
      <w:pPr>
        <w:pStyle w:val="Titolo2"/>
      </w:pPr>
      <w:r>
        <w:rPr>
          <w:b w:val="0"/>
        </w:rPr>
        <w:t>Scadenze: obblighi e proposta organizzativa</w:t>
      </w:r>
    </w:p>
    <w:tbl>
      <w:tblPr>
        <w:tblW w:w="9638" w:type="dxa"/>
        <w:jc w:val="center"/>
        <w:tblLayout w:type="fixed"/>
        <w:tblLook w:val="04A0" w:firstRow="1" w:lastRow="0" w:firstColumn="1" w:lastColumn="0" w:noHBand="0" w:noVBand="1"/>
      </w:tblPr>
      <w:tblGrid>
        <w:gridCol w:w="2494"/>
        <w:gridCol w:w="5387"/>
        <w:gridCol w:w="1757"/>
      </w:tblGrid>
      <w:tr w:rsidR="004713CD" w14:paraId="62C0AB87" w14:textId="77777777">
        <w:trPr>
          <w:cantSplit/>
          <w:tblHeader/>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2ABB8D6" w14:textId="77777777" w:rsidR="004713CD" w:rsidRDefault="00000000">
            <w:pPr>
              <w:pStyle w:val="TableText"/>
            </w:pPr>
            <w:r>
              <w:rPr>
                <w:b/>
                <w:color w:val="FFFFFF"/>
              </w:rPr>
              <w:t>Oggetto</w:t>
            </w:r>
          </w:p>
        </w:tc>
        <w:tc>
          <w:tcPr>
            <w:tcW w:w="538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0DECE99" w14:textId="77777777" w:rsidR="004713CD" w:rsidRDefault="00000000">
            <w:pPr>
              <w:pStyle w:val="TableText"/>
            </w:pPr>
            <w:r>
              <w:rPr>
                <w:b/>
                <w:color w:val="FFFFFF"/>
              </w:rPr>
              <w:t>Criterio temporale</w:t>
            </w:r>
          </w:p>
        </w:tc>
        <w:tc>
          <w:tcPr>
            <w:tcW w:w="175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EA889F1" w14:textId="77777777" w:rsidR="004713CD" w:rsidRDefault="00000000">
            <w:pPr>
              <w:pStyle w:val="TableText"/>
            </w:pPr>
            <w:r>
              <w:rPr>
                <w:b/>
                <w:color w:val="FFFFFF"/>
              </w:rPr>
              <w:t>Natura</w:t>
            </w:r>
          </w:p>
        </w:tc>
      </w:tr>
      <w:tr w:rsidR="004713CD" w14:paraId="169D0E51"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481571A" w14:textId="77777777" w:rsidR="004713CD" w:rsidRDefault="00000000">
            <w:pPr>
              <w:pStyle w:val="TableText"/>
            </w:pPr>
            <w:r>
              <w:t>Valutazione del rischio Capo II</w:t>
            </w:r>
          </w:p>
        </w:tc>
        <w:tc>
          <w:tcPr>
            <w:tcW w:w="538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0F739FE" w14:textId="77777777" w:rsidR="004713CD" w:rsidRDefault="00000000">
            <w:pPr>
              <w:pStyle w:val="TableText"/>
            </w:pPr>
            <w:r>
              <w:t>Rinnovare per modifiche significative e, in ogni caso, trascorsi 3 anni dall’ultima valutazione; coordinare con le altre cause di aggiornamento.</w:t>
            </w:r>
          </w:p>
        </w:tc>
        <w:tc>
          <w:tcPr>
            <w:tcW w:w="17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7788BEE" w14:textId="77777777" w:rsidR="004713CD" w:rsidRDefault="00000000">
            <w:pPr>
              <w:pStyle w:val="TableText"/>
            </w:pPr>
            <w:r>
              <w:t>Obbligo normativo da pianificare sul testo vigente.</w:t>
            </w:r>
          </w:p>
        </w:tc>
      </w:tr>
      <w:tr w:rsidR="004713CD" w14:paraId="5953A6CD"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23AFFA3" w14:textId="77777777" w:rsidR="004713CD" w:rsidRDefault="00000000">
            <w:pPr>
              <w:pStyle w:val="TableText"/>
            </w:pPr>
            <w:r>
              <w:t>Formazione specifica Capo II</w:t>
            </w:r>
          </w:p>
        </w:tc>
        <w:tc>
          <w:tcPr>
            <w:tcW w:w="538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C6DCB42" w14:textId="77777777" w:rsidR="004713CD" w:rsidRDefault="00000000">
            <w:pPr>
              <w:pStyle w:val="TableText"/>
            </w:pPr>
            <w:r>
              <w:t>Prima delle attività, almeno ogni 5 anni e in presenza di cambiamenti rilevanti.</w:t>
            </w:r>
          </w:p>
        </w:tc>
        <w:tc>
          <w:tcPr>
            <w:tcW w:w="175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B1B81EA" w14:textId="77777777" w:rsidR="004713CD" w:rsidRDefault="00000000">
            <w:pPr>
              <w:pStyle w:val="TableText"/>
            </w:pPr>
            <w:r>
              <w:t>Art. 239.</w:t>
            </w:r>
          </w:p>
        </w:tc>
      </w:tr>
      <w:tr w:rsidR="004713CD" w14:paraId="17AFC422"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932FA89" w14:textId="77777777" w:rsidR="004713CD" w:rsidRDefault="00000000">
            <w:pPr>
              <w:pStyle w:val="TableText"/>
            </w:pPr>
            <w:r>
              <w:t>Controlli prima dell’uso</w:t>
            </w:r>
          </w:p>
        </w:tc>
        <w:tc>
          <w:tcPr>
            <w:tcW w:w="538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3C24179" w14:textId="77777777" w:rsidR="004713CD" w:rsidRDefault="00000000">
            <w:pPr>
              <w:pStyle w:val="TableText"/>
            </w:pPr>
            <w:r>
              <w:t>A ogni avvio e dopo interruzioni/modifiche rilevanti per le protezioni.</w:t>
            </w:r>
          </w:p>
        </w:tc>
        <w:tc>
          <w:tcPr>
            <w:tcW w:w="17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E56816B" w14:textId="77777777" w:rsidR="004713CD" w:rsidRDefault="00000000">
            <w:pPr>
              <w:pStyle w:val="TableText"/>
            </w:pPr>
            <w:r>
              <w:t>Regola interna proposta.</w:t>
            </w:r>
          </w:p>
        </w:tc>
      </w:tr>
      <w:tr w:rsidR="004713CD" w14:paraId="15C3AF0F"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D041329" w14:textId="77777777" w:rsidR="004713CD" w:rsidRDefault="00000000">
            <w:pPr>
              <w:pStyle w:val="TableText"/>
            </w:pPr>
            <w:r>
              <w:t>Audit / riesame</w:t>
            </w:r>
          </w:p>
        </w:tc>
        <w:tc>
          <w:tcPr>
            <w:tcW w:w="538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05FD853" w14:textId="77777777" w:rsidR="004713CD" w:rsidRDefault="00000000">
            <w:pPr>
              <w:pStyle w:val="TableText"/>
            </w:pPr>
            <w:r>
              <w:t>Audit annuale di sistema e riesame del piano; verifiche più frequenti per criticità o instabilità.</w:t>
            </w:r>
          </w:p>
        </w:tc>
        <w:tc>
          <w:tcPr>
            <w:tcW w:w="175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7FAA61E" w14:textId="77777777" w:rsidR="004713CD" w:rsidRDefault="00000000">
            <w:pPr>
              <w:pStyle w:val="TableText"/>
            </w:pPr>
            <w:r>
              <w:t>Regola interna proposta, non periodicità legale universale.</w:t>
            </w:r>
          </w:p>
        </w:tc>
      </w:tr>
      <w:tr w:rsidR="004713CD" w14:paraId="6B02DBF4"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F1F83FB" w14:textId="77777777" w:rsidR="004713CD" w:rsidRDefault="00000000">
            <w:pPr>
              <w:pStyle w:val="TableText"/>
            </w:pPr>
            <w:r>
              <w:t>Misure / manutenzioni / visite</w:t>
            </w:r>
          </w:p>
        </w:tc>
        <w:tc>
          <w:tcPr>
            <w:tcW w:w="538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716EA22" w14:textId="77777777" w:rsidR="004713CD" w:rsidRDefault="00000000">
            <w:pPr>
              <w:pStyle w:val="TableText"/>
            </w:pPr>
            <w:r>
              <w:t>Secondo strategia tecnica, fabbricante, protocollo sanitario e norme pertinenti.</w:t>
            </w:r>
          </w:p>
        </w:tc>
        <w:tc>
          <w:tcPr>
            <w:tcW w:w="175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520EBCC" w14:textId="77777777" w:rsidR="004713CD" w:rsidRDefault="00000000">
            <w:pPr>
              <w:pStyle w:val="TableText"/>
            </w:pPr>
            <w:r>
              <w:t>Scadenze individualizzate; nessuna cadenza unica del modello.</w:t>
            </w:r>
          </w:p>
        </w:tc>
      </w:tr>
    </w:tbl>
    <w:p w14:paraId="67BD2097" w14:textId="77777777" w:rsidR="004713CD" w:rsidRDefault="004713CD">
      <w:pPr>
        <w:pStyle w:val="Small"/>
        <w:spacing w:after="20"/>
      </w:pPr>
    </w:p>
    <w:p w14:paraId="5D9831EC" w14:textId="77777777" w:rsidR="004713CD" w:rsidRDefault="00000000">
      <w:pPr>
        <w:pStyle w:val="Titolo2"/>
      </w:pPr>
      <w:r>
        <w:rPr>
          <w:b w:val="0"/>
        </w:rPr>
        <w:t>Non conformità e priorità</w:t>
      </w:r>
    </w:p>
    <w:p w14:paraId="32C0083F" w14:textId="77777777" w:rsidR="004713CD" w:rsidRDefault="00000000">
      <w:r>
        <w:t>A19 distingue carenze critiche che impediscono l’attività, carenze maggiori da correggere con misure temporanee motivate e difetti documentali minori. Le classi servono a gestire le azioni e non rappresentano una misura della probabilità di danno fetale. Ogni rilievo deve avere responsabile, termine, prova di chiusura e verifica dell’efficacia. [O]</w:t>
      </w:r>
    </w:p>
    <w:p w14:paraId="0C0926BE" w14:textId="77777777" w:rsidR="004713CD" w:rsidRDefault="00000000">
      <w:pPr>
        <w:pStyle w:val="Titolo2"/>
      </w:pPr>
      <w:r>
        <w:rPr>
          <w:b w:val="0"/>
        </w:rPr>
        <w:t>Indicatori ammissibili</w:t>
      </w:r>
    </w:p>
    <w:p w14:paraId="561FEFEF" w14:textId="77777777" w:rsidR="004713CD" w:rsidRDefault="00000000">
      <w:r>
        <w:t>Il riesame A20 utilizza percentuale di prodotti valutati, scenari con istruzioni vigenti, azioni critiche aperte, verifiche dei controlli eseguite, formazione completata e avanzamento delle sostituzioni. Non raccoglie tassi di fertilità, aborti, gravidanze o condizioni dei figli. I risultati sanitari sono comunicati dal MC nelle forme aggregate previste, tutelando i piccoli gruppi.</w:t>
      </w:r>
    </w:p>
    <w:p w14:paraId="22448469" w14:textId="77777777" w:rsidR="004713CD" w:rsidRDefault="00000000">
      <w:pPr>
        <w:pStyle w:val="Small"/>
      </w:pPr>
      <w:r>
        <w:t>La riunione periodica, quando dovuta, mantiene i requisiti dell’art. 35. L’audit interno non è una certificazione di conformità né sostituisce controlli tecnici e sanitari.</w:t>
      </w:r>
    </w:p>
    <w:p w14:paraId="399868CB" w14:textId="77777777" w:rsidR="004713CD" w:rsidRDefault="00000000">
      <w:r>
        <w:br w:type="page"/>
      </w:r>
    </w:p>
    <w:p w14:paraId="26F8F383" w14:textId="77777777" w:rsidR="004713CD" w:rsidRDefault="00000000">
      <w:pPr>
        <w:pStyle w:val="Kicker"/>
      </w:pPr>
      <w:r>
        <w:rPr>
          <w:b w:val="0"/>
        </w:rPr>
        <w:t>PROCEDURA OPERATIVA</w:t>
      </w:r>
    </w:p>
    <w:p w14:paraId="37A2B22C" w14:textId="77777777" w:rsidR="004713CD" w:rsidRDefault="00000000">
      <w:pPr>
        <w:pStyle w:val="Titolo1"/>
      </w:pPr>
      <w:bookmarkStart w:id="22" w:name="P19"/>
      <w:r>
        <w:rPr>
          <w:b w:val="0"/>
        </w:rPr>
        <w:t>19 · Adozione e verifica di completezza</w:t>
      </w:r>
      <w:bookmarkEnd w:id="22"/>
    </w:p>
    <w:p w14:paraId="779A03B2" w14:textId="77777777" w:rsidR="004713CD" w:rsidRDefault="00000000">
      <w:r>
        <w:t>Il DL adotta il modello dopo la personalizzazione. La completezza editoriale non equivale alla completezza della valutazione di un impianto: prima dell’efficacia occorrono le evidenze specifiche indicate sotto. I punti non pertinenti sono esclusi con motivazione e le istruzioni locali prevalgono solo se coerenti con la normativa e con la valutazione. [O]</w:t>
      </w:r>
    </w:p>
    <w:tbl>
      <w:tblPr>
        <w:tblW w:w="9638" w:type="dxa"/>
        <w:jc w:val="center"/>
        <w:tblLayout w:type="fixed"/>
        <w:tblLook w:val="04A0" w:firstRow="1" w:lastRow="0" w:firstColumn="1" w:lastColumn="0" w:noHBand="0" w:noVBand="1"/>
      </w:tblPr>
      <w:tblGrid>
        <w:gridCol w:w="2324"/>
        <w:gridCol w:w="5103"/>
        <w:gridCol w:w="2211"/>
      </w:tblGrid>
      <w:tr w:rsidR="004713CD" w14:paraId="1BE80625" w14:textId="77777777">
        <w:trPr>
          <w:cantSplit/>
          <w:tblHeader/>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A8CA8F7" w14:textId="77777777" w:rsidR="004713CD" w:rsidRDefault="00000000">
            <w:pPr>
              <w:pStyle w:val="TableText"/>
            </w:pPr>
            <w:r>
              <w:rPr>
                <w:b/>
                <w:color w:val="FFFFFF"/>
              </w:rPr>
              <w:t>Condizione di adozione</w:t>
            </w:r>
          </w:p>
        </w:tc>
        <w:tc>
          <w:tcPr>
            <w:tcW w:w="510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13AFBC0" w14:textId="77777777" w:rsidR="004713CD" w:rsidRDefault="00000000">
            <w:pPr>
              <w:pStyle w:val="TableText"/>
            </w:pPr>
            <w:r>
              <w:rPr>
                <w:b/>
                <w:color w:val="FFFFFF"/>
              </w:rPr>
              <w:t>Evidenza richiesta</w:t>
            </w:r>
          </w:p>
        </w:tc>
        <w:tc>
          <w:tcPr>
            <w:tcW w:w="221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ED8BD6E" w14:textId="77777777" w:rsidR="004713CD" w:rsidRDefault="00000000">
            <w:pPr>
              <w:pStyle w:val="TableText"/>
            </w:pPr>
            <w:r>
              <w:rPr>
                <w:b/>
                <w:color w:val="FFFFFF"/>
              </w:rPr>
              <w:t>Responsabile</w:t>
            </w:r>
          </w:p>
        </w:tc>
      </w:tr>
      <w:tr w:rsidR="004713CD" w14:paraId="41F24139"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F408379" w14:textId="77777777" w:rsidR="004713CD" w:rsidRDefault="00000000">
            <w:pPr>
              <w:pStyle w:val="TableText"/>
            </w:pPr>
            <w:r>
              <w:t>Anagrafica e ruoli</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007E1D" w14:textId="77777777" w:rsidR="004713CD" w:rsidRDefault="00000000">
            <w:pPr>
              <w:pStyle w:val="TableText"/>
            </w:pPr>
            <w:r>
              <w:t>Sedi, mansioni, referenti, sostituti e recapiti di emergenza compilati.</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2F3117B" w14:textId="77777777" w:rsidR="004713CD" w:rsidRDefault="00000000">
            <w:pPr>
              <w:pStyle w:val="TableText"/>
            </w:pPr>
            <w:r>
              <w:t>DL / responsabili.</w:t>
            </w:r>
          </w:p>
        </w:tc>
      </w:tr>
      <w:tr w:rsidR="004713CD" w14:paraId="3434EFF9"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5BD01A1" w14:textId="77777777" w:rsidR="004713CD" w:rsidRDefault="00000000">
            <w:pPr>
              <w:pStyle w:val="TableText"/>
            </w:pPr>
            <w:r>
              <w:t>Agenti identificati</w:t>
            </w:r>
          </w:p>
        </w:tc>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EF42068" w14:textId="77777777" w:rsidR="004713CD" w:rsidRDefault="00000000">
            <w:pPr>
              <w:pStyle w:val="TableText"/>
            </w:pPr>
            <w:r>
              <w:t>Inventario, SDS, classificazioni, limiti e stato autorizzativo pertinenti.</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68C01FC" w14:textId="77777777" w:rsidR="004713CD" w:rsidRDefault="00000000">
            <w:pPr>
              <w:pStyle w:val="TableText"/>
            </w:pPr>
            <w:r>
              <w:t>Acquisti / RSPP.</w:t>
            </w:r>
          </w:p>
        </w:tc>
      </w:tr>
      <w:tr w:rsidR="004713CD" w14:paraId="3CE35DF9"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DE6EB9C" w14:textId="77777777" w:rsidR="004713CD" w:rsidRDefault="00000000">
            <w:pPr>
              <w:pStyle w:val="TableText"/>
            </w:pPr>
            <w:r>
              <w:t>Scenari valutati</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EE9BCCD" w14:textId="77777777" w:rsidR="004713CD" w:rsidRDefault="00000000">
            <w:pPr>
              <w:pStyle w:val="TableText"/>
            </w:pPr>
            <w:r>
              <w:t>Analisi del lavoro reale, persone interessate, vie e grado di esposizione, lacune gestite.</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7FCEB7F" w14:textId="77777777" w:rsidR="004713CD" w:rsidRDefault="00000000">
            <w:pPr>
              <w:pStyle w:val="TableText"/>
            </w:pPr>
            <w:r>
              <w:t>DL con RSPP e MC.</w:t>
            </w:r>
          </w:p>
        </w:tc>
      </w:tr>
      <w:tr w:rsidR="004713CD" w14:paraId="5D04E4D2"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998F697" w14:textId="77777777" w:rsidR="004713CD" w:rsidRDefault="00000000">
            <w:pPr>
              <w:pStyle w:val="TableText"/>
            </w:pPr>
            <w:r>
              <w:t>Gerarchia applicata</w:t>
            </w:r>
          </w:p>
        </w:tc>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C38F696" w14:textId="77777777" w:rsidR="004713CD" w:rsidRDefault="00000000">
            <w:pPr>
              <w:pStyle w:val="TableText"/>
            </w:pPr>
            <w:r>
              <w:t>Indagini di sostituzione e motivazione delle scelte; controlli tecnici verificati.</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058E2E3" w14:textId="77777777" w:rsidR="004713CD" w:rsidRDefault="00000000">
            <w:pPr>
              <w:pStyle w:val="TableText"/>
            </w:pPr>
            <w:r>
              <w:t>DL / tecnico.</w:t>
            </w:r>
          </w:p>
        </w:tc>
      </w:tr>
      <w:tr w:rsidR="004713CD" w14:paraId="56AFAC70"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FCB3BA3" w14:textId="77777777" w:rsidR="004713CD" w:rsidRDefault="00000000">
            <w:pPr>
              <w:pStyle w:val="TableText"/>
            </w:pPr>
            <w:r>
              <w:t>Istruzioni attuabili</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2BB8C8B" w14:textId="77777777" w:rsidR="004713CD" w:rsidRDefault="00000000">
            <w:pPr>
              <w:pStyle w:val="TableText"/>
            </w:pPr>
            <w:r>
              <w:t>Operazioni, parametri, DPI, condizioni di arresto e gestione rifiuti definiti.</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0B9069" w14:textId="77777777" w:rsidR="004713CD" w:rsidRDefault="00000000">
            <w:pPr>
              <w:pStyle w:val="TableText"/>
            </w:pPr>
            <w:r>
              <w:t>Responsabile reparto.</w:t>
            </w:r>
          </w:p>
        </w:tc>
      </w:tr>
      <w:tr w:rsidR="004713CD" w14:paraId="0C80A24C"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77298B" w14:textId="77777777" w:rsidR="004713CD" w:rsidRDefault="00000000">
            <w:pPr>
              <w:pStyle w:val="TableText"/>
            </w:pPr>
            <w:r>
              <w:t>Tutela sanitaria e registri</w:t>
            </w:r>
          </w:p>
        </w:tc>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2818D57" w14:textId="77777777" w:rsidR="004713CD" w:rsidRDefault="00000000">
            <w:pPr>
              <w:pStyle w:val="TableText"/>
            </w:pPr>
            <w:r>
              <w:t>Applicabilità, protocollo di competenza MC e adempimenti documentati.</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F182642" w14:textId="77777777" w:rsidR="004713CD" w:rsidRDefault="00000000">
            <w:pPr>
              <w:pStyle w:val="TableText"/>
            </w:pPr>
            <w:r>
              <w:t>DL / MC.</w:t>
            </w:r>
          </w:p>
        </w:tc>
      </w:tr>
      <w:tr w:rsidR="004713CD" w14:paraId="4FF03E3A"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DDEFBE0" w14:textId="77777777" w:rsidR="004713CD" w:rsidRDefault="00000000">
            <w:pPr>
              <w:pStyle w:val="TableText"/>
            </w:pPr>
            <w:r>
              <w:t>Persone preparate</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E71980B" w14:textId="77777777" w:rsidR="004713CD" w:rsidRDefault="00000000">
            <w:pPr>
              <w:pStyle w:val="TableText"/>
            </w:pPr>
            <w:r>
              <w:t>Informazione, formazione, addestramento e verifica delle capacità.</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E2A567" w14:textId="77777777" w:rsidR="004713CD" w:rsidRDefault="00000000">
            <w:pPr>
              <w:pStyle w:val="TableText"/>
            </w:pPr>
            <w:r>
              <w:t>Responsabile formazione.</w:t>
            </w:r>
          </w:p>
        </w:tc>
      </w:tr>
      <w:tr w:rsidR="004713CD" w14:paraId="03710324"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E9020CB" w14:textId="77777777" w:rsidR="004713CD" w:rsidRDefault="00000000">
            <w:pPr>
              <w:pStyle w:val="TableText"/>
            </w:pPr>
            <w:r>
              <w:t>Emergenze e riavvio</w:t>
            </w:r>
          </w:p>
        </w:tc>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A46F0E7" w14:textId="77777777" w:rsidR="004713CD" w:rsidRDefault="00000000">
            <w:pPr>
              <w:pStyle w:val="TableText"/>
            </w:pPr>
            <w:r>
              <w:t>Risorse, modalità, contatti, adempimenti e autorizzazione della ripresa.</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E9489A2" w14:textId="77777777" w:rsidR="004713CD" w:rsidRDefault="00000000">
            <w:pPr>
              <w:pStyle w:val="TableText"/>
            </w:pPr>
            <w:r>
              <w:t>DL / coordinatore.</w:t>
            </w:r>
          </w:p>
        </w:tc>
      </w:tr>
      <w:tr w:rsidR="004713CD" w14:paraId="2F74AB38"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1923626" w14:textId="77777777" w:rsidR="004713CD" w:rsidRDefault="00000000">
            <w:pPr>
              <w:pStyle w:val="TableText"/>
            </w:pPr>
            <w:r>
              <w:t>Controllo nel tempo</w:t>
            </w:r>
          </w:p>
        </w:tc>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13420E2" w14:textId="77777777" w:rsidR="004713CD" w:rsidRDefault="00000000">
            <w:pPr>
              <w:pStyle w:val="TableText"/>
            </w:pPr>
            <w:r>
              <w:t>Scadenzario, audit, modifica, indicatori e regole di conservazione.</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7DE1FBF" w14:textId="77777777" w:rsidR="004713CD" w:rsidRDefault="00000000">
            <w:pPr>
              <w:pStyle w:val="TableText"/>
            </w:pPr>
            <w:r>
              <w:t>Responsabile documento.</w:t>
            </w:r>
          </w:p>
        </w:tc>
      </w:tr>
    </w:tbl>
    <w:p w14:paraId="29D95791" w14:textId="77777777" w:rsidR="004713CD" w:rsidRDefault="004713CD">
      <w:pPr>
        <w:pStyle w:val="Small"/>
        <w:spacing w:after="20"/>
      </w:pPr>
    </w:p>
    <w:p w14:paraId="12010F73" w14:textId="77777777" w:rsidR="004713CD" w:rsidRDefault="00000000">
      <w:pPr>
        <w:pStyle w:val="Titolo2"/>
      </w:pPr>
      <w:r>
        <w:rPr>
          <w:b w:val="0"/>
        </w:rPr>
        <w:t>Avvertenze per la verifica normativa</w:t>
      </w:r>
    </w:p>
    <w:p w14:paraId="4DBA63FA" w14:textId="77777777" w:rsidR="004713CD" w:rsidRDefault="00000000">
      <w:r>
        <w:t>Le fonti elencate nel registro finale sono state utilizzate per costruire il modello. La verifica non sostituisce il controllo, al momento dell’adozione, del testo vigente, degli allegati applicabili, delle classificazioni armonizzate, delle decorrenze e dei limiti di ogni sostanza. Non sono introdotti nel modello valori numerici generici per agenti non identificati.</w:t>
      </w:r>
    </w:p>
    <w:p w14:paraId="029A4651" w14:textId="77777777" w:rsidR="004713CD" w:rsidRDefault="00000000">
      <w:r>
        <w:t>In particolare, una nuova direttiva europea, una proposta normativa o un aggiornamento tecnico non sono automaticamente trattati come un obbligo nazionale già applicabile. A21 registra pubblicazione, entrata in vigore, applicazione, recepimento e regime transitorio quando pertinenti.</w:t>
      </w:r>
    </w:p>
    <w:tbl>
      <w:tblPr>
        <w:tblW w:w="9638" w:type="dxa"/>
        <w:jc w:val="center"/>
        <w:tblLayout w:type="fixed"/>
        <w:tblLook w:val="04A0" w:firstRow="1" w:lastRow="0" w:firstColumn="1" w:lastColumn="0" w:noHBand="0" w:noVBand="1"/>
      </w:tblPr>
      <w:tblGrid>
        <w:gridCol w:w="9638"/>
      </w:tblGrid>
      <w:tr w:rsidR="004713CD" w14:paraId="4B022389"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3883264" w14:textId="77777777" w:rsidR="004713CD" w:rsidRDefault="00000000">
            <w:pPr>
              <w:pStyle w:val="TableText"/>
            </w:pPr>
            <w:r>
              <w:rPr>
                <w:b/>
                <w:color w:val="FFFFFF"/>
                <w:sz w:val="20"/>
              </w:rPr>
              <w:t>FIRMA DI ADOZIONE</w:t>
            </w:r>
          </w:p>
        </w:tc>
      </w:tr>
      <w:tr w:rsidR="004713CD" w14:paraId="00E12254"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C1A1D41" w14:textId="77777777" w:rsidR="004713CD" w:rsidRDefault="00000000">
            <w:pPr>
              <w:pStyle w:val="TableText"/>
            </w:pPr>
            <w:r>
              <w:rPr>
                <w:sz w:val="20"/>
              </w:rPr>
              <w:t>Il datore di lavoro approva la procedura personalizzata e assegna le risorse: nome __________________; data __________; firma __________________. Eventuali esclusioni motivate / documenti integrativi: ________________________________________________.</w:t>
            </w:r>
          </w:p>
        </w:tc>
      </w:tr>
    </w:tbl>
    <w:p w14:paraId="57EEB094" w14:textId="77777777" w:rsidR="004713CD" w:rsidRDefault="004713CD">
      <w:pPr>
        <w:pStyle w:val="Small"/>
        <w:spacing w:after="20"/>
      </w:pPr>
    </w:p>
    <w:p w14:paraId="7AF90337" w14:textId="77777777" w:rsidR="004713CD" w:rsidRDefault="00000000">
      <w:r>
        <w:br w:type="page"/>
      </w:r>
    </w:p>
    <w:p w14:paraId="3DFD5E66" w14:textId="77777777" w:rsidR="004713CD" w:rsidRDefault="00000000">
      <w:pPr>
        <w:pStyle w:val="Kicker"/>
      </w:pPr>
      <w:r>
        <w:rPr>
          <w:b w:val="0"/>
        </w:rPr>
        <w:t>ALLEGATI OPERATIVI  /  MODULISTICA EDITABILE</w:t>
      </w:r>
    </w:p>
    <w:p w14:paraId="3C1B4DFD" w14:textId="77777777" w:rsidR="004713CD" w:rsidRDefault="00000000">
      <w:pPr>
        <w:pStyle w:val="Titolo1"/>
      </w:pPr>
      <w:bookmarkStart w:id="23" w:name="A01"/>
      <w:r>
        <w:rPr>
          <w:b w:val="0"/>
        </w:rPr>
        <w:t>A01 · Configurazione aziendale e contatti</w:t>
      </w:r>
      <w:bookmarkEnd w:id="23"/>
    </w:p>
    <w:p w14:paraId="7E8BC211" w14:textId="77777777" w:rsidR="004713CD" w:rsidRDefault="00000000">
      <w:pPr>
        <w:pStyle w:val="Small"/>
      </w:pPr>
      <w:r>
        <w:t>PR-RIP-01 • Modulo A01 • Revisione ___ • Azienda/sito __________________ • Data __________</w:t>
      </w:r>
    </w:p>
    <w:p w14:paraId="52A0FA3D" w14:textId="77777777" w:rsidR="004713CD" w:rsidRDefault="00000000">
      <w:pPr>
        <w:pStyle w:val="Small"/>
      </w:pPr>
      <w:r>
        <w:t>Scopo: definire perimetro, responsabilità e canali prima dell’uso. Compilare tutti i campi pertinenti; non lasciare recapiti di emergenza presunti.</w:t>
      </w:r>
    </w:p>
    <w:tbl>
      <w:tblPr>
        <w:tblW w:w="9638" w:type="dxa"/>
        <w:jc w:val="center"/>
        <w:tblLayout w:type="fixed"/>
        <w:tblLook w:val="04A0" w:firstRow="1" w:lastRow="0" w:firstColumn="1" w:lastColumn="0" w:noHBand="0" w:noVBand="1"/>
      </w:tblPr>
      <w:tblGrid>
        <w:gridCol w:w="2438"/>
        <w:gridCol w:w="7200"/>
      </w:tblGrid>
      <w:tr w:rsidR="004713CD" w14:paraId="663CCC89"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4ACDDF1"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6CB099D" w14:textId="77777777" w:rsidR="004713CD" w:rsidRDefault="00000000">
            <w:pPr>
              <w:pStyle w:val="TableText"/>
            </w:pPr>
            <w:r>
              <w:rPr>
                <w:b/>
                <w:color w:val="FFFFFF"/>
                <w:sz w:val="19"/>
              </w:rPr>
              <w:t>Compilazione / evidenza richiesta</w:t>
            </w:r>
          </w:p>
        </w:tc>
      </w:tr>
      <w:tr w:rsidR="004713CD" w14:paraId="02AB8B7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57F9164" w14:textId="77777777" w:rsidR="004713CD" w:rsidRDefault="00000000">
            <w:pPr>
              <w:pStyle w:val="TableText"/>
            </w:pPr>
            <w:r>
              <w:rPr>
                <w:sz w:val="19"/>
              </w:rPr>
              <w:t>Azienda / sede / attività</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9F97934" w14:textId="77777777" w:rsidR="004713CD" w:rsidRDefault="00000000">
            <w:pPr>
              <w:pStyle w:val="TableText"/>
            </w:pPr>
            <w:r>
              <w:rPr>
                <w:sz w:val="19"/>
              </w:rPr>
              <w:t>[ragione sociale, indirizzo, reparti e processi]</w:t>
            </w:r>
          </w:p>
        </w:tc>
      </w:tr>
      <w:tr w:rsidR="004713CD" w14:paraId="7A1EE4B8"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A13452E" w14:textId="77777777" w:rsidR="004713CD" w:rsidRDefault="00000000">
            <w:pPr>
              <w:pStyle w:val="TableText"/>
            </w:pPr>
            <w:r>
              <w:rPr>
                <w:sz w:val="19"/>
              </w:rPr>
              <w:t>DVR e documenti collegati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051B87A" w14:textId="77777777" w:rsidR="004713CD" w:rsidRDefault="00000000">
            <w:pPr>
              <w:pStyle w:val="TableText"/>
            </w:pPr>
            <w:r>
              <w:rPr>
                <w:sz w:val="19"/>
              </w:rPr>
              <w:t>[codice, revisione, data della valutazione chimica/CMR e del piano emergenze]</w:t>
            </w:r>
          </w:p>
        </w:tc>
      </w:tr>
      <w:tr w:rsidR="004713CD" w14:paraId="16251F6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E395195" w14:textId="77777777" w:rsidR="004713CD" w:rsidRDefault="00000000">
            <w:pPr>
              <w:pStyle w:val="TableText"/>
            </w:pPr>
            <w:r>
              <w:rPr>
                <w:sz w:val="19"/>
              </w:rPr>
              <w:t>Perimetro della procedura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7FB7E32" w14:textId="77777777" w:rsidR="004713CD" w:rsidRDefault="00000000">
            <w:pPr>
              <w:pStyle w:val="TableText"/>
            </w:pPr>
            <w:r>
              <w:rPr>
                <w:sz w:val="19"/>
              </w:rPr>
              <w:t>[lavorazioni ordinarie, manutenzioni, appalti, magazzini, esclusioni motivate]</w:t>
            </w:r>
          </w:p>
        </w:tc>
      </w:tr>
      <w:tr w:rsidR="004713CD" w14:paraId="49D48D7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337B94" w14:textId="77777777" w:rsidR="004713CD" w:rsidRDefault="00000000">
            <w:pPr>
              <w:pStyle w:val="TableText"/>
            </w:pPr>
            <w:r>
              <w:rPr>
                <w:sz w:val="19"/>
              </w:rPr>
              <w:t>Popolazione interessata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718B495" w14:textId="77777777" w:rsidR="004713CD" w:rsidRDefault="00000000">
            <w:pPr>
              <w:pStyle w:val="TableText"/>
            </w:pPr>
            <w:r>
              <w:rPr>
                <w:sz w:val="19"/>
              </w:rPr>
              <w:t>[mansioni, numero di lavoratori, turni, esterni, somministrati]</w:t>
            </w:r>
          </w:p>
        </w:tc>
      </w:tr>
    </w:tbl>
    <w:p w14:paraId="7A443086"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3175"/>
        <w:gridCol w:w="3175"/>
        <w:gridCol w:w="3288"/>
      </w:tblGrid>
      <w:tr w:rsidR="004713CD" w14:paraId="7737F31A" w14:textId="77777777">
        <w:trPr>
          <w:cantSplit/>
          <w:tblHeader/>
          <w:jc w:val="center"/>
        </w:trPr>
        <w:tc>
          <w:tcPr>
            <w:tcW w:w="317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5066F28" w14:textId="77777777" w:rsidR="004713CD" w:rsidRDefault="00000000">
            <w:pPr>
              <w:pStyle w:val="TableText"/>
            </w:pPr>
            <w:r>
              <w:rPr>
                <w:b/>
                <w:color w:val="FFFFFF"/>
              </w:rPr>
              <w:t>Funzione</w:t>
            </w:r>
          </w:p>
        </w:tc>
        <w:tc>
          <w:tcPr>
            <w:tcW w:w="317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2E3095B" w14:textId="77777777" w:rsidR="004713CD" w:rsidRDefault="00000000">
            <w:pPr>
              <w:pStyle w:val="TableText"/>
            </w:pPr>
            <w:r>
              <w:rPr>
                <w:b/>
                <w:color w:val="FFFFFF"/>
              </w:rPr>
              <w:t>Nominativo / sostituto</w:t>
            </w:r>
          </w:p>
        </w:tc>
        <w:tc>
          <w:tcPr>
            <w:tcW w:w="328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AEAA7E5" w14:textId="77777777" w:rsidR="004713CD" w:rsidRDefault="00000000">
            <w:pPr>
              <w:pStyle w:val="TableText"/>
            </w:pPr>
            <w:r>
              <w:rPr>
                <w:b/>
                <w:color w:val="FFFFFF"/>
              </w:rPr>
              <w:t>Contatto operativo</w:t>
            </w:r>
          </w:p>
        </w:tc>
      </w:tr>
      <w:tr w:rsidR="004713CD" w14:paraId="5F98468A" w14:textId="77777777">
        <w:trPr>
          <w:cantSplit/>
          <w:jc w:val="center"/>
        </w:trPr>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8762767" w14:textId="77777777" w:rsidR="004713CD" w:rsidRDefault="00000000">
            <w:pPr>
              <w:pStyle w:val="TableText"/>
            </w:pPr>
            <w:r>
              <w:t>Datore di lavoro</w:t>
            </w:r>
          </w:p>
        </w:tc>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7D2771B" w14:textId="77777777" w:rsidR="004713CD" w:rsidRDefault="00000000">
            <w:pPr>
              <w:pStyle w:val="TableText"/>
            </w:pPr>
            <w:r>
              <w:t>[nome / sostituto]</w:t>
            </w:r>
          </w:p>
        </w:tc>
        <w:tc>
          <w:tcPr>
            <w:tcW w:w="328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03014BC" w14:textId="77777777" w:rsidR="004713CD" w:rsidRDefault="00000000">
            <w:pPr>
              <w:pStyle w:val="TableText"/>
            </w:pPr>
            <w:r>
              <w:t>[telefono / canale]</w:t>
            </w:r>
          </w:p>
        </w:tc>
      </w:tr>
      <w:tr w:rsidR="004713CD" w14:paraId="5137686E" w14:textId="77777777">
        <w:trPr>
          <w:cantSplit/>
          <w:jc w:val="center"/>
        </w:trPr>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FD6F897" w14:textId="77777777" w:rsidR="004713CD" w:rsidRDefault="00000000">
            <w:pPr>
              <w:pStyle w:val="TableText"/>
            </w:pPr>
            <w:r>
              <w:t>Responsabile operativo</w:t>
            </w:r>
          </w:p>
        </w:tc>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50BBE9B" w14:textId="77777777" w:rsidR="004713CD" w:rsidRDefault="00000000">
            <w:pPr>
              <w:pStyle w:val="TableText"/>
            </w:pPr>
            <w:r>
              <w:t>[nome / sostituto]</w:t>
            </w:r>
          </w:p>
        </w:tc>
        <w:tc>
          <w:tcPr>
            <w:tcW w:w="328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E9BFCA0" w14:textId="77777777" w:rsidR="004713CD" w:rsidRDefault="00000000">
            <w:pPr>
              <w:pStyle w:val="TableText"/>
            </w:pPr>
            <w:r>
              <w:t>[telefono / canale]</w:t>
            </w:r>
          </w:p>
        </w:tc>
      </w:tr>
      <w:tr w:rsidR="004713CD" w14:paraId="4585190C" w14:textId="77777777">
        <w:trPr>
          <w:cantSplit/>
          <w:jc w:val="center"/>
        </w:trPr>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5AE29CA" w14:textId="77777777" w:rsidR="004713CD" w:rsidRDefault="00000000">
            <w:pPr>
              <w:pStyle w:val="TableText"/>
            </w:pPr>
            <w:r>
              <w:t>RSPP</w:t>
            </w:r>
          </w:p>
        </w:tc>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585FE75" w14:textId="77777777" w:rsidR="004713CD" w:rsidRDefault="00000000">
            <w:pPr>
              <w:pStyle w:val="TableText"/>
            </w:pPr>
            <w:r>
              <w:t>[nome / sostituto]</w:t>
            </w:r>
          </w:p>
        </w:tc>
        <w:tc>
          <w:tcPr>
            <w:tcW w:w="328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07F7A56" w14:textId="77777777" w:rsidR="004713CD" w:rsidRDefault="00000000">
            <w:pPr>
              <w:pStyle w:val="TableText"/>
            </w:pPr>
            <w:r>
              <w:t>[telefono / canale]</w:t>
            </w:r>
          </w:p>
        </w:tc>
      </w:tr>
      <w:tr w:rsidR="004713CD" w14:paraId="41B6F5EB" w14:textId="77777777">
        <w:trPr>
          <w:cantSplit/>
          <w:jc w:val="center"/>
        </w:trPr>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E1EB91A" w14:textId="77777777" w:rsidR="004713CD" w:rsidRDefault="00000000">
            <w:pPr>
              <w:pStyle w:val="TableText"/>
            </w:pPr>
            <w:r>
              <w:t>Medico competente — canale riservato</w:t>
            </w:r>
          </w:p>
        </w:tc>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BAFE8D3" w14:textId="77777777" w:rsidR="004713CD" w:rsidRDefault="00000000">
            <w:pPr>
              <w:pStyle w:val="TableText"/>
            </w:pPr>
            <w:r>
              <w:t>[nome / sostituto]</w:t>
            </w:r>
          </w:p>
        </w:tc>
        <w:tc>
          <w:tcPr>
            <w:tcW w:w="328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68399FA" w14:textId="77777777" w:rsidR="004713CD" w:rsidRDefault="00000000">
            <w:pPr>
              <w:pStyle w:val="TableText"/>
            </w:pPr>
            <w:r>
              <w:t>[telefono / canale]</w:t>
            </w:r>
          </w:p>
        </w:tc>
      </w:tr>
      <w:tr w:rsidR="004713CD" w14:paraId="5D035BBE" w14:textId="77777777">
        <w:trPr>
          <w:cantSplit/>
          <w:jc w:val="center"/>
        </w:trPr>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3051A01" w14:textId="77777777" w:rsidR="004713CD" w:rsidRDefault="00000000">
            <w:pPr>
              <w:pStyle w:val="TableText"/>
            </w:pPr>
            <w:r>
              <w:t>Preposto / capoturno</w:t>
            </w:r>
          </w:p>
        </w:tc>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5C365D8" w14:textId="77777777" w:rsidR="004713CD" w:rsidRDefault="00000000">
            <w:pPr>
              <w:pStyle w:val="TableText"/>
            </w:pPr>
            <w:r>
              <w:t>[nome / sostituto]</w:t>
            </w:r>
          </w:p>
        </w:tc>
        <w:tc>
          <w:tcPr>
            <w:tcW w:w="328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426BBE8" w14:textId="77777777" w:rsidR="004713CD" w:rsidRDefault="00000000">
            <w:pPr>
              <w:pStyle w:val="TableText"/>
            </w:pPr>
            <w:r>
              <w:t>[telefono / canale]</w:t>
            </w:r>
          </w:p>
        </w:tc>
      </w:tr>
      <w:tr w:rsidR="004713CD" w14:paraId="095795D8" w14:textId="77777777">
        <w:trPr>
          <w:cantSplit/>
          <w:jc w:val="center"/>
        </w:trPr>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4E36528" w14:textId="77777777" w:rsidR="004713CD" w:rsidRDefault="00000000">
            <w:pPr>
              <w:pStyle w:val="TableText"/>
            </w:pPr>
            <w:r>
              <w:t>RLS / RLST</w:t>
            </w:r>
          </w:p>
        </w:tc>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2ACA745" w14:textId="77777777" w:rsidR="004713CD" w:rsidRDefault="00000000">
            <w:pPr>
              <w:pStyle w:val="TableText"/>
            </w:pPr>
            <w:r>
              <w:t>[nome / sostituto]</w:t>
            </w:r>
          </w:p>
        </w:tc>
        <w:tc>
          <w:tcPr>
            <w:tcW w:w="328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499BF95" w14:textId="77777777" w:rsidR="004713CD" w:rsidRDefault="00000000">
            <w:pPr>
              <w:pStyle w:val="TableText"/>
            </w:pPr>
            <w:r>
              <w:t>[telefono / canale]</w:t>
            </w:r>
          </w:p>
        </w:tc>
      </w:tr>
      <w:tr w:rsidR="004713CD" w14:paraId="7A805CC9" w14:textId="77777777">
        <w:trPr>
          <w:cantSplit/>
          <w:jc w:val="center"/>
        </w:trPr>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1C3A5E" w14:textId="77777777" w:rsidR="004713CD" w:rsidRDefault="00000000">
            <w:pPr>
              <w:pStyle w:val="TableText"/>
            </w:pPr>
            <w:r>
              <w:t>Coordinatore emergenza</w:t>
            </w:r>
          </w:p>
        </w:tc>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5F7D2C8" w14:textId="77777777" w:rsidR="004713CD" w:rsidRDefault="00000000">
            <w:pPr>
              <w:pStyle w:val="TableText"/>
            </w:pPr>
            <w:r>
              <w:t>[nome / sostituto]</w:t>
            </w:r>
          </w:p>
        </w:tc>
        <w:tc>
          <w:tcPr>
            <w:tcW w:w="328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F5E2A10" w14:textId="77777777" w:rsidR="004713CD" w:rsidRDefault="00000000">
            <w:pPr>
              <w:pStyle w:val="TableText"/>
            </w:pPr>
            <w:r>
              <w:t>[telefono / canale]</w:t>
            </w:r>
          </w:p>
        </w:tc>
      </w:tr>
      <w:tr w:rsidR="004713CD" w14:paraId="2737436D" w14:textId="77777777">
        <w:trPr>
          <w:cantSplit/>
          <w:jc w:val="center"/>
        </w:trPr>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7474F8" w14:textId="77777777" w:rsidR="004713CD" w:rsidRDefault="00000000">
            <w:pPr>
              <w:pStyle w:val="TableText"/>
            </w:pPr>
            <w:r>
              <w:t>Responsabile tecnico / manutenzione</w:t>
            </w:r>
          </w:p>
        </w:tc>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3B821F0" w14:textId="77777777" w:rsidR="004713CD" w:rsidRDefault="00000000">
            <w:pPr>
              <w:pStyle w:val="TableText"/>
            </w:pPr>
            <w:r>
              <w:t>[nome / sostituto]</w:t>
            </w:r>
          </w:p>
        </w:tc>
        <w:tc>
          <w:tcPr>
            <w:tcW w:w="328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9FAD7D7" w14:textId="77777777" w:rsidR="004713CD" w:rsidRDefault="00000000">
            <w:pPr>
              <w:pStyle w:val="TableText"/>
            </w:pPr>
            <w:r>
              <w:t>[telefono / canale]</w:t>
            </w:r>
          </w:p>
        </w:tc>
      </w:tr>
    </w:tbl>
    <w:p w14:paraId="0E226ADE"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667E112B"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96A77F3"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488930C" w14:textId="77777777" w:rsidR="004713CD" w:rsidRDefault="00000000">
            <w:pPr>
              <w:pStyle w:val="TableText"/>
            </w:pPr>
            <w:r>
              <w:rPr>
                <w:b/>
                <w:color w:val="FFFFFF"/>
                <w:sz w:val="19"/>
              </w:rPr>
              <w:t>Compilazione / evidenza richiesta</w:t>
            </w:r>
          </w:p>
        </w:tc>
      </w:tr>
      <w:tr w:rsidR="004713CD" w14:paraId="44C8F058"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D658859" w14:textId="77777777" w:rsidR="004713CD" w:rsidRDefault="00000000">
            <w:pPr>
              <w:pStyle w:val="TableText"/>
            </w:pPr>
            <w:r>
              <w:rPr>
                <w:sz w:val="19"/>
              </w:rPr>
              <w:t>Soccorso e emergenza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B2C7D20" w14:textId="77777777" w:rsidR="004713CD" w:rsidRDefault="00000000">
            <w:pPr>
              <w:pStyle w:val="TableText"/>
            </w:pPr>
            <w:r>
              <w:rPr>
                <w:sz w:val="19"/>
              </w:rPr>
              <w:t>[numero/i da chiamare, indirizzo da comunicare, punto di accesso e addetto accoglienza]</w:t>
            </w:r>
          </w:p>
        </w:tc>
      </w:tr>
      <w:tr w:rsidR="004713CD" w14:paraId="13A68A7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BB930E4" w14:textId="77777777" w:rsidR="004713CD" w:rsidRDefault="00000000">
            <w:pPr>
              <w:pStyle w:val="TableText"/>
            </w:pPr>
            <w:r>
              <w:rPr>
                <w:sz w:val="19"/>
              </w:rPr>
              <w:t>Enti e canali ufficiali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A957B43" w14:textId="77777777" w:rsidR="004713CD" w:rsidRDefault="00000000">
            <w:pPr>
              <w:pStyle w:val="TableText"/>
            </w:pPr>
            <w:r>
              <w:rPr>
                <w:sz w:val="19"/>
              </w:rPr>
              <w:t>[INAIL e organo di vigilanza competenti: ufficio, PEC/canale verificato e data verifica]</w:t>
            </w:r>
          </w:p>
        </w:tc>
      </w:tr>
      <w:tr w:rsidR="004713CD" w14:paraId="53BFB40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71BAC62" w14:textId="77777777" w:rsidR="004713CD" w:rsidRDefault="00000000">
            <w:pPr>
              <w:pStyle w:val="TableText"/>
            </w:pPr>
            <w:r>
              <w:rPr>
                <w:sz w:val="19"/>
              </w:rPr>
              <w:t>Applicabilità specifica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BB116AC" w14:textId="77777777" w:rsidR="004713CD" w:rsidRDefault="00000000">
            <w:pPr>
              <w:pStyle w:val="TableText"/>
            </w:pPr>
            <w:r>
              <w:rPr>
                <w:sz w:val="19"/>
              </w:rPr>
              <w:t>Capo II: [sì/no + motivazione]; sorveglianza: [riferimento]; registro: [valutazione motivata]; maternità: [procedura collegata].</w:t>
            </w:r>
          </w:p>
        </w:tc>
      </w:tr>
    </w:tbl>
    <w:p w14:paraId="7C6B4264" w14:textId="77777777" w:rsidR="004713CD" w:rsidRDefault="004713CD">
      <w:pPr>
        <w:pStyle w:val="Small"/>
        <w:spacing w:after="20"/>
      </w:pPr>
    </w:p>
    <w:p w14:paraId="39DEF735" w14:textId="77777777" w:rsidR="004713CD" w:rsidRDefault="00000000">
      <w:pPr>
        <w:pStyle w:val="FieldText"/>
      </w:pPr>
      <w:r>
        <w:t>Compilato da __________________  Approvato dal DL __________________  Data __________</w:t>
      </w:r>
    </w:p>
    <w:p w14:paraId="39BE6FEA" w14:textId="77777777" w:rsidR="004713CD" w:rsidRDefault="00000000">
      <w:r>
        <w:br w:type="page"/>
      </w:r>
    </w:p>
    <w:p w14:paraId="59D83EAB" w14:textId="77777777" w:rsidR="004713CD" w:rsidRDefault="00000000">
      <w:pPr>
        <w:pStyle w:val="Kicker"/>
      </w:pPr>
      <w:r>
        <w:rPr>
          <w:b w:val="0"/>
        </w:rPr>
        <w:t>ALLEGATI OPERATIVI  /  MODULISTICA EDITABILE</w:t>
      </w:r>
    </w:p>
    <w:p w14:paraId="57E91E15" w14:textId="77777777" w:rsidR="004713CD" w:rsidRDefault="00000000">
      <w:pPr>
        <w:pStyle w:val="Titolo1"/>
      </w:pPr>
      <w:bookmarkStart w:id="24" w:name="A02"/>
      <w:r>
        <w:rPr>
          <w:b w:val="0"/>
        </w:rPr>
        <w:t>A02 · Scheda di inventario del prodotto / agente</w:t>
      </w:r>
      <w:bookmarkEnd w:id="24"/>
    </w:p>
    <w:p w14:paraId="2533DE0D" w14:textId="77777777" w:rsidR="004713CD" w:rsidRDefault="00000000">
      <w:pPr>
        <w:pStyle w:val="Small"/>
      </w:pPr>
      <w:r>
        <w:t>PR-RIP-01 • Modulo A02 • Revisione ___ • Azienda/sito __________________ • Data __________</w:t>
      </w:r>
    </w:p>
    <w:p w14:paraId="51DA6B11" w14:textId="77777777" w:rsidR="004713CD" w:rsidRDefault="00000000">
      <w:pPr>
        <w:pStyle w:val="Small"/>
      </w:pPr>
      <w:r>
        <w:t>Una scheda per prodotto o agente generato; usare un ID stabile. Collegare tutti gli scenari pertinenti, non soltanto il reparto di deposito.</w:t>
      </w:r>
    </w:p>
    <w:tbl>
      <w:tblPr>
        <w:tblW w:w="9638" w:type="dxa"/>
        <w:jc w:val="center"/>
        <w:tblLayout w:type="fixed"/>
        <w:tblLook w:val="04A0" w:firstRow="1" w:lastRow="0" w:firstColumn="1" w:lastColumn="0" w:noHBand="0" w:noVBand="1"/>
      </w:tblPr>
      <w:tblGrid>
        <w:gridCol w:w="2438"/>
        <w:gridCol w:w="7200"/>
      </w:tblGrid>
      <w:tr w:rsidR="004713CD" w14:paraId="7BD2A422"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34A5CEB"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6DB72DF" w14:textId="77777777" w:rsidR="004713CD" w:rsidRDefault="00000000">
            <w:pPr>
              <w:pStyle w:val="TableText"/>
            </w:pPr>
            <w:r>
              <w:rPr>
                <w:b/>
                <w:color w:val="FFFFFF"/>
                <w:sz w:val="19"/>
              </w:rPr>
              <w:t>Compilazione / evidenza richiesta</w:t>
            </w:r>
          </w:p>
        </w:tc>
      </w:tr>
      <w:tr w:rsidR="004713CD" w14:paraId="57F508BB"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AEFA55C" w14:textId="77777777" w:rsidR="004713CD" w:rsidRDefault="00000000">
            <w:pPr>
              <w:pStyle w:val="TableText"/>
            </w:pPr>
            <w:r>
              <w:rPr>
                <w:sz w:val="19"/>
              </w:rPr>
              <w:t>ID prodotto / ID agente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6A7A1C0" w14:textId="77777777" w:rsidR="004713CD" w:rsidRDefault="00000000">
            <w:pPr>
              <w:pStyle w:val="TableText"/>
            </w:pPr>
            <w:r>
              <w:rPr>
                <w:sz w:val="19"/>
              </w:rPr>
              <w:t>[PRD-___ / AG-___]; stato: proposto / autorizzato / sospeso / dismesso</w:t>
            </w:r>
          </w:p>
        </w:tc>
      </w:tr>
      <w:tr w:rsidR="004713CD" w14:paraId="46C2BCD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E5CE0CC" w14:textId="77777777" w:rsidR="004713CD" w:rsidRDefault="00000000">
            <w:pPr>
              <w:pStyle w:val="TableText"/>
            </w:pPr>
            <w:r>
              <w:rPr>
                <w:sz w:val="19"/>
              </w:rPr>
              <w:t>Identificazione commerciale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C28DD67" w14:textId="77777777" w:rsidR="004713CD" w:rsidRDefault="00000000">
            <w:pPr>
              <w:pStyle w:val="TableText"/>
            </w:pPr>
            <w:r>
              <w:rPr>
                <w:sz w:val="19"/>
              </w:rPr>
              <w:t>[nome, fornitore, codice, formulazione, UFI se disponibile/pertinente]</w:t>
            </w:r>
          </w:p>
        </w:tc>
      </w:tr>
      <w:tr w:rsidR="004713CD" w14:paraId="1E3C03F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7D27644" w14:textId="77777777" w:rsidR="004713CD" w:rsidRDefault="00000000">
            <w:pPr>
              <w:pStyle w:val="TableText"/>
            </w:pPr>
            <w:r>
              <w:rPr>
                <w:sz w:val="19"/>
              </w:rPr>
              <w:t>Identità chimica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00FEE77" w14:textId="77777777" w:rsidR="004713CD" w:rsidRDefault="00000000">
            <w:pPr>
              <w:pStyle w:val="TableText"/>
            </w:pPr>
            <w:r>
              <w:rPr>
                <w:sz w:val="19"/>
              </w:rPr>
              <w:t>[CAS/CE dei componenti rilevanti o descrizione dell’agente generato dal processo]</w:t>
            </w:r>
          </w:p>
        </w:tc>
      </w:tr>
      <w:tr w:rsidR="004713CD" w14:paraId="1E638B68"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F706E5F" w14:textId="77777777" w:rsidR="004713CD" w:rsidRDefault="00000000">
            <w:pPr>
              <w:pStyle w:val="TableText"/>
            </w:pPr>
            <w:r>
              <w:rPr>
                <w:sz w:val="19"/>
              </w:rPr>
              <w:t>Composizione pertinente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7471E56" w14:textId="77777777" w:rsidR="004713CD" w:rsidRDefault="00000000">
            <w:pPr>
              <w:pStyle w:val="TableText"/>
            </w:pPr>
            <w:r>
              <w:rPr>
                <w:sz w:val="19"/>
              </w:rPr>
              <w:t>[componenti, concentrazioni/intervalli, impurità o prodotti di degradazione rilevanti]</w:t>
            </w:r>
          </w:p>
        </w:tc>
      </w:tr>
      <w:tr w:rsidR="004713CD" w14:paraId="19A3D30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BE7D72A" w14:textId="77777777" w:rsidR="004713CD" w:rsidRDefault="00000000">
            <w:pPr>
              <w:pStyle w:val="TableText"/>
            </w:pPr>
            <w:r>
              <w:rPr>
                <w:sz w:val="19"/>
              </w:rPr>
              <w:t>SDS e documenti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83663EA" w14:textId="77777777" w:rsidR="004713CD" w:rsidRDefault="00000000">
            <w:pPr>
              <w:pStyle w:val="TableText"/>
            </w:pPr>
            <w:r>
              <w:rPr>
                <w:sz w:val="19"/>
              </w:rPr>
              <w:t>[versione, data, lingua, fornitore, percorso file, allegati di esposizione]</w:t>
            </w:r>
          </w:p>
        </w:tc>
      </w:tr>
      <w:tr w:rsidR="004713CD" w14:paraId="23A724B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CE2ED1C" w14:textId="77777777" w:rsidR="004713CD" w:rsidRDefault="00000000">
            <w:pPr>
              <w:pStyle w:val="TableText"/>
            </w:pPr>
            <w:r>
              <w:rPr>
                <w:sz w:val="19"/>
              </w:rPr>
              <w:t>Classificazione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8AF2EE6" w14:textId="77777777" w:rsidR="004713CD" w:rsidRDefault="00000000">
            <w:pPr>
              <w:pStyle w:val="TableText"/>
            </w:pPr>
            <w:r>
              <w:rPr>
                <w:sz w:val="19"/>
              </w:rPr>
              <w:t>[classe, categoria, frasi H/EUH; rinvio A04; fonte e data della verifica]</w:t>
            </w:r>
          </w:p>
        </w:tc>
      </w:tr>
      <w:tr w:rsidR="004713CD" w14:paraId="6404C7DA"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E376CCC" w14:textId="77777777" w:rsidR="004713CD" w:rsidRDefault="00000000">
            <w:pPr>
              <w:pStyle w:val="TableText"/>
            </w:pPr>
            <w:r>
              <w:rPr>
                <w:sz w:val="19"/>
              </w:rPr>
              <w:t>Uso / motivo d’impiego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F55A76D" w14:textId="77777777" w:rsidR="004713CD" w:rsidRDefault="00000000">
            <w:pPr>
              <w:pStyle w:val="TableText"/>
            </w:pPr>
            <w:r>
              <w:rPr>
                <w:sz w:val="19"/>
              </w:rPr>
              <w:t>[operazione, funzione tecnica e motivi; alternative considerate in A06]</w:t>
            </w:r>
          </w:p>
        </w:tc>
      </w:tr>
      <w:tr w:rsidR="004713CD" w14:paraId="2D4F4D8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673EC6F" w14:textId="77777777" w:rsidR="004713CD" w:rsidRDefault="00000000">
            <w:pPr>
              <w:pStyle w:val="TableText"/>
            </w:pPr>
            <w:r>
              <w:rPr>
                <w:sz w:val="19"/>
              </w:rPr>
              <w:t>Quantità</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84229ED" w14:textId="77777777" w:rsidR="004713CD" w:rsidRDefault="00000000">
            <w:pPr>
              <w:pStyle w:val="TableText"/>
            </w:pPr>
            <w:r>
              <w:rPr>
                <w:sz w:val="19"/>
              </w:rPr>
              <w:t>[unità]; consumo ___ per ___; massimo in reparto ___; massimo a deposito ___</w:t>
            </w:r>
          </w:p>
        </w:tc>
      </w:tr>
      <w:tr w:rsidR="004713CD" w14:paraId="61DD36E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5D10A0" w14:textId="77777777" w:rsidR="004713CD" w:rsidRDefault="00000000">
            <w:pPr>
              <w:pStyle w:val="TableText"/>
            </w:pPr>
            <w:r>
              <w:rPr>
                <w:sz w:val="19"/>
              </w:rPr>
              <w:t>Condizioni di processo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B539DE5" w14:textId="77777777" w:rsidR="004713CD" w:rsidRDefault="00000000">
            <w:pPr>
              <w:pStyle w:val="TableText"/>
            </w:pPr>
            <w:r>
              <w:rPr>
                <w:sz w:val="19"/>
              </w:rPr>
              <w:t>[forma fisica, concentrazione in uso, temperatura, pressione, matrice e modalità di emissione]</w:t>
            </w:r>
          </w:p>
        </w:tc>
      </w:tr>
      <w:tr w:rsidR="004713CD" w14:paraId="5011678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E8F23A9" w14:textId="77777777" w:rsidR="004713CD" w:rsidRDefault="00000000">
            <w:pPr>
              <w:pStyle w:val="TableText"/>
            </w:pPr>
            <w:r>
              <w:rPr>
                <w:sz w:val="19"/>
              </w:rPr>
              <w:t>Localizzazione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4580700" w14:textId="77777777" w:rsidR="004713CD" w:rsidRDefault="00000000">
            <w:pPr>
              <w:pStyle w:val="TableText"/>
            </w:pPr>
            <w:r>
              <w:rPr>
                <w:sz w:val="19"/>
              </w:rPr>
              <w:t>[depositi, linee, punti d’uso, rifiuti/residui; identificazione dei contenitori]</w:t>
            </w:r>
          </w:p>
        </w:tc>
      </w:tr>
      <w:tr w:rsidR="004713CD" w14:paraId="253C731A"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6BDD91F" w14:textId="77777777" w:rsidR="004713CD" w:rsidRDefault="00000000">
            <w:pPr>
              <w:pStyle w:val="TableText"/>
            </w:pPr>
            <w:r>
              <w:rPr>
                <w:sz w:val="19"/>
              </w:rPr>
              <w:t>Scenari / mansioni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C3F58BE" w14:textId="77777777" w:rsidR="004713CD" w:rsidRDefault="00000000">
            <w:pPr>
              <w:pStyle w:val="TableText"/>
            </w:pPr>
            <w:r>
              <w:rPr>
                <w:sz w:val="19"/>
              </w:rPr>
              <w:t>[ID A05, mansioni interessate e numero di persone potenzialmente esposte]</w:t>
            </w:r>
          </w:p>
        </w:tc>
      </w:tr>
      <w:tr w:rsidR="004713CD" w14:paraId="261296C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B186C83" w14:textId="77777777" w:rsidR="004713CD" w:rsidRDefault="00000000">
            <w:pPr>
              <w:pStyle w:val="TableText"/>
            </w:pPr>
            <w:r>
              <w:rPr>
                <w:sz w:val="19"/>
              </w:rPr>
              <w:t>Vincoli legali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3079CAF" w14:textId="77777777" w:rsidR="004713CD" w:rsidRDefault="00000000">
            <w:pPr>
              <w:pStyle w:val="TableText"/>
            </w:pPr>
            <w:r>
              <w:rPr>
                <w:sz w:val="19"/>
              </w:rPr>
              <w:t>[restrizioni/autorizzazioni o altre condizioni: fonte ed esito A04]</w:t>
            </w:r>
          </w:p>
        </w:tc>
      </w:tr>
      <w:tr w:rsidR="004713CD" w14:paraId="7AE1FAC5"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2301D47" w14:textId="77777777" w:rsidR="004713CD" w:rsidRDefault="00000000">
            <w:pPr>
              <w:pStyle w:val="TableText"/>
            </w:pPr>
            <w:r>
              <w:rPr>
                <w:sz w:val="19"/>
              </w:rPr>
              <w:t>Fine vita / rifiuti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ADFE85C" w14:textId="77777777" w:rsidR="004713CD" w:rsidRDefault="00000000">
            <w:pPr>
              <w:pStyle w:val="TableText"/>
            </w:pPr>
            <w:r>
              <w:rPr>
                <w:sz w:val="19"/>
              </w:rPr>
              <w:t>[tipologia, contenitore, deposito e gestione autorizzata, istruzione collegata]</w:t>
            </w:r>
          </w:p>
        </w:tc>
      </w:tr>
      <w:tr w:rsidR="004713CD" w14:paraId="4FE0B988"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A5E4064" w14:textId="77777777" w:rsidR="004713CD" w:rsidRDefault="00000000">
            <w:pPr>
              <w:pStyle w:val="TableText"/>
            </w:pPr>
            <w:r>
              <w:rPr>
                <w:sz w:val="19"/>
              </w:rPr>
              <w:t>Aggiornamento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CD91AAA" w14:textId="77777777" w:rsidR="004713CD" w:rsidRDefault="00000000">
            <w:pPr>
              <w:pStyle w:val="TableText"/>
            </w:pPr>
            <w:r>
              <w:rPr>
                <w:sz w:val="19"/>
              </w:rPr>
              <w:t>[ultimo controllo, prossima verifica motivata, referente; variazioni attivate in A21]</w:t>
            </w:r>
          </w:p>
        </w:tc>
      </w:tr>
    </w:tbl>
    <w:p w14:paraId="7B3A8512" w14:textId="77777777" w:rsidR="004713CD" w:rsidRDefault="004713CD">
      <w:pPr>
        <w:pStyle w:val="Small"/>
        <w:spacing w:after="20"/>
      </w:pPr>
    </w:p>
    <w:p w14:paraId="0F100E9C" w14:textId="77777777" w:rsidR="004713CD" w:rsidRDefault="00000000">
      <w:pPr>
        <w:pStyle w:val="Titolo2"/>
      </w:pPr>
      <w:r>
        <w:rPr>
          <w:b w:val="0"/>
        </w:rPr>
        <w:t>Decisione sul prodotto</w:t>
      </w:r>
    </w:p>
    <w:p w14:paraId="760D2EF1" w14:textId="77777777" w:rsidR="004713CD" w:rsidRDefault="00000000">
      <w:pPr>
        <w:pStyle w:val="FieldText"/>
      </w:pPr>
      <w:r>
        <w:t>Esito: NON AUTORIZZATO / AUTORIZZATO per gli usi definiti / SOSPESO / DISMESSO.</w:t>
      </w:r>
      <w:r>
        <w:br/>
        <w:t>Condizioni e rinvii a scenari/istruzioni: ___________________________________________________</w:t>
      </w:r>
      <w:r>
        <w:br/>
        <w:t>Motivo di eventuale sospensione: _______________________________________________________</w:t>
      </w:r>
    </w:p>
    <w:p w14:paraId="72CEBD32" w14:textId="77777777" w:rsidR="004713CD" w:rsidRDefault="00000000">
      <w:pPr>
        <w:pStyle w:val="FieldText"/>
      </w:pPr>
      <w:r>
        <w:t>Richiedente __________  Verifica tecnica __________  Autorizzazione __________  Data __________</w:t>
      </w:r>
    </w:p>
    <w:p w14:paraId="003D2BDE" w14:textId="77777777" w:rsidR="004713CD" w:rsidRDefault="00000000">
      <w:r>
        <w:br w:type="page"/>
      </w:r>
    </w:p>
    <w:p w14:paraId="45C88B23" w14:textId="77777777" w:rsidR="004713CD" w:rsidRDefault="00000000">
      <w:pPr>
        <w:pStyle w:val="Kicker"/>
      </w:pPr>
      <w:r>
        <w:rPr>
          <w:b w:val="0"/>
        </w:rPr>
        <w:t>ALLEGATI OPERATIVI  /  MODULISTICA EDITABILE</w:t>
      </w:r>
    </w:p>
    <w:p w14:paraId="398E8CFE" w14:textId="77777777" w:rsidR="004713CD" w:rsidRDefault="00000000">
      <w:pPr>
        <w:pStyle w:val="Titolo1"/>
      </w:pPr>
      <w:bookmarkStart w:id="25" w:name="A03"/>
      <w:r>
        <w:rPr>
          <w:b w:val="0"/>
        </w:rPr>
        <w:t>A03 · Controllo della scheda di dati di sicurezza</w:t>
      </w:r>
      <w:bookmarkEnd w:id="25"/>
    </w:p>
    <w:p w14:paraId="2CC3B4E1" w14:textId="77777777" w:rsidR="004713CD" w:rsidRDefault="00000000">
      <w:pPr>
        <w:pStyle w:val="Small"/>
      </w:pPr>
      <w:r>
        <w:t>PR-RIP-01 • Modulo A03 • Revisione ___ • Azienda/sito __________________ • Data __________</w:t>
      </w:r>
    </w:p>
    <w:p w14:paraId="6AFEF5F3" w14:textId="77777777" w:rsidR="004713CD" w:rsidRDefault="00000000">
      <w:pPr>
        <w:pStyle w:val="Small"/>
      </w:pPr>
      <w:r>
        <w:t>ID prodotto ______; SDS versione/data ______; verificatore ______. Esiti: S = adeguato; N = carenza; NA = non applicabile motivato. Una SDS non ha scadenza fissa universale.</w:t>
      </w:r>
    </w:p>
    <w:tbl>
      <w:tblPr>
        <w:tblW w:w="9638" w:type="dxa"/>
        <w:jc w:val="center"/>
        <w:tblLayout w:type="fixed"/>
        <w:tblLook w:val="04A0" w:firstRow="1" w:lastRow="0" w:firstColumn="1" w:lastColumn="0" w:noHBand="0" w:noVBand="1"/>
      </w:tblPr>
      <w:tblGrid>
        <w:gridCol w:w="454"/>
        <w:gridCol w:w="5216"/>
        <w:gridCol w:w="1020"/>
        <w:gridCol w:w="2948"/>
      </w:tblGrid>
      <w:tr w:rsidR="004713CD" w14:paraId="13A19DC2" w14:textId="77777777">
        <w:trPr>
          <w:cantSplit/>
          <w:tblHeader/>
          <w:jc w:val="center"/>
        </w:trPr>
        <w:tc>
          <w:tcPr>
            <w:tcW w:w="45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22E5FCA" w14:textId="77777777" w:rsidR="004713CD" w:rsidRDefault="00000000">
            <w:pPr>
              <w:pStyle w:val="TableText"/>
            </w:pPr>
            <w:r>
              <w:rPr>
                <w:b/>
                <w:color w:val="FFFFFF"/>
              </w:rPr>
              <w:t>N.</w:t>
            </w:r>
          </w:p>
        </w:tc>
        <w:tc>
          <w:tcPr>
            <w:tcW w:w="521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81DB39B" w14:textId="77777777" w:rsidR="004713CD" w:rsidRDefault="00000000">
            <w:pPr>
              <w:pStyle w:val="TableText"/>
            </w:pPr>
            <w:r>
              <w:rPr>
                <w:b/>
                <w:color w:val="FFFFFF"/>
              </w:rPr>
              <w:t>Verifica</w:t>
            </w:r>
          </w:p>
        </w:tc>
        <w:tc>
          <w:tcPr>
            <w:tcW w:w="102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6801861" w14:textId="77777777" w:rsidR="004713CD" w:rsidRDefault="00000000">
            <w:pPr>
              <w:pStyle w:val="TableText"/>
            </w:pPr>
            <w:r>
              <w:rPr>
                <w:b/>
                <w:color w:val="FFFFFF"/>
              </w:rPr>
              <w:t>Esito</w:t>
            </w:r>
          </w:p>
        </w:tc>
        <w:tc>
          <w:tcPr>
            <w:tcW w:w="294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B33F742" w14:textId="77777777" w:rsidR="004713CD" w:rsidRDefault="00000000">
            <w:pPr>
              <w:pStyle w:val="TableText"/>
            </w:pPr>
            <w:r>
              <w:rPr>
                <w:b/>
                <w:color w:val="FFFFFF"/>
              </w:rPr>
              <w:t>Evidenza / azione</w:t>
            </w:r>
          </w:p>
        </w:tc>
      </w:tr>
      <w:tr w:rsidR="004713CD" w14:paraId="3A8F235E"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A2DDBD7" w14:textId="77777777" w:rsidR="004713CD" w:rsidRDefault="00000000">
            <w:pPr>
              <w:pStyle w:val="TableText"/>
            </w:pPr>
            <w:r>
              <w:t>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C57A212" w14:textId="77777777" w:rsidR="004713CD" w:rsidRDefault="00000000">
            <w:pPr>
              <w:pStyle w:val="TableText"/>
            </w:pPr>
            <w:r>
              <w:t>1 — Identificazione coerente con prodotto, fornitore e uso reale; contatti di emergenza disponibili.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8F153A6"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D22C93D" w14:textId="77777777" w:rsidR="004713CD" w:rsidRDefault="00000000">
            <w:pPr>
              <w:pStyle w:val="TableText"/>
            </w:pPr>
            <w:r>
              <w:t>[da compilare]</w:t>
            </w:r>
          </w:p>
        </w:tc>
      </w:tr>
      <w:tr w:rsidR="004713CD" w14:paraId="57277AF4"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04CB0E1" w14:textId="77777777" w:rsidR="004713CD" w:rsidRDefault="00000000">
            <w:pPr>
              <w:pStyle w:val="TableText"/>
            </w:pPr>
            <w:r>
              <w:t>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92A7883" w14:textId="77777777" w:rsidR="004713CD" w:rsidRDefault="00000000">
            <w:pPr>
              <w:pStyle w:val="TableText"/>
            </w:pPr>
            <w:r>
              <w:t>2 — Classi/categorie e indicazioni di pericolo complete; Repr., C/M ed eventuale interferenza endocrina esaminate.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D5E0C16"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C02814F" w14:textId="77777777" w:rsidR="004713CD" w:rsidRDefault="00000000">
            <w:pPr>
              <w:pStyle w:val="TableText"/>
            </w:pPr>
            <w:r>
              <w:t>[da compilare]</w:t>
            </w:r>
          </w:p>
        </w:tc>
      </w:tr>
      <w:tr w:rsidR="004713CD" w14:paraId="33A684F7"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0A4D8E1" w14:textId="77777777" w:rsidR="004713CD" w:rsidRDefault="00000000">
            <w:pPr>
              <w:pStyle w:val="TableText"/>
            </w:pPr>
            <w:r>
              <w:t>3</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F20FB57" w14:textId="77777777" w:rsidR="004713CD" w:rsidRDefault="00000000">
            <w:pPr>
              <w:pStyle w:val="TableText"/>
            </w:pPr>
            <w:r>
              <w:t>3 — Componenti rilevanti e intervalli di concentrazione compatibili con la classificazione della miscela.</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571D02"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C00BEDA" w14:textId="77777777" w:rsidR="004713CD" w:rsidRDefault="00000000">
            <w:pPr>
              <w:pStyle w:val="TableText"/>
            </w:pPr>
            <w:r>
              <w:t>[da compilare]</w:t>
            </w:r>
          </w:p>
        </w:tc>
      </w:tr>
      <w:tr w:rsidR="004713CD" w14:paraId="5D681D10"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647D46B" w14:textId="77777777" w:rsidR="004713CD" w:rsidRDefault="00000000">
            <w:pPr>
              <w:pStyle w:val="TableText"/>
            </w:pPr>
            <w:r>
              <w:t>4</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ACDACC" w14:textId="77777777" w:rsidR="004713CD" w:rsidRDefault="00000000">
            <w:pPr>
              <w:pStyle w:val="TableText"/>
            </w:pPr>
            <w:r>
              <w:t>4 — Primo soccorso specifico e comprensibile; disponibilità dei presidi richiesti.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E529A59"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1F84B27" w14:textId="77777777" w:rsidR="004713CD" w:rsidRDefault="00000000">
            <w:pPr>
              <w:pStyle w:val="TableText"/>
            </w:pPr>
            <w:r>
              <w:t>[da compilare]</w:t>
            </w:r>
          </w:p>
        </w:tc>
      </w:tr>
      <w:tr w:rsidR="004713CD" w14:paraId="2AFEE3FF"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E2FDF6D" w14:textId="77777777" w:rsidR="004713CD" w:rsidRDefault="00000000">
            <w:pPr>
              <w:pStyle w:val="TableText"/>
            </w:pPr>
            <w:r>
              <w:t>5</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D9B5907" w14:textId="77777777" w:rsidR="004713CD" w:rsidRDefault="00000000">
            <w:pPr>
              <w:pStyle w:val="TableText"/>
            </w:pPr>
            <w:r>
              <w:t>5 — Mezzi estinguenti e pericoli da incendio integrati nel piano pertinente.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BB321E9"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2289C3F" w14:textId="77777777" w:rsidR="004713CD" w:rsidRDefault="00000000">
            <w:pPr>
              <w:pStyle w:val="TableText"/>
            </w:pPr>
            <w:r>
              <w:t>[da compilare]</w:t>
            </w:r>
          </w:p>
        </w:tc>
      </w:tr>
      <w:tr w:rsidR="004713CD" w14:paraId="2125A098"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F7D6F94" w14:textId="77777777" w:rsidR="004713CD" w:rsidRDefault="00000000">
            <w:pPr>
              <w:pStyle w:val="TableText"/>
            </w:pPr>
            <w:r>
              <w:t>6</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A2E2E3F" w14:textId="77777777" w:rsidR="004713CD" w:rsidRDefault="00000000">
            <w:pPr>
              <w:pStyle w:val="TableText"/>
            </w:pPr>
            <w:r>
              <w:t>6 — Gestione del rilascio, precauzioni e materiali di contenimento compatibili.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8B10A8B"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AEE404C" w14:textId="77777777" w:rsidR="004713CD" w:rsidRDefault="00000000">
            <w:pPr>
              <w:pStyle w:val="TableText"/>
            </w:pPr>
            <w:r>
              <w:t>[da compilare]</w:t>
            </w:r>
          </w:p>
        </w:tc>
      </w:tr>
      <w:tr w:rsidR="004713CD" w14:paraId="2FB41F97"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8E99CC" w14:textId="77777777" w:rsidR="004713CD" w:rsidRDefault="00000000">
            <w:pPr>
              <w:pStyle w:val="TableText"/>
            </w:pPr>
            <w:r>
              <w:t>7</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8AEF1E3" w14:textId="77777777" w:rsidR="004713CD" w:rsidRDefault="00000000">
            <w:pPr>
              <w:pStyle w:val="TableText"/>
            </w:pPr>
            <w:r>
              <w:t>7 — Manipolazione, deposito e incompatibilità coerenti con il sito.</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A8275F2"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9F38EA5" w14:textId="77777777" w:rsidR="004713CD" w:rsidRDefault="00000000">
            <w:pPr>
              <w:pStyle w:val="TableText"/>
            </w:pPr>
            <w:r>
              <w:t>[da compilare]</w:t>
            </w:r>
          </w:p>
        </w:tc>
      </w:tr>
      <w:tr w:rsidR="004713CD" w14:paraId="0D71F7E3"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2CC0EB" w14:textId="77777777" w:rsidR="004713CD" w:rsidRDefault="00000000">
            <w:pPr>
              <w:pStyle w:val="TableText"/>
            </w:pPr>
            <w:r>
              <w:t>8</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BF1C1C6" w14:textId="77777777" w:rsidR="004713CD" w:rsidRDefault="00000000">
            <w:pPr>
              <w:pStyle w:val="TableText"/>
            </w:pPr>
            <w:r>
              <w:t>8 — Limiti, misure tecniche, protezione cutanea/respiratoria e controllo esposizione esaminati.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4A3B0EF"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6C778CB" w14:textId="77777777" w:rsidR="004713CD" w:rsidRDefault="00000000">
            <w:pPr>
              <w:pStyle w:val="TableText"/>
            </w:pPr>
            <w:r>
              <w:t>[da compilare]</w:t>
            </w:r>
          </w:p>
        </w:tc>
      </w:tr>
      <w:tr w:rsidR="004713CD" w14:paraId="64A9FD08"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83F87C5" w14:textId="77777777" w:rsidR="004713CD" w:rsidRDefault="00000000">
            <w:pPr>
              <w:pStyle w:val="TableText"/>
            </w:pPr>
            <w:r>
              <w:t>9</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8487545" w14:textId="77777777" w:rsidR="004713CD" w:rsidRDefault="00000000">
            <w:pPr>
              <w:pStyle w:val="TableText"/>
            </w:pPr>
            <w:r>
              <w:t>9 — Proprietà fisiche utili a valutare volatilità, polverosità e condizioni d’impiego.</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EC7B6B4"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EB8DAAE" w14:textId="77777777" w:rsidR="004713CD" w:rsidRDefault="00000000">
            <w:pPr>
              <w:pStyle w:val="TableText"/>
            </w:pPr>
            <w:r>
              <w:t>[da compilare]</w:t>
            </w:r>
          </w:p>
        </w:tc>
      </w:tr>
      <w:tr w:rsidR="004713CD" w14:paraId="00239885"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85D021B" w14:textId="77777777" w:rsidR="004713CD" w:rsidRDefault="00000000">
            <w:pPr>
              <w:pStyle w:val="TableText"/>
            </w:pPr>
            <w:r>
              <w:t>10</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326BCB8" w14:textId="77777777" w:rsidR="004713CD" w:rsidRDefault="00000000">
            <w:pPr>
              <w:pStyle w:val="TableText"/>
            </w:pPr>
            <w:r>
              <w:t>10 — Stabilità, reattività e prodotti di decomposizione considerati nel processo reale.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022C2C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097F1CA" w14:textId="77777777" w:rsidR="004713CD" w:rsidRDefault="00000000">
            <w:pPr>
              <w:pStyle w:val="TableText"/>
            </w:pPr>
            <w:r>
              <w:t>[da compilare]</w:t>
            </w:r>
          </w:p>
        </w:tc>
      </w:tr>
      <w:tr w:rsidR="004713CD" w14:paraId="0C5AF064"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09EDA64" w14:textId="77777777" w:rsidR="004713CD" w:rsidRDefault="00000000">
            <w:pPr>
              <w:pStyle w:val="TableText"/>
            </w:pPr>
            <w:r>
              <w:t>11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92D1163" w14:textId="77777777" w:rsidR="004713CD" w:rsidRDefault="00000000">
            <w:pPr>
              <w:pStyle w:val="TableText"/>
            </w:pPr>
            <w:r>
              <w:t>11 — Informazioni tossicologiche, vie di esposizione ed effetti riproduttivi analizzati.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100C9C5"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6497D5B" w14:textId="77777777" w:rsidR="004713CD" w:rsidRDefault="00000000">
            <w:pPr>
              <w:pStyle w:val="TableText"/>
            </w:pPr>
            <w:r>
              <w:t>[da compilare]</w:t>
            </w:r>
          </w:p>
        </w:tc>
      </w:tr>
      <w:tr w:rsidR="004713CD" w14:paraId="4E9849D6"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7C4E820" w14:textId="77777777" w:rsidR="004713CD" w:rsidRDefault="00000000">
            <w:pPr>
              <w:pStyle w:val="TableText"/>
            </w:pPr>
            <w:r>
              <w:t>12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809C526" w14:textId="77777777" w:rsidR="004713CD" w:rsidRDefault="00000000">
            <w:pPr>
              <w:pStyle w:val="TableText"/>
            </w:pPr>
            <w:r>
              <w:t>12 — Informazioni ecologiche pertinenti alla prevenzione dei rilasci e alla gestione ambientale.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DD457B"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8BF5122" w14:textId="77777777" w:rsidR="004713CD" w:rsidRDefault="00000000">
            <w:pPr>
              <w:pStyle w:val="TableText"/>
            </w:pPr>
            <w:r>
              <w:t>[da compilare]</w:t>
            </w:r>
          </w:p>
        </w:tc>
      </w:tr>
      <w:tr w:rsidR="004713CD" w14:paraId="10C9952F"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3557155" w14:textId="77777777" w:rsidR="004713CD" w:rsidRDefault="00000000">
            <w:pPr>
              <w:pStyle w:val="TableText"/>
            </w:pPr>
            <w:r>
              <w:t>13</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FE99482" w14:textId="77777777" w:rsidR="004713CD" w:rsidRDefault="00000000">
            <w:pPr>
              <w:pStyle w:val="TableText"/>
            </w:pPr>
            <w:r>
              <w:t>13 — Smaltimento e residui trattati secondo procedure e disciplina applicabile.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EF315C4"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E96F88A" w14:textId="77777777" w:rsidR="004713CD" w:rsidRDefault="00000000">
            <w:pPr>
              <w:pStyle w:val="TableText"/>
            </w:pPr>
            <w:r>
              <w:t>[da compilare]</w:t>
            </w:r>
          </w:p>
        </w:tc>
      </w:tr>
      <w:tr w:rsidR="004713CD" w14:paraId="343847FF"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06CF7C1" w14:textId="77777777" w:rsidR="004713CD" w:rsidRDefault="00000000">
            <w:pPr>
              <w:pStyle w:val="TableText"/>
            </w:pPr>
            <w:r>
              <w:t>14</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F696C20" w14:textId="77777777" w:rsidR="004713CD" w:rsidRDefault="00000000">
            <w:pPr>
              <w:pStyle w:val="TableText"/>
            </w:pPr>
            <w:r>
              <w:t>14 — Informazioni sul trasporto verificate quando l’attività lo comprende.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A65C644"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D73F2DA" w14:textId="77777777" w:rsidR="004713CD" w:rsidRDefault="00000000">
            <w:pPr>
              <w:pStyle w:val="TableText"/>
            </w:pPr>
            <w:r>
              <w:t>[da compilare]</w:t>
            </w:r>
          </w:p>
        </w:tc>
      </w:tr>
      <w:tr w:rsidR="004713CD" w14:paraId="10253216"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E2EE151" w14:textId="77777777" w:rsidR="004713CD" w:rsidRDefault="00000000">
            <w:pPr>
              <w:pStyle w:val="TableText"/>
            </w:pPr>
            <w:r>
              <w:t>15</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786DEE8" w14:textId="77777777" w:rsidR="004713CD" w:rsidRDefault="00000000">
            <w:pPr>
              <w:pStyle w:val="TableText"/>
            </w:pPr>
            <w:r>
              <w:t>15 — Disposizioni specifiche, restrizioni/autorizzazioni ed eventuale valutazione sicurezza chimica.</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C223523"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75D44CD" w14:textId="77777777" w:rsidR="004713CD" w:rsidRDefault="00000000">
            <w:pPr>
              <w:pStyle w:val="TableText"/>
            </w:pPr>
            <w:r>
              <w:t>[da compilare]</w:t>
            </w:r>
          </w:p>
        </w:tc>
      </w:tr>
      <w:tr w:rsidR="004713CD" w14:paraId="5C4CA65E"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DFF1FA6" w14:textId="77777777" w:rsidR="004713CD" w:rsidRDefault="00000000">
            <w:pPr>
              <w:pStyle w:val="TableText"/>
            </w:pPr>
            <w:r>
              <w:t>16</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F6E2335" w14:textId="77777777" w:rsidR="004713CD" w:rsidRDefault="00000000">
            <w:pPr>
              <w:pStyle w:val="TableText"/>
            </w:pPr>
            <w:r>
              <w:t>16 — Revisione, modifiche e fonti leggibili; lingua italiana; scenari allegati coerenti, quando dovuti.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F49847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26CA041" w14:textId="77777777" w:rsidR="004713CD" w:rsidRDefault="00000000">
            <w:pPr>
              <w:pStyle w:val="TableText"/>
            </w:pPr>
            <w:r>
              <w:t>[da compilare]</w:t>
            </w:r>
          </w:p>
        </w:tc>
      </w:tr>
    </w:tbl>
    <w:p w14:paraId="03974C4E" w14:textId="77777777" w:rsidR="004713CD" w:rsidRDefault="004713CD">
      <w:pPr>
        <w:pStyle w:val="Small"/>
        <w:spacing w:after="20"/>
      </w:pPr>
    </w:p>
    <w:p w14:paraId="5E56EBE1" w14:textId="77777777" w:rsidR="004713CD" w:rsidRDefault="00000000">
      <w:pPr>
        <w:pStyle w:val="FieldText"/>
      </w:pPr>
      <w:r>
        <w:t>Carenze determinanti / chiarimenti chiesti al fornitore: ______________________________________</w:t>
      </w:r>
      <w:r>
        <w:br/>
        <w:t>Uso sospeso/non autorizzato: S / N; motivazione ______; azione n.___; termine ______.</w:t>
      </w:r>
    </w:p>
    <w:p w14:paraId="47A402A3" w14:textId="77777777" w:rsidR="004713CD" w:rsidRDefault="00000000">
      <w:pPr>
        <w:pStyle w:val="FieldText"/>
      </w:pPr>
      <w:r>
        <w:t>Compilato da __________  Verificato da __________  Data __________</w:t>
      </w:r>
    </w:p>
    <w:p w14:paraId="7A05F044" w14:textId="77777777" w:rsidR="004713CD" w:rsidRDefault="00000000">
      <w:r>
        <w:br w:type="page"/>
      </w:r>
    </w:p>
    <w:p w14:paraId="50DF64BA" w14:textId="77777777" w:rsidR="004713CD" w:rsidRDefault="00000000">
      <w:pPr>
        <w:pStyle w:val="Kicker"/>
      </w:pPr>
      <w:r>
        <w:rPr>
          <w:b w:val="0"/>
        </w:rPr>
        <w:t>ALLEGATI OPERATIVI  /  MODULISTICA EDITABILE</w:t>
      </w:r>
    </w:p>
    <w:p w14:paraId="25280F82" w14:textId="77777777" w:rsidR="004713CD" w:rsidRDefault="00000000">
      <w:pPr>
        <w:pStyle w:val="Titolo1"/>
      </w:pPr>
      <w:bookmarkStart w:id="26" w:name="A04"/>
      <w:r>
        <w:rPr>
          <w:b w:val="0"/>
        </w:rPr>
        <w:t>A04 · Classificazione e banca dei valori limite</w:t>
      </w:r>
      <w:bookmarkEnd w:id="26"/>
    </w:p>
    <w:p w14:paraId="0CE7C333" w14:textId="77777777" w:rsidR="004713CD" w:rsidRDefault="00000000">
      <w:pPr>
        <w:pStyle w:val="Small"/>
      </w:pPr>
      <w:r>
        <w:t>PR-RIP-01 • Modulo A04 • Revisione ___ • Azienda/sito __________________ • Data __________</w:t>
      </w:r>
    </w:p>
    <w:p w14:paraId="32382E41" w14:textId="77777777" w:rsidR="004713CD" w:rsidRDefault="00000000">
      <w:pPr>
        <w:pStyle w:val="Small"/>
      </w:pPr>
      <w:r>
        <w:t>Una scheda per agente. Non trasferire automaticamente valori tra forme chimiche, frazioni dimensionali, matrici o periodi di mediazione.</w:t>
      </w:r>
    </w:p>
    <w:tbl>
      <w:tblPr>
        <w:tblW w:w="9638" w:type="dxa"/>
        <w:jc w:val="center"/>
        <w:tblLayout w:type="fixed"/>
        <w:tblLook w:val="04A0" w:firstRow="1" w:lastRow="0" w:firstColumn="1" w:lastColumn="0" w:noHBand="0" w:noVBand="1"/>
      </w:tblPr>
      <w:tblGrid>
        <w:gridCol w:w="2438"/>
        <w:gridCol w:w="7200"/>
      </w:tblGrid>
      <w:tr w:rsidR="004713CD" w14:paraId="5ED6CC97"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0534C54"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6A40EC2" w14:textId="77777777" w:rsidR="004713CD" w:rsidRDefault="00000000">
            <w:pPr>
              <w:pStyle w:val="TableText"/>
            </w:pPr>
            <w:r>
              <w:rPr>
                <w:b/>
                <w:color w:val="FFFFFF"/>
                <w:sz w:val="19"/>
              </w:rPr>
              <w:t>Compilazione / evidenza richiesta</w:t>
            </w:r>
          </w:p>
        </w:tc>
      </w:tr>
      <w:tr w:rsidR="004713CD" w14:paraId="2235EDC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173ABD2" w14:textId="77777777" w:rsidR="004713CD" w:rsidRDefault="00000000">
            <w:pPr>
              <w:pStyle w:val="TableText"/>
            </w:pPr>
            <w:r>
              <w:rPr>
                <w:sz w:val="19"/>
              </w:rPr>
              <w:t>Agente / identificazione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D9397DD" w14:textId="77777777" w:rsidR="004713CD" w:rsidRDefault="00000000">
            <w:pPr>
              <w:pStyle w:val="TableText"/>
            </w:pPr>
            <w:r>
              <w:rPr>
                <w:sz w:val="19"/>
              </w:rPr>
              <w:t>[ID AG-___; denominazione; CAS/CE; forma chimica/fisica]</w:t>
            </w:r>
          </w:p>
        </w:tc>
      </w:tr>
      <w:tr w:rsidR="004713CD" w14:paraId="15F14D4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9F09656" w14:textId="77777777" w:rsidR="004713CD" w:rsidRDefault="00000000">
            <w:pPr>
              <w:pStyle w:val="TableText"/>
            </w:pPr>
            <w:r>
              <w:rPr>
                <w:sz w:val="19"/>
              </w:rPr>
              <w:t>Classificazione verificata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DC411F1" w14:textId="77777777" w:rsidR="004713CD" w:rsidRDefault="00000000">
            <w:pPr>
              <w:pStyle w:val="TableText"/>
            </w:pPr>
            <w:r>
              <w:rPr>
                <w:sz w:val="19"/>
              </w:rPr>
              <w:t>[Repr. 1A/1B/2; C/M; effetti allattamento; altre classi; H/EUH complete]</w:t>
            </w:r>
          </w:p>
        </w:tc>
      </w:tr>
      <w:tr w:rsidR="004713CD" w14:paraId="4DC68A2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52F5B76" w14:textId="77777777" w:rsidR="004713CD" w:rsidRDefault="00000000">
            <w:pPr>
              <w:pStyle w:val="TableText"/>
            </w:pPr>
            <w:r>
              <w:rPr>
                <w:sz w:val="19"/>
              </w:rPr>
              <w:t>Fonte della classificazione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4D4AB8F" w14:textId="77777777" w:rsidR="004713CD" w:rsidRDefault="00000000">
            <w:pPr>
              <w:pStyle w:val="TableText"/>
            </w:pPr>
            <w:r>
              <w:rPr>
                <w:sz w:val="19"/>
              </w:rPr>
              <w:t>[SDS, voce armonizzata CLP/ATP, criterio della miscela, concentrazione e limiti specifici; data verifica]</w:t>
            </w:r>
          </w:p>
        </w:tc>
      </w:tr>
      <w:tr w:rsidR="004713CD" w14:paraId="208CED4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4AEE803" w14:textId="77777777" w:rsidR="004713CD" w:rsidRDefault="00000000">
            <w:pPr>
              <w:pStyle w:val="TableText"/>
            </w:pPr>
            <w:r>
              <w:rPr>
                <w:sz w:val="19"/>
              </w:rPr>
              <w:t>Regime Capo II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5079FDE" w14:textId="77777777" w:rsidR="004713CD" w:rsidRDefault="00000000">
            <w:pPr>
              <w:pStyle w:val="TableText"/>
            </w:pPr>
            <w:r>
              <w:rPr>
                <w:sz w:val="19"/>
              </w:rPr>
              <w:t>[sì/no + motivazione e definizione applicabile]</w:t>
            </w:r>
          </w:p>
        </w:tc>
      </w:tr>
      <w:tr w:rsidR="004713CD" w14:paraId="44EB7AE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7695C7" w14:textId="77777777" w:rsidR="004713CD" w:rsidRDefault="00000000">
            <w:pPr>
              <w:pStyle w:val="TableText"/>
            </w:pPr>
            <w:r>
              <w:rPr>
                <w:sz w:val="19"/>
              </w:rPr>
              <w:t>Designazione della soglia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55CD1DA" w14:textId="77777777" w:rsidR="004713CD" w:rsidRDefault="00000000">
            <w:pPr>
              <w:pStyle w:val="TableText"/>
            </w:pPr>
            <w:r>
              <w:rPr>
                <w:sz w:val="19"/>
              </w:rPr>
              <w:t>[con soglia / senza soglia / non individuata]; riferimento esatto all’annotazione normativa: [___]</w:t>
            </w:r>
          </w:p>
        </w:tc>
      </w:tr>
      <w:tr w:rsidR="004713CD" w14:paraId="0E7575B5"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8D5C5AF" w14:textId="77777777" w:rsidR="004713CD" w:rsidRDefault="00000000">
            <w:pPr>
              <w:pStyle w:val="TableText"/>
            </w:pPr>
            <w:r>
              <w:rPr>
                <w:sz w:val="19"/>
              </w:rPr>
              <w:t>Vincoli REACH / altri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0D8A09" w14:textId="77777777" w:rsidR="004713CD" w:rsidRDefault="00000000">
            <w:pPr>
              <w:pStyle w:val="TableText"/>
            </w:pPr>
            <w:r>
              <w:rPr>
                <w:sz w:val="19"/>
              </w:rPr>
              <w:t>[voce di restrizione/autorizzazione, condizione, decorrenza ed esito verifica]</w:t>
            </w:r>
          </w:p>
        </w:tc>
      </w:tr>
    </w:tbl>
    <w:p w14:paraId="4B314C96"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892"/>
        <w:gridCol w:w="2324"/>
        <w:gridCol w:w="4422"/>
      </w:tblGrid>
      <w:tr w:rsidR="004713CD" w14:paraId="6548003A" w14:textId="77777777">
        <w:trPr>
          <w:cantSplit/>
          <w:tblHeader/>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D53FA4C" w14:textId="77777777" w:rsidR="004713CD" w:rsidRDefault="00000000">
            <w:pPr>
              <w:pStyle w:val="TableText"/>
            </w:pPr>
            <w:r>
              <w:rPr>
                <w:b/>
                <w:color w:val="FFFFFF"/>
              </w:rPr>
              <w:t>Tipo di riferimento</w:t>
            </w:r>
          </w:p>
        </w:tc>
        <w:tc>
          <w:tcPr>
            <w:tcW w:w="232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9B60D59" w14:textId="77777777" w:rsidR="004713CD" w:rsidRDefault="00000000">
            <w:pPr>
              <w:pStyle w:val="TableText"/>
            </w:pPr>
            <w:r>
              <w:rPr>
                <w:b/>
                <w:color w:val="FFFFFF"/>
              </w:rPr>
              <w:t>Valore / unità</w:t>
            </w:r>
          </w:p>
        </w:tc>
        <w:tc>
          <w:tcPr>
            <w:tcW w:w="442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82B0412" w14:textId="77777777" w:rsidR="004713CD" w:rsidRDefault="00000000">
            <w:pPr>
              <w:pStyle w:val="TableText"/>
            </w:pPr>
            <w:r>
              <w:rPr>
                <w:b/>
                <w:color w:val="FFFFFF"/>
              </w:rPr>
              <w:t>Fonte / decorrenza / note</w:t>
            </w:r>
          </w:p>
        </w:tc>
      </w:tr>
      <w:tr w:rsidR="004713CD" w14:paraId="0FA1F628"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63D9B2C" w14:textId="77777777" w:rsidR="004713CD" w:rsidRDefault="00000000">
            <w:pPr>
              <w:pStyle w:val="TableText"/>
            </w:pPr>
            <w:r>
              <w:t>Limite professionale lungo periodo</w:t>
            </w:r>
          </w:p>
        </w:tc>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476A240" w14:textId="77777777" w:rsidR="004713CD" w:rsidRDefault="00000000">
            <w:pPr>
              <w:pStyle w:val="TableText"/>
            </w:pPr>
            <w:r>
              <w:t>[___] / [___]</w:t>
            </w:r>
            <w:r>
              <w:br/>
              <w:t>Mediazione: [___]</w:t>
            </w:r>
          </w:p>
        </w:tc>
        <w:tc>
          <w:tcPr>
            <w:tcW w:w="442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63B6516" w14:textId="77777777" w:rsidR="004713CD" w:rsidRDefault="00000000">
            <w:pPr>
              <w:pStyle w:val="TableText"/>
            </w:pPr>
            <w:r>
              <w:t>[atto, allegato, voce, data applicazione]</w:t>
            </w:r>
          </w:p>
        </w:tc>
      </w:tr>
      <w:tr w:rsidR="004713CD" w14:paraId="10A40DD6"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36D04FE" w14:textId="77777777" w:rsidR="004713CD" w:rsidRDefault="00000000">
            <w:pPr>
              <w:pStyle w:val="TableText"/>
            </w:pPr>
            <w:r>
              <w:t>Breve durata / picco</w:t>
            </w:r>
          </w:p>
        </w:tc>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8656169" w14:textId="77777777" w:rsidR="004713CD" w:rsidRDefault="00000000">
            <w:pPr>
              <w:pStyle w:val="TableText"/>
            </w:pPr>
            <w:r>
              <w:t>[___] / [___]</w:t>
            </w:r>
            <w:r>
              <w:br/>
              <w:t>Mediazione: [___]</w:t>
            </w:r>
          </w:p>
        </w:tc>
        <w:tc>
          <w:tcPr>
            <w:tcW w:w="442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456CA85" w14:textId="77777777" w:rsidR="004713CD" w:rsidRDefault="00000000">
            <w:pPr>
              <w:pStyle w:val="TableText"/>
            </w:pPr>
            <w:r>
              <w:t>[atto, allegato; condizioni specifiche]</w:t>
            </w:r>
          </w:p>
        </w:tc>
      </w:tr>
      <w:tr w:rsidR="004713CD" w14:paraId="12D2DB60"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B38318" w14:textId="77777777" w:rsidR="004713CD" w:rsidRDefault="00000000">
            <w:pPr>
              <w:pStyle w:val="TableText"/>
            </w:pPr>
            <w:r>
              <w:t>Limite biologico, se pertinente</w:t>
            </w:r>
          </w:p>
        </w:tc>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1B8D39D" w14:textId="77777777" w:rsidR="004713CD" w:rsidRDefault="00000000">
            <w:pPr>
              <w:pStyle w:val="TableText"/>
            </w:pPr>
            <w:r>
              <w:t>[___] / [___]</w:t>
            </w:r>
            <w:r>
              <w:br/>
              <w:t>Matrice: [___]</w:t>
            </w:r>
          </w:p>
        </w:tc>
        <w:tc>
          <w:tcPr>
            <w:tcW w:w="442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A9AE1BD" w14:textId="77777777" w:rsidR="004713CD" w:rsidRDefault="00000000">
            <w:pPr>
              <w:pStyle w:val="TableText"/>
            </w:pPr>
            <w:r>
              <w:t>[fonte, campionamento; gestione MC]</w:t>
            </w:r>
          </w:p>
        </w:tc>
      </w:tr>
      <w:tr w:rsidR="004713CD" w14:paraId="74833CF4"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E36B68C" w14:textId="77777777" w:rsidR="004713CD" w:rsidRDefault="00000000">
            <w:pPr>
              <w:pStyle w:val="TableText"/>
            </w:pPr>
            <w:r>
              <w:t>Riferimento tecnico non vincolante</w:t>
            </w:r>
          </w:p>
        </w:tc>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405F1B0" w14:textId="77777777" w:rsidR="004713CD" w:rsidRDefault="00000000">
            <w:pPr>
              <w:pStyle w:val="TableText"/>
            </w:pPr>
            <w:r>
              <w:t>[___] / [___]</w:t>
            </w:r>
          </w:p>
        </w:tc>
        <w:tc>
          <w:tcPr>
            <w:tcW w:w="442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315C069" w14:textId="77777777" w:rsidR="004713CD" w:rsidRDefault="00000000">
            <w:pPr>
              <w:pStyle w:val="TableText"/>
            </w:pPr>
            <w:r>
              <w:t>[ente, edizione; motivazione dell’uso]</w:t>
            </w:r>
          </w:p>
        </w:tc>
      </w:tr>
      <w:tr w:rsidR="004713CD" w14:paraId="7B844EA9" w14:textId="77777777">
        <w:trPr>
          <w:cantSplit/>
          <w:jc w:val="center"/>
        </w:trPr>
        <w:tc>
          <w:tcPr>
            <w:tcW w:w="28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9C6616A" w14:textId="77777777" w:rsidR="004713CD" w:rsidRDefault="00000000">
            <w:pPr>
              <w:pStyle w:val="TableText"/>
            </w:pPr>
            <w:r>
              <w:t>DNEL o altro dato SDS</w:t>
            </w:r>
          </w:p>
        </w:tc>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A940B54" w14:textId="77777777" w:rsidR="004713CD" w:rsidRDefault="00000000">
            <w:pPr>
              <w:pStyle w:val="TableText"/>
            </w:pPr>
            <w:r>
              <w:t>[___] / [___]</w:t>
            </w:r>
          </w:p>
        </w:tc>
        <w:tc>
          <w:tcPr>
            <w:tcW w:w="442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C837DF8" w14:textId="77777777" w:rsidR="004713CD" w:rsidRDefault="00000000">
            <w:pPr>
              <w:pStyle w:val="TableText"/>
            </w:pPr>
            <w:r>
              <w:t>[popolazione, via, durata; non equiparare automaticamente a OEL]</w:t>
            </w:r>
          </w:p>
        </w:tc>
      </w:tr>
    </w:tbl>
    <w:p w14:paraId="1DCA92BF"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235E59AE"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F6C6BD8"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D724217" w14:textId="77777777" w:rsidR="004713CD" w:rsidRDefault="00000000">
            <w:pPr>
              <w:pStyle w:val="TableText"/>
            </w:pPr>
            <w:r>
              <w:rPr>
                <w:b/>
                <w:color w:val="FFFFFF"/>
                <w:sz w:val="19"/>
              </w:rPr>
              <w:t>Compilazione / evidenza richiesta</w:t>
            </w:r>
          </w:p>
        </w:tc>
      </w:tr>
      <w:tr w:rsidR="004713CD" w14:paraId="28D9895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A31C48" w14:textId="77777777" w:rsidR="004713CD" w:rsidRDefault="00000000">
            <w:pPr>
              <w:pStyle w:val="TableText"/>
            </w:pPr>
            <w:r>
              <w:rPr>
                <w:sz w:val="19"/>
              </w:rPr>
              <w:t>Annotazioni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D80FF94" w14:textId="77777777" w:rsidR="004713CD" w:rsidRDefault="00000000">
            <w:pPr>
              <w:pStyle w:val="TableText"/>
            </w:pPr>
            <w:r>
              <w:rPr>
                <w:sz w:val="19"/>
              </w:rPr>
              <w:t>[assorbimento cutaneo, sensibilizzazione, frazione, forma, combinazioni, transitorio]</w:t>
            </w:r>
          </w:p>
        </w:tc>
      </w:tr>
      <w:tr w:rsidR="004713CD" w14:paraId="591C8E9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C768767" w14:textId="77777777" w:rsidR="004713CD" w:rsidRDefault="00000000">
            <w:pPr>
              <w:pStyle w:val="TableText"/>
            </w:pPr>
            <w:r>
              <w:rPr>
                <w:sz w:val="19"/>
              </w:rPr>
              <w:t>Applicazione allo scenario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35481F" w14:textId="77777777" w:rsidR="004713CD" w:rsidRDefault="00000000">
            <w:pPr>
              <w:pStyle w:val="TableText"/>
            </w:pPr>
            <w:r>
              <w:rPr>
                <w:sz w:val="19"/>
              </w:rPr>
              <w:t>[ID scenari; criterio di confronto; eventuali valori mancanti e strategia adottata]</w:t>
            </w:r>
          </w:p>
        </w:tc>
      </w:tr>
      <w:tr w:rsidR="004713CD" w14:paraId="323C5CC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7976C68" w14:textId="77777777" w:rsidR="004713CD" w:rsidRDefault="00000000">
            <w:pPr>
              <w:pStyle w:val="TableText"/>
            </w:pPr>
            <w:r>
              <w:rPr>
                <w:sz w:val="19"/>
              </w:rPr>
              <w:t>Verifica e riesame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726B00A" w14:textId="77777777" w:rsidR="004713CD" w:rsidRDefault="00000000">
            <w:pPr>
              <w:pStyle w:val="TableText"/>
            </w:pPr>
            <w:r>
              <w:rPr>
                <w:sz w:val="19"/>
              </w:rPr>
              <w:t>[verificatore, data, documento ufficiale archiviato; evento/scadenza di riesame]</w:t>
            </w:r>
          </w:p>
        </w:tc>
      </w:tr>
    </w:tbl>
    <w:p w14:paraId="50C11743" w14:textId="77777777" w:rsidR="004713CD" w:rsidRDefault="004713CD">
      <w:pPr>
        <w:pStyle w:val="Small"/>
        <w:spacing w:after="20"/>
      </w:pPr>
    </w:p>
    <w:p w14:paraId="1AA649AC" w14:textId="77777777" w:rsidR="004713CD" w:rsidRDefault="00000000">
      <w:pPr>
        <w:pStyle w:val="FieldText"/>
      </w:pPr>
      <w:r>
        <w:t>Verifica tecnica __________________  Contributo MC ove pertinente __________________</w:t>
      </w:r>
    </w:p>
    <w:p w14:paraId="78650746" w14:textId="77777777" w:rsidR="004713CD" w:rsidRDefault="00000000">
      <w:r>
        <w:br w:type="page"/>
      </w:r>
    </w:p>
    <w:p w14:paraId="56D506AF" w14:textId="77777777" w:rsidR="004713CD" w:rsidRDefault="00000000">
      <w:pPr>
        <w:pStyle w:val="Kicker"/>
      </w:pPr>
      <w:r>
        <w:rPr>
          <w:b w:val="0"/>
        </w:rPr>
        <w:t>ALLEGATI OPERATIVI  /  MODULISTICA EDITABILE</w:t>
      </w:r>
    </w:p>
    <w:p w14:paraId="456E43F6" w14:textId="77777777" w:rsidR="004713CD" w:rsidRDefault="00000000">
      <w:pPr>
        <w:pStyle w:val="Titolo1"/>
      </w:pPr>
      <w:bookmarkStart w:id="27" w:name="A05_a"/>
      <w:r>
        <w:rPr>
          <w:b w:val="0"/>
        </w:rPr>
        <w:t>A05 · Valutazione della mansione e dello scenario — 1/2</w:t>
      </w:r>
      <w:bookmarkEnd w:id="27"/>
    </w:p>
    <w:p w14:paraId="32320CC9" w14:textId="77777777" w:rsidR="004713CD" w:rsidRDefault="00000000">
      <w:pPr>
        <w:pStyle w:val="Small"/>
      </w:pPr>
      <w:r>
        <w:t>PR-RIP-01 • Modulo A05 • Revisione ___ • Azienda/sito __________________ • Data __________</w:t>
      </w:r>
    </w:p>
    <w:p w14:paraId="45213B62" w14:textId="77777777" w:rsidR="004713CD" w:rsidRDefault="00000000">
      <w:pPr>
        <w:pStyle w:val="Small"/>
      </w:pPr>
      <w:r>
        <w:t>Scopo: organizzare i dati del DVR; duplicare per ogni scenario. Non costituisce un algoritmo di rischio fetale.</w:t>
      </w:r>
    </w:p>
    <w:tbl>
      <w:tblPr>
        <w:tblW w:w="9638" w:type="dxa"/>
        <w:jc w:val="center"/>
        <w:tblLayout w:type="fixed"/>
        <w:tblLook w:val="04A0" w:firstRow="1" w:lastRow="0" w:firstColumn="1" w:lastColumn="0" w:noHBand="0" w:noVBand="1"/>
      </w:tblPr>
      <w:tblGrid>
        <w:gridCol w:w="2438"/>
        <w:gridCol w:w="7200"/>
      </w:tblGrid>
      <w:tr w:rsidR="004713CD" w14:paraId="1A193EF6"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6EFF991"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F45F6C8" w14:textId="77777777" w:rsidR="004713CD" w:rsidRDefault="00000000">
            <w:pPr>
              <w:pStyle w:val="TableText"/>
            </w:pPr>
            <w:r>
              <w:rPr>
                <w:b/>
                <w:color w:val="FFFFFF"/>
                <w:sz w:val="19"/>
              </w:rPr>
              <w:t>Compilazione / evidenza richiesta</w:t>
            </w:r>
          </w:p>
        </w:tc>
      </w:tr>
      <w:tr w:rsidR="004713CD" w14:paraId="6FC3DD3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59110D9" w14:textId="77777777" w:rsidR="004713CD" w:rsidRDefault="00000000">
            <w:pPr>
              <w:pStyle w:val="TableText"/>
            </w:pPr>
            <w:r>
              <w:rPr>
                <w:sz w:val="19"/>
              </w:rPr>
              <w:t>ID scenario / revisione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940387D" w14:textId="77777777" w:rsidR="004713CD" w:rsidRDefault="00000000">
            <w:pPr>
              <w:pStyle w:val="TableText"/>
            </w:pPr>
            <w:r>
              <w:rPr>
                <w:sz w:val="19"/>
              </w:rPr>
              <w:t>[SC-___]; data ___; DVR collegato ___; valutatore ___</w:t>
            </w:r>
          </w:p>
        </w:tc>
      </w:tr>
      <w:tr w:rsidR="004713CD" w14:paraId="604FD275"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80A5D99" w14:textId="77777777" w:rsidR="004713CD" w:rsidRDefault="00000000">
            <w:pPr>
              <w:pStyle w:val="TableText"/>
            </w:pPr>
            <w:r>
              <w:rPr>
                <w:sz w:val="19"/>
              </w:rPr>
              <w:t>Reparto / operazione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B58F85" w14:textId="77777777" w:rsidR="004713CD" w:rsidRDefault="00000000">
            <w:pPr>
              <w:pStyle w:val="TableText"/>
            </w:pPr>
            <w:r>
              <w:rPr>
                <w:sz w:val="19"/>
              </w:rPr>
              <w:t>[ubicazione, impianto, fase, inizio/fine; ordinaria/non ordinaria]</w:t>
            </w:r>
          </w:p>
        </w:tc>
      </w:tr>
      <w:tr w:rsidR="004713CD" w14:paraId="25A0927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149B6FB" w14:textId="77777777" w:rsidR="004713CD" w:rsidRDefault="00000000">
            <w:pPr>
              <w:pStyle w:val="TableText"/>
            </w:pPr>
            <w:r>
              <w:rPr>
                <w:sz w:val="19"/>
              </w:rPr>
              <w:t>Persone interessate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3FDAB47" w14:textId="77777777" w:rsidR="004713CD" w:rsidRDefault="00000000">
            <w:pPr>
              <w:pStyle w:val="TableText"/>
            </w:pPr>
            <w:r>
              <w:rPr>
                <w:sz w:val="19"/>
              </w:rPr>
              <w:t>[mansioni, esposti/potenzialmente esposti, numero per turno, esterni e gruppi similari motivati]</w:t>
            </w:r>
          </w:p>
        </w:tc>
      </w:tr>
      <w:tr w:rsidR="004713CD" w14:paraId="7DAA3F2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C1ED61D" w14:textId="77777777" w:rsidR="004713CD" w:rsidRDefault="00000000">
            <w:pPr>
              <w:pStyle w:val="TableText"/>
            </w:pPr>
            <w:r>
              <w:rPr>
                <w:sz w:val="19"/>
              </w:rPr>
              <w:t>Agenti presenti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608E0F0" w14:textId="77777777" w:rsidR="004713CD" w:rsidRDefault="00000000">
            <w:pPr>
              <w:pStyle w:val="TableText"/>
            </w:pPr>
            <w:r>
              <w:rPr>
                <w:sz w:val="19"/>
              </w:rPr>
              <w:t>[ID A02/A04, prodotti, componenti, impurità, sottoprodotti e motivo d’impiego]</w:t>
            </w:r>
          </w:p>
        </w:tc>
      </w:tr>
      <w:tr w:rsidR="004713CD" w14:paraId="6CECBEE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746F2C7" w14:textId="77777777" w:rsidR="004713CD" w:rsidRDefault="00000000">
            <w:pPr>
              <w:pStyle w:val="TableText"/>
            </w:pPr>
            <w:r>
              <w:rPr>
                <w:sz w:val="19"/>
              </w:rPr>
              <w:t>Quantità e parametri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7DC63C8" w14:textId="77777777" w:rsidR="004713CD" w:rsidRDefault="00000000">
            <w:pPr>
              <w:pStyle w:val="TableText"/>
            </w:pPr>
            <w:r>
              <w:rPr>
                <w:sz w:val="19"/>
              </w:rPr>
              <w:t>[quantità per ciclo, concentrazione, stato fisico, temperatura, pressione, durata/frequenza]</w:t>
            </w:r>
          </w:p>
        </w:tc>
      </w:tr>
      <w:tr w:rsidR="004713CD" w14:paraId="2AE0165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165910B" w14:textId="77777777" w:rsidR="004713CD" w:rsidRDefault="00000000">
            <w:pPr>
              <w:pStyle w:val="TableText"/>
            </w:pPr>
            <w:r>
              <w:rPr>
                <w:sz w:val="19"/>
              </w:rPr>
              <w:t>Descrizione del lavoro reale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07A3215" w14:textId="77777777" w:rsidR="004713CD" w:rsidRDefault="00000000">
            <w:pPr>
              <w:pStyle w:val="TableText"/>
            </w:pPr>
            <w:r>
              <w:rPr>
                <w:sz w:val="19"/>
              </w:rPr>
              <w:t>[carico, lavorazione, scarico, campionamento, pulizia, manutenzione, scarti; deviazioni prevedibili]</w:t>
            </w:r>
          </w:p>
        </w:tc>
      </w:tr>
    </w:tbl>
    <w:p w14:paraId="71C6B33E"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041"/>
        <w:gridCol w:w="3969"/>
        <w:gridCol w:w="3628"/>
      </w:tblGrid>
      <w:tr w:rsidR="004713CD" w14:paraId="1399879C" w14:textId="77777777">
        <w:trPr>
          <w:cantSplit/>
          <w:tblHeader/>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ED739F9" w14:textId="77777777" w:rsidR="004713CD" w:rsidRDefault="00000000">
            <w:pPr>
              <w:pStyle w:val="TableText"/>
            </w:pPr>
            <w:r>
              <w:rPr>
                <w:b/>
                <w:color w:val="FFFFFF"/>
              </w:rPr>
              <w:t>Via / sorgente</w:t>
            </w:r>
          </w:p>
        </w:tc>
        <w:tc>
          <w:tcPr>
            <w:tcW w:w="3969"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1D7E763" w14:textId="77777777" w:rsidR="004713CD" w:rsidRDefault="00000000">
            <w:pPr>
              <w:pStyle w:val="TableText"/>
            </w:pPr>
            <w:r>
              <w:rPr>
                <w:b/>
                <w:color w:val="FFFFFF"/>
              </w:rPr>
              <w:t>Come e quando può avvenire</w:t>
            </w:r>
          </w:p>
        </w:tc>
        <w:tc>
          <w:tcPr>
            <w:tcW w:w="362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2D4AA63" w14:textId="77777777" w:rsidR="004713CD" w:rsidRDefault="00000000">
            <w:pPr>
              <w:pStyle w:val="TableText"/>
            </w:pPr>
            <w:r>
              <w:rPr>
                <w:b/>
                <w:color w:val="FFFFFF"/>
              </w:rPr>
              <w:t>Evidenza / controllo attuale</w:t>
            </w:r>
          </w:p>
        </w:tc>
      </w:tr>
      <w:tr w:rsidR="004713CD" w14:paraId="56F8EA41"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3F437E1" w14:textId="77777777" w:rsidR="004713CD" w:rsidRDefault="00000000">
            <w:pPr>
              <w:pStyle w:val="TableText"/>
            </w:pPr>
            <w:r>
              <w:t>Inalazione</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B105BCC" w14:textId="77777777" w:rsidR="004713CD" w:rsidRDefault="00000000">
            <w:pPr>
              <w:pStyle w:val="TableText"/>
            </w:pPr>
            <w:r>
              <w:t>[emissione, distanza, durata, variabilità]</w:t>
            </w:r>
          </w:p>
        </w:tc>
        <w:tc>
          <w:tcPr>
            <w:tcW w:w="36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9E8FA1" w14:textId="77777777" w:rsidR="004713CD" w:rsidRDefault="00000000">
            <w:pPr>
              <w:pStyle w:val="TableText"/>
            </w:pPr>
            <w:r>
              <w:t>[captazione, confinamento, misure]</w:t>
            </w:r>
          </w:p>
        </w:tc>
      </w:tr>
      <w:tr w:rsidR="004713CD" w14:paraId="6DC85E38"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63FA67E" w14:textId="77777777" w:rsidR="004713CD" w:rsidRDefault="00000000">
            <w:pPr>
              <w:pStyle w:val="TableText"/>
            </w:pPr>
            <w:r>
              <w:t>Cute / occhi</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2E2F24F" w14:textId="77777777" w:rsidR="004713CD" w:rsidRDefault="00000000">
            <w:pPr>
              <w:pStyle w:val="TableText"/>
            </w:pPr>
            <w:r>
              <w:t>[contatto, schizzi, superfici, guanti]</w:t>
            </w:r>
          </w:p>
        </w:tc>
        <w:tc>
          <w:tcPr>
            <w:tcW w:w="362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776A5EE" w14:textId="77777777" w:rsidR="004713CD" w:rsidRDefault="00000000">
            <w:pPr>
              <w:pStyle w:val="TableText"/>
            </w:pPr>
            <w:r>
              <w:t>[modalità, frequenza, protezioni]</w:t>
            </w:r>
          </w:p>
        </w:tc>
      </w:tr>
      <w:tr w:rsidR="004713CD" w14:paraId="5357C3B1"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AD3847A" w14:textId="77777777" w:rsidR="004713CD" w:rsidRDefault="00000000">
            <w:pPr>
              <w:pStyle w:val="TableText"/>
            </w:pPr>
            <w:r>
              <w:t>Ingestione involontaria</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8E1928" w14:textId="77777777" w:rsidR="004713CD" w:rsidRDefault="00000000">
            <w:pPr>
              <w:pStyle w:val="TableText"/>
            </w:pPr>
            <w:r>
              <w:t>[mani, oggetti, aree pulite/sporche]</w:t>
            </w:r>
          </w:p>
        </w:tc>
        <w:tc>
          <w:tcPr>
            <w:tcW w:w="36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967EF64" w14:textId="77777777" w:rsidR="004713CD" w:rsidRDefault="00000000">
            <w:pPr>
              <w:pStyle w:val="TableText"/>
            </w:pPr>
            <w:r>
              <w:t>[igiene, separazione e controlli]</w:t>
            </w:r>
          </w:p>
        </w:tc>
      </w:tr>
      <w:tr w:rsidR="004713CD" w14:paraId="5D3F886D"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8FB3A82" w14:textId="77777777" w:rsidR="004713CD" w:rsidRDefault="00000000">
            <w:pPr>
              <w:pStyle w:val="TableText"/>
            </w:pPr>
            <w:r>
              <w:t>Esposizioni multiple</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9008BEF" w14:textId="77777777" w:rsidR="004713CD" w:rsidRDefault="00000000">
            <w:pPr>
              <w:pStyle w:val="TableText"/>
            </w:pPr>
            <w:r>
              <w:t>[agenti concomitanti, vie combinate]</w:t>
            </w:r>
          </w:p>
        </w:tc>
        <w:tc>
          <w:tcPr>
            <w:tcW w:w="362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5050937" w14:textId="77777777" w:rsidR="004713CD" w:rsidRDefault="00000000">
            <w:pPr>
              <w:pStyle w:val="TableText"/>
            </w:pPr>
            <w:r>
              <w:t>[criterio tecnico e limiti conoscitivi]</w:t>
            </w:r>
          </w:p>
        </w:tc>
      </w:tr>
      <w:tr w:rsidR="004713CD" w14:paraId="079D851B"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961AAC4" w14:textId="77777777" w:rsidR="004713CD" w:rsidRDefault="00000000">
            <w:pPr>
              <w:pStyle w:val="TableText"/>
            </w:pPr>
            <w:r>
              <w:t>Anomalie / fasi rare</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E113FE" w14:textId="77777777" w:rsidR="004713CD" w:rsidRDefault="00000000">
            <w:pPr>
              <w:pStyle w:val="TableText"/>
            </w:pPr>
            <w:r>
              <w:t>[guasti, bonifiche, apertura impianto]</w:t>
            </w:r>
          </w:p>
        </w:tc>
        <w:tc>
          <w:tcPr>
            <w:tcW w:w="36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FC8DB9A" w14:textId="77777777" w:rsidR="004713CD" w:rsidRDefault="00000000">
            <w:pPr>
              <w:pStyle w:val="TableText"/>
            </w:pPr>
            <w:r>
              <w:t>[controlli specifici / A14]</w:t>
            </w:r>
          </w:p>
        </w:tc>
      </w:tr>
    </w:tbl>
    <w:p w14:paraId="41080E7C" w14:textId="77777777" w:rsidR="004713CD" w:rsidRDefault="004713CD">
      <w:pPr>
        <w:pStyle w:val="Small"/>
        <w:spacing w:after="20"/>
      </w:pPr>
    </w:p>
    <w:p w14:paraId="6D20954B" w14:textId="77777777" w:rsidR="004713CD" w:rsidRDefault="00000000">
      <w:pPr>
        <w:pStyle w:val="FieldText"/>
      </w:pPr>
      <w:r>
        <w:t>Sopralluogo svolto il ______ con ______; documenti/foto tecniche pertinenti ______.</w:t>
      </w:r>
      <w:r>
        <w:br/>
        <w:t>Informazioni mancanti e loro rilevanza: __________________________________________________</w:t>
      </w:r>
      <w:r>
        <w:br/>
        <w:t>Azioni immediate necessarie: __________________________________________________________</w:t>
      </w:r>
    </w:p>
    <w:p w14:paraId="160C4DD1" w14:textId="77777777" w:rsidR="004713CD" w:rsidRDefault="00000000">
      <w:pPr>
        <w:pStyle w:val="FieldText"/>
      </w:pPr>
      <w:r>
        <w:t>Valutatore __________  Responsabile reparto __________  Contributo MC [estremi] __________</w:t>
      </w:r>
    </w:p>
    <w:p w14:paraId="7112103B" w14:textId="77777777" w:rsidR="004713CD" w:rsidRDefault="00000000">
      <w:r>
        <w:br w:type="page"/>
      </w:r>
    </w:p>
    <w:p w14:paraId="5D05A84F" w14:textId="77777777" w:rsidR="004713CD" w:rsidRDefault="00000000">
      <w:pPr>
        <w:pStyle w:val="Kicker"/>
      </w:pPr>
      <w:r>
        <w:rPr>
          <w:b w:val="0"/>
        </w:rPr>
        <w:t>ALLEGATI OPERATIVI  /  MODULISTICA EDITABILE</w:t>
      </w:r>
    </w:p>
    <w:p w14:paraId="3D16C8B9" w14:textId="77777777" w:rsidR="004713CD" w:rsidRDefault="00000000">
      <w:pPr>
        <w:pStyle w:val="Titolo1"/>
      </w:pPr>
      <w:bookmarkStart w:id="28" w:name="A05_b"/>
      <w:r>
        <w:rPr>
          <w:b w:val="0"/>
        </w:rPr>
        <w:t>A05 · Valutazione della mansione e dello scenario — 2/2</w:t>
      </w:r>
      <w:bookmarkEnd w:id="28"/>
    </w:p>
    <w:p w14:paraId="2E1F3BDF" w14:textId="77777777" w:rsidR="004713CD" w:rsidRDefault="00000000">
      <w:pPr>
        <w:pStyle w:val="Small"/>
      </w:pPr>
      <w:r>
        <w:t>PR-RIP-01 • Modulo A05 • Revisione ___ • Azienda/sito __________________ • Data __________</w:t>
      </w:r>
    </w:p>
    <w:p w14:paraId="7F48AB9B" w14:textId="77777777" w:rsidR="004713CD" w:rsidRDefault="00000000">
      <w:pPr>
        <w:pStyle w:val="Small"/>
      </w:pPr>
      <w:r>
        <w:t>ID scenario ______; parte valutativa e decisione. Compilare con evidenze, non soltanto con caselle.</w:t>
      </w:r>
    </w:p>
    <w:tbl>
      <w:tblPr>
        <w:tblW w:w="9638" w:type="dxa"/>
        <w:jc w:val="center"/>
        <w:tblLayout w:type="fixed"/>
        <w:tblLook w:val="04A0" w:firstRow="1" w:lastRow="0" w:firstColumn="1" w:lastColumn="0" w:noHBand="0" w:noVBand="1"/>
      </w:tblPr>
      <w:tblGrid>
        <w:gridCol w:w="2438"/>
        <w:gridCol w:w="7200"/>
      </w:tblGrid>
      <w:tr w:rsidR="004713CD" w14:paraId="28FE988E"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1EC5218"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2163512" w14:textId="77777777" w:rsidR="004713CD" w:rsidRDefault="00000000">
            <w:pPr>
              <w:pStyle w:val="TableText"/>
            </w:pPr>
            <w:r>
              <w:rPr>
                <w:b/>
                <w:color w:val="FFFFFF"/>
                <w:sz w:val="19"/>
              </w:rPr>
              <w:t>Compilazione / evidenza richiesta</w:t>
            </w:r>
          </w:p>
        </w:tc>
      </w:tr>
      <w:tr w:rsidR="004713CD" w14:paraId="74D79FD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A2F4F16" w14:textId="77777777" w:rsidR="004713CD" w:rsidRDefault="00000000">
            <w:pPr>
              <w:pStyle w:val="TableText"/>
            </w:pPr>
            <w:r>
              <w:rPr>
                <w:sz w:val="19"/>
              </w:rPr>
              <w:t>Sostituzione e sistema chiuso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3F9E51F" w14:textId="77777777" w:rsidR="004713CD" w:rsidRDefault="00000000">
            <w:pPr>
              <w:pStyle w:val="TableText"/>
            </w:pPr>
            <w:r>
              <w:rPr>
                <w:sz w:val="19"/>
              </w:rPr>
              <w:t>[A06; fattibilità, prove, ragioni tecniche e possibilità residue di emissione]</w:t>
            </w:r>
          </w:p>
        </w:tc>
      </w:tr>
      <w:tr w:rsidR="004713CD" w14:paraId="31B8DFFB"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F1BE32F" w14:textId="77777777" w:rsidR="004713CD" w:rsidRDefault="00000000">
            <w:pPr>
              <w:pStyle w:val="TableText"/>
            </w:pPr>
            <w:r>
              <w:rPr>
                <w:sz w:val="19"/>
              </w:rPr>
              <w:t>Regime applicabile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BE74117" w14:textId="77777777" w:rsidR="004713CD" w:rsidRDefault="00000000">
            <w:pPr>
              <w:pStyle w:val="TableText"/>
            </w:pPr>
            <w:r>
              <w:rPr>
                <w:sz w:val="19"/>
              </w:rPr>
              <w:t>[Capo I/II, classificazione, soglia e conseguenze operative; A04]</w:t>
            </w:r>
          </w:p>
        </w:tc>
      </w:tr>
      <w:tr w:rsidR="004713CD" w14:paraId="3B8450A3"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C7564BF" w14:textId="77777777" w:rsidR="004713CD" w:rsidRDefault="00000000">
            <w:pPr>
              <w:pStyle w:val="TableText"/>
            </w:pPr>
            <w:r>
              <w:rPr>
                <w:sz w:val="19"/>
              </w:rPr>
              <w:t>Dati di esposizione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EA6AE94" w14:textId="77777777" w:rsidR="004713CD" w:rsidRDefault="00000000">
            <w:pPr>
              <w:pStyle w:val="TableText"/>
            </w:pPr>
            <w:r>
              <w:rPr>
                <w:sz w:val="19"/>
              </w:rPr>
              <w:t>[rapporti A12, condizioni rappresentate, misure personali/ambientali, incertezza e confronto]</w:t>
            </w:r>
          </w:p>
        </w:tc>
      </w:tr>
      <w:tr w:rsidR="004713CD" w14:paraId="205C1B2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E165421" w14:textId="77777777" w:rsidR="004713CD" w:rsidRDefault="00000000">
            <w:pPr>
              <w:pStyle w:val="TableText"/>
            </w:pPr>
            <w:r>
              <w:rPr>
                <w:sz w:val="19"/>
              </w:rPr>
              <w:t>Esposizione non inalatoria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9A66ACE" w14:textId="77777777" w:rsidR="004713CD" w:rsidRDefault="00000000">
            <w:pPr>
              <w:pStyle w:val="TableText"/>
            </w:pPr>
            <w:r>
              <w:rPr>
                <w:sz w:val="19"/>
              </w:rPr>
              <w:t>[stima motivata, osservazioni e controllo cutaneo/ingestione involontaria]</w:t>
            </w:r>
          </w:p>
        </w:tc>
      </w:tr>
      <w:tr w:rsidR="004713CD" w14:paraId="11E8A39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889A6F8" w14:textId="77777777" w:rsidR="004713CD" w:rsidRDefault="00000000">
            <w:pPr>
              <w:pStyle w:val="TableText"/>
            </w:pPr>
            <w:r>
              <w:rPr>
                <w:sz w:val="19"/>
              </w:rPr>
              <w:t>Controlli tecnici e DPI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3D733BD" w14:textId="77777777" w:rsidR="004713CD" w:rsidRDefault="00000000">
            <w:pPr>
              <w:pStyle w:val="TableText"/>
            </w:pPr>
            <w:r>
              <w:rPr>
                <w:sz w:val="19"/>
              </w:rPr>
              <w:t>[prestazioni richieste, riscontri A10, selezione A11, limiti e manutenzioni]</w:t>
            </w:r>
          </w:p>
        </w:tc>
      </w:tr>
      <w:tr w:rsidR="004713CD" w14:paraId="3342521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4D9A297" w14:textId="77777777" w:rsidR="004713CD" w:rsidRDefault="00000000">
            <w:pPr>
              <w:pStyle w:val="TableText"/>
            </w:pPr>
            <w:r>
              <w:rPr>
                <w:sz w:val="19"/>
              </w:rPr>
              <w:t>Conclusione tecnica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C3F4B8E" w14:textId="77777777" w:rsidR="004713CD" w:rsidRDefault="00000000">
            <w:pPr>
              <w:pStyle w:val="TableText"/>
            </w:pPr>
            <w:r>
              <w:rPr>
                <w:sz w:val="19"/>
              </w:rPr>
              <w:t>[adeguatezza/non adeguatezza/indagine non conclusiva; motivazione e limiti della valutazione]</w:t>
            </w:r>
          </w:p>
        </w:tc>
      </w:tr>
      <w:tr w:rsidR="004713CD" w14:paraId="51B56F0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254FFF9" w14:textId="77777777" w:rsidR="004713CD" w:rsidRDefault="00000000">
            <w:pPr>
              <w:pStyle w:val="TableText"/>
            </w:pPr>
            <w:r>
              <w:rPr>
                <w:sz w:val="19"/>
              </w:rPr>
              <w:t>Contributo del MC</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1ECBA56" w14:textId="77777777" w:rsidR="004713CD" w:rsidRDefault="00000000">
            <w:pPr>
              <w:pStyle w:val="TableText"/>
            </w:pPr>
            <w:r>
              <w:rPr>
                <w:sz w:val="19"/>
              </w:rPr>
              <w:t>[indicazioni preventive e presupposti sanitari pertinenti, senza diagnosi o referti]</w:t>
            </w:r>
          </w:p>
        </w:tc>
      </w:tr>
      <w:tr w:rsidR="004713CD" w14:paraId="3BCCA56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8703335" w14:textId="77777777" w:rsidR="004713CD" w:rsidRDefault="00000000">
            <w:pPr>
              <w:pStyle w:val="TableText"/>
            </w:pPr>
            <w:r>
              <w:rPr>
                <w:sz w:val="19"/>
              </w:rPr>
              <w:t>Azioni e verifica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3695AC9" w14:textId="77777777" w:rsidR="004713CD" w:rsidRDefault="00000000">
            <w:pPr>
              <w:pStyle w:val="TableText"/>
            </w:pPr>
            <w:r>
              <w:rPr>
                <w:sz w:val="19"/>
              </w:rPr>
              <w:t>[A07: responsabile, termine, misura temporanea e prova di efficacia]</w:t>
            </w:r>
          </w:p>
        </w:tc>
      </w:tr>
    </w:tbl>
    <w:p w14:paraId="34F1B509"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5953"/>
        <w:gridCol w:w="3685"/>
      </w:tblGrid>
      <w:tr w:rsidR="004713CD" w14:paraId="50CCE65F" w14:textId="77777777">
        <w:trPr>
          <w:cantSplit/>
          <w:tblHeader/>
          <w:jc w:val="center"/>
        </w:trPr>
        <w:tc>
          <w:tcPr>
            <w:tcW w:w="5953"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7BAED97" w14:textId="77777777" w:rsidR="004713CD" w:rsidRDefault="00000000">
            <w:pPr>
              <w:pStyle w:val="TableText"/>
            </w:pPr>
            <w:r>
              <w:rPr>
                <w:b/>
                <w:color w:val="FFFFFF"/>
              </w:rPr>
              <w:t>Controllo di completezza art. 236, c. 4</w:t>
            </w:r>
          </w:p>
        </w:tc>
        <w:tc>
          <w:tcPr>
            <w:tcW w:w="368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9399319" w14:textId="77777777" w:rsidR="004713CD" w:rsidRDefault="00000000">
            <w:pPr>
              <w:pStyle w:val="TableText"/>
            </w:pPr>
            <w:r>
              <w:rPr>
                <w:b/>
                <w:color w:val="FFFFFF"/>
              </w:rPr>
              <w:t>Rinvio / evidenza</w:t>
            </w:r>
          </w:p>
        </w:tc>
      </w:tr>
      <w:tr w:rsidR="004713CD" w14:paraId="2CFBC611" w14:textId="77777777">
        <w:trPr>
          <w:cantSplit/>
          <w:jc w:val="center"/>
        </w:trPr>
        <w:tc>
          <w:tcPr>
            <w:tcW w:w="595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AE9E81" w14:textId="77777777" w:rsidR="004713CD" w:rsidRDefault="00000000">
            <w:pPr>
              <w:pStyle w:val="TableText"/>
            </w:pPr>
            <w:r>
              <w:t>a — Attività e motivi di uso</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903AC74" w14:textId="77777777" w:rsidR="004713CD" w:rsidRDefault="00000000">
            <w:pPr>
              <w:pStyle w:val="TableText"/>
            </w:pPr>
            <w:r>
              <w:t>[___]</w:t>
            </w:r>
          </w:p>
        </w:tc>
      </w:tr>
      <w:tr w:rsidR="004713CD" w14:paraId="32BFD1A0" w14:textId="77777777">
        <w:trPr>
          <w:cantSplit/>
          <w:jc w:val="center"/>
        </w:trPr>
        <w:tc>
          <w:tcPr>
            <w:tcW w:w="595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1EA518B" w14:textId="77777777" w:rsidR="004713CD" w:rsidRDefault="00000000">
            <w:pPr>
              <w:pStyle w:val="TableText"/>
            </w:pPr>
            <w:r>
              <w:t>b — Quantitativi, impurità e sottoprodotti</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5471365" w14:textId="77777777" w:rsidR="004713CD" w:rsidRDefault="00000000">
            <w:pPr>
              <w:pStyle w:val="TableText"/>
            </w:pPr>
            <w:r>
              <w:t>[___]</w:t>
            </w:r>
          </w:p>
        </w:tc>
      </w:tr>
      <w:tr w:rsidR="004713CD" w14:paraId="12880CCC" w14:textId="77777777">
        <w:trPr>
          <w:cantSplit/>
          <w:jc w:val="center"/>
        </w:trPr>
        <w:tc>
          <w:tcPr>
            <w:tcW w:w="595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3D9A8FE" w14:textId="77777777" w:rsidR="004713CD" w:rsidRDefault="00000000">
            <w:pPr>
              <w:pStyle w:val="TableText"/>
            </w:pPr>
            <w:r>
              <w:t>c — Numero esposti / potenzialmente esposti</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034BEC9" w14:textId="77777777" w:rsidR="004713CD" w:rsidRDefault="00000000">
            <w:pPr>
              <w:pStyle w:val="TableText"/>
            </w:pPr>
            <w:r>
              <w:t>[___]</w:t>
            </w:r>
          </w:p>
        </w:tc>
      </w:tr>
      <w:tr w:rsidR="004713CD" w14:paraId="36B75B9D" w14:textId="77777777">
        <w:trPr>
          <w:cantSplit/>
          <w:jc w:val="center"/>
        </w:trPr>
        <w:tc>
          <w:tcPr>
            <w:tcW w:w="595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85FB78B" w14:textId="77777777" w:rsidR="004713CD" w:rsidRDefault="00000000">
            <w:pPr>
              <w:pStyle w:val="TableText"/>
            </w:pPr>
            <w:r>
              <w:t>d — Esposizione nota e grado</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B110345" w14:textId="77777777" w:rsidR="004713CD" w:rsidRDefault="00000000">
            <w:pPr>
              <w:pStyle w:val="TableText"/>
            </w:pPr>
            <w:r>
              <w:t>[___]</w:t>
            </w:r>
          </w:p>
        </w:tc>
      </w:tr>
      <w:tr w:rsidR="004713CD" w14:paraId="1F8D4876" w14:textId="77777777">
        <w:trPr>
          <w:cantSplit/>
          <w:jc w:val="center"/>
        </w:trPr>
        <w:tc>
          <w:tcPr>
            <w:tcW w:w="595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3425EF1" w14:textId="77777777" w:rsidR="004713CD" w:rsidRDefault="00000000">
            <w:pPr>
              <w:pStyle w:val="TableText"/>
            </w:pPr>
            <w:r>
              <w:t>e — Misure e DPI</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4411347" w14:textId="77777777" w:rsidR="004713CD" w:rsidRDefault="00000000">
            <w:pPr>
              <w:pStyle w:val="TableText"/>
            </w:pPr>
            <w:r>
              <w:t>[___]</w:t>
            </w:r>
          </w:p>
        </w:tc>
      </w:tr>
      <w:tr w:rsidR="004713CD" w14:paraId="1BFEF687" w14:textId="77777777">
        <w:trPr>
          <w:cantSplit/>
          <w:jc w:val="center"/>
        </w:trPr>
        <w:tc>
          <w:tcPr>
            <w:tcW w:w="595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A219D27" w14:textId="77777777" w:rsidR="004713CD" w:rsidRDefault="00000000">
            <w:pPr>
              <w:pStyle w:val="TableText"/>
            </w:pPr>
            <w:r>
              <w:t>f — Indagini di sostituzione / sostituti</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696A32E" w14:textId="77777777" w:rsidR="004713CD" w:rsidRDefault="00000000">
            <w:pPr>
              <w:pStyle w:val="TableText"/>
            </w:pPr>
            <w:r>
              <w:t>[___]</w:t>
            </w:r>
          </w:p>
        </w:tc>
      </w:tr>
    </w:tbl>
    <w:p w14:paraId="1F445237" w14:textId="77777777" w:rsidR="004713CD" w:rsidRDefault="004713CD">
      <w:pPr>
        <w:pStyle w:val="Small"/>
        <w:spacing w:after="20"/>
      </w:pPr>
    </w:p>
    <w:p w14:paraId="1B12D229" w14:textId="77777777" w:rsidR="004713CD" w:rsidRDefault="00000000">
      <w:pPr>
        <w:pStyle w:val="FieldText"/>
      </w:pPr>
      <w:r>
        <w:t>Decisione: NON AUTORIZZATO / SOSPESO / AUTORIZZATO CON CONDIZIONI.</w:t>
      </w:r>
      <w:r>
        <w:br/>
        <w:t>Condizioni e istruzione A08 ______; responsabile ______; revisione entro/evento ______.</w:t>
      </w:r>
      <w:r>
        <w:br/>
        <w:t>Sorveglianza e registro: [presupposti/esito e rinvii; non automatismi] __________________________</w:t>
      </w:r>
    </w:p>
    <w:p w14:paraId="3C1541FE" w14:textId="77777777" w:rsidR="004713CD" w:rsidRDefault="00000000">
      <w:pPr>
        <w:pStyle w:val="FieldText"/>
      </w:pPr>
      <w:r>
        <w:t>DL / soggetto competente per l’attuazione __________  Data __________  Firma __________</w:t>
      </w:r>
    </w:p>
    <w:p w14:paraId="1691719C" w14:textId="77777777" w:rsidR="004713CD" w:rsidRDefault="00000000">
      <w:r>
        <w:br w:type="page"/>
      </w:r>
    </w:p>
    <w:p w14:paraId="64C03A52" w14:textId="77777777" w:rsidR="004713CD" w:rsidRDefault="00000000">
      <w:pPr>
        <w:pStyle w:val="Kicker"/>
      </w:pPr>
      <w:r>
        <w:rPr>
          <w:b w:val="0"/>
        </w:rPr>
        <w:t>ALLEGATI OPERATIVI  /  MODULISTICA EDITABILE</w:t>
      </w:r>
    </w:p>
    <w:p w14:paraId="3D8A5506" w14:textId="77777777" w:rsidR="004713CD" w:rsidRDefault="00000000">
      <w:pPr>
        <w:pStyle w:val="Titolo1"/>
      </w:pPr>
      <w:bookmarkStart w:id="29" w:name="A06"/>
      <w:r>
        <w:rPr>
          <w:b w:val="0"/>
        </w:rPr>
        <w:t>A06 · Indagine di sostituzione e decisione motivata</w:t>
      </w:r>
      <w:bookmarkEnd w:id="29"/>
    </w:p>
    <w:p w14:paraId="7EEC9CF8" w14:textId="77777777" w:rsidR="004713CD" w:rsidRDefault="00000000">
      <w:pPr>
        <w:pStyle w:val="Small"/>
      </w:pPr>
      <w:r>
        <w:t>PR-RIP-01 • Modulo A06 • Revisione ___ • Azienda/sito __________________ • Data __________</w:t>
      </w:r>
    </w:p>
    <w:p w14:paraId="564ED579" w14:textId="77777777" w:rsidR="004713CD" w:rsidRDefault="00000000">
      <w:pPr>
        <w:pStyle w:val="Small"/>
      </w:pPr>
      <w:r>
        <w:t>ID agente/scenario ______. Comparare l’eliminazione dell’uso, il cambio di processo e i prodotti alternativi. Il solo costo non documenta l’impossibilità tecnica.</w:t>
      </w:r>
    </w:p>
    <w:tbl>
      <w:tblPr>
        <w:tblW w:w="9638" w:type="dxa"/>
        <w:jc w:val="center"/>
        <w:tblLayout w:type="fixed"/>
        <w:tblLook w:val="04A0" w:firstRow="1" w:lastRow="0" w:firstColumn="1" w:lastColumn="0" w:noHBand="0" w:noVBand="1"/>
      </w:tblPr>
      <w:tblGrid>
        <w:gridCol w:w="2438"/>
        <w:gridCol w:w="7200"/>
      </w:tblGrid>
      <w:tr w:rsidR="004713CD" w14:paraId="297F58DB"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96054B5"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F9E5DBF" w14:textId="77777777" w:rsidR="004713CD" w:rsidRDefault="00000000">
            <w:pPr>
              <w:pStyle w:val="TableText"/>
            </w:pPr>
            <w:r>
              <w:rPr>
                <w:b/>
                <w:color w:val="FFFFFF"/>
                <w:sz w:val="19"/>
              </w:rPr>
              <w:t>Compilazione / evidenza richiesta</w:t>
            </w:r>
          </w:p>
        </w:tc>
      </w:tr>
      <w:tr w:rsidR="004713CD" w14:paraId="3181DDD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58095C3" w14:textId="77777777" w:rsidR="004713CD" w:rsidRDefault="00000000">
            <w:pPr>
              <w:pStyle w:val="TableText"/>
            </w:pPr>
            <w:r>
              <w:rPr>
                <w:sz w:val="19"/>
              </w:rPr>
              <w:t>Funzione da ottenere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FE2945" w14:textId="77777777" w:rsidR="004713CD" w:rsidRDefault="00000000">
            <w:pPr>
              <w:pStyle w:val="TableText"/>
            </w:pPr>
            <w:r>
              <w:rPr>
                <w:sz w:val="19"/>
              </w:rPr>
              <w:t>[prestazioni realmente necessarie, vincoli di qualità e processo]</w:t>
            </w:r>
          </w:p>
        </w:tc>
      </w:tr>
      <w:tr w:rsidR="004713CD" w14:paraId="3BCBCDA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E2917B0" w14:textId="77777777" w:rsidR="004713CD" w:rsidRDefault="00000000">
            <w:pPr>
              <w:pStyle w:val="TableText"/>
            </w:pPr>
            <w:r>
              <w:rPr>
                <w:sz w:val="19"/>
              </w:rPr>
              <w:t>Soluzione attuale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97EAD50" w14:textId="77777777" w:rsidR="004713CD" w:rsidRDefault="00000000">
            <w:pPr>
              <w:pStyle w:val="TableText"/>
            </w:pPr>
            <w:r>
              <w:rPr>
                <w:sz w:val="19"/>
              </w:rPr>
              <w:t>[agente, quantità, pericoli, esposizioni e controlli]</w:t>
            </w:r>
          </w:p>
        </w:tc>
      </w:tr>
    </w:tbl>
    <w:p w14:paraId="149D2F40"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3628"/>
        <w:gridCol w:w="3005"/>
        <w:gridCol w:w="3005"/>
      </w:tblGrid>
      <w:tr w:rsidR="004713CD" w14:paraId="4AB61396" w14:textId="77777777">
        <w:trPr>
          <w:cantSplit/>
          <w:tblHeader/>
          <w:jc w:val="center"/>
        </w:trPr>
        <w:tc>
          <w:tcPr>
            <w:tcW w:w="362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D2A6AD6" w14:textId="77777777" w:rsidR="004713CD" w:rsidRDefault="00000000">
            <w:pPr>
              <w:pStyle w:val="TableText"/>
            </w:pPr>
            <w:r>
              <w:rPr>
                <w:b/>
                <w:color w:val="FFFFFF"/>
              </w:rPr>
              <w:t>Criterio</w:t>
            </w:r>
          </w:p>
        </w:tc>
        <w:tc>
          <w:tcPr>
            <w:tcW w:w="300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F51839D" w14:textId="77777777" w:rsidR="004713CD" w:rsidRDefault="00000000">
            <w:pPr>
              <w:pStyle w:val="TableText"/>
            </w:pPr>
            <w:r>
              <w:rPr>
                <w:b/>
                <w:color w:val="FFFFFF"/>
              </w:rPr>
              <w:t>Alternativa 1</w:t>
            </w:r>
          </w:p>
        </w:tc>
        <w:tc>
          <w:tcPr>
            <w:tcW w:w="300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532D8DB" w14:textId="77777777" w:rsidR="004713CD" w:rsidRDefault="00000000">
            <w:pPr>
              <w:pStyle w:val="TableText"/>
            </w:pPr>
            <w:r>
              <w:rPr>
                <w:b/>
                <w:color w:val="FFFFFF"/>
              </w:rPr>
              <w:t>Alternativa 2</w:t>
            </w:r>
          </w:p>
        </w:tc>
      </w:tr>
      <w:tr w:rsidR="004713CD" w14:paraId="2073BC31" w14:textId="77777777">
        <w:trPr>
          <w:cantSplit/>
          <w:jc w:val="center"/>
        </w:trPr>
        <w:tc>
          <w:tcPr>
            <w:tcW w:w="36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61A4D04" w14:textId="77777777" w:rsidR="004713CD" w:rsidRDefault="00000000">
            <w:pPr>
              <w:pStyle w:val="TableText"/>
            </w:pPr>
            <w:r>
              <w:t>Identità / processo</w:t>
            </w:r>
          </w:p>
        </w:tc>
        <w:tc>
          <w:tcPr>
            <w:tcW w:w="300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A095F07" w14:textId="77777777" w:rsidR="004713CD" w:rsidRDefault="00000000">
            <w:pPr>
              <w:pStyle w:val="TableText"/>
            </w:pPr>
            <w:r>
              <w:t>[___]</w:t>
            </w:r>
          </w:p>
        </w:tc>
        <w:tc>
          <w:tcPr>
            <w:tcW w:w="300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48F81CF" w14:textId="77777777" w:rsidR="004713CD" w:rsidRDefault="00000000">
            <w:pPr>
              <w:pStyle w:val="TableText"/>
            </w:pPr>
            <w:r>
              <w:t>[___]</w:t>
            </w:r>
          </w:p>
        </w:tc>
      </w:tr>
      <w:tr w:rsidR="004713CD" w14:paraId="32FA879A" w14:textId="77777777">
        <w:trPr>
          <w:cantSplit/>
          <w:jc w:val="center"/>
        </w:trPr>
        <w:tc>
          <w:tcPr>
            <w:tcW w:w="362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3075D0D" w14:textId="77777777" w:rsidR="004713CD" w:rsidRDefault="00000000">
            <w:pPr>
              <w:pStyle w:val="TableText"/>
            </w:pPr>
            <w:r>
              <w:t>Eliminazione del pericolo o minore pericolosità</w:t>
            </w:r>
          </w:p>
        </w:tc>
        <w:tc>
          <w:tcPr>
            <w:tcW w:w="300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C896682" w14:textId="77777777" w:rsidR="004713CD" w:rsidRDefault="00000000">
            <w:pPr>
              <w:pStyle w:val="TableText"/>
            </w:pPr>
            <w:r>
              <w:t>[dati e fonte]</w:t>
            </w:r>
          </w:p>
        </w:tc>
        <w:tc>
          <w:tcPr>
            <w:tcW w:w="300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E2E5833" w14:textId="77777777" w:rsidR="004713CD" w:rsidRDefault="00000000">
            <w:pPr>
              <w:pStyle w:val="TableText"/>
            </w:pPr>
            <w:r>
              <w:t>[dati e fonte]</w:t>
            </w:r>
          </w:p>
        </w:tc>
      </w:tr>
      <w:tr w:rsidR="004713CD" w14:paraId="43B04275" w14:textId="77777777">
        <w:trPr>
          <w:cantSplit/>
          <w:jc w:val="center"/>
        </w:trPr>
        <w:tc>
          <w:tcPr>
            <w:tcW w:w="36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030E813" w14:textId="77777777" w:rsidR="004713CD" w:rsidRDefault="00000000">
            <w:pPr>
              <w:pStyle w:val="TableText"/>
            </w:pPr>
            <w:r>
              <w:t>Nuovi pericoli / incognite</w:t>
            </w:r>
          </w:p>
        </w:tc>
        <w:tc>
          <w:tcPr>
            <w:tcW w:w="300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F440587" w14:textId="77777777" w:rsidR="004713CD" w:rsidRDefault="00000000">
            <w:pPr>
              <w:pStyle w:val="TableText"/>
            </w:pPr>
            <w:r>
              <w:t>[chimici, fisici, incendio, ergonomici]</w:t>
            </w:r>
          </w:p>
        </w:tc>
        <w:tc>
          <w:tcPr>
            <w:tcW w:w="300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F950A12" w14:textId="77777777" w:rsidR="004713CD" w:rsidRDefault="00000000">
            <w:pPr>
              <w:pStyle w:val="TableText"/>
            </w:pPr>
            <w:r>
              <w:t>[___]</w:t>
            </w:r>
          </w:p>
        </w:tc>
      </w:tr>
      <w:tr w:rsidR="004713CD" w14:paraId="4E20FA0F" w14:textId="77777777">
        <w:trPr>
          <w:cantSplit/>
          <w:jc w:val="center"/>
        </w:trPr>
        <w:tc>
          <w:tcPr>
            <w:tcW w:w="362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BF26E53" w14:textId="77777777" w:rsidR="004713CD" w:rsidRDefault="00000000">
            <w:pPr>
              <w:pStyle w:val="TableText"/>
            </w:pPr>
            <w:r>
              <w:t>Prestazioni tecniche</w:t>
            </w:r>
          </w:p>
        </w:tc>
        <w:tc>
          <w:tcPr>
            <w:tcW w:w="300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E7F4E99" w14:textId="77777777" w:rsidR="004713CD" w:rsidRDefault="00000000">
            <w:pPr>
              <w:pStyle w:val="TableText"/>
            </w:pPr>
            <w:r>
              <w:t>[prova e risultato]</w:t>
            </w:r>
          </w:p>
        </w:tc>
        <w:tc>
          <w:tcPr>
            <w:tcW w:w="300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4F74BB9" w14:textId="77777777" w:rsidR="004713CD" w:rsidRDefault="00000000">
            <w:pPr>
              <w:pStyle w:val="TableText"/>
            </w:pPr>
            <w:r>
              <w:t>[prova e risultato]</w:t>
            </w:r>
          </w:p>
        </w:tc>
      </w:tr>
      <w:tr w:rsidR="004713CD" w14:paraId="5BF02DBD" w14:textId="77777777">
        <w:trPr>
          <w:cantSplit/>
          <w:jc w:val="center"/>
        </w:trPr>
        <w:tc>
          <w:tcPr>
            <w:tcW w:w="36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25E30B" w14:textId="77777777" w:rsidR="004713CD" w:rsidRDefault="00000000">
            <w:pPr>
              <w:pStyle w:val="TableText"/>
            </w:pPr>
            <w:r>
              <w:t>Esposizione nelle condizioni reali</w:t>
            </w:r>
          </w:p>
        </w:tc>
        <w:tc>
          <w:tcPr>
            <w:tcW w:w="300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8415C7" w14:textId="77777777" w:rsidR="004713CD" w:rsidRDefault="00000000">
            <w:pPr>
              <w:pStyle w:val="TableText"/>
            </w:pPr>
            <w:r>
              <w:t>[emissioni, vie, quantità]</w:t>
            </w:r>
          </w:p>
        </w:tc>
        <w:tc>
          <w:tcPr>
            <w:tcW w:w="300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446C02" w14:textId="77777777" w:rsidR="004713CD" w:rsidRDefault="00000000">
            <w:pPr>
              <w:pStyle w:val="TableText"/>
            </w:pPr>
            <w:r>
              <w:t>[___]</w:t>
            </w:r>
          </w:p>
        </w:tc>
      </w:tr>
      <w:tr w:rsidR="004713CD" w14:paraId="0DBB6DF2" w14:textId="77777777">
        <w:trPr>
          <w:cantSplit/>
          <w:jc w:val="center"/>
        </w:trPr>
        <w:tc>
          <w:tcPr>
            <w:tcW w:w="362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817A187" w14:textId="77777777" w:rsidR="004713CD" w:rsidRDefault="00000000">
            <w:pPr>
              <w:pStyle w:val="TableText"/>
            </w:pPr>
            <w:r>
              <w:t>Impianti e tempi necessari</w:t>
            </w:r>
          </w:p>
        </w:tc>
        <w:tc>
          <w:tcPr>
            <w:tcW w:w="300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D9C6F31" w14:textId="77777777" w:rsidR="004713CD" w:rsidRDefault="00000000">
            <w:pPr>
              <w:pStyle w:val="TableText"/>
            </w:pPr>
            <w:r>
              <w:t>[modifiche e fattibilità]</w:t>
            </w:r>
          </w:p>
        </w:tc>
        <w:tc>
          <w:tcPr>
            <w:tcW w:w="300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56278A6" w14:textId="77777777" w:rsidR="004713CD" w:rsidRDefault="00000000">
            <w:pPr>
              <w:pStyle w:val="TableText"/>
            </w:pPr>
            <w:r>
              <w:t>[___]</w:t>
            </w:r>
          </w:p>
        </w:tc>
      </w:tr>
      <w:tr w:rsidR="004713CD" w14:paraId="1E875FCE" w14:textId="77777777">
        <w:trPr>
          <w:cantSplit/>
          <w:jc w:val="center"/>
        </w:trPr>
        <w:tc>
          <w:tcPr>
            <w:tcW w:w="362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A759722" w14:textId="77777777" w:rsidR="004713CD" w:rsidRDefault="00000000">
            <w:pPr>
              <w:pStyle w:val="TableText"/>
            </w:pPr>
            <w:r>
              <w:t>Restrizioni / disponibilità</w:t>
            </w:r>
          </w:p>
        </w:tc>
        <w:tc>
          <w:tcPr>
            <w:tcW w:w="300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C33D25C" w14:textId="77777777" w:rsidR="004713CD" w:rsidRDefault="00000000">
            <w:pPr>
              <w:pStyle w:val="TableText"/>
            </w:pPr>
            <w:r>
              <w:t>[vincoli verificati]</w:t>
            </w:r>
          </w:p>
        </w:tc>
        <w:tc>
          <w:tcPr>
            <w:tcW w:w="300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B19F98D" w14:textId="77777777" w:rsidR="004713CD" w:rsidRDefault="00000000">
            <w:pPr>
              <w:pStyle w:val="TableText"/>
            </w:pPr>
            <w:r>
              <w:t>[___]</w:t>
            </w:r>
          </w:p>
        </w:tc>
      </w:tr>
      <w:tr w:rsidR="004713CD" w14:paraId="76A6ACAF" w14:textId="77777777">
        <w:trPr>
          <w:cantSplit/>
          <w:jc w:val="center"/>
        </w:trPr>
        <w:tc>
          <w:tcPr>
            <w:tcW w:w="362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A73238C" w14:textId="77777777" w:rsidR="004713CD" w:rsidRDefault="00000000">
            <w:pPr>
              <w:pStyle w:val="TableText"/>
            </w:pPr>
            <w:r>
              <w:t>Esito complessivo motivato</w:t>
            </w:r>
          </w:p>
        </w:tc>
        <w:tc>
          <w:tcPr>
            <w:tcW w:w="300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E27972A" w14:textId="77777777" w:rsidR="004713CD" w:rsidRDefault="00000000">
            <w:pPr>
              <w:pStyle w:val="TableText"/>
            </w:pPr>
            <w:r>
              <w:t>[adottabile/non adottabile/da provare]</w:t>
            </w:r>
          </w:p>
        </w:tc>
        <w:tc>
          <w:tcPr>
            <w:tcW w:w="300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FDEEFEA" w14:textId="77777777" w:rsidR="004713CD" w:rsidRDefault="00000000">
            <w:pPr>
              <w:pStyle w:val="TableText"/>
            </w:pPr>
            <w:r>
              <w:t>[___]</w:t>
            </w:r>
          </w:p>
        </w:tc>
      </w:tr>
    </w:tbl>
    <w:p w14:paraId="733BBD1E"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14E03E1F"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5D3185D"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E5A9A5A" w14:textId="77777777" w:rsidR="004713CD" w:rsidRDefault="00000000">
            <w:pPr>
              <w:pStyle w:val="TableText"/>
            </w:pPr>
            <w:r>
              <w:rPr>
                <w:b/>
                <w:color w:val="FFFFFF"/>
                <w:sz w:val="19"/>
              </w:rPr>
              <w:t>Compilazione / evidenza richiesta</w:t>
            </w:r>
          </w:p>
        </w:tc>
      </w:tr>
      <w:tr w:rsidR="004713CD" w14:paraId="61B5223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9BBF36A" w14:textId="77777777" w:rsidR="004713CD" w:rsidRDefault="00000000">
            <w:pPr>
              <w:pStyle w:val="TableText"/>
            </w:pPr>
            <w:r>
              <w:rPr>
                <w:sz w:val="19"/>
              </w:rPr>
              <w:t>Prove eseguite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A7626A4" w14:textId="77777777" w:rsidR="004713CD" w:rsidRDefault="00000000">
            <w:pPr>
              <w:pStyle w:val="TableText"/>
            </w:pPr>
            <w:r>
              <w:rPr>
                <w:sz w:val="19"/>
              </w:rPr>
              <w:t>[data, protocollo, chi ha verificato e documenti allegati]</w:t>
            </w:r>
          </w:p>
        </w:tc>
      </w:tr>
      <w:tr w:rsidR="004713CD" w14:paraId="7E2AB8A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CEF74FE" w14:textId="77777777" w:rsidR="004713CD" w:rsidRDefault="00000000">
            <w:pPr>
              <w:pStyle w:val="TableText"/>
            </w:pPr>
            <w:r>
              <w:rPr>
                <w:sz w:val="19"/>
              </w:rPr>
              <w:t>Decisione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96837A0" w14:textId="77777777" w:rsidR="004713CD" w:rsidRDefault="00000000">
            <w:pPr>
              <w:pStyle w:val="TableText"/>
            </w:pPr>
            <w:r>
              <w:rPr>
                <w:sz w:val="19"/>
              </w:rPr>
              <w:t>[eliminare/sostituire/modificare processo/non tecnicamente possibile al momento; motivazione specifica]</w:t>
            </w:r>
          </w:p>
        </w:tc>
      </w:tr>
      <w:tr w:rsidR="004713CD" w14:paraId="1173E20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7FA11F1" w14:textId="77777777" w:rsidR="004713CD" w:rsidRDefault="00000000">
            <w:pPr>
              <w:pStyle w:val="TableText"/>
            </w:pPr>
            <w:r>
              <w:rPr>
                <w:sz w:val="19"/>
              </w:rPr>
              <w:t>Se non sostituibile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8F2463" w14:textId="77777777" w:rsidR="004713CD" w:rsidRDefault="00000000">
            <w:pPr>
              <w:pStyle w:val="TableText"/>
            </w:pPr>
            <w:r>
              <w:rPr>
                <w:sz w:val="19"/>
              </w:rPr>
              <w:t>[verifica del sistema chiuso; misure residue; ragioni di eventuale impossibilità tecnica]</w:t>
            </w:r>
          </w:p>
        </w:tc>
      </w:tr>
      <w:tr w:rsidR="004713CD" w14:paraId="5A55405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5B1F364" w14:textId="77777777" w:rsidR="004713CD" w:rsidRDefault="00000000">
            <w:pPr>
              <w:pStyle w:val="TableText"/>
            </w:pPr>
            <w:r>
              <w:rPr>
                <w:sz w:val="19"/>
              </w:rPr>
              <w:t>Attuazione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6D3118E" w14:textId="77777777" w:rsidR="004713CD" w:rsidRDefault="00000000">
            <w:pPr>
              <w:pStyle w:val="TableText"/>
            </w:pPr>
            <w:r>
              <w:rPr>
                <w:sz w:val="19"/>
              </w:rPr>
              <w:t>[responsabile, risorse, data, aggiornamento DVR/istruzioni/formazione]</w:t>
            </w:r>
          </w:p>
        </w:tc>
      </w:tr>
      <w:tr w:rsidR="004713CD" w14:paraId="12E9059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3921596" w14:textId="77777777" w:rsidR="004713CD" w:rsidRDefault="00000000">
            <w:pPr>
              <w:pStyle w:val="TableText"/>
            </w:pPr>
            <w:r>
              <w:rPr>
                <w:sz w:val="19"/>
              </w:rPr>
              <w:t>Riesame della scelta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652D602" w14:textId="77777777" w:rsidR="004713CD" w:rsidRDefault="00000000">
            <w:pPr>
              <w:pStyle w:val="TableText"/>
            </w:pPr>
            <w:r>
              <w:rPr>
                <w:sz w:val="19"/>
              </w:rPr>
              <w:t>[evento o data; nuove alternative da ricercare; responsabile]</w:t>
            </w:r>
          </w:p>
        </w:tc>
      </w:tr>
    </w:tbl>
    <w:p w14:paraId="10890751" w14:textId="77777777" w:rsidR="004713CD" w:rsidRDefault="004713CD">
      <w:pPr>
        <w:pStyle w:val="Small"/>
        <w:spacing w:after="20"/>
      </w:pPr>
    </w:p>
    <w:p w14:paraId="73EA7980" w14:textId="77777777" w:rsidR="004713CD" w:rsidRDefault="00000000">
      <w:pPr>
        <w:pStyle w:val="FieldText"/>
      </w:pPr>
      <w:r>
        <w:t>Valutatore __________  Responsabile tecnico __________  Approvazione DL __________</w:t>
      </w:r>
    </w:p>
    <w:p w14:paraId="054423DB" w14:textId="77777777" w:rsidR="004713CD" w:rsidRDefault="00000000">
      <w:r>
        <w:br w:type="page"/>
      </w:r>
    </w:p>
    <w:p w14:paraId="222041E2" w14:textId="77777777" w:rsidR="004713CD" w:rsidRDefault="00000000">
      <w:pPr>
        <w:pStyle w:val="Kicker"/>
      </w:pPr>
      <w:r>
        <w:rPr>
          <w:b w:val="0"/>
        </w:rPr>
        <w:t>ALLEGATI OPERATIVI  /  MODULISTICA EDITABILE</w:t>
      </w:r>
    </w:p>
    <w:p w14:paraId="4A8C2CDB" w14:textId="77777777" w:rsidR="004713CD" w:rsidRDefault="00000000">
      <w:pPr>
        <w:pStyle w:val="Titolo1"/>
      </w:pPr>
      <w:bookmarkStart w:id="30" w:name="A07"/>
      <w:r>
        <w:rPr>
          <w:b w:val="0"/>
        </w:rPr>
        <w:t>A07 · Piano delle misure e delle azioni correttive</w:t>
      </w:r>
      <w:bookmarkEnd w:id="30"/>
    </w:p>
    <w:p w14:paraId="7EA19869" w14:textId="77777777" w:rsidR="004713CD" w:rsidRDefault="00000000">
      <w:pPr>
        <w:pStyle w:val="Small"/>
      </w:pPr>
      <w:r>
        <w:t>PR-RIP-01 • Modulo A07 • Revisione ___ • Azienda/sito __________________ • Data __________</w:t>
      </w:r>
    </w:p>
    <w:p w14:paraId="1860DF98" w14:textId="77777777" w:rsidR="004713CD" w:rsidRDefault="00000000">
      <w:pPr>
        <w:pStyle w:val="Small"/>
      </w:pPr>
      <w:r>
        <w:t>Una scheda per azione; aggregare le schede in uno scadenzario aziendale. Priorità gestionali, non classi di rischio riproduttivo.</w:t>
      </w:r>
    </w:p>
    <w:tbl>
      <w:tblPr>
        <w:tblW w:w="9638" w:type="dxa"/>
        <w:jc w:val="center"/>
        <w:tblLayout w:type="fixed"/>
        <w:tblLook w:val="04A0" w:firstRow="1" w:lastRow="0" w:firstColumn="1" w:lastColumn="0" w:noHBand="0" w:noVBand="1"/>
      </w:tblPr>
      <w:tblGrid>
        <w:gridCol w:w="2041"/>
        <w:gridCol w:w="4422"/>
        <w:gridCol w:w="3175"/>
      </w:tblGrid>
      <w:tr w:rsidR="004713CD" w14:paraId="73FB318D" w14:textId="77777777">
        <w:trPr>
          <w:cantSplit/>
          <w:tblHeader/>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76E8FFA" w14:textId="77777777" w:rsidR="004713CD" w:rsidRDefault="00000000">
            <w:pPr>
              <w:pStyle w:val="TableText"/>
            </w:pPr>
            <w:r>
              <w:rPr>
                <w:b/>
                <w:color w:val="FFFFFF"/>
                <w:sz w:val="19"/>
              </w:rPr>
              <w:t>Priorità interna</w:t>
            </w:r>
          </w:p>
        </w:tc>
        <w:tc>
          <w:tcPr>
            <w:tcW w:w="442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79647C8" w14:textId="77777777" w:rsidR="004713CD" w:rsidRDefault="00000000">
            <w:pPr>
              <w:pStyle w:val="TableText"/>
            </w:pPr>
            <w:r>
              <w:rPr>
                <w:b/>
                <w:color w:val="FFFFFF"/>
                <w:sz w:val="19"/>
              </w:rPr>
              <w:t>Criterio</w:t>
            </w:r>
          </w:p>
        </w:tc>
        <w:tc>
          <w:tcPr>
            <w:tcW w:w="317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B4C94F3" w14:textId="77777777" w:rsidR="004713CD" w:rsidRDefault="00000000">
            <w:pPr>
              <w:pStyle w:val="TableText"/>
            </w:pPr>
            <w:r>
              <w:rPr>
                <w:b/>
                <w:color w:val="FFFFFF"/>
                <w:sz w:val="19"/>
              </w:rPr>
              <w:t>Regola</w:t>
            </w:r>
          </w:p>
        </w:tc>
      </w:tr>
      <w:tr w:rsidR="004713CD" w14:paraId="7301A622"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6A8D10F" w14:textId="77777777" w:rsidR="004713CD" w:rsidRDefault="00000000">
            <w:pPr>
              <w:pStyle w:val="TableText"/>
            </w:pPr>
            <w:r>
              <w:rPr>
                <w:sz w:val="19"/>
              </w:rPr>
              <w:t>CRITICA</w:t>
            </w:r>
          </w:p>
        </w:tc>
        <w:tc>
          <w:tcPr>
            <w:tcW w:w="442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568D00B" w14:textId="77777777" w:rsidR="004713CD" w:rsidRDefault="00000000">
            <w:pPr>
              <w:pStyle w:val="TableText"/>
            </w:pPr>
            <w:r>
              <w:rPr>
                <w:sz w:val="19"/>
              </w:rPr>
              <w:t>Carenza che impedisce di lavorare nelle condizioni di protezione necessarie.</w:t>
            </w:r>
          </w:p>
        </w:tc>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101F42F" w14:textId="77777777" w:rsidR="004713CD" w:rsidRDefault="00000000">
            <w:pPr>
              <w:pStyle w:val="TableText"/>
            </w:pPr>
            <w:r>
              <w:rPr>
                <w:sz w:val="19"/>
              </w:rPr>
              <w:t>Stop/non avvio; rimozione prima della ripresa.</w:t>
            </w:r>
          </w:p>
        </w:tc>
      </w:tr>
      <w:tr w:rsidR="004713CD" w14:paraId="2F860FBD"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14F5852" w14:textId="77777777" w:rsidR="004713CD" w:rsidRDefault="00000000">
            <w:pPr>
              <w:pStyle w:val="TableText"/>
            </w:pPr>
            <w:r>
              <w:rPr>
                <w:sz w:val="19"/>
              </w:rPr>
              <w:t>MAGGIORE</w:t>
            </w:r>
          </w:p>
        </w:tc>
        <w:tc>
          <w:tcPr>
            <w:tcW w:w="442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BFBFFE7" w14:textId="77777777" w:rsidR="004713CD" w:rsidRDefault="00000000">
            <w:pPr>
              <w:pStyle w:val="TableText"/>
            </w:pPr>
            <w:r>
              <w:rPr>
                <w:sz w:val="19"/>
              </w:rPr>
              <w:t>Deviazione significativa da correggere; condizioni transitorie comunque adeguate da motivare.</w:t>
            </w:r>
          </w:p>
        </w:tc>
        <w:tc>
          <w:tcPr>
            <w:tcW w:w="317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D953104" w14:textId="77777777" w:rsidR="004713CD" w:rsidRDefault="00000000">
            <w:pPr>
              <w:pStyle w:val="TableText"/>
            </w:pPr>
            <w:r>
              <w:rPr>
                <w:sz w:val="19"/>
              </w:rPr>
              <w:t>Responsabile e termine; controlli temporanei; escalation se inefficaci.</w:t>
            </w:r>
          </w:p>
        </w:tc>
      </w:tr>
      <w:tr w:rsidR="004713CD" w14:paraId="608BD1D1" w14:textId="77777777">
        <w:trPr>
          <w:cantSplit/>
          <w:jc w:val="center"/>
        </w:trPr>
        <w:tc>
          <w:tcPr>
            <w:tcW w:w="204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516A2B9" w14:textId="77777777" w:rsidR="004713CD" w:rsidRDefault="00000000">
            <w:pPr>
              <w:pStyle w:val="TableText"/>
            </w:pPr>
            <w:r>
              <w:rPr>
                <w:sz w:val="19"/>
              </w:rPr>
              <w:t>MINORE</w:t>
            </w:r>
          </w:p>
        </w:tc>
        <w:tc>
          <w:tcPr>
            <w:tcW w:w="442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06D5D9D" w14:textId="77777777" w:rsidR="004713CD" w:rsidRDefault="00000000">
            <w:pPr>
              <w:pStyle w:val="TableText"/>
            </w:pPr>
            <w:r>
              <w:rPr>
                <w:sz w:val="19"/>
              </w:rPr>
              <w:t>Carenza documentale/organizzativa senza perdita di una protezione necessaria.</w:t>
            </w:r>
          </w:p>
        </w:tc>
        <w:tc>
          <w:tcPr>
            <w:tcW w:w="317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EAD11AC" w14:textId="77777777" w:rsidR="004713CD" w:rsidRDefault="00000000">
            <w:pPr>
              <w:pStyle w:val="TableText"/>
            </w:pPr>
            <w:r>
              <w:rPr>
                <w:sz w:val="19"/>
              </w:rPr>
              <w:t>Termine e verifica; non minimizzare difetti tecnici reali.</w:t>
            </w:r>
          </w:p>
        </w:tc>
      </w:tr>
    </w:tbl>
    <w:p w14:paraId="6EFD3310"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5BA8AE79"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29CDB7C"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69CE276" w14:textId="77777777" w:rsidR="004713CD" w:rsidRDefault="00000000">
            <w:pPr>
              <w:pStyle w:val="TableText"/>
            </w:pPr>
            <w:r>
              <w:rPr>
                <w:b/>
                <w:color w:val="FFFFFF"/>
                <w:sz w:val="19"/>
              </w:rPr>
              <w:t>Compilazione / evidenza richiesta</w:t>
            </w:r>
          </w:p>
        </w:tc>
      </w:tr>
      <w:tr w:rsidR="004713CD" w14:paraId="3B02FD7B"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13A2E1F" w14:textId="77777777" w:rsidR="004713CD" w:rsidRDefault="00000000">
            <w:pPr>
              <w:pStyle w:val="TableText"/>
            </w:pPr>
            <w:r>
              <w:rPr>
                <w:sz w:val="19"/>
              </w:rPr>
              <w:t>ID azione / origine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008571E" w14:textId="77777777" w:rsidR="004713CD" w:rsidRDefault="00000000">
            <w:pPr>
              <w:pStyle w:val="TableText"/>
            </w:pPr>
            <w:r>
              <w:rPr>
                <w:sz w:val="19"/>
              </w:rPr>
              <w:t>[AZ-___; audit, incidente, A05, nuova SDS o controllo]</w:t>
            </w:r>
          </w:p>
        </w:tc>
      </w:tr>
      <w:tr w:rsidR="004713CD" w14:paraId="392F60BA"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CC31A84" w14:textId="77777777" w:rsidR="004713CD" w:rsidRDefault="00000000">
            <w:pPr>
              <w:pStyle w:val="TableText"/>
            </w:pPr>
            <w:r>
              <w:rPr>
                <w:sz w:val="19"/>
              </w:rPr>
              <w:t>Problema e causa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3DD3B0D" w14:textId="77777777" w:rsidR="004713CD" w:rsidRDefault="00000000">
            <w:pPr>
              <w:pStyle w:val="TableText"/>
            </w:pPr>
            <w:r>
              <w:rPr>
                <w:sz w:val="19"/>
              </w:rPr>
              <w:t>[descrizione verificabile; agente/scenario/impianto interessato]</w:t>
            </w:r>
          </w:p>
        </w:tc>
      </w:tr>
      <w:tr w:rsidR="004713CD" w14:paraId="162D49F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99E94D6" w14:textId="77777777" w:rsidR="004713CD" w:rsidRDefault="00000000">
            <w:pPr>
              <w:pStyle w:val="TableText"/>
            </w:pPr>
            <w:r>
              <w:rPr>
                <w:sz w:val="19"/>
              </w:rPr>
              <w:t>Priorità / motivazione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3C0CAB6" w14:textId="77777777" w:rsidR="004713CD" w:rsidRDefault="00000000">
            <w:pPr>
              <w:pStyle w:val="TableText"/>
            </w:pPr>
            <w:r>
              <w:rPr>
                <w:sz w:val="19"/>
              </w:rPr>
              <w:t>[critica/maggiore/minore; criterio applicato]</w:t>
            </w:r>
          </w:p>
        </w:tc>
      </w:tr>
      <w:tr w:rsidR="004713CD" w14:paraId="4BD925EB"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27C2648" w14:textId="77777777" w:rsidR="004713CD" w:rsidRDefault="00000000">
            <w:pPr>
              <w:pStyle w:val="TableText"/>
            </w:pPr>
            <w:r>
              <w:rPr>
                <w:sz w:val="19"/>
              </w:rPr>
              <w:t>Misura immediata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FD57AE9" w14:textId="77777777" w:rsidR="004713CD" w:rsidRDefault="00000000">
            <w:pPr>
              <w:pStyle w:val="TableText"/>
            </w:pPr>
            <w:r>
              <w:rPr>
                <w:sz w:val="19"/>
              </w:rPr>
              <w:t>[arresto, segregazione, sostituzione, altra misura; data e responsabile]</w:t>
            </w:r>
          </w:p>
        </w:tc>
      </w:tr>
      <w:tr w:rsidR="004713CD" w14:paraId="6A9815CA"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4908A13" w14:textId="77777777" w:rsidR="004713CD" w:rsidRDefault="00000000">
            <w:pPr>
              <w:pStyle w:val="TableText"/>
            </w:pPr>
            <w:r>
              <w:rPr>
                <w:sz w:val="19"/>
              </w:rPr>
              <w:t>Misura definitiva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80DF5B6" w14:textId="77777777" w:rsidR="004713CD" w:rsidRDefault="00000000">
            <w:pPr>
              <w:pStyle w:val="TableText"/>
            </w:pPr>
            <w:r>
              <w:rPr>
                <w:sz w:val="19"/>
              </w:rPr>
              <w:t>[obiettivo misurabile, modifica, acquisto, istruzione o formazione]</w:t>
            </w:r>
          </w:p>
        </w:tc>
      </w:tr>
      <w:tr w:rsidR="004713CD" w14:paraId="7F699A2B"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788DBF1" w14:textId="77777777" w:rsidR="004713CD" w:rsidRDefault="00000000">
            <w:pPr>
              <w:pStyle w:val="TableText"/>
            </w:pPr>
            <w:r>
              <w:rPr>
                <w:sz w:val="19"/>
              </w:rPr>
              <w:t>Responsabile e risorse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86AAC88" w14:textId="77777777" w:rsidR="004713CD" w:rsidRDefault="00000000">
            <w:pPr>
              <w:pStyle w:val="TableText"/>
            </w:pPr>
            <w:r>
              <w:rPr>
                <w:sz w:val="19"/>
              </w:rPr>
              <w:t>[nome, poteri, supporti, budget/approvazione]</w:t>
            </w:r>
          </w:p>
        </w:tc>
      </w:tr>
      <w:tr w:rsidR="004713CD" w14:paraId="67B038E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14C6FBD" w14:textId="77777777" w:rsidR="004713CD" w:rsidRDefault="00000000">
            <w:pPr>
              <w:pStyle w:val="TableText"/>
            </w:pPr>
            <w:r>
              <w:rPr>
                <w:sz w:val="19"/>
              </w:rPr>
              <w:t>Termine e condizioni transitorie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C6772E9" w14:textId="77777777" w:rsidR="004713CD" w:rsidRDefault="00000000">
            <w:pPr>
              <w:pStyle w:val="TableText"/>
            </w:pPr>
            <w:r>
              <w:rPr>
                <w:sz w:val="19"/>
              </w:rPr>
              <w:t>[data; eventuali restrizioni; motivazione della possibilità di continuare]</w:t>
            </w:r>
          </w:p>
        </w:tc>
      </w:tr>
      <w:tr w:rsidR="004713CD" w14:paraId="6B92903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E83AABD" w14:textId="77777777" w:rsidR="004713CD" w:rsidRDefault="00000000">
            <w:pPr>
              <w:pStyle w:val="TableText"/>
            </w:pPr>
            <w:r>
              <w:rPr>
                <w:sz w:val="19"/>
              </w:rPr>
              <w:t>Prova di attuazione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C3A1709" w14:textId="77777777" w:rsidR="004713CD" w:rsidRDefault="00000000">
            <w:pPr>
              <w:pStyle w:val="TableText"/>
            </w:pPr>
            <w:r>
              <w:rPr>
                <w:sz w:val="19"/>
              </w:rPr>
              <w:t>[ordine, rapporto tecnico, foto, misura, verbale o documento revisionato]</w:t>
            </w:r>
          </w:p>
        </w:tc>
      </w:tr>
      <w:tr w:rsidR="004713CD" w14:paraId="3C8267A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0B31638" w14:textId="77777777" w:rsidR="004713CD" w:rsidRDefault="00000000">
            <w:pPr>
              <w:pStyle w:val="TableText"/>
            </w:pPr>
            <w:r>
              <w:rPr>
                <w:sz w:val="19"/>
              </w:rPr>
              <w:t>Verifica di efficacia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16861F3" w14:textId="77777777" w:rsidR="004713CD" w:rsidRDefault="00000000">
            <w:pPr>
              <w:pStyle w:val="TableText"/>
            </w:pPr>
            <w:r>
              <w:rPr>
                <w:sz w:val="19"/>
              </w:rPr>
              <w:t>[criterio stabilito prima della chiusura, risultato, verificatore e data]</w:t>
            </w:r>
          </w:p>
        </w:tc>
      </w:tr>
      <w:tr w:rsidR="004713CD" w14:paraId="6BF8AC5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1CED98A" w14:textId="77777777" w:rsidR="004713CD" w:rsidRDefault="00000000">
            <w:pPr>
              <w:pStyle w:val="TableText"/>
            </w:pPr>
            <w:r>
              <w:rPr>
                <w:sz w:val="19"/>
              </w:rPr>
              <w:t>Chiusura / riapertura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77C709B" w14:textId="77777777" w:rsidR="004713CD" w:rsidRDefault="00000000">
            <w:pPr>
              <w:pStyle w:val="TableText"/>
            </w:pPr>
            <w:r>
              <w:rPr>
                <w:sz w:val="19"/>
              </w:rPr>
              <w:t>[chiusa/non efficace/riaperta; nuova azione e motivazione]</w:t>
            </w:r>
          </w:p>
        </w:tc>
      </w:tr>
    </w:tbl>
    <w:p w14:paraId="3DF7A09A" w14:textId="77777777" w:rsidR="004713CD" w:rsidRDefault="004713CD">
      <w:pPr>
        <w:pStyle w:val="Small"/>
        <w:spacing w:after="20"/>
      </w:pPr>
    </w:p>
    <w:p w14:paraId="5FD9137A" w14:textId="77777777" w:rsidR="004713CD" w:rsidRDefault="00000000">
      <w:pPr>
        <w:pStyle w:val="FieldText"/>
      </w:pPr>
      <w:r>
        <w:t>Escalation per ritardo o perdita delle condizioni: destinatario ______; mezzo ______; tempo ______.</w:t>
      </w:r>
      <w:r>
        <w:br/>
        <w:t>La scadenza non autorizza a mantenere una carenza critica fino al suo termine.</w:t>
      </w:r>
    </w:p>
    <w:p w14:paraId="25CD1FDD" w14:textId="77777777" w:rsidR="004713CD" w:rsidRDefault="00000000">
      <w:pPr>
        <w:pStyle w:val="FieldText"/>
      </w:pPr>
      <w:r>
        <w:t>Compilato da __________  Verificato da __________  Data __________</w:t>
      </w:r>
    </w:p>
    <w:p w14:paraId="494C3461" w14:textId="77777777" w:rsidR="004713CD" w:rsidRDefault="00000000">
      <w:r>
        <w:br w:type="page"/>
      </w:r>
    </w:p>
    <w:p w14:paraId="0B8257F1" w14:textId="77777777" w:rsidR="004713CD" w:rsidRDefault="00000000">
      <w:pPr>
        <w:pStyle w:val="Kicker"/>
      </w:pPr>
      <w:r>
        <w:rPr>
          <w:b w:val="0"/>
        </w:rPr>
        <w:t>ALLEGATI OPERATIVI  /  MODULISTICA EDITABILE</w:t>
      </w:r>
    </w:p>
    <w:p w14:paraId="22745ED7" w14:textId="77777777" w:rsidR="004713CD" w:rsidRDefault="00000000">
      <w:pPr>
        <w:pStyle w:val="Titolo1"/>
      </w:pPr>
      <w:bookmarkStart w:id="31" w:name="A08"/>
      <w:r>
        <w:rPr>
          <w:b w:val="0"/>
        </w:rPr>
        <w:t>A08 · Istruzione operativa di mansione</w:t>
      </w:r>
      <w:bookmarkEnd w:id="31"/>
    </w:p>
    <w:p w14:paraId="656730F9" w14:textId="77777777" w:rsidR="004713CD" w:rsidRDefault="00000000">
      <w:pPr>
        <w:pStyle w:val="Small"/>
      </w:pPr>
      <w:r>
        <w:t>PR-RIP-01 • Modulo A08 • Revisione ___ • Azienda/sito __________________ • Data __________</w:t>
      </w:r>
    </w:p>
    <w:p w14:paraId="42CEBC9D" w14:textId="77777777" w:rsidR="004713CD" w:rsidRDefault="00000000">
      <w:pPr>
        <w:pStyle w:val="Small"/>
      </w:pPr>
      <w:r>
        <w:t>Modello da esporre o rendere disponibile nel punto d’uso dopo approvazione. Linguaggio comprensibile agli operatori; allegare fotografie tecniche solo se pertinenti.</w:t>
      </w:r>
    </w:p>
    <w:tbl>
      <w:tblPr>
        <w:tblW w:w="9638" w:type="dxa"/>
        <w:jc w:val="center"/>
        <w:tblLayout w:type="fixed"/>
        <w:tblLook w:val="04A0" w:firstRow="1" w:lastRow="0" w:firstColumn="1" w:lastColumn="0" w:noHBand="0" w:noVBand="1"/>
      </w:tblPr>
      <w:tblGrid>
        <w:gridCol w:w="2438"/>
        <w:gridCol w:w="7200"/>
      </w:tblGrid>
      <w:tr w:rsidR="004713CD" w14:paraId="2FED1BF4"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026AC0E"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6A34078" w14:textId="77777777" w:rsidR="004713CD" w:rsidRDefault="00000000">
            <w:pPr>
              <w:pStyle w:val="TableText"/>
            </w:pPr>
            <w:r>
              <w:rPr>
                <w:b/>
                <w:color w:val="FFFFFF"/>
                <w:sz w:val="19"/>
              </w:rPr>
              <w:t>Compilazione / evidenza richiesta</w:t>
            </w:r>
          </w:p>
        </w:tc>
      </w:tr>
      <w:tr w:rsidR="004713CD" w14:paraId="7BF9A068"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65629BF" w14:textId="77777777" w:rsidR="004713CD" w:rsidRDefault="00000000">
            <w:pPr>
              <w:pStyle w:val="TableText"/>
            </w:pPr>
            <w:r>
              <w:rPr>
                <w:sz w:val="19"/>
              </w:rPr>
              <w:t>Istruzione / versione / scenario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8C5084" w14:textId="77777777" w:rsidR="004713CD" w:rsidRDefault="00000000">
            <w:pPr>
              <w:pStyle w:val="TableText"/>
            </w:pPr>
            <w:r>
              <w:rPr>
                <w:sz w:val="19"/>
              </w:rPr>
              <w:t>[IO-___; revisione; A05 collegato; validità]</w:t>
            </w:r>
          </w:p>
        </w:tc>
      </w:tr>
      <w:tr w:rsidR="004713CD" w14:paraId="66225D43"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28BA86C" w14:textId="77777777" w:rsidR="004713CD" w:rsidRDefault="00000000">
            <w:pPr>
              <w:pStyle w:val="TableText"/>
            </w:pPr>
            <w:r>
              <w:rPr>
                <w:sz w:val="19"/>
              </w:rPr>
              <w:t>Operazione e autorizzati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2C90DC7" w14:textId="77777777" w:rsidR="004713CD" w:rsidRDefault="00000000">
            <w:pPr>
              <w:pStyle w:val="TableText"/>
            </w:pPr>
            <w:r>
              <w:rPr>
                <w:sz w:val="19"/>
              </w:rPr>
              <w:t>[attività ammessa, reparto, figure formate e preposto]</w:t>
            </w:r>
          </w:p>
        </w:tc>
      </w:tr>
      <w:tr w:rsidR="004713CD" w14:paraId="4C94DFF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F60C89A" w14:textId="77777777" w:rsidR="004713CD" w:rsidRDefault="00000000">
            <w:pPr>
              <w:pStyle w:val="TableText"/>
            </w:pPr>
            <w:r>
              <w:rPr>
                <w:sz w:val="19"/>
              </w:rPr>
              <w:t>Prodotti e parametri ammessi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EFCA00D" w14:textId="77777777" w:rsidR="004713CD" w:rsidRDefault="00000000">
            <w:pPr>
              <w:pStyle w:val="TableText"/>
            </w:pPr>
            <w:r>
              <w:rPr>
                <w:sz w:val="19"/>
              </w:rPr>
              <w:t>[ID; quantità massima; concentrazione; temperatura/pressione/tempo; limiti di impiego]</w:t>
            </w:r>
          </w:p>
        </w:tc>
      </w:tr>
      <w:tr w:rsidR="004713CD" w14:paraId="3E81B85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66137B7" w14:textId="77777777" w:rsidR="004713CD" w:rsidRDefault="00000000">
            <w:pPr>
              <w:pStyle w:val="TableText"/>
            </w:pPr>
            <w:r>
              <w:rPr>
                <w:sz w:val="19"/>
              </w:rPr>
              <w:t>Presidi e DPI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AA31C4E" w14:textId="77777777" w:rsidR="004713CD" w:rsidRDefault="00000000">
            <w:pPr>
              <w:pStyle w:val="TableText"/>
            </w:pPr>
            <w:r>
              <w:rPr>
                <w:sz w:val="19"/>
              </w:rPr>
              <w:t>[sistema chiuso/captazione; indicatori accettabili; DPI esatti A11; strumenti]</w:t>
            </w:r>
          </w:p>
        </w:tc>
      </w:tr>
    </w:tbl>
    <w:p w14:paraId="118A0A46"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1191"/>
        <w:gridCol w:w="4762"/>
        <w:gridCol w:w="3685"/>
      </w:tblGrid>
      <w:tr w:rsidR="004713CD" w14:paraId="70691CD2" w14:textId="77777777">
        <w:trPr>
          <w:cantSplit/>
          <w:tblHeader/>
          <w:jc w:val="center"/>
        </w:trPr>
        <w:tc>
          <w:tcPr>
            <w:tcW w:w="119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7B8CE08" w14:textId="77777777" w:rsidR="004713CD" w:rsidRDefault="00000000">
            <w:pPr>
              <w:pStyle w:val="TableText"/>
            </w:pPr>
            <w:r>
              <w:rPr>
                <w:b/>
                <w:color w:val="FFFFFF"/>
                <w:sz w:val="19"/>
              </w:rPr>
              <w:t>Passo</w:t>
            </w:r>
          </w:p>
        </w:tc>
        <w:tc>
          <w:tcPr>
            <w:tcW w:w="476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7C5085D" w14:textId="77777777" w:rsidR="004713CD" w:rsidRDefault="00000000">
            <w:pPr>
              <w:pStyle w:val="TableText"/>
            </w:pPr>
            <w:r>
              <w:rPr>
                <w:b/>
                <w:color w:val="FFFFFF"/>
                <w:sz w:val="19"/>
              </w:rPr>
              <w:t>Azione da compiere</w:t>
            </w:r>
          </w:p>
        </w:tc>
        <w:tc>
          <w:tcPr>
            <w:tcW w:w="368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CDE8A37" w14:textId="77777777" w:rsidR="004713CD" w:rsidRDefault="00000000">
            <w:pPr>
              <w:pStyle w:val="TableText"/>
            </w:pPr>
            <w:r>
              <w:rPr>
                <w:b/>
                <w:color w:val="FFFFFF"/>
                <w:sz w:val="19"/>
              </w:rPr>
              <w:t>Controllo / criterio di arresto</w:t>
            </w:r>
          </w:p>
        </w:tc>
      </w:tr>
      <w:tr w:rsidR="004713CD" w14:paraId="78E0D73B" w14:textId="77777777">
        <w:trPr>
          <w:cantSplit/>
          <w:jc w:val="center"/>
        </w:trPr>
        <w:tc>
          <w:tcPr>
            <w:tcW w:w="11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B839103" w14:textId="77777777" w:rsidR="004713CD" w:rsidRDefault="00000000">
            <w:pPr>
              <w:pStyle w:val="TableText"/>
            </w:pPr>
            <w:r>
              <w:rPr>
                <w:sz w:val="19"/>
              </w:rPr>
              <w:t>1. Preparazione</w:t>
            </w:r>
          </w:p>
        </w:tc>
        <w:tc>
          <w:tcPr>
            <w:tcW w:w="476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15EE925" w14:textId="77777777" w:rsidR="004713CD" w:rsidRDefault="00000000">
            <w:pPr>
              <w:pStyle w:val="TableText"/>
            </w:pPr>
            <w:r>
              <w:rPr>
                <w:sz w:val="19"/>
              </w:rPr>
              <w:t>[verifica prodotto e condizioni A09]</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230E1A" w14:textId="77777777" w:rsidR="004713CD" w:rsidRDefault="00000000">
            <w:pPr>
              <w:pStyle w:val="TableText"/>
            </w:pPr>
            <w:r>
              <w:rPr>
                <w:sz w:val="19"/>
              </w:rPr>
              <w:t>[valore/campo ammesso e stop]</w:t>
            </w:r>
          </w:p>
        </w:tc>
      </w:tr>
      <w:tr w:rsidR="004713CD" w14:paraId="17A8AE0B" w14:textId="77777777">
        <w:trPr>
          <w:cantSplit/>
          <w:jc w:val="center"/>
        </w:trPr>
        <w:tc>
          <w:tcPr>
            <w:tcW w:w="119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4ADDFD4" w14:textId="77777777" w:rsidR="004713CD" w:rsidRDefault="00000000">
            <w:pPr>
              <w:pStyle w:val="TableText"/>
            </w:pPr>
            <w:r>
              <w:rPr>
                <w:sz w:val="19"/>
              </w:rPr>
              <w:t>2. Avvio</w:t>
            </w:r>
          </w:p>
        </w:tc>
        <w:tc>
          <w:tcPr>
            <w:tcW w:w="476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D70A958" w14:textId="77777777" w:rsidR="004713CD" w:rsidRDefault="00000000">
            <w:pPr>
              <w:pStyle w:val="TableText"/>
            </w:pPr>
            <w:r>
              <w:rPr>
                <w:sz w:val="19"/>
              </w:rPr>
              <w:t>[sequenza di attivazione protezioni e impianto]</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61D934C" w14:textId="77777777" w:rsidR="004713CD" w:rsidRDefault="00000000">
            <w:pPr>
              <w:pStyle w:val="TableText"/>
            </w:pPr>
            <w:r>
              <w:rPr>
                <w:sz w:val="19"/>
              </w:rPr>
              <w:t>[conferma funzionamento]</w:t>
            </w:r>
          </w:p>
        </w:tc>
      </w:tr>
      <w:tr w:rsidR="004713CD" w14:paraId="2B7884D1" w14:textId="77777777">
        <w:trPr>
          <w:cantSplit/>
          <w:jc w:val="center"/>
        </w:trPr>
        <w:tc>
          <w:tcPr>
            <w:tcW w:w="11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D2990E5" w14:textId="77777777" w:rsidR="004713CD" w:rsidRDefault="00000000">
            <w:pPr>
              <w:pStyle w:val="TableText"/>
            </w:pPr>
            <w:r>
              <w:rPr>
                <w:sz w:val="19"/>
              </w:rPr>
              <w:t>3. Carico / travaso</w:t>
            </w:r>
          </w:p>
        </w:tc>
        <w:tc>
          <w:tcPr>
            <w:tcW w:w="476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EA8842B" w14:textId="77777777" w:rsidR="004713CD" w:rsidRDefault="00000000">
            <w:pPr>
              <w:pStyle w:val="TableText"/>
            </w:pPr>
            <w:r>
              <w:rPr>
                <w:sz w:val="19"/>
              </w:rPr>
              <w:t>[modalità autorizzata]</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1E363CD" w14:textId="77777777" w:rsidR="004713CD" w:rsidRDefault="00000000">
            <w:pPr>
              <w:pStyle w:val="TableText"/>
            </w:pPr>
            <w:r>
              <w:rPr>
                <w:sz w:val="19"/>
              </w:rPr>
              <w:t>[tenuta, quantità, captazione]</w:t>
            </w:r>
          </w:p>
        </w:tc>
      </w:tr>
      <w:tr w:rsidR="004713CD" w14:paraId="61491EDE" w14:textId="77777777">
        <w:trPr>
          <w:cantSplit/>
          <w:jc w:val="center"/>
        </w:trPr>
        <w:tc>
          <w:tcPr>
            <w:tcW w:w="119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98C1B7E" w14:textId="77777777" w:rsidR="004713CD" w:rsidRDefault="00000000">
            <w:pPr>
              <w:pStyle w:val="TableText"/>
            </w:pPr>
            <w:r>
              <w:rPr>
                <w:sz w:val="19"/>
              </w:rPr>
              <w:t>4. Lavorazione</w:t>
            </w:r>
          </w:p>
        </w:tc>
        <w:tc>
          <w:tcPr>
            <w:tcW w:w="476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F079B40" w14:textId="77777777" w:rsidR="004713CD" w:rsidRDefault="00000000">
            <w:pPr>
              <w:pStyle w:val="TableText"/>
            </w:pPr>
            <w:r>
              <w:rPr>
                <w:sz w:val="19"/>
              </w:rPr>
              <w:t>[sequenza operativa]</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1DB9E00" w14:textId="77777777" w:rsidR="004713CD" w:rsidRDefault="00000000">
            <w:pPr>
              <w:pStyle w:val="TableText"/>
            </w:pPr>
            <w:r>
              <w:rPr>
                <w:sz w:val="19"/>
              </w:rPr>
              <w:t>[parametri e deviazioni]</w:t>
            </w:r>
          </w:p>
        </w:tc>
      </w:tr>
      <w:tr w:rsidR="004713CD" w14:paraId="6E2FC04C" w14:textId="77777777">
        <w:trPr>
          <w:cantSplit/>
          <w:jc w:val="center"/>
        </w:trPr>
        <w:tc>
          <w:tcPr>
            <w:tcW w:w="11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3225AF" w14:textId="77777777" w:rsidR="004713CD" w:rsidRDefault="00000000">
            <w:pPr>
              <w:pStyle w:val="TableText"/>
            </w:pPr>
            <w:r>
              <w:rPr>
                <w:sz w:val="19"/>
              </w:rPr>
              <w:t>5. Scarico / campionamento</w:t>
            </w:r>
          </w:p>
        </w:tc>
        <w:tc>
          <w:tcPr>
            <w:tcW w:w="476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7DC7ECC" w14:textId="77777777" w:rsidR="004713CD" w:rsidRDefault="00000000">
            <w:pPr>
              <w:pStyle w:val="TableText"/>
            </w:pPr>
            <w:r>
              <w:rPr>
                <w:sz w:val="19"/>
              </w:rPr>
              <w:t>[metodo che limita il contatto]</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F911E2" w14:textId="77777777" w:rsidR="004713CD" w:rsidRDefault="00000000">
            <w:pPr>
              <w:pStyle w:val="TableText"/>
            </w:pPr>
            <w:r>
              <w:rPr>
                <w:sz w:val="19"/>
              </w:rPr>
              <w:t>[presidi e limiti]</w:t>
            </w:r>
          </w:p>
        </w:tc>
      </w:tr>
      <w:tr w:rsidR="004713CD" w14:paraId="2491E811" w14:textId="77777777">
        <w:trPr>
          <w:cantSplit/>
          <w:jc w:val="center"/>
        </w:trPr>
        <w:tc>
          <w:tcPr>
            <w:tcW w:w="119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8F12277" w14:textId="77777777" w:rsidR="004713CD" w:rsidRDefault="00000000">
            <w:pPr>
              <w:pStyle w:val="TableText"/>
            </w:pPr>
            <w:r>
              <w:rPr>
                <w:sz w:val="19"/>
              </w:rPr>
              <w:t>6. Pulizia / residui</w:t>
            </w:r>
          </w:p>
        </w:tc>
        <w:tc>
          <w:tcPr>
            <w:tcW w:w="476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5C4022E" w14:textId="77777777" w:rsidR="004713CD" w:rsidRDefault="00000000">
            <w:pPr>
              <w:pStyle w:val="TableText"/>
            </w:pPr>
            <w:r>
              <w:rPr>
                <w:sz w:val="19"/>
              </w:rPr>
              <w:t>[metodo compatibile e rifiuti]</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B94551D" w14:textId="77777777" w:rsidR="004713CD" w:rsidRDefault="00000000">
            <w:pPr>
              <w:pStyle w:val="TableText"/>
            </w:pPr>
            <w:r>
              <w:rPr>
                <w:sz w:val="19"/>
              </w:rPr>
              <w:t>[assenza dispersione, contenitori]</w:t>
            </w:r>
          </w:p>
        </w:tc>
      </w:tr>
      <w:tr w:rsidR="004713CD" w14:paraId="663B7CCB" w14:textId="77777777">
        <w:trPr>
          <w:cantSplit/>
          <w:jc w:val="center"/>
        </w:trPr>
        <w:tc>
          <w:tcPr>
            <w:tcW w:w="119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C80A64D" w14:textId="77777777" w:rsidR="004713CD" w:rsidRDefault="00000000">
            <w:pPr>
              <w:pStyle w:val="TableText"/>
            </w:pPr>
            <w:r>
              <w:rPr>
                <w:sz w:val="19"/>
              </w:rPr>
              <w:t>7. Arresto / uscita</w:t>
            </w:r>
          </w:p>
        </w:tc>
        <w:tc>
          <w:tcPr>
            <w:tcW w:w="476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E788E72" w14:textId="77777777" w:rsidR="004713CD" w:rsidRDefault="00000000">
            <w:pPr>
              <w:pStyle w:val="TableText"/>
            </w:pPr>
            <w:r>
              <w:rPr>
                <w:sz w:val="19"/>
              </w:rPr>
              <w:t>[messa in sicurezza, svestizione e igiene]</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1FD8747" w14:textId="77777777" w:rsidR="004713CD" w:rsidRDefault="00000000">
            <w:pPr>
              <w:pStyle w:val="TableText"/>
            </w:pPr>
            <w:r>
              <w:rPr>
                <w:sz w:val="19"/>
              </w:rPr>
              <w:t>[consegna e registrazione]</w:t>
            </w:r>
          </w:p>
        </w:tc>
      </w:tr>
    </w:tbl>
    <w:p w14:paraId="132F54F6"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08E31CA8"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9DB1359"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481F6BB" w14:textId="77777777" w:rsidR="004713CD" w:rsidRDefault="00000000">
            <w:pPr>
              <w:pStyle w:val="TableText"/>
            </w:pPr>
            <w:r>
              <w:rPr>
                <w:b/>
                <w:color w:val="FFFFFF"/>
                <w:sz w:val="19"/>
              </w:rPr>
              <w:t>Compilazione / evidenza richiesta</w:t>
            </w:r>
          </w:p>
        </w:tc>
      </w:tr>
      <w:tr w:rsidR="004713CD" w14:paraId="0B4FA6D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BCF1FC4" w14:textId="77777777" w:rsidR="004713CD" w:rsidRDefault="00000000">
            <w:pPr>
              <w:pStyle w:val="TableText"/>
            </w:pPr>
            <w:r>
              <w:rPr>
                <w:sz w:val="19"/>
              </w:rPr>
              <w:t>Anomalia / emergenza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40267AA" w14:textId="77777777" w:rsidR="004713CD" w:rsidRDefault="00000000">
            <w:pPr>
              <w:pStyle w:val="TableText"/>
            </w:pPr>
            <w:r>
              <w:rPr>
                <w:sz w:val="19"/>
              </w:rPr>
              <w:t>[arresto sicuro; canale di allarme; allontanamento; chi interviene; rinvio al piano]</w:t>
            </w:r>
          </w:p>
        </w:tc>
      </w:tr>
      <w:tr w:rsidR="004713CD" w14:paraId="0A3F2C5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9C08E41" w14:textId="77777777" w:rsidR="004713CD" w:rsidRDefault="00000000">
            <w:pPr>
              <w:pStyle w:val="TableText"/>
            </w:pPr>
            <w:r>
              <w:rPr>
                <w:sz w:val="19"/>
              </w:rPr>
              <w:t>Divieti specifici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B1E08AA" w14:textId="77777777" w:rsidR="004713CD" w:rsidRDefault="00000000">
            <w:pPr>
              <w:pStyle w:val="TableText"/>
            </w:pPr>
            <w:r>
              <w:rPr>
                <w:sz w:val="19"/>
              </w:rPr>
              <w:t>[bypass protezioni, prodotti diversi, lavaggi impropri, accessi e operazioni vietate]</w:t>
            </w:r>
          </w:p>
        </w:tc>
      </w:tr>
      <w:tr w:rsidR="004713CD" w14:paraId="1A44043A"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493C8A3" w14:textId="77777777" w:rsidR="004713CD" w:rsidRDefault="00000000">
            <w:pPr>
              <w:pStyle w:val="TableText"/>
            </w:pPr>
            <w:r>
              <w:rPr>
                <w:sz w:val="19"/>
              </w:rPr>
              <w:t>Registrazioni e consegne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484EB4F" w14:textId="77777777" w:rsidR="004713CD" w:rsidRDefault="00000000">
            <w:pPr>
              <w:pStyle w:val="TableText"/>
            </w:pPr>
            <w:r>
              <w:rPr>
                <w:sz w:val="19"/>
              </w:rPr>
              <w:t>[A09/A13 o altro registro; responsabile del controllo a fine turno]</w:t>
            </w:r>
          </w:p>
        </w:tc>
      </w:tr>
    </w:tbl>
    <w:p w14:paraId="3E62E655" w14:textId="77777777" w:rsidR="004713CD" w:rsidRDefault="004713CD">
      <w:pPr>
        <w:pStyle w:val="Small"/>
        <w:spacing w:after="20"/>
      </w:pPr>
    </w:p>
    <w:p w14:paraId="732B2CBC" w14:textId="77777777" w:rsidR="004713CD" w:rsidRDefault="00000000">
      <w:pPr>
        <w:pStyle w:val="FieldText"/>
      </w:pPr>
      <w:r>
        <w:t>Redazione __________  Verifica tecnica __________  Approvazione __________  Data __________</w:t>
      </w:r>
    </w:p>
    <w:p w14:paraId="5A600AAD" w14:textId="77777777" w:rsidR="004713CD" w:rsidRDefault="00000000">
      <w:r>
        <w:br w:type="page"/>
      </w:r>
    </w:p>
    <w:p w14:paraId="31867BB8" w14:textId="77777777" w:rsidR="004713CD" w:rsidRDefault="00000000">
      <w:pPr>
        <w:pStyle w:val="Kicker"/>
      </w:pPr>
      <w:r>
        <w:rPr>
          <w:b w:val="0"/>
        </w:rPr>
        <w:t>ALLEGATI OPERATIVI  /  MODULISTICA EDITABILE</w:t>
      </w:r>
    </w:p>
    <w:p w14:paraId="0F4518C4" w14:textId="77777777" w:rsidR="004713CD" w:rsidRDefault="00000000">
      <w:pPr>
        <w:pStyle w:val="Titolo1"/>
      </w:pPr>
      <w:bookmarkStart w:id="32" w:name="A09"/>
      <w:r>
        <w:rPr>
          <w:b w:val="0"/>
        </w:rPr>
        <w:t>A09 · Controllo prima dell’uso e a fine turno</w:t>
      </w:r>
      <w:bookmarkEnd w:id="32"/>
    </w:p>
    <w:p w14:paraId="68D3BF4A" w14:textId="77777777" w:rsidR="004713CD" w:rsidRDefault="00000000">
      <w:pPr>
        <w:pStyle w:val="Small"/>
      </w:pPr>
      <w:r>
        <w:t>PR-RIP-01 • Modulo A09 • Revisione ___ • Azienda/sito __________________ • Data __________</w:t>
      </w:r>
    </w:p>
    <w:p w14:paraId="1E5E5A8B" w14:textId="77777777" w:rsidR="004713CD" w:rsidRDefault="00000000">
      <w:pPr>
        <w:pStyle w:val="Small"/>
      </w:pPr>
      <w:r>
        <w:t>Data ______; turno ______; reparto ______; scenario/istruzione ______; operatore ______. S/N/NA; motivare NA. I controlli critici con esito N impediscono avvio o prosecuzione.</w:t>
      </w:r>
    </w:p>
    <w:tbl>
      <w:tblPr>
        <w:tblW w:w="9638" w:type="dxa"/>
        <w:jc w:val="center"/>
        <w:tblLayout w:type="fixed"/>
        <w:tblLook w:val="04A0" w:firstRow="1" w:lastRow="0" w:firstColumn="1" w:lastColumn="0" w:noHBand="0" w:noVBand="1"/>
      </w:tblPr>
      <w:tblGrid>
        <w:gridCol w:w="454"/>
        <w:gridCol w:w="5216"/>
        <w:gridCol w:w="1020"/>
        <w:gridCol w:w="2948"/>
      </w:tblGrid>
      <w:tr w:rsidR="004713CD" w14:paraId="5D431BE9" w14:textId="77777777">
        <w:trPr>
          <w:cantSplit/>
          <w:tblHeader/>
          <w:jc w:val="center"/>
        </w:trPr>
        <w:tc>
          <w:tcPr>
            <w:tcW w:w="45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4C4461D" w14:textId="77777777" w:rsidR="004713CD" w:rsidRDefault="00000000">
            <w:pPr>
              <w:pStyle w:val="TableText"/>
            </w:pPr>
            <w:r>
              <w:rPr>
                <w:b/>
                <w:color w:val="FFFFFF"/>
              </w:rPr>
              <w:t>N.</w:t>
            </w:r>
          </w:p>
        </w:tc>
        <w:tc>
          <w:tcPr>
            <w:tcW w:w="521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8C2822E" w14:textId="77777777" w:rsidR="004713CD" w:rsidRDefault="00000000">
            <w:pPr>
              <w:pStyle w:val="TableText"/>
            </w:pPr>
            <w:r>
              <w:rPr>
                <w:b/>
                <w:color w:val="FFFFFF"/>
              </w:rPr>
              <w:t>Verifica</w:t>
            </w:r>
          </w:p>
        </w:tc>
        <w:tc>
          <w:tcPr>
            <w:tcW w:w="102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908E8A9" w14:textId="77777777" w:rsidR="004713CD" w:rsidRDefault="00000000">
            <w:pPr>
              <w:pStyle w:val="TableText"/>
            </w:pPr>
            <w:r>
              <w:rPr>
                <w:b/>
                <w:color w:val="FFFFFF"/>
              </w:rPr>
              <w:t>Esito</w:t>
            </w:r>
          </w:p>
        </w:tc>
        <w:tc>
          <w:tcPr>
            <w:tcW w:w="294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5D2A64F" w14:textId="77777777" w:rsidR="004713CD" w:rsidRDefault="00000000">
            <w:pPr>
              <w:pStyle w:val="TableText"/>
            </w:pPr>
            <w:r>
              <w:rPr>
                <w:b/>
                <w:color w:val="FFFFFF"/>
              </w:rPr>
              <w:t>Evidenza / azione</w:t>
            </w:r>
          </w:p>
        </w:tc>
      </w:tr>
      <w:tr w:rsidR="004713CD" w14:paraId="3DFAAFD9"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292931B" w14:textId="77777777" w:rsidR="004713CD" w:rsidRDefault="00000000">
            <w:pPr>
              <w:pStyle w:val="TableText"/>
            </w:pPr>
            <w:r>
              <w:t>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C226E5D" w14:textId="77777777" w:rsidR="004713CD" w:rsidRDefault="00000000">
            <w:pPr>
              <w:pStyle w:val="TableText"/>
            </w:pPr>
            <w:r>
              <w:t>CRITICO — Prodotto identificato, autorizzato e coerente con l’istruzione.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FF0D3DB"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4FC4BF4" w14:textId="77777777" w:rsidR="004713CD" w:rsidRDefault="00000000">
            <w:pPr>
              <w:pStyle w:val="TableText"/>
            </w:pPr>
            <w:r>
              <w:t>[da compilare]</w:t>
            </w:r>
          </w:p>
        </w:tc>
      </w:tr>
      <w:tr w:rsidR="004713CD" w14:paraId="496F66EC"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538FA5D" w14:textId="77777777" w:rsidR="004713CD" w:rsidRDefault="00000000">
            <w:pPr>
              <w:pStyle w:val="TableText"/>
            </w:pPr>
            <w:r>
              <w:t>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5E99629" w14:textId="77777777" w:rsidR="004713CD" w:rsidRDefault="00000000">
            <w:pPr>
              <w:pStyle w:val="TableText"/>
            </w:pPr>
            <w:r>
              <w:t>CRITICO — Lavoratore informato/formato e condizioni individuali pertinenti rispettate.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D32443C"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C70AB7B" w14:textId="77777777" w:rsidR="004713CD" w:rsidRDefault="00000000">
            <w:pPr>
              <w:pStyle w:val="TableText"/>
            </w:pPr>
            <w:r>
              <w:t>[da compilare]</w:t>
            </w:r>
          </w:p>
        </w:tc>
      </w:tr>
      <w:tr w:rsidR="004713CD" w14:paraId="49671CCF"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1CC5263" w14:textId="77777777" w:rsidR="004713CD" w:rsidRDefault="00000000">
            <w:pPr>
              <w:pStyle w:val="TableText"/>
            </w:pPr>
            <w:r>
              <w:t>3</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68173F6" w14:textId="77777777" w:rsidR="004713CD" w:rsidRDefault="00000000">
            <w:pPr>
              <w:pStyle w:val="TableText"/>
            </w:pPr>
            <w:r>
              <w:t>CRITICO — Sistema chiuso, collegamenti e contenitori integri.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F4A6F98"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A80224" w14:textId="77777777" w:rsidR="004713CD" w:rsidRDefault="00000000">
            <w:pPr>
              <w:pStyle w:val="TableText"/>
            </w:pPr>
            <w:r>
              <w:t>[da compilare]</w:t>
            </w:r>
          </w:p>
        </w:tc>
      </w:tr>
      <w:tr w:rsidR="004713CD" w14:paraId="4FCFD97C"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3C90340" w14:textId="77777777" w:rsidR="004713CD" w:rsidRDefault="00000000">
            <w:pPr>
              <w:pStyle w:val="TableText"/>
            </w:pPr>
            <w:r>
              <w:t>4</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18E5DC2" w14:textId="77777777" w:rsidR="004713CD" w:rsidRDefault="00000000">
            <w:pPr>
              <w:pStyle w:val="TableText"/>
            </w:pPr>
            <w:r>
              <w:t>CRITICO — Aspirazione/protezioni attive e indicatori nel campo previsto.</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DAF9518"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3F7ADB6" w14:textId="77777777" w:rsidR="004713CD" w:rsidRDefault="00000000">
            <w:pPr>
              <w:pStyle w:val="TableText"/>
            </w:pPr>
            <w:r>
              <w:t>[da compilare]</w:t>
            </w:r>
          </w:p>
        </w:tc>
      </w:tr>
      <w:tr w:rsidR="004713CD" w14:paraId="0DC00103"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3D756FD" w14:textId="77777777" w:rsidR="004713CD" w:rsidRDefault="00000000">
            <w:pPr>
              <w:pStyle w:val="TableText"/>
            </w:pPr>
            <w:r>
              <w:t>5</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7312C29" w14:textId="77777777" w:rsidR="004713CD" w:rsidRDefault="00000000">
            <w:pPr>
              <w:pStyle w:val="TableText"/>
            </w:pPr>
            <w:r>
              <w:t>CRITICO — DPI esatti disponibili, integri e utilizzabili correttamente.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477EB4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78AAA9D" w14:textId="77777777" w:rsidR="004713CD" w:rsidRDefault="00000000">
            <w:pPr>
              <w:pStyle w:val="TableText"/>
            </w:pPr>
            <w:r>
              <w:t>[da compilare]</w:t>
            </w:r>
          </w:p>
        </w:tc>
      </w:tr>
      <w:tr w:rsidR="004713CD" w14:paraId="718A9CAA"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9F37781" w14:textId="77777777" w:rsidR="004713CD" w:rsidRDefault="00000000">
            <w:pPr>
              <w:pStyle w:val="TableText"/>
            </w:pPr>
            <w:r>
              <w:t>6</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3C582C" w14:textId="77777777" w:rsidR="004713CD" w:rsidRDefault="00000000">
            <w:pPr>
              <w:pStyle w:val="TableText"/>
            </w:pPr>
            <w:r>
              <w:t>Quantità e parametri entro le condizioni ammesse; contenitori secondari identificati.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20F4E54"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03CA4C9" w14:textId="77777777" w:rsidR="004713CD" w:rsidRDefault="00000000">
            <w:pPr>
              <w:pStyle w:val="TableText"/>
            </w:pPr>
            <w:r>
              <w:t>[da compilare]</w:t>
            </w:r>
          </w:p>
        </w:tc>
      </w:tr>
      <w:tr w:rsidR="004713CD" w14:paraId="7175CC07"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DA92A4E" w14:textId="77777777" w:rsidR="004713CD" w:rsidRDefault="00000000">
            <w:pPr>
              <w:pStyle w:val="TableText"/>
            </w:pPr>
            <w:r>
              <w:t>7</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DC8D89E" w14:textId="77777777" w:rsidR="004713CD" w:rsidRDefault="00000000">
            <w:pPr>
              <w:pStyle w:val="TableText"/>
            </w:pPr>
            <w:r>
              <w:t>Area segregata, passaggi liberi e accessi controllati.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D2AD6A0"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F789EEE" w14:textId="77777777" w:rsidR="004713CD" w:rsidRDefault="00000000">
            <w:pPr>
              <w:pStyle w:val="TableText"/>
            </w:pPr>
            <w:r>
              <w:t>[da compilare]</w:t>
            </w:r>
          </w:p>
        </w:tc>
      </w:tr>
      <w:tr w:rsidR="004713CD" w14:paraId="1223747F"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F2111E4" w14:textId="77777777" w:rsidR="004713CD" w:rsidRDefault="00000000">
            <w:pPr>
              <w:pStyle w:val="TableText"/>
            </w:pPr>
            <w:r>
              <w:t>8</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2B840A7" w14:textId="77777777" w:rsidR="004713CD" w:rsidRDefault="00000000">
            <w:pPr>
              <w:pStyle w:val="TableText"/>
            </w:pPr>
            <w:r>
              <w:t>Presidi di emergenza pertinenti disponibili; recapiti e SDS accessibili.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19524EE"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1B68545" w14:textId="77777777" w:rsidR="004713CD" w:rsidRDefault="00000000">
            <w:pPr>
              <w:pStyle w:val="TableText"/>
            </w:pPr>
            <w:r>
              <w:t>[da compilare]</w:t>
            </w:r>
          </w:p>
        </w:tc>
      </w:tr>
      <w:tr w:rsidR="004713CD" w14:paraId="2C5DA451"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38EA19" w14:textId="77777777" w:rsidR="004713CD" w:rsidRDefault="00000000">
            <w:pPr>
              <w:pStyle w:val="TableText"/>
            </w:pPr>
            <w:r>
              <w:t>9</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379C99A" w14:textId="77777777" w:rsidR="004713CD" w:rsidRDefault="00000000">
            <w:pPr>
              <w:pStyle w:val="TableText"/>
            </w:pPr>
            <w:r>
              <w:t>Contenitori rifiuti compatibili, identificati e correttamente posizionati.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237F0F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724DDCD" w14:textId="77777777" w:rsidR="004713CD" w:rsidRDefault="00000000">
            <w:pPr>
              <w:pStyle w:val="TableText"/>
            </w:pPr>
            <w:r>
              <w:t>[da compilare]</w:t>
            </w:r>
          </w:p>
        </w:tc>
      </w:tr>
      <w:tr w:rsidR="004713CD" w14:paraId="2880A87C"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F757CA9" w14:textId="77777777" w:rsidR="004713CD" w:rsidRDefault="00000000">
            <w:pPr>
              <w:pStyle w:val="TableText"/>
            </w:pPr>
            <w:r>
              <w:t>10</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93C32F0" w14:textId="77777777" w:rsidR="004713CD" w:rsidRDefault="00000000">
            <w:pPr>
              <w:pStyle w:val="TableText"/>
            </w:pPr>
            <w:r>
              <w:t>Assenza di materiali personali, alimenti o oggetti estranei nell’area contaminabile.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57B0F56"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D080A52" w14:textId="77777777" w:rsidR="004713CD" w:rsidRDefault="00000000">
            <w:pPr>
              <w:pStyle w:val="TableText"/>
            </w:pPr>
            <w:r>
              <w:t>[da compilare]</w:t>
            </w:r>
          </w:p>
        </w:tc>
      </w:tr>
      <w:tr w:rsidR="004713CD" w14:paraId="1EBF7C74"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ACC5577" w14:textId="77777777" w:rsidR="004713CD" w:rsidRDefault="00000000">
            <w:pPr>
              <w:pStyle w:val="TableText"/>
            </w:pPr>
            <w:r>
              <w:t>11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F7ADD1" w14:textId="77777777" w:rsidR="004713CD" w:rsidRDefault="00000000">
            <w:pPr>
              <w:pStyle w:val="TableText"/>
            </w:pPr>
            <w:r>
              <w:t>Fine turno — Residui raccolti; superfici pulite con metodo autorizzato.</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7D400DF"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B322B9A" w14:textId="77777777" w:rsidR="004713CD" w:rsidRDefault="00000000">
            <w:pPr>
              <w:pStyle w:val="TableText"/>
            </w:pPr>
            <w:r>
              <w:t>[da compilare]</w:t>
            </w:r>
          </w:p>
        </w:tc>
      </w:tr>
      <w:tr w:rsidR="004713CD" w14:paraId="12A3AD3A"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31628E3" w14:textId="77777777" w:rsidR="004713CD" w:rsidRDefault="00000000">
            <w:pPr>
              <w:pStyle w:val="TableText"/>
            </w:pPr>
            <w:r>
              <w:t>12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42B4F86" w14:textId="77777777" w:rsidR="004713CD" w:rsidRDefault="00000000">
            <w:pPr>
              <w:pStyle w:val="TableText"/>
            </w:pPr>
            <w:r>
              <w:t>Fine turno — Prodotti e rifiuti chiusi; impianto nella condizione di sicurezza prevista.</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C96B753"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D03B780" w14:textId="77777777" w:rsidR="004713CD" w:rsidRDefault="00000000">
            <w:pPr>
              <w:pStyle w:val="TableText"/>
            </w:pPr>
            <w:r>
              <w:t>[da compilare]</w:t>
            </w:r>
          </w:p>
        </w:tc>
      </w:tr>
      <w:tr w:rsidR="004713CD" w14:paraId="33E037FD"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C394A23" w14:textId="77777777" w:rsidR="004713CD" w:rsidRDefault="00000000">
            <w:pPr>
              <w:pStyle w:val="TableText"/>
            </w:pPr>
            <w:r>
              <w:t>13</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CDDDFCE" w14:textId="77777777" w:rsidR="004713CD" w:rsidRDefault="00000000">
            <w:pPr>
              <w:pStyle w:val="TableText"/>
            </w:pPr>
            <w:r>
              <w:t>Fine turno — DPI/indumenti contaminati gestiti senza trasporto domestico.</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DFB96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D97166" w14:textId="77777777" w:rsidR="004713CD" w:rsidRDefault="00000000">
            <w:pPr>
              <w:pStyle w:val="TableText"/>
            </w:pPr>
            <w:r>
              <w:t>[da compilare]</w:t>
            </w:r>
          </w:p>
        </w:tc>
      </w:tr>
      <w:tr w:rsidR="004713CD" w14:paraId="44DEB1E7"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BD0A7E6" w14:textId="77777777" w:rsidR="004713CD" w:rsidRDefault="00000000">
            <w:pPr>
              <w:pStyle w:val="TableText"/>
            </w:pPr>
            <w:r>
              <w:t>14</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EC5E4DE" w14:textId="77777777" w:rsidR="004713CD" w:rsidRDefault="00000000">
            <w:pPr>
              <w:pStyle w:val="TableText"/>
            </w:pPr>
            <w:r>
              <w:t>Fine turno — Anomalie e divieti di riavvio comunicati al turno successivo.</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8E9E8F9"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09B6781" w14:textId="77777777" w:rsidR="004713CD" w:rsidRDefault="00000000">
            <w:pPr>
              <w:pStyle w:val="TableText"/>
            </w:pPr>
            <w:r>
              <w:t>[da compilare]</w:t>
            </w:r>
          </w:p>
        </w:tc>
      </w:tr>
    </w:tbl>
    <w:p w14:paraId="2E5BD64B"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3756F2D6"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438B9E4"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F400D9C" w14:textId="77777777" w:rsidR="004713CD" w:rsidRDefault="00000000">
            <w:pPr>
              <w:pStyle w:val="TableText"/>
            </w:pPr>
            <w:r>
              <w:rPr>
                <w:b/>
                <w:color w:val="FFFFFF"/>
                <w:sz w:val="19"/>
              </w:rPr>
              <w:t>Compilazione / evidenza richiesta</w:t>
            </w:r>
          </w:p>
        </w:tc>
      </w:tr>
      <w:tr w:rsidR="004713CD" w14:paraId="1468835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DAEDB6E" w14:textId="77777777" w:rsidR="004713CD" w:rsidRDefault="00000000">
            <w:pPr>
              <w:pStyle w:val="TableText"/>
            </w:pPr>
            <w:r>
              <w:rPr>
                <w:sz w:val="19"/>
              </w:rPr>
              <w:t>Anomalia / misura immediata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824BCB6" w14:textId="77777777" w:rsidR="004713CD" w:rsidRDefault="00000000">
            <w:pPr>
              <w:pStyle w:val="TableText"/>
            </w:pPr>
            <w:r>
              <w:rPr>
                <w:sz w:val="19"/>
              </w:rPr>
              <w:t>[descrizione, ora, eventuale stop e comunicazione al preposto]</w:t>
            </w:r>
          </w:p>
        </w:tc>
      </w:tr>
      <w:tr w:rsidR="004713CD" w14:paraId="4C7F7EA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8833F54" w14:textId="77777777" w:rsidR="004713CD" w:rsidRDefault="00000000">
            <w:pPr>
              <w:pStyle w:val="TableText"/>
            </w:pPr>
            <w:r>
              <w:rPr>
                <w:sz w:val="19"/>
              </w:rPr>
              <w:t>Rinvii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E213F20" w14:textId="77777777" w:rsidR="004713CD" w:rsidRDefault="00000000">
            <w:pPr>
              <w:pStyle w:val="TableText"/>
            </w:pPr>
            <w:r>
              <w:rPr>
                <w:sz w:val="19"/>
              </w:rPr>
              <w:t>[A13 incidente; A07 azione; manutenzione A10; autorizzazione alla ripresa]</w:t>
            </w:r>
          </w:p>
        </w:tc>
      </w:tr>
    </w:tbl>
    <w:p w14:paraId="522A7FD8" w14:textId="77777777" w:rsidR="004713CD" w:rsidRDefault="004713CD">
      <w:pPr>
        <w:pStyle w:val="Small"/>
        <w:spacing w:after="20"/>
      </w:pPr>
    </w:p>
    <w:p w14:paraId="43775DA1" w14:textId="77777777" w:rsidR="004713CD" w:rsidRDefault="00000000">
      <w:pPr>
        <w:pStyle w:val="FieldText"/>
      </w:pPr>
      <w:r>
        <w:t>Operatore __________________  Preposto __________________  Ora / data __________</w:t>
      </w:r>
    </w:p>
    <w:p w14:paraId="554FD35C" w14:textId="77777777" w:rsidR="004713CD" w:rsidRDefault="00000000">
      <w:r>
        <w:br w:type="page"/>
      </w:r>
    </w:p>
    <w:p w14:paraId="726C6382" w14:textId="77777777" w:rsidR="004713CD" w:rsidRDefault="00000000">
      <w:pPr>
        <w:pStyle w:val="Kicker"/>
      </w:pPr>
      <w:r>
        <w:rPr>
          <w:b w:val="0"/>
        </w:rPr>
        <w:t>ALLEGATI OPERATIVI  /  MODULISTICA EDITABILE</w:t>
      </w:r>
    </w:p>
    <w:p w14:paraId="4332726E" w14:textId="77777777" w:rsidR="004713CD" w:rsidRDefault="00000000">
      <w:pPr>
        <w:pStyle w:val="Titolo1"/>
      </w:pPr>
      <w:bookmarkStart w:id="33" w:name="A10"/>
      <w:r>
        <w:rPr>
          <w:b w:val="0"/>
        </w:rPr>
        <w:t>A10 · Controllo e manutenzione dei sistemi tecnici</w:t>
      </w:r>
      <w:bookmarkEnd w:id="33"/>
    </w:p>
    <w:p w14:paraId="015CB7B6" w14:textId="77777777" w:rsidR="004713CD" w:rsidRDefault="00000000">
      <w:pPr>
        <w:pStyle w:val="Small"/>
      </w:pPr>
      <w:r>
        <w:t>PR-RIP-01 • Modulo A10 • Revisione ___ • Azienda/sito __________________ • Data __________</w:t>
      </w:r>
    </w:p>
    <w:p w14:paraId="5D007B1C" w14:textId="77777777" w:rsidR="004713CD" w:rsidRDefault="00000000">
      <w:pPr>
        <w:pStyle w:val="Small"/>
      </w:pPr>
      <w:r>
        <w:t>Una scheda per sistema protettivo. Definire la prestazione attesa prima della verifica; il semplice stato “acceso” non prova l’efficacia.</w:t>
      </w:r>
    </w:p>
    <w:tbl>
      <w:tblPr>
        <w:tblW w:w="9638" w:type="dxa"/>
        <w:jc w:val="center"/>
        <w:tblLayout w:type="fixed"/>
        <w:tblLook w:val="04A0" w:firstRow="1" w:lastRow="0" w:firstColumn="1" w:lastColumn="0" w:noHBand="0" w:noVBand="1"/>
      </w:tblPr>
      <w:tblGrid>
        <w:gridCol w:w="2438"/>
        <w:gridCol w:w="7200"/>
      </w:tblGrid>
      <w:tr w:rsidR="004713CD" w14:paraId="5C35507F"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67FD1A3"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09A582C" w14:textId="77777777" w:rsidR="004713CD" w:rsidRDefault="00000000">
            <w:pPr>
              <w:pStyle w:val="TableText"/>
            </w:pPr>
            <w:r>
              <w:rPr>
                <w:b/>
                <w:color w:val="FFFFFF"/>
                <w:sz w:val="19"/>
              </w:rPr>
              <w:t>Compilazione / evidenza richiesta</w:t>
            </w:r>
          </w:p>
        </w:tc>
      </w:tr>
      <w:tr w:rsidR="004713CD" w14:paraId="200C403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45E010A" w14:textId="77777777" w:rsidR="004713CD" w:rsidRDefault="00000000">
            <w:pPr>
              <w:pStyle w:val="TableText"/>
            </w:pPr>
            <w:r>
              <w:rPr>
                <w:sz w:val="19"/>
              </w:rPr>
              <w:t>Impianto / ubicazione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55A9B80" w14:textId="77777777" w:rsidR="004713CD" w:rsidRDefault="00000000">
            <w:pPr>
              <w:pStyle w:val="TableText"/>
            </w:pPr>
            <w:r>
              <w:rPr>
                <w:sz w:val="19"/>
              </w:rPr>
              <w:t>[ID, tipo di captazione/confinamento, costruttore, processo e scenari serviti]</w:t>
            </w:r>
          </w:p>
        </w:tc>
      </w:tr>
      <w:tr w:rsidR="004713CD" w14:paraId="303F19A5"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1073E3E" w14:textId="77777777" w:rsidR="004713CD" w:rsidRDefault="00000000">
            <w:pPr>
              <w:pStyle w:val="TableText"/>
            </w:pPr>
            <w:r>
              <w:rPr>
                <w:sz w:val="19"/>
              </w:rPr>
              <w:t>Documenti di riferimento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DEB8AF7" w14:textId="77777777" w:rsidR="004713CD" w:rsidRDefault="00000000">
            <w:pPr>
              <w:pStyle w:val="TableText"/>
            </w:pPr>
            <w:r>
              <w:rPr>
                <w:sz w:val="19"/>
              </w:rPr>
              <w:t>[progetto, manuale, collaudo, istruzione e programma manutenzione]</w:t>
            </w:r>
          </w:p>
        </w:tc>
      </w:tr>
      <w:tr w:rsidR="004713CD" w14:paraId="7825501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FC7A8B4" w14:textId="77777777" w:rsidR="004713CD" w:rsidRDefault="00000000">
            <w:pPr>
              <w:pStyle w:val="TableText"/>
            </w:pPr>
            <w:r>
              <w:rPr>
                <w:sz w:val="19"/>
              </w:rPr>
              <w:t>Verifica eseguita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99FF276" w14:textId="77777777" w:rsidR="004713CD" w:rsidRDefault="00000000">
            <w:pPr>
              <w:pStyle w:val="TableText"/>
            </w:pPr>
            <w:r>
              <w:rPr>
                <w:sz w:val="19"/>
              </w:rPr>
              <w:t>[preuso/periodica/dopo guasto/dopo modifica; data e tecnico]</w:t>
            </w:r>
          </w:p>
        </w:tc>
      </w:tr>
    </w:tbl>
    <w:p w14:paraId="4A7E572D"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3118"/>
        <w:gridCol w:w="3969"/>
        <w:gridCol w:w="2551"/>
      </w:tblGrid>
      <w:tr w:rsidR="004713CD" w14:paraId="5BC31389" w14:textId="77777777">
        <w:trPr>
          <w:cantSplit/>
          <w:tblHeader/>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BE32480" w14:textId="77777777" w:rsidR="004713CD" w:rsidRDefault="00000000">
            <w:pPr>
              <w:pStyle w:val="TableText"/>
            </w:pPr>
            <w:r>
              <w:rPr>
                <w:b/>
                <w:color w:val="FFFFFF"/>
                <w:sz w:val="19"/>
              </w:rPr>
              <w:t>Parametro / funzione</w:t>
            </w:r>
          </w:p>
        </w:tc>
        <w:tc>
          <w:tcPr>
            <w:tcW w:w="3969"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3FC2376" w14:textId="77777777" w:rsidR="004713CD" w:rsidRDefault="00000000">
            <w:pPr>
              <w:pStyle w:val="TableText"/>
            </w:pPr>
            <w:r>
              <w:rPr>
                <w:b/>
                <w:color w:val="FFFFFF"/>
                <w:sz w:val="19"/>
              </w:rPr>
              <w:t>Criterio ammesso e fonte</w:t>
            </w:r>
          </w:p>
        </w:tc>
        <w:tc>
          <w:tcPr>
            <w:tcW w:w="255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AE91B23" w14:textId="77777777" w:rsidR="004713CD" w:rsidRDefault="00000000">
            <w:pPr>
              <w:pStyle w:val="TableText"/>
            </w:pPr>
            <w:r>
              <w:rPr>
                <w:b/>
                <w:color w:val="FFFFFF"/>
                <w:sz w:val="19"/>
              </w:rPr>
              <w:t>Misura / esito</w:t>
            </w:r>
          </w:p>
        </w:tc>
      </w:tr>
      <w:tr w:rsidR="004713CD" w14:paraId="37C3F1A2"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5D1587E" w14:textId="77777777" w:rsidR="004713CD" w:rsidRDefault="00000000">
            <w:pPr>
              <w:pStyle w:val="TableText"/>
            </w:pPr>
            <w:r>
              <w:rPr>
                <w:sz w:val="19"/>
              </w:rPr>
              <w:t>Portata / pressione / altro parametro pertinente</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B3CBEEE" w14:textId="77777777" w:rsidR="004713CD" w:rsidRDefault="00000000">
            <w:pPr>
              <w:pStyle w:val="TableText"/>
            </w:pPr>
            <w:r>
              <w:rPr>
                <w:sz w:val="19"/>
              </w:rPr>
              <w:t>[valore/campo + unità; progetto/manuale]</w:t>
            </w:r>
          </w:p>
        </w:tc>
        <w:tc>
          <w:tcPr>
            <w:tcW w:w="255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4756C2E" w14:textId="77777777" w:rsidR="004713CD" w:rsidRDefault="00000000">
            <w:pPr>
              <w:pStyle w:val="TableText"/>
            </w:pPr>
            <w:r>
              <w:rPr>
                <w:sz w:val="19"/>
              </w:rPr>
              <w:t>[risultato + unità]</w:t>
            </w:r>
          </w:p>
        </w:tc>
      </w:tr>
      <w:tr w:rsidR="004713CD" w14:paraId="3C8439A4"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319B448" w14:textId="77777777" w:rsidR="004713CD" w:rsidRDefault="00000000">
            <w:pPr>
              <w:pStyle w:val="TableText"/>
            </w:pPr>
            <w:r>
              <w:rPr>
                <w:sz w:val="19"/>
              </w:rPr>
              <w:t>Tenuta / connessioni</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C262598" w14:textId="77777777" w:rsidR="004713CD" w:rsidRDefault="00000000">
            <w:pPr>
              <w:pStyle w:val="TableText"/>
            </w:pPr>
            <w:r>
              <w:rPr>
                <w:sz w:val="19"/>
              </w:rPr>
              <w:t>[metodo e criterio]</w:t>
            </w:r>
          </w:p>
        </w:tc>
        <w:tc>
          <w:tcPr>
            <w:tcW w:w="255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E7D0061" w14:textId="77777777" w:rsidR="004713CD" w:rsidRDefault="00000000">
            <w:pPr>
              <w:pStyle w:val="TableText"/>
            </w:pPr>
            <w:r>
              <w:rPr>
                <w:sz w:val="19"/>
              </w:rPr>
              <w:t>[___]</w:t>
            </w:r>
          </w:p>
        </w:tc>
      </w:tr>
      <w:tr w:rsidR="004713CD" w14:paraId="475502F9"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7A42F75" w14:textId="77777777" w:rsidR="004713CD" w:rsidRDefault="00000000">
            <w:pPr>
              <w:pStyle w:val="TableText"/>
            </w:pPr>
            <w:r>
              <w:rPr>
                <w:sz w:val="19"/>
              </w:rPr>
              <w:t>Cappa / punto di aspirazione</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0BD5E0B" w14:textId="77777777" w:rsidR="004713CD" w:rsidRDefault="00000000">
            <w:pPr>
              <w:pStyle w:val="TableText"/>
            </w:pPr>
            <w:r>
              <w:rPr>
                <w:sz w:val="19"/>
              </w:rPr>
              <w:t>[posizione e condizioni]</w:t>
            </w:r>
          </w:p>
        </w:tc>
        <w:tc>
          <w:tcPr>
            <w:tcW w:w="255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BCD8ADC" w14:textId="77777777" w:rsidR="004713CD" w:rsidRDefault="00000000">
            <w:pPr>
              <w:pStyle w:val="TableText"/>
            </w:pPr>
            <w:r>
              <w:rPr>
                <w:sz w:val="19"/>
              </w:rPr>
              <w:t>[___]</w:t>
            </w:r>
          </w:p>
        </w:tc>
      </w:tr>
      <w:tr w:rsidR="004713CD" w14:paraId="74C62E35"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35FD769" w14:textId="77777777" w:rsidR="004713CD" w:rsidRDefault="00000000">
            <w:pPr>
              <w:pStyle w:val="TableText"/>
            </w:pPr>
            <w:r>
              <w:rPr>
                <w:sz w:val="19"/>
              </w:rPr>
              <w:t>Filtri / espulsione / reintegro</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ED79F87" w14:textId="77777777" w:rsidR="004713CD" w:rsidRDefault="00000000">
            <w:pPr>
              <w:pStyle w:val="TableText"/>
            </w:pPr>
            <w:r>
              <w:rPr>
                <w:sz w:val="19"/>
              </w:rPr>
              <w:t>[criteri di stato/prestazione]</w:t>
            </w:r>
          </w:p>
        </w:tc>
        <w:tc>
          <w:tcPr>
            <w:tcW w:w="255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10FC35B" w14:textId="77777777" w:rsidR="004713CD" w:rsidRDefault="00000000">
            <w:pPr>
              <w:pStyle w:val="TableText"/>
            </w:pPr>
            <w:r>
              <w:rPr>
                <w:sz w:val="19"/>
              </w:rPr>
              <w:t>[___]</w:t>
            </w:r>
          </w:p>
        </w:tc>
      </w:tr>
      <w:tr w:rsidR="004713CD" w14:paraId="2A0276A1"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1E79146" w14:textId="77777777" w:rsidR="004713CD" w:rsidRDefault="00000000">
            <w:pPr>
              <w:pStyle w:val="TableText"/>
            </w:pPr>
            <w:r>
              <w:rPr>
                <w:sz w:val="19"/>
              </w:rPr>
              <w:t>Allarmi / interblocchi</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BBD2B88" w14:textId="77777777" w:rsidR="004713CD" w:rsidRDefault="00000000">
            <w:pPr>
              <w:pStyle w:val="TableText"/>
            </w:pPr>
            <w:r>
              <w:rPr>
                <w:sz w:val="19"/>
              </w:rPr>
              <w:t>[prova funzionale prevista]</w:t>
            </w:r>
          </w:p>
        </w:tc>
        <w:tc>
          <w:tcPr>
            <w:tcW w:w="255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33BD90D" w14:textId="77777777" w:rsidR="004713CD" w:rsidRDefault="00000000">
            <w:pPr>
              <w:pStyle w:val="TableText"/>
            </w:pPr>
            <w:r>
              <w:rPr>
                <w:sz w:val="19"/>
              </w:rPr>
              <w:t>[___]</w:t>
            </w:r>
          </w:p>
        </w:tc>
      </w:tr>
      <w:tr w:rsidR="004713CD" w14:paraId="5DEA1342"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B8DCD17" w14:textId="77777777" w:rsidR="004713CD" w:rsidRDefault="00000000">
            <w:pPr>
              <w:pStyle w:val="TableText"/>
            </w:pPr>
            <w:r>
              <w:rPr>
                <w:sz w:val="19"/>
              </w:rPr>
              <w:t>Segregazione / accessi</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A01CA97" w14:textId="77777777" w:rsidR="004713CD" w:rsidRDefault="00000000">
            <w:pPr>
              <w:pStyle w:val="TableText"/>
            </w:pPr>
            <w:r>
              <w:rPr>
                <w:sz w:val="19"/>
              </w:rPr>
              <w:t>[requisiti]</w:t>
            </w:r>
          </w:p>
        </w:tc>
        <w:tc>
          <w:tcPr>
            <w:tcW w:w="255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1C5D786" w14:textId="77777777" w:rsidR="004713CD" w:rsidRDefault="00000000">
            <w:pPr>
              <w:pStyle w:val="TableText"/>
            </w:pPr>
            <w:r>
              <w:rPr>
                <w:sz w:val="19"/>
              </w:rPr>
              <w:t>[___]</w:t>
            </w:r>
          </w:p>
        </w:tc>
      </w:tr>
    </w:tbl>
    <w:p w14:paraId="77F1B42C"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3F0AD51F"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E99FD17"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48F0DA2" w14:textId="77777777" w:rsidR="004713CD" w:rsidRDefault="00000000">
            <w:pPr>
              <w:pStyle w:val="TableText"/>
            </w:pPr>
            <w:r>
              <w:rPr>
                <w:b/>
                <w:color w:val="FFFFFF"/>
                <w:sz w:val="19"/>
              </w:rPr>
              <w:t>Compilazione / evidenza richiesta</w:t>
            </w:r>
          </w:p>
        </w:tc>
      </w:tr>
      <w:tr w:rsidR="004713CD" w14:paraId="7B29A7A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D9ED4DD" w14:textId="77777777" w:rsidR="004713CD" w:rsidRDefault="00000000">
            <w:pPr>
              <w:pStyle w:val="TableText"/>
            </w:pPr>
            <w:r>
              <w:rPr>
                <w:sz w:val="19"/>
              </w:rPr>
              <w:t>Metodo e strumenti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158EA83" w14:textId="77777777" w:rsidR="004713CD" w:rsidRDefault="00000000">
            <w:pPr>
              <w:pStyle w:val="TableText"/>
            </w:pPr>
            <w:r>
              <w:rPr>
                <w:sz w:val="19"/>
              </w:rPr>
              <w:t>[strumento, identificativo, taratura/verifica, metodo, condizioni di prova]</w:t>
            </w:r>
          </w:p>
        </w:tc>
      </w:tr>
      <w:tr w:rsidR="004713CD" w14:paraId="640E9AD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812EDC6" w14:textId="77777777" w:rsidR="004713CD" w:rsidRDefault="00000000">
            <w:pPr>
              <w:pStyle w:val="TableText"/>
            </w:pPr>
            <w:r>
              <w:rPr>
                <w:sz w:val="19"/>
              </w:rPr>
              <w:t>Manutenzione / ricambi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9386885" w14:textId="77777777" w:rsidR="004713CD" w:rsidRDefault="00000000">
            <w:pPr>
              <w:pStyle w:val="TableText"/>
            </w:pPr>
            <w:r>
              <w:rPr>
                <w:sz w:val="19"/>
              </w:rPr>
              <w:t>[intervento, parti sostituite, gestione residui/filtri contaminati, esecutore]</w:t>
            </w:r>
          </w:p>
        </w:tc>
      </w:tr>
      <w:tr w:rsidR="004713CD" w14:paraId="33AE196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F582DB6" w14:textId="77777777" w:rsidR="004713CD" w:rsidRDefault="00000000">
            <w:pPr>
              <w:pStyle w:val="TableText"/>
            </w:pPr>
            <w:r>
              <w:rPr>
                <w:sz w:val="19"/>
              </w:rPr>
              <w:t>Anomalie e decisione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4DE6AA6" w14:textId="77777777" w:rsidR="004713CD" w:rsidRDefault="00000000">
            <w:pPr>
              <w:pStyle w:val="TableText"/>
            </w:pPr>
            <w:r>
              <w:rPr>
                <w:sz w:val="19"/>
              </w:rPr>
              <w:t>[conforme/non conforme/non conclusivo; stop, A07/A13, limitazioni]</w:t>
            </w:r>
          </w:p>
        </w:tc>
      </w:tr>
      <w:tr w:rsidR="004713CD" w14:paraId="4BBEF23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910651F" w14:textId="77777777" w:rsidR="004713CD" w:rsidRDefault="00000000">
            <w:pPr>
              <w:pStyle w:val="TableText"/>
            </w:pPr>
            <w:r>
              <w:rPr>
                <w:sz w:val="19"/>
              </w:rPr>
              <w:t>Verifica dopo intervento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50429A8" w14:textId="77777777" w:rsidR="004713CD" w:rsidRDefault="00000000">
            <w:pPr>
              <w:pStyle w:val="TableText"/>
            </w:pPr>
            <w:r>
              <w:rPr>
                <w:sz w:val="19"/>
              </w:rPr>
              <w:t>[prova, risultato e condizioni di riutilizzo; eventuale campionamento A12]</w:t>
            </w:r>
          </w:p>
        </w:tc>
      </w:tr>
      <w:tr w:rsidR="004713CD" w14:paraId="6E51B05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75FF0B0" w14:textId="77777777" w:rsidR="004713CD" w:rsidRDefault="00000000">
            <w:pPr>
              <w:pStyle w:val="TableText"/>
            </w:pPr>
            <w:r>
              <w:rPr>
                <w:sz w:val="19"/>
              </w:rPr>
              <w:t>Prossimo controllo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6A18AAC" w14:textId="77777777" w:rsidR="004713CD" w:rsidRDefault="00000000">
            <w:pPr>
              <w:pStyle w:val="TableText"/>
            </w:pPr>
            <w:r>
              <w:rPr>
                <w:sz w:val="19"/>
              </w:rPr>
              <w:t>[data/intervallo motivato; fonte della periodicità; responsabile]</w:t>
            </w:r>
          </w:p>
        </w:tc>
      </w:tr>
    </w:tbl>
    <w:p w14:paraId="4EE6DADD" w14:textId="77777777" w:rsidR="004713CD" w:rsidRDefault="004713CD">
      <w:pPr>
        <w:pStyle w:val="Small"/>
        <w:spacing w:after="20"/>
      </w:pPr>
    </w:p>
    <w:p w14:paraId="09672170" w14:textId="77777777" w:rsidR="004713CD" w:rsidRDefault="00000000">
      <w:pPr>
        <w:pStyle w:val="FieldText"/>
      </w:pPr>
      <w:r>
        <w:t>Restituzione al reparto: AUTORIZZATA / NON AUTORIZZATA.</w:t>
      </w:r>
      <w:r>
        <w:br/>
        <w:t>Condizioni: ________________________________________________________________________</w:t>
      </w:r>
    </w:p>
    <w:p w14:paraId="547A6E4C" w14:textId="77777777" w:rsidR="004713CD" w:rsidRDefault="00000000">
      <w:pPr>
        <w:pStyle w:val="FieldText"/>
      </w:pPr>
      <w:r>
        <w:t>Tecnico __________  Verificatore __________  Responsabile ricevente __________  Data ______</w:t>
      </w:r>
    </w:p>
    <w:p w14:paraId="77E644AE" w14:textId="77777777" w:rsidR="004713CD" w:rsidRDefault="00000000">
      <w:r>
        <w:br w:type="page"/>
      </w:r>
    </w:p>
    <w:p w14:paraId="57E5B6B4" w14:textId="77777777" w:rsidR="004713CD" w:rsidRDefault="00000000">
      <w:pPr>
        <w:pStyle w:val="Kicker"/>
      </w:pPr>
      <w:r>
        <w:rPr>
          <w:b w:val="0"/>
        </w:rPr>
        <w:t>ALLEGATI OPERATIVI  /  MODULISTICA EDITABILE</w:t>
      </w:r>
    </w:p>
    <w:p w14:paraId="229EFC05" w14:textId="77777777" w:rsidR="004713CD" w:rsidRDefault="00000000">
      <w:pPr>
        <w:pStyle w:val="Titolo1"/>
      </w:pPr>
      <w:bookmarkStart w:id="34" w:name="A11"/>
      <w:r>
        <w:rPr>
          <w:b w:val="0"/>
        </w:rPr>
        <w:t>A11 · Scheda di selezione e gestione dei DPI</w:t>
      </w:r>
      <w:bookmarkEnd w:id="34"/>
    </w:p>
    <w:p w14:paraId="4837237B" w14:textId="77777777" w:rsidR="004713CD" w:rsidRDefault="00000000">
      <w:pPr>
        <w:pStyle w:val="Small"/>
      </w:pPr>
      <w:r>
        <w:t>PR-RIP-01 • Modulo A11 • Revisione ___ • Azienda/sito __________________ • Data __________</w:t>
      </w:r>
    </w:p>
    <w:p w14:paraId="06591375" w14:textId="77777777" w:rsidR="004713CD" w:rsidRDefault="00000000">
      <w:pPr>
        <w:pStyle w:val="Small"/>
      </w:pPr>
      <w:r>
        <w:t>ID scenario ______; agente/miscela ______; mansione ______. Allegare documentazione del fabbricante e prove pertinenti. Nessuna selezione generica per la sola dicitura “reprotossico”.</w:t>
      </w:r>
    </w:p>
    <w:tbl>
      <w:tblPr>
        <w:tblW w:w="9638" w:type="dxa"/>
        <w:jc w:val="center"/>
        <w:tblLayout w:type="fixed"/>
        <w:tblLook w:val="04A0" w:firstRow="1" w:lastRow="0" w:firstColumn="1" w:lastColumn="0" w:noHBand="0" w:noVBand="1"/>
      </w:tblPr>
      <w:tblGrid>
        <w:gridCol w:w="1984"/>
        <w:gridCol w:w="3969"/>
        <w:gridCol w:w="3685"/>
      </w:tblGrid>
      <w:tr w:rsidR="004713CD" w14:paraId="44AB9D40" w14:textId="77777777">
        <w:trPr>
          <w:cantSplit/>
          <w:tblHeader/>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24C26F4" w14:textId="77777777" w:rsidR="004713CD" w:rsidRDefault="00000000">
            <w:pPr>
              <w:pStyle w:val="TableText"/>
            </w:pPr>
            <w:r>
              <w:rPr>
                <w:b/>
                <w:color w:val="FFFFFF"/>
                <w:sz w:val="19"/>
              </w:rPr>
              <w:t>Distretto / DPI</w:t>
            </w:r>
          </w:p>
        </w:tc>
        <w:tc>
          <w:tcPr>
            <w:tcW w:w="3969"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E7F2200" w14:textId="77777777" w:rsidR="004713CD" w:rsidRDefault="00000000">
            <w:pPr>
              <w:pStyle w:val="TableText"/>
            </w:pPr>
            <w:r>
              <w:rPr>
                <w:b/>
                <w:color w:val="FFFFFF"/>
                <w:sz w:val="19"/>
              </w:rPr>
              <w:t>Prestazione richiesta</w:t>
            </w:r>
          </w:p>
        </w:tc>
        <w:tc>
          <w:tcPr>
            <w:tcW w:w="368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E483F27" w14:textId="77777777" w:rsidR="004713CD" w:rsidRDefault="00000000">
            <w:pPr>
              <w:pStyle w:val="TableText"/>
            </w:pPr>
            <w:r>
              <w:rPr>
                <w:b/>
                <w:color w:val="FFFFFF"/>
                <w:sz w:val="19"/>
              </w:rPr>
              <w:t>Prodotto scelto / evidenza</w:t>
            </w:r>
          </w:p>
        </w:tc>
      </w:tr>
      <w:tr w:rsidR="004713CD" w14:paraId="63B94DEB"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6BC712D" w14:textId="77777777" w:rsidR="004713CD" w:rsidRDefault="00000000">
            <w:pPr>
              <w:pStyle w:val="TableText"/>
            </w:pPr>
            <w:r>
              <w:rPr>
                <w:sz w:val="19"/>
              </w:rPr>
              <w:t>Mani</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64E856C" w14:textId="77777777" w:rsidR="004713CD" w:rsidRDefault="00000000">
            <w:pPr>
              <w:pStyle w:val="TableText"/>
            </w:pPr>
            <w:r>
              <w:rPr>
                <w:sz w:val="19"/>
              </w:rPr>
              <w:t>[compatibilità, permeazione/degradazione, spessore, durata reale]</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D612AF2" w14:textId="77777777" w:rsidR="004713CD" w:rsidRDefault="00000000">
            <w:pPr>
              <w:pStyle w:val="TableText"/>
            </w:pPr>
            <w:r>
              <w:rPr>
                <w:sz w:val="19"/>
              </w:rPr>
              <w:t>[marca, modello, taglia, dati tecnici]</w:t>
            </w:r>
          </w:p>
        </w:tc>
      </w:tr>
      <w:tr w:rsidR="004713CD" w14:paraId="6749E871"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6EF1F90" w14:textId="77777777" w:rsidR="004713CD" w:rsidRDefault="00000000">
            <w:pPr>
              <w:pStyle w:val="TableText"/>
            </w:pPr>
            <w:r>
              <w:rPr>
                <w:sz w:val="19"/>
              </w:rPr>
              <w:t>Vie respiratorie</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E9AC66F" w14:textId="77777777" w:rsidR="004713CD" w:rsidRDefault="00000000">
            <w:pPr>
              <w:pStyle w:val="TableText"/>
            </w:pPr>
            <w:r>
              <w:rPr>
                <w:sz w:val="19"/>
              </w:rPr>
              <w:t>[agente, stato fisico, scenario, tipo di protezione e fattore pertinente]</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2BB521E" w14:textId="77777777" w:rsidR="004713CD" w:rsidRDefault="00000000">
            <w:pPr>
              <w:pStyle w:val="TableText"/>
            </w:pPr>
            <w:r>
              <w:rPr>
                <w:sz w:val="19"/>
              </w:rPr>
              <w:t>[modello, filtro/altro, limiti di utilizzo]</w:t>
            </w:r>
          </w:p>
        </w:tc>
      </w:tr>
      <w:tr w:rsidR="004713CD" w14:paraId="4F972D5A"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96722F4" w14:textId="77777777" w:rsidR="004713CD" w:rsidRDefault="00000000">
            <w:pPr>
              <w:pStyle w:val="TableText"/>
            </w:pPr>
            <w:r>
              <w:rPr>
                <w:sz w:val="19"/>
              </w:rPr>
              <w:t>Occhi / viso</w:t>
            </w:r>
          </w:p>
        </w:tc>
        <w:tc>
          <w:tcPr>
            <w:tcW w:w="396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4B4A456" w14:textId="77777777" w:rsidR="004713CD" w:rsidRDefault="00000000">
            <w:pPr>
              <w:pStyle w:val="TableText"/>
            </w:pPr>
            <w:r>
              <w:rPr>
                <w:sz w:val="19"/>
              </w:rPr>
              <w:t>[schizzi/aerosol; copertura e compatibilità]</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114BD6" w14:textId="77777777" w:rsidR="004713CD" w:rsidRDefault="00000000">
            <w:pPr>
              <w:pStyle w:val="TableText"/>
            </w:pPr>
            <w:r>
              <w:rPr>
                <w:sz w:val="19"/>
              </w:rPr>
              <w:t>[modello e prestazioni]</w:t>
            </w:r>
          </w:p>
        </w:tc>
      </w:tr>
      <w:tr w:rsidR="004713CD" w14:paraId="7744E5BC" w14:textId="77777777">
        <w:trPr>
          <w:cantSplit/>
          <w:jc w:val="center"/>
        </w:trPr>
        <w:tc>
          <w:tcPr>
            <w:tcW w:w="198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5B3C303" w14:textId="77777777" w:rsidR="004713CD" w:rsidRDefault="00000000">
            <w:pPr>
              <w:pStyle w:val="TableText"/>
            </w:pPr>
            <w:r>
              <w:rPr>
                <w:sz w:val="19"/>
              </w:rPr>
              <w:t>Corpo / piedi</w:t>
            </w:r>
          </w:p>
        </w:tc>
        <w:tc>
          <w:tcPr>
            <w:tcW w:w="396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C4D4AD2" w14:textId="77777777" w:rsidR="004713CD" w:rsidRDefault="00000000">
            <w:pPr>
              <w:pStyle w:val="TableText"/>
            </w:pPr>
            <w:r>
              <w:rPr>
                <w:sz w:val="19"/>
              </w:rPr>
              <w:t>[resistenza chimica, parti protette, modalità di svestizione]</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C3C102A" w14:textId="77777777" w:rsidR="004713CD" w:rsidRDefault="00000000">
            <w:pPr>
              <w:pStyle w:val="TableText"/>
            </w:pPr>
            <w:r>
              <w:rPr>
                <w:sz w:val="19"/>
              </w:rPr>
              <w:t>[modello e prestazioni]</w:t>
            </w:r>
          </w:p>
        </w:tc>
      </w:tr>
    </w:tbl>
    <w:p w14:paraId="292E4C44"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65576A5A"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030A6FD"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5833365" w14:textId="77777777" w:rsidR="004713CD" w:rsidRDefault="00000000">
            <w:pPr>
              <w:pStyle w:val="TableText"/>
            </w:pPr>
            <w:r>
              <w:rPr>
                <w:b/>
                <w:color w:val="FFFFFF"/>
                <w:sz w:val="19"/>
              </w:rPr>
              <w:t>Compilazione / evidenza richiesta</w:t>
            </w:r>
          </w:p>
        </w:tc>
      </w:tr>
      <w:tr w:rsidR="004713CD" w14:paraId="2493C92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597F588" w14:textId="77777777" w:rsidR="004713CD" w:rsidRDefault="00000000">
            <w:pPr>
              <w:pStyle w:val="TableText"/>
            </w:pPr>
            <w:r>
              <w:rPr>
                <w:sz w:val="19"/>
              </w:rPr>
              <w:t>Condizioni di impiego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1B33F65" w14:textId="77777777" w:rsidR="004713CD" w:rsidRDefault="00000000">
            <w:pPr>
              <w:pStyle w:val="TableText"/>
            </w:pPr>
            <w:r>
              <w:rPr>
                <w:sz w:val="19"/>
              </w:rPr>
              <w:t>[attività, durata, temperatura, sforzo, concentrazioni/scenario; condizioni vietate]</w:t>
            </w:r>
          </w:p>
        </w:tc>
      </w:tr>
      <w:tr w:rsidR="004713CD" w14:paraId="56A92CA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497BCBF" w14:textId="77777777" w:rsidR="004713CD" w:rsidRDefault="00000000">
            <w:pPr>
              <w:pStyle w:val="TableText"/>
            </w:pPr>
            <w:r>
              <w:rPr>
                <w:sz w:val="19"/>
              </w:rPr>
              <w:t>Criterio di sostituzione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30C958" w14:textId="77777777" w:rsidR="004713CD" w:rsidRDefault="00000000">
            <w:pPr>
              <w:pStyle w:val="TableText"/>
            </w:pPr>
            <w:r>
              <w:rPr>
                <w:sz w:val="19"/>
              </w:rPr>
              <w:t>[guanti/filtri/indumenti: dati tecnici, intervallo reale o evento; non attendere l’odore]</w:t>
            </w:r>
          </w:p>
        </w:tc>
      </w:tr>
      <w:tr w:rsidR="004713CD" w14:paraId="244DEE5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321F967" w14:textId="77777777" w:rsidR="004713CD" w:rsidRDefault="00000000">
            <w:pPr>
              <w:pStyle w:val="TableText"/>
            </w:pPr>
            <w:r>
              <w:rPr>
                <w:sz w:val="19"/>
              </w:rPr>
              <w:t>Compatibilità / tenuta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969A0E3" w14:textId="77777777" w:rsidR="004713CD" w:rsidRDefault="00000000">
            <w:pPr>
              <w:pStyle w:val="TableText"/>
            </w:pPr>
            <w:r>
              <w:rPr>
                <w:sz w:val="19"/>
              </w:rPr>
              <w:t>[verifica reciproca dei DPI; adeguatezza facciale e prove pertinenti per respiratori]</w:t>
            </w:r>
          </w:p>
        </w:tc>
      </w:tr>
      <w:tr w:rsidR="004713CD" w14:paraId="7E2B67E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BD838E" w14:textId="77777777" w:rsidR="004713CD" w:rsidRDefault="00000000">
            <w:pPr>
              <w:pStyle w:val="TableText"/>
            </w:pPr>
            <w:r>
              <w:rPr>
                <w:sz w:val="19"/>
              </w:rPr>
              <w:t>Controllo prima dell’uso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D6CB367" w14:textId="77777777" w:rsidR="004713CD" w:rsidRDefault="00000000">
            <w:pPr>
              <w:pStyle w:val="TableText"/>
            </w:pPr>
            <w:r>
              <w:rPr>
                <w:sz w:val="19"/>
              </w:rPr>
              <w:t>[integrità, scadenza tecnica, montaggio, tenuta, disponibilità]</w:t>
            </w:r>
          </w:p>
        </w:tc>
      </w:tr>
      <w:tr w:rsidR="004713CD" w14:paraId="629BA6B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3F1CDB" w14:textId="77777777" w:rsidR="004713CD" w:rsidRDefault="00000000">
            <w:pPr>
              <w:pStyle w:val="TableText"/>
            </w:pPr>
            <w:r>
              <w:rPr>
                <w:sz w:val="19"/>
              </w:rPr>
              <w:t>Pulizia / conservazione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A42E017" w14:textId="77777777" w:rsidR="004713CD" w:rsidRDefault="00000000">
            <w:pPr>
              <w:pStyle w:val="TableText"/>
            </w:pPr>
            <w:r>
              <w:rPr>
                <w:sz w:val="19"/>
              </w:rPr>
              <w:t>[metodo, luogo, responsabilità, DPI monouso/riutilizzabili]</w:t>
            </w:r>
          </w:p>
        </w:tc>
      </w:tr>
      <w:tr w:rsidR="004713CD" w14:paraId="3631C9C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857F548" w14:textId="77777777" w:rsidR="004713CD" w:rsidRDefault="00000000">
            <w:pPr>
              <w:pStyle w:val="TableText"/>
            </w:pPr>
            <w:r>
              <w:rPr>
                <w:sz w:val="19"/>
              </w:rPr>
              <w:t>Svestizione / scarti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169781D" w14:textId="77777777" w:rsidR="004713CD" w:rsidRDefault="00000000">
            <w:pPr>
              <w:pStyle w:val="TableText"/>
            </w:pPr>
            <w:r>
              <w:rPr>
                <w:sz w:val="19"/>
              </w:rPr>
              <w:t>[sequenza che previene il contatto e circuito del contaminato]</w:t>
            </w:r>
          </w:p>
        </w:tc>
      </w:tr>
      <w:tr w:rsidR="004713CD" w14:paraId="7DFEADD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F169795" w14:textId="77777777" w:rsidR="004713CD" w:rsidRDefault="00000000">
            <w:pPr>
              <w:pStyle w:val="TableText"/>
            </w:pPr>
            <w:r>
              <w:rPr>
                <w:sz w:val="19"/>
              </w:rPr>
              <w:t>Addestramento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0C20320" w14:textId="77777777" w:rsidR="004713CD" w:rsidRDefault="00000000">
            <w:pPr>
              <w:pStyle w:val="TableText"/>
            </w:pPr>
            <w:r>
              <w:rPr>
                <w:sz w:val="19"/>
              </w:rPr>
              <w:t>[data, formatore, lavoratori, prova pratica A17 e risultato]</w:t>
            </w:r>
          </w:p>
        </w:tc>
      </w:tr>
      <w:tr w:rsidR="004713CD" w14:paraId="365AAA4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E606C1F" w14:textId="77777777" w:rsidR="004713CD" w:rsidRDefault="00000000">
            <w:pPr>
              <w:pStyle w:val="TableText"/>
            </w:pPr>
            <w:r>
              <w:rPr>
                <w:sz w:val="19"/>
              </w:rPr>
              <w:t>Responsabile fornitura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420B8B4" w14:textId="77777777" w:rsidR="004713CD" w:rsidRDefault="00000000">
            <w:pPr>
              <w:pStyle w:val="TableText"/>
            </w:pPr>
            <w:r>
              <w:rPr>
                <w:sz w:val="19"/>
              </w:rPr>
              <w:t>[referente, scorta, segnalazione indisponibilità o difetti]</w:t>
            </w:r>
          </w:p>
        </w:tc>
      </w:tr>
      <w:tr w:rsidR="004713CD" w14:paraId="7679991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F4269C9" w14:textId="77777777" w:rsidR="004713CD" w:rsidRDefault="00000000">
            <w:pPr>
              <w:pStyle w:val="TableText"/>
            </w:pPr>
            <w:r>
              <w:rPr>
                <w:sz w:val="19"/>
              </w:rPr>
              <w:t>Riesame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E12C9F" w14:textId="77777777" w:rsidR="004713CD" w:rsidRDefault="00000000">
            <w:pPr>
              <w:pStyle w:val="TableText"/>
            </w:pPr>
            <w:r>
              <w:rPr>
                <w:sz w:val="19"/>
              </w:rPr>
              <w:t>[evento/data; cambiamenti di sostanza, miscela o condizioni]</w:t>
            </w:r>
          </w:p>
        </w:tc>
      </w:tr>
    </w:tbl>
    <w:p w14:paraId="31F3E712"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9638"/>
      </w:tblGrid>
      <w:tr w:rsidR="004713CD" w14:paraId="5F6CAEBD"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4F468FD" w14:textId="77777777" w:rsidR="004713CD" w:rsidRDefault="00000000">
            <w:pPr>
              <w:pStyle w:val="TableText"/>
            </w:pPr>
            <w:r>
              <w:rPr>
                <w:b/>
                <w:color w:val="FFFFFF"/>
                <w:sz w:val="20"/>
              </w:rPr>
              <w:t>CONDIZIONE DI ARRESTO</w:t>
            </w:r>
          </w:p>
        </w:tc>
      </w:tr>
      <w:tr w:rsidR="004713CD" w14:paraId="13F3F14F"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7787A2D" w14:textId="77777777" w:rsidR="004713CD" w:rsidRDefault="00000000">
            <w:pPr>
              <w:pStyle w:val="TableText"/>
            </w:pPr>
            <w:r>
              <w:rPr>
                <w:sz w:val="20"/>
              </w:rPr>
              <w:t>DPI mancante, non compatibile o danneggiato: non iniziare o interrompere in sicurezza. Non utilizzare filtri ordinari per ingresso in atmosfera ignota o con ossigeno insufficiente.</w:t>
            </w:r>
          </w:p>
        </w:tc>
      </w:tr>
    </w:tbl>
    <w:p w14:paraId="107D18D4" w14:textId="77777777" w:rsidR="004713CD" w:rsidRDefault="004713CD">
      <w:pPr>
        <w:pStyle w:val="Small"/>
        <w:spacing w:after="20"/>
      </w:pPr>
    </w:p>
    <w:p w14:paraId="2A2E282D" w14:textId="77777777" w:rsidR="004713CD" w:rsidRDefault="00000000">
      <w:pPr>
        <w:pStyle w:val="FieldText"/>
      </w:pPr>
      <w:r>
        <w:t>Compilato da __________  Verificato da __________  Data __________</w:t>
      </w:r>
    </w:p>
    <w:p w14:paraId="47C811CD" w14:textId="77777777" w:rsidR="004713CD" w:rsidRDefault="00000000">
      <w:r>
        <w:br w:type="page"/>
      </w:r>
    </w:p>
    <w:p w14:paraId="615FBBF0" w14:textId="77777777" w:rsidR="004713CD" w:rsidRDefault="00000000">
      <w:pPr>
        <w:pStyle w:val="Kicker"/>
      </w:pPr>
      <w:r>
        <w:rPr>
          <w:b w:val="0"/>
        </w:rPr>
        <w:t>ALLEGATI OPERATIVI  /  MODULISTICA EDITABILE</w:t>
      </w:r>
    </w:p>
    <w:p w14:paraId="30B9D78E" w14:textId="77777777" w:rsidR="004713CD" w:rsidRDefault="00000000">
      <w:pPr>
        <w:pStyle w:val="Titolo1"/>
      </w:pPr>
      <w:bookmarkStart w:id="35" w:name="A12_a"/>
      <w:r>
        <w:rPr>
          <w:b w:val="0"/>
        </w:rPr>
        <w:t>A12 · Piano di campionamento e monitoraggio — 1/2</w:t>
      </w:r>
      <w:bookmarkEnd w:id="35"/>
    </w:p>
    <w:p w14:paraId="648F359B" w14:textId="77777777" w:rsidR="004713CD" w:rsidRDefault="00000000">
      <w:pPr>
        <w:pStyle w:val="Small"/>
      </w:pPr>
      <w:r>
        <w:t>PR-RIP-01 • Modulo A12 • Revisione ___ • Azienda/sito __________________ • Data __________</w:t>
      </w:r>
    </w:p>
    <w:p w14:paraId="65085F09" w14:textId="77777777" w:rsidR="004713CD" w:rsidRDefault="00000000">
      <w:pPr>
        <w:pStyle w:val="Small"/>
      </w:pPr>
      <w:r>
        <w:t>Piano predisposto da persona competente. I campi relativi a monitoraggio biologico sono coordinati dal MC e mantenuti nel circuito appropriato.</w:t>
      </w:r>
    </w:p>
    <w:tbl>
      <w:tblPr>
        <w:tblW w:w="9638" w:type="dxa"/>
        <w:jc w:val="center"/>
        <w:tblLayout w:type="fixed"/>
        <w:tblLook w:val="04A0" w:firstRow="1" w:lastRow="0" w:firstColumn="1" w:lastColumn="0" w:noHBand="0" w:noVBand="1"/>
      </w:tblPr>
      <w:tblGrid>
        <w:gridCol w:w="2438"/>
        <w:gridCol w:w="7200"/>
      </w:tblGrid>
      <w:tr w:rsidR="004713CD" w14:paraId="7B87F01B"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D32D369"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1E50F46" w14:textId="77777777" w:rsidR="004713CD" w:rsidRDefault="00000000">
            <w:pPr>
              <w:pStyle w:val="TableText"/>
            </w:pPr>
            <w:r>
              <w:rPr>
                <w:b/>
                <w:color w:val="FFFFFF"/>
                <w:sz w:val="19"/>
              </w:rPr>
              <w:t>Compilazione / evidenza richiesta</w:t>
            </w:r>
          </w:p>
        </w:tc>
      </w:tr>
      <w:tr w:rsidR="004713CD" w14:paraId="4A462D3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913296E" w14:textId="77777777" w:rsidR="004713CD" w:rsidRDefault="00000000">
            <w:pPr>
              <w:pStyle w:val="TableText"/>
            </w:pPr>
            <w:r>
              <w:rPr>
                <w:sz w:val="19"/>
              </w:rPr>
              <w:t>Piano / obiettivo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2930E8" w14:textId="77777777" w:rsidR="004713CD" w:rsidRDefault="00000000">
            <w:pPr>
              <w:pStyle w:val="TableText"/>
            </w:pPr>
            <w:r>
              <w:rPr>
                <w:sz w:val="19"/>
              </w:rPr>
              <w:t>[ID, data, agente e scenario; conformità, efficacia controllo, modifica, anomalia]</w:t>
            </w:r>
          </w:p>
        </w:tc>
      </w:tr>
      <w:tr w:rsidR="004713CD" w14:paraId="74D6BE5A"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1417744" w14:textId="77777777" w:rsidR="004713CD" w:rsidRDefault="00000000">
            <w:pPr>
              <w:pStyle w:val="TableText"/>
            </w:pPr>
            <w:r>
              <w:rPr>
                <w:sz w:val="19"/>
              </w:rPr>
              <w:t>Popolazione / strategia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7892ED7" w14:textId="77777777" w:rsidR="004713CD" w:rsidRDefault="00000000">
            <w:pPr>
              <w:pStyle w:val="TableText"/>
            </w:pPr>
            <w:r>
              <w:rPr>
                <w:sz w:val="19"/>
              </w:rPr>
              <w:t>[mansioni, gruppi similari motivati, turni, attività gravose/rare, variabilità]</w:t>
            </w:r>
          </w:p>
        </w:tc>
      </w:tr>
      <w:tr w:rsidR="004713CD" w14:paraId="50FA429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D517C9A" w14:textId="77777777" w:rsidR="004713CD" w:rsidRDefault="00000000">
            <w:pPr>
              <w:pStyle w:val="TableText"/>
            </w:pPr>
            <w:r>
              <w:rPr>
                <w:sz w:val="19"/>
              </w:rPr>
              <w:t>Metodo / laboratorio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A260E2A" w14:textId="77777777" w:rsidR="004713CD" w:rsidRDefault="00000000">
            <w:pPr>
              <w:pStyle w:val="TableText"/>
            </w:pPr>
            <w:r>
              <w:rPr>
                <w:sz w:val="19"/>
              </w:rPr>
              <w:t>[riferimento, tecnica, supporto, laboratorio, campo di applicazione e qualificazione]</w:t>
            </w:r>
          </w:p>
        </w:tc>
      </w:tr>
      <w:tr w:rsidR="004713CD" w14:paraId="14A63F5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BD972D3" w14:textId="77777777" w:rsidR="004713CD" w:rsidRDefault="00000000">
            <w:pPr>
              <w:pStyle w:val="TableText"/>
            </w:pPr>
            <w:r>
              <w:rPr>
                <w:sz w:val="19"/>
              </w:rPr>
              <w:t>Limiti e criteri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16C592" w14:textId="77777777" w:rsidR="004713CD" w:rsidRDefault="00000000">
            <w:pPr>
              <w:pStyle w:val="TableText"/>
            </w:pPr>
            <w:r>
              <w:rPr>
                <w:sz w:val="19"/>
              </w:rPr>
              <w:t>[A04; unità, mediazione, note; metodo d’interpretazione e incertezza]</w:t>
            </w:r>
          </w:p>
        </w:tc>
      </w:tr>
    </w:tbl>
    <w:p w14:paraId="48D9BE02"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3118"/>
        <w:gridCol w:w="3118"/>
        <w:gridCol w:w="3402"/>
      </w:tblGrid>
      <w:tr w:rsidR="004713CD" w14:paraId="1441CAEF" w14:textId="77777777">
        <w:trPr>
          <w:cantSplit/>
          <w:tblHeader/>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45B29CB" w14:textId="77777777" w:rsidR="004713CD" w:rsidRDefault="00000000">
            <w:pPr>
              <w:pStyle w:val="TableText"/>
            </w:pPr>
            <w:r>
              <w:rPr>
                <w:b/>
                <w:color w:val="FFFFFF"/>
                <w:sz w:val="19"/>
              </w:rPr>
              <w:t>Campione / attività</w:t>
            </w:r>
          </w:p>
        </w:tc>
        <w:tc>
          <w:tcPr>
            <w:tcW w:w="311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85F2D23" w14:textId="77777777" w:rsidR="004713CD" w:rsidRDefault="00000000">
            <w:pPr>
              <w:pStyle w:val="TableText"/>
            </w:pPr>
            <w:r>
              <w:rPr>
                <w:b/>
                <w:color w:val="FFFFFF"/>
                <w:sz w:val="19"/>
              </w:rPr>
              <w:t>Tipo e durata</w:t>
            </w:r>
          </w:p>
        </w:tc>
        <w:tc>
          <w:tcPr>
            <w:tcW w:w="340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65349C5" w14:textId="77777777" w:rsidR="004713CD" w:rsidRDefault="00000000">
            <w:pPr>
              <w:pStyle w:val="TableText"/>
            </w:pPr>
            <w:r>
              <w:rPr>
                <w:b/>
                <w:color w:val="FFFFFF"/>
                <w:sz w:val="19"/>
              </w:rPr>
              <w:t>Condizioni da documentare</w:t>
            </w:r>
          </w:p>
        </w:tc>
      </w:tr>
      <w:tr w:rsidR="004713CD" w14:paraId="60679625"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12E76D" w14:textId="77777777" w:rsidR="004713CD" w:rsidRDefault="00000000">
            <w:pPr>
              <w:pStyle w:val="TableText"/>
            </w:pPr>
            <w:r>
              <w:rPr>
                <w:sz w:val="19"/>
              </w:rPr>
              <w:t>[C-01; mansione/fase]</w:t>
            </w:r>
          </w:p>
        </w:tc>
        <w:tc>
          <w:tcPr>
            <w:tcW w:w="311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4507B4" w14:textId="77777777" w:rsidR="004713CD" w:rsidRDefault="00000000">
            <w:pPr>
              <w:pStyle w:val="TableText"/>
            </w:pPr>
            <w:r>
              <w:rPr>
                <w:sz w:val="19"/>
              </w:rPr>
              <w:t>[personale/fisso; durata; orario]</w:t>
            </w:r>
          </w:p>
        </w:tc>
        <w:tc>
          <w:tcPr>
            <w:tcW w:w="34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6456CB0" w14:textId="77777777" w:rsidR="004713CD" w:rsidRDefault="00000000">
            <w:pPr>
              <w:pStyle w:val="TableText"/>
            </w:pPr>
            <w:r>
              <w:rPr>
                <w:sz w:val="19"/>
              </w:rPr>
              <w:t>[quantità, impianti, turni e parametri]</w:t>
            </w:r>
          </w:p>
        </w:tc>
      </w:tr>
      <w:tr w:rsidR="004713CD" w14:paraId="6C46523C"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0F7ED2D" w14:textId="77777777" w:rsidR="004713CD" w:rsidRDefault="00000000">
            <w:pPr>
              <w:pStyle w:val="TableText"/>
            </w:pPr>
            <w:r>
              <w:rPr>
                <w:sz w:val="19"/>
              </w:rPr>
              <w:t>[C-02; mansione/fase]</w:t>
            </w:r>
          </w:p>
        </w:tc>
        <w:tc>
          <w:tcPr>
            <w:tcW w:w="311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25281C2" w14:textId="77777777" w:rsidR="004713CD" w:rsidRDefault="00000000">
            <w:pPr>
              <w:pStyle w:val="TableText"/>
            </w:pPr>
            <w:r>
              <w:rPr>
                <w:sz w:val="19"/>
              </w:rPr>
              <w:t>[___]</w:t>
            </w:r>
          </w:p>
        </w:tc>
        <w:tc>
          <w:tcPr>
            <w:tcW w:w="34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248C1F9" w14:textId="77777777" w:rsidR="004713CD" w:rsidRDefault="00000000">
            <w:pPr>
              <w:pStyle w:val="TableText"/>
            </w:pPr>
            <w:r>
              <w:rPr>
                <w:sz w:val="19"/>
              </w:rPr>
              <w:t>[___]</w:t>
            </w:r>
          </w:p>
        </w:tc>
      </w:tr>
      <w:tr w:rsidR="004713CD" w14:paraId="3531A5B6"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0CDAD79" w14:textId="77777777" w:rsidR="004713CD" w:rsidRDefault="00000000">
            <w:pPr>
              <w:pStyle w:val="TableText"/>
            </w:pPr>
            <w:r>
              <w:rPr>
                <w:sz w:val="19"/>
              </w:rPr>
              <w:t>[C-03; mansione/fase]</w:t>
            </w:r>
          </w:p>
        </w:tc>
        <w:tc>
          <w:tcPr>
            <w:tcW w:w="311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84E787" w14:textId="77777777" w:rsidR="004713CD" w:rsidRDefault="00000000">
            <w:pPr>
              <w:pStyle w:val="TableText"/>
            </w:pPr>
            <w:r>
              <w:rPr>
                <w:sz w:val="19"/>
              </w:rPr>
              <w:t>[___]</w:t>
            </w:r>
          </w:p>
        </w:tc>
        <w:tc>
          <w:tcPr>
            <w:tcW w:w="34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EB30772" w14:textId="77777777" w:rsidR="004713CD" w:rsidRDefault="00000000">
            <w:pPr>
              <w:pStyle w:val="TableText"/>
            </w:pPr>
            <w:r>
              <w:rPr>
                <w:sz w:val="19"/>
              </w:rPr>
              <w:t>[___]</w:t>
            </w:r>
          </w:p>
        </w:tc>
      </w:tr>
      <w:tr w:rsidR="004713CD" w14:paraId="7E3D870E" w14:textId="77777777">
        <w:trPr>
          <w:cantSplit/>
          <w:jc w:val="center"/>
        </w:trPr>
        <w:tc>
          <w:tcPr>
            <w:tcW w:w="311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CAF165A" w14:textId="77777777" w:rsidR="004713CD" w:rsidRDefault="00000000">
            <w:pPr>
              <w:pStyle w:val="TableText"/>
            </w:pPr>
            <w:r>
              <w:rPr>
                <w:sz w:val="19"/>
              </w:rPr>
              <w:t>[C-04; breve durata/fase]</w:t>
            </w:r>
          </w:p>
        </w:tc>
        <w:tc>
          <w:tcPr>
            <w:tcW w:w="311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3F94F5D" w14:textId="77777777" w:rsidR="004713CD" w:rsidRDefault="00000000">
            <w:pPr>
              <w:pStyle w:val="TableText"/>
            </w:pPr>
            <w:r>
              <w:rPr>
                <w:sz w:val="19"/>
              </w:rPr>
              <w:t>[___]</w:t>
            </w:r>
          </w:p>
        </w:tc>
        <w:tc>
          <w:tcPr>
            <w:tcW w:w="34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E66865E" w14:textId="77777777" w:rsidR="004713CD" w:rsidRDefault="00000000">
            <w:pPr>
              <w:pStyle w:val="TableText"/>
            </w:pPr>
            <w:r>
              <w:rPr>
                <w:sz w:val="19"/>
              </w:rPr>
              <w:t>[___]</w:t>
            </w:r>
          </w:p>
        </w:tc>
      </w:tr>
    </w:tbl>
    <w:p w14:paraId="19732C29"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0511A67D"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271CEF9"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31E1B80" w14:textId="77777777" w:rsidR="004713CD" w:rsidRDefault="00000000">
            <w:pPr>
              <w:pStyle w:val="TableText"/>
            </w:pPr>
            <w:r>
              <w:rPr>
                <w:b/>
                <w:color w:val="FFFFFF"/>
                <w:sz w:val="19"/>
              </w:rPr>
              <w:t>Compilazione / evidenza richiesta</w:t>
            </w:r>
          </w:p>
        </w:tc>
      </w:tr>
      <w:tr w:rsidR="004713CD" w14:paraId="0A1B241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12CCA9A" w14:textId="77777777" w:rsidR="004713CD" w:rsidRDefault="00000000">
            <w:pPr>
              <w:pStyle w:val="TableText"/>
            </w:pPr>
            <w:r>
              <w:rPr>
                <w:sz w:val="19"/>
              </w:rPr>
              <w:t>Campionamento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E652A77" w14:textId="77777777" w:rsidR="004713CD" w:rsidRDefault="00000000">
            <w:pPr>
              <w:pStyle w:val="TableText"/>
            </w:pPr>
            <w:r>
              <w:rPr>
                <w:sz w:val="19"/>
              </w:rPr>
              <w:t>[flusso, volume, taratura iniziale/finale, bianchi, identificazione supporti]</w:t>
            </w:r>
          </w:p>
        </w:tc>
      </w:tr>
      <w:tr w:rsidR="004713CD" w14:paraId="64E15B0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E449924" w14:textId="77777777" w:rsidR="004713CD" w:rsidRDefault="00000000">
            <w:pPr>
              <w:pStyle w:val="TableText"/>
            </w:pPr>
            <w:r>
              <w:rPr>
                <w:sz w:val="19"/>
              </w:rPr>
              <w:t>Analisi e qualità</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8B3CD8D" w14:textId="77777777" w:rsidR="004713CD" w:rsidRDefault="00000000">
            <w:pPr>
              <w:pStyle w:val="TableText"/>
            </w:pPr>
            <w:r>
              <w:rPr>
                <w:sz w:val="19"/>
              </w:rPr>
              <w:t>[LOD/LOQ, incertezza, interferenze, recupero, trasporto e tempi di conservazione]</w:t>
            </w:r>
          </w:p>
        </w:tc>
      </w:tr>
      <w:tr w:rsidR="004713CD" w14:paraId="0CE05C3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46E46AE" w14:textId="77777777" w:rsidR="004713CD" w:rsidRDefault="00000000">
            <w:pPr>
              <w:pStyle w:val="TableText"/>
            </w:pPr>
            <w:r>
              <w:rPr>
                <w:sz w:val="19"/>
              </w:rPr>
              <w:t>Cute / altre vie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59A55F5" w14:textId="77777777" w:rsidR="004713CD" w:rsidRDefault="00000000">
            <w:pPr>
              <w:pStyle w:val="TableText"/>
            </w:pPr>
            <w:r>
              <w:rPr>
                <w:sz w:val="19"/>
              </w:rPr>
              <w:t>[valutazioni complementari, osservazioni, superfici; limiti dell’indagine]</w:t>
            </w:r>
          </w:p>
        </w:tc>
      </w:tr>
      <w:tr w:rsidR="004713CD" w14:paraId="2B61AA3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63D8285" w14:textId="77777777" w:rsidR="004713CD" w:rsidRDefault="00000000">
            <w:pPr>
              <w:pStyle w:val="TableText"/>
            </w:pPr>
            <w:r>
              <w:rPr>
                <w:sz w:val="19"/>
              </w:rPr>
              <w:t>Dati biologici, se previsti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C4DD11" w14:textId="77777777" w:rsidR="004713CD" w:rsidRDefault="00000000">
            <w:pPr>
              <w:pStyle w:val="TableText"/>
            </w:pPr>
            <w:r>
              <w:rPr>
                <w:sz w:val="19"/>
              </w:rPr>
              <w:t>[solo rinvio al piano MC; non inserire qui risultati individuali]</w:t>
            </w:r>
          </w:p>
        </w:tc>
      </w:tr>
      <w:tr w:rsidR="004713CD" w14:paraId="1D08B9B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CCC0666" w14:textId="77777777" w:rsidR="004713CD" w:rsidRDefault="00000000">
            <w:pPr>
              <w:pStyle w:val="TableText"/>
            </w:pPr>
            <w:r>
              <w:rPr>
                <w:sz w:val="19"/>
              </w:rPr>
              <w:t>Criteri di nuova indagine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A1E7204" w14:textId="77777777" w:rsidR="004713CD" w:rsidRDefault="00000000">
            <w:pPr>
              <w:pStyle w:val="TableText"/>
            </w:pPr>
            <w:r>
              <w:rPr>
                <w:sz w:val="19"/>
              </w:rPr>
              <w:t>[esiti non conclusivi, variazioni, anomalie, periodicità motivata]</w:t>
            </w:r>
          </w:p>
        </w:tc>
      </w:tr>
      <w:tr w:rsidR="004713CD" w14:paraId="1E7455E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2C8F558" w14:textId="77777777" w:rsidR="004713CD" w:rsidRDefault="00000000">
            <w:pPr>
              <w:pStyle w:val="TableText"/>
            </w:pPr>
            <w:r>
              <w:rPr>
                <w:sz w:val="19"/>
              </w:rPr>
              <w:t>Organizzazione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27931B3" w14:textId="77777777" w:rsidR="004713CD" w:rsidRDefault="00000000">
            <w:pPr>
              <w:pStyle w:val="TableText"/>
            </w:pPr>
            <w:r>
              <w:rPr>
                <w:sz w:val="19"/>
              </w:rPr>
              <w:t>[date, personale, sicurezza del campionatore, referenti reparto e laboratorio]</w:t>
            </w:r>
          </w:p>
        </w:tc>
      </w:tr>
    </w:tbl>
    <w:p w14:paraId="70104965" w14:textId="77777777" w:rsidR="004713CD" w:rsidRDefault="004713CD">
      <w:pPr>
        <w:pStyle w:val="Small"/>
        <w:spacing w:after="20"/>
      </w:pPr>
    </w:p>
    <w:p w14:paraId="3BDC96A9" w14:textId="77777777" w:rsidR="004713CD" w:rsidRDefault="00000000">
      <w:pPr>
        <w:pStyle w:val="FieldText"/>
      </w:pPr>
      <w:r>
        <w:t>Tecnico competente __________  Coordinamento RSPP __________  Data __________</w:t>
      </w:r>
    </w:p>
    <w:p w14:paraId="188CABB0" w14:textId="77777777" w:rsidR="004713CD" w:rsidRDefault="00000000">
      <w:r>
        <w:br w:type="page"/>
      </w:r>
    </w:p>
    <w:p w14:paraId="67A32DB1" w14:textId="77777777" w:rsidR="004713CD" w:rsidRDefault="00000000">
      <w:pPr>
        <w:pStyle w:val="Kicker"/>
      </w:pPr>
      <w:r>
        <w:rPr>
          <w:b w:val="0"/>
        </w:rPr>
        <w:t>ALLEGATI OPERATIVI  /  MODULISTICA EDITABILE</w:t>
      </w:r>
    </w:p>
    <w:p w14:paraId="7A1CC653" w14:textId="77777777" w:rsidR="004713CD" w:rsidRDefault="00000000">
      <w:pPr>
        <w:pStyle w:val="Titolo1"/>
      </w:pPr>
      <w:bookmarkStart w:id="36" w:name="A12_b"/>
      <w:r>
        <w:rPr>
          <w:b w:val="0"/>
        </w:rPr>
        <w:t>A12 · Risultati, interpretazione e decisione — 2/2</w:t>
      </w:r>
      <w:bookmarkEnd w:id="36"/>
    </w:p>
    <w:p w14:paraId="3CF154FD" w14:textId="77777777" w:rsidR="004713CD" w:rsidRDefault="00000000">
      <w:pPr>
        <w:pStyle w:val="Small"/>
      </w:pPr>
      <w:r>
        <w:t>PR-RIP-01 • Modulo A12 • Revisione ___ • Azienda/sito __________________ • Data __________</w:t>
      </w:r>
    </w:p>
    <w:p w14:paraId="11564B0D" w14:textId="77777777" w:rsidR="004713CD" w:rsidRDefault="00000000">
      <w:pPr>
        <w:pStyle w:val="Small"/>
      </w:pPr>
      <w:r>
        <w:t>ID piano ______; rapporto laboratorio ______; data ______. Riportare dati autentici e tracciabili; conservare rapporti originali. Non convertire “&lt;LOQ” in zero.</w:t>
      </w:r>
    </w:p>
    <w:tbl>
      <w:tblPr>
        <w:tblW w:w="9638" w:type="dxa"/>
        <w:jc w:val="center"/>
        <w:tblLayout w:type="fixed"/>
        <w:tblLook w:val="04A0" w:firstRow="1" w:lastRow="0" w:firstColumn="1" w:lastColumn="0" w:noHBand="0" w:noVBand="1"/>
      </w:tblPr>
      <w:tblGrid>
        <w:gridCol w:w="2154"/>
        <w:gridCol w:w="2268"/>
        <w:gridCol w:w="2835"/>
        <w:gridCol w:w="2381"/>
      </w:tblGrid>
      <w:tr w:rsidR="004713CD" w14:paraId="3D00E1A3" w14:textId="77777777">
        <w:trPr>
          <w:cantSplit/>
          <w:tblHeader/>
          <w:jc w:val="center"/>
        </w:trPr>
        <w:tc>
          <w:tcPr>
            <w:tcW w:w="215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689DCBB" w14:textId="77777777" w:rsidR="004713CD" w:rsidRDefault="00000000">
            <w:pPr>
              <w:pStyle w:val="TableText"/>
            </w:pPr>
            <w:r>
              <w:rPr>
                <w:b/>
                <w:color w:val="FFFFFF"/>
              </w:rPr>
              <w:t>Campione / fase</w:t>
            </w:r>
          </w:p>
        </w:tc>
        <w:tc>
          <w:tcPr>
            <w:tcW w:w="226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1E5D5D0" w14:textId="77777777" w:rsidR="004713CD" w:rsidRDefault="00000000">
            <w:pPr>
              <w:pStyle w:val="TableText"/>
            </w:pPr>
            <w:r>
              <w:rPr>
                <w:b/>
                <w:color w:val="FFFFFF"/>
              </w:rPr>
              <w:t>Risultato / unità</w:t>
            </w:r>
          </w:p>
        </w:tc>
        <w:tc>
          <w:tcPr>
            <w:tcW w:w="283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9486B46" w14:textId="77777777" w:rsidR="004713CD" w:rsidRDefault="00000000">
            <w:pPr>
              <w:pStyle w:val="TableText"/>
            </w:pPr>
            <w:r>
              <w:rPr>
                <w:b/>
                <w:color w:val="FFFFFF"/>
              </w:rPr>
              <w:t>Mediazione / confronto</w:t>
            </w:r>
          </w:p>
        </w:tc>
        <w:tc>
          <w:tcPr>
            <w:tcW w:w="238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A4826AE" w14:textId="77777777" w:rsidR="004713CD" w:rsidRDefault="00000000">
            <w:pPr>
              <w:pStyle w:val="TableText"/>
            </w:pPr>
            <w:r>
              <w:rPr>
                <w:b/>
                <w:color w:val="FFFFFF"/>
              </w:rPr>
              <w:t>Qualità / incertezza</w:t>
            </w:r>
          </w:p>
        </w:tc>
      </w:tr>
      <w:tr w:rsidR="004713CD" w14:paraId="0339D378" w14:textId="77777777">
        <w:trPr>
          <w:cantSplit/>
          <w:jc w:val="center"/>
        </w:trPr>
        <w:tc>
          <w:tcPr>
            <w:tcW w:w="21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5DD10F1" w14:textId="77777777" w:rsidR="004713CD" w:rsidRDefault="00000000">
            <w:pPr>
              <w:pStyle w:val="TableText"/>
            </w:pPr>
            <w:r>
              <w:t>[C-01]</w:t>
            </w:r>
          </w:p>
        </w:tc>
        <w:tc>
          <w:tcPr>
            <w:tcW w:w="226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CDFC883" w14:textId="77777777" w:rsidR="004713CD" w:rsidRDefault="00000000">
            <w:pPr>
              <w:pStyle w:val="TableText"/>
            </w:pPr>
            <w:r>
              <w:t>[valore o &lt;LOQ]</w:t>
            </w:r>
          </w:p>
        </w:tc>
        <w:tc>
          <w:tcPr>
            <w:tcW w:w="283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01C370F" w14:textId="77777777" w:rsidR="004713CD" w:rsidRDefault="00000000">
            <w:pPr>
              <w:pStyle w:val="TableText"/>
            </w:pPr>
            <w:r>
              <w:t>[durata; A04]</w:t>
            </w:r>
          </w:p>
        </w:tc>
        <w:tc>
          <w:tcPr>
            <w:tcW w:w="238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57922D3" w14:textId="77777777" w:rsidR="004713CD" w:rsidRDefault="00000000">
            <w:pPr>
              <w:pStyle w:val="TableText"/>
            </w:pPr>
            <w:r>
              <w:t>[___]</w:t>
            </w:r>
          </w:p>
        </w:tc>
      </w:tr>
      <w:tr w:rsidR="004713CD" w14:paraId="4BBEBDDF" w14:textId="77777777">
        <w:trPr>
          <w:cantSplit/>
          <w:jc w:val="center"/>
        </w:trPr>
        <w:tc>
          <w:tcPr>
            <w:tcW w:w="21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725BC3" w14:textId="77777777" w:rsidR="004713CD" w:rsidRDefault="00000000">
            <w:pPr>
              <w:pStyle w:val="TableText"/>
            </w:pPr>
            <w:r>
              <w:t>[C-02]</w:t>
            </w:r>
          </w:p>
        </w:tc>
        <w:tc>
          <w:tcPr>
            <w:tcW w:w="226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373863" w14:textId="77777777" w:rsidR="004713CD" w:rsidRDefault="00000000">
            <w:pPr>
              <w:pStyle w:val="TableText"/>
            </w:pPr>
            <w:r>
              <w:t>[___]</w:t>
            </w:r>
          </w:p>
        </w:tc>
        <w:tc>
          <w:tcPr>
            <w:tcW w:w="283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37AF1B4" w14:textId="77777777" w:rsidR="004713CD" w:rsidRDefault="00000000">
            <w:pPr>
              <w:pStyle w:val="TableText"/>
            </w:pPr>
            <w:r>
              <w:t>[___]</w:t>
            </w:r>
          </w:p>
        </w:tc>
        <w:tc>
          <w:tcPr>
            <w:tcW w:w="238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E9741A9" w14:textId="77777777" w:rsidR="004713CD" w:rsidRDefault="00000000">
            <w:pPr>
              <w:pStyle w:val="TableText"/>
            </w:pPr>
            <w:r>
              <w:t>[___]</w:t>
            </w:r>
          </w:p>
        </w:tc>
      </w:tr>
      <w:tr w:rsidR="004713CD" w14:paraId="20601EFE" w14:textId="77777777">
        <w:trPr>
          <w:cantSplit/>
          <w:jc w:val="center"/>
        </w:trPr>
        <w:tc>
          <w:tcPr>
            <w:tcW w:w="21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F86E6CE" w14:textId="77777777" w:rsidR="004713CD" w:rsidRDefault="00000000">
            <w:pPr>
              <w:pStyle w:val="TableText"/>
            </w:pPr>
            <w:r>
              <w:t>[C-03]</w:t>
            </w:r>
          </w:p>
        </w:tc>
        <w:tc>
          <w:tcPr>
            <w:tcW w:w="226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5516207" w14:textId="77777777" w:rsidR="004713CD" w:rsidRDefault="00000000">
            <w:pPr>
              <w:pStyle w:val="TableText"/>
            </w:pPr>
            <w:r>
              <w:t>[___]</w:t>
            </w:r>
          </w:p>
        </w:tc>
        <w:tc>
          <w:tcPr>
            <w:tcW w:w="283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E2A5D51" w14:textId="77777777" w:rsidR="004713CD" w:rsidRDefault="00000000">
            <w:pPr>
              <w:pStyle w:val="TableText"/>
            </w:pPr>
            <w:r>
              <w:t>[___]</w:t>
            </w:r>
          </w:p>
        </w:tc>
        <w:tc>
          <w:tcPr>
            <w:tcW w:w="238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A4ABDCB" w14:textId="77777777" w:rsidR="004713CD" w:rsidRDefault="00000000">
            <w:pPr>
              <w:pStyle w:val="TableText"/>
            </w:pPr>
            <w:r>
              <w:t>[___]</w:t>
            </w:r>
          </w:p>
        </w:tc>
      </w:tr>
      <w:tr w:rsidR="004713CD" w14:paraId="4203AACD" w14:textId="77777777">
        <w:trPr>
          <w:cantSplit/>
          <w:jc w:val="center"/>
        </w:trPr>
        <w:tc>
          <w:tcPr>
            <w:tcW w:w="21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291AEB2" w14:textId="77777777" w:rsidR="004713CD" w:rsidRDefault="00000000">
            <w:pPr>
              <w:pStyle w:val="TableText"/>
            </w:pPr>
            <w:r>
              <w:t>[C-04]</w:t>
            </w:r>
          </w:p>
        </w:tc>
        <w:tc>
          <w:tcPr>
            <w:tcW w:w="226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9E7B3E3" w14:textId="77777777" w:rsidR="004713CD" w:rsidRDefault="00000000">
            <w:pPr>
              <w:pStyle w:val="TableText"/>
            </w:pPr>
            <w:r>
              <w:t>[___]</w:t>
            </w:r>
          </w:p>
        </w:tc>
        <w:tc>
          <w:tcPr>
            <w:tcW w:w="283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8ECE168" w14:textId="77777777" w:rsidR="004713CD" w:rsidRDefault="00000000">
            <w:pPr>
              <w:pStyle w:val="TableText"/>
            </w:pPr>
            <w:r>
              <w:t>[___]</w:t>
            </w:r>
          </w:p>
        </w:tc>
        <w:tc>
          <w:tcPr>
            <w:tcW w:w="238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29039BC" w14:textId="77777777" w:rsidR="004713CD" w:rsidRDefault="00000000">
            <w:pPr>
              <w:pStyle w:val="TableText"/>
            </w:pPr>
            <w:r>
              <w:t>[___]</w:t>
            </w:r>
          </w:p>
        </w:tc>
      </w:tr>
    </w:tbl>
    <w:p w14:paraId="21BC5B95"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1E93C4D5"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2122630"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D4FEF15" w14:textId="77777777" w:rsidR="004713CD" w:rsidRDefault="00000000">
            <w:pPr>
              <w:pStyle w:val="TableText"/>
            </w:pPr>
            <w:r>
              <w:rPr>
                <w:b/>
                <w:color w:val="FFFFFF"/>
                <w:sz w:val="19"/>
              </w:rPr>
              <w:t>Compilazione / evidenza richiesta</w:t>
            </w:r>
          </w:p>
        </w:tc>
      </w:tr>
      <w:tr w:rsidR="004713CD" w14:paraId="2C25130B"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5F2EECE" w14:textId="77777777" w:rsidR="004713CD" w:rsidRDefault="00000000">
            <w:pPr>
              <w:pStyle w:val="TableText"/>
            </w:pPr>
            <w:r>
              <w:rPr>
                <w:sz w:val="19"/>
              </w:rPr>
              <w:t>Condizioni effettive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3C01CFD" w14:textId="77777777" w:rsidR="004713CD" w:rsidRDefault="00000000">
            <w:pPr>
              <w:pStyle w:val="TableText"/>
            </w:pPr>
            <w:r>
              <w:rPr>
                <w:sz w:val="19"/>
              </w:rPr>
              <w:t>[attività/quantità/tempi, parametri, protezioni, eventi; differenze rispetto al piano]</w:t>
            </w:r>
          </w:p>
        </w:tc>
      </w:tr>
      <w:tr w:rsidR="004713CD" w14:paraId="17684DA3"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5584DA9" w14:textId="77777777" w:rsidR="004713CD" w:rsidRDefault="00000000">
            <w:pPr>
              <w:pStyle w:val="TableText"/>
            </w:pPr>
            <w:r>
              <w:rPr>
                <w:sz w:val="19"/>
              </w:rPr>
              <w:t>Validità dei campioni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7A81CDE" w14:textId="77777777" w:rsidR="004713CD" w:rsidRDefault="00000000">
            <w:pPr>
              <w:pStyle w:val="TableText"/>
            </w:pPr>
            <w:r>
              <w:rPr>
                <w:sz w:val="19"/>
              </w:rPr>
              <w:t>[flussi, bianchi, conservazione, interferenze, esclusioni motivate]</w:t>
            </w:r>
          </w:p>
        </w:tc>
      </w:tr>
      <w:tr w:rsidR="004713CD" w14:paraId="10F4809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77729A7" w14:textId="77777777" w:rsidR="004713CD" w:rsidRDefault="00000000">
            <w:pPr>
              <w:pStyle w:val="TableText"/>
            </w:pPr>
            <w:r>
              <w:rPr>
                <w:sz w:val="19"/>
              </w:rPr>
              <w:t>Rappresentatività</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185B16D" w14:textId="77777777" w:rsidR="004713CD" w:rsidRDefault="00000000">
            <w:pPr>
              <w:pStyle w:val="TableText"/>
            </w:pPr>
            <w:r>
              <w:rPr>
                <w:sz w:val="19"/>
              </w:rPr>
              <w:t>[persone/turni/fasi coperte; scenari non coperti e conseguenze]</w:t>
            </w:r>
          </w:p>
        </w:tc>
      </w:tr>
      <w:tr w:rsidR="004713CD" w14:paraId="31E064F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EF4BF40" w14:textId="77777777" w:rsidR="004713CD" w:rsidRDefault="00000000">
            <w:pPr>
              <w:pStyle w:val="TableText"/>
            </w:pPr>
            <w:r>
              <w:rPr>
                <w:sz w:val="19"/>
              </w:rPr>
              <w:t>Interpretazione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E59B0CC" w14:textId="77777777" w:rsidR="004713CD" w:rsidRDefault="00000000">
            <w:pPr>
              <w:pStyle w:val="TableText"/>
            </w:pPr>
            <w:r>
              <w:rPr>
                <w:sz w:val="19"/>
              </w:rPr>
              <w:t>[criterio adottato; variabilità; eventuale confronto UNI EN 689 ove pertinente]</w:t>
            </w:r>
          </w:p>
        </w:tc>
      </w:tr>
      <w:tr w:rsidR="004713CD" w14:paraId="507377A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88D3B6F" w14:textId="77777777" w:rsidR="004713CD" w:rsidRDefault="00000000">
            <w:pPr>
              <w:pStyle w:val="TableText"/>
            </w:pPr>
            <w:r>
              <w:rPr>
                <w:sz w:val="19"/>
              </w:rPr>
              <w:t>Vie non coperte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D2DC88C" w14:textId="77777777" w:rsidR="004713CD" w:rsidRDefault="00000000">
            <w:pPr>
              <w:pStyle w:val="TableText"/>
            </w:pPr>
            <w:r>
              <w:rPr>
                <w:sz w:val="19"/>
              </w:rPr>
              <w:t>[cute/ingestione/altre; evidenze complementari e approfondimenti]</w:t>
            </w:r>
          </w:p>
        </w:tc>
      </w:tr>
      <w:tr w:rsidR="004713CD" w14:paraId="706A85A8"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8C3195C" w14:textId="77777777" w:rsidR="004713CD" w:rsidRDefault="00000000">
            <w:pPr>
              <w:pStyle w:val="TableText"/>
            </w:pPr>
            <w:r>
              <w:rPr>
                <w:sz w:val="19"/>
              </w:rPr>
              <w:t>Conclusione tecnica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FB0E5BD" w14:textId="77777777" w:rsidR="004713CD" w:rsidRDefault="00000000">
            <w:pPr>
              <w:pStyle w:val="TableText"/>
            </w:pPr>
            <w:r>
              <w:rPr>
                <w:sz w:val="19"/>
              </w:rPr>
              <w:t>[adeguatezza/non adeguatezza/non conclusivo; motivazione; nessuna equivalenza con rischio fetale nullo]</w:t>
            </w:r>
          </w:p>
        </w:tc>
      </w:tr>
      <w:tr w:rsidR="004713CD" w14:paraId="07DE458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9683EE" w14:textId="77777777" w:rsidR="004713CD" w:rsidRDefault="00000000">
            <w:pPr>
              <w:pStyle w:val="TableText"/>
            </w:pPr>
            <w:r>
              <w:rPr>
                <w:sz w:val="19"/>
              </w:rPr>
              <w:t>Azioni e misure immediate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6500BB7" w14:textId="77777777" w:rsidR="004713CD" w:rsidRDefault="00000000">
            <w:pPr>
              <w:pStyle w:val="TableText"/>
            </w:pPr>
            <w:r>
              <w:rPr>
                <w:sz w:val="19"/>
              </w:rPr>
              <w:t>[A07; stop/controlli/nuove misure; responsabile e termini]</w:t>
            </w:r>
          </w:p>
        </w:tc>
      </w:tr>
      <w:tr w:rsidR="004713CD" w14:paraId="282796D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51ECC12" w14:textId="77777777" w:rsidR="004713CD" w:rsidRDefault="00000000">
            <w:pPr>
              <w:pStyle w:val="TableText"/>
            </w:pPr>
            <w:r>
              <w:rPr>
                <w:sz w:val="19"/>
              </w:rPr>
              <w:t>Comunicazione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987C1EE" w14:textId="77777777" w:rsidR="004713CD" w:rsidRDefault="00000000">
            <w:pPr>
              <w:pStyle w:val="TableText"/>
            </w:pPr>
            <w:r>
              <w:rPr>
                <w:sz w:val="19"/>
              </w:rPr>
              <w:t>[DL, RSPP, MC e lavoratori/RLS per informazioni pertinenti; data e mezzo]</w:t>
            </w:r>
          </w:p>
        </w:tc>
      </w:tr>
      <w:tr w:rsidR="004713CD" w14:paraId="55B2ADB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1D16AC1" w14:textId="77777777" w:rsidR="004713CD" w:rsidRDefault="00000000">
            <w:pPr>
              <w:pStyle w:val="TableText"/>
            </w:pPr>
            <w:r>
              <w:rPr>
                <w:sz w:val="19"/>
              </w:rPr>
              <w:t>Verifica successiva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9F922A4" w14:textId="77777777" w:rsidR="004713CD" w:rsidRDefault="00000000">
            <w:pPr>
              <w:pStyle w:val="TableText"/>
            </w:pPr>
            <w:r>
              <w:rPr>
                <w:sz w:val="19"/>
              </w:rPr>
              <w:t>[piano di ripetizione, criterio, data/evento; aggiornamento DVR e istruzioni]</w:t>
            </w:r>
          </w:p>
        </w:tc>
      </w:tr>
    </w:tbl>
    <w:p w14:paraId="42BF31E7"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9638"/>
      </w:tblGrid>
      <w:tr w:rsidR="004713CD" w14:paraId="24684325"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BEA3E63" w14:textId="77777777" w:rsidR="004713CD" w:rsidRDefault="00000000">
            <w:pPr>
              <w:pStyle w:val="TableText"/>
            </w:pPr>
            <w:r>
              <w:rPr>
                <w:b/>
                <w:color w:val="FFFFFF"/>
                <w:sz w:val="20"/>
              </w:rPr>
              <w:t>DECISIONE SULLO SCENARIO</w:t>
            </w:r>
          </w:p>
        </w:tc>
      </w:tr>
      <w:tr w:rsidR="004713CD" w14:paraId="33078228"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EE49A7D" w14:textId="77777777" w:rsidR="004713CD" w:rsidRDefault="00000000">
            <w:pPr>
              <w:pStyle w:val="TableText"/>
            </w:pPr>
            <w:r>
              <w:rPr>
                <w:sz w:val="20"/>
              </w:rPr>
              <w:t>Stato A05 dopo la valutazione: NON AUTORIZZATO / SOSPESO / AUTORIZZATO CON CONDIZIONI. Motivazione e condizioni: _______________________________________________________.</w:t>
            </w:r>
          </w:p>
        </w:tc>
      </w:tr>
    </w:tbl>
    <w:p w14:paraId="4218FCB7" w14:textId="77777777" w:rsidR="004713CD" w:rsidRDefault="004713CD">
      <w:pPr>
        <w:pStyle w:val="Small"/>
        <w:spacing w:after="20"/>
      </w:pPr>
    </w:p>
    <w:p w14:paraId="53A3DD8F" w14:textId="77777777" w:rsidR="004713CD" w:rsidRDefault="00000000">
      <w:pPr>
        <w:pStyle w:val="FieldText"/>
      </w:pPr>
      <w:r>
        <w:t>Relazione tecnica __________  Presa in carico DL/responsabile __________  Data __________</w:t>
      </w:r>
    </w:p>
    <w:p w14:paraId="50779210" w14:textId="77777777" w:rsidR="004713CD" w:rsidRDefault="00000000">
      <w:r>
        <w:br w:type="page"/>
      </w:r>
    </w:p>
    <w:p w14:paraId="162B44DC" w14:textId="77777777" w:rsidR="004713CD" w:rsidRDefault="00000000">
      <w:pPr>
        <w:pStyle w:val="Kicker"/>
      </w:pPr>
      <w:r>
        <w:rPr>
          <w:b w:val="0"/>
        </w:rPr>
        <w:t>ALLEGATI OPERATIVI  /  MODULISTICA EDITABILE</w:t>
      </w:r>
    </w:p>
    <w:p w14:paraId="14FD659F" w14:textId="77777777" w:rsidR="004713CD" w:rsidRDefault="00000000">
      <w:pPr>
        <w:pStyle w:val="Titolo1"/>
      </w:pPr>
      <w:bookmarkStart w:id="37" w:name="A13_a"/>
      <w:r>
        <w:rPr>
          <w:b w:val="0"/>
        </w:rPr>
        <w:t>A13 · Segnalazione di anomalia o incidente — 1/2</w:t>
      </w:r>
      <w:bookmarkEnd w:id="37"/>
    </w:p>
    <w:p w14:paraId="583032FE" w14:textId="77777777" w:rsidR="004713CD" w:rsidRDefault="00000000">
      <w:pPr>
        <w:pStyle w:val="Small"/>
      </w:pPr>
      <w:r>
        <w:t>PR-RIP-01 • Modulo A13 • Revisione ___ • Azienda/sito __________________ • Data __________</w:t>
      </w:r>
    </w:p>
    <w:p w14:paraId="4C2116E2" w14:textId="77777777" w:rsidR="004713CD" w:rsidRDefault="00000000">
      <w:pPr>
        <w:pStyle w:val="Small"/>
      </w:pPr>
      <w:r>
        <w:t>Usare per rilasci, contatti, guasti o quasi incidenti. Descrivere fatti tecnici; i dettagli clinici sono trasmessi direttamente al personale sanitario.</w:t>
      </w:r>
    </w:p>
    <w:tbl>
      <w:tblPr>
        <w:tblW w:w="9638" w:type="dxa"/>
        <w:jc w:val="center"/>
        <w:tblLayout w:type="fixed"/>
        <w:tblLook w:val="04A0" w:firstRow="1" w:lastRow="0" w:firstColumn="1" w:lastColumn="0" w:noHBand="0" w:noVBand="1"/>
      </w:tblPr>
      <w:tblGrid>
        <w:gridCol w:w="2438"/>
        <w:gridCol w:w="7200"/>
      </w:tblGrid>
      <w:tr w:rsidR="004713CD" w14:paraId="1477DFAC"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C77C96C"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A770E9A" w14:textId="77777777" w:rsidR="004713CD" w:rsidRDefault="00000000">
            <w:pPr>
              <w:pStyle w:val="TableText"/>
            </w:pPr>
            <w:r>
              <w:rPr>
                <w:b/>
                <w:color w:val="FFFFFF"/>
                <w:sz w:val="19"/>
              </w:rPr>
              <w:t>Compilazione / evidenza richiesta</w:t>
            </w:r>
          </w:p>
        </w:tc>
      </w:tr>
      <w:tr w:rsidR="004713CD" w14:paraId="547654CB"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5CC8607" w14:textId="77777777" w:rsidR="004713CD" w:rsidRDefault="00000000">
            <w:pPr>
              <w:pStyle w:val="TableText"/>
            </w:pPr>
            <w:r>
              <w:rPr>
                <w:sz w:val="19"/>
              </w:rPr>
              <w:t>Evento / luogo / tempi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3E8B65" w14:textId="77777777" w:rsidR="004713CD" w:rsidRDefault="00000000">
            <w:pPr>
              <w:pStyle w:val="TableText"/>
            </w:pPr>
            <w:r>
              <w:rPr>
                <w:sz w:val="19"/>
              </w:rPr>
              <w:t>[ID EV-___; data/ora rilevazione; reparto; ora arresto e fine rilascio]</w:t>
            </w:r>
          </w:p>
        </w:tc>
      </w:tr>
      <w:tr w:rsidR="004713CD" w14:paraId="14F9EC6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A9FC4F0" w14:textId="77777777" w:rsidR="004713CD" w:rsidRDefault="00000000">
            <w:pPr>
              <w:pStyle w:val="TableText"/>
            </w:pPr>
            <w:r>
              <w:rPr>
                <w:sz w:val="19"/>
              </w:rPr>
              <w:t>Segnalante / referente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E53192F" w14:textId="77777777" w:rsidR="004713CD" w:rsidRDefault="00000000">
            <w:pPr>
              <w:pStyle w:val="TableText"/>
            </w:pPr>
            <w:r>
              <w:rPr>
                <w:sz w:val="19"/>
              </w:rPr>
              <w:t>[nome e funzione; recapito operativo]</w:t>
            </w:r>
          </w:p>
        </w:tc>
      </w:tr>
      <w:tr w:rsidR="004713CD" w14:paraId="2C8388A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2EFEEF5" w14:textId="77777777" w:rsidR="004713CD" w:rsidRDefault="00000000">
            <w:pPr>
              <w:pStyle w:val="TableText"/>
            </w:pPr>
            <w:r>
              <w:rPr>
                <w:sz w:val="19"/>
              </w:rPr>
              <w:t>Agente e scenario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AF1348" w14:textId="77777777" w:rsidR="004713CD" w:rsidRDefault="00000000">
            <w:pPr>
              <w:pStyle w:val="TableText"/>
            </w:pPr>
            <w:r>
              <w:rPr>
                <w:sz w:val="19"/>
              </w:rPr>
              <w:t>[A02/A04/A05; quantità stimata e grado di affidabilità; SDS consegnata]</w:t>
            </w:r>
          </w:p>
        </w:tc>
      </w:tr>
      <w:tr w:rsidR="004713CD" w14:paraId="1745744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D1F0E51" w14:textId="77777777" w:rsidR="004713CD" w:rsidRDefault="00000000">
            <w:pPr>
              <w:pStyle w:val="TableText"/>
            </w:pPr>
            <w:r>
              <w:rPr>
                <w:sz w:val="19"/>
              </w:rPr>
              <w:t>Dinamica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B751F7B" w14:textId="77777777" w:rsidR="004713CD" w:rsidRDefault="00000000">
            <w:pPr>
              <w:pStyle w:val="TableText"/>
            </w:pPr>
            <w:r>
              <w:rPr>
                <w:sz w:val="19"/>
              </w:rPr>
              <w:t>[operazione in corso, sorgente, modalità di dispersione, area interessata]</w:t>
            </w:r>
          </w:p>
        </w:tc>
      </w:tr>
      <w:tr w:rsidR="004713CD" w14:paraId="6892865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E8B4D71" w14:textId="77777777" w:rsidR="004713CD" w:rsidRDefault="00000000">
            <w:pPr>
              <w:pStyle w:val="TableText"/>
            </w:pPr>
            <w:r>
              <w:rPr>
                <w:sz w:val="19"/>
              </w:rPr>
              <w:t>Persone potenzialmente esposte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126CCFB" w14:textId="77777777" w:rsidR="004713CD" w:rsidRDefault="00000000">
            <w:pPr>
              <w:pStyle w:val="TableText"/>
            </w:pPr>
            <w:r>
              <w:rPr>
                <w:sz w:val="19"/>
              </w:rPr>
              <w:t>[identificativi necessari, mansione, presenza/tempo/via; elenco ad accesso controllato]</w:t>
            </w:r>
          </w:p>
        </w:tc>
      </w:tr>
      <w:tr w:rsidR="004713CD" w14:paraId="2C77D87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83954B5" w14:textId="77777777" w:rsidR="004713CD" w:rsidRDefault="00000000">
            <w:pPr>
              <w:pStyle w:val="TableText"/>
            </w:pPr>
            <w:r>
              <w:rPr>
                <w:sz w:val="19"/>
              </w:rPr>
              <w:t>Controlli e DPI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738310" w14:textId="77777777" w:rsidR="004713CD" w:rsidRDefault="00000000">
            <w:pPr>
              <w:pStyle w:val="TableText"/>
            </w:pPr>
            <w:r>
              <w:rPr>
                <w:sz w:val="19"/>
              </w:rPr>
              <w:t>[stato effettivo, guasti, allarmi, dispositivi utilizzati; non riportare diagnosi]</w:t>
            </w:r>
          </w:p>
        </w:tc>
      </w:tr>
      <w:tr w:rsidR="004713CD" w14:paraId="630369BA"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CB7933D" w14:textId="77777777" w:rsidR="004713CD" w:rsidRDefault="00000000">
            <w:pPr>
              <w:pStyle w:val="TableText"/>
            </w:pPr>
            <w:r>
              <w:rPr>
                <w:sz w:val="19"/>
              </w:rPr>
              <w:t>Azioni immediate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9984E5E" w14:textId="77777777" w:rsidR="004713CD" w:rsidRDefault="00000000">
            <w:pPr>
              <w:pStyle w:val="TableText"/>
            </w:pPr>
            <w:r>
              <w:rPr>
                <w:sz w:val="19"/>
              </w:rPr>
              <w:t>[arresto, allontanamento, segregazione, chiamate, assistenza e squadra intervenuta]</w:t>
            </w:r>
          </w:p>
        </w:tc>
      </w:tr>
      <w:tr w:rsidR="004713CD" w14:paraId="04A3B24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4FBEEE6" w14:textId="77777777" w:rsidR="004713CD" w:rsidRDefault="00000000">
            <w:pPr>
              <w:pStyle w:val="TableText"/>
            </w:pPr>
            <w:r>
              <w:rPr>
                <w:sz w:val="19"/>
              </w:rPr>
              <w:t>Gestione residui / bonifica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008975E" w14:textId="77777777" w:rsidR="004713CD" w:rsidRDefault="00000000">
            <w:pPr>
              <w:pStyle w:val="TableText"/>
            </w:pPr>
            <w:r>
              <w:rPr>
                <w:sz w:val="19"/>
              </w:rPr>
              <w:t>[metodo specifico, esecutori, rifiuti, limitazioni e controlli di sicurezza]</w:t>
            </w:r>
          </w:p>
        </w:tc>
      </w:tr>
    </w:tbl>
    <w:p w14:paraId="16FA8843"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835"/>
        <w:gridCol w:w="4422"/>
        <w:gridCol w:w="2381"/>
      </w:tblGrid>
      <w:tr w:rsidR="004713CD" w14:paraId="53346E1A" w14:textId="77777777">
        <w:trPr>
          <w:cantSplit/>
          <w:tblHeader/>
          <w:jc w:val="center"/>
        </w:trPr>
        <w:tc>
          <w:tcPr>
            <w:tcW w:w="283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44A369A" w14:textId="77777777" w:rsidR="004713CD" w:rsidRDefault="00000000">
            <w:pPr>
              <w:pStyle w:val="TableText"/>
            </w:pPr>
            <w:r>
              <w:rPr>
                <w:b/>
                <w:color w:val="FFFFFF"/>
              </w:rPr>
              <w:t>Comunicazione / verifica obbligo</w:t>
            </w:r>
          </w:p>
        </w:tc>
        <w:tc>
          <w:tcPr>
            <w:tcW w:w="442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E1D77A1" w14:textId="77777777" w:rsidR="004713CD" w:rsidRDefault="00000000">
            <w:pPr>
              <w:pStyle w:val="TableText"/>
            </w:pPr>
            <w:r>
              <w:rPr>
                <w:b/>
                <w:color w:val="FFFFFF"/>
              </w:rPr>
              <w:t>Destinatario e termine applicabile</w:t>
            </w:r>
          </w:p>
        </w:tc>
        <w:tc>
          <w:tcPr>
            <w:tcW w:w="238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B83327B" w14:textId="77777777" w:rsidR="004713CD" w:rsidRDefault="00000000">
            <w:pPr>
              <w:pStyle w:val="TableText"/>
            </w:pPr>
            <w:r>
              <w:rPr>
                <w:b/>
                <w:color w:val="FFFFFF"/>
              </w:rPr>
              <w:t>Data / ricevuta</w:t>
            </w:r>
          </w:p>
        </w:tc>
      </w:tr>
      <w:tr w:rsidR="004713CD" w14:paraId="44E81553" w14:textId="77777777">
        <w:trPr>
          <w:cantSplit/>
          <w:jc w:val="center"/>
        </w:trPr>
        <w:tc>
          <w:tcPr>
            <w:tcW w:w="283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D70B7FC" w14:textId="77777777" w:rsidR="004713CD" w:rsidRDefault="00000000">
            <w:pPr>
              <w:pStyle w:val="TableText"/>
            </w:pPr>
            <w:r>
              <w:t>Allarme interno / lavoratori / RLS</w:t>
            </w:r>
          </w:p>
        </w:tc>
        <w:tc>
          <w:tcPr>
            <w:tcW w:w="442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84EFE8A" w14:textId="77777777" w:rsidR="004713CD" w:rsidRDefault="00000000">
            <w:pPr>
              <w:pStyle w:val="TableText"/>
            </w:pPr>
            <w:r>
              <w:t>[responsabili e informazioni pertinenti]</w:t>
            </w:r>
          </w:p>
        </w:tc>
        <w:tc>
          <w:tcPr>
            <w:tcW w:w="238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87AC41" w14:textId="77777777" w:rsidR="004713CD" w:rsidRDefault="00000000">
            <w:pPr>
              <w:pStyle w:val="TableText"/>
            </w:pPr>
            <w:r>
              <w:t>[___]</w:t>
            </w:r>
          </w:p>
        </w:tc>
      </w:tr>
      <w:tr w:rsidR="004713CD" w14:paraId="6FD4E4A0" w14:textId="77777777">
        <w:trPr>
          <w:cantSplit/>
          <w:jc w:val="center"/>
        </w:trPr>
        <w:tc>
          <w:tcPr>
            <w:tcW w:w="283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686F795" w14:textId="77777777" w:rsidR="004713CD" w:rsidRDefault="00000000">
            <w:pPr>
              <w:pStyle w:val="TableText"/>
            </w:pPr>
            <w:r>
              <w:t>MC / soccorso sanitario</w:t>
            </w:r>
          </w:p>
        </w:tc>
        <w:tc>
          <w:tcPr>
            <w:tcW w:w="442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2D4CE38" w14:textId="77777777" w:rsidR="004713CD" w:rsidRDefault="00000000">
            <w:pPr>
              <w:pStyle w:val="TableText"/>
            </w:pPr>
            <w:r>
              <w:t>[canale protetto; informazioni tecniche]</w:t>
            </w:r>
          </w:p>
        </w:tc>
        <w:tc>
          <w:tcPr>
            <w:tcW w:w="238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8F811EF" w14:textId="77777777" w:rsidR="004713CD" w:rsidRDefault="00000000">
            <w:pPr>
              <w:pStyle w:val="TableText"/>
            </w:pPr>
            <w:r>
              <w:t>[___]</w:t>
            </w:r>
          </w:p>
        </w:tc>
      </w:tr>
      <w:tr w:rsidR="004713CD" w14:paraId="3315BB37" w14:textId="77777777">
        <w:trPr>
          <w:cantSplit/>
          <w:jc w:val="center"/>
        </w:trPr>
        <w:tc>
          <w:tcPr>
            <w:tcW w:w="283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553B00E" w14:textId="77777777" w:rsidR="004713CD" w:rsidRDefault="00000000">
            <w:pPr>
              <w:pStyle w:val="TableText"/>
            </w:pPr>
            <w:r>
              <w:t>Organo di vigilanza / art. 240</w:t>
            </w:r>
          </w:p>
        </w:tc>
        <w:tc>
          <w:tcPr>
            <w:tcW w:w="442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695F284" w14:textId="77777777" w:rsidR="004713CD" w:rsidRDefault="00000000">
            <w:pPr>
              <w:pStyle w:val="TableText"/>
            </w:pPr>
            <w:r>
              <w:t>Senza indugio per gli eventi previsti; [ufficio, canale, misure comunicate]</w:t>
            </w:r>
          </w:p>
        </w:tc>
        <w:tc>
          <w:tcPr>
            <w:tcW w:w="238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8554DF" w14:textId="77777777" w:rsidR="004713CD" w:rsidRDefault="00000000">
            <w:pPr>
              <w:pStyle w:val="TableText"/>
            </w:pPr>
            <w:r>
              <w:t>[___]</w:t>
            </w:r>
          </w:p>
        </w:tc>
      </w:tr>
      <w:tr w:rsidR="004713CD" w14:paraId="5AD3E184" w14:textId="77777777">
        <w:trPr>
          <w:cantSplit/>
          <w:jc w:val="center"/>
        </w:trPr>
        <w:tc>
          <w:tcPr>
            <w:tcW w:w="283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3BBFC67" w14:textId="77777777" w:rsidR="004713CD" w:rsidRDefault="00000000">
            <w:pPr>
              <w:pStyle w:val="TableText"/>
            </w:pPr>
            <w:r>
              <w:t>Altri adempimenti</w:t>
            </w:r>
          </w:p>
        </w:tc>
        <w:tc>
          <w:tcPr>
            <w:tcW w:w="442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DCEE9F0" w14:textId="77777777" w:rsidR="004713CD" w:rsidRDefault="00000000">
            <w:pPr>
              <w:pStyle w:val="TableText"/>
            </w:pPr>
            <w:r>
              <w:t>[infortunio, ambiente, altro; valutazione specifica]</w:t>
            </w:r>
          </w:p>
        </w:tc>
        <w:tc>
          <w:tcPr>
            <w:tcW w:w="238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5F172F4" w14:textId="77777777" w:rsidR="004713CD" w:rsidRDefault="00000000">
            <w:pPr>
              <w:pStyle w:val="TableText"/>
            </w:pPr>
            <w:r>
              <w:t>[___]</w:t>
            </w:r>
          </w:p>
        </w:tc>
      </w:tr>
    </w:tbl>
    <w:p w14:paraId="0D7F6DDB" w14:textId="77777777" w:rsidR="004713CD" w:rsidRDefault="004713CD">
      <w:pPr>
        <w:pStyle w:val="Small"/>
        <w:spacing w:after="20"/>
      </w:pPr>
    </w:p>
    <w:p w14:paraId="6CA6296C" w14:textId="77777777" w:rsidR="004713CD" w:rsidRDefault="00000000">
      <w:pPr>
        <w:pStyle w:val="FieldText"/>
      </w:pPr>
      <w:r>
        <w:t>Evidenze conservate: fotografie tecniche ___; registri/allarmi ___; campioni ___; dichiarazioni ___ .</w:t>
      </w:r>
      <w:r>
        <w:br/>
        <w:t>Misure cautelative ancora necessarie: __________________________________________________</w:t>
      </w:r>
    </w:p>
    <w:p w14:paraId="3D8FFD49" w14:textId="77777777" w:rsidR="004713CD" w:rsidRDefault="00000000">
      <w:pPr>
        <w:pStyle w:val="FieldText"/>
      </w:pPr>
      <w:r>
        <w:t>Preposto __________  Responsabile emergenza __________  Data / ora __________</w:t>
      </w:r>
    </w:p>
    <w:p w14:paraId="57F4A678" w14:textId="77777777" w:rsidR="004713CD" w:rsidRDefault="00000000">
      <w:r>
        <w:br w:type="page"/>
      </w:r>
    </w:p>
    <w:p w14:paraId="5FA33856" w14:textId="77777777" w:rsidR="004713CD" w:rsidRDefault="00000000">
      <w:pPr>
        <w:pStyle w:val="Kicker"/>
      </w:pPr>
      <w:r>
        <w:rPr>
          <w:b w:val="0"/>
        </w:rPr>
        <w:t>ALLEGATI OPERATIVI  /  MODULISTICA EDITABILE</w:t>
      </w:r>
    </w:p>
    <w:p w14:paraId="13B526EB" w14:textId="77777777" w:rsidR="004713CD" w:rsidRDefault="00000000">
      <w:pPr>
        <w:pStyle w:val="Titolo1"/>
      </w:pPr>
      <w:bookmarkStart w:id="38" w:name="A13_b"/>
      <w:r>
        <w:rPr>
          <w:b w:val="0"/>
        </w:rPr>
        <w:t>A13 · Analisi delle cause e autorizzazione di ripresa — 2/2</w:t>
      </w:r>
      <w:bookmarkEnd w:id="38"/>
    </w:p>
    <w:p w14:paraId="27A2B986" w14:textId="77777777" w:rsidR="004713CD" w:rsidRDefault="00000000">
      <w:pPr>
        <w:pStyle w:val="Small"/>
      </w:pPr>
      <w:r>
        <w:t>PR-RIP-01 • Modulo A13 • Revisione ___ • Azienda/sito __________________ • Data __________</w:t>
      </w:r>
    </w:p>
    <w:p w14:paraId="28B40D57" w14:textId="77777777" w:rsidR="004713CD" w:rsidRDefault="00000000">
      <w:pPr>
        <w:pStyle w:val="Small"/>
      </w:pPr>
      <w:r>
        <w:t>ID evento ______. Questa pagina non sostituisce provvedimenti dell’autorità o giudizi sanitari. Non riammettere persone o impianti prima degli adempimenti necessari.</w:t>
      </w:r>
    </w:p>
    <w:tbl>
      <w:tblPr>
        <w:tblW w:w="9638" w:type="dxa"/>
        <w:jc w:val="center"/>
        <w:tblLayout w:type="fixed"/>
        <w:tblLook w:val="04A0" w:firstRow="1" w:lastRow="0" w:firstColumn="1" w:lastColumn="0" w:noHBand="0" w:noVBand="1"/>
      </w:tblPr>
      <w:tblGrid>
        <w:gridCol w:w="2438"/>
        <w:gridCol w:w="7200"/>
      </w:tblGrid>
      <w:tr w:rsidR="004713CD" w14:paraId="0FD4192F"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E709D45"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14E31A9" w14:textId="77777777" w:rsidR="004713CD" w:rsidRDefault="00000000">
            <w:pPr>
              <w:pStyle w:val="TableText"/>
            </w:pPr>
            <w:r>
              <w:rPr>
                <w:b/>
                <w:color w:val="FFFFFF"/>
                <w:sz w:val="19"/>
              </w:rPr>
              <w:t>Compilazione / evidenza richiesta</w:t>
            </w:r>
          </w:p>
        </w:tc>
      </w:tr>
      <w:tr w:rsidR="004713CD" w14:paraId="2261628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D6CC0E" w14:textId="77777777" w:rsidR="004713CD" w:rsidRDefault="00000000">
            <w:pPr>
              <w:pStyle w:val="TableText"/>
            </w:pPr>
            <w:r>
              <w:rPr>
                <w:sz w:val="19"/>
              </w:rPr>
              <w:t>Causa immediata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95F26D5" w14:textId="77777777" w:rsidR="004713CD" w:rsidRDefault="00000000">
            <w:pPr>
              <w:pStyle w:val="TableText"/>
            </w:pPr>
            <w:r>
              <w:rPr>
                <w:sz w:val="19"/>
              </w:rPr>
              <w:t>[guasto, perdita, errore di connessione, contaminazione o altra causa verificata]</w:t>
            </w:r>
          </w:p>
        </w:tc>
      </w:tr>
      <w:tr w:rsidR="004713CD" w14:paraId="547D37E5"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D0D3115" w14:textId="77777777" w:rsidR="004713CD" w:rsidRDefault="00000000">
            <w:pPr>
              <w:pStyle w:val="TableText"/>
            </w:pPr>
            <w:r>
              <w:rPr>
                <w:sz w:val="19"/>
              </w:rPr>
              <w:t>Cause organizzative / tecniche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E209EE9" w14:textId="77777777" w:rsidR="004713CD" w:rsidRDefault="00000000">
            <w:pPr>
              <w:pStyle w:val="TableText"/>
            </w:pPr>
            <w:r>
              <w:rPr>
                <w:sz w:val="19"/>
              </w:rPr>
              <w:t>[progetto, manutenzione, istruzione, formazione, acquisto, supervisione; evidenze]</w:t>
            </w:r>
          </w:p>
        </w:tc>
      </w:tr>
      <w:tr w:rsidR="004713CD" w14:paraId="6860045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D63191" w14:textId="77777777" w:rsidR="004713CD" w:rsidRDefault="00000000">
            <w:pPr>
              <w:pStyle w:val="TableText"/>
            </w:pPr>
            <w:r>
              <w:rPr>
                <w:sz w:val="19"/>
              </w:rPr>
              <w:t>Interventi definitivi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E387EA9" w14:textId="77777777" w:rsidR="004713CD" w:rsidRDefault="00000000">
            <w:pPr>
              <w:pStyle w:val="TableText"/>
            </w:pPr>
            <w:r>
              <w:rPr>
                <w:sz w:val="19"/>
              </w:rPr>
              <w:t>[A07, responsabili, prova di rimozione della causa]</w:t>
            </w:r>
          </w:p>
        </w:tc>
      </w:tr>
      <w:tr w:rsidR="004713CD" w14:paraId="107F4A0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69278FB" w14:textId="77777777" w:rsidR="004713CD" w:rsidRDefault="00000000">
            <w:pPr>
              <w:pStyle w:val="TableText"/>
            </w:pPr>
            <w:r>
              <w:rPr>
                <w:sz w:val="19"/>
              </w:rPr>
              <w:t>Bonifica e rifiuti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C38220D" w14:textId="77777777" w:rsidR="004713CD" w:rsidRDefault="00000000">
            <w:pPr>
              <w:pStyle w:val="TableText"/>
            </w:pPr>
            <w:r>
              <w:rPr>
                <w:sz w:val="19"/>
              </w:rPr>
              <w:t>[criteri, esito, documenti; nessuna valutazione basata sul solo odore]</w:t>
            </w:r>
          </w:p>
        </w:tc>
      </w:tr>
    </w:tbl>
    <w:p w14:paraId="7E46D6CF"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454"/>
        <w:gridCol w:w="5216"/>
        <w:gridCol w:w="1020"/>
        <w:gridCol w:w="2948"/>
      </w:tblGrid>
      <w:tr w:rsidR="004713CD" w14:paraId="3E98DFAA" w14:textId="77777777">
        <w:trPr>
          <w:cantSplit/>
          <w:tblHeader/>
          <w:jc w:val="center"/>
        </w:trPr>
        <w:tc>
          <w:tcPr>
            <w:tcW w:w="45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EABCA37" w14:textId="77777777" w:rsidR="004713CD" w:rsidRDefault="00000000">
            <w:pPr>
              <w:pStyle w:val="TableText"/>
            </w:pPr>
            <w:r>
              <w:rPr>
                <w:b/>
                <w:color w:val="FFFFFF"/>
              </w:rPr>
              <w:t>N.</w:t>
            </w:r>
          </w:p>
        </w:tc>
        <w:tc>
          <w:tcPr>
            <w:tcW w:w="521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F79AC79" w14:textId="77777777" w:rsidR="004713CD" w:rsidRDefault="00000000">
            <w:pPr>
              <w:pStyle w:val="TableText"/>
            </w:pPr>
            <w:r>
              <w:rPr>
                <w:b/>
                <w:color w:val="FFFFFF"/>
              </w:rPr>
              <w:t>Verifica</w:t>
            </w:r>
          </w:p>
        </w:tc>
        <w:tc>
          <w:tcPr>
            <w:tcW w:w="102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9DA679D" w14:textId="77777777" w:rsidR="004713CD" w:rsidRDefault="00000000">
            <w:pPr>
              <w:pStyle w:val="TableText"/>
            </w:pPr>
            <w:r>
              <w:rPr>
                <w:b/>
                <w:color w:val="FFFFFF"/>
              </w:rPr>
              <w:t>Esito</w:t>
            </w:r>
          </w:p>
        </w:tc>
        <w:tc>
          <w:tcPr>
            <w:tcW w:w="294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AC5BAB7" w14:textId="77777777" w:rsidR="004713CD" w:rsidRDefault="00000000">
            <w:pPr>
              <w:pStyle w:val="TableText"/>
            </w:pPr>
            <w:r>
              <w:rPr>
                <w:b/>
                <w:color w:val="FFFFFF"/>
              </w:rPr>
              <w:t>Evidenza / azione</w:t>
            </w:r>
          </w:p>
        </w:tc>
      </w:tr>
      <w:tr w:rsidR="004713CD" w14:paraId="273AE51F"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9C946DE" w14:textId="77777777" w:rsidR="004713CD" w:rsidRDefault="00000000">
            <w:pPr>
              <w:pStyle w:val="TableText"/>
            </w:pPr>
            <w:r>
              <w:t>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9B0586A" w14:textId="77777777" w:rsidR="004713CD" w:rsidRDefault="00000000">
            <w:pPr>
              <w:pStyle w:val="TableText"/>
            </w:pPr>
            <w:r>
              <w:t>La sorgente e la causa dell’evento sono state eliminate o messe in sicurezza.</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3CA2F7"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A44AA02" w14:textId="77777777" w:rsidR="004713CD" w:rsidRDefault="00000000">
            <w:pPr>
              <w:pStyle w:val="TableText"/>
            </w:pPr>
            <w:r>
              <w:t>[da compilare]</w:t>
            </w:r>
          </w:p>
        </w:tc>
      </w:tr>
      <w:tr w:rsidR="004713CD" w14:paraId="52DDB98C"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9749A4D" w14:textId="77777777" w:rsidR="004713CD" w:rsidRDefault="00000000">
            <w:pPr>
              <w:pStyle w:val="TableText"/>
            </w:pPr>
            <w:r>
              <w:t>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502CC1" w14:textId="77777777" w:rsidR="004713CD" w:rsidRDefault="00000000">
            <w:pPr>
              <w:pStyle w:val="TableText"/>
            </w:pPr>
            <w:r>
              <w:t>La bonifica è stata eseguita con metodo appropriato e verificata.</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3D1A51C"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CB7D11B" w14:textId="77777777" w:rsidR="004713CD" w:rsidRDefault="00000000">
            <w:pPr>
              <w:pStyle w:val="TableText"/>
            </w:pPr>
            <w:r>
              <w:t>[da compilare]</w:t>
            </w:r>
          </w:p>
        </w:tc>
      </w:tr>
      <w:tr w:rsidR="004713CD" w14:paraId="106C5308"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F24074E" w14:textId="77777777" w:rsidR="004713CD" w:rsidRDefault="00000000">
            <w:pPr>
              <w:pStyle w:val="TableText"/>
            </w:pPr>
            <w:r>
              <w:t>3</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438EDD6" w14:textId="77777777" w:rsidR="004713CD" w:rsidRDefault="00000000">
            <w:pPr>
              <w:pStyle w:val="TableText"/>
            </w:pPr>
            <w:r>
              <w:t>Sistemi chiusi, aspirazioni, allarmi e interblocchi sono efficaci.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70914EA"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2743D9C" w14:textId="77777777" w:rsidR="004713CD" w:rsidRDefault="00000000">
            <w:pPr>
              <w:pStyle w:val="TableText"/>
            </w:pPr>
            <w:r>
              <w:t>[da compilare]</w:t>
            </w:r>
          </w:p>
        </w:tc>
      </w:tr>
      <w:tr w:rsidR="004713CD" w14:paraId="58F0C9DD"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6BA06B7" w14:textId="77777777" w:rsidR="004713CD" w:rsidRDefault="00000000">
            <w:pPr>
              <w:pStyle w:val="TableText"/>
            </w:pPr>
            <w:r>
              <w:t>4</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9A065C8" w14:textId="77777777" w:rsidR="004713CD" w:rsidRDefault="00000000">
            <w:pPr>
              <w:pStyle w:val="TableText"/>
            </w:pPr>
            <w:r>
              <w:t>Le verifiche ambientali/espositive necessarie sono disponibili e valutate.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6D988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C822C77" w14:textId="77777777" w:rsidR="004713CD" w:rsidRDefault="00000000">
            <w:pPr>
              <w:pStyle w:val="TableText"/>
            </w:pPr>
            <w:r>
              <w:t>[da compilare]</w:t>
            </w:r>
          </w:p>
        </w:tc>
      </w:tr>
      <w:tr w:rsidR="004713CD" w14:paraId="1376A5F5"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87D0E36" w14:textId="77777777" w:rsidR="004713CD" w:rsidRDefault="00000000">
            <w:pPr>
              <w:pStyle w:val="TableText"/>
            </w:pPr>
            <w:r>
              <w:t>5</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096E8CF" w14:textId="77777777" w:rsidR="004713CD" w:rsidRDefault="00000000">
            <w:pPr>
              <w:pStyle w:val="TableText"/>
            </w:pPr>
            <w:r>
              <w:t>La gestione delle persone potenzialmente esposte è stata attivata con il MC.</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86E3A13"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7B69B74" w14:textId="77777777" w:rsidR="004713CD" w:rsidRDefault="00000000">
            <w:pPr>
              <w:pStyle w:val="TableText"/>
            </w:pPr>
            <w:r>
              <w:t>[da compilare]</w:t>
            </w:r>
          </w:p>
        </w:tc>
      </w:tr>
      <w:tr w:rsidR="004713CD" w14:paraId="719309B1"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9C9624C" w14:textId="77777777" w:rsidR="004713CD" w:rsidRDefault="00000000">
            <w:pPr>
              <w:pStyle w:val="TableText"/>
            </w:pPr>
            <w:r>
              <w:t>6</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DCCE396" w14:textId="77777777" w:rsidR="004713CD" w:rsidRDefault="00000000">
            <w:pPr>
              <w:pStyle w:val="TableText"/>
            </w:pPr>
            <w:r>
              <w:t>Gli obblighi informativi e di comunicazione sono stati verificati e attuati.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843D380"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D159F74" w14:textId="77777777" w:rsidR="004713CD" w:rsidRDefault="00000000">
            <w:pPr>
              <w:pStyle w:val="TableText"/>
            </w:pPr>
            <w:r>
              <w:t>[da compilare]</w:t>
            </w:r>
          </w:p>
        </w:tc>
      </w:tr>
      <w:tr w:rsidR="004713CD" w14:paraId="00F9B5F1"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0E7C283" w14:textId="77777777" w:rsidR="004713CD" w:rsidRDefault="00000000">
            <w:pPr>
              <w:pStyle w:val="TableText"/>
            </w:pPr>
            <w:r>
              <w:t>7</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61DF521" w14:textId="77777777" w:rsidR="004713CD" w:rsidRDefault="00000000">
            <w:pPr>
              <w:pStyle w:val="TableText"/>
            </w:pPr>
            <w:r>
              <w:t>DVR, istruzioni, DPI e formazione sono stati aggiornati quando necessario.</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651CF27"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B84CEAF" w14:textId="77777777" w:rsidR="004713CD" w:rsidRDefault="00000000">
            <w:pPr>
              <w:pStyle w:val="TableText"/>
            </w:pPr>
            <w:r>
              <w:t>[da compilare]</w:t>
            </w:r>
          </w:p>
        </w:tc>
      </w:tr>
      <w:tr w:rsidR="004713CD" w14:paraId="30FB4591"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6C59208" w14:textId="77777777" w:rsidR="004713CD" w:rsidRDefault="00000000">
            <w:pPr>
              <w:pStyle w:val="TableText"/>
            </w:pPr>
            <w:r>
              <w:t>8</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47FE837" w14:textId="77777777" w:rsidR="004713CD" w:rsidRDefault="00000000">
            <w:pPr>
              <w:pStyle w:val="TableText"/>
            </w:pPr>
            <w:r>
              <w:t>Non rimangono condizioni critiche incompatibili con l’attività.</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9FC6AE0"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39CC9ED" w14:textId="77777777" w:rsidR="004713CD" w:rsidRDefault="00000000">
            <w:pPr>
              <w:pStyle w:val="TableText"/>
            </w:pPr>
            <w:r>
              <w:t>[da compilare]</w:t>
            </w:r>
          </w:p>
        </w:tc>
      </w:tr>
    </w:tbl>
    <w:p w14:paraId="32A8958E"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7214DBFC"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87E462D"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F56DACD" w14:textId="77777777" w:rsidR="004713CD" w:rsidRDefault="00000000">
            <w:pPr>
              <w:pStyle w:val="TableText"/>
            </w:pPr>
            <w:r>
              <w:rPr>
                <w:b/>
                <w:color w:val="FFFFFF"/>
                <w:sz w:val="19"/>
              </w:rPr>
              <w:t>Compilazione / evidenza richiesta</w:t>
            </w:r>
          </w:p>
        </w:tc>
      </w:tr>
      <w:tr w:rsidR="004713CD" w14:paraId="585FDAF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54859F2" w14:textId="77777777" w:rsidR="004713CD" w:rsidRDefault="00000000">
            <w:pPr>
              <w:pStyle w:val="TableText"/>
            </w:pPr>
            <w:r>
              <w:rPr>
                <w:sz w:val="19"/>
              </w:rPr>
              <w:t>Decisione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3AF5514" w14:textId="77777777" w:rsidR="004713CD" w:rsidRDefault="00000000">
            <w:pPr>
              <w:pStyle w:val="TableText"/>
            </w:pPr>
            <w:r>
              <w:rPr>
                <w:sz w:val="19"/>
              </w:rPr>
              <w:t>[ripresa non autorizzata / autorizzata con condizioni]; data/ora efficacia [___]</w:t>
            </w:r>
          </w:p>
        </w:tc>
      </w:tr>
      <w:tr w:rsidR="004713CD" w14:paraId="298F7F25"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06156B4" w14:textId="77777777" w:rsidR="004713CD" w:rsidRDefault="00000000">
            <w:pPr>
              <w:pStyle w:val="TableText"/>
            </w:pPr>
            <w:r>
              <w:rPr>
                <w:sz w:val="19"/>
              </w:rPr>
              <w:t>Condizioni e sorveglianza operativa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1483113" w14:textId="77777777" w:rsidR="004713CD" w:rsidRDefault="00000000">
            <w:pPr>
              <w:pStyle w:val="TableText"/>
            </w:pPr>
            <w:r>
              <w:rPr>
                <w:sz w:val="19"/>
              </w:rPr>
              <w:t>[quantità, parametri, personale, verifiche rafforzate, validità]</w:t>
            </w:r>
          </w:p>
        </w:tc>
      </w:tr>
      <w:tr w:rsidR="004713CD" w14:paraId="58FEA8B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10D6EBC" w14:textId="77777777" w:rsidR="004713CD" w:rsidRDefault="00000000">
            <w:pPr>
              <w:pStyle w:val="TableText"/>
            </w:pPr>
            <w:r>
              <w:rPr>
                <w:sz w:val="19"/>
              </w:rPr>
              <w:t>Verifica di efficacia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B5DCFED" w14:textId="77777777" w:rsidR="004713CD" w:rsidRDefault="00000000">
            <w:pPr>
              <w:pStyle w:val="TableText"/>
            </w:pPr>
            <w:r>
              <w:rPr>
                <w:sz w:val="19"/>
              </w:rPr>
              <w:t>[data/evento, responsabile e prova; eventuale riapertura dell’azione]</w:t>
            </w:r>
          </w:p>
        </w:tc>
      </w:tr>
    </w:tbl>
    <w:p w14:paraId="3C9A5B67" w14:textId="77777777" w:rsidR="004713CD" w:rsidRDefault="004713CD">
      <w:pPr>
        <w:pStyle w:val="Small"/>
        <w:spacing w:after="20"/>
      </w:pPr>
    </w:p>
    <w:p w14:paraId="08B154BD" w14:textId="77777777" w:rsidR="004713CD" w:rsidRDefault="00000000">
      <w:pPr>
        <w:pStyle w:val="FieldText"/>
      </w:pPr>
      <w:r>
        <w:t>Verifica tecnica __________  Responsabile operativo __________  Autorizzazione __________</w:t>
      </w:r>
    </w:p>
    <w:p w14:paraId="160C93BB" w14:textId="77777777" w:rsidR="004713CD" w:rsidRDefault="00000000">
      <w:r>
        <w:br w:type="page"/>
      </w:r>
    </w:p>
    <w:p w14:paraId="7B8C21D4" w14:textId="77777777" w:rsidR="004713CD" w:rsidRDefault="00000000">
      <w:pPr>
        <w:pStyle w:val="Kicker"/>
      </w:pPr>
      <w:r>
        <w:rPr>
          <w:b w:val="0"/>
        </w:rPr>
        <w:t>ALLEGATI OPERATIVI  /  MODULISTICA EDITABILE</w:t>
      </w:r>
    </w:p>
    <w:p w14:paraId="49FACB5C" w14:textId="77777777" w:rsidR="004713CD" w:rsidRDefault="00000000">
      <w:pPr>
        <w:pStyle w:val="Titolo1"/>
      </w:pPr>
      <w:bookmarkStart w:id="39" w:name="A14"/>
      <w:r>
        <w:rPr>
          <w:b w:val="0"/>
        </w:rPr>
        <w:t>A14 · Permesso per lavoro non ordinario / appaltatore</w:t>
      </w:r>
      <w:bookmarkEnd w:id="39"/>
    </w:p>
    <w:p w14:paraId="35586050" w14:textId="77777777" w:rsidR="004713CD" w:rsidRDefault="00000000">
      <w:pPr>
        <w:pStyle w:val="Small"/>
      </w:pPr>
      <w:r>
        <w:t>PR-RIP-01 • Modulo A14 • Revisione ___ • Azienda/sito __________________ • Data __________</w:t>
      </w:r>
    </w:p>
    <w:p w14:paraId="1A73B960" w14:textId="77777777" w:rsidR="004713CD" w:rsidRDefault="00000000">
      <w:pPr>
        <w:pStyle w:val="Small"/>
      </w:pPr>
      <w:r>
        <w:t>Permesso integrativo: non sostituisce DUVRI ove dovuto, isolamento delle energie, autorizzazioni per spazi confinati o altre procedure specialistiche. Se non basta una pagina, allegare il piano dettagliato.</w:t>
      </w:r>
    </w:p>
    <w:tbl>
      <w:tblPr>
        <w:tblW w:w="9638" w:type="dxa"/>
        <w:jc w:val="center"/>
        <w:tblLayout w:type="fixed"/>
        <w:tblLook w:val="04A0" w:firstRow="1" w:lastRow="0" w:firstColumn="1" w:lastColumn="0" w:noHBand="0" w:noVBand="1"/>
      </w:tblPr>
      <w:tblGrid>
        <w:gridCol w:w="2438"/>
        <w:gridCol w:w="7200"/>
      </w:tblGrid>
      <w:tr w:rsidR="004713CD" w14:paraId="428F9CCE"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49B6952"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92459A3" w14:textId="77777777" w:rsidR="004713CD" w:rsidRDefault="00000000">
            <w:pPr>
              <w:pStyle w:val="TableText"/>
            </w:pPr>
            <w:r>
              <w:rPr>
                <w:b/>
                <w:color w:val="FFFFFF"/>
                <w:sz w:val="19"/>
              </w:rPr>
              <w:t>Compilazione / evidenza richiesta</w:t>
            </w:r>
          </w:p>
        </w:tc>
      </w:tr>
      <w:tr w:rsidR="004713CD" w14:paraId="3D6B59E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A7F5578" w14:textId="77777777" w:rsidR="004713CD" w:rsidRDefault="00000000">
            <w:pPr>
              <w:pStyle w:val="TableText"/>
            </w:pPr>
            <w:r>
              <w:rPr>
                <w:sz w:val="19"/>
              </w:rPr>
              <w:t>Permesso / validità</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1FE8CC6" w14:textId="77777777" w:rsidR="004713CD" w:rsidRDefault="00000000">
            <w:pPr>
              <w:pStyle w:val="TableText"/>
            </w:pPr>
            <w:r>
              <w:rPr>
                <w:sz w:val="19"/>
              </w:rPr>
              <w:t>[ID; data; inizio/fine; impianto e area; lavoro consentito]</w:t>
            </w:r>
          </w:p>
        </w:tc>
      </w:tr>
      <w:tr w:rsidR="004713CD" w14:paraId="64BA2728"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A64C1D1" w14:textId="77777777" w:rsidR="004713CD" w:rsidRDefault="00000000">
            <w:pPr>
              <w:pStyle w:val="TableText"/>
            </w:pPr>
            <w:r>
              <w:rPr>
                <w:sz w:val="19"/>
              </w:rPr>
              <w:t>Impresa / responsabili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66C5307" w14:textId="77777777" w:rsidR="004713CD" w:rsidRDefault="00000000">
            <w:pPr>
              <w:pStyle w:val="TableText"/>
            </w:pPr>
            <w:r>
              <w:rPr>
                <w:sz w:val="19"/>
              </w:rPr>
              <w:t>[committente, appaltatore, capo squadra, preposto, elenco autorizzati]</w:t>
            </w:r>
          </w:p>
        </w:tc>
      </w:tr>
      <w:tr w:rsidR="004713CD" w14:paraId="3695D44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47D0DC9" w14:textId="77777777" w:rsidR="004713CD" w:rsidRDefault="00000000">
            <w:pPr>
              <w:pStyle w:val="TableText"/>
            </w:pPr>
            <w:r>
              <w:rPr>
                <w:sz w:val="19"/>
              </w:rPr>
              <w:t>Agenti e residui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C86B335" w14:textId="77777777" w:rsidR="004713CD" w:rsidRDefault="00000000">
            <w:pPr>
              <w:pStyle w:val="TableText"/>
            </w:pPr>
            <w:r>
              <w:rPr>
                <w:sz w:val="19"/>
              </w:rPr>
              <w:t>[identità, SDS, ultima lavorazione, possibili prodotti di bonifica/decomposizione]</w:t>
            </w:r>
          </w:p>
        </w:tc>
      </w:tr>
      <w:tr w:rsidR="004713CD" w14:paraId="1CAA2BF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FD10A4" w14:textId="77777777" w:rsidR="004713CD" w:rsidRDefault="00000000">
            <w:pPr>
              <w:pStyle w:val="TableText"/>
            </w:pPr>
            <w:r>
              <w:rPr>
                <w:sz w:val="19"/>
              </w:rPr>
              <w:t>Riferimenti di coordinamento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374388D" w14:textId="77777777" w:rsidR="004713CD" w:rsidRDefault="00000000">
            <w:pPr>
              <w:pStyle w:val="TableText"/>
            </w:pPr>
            <w:r>
              <w:rPr>
                <w:sz w:val="19"/>
              </w:rPr>
              <w:t>[DVR/DUVRI ove applicabile, piano, consultazione RLS pertinente, altri permessi]</w:t>
            </w:r>
          </w:p>
        </w:tc>
      </w:tr>
    </w:tbl>
    <w:p w14:paraId="4764E1FE"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454"/>
        <w:gridCol w:w="5216"/>
        <w:gridCol w:w="1020"/>
        <w:gridCol w:w="2948"/>
      </w:tblGrid>
      <w:tr w:rsidR="004713CD" w14:paraId="4AF53420" w14:textId="77777777">
        <w:trPr>
          <w:cantSplit/>
          <w:tblHeader/>
          <w:jc w:val="center"/>
        </w:trPr>
        <w:tc>
          <w:tcPr>
            <w:tcW w:w="45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43EA984" w14:textId="77777777" w:rsidR="004713CD" w:rsidRDefault="00000000">
            <w:pPr>
              <w:pStyle w:val="TableText"/>
            </w:pPr>
            <w:r>
              <w:rPr>
                <w:b/>
                <w:color w:val="FFFFFF"/>
              </w:rPr>
              <w:t>N.</w:t>
            </w:r>
          </w:p>
        </w:tc>
        <w:tc>
          <w:tcPr>
            <w:tcW w:w="521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2F9D111" w14:textId="77777777" w:rsidR="004713CD" w:rsidRDefault="00000000">
            <w:pPr>
              <w:pStyle w:val="TableText"/>
            </w:pPr>
            <w:r>
              <w:rPr>
                <w:b/>
                <w:color w:val="FFFFFF"/>
              </w:rPr>
              <w:t>Verifica</w:t>
            </w:r>
          </w:p>
        </w:tc>
        <w:tc>
          <w:tcPr>
            <w:tcW w:w="102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4D66824" w14:textId="77777777" w:rsidR="004713CD" w:rsidRDefault="00000000">
            <w:pPr>
              <w:pStyle w:val="TableText"/>
            </w:pPr>
            <w:r>
              <w:rPr>
                <w:b/>
                <w:color w:val="FFFFFF"/>
              </w:rPr>
              <w:t>Esito</w:t>
            </w:r>
          </w:p>
        </w:tc>
        <w:tc>
          <w:tcPr>
            <w:tcW w:w="294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0662DBA" w14:textId="77777777" w:rsidR="004713CD" w:rsidRDefault="00000000">
            <w:pPr>
              <w:pStyle w:val="TableText"/>
            </w:pPr>
            <w:r>
              <w:rPr>
                <w:b/>
                <w:color w:val="FFFFFF"/>
              </w:rPr>
              <w:t>Evidenza / azione</w:t>
            </w:r>
          </w:p>
        </w:tc>
      </w:tr>
      <w:tr w:rsidR="004713CD" w14:paraId="2BE2B81D"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DD9D9F" w14:textId="77777777" w:rsidR="004713CD" w:rsidRDefault="00000000">
            <w:pPr>
              <w:pStyle w:val="TableText"/>
            </w:pPr>
            <w:r>
              <w:t>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FF4A91D" w14:textId="77777777" w:rsidR="004713CD" w:rsidRDefault="00000000">
            <w:pPr>
              <w:pStyle w:val="TableText"/>
            </w:pPr>
            <w:r>
              <w:t>Alternative e riduzione dell’esposizione esaminate prima dell’intervento.</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8089AE6"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D2B2977" w14:textId="77777777" w:rsidR="004713CD" w:rsidRDefault="00000000">
            <w:pPr>
              <w:pStyle w:val="TableText"/>
            </w:pPr>
            <w:r>
              <w:t>[da compilare]</w:t>
            </w:r>
          </w:p>
        </w:tc>
      </w:tr>
      <w:tr w:rsidR="004713CD" w14:paraId="213BF7AB"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3BDEA02" w14:textId="77777777" w:rsidR="004713CD" w:rsidRDefault="00000000">
            <w:pPr>
              <w:pStyle w:val="TableText"/>
            </w:pPr>
            <w:r>
              <w:t>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7C70E6B" w14:textId="77777777" w:rsidR="004713CD" w:rsidRDefault="00000000">
            <w:pPr>
              <w:pStyle w:val="TableText"/>
            </w:pPr>
            <w:r>
              <w:t>Impianto arrestato, svuotato e isolato secondo il piano pertinente.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A80E17B"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D5717E1" w14:textId="77777777" w:rsidR="004713CD" w:rsidRDefault="00000000">
            <w:pPr>
              <w:pStyle w:val="TableText"/>
            </w:pPr>
            <w:r>
              <w:t>[da compilare]</w:t>
            </w:r>
          </w:p>
        </w:tc>
      </w:tr>
      <w:tr w:rsidR="004713CD" w14:paraId="5F49582C"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499284D" w14:textId="77777777" w:rsidR="004713CD" w:rsidRDefault="00000000">
            <w:pPr>
              <w:pStyle w:val="TableText"/>
            </w:pPr>
            <w:r>
              <w:t>3</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2ABC8E5" w14:textId="77777777" w:rsidR="004713CD" w:rsidRDefault="00000000">
            <w:pPr>
              <w:pStyle w:val="TableText"/>
            </w:pPr>
            <w:r>
              <w:t>Bonifica e condizioni di accesso verificate con criteri specifici.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346D881"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FEC8222" w14:textId="77777777" w:rsidR="004713CD" w:rsidRDefault="00000000">
            <w:pPr>
              <w:pStyle w:val="TableText"/>
            </w:pPr>
            <w:r>
              <w:t>[da compilare]</w:t>
            </w:r>
          </w:p>
        </w:tc>
      </w:tr>
      <w:tr w:rsidR="004713CD" w14:paraId="5A9BD30F"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BC879B6" w14:textId="77777777" w:rsidR="004713CD" w:rsidRDefault="00000000">
            <w:pPr>
              <w:pStyle w:val="TableText"/>
            </w:pPr>
            <w:r>
              <w:t>4</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4F1F9E7" w14:textId="77777777" w:rsidR="004713CD" w:rsidRDefault="00000000">
            <w:pPr>
              <w:pStyle w:val="TableText"/>
            </w:pPr>
            <w:r>
              <w:t>Area segregata, interferenze eliminate/gestite e accessi limitati.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20D1B5E"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BDF8FC8" w14:textId="77777777" w:rsidR="004713CD" w:rsidRDefault="00000000">
            <w:pPr>
              <w:pStyle w:val="TableText"/>
            </w:pPr>
            <w:r>
              <w:t>[da compilare]</w:t>
            </w:r>
          </w:p>
        </w:tc>
      </w:tr>
      <w:tr w:rsidR="004713CD" w14:paraId="431CA3ED"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6FCCA68" w14:textId="77777777" w:rsidR="004713CD" w:rsidRDefault="00000000">
            <w:pPr>
              <w:pStyle w:val="TableText"/>
            </w:pPr>
            <w:r>
              <w:t>5</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AEDB718" w14:textId="77777777" w:rsidR="004713CD" w:rsidRDefault="00000000">
            <w:pPr>
              <w:pStyle w:val="TableText"/>
            </w:pPr>
            <w:r>
              <w:t>Controlli collettivi attivi; DPI e attrezzature adeguati; persone formate.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C960038"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193186B" w14:textId="77777777" w:rsidR="004713CD" w:rsidRDefault="00000000">
            <w:pPr>
              <w:pStyle w:val="TableText"/>
            </w:pPr>
            <w:r>
              <w:t>[da compilare]</w:t>
            </w:r>
          </w:p>
        </w:tc>
      </w:tr>
      <w:tr w:rsidR="004713CD" w14:paraId="274AFCFE"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CC999E2" w14:textId="77777777" w:rsidR="004713CD" w:rsidRDefault="00000000">
            <w:pPr>
              <w:pStyle w:val="TableText"/>
            </w:pPr>
            <w:r>
              <w:t>6</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D214454" w14:textId="77777777" w:rsidR="004713CD" w:rsidRDefault="00000000">
            <w:pPr>
              <w:pStyle w:val="TableText"/>
            </w:pPr>
            <w:r>
              <w:t>Emergenze, allarme, soccorso e vie di allontanamento concordati.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046FA19"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DF551AB" w14:textId="77777777" w:rsidR="004713CD" w:rsidRDefault="00000000">
            <w:pPr>
              <w:pStyle w:val="TableText"/>
            </w:pPr>
            <w:r>
              <w:t>[da compilare]</w:t>
            </w:r>
          </w:p>
        </w:tc>
      </w:tr>
      <w:tr w:rsidR="004713CD" w14:paraId="5967BD89"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2D85705" w14:textId="77777777" w:rsidR="004713CD" w:rsidRDefault="00000000">
            <w:pPr>
              <w:pStyle w:val="TableText"/>
            </w:pPr>
            <w:r>
              <w:t>7</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08F1DE1" w14:textId="77777777" w:rsidR="004713CD" w:rsidRDefault="00000000">
            <w:pPr>
              <w:pStyle w:val="TableText"/>
            </w:pPr>
            <w:r>
              <w:t>Condizioni di stop e divieto di modifiche informali comunicati.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7A0A05"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DDF4505" w14:textId="77777777" w:rsidR="004713CD" w:rsidRDefault="00000000">
            <w:pPr>
              <w:pStyle w:val="TableText"/>
            </w:pPr>
            <w:r>
              <w:t>[da compilare]</w:t>
            </w:r>
          </w:p>
        </w:tc>
      </w:tr>
    </w:tbl>
    <w:p w14:paraId="7BDF201C"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42F71AB6"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9DFCF3A"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A1DC40D" w14:textId="77777777" w:rsidR="004713CD" w:rsidRDefault="00000000">
            <w:pPr>
              <w:pStyle w:val="TableText"/>
            </w:pPr>
            <w:r>
              <w:rPr>
                <w:b/>
                <w:color w:val="FFFFFF"/>
                <w:sz w:val="19"/>
              </w:rPr>
              <w:t>Compilazione / evidenza richiesta</w:t>
            </w:r>
          </w:p>
        </w:tc>
      </w:tr>
      <w:tr w:rsidR="004713CD" w14:paraId="532A152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CC898DA" w14:textId="77777777" w:rsidR="004713CD" w:rsidRDefault="00000000">
            <w:pPr>
              <w:pStyle w:val="TableText"/>
            </w:pPr>
            <w:r>
              <w:rPr>
                <w:sz w:val="19"/>
              </w:rPr>
              <w:t>Parametri e limiti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9CA9C7" w14:textId="77777777" w:rsidR="004713CD" w:rsidRDefault="00000000">
            <w:pPr>
              <w:pStyle w:val="TableText"/>
            </w:pPr>
            <w:r>
              <w:rPr>
                <w:sz w:val="19"/>
              </w:rPr>
              <w:t>[condizioni ambientali/procedurali, tempi, quantità, criteri di arresto e verificatore]</w:t>
            </w:r>
          </w:p>
        </w:tc>
      </w:tr>
      <w:tr w:rsidR="004713CD" w14:paraId="3C810C3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07B500B" w14:textId="77777777" w:rsidR="004713CD" w:rsidRDefault="00000000">
            <w:pPr>
              <w:pStyle w:val="TableText"/>
            </w:pPr>
            <w:r>
              <w:rPr>
                <w:sz w:val="19"/>
              </w:rPr>
              <w:t>Gestione rifiuti e fine lavoro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5BA70AA" w14:textId="77777777" w:rsidR="004713CD" w:rsidRDefault="00000000">
            <w:pPr>
              <w:pStyle w:val="TableText"/>
            </w:pPr>
            <w:r>
              <w:rPr>
                <w:sz w:val="19"/>
              </w:rPr>
              <w:t>[responsabile, bonifica finale, prove e restituzione]</w:t>
            </w:r>
          </w:p>
        </w:tc>
      </w:tr>
    </w:tbl>
    <w:p w14:paraId="3DBE6762" w14:textId="77777777" w:rsidR="004713CD" w:rsidRDefault="004713CD">
      <w:pPr>
        <w:pStyle w:val="Small"/>
        <w:spacing w:after="20"/>
      </w:pPr>
    </w:p>
    <w:p w14:paraId="4C90E66E" w14:textId="77777777" w:rsidR="004713CD" w:rsidRDefault="00000000">
      <w:pPr>
        <w:pStyle w:val="FieldText"/>
      </w:pPr>
      <w:r>
        <w:t>Consegna impianto: responsabile sito ______; capo squadra ______; data/ora ______.</w:t>
      </w:r>
      <w:r>
        <w:br/>
        <w:t>Chiusura: lavoro terminato S/N; verifiche finali ______; residui/limitazioni ______.</w:t>
      </w:r>
      <w:r>
        <w:br/>
        <w:t>Restituzione accettata da ______; ripresa autorizzata da ______; data/ora ______.</w:t>
      </w:r>
    </w:p>
    <w:p w14:paraId="6DE4DCE7" w14:textId="77777777" w:rsidR="004713CD" w:rsidRDefault="00000000">
      <w:r>
        <w:br w:type="page"/>
      </w:r>
    </w:p>
    <w:p w14:paraId="7FFB8D0A" w14:textId="77777777" w:rsidR="004713CD" w:rsidRDefault="00000000">
      <w:pPr>
        <w:pStyle w:val="Kicker"/>
      </w:pPr>
      <w:r>
        <w:rPr>
          <w:b w:val="0"/>
        </w:rPr>
        <w:t>ALLEGATI OPERATIVI  /  MODULISTICA EDITABILE</w:t>
      </w:r>
    </w:p>
    <w:p w14:paraId="705EB409" w14:textId="77777777" w:rsidR="004713CD" w:rsidRDefault="00000000">
      <w:pPr>
        <w:pStyle w:val="Titolo1"/>
      </w:pPr>
      <w:bookmarkStart w:id="40" w:name="A15"/>
      <w:r>
        <w:rPr>
          <w:b w:val="0"/>
        </w:rPr>
        <w:t>A15 · Informazioni di rischio al medico competente</w:t>
      </w:r>
      <w:bookmarkEnd w:id="40"/>
    </w:p>
    <w:p w14:paraId="7C2DC3C3" w14:textId="77777777" w:rsidR="004713CD" w:rsidRDefault="00000000">
      <w:pPr>
        <w:pStyle w:val="Small"/>
      </w:pPr>
      <w:r>
        <w:t>PR-RIP-01 • Modulo A15 • Revisione ___ • Azienda/sito __________________ • Data __________</w:t>
      </w:r>
    </w:p>
    <w:p w14:paraId="02BC11D8" w14:textId="77777777" w:rsidR="004713CD" w:rsidRDefault="00000000">
      <w:pPr>
        <w:pStyle w:val="Small"/>
      </w:pPr>
      <w:r>
        <w:t>Parte aziendale: soltanto dati sul lavoro. Non usare per raccogliere anamnesi, fertilità o referti. L’eventuale sezione clinica deve essere predisposta e custodita dal MC separatamente.</w:t>
      </w:r>
    </w:p>
    <w:tbl>
      <w:tblPr>
        <w:tblW w:w="9638" w:type="dxa"/>
        <w:jc w:val="center"/>
        <w:tblLayout w:type="fixed"/>
        <w:tblLook w:val="04A0" w:firstRow="1" w:lastRow="0" w:firstColumn="1" w:lastColumn="0" w:noHBand="0" w:noVBand="1"/>
      </w:tblPr>
      <w:tblGrid>
        <w:gridCol w:w="2438"/>
        <w:gridCol w:w="7200"/>
      </w:tblGrid>
      <w:tr w:rsidR="004713CD" w14:paraId="4AE12991"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40544A5"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92711C2" w14:textId="77777777" w:rsidR="004713CD" w:rsidRDefault="00000000">
            <w:pPr>
              <w:pStyle w:val="TableText"/>
            </w:pPr>
            <w:r>
              <w:rPr>
                <w:b/>
                <w:color w:val="FFFFFF"/>
                <w:sz w:val="19"/>
              </w:rPr>
              <w:t>Compilazione / evidenza richiesta</w:t>
            </w:r>
          </w:p>
        </w:tc>
      </w:tr>
      <w:tr w:rsidR="004713CD" w14:paraId="24090C73"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047206" w14:textId="77777777" w:rsidR="004713CD" w:rsidRDefault="00000000">
            <w:pPr>
              <w:pStyle w:val="TableText"/>
            </w:pPr>
            <w:r>
              <w:rPr>
                <w:sz w:val="19"/>
              </w:rPr>
              <w:t>Invio / aggiornamento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4971B8F" w14:textId="77777777" w:rsidR="004713CD" w:rsidRDefault="00000000">
            <w:pPr>
              <w:pStyle w:val="TableText"/>
            </w:pPr>
            <w:r>
              <w:rPr>
                <w:sz w:val="19"/>
              </w:rPr>
              <w:t>[ID; data; mittente; MC destinatario; canale protetto]</w:t>
            </w:r>
          </w:p>
        </w:tc>
      </w:tr>
      <w:tr w:rsidR="004713CD" w14:paraId="1D83419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A2F66E8" w14:textId="77777777" w:rsidR="004713CD" w:rsidRDefault="00000000">
            <w:pPr>
              <w:pStyle w:val="TableText"/>
            </w:pPr>
            <w:r>
              <w:rPr>
                <w:sz w:val="19"/>
              </w:rPr>
              <w:t>Mansione / scenario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78B7E90" w14:textId="77777777" w:rsidR="004713CD" w:rsidRDefault="00000000">
            <w:pPr>
              <w:pStyle w:val="TableText"/>
            </w:pPr>
            <w:r>
              <w:rPr>
                <w:sz w:val="19"/>
              </w:rPr>
              <w:t>[ID A05, lavorazioni, numero persone; identificativi solo se necessari]</w:t>
            </w:r>
          </w:p>
        </w:tc>
      </w:tr>
      <w:tr w:rsidR="004713CD" w14:paraId="08FCCCA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F7716B1" w14:textId="77777777" w:rsidR="004713CD" w:rsidRDefault="00000000">
            <w:pPr>
              <w:pStyle w:val="TableText"/>
            </w:pPr>
            <w:r>
              <w:rPr>
                <w:sz w:val="19"/>
              </w:rPr>
              <w:t>Agenti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6AE54ED" w14:textId="77777777" w:rsidR="004713CD" w:rsidRDefault="00000000">
            <w:pPr>
              <w:pStyle w:val="TableText"/>
            </w:pPr>
            <w:r>
              <w:rPr>
                <w:sz w:val="19"/>
              </w:rPr>
              <w:t>[ID, identità, classificazione, concentrazione in uso; SDS e A04 allegati]</w:t>
            </w:r>
          </w:p>
        </w:tc>
      </w:tr>
      <w:tr w:rsidR="004713CD" w14:paraId="63C82BB3"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5442A96" w14:textId="77777777" w:rsidR="004713CD" w:rsidRDefault="00000000">
            <w:pPr>
              <w:pStyle w:val="TableText"/>
            </w:pPr>
            <w:r>
              <w:rPr>
                <w:sz w:val="19"/>
              </w:rPr>
              <w:t>Esposizione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322A95E" w14:textId="77777777" w:rsidR="004713CD" w:rsidRDefault="00000000">
            <w:pPr>
              <w:pStyle w:val="TableText"/>
            </w:pPr>
            <w:r>
              <w:rPr>
                <w:sz w:val="19"/>
              </w:rPr>
              <w:t>[tempi, frequenza, vie, quantità, condizioni ordinarie e non ordinarie]</w:t>
            </w:r>
          </w:p>
        </w:tc>
      </w:tr>
      <w:tr w:rsidR="004713CD" w14:paraId="1E35651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14166D9" w14:textId="77777777" w:rsidR="004713CD" w:rsidRDefault="00000000">
            <w:pPr>
              <w:pStyle w:val="TableText"/>
            </w:pPr>
            <w:r>
              <w:rPr>
                <w:sz w:val="19"/>
              </w:rPr>
              <w:t>Dati disponibili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5133DC5" w14:textId="77777777" w:rsidR="004713CD" w:rsidRDefault="00000000">
            <w:pPr>
              <w:pStyle w:val="TableText"/>
            </w:pPr>
            <w:r>
              <w:rPr>
                <w:sz w:val="19"/>
              </w:rPr>
              <w:t>[rapporti A12; limiti, metodi e incertezza; contatti cutanei e altre evidenze]</w:t>
            </w:r>
          </w:p>
        </w:tc>
      </w:tr>
      <w:tr w:rsidR="004713CD" w14:paraId="7C1A962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174EC5F" w14:textId="77777777" w:rsidR="004713CD" w:rsidRDefault="00000000">
            <w:pPr>
              <w:pStyle w:val="TableText"/>
            </w:pPr>
            <w:r>
              <w:rPr>
                <w:sz w:val="19"/>
              </w:rPr>
              <w:t>Misure applicate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D9C9C06" w14:textId="77777777" w:rsidR="004713CD" w:rsidRDefault="00000000">
            <w:pPr>
              <w:pStyle w:val="TableText"/>
            </w:pPr>
            <w:r>
              <w:rPr>
                <w:sz w:val="19"/>
              </w:rPr>
              <w:t>[sostituzione, sistemi chiusi, aspirazioni, igiene, DPI e formazione]</w:t>
            </w:r>
          </w:p>
        </w:tc>
      </w:tr>
      <w:tr w:rsidR="004713CD" w14:paraId="2D614E9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FE506C" w14:textId="77777777" w:rsidR="004713CD" w:rsidRDefault="00000000">
            <w:pPr>
              <w:pStyle w:val="TableText"/>
            </w:pPr>
            <w:r>
              <w:rPr>
                <w:sz w:val="19"/>
              </w:rPr>
              <w:t>Anomalie / modifiche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1601063" w14:textId="77777777" w:rsidR="004713CD" w:rsidRDefault="00000000">
            <w:pPr>
              <w:pStyle w:val="TableText"/>
            </w:pPr>
            <w:r>
              <w:rPr>
                <w:sz w:val="19"/>
              </w:rPr>
              <w:t>[evento e data; A13/A21; persone coinvolte con accesso controllato]</w:t>
            </w:r>
          </w:p>
        </w:tc>
      </w:tr>
      <w:tr w:rsidR="004713CD" w14:paraId="6CDDD56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910487B" w14:textId="77777777" w:rsidR="004713CD" w:rsidRDefault="00000000">
            <w:pPr>
              <w:pStyle w:val="TableText"/>
            </w:pPr>
            <w:r>
              <w:rPr>
                <w:sz w:val="19"/>
              </w:rPr>
              <w:t>Quesito preventivo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B93973" w14:textId="77777777" w:rsidR="004713CD" w:rsidRDefault="00000000">
            <w:pPr>
              <w:pStyle w:val="TableText"/>
            </w:pPr>
            <w:r>
              <w:rPr>
                <w:sz w:val="19"/>
              </w:rPr>
              <w:t>[contributo alla valutazione, protocollo, misure, follow-up o adempimenti; non richiesta di diagnosi]</w:t>
            </w:r>
          </w:p>
        </w:tc>
      </w:tr>
    </w:tbl>
    <w:p w14:paraId="1550CE73" w14:textId="77777777" w:rsidR="004713CD" w:rsidRDefault="004713CD">
      <w:pPr>
        <w:pStyle w:val="Small"/>
        <w:spacing w:after="20"/>
      </w:pPr>
    </w:p>
    <w:p w14:paraId="580CD955" w14:textId="77777777" w:rsidR="004713CD" w:rsidRDefault="00000000">
      <w:pPr>
        <w:pStyle w:val="Titolo2"/>
      </w:pPr>
      <w:r>
        <w:rPr>
          <w:b w:val="0"/>
        </w:rPr>
        <w:t>Riscontro organizzativo del medico competente</w:t>
      </w:r>
    </w:p>
    <w:p w14:paraId="7FFA7D9F" w14:textId="77777777" w:rsidR="004713CD" w:rsidRDefault="00000000">
      <w:pPr>
        <w:pStyle w:val="FieldText"/>
      </w:pPr>
      <w:r>
        <w:t>Ricezione documenti in data ______; integrazioni di rischio necessarie _______________________.</w:t>
      </w:r>
      <w:r>
        <w:br/>
        <w:t>Indicazioni preventive comunicabili: __________________________________________________.</w:t>
      </w:r>
      <w:r>
        <w:br/>
        <w:t>Riferimento al protocollo / adempimenti pertinenti: ______________________________________.</w:t>
      </w:r>
      <w:r>
        <w:br/>
        <w:t>Le cartelle e gli accertamenti clinici non si allegano a questa scheda condivisa.</w:t>
      </w:r>
    </w:p>
    <w:tbl>
      <w:tblPr>
        <w:tblW w:w="9638" w:type="dxa"/>
        <w:jc w:val="center"/>
        <w:tblLayout w:type="fixed"/>
        <w:tblLook w:val="04A0" w:firstRow="1" w:lastRow="0" w:firstColumn="1" w:lastColumn="0" w:noHBand="0" w:noVBand="1"/>
      </w:tblPr>
      <w:tblGrid>
        <w:gridCol w:w="9638"/>
      </w:tblGrid>
      <w:tr w:rsidR="004713CD" w14:paraId="1CFED44A" w14:textId="77777777">
        <w:trPr>
          <w:cantSplit/>
          <w:tblHeader/>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7B2449B" w14:textId="77777777" w:rsidR="004713CD" w:rsidRDefault="00000000">
            <w:pPr>
              <w:pStyle w:val="TableText"/>
            </w:pPr>
            <w:r>
              <w:rPr>
                <w:b/>
                <w:color w:val="FFFFFF"/>
                <w:sz w:val="20"/>
              </w:rPr>
              <w:t>CANALE RISERVATO PER IL LAVORATORE</w:t>
            </w:r>
          </w:p>
        </w:tc>
      </w:tr>
      <w:tr w:rsidR="004713CD" w14:paraId="0E8CC300" w14:textId="77777777">
        <w:trPr>
          <w:cantSplit/>
          <w:jc w:val="center"/>
        </w:trPr>
        <w:tc>
          <w:tcPr>
            <w:tcW w:w="96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722D686" w14:textId="77777777" w:rsidR="004713CD" w:rsidRDefault="00000000">
            <w:pPr>
              <w:pStyle w:val="TableText"/>
            </w:pPr>
            <w:r>
              <w:rPr>
                <w:sz w:val="20"/>
              </w:rPr>
              <w:t>Medico competente: __________________. Contatto diretto protetto: __________________. È possibile chiedere un confronto e, nei presupposti di legge, una visita. Non occorre descrivere motivi clinici o progetti familiari al preposto. Il MC valuta la pertinenza e comunica all’azienda solo ciò che è necessario secondo legge.</w:t>
            </w:r>
          </w:p>
        </w:tc>
      </w:tr>
    </w:tbl>
    <w:p w14:paraId="49219544" w14:textId="77777777" w:rsidR="004713CD" w:rsidRDefault="004713CD">
      <w:pPr>
        <w:pStyle w:val="Small"/>
        <w:spacing w:after="20"/>
      </w:pPr>
    </w:p>
    <w:p w14:paraId="2868295F" w14:textId="77777777" w:rsidR="004713CD" w:rsidRDefault="00000000">
      <w:pPr>
        <w:pStyle w:val="FieldText"/>
      </w:pPr>
      <w:r>
        <w:t>Mittente __________  Ricezione MC __________  Data __________</w:t>
      </w:r>
    </w:p>
    <w:p w14:paraId="3F07E8EB" w14:textId="77777777" w:rsidR="004713CD" w:rsidRDefault="00000000">
      <w:r>
        <w:br w:type="page"/>
      </w:r>
    </w:p>
    <w:p w14:paraId="2D7F5D2F" w14:textId="77777777" w:rsidR="004713CD" w:rsidRDefault="00000000">
      <w:pPr>
        <w:pStyle w:val="Kicker"/>
      </w:pPr>
      <w:r>
        <w:rPr>
          <w:b w:val="0"/>
        </w:rPr>
        <w:t>ALLEGATI OPERATIVI  /  MODULISTICA EDITABILE</w:t>
      </w:r>
    </w:p>
    <w:p w14:paraId="0A269770" w14:textId="77777777" w:rsidR="004713CD" w:rsidRDefault="00000000">
      <w:pPr>
        <w:pStyle w:val="Titolo1"/>
      </w:pPr>
      <w:bookmarkStart w:id="41" w:name="A16_a"/>
      <w:r>
        <w:rPr>
          <w:b w:val="0"/>
        </w:rPr>
        <w:t>A16 · Preparazione del registro e controllo adempimenti — 1/2</w:t>
      </w:r>
      <w:bookmarkEnd w:id="41"/>
    </w:p>
    <w:p w14:paraId="058C627B" w14:textId="77777777" w:rsidR="004713CD" w:rsidRDefault="00000000">
      <w:pPr>
        <w:pStyle w:val="Small"/>
      </w:pPr>
      <w:r>
        <w:t>PR-RIP-01 • Modulo A16 • Revisione ___ • Azienda/sito __________________ • Data __________</w:t>
      </w:r>
    </w:p>
    <w:p w14:paraId="75AAC466" w14:textId="77777777" w:rsidR="004713CD" w:rsidRDefault="00000000">
      <w:pPr>
        <w:pStyle w:val="Small"/>
      </w:pPr>
      <w:r>
        <w:t>NON È IL REGISTRO LEGALE NÉ UN MODELLO UFFICIALE DI TRASMISSIONE. Scheda preparatoria ad accesso controllato, da raccordare ai modelli e alle istruzioni vigenti.</w:t>
      </w:r>
    </w:p>
    <w:tbl>
      <w:tblPr>
        <w:tblW w:w="9638" w:type="dxa"/>
        <w:jc w:val="center"/>
        <w:tblLayout w:type="fixed"/>
        <w:tblLook w:val="04A0" w:firstRow="1" w:lastRow="0" w:firstColumn="1" w:lastColumn="0" w:noHBand="0" w:noVBand="1"/>
      </w:tblPr>
      <w:tblGrid>
        <w:gridCol w:w="2438"/>
        <w:gridCol w:w="7200"/>
      </w:tblGrid>
      <w:tr w:rsidR="004713CD" w14:paraId="721866B4"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33D7457"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7A50E09" w14:textId="77777777" w:rsidR="004713CD" w:rsidRDefault="00000000">
            <w:pPr>
              <w:pStyle w:val="TableText"/>
            </w:pPr>
            <w:r>
              <w:rPr>
                <w:b/>
                <w:color w:val="FFFFFF"/>
                <w:sz w:val="19"/>
              </w:rPr>
              <w:t>Compilazione / evidenza richiesta</w:t>
            </w:r>
          </w:p>
        </w:tc>
      </w:tr>
      <w:tr w:rsidR="004713CD" w14:paraId="329B291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D28F5C3" w14:textId="77777777" w:rsidR="004713CD" w:rsidRDefault="00000000">
            <w:pPr>
              <w:pStyle w:val="TableText"/>
            </w:pPr>
            <w:r>
              <w:rPr>
                <w:sz w:val="19"/>
              </w:rPr>
              <w:t>Azienda / sede / referente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76902BF" w14:textId="77777777" w:rsidR="004713CD" w:rsidRDefault="00000000">
            <w:pPr>
              <w:pStyle w:val="TableText"/>
            </w:pPr>
            <w:r>
              <w:rPr>
                <w:sz w:val="19"/>
              </w:rPr>
              <w:t>[identificativi aziendali, unità produttiva, DL e MC]</w:t>
            </w:r>
          </w:p>
        </w:tc>
      </w:tr>
      <w:tr w:rsidR="004713CD" w14:paraId="46CA405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584FB34" w14:textId="77777777" w:rsidR="004713CD" w:rsidRDefault="00000000">
            <w:pPr>
              <w:pStyle w:val="TableText"/>
            </w:pPr>
            <w:r>
              <w:rPr>
                <w:sz w:val="19"/>
              </w:rPr>
              <w:t>Valutazione di applicabilità</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9A5C02C" w14:textId="77777777" w:rsidR="004713CD" w:rsidRDefault="00000000">
            <w:pPr>
              <w:pStyle w:val="TableText"/>
            </w:pPr>
            <w:r>
              <w:rPr>
                <w:sz w:val="19"/>
              </w:rPr>
              <w:t>[riferimento A05 e artt. 242–243; motivazione; data e soggetti coinvolti]</w:t>
            </w:r>
          </w:p>
        </w:tc>
      </w:tr>
      <w:tr w:rsidR="004713CD" w14:paraId="23CAD40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813E43C" w14:textId="77777777" w:rsidR="004713CD" w:rsidRDefault="00000000">
            <w:pPr>
              <w:pStyle w:val="TableText"/>
            </w:pPr>
            <w:r>
              <w:rPr>
                <w:sz w:val="19"/>
              </w:rPr>
              <w:t>Modello/canale verificato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E27B155" w14:textId="77777777" w:rsidR="004713CD" w:rsidRDefault="00000000">
            <w:pPr>
              <w:pStyle w:val="TableText"/>
            </w:pPr>
            <w:r>
              <w:rPr>
                <w:sz w:val="19"/>
              </w:rPr>
              <w:t>[istruzione INAIL/organo vigilanza, versione, data verifica, referente]</w:t>
            </w:r>
          </w:p>
        </w:tc>
      </w:tr>
    </w:tbl>
    <w:p w14:paraId="3736168C"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3061"/>
        <w:gridCol w:w="6577"/>
      </w:tblGrid>
      <w:tr w:rsidR="004713CD" w14:paraId="24476BCC" w14:textId="77777777">
        <w:trPr>
          <w:cantSplit/>
          <w:tblHeader/>
          <w:jc w:val="center"/>
        </w:trPr>
        <w:tc>
          <w:tcPr>
            <w:tcW w:w="306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10BBD32" w14:textId="77777777" w:rsidR="004713CD" w:rsidRDefault="00000000">
            <w:pPr>
              <w:pStyle w:val="TableText"/>
            </w:pPr>
            <w:r>
              <w:rPr>
                <w:b/>
                <w:color w:val="FFFFFF"/>
                <w:sz w:val="19"/>
              </w:rPr>
              <w:t>Dato individuale necessario</w:t>
            </w:r>
          </w:p>
        </w:tc>
        <w:tc>
          <w:tcPr>
            <w:tcW w:w="657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A65F3D1" w14:textId="77777777" w:rsidR="004713CD" w:rsidRDefault="00000000">
            <w:pPr>
              <w:pStyle w:val="TableText"/>
            </w:pPr>
            <w:r>
              <w:rPr>
                <w:b/>
                <w:color w:val="FFFFFF"/>
                <w:sz w:val="19"/>
              </w:rPr>
              <w:t>Informazione da raccogliere</w:t>
            </w:r>
          </w:p>
        </w:tc>
      </w:tr>
      <w:tr w:rsidR="004713CD" w14:paraId="720E7691" w14:textId="77777777">
        <w:trPr>
          <w:cantSplit/>
          <w:jc w:val="center"/>
        </w:trPr>
        <w:tc>
          <w:tcPr>
            <w:tcW w:w="306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2FF46E7" w14:textId="77777777" w:rsidR="004713CD" w:rsidRDefault="00000000">
            <w:pPr>
              <w:pStyle w:val="TableText"/>
            </w:pPr>
            <w:r>
              <w:rPr>
                <w:sz w:val="19"/>
              </w:rPr>
              <w:t>Identificativo del lavoratore</w:t>
            </w:r>
          </w:p>
        </w:tc>
        <w:tc>
          <w:tcPr>
            <w:tcW w:w="657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64FE4EE" w14:textId="77777777" w:rsidR="004713CD" w:rsidRDefault="00000000">
            <w:pPr>
              <w:pStyle w:val="TableText"/>
            </w:pPr>
            <w:r>
              <w:rPr>
                <w:sz w:val="19"/>
              </w:rPr>
              <w:t>[dati richiesti dal modello ufficiale; evitare dati ulteriori]</w:t>
            </w:r>
          </w:p>
        </w:tc>
      </w:tr>
      <w:tr w:rsidR="004713CD" w14:paraId="4B9FF8C8" w14:textId="77777777">
        <w:trPr>
          <w:cantSplit/>
          <w:jc w:val="center"/>
        </w:trPr>
        <w:tc>
          <w:tcPr>
            <w:tcW w:w="306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FE79F79" w14:textId="77777777" w:rsidR="004713CD" w:rsidRDefault="00000000">
            <w:pPr>
              <w:pStyle w:val="TableText"/>
            </w:pPr>
            <w:r>
              <w:rPr>
                <w:sz w:val="19"/>
              </w:rPr>
              <w:t>Mansione e attività</w:t>
            </w:r>
          </w:p>
        </w:tc>
        <w:tc>
          <w:tcPr>
            <w:tcW w:w="657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3DDB61A" w14:textId="77777777" w:rsidR="004713CD" w:rsidRDefault="00000000">
            <w:pPr>
              <w:pStyle w:val="TableText"/>
            </w:pPr>
            <w:r>
              <w:rPr>
                <w:sz w:val="19"/>
              </w:rPr>
              <w:t>[operazioni effettive; reparto; scenario e periodi]</w:t>
            </w:r>
          </w:p>
        </w:tc>
      </w:tr>
      <w:tr w:rsidR="004713CD" w14:paraId="3EBF9071" w14:textId="77777777">
        <w:trPr>
          <w:cantSplit/>
          <w:jc w:val="center"/>
        </w:trPr>
        <w:tc>
          <w:tcPr>
            <w:tcW w:w="306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317FBBA" w14:textId="77777777" w:rsidR="004713CD" w:rsidRDefault="00000000">
            <w:pPr>
              <w:pStyle w:val="TableText"/>
            </w:pPr>
            <w:r>
              <w:rPr>
                <w:sz w:val="19"/>
              </w:rPr>
              <w:t>Agente</w:t>
            </w:r>
          </w:p>
        </w:tc>
        <w:tc>
          <w:tcPr>
            <w:tcW w:w="657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A20FE10" w14:textId="77777777" w:rsidR="004713CD" w:rsidRDefault="00000000">
            <w:pPr>
              <w:pStyle w:val="TableText"/>
            </w:pPr>
            <w:r>
              <w:rPr>
                <w:sz w:val="19"/>
              </w:rPr>
              <w:t>[identità, classificazione, ID; pluralità di agenti e regimi distinti]</w:t>
            </w:r>
          </w:p>
        </w:tc>
      </w:tr>
      <w:tr w:rsidR="004713CD" w14:paraId="07E76D10" w14:textId="77777777">
        <w:trPr>
          <w:cantSplit/>
          <w:jc w:val="center"/>
        </w:trPr>
        <w:tc>
          <w:tcPr>
            <w:tcW w:w="306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61516B7" w14:textId="77777777" w:rsidR="004713CD" w:rsidRDefault="00000000">
            <w:pPr>
              <w:pStyle w:val="TableText"/>
            </w:pPr>
            <w:r>
              <w:rPr>
                <w:sz w:val="19"/>
              </w:rPr>
              <w:t>Esposizione nota</w:t>
            </w:r>
          </w:p>
        </w:tc>
        <w:tc>
          <w:tcPr>
            <w:tcW w:w="657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2155841" w14:textId="77777777" w:rsidR="004713CD" w:rsidRDefault="00000000">
            <w:pPr>
              <w:pStyle w:val="TableText"/>
            </w:pPr>
            <w:r>
              <w:rPr>
                <w:sz w:val="19"/>
              </w:rPr>
              <w:t>[grado, dati disponibili, periodo, metodo; distinguere non noto da zero]</w:t>
            </w:r>
          </w:p>
        </w:tc>
      </w:tr>
      <w:tr w:rsidR="004713CD" w14:paraId="2BFFF815" w14:textId="77777777">
        <w:trPr>
          <w:cantSplit/>
          <w:jc w:val="center"/>
        </w:trPr>
        <w:tc>
          <w:tcPr>
            <w:tcW w:w="306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44FC22D" w14:textId="77777777" w:rsidR="004713CD" w:rsidRDefault="00000000">
            <w:pPr>
              <w:pStyle w:val="TableText"/>
            </w:pPr>
            <w:r>
              <w:rPr>
                <w:sz w:val="19"/>
              </w:rPr>
              <w:t>Inizio / variazione / cessazione</w:t>
            </w:r>
          </w:p>
        </w:tc>
        <w:tc>
          <w:tcPr>
            <w:tcW w:w="657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2D90E22" w14:textId="77777777" w:rsidR="004713CD" w:rsidRDefault="00000000">
            <w:pPr>
              <w:pStyle w:val="TableText"/>
            </w:pPr>
            <w:r>
              <w:rPr>
                <w:sz w:val="19"/>
              </w:rPr>
              <w:t>[date effettive e motivi; cronologia senza sovrascrivere lo storico]</w:t>
            </w:r>
          </w:p>
        </w:tc>
      </w:tr>
      <w:tr w:rsidR="004713CD" w14:paraId="7FDF50F5" w14:textId="77777777">
        <w:trPr>
          <w:cantSplit/>
          <w:jc w:val="center"/>
        </w:trPr>
        <w:tc>
          <w:tcPr>
            <w:tcW w:w="306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5DD0D48" w14:textId="77777777" w:rsidR="004713CD" w:rsidRDefault="00000000">
            <w:pPr>
              <w:pStyle w:val="TableText"/>
            </w:pPr>
            <w:r>
              <w:rPr>
                <w:sz w:val="19"/>
              </w:rPr>
              <w:t>Documenti di supporto</w:t>
            </w:r>
          </w:p>
        </w:tc>
        <w:tc>
          <w:tcPr>
            <w:tcW w:w="657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5339DA" w14:textId="77777777" w:rsidR="004713CD" w:rsidRDefault="00000000">
            <w:pPr>
              <w:pStyle w:val="TableText"/>
            </w:pPr>
            <w:r>
              <w:rPr>
                <w:sz w:val="19"/>
              </w:rPr>
              <w:t>[DVR, rapporti e riferimenti; cartella clinica custodita separatamente]</w:t>
            </w:r>
          </w:p>
        </w:tc>
      </w:tr>
    </w:tbl>
    <w:p w14:paraId="3531D55E" w14:textId="77777777" w:rsidR="004713CD" w:rsidRDefault="004713CD">
      <w:pPr>
        <w:pStyle w:val="Small"/>
        <w:spacing w:after="20"/>
      </w:pPr>
    </w:p>
    <w:p w14:paraId="53D3557B" w14:textId="77777777" w:rsidR="004713CD" w:rsidRDefault="00000000">
      <w:pPr>
        <w:pStyle w:val="Titolo2"/>
      </w:pPr>
      <w:r>
        <w:rPr>
          <w:b w:val="0"/>
        </w:rPr>
        <w:t>Verifica prima dell’inserimento</w:t>
      </w:r>
    </w:p>
    <w:p w14:paraId="6D8343D2" w14:textId="77777777" w:rsidR="004713CD" w:rsidRDefault="00000000">
      <w:pPr>
        <w:pStyle w:val="FieldText"/>
      </w:pPr>
      <w:r>
        <w:t>La persona rientra nei presupposti del registro: S/N; motivazione ______.</w:t>
      </w:r>
      <w:r>
        <w:br/>
        <w:t>Coerenza tra mansione, agente, periodo e dati: verificata da ______ in data ______.</w:t>
      </w:r>
      <w:r>
        <w:br/>
        <w:t>Lacune da risolvere: ______; azione n.___; responsabile ______; termine ______.</w:t>
      </w:r>
      <w:r>
        <w:br/>
        <w:t>Annotazione riportata nel registro ufficiale/canale dovuto: [estremi e data] ____________________.</w:t>
      </w:r>
    </w:p>
    <w:p w14:paraId="5FCDBDF5" w14:textId="77777777" w:rsidR="004713CD" w:rsidRDefault="00000000">
      <w:pPr>
        <w:pStyle w:val="Titolo2"/>
      </w:pPr>
      <w:r>
        <w:rPr>
          <w:b w:val="0"/>
        </w:rPr>
        <w:t>Accesso e copia</w:t>
      </w:r>
    </w:p>
    <w:p w14:paraId="72FD44C8" w14:textId="77777777" w:rsidR="004713CD" w:rsidRDefault="00000000">
      <w:pPr>
        <w:pStyle w:val="FieldText"/>
      </w:pPr>
      <w:r>
        <w:t>Richiesta del lavoratore / accesso previsto: data ______; richiedente ______; oggetto ______.</w:t>
      </w:r>
      <w:r>
        <w:br/>
        <w:t>Verificati identità e titolo: ______; documenti forniti ______; data/consegna ______.</w:t>
      </w:r>
      <w:r>
        <w:br/>
        <w:t>Non allegare referti o dettagli della vita riproduttiva all’archivio gestionale.</w:t>
      </w:r>
    </w:p>
    <w:p w14:paraId="79449241" w14:textId="77777777" w:rsidR="004713CD" w:rsidRDefault="00000000">
      <w:pPr>
        <w:pStyle w:val="FieldText"/>
      </w:pPr>
      <w:r>
        <w:t>Tenuta tramite MC __________  Verifica adempimento DL/referente __________</w:t>
      </w:r>
    </w:p>
    <w:p w14:paraId="56ABD381" w14:textId="77777777" w:rsidR="004713CD" w:rsidRDefault="00000000">
      <w:r>
        <w:br w:type="page"/>
      </w:r>
    </w:p>
    <w:p w14:paraId="18DDDA80" w14:textId="77777777" w:rsidR="004713CD" w:rsidRDefault="00000000">
      <w:pPr>
        <w:pStyle w:val="Kicker"/>
      </w:pPr>
      <w:r>
        <w:rPr>
          <w:b w:val="0"/>
        </w:rPr>
        <w:t>ALLEGATI OPERATIVI  /  MODULISTICA EDITABILE</w:t>
      </w:r>
    </w:p>
    <w:p w14:paraId="121423CA" w14:textId="77777777" w:rsidR="004713CD" w:rsidRDefault="00000000">
      <w:pPr>
        <w:pStyle w:val="Titolo1"/>
      </w:pPr>
      <w:bookmarkStart w:id="42" w:name="A16_b"/>
      <w:r>
        <w:rPr>
          <w:b w:val="0"/>
        </w:rPr>
        <w:t>A16 · Invii, variazioni e cessazioni — 2/2</w:t>
      </w:r>
      <w:bookmarkEnd w:id="42"/>
    </w:p>
    <w:p w14:paraId="29ADB435" w14:textId="77777777" w:rsidR="004713CD" w:rsidRDefault="00000000">
      <w:pPr>
        <w:pStyle w:val="Small"/>
      </w:pPr>
      <w:r>
        <w:t>PR-RIP-01 • Modulo A16 • Revisione ___ • Azienda/sito __________________ • Data __________</w:t>
      </w:r>
    </w:p>
    <w:p w14:paraId="07E71519" w14:textId="77777777" w:rsidR="004713CD" w:rsidRDefault="00000000">
      <w:pPr>
        <w:pStyle w:val="Small"/>
      </w:pPr>
      <w:r>
        <w:t>Registrare gli adempimenti effettivamente applicabili. Il completamento di questo elenco non equivale all’avvenuta trasmissione: occorre la ricevuta.</w:t>
      </w:r>
    </w:p>
    <w:tbl>
      <w:tblPr>
        <w:tblW w:w="9638" w:type="dxa"/>
        <w:jc w:val="center"/>
        <w:tblLayout w:type="fixed"/>
        <w:tblLook w:val="04A0" w:firstRow="1" w:lastRow="0" w:firstColumn="1" w:lastColumn="0" w:noHBand="0" w:noVBand="1"/>
      </w:tblPr>
      <w:tblGrid>
        <w:gridCol w:w="2325"/>
        <w:gridCol w:w="4592"/>
        <w:gridCol w:w="2721"/>
      </w:tblGrid>
      <w:tr w:rsidR="004713CD" w14:paraId="4B007C40" w14:textId="77777777">
        <w:trPr>
          <w:cantSplit/>
          <w:tblHeader/>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7210A44" w14:textId="77777777" w:rsidR="004713CD" w:rsidRDefault="00000000">
            <w:pPr>
              <w:pStyle w:val="TableText"/>
            </w:pPr>
            <w:r>
              <w:rPr>
                <w:b/>
                <w:color w:val="FFFFFF"/>
                <w:sz w:val="19"/>
              </w:rPr>
              <w:t>Evento</w:t>
            </w:r>
          </w:p>
        </w:tc>
        <w:tc>
          <w:tcPr>
            <w:tcW w:w="459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993B6A8" w14:textId="77777777" w:rsidR="004713CD" w:rsidRDefault="00000000">
            <w:pPr>
              <w:pStyle w:val="TableText"/>
            </w:pPr>
            <w:r>
              <w:rPr>
                <w:b/>
                <w:color w:val="FFFFFF"/>
                <w:sz w:val="19"/>
              </w:rPr>
              <w:t>Verifica / azione</w:t>
            </w:r>
          </w:p>
        </w:tc>
        <w:tc>
          <w:tcPr>
            <w:tcW w:w="272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2D330B6" w14:textId="77777777" w:rsidR="004713CD" w:rsidRDefault="00000000">
            <w:pPr>
              <w:pStyle w:val="TableText"/>
            </w:pPr>
            <w:r>
              <w:rPr>
                <w:b/>
                <w:color w:val="FFFFFF"/>
                <w:sz w:val="19"/>
              </w:rPr>
              <w:t>Data, canale e ricevuta</w:t>
            </w:r>
          </w:p>
        </w:tc>
      </w:tr>
      <w:tr w:rsidR="004713CD" w14:paraId="379DE66A"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CAB7DB0" w14:textId="77777777" w:rsidR="004713CD" w:rsidRDefault="00000000">
            <w:pPr>
              <w:pStyle w:val="TableText"/>
            </w:pPr>
            <w:r>
              <w:rPr>
                <w:sz w:val="19"/>
              </w:rPr>
              <w:t>Istituzione del registro</w:t>
            </w:r>
          </w:p>
        </w:tc>
        <w:tc>
          <w:tcPr>
            <w:tcW w:w="459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A01ABFF" w14:textId="77777777" w:rsidR="004713CD" w:rsidRDefault="00000000">
            <w:pPr>
              <w:pStyle w:val="TableText"/>
            </w:pPr>
            <w:r>
              <w:rPr>
                <w:sz w:val="19"/>
              </w:rPr>
              <w:t>[invio dovuto, destinatari, modello e completezza]</w:t>
            </w:r>
          </w:p>
        </w:tc>
        <w:tc>
          <w:tcPr>
            <w:tcW w:w="272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D300E34" w14:textId="77777777" w:rsidR="004713CD" w:rsidRDefault="00000000">
            <w:pPr>
              <w:pStyle w:val="TableText"/>
            </w:pPr>
            <w:r>
              <w:rPr>
                <w:sz w:val="19"/>
              </w:rPr>
              <w:t>[___]</w:t>
            </w:r>
          </w:p>
        </w:tc>
      </w:tr>
      <w:tr w:rsidR="004713CD" w14:paraId="59FE16E5"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F9D3E5C" w14:textId="77777777" w:rsidR="004713CD" w:rsidRDefault="00000000">
            <w:pPr>
              <w:pStyle w:val="TableText"/>
            </w:pPr>
            <w:r>
              <w:rPr>
                <w:sz w:val="19"/>
              </w:rPr>
              <w:t>Variazioni / richiesta</w:t>
            </w:r>
          </w:p>
        </w:tc>
        <w:tc>
          <w:tcPr>
            <w:tcW w:w="459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E6E1EB3" w14:textId="77777777" w:rsidR="004713CD" w:rsidRDefault="00000000">
            <w:pPr>
              <w:pStyle w:val="TableText"/>
            </w:pPr>
            <w:r>
              <w:rPr>
                <w:sz w:val="19"/>
              </w:rPr>
              <w:t>Ogni 3 anni e su richiesta, ai sensi dell’art. 243, c. 8; [scadenza ed esito]</w:t>
            </w:r>
          </w:p>
        </w:tc>
        <w:tc>
          <w:tcPr>
            <w:tcW w:w="272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19C733F" w14:textId="77777777" w:rsidR="004713CD" w:rsidRDefault="00000000">
            <w:pPr>
              <w:pStyle w:val="TableText"/>
            </w:pPr>
            <w:r>
              <w:rPr>
                <w:sz w:val="19"/>
              </w:rPr>
              <w:t>[___]</w:t>
            </w:r>
          </w:p>
        </w:tc>
      </w:tr>
      <w:tr w:rsidR="004713CD" w14:paraId="1F7CAA03"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3C13553" w14:textId="77777777" w:rsidR="004713CD" w:rsidRDefault="00000000">
            <w:pPr>
              <w:pStyle w:val="TableText"/>
            </w:pPr>
            <w:r>
              <w:rPr>
                <w:sz w:val="19"/>
              </w:rPr>
              <w:t>Cessazione esposizione</w:t>
            </w:r>
          </w:p>
        </w:tc>
        <w:tc>
          <w:tcPr>
            <w:tcW w:w="459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627545F" w14:textId="77777777" w:rsidR="004713CD" w:rsidRDefault="00000000">
            <w:pPr>
              <w:pStyle w:val="TableText"/>
            </w:pPr>
            <w:r>
              <w:rPr>
                <w:sz w:val="19"/>
              </w:rPr>
              <w:t>[data, agente, stato lavorativo, aggiornamento e informazione]</w:t>
            </w:r>
          </w:p>
        </w:tc>
        <w:tc>
          <w:tcPr>
            <w:tcW w:w="272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DC8239" w14:textId="77777777" w:rsidR="004713CD" w:rsidRDefault="00000000">
            <w:pPr>
              <w:pStyle w:val="TableText"/>
            </w:pPr>
            <w:r>
              <w:rPr>
                <w:sz w:val="19"/>
              </w:rPr>
              <w:t>[___]</w:t>
            </w:r>
          </w:p>
        </w:tc>
      </w:tr>
      <w:tr w:rsidR="004713CD" w14:paraId="267CCA87"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C92FEBF" w14:textId="77777777" w:rsidR="004713CD" w:rsidRDefault="00000000">
            <w:pPr>
              <w:pStyle w:val="TableText"/>
            </w:pPr>
            <w:r>
              <w:rPr>
                <w:sz w:val="19"/>
              </w:rPr>
              <w:t>Cessazione rapporto</w:t>
            </w:r>
          </w:p>
        </w:tc>
        <w:tc>
          <w:tcPr>
            <w:tcW w:w="459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E43AE10" w14:textId="77777777" w:rsidR="004713CD" w:rsidRDefault="00000000">
            <w:pPr>
              <w:pStyle w:val="TableText"/>
            </w:pPr>
            <w:r>
              <w:rPr>
                <w:sz w:val="19"/>
              </w:rPr>
              <w:t>[invii tramite MC e consegna al lavoratore secondo art. 243]</w:t>
            </w:r>
          </w:p>
        </w:tc>
        <w:tc>
          <w:tcPr>
            <w:tcW w:w="272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579A35D" w14:textId="77777777" w:rsidR="004713CD" w:rsidRDefault="00000000">
            <w:pPr>
              <w:pStyle w:val="TableText"/>
            </w:pPr>
            <w:r>
              <w:rPr>
                <w:sz w:val="19"/>
              </w:rPr>
              <w:t>[___]</w:t>
            </w:r>
          </w:p>
        </w:tc>
      </w:tr>
      <w:tr w:rsidR="004713CD" w14:paraId="0A02C910"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C72692C" w14:textId="77777777" w:rsidR="004713CD" w:rsidRDefault="00000000">
            <w:pPr>
              <w:pStyle w:val="TableText"/>
            </w:pPr>
            <w:r>
              <w:rPr>
                <w:sz w:val="19"/>
              </w:rPr>
              <w:t>Cessazione azienda</w:t>
            </w:r>
          </w:p>
        </w:tc>
        <w:tc>
          <w:tcPr>
            <w:tcW w:w="459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C398570" w14:textId="77777777" w:rsidR="004713CD" w:rsidRDefault="00000000">
            <w:pPr>
              <w:pStyle w:val="TableText"/>
            </w:pPr>
            <w:r>
              <w:rPr>
                <w:sz w:val="19"/>
              </w:rPr>
              <w:t>[trasferimento registro/cartelle ai destinatari previsti]</w:t>
            </w:r>
          </w:p>
        </w:tc>
        <w:tc>
          <w:tcPr>
            <w:tcW w:w="272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C10C53" w14:textId="77777777" w:rsidR="004713CD" w:rsidRDefault="00000000">
            <w:pPr>
              <w:pStyle w:val="TableText"/>
            </w:pPr>
            <w:r>
              <w:rPr>
                <w:sz w:val="19"/>
              </w:rPr>
              <w:t>[___]</w:t>
            </w:r>
          </w:p>
        </w:tc>
      </w:tr>
      <w:tr w:rsidR="004713CD" w14:paraId="0D5D0DF6"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7E8167F" w14:textId="77777777" w:rsidR="004713CD" w:rsidRDefault="00000000">
            <w:pPr>
              <w:pStyle w:val="TableText"/>
            </w:pPr>
            <w:r>
              <w:rPr>
                <w:sz w:val="19"/>
              </w:rPr>
              <w:t>Acquisizione storia espositiva</w:t>
            </w:r>
          </w:p>
        </w:tc>
        <w:tc>
          <w:tcPr>
            <w:tcW w:w="459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DB3DC02" w14:textId="77777777" w:rsidR="004713CD" w:rsidRDefault="00000000">
            <w:pPr>
              <w:pStyle w:val="TableText"/>
            </w:pPr>
            <w:r>
              <w:rPr>
                <w:sz w:val="19"/>
              </w:rPr>
              <w:t>[documentazione pertinente al nuovo assunto, tramite percorso protetto]</w:t>
            </w:r>
          </w:p>
        </w:tc>
        <w:tc>
          <w:tcPr>
            <w:tcW w:w="272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80BF259" w14:textId="77777777" w:rsidR="004713CD" w:rsidRDefault="00000000">
            <w:pPr>
              <w:pStyle w:val="TableText"/>
            </w:pPr>
            <w:r>
              <w:rPr>
                <w:sz w:val="19"/>
              </w:rPr>
              <w:t>[___]</w:t>
            </w:r>
          </w:p>
        </w:tc>
      </w:tr>
    </w:tbl>
    <w:p w14:paraId="45ED50BC"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41F53F79"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C3F293E"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E1E0D68" w14:textId="77777777" w:rsidR="004713CD" w:rsidRDefault="00000000">
            <w:pPr>
              <w:pStyle w:val="TableText"/>
            </w:pPr>
            <w:r>
              <w:rPr>
                <w:b/>
                <w:color w:val="FFFFFF"/>
                <w:sz w:val="19"/>
              </w:rPr>
              <w:t>Compilazione / evidenza richiesta</w:t>
            </w:r>
          </w:p>
        </w:tc>
      </w:tr>
      <w:tr w:rsidR="004713CD" w14:paraId="04ABCCB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890E5FC" w14:textId="77777777" w:rsidR="004713CD" w:rsidRDefault="00000000">
            <w:pPr>
              <w:pStyle w:val="TableText"/>
            </w:pPr>
            <w:r>
              <w:rPr>
                <w:sz w:val="19"/>
              </w:rPr>
              <w:t>Controllo del destinatario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9D3FD5D" w14:textId="77777777" w:rsidR="004713CD" w:rsidRDefault="00000000">
            <w:pPr>
              <w:pStyle w:val="TableText"/>
            </w:pPr>
            <w:r>
              <w:rPr>
                <w:sz w:val="19"/>
              </w:rPr>
              <w:t>[ufficio competente, indirizzo/canale ufficiale, verifica prima dell’invio]</w:t>
            </w:r>
          </w:p>
        </w:tc>
      </w:tr>
      <w:tr w:rsidR="004713CD" w14:paraId="46B1BF4A"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DD8C8CA" w14:textId="77777777" w:rsidR="004713CD" w:rsidRDefault="00000000">
            <w:pPr>
              <w:pStyle w:val="TableText"/>
            </w:pPr>
            <w:r>
              <w:rPr>
                <w:sz w:val="19"/>
              </w:rPr>
              <w:t>Documenti trasmessi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09BDE74" w14:textId="77777777" w:rsidR="004713CD" w:rsidRDefault="00000000">
            <w:pPr>
              <w:pStyle w:val="TableText"/>
            </w:pPr>
            <w:r>
              <w:rPr>
                <w:sz w:val="19"/>
              </w:rPr>
              <w:t>[elenco, versione, periodo, quantità file/cartelle; nessun dato eccedente]</w:t>
            </w:r>
          </w:p>
        </w:tc>
      </w:tr>
      <w:tr w:rsidR="004713CD" w14:paraId="3F0EAF9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C0447BC" w14:textId="77777777" w:rsidR="004713CD" w:rsidRDefault="00000000">
            <w:pPr>
              <w:pStyle w:val="TableText"/>
            </w:pPr>
            <w:r>
              <w:rPr>
                <w:sz w:val="19"/>
              </w:rPr>
              <w:t>Protezione della trasmissione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40C692" w14:textId="77777777" w:rsidR="004713CD" w:rsidRDefault="00000000">
            <w:pPr>
              <w:pStyle w:val="TableText"/>
            </w:pPr>
            <w:r>
              <w:rPr>
                <w:sz w:val="19"/>
              </w:rPr>
              <w:t>[canale autorizzato, segregazione sanitaria, soggetti abilitati]</w:t>
            </w:r>
          </w:p>
        </w:tc>
      </w:tr>
      <w:tr w:rsidR="004713CD" w14:paraId="6BAD823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17445C6" w14:textId="77777777" w:rsidR="004713CD" w:rsidRDefault="00000000">
            <w:pPr>
              <w:pStyle w:val="TableText"/>
            </w:pPr>
            <w:r>
              <w:rPr>
                <w:sz w:val="19"/>
              </w:rPr>
              <w:t>Esito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4A57CB1" w14:textId="77777777" w:rsidR="004713CD" w:rsidRDefault="00000000">
            <w:pPr>
              <w:pStyle w:val="TableText"/>
            </w:pPr>
            <w:r>
              <w:rPr>
                <w:sz w:val="19"/>
              </w:rPr>
              <w:t>[consegnato/scartato/da integrare]; ricevuta/protocollo [___]</w:t>
            </w:r>
          </w:p>
        </w:tc>
      </w:tr>
      <w:tr w:rsidR="004713CD" w14:paraId="0BABC41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A6A6C98" w14:textId="77777777" w:rsidR="004713CD" w:rsidRDefault="00000000">
            <w:pPr>
              <w:pStyle w:val="TableText"/>
            </w:pPr>
            <w:r>
              <w:rPr>
                <w:sz w:val="19"/>
              </w:rPr>
              <w:t>Scarto / indisponibilità canale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D50EF5" w14:textId="77777777" w:rsidR="004713CD" w:rsidRDefault="00000000">
            <w:pPr>
              <w:pStyle w:val="TableText"/>
            </w:pPr>
            <w:r>
              <w:rPr>
                <w:sz w:val="19"/>
              </w:rPr>
              <w:t>[problema, richiesta istruzioni ufficiali, soluzione tracciata, nuova ricevuta]</w:t>
            </w:r>
          </w:p>
        </w:tc>
      </w:tr>
      <w:tr w:rsidR="004713CD" w14:paraId="552A6CE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78D8BB4" w14:textId="77777777" w:rsidR="004713CD" w:rsidRDefault="00000000">
            <w:pPr>
              <w:pStyle w:val="TableText"/>
            </w:pPr>
            <w:r>
              <w:rPr>
                <w:sz w:val="19"/>
              </w:rPr>
              <w:t>Riconciliazione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C3555D3" w14:textId="77777777" w:rsidR="004713CD" w:rsidRDefault="00000000">
            <w:pPr>
              <w:pStyle w:val="TableText"/>
            </w:pPr>
            <w:r>
              <w:rPr>
                <w:sz w:val="19"/>
              </w:rPr>
              <w:t>[confronto con registro e scadenzario; responsabile e data]</w:t>
            </w:r>
          </w:p>
        </w:tc>
      </w:tr>
    </w:tbl>
    <w:p w14:paraId="57A08719" w14:textId="77777777" w:rsidR="004713CD" w:rsidRDefault="004713CD">
      <w:pPr>
        <w:pStyle w:val="Small"/>
        <w:spacing w:after="20"/>
      </w:pPr>
    </w:p>
    <w:p w14:paraId="446BB83A" w14:textId="77777777" w:rsidR="004713CD" w:rsidRDefault="00000000">
      <w:r>
        <w:t>Promemoria: per i casi dell’art. 243, comma 8, le variazioni si comunicano ogni tre anni e su richiesta degli enti. L’aggiornamento del registro deve comunque seguire le variazioni effettive, senza attendere il triennio. Impostare lo scadenzario sul testo vigente, non sulla sola disponibilità di un applicativo. Conservare la prova dell’adempimento insieme al riferimento alla base normativa. [N1; N4]</w:t>
      </w:r>
    </w:p>
    <w:p w14:paraId="7387635B" w14:textId="77777777" w:rsidR="004713CD" w:rsidRDefault="00000000">
      <w:pPr>
        <w:pStyle w:val="FieldText"/>
      </w:pPr>
      <w:r>
        <w:t>Preparazione __________  Trasmissione autorizzata __________  Verifica ricevuta __________</w:t>
      </w:r>
    </w:p>
    <w:p w14:paraId="2BFB958B" w14:textId="77777777" w:rsidR="004713CD" w:rsidRDefault="00000000">
      <w:r>
        <w:br w:type="page"/>
      </w:r>
    </w:p>
    <w:p w14:paraId="6DA4B628" w14:textId="77777777" w:rsidR="004713CD" w:rsidRDefault="00000000">
      <w:pPr>
        <w:pStyle w:val="Kicker"/>
      </w:pPr>
      <w:r>
        <w:rPr>
          <w:b w:val="0"/>
        </w:rPr>
        <w:t>ALLEGATI OPERATIVI  /  MODULISTICA EDITABILE</w:t>
      </w:r>
    </w:p>
    <w:p w14:paraId="62ED135E" w14:textId="77777777" w:rsidR="004713CD" w:rsidRDefault="00000000">
      <w:pPr>
        <w:pStyle w:val="Titolo1"/>
      </w:pPr>
      <w:bookmarkStart w:id="43" w:name="A17_a"/>
      <w:r>
        <w:rPr>
          <w:b w:val="0"/>
        </w:rPr>
        <w:t>A17 · Formazione, presenza e prova pratica — 1/2</w:t>
      </w:r>
      <w:bookmarkEnd w:id="43"/>
    </w:p>
    <w:p w14:paraId="3C0CDA49" w14:textId="77777777" w:rsidR="004713CD" w:rsidRDefault="00000000">
      <w:pPr>
        <w:pStyle w:val="Small"/>
      </w:pPr>
      <w:r>
        <w:t>PR-RIP-01 • Modulo A17 • Revisione ___ • Azienda/sito __________________ • Data __________</w:t>
      </w:r>
    </w:p>
    <w:tbl>
      <w:tblPr>
        <w:tblW w:w="9638" w:type="dxa"/>
        <w:jc w:val="center"/>
        <w:tblLayout w:type="fixed"/>
        <w:tblLook w:val="04A0" w:firstRow="1" w:lastRow="0" w:firstColumn="1" w:lastColumn="0" w:noHBand="0" w:noVBand="1"/>
      </w:tblPr>
      <w:tblGrid>
        <w:gridCol w:w="2438"/>
        <w:gridCol w:w="7200"/>
      </w:tblGrid>
      <w:tr w:rsidR="004713CD" w14:paraId="2A07DF77"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41EF3E4"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27F55B5" w14:textId="77777777" w:rsidR="004713CD" w:rsidRDefault="00000000">
            <w:pPr>
              <w:pStyle w:val="TableText"/>
            </w:pPr>
            <w:r>
              <w:rPr>
                <w:b/>
                <w:color w:val="FFFFFF"/>
                <w:sz w:val="19"/>
              </w:rPr>
              <w:t>Compilazione / evidenza richiesta</w:t>
            </w:r>
          </w:p>
        </w:tc>
      </w:tr>
      <w:tr w:rsidR="004713CD" w14:paraId="6CC39DB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B14A27D" w14:textId="77777777" w:rsidR="004713CD" w:rsidRDefault="00000000">
            <w:pPr>
              <w:pStyle w:val="TableText"/>
            </w:pPr>
            <w:r>
              <w:rPr>
                <w:sz w:val="19"/>
              </w:rPr>
              <w:t>Sessione / destinatari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1AA491D" w14:textId="77777777" w:rsidR="004713CD" w:rsidRDefault="00000000">
            <w:pPr>
              <w:pStyle w:val="TableText"/>
            </w:pPr>
            <w:r>
              <w:rPr>
                <w:sz w:val="19"/>
              </w:rPr>
              <w:t>[ID; data; reparti/mansioni; nuovi assegnati/aggiornamento/cambio]</w:t>
            </w:r>
          </w:p>
        </w:tc>
      </w:tr>
      <w:tr w:rsidR="004713CD" w14:paraId="196FAB2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7879BC7" w14:textId="77777777" w:rsidR="004713CD" w:rsidRDefault="00000000">
            <w:pPr>
              <w:pStyle w:val="TableText"/>
            </w:pPr>
            <w:r>
              <w:rPr>
                <w:sz w:val="19"/>
              </w:rPr>
              <w:t>Docente / programma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86FF0A5" w14:textId="77777777" w:rsidR="004713CD" w:rsidRDefault="00000000">
            <w:pPr>
              <w:pStyle w:val="TableText"/>
            </w:pPr>
            <w:r>
              <w:rPr>
                <w:sz w:val="19"/>
              </w:rPr>
              <w:t>[qualifica pertinente, argomenti, documenti e istruzioni usati]</w:t>
            </w:r>
          </w:p>
        </w:tc>
      </w:tr>
      <w:tr w:rsidR="004713CD" w14:paraId="27153BC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C04EBE0" w14:textId="77777777" w:rsidR="004713CD" w:rsidRDefault="00000000">
            <w:pPr>
              <w:pStyle w:val="TableText"/>
            </w:pPr>
            <w:r>
              <w:rPr>
                <w:sz w:val="19"/>
              </w:rPr>
              <w:t>Durata / modalità</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3D9D6E1" w14:textId="77777777" w:rsidR="004713CD" w:rsidRDefault="00000000">
            <w:pPr>
              <w:pStyle w:val="TableText"/>
            </w:pPr>
            <w:r>
              <w:rPr>
                <w:sz w:val="19"/>
              </w:rPr>
              <w:t>[ore effettive, presenza/altro, lingua e supporti; rinvio al percorso obbligatorio pertinente]</w:t>
            </w:r>
          </w:p>
        </w:tc>
      </w:tr>
    </w:tbl>
    <w:p w14:paraId="74A3D494"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3572"/>
        <w:gridCol w:w="2721"/>
        <w:gridCol w:w="3345"/>
      </w:tblGrid>
      <w:tr w:rsidR="004713CD" w14:paraId="21F0BB9D" w14:textId="77777777">
        <w:trPr>
          <w:cantSplit/>
          <w:tblHeader/>
          <w:jc w:val="center"/>
        </w:trPr>
        <w:tc>
          <w:tcPr>
            <w:tcW w:w="357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C1F18F1" w14:textId="77777777" w:rsidR="004713CD" w:rsidRDefault="00000000">
            <w:pPr>
              <w:pStyle w:val="TableText"/>
            </w:pPr>
            <w:r>
              <w:rPr>
                <w:b/>
                <w:color w:val="FFFFFF"/>
              </w:rPr>
              <w:t>Partecipante / mansione</w:t>
            </w:r>
          </w:p>
        </w:tc>
        <w:tc>
          <w:tcPr>
            <w:tcW w:w="272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00CB409" w14:textId="77777777" w:rsidR="004713CD" w:rsidRDefault="00000000">
            <w:pPr>
              <w:pStyle w:val="TableText"/>
            </w:pPr>
            <w:r>
              <w:rPr>
                <w:b/>
                <w:color w:val="FFFFFF"/>
              </w:rPr>
              <w:t>Presenza / firma</w:t>
            </w:r>
          </w:p>
        </w:tc>
        <w:tc>
          <w:tcPr>
            <w:tcW w:w="334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26398FB" w14:textId="77777777" w:rsidR="004713CD" w:rsidRDefault="00000000">
            <w:pPr>
              <w:pStyle w:val="TableText"/>
            </w:pPr>
            <w:r>
              <w:rPr>
                <w:b/>
                <w:color w:val="FFFFFF"/>
              </w:rPr>
              <w:t>Test / pratica / esito</w:t>
            </w:r>
          </w:p>
        </w:tc>
      </w:tr>
      <w:tr w:rsidR="004713CD" w14:paraId="798BF296" w14:textId="77777777">
        <w:trPr>
          <w:cantSplit/>
          <w:jc w:val="center"/>
        </w:trPr>
        <w:tc>
          <w:tcPr>
            <w:tcW w:w="357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B5A3520" w14:textId="77777777" w:rsidR="004713CD" w:rsidRDefault="00000000">
            <w:pPr>
              <w:pStyle w:val="TableText"/>
            </w:pPr>
            <w:r>
              <w:t>[nome e mansione]</w:t>
            </w:r>
          </w:p>
        </w:tc>
        <w:tc>
          <w:tcPr>
            <w:tcW w:w="272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EB4E437" w14:textId="77777777" w:rsidR="004713CD" w:rsidRDefault="00000000">
            <w:pPr>
              <w:pStyle w:val="TableText"/>
            </w:pPr>
            <w:r>
              <w:t>[orari / firma]</w:t>
            </w:r>
          </w:p>
        </w:tc>
        <w:tc>
          <w:tcPr>
            <w:tcW w:w="334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CA3F8C8" w14:textId="77777777" w:rsidR="004713CD" w:rsidRDefault="00000000">
            <w:pPr>
              <w:pStyle w:val="TableText"/>
            </w:pPr>
            <w:r>
              <w:t>[esiti]</w:t>
            </w:r>
          </w:p>
        </w:tc>
      </w:tr>
      <w:tr w:rsidR="004713CD" w14:paraId="46AF8904" w14:textId="77777777">
        <w:trPr>
          <w:cantSplit/>
          <w:jc w:val="center"/>
        </w:trPr>
        <w:tc>
          <w:tcPr>
            <w:tcW w:w="357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8E64DD8" w14:textId="77777777" w:rsidR="004713CD" w:rsidRDefault="00000000">
            <w:pPr>
              <w:pStyle w:val="TableText"/>
            </w:pPr>
            <w:r>
              <w:t>[nome e mansione]</w:t>
            </w:r>
          </w:p>
        </w:tc>
        <w:tc>
          <w:tcPr>
            <w:tcW w:w="272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64519EF" w14:textId="77777777" w:rsidR="004713CD" w:rsidRDefault="00000000">
            <w:pPr>
              <w:pStyle w:val="TableText"/>
            </w:pPr>
            <w:r>
              <w:t>[orari / firma]</w:t>
            </w:r>
          </w:p>
        </w:tc>
        <w:tc>
          <w:tcPr>
            <w:tcW w:w="334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4009DB9" w14:textId="77777777" w:rsidR="004713CD" w:rsidRDefault="00000000">
            <w:pPr>
              <w:pStyle w:val="TableText"/>
            </w:pPr>
            <w:r>
              <w:t>[esiti]</w:t>
            </w:r>
          </w:p>
        </w:tc>
      </w:tr>
      <w:tr w:rsidR="004713CD" w14:paraId="1165D8C6" w14:textId="77777777">
        <w:trPr>
          <w:cantSplit/>
          <w:jc w:val="center"/>
        </w:trPr>
        <w:tc>
          <w:tcPr>
            <w:tcW w:w="357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7282AE1" w14:textId="77777777" w:rsidR="004713CD" w:rsidRDefault="00000000">
            <w:pPr>
              <w:pStyle w:val="TableText"/>
            </w:pPr>
            <w:r>
              <w:t>[nome e mansione]</w:t>
            </w:r>
          </w:p>
        </w:tc>
        <w:tc>
          <w:tcPr>
            <w:tcW w:w="272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01DE11" w14:textId="77777777" w:rsidR="004713CD" w:rsidRDefault="00000000">
            <w:pPr>
              <w:pStyle w:val="TableText"/>
            </w:pPr>
            <w:r>
              <w:t>[orari / firma]</w:t>
            </w:r>
          </w:p>
        </w:tc>
        <w:tc>
          <w:tcPr>
            <w:tcW w:w="334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1B11455" w14:textId="77777777" w:rsidR="004713CD" w:rsidRDefault="00000000">
            <w:pPr>
              <w:pStyle w:val="TableText"/>
            </w:pPr>
            <w:r>
              <w:t>[esiti]</w:t>
            </w:r>
          </w:p>
        </w:tc>
      </w:tr>
      <w:tr w:rsidR="004713CD" w14:paraId="16260753" w14:textId="77777777">
        <w:trPr>
          <w:cantSplit/>
          <w:jc w:val="center"/>
        </w:trPr>
        <w:tc>
          <w:tcPr>
            <w:tcW w:w="357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B39D9E2" w14:textId="77777777" w:rsidR="004713CD" w:rsidRDefault="00000000">
            <w:pPr>
              <w:pStyle w:val="TableText"/>
            </w:pPr>
            <w:r>
              <w:t>[nome e mansione]</w:t>
            </w:r>
          </w:p>
        </w:tc>
        <w:tc>
          <w:tcPr>
            <w:tcW w:w="272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5685E2F" w14:textId="77777777" w:rsidR="004713CD" w:rsidRDefault="00000000">
            <w:pPr>
              <w:pStyle w:val="TableText"/>
            </w:pPr>
            <w:r>
              <w:t>[orari / firma]</w:t>
            </w:r>
          </w:p>
        </w:tc>
        <w:tc>
          <w:tcPr>
            <w:tcW w:w="334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FF21BEC" w14:textId="77777777" w:rsidR="004713CD" w:rsidRDefault="00000000">
            <w:pPr>
              <w:pStyle w:val="TableText"/>
            </w:pPr>
            <w:r>
              <w:t>[esiti]</w:t>
            </w:r>
          </w:p>
        </w:tc>
      </w:tr>
      <w:tr w:rsidR="004713CD" w14:paraId="282D3B67" w14:textId="77777777">
        <w:trPr>
          <w:cantSplit/>
          <w:jc w:val="center"/>
        </w:trPr>
        <w:tc>
          <w:tcPr>
            <w:tcW w:w="357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BF3C5C8" w14:textId="77777777" w:rsidR="004713CD" w:rsidRDefault="00000000">
            <w:pPr>
              <w:pStyle w:val="TableText"/>
            </w:pPr>
            <w:r>
              <w:t>[nome e mansione]</w:t>
            </w:r>
          </w:p>
        </w:tc>
        <w:tc>
          <w:tcPr>
            <w:tcW w:w="272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1F76032" w14:textId="77777777" w:rsidR="004713CD" w:rsidRDefault="00000000">
            <w:pPr>
              <w:pStyle w:val="TableText"/>
            </w:pPr>
            <w:r>
              <w:t>[orari / firma]</w:t>
            </w:r>
          </w:p>
        </w:tc>
        <w:tc>
          <w:tcPr>
            <w:tcW w:w="334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A32567F" w14:textId="77777777" w:rsidR="004713CD" w:rsidRDefault="00000000">
            <w:pPr>
              <w:pStyle w:val="TableText"/>
            </w:pPr>
            <w:r>
              <w:t>[esiti]</w:t>
            </w:r>
          </w:p>
        </w:tc>
      </w:tr>
    </w:tbl>
    <w:p w14:paraId="6A4C9C28" w14:textId="77777777" w:rsidR="004713CD" w:rsidRDefault="004713CD">
      <w:pPr>
        <w:pStyle w:val="Small"/>
        <w:spacing w:after="20"/>
      </w:pPr>
    </w:p>
    <w:p w14:paraId="180F9E26" w14:textId="77777777" w:rsidR="004713CD" w:rsidRDefault="00000000">
      <w:pPr>
        <w:pStyle w:val="Titolo2"/>
      </w:pPr>
      <w:r>
        <w:rPr>
          <w:b w:val="0"/>
        </w:rPr>
        <w:t>Osservazione pratica individuale</w:t>
      </w:r>
    </w:p>
    <w:tbl>
      <w:tblPr>
        <w:tblW w:w="9638" w:type="dxa"/>
        <w:jc w:val="center"/>
        <w:tblLayout w:type="fixed"/>
        <w:tblLook w:val="04A0" w:firstRow="1" w:lastRow="0" w:firstColumn="1" w:lastColumn="0" w:noHBand="0" w:noVBand="1"/>
      </w:tblPr>
      <w:tblGrid>
        <w:gridCol w:w="454"/>
        <w:gridCol w:w="5216"/>
        <w:gridCol w:w="1020"/>
        <w:gridCol w:w="2948"/>
      </w:tblGrid>
      <w:tr w:rsidR="004713CD" w14:paraId="69EB2CC4" w14:textId="77777777">
        <w:trPr>
          <w:cantSplit/>
          <w:tblHeader/>
          <w:jc w:val="center"/>
        </w:trPr>
        <w:tc>
          <w:tcPr>
            <w:tcW w:w="45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A32D5B2" w14:textId="77777777" w:rsidR="004713CD" w:rsidRDefault="00000000">
            <w:pPr>
              <w:pStyle w:val="TableText"/>
            </w:pPr>
            <w:r>
              <w:rPr>
                <w:b/>
                <w:color w:val="FFFFFF"/>
              </w:rPr>
              <w:t>N.</w:t>
            </w:r>
          </w:p>
        </w:tc>
        <w:tc>
          <w:tcPr>
            <w:tcW w:w="521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B3CE8D9" w14:textId="77777777" w:rsidR="004713CD" w:rsidRDefault="00000000">
            <w:pPr>
              <w:pStyle w:val="TableText"/>
            </w:pPr>
            <w:r>
              <w:rPr>
                <w:b/>
                <w:color w:val="FFFFFF"/>
              </w:rPr>
              <w:t>Verifica</w:t>
            </w:r>
          </w:p>
        </w:tc>
        <w:tc>
          <w:tcPr>
            <w:tcW w:w="102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ABDCF34" w14:textId="77777777" w:rsidR="004713CD" w:rsidRDefault="00000000">
            <w:pPr>
              <w:pStyle w:val="TableText"/>
            </w:pPr>
            <w:r>
              <w:rPr>
                <w:b/>
                <w:color w:val="FFFFFF"/>
              </w:rPr>
              <w:t>Esito</w:t>
            </w:r>
          </w:p>
        </w:tc>
        <w:tc>
          <w:tcPr>
            <w:tcW w:w="294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EC30032" w14:textId="77777777" w:rsidR="004713CD" w:rsidRDefault="00000000">
            <w:pPr>
              <w:pStyle w:val="TableText"/>
            </w:pPr>
            <w:r>
              <w:rPr>
                <w:b/>
                <w:color w:val="FFFFFF"/>
              </w:rPr>
              <w:t>Evidenza / azione</w:t>
            </w:r>
          </w:p>
        </w:tc>
      </w:tr>
      <w:tr w:rsidR="004713CD" w14:paraId="240E5CEB"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E215AA7" w14:textId="77777777" w:rsidR="004713CD" w:rsidRDefault="00000000">
            <w:pPr>
              <w:pStyle w:val="TableText"/>
            </w:pPr>
            <w:r>
              <w:t>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09FB7BF" w14:textId="77777777" w:rsidR="004713CD" w:rsidRDefault="00000000">
            <w:pPr>
              <w:pStyle w:val="TableText"/>
            </w:pPr>
            <w:r>
              <w:t>Identifica il prodotto e reperisce istruzione/SDS.</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A58F69F"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1FA229A" w14:textId="77777777" w:rsidR="004713CD" w:rsidRDefault="00000000">
            <w:pPr>
              <w:pStyle w:val="TableText"/>
            </w:pPr>
            <w:r>
              <w:t>[da compilare]</w:t>
            </w:r>
          </w:p>
        </w:tc>
      </w:tr>
      <w:tr w:rsidR="004713CD" w14:paraId="56309112"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60F574C" w14:textId="77777777" w:rsidR="004713CD" w:rsidRDefault="00000000">
            <w:pPr>
              <w:pStyle w:val="TableText"/>
            </w:pPr>
            <w:r>
              <w:t>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594D3BB" w14:textId="77777777" w:rsidR="004713CD" w:rsidRDefault="00000000">
            <w:pPr>
              <w:pStyle w:val="TableText"/>
            </w:pPr>
            <w:r>
              <w:t>Indica le vie di esposizione e le fasi critiche della mansione.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98B6D98"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4F8570E" w14:textId="77777777" w:rsidR="004713CD" w:rsidRDefault="00000000">
            <w:pPr>
              <w:pStyle w:val="TableText"/>
            </w:pPr>
            <w:r>
              <w:t>[da compilare]</w:t>
            </w:r>
          </w:p>
        </w:tc>
      </w:tr>
      <w:tr w:rsidR="004713CD" w14:paraId="556C1F3A"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03A4957" w14:textId="77777777" w:rsidR="004713CD" w:rsidRDefault="00000000">
            <w:pPr>
              <w:pStyle w:val="TableText"/>
            </w:pPr>
            <w:r>
              <w:t>3</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71C545C" w14:textId="77777777" w:rsidR="004713CD" w:rsidRDefault="00000000">
            <w:pPr>
              <w:pStyle w:val="TableText"/>
            </w:pPr>
            <w:r>
              <w:t>Verifica correttamente sistema chiuso/captazione e indicatori.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4DD51C0"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995DDD6" w14:textId="77777777" w:rsidR="004713CD" w:rsidRDefault="00000000">
            <w:pPr>
              <w:pStyle w:val="TableText"/>
            </w:pPr>
            <w:r>
              <w:t>[da compilare]</w:t>
            </w:r>
          </w:p>
        </w:tc>
      </w:tr>
      <w:tr w:rsidR="004713CD" w14:paraId="6193929C"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FF6CEA9" w14:textId="77777777" w:rsidR="004713CD" w:rsidRDefault="00000000">
            <w:pPr>
              <w:pStyle w:val="TableText"/>
            </w:pPr>
            <w:r>
              <w:t>4</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62F406" w14:textId="77777777" w:rsidR="004713CD" w:rsidRDefault="00000000">
            <w:pPr>
              <w:pStyle w:val="TableText"/>
            </w:pPr>
            <w:r>
              <w:t>Indossa, usa e rimuove i DPI senza contaminare superfici pulite.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13860B9"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AE36B2D" w14:textId="77777777" w:rsidR="004713CD" w:rsidRDefault="00000000">
            <w:pPr>
              <w:pStyle w:val="TableText"/>
            </w:pPr>
            <w:r>
              <w:t>[da compilare]</w:t>
            </w:r>
          </w:p>
        </w:tc>
      </w:tr>
      <w:tr w:rsidR="004713CD" w14:paraId="21829E18"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6C4EC6" w14:textId="77777777" w:rsidR="004713CD" w:rsidRDefault="00000000">
            <w:pPr>
              <w:pStyle w:val="TableText"/>
            </w:pPr>
            <w:r>
              <w:t>5</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716F58B" w14:textId="77777777" w:rsidR="004713CD" w:rsidRDefault="00000000">
            <w:pPr>
              <w:pStyle w:val="TableText"/>
            </w:pPr>
            <w:r>
              <w:t>Gestisce residui, rifiuti e indumenti senza diffusione del contaminante.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6D6B9D4"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6A3B5D0" w14:textId="77777777" w:rsidR="004713CD" w:rsidRDefault="00000000">
            <w:pPr>
              <w:pStyle w:val="TableText"/>
            </w:pPr>
            <w:r>
              <w:t>[da compilare]</w:t>
            </w:r>
          </w:p>
        </w:tc>
      </w:tr>
      <w:tr w:rsidR="004713CD" w14:paraId="47406A70"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F7B4AB" w14:textId="77777777" w:rsidR="004713CD" w:rsidRDefault="00000000">
            <w:pPr>
              <w:pStyle w:val="TableText"/>
            </w:pPr>
            <w:r>
              <w:t>6</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BDAD591" w14:textId="77777777" w:rsidR="004713CD" w:rsidRDefault="00000000">
            <w:pPr>
              <w:pStyle w:val="TableText"/>
            </w:pPr>
            <w:r>
              <w:t>Riconosce quando fermarsi e attiva il canale corretto di segnalazione.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5400687"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4471D6B" w14:textId="77777777" w:rsidR="004713CD" w:rsidRDefault="00000000">
            <w:pPr>
              <w:pStyle w:val="TableText"/>
            </w:pPr>
            <w:r>
              <w:t>[da compilare]</w:t>
            </w:r>
          </w:p>
        </w:tc>
      </w:tr>
    </w:tbl>
    <w:p w14:paraId="0D4018FE"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28542B16"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F0B74A1"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58632B6" w14:textId="77777777" w:rsidR="004713CD" w:rsidRDefault="00000000">
            <w:pPr>
              <w:pStyle w:val="TableText"/>
            </w:pPr>
            <w:r>
              <w:rPr>
                <w:b/>
                <w:color w:val="FFFFFF"/>
                <w:sz w:val="19"/>
              </w:rPr>
              <w:t>Compilazione / evidenza richiesta</w:t>
            </w:r>
          </w:p>
        </w:tc>
      </w:tr>
      <w:tr w:rsidR="004713CD" w14:paraId="1BB801D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005C2F5" w14:textId="77777777" w:rsidR="004713CD" w:rsidRDefault="00000000">
            <w:pPr>
              <w:pStyle w:val="TableText"/>
            </w:pPr>
            <w:r>
              <w:rPr>
                <w:sz w:val="19"/>
              </w:rPr>
              <w:t>Regola interna di verifica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8151449" w14:textId="77777777" w:rsidR="004713CD" w:rsidRDefault="00000000">
            <w:pPr>
              <w:pStyle w:val="TableText"/>
            </w:pPr>
            <w:r>
              <w:rPr>
                <w:sz w:val="19"/>
              </w:rPr>
              <w:t>Tutte le capacità critiche devono risultare acquisite. Proposta per il test: almeno 8/10, con correzione di tutti gli errori prima dell’assegnazione autonoma.</w:t>
            </w:r>
          </w:p>
        </w:tc>
      </w:tr>
      <w:tr w:rsidR="004713CD" w14:paraId="2B0911B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D2BA6B0" w14:textId="77777777" w:rsidR="004713CD" w:rsidRDefault="00000000">
            <w:pPr>
              <w:pStyle w:val="TableText"/>
            </w:pPr>
            <w:r>
              <w:rPr>
                <w:sz w:val="19"/>
              </w:rPr>
              <w:t>Esito / recupero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EA6AB5F" w14:textId="77777777" w:rsidR="004713CD" w:rsidRDefault="00000000">
            <w:pPr>
              <w:pStyle w:val="TableText"/>
            </w:pPr>
            <w:r>
              <w:rPr>
                <w:sz w:val="19"/>
              </w:rPr>
              <w:t>[idoneo all’esecuzione della specifica istruzione dopo addestramento / recupero richiesto; attività da ripetere, termine, nuova prova]</w:t>
            </w:r>
          </w:p>
        </w:tc>
      </w:tr>
    </w:tbl>
    <w:p w14:paraId="15F84CEE" w14:textId="77777777" w:rsidR="004713CD" w:rsidRDefault="004713CD">
      <w:pPr>
        <w:pStyle w:val="Small"/>
        <w:spacing w:after="20"/>
      </w:pPr>
    </w:p>
    <w:p w14:paraId="71ABFE94" w14:textId="77777777" w:rsidR="004713CD" w:rsidRDefault="00000000">
      <w:pPr>
        <w:pStyle w:val="Small"/>
      </w:pPr>
      <w:r>
        <w:t>“Idoneo all’esecuzione” in questa scheda indica l’esito dell’apprendimento, non un giudizio sanitario. La scheda non sostituisce attestati, requisiti o registri formativi obbligatori.</w:t>
      </w:r>
    </w:p>
    <w:p w14:paraId="6E5275D7" w14:textId="77777777" w:rsidR="004713CD" w:rsidRDefault="00000000">
      <w:pPr>
        <w:pStyle w:val="FieldText"/>
      </w:pPr>
      <w:r>
        <w:t>Formatore __________  Osservatore __________  Lavoratore __________  Data __________</w:t>
      </w:r>
    </w:p>
    <w:p w14:paraId="6C7F9F88" w14:textId="77777777" w:rsidR="004713CD" w:rsidRDefault="00000000">
      <w:r>
        <w:br w:type="page"/>
      </w:r>
    </w:p>
    <w:p w14:paraId="771809EE" w14:textId="77777777" w:rsidR="004713CD" w:rsidRDefault="00000000">
      <w:pPr>
        <w:pStyle w:val="Kicker"/>
      </w:pPr>
      <w:r>
        <w:rPr>
          <w:b w:val="0"/>
        </w:rPr>
        <w:t>ALLEGATI OPERATIVI  /  MODULISTICA EDITABILE</w:t>
      </w:r>
    </w:p>
    <w:p w14:paraId="7041F475" w14:textId="77777777" w:rsidR="004713CD" w:rsidRDefault="00000000">
      <w:pPr>
        <w:pStyle w:val="Titolo1"/>
      </w:pPr>
      <w:bookmarkStart w:id="44" w:name="A17_b"/>
      <w:r>
        <w:rPr>
          <w:b w:val="0"/>
        </w:rPr>
        <w:t>A17 · Verifica di comprensione e soluzioni — 2/2</w:t>
      </w:r>
      <w:bookmarkEnd w:id="44"/>
    </w:p>
    <w:p w14:paraId="2D4C163B" w14:textId="77777777" w:rsidR="004713CD" w:rsidRDefault="00000000">
      <w:pPr>
        <w:pStyle w:val="Small"/>
      </w:pPr>
      <w:r>
        <w:t>PR-RIP-01 • Modulo A17 • Revisione ___ • Azienda/sito __________________ • Data __________</w:t>
      </w:r>
    </w:p>
    <w:p w14:paraId="5AFD944C" w14:textId="77777777" w:rsidR="004713CD" w:rsidRDefault="00000000">
      <w:pPr>
        <w:pStyle w:val="Small"/>
      </w:pPr>
      <w:r>
        <w:t>Nome ______; data ______; scenario ______. Rispondere Vero/Falso. La soluzione è destinata al formatore: separarla dal foglio durante la prova.</w:t>
      </w:r>
    </w:p>
    <w:tbl>
      <w:tblPr>
        <w:tblW w:w="9638" w:type="dxa"/>
        <w:jc w:val="center"/>
        <w:tblLayout w:type="fixed"/>
        <w:tblLook w:val="04A0" w:firstRow="1" w:lastRow="0" w:firstColumn="1" w:lastColumn="0" w:noHBand="0" w:noVBand="1"/>
      </w:tblPr>
      <w:tblGrid>
        <w:gridCol w:w="454"/>
        <w:gridCol w:w="8447"/>
        <w:gridCol w:w="737"/>
      </w:tblGrid>
      <w:tr w:rsidR="004713CD" w14:paraId="4486B402" w14:textId="77777777">
        <w:trPr>
          <w:cantSplit/>
          <w:tblHeader/>
          <w:jc w:val="center"/>
        </w:trPr>
        <w:tc>
          <w:tcPr>
            <w:tcW w:w="45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D2F10A9" w14:textId="77777777" w:rsidR="004713CD" w:rsidRDefault="00000000">
            <w:pPr>
              <w:pStyle w:val="TableText"/>
            </w:pPr>
            <w:r>
              <w:rPr>
                <w:b/>
                <w:color w:val="FFFFFF"/>
                <w:sz w:val="19"/>
              </w:rPr>
              <w:t>N.</w:t>
            </w:r>
          </w:p>
        </w:tc>
        <w:tc>
          <w:tcPr>
            <w:tcW w:w="844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19EF033" w14:textId="77777777" w:rsidR="004713CD" w:rsidRDefault="00000000">
            <w:pPr>
              <w:pStyle w:val="TableText"/>
            </w:pPr>
            <w:r>
              <w:rPr>
                <w:b/>
                <w:color w:val="FFFFFF"/>
                <w:sz w:val="19"/>
              </w:rPr>
              <w:t>Affermazione</w:t>
            </w:r>
          </w:p>
        </w:tc>
        <w:tc>
          <w:tcPr>
            <w:tcW w:w="73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9718EF8" w14:textId="77777777" w:rsidR="004713CD" w:rsidRDefault="00000000">
            <w:pPr>
              <w:pStyle w:val="TableText"/>
            </w:pPr>
            <w:r>
              <w:rPr>
                <w:b/>
                <w:color w:val="FFFFFF"/>
                <w:sz w:val="19"/>
              </w:rPr>
              <w:t>V / F</w:t>
            </w:r>
          </w:p>
        </w:tc>
      </w:tr>
      <w:tr w:rsidR="004713CD" w14:paraId="5A2EC82C"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EB48A7D" w14:textId="77777777" w:rsidR="004713CD" w:rsidRDefault="00000000">
            <w:pPr>
              <w:pStyle w:val="TableText"/>
            </w:pPr>
            <w:r>
              <w:rPr>
                <w:sz w:val="19"/>
              </w:rPr>
              <w:t>1</w:t>
            </w:r>
          </w:p>
        </w:tc>
        <w:tc>
          <w:tcPr>
            <w:tcW w:w="844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F31CE79" w14:textId="77777777" w:rsidR="004713CD" w:rsidRDefault="00000000">
            <w:pPr>
              <w:pStyle w:val="TableText"/>
            </w:pPr>
            <w:r>
              <w:rPr>
                <w:sz w:val="19"/>
              </w:rPr>
              <w:t>La prevenzione dei rischi riproduttivi riguarda anche i lavoratori maschi.</w:t>
            </w:r>
          </w:p>
        </w:tc>
        <w:tc>
          <w:tcPr>
            <w:tcW w:w="73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4CAFBE7" w14:textId="77777777" w:rsidR="004713CD" w:rsidRDefault="00000000">
            <w:pPr>
              <w:pStyle w:val="TableText"/>
            </w:pPr>
            <w:r>
              <w:rPr>
                <w:sz w:val="19"/>
              </w:rPr>
              <w:t>___</w:t>
            </w:r>
          </w:p>
        </w:tc>
      </w:tr>
      <w:tr w:rsidR="004713CD" w14:paraId="7AF9B7A6"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FC23878" w14:textId="77777777" w:rsidR="004713CD" w:rsidRDefault="00000000">
            <w:pPr>
              <w:pStyle w:val="TableText"/>
            </w:pPr>
            <w:r>
              <w:rPr>
                <w:sz w:val="19"/>
              </w:rPr>
              <w:t>2</w:t>
            </w:r>
          </w:p>
        </w:tc>
        <w:tc>
          <w:tcPr>
            <w:tcW w:w="844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8FD306D" w14:textId="77777777" w:rsidR="004713CD" w:rsidRDefault="00000000">
            <w:pPr>
              <w:pStyle w:val="TableText"/>
            </w:pPr>
            <w:r>
              <w:rPr>
                <w:sz w:val="19"/>
              </w:rPr>
              <w:t>Un risultato inferiore al limite di quantificazione dimostra un’esposizione nulla.</w:t>
            </w:r>
          </w:p>
        </w:tc>
        <w:tc>
          <w:tcPr>
            <w:tcW w:w="73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437C7D2" w14:textId="77777777" w:rsidR="004713CD" w:rsidRDefault="00000000">
            <w:pPr>
              <w:pStyle w:val="TableText"/>
            </w:pPr>
            <w:r>
              <w:rPr>
                <w:sz w:val="19"/>
              </w:rPr>
              <w:t>___</w:t>
            </w:r>
          </w:p>
        </w:tc>
      </w:tr>
      <w:tr w:rsidR="004713CD" w14:paraId="6B5FAE43"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075EE1" w14:textId="77777777" w:rsidR="004713CD" w:rsidRDefault="00000000">
            <w:pPr>
              <w:pStyle w:val="TableText"/>
            </w:pPr>
            <w:r>
              <w:rPr>
                <w:sz w:val="19"/>
              </w:rPr>
              <w:t>3</w:t>
            </w:r>
          </w:p>
        </w:tc>
        <w:tc>
          <w:tcPr>
            <w:tcW w:w="844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ACFB615" w14:textId="77777777" w:rsidR="004713CD" w:rsidRDefault="00000000">
            <w:pPr>
              <w:pStyle w:val="TableText"/>
            </w:pPr>
            <w:r>
              <w:rPr>
                <w:sz w:val="19"/>
              </w:rPr>
              <w:t>Tre mesi senza esposizione garantiscono sempre l’assenza di rischio per un futuro figlio.</w:t>
            </w:r>
          </w:p>
        </w:tc>
        <w:tc>
          <w:tcPr>
            <w:tcW w:w="73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D88FD06" w14:textId="77777777" w:rsidR="004713CD" w:rsidRDefault="00000000">
            <w:pPr>
              <w:pStyle w:val="TableText"/>
            </w:pPr>
            <w:r>
              <w:rPr>
                <w:sz w:val="19"/>
              </w:rPr>
              <w:t>___</w:t>
            </w:r>
          </w:p>
        </w:tc>
      </w:tr>
      <w:tr w:rsidR="004713CD" w14:paraId="3189329C"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AD2D6F" w14:textId="77777777" w:rsidR="004713CD" w:rsidRDefault="00000000">
            <w:pPr>
              <w:pStyle w:val="TableText"/>
            </w:pPr>
            <w:r>
              <w:rPr>
                <w:sz w:val="19"/>
              </w:rPr>
              <w:t>4</w:t>
            </w:r>
          </w:p>
        </w:tc>
        <w:tc>
          <w:tcPr>
            <w:tcW w:w="844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EB4E726" w14:textId="77777777" w:rsidR="004713CD" w:rsidRDefault="00000000">
            <w:pPr>
              <w:pStyle w:val="TableText"/>
            </w:pPr>
            <w:r>
              <w:rPr>
                <w:sz w:val="19"/>
              </w:rPr>
              <w:t>H360D riguarda il possibile danno allo sviluppo e non dimostra, da solo, uno specifico meccanismo paterno.</w:t>
            </w:r>
          </w:p>
        </w:tc>
        <w:tc>
          <w:tcPr>
            <w:tcW w:w="73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D145EE5" w14:textId="77777777" w:rsidR="004713CD" w:rsidRDefault="00000000">
            <w:pPr>
              <w:pStyle w:val="TableText"/>
            </w:pPr>
            <w:r>
              <w:rPr>
                <w:sz w:val="19"/>
              </w:rPr>
              <w:t>___</w:t>
            </w:r>
          </w:p>
        </w:tc>
      </w:tr>
      <w:tr w:rsidR="004713CD" w14:paraId="32F6FE4A"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7676615" w14:textId="77777777" w:rsidR="004713CD" w:rsidRDefault="00000000">
            <w:pPr>
              <w:pStyle w:val="TableText"/>
            </w:pPr>
            <w:r>
              <w:rPr>
                <w:sz w:val="19"/>
              </w:rPr>
              <w:t>5</w:t>
            </w:r>
          </w:p>
        </w:tc>
        <w:tc>
          <w:tcPr>
            <w:tcW w:w="844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4C4248B" w14:textId="77777777" w:rsidR="004713CD" w:rsidRDefault="00000000">
            <w:pPr>
              <w:pStyle w:val="TableText"/>
            </w:pPr>
            <w:r>
              <w:rPr>
                <w:sz w:val="19"/>
              </w:rPr>
              <w:t>Un filtrante per particelle protegge automaticamente anche da tutti i vapori chimici.</w:t>
            </w:r>
          </w:p>
        </w:tc>
        <w:tc>
          <w:tcPr>
            <w:tcW w:w="73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3BADE83" w14:textId="77777777" w:rsidR="004713CD" w:rsidRDefault="00000000">
            <w:pPr>
              <w:pStyle w:val="TableText"/>
            </w:pPr>
            <w:r>
              <w:rPr>
                <w:sz w:val="19"/>
              </w:rPr>
              <w:t>___</w:t>
            </w:r>
          </w:p>
        </w:tc>
      </w:tr>
      <w:tr w:rsidR="004713CD" w14:paraId="3A9F4B72"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8862749" w14:textId="77777777" w:rsidR="004713CD" w:rsidRDefault="00000000">
            <w:pPr>
              <w:pStyle w:val="TableText"/>
            </w:pPr>
            <w:r>
              <w:rPr>
                <w:sz w:val="19"/>
              </w:rPr>
              <w:t>6</w:t>
            </w:r>
          </w:p>
        </w:tc>
        <w:tc>
          <w:tcPr>
            <w:tcW w:w="844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D9E0385" w14:textId="77777777" w:rsidR="004713CD" w:rsidRDefault="00000000">
            <w:pPr>
              <w:pStyle w:val="TableText"/>
            </w:pPr>
            <w:r>
              <w:rPr>
                <w:sz w:val="19"/>
              </w:rPr>
              <w:t>Se la captazione necessaria non funziona, occorre fermarsi e segnalare secondo l’istruzione.</w:t>
            </w:r>
          </w:p>
        </w:tc>
        <w:tc>
          <w:tcPr>
            <w:tcW w:w="73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1F9E3A7" w14:textId="77777777" w:rsidR="004713CD" w:rsidRDefault="00000000">
            <w:pPr>
              <w:pStyle w:val="TableText"/>
            </w:pPr>
            <w:r>
              <w:rPr>
                <w:sz w:val="19"/>
              </w:rPr>
              <w:t>___</w:t>
            </w:r>
          </w:p>
        </w:tc>
      </w:tr>
      <w:tr w:rsidR="004713CD" w14:paraId="4EB89B7F"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C1E1CB9" w14:textId="77777777" w:rsidR="004713CD" w:rsidRDefault="00000000">
            <w:pPr>
              <w:pStyle w:val="TableText"/>
            </w:pPr>
            <w:r>
              <w:rPr>
                <w:sz w:val="19"/>
              </w:rPr>
              <w:t>7</w:t>
            </w:r>
          </w:p>
        </w:tc>
        <w:tc>
          <w:tcPr>
            <w:tcW w:w="844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A40A38B" w14:textId="77777777" w:rsidR="004713CD" w:rsidRDefault="00000000">
            <w:pPr>
              <w:pStyle w:val="TableText"/>
            </w:pPr>
            <w:r>
              <w:rPr>
                <w:sz w:val="19"/>
              </w:rPr>
              <w:t>I guanti contaminati possono essere usati per toccare telefono e oggetti personali.</w:t>
            </w:r>
          </w:p>
        </w:tc>
        <w:tc>
          <w:tcPr>
            <w:tcW w:w="73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CCF107F" w14:textId="77777777" w:rsidR="004713CD" w:rsidRDefault="00000000">
            <w:pPr>
              <w:pStyle w:val="TableText"/>
            </w:pPr>
            <w:r>
              <w:rPr>
                <w:sz w:val="19"/>
              </w:rPr>
              <w:t>___</w:t>
            </w:r>
          </w:p>
        </w:tc>
      </w:tr>
      <w:tr w:rsidR="004713CD" w14:paraId="1C7CCF1A"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B323C4B" w14:textId="77777777" w:rsidR="004713CD" w:rsidRDefault="00000000">
            <w:pPr>
              <w:pStyle w:val="TableText"/>
            </w:pPr>
            <w:r>
              <w:rPr>
                <w:sz w:val="19"/>
              </w:rPr>
              <w:t>8</w:t>
            </w:r>
          </w:p>
        </w:tc>
        <w:tc>
          <w:tcPr>
            <w:tcW w:w="844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13FC4F6" w14:textId="77777777" w:rsidR="004713CD" w:rsidRDefault="00000000">
            <w:pPr>
              <w:pStyle w:val="TableText"/>
            </w:pPr>
            <w:r>
              <w:rPr>
                <w:sz w:val="19"/>
              </w:rPr>
              <w:t>La diagnosi e i dettagli della fertilità devono essere comunicati al preposto.</w:t>
            </w:r>
          </w:p>
        </w:tc>
        <w:tc>
          <w:tcPr>
            <w:tcW w:w="73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67408A7" w14:textId="77777777" w:rsidR="004713CD" w:rsidRDefault="00000000">
            <w:pPr>
              <w:pStyle w:val="TableText"/>
            </w:pPr>
            <w:r>
              <w:rPr>
                <w:sz w:val="19"/>
              </w:rPr>
              <w:t>___</w:t>
            </w:r>
          </w:p>
        </w:tc>
      </w:tr>
      <w:tr w:rsidR="004713CD" w14:paraId="5F6D372C"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B21E984" w14:textId="77777777" w:rsidR="004713CD" w:rsidRDefault="00000000">
            <w:pPr>
              <w:pStyle w:val="TableText"/>
            </w:pPr>
            <w:r>
              <w:rPr>
                <w:sz w:val="19"/>
              </w:rPr>
              <w:t>9</w:t>
            </w:r>
          </w:p>
        </w:tc>
        <w:tc>
          <w:tcPr>
            <w:tcW w:w="844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F085B52" w14:textId="77777777" w:rsidR="004713CD" w:rsidRDefault="00000000">
            <w:pPr>
              <w:pStyle w:val="TableText"/>
            </w:pPr>
            <w:r>
              <w:rPr>
                <w:sz w:val="19"/>
              </w:rPr>
              <w:t>La sostituzione e le protezioni collettive vengono prima del ricorso ai soli DPI.</w:t>
            </w:r>
          </w:p>
        </w:tc>
        <w:tc>
          <w:tcPr>
            <w:tcW w:w="73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EA4480E" w14:textId="77777777" w:rsidR="004713CD" w:rsidRDefault="00000000">
            <w:pPr>
              <w:pStyle w:val="TableText"/>
            </w:pPr>
            <w:r>
              <w:rPr>
                <w:sz w:val="19"/>
              </w:rPr>
              <w:t>___</w:t>
            </w:r>
          </w:p>
        </w:tc>
      </w:tr>
      <w:tr w:rsidR="004713CD" w14:paraId="3D3F8F1D"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BEA7703" w14:textId="77777777" w:rsidR="004713CD" w:rsidRDefault="00000000">
            <w:pPr>
              <w:pStyle w:val="TableText"/>
            </w:pPr>
            <w:r>
              <w:rPr>
                <w:sz w:val="19"/>
              </w:rPr>
              <w:t>10</w:t>
            </w:r>
          </w:p>
        </w:tc>
        <w:tc>
          <w:tcPr>
            <w:tcW w:w="844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CE49ABC" w14:textId="77777777" w:rsidR="004713CD" w:rsidRDefault="00000000">
            <w:pPr>
              <w:pStyle w:val="TableText"/>
            </w:pPr>
            <w:r>
              <w:rPr>
                <w:sz w:val="19"/>
              </w:rPr>
              <w:t>Un campione di nuovo prodotto deve essere valutato prima del suo uso in lavorazione.</w:t>
            </w:r>
          </w:p>
        </w:tc>
        <w:tc>
          <w:tcPr>
            <w:tcW w:w="73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91106D3" w14:textId="77777777" w:rsidR="004713CD" w:rsidRDefault="00000000">
            <w:pPr>
              <w:pStyle w:val="TableText"/>
            </w:pPr>
            <w:r>
              <w:rPr>
                <w:sz w:val="19"/>
              </w:rPr>
              <w:t>___</w:t>
            </w:r>
          </w:p>
        </w:tc>
      </w:tr>
    </w:tbl>
    <w:p w14:paraId="4A6229CB" w14:textId="77777777" w:rsidR="004713CD" w:rsidRDefault="004713CD">
      <w:pPr>
        <w:pStyle w:val="Small"/>
        <w:spacing w:after="20"/>
      </w:pPr>
    </w:p>
    <w:p w14:paraId="32EA3DEB" w14:textId="77777777" w:rsidR="004713CD" w:rsidRDefault="00000000">
      <w:pPr>
        <w:pStyle w:val="Titolo2"/>
      </w:pPr>
      <w:r>
        <w:rPr>
          <w:b w:val="0"/>
        </w:rPr>
        <w:t>Chiave di correzione per il formatore</w:t>
      </w:r>
    </w:p>
    <w:p w14:paraId="5F562CCC" w14:textId="77777777" w:rsidR="004713CD" w:rsidRDefault="00000000">
      <w:r>
        <w:t>1 V — Tutela inclusiva. 2 F — “&lt;LOQ” non significa zero. 3 F — Nessun periodo universale di sicurezza. 4 V — Pericolo e meccanismo causale specifico sono distinti. 5 F — Particelle e gas/vapori richiedono protezioni appropriate. 6 V — La perdita di un controllo necessario impone l’interruzione sicura. 7 F — Evitare contaminazione indiretta. 8 F — Utilizzare il canale sanitario riservato. 9 V — Rispettare la gerarchia. 10 V — La prova non esenta dalla valutazione preventiva.</w:t>
      </w:r>
    </w:p>
    <w:tbl>
      <w:tblPr>
        <w:tblW w:w="9638" w:type="dxa"/>
        <w:jc w:val="center"/>
        <w:tblLayout w:type="fixed"/>
        <w:tblLook w:val="04A0" w:firstRow="1" w:lastRow="0" w:firstColumn="1" w:lastColumn="0" w:noHBand="0" w:noVBand="1"/>
      </w:tblPr>
      <w:tblGrid>
        <w:gridCol w:w="2438"/>
        <w:gridCol w:w="7200"/>
      </w:tblGrid>
      <w:tr w:rsidR="004713CD" w14:paraId="447C7A5C"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8017271"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A9014D8" w14:textId="77777777" w:rsidR="004713CD" w:rsidRDefault="00000000">
            <w:pPr>
              <w:pStyle w:val="TableText"/>
            </w:pPr>
            <w:r>
              <w:rPr>
                <w:b/>
                <w:color w:val="FFFFFF"/>
                <w:sz w:val="19"/>
              </w:rPr>
              <w:t>Compilazione / evidenza richiesta</w:t>
            </w:r>
          </w:p>
        </w:tc>
      </w:tr>
      <w:tr w:rsidR="004713CD" w14:paraId="41163BF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66EF7BB" w14:textId="77777777" w:rsidR="004713CD" w:rsidRDefault="00000000">
            <w:pPr>
              <w:pStyle w:val="TableText"/>
            </w:pPr>
            <w:r>
              <w:rPr>
                <w:sz w:val="19"/>
              </w:rPr>
              <w:t>Risultato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A22B8BF" w14:textId="77777777" w:rsidR="004713CD" w:rsidRDefault="00000000">
            <w:pPr>
              <w:pStyle w:val="TableText"/>
            </w:pPr>
            <w:r>
              <w:rPr>
                <w:sz w:val="19"/>
              </w:rPr>
              <w:t>[corrette ___/10; errori discussi; comprensione verificata]</w:t>
            </w:r>
          </w:p>
        </w:tc>
      </w:tr>
      <w:tr w:rsidR="004713CD" w14:paraId="0D37282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D069479" w14:textId="77777777" w:rsidR="004713CD" w:rsidRDefault="00000000">
            <w:pPr>
              <w:pStyle w:val="TableText"/>
            </w:pPr>
            <w:r>
              <w:rPr>
                <w:sz w:val="19"/>
              </w:rPr>
              <w:t>Rinforzo / nuova prova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7AAC77" w14:textId="77777777" w:rsidR="004713CD" w:rsidRDefault="00000000">
            <w:pPr>
              <w:pStyle w:val="TableText"/>
            </w:pPr>
            <w:r>
              <w:rPr>
                <w:sz w:val="19"/>
              </w:rPr>
              <w:t>[argomenti, data, docente, risultato]</w:t>
            </w:r>
          </w:p>
        </w:tc>
      </w:tr>
    </w:tbl>
    <w:p w14:paraId="180C0842" w14:textId="77777777" w:rsidR="004713CD" w:rsidRDefault="004713CD">
      <w:pPr>
        <w:pStyle w:val="Small"/>
        <w:spacing w:after="20"/>
      </w:pPr>
    </w:p>
    <w:p w14:paraId="20A58646" w14:textId="77777777" w:rsidR="004713CD" w:rsidRDefault="00000000">
      <w:pPr>
        <w:pStyle w:val="FieldText"/>
      </w:pPr>
      <w:r>
        <w:t>Partecipante __________  Formatore __________  Data __________</w:t>
      </w:r>
    </w:p>
    <w:p w14:paraId="091CEB0C" w14:textId="77777777" w:rsidR="004713CD" w:rsidRDefault="00000000">
      <w:r>
        <w:br w:type="page"/>
      </w:r>
    </w:p>
    <w:p w14:paraId="3571E701" w14:textId="77777777" w:rsidR="004713CD" w:rsidRDefault="00000000">
      <w:pPr>
        <w:pStyle w:val="Kicker"/>
      </w:pPr>
      <w:r>
        <w:rPr>
          <w:b w:val="0"/>
        </w:rPr>
        <w:t>ALLEGATI OPERATIVI  /  MODULISTICA EDITABILE</w:t>
      </w:r>
    </w:p>
    <w:p w14:paraId="6DB7DB51" w14:textId="77777777" w:rsidR="004713CD" w:rsidRDefault="00000000">
      <w:pPr>
        <w:pStyle w:val="Titolo1"/>
      </w:pPr>
      <w:bookmarkStart w:id="45" w:name="A18"/>
      <w:r>
        <w:rPr>
          <w:b w:val="0"/>
        </w:rPr>
        <w:t>A18 · Informativa per lavoratori e lavoratrici</w:t>
      </w:r>
      <w:bookmarkEnd w:id="45"/>
    </w:p>
    <w:p w14:paraId="416596FB" w14:textId="77777777" w:rsidR="004713CD" w:rsidRDefault="00000000">
      <w:pPr>
        <w:pStyle w:val="Small"/>
      </w:pPr>
      <w:r>
        <w:t>PR-RIP-01 • Modulo A18 • Revisione ___ • Azienda/sito __________________ • Data __________</w:t>
      </w:r>
    </w:p>
    <w:p w14:paraId="715DEC07" w14:textId="77777777" w:rsidR="004713CD" w:rsidRDefault="00000000">
      <w:r>
        <w:rPr>
          <w:b/>
        </w:rPr>
        <w:t>La prevenzione chimica protegge anche la salute riproduttiva.</w:t>
      </w:r>
      <w:r>
        <w:t xml:space="preserve"> Alcune sostanze possono danneggiare la fertilità o lo sviluppo della prole. Le esposizioni maschili prima del concepimento possono essere rilevanti: non si tratta soltanto di proteggere la gravidanza. La presenza di un pericolo non significa che si verificherà necessariamente un danno. [S1]</w:t>
      </w:r>
    </w:p>
    <w:p w14:paraId="3B34C85F" w14:textId="77777777" w:rsidR="004713CD" w:rsidRDefault="00000000">
      <w:pPr>
        <w:pStyle w:val="Titolo2"/>
      </w:pPr>
      <w:r>
        <w:rPr>
          <w:b w:val="0"/>
        </w:rPr>
        <w:t>Che cosa fare ogni giorno</w:t>
      </w:r>
    </w:p>
    <w:tbl>
      <w:tblPr>
        <w:tblW w:w="9638" w:type="dxa"/>
        <w:jc w:val="center"/>
        <w:tblLayout w:type="fixed"/>
        <w:tblLook w:val="04A0" w:firstRow="1" w:lastRow="0" w:firstColumn="1" w:lastColumn="0" w:noHBand="0" w:noVBand="1"/>
      </w:tblPr>
      <w:tblGrid>
        <w:gridCol w:w="2324"/>
        <w:gridCol w:w="7314"/>
      </w:tblGrid>
      <w:tr w:rsidR="004713CD" w14:paraId="7086A23F" w14:textId="77777777">
        <w:trPr>
          <w:cantSplit/>
          <w:tblHeader/>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2F7B9DA" w14:textId="77777777" w:rsidR="004713CD" w:rsidRDefault="00000000">
            <w:pPr>
              <w:pStyle w:val="TableText"/>
            </w:pPr>
            <w:r>
              <w:rPr>
                <w:b/>
                <w:color w:val="FFFFFF"/>
                <w:sz w:val="20"/>
              </w:rPr>
              <w:t>Situazione</w:t>
            </w:r>
          </w:p>
        </w:tc>
        <w:tc>
          <w:tcPr>
            <w:tcW w:w="7313"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4A1DC21" w14:textId="77777777" w:rsidR="004713CD" w:rsidRDefault="00000000">
            <w:pPr>
              <w:pStyle w:val="TableText"/>
            </w:pPr>
            <w:r>
              <w:rPr>
                <w:b/>
                <w:color w:val="FFFFFF"/>
                <w:sz w:val="20"/>
              </w:rPr>
              <w:t>Comportamento richiesto</w:t>
            </w:r>
          </w:p>
        </w:tc>
      </w:tr>
      <w:tr w:rsidR="004713CD" w14:paraId="0653F82A"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80B36EE" w14:textId="77777777" w:rsidR="004713CD" w:rsidRDefault="00000000">
            <w:pPr>
              <w:pStyle w:val="TableText"/>
            </w:pPr>
            <w:r>
              <w:rPr>
                <w:sz w:val="20"/>
              </w:rPr>
              <w:t>Prima di iniziare</w:t>
            </w:r>
          </w:p>
        </w:tc>
        <w:tc>
          <w:tcPr>
            <w:tcW w:w="731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14745F7" w14:textId="77777777" w:rsidR="004713CD" w:rsidRDefault="00000000">
            <w:pPr>
              <w:pStyle w:val="TableText"/>
            </w:pPr>
            <w:r>
              <w:rPr>
                <w:sz w:val="20"/>
              </w:rPr>
              <w:t>Usare solo il prodotto autorizzato; leggere l’istruzione e verificare aspirazione, contenitori e DPI.</w:t>
            </w:r>
          </w:p>
        </w:tc>
      </w:tr>
      <w:tr w:rsidR="004713CD" w14:paraId="28B10E68"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E641828" w14:textId="77777777" w:rsidR="004713CD" w:rsidRDefault="00000000">
            <w:pPr>
              <w:pStyle w:val="TableText"/>
            </w:pPr>
            <w:r>
              <w:rPr>
                <w:sz w:val="20"/>
              </w:rPr>
              <w:t>Durante la lavorazione</w:t>
            </w:r>
          </w:p>
        </w:tc>
        <w:tc>
          <w:tcPr>
            <w:tcW w:w="731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0FF9983" w14:textId="77777777" w:rsidR="004713CD" w:rsidRDefault="00000000">
            <w:pPr>
              <w:pStyle w:val="TableText"/>
            </w:pPr>
            <w:r>
              <w:rPr>
                <w:sz w:val="20"/>
              </w:rPr>
              <w:t>Non modificare quantità o parametri; evitare contatto e dispersioni; mantenere attive le protezioni.</w:t>
            </w:r>
          </w:p>
        </w:tc>
      </w:tr>
      <w:tr w:rsidR="004713CD" w14:paraId="50160846"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B828120" w14:textId="77777777" w:rsidR="004713CD" w:rsidRDefault="00000000">
            <w:pPr>
              <w:pStyle w:val="TableText"/>
            </w:pPr>
            <w:r>
              <w:rPr>
                <w:sz w:val="20"/>
              </w:rPr>
              <w:t>Mani e oggetti</w:t>
            </w:r>
          </w:p>
        </w:tc>
        <w:tc>
          <w:tcPr>
            <w:tcW w:w="731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8A07E31" w14:textId="77777777" w:rsidR="004713CD" w:rsidRDefault="00000000">
            <w:pPr>
              <w:pStyle w:val="TableText"/>
            </w:pPr>
            <w:r>
              <w:rPr>
                <w:sz w:val="20"/>
              </w:rPr>
              <w:t>Non mangiare, bere o fumare nell’area interessata. Non toccare telefono, maniglie o oggetti puliti con guanti contaminati.</w:t>
            </w:r>
          </w:p>
        </w:tc>
      </w:tr>
      <w:tr w:rsidR="004713CD" w14:paraId="386CBEE5"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8484389" w14:textId="77777777" w:rsidR="004713CD" w:rsidRDefault="00000000">
            <w:pPr>
              <w:pStyle w:val="TableText"/>
            </w:pPr>
            <w:r>
              <w:rPr>
                <w:sz w:val="20"/>
              </w:rPr>
              <w:t>Fine lavoro</w:t>
            </w:r>
          </w:p>
        </w:tc>
        <w:tc>
          <w:tcPr>
            <w:tcW w:w="731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753E45F" w14:textId="77777777" w:rsidR="004713CD" w:rsidRDefault="00000000">
            <w:pPr>
              <w:pStyle w:val="TableText"/>
            </w:pPr>
            <w:r>
              <w:rPr>
                <w:sz w:val="20"/>
              </w:rPr>
              <w:t>Pulire con il metodo previsto, gestire rifiuti e DPI, lavarsi secondo l’istruzione; non portare a casa indumenti contaminati.</w:t>
            </w:r>
          </w:p>
        </w:tc>
      </w:tr>
      <w:tr w:rsidR="004713CD" w14:paraId="6EAC69C0"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EE41B60" w14:textId="77777777" w:rsidR="004713CD" w:rsidRDefault="00000000">
            <w:pPr>
              <w:pStyle w:val="TableText"/>
            </w:pPr>
            <w:r>
              <w:rPr>
                <w:sz w:val="20"/>
              </w:rPr>
              <w:t>Se qualcosa non funziona</w:t>
            </w:r>
          </w:p>
        </w:tc>
        <w:tc>
          <w:tcPr>
            <w:tcW w:w="731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FFB16F4" w14:textId="77777777" w:rsidR="004713CD" w:rsidRDefault="00000000">
            <w:pPr>
              <w:pStyle w:val="TableText"/>
            </w:pPr>
            <w:r>
              <w:rPr>
                <w:sz w:val="20"/>
              </w:rPr>
              <w:t>Fermarsi in sicurezza, allontanarsi quando necessario e avvertire subito il preposto. Non improvvisare riparazioni o bonifiche.</w:t>
            </w:r>
          </w:p>
        </w:tc>
      </w:tr>
      <w:tr w:rsidR="004713CD" w14:paraId="4AA09152" w14:textId="77777777">
        <w:trPr>
          <w:cantSplit/>
          <w:jc w:val="center"/>
        </w:trPr>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761E628" w14:textId="77777777" w:rsidR="004713CD" w:rsidRDefault="00000000">
            <w:pPr>
              <w:pStyle w:val="TableText"/>
            </w:pPr>
            <w:r>
              <w:rPr>
                <w:sz w:val="20"/>
              </w:rPr>
              <w:t>Domande sulla salute</w:t>
            </w:r>
          </w:p>
        </w:tc>
        <w:tc>
          <w:tcPr>
            <w:tcW w:w="731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1C76CAA" w14:textId="77777777" w:rsidR="004713CD" w:rsidRDefault="00000000">
            <w:pPr>
              <w:pStyle w:val="TableText"/>
            </w:pPr>
            <w:r>
              <w:rPr>
                <w:sz w:val="20"/>
              </w:rPr>
              <w:t>Rivolgersi al medico competente tramite il canale riservato. Non comunicare referti o informazioni familiari al reparto.</w:t>
            </w:r>
          </w:p>
        </w:tc>
      </w:tr>
    </w:tbl>
    <w:p w14:paraId="0CF3CF48" w14:textId="77777777" w:rsidR="004713CD" w:rsidRDefault="004713CD">
      <w:pPr>
        <w:pStyle w:val="Small"/>
        <w:spacing w:after="20"/>
      </w:pPr>
    </w:p>
    <w:p w14:paraId="0063C47E" w14:textId="77777777" w:rsidR="004713CD" w:rsidRDefault="00000000">
      <w:pPr>
        <w:pStyle w:val="Titolo2"/>
      </w:pPr>
      <w:r>
        <w:rPr>
          <w:b w:val="0"/>
        </w:rPr>
        <w:t>Tre chiarimenti importanti</w:t>
      </w:r>
    </w:p>
    <w:p w14:paraId="0E75C641" w14:textId="77777777" w:rsidR="004713CD" w:rsidRDefault="00000000">
      <w:r>
        <w:t>Non esiste un’attesa di tre mesi che garantisca sempre l’assenza di rischio dopo l’esposizione. Gli approfondimenti clinici sono decisi dal medico, non richiesti genericamente a tutti. Le misure di protezione non dipendono dall’obbligo di dichiarare l’intenzione di avere figli.</w:t>
      </w:r>
    </w:p>
    <w:p w14:paraId="57437318" w14:textId="77777777" w:rsidR="004713CD" w:rsidRDefault="00000000">
      <w:r>
        <w:t>Per gravidanza e allattamento sono disponibili le tutele e i canali previsti dalla disciplina specifica. I dubbi su medicinali o condizioni personali vanno discussi con il medico; non interrompere trattamenti prescritti sulla base di questo foglio.</w:t>
      </w:r>
    </w:p>
    <w:tbl>
      <w:tblPr>
        <w:tblW w:w="9638" w:type="dxa"/>
        <w:jc w:val="center"/>
        <w:tblLayout w:type="fixed"/>
        <w:tblLook w:val="04A0" w:firstRow="1" w:lastRow="0" w:firstColumn="1" w:lastColumn="0" w:noHBand="0" w:noVBand="1"/>
      </w:tblPr>
      <w:tblGrid>
        <w:gridCol w:w="2438"/>
        <w:gridCol w:w="7200"/>
      </w:tblGrid>
      <w:tr w:rsidR="004713CD" w14:paraId="2A933DB1"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1A352DD"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1AED0F7" w14:textId="77777777" w:rsidR="004713CD" w:rsidRDefault="00000000">
            <w:pPr>
              <w:pStyle w:val="TableText"/>
            </w:pPr>
            <w:r>
              <w:rPr>
                <w:b/>
                <w:color w:val="FFFFFF"/>
                <w:sz w:val="19"/>
              </w:rPr>
              <w:t>Compilazione / evidenza richiesta</w:t>
            </w:r>
          </w:p>
        </w:tc>
      </w:tr>
      <w:tr w:rsidR="004713CD" w14:paraId="47F4B641"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DB27E5A" w14:textId="77777777" w:rsidR="004713CD" w:rsidRDefault="00000000">
            <w:pPr>
              <w:pStyle w:val="TableText"/>
            </w:pPr>
            <w:r>
              <w:rPr>
                <w:sz w:val="19"/>
              </w:rPr>
              <w:t>Preposto / segnalazioni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3A62560" w14:textId="77777777" w:rsidR="004713CD" w:rsidRDefault="00000000">
            <w:pPr>
              <w:pStyle w:val="TableText"/>
            </w:pPr>
            <w:r>
              <w:rPr>
                <w:sz w:val="19"/>
              </w:rPr>
              <w:t>[nome e contatto]</w:t>
            </w:r>
          </w:p>
        </w:tc>
      </w:tr>
      <w:tr w:rsidR="004713CD" w14:paraId="0DC2B92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200C87D" w14:textId="77777777" w:rsidR="004713CD" w:rsidRDefault="00000000">
            <w:pPr>
              <w:pStyle w:val="TableText"/>
            </w:pPr>
            <w:r>
              <w:rPr>
                <w:sz w:val="19"/>
              </w:rPr>
              <w:t>Medico competente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31813F7" w14:textId="77777777" w:rsidR="004713CD" w:rsidRDefault="00000000">
            <w:pPr>
              <w:pStyle w:val="TableText"/>
            </w:pPr>
            <w:r>
              <w:rPr>
                <w:sz w:val="19"/>
              </w:rPr>
              <w:t>[contatto diretto riservato e modalità di richiesta]</w:t>
            </w:r>
          </w:p>
        </w:tc>
      </w:tr>
      <w:tr w:rsidR="004713CD" w14:paraId="2B9383A3"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246FA5F" w14:textId="77777777" w:rsidR="004713CD" w:rsidRDefault="00000000">
            <w:pPr>
              <w:pStyle w:val="TableText"/>
            </w:pPr>
            <w:r>
              <w:rPr>
                <w:sz w:val="19"/>
              </w:rPr>
              <w:t>Emergenza / documenti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7FFCE1F" w14:textId="77777777" w:rsidR="004713CD" w:rsidRDefault="00000000">
            <w:pPr>
              <w:pStyle w:val="TableText"/>
            </w:pPr>
            <w:r>
              <w:rPr>
                <w:sz w:val="19"/>
              </w:rPr>
              <w:t>[numero del sito; ubicazione SDS e istruzioni; punto di raccolta]</w:t>
            </w:r>
          </w:p>
        </w:tc>
      </w:tr>
    </w:tbl>
    <w:p w14:paraId="552DBEE2" w14:textId="77777777" w:rsidR="004713CD" w:rsidRDefault="004713CD">
      <w:pPr>
        <w:pStyle w:val="Small"/>
        <w:spacing w:after="20"/>
      </w:pPr>
    </w:p>
    <w:p w14:paraId="5700C68E" w14:textId="77777777" w:rsidR="004713CD" w:rsidRDefault="00000000">
      <w:pPr>
        <w:pStyle w:val="Small"/>
      </w:pPr>
      <w:r>
        <w:t>Ricevuta informativa in data ______; lavoratore ______. L’eventuale firma attesta la consegna, non una rinuncia alle tutele o un consenso alla raccolta di dati sulla fertilità.</w:t>
      </w:r>
    </w:p>
    <w:p w14:paraId="53CE2959" w14:textId="77777777" w:rsidR="004713CD" w:rsidRDefault="00000000">
      <w:r>
        <w:br w:type="page"/>
      </w:r>
    </w:p>
    <w:p w14:paraId="27152D86" w14:textId="77777777" w:rsidR="004713CD" w:rsidRDefault="00000000">
      <w:pPr>
        <w:pStyle w:val="Kicker"/>
      </w:pPr>
      <w:r>
        <w:rPr>
          <w:b w:val="0"/>
        </w:rPr>
        <w:t>ALLEGATI OPERATIVI  /  MODULISTICA EDITABILE</w:t>
      </w:r>
    </w:p>
    <w:p w14:paraId="7280409F" w14:textId="77777777" w:rsidR="004713CD" w:rsidRDefault="00000000">
      <w:pPr>
        <w:pStyle w:val="Titolo1"/>
      </w:pPr>
      <w:bookmarkStart w:id="46" w:name="A19_a"/>
      <w:r>
        <w:rPr>
          <w:b w:val="0"/>
        </w:rPr>
        <w:t>A19 · Audit della procedura — 1/2</w:t>
      </w:r>
      <w:bookmarkEnd w:id="46"/>
    </w:p>
    <w:p w14:paraId="3D3C16E3" w14:textId="77777777" w:rsidR="004713CD" w:rsidRDefault="00000000">
      <w:pPr>
        <w:pStyle w:val="Small"/>
      </w:pPr>
      <w:r>
        <w:t>PR-RIP-01 • Modulo A19 • Revisione ___ • Azienda/sito __________________ • Data __________</w:t>
      </w:r>
    </w:p>
    <w:p w14:paraId="4546D782" w14:textId="77777777" w:rsidR="004713CD" w:rsidRDefault="00000000">
      <w:pPr>
        <w:pStyle w:val="Small"/>
      </w:pPr>
      <w:r>
        <w:t>Sito ______; data ______; auditor ______; reparti/scenari campionati ______. Per ogni N aprire A07; NA richiede motivazione. C = potenziale criticità da valutare immediatamente.</w:t>
      </w:r>
    </w:p>
    <w:tbl>
      <w:tblPr>
        <w:tblW w:w="9638" w:type="dxa"/>
        <w:jc w:val="center"/>
        <w:tblLayout w:type="fixed"/>
        <w:tblLook w:val="04A0" w:firstRow="1" w:lastRow="0" w:firstColumn="1" w:lastColumn="0" w:noHBand="0" w:noVBand="1"/>
      </w:tblPr>
      <w:tblGrid>
        <w:gridCol w:w="454"/>
        <w:gridCol w:w="5216"/>
        <w:gridCol w:w="1020"/>
        <w:gridCol w:w="2948"/>
      </w:tblGrid>
      <w:tr w:rsidR="004713CD" w14:paraId="7B327746" w14:textId="77777777">
        <w:trPr>
          <w:cantSplit/>
          <w:tblHeader/>
          <w:jc w:val="center"/>
        </w:trPr>
        <w:tc>
          <w:tcPr>
            <w:tcW w:w="45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9C67649" w14:textId="77777777" w:rsidR="004713CD" w:rsidRDefault="00000000">
            <w:pPr>
              <w:pStyle w:val="TableText"/>
            </w:pPr>
            <w:r>
              <w:rPr>
                <w:b/>
                <w:color w:val="FFFFFF"/>
              </w:rPr>
              <w:t>N.</w:t>
            </w:r>
          </w:p>
        </w:tc>
        <w:tc>
          <w:tcPr>
            <w:tcW w:w="521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DB4A31D" w14:textId="77777777" w:rsidR="004713CD" w:rsidRDefault="00000000">
            <w:pPr>
              <w:pStyle w:val="TableText"/>
            </w:pPr>
            <w:r>
              <w:rPr>
                <w:b/>
                <w:color w:val="FFFFFF"/>
              </w:rPr>
              <w:t>Verifica</w:t>
            </w:r>
          </w:p>
        </w:tc>
        <w:tc>
          <w:tcPr>
            <w:tcW w:w="102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5E26C25" w14:textId="77777777" w:rsidR="004713CD" w:rsidRDefault="00000000">
            <w:pPr>
              <w:pStyle w:val="TableText"/>
            </w:pPr>
            <w:r>
              <w:rPr>
                <w:b/>
                <w:color w:val="FFFFFF"/>
              </w:rPr>
              <w:t>Esito</w:t>
            </w:r>
          </w:p>
        </w:tc>
        <w:tc>
          <w:tcPr>
            <w:tcW w:w="294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A5BB4C4" w14:textId="77777777" w:rsidR="004713CD" w:rsidRDefault="00000000">
            <w:pPr>
              <w:pStyle w:val="TableText"/>
            </w:pPr>
            <w:r>
              <w:rPr>
                <w:b/>
                <w:color w:val="FFFFFF"/>
              </w:rPr>
              <w:t>Evidenza / azione</w:t>
            </w:r>
          </w:p>
        </w:tc>
      </w:tr>
      <w:tr w:rsidR="004713CD" w14:paraId="1C4A53C0"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A16C1D9" w14:textId="77777777" w:rsidR="004713CD" w:rsidRDefault="00000000">
            <w:pPr>
              <w:pStyle w:val="TableText"/>
            </w:pPr>
            <w:r>
              <w:t>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61780C4" w14:textId="77777777" w:rsidR="004713CD" w:rsidRDefault="00000000">
            <w:pPr>
              <w:pStyle w:val="TableText"/>
            </w:pPr>
            <w:r>
              <w:t>Inventario completo anche per impurità, sottoprodotti, pulizie e manutenzioni.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EB3BE5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09AC37D" w14:textId="77777777" w:rsidR="004713CD" w:rsidRDefault="00000000">
            <w:pPr>
              <w:pStyle w:val="TableText"/>
            </w:pPr>
            <w:r>
              <w:t>[da compilare]</w:t>
            </w:r>
          </w:p>
        </w:tc>
      </w:tr>
      <w:tr w:rsidR="004713CD" w14:paraId="0EA1B5DA"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A7BAF36" w14:textId="77777777" w:rsidR="004713CD" w:rsidRDefault="00000000">
            <w:pPr>
              <w:pStyle w:val="TableText"/>
            </w:pPr>
            <w:r>
              <w:t>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5FD88E1" w14:textId="77777777" w:rsidR="004713CD" w:rsidRDefault="00000000">
            <w:pPr>
              <w:pStyle w:val="TableText"/>
            </w:pPr>
            <w:r>
              <w:t>Prodotti nuovi/campioni/appaltatori valutati prima dell’uso. C</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A78E68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B315549" w14:textId="77777777" w:rsidR="004713CD" w:rsidRDefault="00000000">
            <w:pPr>
              <w:pStyle w:val="TableText"/>
            </w:pPr>
            <w:r>
              <w:t>[da compilare]</w:t>
            </w:r>
          </w:p>
        </w:tc>
      </w:tr>
      <w:tr w:rsidR="004713CD" w14:paraId="7D9A29F7"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CCA27FC" w14:textId="77777777" w:rsidR="004713CD" w:rsidRDefault="00000000">
            <w:pPr>
              <w:pStyle w:val="TableText"/>
            </w:pPr>
            <w:r>
              <w:t>3</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6CECCE" w14:textId="77777777" w:rsidR="004713CD" w:rsidRDefault="00000000">
            <w:pPr>
              <w:pStyle w:val="TableText"/>
            </w:pPr>
            <w:r>
              <w:t>SDS pertinenti, accessibili e coerenti con formulazione e processo.</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7C550DC"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7BBE056" w14:textId="77777777" w:rsidR="004713CD" w:rsidRDefault="00000000">
            <w:pPr>
              <w:pStyle w:val="TableText"/>
            </w:pPr>
            <w:r>
              <w:t>[da compilare]</w:t>
            </w:r>
          </w:p>
        </w:tc>
      </w:tr>
      <w:tr w:rsidR="004713CD" w14:paraId="1A5228AB"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E48EA22" w14:textId="77777777" w:rsidR="004713CD" w:rsidRDefault="00000000">
            <w:pPr>
              <w:pStyle w:val="TableText"/>
            </w:pPr>
            <w:r>
              <w:t>4</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E4AE880" w14:textId="77777777" w:rsidR="004713CD" w:rsidRDefault="00000000">
            <w:pPr>
              <w:pStyle w:val="TableText"/>
            </w:pPr>
            <w:r>
              <w:t>Classificazioni, concentrazioni, frasi H e campo Capo I/II verificati.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AC661A6"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79CED8E" w14:textId="77777777" w:rsidR="004713CD" w:rsidRDefault="00000000">
            <w:pPr>
              <w:pStyle w:val="TableText"/>
            </w:pPr>
            <w:r>
              <w:t>[da compilare]</w:t>
            </w:r>
          </w:p>
        </w:tc>
      </w:tr>
      <w:tr w:rsidR="004713CD" w14:paraId="7ACE2716"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CEEF7EB" w14:textId="77777777" w:rsidR="004713CD" w:rsidRDefault="00000000">
            <w:pPr>
              <w:pStyle w:val="TableText"/>
            </w:pPr>
            <w:r>
              <w:t>5</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6A9DD5E" w14:textId="77777777" w:rsidR="004713CD" w:rsidRDefault="00000000">
            <w:pPr>
              <w:pStyle w:val="TableText"/>
            </w:pPr>
            <w:r>
              <w:t>Designazione della soglia e limiti riferiti a fonti corrette e applicabili.</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9E47AC"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C307A3C" w14:textId="77777777" w:rsidR="004713CD" w:rsidRDefault="00000000">
            <w:pPr>
              <w:pStyle w:val="TableText"/>
            </w:pPr>
            <w:r>
              <w:t>[da compilare]</w:t>
            </w:r>
          </w:p>
        </w:tc>
      </w:tr>
      <w:tr w:rsidR="004713CD" w14:paraId="07015217"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1BE6848" w14:textId="77777777" w:rsidR="004713CD" w:rsidRDefault="00000000">
            <w:pPr>
              <w:pStyle w:val="TableText"/>
            </w:pPr>
            <w:r>
              <w:t>6</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0B38493" w14:textId="77777777" w:rsidR="004713CD" w:rsidRDefault="00000000">
            <w:pPr>
              <w:pStyle w:val="TableText"/>
            </w:pPr>
            <w:r>
              <w:t>Restrizioni/autorizzazioni e transitori verificati quando pertinenti.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1F1BCE4"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1E8473A" w14:textId="77777777" w:rsidR="004713CD" w:rsidRDefault="00000000">
            <w:pPr>
              <w:pStyle w:val="TableText"/>
            </w:pPr>
            <w:r>
              <w:t>[da compilare]</w:t>
            </w:r>
          </w:p>
        </w:tc>
      </w:tr>
      <w:tr w:rsidR="004713CD" w14:paraId="75AE53D9"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8B703E9" w14:textId="77777777" w:rsidR="004713CD" w:rsidRDefault="00000000">
            <w:pPr>
              <w:pStyle w:val="TableText"/>
            </w:pPr>
            <w:r>
              <w:t>7</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1DED65" w14:textId="77777777" w:rsidR="004713CD" w:rsidRDefault="00000000">
            <w:pPr>
              <w:pStyle w:val="TableText"/>
            </w:pPr>
            <w:r>
              <w:t>Scenari reali valutati, inclusi turni, fasi rare e persone esterne. C</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728F6D0"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991491B" w14:textId="77777777" w:rsidR="004713CD" w:rsidRDefault="00000000">
            <w:pPr>
              <w:pStyle w:val="TableText"/>
            </w:pPr>
            <w:r>
              <w:t>[da compilare]</w:t>
            </w:r>
          </w:p>
        </w:tc>
      </w:tr>
      <w:tr w:rsidR="004713CD" w14:paraId="5E44A873"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BD3A353" w14:textId="77777777" w:rsidR="004713CD" w:rsidRDefault="00000000">
            <w:pPr>
              <w:pStyle w:val="TableText"/>
            </w:pPr>
            <w:r>
              <w:t>8</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12D7DFF" w14:textId="77777777" w:rsidR="004713CD" w:rsidRDefault="00000000">
            <w:pPr>
              <w:pStyle w:val="TableText"/>
            </w:pPr>
            <w:r>
              <w:t>Tutte le vie di esposizione, inclusa quella cutanea, considerate.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947671F"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34BCEAE" w14:textId="77777777" w:rsidR="004713CD" w:rsidRDefault="00000000">
            <w:pPr>
              <w:pStyle w:val="TableText"/>
            </w:pPr>
            <w:r>
              <w:t>[da compilare]</w:t>
            </w:r>
          </w:p>
        </w:tc>
      </w:tr>
      <w:tr w:rsidR="004713CD" w14:paraId="1C4C2C20"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AFF294F" w14:textId="77777777" w:rsidR="004713CD" w:rsidRDefault="00000000">
            <w:pPr>
              <w:pStyle w:val="TableText"/>
            </w:pPr>
            <w:r>
              <w:t>9</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9E073E4" w14:textId="77777777" w:rsidR="004713CD" w:rsidRDefault="00000000">
            <w:pPr>
              <w:pStyle w:val="TableText"/>
            </w:pPr>
            <w:r>
              <w:t>DVR completo dei contenuti richiesti e motivazioni delle scelte.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2CAFAE0"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0071F65" w14:textId="77777777" w:rsidR="004713CD" w:rsidRDefault="00000000">
            <w:pPr>
              <w:pStyle w:val="TableText"/>
            </w:pPr>
            <w:r>
              <w:t>[da compilare]</w:t>
            </w:r>
          </w:p>
        </w:tc>
      </w:tr>
      <w:tr w:rsidR="004713CD" w14:paraId="0594F526"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1459793" w14:textId="77777777" w:rsidR="004713CD" w:rsidRDefault="00000000">
            <w:pPr>
              <w:pStyle w:val="TableText"/>
            </w:pPr>
            <w:r>
              <w:t>10</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5D4B4F9" w14:textId="77777777" w:rsidR="004713CD" w:rsidRDefault="00000000">
            <w:pPr>
              <w:pStyle w:val="TableText"/>
            </w:pPr>
            <w:r>
              <w:t>Indagini di sostituzione documentate e riesaminate.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C2F94B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86A0029" w14:textId="77777777" w:rsidR="004713CD" w:rsidRDefault="00000000">
            <w:pPr>
              <w:pStyle w:val="TableText"/>
            </w:pPr>
            <w:r>
              <w:t>[da compilare]</w:t>
            </w:r>
          </w:p>
        </w:tc>
      </w:tr>
      <w:tr w:rsidR="004713CD" w14:paraId="2004651B"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E8D5486" w14:textId="77777777" w:rsidR="004713CD" w:rsidRDefault="00000000">
            <w:pPr>
              <w:pStyle w:val="TableText"/>
            </w:pPr>
            <w:r>
              <w:t>11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EF0687A" w14:textId="77777777" w:rsidR="004713CD" w:rsidRDefault="00000000">
            <w:pPr>
              <w:pStyle w:val="TableText"/>
            </w:pPr>
            <w:r>
              <w:t>Possibilità di sistema chiuso valutata e attuata quando dovuta.</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7E4FB51"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68A3AF4" w14:textId="77777777" w:rsidR="004713CD" w:rsidRDefault="00000000">
            <w:pPr>
              <w:pStyle w:val="TableText"/>
            </w:pPr>
            <w:r>
              <w:t>[da compilare]</w:t>
            </w:r>
          </w:p>
        </w:tc>
      </w:tr>
      <w:tr w:rsidR="004713CD" w14:paraId="66E5FC10"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3A774B4" w14:textId="77777777" w:rsidR="004713CD" w:rsidRDefault="00000000">
            <w:pPr>
              <w:pStyle w:val="TableText"/>
            </w:pPr>
            <w:r>
              <w:t>12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350A90" w14:textId="77777777" w:rsidR="004713CD" w:rsidRDefault="00000000">
            <w:pPr>
              <w:pStyle w:val="TableText"/>
            </w:pPr>
            <w:r>
              <w:t>Controlli tecnici efficaci e prestazioni verificabili. C</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FE302B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2ECF0FD" w14:textId="77777777" w:rsidR="004713CD" w:rsidRDefault="00000000">
            <w:pPr>
              <w:pStyle w:val="TableText"/>
            </w:pPr>
            <w:r>
              <w:t>[da compilare]</w:t>
            </w:r>
          </w:p>
        </w:tc>
      </w:tr>
    </w:tbl>
    <w:p w14:paraId="2003F012"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5EDFF068"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21D987D"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46FC4DB" w14:textId="77777777" w:rsidR="004713CD" w:rsidRDefault="00000000">
            <w:pPr>
              <w:pStyle w:val="TableText"/>
            </w:pPr>
            <w:r>
              <w:rPr>
                <w:b/>
                <w:color w:val="FFFFFF"/>
                <w:sz w:val="19"/>
              </w:rPr>
              <w:t>Compilazione / evidenza richiesta</w:t>
            </w:r>
          </w:p>
        </w:tc>
      </w:tr>
      <w:tr w:rsidR="004713CD" w14:paraId="6CD1669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016A05E" w14:textId="77777777" w:rsidR="004713CD" w:rsidRDefault="00000000">
            <w:pPr>
              <w:pStyle w:val="TableText"/>
            </w:pPr>
            <w:r>
              <w:rPr>
                <w:sz w:val="19"/>
              </w:rPr>
              <w:t>Evidenze campionate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F132725" w14:textId="77777777" w:rsidR="004713CD" w:rsidRDefault="00000000">
            <w:pPr>
              <w:pStyle w:val="TableText"/>
            </w:pPr>
            <w:r>
              <w:rPr>
                <w:sz w:val="19"/>
              </w:rPr>
              <w:t>[documenti/versioni, sopralluoghi, persone sentite, misure e impianti verificati]</w:t>
            </w:r>
          </w:p>
        </w:tc>
      </w:tr>
      <w:tr w:rsidR="004713CD" w14:paraId="509CDC0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85AB3BC" w14:textId="77777777" w:rsidR="004713CD" w:rsidRDefault="00000000">
            <w:pPr>
              <w:pStyle w:val="TableText"/>
            </w:pPr>
            <w:r>
              <w:rPr>
                <w:sz w:val="19"/>
              </w:rPr>
              <w:t>Carenze critiche / stop</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AAE025A" w14:textId="77777777" w:rsidR="004713CD" w:rsidRDefault="00000000">
            <w:pPr>
              <w:pStyle w:val="TableText"/>
            </w:pPr>
            <w:r>
              <w:rPr>
                <w:sz w:val="19"/>
              </w:rPr>
              <w:t>[scenario, azione immediata, responsabile e data/ora]</w:t>
            </w:r>
          </w:p>
        </w:tc>
      </w:tr>
      <w:tr w:rsidR="004713CD" w14:paraId="231CF82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CB1241A" w14:textId="77777777" w:rsidR="004713CD" w:rsidRDefault="00000000">
            <w:pPr>
              <w:pStyle w:val="TableText"/>
            </w:pPr>
            <w:r>
              <w:rPr>
                <w:sz w:val="19"/>
              </w:rPr>
              <w:t>Non conformità collegate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C2B816" w14:textId="77777777" w:rsidR="004713CD" w:rsidRDefault="00000000">
            <w:pPr>
              <w:pStyle w:val="TableText"/>
            </w:pPr>
            <w:r>
              <w:rPr>
                <w:sz w:val="19"/>
              </w:rPr>
              <w:t>[ID A07 e rinvio alla seconda parte]</w:t>
            </w:r>
          </w:p>
        </w:tc>
      </w:tr>
    </w:tbl>
    <w:p w14:paraId="29682FE2" w14:textId="77777777" w:rsidR="004713CD" w:rsidRDefault="004713CD">
      <w:pPr>
        <w:pStyle w:val="Small"/>
        <w:spacing w:after="20"/>
      </w:pPr>
    </w:p>
    <w:p w14:paraId="1D01AA6D" w14:textId="77777777" w:rsidR="004713CD" w:rsidRDefault="00000000">
      <w:pPr>
        <w:pStyle w:val="FieldText"/>
      </w:pPr>
      <w:r>
        <w:t>Auditor __________  Responsabile sito __________  Data __________</w:t>
      </w:r>
    </w:p>
    <w:p w14:paraId="63F3C959" w14:textId="77777777" w:rsidR="004713CD" w:rsidRDefault="00000000">
      <w:r>
        <w:br w:type="page"/>
      </w:r>
    </w:p>
    <w:p w14:paraId="1A804C8D" w14:textId="77777777" w:rsidR="004713CD" w:rsidRDefault="00000000">
      <w:pPr>
        <w:pStyle w:val="Kicker"/>
      </w:pPr>
      <w:r>
        <w:rPr>
          <w:b w:val="0"/>
        </w:rPr>
        <w:t>ALLEGATI OPERATIVI  /  MODULISTICA EDITABILE</w:t>
      </w:r>
    </w:p>
    <w:p w14:paraId="4705824E" w14:textId="77777777" w:rsidR="004713CD" w:rsidRDefault="00000000">
      <w:pPr>
        <w:pStyle w:val="Titolo1"/>
      </w:pPr>
      <w:bookmarkStart w:id="47" w:name="A19_b"/>
      <w:r>
        <w:rPr>
          <w:b w:val="0"/>
        </w:rPr>
        <w:t>A19 · Audit della procedura — 2/2</w:t>
      </w:r>
      <w:bookmarkEnd w:id="47"/>
    </w:p>
    <w:p w14:paraId="3964D64F" w14:textId="77777777" w:rsidR="004713CD" w:rsidRDefault="00000000">
      <w:pPr>
        <w:pStyle w:val="Small"/>
      </w:pPr>
      <w:r>
        <w:t>PR-RIP-01 • Modulo A19 • Revisione ___ • Azienda/sito __________________ • Data __________</w:t>
      </w:r>
    </w:p>
    <w:p w14:paraId="6C7E64B8" w14:textId="77777777" w:rsidR="004713CD" w:rsidRDefault="00000000">
      <w:pPr>
        <w:pStyle w:val="Small"/>
      </w:pPr>
      <w:r>
        <w:t>Audit ______; proseguimento. Valutare l’effettiva applicazione, non soltanto la presenza di moduli firmati.</w:t>
      </w:r>
    </w:p>
    <w:tbl>
      <w:tblPr>
        <w:tblW w:w="9638" w:type="dxa"/>
        <w:jc w:val="center"/>
        <w:tblLayout w:type="fixed"/>
        <w:tblLook w:val="04A0" w:firstRow="1" w:lastRow="0" w:firstColumn="1" w:lastColumn="0" w:noHBand="0" w:noVBand="1"/>
      </w:tblPr>
      <w:tblGrid>
        <w:gridCol w:w="454"/>
        <w:gridCol w:w="5216"/>
        <w:gridCol w:w="1020"/>
        <w:gridCol w:w="2948"/>
      </w:tblGrid>
      <w:tr w:rsidR="004713CD" w14:paraId="4A59B639" w14:textId="77777777">
        <w:trPr>
          <w:cantSplit/>
          <w:tblHeader/>
          <w:jc w:val="center"/>
        </w:trPr>
        <w:tc>
          <w:tcPr>
            <w:tcW w:w="45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7EAE6BF" w14:textId="77777777" w:rsidR="004713CD" w:rsidRDefault="00000000">
            <w:pPr>
              <w:pStyle w:val="TableText"/>
            </w:pPr>
            <w:r>
              <w:rPr>
                <w:b/>
                <w:color w:val="FFFFFF"/>
              </w:rPr>
              <w:t>N.</w:t>
            </w:r>
          </w:p>
        </w:tc>
        <w:tc>
          <w:tcPr>
            <w:tcW w:w="521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9A309A0" w14:textId="77777777" w:rsidR="004713CD" w:rsidRDefault="00000000">
            <w:pPr>
              <w:pStyle w:val="TableText"/>
            </w:pPr>
            <w:r>
              <w:rPr>
                <w:b/>
                <w:color w:val="FFFFFF"/>
              </w:rPr>
              <w:t>Verifica</w:t>
            </w:r>
          </w:p>
        </w:tc>
        <w:tc>
          <w:tcPr>
            <w:tcW w:w="102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EB5099B" w14:textId="77777777" w:rsidR="004713CD" w:rsidRDefault="00000000">
            <w:pPr>
              <w:pStyle w:val="TableText"/>
            </w:pPr>
            <w:r>
              <w:rPr>
                <w:b/>
                <w:color w:val="FFFFFF"/>
              </w:rPr>
              <w:t>Esito</w:t>
            </w:r>
          </w:p>
        </w:tc>
        <w:tc>
          <w:tcPr>
            <w:tcW w:w="294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23E47EB" w14:textId="77777777" w:rsidR="004713CD" w:rsidRDefault="00000000">
            <w:pPr>
              <w:pStyle w:val="TableText"/>
            </w:pPr>
            <w:r>
              <w:rPr>
                <w:b/>
                <w:color w:val="FFFFFF"/>
              </w:rPr>
              <w:t>Evidenza / azione</w:t>
            </w:r>
          </w:p>
        </w:tc>
      </w:tr>
      <w:tr w:rsidR="004713CD" w14:paraId="0CFEE44B"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EB076DB" w14:textId="77777777" w:rsidR="004713CD" w:rsidRDefault="00000000">
            <w:pPr>
              <w:pStyle w:val="TableText"/>
            </w:pPr>
            <w:r>
              <w:t>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2CC9AB6" w14:textId="77777777" w:rsidR="004713CD" w:rsidRDefault="00000000">
            <w:pPr>
              <w:pStyle w:val="TableText"/>
            </w:pPr>
            <w:r>
              <w:t>Manutenzioni, allarmi e guasti gestiti senza bypass non autorizzati. C</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E57E200"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C860873" w14:textId="77777777" w:rsidR="004713CD" w:rsidRDefault="00000000">
            <w:pPr>
              <w:pStyle w:val="TableText"/>
            </w:pPr>
            <w:r>
              <w:t>[da compilare]</w:t>
            </w:r>
          </w:p>
        </w:tc>
      </w:tr>
      <w:tr w:rsidR="004713CD" w14:paraId="100C7D5E"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88D3C9" w14:textId="77777777" w:rsidR="004713CD" w:rsidRDefault="00000000">
            <w:pPr>
              <w:pStyle w:val="TableText"/>
            </w:pPr>
            <w:r>
              <w:t>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13184E3" w14:textId="77777777" w:rsidR="004713CD" w:rsidRDefault="00000000">
            <w:pPr>
              <w:pStyle w:val="TableText"/>
            </w:pPr>
            <w:r>
              <w:t>Igiene, separazione pulito/sporco e divieto di contaminazione domestica attuati.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3C3BB26"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6EF93F8" w14:textId="77777777" w:rsidR="004713CD" w:rsidRDefault="00000000">
            <w:pPr>
              <w:pStyle w:val="TableText"/>
            </w:pPr>
            <w:r>
              <w:t>[da compilare]</w:t>
            </w:r>
          </w:p>
        </w:tc>
      </w:tr>
      <w:tr w:rsidR="004713CD" w14:paraId="4718C340"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A3244AE" w14:textId="77777777" w:rsidR="004713CD" w:rsidRDefault="00000000">
            <w:pPr>
              <w:pStyle w:val="TableText"/>
            </w:pPr>
            <w:r>
              <w:t>3</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581B6A2" w14:textId="77777777" w:rsidR="004713CD" w:rsidRDefault="00000000">
            <w:pPr>
              <w:pStyle w:val="TableText"/>
            </w:pPr>
            <w:r>
              <w:t>DPI specifici, disponibili e correttamente usati; cambio documentato. C</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C481C26"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56CB997" w14:textId="77777777" w:rsidR="004713CD" w:rsidRDefault="00000000">
            <w:pPr>
              <w:pStyle w:val="TableText"/>
            </w:pPr>
            <w:r>
              <w:t>[da compilare]</w:t>
            </w:r>
          </w:p>
        </w:tc>
      </w:tr>
      <w:tr w:rsidR="004713CD" w14:paraId="3D7B8B60"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C074F96" w14:textId="77777777" w:rsidR="004713CD" w:rsidRDefault="00000000">
            <w:pPr>
              <w:pStyle w:val="TableText"/>
            </w:pPr>
            <w:r>
              <w:t>4</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F84DF18" w14:textId="77777777" w:rsidR="004713CD" w:rsidRDefault="00000000">
            <w:pPr>
              <w:pStyle w:val="TableText"/>
            </w:pPr>
            <w:r>
              <w:t>Piano di misurazione adeguato, rapporti tracciabili e risultati interpretati.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76F7F01"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B67F053" w14:textId="77777777" w:rsidR="004713CD" w:rsidRDefault="00000000">
            <w:pPr>
              <w:pStyle w:val="TableText"/>
            </w:pPr>
            <w:r>
              <w:t>[da compilare]</w:t>
            </w:r>
          </w:p>
        </w:tc>
      </w:tr>
      <w:tr w:rsidR="004713CD" w14:paraId="7B930F85"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79EB8F1" w14:textId="77777777" w:rsidR="004713CD" w:rsidRDefault="00000000">
            <w:pPr>
              <w:pStyle w:val="TableText"/>
            </w:pPr>
            <w:r>
              <w:t>5</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F29D1F0" w14:textId="77777777" w:rsidR="004713CD" w:rsidRDefault="00000000">
            <w:pPr>
              <w:pStyle w:val="TableText"/>
            </w:pPr>
            <w:r>
              <w:t>Sorveglianza sanitaria applicata nei presupposti corretti; informazioni di rischio aggiornate.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267BC9A"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0BB46AD" w14:textId="77777777" w:rsidR="004713CD" w:rsidRDefault="00000000">
            <w:pPr>
              <w:pStyle w:val="TableText"/>
            </w:pPr>
            <w:r>
              <w:t>[da compilare]</w:t>
            </w:r>
          </w:p>
        </w:tc>
      </w:tr>
      <w:tr w:rsidR="004713CD" w14:paraId="1F6BFAC1"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3C755C1" w14:textId="77777777" w:rsidR="004713CD" w:rsidRDefault="00000000">
            <w:pPr>
              <w:pStyle w:val="TableText"/>
            </w:pPr>
            <w:r>
              <w:t>6</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131B172" w14:textId="77777777" w:rsidR="004713CD" w:rsidRDefault="00000000">
            <w:pPr>
              <w:pStyle w:val="TableText"/>
            </w:pPr>
            <w:r>
              <w:t>Assenza di questionari HR su fertilità o di diffusione di referti sanitari.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A711E36"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0A0AF25" w14:textId="77777777" w:rsidR="004713CD" w:rsidRDefault="00000000">
            <w:pPr>
              <w:pStyle w:val="TableText"/>
            </w:pPr>
            <w:r>
              <w:t>[da compilare]</w:t>
            </w:r>
          </w:p>
        </w:tc>
      </w:tr>
      <w:tr w:rsidR="004713CD" w14:paraId="1CC44F93"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C7F8F90" w14:textId="77777777" w:rsidR="004713CD" w:rsidRDefault="00000000">
            <w:pPr>
              <w:pStyle w:val="TableText"/>
            </w:pPr>
            <w:r>
              <w:t>7</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4B34BCD" w14:textId="77777777" w:rsidR="004713CD" w:rsidRDefault="00000000">
            <w:pPr>
              <w:pStyle w:val="TableText"/>
            </w:pPr>
            <w:r>
              <w:t>Registro esposti e trasmissioni applicabili verificati con ricevute.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D6FABB3"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01ABCA9" w14:textId="77777777" w:rsidR="004713CD" w:rsidRDefault="00000000">
            <w:pPr>
              <w:pStyle w:val="TableText"/>
            </w:pPr>
            <w:r>
              <w:t>[da compilare]</w:t>
            </w:r>
          </w:p>
        </w:tc>
      </w:tr>
      <w:tr w:rsidR="004713CD" w14:paraId="26331894"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22D8C60" w14:textId="77777777" w:rsidR="004713CD" w:rsidRDefault="00000000">
            <w:pPr>
              <w:pStyle w:val="TableText"/>
            </w:pPr>
            <w:r>
              <w:t>8</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86F1C2A" w14:textId="77777777" w:rsidR="004713CD" w:rsidRDefault="00000000">
            <w:pPr>
              <w:pStyle w:val="TableText"/>
            </w:pPr>
            <w:r>
              <w:t>Formazione e capacità pratiche verificate prima dell’assegnazione.</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9983033"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E7E1687" w14:textId="77777777" w:rsidR="004713CD" w:rsidRDefault="00000000">
            <w:pPr>
              <w:pStyle w:val="TableText"/>
            </w:pPr>
            <w:r>
              <w:t>[da compilare]</w:t>
            </w:r>
          </w:p>
        </w:tc>
      </w:tr>
      <w:tr w:rsidR="004713CD" w14:paraId="727A451E"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142AFF3" w14:textId="77777777" w:rsidR="004713CD" w:rsidRDefault="00000000">
            <w:pPr>
              <w:pStyle w:val="TableText"/>
            </w:pPr>
            <w:r>
              <w:t>9</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664AA02" w14:textId="77777777" w:rsidR="004713CD" w:rsidRDefault="00000000">
            <w:pPr>
              <w:pStyle w:val="TableText"/>
            </w:pPr>
            <w:r>
              <w:t>Appaltatori e attività non ordinarie coordinati e autorizzati. C</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EDAF96D"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19F9740" w14:textId="77777777" w:rsidR="004713CD" w:rsidRDefault="00000000">
            <w:pPr>
              <w:pStyle w:val="TableText"/>
            </w:pPr>
            <w:r>
              <w:t>[da compilare]</w:t>
            </w:r>
          </w:p>
        </w:tc>
      </w:tr>
      <w:tr w:rsidR="004713CD" w14:paraId="6D3D4C33"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7BA8C0E" w14:textId="77777777" w:rsidR="004713CD" w:rsidRDefault="00000000">
            <w:pPr>
              <w:pStyle w:val="TableText"/>
            </w:pPr>
            <w:r>
              <w:t>10</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9BCE2D" w14:textId="77777777" w:rsidR="004713CD" w:rsidRDefault="00000000">
            <w:pPr>
              <w:pStyle w:val="TableText"/>
            </w:pPr>
            <w:r>
              <w:t>Emergenze e comunicazioni gestite; ripresa dopo verifica. C</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6416D10"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701DB0E" w14:textId="77777777" w:rsidR="004713CD" w:rsidRDefault="00000000">
            <w:pPr>
              <w:pStyle w:val="TableText"/>
            </w:pPr>
            <w:r>
              <w:t>[da compilare]</w:t>
            </w:r>
          </w:p>
        </w:tc>
      </w:tr>
      <w:tr w:rsidR="004713CD" w14:paraId="63B035C6"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3A12F7F" w14:textId="77777777" w:rsidR="004713CD" w:rsidRDefault="00000000">
            <w:pPr>
              <w:pStyle w:val="TableText"/>
            </w:pPr>
            <w:r>
              <w:t>11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9A7F56D" w14:textId="77777777" w:rsidR="004713CD" w:rsidRDefault="00000000">
            <w:pPr>
              <w:pStyle w:val="TableText"/>
            </w:pPr>
            <w:r>
              <w:t>Modifiche, azioni scadute e verifiche di efficacia tracciate.</w:t>
            </w:r>
          </w:p>
        </w:tc>
        <w:tc>
          <w:tcPr>
            <w:tcW w:w="102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B7F2BB7"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8BCF281" w14:textId="77777777" w:rsidR="004713CD" w:rsidRDefault="00000000">
            <w:pPr>
              <w:pStyle w:val="TableText"/>
            </w:pPr>
            <w:r>
              <w:t>[da compilare]</w:t>
            </w:r>
          </w:p>
        </w:tc>
      </w:tr>
      <w:tr w:rsidR="004713CD" w14:paraId="2122D53D" w14:textId="77777777">
        <w:trPr>
          <w:cantSplit/>
          <w:jc w:val="center"/>
        </w:trPr>
        <w:tc>
          <w:tcPr>
            <w:tcW w:w="45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A0BD0E1" w14:textId="77777777" w:rsidR="004713CD" w:rsidRDefault="00000000">
            <w:pPr>
              <w:pStyle w:val="TableText"/>
            </w:pPr>
            <w:r>
              <w:t>12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25953C8" w14:textId="77777777" w:rsidR="004713CD" w:rsidRDefault="00000000">
            <w:pPr>
              <w:pStyle w:val="TableText"/>
            </w:pPr>
            <w:r>
              <w:t>Riesame, indicatori e regole di conservazione/accesso applicati.</w:t>
            </w:r>
          </w:p>
        </w:tc>
        <w:tc>
          <w:tcPr>
            <w:tcW w:w="102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7EFE5DE" w14:textId="77777777" w:rsidR="004713CD" w:rsidRDefault="00000000">
            <w:pPr>
              <w:pStyle w:val="TableText"/>
            </w:pPr>
            <w:r>
              <w:t>S / N / NA</w:t>
            </w:r>
          </w:p>
        </w:tc>
        <w:tc>
          <w:tcPr>
            <w:tcW w:w="294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95230B1" w14:textId="77777777" w:rsidR="004713CD" w:rsidRDefault="00000000">
            <w:pPr>
              <w:pStyle w:val="TableText"/>
            </w:pPr>
            <w:r>
              <w:t>[da compilare]</w:t>
            </w:r>
          </w:p>
        </w:tc>
      </w:tr>
    </w:tbl>
    <w:p w14:paraId="505B3DF5"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68B7ED2E"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764ADB4"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C68BA17" w14:textId="77777777" w:rsidR="004713CD" w:rsidRDefault="00000000">
            <w:pPr>
              <w:pStyle w:val="TableText"/>
            </w:pPr>
            <w:r>
              <w:rPr>
                <w:b/>
                <w:color w:val="FFFFFF"/>
                <w:sz w:val="19"/>
              </w:rPr>
              <w:t>Compilazione / evidenza richiesta</w:t>
            </w:r>
          </w:p>
        </w:tc>
      </w:tr>
      <w:tr w:rsidR="004713CD" w14:paraId="16304B35"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312DBF8" w14:textId="77777777" w:rsidR="004713CD" w:rsidRDefault="00000000">
            <w:pPr>
              <w:pStyle w:val="TableText"/>
            </w:pPr>
            <w:r>
              <w:rPr>
                <w:sz w:val="19"/>
              </w:rPr>
              <w:t>Giudizio sull’audit</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58DA644" w14:textId="77777777" w:rsidR="004713CD" w:rsidRDefault="00000000">
            <w:pPr>
              <w:pStyle w:val="TableText"/>
            </w:pPr>
            <w:r>
              <w:rPr>
                <w:sz w:val="19"/>
              </w:rPr>
              <w:t>[punti adeguati, limiti del campione, carenze; non è una certificazione]</w:t>
            </w:r>
          </w:p>
        </w:tc>
      </w:tr>
      <w:tr w:rsidR="004713CD" w14:paraId="3DCCCA3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5C1F530" w14:textId="77777777" w:rsidR="004713CD" w:rsidRDefault="00000000">
            <w:pPr>
              <w:pStyle w:val="TableText"/>
            </w:pPr>
            <w:r>
              <w:rPr>
                <w:sz w:val="19"/>
              </w:rPr>
              <w:t>Azioni prioritarie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CE8107A" w14:textId="77777777" w:rsidR="004713CD" w:rsidRDefault="00000000">
            <w:pPr>
              <w:pStyle w:val="TableText"/>
            </w:pPr>
            <w:r>
              <w:rPr>
                <w:sz w:val="19"/>
              </w:rPr>
              <w:t>[ID A07, proprietari, termini, misure transitorie e verificatori]</w:t>
            </w:r>
          </w:p>
        </w:tc>
      </w:tr>
      <w:tr w:rsidR="004713CD" w14:paraId="4E460253"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476C57F" w14:textId="77777777" w:rsidR="004713CD" w:rsidRDefault="00000000">
            <w:pPr>
              <w:pStyle w:val="TableText"/>
            </w:pPr>
            <w:r>
              <w:rPr>
                <w:sz w:val="19"/>
              </w:rPr>
              <w:t>Follow-up</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B837C58" w14:textId="77777777" w:rsidR="004713CD" w:rsidRDefault="00000000">
            <w:pPr>
              <w:pStyle w:val="TableText"/>
            </w:pPr>
            <w:r>
              <w:rPr>
                <w:sz w:val="19"/>
              </w:rPr>
              <w:t>[data/evento, campione di verifica e criteri di chiusura]</w:t>
            </w:r>
          </w:p>
        </w:tc>
      </w:tr>
    </w:tbl>
    <w:p w14:paraId="6ED4197E" w14:textId="77777777" w:rsidR="004713CD" w:rsidRDefault="004713CD">
      <w:pPr>
        <w:pStyle w:val="Small"/>
        <w:spacing w:after="20"/>
      </w:pPr>
    </w:p>
    <w:p w14:paraId="59E2F3D4" w14:textId="77777777" w:rsidR="004713CD" w:rsidRDefault="00000000">
      <w:pPr>
        <w:pStyle w:val="FieldText"/>
      </w:pPr>
      <w:r>
        <w:t>Auditor __________  Presa in carico responsabile __________  Riesame DL __________</w:t>
      </w:r>
    </w:p>
    <w:p w14:paraId="72B0EBFF" w14:textId="77777777" w:rsidR="004713CD" w:rsidRDefault="00000000">
      <w:r>
        <w:br w:type="page"/>
      </w:r>
    </w:p>
    <w:p w14:paraId="085A89A1" w14:textId="77777777" w:rsidR="004713CD" w:rsidRDefault="00000000">
      <w:pPr>
        <w:pStyle w:val="Kicker"/>
      </w:pPr>
      <w:r>
        <w:rPr>
          <w:b w:val="0"/>
        </w:rPr>
        <w:t>ALLEGATI OPERATIVI  /  MODULISTICA EDITABILE</w:t>
      </w:r>
    </w:p>
    <w:p w14:paraId="145E9FDC" w14:textId="77777777" w:rsidR="004713CD" w:rsidRDefault="00000000">
      <w:pPr>
        <w:pStyle w:val="Titolo1"/>
      </w:pPr>
      <w:bookmarkStart w:id="48" w:name="A20"/>
      <w:r>
        <w:rPr>
          <w:b w:val="0"/>
        </w:rPr>
        <w:t>A20 · Riesame della direzione e indicatori</w:t>
      </w:r>
      <w:bookmarkEnd w:id="48"/>
    </w:p>
    <w:p w14:paraId="0D278182" w14:textId="77777777" w:rsidR="004713CD" w:rsidRDefault="00000000">
      <w:pPr>
        <w:pStyle w:val="Small"/>
      </w:pPr>
      <w:r>
        <w:t>PR-RIP-01 • Modulo A20 • Revisione ___ • Azienda/sito __________________ • Data __________</w:t>
      </w:r>
    </w:p>
    <w:p w14:paraId="3FA00FC0" w14:textId="77777777" w:rsidR="004713CD" w:rsidRDefault="00000000">
      <w:pPr>
        <w:pStyle w:val="Small"/>
      </w:pPr>
      <w:r>
        <w:t>Periodo ______; data riunione ______; partecipanti ______. Non inserire tassi di fertilità, gravidanze, aborti o condizioni dei figli. Gli obiettivi sotto sono proposte interne da approvare.</w:t>
      </w:r>
    </w:p>
    <w:tbl>
      <w:tblPr>
        <w:tblW w:w="9638" w:type="dxa"/>
        <w:jc w:val="center"/>
        <w:tblLayout w:type="fixed"/>
        <w:tblLook w:val="04A0" w:firstRow="1" w:lastRow="0" w:firstColumn="1" w:lastColumn="0" w:noHBand="0" w:noVBand="1"/>
      </w:tblPr>
      <w:tblGrid>
        <w:gridCol w:w="5103"/>
        <w:gridCol w:w="2324"/>
        <w:gridCol w:w="2211"/>
      </w:tblGrid>
      <w:tr w:rsidR="004713CD" w14:paraId="0D239687" w14:textId="77777777">
        <w:trPr>
          <w:cantSplit/>
          <w:tblHeader/>
          <w:jc w:val="center"/>
        </w:trPr>
        <w:tc>
          <w:tcPr>
            <w:tcW w:w="510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A890313" w14:textId="77777777" w:rsidR="004713CD" w:rsidRDefault="00000000">
            <w:pPr>
              <w:pStyle w:val="TableText"/>
            </w:pPr>
            <w:r>
              <w:rPr>
                <w:b/>
                <w:color w:val="FFFFFF"/>
              </w:rPr>
              <w:t>Indicatore e formula</w:t>
            </w:r>
          </w:p>
        </w:tc>
        <w:tc>
          <w:tcPr>
            <w:tcW w:w="232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547F74B" w14:textId="77777777" w:rsidR="004713CD" w:rsidRDefault="00000000">
            <w:pPr>
              <w:pStyle w:val="TableText"/>
            </w:pPr>
            <w:r>
              <w:rPr>
                <w:b/>
                <w:color w:val="FFFFFF"/>
              </w:rPr>
              <w:t>Valore / obiettivo</w:t>
            </w:r>
          </w:p>
        </w:tc>
        <w:tc>
          <w:tcPr>
            <w:tcW w:w="2211"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4E70123" w14:textId="77777777" w:rsidR="004713CD" w:rsidRDefault="00000000">
            <w:pPr>
              <w:pStyle w:val="TableText"/>
            </w:pPr>
            <w:r>
              <w:rPr>
                <w:b/>
                <w:color w:val="FFFFFF"/>
              </w:rPr>
              <w:t>Decisione</w:t>
            </w:r>
          </w:p>
        </w:tc>
      </w:tr>
      <w:tr w:rsidR="004713CD" w14:paraId="4BC593FC" w14:textId="77777777">
        <w:trPr>
          <w:cantSplit/>
          <w:jc w:val="center"/>
        </w:trPr>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952615B" w14:textId="77777777" w:rsidR="004713CD" w:rsidRDefault="00000000">
            <w:pPr>
              <w:pStyle w:val="TableText"/>
            </w:pPr>
            <w:r>
              <w:t>Prodotti valutati = valutati ÷ prodotti in uso × 100</w:t>
            </w:r>
          </w:p>
        </w:tc>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86DAF42" w14:textId="77777777" w:rsidR="004713CD" w:rsidRDefault="00000000">
            <w:pPr>
              <w:pStyle w:val="TableText"/>
            </w:pPr>
            <w:r>
              <w:t>[___] / [100% proposto]</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2E95098" w14:textId="77777777" w:rsidR="004713CD" w:rsidRDefault="00000000">
            <w:pPr>
              <w:pStyle w:val="TableText"/>
            </w:pPr>
            <w:r>
              <w:t>[azione e responsabile]</w:t>
            </w:r>
          </w:p>
        </w:tc>
      </w:tr>
      <w:tr w:rsidR="004713CD" w14:paraId="4B017635" w14:textId="77777777">
        <w:trPr>
          <w:cantSplit/>
          <w:jc w:val="center"/>
        </w:trPr>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5CB104D" w14:textId="77777777" w:rsidR="004713CD" w:rsidRDefault="00000000">
            <w:pPr>
              <w:pStyle w:val="TableText"/>
            </w:pPr>
            <w:r>
              <w:t>Scenari con istruzioni vigenti = completi ÷ attivi × 100</w:t>
            </w:r>
          </w:p>
        </w:tc>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A3D3E15" w14:textId="77777777" w:rsidR="004713CD" w:rsidRDefault="00000000">
            <w:pPr>
              <w:pStyle w:val="TableText"/>
            </w:pPr>
            <w:r>
              <w:t>[___] / [100% proposto]</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A835284" w14:textId="77777777" w:rsidR="004713CD" w:rsidRDefault="00000000">
            <w:pPr>
              <w:pStyle w:val="TableText"/>
            </w:pPr>
            <w:r>
              <w:t>[___]</w:t>
            </w:r>
          </w:p>
        </w:tc>
      </w:tr>
      <w:tr w:rsidR="004713CD" w14:paraId="6F10ECB7" w14:textId="77777777">
        <w:trPr>
          <w:cantSplit/>
          <w:jc w:val="center"/>
        </w:trPr>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220AA72" w14:textId="77777777" w:rsidR="004713CD" w:rsidRDefault="00000000">
            <w:pPr>
              <w:pStyle w:val="TableText"/>
            </w:pPr>
            <w:r>
              <w:t>Azioni critiche aperte / scadute = numero</w:t>
            </w:r>
          </w:p>
        </w:tc>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A378D11" w14:textId="77777777" w:rsidR="004713CD" w:rsidRDefault="00000000">
            <w:pPr>
              <w:pStyle w:val="TableText"/>
            </w:pPr>
            <w:r>
              <w:t>[___] / [0 prima dell’uso]</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02B7AC1" w14:textId="77777777" w:rsidR="004713CD" w:rsidRDefault="00000000">
            <w:pPr>
              <w:pStyle w:val="TableText"/>
            </w:pPr>
            <w:r>
              <w:t>[___]</w:t>
            </w:r>
          </w:p>
        </w:tc>
      </w:tr>
      <w:tr w:rsidR="004713CD" w14:paraId="042FE6C1" w14:textId="77777777">
        <w:trPr>
          <w:cantSplit/>
          <w:jc w:val="center"/>
        </w:trPr>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75627EE" w14:textId="77777777" w:rsidR="004713CD" w:rsidRDefault="00000000">
            <w:pPr>
              <w:pStyle w:val="TableText"/>
            </w:pPr>
            <w:r>
              <w:t>Controlli tecnici eseguiti = eseguiti ÷ dovuti × 100</w:t>
            </w:r>
          </w:p>
        </w:tc>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F46D49D" w14:textId="77777777" w:rsidR="004713CD" w:rsidRDefault="00000000">
            <w:pPr>
              <w:pStyle w:val="TableText"/>
            </w:pPr>
            <w:r>
              <w:t>[___] / [100% proposto]</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B576E51" w14:textId="77777777" w:rsidR="004713CD" w:rsidRDefault="00000000">
            <w:pPr>
              <w:pStyle w:val="TableText"/>
            </w:pPr>
            <w:r>
              <w:t>[___]</w:t>
            </w:r>
          </w:p>
        </w:tc>
      </w:tr>
      <w:tr w:rsidR="004713CD" w14:paraId="6DEDC697" w14:textId="77777777">
        <w:trPr>
          <w:cantSplit/>
          <w:jc w:val="center"/>
        </w:trPr>
        <w:tc>
          <w:tcPr>
            <w:tcW w:w="510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CB43EF9" w14:textId="77777777" w:rsidR="004713CD" w:rsidRDefault="00000000">
            <w:pPr>
              <w:pStyle w:val="TableText"/>
            </w:pPr>
            <w:r>
              <w:t>Formazione/capacità = completati ÷ dovuti × 100</w:t>
            </w:r>
          </w:p>
        </w:tc>
        <w:tc>
          <w:tcPr>
            <w:tcW w:w="232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9E0AD85" w14:textId="77777777" w:rsidR="004713CD" w:rsidRDefault="00000000">
            <w:pPr>
              <w:pStyle w:val="TableText"/>
            </w:pPr>
            <w:r>
              <w:t>[___] / [100% proposto]</w:t>
            </w:r>
          </w:p>
        </w:tc>
        <w:tc>
          <w:tcPr>
            <w:tcW w:w="2211"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B6DCA10" w14:textId="77777777" w:rsidR="004713CD" w:rsidRDefault="00000000">
            <w:pPr>
              <w:pStyle w:val="TableText"/>
            </w:pPr>
            <w:r>
              <w:t>[___]</w:t>
            </w:r>
          </w:p>
        </w:tc>
      </w:tr>
      <w:tr w:rsidR="004713CD" w14:paraId="5DC4A3D7" w14:textId="77777777">
        <w:trPr>
          <w:cantSplit/>
          <w:jc w:val="center"/>
        </w:trPr>
        <w:tc>
          <w:tcPr>
            <w:tcW w:w="510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5E87595" w14:textId="77777777" w:rsidR="004713CD" w:rsidRDefault="00000000">
            <w:pPr>
              <w:pStyle w:val="TableText"/>
            </w:pPr>
            <w:r>
              <w:t>Indagini di sostituzione riesaminate = completate ÷ pianificate × 100</w:t>
            </w:r>
          </w:p>
        </w:tc>
        <w:tc>
          <w:tcPr>
            <w:tcW w:w="232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1F3B02A" w14:textId="77777777" w:rsidR="004713CD" w:rsidRDefault="00000000">
            <w:pPr>
              <w:pStyle w:val="TableText"/>
            </w:pPr>
            <w:r>
              <w:t>[___] / [obiettivo aziendale]</w:t>
            </w:r>
          </w:p>
        </w:tc>
        <w:tc>
          <w:tcPr>
            <w:tcW w:w="2211"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CBA2FB3" w14:textId="77777777" w:rsidR="004713CD" w:rsidRDefault="00000000">
            <w:pPr>
              <w:pStyle w:val="TableText"/>
            </w:pPr>
            <w:r>
              <w:t>[___]</w:t>
            </w:r>
          </w:p>
        </w:tc>
      </w:tr>
    </w:tbl>
    <w:p w14:paraId="5BCE69B0" w14:textId="77777777" w:rsidR="004713CD" w:rsidRDefault="004713CD">
      <w:pPr>
        <w:pStyle w:val="Small"/>
        <w:spacing w:after="20"/>
      </w:pPr>
    </w:p>
    <w:p w14:paraId="18B96513" w14:textId="77777777" w:rsidR="004713CD" w:rsidRDefault="00000000">
      <w:pPr>
        <w:pStyle w:val="Small"/>
      </w:pPr>
      <w:r>
        <w:t>Se il denominatore è zero, indicare “non applicabile” e motivare, non 100%. Definire prima il perimetro dei dati; evitare confronti ingannevoli dopo cambiamenti di produzione.</w:t>
      </w:r>
    </w:p>
    <w:tbl>
      <w:tblPr>
        <w:tblW w:w="9638" w:type="dxa"/>
        <w:jc w:val="center"/>
        <w:tblLayout w:type="fixed"/>
        <w:tblLook w:val="04A0" w:firstRow="1" w:lastRow="0" w:firstColumn="1" w:lastColumn="0" w:noHBand="0" w:noVBand="1"/>
      </w:tblPr>
      <w:tblGrid>
        <w:gridCol w:w="2438"/>
        <w:gridCol w:w="7200"/>
      </w:tblGrid>
      <w:tr w:rsidR="004713CD" w14:paraId="2AE6DE85"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B673F1B"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2ECA0EF" w14:textId="77777777" w:rsidR="004713CD" w:rsidRDefault="00000000">
            <w:pPr>
              <w:pStyle w:val="TableText"/>
            </w:pPr>
            <w:r>
              <w:rPr>
                <w:b/>
                <w:color w:val="FFFFFF"/>
                <w:sz w:val="19"/>
              </w:rPr>
              <w:t>Compilazione / evidenza richiesta</w:t>
            </w:r>
          </w:p>
        </w:tc>
      </w:tr>
      <w:tr w:rsidR="004713CD" w14:paraId="672106CD"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F36B28" w14:textId="77777777" w:rsidR="004713CD" w:rsidRDefault="00000000">
            <w:pPr>
              <w:pStyle w:val="TableText"/>
            </w:pPr>
            <w:r>
              <w:rPr>
                <w:sz w:val="19"/>
              </w:rPr>
              <w:t>Sintesi delle esposizioni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662CB61" w14:textId="77777777" w:rsidR="004713CD" w:rsidRDefault="00000000">
            <w:pPr>
              <w:pStyle w:val="TableText"/>
            </w:pPr>
            <w:r>
              <w:rPr>
                <w:sz w:val="19"/>
              </w:rPr>
              <w:t>[rapporti tecnici, variabilità, criticità e controlli; nessun dato clinico individuale]</w:t>
            </w:r>
          </w:p>
        </w:tc>
      </w:tr>
      <w:tr w:rsidR="004713CD" w14:paraId="126C7C43"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90EDA02" w14:textId="77777777" w:rsidR="004713CD" w:rsidRDefault="00000000">
            <w:pPr>
              <w:pStyle w:val="TableText"/>
            </w:pPr>
            <w:r>
              <w:rPr>
                <w:sz w:val="19"/>
              </w:rPr>
              <w:t>Eventi / audit / cambiamenti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9CE8260" w14:textId="77777777" w:rsidR="004713CD" w:rsidRDefault="00000000">
            <w:pPr>
              <w:pStyle w:val="TableText"/>
            </w:pPr>
            <w:r>
              <w:rPr>
                <w:sz w:val="19"/>
              </w:rPr>
              <w:t>[anomalie, non conformità, nuove SDS, modifiche di processo e normativa]</w:t>
            </w:r>
          </w:p>
        </w:tc>
      </w:tr>
      <w:tr w:rsidR="004713CD" w14:paraId="4FEEB42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6E7D295" w14:textId="77777777" w:rsidR="004713CD" w:rsidRDefault="00000000">
            <w:pPr>
              <w:pStyle w:val="TableText"/>
            </w:pPr>
            <w:r>
              <w:rPr>
                <w:sz w:val="19"/>
              </w:rPr>
              <w:t>Contributo del MC</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6867977" w14:textId="77777777" w:rsidR="004713CD" w:rsidRDefault="00000000">
            <w:pPr>
              <w:pStyle w:val="TableText"/>
            </w:pPr>
            <w:r>
              <w:rPr>
                <w:sz w:val="19"/>
              </w:rPr>
              <w:t>[indicazioni preventive e dati aggregati comunicabili, con tutela dei piccoli gruppi]</w:t>
            </w:r>
          </w:p>
        </w:tc>
      </w:tr>
      <w:tr w:rsidR="004713CD" w14:paraId="2DF1DB8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3831C69" w14:textId="77777777" w:rsidR="004713CD" w:rsidRDefault="00000000">
            <w:pPr>
              <w:pStyle w:val="TableText"/>
            </w:pPr>
            <w:r>
              <w:rPr>
                <w:sz w:val="19"/>
              </w:rPr>
              <w:t>Decisioni e risorse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7E59780" w14:textId="77777777" w:rsidR="004713CD" w:rsidRDefault="00000000">
            <w:pPr>
              <w:pStyle w:val="TableText"/>
            </w:pPr>
            <w:r>
              <w:rPr>
                <w:sz w:val="19"/>
              </w:rPr>
              <w:t>[eliminazioni/sostituzioni, investimenti, formazione, interventi e budget]</w:t>
            </w:r>
          </w:p>
        </w:tc>
      </w:tr>
      <w:tr w:rsidR="004713CD" w14:paraId="53370F36"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2805FBA" w14:textId="77777777" w:rsidR="004713CD" w:rsidRDefault="00000000">
            <w:pPr>
              <w:pStyle w:val="TableText"/>
            </w:pPr>
            <w:r>
              <w:rPr>
                <w:sz w:val="19"/>
              </w:rPr>
              <w:t>Piano successivo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1E5428F" w14:textId="77777777" w:rsidR="004713CD" w:rsidRDefault="00000000">
            <w:pPr>
              <w:pStyle w:val="TableText"/>
            </w:pPr>
            <w:r>
              <w:rPr>
                <w:sz w:val="19"/>
              </w:rPr>
              <w:t>[azioni A07, responsabili, scadenze, criteri di efficacia]</w:t>
            </w:r>
          </w:p>
        </w:tc>
      </w:tr>
      <w:tr w:rsidR="004713CD" w14:paraId="246053FB"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24F6B5B" w14:textId="77777777" w:rsidR="004713CD" w:rsidRDefault="00000000">
            <w:pPr>
              <w:pStyle w:val="TableText"/>
            </w:pPr>
            <w:r>
              <w:rPr>
                <w:sz w:val="19"/>
              </w:rPr>
              <w:t>Verifica di avanzamento</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BD63948" w14:textId="77777777" w:rsidR="004713CD" w:rsidRDefault="00000000">
            <w:pPr>
              <w:pStyle w:val="TableText"/>
            </w:pPr>
            <w:r>
              <w:rPr>
                <w:sz w:val="19"/>
              </w:rPr>
              <w:t>[data/periodicità interna e incaricato; documenti da aggiornare]</w:t>
            </w:r>
          </w:p>
        </w:tc>
      </w:tr>
    </w:tbl>
    <w:p w14:paraId="1E827FFB" w14:textId="77777777" w:rsidR="004713CD" w:rsidRDefault="004713CD">
      <w:pPr>
        <w:pStyle w:val="Small"/>
        <w:spacing w:after="20"/>
      </w:pPr>
    </w:p>
    <w:p w14:paraId="0F7471B7" w14:textId="77777777" w:rsidR="004713CD" w:rsidRDefault="00000000">
      <w:pPr>
        <w:pStyle w:val="FieldText"/>
      </w:pPr>
      <w:r>
        <w:t>Verbale redatto da __________  Decisioni approvate dal DL __________  Data __________</w:t>
      </w:r>
    </w:p>
    <w:p w14:paraId="013B2F6F" w14:textId="77777777" w:rsidR="004713CD" w:rsidRDefault="00000000">
      <w:r>
        <w:br w:type="page"/>
      </w:r>
    </w:p>
    <w:p w14:paraId="56976068" w14:textId="77777777" w:rsidR="004713CD" w:rsidRDefault="00000000">
      <w:pPr>
        <w:pStyle w:val="Kicker"/>
      </w:pPr>
      <w:r>
        <w:rPr>
          <w:b w:val="0"/>
        </w:rPr>
        <w:t>ALLEGATI OPERATIVI  /  MODULISTICA EDITABILE</w:t>
      </w:r>
    </w:p>
    <w:p w14:paraId="085A60A2" w14:textId="77777777" w:rsidR="004713CD" w:rsidRDefault="00000000">
      <w:pPr>
        <w:pStyle w:val="Titolo1"/>
      </w:pPr>
      <w:bookmarkStart w:id="49" w:name="A21"/>
      <w:r>
        <w:rPr>
          <w:b w:val="0"/>
        </w:rPr>
        <w:t>A21 · Aggiornamento normativo e gestione delle modifiche</w:t>
      </w:r>
      <w:bookmarkEnd w:id="49"/>
    </w:p>
    <w:p w14:paraId="0E39E68B" w14:textId="77777777" w:rsidR="004713CD" w:rsidRDefault="00000000">
      <w:pPr>
        <w:pStyle w:val="Small"/>
      </w:pPr>
      <w:r>
        <w:t>PR-RIP-01 • Modulo A21 • Revisione ___ • Azienda/sito __________________ • Data __________</w:t>
      </w:r>
    </w:p>
    <w:p w14:paraId="5E4E251B" w14:textId="77777777" w:rsidR="004713CD" w:rsidRDefault="00000000">
      <w:pPr>
        <w:pStyle w:val="Small"/>
      </w:pPr>
      <w:r>
        <w:t>Una scheda per variazione significativa o verifica normativa. Tenere separate pubblicazione, entrata in vigore, applicazione e regime transitorio.</w:t>
      </w:r>
    </w:p>
    <w:tbl>
      <w:tblPr>
        <w:tblW w:w="9638" w:type="dxa"/>
        <w:jc w:val="center"/>
        <w:tblLayout w:type="fixed"/>
        <w:tblLook w:val="04A0" w:firstRow="1" w:lastRow="0" w:firstColumn="1" w:lastColumn="0" w:noHBand="0" w:noVBand="1"/>
      </w:tblPr>
      <w:tblGrid>
        <w:gridCol w:w="2438"/>
        <w:gridCol w:w="7200"/>
      </w:tblGrid>
      <w:tr w:rsidR="004713CD" w14:paraId="11507A80"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6F26901"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CB3304B" w14:textId="77777777" w:rsidR="004713CD" w:rsidRDefault="00000000">
            <w:pPr>
              <w:pStyle w:val="TableText"/>
            </w:pPr>
            <w:r>
              <w:rPr>
                <w:b/>
                <w:color w:val="FFFFFF"/>
                <w:sz w:val="19"/>
              </w:rPr>
              <w:t>Compilazione / evidenza richiesta</w:t>
            </w:r>
          </w:p>
        </w:tc>
      </w:tr>
      <w:tr w:rsidR="004713CD" w14:paraId="4B566CF7"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7783E64" w14:textId="77777777" w:rsidR="004713CD" w:rsidRDefault="00000000">
            <w:pPr>
              <w:pStyle w:val="TableText"/>
            </w:pPr>
            <w:r>
              <w:rPr>
                <w:sz w:val="19"/>
              </w:rPr>
              <w:t>ID / origine / data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AFE5D84" w14:textId="77777777" w:rsidR="004713CD" w:rsidRDefault="00000000">
            <w:pPr>
              <w:pStyle w:val="TableText"/>
            </w:pPr>
            <w:r>
              <w:rPr>
                <w:sz w:val="19"/>
              </w:rPr>
              <w:t>[MOD-___; nuova SDS, norma, agente, fornitore, processo, misura, incidente, indicazione MC]</w:t>
            </w:r>
          </w:p>
        </w:tc>
      </w:tr>
      <w:tr w:rsidR="004713CD" w14:paraId="3B41FF7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D9F1BAB" w14:textId="77777777" w:rsidR="004713CD" w:rsidRDefault="00000000">
            <w:pPr>
              <w:pStyle w:val="TableText"/>
            </w:pPr>
            <w:r>
              <w:rPr>
                <w:sz w:val="19"/>
              </w:rPr>
              <w:t>Descrizione della variazione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BF54416" w14:textId="77777777" w:rsidR="004713CD" w:rsidRDefault="00000000">
            <w:pPr>
              <w:pStyle w:val="TableText"/>
            </w:pPr>
            <w:r>
              <w:rPr>
                <w:sz w:val="19"/>
              </w:rPr>
              <w:t>[condizione attuale e condizione proposta; motivo; richiedente]</w:t>
            </w:r>
          </w:p>
        </w:tc>
      </w:tr>
      <w:tr w:rsidR="004713CD" w14:paraId="5D1F9470"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DF19134" w14:textId="77777777" w:rsidR="004713CD" w:rsidRDefault="00000000">
            <w:pPr>
              <w:pStyle w:val="TableText"/>
            </w:pPr>
            <w:r>
              <w:rPr>
                <w:sz w:val="19"/>
              </w:rPr>
              <w:t>Fonte verificata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75C5B18" w14:textId="77777777" w:rsidR="004713CD" w:rsidRDefault="00000000">
            <w:pPr>
              <w:pStyle w:val="TableText"/>
            </w:pPr>
            <w:r>
              <w:rPr>
                <w:sz w:val="19"/>
              </w:rPr>
              <w:t>[atto/norma/SDS, versione, articolo/voce, editore/ente, documento conservato]</w:t>
            </w:r>
          </w:p>
        </w:tc>
      </w:tr>
      <w:tr w:rsidR="004713CD" w14:paraId="00FE6E7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F8E7C09" w14:textId="77777777" w:rsidR="004713CD" w:rsidRDefault="00000000">
            <w:pPr>
              <w:pStyle w:val="TableText"/>
            </w:pPr>
            <w:r>
              <w:rPr>
                <w:sz w:val="19"/>
              </w:rPr>
              <w:t>Date giuridiche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8391599" w14:textId="77777777" w:rsidR="004713CD" w:rsidRDefault="00000000">
            <w:pPr>
              <w:pStyle w:val="TableText"/>
            </w:pPr>
            <w:r>
              <w:rPr>
                <w:sz w:val="19"/>
              </w:rPr>
              <w:t>[pubblicazione, entrata in vigore, data di applicazione, recepimento ove necessario, transitorio]</w:t>
            </w:r>
          </w:p>
        </w:tc>
      </w:tr>
      <w:tr w:rsidR="004713CD" w14:paraId="48E3119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BE19E6E" w14:textId="77777777" w:rsidR="004713CD" w:rsidRDefault="00000000">
            <w:pPr>
              <w:pStyle w:val="TableText"/>
            </w:pPr>
            <w:r>
              <w:rPr>
                <w:sz w:val="19"/>
              </w:rPr>
              <w:t>Natura della fonte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87C6D0" w14:textId="77777777" w:rsidR="004713CD" w:rsidRDefault="00000000">
            <w:pPr>
              <w:pStyle w:val="TableText"/>
            </w:pPr>
            <w:r>
              <w:rPr>
                <w:sz w:val="19"/>
              </w:rPr>
              <w:t>[legge vigente / atto con applicazione futura / norma tecnica / proposta / informazione scientifica]</w:t>
            </w:r>
          </w:p>
        </w:tc>
      </w:tr>
      <w:tr w:rsidR="004713CD" w14:paraId="33CBB65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A26F3F9" w14:textId="77777777" w:rsidR="004713CD" w:rsidRDefault="00000000">
            <w:pPr>
              <w:pStyle w:val="TableText"/>
            </w:pPr>
            <w:r>
              <w:rPr>
                <w:sz w:val="19"/>
              </w:rPr>
              <w:t>Applicabilità</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36A65AE" w14:textId="77777777" w:rsidR="004713CD" w:rsidRDefault="00000000">
            <w:pPr>
              <w:pStyle w:val="TableText"/>
            </w:pPr>
            <w:r>
              <w:rPr>
                <w:sz w:val="19"/>
              </w:rPr>
              <w:t>[agenti/scenari/impianti/mansioni interessati; motivazione; esclusioni documentate]</w:t>
            </w:r>
          </w:p>
        </w:tc>
      </w:tr>
    </w:tbl>
    <w:p w14:paraId="291E807F"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4195"/>
        <w:gridCol w:w="5443"/>
      </w:tblGrid>
      <w:tr w:rsidR="004713CD" w14:paraId="39D825DE" w14:textId="77777777">
        <w:trPr>
          <w:cantSplit/>
          <w:tblHeader/>
          <w:jc w:val="center"/>
        </w:trPr>
        <w:tc>
          <w:tcPr>
            <w:tcW w:w="419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23442A9" w14:textId="77777777" w:rsidR="004713CD" w:rsidRDefault="00000000">
            <w:pPr>
              <w:pStyle w:val="TableText"/>
            </w:pPr>
            <w:r>
              <w:rPr>
                <w:b/>
                <w:color w:val="FFFFFF"/>
              </w:rPr>
              <w:t>Impatto da esaminare</w:t>
            </w:r>
          </w:p>
        </w:tc>
        <w:tc>
          <w:tcPr>
            <w:tcW w:w="5443"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9EDFB8C" w14:textId="77777777" w:rsidR="004713CD" w:rsidRDefault="00000000">
            <w:pPr>
              <w:pStyle w:val="TableText"/>
            </w:pPr>
            <w:r>
              <w:rPr>
                <w:b/>
                <w:color w:val="FFFFFF"/>
              </w:rPr>
              <w:t>Esito / aggiornamento richiesto</w:t>
            </w:r>
          </w:p>
        </w:tc>
      </w:tr>
      <w:tr w:rsidR="004713CD" w14:paraId="79076C72" w14:textId="77777777">
        <w:trPr>
          <w:cantSplit/>
          <w:jc w:val="center"/>
        </w:trPr>
        <w:tc>
          <w:tcPr>
            <w:tcW w:w="419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43180CD" w14:textId="77777777" w:rsidR="004713CD" w:rsidRDefault="00000000">
            <w:pPr>
              <w:pStyle w:val="TableText"/>
            </w:pPr>
            <w:r>
              <w:t>Classificazione / soglia / limiti / restrizioni</w:t>
            </w:r>
          </w:p>
        </w:tc>
        <w:tc>
          <w:tcPr>
            <w:tcW w:w="544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A27196D" w14:textId="77777777" w:rsidR="004713CD" w:rsidRDefault="00000000">
            <w:pPr>
              <w:pStyle w:val="TableText"/>
            </w:pPr>
            <w:r>
              <w:t>[A04; data di efficacia]</w:t>
            </w:r>
          </w:p>
        </w:tc>
      </w:tr>
      <w:tr w:rsidR="004713CD" w14:paraId="6A485E10" w14:textId="77777777">
        <w:trPr>
          <w:cantSplit/>
          <w:jc w:val="center"/>
        </w:trPr>
        <w:tc>
          <w:tcPr>
            <w:tcW w:w="419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CD8494D" w14:textId="77777777" w:rsidR="004713CD" w:rsidRDefault="00000000">
            <w:pPr>
              <w:pStyle w:val="TableText"/>
            </w:pPr>
            <w:r>
              <w:t>DVR, scenari, sostituzione e controlli</w:t>
            </w:r>
          </w:p>
        </w:tc>
        <w:tc>
          <w:tcPr>
            <w:tcW w:w="544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080DA6E" w14:textId="77777777" w:rsidR="004713CD" w:rsidRDefault="00000000">
            <w:pPr>
              <w:pStyle w:val="TableText"/>
            </w:pPr>
            <w:r>
              <w:t>[A05/A06/A07/A10]</w:t>
            </w:r>
          </w:p>
        </w:tc>
      </w:tr>
      <w:tr w:rsidR="004713CD" w14:paraId="725455F3" w14:textId="77777777">
        <w:trPr>
          <w:cantSplit/>
          <w:jc w:val="center"/>
        </w:trPr>
        <w:tc>
          <w:tcPr>
            <w:tcW w:w="419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54D7D2D" w14:textId="77777777" w:rsidR="004713CD" w:rsidRDefault="00000000">
            <w:pPr>
              <w:pStyle w:val="TableText"/>
            </w:pPr>
            <w:r>
              <w:t>DPI, istruzioni e formazione</w:t>
            </w:r>
          </w:p>
        </w:tc>
        <w:tc>
          <w:tcPr>
            <w:tcW w:w="544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8C82C32" w14:textId="77777777" w:rsidR="004713CD" w:rsidRDefault="00000000">
            <w:pPr>
              <w:pStyle w:val="TableText"/>
            </w:pPr>
            <w:r>
              <w:t>[A08/A11/A17]</w:t>
            </w:r>
          </w:p>
        </w:tc>
      </w:tr>
      <w:tr w:rsidR="004713CD" w14:paraId="1206CCE5" w14:textId="77777777">
        <w:trPr>
          <w:cantSplit/>
          <w:jc w:val="center"/>
        </w:trPr>
        <w:tc>
          <w:tcPr>
            <w:tcW w:w="419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87238AD" w14:textId="77777777" w:rsidR="004713CD" w:rsidRDefault="00000000">
            <w:pPr>
              <w:pStyle w:val="TableText"/>
            </w:pPr>
            <w:r>
              <w:t>Sorveglianza e registro</w:t>
            </w:r>
          </w:p>
        </w:tc>
        <w:tc>
          <w:tcPr>
            <w:tcW w:w="544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0F4FFD1" w14:textId="77777777" w:rsidR="004713CD" w:rsidRDefault="00000000">
            <w:pPr>
              <w:pStyle w:val="TableText"/>
            </w:pPr>
            <w:r>
              <w:t>[contributo MC; A15/A16]</w:t>
            </w:r>
          </w:p>
        </w:tc>
      </w:tr>
      <w:tr w:rsidR="004713CD" w14:paraId="4AF0905C" w14:textId="77777777">
        <w:trPr>
          <w:cantSplit/>
          <w:jc w:val="center"/>
        </w:trPr>
        <w:tc>
          <w:tcPr>
            <w:tcW w:w="419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9EF2A1C" w14:textId="77777777" w:rsidR="004713CD" w:rsidRDefault="00000000">
            <w:pPr>
              <w:pStyle w:val="TableText"/>
            </w:pPr>
            <w:r>
              <w:t>Emergenze, appalti e rifiuti</w:t>
            </w:r>
          </w:p>
        </w:tc>
        <w:tc>
          <w:tcPr>
            <w:tcW w:w="5443"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72F417F" w14:textId="77777777" w:rsidR="004713CD" w:rsidRDefault="00000000">
            <w:pPr>
              <w:pStyle w:val="TableText"/>
            </w:pPr>
            <w:r>
              <w:t>[A13/A14 e procedure collegate]</w:t>
            </w:r>
          </w:p>
        </w:tc>
      </w:tr>
      <w:tr w:rsidR="004713CD" w14:paraId="0D49B587" w14:textId="77777777">
        <w:trPr>
          <w:cantSplit/>
          <w:jc w:val="center"/>
        </w:trPr>
        <w:tc>
          <w:tcPr>
            <w:tcW w:w="419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9DEF07E" w14:textId="77777777" w:rsidR="004713CD" w:rsidRDefault="00000000">
            <w:pPr>
              <w:pStyle w:val="TableText"/>
            </w:pPr>
            <w:r>
              <w:t>Privacy, archivi e comunicazioni</w:t>
            </w:r>
          </w:p>
        </w:tc>
        <w:tc>
          <w:tcPr>
            <w:tcW w:w="5443"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8BCC7CC" w14:textId="77777777" w:rsidR="004713CD" w:rsidRDefault="00000000">
            <w:pPr>
              <w:pStyle w:val="TableText"/>
            </w:pPr>
            <w:r>
              <w:t>[A22; responsabilità e canali]</w:t>
            </w:r>
          </w:p>
        </w:tc>
      </w:tr>
    </w:tbl>
    <w:p w14:paraId="5FC5BC68" w14:textId="77777777" w:rsidR="004713CD" w:rsidRDefault="004713CD">
      <w:pPr>
        <w:pStyle w:val="Small"/>
        <w:spacing w:after="20"/>
      </w:pPr>
    </w:p>
    <w:tbl>
      <w:tblPr>
        <w:tblW w:w="9638" w:type="dxa"/>
        <w:jc w:val="center"/>
        <w:tblLayout w:type="fixed"/>
        <w:tblLook w:val="04A0" w:firstRow="1" w:lastRow="0" w:firstColumn="1" w:lastColumn="0" w:noHBand="0" w:noVBand="1"/>
      </w:tblPr>
      <w:tblGrid>
        <w:gridCol w:w="2438"/>
        <w:gridCol w:w="7200"/>
      </w:tblGrid>
      <w:tr w:rsidR="004713CD" w14:paraId="440E7413"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FD9BCBF"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F2AB27F" w14:textId="77777777" w:rsidR="004713CD" w:rsidRDefault="00000000">
            <w:pPr>
              <w:pStyle w:val="TableText"/>
            </w:pPr>
            <w:r>
              <w:rPr>
                <w:b/>
                <w:color w:val="FFFFFF"/>
                <w:sz w:val="19"/>
              </w:rPr>
              <w:t>Compilazione / evidenza richiesta</w:t>
            </w:r>
          </w:p>
        </w:tc>
      </w:tr>
      <w:tr w:rsidR="004713CD" w14:paraId="02C756F4"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987D0BE" w14:textId="77777777" w:rsidR="004713CD" w:rsidRDefault="00000000">
            <w:pPr>
              <w:pStyle w:val="TableText"/>
            </w:pPr>
            <w:r>
              <w:rPr>
                <w:sz w:val="19"/>
              </w:rPr>
              <w:t>Decisione / condizioni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A60130A" w14:textId="77777777" w:rsidR="004713CD" w:rsidRDefault="00000000">
            <w:pPr>
              <w:pStyle w:val="TableText"/>
            </w:pPr>
            <w:r>
              <w:rPr>
                <w:sz w:val="19"/>
              </w:rPr>
              <w:t>[approvata/non approvata/sospesa; condizioni prima dell’efficacia]</w:t>
            </w:r>
          </w:p>
        </w:tc>
      </w:tr>
      <w:tr w:rsidR="004713CD" w14:paraId="3B9919C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45F8CD5" w14:textId="77777777" w:rsidR="004713CD" w:rsidRDefault="00000000">
            <w:pPr>
              <w:pStyle w:val="TableText"/>
            </w:pPr>
            <w:r>
              <w:rPr>
                <w:sz w:val="19"/>
              </w:rPr>
              <w:t>Attuazione e prova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AA9814" w14:textId="77777777" w:rsidR="004713CD" w:rsidRDefault="00000000">
            <w:pPr>
              <w:pStyle w:val="TableText"/>
            </w:pPr>
            <w:r>
              <w:rPr>
                <w:sz w:val="19"/>
              </w:rPr>
              <w:t>[responsabile, risorse, termine, evidenza e verifica di efficacia]</w:t>
            </w:r>
          </w:p>
        </w:tc>
      </w:tr>
      <w:tr w:rsidR="004713CD" w14:paraId="715D00B8"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B7F7B7A" w14:textId="77777777" w:rsidR="004713CD" w:rsidRDefault="00000000">
            <w:pPr>
              <w:pStyle w:val="TableText"/>
            </w:pPr>
            <w:r>
              <w:rPr>
                <w:sz w:val="19"/>
              </w:rPr>
              <w:t>Prossimo controllo</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4B0E563" w14:textId="77777777" w:rsidR="004713CD" w:rsidRDefault="00000000">
            <w:pPr>
              <w:pStyle w:val="TableText"/>
            </w:pPr>
            <w:r>
              <w:rPr>
                <w:sz w:val="19"/>
              </w:rPr>
              <w:t>[data/evento; fonte da monitorare e referente]</w:t>
            </w:r>
          </w:p>
        </w:tc>
      </w:tr>
    </w:tbl>
    <w:p w14:paraId="17F1996B" w14:textId="77777777" w:rsidR="004713CD" w:rsidRDefault="004713CD">
      <w:pPr>
        <w:pStyle w:val="Small"/>
        <w:spacing w:after="20"/>
      </w:pPr>
    </w:p>
    <w:p w14:paraId="2A975A0A" w14:textId="77777777" w:rsidR="004713CD" w:rsidRDefault="00000000">
      <w:pPr>
        <w:pStyle w:val="FieldText"/>
      </w:pPr>
      <w:r>
        <w:t>Analisi tecnica __________  Contributo MC pertinente __________  Approvazione __________</w:t>
      </w:r>
    </w:p>
    <w:p w14:paraId="0B660601" w14:textId="77777777" w:rsidR="004713CD" w:rsidRDefault="00000000">
      <w:r>
        <w:br w:type="page"/>
      </w:r>
    </w:p>
    <w:p w14:paraId="64011C11" w14:textId="77777777" w:rsidR="004713CD" w:rsidRDefault="00000000">
      <w:pPr>
        <w:pStyle w:val="Kicker"/>
      </w:pPr>
      <w:r>
        <w:rPr>
          <w:b w:val="0"/>
        </w:rPr>
        <w:t>ALLEGATI OPERATIVI  /  MODULISTICA EDITABILE</w:t>
      </w:r>
    </w:p>
    <w:p w14:paraId="199EB1DD" w14:textId="77777777" w:rsidR="004713CD" w:rsidRDefault="00000000">
      <w:pPr>
        <w:pStyle w:val="Titolo1"/>
      </w:pPr>
      <w:bookmarkStart w:id="50" w:name="A22_a"/>
      <w:r>
        <w:rPr>
          <w:b w:val="0"/>
        </w:rPr>
        <w:t>A22 · Accessi, conservazione e protezione dei dati — 1/2</w:t>
      </w:r>
      <w:bookmarkEnd w:id="50"/>
    </w:p>
    <w:p w14:paraId="781A1E29" w14:textId="77777777" w:rsidR="004713CD" w:rsidRDefault="00000000">
      <w:pPr>
        <w:pStyle w:val="Small"/>
      </w:pPr>
      <w:r>
        <w:t>PR-RIP-01 • Modulo A22 • Revisione ___ • Azienda/sito __________________ • Data __________</w:t>
      </w:r>
    </w:p>
    <w:p w14:paraId="1D03F18C" w14:textId="77777777" w:rsidR="004713CD" w:rsidRDefault="00000000">
      <w:pPr>
        <w:pStyle w:val="Small"/>
      </w:pPr>
      <w:r>
        <w:t>Definire un piano aziendale di conservazione con MC e funzione privacy/legale. Non applicare automaticamente il termine INAIL di 5 anni a tutti gli archivi del datore di lavoro.</w:t>
      </w:r>
    </w:p>
    <w:tbl>
      <w:tblPr>
        <w:tblW w:w="9638" w:type="dxa"/>
        <w:jc w:val="center"/>
        <w:tblLayout w:type="fixed"/>
        <w:tblLook w:val="04A0" w:firstRow="1" w:lastRow="0" w:firstColumn="1" w:lastColumn="0" w:noHBand="0" w:noVBand="1"/>
      </w:tblPr>
      <w:tblGrid>
        <w:gridCol w:w="2495"/>
        <w:gridCol w:w="3458"/>
        <w:gridCol w:w="3685"/>
      </w:tblGrid>
      <w:tr w:rsidR="004713CD" w14:paraId="6B122CC2" w14:textId="77777777">
        <w:trPr>
          <w:cantSplit/>
          <w:tblHeader/>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B565C01" w14:textId="77777777" w:rsidR="004713CD" w:rsidRDefault="00000000">
            <w:pPr>
              <w:pStyle w:val="TableText"/>
            </w:pPr>
            <w:r>
              <w:rPr>
                <w:b/>
                <w:color w:val="FFFFFF"/>
              </w:rPr>
              <w:t>Documento</w:t>
            </w:r>
          </w:p>
        </w:tc>
        <w:tc>
          <w:tcPr>
            <w:tcW w:w="345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B146B86" w14:textId="77777777" w:rsidR="004713CD" w:rsidRDefault="00000000">
            <w:pPr>
              <w:pStyle w:val="TableText"/>
            </w:pPr>
            <w:r>
              <w:rPr>
                <w:b/>
                <w:color w:val="FFFFFF"/>
              </w:rPr>
              <w:t>Custodia / accesso</w:t>
            </w:r>
          </w:p>
        </w:tc>
        <w:tc>
          <w:tcPr>
            <w:tcW w:w="368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96DF9BA" w14:textId="77777777" w:rsidR="004713CD" w:rsidRDefault="00000000">
            <w:pPr>
              <w:pStyle w:val="TableText"/>
            </w:pPr>
            <w:r>
              <w:rPr>
                <w:b/>
                <w:color w:val="FFFFFF"/>
              </w:rPr>
              <w:t>Regola di conservazione da attuare</w:t>
            </w:r>
          </w:p>
        </w:tc>
      </w:tr>
      <w:tr w:rsidR="004713CD" w14:paraId="22A5EF4E"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34C06AA" w14:textId="77777777" w:rsidR="004713CD" w:rsidRDefault="00000000">
            <w:pPr>
              <w:pStyle w:val="TableText"/>
            </w:pPr>
            <w:r>
              <w:t>DVR, valutazioni, SDS storiche e misure</w:t>
            </w:r>
          </w:p>
        </w:tc>
        <w:tc>
          <w:tcPr>
            <w:tcW w:w="345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6A868B9" w14:textId="77777777" w:rsidR="004713CD" w:rsidRDefault="00000000">
            <w:pPr>
              <w:pStyle w:val="TableText"/>
            </w:pPr>
            <w:r>
              <w:t>Archivio tecnico controllato; accessi coerenti con attribuzioni e obblighi.</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5C64732" w14:textId="77777777" w:rsidR="004713CD" w:rsidRDefault="00000000">
            <w:pPr>
              <w:pStyle w:val="TableText"/>
            </w:pPr>
            <w:r>
              <w:t>Conservare versioni e prove espositive secondo piano motivato; non distruggere lo storico per semplice sostituzione della SDS.</w:t>
            </w:r>
          </w:p>
        </w:tc>
      </w:tr>
      <w:tr w:rsidR="004713CD" w14:paraId="5D27CCE8"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2DA4845" w14:textId="77777777" w:rsidR="004713CD" w:rsidRDefault="00000000">
            <w:pPr>
              <w:pStyle w:val="TableText"/>
            </w:pPr>
            <w:r>
              <w:t>Registro art. 243</w:t>
            </w:r>
          </w:p>
        </w:tc>
        <w:tc>
          <w:tcPr>
            <w:tcW w:w="345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B135D1B" w14:textId="77777777" w:rsidR="004713CD" w:rsidRDefault="00000000">
            <w:pPr>
              <w:pStyle w:val="TableText"/>
            </w:pPr>
            <w:r>
              <w:t>DL con tenuta tramite MC; accessi RSPP/RLS e diritti individuali previsti.</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E786B6" w14:textId="77777777" w:rsidR="004713CD" w:rsidRDefault="00000000">
            <w:pPr>
              <w:pStyle w:val="TableText"/>
            </w:pPr>
            <w:r>
              <w:t>Applicare durata e trasferimenti del regime speciale; tenere traccia di cessazioni e copie trasmesse.</w:t>
            </w:r>
          </w:p>
        </w:tc>
      </w:tr>
      <w:tr w:rsidR="004713CD" w14:paraId="06053F8E"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AECC37C" w14:textId="77777777" w:rsidR="004713CD" w:rsidRDefault="00000000">
            <w:pPr>
              <w:pStyle w:val="TableText"/>
            </w:pPr>
            <w:r>
              <w:t>Cartelle sanitarie e di rischio</w:t>
            </w:r>
          </w:p>
        </w:tc>
        <w:tc>
          <w:tcPr>
            <w:tcW w:w="345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81458C5" w14:textId="77777777" w:rsidR="004713CD" w:rsidRDefault="00000000">
            <w:pPr>
              <w:pStyle w:val="TableText"/>
            </w:pPr>
            <w:r>
              <w:t>Circuito sanitario e custodia secondo legge; nessun accesso clinico indiscriminato a HR o reparto.</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F9E468C" w14:textId="77777777" w:rsidR="004713CD" w:rsidRDefault="00000000">
            <w:pPr>
              <w:pStyle w:val="TableText"/>
            </w:pPr>
            <w:r>
              <w:t>Art. 25: almeno 10 anni per l’originale, salvo diverso termine previsto. Coordinare il regime speciale dell’art. 243 e i trasferimenti; definire il titolo applicabile al caso.</w:t>
            </w:r>
          </w:p>
        </w:tc>
      </w:tr>
      <w:tr w:rsidR="004713CD" w14:paraId="09F27257"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263E422" w14:textId="77777777" w:rsidR="004713CD" w:rsidRDefault="00000000">
            <w:pPr>
              <w:pStyle w:val="TableText"/>
            </w:pPr>
            <w:r>
              <w:t>Conservazione presso INAIL</w:t>
            </w:r>
          </w:p>
        </w:tc>
        <w:tc>
          <w:tcPr>
            <w:tcW w:w="345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D33B303" w14:textId="77777777" w:rsidR="004713CD" w:rsidRDefault="00000000">
            <w:pPr>
              <w:pStyle w:val="TableText"/>
            </w:pPr>
            <w:r>
              <w:t>Documentazione trasferita ai sensi della disciplina specifica.</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3673894" w14:textId="77777777" w:rsidR="004713CD" w:rsidRDefault="00000000">
            <w:pPr>
              <w:pStyle w:val="TableText"/>
            </w:pPr>
            <w:r>
              <w:t>Art. 243: fino a 40 anni C/M; almeno 5 anni reprotossici, dalla cessazione dell’esposizione. È distinta dalla custodia aziendale.</w:t>
            </w:r>
          </w:p>
        </w:tc>
      </w:tr>
      <w:tr w:rsidR="004713CD" w14:paraId="059E0B7E"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5192EA6" w14:textId="77777777" w:rsidR="004713CD" w:rsidRDefault="00000000">
            <w:pPr>
              <w:pStyle w:val="TableText"/>
            </w:pPr>
            <w:r>
              <w:t>Giudizi / prescrizioni attuative</w:t>
            </w:r>
          </w:p>
        </w:tc>
        <w:tc>
          <w:tcPr>
            <w:tcW w:w="345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1F753E" w14:textId="77777777" w:rsidR="004713CD" w:rsidRDefault="00000000">
            <w:pPr>
              <w:pStyle w:val="TableText"/>
            </w:pPr>
            <w:r>
              <w:t>Personale autorizzato che deve applicare limitazioni e gestire scadenze.</w:t>
            </w:r>
          </w:p>
        </w:tc>
        <w:tc>
          <w:tcPr>
            <w:tcW w:w="368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BE18452" w14:textId="77777777" w:rsidR="004713CD" w:rsidRDefault="00000000">
            <w:pPr>
              <w:pStyle w:val="TableText"/>
            </w:pPr>
            <w:r>
              <w:t>Solo dati necessari; durata definita dalla finalità e dai titoli di legge.</w:t>
            </w:r>
          </w:p>
        </w:tc>
      </w:tr>
      <w:tr w:rsidR="004713CD" w14:paraId="7CBF1682" w14:textId="77777777">
        <w:trPr>
          <w:cantSplit/>
          <w:jc w:val="center"/>
        </w:trPr>
        <w:tc>
          <w:tcPr>
            <w:tcW w:w="249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B2BA21D" w14:textId="77777777" w:rsidR="004713CD" w:rsidRDefault="00000000">
            <w:pPr>
              <w:pStyle w:val="TableText"/>
            </w:pPr>
            <w:r>
              <w:t>Formazione, audit e azioni</w:t>
            </w:r>
          </w:p>
        </w:tc>
        <w:tc>
          <w:tcPr>
            <w:tcW w:w="345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3F6F4FE" w14:textId="77777777" w:rsidR="004713CD" w:rsidRDefault="00000000">
            <w:pPr>
              <w:pStyle w:val="TableText"/>
            </w:pPr>
            <w:r>
              <w:t>Archivio prevenzione; accessi alle parti pertinenti.</w:t>
            </w:r>
          </w:p>
        </w:tc>
        <w:tc>
          <w:tcPr>
            <w:tcW w:w="368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421B8E5" w14:textId="77777777" w:rsidR="004713CD" w:rsidRDefault="00000000">
            <w:pPr>
              <w:pStyle w:val="TableText"/>
            </w:pPr>
            <w:r>
              <w:t>Tempi approvati e documentati; conservare prove di attuazione e successione delle versioni.</w:t>
            </w:r>
          </w:p>
        </w:tc>
      </w:tr>
    </w:tbl>
    <w:p w14:paraId="49CF79F4" w14:textId="77777777" w:rsidR="004713CD" w:rsidRDefault="004713CD">
      <w:pPr>
        <w:pStyle w:val="Small"/>
        <w:spacing w:after="20"/>
      </w:pPr>
    </w:p>
    <w:p w14:paraId="378661E1" w14:textId="77777777" w:rsidR="004713CD" w:rsidRDefault="00000000">
      <w:pPr>
        <w:pStyle w:val="Titolo2"/>
      </w:pPr>
      <w:r>
        <w:rPr>
          <w:b w:val="0"/>
        </w:rPr>
        <w:t>Regole di protezione</w:t>
      </w:r>
    </w:p>
    <w:p w14:paraId="3965BF38" w14:textId="77777777" w:rsidR="004713CD" w:rsidRDefault="00000000">
      <w:r>
        <w:t>Separare cartelle cliniche e fascicoli tecnici; limitare accessi nominativi; usare credenziali individuali e canali protetti; mantenere registrazioni degli invii, copie di sicurezza e procedure di recupero. Il datore di lavoro e il MC operano secondo ruoli e basi giuridiche proprie. L’informativa privacy è resa dal titolare pertinente e non sostituita da un consenso generico. [N7]</w:t>
      </w:r>
    </w:p>
    <w:p w14:paraId="0F658FF4" w14:textId="77777777" w:rsidR="004713CD" w:rsidRDefault="00000000">
      <w:r>
        <w:t>Ogni cancellazione richiede verifica dei termini minimi, obblighi speciali, contenziosi e necessità documentali. L’assenza di dipendenti attivi non autorizza a eliminare la documentazione dovuta agli enti. Stabilire il successore nella custodia prima di cambio del MC o cessazione dell’attività.</w:t>
      </w:r>
    </w:p>
    <w:p w14:paraId="4650377E" w14:textId="77777777" w:rsidR="004713CD" w:rsidRDefault="00000000">
      <w:pPr>
        <w:pStyle w:val="Small"/>
      </w:pPr>
      <w:r>
        <w:t>Riferimenti: [N1, artt. 25 e 243]; [N4, art. 17]; [N7]. Il piano concreto deve specificare archivi, titolari, soggetti autorizzati e tempi applicabili.</w:t>
      </w:r>
    </w:p>
    <w:p w14:paraId="0E6DAAED" w14:textId="77777777" w:rsidR="004713CD" w:rsidRDefault="00000000">
      <w:r>
        <w:br w:type="page"/>
      </w:r>
    </w:p>
    <w:p w14:paraId="20430AE2" w14:textId="77777777" w:rsidR="004713CD" w:rsidRDefault="00000000">
      <w:pPr>
        <w:pStyle w:val="Kicker"/>
      </w:pPr>
      <w:r>
        <w:rPr>
          <w:b w:val="0"/>
        </w:rPr>
        <w:t>ALLEGATI OPERATIVI  /  MODULISTICA EDITABILE</w:t>
      </w:r>
    </w:p>
    <w:p w14:paraId="47055033" w14:textId="77777777" w:rsidR="004713CD" w:rsidRDefault="00000000">
      <w:pPr>
        <w:pStyle w:val="Titolo1"/>
      </w:pPr>
      <w:bookmarkStart w:id="51" w:name="A22_b"/>
      <w:r>
        <w:rPr>
          <w:b w:val="0"/>
        </w:rPr>
        <w:t>A22 · Piano locale e controllo della custodia — 2/2</w:t>
      </w:r>
      <w:bookmarkEnd w:id="51"/>
    </w:p>
    <w:p w14:paraId="31E29509" w14:textId="77777777" w:rsidR="004713CD" w:rsidRDefault="00000000">
      <w:pPr>
        <w:pStyle w:val="Small"/>
      </w:pPr>
      <w:r>
        <w:t>PR-RIP-01 • Modulo A22 • Revisione ___ • Azienda/sito __________________ • Data __________</w:t>
      </w:r>
    </w:p>
    <w:tbl>
      <w:tblPr>
        <w:tblW w:w="9638" w:type="dxa"/>
        <w:jc w:val="center"/>
        <w:tblLayout w:type="fixed"/>
        <w:tblLook w:val="04A0" w:firstRow="1" w:lastRow="0" w:firstColumn="1" w:lastColumn="0" w:noHBand="0" w:noVBand="1"/>
      </w:tblPr>
      <w:tblGrid>
        <w:gridCol w:w="2438"/>
        <w:gridCol w:w="7200"/>
      </w:tblGrid>
      <w:tr w:rsidR="004713CD" w14:paraId="33D5557C" w14:textId="77777777">
        <w:trPr>
          <w:cantSplit/>
          <w:tblHeader/>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C7C524F" w14:textId="77777777" w:rsidR="004713CD" w:rsidRDefault="00000000">
            <w:pPr>
              <w:pStyle w:val="TableText"/>
            </w:pPr>
            <w:r>
              <w:rPr>
                <w:b/>
                <w:color w:val="FFFFFF"/>
                <w:sz w:val="19"/>
              </w:rPr>
              <w:t>Campo</w:t>
            </w:r>
          </w:p>
        </w:tc>
        <w:tc>
          <w:tcPr>
            <w:tcW w:w="7200"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286E8AF3" w14:textId="77777777" w:rsidR="004713CD" w:rsidRDefault="00000000">
            <w:pPr>
              <w:pStyle w:val="TableText"/>
            </w:pPr>
            <w:r>
              <w:rPr>
                <w:b/>
                <w:color w:val="FFFFFF"/>
                <w:sz w:val="19"/>
              </w:rPr>
              <w:t>Compilazione / evidenza richiesta</w:t>
            </w:r>
          </w:p>
        </w:tc>
      </w:tr>
      <w:tr w:rsidR="004713CD" w14:paraId="47AC1D2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A3D3B49" w14:textId="77777777" w:rsidR="004713CD" w:rsidRDefault="00000000">
            <w:pPr>
              <w:pStyle w:val="TableText"/>
            </w:pPr>
            <w:r>
              <w:rPr>
                <w:sz w:val="19"/>
              </w:rPr>
              <w:t>Archivio / classe documentale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A180CB4" w14:textId="77777777" w:rsidR="004713CD" w:rsidRDefault="00000000">
            <w:pPr>
              <w:pStyle w:val="TableText"/>
            </w:pPr>
            <w:r>
              <w:rPr>
                <w:sz w:val="19"/>
              </w:rPr>
              <w:t>[nome, tipologia, cartaceo/digitale, ubicazione e responsabile]</w:t>
            </w:r>
          </w:p>
        </w:tc>
      </w:tr>
      <w:tr w:rsidR="004713CD" w14:paraId="5839BEE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0E7FB46" w14:textId="77777777" w:rsidR="004713CD" w:rsidRDefault="00000000">
            <w:pPr>
              <w:pStyle w:val="TableText"/>
            </w:pPr>
            <w:r>
              <w:rPr>
                <w:sz w:val="19"/>
              </w:rPr>
              <w:t>Finalità / base giuridica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E9F818C" w14:textId="77777777" w:rsidR="004713CD" w:rsidRDefault="00000000">
            <w:pPr>
              <w:pStyle w:val="TableText"/>
            </w:pPr>
            <w:r>
              <w:rPr>
                <w:sz w:val="19"/>
              </w:rPr>
              <w:t>[obbligo, articolo e finalità; per dati sanitari condizioni pertinenti; verifica privacy]</w:t>
            </w:r>
          </w:p>
        </w:tc>
      </w:tr>
      <w:tr w:rsidR="004713CD" w14:paraId="4121AFC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A5CDAF0" w14:textId="77777777" w:rsidR="004713CD" w:rsidRDefault="00000000">
            <w:pPr>
              <w:pStyle w:val="TableText"/>
            </w:pPr>
            <w:r>
              <w:rPr>
                <w:sz w:val="19"/>
              </w:rPr>
              <w:t>Titolare e custodi</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748062D" w14:textId="77777777" w:rsidR="004713CD" w:rsidRDefault="00000000">
            <w:pPr>
              <w:pStyle w:val="TableText"/>
            </w:pPr>
            <w:r>
              <w:rPr>
                <w:sz w:val="19"/>
              </w:rPr>
              <w:t>[ruolo del datore/MC per il trattamento; incaricati/autorizzati e sostituti]</w:t>
            </w:r>
          </w:p>
        </w:tc>
      </w:tr>
      <w:tr w:rsidR="004713CD" w14:paraId="3E19EDE9"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46177C7" w14:textId="77777777" w:rsidR="004713CD" w:rsidRDefault="00000000">
            <w:pPr>
              <w:pStyle w:val="TableText"/>
            </w:pPr>
            <w:r>
              <w:rPr>
                <w:sz w:val="19"/>
              </w:rPr>
              <w:t>Accessi autorizzati</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A3CEB40" w14:textId="77777777" w:rsidR="004713CD" w:rsidRDefault="00000000">
            <w:pPr>
              <w:pStyle w:val="TableText"/>
            </w:pPr>
            <w:r>
              <w:rPr>
                <w:sz w:val="19"/>
              </w:rPr>
              <w:t>[ruolo, dati visibili, operazioni consentite, modalità di abilitazione/revoca]</w:t>
            </w:r>
          </w:p>
        </w:tc>
      </w:tr>
      <w:tr w:rsidR="004713CD" w14:paraId="6ED9F4BF"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3C8E08F" w14:textId="77777777" w:rsidR="004713CD" w:rsidRDefault="00000000">
            <w:pPr>
              <w:pStyle w:val="TableText"/>
            </w:pPr>
            <w:r>
              <w:rPr>
                <w:sz w:val="19"/>
              </w:rPr>
              <w:t>Durata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C5B8A6A" w14:textId="77777777" w:rsidR="004713CD" w:rsidRDefault="00000000">
            <w:pPr>
              <w:pStyle w:val="TableText"/>
            </w:pPr>
            <w:r>
              <w:rPr>
                <w:sz w:val="19"/>
              </w:rPr>
              <w:t>[termine applicabile, evento iniziale, norma speciale/generale, eventuale sospensione cancellazione]</w:t>
            </w:r>
          </w:p>
        </w:tc>
      </w:tr>
      <w:tr w:rsidR="004713CD" w14:paraId="7FA3A7D5"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A8F4756" w14:textId="77777777" w:rsidR="004713CD" w:rsidRDefault="00000000">
            <w:pPr>
              <w:pStyle w:val="TableText"/>
            </w:pPr>
            <w:r>
              <w:rPr>
                <w:sz w:val="19"/>
              </w:rPr>
              <w:t>Trasferimenti e copie</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5B08323" w14:textId="77777777" w:rsidR="004713CD" w:rsidRDefault="00000000">
            <w:pPr>
              <w:pStyle w:val="TableText"/>
            </w:pPr>
            <w:r>
              <w:rPr>
                <w:sz w:val="19"/>
              </w:rPr>
              <w:t>[destinatario, presupposto, canale, prova consegna, copia al lavoratore ove dovuta]</w:t>
            </w:r>
          </w:p>
        </w:tc>
      </w:tr>
      <w:tr w:rsidR="004713CD" w14:paraId="3BDF345C"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46A9994" w14:textId="77777777" w:rsidR="004713CD" w:rsidRDefault="00000000">
            <w:pPr>
              <w:pStyle w:val="TableText"/>
            </w:pPr>
            <w:r>
              <w:rPr>
                <w:sz w:val="19"/>
              </w:rPr>
              <w:t>Misure di sicurezza</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8929EB4" w14:textId="77777777" w:rsidR="004713CD" w:rsidRDefault="00000000">
            <w:pPr>
              <w:pStyle w:val="TableText"/>
            </w:pPr>
            <w:r>
              <w:rPr>
                <w:sz w:val="19"/>
              </w:rPr>
              <w:t>[armadi, credenziali, backup, cifratura/canali protetti, test ripristino e gestione incidenti]</w:t>
            </w:r>
          </w:p>
        </w:tc>
      </w:tr>
      <w:tr w:rsidR="004713CD" w14:paraId="7F801492"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CE88682" w14:textId="77777777" w:rsidR="004713CD" w:rsidRDefault="00000000">
            <w:pPr>
              <w:pStyle w:val="TableText"/>
            </w:pPr>
            <w:r>
              <w:rPr>
                <w:sz w:val="19"/>
              </w:rPr>
              <w:t>Informativa</w:t>
            </w:r>
          </w:p>
        </w:tc>
        <w:tc>
          <w:tcPr>
            <w:tcW w:w="7200"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F7D284D" w14:textId="77777777" w:rsidR="004713CD" w:rsidRDefault="00000000">
            <w:pPr>
              <w:pStyle w:val="TableText"/>
            </w:pPr>
            <w:r>
              <w:rPr>
                <w:sz w:val="19"/>
              </w:rPr>
              <w:t>[titolare che la rende, versione, destinatari, modalità di consegna e contatto per i diritti]</w:t>
            </w:r>
          </w:p>
        </w:tc>
      </w:tr>
      <w:tr w:rsidR="004713CD" w14:paraId="50CB0ECE" w14:textId="77777777">
        <w:trPr>
          <w:cantSplit/>
          <w:jc w:val="center"/>
        </w:trPr>
        <w:tc>
          <w:tcPr>
            <w:tcW w:w="243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FA215F4" w14:textId="77777777" w:rsidR="004713CD" w:rsidRDefault="00000000">
            <w:pPr>
              <w:pStyle w:val="TableText"/>
            </w:pPr>
            <w:r>
              <w:rPr>
                <w:sz w:val="19"/>
              </w:rPr>
              <w:t>Riesame / cancellazione</w:t>
            </w:r>
          </w:p>
        </w:tc>
        <w:tc>
          <w:tcPr>
            <w:tcW w:w="7200"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83127A7" w14:textId="77777777" w:rsidR="004713CD" w:rsidRDefault="00000000">
            <w:pPr>
              <w:pStyle w:val="TableText"/>
            </w:pPr>
            <w:r>
              <w:rPr>
                <w:sz w:val="19"/>
              </w:rPr>
              <w:t>[verifica dei titoli, autorizzatore, metodo e verbale; nessuna eliminazione automatica non verificata]</w:t>
            </w:r>
          </w:p>
        </w:tc>
      </w:tr>
    </w:tbl>
    <w:p w14:paraId="1903C636" w14:textId="77777777" w:rsidR="004713CD" w:rsidRDefault="004713CD">
      <w:pPr>
        <w:pStyle w:val="Small"/>
        <w:spacing w:after="20"/>
      </w:pPr>
    </w:p>
    <w:p w14:paraId="40D7C322" w14:textId="77777777" w:rsidR="004713CD" w:rsidRDefault="00000000">
      <w:pPr>
        <w:pStyle w:val="Titolo2"/>
      </w:pPr>
      <w:r>
        <w:rPr>
          <w:b w:val="0"/>
        </w:rPr>
        <w:t>Registro delle operazioni di accesso / trasferimento</w:t>
      </w:r>
    </w:p>
    <w:tbl>
      <w:tblPr>
        <w:tblW w:w="9638" w:type="dxa"/>
        <w:jc w:val="center"/>
        <w:tblLayout w:type="fixed"/>
        <w:tblLook w:val="04A0" w:firstRow="1" w:lastRow="0" w:firstColumn="1" w:lastColumn="0" w:noHBand="0" w:noVBand="1"/>
      </w:tblPr>
      <w:tblGrid>
        <w:gridCol w:w="1814"/>
        <w:gridCol w:w="3118"/>
        <w:gridCol w:w="4706"/>
      </w:tblGrid>
      <w:tr w:rsidR="004713CD" w14:paraId="431BCEBD" w14:textId="77777777">
        <w:trPr>
          <w:cantSplit/>
          <w:tblHeader/>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3065CE10" w14:textId="77777777" w:rsidR="004713CD" w:rsidRDefault="00000000">
            <w:pPr>
              <w:pStyle w:val="TableText"/>
            </w:pPr>
            <w:r>
              <w:rPr>
                <w:b/>
                <w:color w:val="FFFFFF"/>
                <w:sz w:val="19"/>
              </w:rPr>
              <w:t>Data / richiesta</w:t>
            </w:r>
          </w:p>
        </w:tc>
        <w:tc>
          <w:tcPr>
            <w:tcW w:w="3118"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4C9F0611" w14:textId="77777777" w:rsidR="004713CD" w:rsidRDefault="00000000">
            <w:pPr>
              <w:pStyle w:val="TableText"/>
            </w:pPr>
            <w:r>
              <w:rPr>
                <w:b/>
                <w:color w:val="FFFFFF"/>
                <w:sz w:val="19"/>
              </w:rPr>
              <w:t>Soggetto e titolo</w:t>
            </w:r>
          </w:p>
        </w:tc>
        <w:tc>
          <w:tcPr>
            <w:tcW w:w="470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0BB8943E" w14:textId="77777777" w:rsidR="004713CD" w:rsidRDefault="00000000">
            <w:pPr>
              <w:pStyle w:val="TableText"/>
            </w:pPr>
            <w:r>
              <w:rPr>
                <w:b/>
                <w:color w:val="FFFFFF"/>
                <w:sz w:val="19"/>
              </w:rPr>
              <w:t>Oggetto / esito / prova</w:t>
            </w:r>
          </w:p>
        </w:tc>
      </w:tr>
      <w:tr w:rsidR="004713CD" w14:paraId="3BDAB594" w14:textId="77777777">
        <w:trPr>
          <w:cantSplit/>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CD6F5B0" w14:textId="77777777" w:rsidR="004713CD" w:rsidRDefault="00000000">
            <w:pPr>
              <w:pStyle w:val="TableText"/>
            </w:pPr>
            <w:r>
              <w:rPr>
                <w:sz w:val="19"/>
              </w:rPr>
              <w:t>[___]</w:t>
            </w:r>
          </w:p>
        </w:tc>
        <w:tc>
          <w:tcPr>
            <w:tcW w:w="311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D9C3048" w14:textId="77777777" w:rsidR="004713CD" w:rsidRDefault="00000000">
            <w:pPr>
              <w:pStyle w:val="TableText"/>
            </w:pPr>
            <w:r>
              <w:rPr>
                <w:sz w:val="19"/>
              </w:rPr>
              <w:t>[identità verificata e ruolo]</w:t>
            </w:r>
          </w:p>
        </w:tc>
        <w:tc>
          <w:tcPr>
            <w:tcW w:w="470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BF54811" w14:textId="77777777" w:rsidR="004713CD" w:rsidRDefault="00000000">
            <w:pPr>
              <w:pStyle w:val="TableText"/>
            </w:pPr>
            <w:r>
              <w:rPr>
                <w:sz w:val="19"/>
              </w:rPr>
              <w:t>[documenti necessari, canale, ricevuta]</w:t>
            </w:r>
          </w:p>
        </w:tc>
      </w:tr>
      <w:tr w:rsidR="004713CD" w14:paraId="3E6E5EFF" w14:textId="77777777">
        <w:trPr>
          <w:cantSplit/>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74BCEA" w14:textId="77777777" w:rsidR="004713CD" w:rsidRDefault="00000000">
            <w:pPr>
              <w:pStyle w:val="TableText"/>
            </w:pPr>
            <w:r>
              <w:rPr>
                <w:sz w:val="19"/>
              </w:rPr>
              <w:t>[___]</w:t>
            </w:r>
          </w:p>
        </w:tc>
        <w:tc>
          <w:tcPr>
            <w:tcW w:w="3118"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9804828" w14:textId="77777777" w:rsidR="004713CD" w:rsidRDefault="00000000">
            <w:pPr>
              <w:pStyle w:val="TableText"/>
            </w:pPr>
            <w:r>
              <w:rPr>
                <w:sz w:val="19"/>
              </w:rPr>
              <w:t>[___]</w:t>
            </w:r>
          </w:p>
        </w:tc>
        <w:tc>
          <w:tcPr>
            <w:tcW w:w="470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95CF6A1" w14:textId="77777777" w:rsidR="004713CD" w:rsidRDefault="00000000">
            <w:pPr>
              <w:pStyle w:val="TableText"/>
            </w:pPr>
            <w:r>
              <w:rPr>
                <w:sz w:val="19"/>
              </w:rPr>
              <w:t>[___]</w:t>
            </w:r>
          </w:p>
        </w:tc>
      </w:tr>
      <w:tr w:rsidR="004713CD" w14:paraId="605F171D" w14:textId="77777777">
        <w:trPr>
          <w:cantSplit/>
          <w:jc w:val="center"/>
        </w:trPr>
        <w:tc>
          <w:tcPr>
            <w:tcW w:w="1814"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B3F34AE" w14:textId="77777777" w:rsidR="004713CD" w:rsidRDefault="00000000">
            <w:pPr>
              <w:pStyle w:val="TableText"/>
            </w:pPr>
            <w:r>
              <w:rPr>
                <w:sz w:val="19"/>
              </w:rPr>
              <w:t>[___]</w:t>
            </w:r>
          </w:p>
        </w:tc>
        <w:tc>
          <w:tcPr>
            <w:tcW w:w="3118"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2D4BB19" w14:textId="77777777" w:rsidR="004713CD" w:rsidRDefault="00000000">
            <w:pPr>
              <w:pStyle w:val="TableText"/>
            </w:pPr>
            <w:r>
              <w:rPr>
                <w:sz w:val="19"/>
              </w:rPr>
              <w:t>[___]</w:t>
            </w:r>
          </w:p>
        </w:tc>
        <w:tc>
          <w:tcPr>
            <w:tcW w:w="470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61A774A" w14:textId="77777777" w:rsidR="004713CD" w:rsidRDefault="00000000">
            <w:pPr>
              <w:pStyle w:val="TableText"/>
            </w:pPr>
            <w:r>
              <w:rPr>
                <w:sz w:val="19"/>
              </w:rPr>
              <w:t>[___]</w:t>
            </w:r>
          </w:p>
        </w:tc>
      </w:tr>
    </w:tbl>
    <w:p w14:paraId="3B06AD72" w14:textId="77777777" w:rsidR="004713CD" w:rsidRDefault="004713CD">
      <w:pPr>
        <w:pStyle w:val="Small"/>
        <w:spacing w:after="20"/>
      </w:pPr>
    </w:p>
    <w:p w14:paraId="0A38B633" w14:textId="77777777" w:rsidR="004713CD" w:rsidRDefault="00000000">
      <w:pPr>
        <w:pStyle w:val="Titolo2"/>
      </w:pPr>
      <w:r>
        <w:rPr>
          <w:b w:val="0"/>
        </w:rPr>
        <w:t>Controllo conclusivo del piano</w:t>
      </w:r>
    </w:p>
    <w:p w14:paraId="3CB27674" w14:textId="77777777" w:rsidR="004713CD" w:rsidRDefault="00000000">
      <w:pPr>
        <w:pStyle w:val="FieldText"/>
      </w:pPr>
      <w:r>
        <w:t>Le cartelle cliniche non sono presenti nell’archivio condiviso: S / N.</w:t>
      </w:r>
      <w:r>
        <w:br/>
        <w:t>Le copie obbligatorie e gli invii sono tracciabili: S / N / NA motivato.</w:t>
      </w:r>
      <w:r>
        <w:br/>
        <w:t>I tempi di conservazione sono verificati per ogni categoria: S / N.</w:t>
      </w:r>
      <w:r>
        <w:br/>
        <w:t>Il passaggio di custodia in caso di cessazione/cambio è definito: S / N.</w:t>
      </w:r>
      <w:r>
        <w:br/>
        <w:t>Carenze e azioni: ___________________________________________________________________</w:t>
      </w:r>
    </w:p>
    <w:p w14:paraId="25771543" w14:textId="77777777" w:rsidR="004713CD" w:rsidRDefault="00000000">
      <w:pPr>
        <w:pStyle w:val="FieldText"/>
      </w:pPr>
      <w:r>
        <w:t>Responsabile documentale __________  MC per competenza __________  Verifica privacy ______</w:t>
      </w:r>
    </w:p>
    <w:p w14:paraId="64776C00" w14:textId="77777777" w:rsidR="004713CD" w:rsidRDefault="00000000">
      <w:r>
        <w:br w:type="page"/>
      </w:r>
    </w:p>
    <w:p w14:paraId="547732D6" w14:textId="77777777" w:rsidR="004713CD" w:rsidRDefault="00000000">
      <w:pPr>
        <w:pStyle w:val="Kicker"/>
      </w:pPr>
      <w:r>
        <w:rPr>
          <w:b w:val="0"/>
        </w:rPr>
        <w:t>REGISTRO DELLE FONTI  /  LIMITI E PROVENIENZA</w:t>
      </w:r>
    </w:p>
    <w:p w14:paraId="7BE618BA" w14:textId="77777777" w:rsidR="004713CD" w:rsidRDefault="00000000">
      <w:pPr>
        <w:pStyle w:val="Titolo1"/>
      </w:pPr>
      <w:bookmarkStart w:id="52" w:name="SOURCES1"/>
      <w:r>
        <w:rPr>
          <w:b w:val="0"/>
        </w:rPr>
        <w:t>Fonti scientifiche e normative — 1/2</w:t>
      </w:r>
      <w:bookmarkEnd w:id="52"/>
    </w:p>
    <w:p w14:paraId="454F815E" w14:textId="77777777" w:rsidR="004713CD" w:rsidRDefault="00000000">
      <w:r>
        <w:t>I richiami tra parentesi quadre permettono di distinguere il contenuto scientifico della fonte allegata, la disciplina normativa e l’elaborazione organizzativa originale. Le tabelle e i moduli A01–A22 sono modelli di lavoro [O], non riproduzioni di modulistica INAIL o ministeriale.</w:t>
      </w:r>
    </w:p>
    <w:tbl>
      <w:tblPr>
        <w:tblW w:w="9638" w:type="dxa"/>
        <w:jc w:val="center"/>
        <w:tblLayout w:type="fixed"/>
        <w:tblLook w:val="04A0" w:firstRow="1" w:lastRow="0" w:firstColumn="1" w:lastColumn="0" w:noHBand="0" w:noVBand="1"/>
      </w:tblPr>
      <w:tblGrid>
        <w:gridCol w:w="567"/>
        <w:gridCol w:w="5329"/>
        <w:gridCol w:w="3742"/>
      </w:tblGrid>
      <w:tr w:rsidR="004713CD" w14:paraId="6A445604" w14:textId="77777777">
        <w:trPr>
          <w:cantSplit/>
          <w:tblHeader/>
          <w:jc w:val="center"/>
        </w:trPr>
        <w:tc>
          <w:tcPr>
            <w:tcW w:w="56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622DF46" w14:textId="77777777" w:rsidR="004713CD" w:rsidRDefault="00000000">
            <w:pPr>
              <w:pStyle w:val="TableText"/>
            </w:pPr>
            <w:r>
              <w:rPr>
                <w:b/>
                <w:color w:val="FFFFFF"/>
              </w:rPr>
              <w:t>ID</w:t>
            </w:r>
          </w:p>
        </w:tc>
        <w:tc>
          <w:tcPr>
            <w:tcW w:w="5329"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52DC3807" w14:textId="77777777" w:rsidR="004713CD" w:rsidRDefault="00000000">
            <w:pPr>
              <w:pStyle w:val="TableText"/>
            </w:pPr>
            <w:r>
              <w:rPr>
                <w:b/>
                <w:color w:val="FFFFFF"/>
              </w:rPr>
              <w:t>Fonte</w:t>
            </w:r>
          </w:p>
        </w:tc>
        <w:tc>
          <w:tcPr>
            <w:tcW w:w="3742"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55E35D7" w14:textId="77777777" w:rsidR="004713CD" w:rsidRDefault="00000000">
            <w:pPr>
              <w:pStyle w:val="TableText"/>
            </w:pPr>
            <w:r>
              <w:rPr>
                <w:b/>
                <w:color w:val="FFFFFF"/>
              </w:rPr>
              <w:t>Utilizzo / limite</w:t>
            </w:r>
          </w:p>
        </w:tc>
      </w:tr>
      <w:tr w:rsidR="004713CD" w14:paraId="767DE278"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AA4BA48" w14:textId="77777777" w:rsidR="004713CD" w:rsidRDefault="00000000">
            <w:pPr>
              <w:pStyle w:val="TableText"/>
            </w:pPr>
            <w:r>
              <w:t>S1</w:t>
            </w:r>
          </w:p>
        </w:tc>
        <w:tc>
          <w:tcPr>
            <w:tcW w:w="532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7C8B4C65" w14:textId="77777777" w:rsidR="004713CD" w:rsidRDefault="00000000">
            <w:pPr>
              <w:pStyle w:val="TableText"/>
            </w:pPr>
            <w:r>
              <w:t>INAIL, 2026. La tossicità dello sviluppo del feto. Il ruolo dell’esposizione occupazionale maschile ad agenti chimici. DIMEILA; L. Caporossi, S. Di Renzi, D. Pigini, P. Castellano, E. Paci, M. De Rosa. ISBN 979-12-5758-017-9.</w:t>
            </w:r>
          </w:p>
        </w:tc>
        <w:tc>
          <w:tcPr>
            <w:tcW w:w="374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6FEC2A5" w14:textId="77777777" w:rsidR="004713CD" w:rsidRDefault="00000000">
            <w:pPr>
              <w:pStyle w:val="TableText"/>
            </w:pPr>
            <w:r>
              <w:t>PDF fornito dall’utente, 2 pagine. Base per meccanismi, evidenze e prospettiva preventiva; non contiene questa procedura.</w:t>
            </w:r>
          </w:p>
        </w:tc>
      </w:tr>
      <w:tr w:rsidR="004713CD" w14:paraId="7AA2C3B2"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6660E14" w14:textId="77777777" w:rsidR="004713CD" w:rsidRDefault="00000000">
            <w:pPr>
              <w:pStyle w:val="TableText"/>
            </w:pPr>
            <w:r>
              <w:t>N1</w:t>
            </w:r>
          </w:p>
        </w:tc>
        <w:tc>
          <w:tcPr>
            <w:tcW w:w="532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436F21B" w14:textId="77777777" w:rsidR="004713CD" w:rsidRDefault="00000000">
            <w:pPr>
              <w:pStyle w:val="TableText"/>
            </w:pPr>
            <w:r>
              <w:t>D.Lgs. 9 aprile 2008, n. 81, con successive modificazioni. Riferimenti: artt. 17–20, 25–29, 35, 37, 41–42, 50; Titolo III e Titolo IX, in particolare artt. 223 e 234–243.</w:t>
            </w:r>
          </w:p>
        </w:tc>
        <w:tc>
          <w:tcPr>
            <w:tcW w:w="374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AF2AB4E" w14:textId="77777777" w:rsidR="004713CD" w:rsidRDefault="00000000">
            <w:pPr>
              <w:pStyle w:val="TableText"/>
            </w:pPr>
            <w:r>
              <w:t>Quadro nazionale degli obblighi. Verificare testo vigente e allegati per gli agenti e per il sito.</w:t>
            </w:r>
          </w:p>
        </w:tc>
      </w:tr>
      <w:tr w:rsidR="004713CD" w14:paraId="414E1227"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13A8750" w14:textId="77777777" w:rsidR="004713CD" w:rsidRDefault="00000000">
            <w:pPr>
              <w:pStyle w:val="TableText"/>
            </w:pPr>
            <w:r>
              <w:t>N2</w:t>
            </w:r>
          </w:p>
        </w:tc>
        <w:tc>
          <w:tcPr>
            <w:tcW w:w="532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4D65E772" w14:textId="77777777" w:rsidR="004713CD" w:rsidRDefault="00000000">
            <w:pPr>
              <w:pStyle w:val="TableText"/>
            </w:pPr>
            <w:r>
              <w:t>Regolamento (CE) n. 1272/2008 (CLP), e successive modificazioni; Allegati I, III e VI.</w:t>
            </w:r>
          </w:p>
        </w:tc>
        <w:tc>
          <w:tcPr>
            <w:tcW w:w="374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96CE305" w14:textId="77777777" w:rsidR="004713CD" w:rsidRDefault="00000000">
            <w:pPr>
              <w:pStyle w:val="TableText"/>
            </w:pPr>
            <w:r>
              <w:t>Classificazione, indicazioni di pericolo e voci armonizzate; controllare ATP e decorrenze.</w:t>
            </w:r>
          </w:p>
        </w:tc>
      </w:tr>
      <w:tr w:rsidR="004713CD" w14:paraId="0757331C"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6B1B4C1D" w14:textId="77777777" w:rsidR="004713CD" w:rsidRDefault="00000000">
            <w:pPr>
              <w:pStyle w:val="TableText"/>
            </w:pPr>
            <w:r>
              <w:t>N3</w:t>
            </w:r>
          </w:p>
        </w:tc>
        <w:tc>
          <w:tcPr>
            <w:tcW w:w="532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143EE99" w14:textId="77777777" w:rsidR="004713CD" w:rsidRDefault="00000000">
            <w:pPr>
              <w:pStyle w:val="TableText"/>
            </w:pPr>
            <w:r>
              <w:t>Regolamento (CE) n. 1907/2006 (REACH), Allegato II; Regolamento (UE) 2020/878; disposizioni su autorizzazioni e restrizioni ove applicabili.</w:t>
            </w:r>
          </w:p>
        </w:tc>
        <w:tc>
          <w:tcPr>
            <w:tcW w:w="374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76251302" w14:textId="77777777" w:rsidR="004713CD" w:rsidRDefault="00000000">
            <w:pPr>
              <w:pStyle w:val="TableText"/>
            </w:pPr>
            <w:r>
              <w:t>Informazioni SDS e condizioni d’uso; verificare aggiornamenti e versione del prodotto.</w:t>
            </w:r>
          </w:p>
        </w:tc>
      </w:tr>
      <w:tr w:rsidR="004713CD" w14:paraId="304134F2"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750648E" w14:textId="77777777" w:rsidR="004713CD" w:rsidRDefault="00000000">
            <w:pPr>
              <w:pStyle w:val="TableText"/>
            </w:pPr>
            <w:r>
              <w:t>N4</w:t>
            </w:r>
          </w:p>
        </w:tc>
        <w:tc>
          <w:tcPr>
            <w:tcW w:w="5329"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2E7BF2" w14:textId="77777777" w:rsidR="004713CD" w:rsidRDefault="00000000">
            <w:pPr>
              <w:pStyle w:val="TableText"/>
            </w:pPr>
            <w:r>
              <w:t>D.Lgs. 4 settembre 2024, n. 135, pubblicato nella G.U. n. 226 del 26.09.2024. Recepimento della Direttiva (UE) 2022/431.</w:t>
            </w:r>
          </w:p>
        </w:tc>
        <w:tc>
          <w:tcPr>
            <w:tcW w:w="3742"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6C55BD04" w14:textId="77777777" w:rsidR="004713CD" w:rsidRDefault="00000000">
            <w:pPr>
              <w:pStyle w:val="TableText"/>
            </w:pPr>
            <w:r>
              <w:t>Estensione ai reprotossici: definizioni, gerarchia, DVR, misure, formazione, sorveglianza e registrazioni.</w:t>
            </w:r>
          </w:p>
        </w:tc>
      </w:tr>
      <w:tr w:rsidR="004713CD" w14:paraId="73735D53"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098F05E" w14:textId="77777777" w:rsidR="004713CD" w:rsidRDefault="00000000">
            <w:pPr>
              <w:pStyle w:val="TableText"/>
            </w:pPr>
            <w:r>
              <w:t>N5</w:t>
            </w:r>
          </w:p>
        </w:tc>
        <w:tc>
          <w:tcPr>
            <w:tcW w:w="5329"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64A38CB" w14:textId="77777777" w:rsidR="004713CD" w:rsidRDefault="00000000">
            <w:pPr>
              <w:pStyle w:val="TableText"/>
            </w:pPr>
            <w:r>
              <w:t>Direttiva 2004/37/CE, come modificata dalla Direttiva (UE) 2022/431.</w:t>
            </w:r>
          </w:p>
        </w:tc>
        <w:tc>
          <w:tcPr>
            <w:tcW w:w="3742"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87173C7" w14:textId="77777777" w:rsidR="004713CD" w:rsidRDefault="00000000">
            <w:pPr>
              <w:pStyle w:val="TableText"/>
            </w:pPr>
            <w:r>
              <w:t>Quadro europeo. Distinguere obblighi UE, recepimento e disposizioni nazionali applicabili.</w:t>
            </w:r>
          </w:p>
        </w:tc>
      </w:tr>
    </w:tbl>
    <w:p w14:paraId="2BD036A9" w14:textId="77777777" w:rsidR="004713CD" w:rsidRDefault="004713CD">
      <w:pPr>
        <w:pStyle w:val="Small"/>
        <w:spacing w:after="20"/>
      </w:pPr>
    </w:p>
    <w:p w14:paraId="6DCDAE75" w14:textId="77777777" w:rsidR="004713CD" w:rsidRDefault="00000000">
      <w:pPr>
        <w:pStyle w:val="Titolo2"/>
      </w:pPr>
      <w:r>
        <w:rPr>
          <w:b w:val="0"/>
        </w:rPr>
        <w:t>Bibliografia scientifica presente nella scheda INAIL</w:t>
      </w:r>
    </w:p>
    <w:p w14:paraId="06AAC022" w14:textId="77777777" w:rsidR="004713CD" w:rsidRDefault="00000000">
      <w:pPr>
        <w:pStyle w:val="Small"/>
      </w:pPr>
      <w:r>
        <w:t>Caporossi L., Castellano P., Paci E. et al. A scoping review on male-mediated developmental toxicity. Toxics, 2025, 13, 707. DOI: 10.3390/toxics13090707.</w:t>
      </w:r>
      <w:r>
        <w:br/>
        <w:t>Bonde J.P., Tøttenborg S.S., Hougaard K.S. Paternal environmental exposure and offspring health. Current Opinion in Endocrine and Metabolic Research, 2019, 7, 14–20.</w:t>
      </w:r>
      <w:r>
        <w:br/>
        <w:t>Logman J.F.S., De Vries L.E., Hemels M.E.H. et al. Paternal organic solvent exposure and adverse pregnancy outcomes: A meta-analysis. American Journal of Industrial Medicine, 2005, 47, 37–44.</w:t>
      </w:r>
    </w:p>
    <w:p w14:paraId="5F99951E" w14:textId="77777777" w:rsidR="004713CD" w:rsidRDefault="00000000">
      <w:pPr>
        <w:pStyle w:val="Small"/>
      </w:pPr>
      <w:r>
        <w:t>Le tre opere sono indicate come bibliografia richiamata da S1, non come prova di una rivalutazione sistematica indipendente della letteratura in questo documento.</w:t>
      </w:r>
    </w:p>
    <w:p w14:paraId="21FA85A7" w14:textId="77777777" w:rsidR="004713CD" w:rsidRDefault="00000000">
      <w:r>
        <w:br w:type="page"/>
      </w:r>
    </w:p>
    <w:p w14:paraId="22E624C5" w14:textId="77777777" w:rsidR="004713CD" w:rsidRDefault="00000000">
      <w:pPr>
        <w:pStyle w:val="Kicker"/>
      </w:pPr>
      <w:r>
        <w:rPr>
          <w:b w:val="0"/>
        </w:rPr>
        <w:t>REGISTRO DELLE FONTI  /  CHIUSURA DEL DOCUMENTO</w:t>
      </w:r>
    </w:p>
    <w:p w14:paraId="721D6FE2" w14:textId="77777777" w:rsidR="004713CD" w:rsidRDefault="00000000">
      <w:pPr>
        <w:pStyle w:val="Titolo1"/>
      </w:pPr>
      <w:bookmarkStart w:id="53" w:name="SOURCES2"/>
      <w:r>
        <w:rPr>
          <w:b w:val="0"/>
        </w:rPr>
        <w:t>Fonti, collegamenti e validazione — 2/2</w:t>
      </w:r>
      <w:bookmarkEnd w:id="53"/>
    </w:p>
    <w:tbl>
      <w:tblPr>
        <w:tblW w:w="9638" w:type="dxa"/>
        <w:jc w:val="center"/>
        <w:tblLayout w:type="fixed"/>
        <w:tblLook w:val="04A0" w:firstRow="1" w:lastRow="0" w:firstColumn="1" w:lastColumn="0" w:noHBand="0" w:noVBand="1"/>
      </w:tblPr>
      <w:tblGrid>
        <w:gridCol w:w="567"/>
        <w:gridCol w:w="5216"/>
        <w:gridCol w:w="3855"/>
      </w:tblGrid>
      <w:tr w:rsidR="004713CD" w14:paraId="3B901E06" w14:textId="77777777">
        <w:trPr>
          <w:cantSplit/>
          <w:tblHeader/>
          <w:jc w:val="center"/>
        </w:trPr>
        <w:tc>
          <w:tcPr>
            <w:tcW w:w="567"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6E5A1487" w14:textId="77777777" w:rsidR="004713CD" w:rsidRDefault="00000000">
            <w:pPr>
              <w:pStyle w:val="TableText"/>
            </w:pPr>
            <w:r>
              <w:rPr>
                <w:b/>
                <w:color w:val="FFFFFF"/>
              </w:rPr>
              <w:t>ID</w:t>
            </w:r>
          </w:p>
        </w:tc>
        <w:tc>
          <w:tcPr>
            <w:tcW w:w="5216"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10D280BF" w14:textId="77777777" w:rsidR="004713CD" w:rsidRDefault="00000000">
            <w:pPr>
              <w:pStyle w:val="TableText"/>
            </w:pPr>
            <w:r>
              <w:rPr>
                <w:b/>
                <w:color w:val="FFFFFF"/>
              </w:rPr>
              <w:t>Fonte</w:t>
            </w:r>
          </w:p>
        </w:tc>
        <w:tc>
          <w:tcPr>
            <w:tcW w:w="3855" w:type="dxa"/>
            <w:tcBorders>
              <w:top w:val="single" w:sz="3" w:space="0" w:color="D9E3E7"/>
              <w:left w:val="single" w:sz="3" w:space="0" w:color="D9E3E7"/>
              <w:bottom w:val="single" w:sz="3" w:space="0" w:color="D9E3E7"/>
              <w:right w:val="single" w:sz="3" w:space="0" w:color="D9E3E7"/>
            </w:tcBorders>
            <w:shd w:val="clear" w:color="auto" w:fill="17364A"/>
            <w:tcMar>
              <w:top w:w="70" w:type="dxa"/>
              <w:left w:w="90" w:type="dxa"/>
              <w:bottom w:w="70" w:type="dxa"/>
              <w:right w:w="90" w:type="dxa"/>
            </w:tcMar>
            <w:vAlign w:val="center"/>
          </w:tcPr>
          <w:p w14:paraId="76A1E30B" w14:textId="77777777" w:rsidR="004713CD" w:rsidRDefault="00000000">
            <w:pPr>
              <w:pStyle w:val="TableText"/>
            </w:pPr>
            <w:r>
              <w:rPr>
                <w:b/>
                <w:color w:val="FFFFFF"/>
              </w:rPr>
              <w:t>Utilizzo / limite</w:t>
            </w:r>
          </w:p>
        </w:tc>
      </w:tr>
      <w:tr w:rsidR="004713CD" w14:paraId="141D8BCD"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2DC9DEE" w14:textId="77777777" w:rsidR="004713CD" w:rsidRDefault="00000000">
            <w:pPr>
              <w:pStyle w:val="TableText"/>
            </w:pPr>
            <w:r>
              <w:t>N6</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4A36D76" w14:textId="77777777" w:rsidR="004713CD" w:rsidRDefault="00000000">
            <w:pPr>
              <w:pStyle w:val="TableText"/>
            </w:pPr>
            <w:r>
              <w:t>D.Lgs. 26 marzo 2001, n. 151, e successive modificazioni.</w:t>
            </w:r>
          </w:p>
        </w:tc>
        <w:tc>
          <w:tcPr>
            <w:tcW w:w="385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0CAAEB9D" w14:textId="77777777" w:rsidR="004713CD" w:rsidRDefault="00000000">
            <w:pPr>
              <w:pStyle w:val="TableText"/>
            </w:pPr>
            <w:r>
              <w:t>Tutela maternità/allattamento; percorso dedicato da verificare e coordinare.</w:t>
            </w:r>
          </w:p>
        </w:tc>
      </w:tr>
      <w:tr w:rsidR="004713CD" w14:paraId="7228631E"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4C88FFEE" w14:textId="77777777" w:rsidR="004713CD" w:rsidRDefault="00000000">
            <w:pPr>
              <w:pStyle w:val="TableText"/>
            </w:pPr>
            <w:r>
              <w:t>N7</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3ECF19BD" w14:textId="77777777" w:rsidR="004713CD" w:rsidRDefault="00000000">
            <w:pPr>
              <w:pStyle w:val="TableText"/>
            </w:pPr>
            <w:r>
              <w:t>Regolamento (UE) 2016/679; D.Lgs. 196/2003 come modificato; Garante, provvedimento n. 390 del 10.07.2025, docweb 10154148.</w:t>
            </w:r>
          </w:p>
        </w:tc>
        <w:tc>
          <w:tcPr>
            <w:tcW w:w="385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2A1B3E0E" w14:textId="77777777" w:rsidR="004713CD" w:rsidRDefault="00000000">
            <w:pPr>
              <w:pStyle w:val="TableText"/>
            </w:pPr>
            <w:r>
              <w:t>Separazione dei ruoli sanitari e datoriali, necessità e proporzionalità dei dati, limiti dei questionari aziendali.</w:t>
            </w:r>
          </w:p>
        </w:tc>
      </w:tr>
      <w:tr w:rsidR="004713CD" w14:paraId="4D97FCB3"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126F7368" w14:textId="77777777" w:rsidR="004713CD" w:rsidRDefault="00000000">
            <w:pPr>
              <w:pStyle w:val="TableText"/>
            </w:pPr>
            <w:r>
              <w:t>T1</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8AB19D9" w14:textId="77777777" w:rsidR="004713CD" w:rsidRDefault="00000000">
            <w:pPr>
              <w:pStyle w:val="TableText"/>
            </w:pPr>
            <w:r>
              <w:t>INAIL, Rischio chimico negli ambienti di lavoro, documento 2026; richiamo alla UNI EN 689:2019 per la valutazione dell’esposizione inalatoria.</w:t>
            </w:r>
          </w:p>
        </w:tc>
        <w:tc>
          <w:tcPr>
            <w:tcW w:w="385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370B7518" w14:textId="77777777" w:rsidR="004713CD" w:rsidRDefault="00000000">
            <w:pPr>
              <w:pStyle w:val="TableText"/>
            </w:pPr>
            <w:r>
              <w:t>Supporto di igiene industriale. La norma integrale e il metodo pertinente vanno utilizzati da persona competente; non è qui riprodotta.</w:t>
            </w:r>
          </w:p>
        </w:tc>
      </w:tr>
      <w:tr w:rsidR="004713CD" w14:paraId="66675276"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5AC636D8" w14:textId="77777777" w:rsidR="004713CD" w:rsidRDefault="00000000">
            <w:pPr>
              <w:pStyle w:val="TableText"/>
            </w:pPr>
            <w:r>
              <w:t>T2</w:t>
            </w:r>
          </w:p>
        </w:tc>
        <w:tc>
          <w:tcPr>
            <w:tcW w:w="5216"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0132D1D1" w14:textId="77777777" w:rsidR="004713CD" w:rsidRDefault="00000000">
            <w:pPr>
              <w:pStyle w:val="TableText"/>
            </w:pPr>
            <w:r>
              <w:t>ECHA, New hazard classes 2023 / Nuove classi di pericolo; documentazione ufficiale CLP.</w:t>
            </w:r>
          </w:p>
        </w:tc>
        <w:tc>
          <w:tcPr>
            <w:tcW w:w="3855" w:type="dxa"/>
            <w:tcBorders>
              <w:top w:val="single" w:sz="3" w:space="0" w:color="D9E3E7"/>
              <w:left w:val="single" w:sz="3" w:space="0" w:color="D9E3E7"/>
              <w:bottom w:val="single" w:sz="3" w:space="0" w:color="D9E3E7"/>
              <w:right w:val="single" w:sz="3" w:space="0" w:color="D9E3E7"/>
            </w:tcBorders>
            <w:shd w:val="clear" w:color="auto" w:fill="FFFFFF"/>
            <w:tcMar>
              <w:top w:w="70" w:type="dxa"/>
              <w:left w:w="90" w:type="dxa"/>
              <w:bottom w:w="70" w:type="dxa"/>
              <w:right w:w="90" w:type="dxa"/>
            </w:tcMar>
            <w:vAlign w:val="center"/>
          </w:tcPr>
          <w:p w14:paraId="15A7EE22" w14:textId="77777777" w:rsidR="004713CD" w:rsidRDefault="00000000">
            <w:pPr>
              <w:pStyle w:val="TableText"/>
            </w:pPr>
            <w:r>
              <w:t>Distinzione della classe di interferenza endocrina e verifica delle indicazioni EUH380/EUH381.</w:t>
            </w:r>
          </w:p>
        </w:tc>
      </w:tr>
      <w:tr w:rsidR="004713CD" w14:paraId="0D36FEE0" w14:textId="77777777">
        <w:trPr>
          <w:cantSplit/>
          <w:jc w:val="center"/>
        </w:trPr>
        <w:tc>
          <w:tcPr>
            <w:tcW w:w="567"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4D3627B" w14:textId="77777777" w:rsidR="004713CD" w:rsidRDefault="00000000">
            <w:pPr>
              <w:pStyle w:val="TableText"/>
            </w:pPr>
            <w:r>
              <w:t>O</w:t>
            </w:r>
          </w:p>
        </w:tc>
        <w:tc>
          <w:tcPr>
            <w:tcW w:w="5216"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5C75D02A" w14:textId="77777777" w:rsidR="004713CD" w:rsidRDefault="00000000">
            <w:pPr>
              <w:pStyle w:val="TableText"/>
            </w:pPr>
            <w:r>
              <w:t>Elaborazione tecnico-organizzativa originale di questo modello.</w:t>
            </w:r>
          </w:p>
        </w:tc>
        <w:tc>
          <w:tcPr>
            <w:tcW w:w="3855" w:type="dxa"/>
            <w:tcBorders>
              <w:top w:val="single" w:sz="3" w:space="0" w:color="D9E3E7"/>
              <w:left w:val="single" w:sz="3" w:space="0" w:color="D9E3E7"/>
              <w:bottom w:val="single" w:sz="3" w:space="0" w:color="D9E3E7"/>
              <w:right w:val="single" w:sz="3" w:space="0" w:color="D9E3E7"/>
            </w:tcBorders>
            <w:shd w:val="clear" w:color="auto" w:fill="F0F6F7"/>
            <w:tcMar>
              <w:top w:w="70" w:type="dxa"/>
              <w:left w:w="90" w:type="dxa"/>
              <w:bottom w:w="70" w:type="dxa"/>
              <w:right w:w="90" w:type="dxa"/>
            </w:tcMar>
            <w:vAlign w:val="center"/>
          </w:tcPr>
          <w:p w14:paraId="2EBFC00A" w14:textId="77777777" w:rsidR="004713CD" w:rsidRDefault="00000000">
            <w:pPr>
              <w:pStyle w:val="TableText"/>
            </w:pPr>
            <w:r>
              <w:t>Sequenze operative, autorizzazioni interne, check-list, frequenze interne proposte e indicatori non costituiscono autonome prescrizioni di legge.</w:t>
            </w:r>
          </w:p>
        </w:tc>
      </w:tr>
    </w:tbl>
    <w:p w14:paraId="11DC968B" w14:textId="77777777" w:rsidR="004713CD" w:rsidRDefault="004713CD">
      <w:pPr>
        <w:pStyle w:val="Small"/>
        <w:spacing w:after="20"/>
      </w:pPr>
    </w:p>
    <w:p w14:paraId="56880AB1" w14:textId="77777777" w:rsidR="004713CD" w:rsidRDefault="00000000">
      <w:pPr>
        <w:pStyle w:val="Titolo2"/>
      </w:pPr>
      <w:r>
        <w:rPr>
          <w:b w:val="0"/>
        </w:rPr>
        <w:t>Collegamenti istituzionali per la verifica</w:t>
      </w:r>
    </w:p>
    <w:p w14:paraId="3C0F0AFB" w14:textId="77777777" w:rsidR="004713CD" w:rsidRDefault="00000000">
      <w:pPr>
        <w:pStyle w:val="Small"/>
      </w:pPr>
      <w:hyperlink r:id="rId9">
        <w:r>
          <w:rPr>
            <w:color w:val="087F8C"/>
            <w:u w:val="single"/>
          </w:rPr>
          <w:t xml:space="preserve">Gazzetta Ufficiale — </w:t>
        </w:r>
        <w:proofErr w:type="spellStart"/>
        <w:proofErr w:type="gramStart"/>
        <w:r>
          <w:rPr>
            <w:color w:val="087F8C"/>
            <w:u w:val="single"/>
          </w:rPr>
          <w:t>D.Lgs</w:t>
        </w:r>
        <w:proofErr w:type="spellEnd"/>
        <w:proofErr w:type="gramEnd"/>
        <w:r>
          <w:rPr>
            <w:color w:val="087F8C"/>
            <w:u w:val="single"/>
          </w:rPr>
          <w:t>. 135/2024</w:t>
        </w:r>
      </w:hyperlink>
    </w:p>
    <w:p w14:paraId="2825217E" w14:textId="77777777" w:rsidR="004713CD" w:rsidRDefault="00000000">
      <w:pPr>
        <w:pStyle w:val="Small"/>
      </w:pPr>
      <w:hyperlink r:id="rId10">
        <w:proofErr w:type="spellStart"/>
        <w:r>
          <w:rPr>
            <w:color w:val="087F8C"/>
            <w:u w:val="single"/>
          </w:rPr>
          <w:t>Normattiva</w:t>
        </w:r>
        <w:proofErr w:type="spellEnd"/>
        <w:r>
          <w:rPr>
            <w:color w:val="087F8C"/>
            <w:u w:val="single"/>
          </w:rPr>
          <w:t xml:space="preserve"> — </w:t>
        </w:r>
        <w:proofErr w:type="spellStart"/>
        <w:proofErr w:type="gramStart"/>
        <w:r>
          <w:rPr>
            <w:color w:val="087F8C"/>
            <w:u w:val="single"/>
          </w:rPr>
          <w:t>D.Lgs</w:t>
        </w:r>
        <w:proofErr w:type="spellEnd"/>
        <w:proofErr w:type="gramEnd"/>
        <w:r>
          <w:rPr>
            <w:color w:val="087F8C"/>
            <w:u w:val="single"/>
          </w:rPr>
          <w:t>. 81/2008</w:t>
        </w:r>
      </w:hyperlink>
    </w:p>
    <w:p w14:paraId="33829E3D" w14:textId="77777777" w:rsidR="004713CD" w:rsidRDefault="00000000">
      <w:pPr>
        <w:pStyle w:val="Small"/>
      </w:pPr>
      <w:hyperlink r:id="rId11">
        <w:r>
          <w:rPr>
            <w:color w:val="087F8C"/>
            <w:u w:val="single"/>
          </w:rPr>
          <w:t>Università di Urbino / Olympus — Testo del Titolo IX, versione 09.01.2026</w:t>
        </w:r>
      </w:hyperlink>
    </w:p>
    <w:p w14:paraId="34FD5E3B" w14:textId="77777777" w:rsidR="004713CD" w:rsidRDefault="00000000">
      <w:pPr>
        <w:pStyle w:val="Small"/>
      </w:pPr>
      <w:hyperlink r:id="rId12">
        <w:r>
          <w:rPr>
            <w:color w:val="087F8C"/>
            <w:u w:val="single"/>
          </w:rPr>
          <w:t xml:space="preserve">EUR-Lex — </w:t>
        </w:r>
        <w:proofErr w:type="spellStart"/>
        <w:r>
          <w:rPr>
            <w:color w:val="087F8C"/>
            <w:u w:val="single"/>
          </w:rPr>
          <w:t>Regolamento</w:t>
        </w:r>
        <w:proofErr w:type="spellEnd"/>
        <w:r>
          <w:rPr>
            <w:color w:val="087F8C"/>
            <w:u w:val="single"/>
          </w:rPr>
          <w:t xml:space="preserve"> CLP</w:t>
        </w:r>
      </w:hyperlink>
    </w:p>
    <w:p w14:paraId="7714CFA0" w14:textId="77777777" w:rsidR="004713CD" w:rsidRDefault="00000000">
      <w:pPr>
        <w:pStyle w:val="Small"/>
      </w:pPr>
      <w:hyperlink r:id="rId13">
        <w:r>
          <w:rPr>
            <w:color w:val="087F8C"/>
            <w:u w:val="single"/>
          </w:rPr>
          <w:t xml:space="preserve">EUR-Lex — </w:t>
        </w:r>
        <w:proofErr w:type="spellStart"/>
        <w:r>
          <w:rPr>
            <w:color w:val="087F8C"/>
            <w:u w:val="single"/>
          </w:rPr>
          <w:t>Regolamento</w:t>
        </w:r>
        <w:proofErr w:type="spellEnd"/>
        <w:r>
          <w:rPr>
            <w:color w:val="087F8C"/>
            <w:u w:val="single"/>
          </w:rPr>
          <w:t xml:space="preserve"> (UE) 2020/878 sulle SDS</w:t>
        </w:r>
      </w:hyperlink>
    </w:p>
    <w:p w14:paraId="746E374A" w14:textId="77777777" w:rsidR="004713CD" w:rsidRDefault="00000000">
      <w:pPr>
        <w:pStyle w:val="Small"/>
      </w:pPr>
      <w:hyperlink r:id="rId14">
        <w:proofErr w:type="spellStart"/>
        <w:r>
          <w:rPr>
            <w:color w:val="087F8C"/>
            <w:u w:val="single"/>
          </w:rPr>
          <w:t>Garante</w:t>
        </w:r>
        <w:proofErr w:type="spellEnd"/>
        <w:r>
          <w:rPr>
            <w:color w:val="087F8C"/>
            <w:u w:val="single"/>
          </w:rPr>
          <w:t xml:space="preserve"> — </w:t>
        </w:r>
        <w:proofErr w:type="spellStart"/>
        <w:r>
          <w:rPr>
            <w:color w:val="087F8C"/>
            <w:u w:val="single"/>
          </w:rPr>
          <w:t>Provvedimento</w:t>
        </w:r>
        <w:proofErr w:type="spellEnd"/>
        <w:r>
          <w:rPr>
            <w:color w:val="087F8C"/>
            <w:u w:val="single"/>
          </w:rPr>
          <w:t xml:space="preserve"> 10 luglio 2025, n. 390</w:t>
        </w:r>
      </w:hyperlink>
    </w:p>
    <w:p w14:paraId="434C0FFD" w14:textId="77777777" w:rsidR="004713CD" w:rsidRDefault="00000000">
      <w:pPr>
        <w:pStyle w:val="Small"/>
      </w:pPr>
      <w:hyperlink r:id="rId15">
        <w:r>
          <w:rPr>
            <w:color w:val="087F8C"/>
            <w:u w:val="single"/>
          </w:rPr>
          <w:t xml:space="preserve">ECHA — </w:t>
        </w:r>
        <w:proofErr w:type="spellStart"/>
        <w:r>
          <w:rPr>
            <w:color w:val="087F8C"/>
            <w:u w:val="single"/>
          </w:rPr>
          <w:t>Nuove</w:t>
        </w:r>
        <w:proofErr w:type="spellEnd"/>
        <w:r>
          <w:rPr>
            <w:color w:val="087F8C"/>
            <w:u w:val="single"/>
          </w:rPr>
          <w:t xml:space="preserve"> </w:t>
        </w:r>
        <w:proofErr w:type="spellStart"/>
        <w:r>
          <w:rPr>
            <w:color w:val="087F8C"/>
            <w:u w:val="single"/>
          </w:rPr>
          <w:t>classi</w:t>
        </w:r>
        <w:proofErr w:type="spellEnd"/>
        <w:r>
          <w:rPr>
            <w:color w:val="087F8C"/>
            <w:u w:val="single"/>
          </w:rPr>
          <w:t xml:space="preserve"> di pericolo</w:t>
        </w:r>
      </w:hyperlink>
    </w:p>
    <w:p w14:paraId="580E2B5C" w14:textId="77777777" w:rsidR="004713CD" w:rsidRDefault="00000000">
      <w:pPr>
        <w:pStyle w:val="Small"/>
      </w:pPr>
      <w:hyperlink r:id="rId16">
        <w:r>
          <w:rPr>
            <w:color w:val="087F8C"/>
            <w:u w:val="single"/>
          </w:rPr>
          <w:t xml:space="preserve">INAIL — </w:t>
        </w:r>
        <w:proofErr w:type="spellStart"/>
        <w:r>
          <w:rPr>
            <w:color w:val="087F8C"/>
            <w:u w:val="single"/>
          </w:rPr>
          <w:t>Rischio</w:t>
        </w:r>
        <w:proofErr w:type="spellEnd"/>
        <w:r>
          <w:rPr>
            <w:color w:val="087F8C"/>
            <w:u w:val="single"/>
          </w:rPr>
          <w:t xml:space="preserve"> </w:t>
        </w:r>
        <w:proofErr w:type="spellStart"/>
        <w:r>
          <w:rPr>
            <w:color w:val="087F8C"/>
            <w:u w:val="single"/>
          </w:rPr>
          <w:t>chimico</w:t>
        </w:r>
        <w:proofErr w:type="spellEnd"/>
        <w:r>
          <w:rPr>
            <w:color w:val="087F8C"/>
            <w:u w:val="single"/>
          </w:rPr>
          <w:t xml:space="preserve"> negli ambienti di lavoro, 2026</w:t>
        </w:r>
      </w:hyperlink>
    </w:p>
    <w:p w14:paraId="32A24915" w14:textId="77777777" w:rsidR="004713CD" w:rsidRDefault="00000000">
      <w:pPr>
        <w:pStyle w:val="Titolo2"/>
      </w:pPr>
      <w:r>
        <w:rPr>
          <w:b w:val="0"/>
        </w:rPr>
        <w:t>Validazione locale</w:t>
      </w:r>
    </w:p>
    <w:p w14:paraId="16DA6A3F" w14:textId="77777777" w:rsidR="004713CD" w:rsidRDefault="00000000">
      <w:r>
        <w:t>Data di redazione del modello: 15.10.2026. Le fonti ufficiali consultate sono il riferimento della sintesi, non un’attestazione di verifica esaustiva di ogni aggiornamento normativo fino a tale data. La validazione aziendale completa A21 con i testi vigenti, gli allegati, le sostanze effettive e le decorrenze applicabili.</w:t>
      </w:r>
    </w:p>
    <w:p w14:paraId="542AAE87" w14:textId="77777777" w:rsidR="004713CD" w:rsidRDefault="00000000">
      <w:pPr>
        <w:pStyle w:val="FieldText"/>
      </w:pPr>
      <w:r>
        <w:t>Verificatore tecnico ______; verifica normativa ______; contributo MC ______; data ______.</w:t>
      </w:r>
      <w:r>
        <w:br/>
        <w:t>Integrazioni richieste prima dell’adozione: __________________________________________________.</w:t>
      </w:r>
    </w:p>
    <w:p w14:paraId="0476615D" w14:textId="77777777" w:rsidR="004713CD" w:rsidRDefault="00000000">
      <w:pPr>
        <w:pStyle w:val="Small"/>
      </w:pPr>
      <w:r>
        <w:t>Il documento non sostituisce valutazioni professionali sul caso concreto. Non autorizza attività prive dei requisiti e non fornisce una previsione clinica individuale. La fonte INAIL è citata, non riprodotta; immagini e marchi dell’Istituto non sono utilizzati.</w:t>
      </w:r>
    </w:p>
    <w:sectPr w:rsidR="004713CD" w:rsidSect="00034616">
      <w:headerReference w:type="default" r:id="rId17"/>
      <w:footerReference w:type="default" r:id="rId18"/>
      <w:pgSz w:w="11906" w:h="16838"/>
      <w:pgMar w:top="1077" w:right="1134" w:bottom="1020"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6C20A" w14:textId="77777777" w:rsidR="00BE1299" w:rsidRDefault="00BE1299">
      <w:pPr>
        <w:spacing w:after="0" w:line="240" w:lineRule="auto"/>
      </w:pPr>
      <w:r>
        <w:separator/>
      </w:r>
    </w:p>
  </w:endnote>
  <w:endnote w:type="continuationSeparator" w:id="0">
    <w:p w14:paraId="1DA6089A" w14:textId="77777777" w:rsidR="00BE1299" w:rsidRDefault="00BE1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8323" w14:textId="77777777" w:rsidR="004713CD" w:rsidRDefault="00000000">
    <w:pPr>
      <w:pStyle w:val="Small"/>
    </w:pPr>
    <w:proofErr w:type="spellStart"/>
    <w:r>
      <w:t>Modello</w:t>
    </w:r>
    <w:proofErr w:type="spellEnd"/>
    <w:r>
      <w:t xml:space="preserve"> aziendale da </w:t>
    </w:r>
    <w:proofErr w:type="spellStart"/>
    <w:r>
      <w:t>approvare</w:t>
    </w:r>
    <w:proofErr w:type="spellEnd"/>
    <w:r>
      <w:t xml:space="preserve"> • Copia </w:t>
    </w:r>
    <w:proofErr w:type="spellStart"/>
    <w:r>
      <w:t>stampata</w:t>
    </w:r>
    <w:proofErr w:type="spellEnd"/>
    <w:r>
      <w:t xml:space="preserve"> non </w:t>
    </w:r>
    <w:proofErr w:type="spellStart"/>
    <w:r>
      <w:t>controllata</w:t>
    </w:r>
    <w:proofErr w:type="spellEnd"/>
    <w:r>
      <w:t xml:space="preserve">     </w:t>
    </w:r>
    <w:proofErr w:type="spellStart"/>
    <w:r>
      <w:t>Pagina</w:t>
    </w:r>
    <w:proofErr w:type="spellEnd"/>
    <w:r>
      <w:t xml:space="preserve"> </w:t>
    </w:r>
    <w:r>
      <w:fldChar w:fldCharType="begin"/>
    </w:r>
    <w:r>
      <w:instrText>PAGE</w:instrText>
    </w:r>
    <w:r>
      <w:fldChar w:fldCharType="separate"/>
    </w:r>
    <w:r w:rsidR="00DC09BD">
      <w:rPr>
        <w:noProof/>
      </w:rPr>
      <w:t>0</w:t>
    </w:r>
    <w:r>
      <w:fldChar w:fldCharType="end"/>
    </w:r>
    <w:r>
      <w:t xml:space="preserve"> / </w:t>
    </w:r>
    <w:r>
      <w:fldChar w:fldCharType="begin"/>
    </w:r>
    <w:r>
      <w:instrText>NUMPAGES</w:instrText>
    </w:r>
    <w:r>
      <w:fldChar w:fldCharType="separate"/>
    </w:r>
    <w:r w:rsidR="00DC09B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035B1" w14:textId="77777777" w:rsidR="00BE1299" w:rsidRDefault="00BE1299">
      <w:pPr>
        <w:spacing w:after="0" w:line="240" w:lineRule="auto"/>
      </w:pPr>
      <w:r>
        <w:separator/>
      </w:r>
    </w:p>
  </w:footnote>
  <w:footnote w:type="continuationSeparator" w:id="0">
    <w:p w14:paraId="3CB9DC1A" w14:textId="77777777" w:rsidR="00BE1299" w:rsidRDefault="00BE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BEC5" w14:textId="77777777" w:rsidR="004713CD" w:rsidRDefault="00000000">
    <w:pPr>
      <w:pStyle w:val="Small"/>
      <w:pBdr>
        <w:bottom w:val="single" w:sz="7" w:space="0" w:color="087F8C"/>
      </w:pBdr>
      <w:spacing w:after="80"/>
    </w:pPr>
    <w:r>
      <w:rPr>
        <w:b/>
      </w:rPr>
      <w:t xml:space="preserve">SALUTE </w:t>
    </w:r>
    <w:proofErr w:type="gramStart"/>
    <w:r>
      <w:rPr>
        <w:b/>
      </w:rPr>
      <w:t>RIPRODUTTIVA  /</w:t>
    </w:r>
    <w:proofErr w:type="gramEnd"/>
    <w:r>
      <w:rPr>
        <w:b/>
      </w:rPr>
      <w:t xml:space="preserve">  PREVENZIONE CHIMICA</w:t>
    </w:r>
    <w:r>
      <w:t xml:space="preserve">      PR-RIP-01 · Rev. 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704548742">
    <w:abstractNumId w:val="8"/>
  </w:num>
  <w:num w:numId="2" w16cid:durableId="546643445">
    <w:abstractNumId w:val="6"/>
  </w:num>
  <w:num w:numId="3" w16cid:durableId="1875116460">
    <w:abstractNumId w:val="5"/>
  </w:num>
  <w:num w:numId="4" w16cid:durableId="394477234">
    <w:abstractNumId w:val="4"/>
  </w:num>
  <w:num w:numId="5" w16cid:durableId="1823691752">
    <w:abstractNumId w:val="7"/>
  </w:num>
  <w:num w:numId="6" w16cid:durableId="501168419">
    <w:abstractNumId w:val="3"/>
  </w:num>
  <w:num w:numId="7" w16cid:durableId="1743211361">
    <w:abstractNumId w:val="2"/>
  </w:num>
  <w:num w:numId="8" w16cid:durableId="1368293339">
    <w:abstractNumId w:val="1"/>
  </w:num>
  <w:num w:numId="9" w16cid:durableId="466053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713CD"/>
    <w:rsid w:val="00AA1D8D"/>
    <w:rsid w:val="00B47730"/>
    <w:rsid w:val="00BE1299"/>
    <w:rsid w:val="00CB0664"/>
    <w:rsid w:val="00DA6FDF"/>
    <w:rsid w:val="00DC09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8BC73D"/>
  <w14:defaultImageDpi w14:val="330"/>
  <w15:docId w15:val="{4B3C44AF-5FD4-42F2-8EC1-1C98F15F0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4" w:lineRule="auto"/>
    </w:pPr>
    <w:rPr>
      <w:rFonts w:ascii="Calibri" w:hAnsi="Calibri"/>
      <w:color w:val="21323E"/>
      <w:sz w:val="21"/>
      <w:lang w:val="it-IT"/>
    </w:rPr>
  </w:style>
  <w:style w:type="paragraph" w:styleId="Titolo1">
    <w:name w:val="heading 1"/>
    <w:basedOn w:val="Normale"/>
    <w:next w:val="Normale"/>
    <w:link w:val="Titolo1Carattere"/>
    <w:uiPriority w:val="9"/>
    <w:qFormat/>
    <w:rsid w:val="00FC693F"/>
    <w:pPr>
      <w:keepNext/>
      <w:keepLines/>
      <w:spacing w:after="140"/>
      <w:outlineLvl w:val="0"/>
    </w:pPr>
    <w:rPr>
      <w:rFonts w:asciiTheme="majorHAnsi" w:eastAsiaTheme="majorEastAsia" w:hAnsiTheme="majorHAnsi" w:cstheme="majorBidi"/>
      <w:b/>
      <w:bCs/>
      <w:color w:val="17364A"/>
      <w:sz w:val="42"/>
      <w:szCs w:val="28"/>
    </w:rPr>
  </w:style>
  <w:style w:type="paragraph" w:styleId="Titolo2">
    <w:name w:val="heading 2"/>
    <w:basedOn w:val="Normale"/>
    <w:next w:val="Normale"/>
    <w:link w:val="Titolo2Carattere"/>
    <w:uiPriority w:val="9"/>
    <w:unhideWhenUsed/>
    <w:qFormat/>
    <w:rsid w:val="00FC693F"/>
    <w:pPr>
      <w:keepNext/>
      <w:keepLines/>
      <w:spacing w:before="160" w:after="140"/>
      <w:outlineLvl w:val="1"/>
    </w:pPr>
    <w:rPr>
      <w:rFonts w:asciiTheme="majorHAnsi" w:eastAsiaTheme="majorEastAsia" w:hAnsiTheme="majorHAnsi" w:cstheme="majorBidi"/>
      <w:b/>
      <w:bCs/>
      <w:color w:val="087F8C"/>
      <w:sz w:val="25"/>
      <w:szCs w:val="26"/>
    </w:rPr>
  </w:style>
  <w:style w:type="paragraph" w:styleId="Titolo3">
    <w:name w:val="heading 3"/>
    <w:basedOn w:val="Normale"/>
    <w:next w:val="Normale"/>
    <w:link w:val="Titolo3Carattere"/>
    <w:uiPriority w:val="9"/>
    <w:unhideWhenUsed/>
    <w:qFormat/>
    <w:rsid w:val="00FC693F"/>
    <w:pPr>
      <w:keepNext/>
      <w:keepLines/>
      <w:spacing w:before="160" w:after="140"/>
      <w:outlineLvl w:val="2"/>
    </w:pPr>
    <w:rPr>
      <w:rFonts w:asciiTheme="majorHAnsi" w:eastAsiaTheme="majorEastAsia" w:hAnsiTheme="majorHAnsi" w:cstheme="majorBidi"/>
      <w:b/>
      <w:bCs/>
      <w:color w:val="17364A"/>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before="160" w:after="140" w:line="240" w:lineRule="auto"/>
      <w:contextualSpacing/>
    </w:pPr>
    <w:rPr>
      <w:rFonts w:asciiTheme="majorHAnsi" w:eastAsiaTheme="majorEastAsia" w:hAnsiTheme="majorHAnsi" w:cstheme="majorBidi"/>
      <w:b/>
      <w:color w:val="17364A"/>
      <w:spacing w:val="5"/>
      <w:kern w:val="28"/>
      <w:sz w:val="6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spacing w:before="160" w:after="140"/>
    </w:pPr>
    <w:rPr>
      <w:rFonts w:asciiTheme="majorHAnsi" w:eastAsiaTheme="majorEastAsia" w:hAnsiTheme="majorHAnsi" w:cstheme="majorBidi"/>
      <w:i/>
      <w:iCs/>
      <w:color w:val="087F8C"/>
      <w:spacing w:val="15"/>
      <w:sz w:val="30"/>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line="240" w:lineRule="auto"/>
    </w:pPr>
    <w:rPr>
      <w:rFonts w:ascii="Calibri" w:hAnsi="Calibri"/>
      <w:color w:val="526474"/>
      <w:sz w:val="17"/>
    </w:rPr>
  </w:style>
  <w:style w:type="paragraph" w:customStyle="1" w:styleId="Kicker">
    <w:name w:val="Kicker"/>
    <w:pPr>
      <w:spacing w:after="60" w:line="240" w:lineRule="auto"/>
    </w:pPr>
    <w:rPr>
      <w:rFonts w:ascii="Calibri" w:hAnsi="Calibri"/>
      <w:b/>
      <w:color w:val="087F8C"/>
      <w:sz w:val="18"/>
    </w:rPr>
  </w:style>
  <w:style w:type="paragraph" w:customStyle="1" w:styleId="TableText">
    <w:name w:val="TableText"/>
    <w:pPr>
      <w:spacing w:after="60" w:line="240" w:lineRule="auto"/>
    </w:pPr>
    <w:rPr>
      <w:rFonts w:ascii="Calibri" w:hAnsi="Calibri"/>
      <w:color w:val="21323E"/>
      <w:sz w:val="18"/>
    </w:rPr>
  </w:style>
  <w:style w:type="paragraph" w:customStyle="1" w:styleId="FieldText">
    <w:name w:val="FieldText"/>
    <w:pPr>
      <w:spacing w:after="60" w:line="240" w:lineRule="auto"/>
    </w:pPr>
    <w:rPr>
      <w:rFonts w:ascii="Calibri" w:hAnsi="Calibri"/>
      <w:color w:val="21323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eli/reg/2020/878/oj?locale=i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eli/reg/2008/1272/oj?locale=i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nail.it/content/dam/inail-hub-site/documenti/2026/07/RischioChimicoAmbientiDiLavoro.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ympus.uniurb.it/index.php?Itemid=137&amp;catid=73&amp;id=3884:titolo-ix&amp;option=com_content&amp;view=article" TargetMode="External"/><Relationship Id="rId5" Type="http://schemas.openxmlformats.org/officeDocument/2006/relationships/webSettings" Target="webSettings.xml"/><Relationship Id="rId15" Type="http://schemas.openxmlformats.org/officeDocument/2006/relationships/hyperlink" Target="https://www.echa.europa.eu/it/new-hazard-classes-2023" TargetMode="External"/><Relationship Id="rId10" Type="http://schemas.openxmlformats.org/officeDocument/2006/relationships/hyperlink" Target="https://www.normattiva.it/uri-res/N2Ls?urn:nir:stato:decreto.legislativo:2008-04-09;8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azzettaufficiale.it/eli/id/2024/09/26/24G00153/sg" TargetMode="External"/><Relationship Id="rId14" Type="http://schemas.openxmlformats.org/officeDocument/2006/relationships/hyperlink" Target="https://www.garanteprivacy.it/home/docweb/-/docweb-display/docweb/10154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55</Pages>
  <Words>15632</Words>
  <Characters>101769</Characters>
  <Application>Microsoft Office Word</Application>
  <DocSecurity>0</DocSecurity>
  <Lines>2993</Lines>
  <Paragraphs>2395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aziendale — Rischi riproduttivi da agenti chimici</dc:title>
  <dc:subject>Prevenzione della tossicità riproduttiva e dello sviluppo, con focus sull’esposizione paterna</dc:subject>
  <dc:creator>Modello tecnico-organizzativo; BENNI</dc:creator>
  <cp:keywords>reprotossici; rischio chimico; salute riproduttiva; INAIL 2026; procedura aziendale</cp:keywords>
  <dc:description>Modello da personalizzare e approvare. Non costituisce un documento ufficiale INAIL.</dc:description>
  <cp:lastModifiedBy>PAOLO BENNI</cp:lastModifiedBy>
  <cp:revision>2</cp:revision>
  <dcterms:created xsi:type="dcterms:W3CDTF">2013-12-23T23:15:00Z</dcterms:created>
  <dcterms:modified xsi:type="dcterms:W3CDTF">2026-10-15T17:12:00Z</dcterms:modified>
  <cp:category/>
</cp:coreProperties>
</file>