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8111" w14:textId="77777777" w:rsidR="00E54E13" w:rsidRDefault="00000000">
      <w:pPr>
        <w:pStyle w:val="Eyebrow"/>
        <w:keepNext/>
        <w:rPr>
          <w:rFonts w:hint="eastAsia"/>
        </w:rPr>
      </w:pPr>
      <w:r>
        <w:t>SISTEMA AZIENDALE DI PREVENZIONE  /  PR-EL-01</w:t>
      </w:r>
    </w:p>
    <w:p w14:paraId="760823FE" w14:textId="77777777" w:rsidR="00E54E13" w:rsidRDefault="00000000">
      <w:pPr>
        <w:pStyle w:val="Titolo1"/>
        <w:spacing w:line="680" w:lineRule="exact"/>
      </w:pPr>
      <w:bookmarkStart w:id="0" w:name="B1_page"/>
      <w:r>
        <w:rPr>
          <w:sz w:val="60"/>
        </w:rPr>
        <w:t>Lavori elettrici</w:t>
      </w:r>
      <w:r>
        <w:rPr>
          <w:sz w:val="60"/>
        </w:rPr>
        <w:br/>
        <w:t>in bassa tensione</w:t>
      </w:r>
      <w:bookmarkEnd w:id="0"/>
    </w:p>
    <w:p w14:paraId="3159B7AB" w14:textId="77777777" w:rsidR="00E54E13" w:rsidRDefault="00000000">
      <w:pPr>
        <w:rPr>
          <w:rFonts w:hint="eastAsia"/>
        </w:rPr>
      </w:pPr>
      <w:r>
        <w:rPr>
          <w:b/>
        </w:rPr>
        <w:t>Gestione delle competenze, qualifiche PES/PAV, idoneità ai lavori sotto tensione e organizzazione operativa.</w:t>
      </w:r>
    </w:p>
    <w:p w14:paraId="59E7E047" w14:textId="67DE4387" w:rsidR="00E54E13" w:rsidRDefault="00A826ED">
      <w:pPr>
        <w:keepNext/>
        <w:spacing w:before="100" w:after="40" w:line="240" w:lineRule="auto"/>
        <w:rPr>
          <w:rFonts w:hint="eastAsia"/>
        </w:rPr>
      </w:pPr>
      <w:r>
        <w:rPr>
          <w:rFonts w:hint="eastAsia"/>
          <w:noProof/>
        </w:rPr>
        <w:drawing>
          <wp:inline distT="0" distB="0" distL="0" distR="0" wp14:anchorId="54D1838F" wp14:editId="6D7F28CE">
            <wp:extent cx="6192520" cy="4128135"/>
            <wp:effectExtent l="0" t="0" r="0" b="5715"/>
            <wp:docPr id="20440997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99749" name="Immagine 2044099749"/>
                    <pic:cNvPicPr/>
                  </pic:nvPicPr>
                  <pic:blipFill>
                    <a:blip r:embed="rId8"/>
                    <a:stretch>
                      <a:fillRect/>
                    </a:stretch>
                  </pic:blipFill>
                  <pic:spPr>
                    <a:xfrm>
                      <a:off x="0" y="0"/>
                      <a:ext cx="6192520" cy="4128135"/>
                    </a:xfrm>
                    <a:prstGeom prst="rect">
                      <a:avLst/>
                    </a:prstGeom>
                  </pic:spPr>
                </pic:pic>
              </a:graphicData>
            </a:graphic>
          </wp:inline>
        </w:drawing>
      </w:r>
    </w:p>
    <w:p w14:paraId="2F93F6BC" w14:textId="77777777" w:rsidR="00E54E13" w:rsidRDefault="00000000">
      <w:pPr>
        <w:pStyle w:val="Eyebrow"/>
        <w:rPr>
          <w:rFonts w:hint="eastAsia"/>
        </w:rPr>
      </w:pPr>
      <w:r>
        <w:rPr>
          <w:b w:val="0"/>
        </w:rPr>
        <w:t>PROCEDURA AZIENDALE CON ALLEGATI OPERATIVI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E9A13B0" w14:textId="77777777">
        <w:trPr>
          <w:cantSplit/>
          <w:trHeight w:val="420"/>
          <w:jc w:val="center"/>
        </w:trPr>
        <w:tc>
          <w:tcPr>
            <w:tcW w:w="2891" w:type="dxa"/>
            <w:shd w:val="clear" w:color="auto" w:fill="EDF3F9"/>
            <w:vAlign w:val="center"/>
          </w:tcPr>
          <w:p w14:paraId="5A6D5633" w14:textId="77777777" w:rsidR="00E54E13" w:rsidRDefault="00000000">
            <w:pPr>
              <w:spacing w:before="30" w:after="30" w:line="236" w:lineRule="exact"/>
              <w:rPr>
                <w:rFonts w:hint="eastAsia"/>
              </w:rPr>
            </w:pPr>
            <w:r>
              <w:rPr>
                <w:b/>
                <w:sz w:val="18"/>
              </w:rPr>
              <w:t>Azienda / unità produttiva</w:t>
            </w:r>
          </w:p>
        </w:tc>
        <w:tc>
          <w:tcPr>
            <w:tcW w:w="6860" w:type="dxa"/>
            <w:vAlign w:val="center"/>
          </w:tcPr>
          <w:p w14:paraId="2F90BC71" w14:textId="77777777" w:rsidR="00E54E13" w:rsidRDefault="00000000">
            <w:pPr>
              <w:spacing w:before="30" w:after="30" w:line="236" w:lineRule="exact"/>
              <w:rPr>
                <w:rFonts w:hint="eastAsia"/>
              </w:rPr>
            </w:pPr>
            <w:sdt>
              <w:sdtPr>
                <w:alias w:val="ragione sociale e sede"/>
                <w:tag w:val="campo_2"/>
                <w:id w:val="100002"/>
                <w:text w:multiLine="1"/>
              </w:sdtPr>
              <w:sdtContent>
                <w:r>
                  <w:rPr>
                    <w:color w:val="007E87"/>
                    <w:sz w:val="19"/>
                  </w:rPr>
                  <w:t>[ragione sociale e sede]</w:t>
                </w:r>
              </w:sdtContent>
            </w:sdt>
          </w:p>
        </w:tc>
      </w:tr>
      <w:tr w:rsidR="00E54E13" w14:paraId="42A8C0CF" w14:textId="77777777">
        <w:trPr>
          <w:cantSplit/>
          <w:trHeight w:val="420"/>
          <w:jc w:val="center"/>
        </w:trPr>
        <w:tc>
          <w:tcPr>
            <w:tcW w:w="2891" w:type="dxa"/>
            <w:shd w:val="clear" w:color="auto" w:fill="EDF3F9"/>
            <w:vAlign w:val="center"/>
          </w:tcPr>
          <w:p w14:paraId="57F24291" w14:textId="77777777" w:rsidR="00E54E13" w:rsidRDefault="00000000">
            <w:pPr>
              <w:spacing w:before="30" w:after="30" w:line="236" w:lineRule="exact"/>
              <w:rPr>
                <w:rFonts w:hint="eastAsia"/>
              </w:rPr>
            </w:pPr>
            <w:r>
              <w:rPr>
                <w:b/>
                <w:sz w:val="18"/>
              </w:rPr>
              <w:t>Codice e revisione</w:t>
            </w:r>
          </w:p>
        </w:tc>
        <w:tc>
          <w:tcPr>
            <w:tcW w:w="6860" w:type="dxa"/>
            <w:shd w:val="clear" w:color="auto" w:fill="F6F8FA"/>
            <w:vAlign w:val="center"/>
          </w:tcPr>
          <w:p w14:paraId="03F0A9A5" w14:textId="77777777" w:rsidR="00E54E13" w:rsidRDefault="00000000">
            <w:pPr>
              <w:spacing w:before="30" w:after="30" w:line="236" w:lineRule="exact"/>
              <w:rPr>
                <w:rFonts w:hint="eastAsia"/>
              </w:rPr>
            </w:pPr>
            <w:sdt>
              <w:sdtPr>
                <w:alias w:val="PR-EL-01 – revisione aziendale da confermare"/>
                <w:tag w:val="campo_3"/>
                <w:id w:val="100003"/>
                <w:text w:multiLine="1"/>
              </w:sdtPr>
              <w:sdtContent>
                <w:r>
                  <w:rPr>
                    <w:color w:val="007E87"/>
                    <w:sz w:val="19"/>
                  </w:rPr>
                  <w:t>[PR-EL-01 – revisione aziendale da confermare]</w:t>
                </w:r>
              </w:sdtContent>
            </w:sdt>
          </w:p>
        </w:tc>
      </w:tr>
      <w:tr w:rsidR="00E54E13" w14:paraId="73005009" w14:textId="77777777">
        <w:trPr>
          <w:cantSplit/>
          <w:trHeight w:val="420"/>
          <w:jc w:val="center"/>
        </w:trPr>
        <w:tc>
          <w:tcPr>
            <w:tcW w:w="2891" w:type="dxa"/>
            <w:shd w:val="clear" w:color="auto" w:fill="EDF3F9"/>
            <w:vAlign w:val="center"/>
          </w:tcPr>
          <w:p w14:paraId="5EF9A2EF" w14:textId="77777777" w:rsidR="00E54E13" w:rsidRDefault="00000000">
            <w:pPr>
              <w:spacing w:before="30" w:after="30" w:line="236" w:lineRule="exact"/>
              <w:rPr>
                <w:rFonts w:hint="eastAsia"/>
              </w:rPr>
            </w:pPr>
            <w:r>
              <w:rPr>
                <w:b/>
                <w:sz w:val="18"/>
              </w:rPr>
              <w:t>Decorrenza aziendale</w:t>
            </w:r>
          </w:p>
        </w:tc>
        <w:tc>
          <w:tcPr>
            <w:tcW w:w="6860" w:type="dxa"/>
            <w:vAlign w:val="center"/>
          </w:tcPr>
          <w:p w14:paraId="29EC8D95" w14:textId="77777777" w:rsidR="00E54E13" w:rsidRDefault="00000000">
            <w:pPr>
              <w:spacing w:before="30" w:after="30" w:line="236" w:lineRule="exact"/>
              <w:rPr>
                <w:rFonts w:hint="eastAsia"/>
              </w:rPr>
            </w:pPr>
            <w:sdt>
              <w:sdtPr>
                <w:alias w:val="data successiva all’approvazione"/>
                <w:tag w:val="campo_4"/>
                <w:id w:val="100004"/>
                <w:text w:multiLine="1"/>
              </w:sdtPr>
              <w:sdtContent>
                <w:r>
                  <w:rPr>
                    <w:color w:val="007E87"/>
                    <w:sz w:val="19"/>
                  </w:rPr>
                  <w:t>[data successiva all’approvazione]</w:t>
                </w:r>
              </w:sdtContent>
            </w:sdt>
          </w:p>
        </w:tc>
      </w:tr>
    </w:tbl>
    <w:p w14:paraId="6E0B7156"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5BD79820" w14:textId="77777777">
        <w:tc>
          <w:tcPr>
            <w:tcW w:w="9752" w:type="dxa"/>
            <w:shd w:val="clear" w:color="auto" w:fill="FFF5E3"/>
            <w:tcMar>
              <w:top w:w="110" w:type="dxa"/>
              <w:left w:w="150" w:type="dxa"/>
              <w:bottom w:w="110" w:type="dxa"/>
              <w:right w:w="150" w:type="dxa"/>
            </w:tcMar>
          </w:tcPr>
          <w:p w14:paraId="4807EB0D" w14:textId="77777777" w:rsidR="00E54E13" w:rsidRDefault="00000000">
            <w:pPr>
              <w:spacing w:after="80"/>
              <w:rPr>
                <w:rFonts w:hint="eastAsia"/>
              </w:rPr>
            </w:pPr>
            <w:r>
              <w:rPr>
                <w:b/>
                <w:color w:val="AA761B"/>
              </w:rPr>
              <w:t>STATO DEL DOCUMENTO</w:t>
            </w:r>
          </w:p>
          <w:p w14:paraId="72D12078" w14:textId="77777777" w:rsidR="00E54E13" w:rsidRDefault="00000000">
            <w:pPr>
              <w:spacing w:after="20" w:line="250" w:lineRule="exact"/>
              <w:rPr>
                <w:rFonts w:hint="eastAsia"/>
              </w:rPr>
            </w:pPr>
            <w:r>
              <w:rPr>
                <w:sz w:val="18"/>
              </w:rPr>
              <w:t>Modello da personalizzare, verificare e approvare. Non attribuisce qualifiche o idoneità e non autorizza interventi elettrici. Include 30 allegati operativi e 9 schemi visuali di processo.</w:t>
            </w:r>
          </w:p>
        </w:tc>
      </w:tr>
    </w:tbl>
    <w:p w14:paraId="78F3D944" w14:textId="77777777" w:rsidR="00E54E13" w:rsidRDefault="00E54E13">
      <w:pPr>
        <w:spacing w:after="20" w:line="40" w:lineRule="exact"/>
        <w:rPr>
          <w:rFonts w:hint="eastAsia"/>
        </w:rPr>
      </w:pPr>
    </w:p>
    <w:p w14:paraId="3DE2F725" w14:textId="77777777" w:rsidR="00E54E13" w:rsidRDefault="00000000">
      <w:pPr>
        <w:pStyle w:val="Source"/>
        <w:rPr>
          <w:rFonts w:hint="eastAsia"/>
        </w:rPr>
      </w:pPr>
      <w:r>
        <w:t>Base documentale: INAIL, edizione 2026, «Requisiti formativi minimi per le qualifiche di PES e PAV nei lavori elettrici in bassa tensione secondo la norma CEI 11-27:2025», 7 pagine. Elaborazione organizzativa originale; non è un documento ufficiale INAIL o CEI.</w:t>
      </w:r>
    </w:p>
    <w:p w14:paraId="47302094" w14:textId="77777777" w:rsidR="00E54E13" w:rsidRDefault="00000000">
      <w:pPr>
        <w:pStyle w:val="Eyebrow"/>
        <w:keepNext/>
        <w:pageBreakBefore/>
        <w:rPr>
          <w:rFonts w:hint="eastAsia"/>
        </w:rPr>
      </w:pPr>
      <w:r>
        <w:lastRenderedPageBreak/>
        <w:t>GOVERNANCE  /  COMPILARE PRIMA DELL’ADOZIONE</w:t>
      </w:r>
    </w:p>
    <w:p w14:paraId="1C5EBB50" w14:textId="77777777" w:rsidR="00E54E13" w:rsidRDefault="00000000">
      <w:pPr>
        <w:pStyle w:val="Titolo1"/>
      </w:pPr>
      <w:bookmarkStart w:id="1" w:name="B2_page"/>
      <w:r>
        <w:t>Controllo documentale e approvazione</w:t>
      </w:r>
      <w:bookmarkEnd w:id="1"/>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31EFEF5" w14:textId="77777777">
        <w:trPr>
          <w:cantSplit/>
          <w:trHeight w:val="386"/>
          <w:jc w:val="center"/>
        </w:trPr>
        <w:tc>
          <w:tcPr>
            <w:tcW w:w="2891" w:type="dxa"/>
            <w:shd w:val="clear" w:color="auto" w:fill="EDF3F9"/>
            <w:vAlign w:val="center"/>
          </w:tcPr>
          <w:p w14:paraId="7944B4F7" w14:textId="77777777" w:rsidR="00E54E13" w:rsidRDefault="00000000">
            <w:pPr>
              <w:spacing w:before="30" w:after="30" w:line="236" w:lineRule="exact"/>
              <w:rPr>
                <w:rFonts w:hint="eastAsia"/>
              </w:rPr>
            </w:pPr>
            <w:r>
              <w:rPr>
                <w:b/>
                <w:sz w:val="18"/>
              </w:rPr>
              <w:t>Organizzazione</w:t>
            </w:r>
          </w:p>
        </w:tc>
        <w:tc>
          <w:tcPr>
            <w:tcW w:w="6860" w:type="dxa"/>
            <w:vAlign w:val="center"/>
          </w:tcPr>
          <w:p w14:paraId="5BDF5DD1" w14:textId="77777777" w:rsidR="00E54E13" w:rsidRDefault="00000000">
            <w:pPr>
              <w:spacing w:before="30" w:after="30" w:line="236" w:lineRule="exact"/>
              <w:rPr>
                <w:rFonts w:hint="eastAsia"/>
              </w:rPr>
            </w:pPr>
            <w:sdt>
              <w:sdtPr>
                <w:alias w:val="ragione sociale, identificativo e unità interessate"/>
                <w:tag w:val="campo_6"/>
                <w:id w:val="100006"/>
                <w:text w:multiLine="1"/>
              </w:sdtPr>
              <w:sdtContent>
                <w:r>
                  <w:rPr>
                    <w:color w:val="007E87"/>
                    <w:sz w:val="19"/>
                  </w:rPr>
                  <w:t>[ragione sociale, identificativo e unità interessate]</w:t>
                </w:r>
              </w:sdtContent>
            </w:sdt>
          </w:p>
        </w:tc>
      </w:tr>
      <w:tr w:rsidR="00E54E13" w14:paraId="6317BF14" w14:textId="77777777">
        <w:trPr>
          <w:cantSplit/>
          <w:trHeight w:val="386"/>
          <w:jc w:val="center"/>
        </w:trPr>
        <w:tc>
          <w:tcPr>
            <w:tcW w:w="2891" w:type="dxa"/>
            <w:shd w:val="clear" w:color="auto" w:fill="EDF3F9"/>
            <w:vAlign w:val="center"/>
          </w:tcPr>
          <w:p w14:paraId="7727C349" w14:textId="77777777" w:rsidR="00E54E13" w:rsidRDefault="00000000">
            <w:pPr>
              <w:spacing w:before="30" w:after="30" w:line="236" w:lineRule="exact"/>
              <w:rPr>
                <w:rFonts w:hint="eastAsia"/>
              </w:rPr>
            </w:pPr>
            <w:r>
              <w:rPr>
                <w:b/>
                <w:sz w:val="18"/>
              </w:rPr>
              <w:t>Proprietario del documento</w:t>
            </w:r>
          </w:p>
        </w:tc>
        <w:tc>
          <w:tcPr>
            <w:tcW w:w="6860" w:type="dxa"/>
            <w:shd w:val="clear" w:color="auto" w:fill="F6F8FA"/>
            <w:vAlign w:val="center"/>
          </w:tcPr>
          <w:p w14:paraId="4B7BAFE5" w14:textId="77777777" w:rsidR="00E54E13" w:rsidRDefault="00000000">
            <w:pPr>
              <w:spacing w:before="30" w:after="30" w:line="236" w:lineRule="exact"/>
              <w:rPr>
                <w:rFonts w:hint="eastAsia"/>
              </w:rPr>
            </w:pPr>
            <w:sdt>
              <w:sdtPr>
                <w:alias w:val="funzione responsabile della gestione"/>
                <w:tag w:val="campo_7"/>
                <w:id w:val="100007"/>
                <w:text w:multiLine="1"/>
              </w:sdtPr>
              <w:sdtContent>
                <w:r>
                  <w:rPr>
                    <w:color w:val="007E87"/>
                    <w:sz w:val="19"/>
                  </w:rPr>
                  <w:t>[funzione responsabile della gestione]</w:t>
                </w:r>
              </w:sdtContent>
            </w:sdt>
          </w:p>
        </w:tc>
      </w:tr>
      <w:tr w:rsidR="00E54E13" w14:paraId="00DE9499" w14:textId="77777777">
        <w:trPr>
          <w:cantSplit/>
          <w:trHeight w:val="386"/>
          <w:jc w:val="center"/>
        </w:trPr>
        <w:tc>
          <w:tcPr>
            <w:tcW w:w="2891" w:type="dxa"/>
            <w:shd w:val="clear" w:color="auto" w:fill="EDF3F9"/>
            <w:vAlign w:val="center"/>
          </w:tcPr>
          <w:p w14:paraId="210A48C5" w14:textId="77777777" w:rsidR="00E54E13" w:rsidRDefault="00000000">
            <w:pPr>
              <w:spacing w:before="30" w:after="30" w:line="236" w:lineRule="exact"/>
              <w:rPr>
                <w:rFonts w:hint="eastAsia"/>
              </w:rPr>
            </w:pPr>
            <w:r>
              <w:rPr>
                <w:b/>
                <w:sz w:val="18"/>
              </w:rPr>
              <w:t>Campo aziendale</w:t>
            </w:r>
          </w:p>
        </w:tc>
        <w:tc>
          <w:tcPr>
            <w:tcW w:w="6860" w:type="dxa"/>
            <w:vAlign w:val="center"/>
          </w:tcPr>
          <w:p w14:paraId="229673A0" w14:textId="77777777" w:rsidR="00E54E13" w:rsidRDefault="00000000">
            <w:pPr>
              <w:spacing w:before="30" w:after="30" w:line="236" w:lineRule="exact"/>
              <w:rPr>
                <w:rFonts w:hint="eastAsia"/>
              </w:rPr>
            </w:pPr>
            <w:sdt>
              <w:sdtPr>
                <w:alias w:val="impianti, reparti e lavori inclusi"/>
                <w:tag w:val="campo_8"/>
                <w:id w:val="100008"/>
                <w:text w:multiLine="1"/>
              </w:sdtPr>
              <w:sdtContent>
                <w:r>
                  <w:rPr>
                    <w:color w:val="007E87"/>
                    <w:sz w:val="19"/>
                  </w:rPr>
                  <w:t>[impianti, reparti e lavori inclusi]</w:t>
                </w:r>
              </w:sdtContent>
            </w:sdt>
          </w:p>
        </w:tc>
      </w:tr>
      <w:tr w:rsidR="00E54E13" w14:paraId="78D5A4BA" w14:textId="77777777">
        <w:trPr>
          <w:cantSplit/>
          <w:trHeight w:val="386"/>
          <w:jc w:val="center"/>
        </w:trPr>
        <w:tc>
          <w:tcPr>
            <w:tcW w:w="2891" w:type="dxa"/>
            <w:shd w:val="clear" w:color="auto" w:fill="EDF3F9"/>
            <w:vAlign w:val="center"/>
          </w:tcPr>
          <w:p w14:paraId="75F77264" w14:textId="77777777" w:rsidR="00E54E13" w:rsidRDefault="00000000">
            <w:pPr>
              <w:spacing w:before="30" w:after="30" w:line="236" w:lineRule="exact"/>
              <w:rPr>
                <w:rFonts w:hint="eastAsia"/>
              </w:rPr>
            </w:pPr>
            <w:r>
              <w:rPr>
                <w:b/>
                <w:sz w:val="18"/>
              </w:rPr>
              <w:t>Documenti collegati</w:t>
            </w:r>
          </w:p>
        </w:tc>
        <w:tc>
          <w:tcPr>
            <w:tcW w:w="6860" w:type="dxa"/>
            <w:shd w:val="clear" w:color="auto" w:fill="F6F8FA"/>
            <w:vAlign w:val="center"/>
          </w:tcPr>
          <w:p w14:paraId="30EC6B1A" w14:textId="77777777" w:rsidR="00E54E13" w:rsidRDefault="00000000">
            <w:pPr>
              <w:spacing w:before="30" w:after="30" w:line="236" w:lineRule="exact"/>
              <w:rPr>
                <w:rFonts w:hint="eastAsia"/>
              </w:rPr>
            </w:pPr>
            <w:sdt>
              <w:sdtPr>
                <w:alias w:val="DVR, procedure e istruzioni pertinenti"/>
                <w:tag w:val="campo_9"/>
                <w:id w:val="100009"/>
                <w:text w:multiLine="1"/>
              </w:sdtPr>
              <w:sdtContent>
                <w:r>
                  <w:rPr>
                    <w:color w:val="007E87"/>
                    <w:sz w:val="19"/>
                  </w:rPr>
                  <w:t>[DVR, procedure e istruzioni pertinenti]</w:t>
                </w:r>
              </w:sdtContent>
            </w:sdt>
          </w:p>
        </w:tc>
      </w:tr>
      <w:tr w:rsidR="00E54E13" w14:paraId="13D04C78" w14:textId="77777777">
        <w:trPr>
          <w:cantSplit/>
          <w:trHeight w:val="386"/>
          <w:jc w:val="center"/>
        </w:trPr>
        <w:tc>
          <w:tcPr>
            <w:tcW w:w="2891" w:type="dxa"/>
            <w:shd w:val="clear" w:color="auto" w:fill="EDF3F9"/>
            <w:vAlign w:val="center"/>
          </w:tcPr>
          <w:p w14:paraId="371D5D12" w14:textId="77777777" w:rsidR="00E54E13" w:rsidRDefault="00000000">
            <w:pPr>
              <w:spacing w:before="30" w:after="30" w:line="236" w:lineRule="exact"/>
              <w:rPr>
                <w:rFonts w:hint="eastAsia"/>
              </w:rPr>
            </w:pPr>
            <w:r>
              <w:rPr>
                <w:b/>
                <w:sz w:val="18"/>
              </w:rPr>
              <w:t>Originale controllato</w:t>
            </w:r>
          </w:p>
        </w:tc>
        <w:tc>
          <w:tcPr>
            <w:tcW w:w="6860" w:type="dxa"/>
            <w:vAlign w:val="center"/>
          </w:tcPr>
          <w:p w14:paraId="7C884BC9" w14:textId="77777777" w:rsidR="00E54E13" w:rsidRDefault="00000000">
            <w:pPr>
              <w:spacing w:before="30" w:after="30" w:line="236" w:lineRule="exact"/>
              <w:rPr>
                <w:rFonts w:hint="eastAsia"/>
              </w:rPr>
            </w:pPr>
            <w:sdt>
              <w:sdtPr>
                <w:alias w:val="percorso archivio / identificativo repository"/>
                <w:tag w:val="campo_10"/>
                <w:id w:val="100010"/>
                <w:text w:multiLine="1"/>
              </w:sdtPr>
              <w:sdtContent>
                <w:r>
                  <w:rPr>
                    <w:color w:val="007E87"/>
                    <w:sz w:val="19"/>
                  </w:rPr>
                  <w:t>[percorso archivio / identificativo repository]</w:t>
                </w:r>
              </w:sdtContent>
            </w:sdt>
          </w:p>
        </w:tc>
      </w:tr>
      <w:tr w:rsidR="00E54E13" w14:paraId="26BD2E71" w14:textId="77777777">
        <w:trPr>
          <w:cantSplit/>
          <w:trHeight w:val="386"/>
          <w:jc w:val="center"/>
        </w:trPr>
        <w:tc>
          <w:tcPr>
            <w:tcW w:w="2891" w:type="dxa"/>
            <w:shd w:val="clear" w:color="auto" w:fill="EDF3F9"/>
            <w:vAlign w:val="center"/>
          </w:tcPr>
          <w:p w14:paraId="3912412E" w14:textId="77777777" w:rsidR="00E54E13" w:rsidRDefault="00000000">
            <w:pPr>
              <w:spacing w:before="30" w:after="30" w:line="236" w:lineRule="exact"/>
              <w:rPr>
                <w:rFonts w:hint="eastAsia"/>
              </w:rPr>
            </w:pPr>
            <w:r>
              <w:rPr>
                <w:b/>
                <w:sz w:val="18"/>
              </w:rPr>
              <w:t>Decorrenza e riesame</w:t>
            </w:r>
          </w:p>
        </w:tc>
        <w:tc>
          <w:tcPr>
            <w:tcW w:w="6860" w:type="dxa"/>
            <w:shd w:val="clear" w:color="auto" w:fill="F6F8FA"/>
            <w:vAlign w:val="center"/>
          </w:tcPr>
          <w:p w14:paraId="0C5B5449" w14:textId="77777777" w:rsidR="00E54E13" w:rsidRDefault="00000000">
            <w:pPr>
              <w:spacing w:before="30" w:after="30" w:line="236" w:lineRule="exact"/>
              <w:rPr>
                <w:rFonts w:hint="eastAsia"/>
              </w:rPr>
            </w:pPr>
            <w:sdt>
              <w:sdtPr>
                <w:alias w:val="data efficacia e criterio di riesame"/>
                <w:tag w:val="campo_11"/>
                <w:id w:val="100011"/>
                <w:text w:multiLine="1"/>
              </w:sdtPr>
              <w:sdtContent>
                <w:r>
                  <w:rPr>
                    <w:color w:val="007E87"/>
                    <w:sz w:val="19"/>
                  </w:rPr>
                  <w:t>[data efficacia e criterio di riesame]</w:t>
                </w:r>
              </w:sdtContent>
            </w:sdt>
          </w:p>
        </w:tc>
      </w:tr>
    </w:tbl>
    <w:p w14:paraId="42AB6830" w14:textId="77777777" w:rsidR="00E54E13" w:rsidRDefault="00E54E13">
      <w:pPr>
        <w:spacing w:after="40" w:line="40" w:lineRule="exact"/>
        <w:rPr>
          <w:rFonts w:hint="eastAsia"/>
        </w:rPr>
      </w:pPr>
    </w:p>
    <w:p w14:paraId="44C8C9B0" w14:textId="77777777" w:rsidR="00E54E13" w:rsidRDefault="00000000">
      <w:pPr>
        <w:pStyle w:val="Titolo2"/>
      </w:pPr>
      <w:r>
        <w:t>Approvazioni effettive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458"/>
        <w:gridCol w:w="3005"/>
        <w:gridCol w:w="3288"/>
      </w:tblGrid>
      <w:tr w:rsidR="00E54E13" w14:paraId="793EAD6E" w14:textId="77777777">
        <w:trPr>
          <w:tblHeader/>
          <w:jc w:val="center"/>
        </w:trPr>
        <w:tc>
          <w:tcPr>
            <w:tcW w:w="3458" w:type="dxa"/>
            <w:shd w:val="clear" w:color="auto" w:fill="12324B"/>
          </w:tcPr>
          <w:p w14:paraId="65EE2D04" w14:textId="77777777" w:rsidR="00E54E13" w:rsidRDefault="00000000">
            <w:pPr>
              <w:spacing w:before="30" w:after="30" w:line="234" w:lineRule="exact"/>
              <w:rPr>
                <w:rFonts w:hint="eastAsia"/>
              </w:rPr>
            </w:pPr>
            <w:r>
              <w:rPr>
                <w:b/>
                <w:color w:val="FFFFFF"/>
                <w:sz w:val="18"/>
              </w:rPr>
              <w:t>Funzione</w:t>
            </w:r>
          </w:p>
        </w:tc>
        <w:tc>
          <w:tcPr>
            <w:tcW w:w="3005" w:type="dxa"/>
            <w:shd w:val="clear" w:color="auto" w:fill="12324B"/>
          </w:tcPr>
          <w:p w14:paraId="7D41E89D" w14:textId="77777777" w:rsidR="00E54E13" w:rsidRDefault="00000000">
            <w:pPr>
              <w:spacing w:before="30" w:after="30" w:line="234" w:lineRule="exact"/>
              <w:rPr>
                <w:rFonts w:hint="eastAsia"/>
              </w:rPr>
            </w:pPr>
            <w:r>
              <w:rPr>
                <w:b/>
                <w:color w:val="FFFFFF"/>
                <w:sz w:val="18"/>
              </w:rPr>
              <w:t>Nominativo</w:t>
            </w:r>
          </w:p>
        </w:tc>
        <w:tc>
          <w:tcPr>
            <w:tcW w:w="3288" w:type="dxa"/>
            <w:shd w:val="clear" w:color="auto" w:fill="12324B"/>
          </w:tcPr>
          <w:p w14:paraId="6485BA08" w14:textId="77777777" w:rsidR="00E54E13" w:rsidRDefault="00000000">
            <w:pPr>
              <w:spacing w:before="30" w:after="30" w:line="234" w:lineRule="exact"/>
              <w:rPr>
                <w:rFonts w:hint="eastAsia"/>
              </w:rPr>
            </w:pPr>
            <w:r>
              <w:rPr>
                <w:b/>
                <w:color w:val="FFFFFF"/>
                <w:sz w:val="18"/>
              </w:rPr>
              <w:t>Data / firma</w:t>
            </w:r>
          </w:p>
        </w:tc>
      </w:tr>
      <w:tr w:rsidR="00E54E13" w14:paraId="5D67599B" w14:textId="77777777">
        <w:trPr>
          <w:cantSplit/>
          <w:trHeight w:val="425"/>
          <w:jc w:val="center"/>
        </w:trPr>
        <w:tc>
          <w:tcPr>
            <w:tcW w:w="3458" w:type="dxa"/>
            <w:vAlign w:val="center"/>
          </w:tcPr>
          <w:p w14:paraId="74903DB5" w14:textId="77777777" w:rsidR="00E54E13" w:rsidRDefault="00000000">
            <w:pPr>
              <w:spacing w:before="30" w:after="30" w:line="234" w:lineRule="exact"/>
              <w:rPr>
                <w:rFonts w:hint="eastAsia"/>
              </w:rPr>
            </w:pPr>
            <w:r>
              <w:rPr>
                <w:sz w:val="18"/>
              </w:rPr>
              <w:t>Redazione e adattamento tecnico</w:t>
            </w:r>
          </w:p>
        </w:tc>
        <w:tc>
          <w:tcPr>
            <w:tcW w:w="3005" w:type="dxa"/>
            <w:vAlign w:val="center"/>
          </w:tcPr>
          <w:p w14:paraId="5C9C468F" w14:textId="77777777" w:rsidR="00E54E13" w:rsidRDefault="00000000">
            <w:pPr>
              <w:spacing w:before="30" w:after="30" w:line="234" w:lineRule="exact"/>
              <w:rPr>
                <w:rFonts w:hint="eastAsia"/>
              </w:rPr>
            </w:pPr>
            <w:r>
              <w:rPr>
                <w:sz w:val="18"/>
              </w:rPr>
              <w:t>[da compilare]</w:t>
            </w:r>
          </w:p>
        </w:tc>
        <w:tc>
          <w:tcPr>
            <w:tcW w:w="3288" w:type="dxa"/>
            <w:vAlign w:val="center"/>
          </w:tcPr>
          <w:p w14:paraId="724BB4E3" w14:textId="77777777" w:rsidR="00E54E13" w:rsidRDefault="00000000">
            <w:pPr>
              <w:spacing w:before="30" w:after="30" w:line="234" w:lineRule="exact"/>
              <w:rPr>
                <w:rFonts w:hint="eastAsia"/>
              </w:rPr>
            </w:pPr>
            <w:r>
              <w:rPr>
                <w:sz w:val="18"/>
              </w:rPr>
              <w:t>[da compilare]</w:t>
            </w:r>
          </w:p>
        </w:tc>
      </w:tr>
      <w:tr w:rsidR="00E54E13" w14:paraId="420D168A" w14:textId="77777777">
        <w:trPr>
          <w:cantSplit/>
          <w:trHeight w:val="425"/>
          <w:jc w:val="center"/>
        </w:trPr>
        <w:tc>
          <w:tcPr>
            <w:tcW w:w="3458" w:type="dxa"/>
            <w:shd w:val="clear" w:color="auto" w:fill="F6F8FA"/>
            <w:vAlign w:val="center"/>
          </w:tcPr>
          <w:p w14:paraId="60E573F0" w14:textId="77777777" w:rsidR="00E54E13" w:rsidRDefault="00000000">
            <w:pPr>
              <w:spacing w:before="30" w:after="30" w:line="234" w:lineRule="exact"/>
              <w:rPr>
                <w:rFonts w:hint="eastAsia"/>
              </w:rPr>
            </w:pPr>
            <w:r>
              <w:rPr>
                <w:sz w:val="18"/>
              </w:rPr>
              <w:t>Verifica tecnica elettrica</w:t>
            </w:r>
          </w:p>
        </w:tc>
        <w:tc>
          <w:tcPr>
            <w:tcW w:w="3005" w:type="dxa"/>
            <w:shd w:val="clear" w:color="auto" w:fill="F6F8FA"/>
            <w:vAlign w:val="center"/>
          </w:tcPr>
          <w:p w14:paraId="5D9D95DA" w14:textId="77777777" w:rsidR="00E54E13" w:rsidRDefault="00000000">
            <w:pPr>
              <w:spacing w:before="30" w:after="30" w:line="234" w:lineRule="exact"/>
              <w:rPr>
                <w:rFonts w:hint="eastAsia"/>
              </w:rPr>
            </w:pPr>
            <w:r>
              <w:rPr>
                <w:sz w:val="18"/>
              </w:rPr>
              <w:t>[da compilare]</w:t>
            </w:r>
          </w:p>
        </w:tc>
        <w:tc>
          <w:tcPr>
            <w:tcW w:w="3288" w:type="dxa"/>
            <w:shd w:val="clear" w:color="auto" w:fill="F6F8FA"/>
            <w:vAlign w:val="center"/>
          </w:tcPr>
          <w:p w14:paraId="018AB9F8" w14:textId="77777777" w:rsidR="00E54E13" w:rsidRDefault="00000000">
            <w:pPr>
              <w:spacing w:before="30" w:after="30" w:line="234" w:lineRule="exact"/>
              <w:rPr>
                <w:rFonts w:hint="eastAsia"/>
              </w:rPr>
            </w:pPr>
            <w:r>
              <w:rPr>
                <w:sz w:val="18"/>
              </w:rPr>
              <w:t>[da compilare]</w:t>
            </w:r>
          </w:p>
        </w:tc>
      </w:tr>
      <w:tr w:rsidR="00E54E13" w14:paraId="621B15B8" w14:textId="77777777">
        <w:trPr>
          <w:cantSplit/>
          <w:trHeight w:val="425"/>
          <w:jc w:val="center"/>
        </w:trPr>
        <w:tc>
          <w:tcPr>
            <w:tcW w:w="3458" w:type="dxa"/>
            <w:vAlign w:val="center"/>
          </w:tcPr>
          <w:p w14:paraId="0B2695DD" w14:textId="77777777" w:rsidR="00E54E13" w:rsidRDefault="00000000">
            <w:pPr>
              <w:spacing w:before="30" w:after="30" w:line="234" w:lineRule="exact"/>
              <w:rPr>
                <w:rFonts w:hint="eastAsia"/>
              </w:rPr>
            </w:pPr>
            <w:r>
              <w:rPr>
                <w:sz w:val="18"/>
              </w:rPr>
              <w:t>Supporto del SPP / coordinamento</w:t>
            </w:r>
          </w:p>
        </w:tc>
        <w:tc>
          <w:tcPr>
            <w:tcW w:w="3005" w:type="dxa"/>
            <w:vAlign w:val="center"/>
          </w:tcPr>
          <w:p w14:paraId="624FE32D" w14:textId="77777777" w:rsidR="00E54E13" w:rsidRDefault="00000000">
            <w:pPr>
              <w:spacing w:before="30" w:after="30" w:line="234" w:lineRule="exact"/>
              <w:rPr>
                <w:rFonts w:hint="eastAsia"/>
              </w:rPr>
            </w:pPr>
            <w:r>
              <w:rPr>
                <w:sz w:val="18"/>
              </w:rPr>
              <w:t>[da compilare]</w:t>
            </w:r>
          </w:p>
        </w:tc>
        <w:tc>
          <w:tcPr>
            <w:tcW w:w="3288" w:type="dxa"/>
            <w:vAlign w:val="center"/>
          </w:tcPr>
          <w:p w14:paraId="2DCB0F6A" w14:textId="77777777" w:rsidR="00E54E13" w:rsidRDefault="00000000">
            <w:pPr>
              <w:spacing w:before="30" w:after="30" w:line="234" w:lineRule="exact"/>
              <w:rPr>
                <w:rFonts w:hint="eastAsia"/>
              </w:rPr>
            </w:pPr>
            <w:r>
              <w:rPr>
                <w:sz w:val="18"/>
              </w:rPr>
              <w:t>[da compilare]</w:t>
            </w:r>
          </w:p>
        </w:tc>
      </w:tr>
      <w:tr w:rsidR="00E54E13" w14:paraId="3D530D29" w14:textId="77777777">
        <w:trPr>
          <w:cantSplit/>
          <w:trHeight w:val="425"/>
          <w:jc w:val="center"/>
        </w:trPr>
        <w:tc>
          <w:tcPr>
            <w:tcW w:w="3458" w:type="dxa"/>
            <w:shd w:val="clear" w:color="auto" w:fill="F6F8FA"/>
            <w:vAlign w:val="center"/>
          </w:tcPr>
          <w:p w14:paraId="441D273C" w14:textId="77777777" w:rsidR="00E54E13" w:rsidRDefault="00000000">
            <w:pPr>
              <w:spacing w:before="30" w:after="30" w:line="234" w:lineRule="exact"/>
              <w:rPr>
                <w:rFonts w:hint="eastAsia"/>
              </w:rPr>
            </w:pPr>
            <w:r>
              <w:rPr>
                <w:sz w:val="18"/>
              </w:rPr>
              <w:t>Approvazione del datore di lavoro</w:t>
            </w:r>
          </w:p>
        </w:tc>
        <w:tc>
          <w:tcPr>
            <w:tcW w:w="3005" w:type="dxa"/>
            <w:shd w:val="clear" w:color="auto" w:fill="F6F8FA"/>
            <w:vAlign w:val="center"/>
          </w:tcPr>
          <w:p w14:paraId="2D76F826" w14:textId="77777777" w:rsidR="00E54E13" w:rsidRDefault="00000000">
            <w:pPr>
              <w:spacing w:before="30" w:after="30" w:line="234" w:lineRule="exact"/>
              <w:rPr>
                <w:rFonts w:hint="eastAsia"/>
              </w:rPr>
            </w:pPr>
            <w:r>
              <w:rPr>
                <w:sz w:val="18"/>
              </w:rPr>
              <w:t>[da compilare]</w:t>
            </w:r>
          </w:p>
        </w:tc>
        <w:tc>
          <w:tcPr>
            <w:tcW w:w="3288" w:type="dxa"/>
            <w:shd w:val="clear" w:color="auto" w:fill="F6F8FA"/>
            <w:vAlign w:val="center"/>
          </w:tcPr>
          <w:p w14:paraId="481A8AFE" w14:textId="77777777" w:rsidR="00E54E13" w:rsidRDefault="00000000">
            <w:pPr>
              <w:spacing w:before="30" w:after="30" w:line="234" w:lineRule="exact"/>
              <w:rPr>
                <w:rFonts w:hint="eastAsia"/>
              </w:rPr>
            </w:pPr>
            <w:r>
              <w:rPr>
                <w:sz w:val="18"/>
              </w:rPr>
              <w:t>[da compilare]</w:t>
            </w:r>
          </w:p>
        </w:tc>
      </w:tr>
    </w:tbl>
    <w:p w14:paraId="362CC466" w14:textId="77777777" w:rsidR="00E54E13" w:rsidRDefault="00E54E13">
      <w:pPr>
        <w:spacing w:after="40" w:line="40" w:lineRule="exact"/>
        <w:rPr>
          <w:rFonts w:hint="eastAsia"/>
        </w:rPr>
      </w:pPr>
    </w:p>
    <w:p w14:paraId="6E77431C" w14:textId="77777777" w:rsidR="00E54E13" w:rsidRDefault="00000000">
      <w:pPr>
        <w:pStyle w:val="Titolo2"/>
      </w:pPr>
      <w:r>
        <w:t>Storia delle revisioni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80"/>
        <w:gridCol w:w="1474"/>
        <w:gridCol w:w="7597"/>
      </w:tblGrid>
      <w:tr w:rsidR="00E54E13" w14:paraId="2189FCE5" w14:textId="77777777">
        <w:trPr>
          <w:tblHeader/>
          <w:jc w:val="center"/>
        </w:trPr>
        <w:tc>
          <w:tcPr>
            <w:tcW w:w="680" w:type="dxa"/>
            <w:shd w:val="clear" w:color="auto" w:fill="12324B"/>
          </w:tcPr>
          <w:p w14:paraId="70568301" w14:textId="77777777" w:rsidR="00E54E13" w:rsidRDefault="00000000">
            <w:pPr>
              <w:spacing w:before="30" w:after="30" w:line="234" w:lineRule="exact"/>
              <w:rPr>
                <w:rFonts w:hint="eastAsia"/>
              </w:rPr>
            </w:pPr>
            <w:r>
              <w:rPr>
                <w:b/>
                <w:color w:val="FFFFFF"/>
                <w:sz w:val="18"/>
              </w:rPr>
              <w:t>Rev.</w:t>
            </w:r>
          </w:p>
        </w:tc>
        <w:tc>
          <w:tcPr>
            <w:tcW w:w="1474" w:type="dxa"/>
            <w:shd w:val="clear" w:color="auto" w:fill="12324B"/>
          </w:tcPr>
          <w:p w14:paraId="41ECA4B1" w14:textId="77777777" w:rsidR="00E54E13" w:rsidRDefault="00000000">
            <w:pPr>
              <w:spacing w:before="30" w:after="30" w:line="234" w:lineRule="exact"/>
              <w:rPr>
                <w:rFonts w:hint="eastAsia"/>
              </w:rPr>
            </w:pPr>
            <w:r>
              <w:rPr>
                <w:b/>
                <w:color w:val="FFFFFF"/>
                <w:sz w:val="18"/>
              </w:rPr>
              <w:t>Data</w:t>
            </w:r>
          </w:p>
        </w:tc>
        <w:tc>
          <w:tcPr>
            <w:tcW w:w="7597" w:type="dxa"/>
            <w:shd w:val="clear" w:color="auto" w:fill="12324B"/>
          </w:tcPr>
          <w:p w14:paraId="2E76E05C" w14:textId="77777777" w:rsidR="00E54E13" w:rsidRDefault="00000000">
            <w:pPr>
              <w:spacing w:before="30" w:after="30" w:line="234" w:lineRule="exact"/>
              <w:rPr>
                <w:rFonts w:hint="eastAsia"/>
              </w:rPr>
            </w:pPr>
            <w:r>
              <w:rPr>
                <w:b/>
                <w:color w:val="FFFFFF"/>
                <w:sz w:val="18"/>
              </w:rPr>
              <w:t>Descrizione e motivo</w:t>
            </w:r>
          </w:p>
        </w:tc>
      </w:tr>
      <w:tr w:rsidR="00E54E13" w14:paraId="27C96B09" w14:textId="77777777">
        <w:trPr>
          <w:cantSplit/>
          <w:jc w:val="center"/>
        </w:trPr>
        <w:tc>
          <w:tcPr>
            <w:tcW w:w="680" w:type="dxa"/>
            <w:vAlign w:val="center"/>
          </w:tcPr>
          <w:p w14:paraId="45B79E01" w14:textId="77777777" w:rsidR="00E54E13" w:rsidRDefault="00000000">
            <w:pPr>
              <w:spacing w:before="30" w:after="30" w:line="234" w:lineRule="exact"/>
              <w:rPr>
                <w:rFonts w:hint="eastAsia"/>
              </w:rPr>
            </w:pPr>
            <w:r>
              <w:rPr>
                <w:sz w:val="18"/>
              </w:rPr>
              <w:t>00</w:t>
            </w:r>
          </w:p>
        </w:tc>
        <w:tc>
          <w:tcPr>
            <w:tcW w:w="1474" w:type="dxa"/>
            <w:vAlign w:val="center"/>
          </w:tcPr>
          <w:p w14:paraId="30356AC6" w14:textId="77777777" w:rsidR="00E54E13" w:rsidRDefault="00000000">
            <w:pPr>
              <w:spacing w:before="30" w:after="30" w:line="234" w:lineRule="exact"/>
              <w:rPr>
                <w:rFonts w:hint="eastAsia"/>
              </w:rPr>
            </w:pPr>
            <w:r>
              <w:rPr>
                <w:sz w:val="18"/>
              </w:rPr>
              <w:t>09.10.2026</w:t>
            </w:r>
          </w:p>
        </w:tc>
        <w:tc>
          <w:tcPr>
            <w:tcW w:w="7597" w:type="dxa"/>
            <w:vAlign w:val="center"/>
          </w:tcPr>
          <w:p w14:paraId="0C4E02AD" w14:textId="77777777" w:rsidR="00E54E13" w:rsidRDefault="00000000">
            <w:pPr>
              <w:spacing w:before="30" w:after="30" w:line="234" w:lineRule="exact"/>
              <w:rPr>
                <w:rFonts w:hint="eastAsia"/>
              </w:rPr>
            </w:pPr>
            <w:r>
              <w:rPr>
                <w:sz w:val="18"/>
              </w:rPr>
              <w:t>Prima edizione del modello. Adattamento aziendale e approvazioni non ancora effettuati.</w:t>
            </w:r>
          </w:p>
        </w:tc>
      </w:tr>
      <w:tr w:rsidR="00E54E13" w14:paraId="210A0CBF" w14:textId="77777777">
        <w:trPr>
          <w:cantSplit/>
          <w:jc w:val="center"/>
        </w:trPr>
        <w:tc>
          <w:tcPr>
            <w:tcW w:w="680" w:type="dxa"/>
            <w:shd w:val="clear" w:color="auto" w:fill="F6F8FA"/>
            <w:vAlign w:val="center"/>
          </w:tcPr>
          <w:p w14:paraId="751BF6FB" w14:textId="77777777" w:rsidR="00E54E13" w:rsidRDefault="00000000">
            <w:pPr>
              <w:spacing w:before="30" w:after="30" w:line="234" w:lineRule="exact"/>
              <w:rPr>
                <w:rFonts w:hint="eastAsia"/>
              </w:rPr>
            </w:pPr>
            <w:r>
              <w:rPr>
                <w:sz w:val="18"/>
              </w:rPr>
              <w:t>[ ]</w:t>
            </w:r>
          </w:p>
        </w:tc>
        <w:tc>
          <w:tcPr>
            <w:tcW w:w="1474" w:type="dxa"/>
            <w:shd w:val="clear" w:color="auto" w:fill="F6F8FA"/>
            <w:vAlign w:val="center"/>
          </w:tcPr>
          <w:p w14:paraId="4CDEFCA9" w14:textId="77777777" w:rsidR="00E54E13" w:rsidRDefault="00000000">
            <w:pPr>
              <w:spacing w:before="30" w:after="30" w:line="234" w:lineRule="exact"/>
              <w:rPr>
                <w:rFonts w:hint="eastAsia"/>
              </w:rPr>
            </w:pPr>
            <w:r>
              <w:rPr>
                <w:sz w:val="18"/>
              </w:rPr>
              <w:t>[ ]</w:t>
            </w:r>
          </w:p>
        </w:tc>
        <w:tc>
          <w:tcPr>
            <w:tcW w:w="7597" w:type="dxa"/>
            <w:shd w:val="clear" w:color="auto" w:fill="F6F8FA"/>
            <w:vAlign w:val="center"/>
          </w:tcPr>
          <w:p w14:paraId="218FB471" w14:textId="77777777" w:rsidR="00E54E13" w:rsidRDefault="00000000">
            <w:pPr>
              <w:spacing w:before="30" w:after="30" w:line="234" w:lineRule="exact"/>
              <w:rPr>
                <w:rFonts w:hint="eastAsia"/>
              </w:rPr>
            </w:pPr>
            <w:r>
              <w:rPr>
                <w:sz w:val="18"/>
              </w:rPr>
              <w:t>[compilare le successive modifiche]</w:t>
            </w:r>
          </w:p>
        </w:tc>
      </w:tr>
    </w:tbl>
    <w:p w14:paraId="1997CFFC" w14:textId="77777777" w:rsidR="00E54E13" w:rsidRDefault="00E54E13">
      <w:pPr>
        <w:spacing w:after="40" w:line="40" w:lineRule="exact"/>
        <w:rPr>
          <w:rFonts w:hint="eastAsia"/>
        </w:rPr>
      </w:pPr>
    </w:p>
    <w:p w14:paraId="7012ACCB" w14:textId="77777777" w:rsidR="00E54E13" w:rsidRDefault="00000000">
      <w:pPr>
        <w:pStyle w:val="Titolo2"/>
      </w:pPr>
      <w:r>
        <w:t>Distribuzione controllata [AZ]</w:t>
      </w:r>
    </w:p>
    <w:p w14:paraId="177BD512" w14:textId="77777777" w:rsidR="00E54E13" w:rsidRDefault="00000000">
      <w:pPr>
        <w:rPr>
          <w:rFonts w:hint="eastAsia"/>
        </w:rPr>
      </w:pPr>
      <w:r>
        <w:t>Il responsabile documentale rende disponibile la revisione approvata alle funzioni interessate, ritira o identifica le copie superate e conserva evidenza della distribuzione. Le copie stampate riportano revisione e data. Ogni allegato compilato mantiene il collegamento alla procedura e al lavoro o al lavoratore cui si riferisce.</w:t>
      </w:r>
    </w:p>
    <w:tbl>
      <w:tblPr>
        <w:tblW w:w="0" w:type="auto"/>
        <w:tblLayout w:type="fixed"/>
        <w:tblLook w:val="04A0" w:firstRow="1" w:lastRow="0" w:firstColumn="1" w:lastColumn="0" w:noHBand="0" w:noVBand="1"/>
      </w:tblPr>
      <w:tblGrid>
        <w:gridCol w:w="9752"/>
      </w:tblGrid>
      <w:tr w:rsidR="00E54E13" w14:paraId="593F1223" w14:textId="77777777">
        <w:tc>
          <w:tcPr>
            <w:tcW w:w="9752" w:type="dxa"/>
            <w:shd w:val="clear" w:color="auto" w:fill="EAF5F5"/>
            <w:tcMar>
              <w:top w:w="110" w:type="dxa"/>
              <w:left w:w="150" w:type="dxa"/>
              <w:bottom w:w="110" w:type="dxa"/>
              <w:right w:w="150" w:type="dxa"/>
            </w:tcMar>
          </w:tcPr>
          <w:p w14:paraId="04A9C79E" w14:textId="77777777" w:rsidR="00E54E13" w:rsidRDefault="00000000">
            <w:pPr>
              <w:spacing w:after="80"/>
              <w:rPr>
                <w:rFonts w:hint="eastAsia"/>
              </w:rPr>
            </w:pPr>
            <w:r>
              <w:rPr>
                <w:b/>
                <w:color w:val="007E87"/>
              </w:rPr>
              <w:t>NESSUNA FIRMA PRECOMPILATA</w:t>
            </w:r>
          </w:p>
          <w:p w14:paraId="005BB518" w14:textId="77777777" w:rsidR="00E54E13" w:rsidRDefault="00000000">
            <w:pPr>
              <w:spacing w:after="20" w:line="250" w:lineRule="exact"/>
              <w:rPr>
                <w:rFonts w:hint="eastAsia"/>
              </w:rPr>
            </w:pPr>
            <w:r>
              <w:rPr>
                <w:sz w:val="18"/>
              </w:rPr>
              <w:t>La presenza di un campo firma non dimostra che la verifica sia avvenuta. L’azienda individua i soggetti competenti e raccoglie le approvazioni prima della decorrenza.</w:t>
            </w:r>
          </w:p>
        </w:tc>
      </w:tr>
    </w:tbl>
    <w:p w14:paraId="63A7C04D" w14:textId="77777777" w:rsidR="00E54E13" w:rsidRDefault="00E54E13">
      <w:pPr>
        <w:spacing w:after="20" w:line="40" w:lineRule="exact"/>
        <w:rPr>
          <w:rFonts w:hint="eastAsia"/>
        </w:rPr>
      </w:pPr>
    </w:p>
    <w:p w14:paraId="35892E4D" w14:textId="77777777" w:rsidR="00E54E13" w:rsidRDefault="00000000">
      <w:pPr>
        <w:pStyle w:val="Eyebrow"/>
        <w:keepNext/>
        <w:pageBreakBefore/>
        <w:rPr>
          <w:rFonts w:hint="eastAsia"/>
        </w:rPr>
      </w:pPr>
      <w:r>
        <w:t>ISTRUZIONI PER L’ADOZIONE</w:t>
      </w:r>
    </w:p>
    <w:p w14:paraId="6AC22220" w14:textId="77777777" w:rsidR="00E54E13" w:rsidRDefault="00000000">
      <w:pPr>
        <w:pStyle w:val="Titolo1"/>
      </w:pPr>
      <w:bookmarkStart w:id="2" w:name="B3_page"/>
      <w:r>
        <w:t>Come utilizzare il modello</w:t>
      </w:r>
      <w:bookmarkEnd w:id="2"/>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587"/>
        <w:gridCol w:w="8164"/>
      </w:tblGrid>
      <w:tr w:rsidR="00E54E13" w14:paraId="04A9032C" w14:textId="77777777">
        <w:trPr>
          <w:tblHeader/>
          <w:jc w:val="center"/>
        </w:trPr>
        <w:tc>
          <w:tcPr>
            <w:tcW w:w="1587" w:type="dxa"/>
            <w:shd w:val="clear" w:color="auto" w:fill="12324B"/>
          </w:tcPr>
          <w:p w14:paraId="34A423E1" w14:textId="77777777" w:rsidR="00E54E13" w:rsidRDefault="00000000">
            <w:pPr>
              <w:spacing w:before="30" w:after="30" w:line="234" w:lineRule="exact"/>
              <w:rPr>
                <w:rFonts w:hint="eastAsia"/>
              </w:rPr>
            </w:pPr>
            <w:r>
              <w:rPr>
                <w:b/>
                <w:color w:val="FFFFFF"/>
                <w:sz w:val="18"/>
              </w:rPr>
              <w:t>Contrassegno</w:t>
            </w:r>
          </w:p>
        </w:tc>
        <w:tc>
          <w:tcPr>
            <w:tcW w:w="8164" w:type="dxa"/>
            <w:shd w:val="clear" w:color="auto" w:fill="12324B"/>
          </w:tcPr>
          <w:p w14:paraId="18014B0D" w14:textId="77777777" w:rsidR="00E54E13" w:rsidRDefault="00000000">
            <w:pPr>
              <w:spacing w:before="30" w:after="30" w:line="234" w:lineRule="exact"/>
              <w:rPr>
                <w:rFonts w:hint="eastAsia"/>
              </w:rPr>
            </w:pPr>
            <w:r>
              <w:rPr>
                <w:b/>
                <w:color w:val="FFFFFF"/>
                <w:sz w:val="18"/>
              </w:rPr>
              <w:t>Significato</w:t>
            </w:r>
          </w:p>
        </w:tc>
      </w:tr>
      <w:tr w:rsidR="00E54E13" w14:paraId="54CFDEB4" w14:textId="77777777">
        <w:trPr>
          <w:cantSplit/>
          <w:jc w:val="center"/>
        </w:trPr>
        <w:tc>
          <w:tcPr>
            <w:tcW w:w="1587" w:type="dxa"/>
            <w:vAlign w:val="center"/>
          </w:tcPr>
          <w:p w14:paraId="62EB7378" w14:textId="77777777" w:rsidR="00E54E13" w:rsidRDefault="00000000">
            <w:pPr>
              <w:spacing w:before="30" w:after="30" w:line="234" w:lineRule="exact"/>
              <w:rPr>
                <w:rFonts w:hint="eastAsia"/>
              </w:rPr>
            </w:pPr>
            <w:r>
              <w:rPr>
                <w:sz w:val="18"/>
              </w:rPr>
              <w:t>[I1]</w:t>
            </w:r>
          </w:p>
        </w:tc>
        <w:tc>
          <w:tcPr>
            <w:tcW w:w="8164" w:type="dxa"/>
            <w:vAlign w:val="center"/>
          </w:tcPr>
          <w:p w14:paraId="7DB99D2E" w14:textId="77777777" w:rsidR="00E54E13" w:rsidRDefault="00000000">
            <w:pPr>
              <w:spacing w:before="30" w:after="30" w:line="234" w:lineRule="exact"/>
              <w:rPr>
                <w:rFonts w:hint="eastAsia"/>
              </w:rPr>
            </w:pPr>
            <w:r>
              <w:rPr>
                <w:sz w:val="18"/>
              </w:rPr>
              <w:t>Contenuto ricavato dalla pubblicazione INAIL fornita. Il numero di pagina rinvia al PDF originale.</w:t>
            </w:r>
          </w:p>
        </w:tc>
      </w:tr>
      <w:tr w:rsidR="00E54E13" w14:paraId="62761802" w14:textId="77777777">
        <w:trPr>
          <w:cantSplit/>
          <w:jc w:val="center"/>
        </w:trPr>
        <w:tc>
          <w:tcPr>
            <w:tcW w:w="1587" w:type="dxa"/>
            <w:shd w:val="clear" w:color="auto" w:fill="F6F8FA"/>
            <w:vAlign w:val="center"/>
          </w:tcPr>
          <w:p w14:paraId="459F75EF" w14:textId="77777777" w:rsidR="00E54E13" w:rsidRDefault="00000000">
            <w:pPr>
              <w:spacing w:before="30" w:after="30" w:line="234" w:lineRule="exact"/>
              <w:rPr>
                <w:rFonts w:hint="eastAsia"/>
              </w:rPr>
            </w:pPr>
            <w:r>
              <w:rPr>
                <w:sz w:val="18"/>
              </w:rPr>
              <w:t>[AZ]</w:t>
            </w:r>
          </w:p>
        </w:tc>
        <w:tc>
          <w:tcPr>
            <w:tcW w:w="8164" w:type="dxa"/>
            <w:shd w:val="clear" w:color="auto" w:fill="F6F8FA"/>
            <w:vAlign w:val="center"/>
          </w:tcPr>
          <w:p w14:paraId="117C23CD" w14:textId="77777777" w:rsidR="00E54E13" w:rsidRDefault="00000000">
            <w:pPr>
              <w:spacing w:before="30" w:after="30" w:line="234" w:lineRule="exact"/>
              <w:rPr>
                <w:rFonts w:hint="eastAsia"/>
              </w:rPr>
            </w:pPr>
            <w:r>
              <w:rPr>
                <w:sz w:val="18"/>
              </w:rPr>
              <w:t>Scelta organizzativa proposta, modulo o criterio gestionale da approvare in azienda. Non è un requisito autonomo imposto da INAIL.</w:t>
            </w:r>
          </w:p>
        </w:tc>
      </w:tr>
      <w:tr w:rsidR="00E54E13" w14:paraId="5E8D04BE" w14:textId="77777777">
        <w:trPr>
          <w:cantSplit/>
          <w:jc w:val="center"/>
        </w:trPr>
        <w:tc>
          <w:tcPr>
            <w:tcW w:w="1587" w:type="dxa"/>
            <w:vAlign w:val="center"/>
          </w:tcPr>
          <w:p w14:paraId="6783E8D4" w14:textId="77777777" w:rsidR="00E54E13" w:rsidRDefault="00000000">
            <w:pPr>
              <w:spacing w:before="30" w:after="30" w:line="234" w:lineRule="exact"/>
              <w:rPr>
                <w:rFonts w:hint="eastAsia"/>
              </w:rPr>
            </w:pPr>
            <w:r>
              <w:rPr>
                <w:sz w:val="18"/>
              </w:rPr>
              <w:t>[E1] / [E2]</w:t>
            </w:r>
          </w:p>
        </w:tc>
        <w:tc>
          <w:tcPr>
            <w:tcW w:w="8164" w:type="dxa"/>
            <w:vAlign w:val="center"/>
          </w:tcPr>
          <w:p w14:paraId="4A8800A1" w14:textId="77777777" w:rsidR="00E54E13" w:rsidRDefault="00000000">
            <w:pPr>
              <w:spacing w:before="30" w:after="30" w:line="234" w:lineRule="exact"/>
              <w:rPr>
                <w:rFonts w:hint="eastAsia"/>
              </w:rPr>
            </w:pPr>
            <w:r>
              <w:rPr>
                <w:sz w:val="18"/>
              </w:rPr>
              <w:t>Verifica esterna limitata alle schede del catalogo ufficiale CEI; non sostituisce l’esame dei testi integrali.</w:t>
            </w:r>
          </w:p>
        </w:tc>
      </w:tr>
    </w:tbl>
    <w:p w14:paraId="62FBC836" w14:textId="77777777" w:rsidR="00E54E13" w:rsidRDefault="00E54E13">
      <w:pPr>
        <w:spacing w:after="40" w:line="40" w:lineRule="exact"/>
        <w:rPr>
          <w:rFonts w:hint="eastAsia"/>
        </w:rPr>
      </w:pPr>
    </w:p>
    <w:p w14:paraId="703C9BA0" w14:textId="77777777" w:rsidR="00E54E13" w:rsidRDefault="00000000">
      <w:pPr>
        <w:pStyle w:val="Titolo2"/>
      </w:pPr>
      <w:r>
        <w:t>Sequenza di personalizzazione</w:t>
      </w:r>
    </w:p>
    <w:p w14:paraId="602B4B6C" w14:textId="77777777" w:rsidR="00E54E13" w:rsidRDefault="00000000">
      <w:pPr>
        <w:rPr>
          <w:rFonts w:hint="eastAsia"/>
        </w:rPr>
      </w:pPr>
      <w:r>
        <w:t>1. Delimitare impianti e attività con A01–A02. 2. Verificare i riferimenti e adottare la procedura con A28. 3. Completare i fascicoli del personale e decidere le qualifiche con A03–A11. 4. Individuare i ruoli e predisporre le istruzioni specifiche con A12 e A29. 5. Gestire ciascun lavoro con A13–A20. 6. Mantenere risorse, competenze e controlli con A21–A27. A30 supporta la verifica formativa, senza sostituire la valutazione pratica.</w:t>
      </w:r>
    </w:p>
    <w:p w14:paraId="77F969A3" w14:textId="77777777" w:rsidR="00E54E13" w:rsidRDefault="00000000">
      <w:pPr>
        <w:pStyle w:val="Titolo2"/>
      </w:pPr>
      <w:r>
        <w:t>Compilazione dei moduli</w:t>
      </w:r>
    </w:p>
    <w:p w14:paraId="365698A3" w14:textId="77777777" w:rsidR="00E54E13" w:rsidRDefault="00000000">
      <w:pPr>
        <w:rPr>
          <w:rFonts w:hint="eastAsia"/>
        </w:rPr>
      </w:pPr>
      <w:r>
        <w:t>I campi tra parentesi quadre sono modificabili in Word. I riquadri [ ] si compilano con una X. I campi testuali principali sono controlli contenuto modificabili. Per ogni voce non applicabile indicare la ragione; un campo vuoto non equivale a esito favorevole. Identificare tutti i documenti allegati con codice, revisione e data. Duplicare le schede quando servono più righe.</w:t>
      </w:r>
    </w:p>
    <w:p w14:paraId="332A79F6" w14:textId="77777777" w:rsidR="00E54E13" w:rsidRDefault="00000000">
      <w:pPr>
        <w:pStyle w:val="Titolo2"/>
      </w:pPr>
      <w:r>
        <w:t>Cosa deve essere definito dall’azienda</w:t>
      </w:r>
    </w:p>
    <w:p w14:paraId="7F95968C" w14:textId="77777777" w:rsidR="00E54E13" w:rsidRDefault="00000000">
      <w:pPr>
        <w:rPr>
          <w:rFonts w:hint="eastAsia"/>
        </w:rPr>
      </w:pPr>
      <w:r>
        <w:t>Il PDF INAIL non contiene l’intero testo della CEI 11-27 né le istruzioni per i singoli impianti. Non fornisce valori numerici completi delle distanze, metodi di calcolo dell’energia incidente, classi di DPI per ogni scenario, sequenze di manovra o tempi universali di addestramento. Tali elementi devono essere determinati nelle valutazioni e nelle istruzioni specifiche da personale competente, prima del lavoro.</w:t>
      </w:r>
    </w:p>
    <w:tbl>
      <w:tblPr>
        <w:tblW w:w="0" w:type="auto"/>
        <w:tblLayout w:type="fixed"/>
        <w:tblLook w:val="04A0" w:firstRow="1" w:lastRow="0" w:firstColumn="1" w:lastColumn="0" w:noHBand="0" w:noVBand="1"/>
      </w:tblPr>
      <w:tblGrid>
        <w:gridCol w:w="9752"/>
      </w:tblGrid>
      <w:tr w:rsidR="00E54E13" w14:paraId="752E55E7" w14:textId="77777777">
        <w:tc>
          <w:tcPr>
            <w:tcW w:w="9752" w:type="dxa"/>
            <w:shd w:val="clear" w:color="auto" w:fill="FCEFEF"/>
            <w:tcMar>
              <w:top w:w="110" w:type="dxa"/>
              <w:left w:w="150" w:type="dxa"/>
              <w:bottom w:w="110" w:type="dxa"/>
              <w:right w:w="150" w:type="dxa"/>
            </w:tcMar>
          </w:tcPr>
          <w:p w14:paraId="28BD844D" w14:textId="77777777" w:rsidR="00E54E13" w:rsidRDefault="00000000">
            <w:pPr>
              <w:spacing w:after="80"/>
              <w:rPr>
                <w:rFonts w:hint="eastAsia"/>
              </w:rPr>
            </w:pPr>
            <w:r>
              <w:rPr>
                <w:b/>
                <w:color w:val="A93D3A"/>
              </w:rPr>
              <w:t>CONDIZIONE DI BLOCCO [AZ]</w:t>
            </w:r>
          </w:p>
          <w:p w14:paraId="0989592A" w14:textId="77777777" w:rsidR="00E54E13" w:rsidRDefault="00000000">
            <w:pPr>
              <w:spacing w:after="20" w:line="250" w:lineRule="exact"/>
              <w:rPr>
                <w:rFonts w:hint="eastAsia"/>
              </w:rPr>
            </w:pPr>
            <w:r>
              <w:rPr>
                <w:sz w:val="18"/>
              </w:rPr>
              <w:t>Non utilizzare il modello come ordine di manovra o autorizzazione implicita. Se mancano dati essenziali dell’impianto, competenze, misure o istruzioni applicabili, non avviare il lavoro. I lavori sotto tensione restano esclusi finché l’azienda non completa e approva il relativo percorso.</w:t>
            </w:r>
          </w:p>
        </w:tc>
      </w:tr>
    </w:tbl>
    <w:p w14:paraId="0DA28139" w14:textId="77777777" w:rsidR="00E54E13" w:rsidRDefault="00E54E13">
      <w:pPr>
        <w:spacing w:after="20" w:line="40" w:lineRule="exact"/>
        <w:rPr>
          <w:rFonts w:hint="eastAsia"/>
        </w:rPr>
      </w:pPr>
    </w:p>
    <w:p w14:paraId="2E441664" w14:textId="77777777" w:rsidR="00E54E13" w:rsidRDefault="00000000">
      <w:pPr>
        <w:pStyle w:val="Source"/>
        <w:rPr>
          <w:rFonts w:hint="eastAsia"/>
        </w:rPr>
      </w:pPr>
      <w:r>
        <w:t>L’impostazione riprende [I1], pp. 1–6; i moduli e il processo di adozione sono [AZ]. Non si attesta una revisione professionale o una conformità aziendale già avvenuta.</w:t>
      </w:r>
    </w:p>
    <w:p w14:paraId="051BB407" w14:textId="77777777" w:rsidR="00E54E13" w:rsidRDefault="00000000">
      <w:pPr>
        <w:pStyle w:val="Eyebrow"/>
        <w:keepNext/>
        <w:pageBreakBefore/>
        <w:rPr>
          <w:rFonts w:hint="eastAsia"/>
        </w:rPr>
      </w:pPr>
      <w:r>
        <w:t>NAVIGAZIONE  /  PARTE I</w:t>
      </w:r>
    </w:p>
    <w:p w14:paraId="12D61EC7" w14:textId="77777777" w:rsidR="00E54E13" w:rsidRDefault="00000000">
      <w:pPr>
        <w:pStyle w:val="Titolo1"/>
      </w:pPr>
      <w:bookmarkStart w:id="3" w:name="B4_page"/>
      <w:r>
        <w:t>Indice della procedura</w:t>
      </w:r>
      <w:bookmarkEnd w:id="3"/>
    </w:p>
    <w:p w14:paraId="3B676E8B" w14:textId="77777777" w:rsidR="00E54E13" w:rsidRDefault="00000000">
      <w:pPr>
        <w:pStyle w:val="Small"/>
        <w:rPr>
          <w:rFonts w:hint="eastAsia"/>
        </w:rPr>
      </w:pPr>
      <w:r>
        <w:t>Selezionare una voce per raggiungere la sezione. Dopo modifiche in Word, aggiornare i campi dell’indice e la numerazione delle pagine.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8844"/>
        <w:gridCol w:w="907"/>
      </w:tblGrid>
      <w:tr w:rsidR="00E54E13" w14:paraId="54CAD5F3" w14:textId="77777777">
        <w:trPr>
          <w:tblHeader/>
          <w:jc w:val="center"/>
        </w:trPr>
        <w:tc>
          <w:tcPr>
            <w:tcW w:w="8844" w:type="dxa"/>
            <w:shd w:val="clear" w:color="auto" w:fill="12324B"/>
          </w:tcPr>
          <w:p w14:paraId="0A089175" w14:textId="77777777" w:rsidR="00E54E13" w:rsidRDefault="00000000">
            <w:pPr>
              <w:spacing w:before="30" w:after="30" w:line="226" w:lineRule="exact"/>
              <w:rPr>
                <w:rFonts w:hint="eastAsia"/>
              </w:rPr>
            </w:pPr>
            <w:r>
              <w:rPr>
                <w:b/>
                <w:color w:val="FFFFFF"/>
                <w:sz w:val="17"/>
              </w:rPr>
              <w:t>Sezione / allegato</w:t>
            </w:r>
          </w:p>
        </w:tc>
        <w:tc>
          <w:tcPr>
            <w:tcW w:w="907" w:type="dxa"/>
            <w:shd w:val="clear" w:color="auto" w:fill="12324B"/>
          </w:tcPr>
          <w:p w14:paraId="05C0E982" w14:textId="77777777" w:rsidR="00E54E13" w:rsidRDefault="00000000">
            <w:pPr>
              <w:spacing w:before="30" w:after="30" w:line="226" w:lineRule="exact"/>
              <w:rPr>
                <w:rFonts w:hint="eastAsia"/>
              </w:rPr>
            </w:pPr>
            <w:r>
              <w:rPr>
                <w:b/>
                <w:color w:val="FFFFFF"/>
                <w:sz w:val="17"/>
              </w:rPr>
              <w:t>Pagina</w:t>
            </w:r>
          </w:p>
        </w:tc>
      </w:tr>
      <w:tr w:rsidR="00E54E13" w14:paraId="43D56433" w14:textId="77777777">
        <w:trPr>
          <w:cantSplit/>
          <w:jc w:val="center"/>
        </w:trPr>
        <w:tc>
          <w:tcPr>
            <w:tcW w:w="8844" w:type="dxa"/>
            <w:vAlign w:val="center"/>
          </w:tcPr>
          <w:p w14:paraId="047EAE30" w14:textId="77777777" w:rsidR="00E54E13" w:rsidRDefault="00000000">
            <w:pPr>
              <w:spacing w:after="0" w:line="214" w:lineRule="exact"/>
              <w:rPr>
                <w:rFonts w:hint="eastAsia"/>
              </w:rPr>
            </w:pPr>
            <w:hyperlink w:anchor="B6_01">
              <w:proofErr w:type="gramStart"/>
              <w:r>
                <w:rPr>
                  <w:color w:val="12324B"/>
                  <w:sz w:val="18"/>
                </w:rPr>
                <w:t xml:space="preserve">01  </w:t>
              </w:r>
              <w:proofErr w:type="spellStart"/>
              <w:r>
                <w:rPr>
                  <w:color w:val="12324B"/>
                  <w:sz w:val="18"/>
                </w:rPr>
                <w:t>Scopo</w:t>
              </w:r>
              <w:proofErr w:type="spellEnd"/>
              <w:proofErr w:type="gramEnd"/>
              <w:r>
                <w:rPr>
                  <w:color w:val="12324B"/>
                  <w:sz w:val="18"/>
                </w:rPr>
                <w:t xml:space="preserve">, </w:t>
              </w:r>
              <w:proofErr w:type="spellStart"/>
              <w:r>
                <w:rPr>
                  <w:color w:val="12324B"/>
                  <w:sz w:val="18"/>
                </w:rPr>
                <w:t>perimetro</w:t>
              </w:r>
              <w:proofErr w:type="spellEnd"/>
              <w:r>
                <w:rPr>
                  <w:color w:val="12324B"/>
                  <w:sz w:val="18"/>
                </w:rPr>
                <w:t xml:space="preserve"> e condizioni di applicazione</w:t>
              </w:r>
            </w:hyperlink>
          </w:p>
        </w:tc>
        <w:tc>
          <w:tcPr>
            <w:tcW w:w="907" w:type="dxa"/>
            <w:vAlign w:val="center"/>
          </w:tcPr>
          <w:p w14:paraId="0AED11ED" w14:textId="77777777" w:rsidR="00E54E13" w:rsidRDefault="00000000">
            <w:pPr>
              <w:spacing w:after="0" w:line="226" w:lineRule="exact"/>
              <w:jc w:val="right"/>
              <w:rPr>
                <w:rFonts w:hint="eastAsia"/>
              </w:rPr>
            </w:pPr>
            <w:r>
              <w:fldChar w:fldCharType="begin"/>
            </w:r>
            <w:r>
              <w:instrText xml:space="preserve"> PAGEREF B6_01 \h </w:instrText>
            </w:r>
            <w:r>
              <w:fldChar w:fldCharType="separate"/>
            </w:r>
            <w:r w:rsidR="00A826ED">
              <w:rPr>
                <w:rFonts w:hint="eastAsia"/>
                <w:noProof/>
              </w:rPr>
              <w:t>1</w:t>
            </w:r>
            <w:r>
              <w:fldChar w:fldCharType="end"/>
            </w:r>
          </w:p>
        </w:tc>
      </w:tr>
      <w:tr w:rsidR="00E54E13" w14:paraId="18967976" w14:textId="77777777">
        <w:trPr>
          <w:cantSplit/>
          <w:jc w:val="center"/>
        </w:trPr>
        <w:tc>
          <w:tcPr>
            <w:tcW w:w="8844" w:type="dxa"/>
            <w:shd w:val="clear" w:color="auto" w:fill="F6F8FA"/>
            <w:vAlign w:val="center"/>
          </w:tcPr>
          <w:p w14:paraId="6C71CDB8" w14:textId="77777777" w:rsidR="00E54E13" w:rsidRDefault="00000000">
            <w:pPr>
              <w:spacing w:after="0" w:line="214" w:lineRule="exact"/>
              <w:rPr>
                <w:rFonts w:hint="eastAsia"/>
              </w:rPr>
            </w:pPr>
            <w:hyperlink w:anchor="B7_02">
              <w:proofErr w:type="gramStart"/>
              <w:r>
                <w:rPr>
                  <w:color w:val="12324B"/>
                  <w:sz w:val="18"/>
                </w:rPr>
                <w:t xml:space="preserve">02  </w:t>
              </w:r>
              <w:proofErr w:type="spellStart"/>
              <w:r>
                <w:rPr>
                  <w:color w:val="12324B"/>
                  <w:sz w:val="18"/>
                </w:rPr>
                <w:t>Riferimenti</w:t>
              </w:r>
              <w:proofErr w:type="spellEnd"/>
              <w:proofErr w:type="gramEnd"/>
              <w:r>
                <w:rPr>
                  <w:color w:val="12324B"/>
                  <w:sz w:val="18"/>
                </w:rPr>
                <w:t xml:space="preserve">, </w:t>
              </w:r>
              <w:proofErr w:type="spellStart"/>
              <w:r>
                <w:rPr>
                  <w:color w:val="12324B"/>
                  <w:sz w:val="18"/>
                </w:rPr>
                <w:t>gerarchia</w:t>
              </w:r>
              <w:proofErr w:type="spellEnd"/>
              <w:r>
                <w:rPr>
                  <w:color w:val="12324B"/>
                  <w:sz w:val="18"/>
                </w:rPr>
                <w:t xml:space="preserve"> e aggiornamento</w:t>
              </w:r>
            </w:hyperlink>
          </w:p>
        </w:tc>
        <w:tc>
          <w:tcPr>
            <w:tcW w:w="907" w:type="dxa"/>
            <w:shd w:val="clear" w:color="auto" w:fill="F6F8FA"/>
            <w:vAlign w:val="center"/>
          </w:tcPr>
          <w:p w14:paraId="64EDF9D6" w14:textId="77777777" w:rsidR="00E54E13" w:rsidRDefault="00000000">
            <w:pPr>
              <w:spacing w:after="0" w:line="226" w:lineRule="exact"/>
              <w:jc w:val="right"/>
              <w:rPr>
                <w:rFonts w:hint="eastAsia"/>
              </w:rPr>
            </w:pPr>
            <w:r>
              <w:fldChar w:fldCharType="begin"/>
            </w:r>
            <w:r>
              <w:instrText xml:space="preserve"> PAGEREF B7_02 \h </w:instrText>
            </w:r>
            <w:r>
              <w:fldChar w:fldCharType="separate"/>
            </w:r>
            <w:r w:rsidR="00A826ED">
              <w:rPr>
                <w:rFonts w:hint="eastAsia"/>
                <w:noProof/>
              </w:rPr>
              <w:t>1</w:t>
            </w:r>
            <w:r>
              <w:fldChar w:fldCharType="end"/>
            </w:r>
          </w:p>
        </w:tc>
      </w:tr>
      <w:tr w:rsidR="00E54E13" w14:paraId="2A5889D5" w14:textId="77777777">
        <w:trPr>
          <w:cantSplit/>
          <w:jc w:val="center"/>
        </w:trPr>
        <w:tc>
          <w:tcPr>
            <w:tcW w:w="8844" w:type="dxa"/>
            <w:vAlign w:val="center"/>
          </w:tcPr>
          <w:p w14:paraId="5FBE5ADD" w14:textId="77777777" w:rsidR="00E54E13" w:rsidRDefault="00000000">
            <w:pPr>
              <w:spacing w:after="0" w:line="214" w:lineRule="exact"/>
              <w:rPr>
                <w:rFonts w:hint="eastAsia"/>
              </w:rPr>
            </w:pPr>
            <w:hyperlink w:anchor="B8_03">
              <w:proofErr w:type="gramStart"/>
              <w:r>
                <w:rPr>
                  <w:color w:val="12324B"/>
                  <w:sz w:val="18"/>
                </w:rPr>
                <w:t>03  PES</w:t>
              </w:r>
              <w:proofErr w:type="gramEnd"/>
              <w:r>
                <w:rPr>
                  <w:color w:val="12324B"/>
                  <w:sz w:val="18"/>
                </w:rPr>
                <w:t>, PAV, PEC e idoneità: definizioni operative</w:t>
              </w:r>
            </w:hyperlink>
          </w:p>
        </w:tc>
        <w:tc>
          <w:tcPr>
            <w:tcW w:w="907" w:type="dxa"/>
            <w:vAlign w:val="center"/>
          </w:tcPr>
          <w:p w14:paraId="24B0B690" w14:textId="77777777" w:rsidR="00E54E13" w:rsidRDefault="00000000">
            <w:pPr>
              <w:spacing w:after="0" w:line="226" w:lineRule="exact"/>
              <w:jc w:val="right"/>
              <w:rPr>
                <w:rFonts w:hint="eastAsia"/>
              </w:rPr>
            </w:pPr>
            <w:r>
              <w:fldChar w:fldCharType="begin"/>
            </w:r>
            <w:r>
              <w:instrText xml:space="preserve"> PAGEREF B8_03 \h </w:instrText>
            </w:r>
            <w:r>
              <w:fldChar w:fldCharType="separate"/>
            </w:r>
            <w:r w:rsidR="00A826ED">
              <w:rPr>
                <w:rFonts w:hint="eastAsia"/>
                <w:noProof/>
              </w:rPr>
              <w:t>1</w:t>
            </w:r>
            <w:r>
              <w:fldChar w:fldCharType="end"/>
            </w:r>
          </w:p>
        </w:tc>
      </w:tr>
      <w:tr w:rsidR="00E54E13" w14:paraId="494DBA13" w14:textId="77777777">
        <w:trPr>
          <w:cantSplit/>
          <w:jc w:val="center"/>
        </w:trPr>
        <w:tc>
          <w:tcPr>
            <w:tcW w:w="8844" w:type="dxa"/>
            <w:shd w:val="clear" w:color="auto" w:fill="F6F8FA"/>
            <w:vAlign w:val="center"/>
          </w:tcPr>
          <w:p w14:paraId="21AC69DA" w14:textId="77777777" w:rsidR="00E54E13" w:rsidRDefault="00000000">
            <w:pPr>
              <w:spacing w:after="0" w:line="214" w:lineRule="exact"/>
              <w:rPr>
                <w:rFonts w:hint="eastAsia"/>
              </w:rPr>
            </w:pPr>
            <w:hyperlink w:anchor="B9_04">
              <w:proofErr w:type="gramStart"/>
              <w:r>
                <w:rPr>
                  <w:color w:val="12324B"/>
                  <w:sz w:val="18"/>
                </w:rPr>
                <w:t xml:space="preserve">04  </w:t>
              </w:r>
              <w:proofErr w:type="spellStart"/>
              <w:r>
                <w:rPr>
                  <w:color w:val="12324B"/>
                  <w:sz w:val="18"/>
                </w:rPr>
                <w:t>Funzioni</w:t>
              </w:r>
              <w:proofErr w:type="spellEnd"/>
              <w:proofErr w:type="gramEnd"/>
              <w:r>
                <w:rPr>
                  <w:color w:val="12324B"/>
                  <w:sz w:val="18"/>
                </w:rPr>
                <w:t xml:space="preserve"> </w:t>
              </w:r>
              <w:proofErr w:type="spellStart"/>
              <w:r>
                <w:rPr>
                  <w:color w:val="12324B"/>
                  <w:sz w:val="18"/>
                </w:rPr>
                <w:t>aziendali</w:t>
              </w:r>
              <w:proofErr w:type="spellEnd"/>
              <w:r>
                <w:rPr>
                  <w:color w:val="12324B"/>
                  <w:sz w:val="18"/>
                </w:rPr>
                <w:t xml:space="preserve"> e responsabilità</w:t>
              </w:r>
            </w:hyperlink>
          </w:p>
        </w:tc>
        <w:tc>
          <w:tcPr>
            <w:tcW w:w="907" w:type="dxa"/>
            <w:shd w:val="clear" w:color="auto" w:fill="F6F8FA"/>
            <w:vAlign w:val="center"/>
          </w:tcPr>
          <w:p w14:paraId="6E658FE2" w14:textId="77777777" w:rsidR="00E54E13" w:rsidRDefault="00000000">
            <w:pPr>
              <w:spacing w:after="0" w:line="226" w:lineRule="exact"/>
              <w:jc w:val="right"/>
              <w:rPr>
                <w:rFonts w:hint="eastAsia"/>
              </w:rPr>
            </w:pPr>
            <w:r>
              <w:fldChar w:fldCharType="begin"/>
            </w:r>
            <w:r>
              <w:instrText xml:space="preserve"> PAGEREF B9_04 \h </w:instrText>
            </w:r>
            <w:r>
              <w:fldChar w:fldCharType="separate"/>
            </w:r>
            <w:r w:rsidR="00A826ED">
              <w:rPr>
                <w:rFonts w:hint="eastAsia"/>
                <w:noProof/>
              </w:rPr>
              <w:t>1</w:t>
            </w:r>
            <w:r>
              <w:fldChar w:fldCharType="end"/>
            </w:r>
          </w:p>
        </w:tc>
      </w:tr>
      <w:tr w:rsidR="00E54E13" w14:paraId="2B5E8D29" w14:textId="77777777">
        <w:trPr>
          <w:cantSplit/>
          <w:jc w:val="center"/>
        </w:trPr>
        <w:tc>
          <w:tcPr>
            <w:tcW w:w="8844" w:type="dxa"/>
            <w:vAlign w:val="center"/>
          </w:tcPr>
          <w:p w14:paraId="45E8572C" w14:textId="77777777" w:rsidR="00E54E13" w:rsidRDefault="00000000">
            <w:pPr>
              <w:spacing w:after="0" w:line="214" w:lineRule="exact"/>
              <w:rPr>
                <w:rFonts w:hint="eastAsia"/>
              </w:rPr>
            </w:pPr>
            <w:hyperlink w:anchor="B10_05">
              <w:proofErr w:type="gramStart"/>
              <w:r>
                <w:rPr>
                  <w:color w:val="12324B"/>
                  <w:sz w:val="18"/>
                </w:rPr>
                <w:t xml:space="preserve">05  </w:t>
              </w:r>
              <w:proofErr w:type="spellStart"/>
              <w:r>
                <w:rPr>
                  <w:color w:val="12324B"/>
                  <w:sz w:val="18"/>
                </w:rPr>
                <w:t>Mappa</w:t>
              </w:r>
              <w:proofErr w:type="spellEnd"/>
              <w:proofErr w:type="gramEnd"/>
              <w:r>
                <w:rPr>
                  <w:color w:val="12324B"/>
                  <w:sz w:val="18"/>
                </w:rPr>
                <w:t xml:space="preserve"> delle </w:t>
              </w:r>
              <w:proofErr w:type="spellStart"/>
              <w:r>
                <w:rPr>
                  <w:color w:val="12324B"/>
                  <w:sz w:val="18"/>
                </w:rPr>
                <w:t>interfacce</w:t>
              </w:r>
              <w:proofErr w:type="spellEnd"/>
              <w:r>
                <w:rPr>
                  <w:color w:val="12324B"/>
                  <w:sz w:val="18"/>
                </w:rPr>
                <w:t xml:space="preserve"> RI–GL–RLE</w:t>
              </w:r>
            </w:hyperlink>
          </w:p>
        </w:tc>
        <w:tc>
          <w:tcPr>
            <w:tcW w:w="907" w:type="dxa"/>
            <w:vAlign w:val="center"/>
          </w:tcPr>
          <w:p w14:paraId="7D651EE1" w14:textId="77777777" w:rsidR="00E54E13" w:rsidRDefault="00000000">
            <w:pPr>
              <w:spacing w:after="0" w:line="226" w:lineRule="exact"/>
              <w:jc w:val="right"/>
              <w:rPr>
                <w:rFonts w:hint="eastAsia"/>
              </w:rPr>
            </w:pPr>
            <w:r>
              <w:fldChar w:fldCharType="begin"/>
            </w:r>
            <w:r>
              <w:instrText xml:space="preserve"> PAGEREF B10_05 \h </w:instrText>
            </w:r>
            <w:r>
              <w:fldChar w:fldCharType="separate"/>
            </w:r>
            <w:r w:rsidR="00A826ED">
              <w:rPr>
                <w:rFonts w:hint="eastAsia"/>
                <w:noProof/>
              </w:rPr>
              <w:t>1</w:t>
            </w:r>
            <w:r>
              <w:fldChar w:fldCharType="end"/>
            </w:r>
          </w:p>
        </w:tc>
      </w:tr>
      <w:tr w:rsidR="00E54E13" w14:paraId="1F8DD5C8" w14:textId="77777777">
        <w:trPr>
          <w:cantSplit/>
          <w:jc w:val="center"/>
        </w:trPr>
        <w:tc>
          <w:tcPr>
            <w:tcW w:w="8844" w:type="dxa"/>
            <w:shd w:val="clear" w:color="auto" w:fill="F6F8FA"/>
            <w:vAlign w:val="center"/>
          </w:tcPr>
          <w:p w14:paraId="655A1544" w14:textId="77777777" w:rsidR="00E54E13" w:rsidRDefault="00000000">
            <w:pPr>
              <w:spacing w:after="0" w:line="214" w:lineRule="exact"/>
              <w:rPr>
                <w:rFonts w:hint="eastAsia"/>
              </w:rPr>
            </w:pPr>
            <w:hyperlink w:anchor="B11_06">
              <w:proofErr w:type="gramStart"/>
              <w:r>
                <w:rPr>
                  <w:color w:val="12324B"/>
                  <w:sz w:val="18"/>
                </w:rPr>
                <w:t xml:space="preserve">06  </w:t>
              </w:r>
              <w:proofErr w:type="spellStart"/>
              <w:r>
                <w:rPr>
                  <w:color w:val="12324B"/>
                  <w:sz w:val="18"/>
                </w:rPr>
                <w:t>Censimento</w:t>
              </w:r>
              <w:proofErr w:type="spellEnd"/>
              <w:proofErr w:type="gramEnd"/>
              <w:r>
                <w:rPr>
                  <w:color w:val="12324B"/>
                  <w:sz w:val="18"/>
                </w:rPr>
                <w:t xml:space="preserve"> </w:t>
              </w:r>
              <w:proofErr w:type="spellStart"/>
              <w:r>
                <w:rPr>
                  <w:color w:val="12324B"/>
                  <w:sz w:val="18"/>
                </w:rPr>
                <w:t>dei</w:t>
              </w:r>
              <w:proofErr w:type="spellEnd"/>
              <w:r>
                <w:rPr>
                  <w:color w:val="12324B"/>
                  <w:sz w:val="18"/>
                </w:rPr>
                <w:t xml:space="preserve"> </w:t>
              </w:r>
              <w:proofErr w:type="spellStart"/>
              <w:r>
                <w:rPr>
                  <w:color w:val="12324B"/>
                  <w:sz w:val="18"/>
                </w:rPr>
                <w:t>lavori</w:t>
              </w:r>
              <w:proofErr w:type="spellEnd"/>
              <w:r>
                <w:rPr>
                  <w:color w:val="12324B"/>
                  <w:sz w:val="18"/>
                </w:rPr>
                <w:t xml:space="preserve"> e analisi delle competenze</w:t>
              </w:r>
            </w:hyperlink>
          </w:p>
        </w:tc>
        <w:tc>
          <w:tcPr>
            <w:tcW w:w="907" w:type="dxa"/>
            <w:shd w:val="clear" w:color="auto" w:fill="F6F8FA"/>
            <w:vAlign w:val="center"/>
          </w:tcPr>
          <w:p w14:paraId="4BEEB475" w14:textId="77777777" w:rsidR="00E54E13" w:rsidRDefault="00000000">
            <w:pPr>
              <w:spacing w:after="0" w:line="226" w:lineRule="exact"/>
              <w:jc w:val="right"/>
              <w:rPr>
                <w:rFonts w:hint="eastAsia"/>
              </w:rPr>
            </w:pPr>
            <w:r>
              <w:fldChar w:fldCharType="begin"/>
            </w:r>
            <w:r>
              <w:instrText xml:space="preserve"> PAGEREF B11_06 \h </w:instrText>
            </w:r>
            <w:r>
              <w:fldChar w:fldCharType="separate"/>
            </w:r>
            <w:r w:rsidR="00A826ED">
              <w:rPr>
                <w:rFonts w:hint="eastAsia"/>
                <w:noProof/>
              </w:rPr>
              <w:t>1</w:t>
            </w:r>
            <w:r>
              <w:fldChar w:fldCharType="end"/>
            </w:r>
          </w:p>
        </w:tc>
      </w:tr>
      <w:tr w:rsidR="00E54E13" w14:paraId="78D76516" w14:textId="77777777">
        <w:trPr>
          <w:cantSplit/>
          <w:jc w:val="center"/>
        </w:trPr>
        <w:tc>
          <w:tcPr>
            <w:tcW w:w="8844" w:type="dxa"/>
            <w:vAlign w:val="center"/>
          </w:tcPr>
          <w:p w14:paraId="1F4F1500" w14:textId="77777777" w:rsidR="00E54E13" w:rsidRDefault="00000000">
            <w:pPr>
              <w:spacing w:after="0" w:line="214" w:lineRule="exact"/>
              <w:rPr>
                <w:rFonts w:hint="eastAsia"/>
              </w:rPr>
            </w:pPr>
            <w:hyperlink w:anchor="B12_07">
              <w:proofErr w:type="gramStart"/>
              <w:r>
                <w:rPr>
                  <w:color w:val="12324B"/>
                  <w:sz w:val="18"/>
                </w:rPr>
                <w:t>07  Formazione</w:t>
              </w:r>
              <w:proofErr w:type="gramEnd"/>
              <w:r>
                <w:rPr>
                  <w:color w:val="12324B"/>
                  <w:sz w:val="18"/>
                </w:rPr>
                <w:t xml:space="preserve"> PES/PAV: </w:t>
              </w:r>
              <w:proofErr w:type="spellStart"/>
              <w:r>
                <w:rPr>
                  <w:color w:val="12324B"/>
                  <w:sz w:val="18"/>
                </w:rPr>
                <w:t>livelli</w:t>
              </w:r>
              <w:proofErr w:type="spellEnd"/>
              <w:r>
                <w:rPr>
                  <w:color w:val="12324B"/>
                  <w:sz w:val="18"/>
                </w:rPr>
                <w:t xml:space="preserve"> 1A e 1B</w:t>
              </w:r>
            </w:hyperlink>
          </w:p>
        </w:tc>
        <w:tc>
          <w:tcPr>
            <w:tcW w:w="907" w:type="dxa"/>
            <w:vAlign w:val="center"/>
          </w:tcPr>
          <w:p w14:paraId="37E57572" w14:textId="77777777" w:rsidR="00E54E13" w:rsidRDefault="00000000">
            <w:pPr>
              <w:spacing w:after="0" w:line="226" w:lineRule="exact"/>
              <w:jc w:val="right"/>
              <w:rPr>
                <w:rFonts w:hint="eastAsia"/>
              </w:rPr>
            </w:pPr>
            <w:r>
              <w:fldChar w:fldCharType="begin"/>
            </w:r>
            <w:r>
              <w:instrText xml:space="preserve"> PAGEREF B12_07 \h </w:instrText>
            </w:r>
            <w:r>
              <w:fldChar w:fldCharType="separate"/>
            </w:r>
            <w:r w:rsidR="00A826ED">
              <w:rPr>
                <w:rFonts w:hint="eastAsia"/>
                <w:noProof/>
              </w:rPr>
              <w:t>1</w:t>
            </w:r>
            <w:r>
              <w:fldChar w:fldCharType="end"/>
            </w:r>
          </w:p>
        </w:tc>
      </w:tr>
      <w:tr w:rsidR="00E54E13" w14:paraId="2840669B" w14:textId="77777777">
        <w:trPr>
          <w:cantSplit/>
          <w:jc w:val="center"/>
        </w:trPr>
        <w:tc>
          <w:tcPr>
            <w:tcW w:w="8844" w:type="dxa"/>
            <w:shd w:val="clear" w:color="auto" w:fill="F6F8FA"/>
            <w:vAlign w:val="center"/>
          </w:tcPr>
          <w:p w14:paraId="7A4DF28D" w14:textId="77777777" w:rsidR="00E54E13" w:rsidRDefault="00000000">
            <w:pPr>
              <w:spacing w:after="0" w:line="214" w:lineRule="exact"/>
              <w:rPr>
                <w:rFonts w:hint="eastAsia"/>
              </w:rPr>
            </w:pPr>
            <w:hyperlink w:anchor="B13_08">
              <w:proofErr w:type="gramStart"/>
              <w:r>
                <w:rPr>
                  <w:color w:val="12324B"/>
                  <w:sz w:val="18"/>
                </w:rPr>
                <w:t>08  Formazione</w:t>
              </w:r>
              <w:proofErr w:type="gramEnd"/>
              <w:r>
                <w:rPr>
                  <w:color w:val="12324B"/>
                  <w:sz w:val="18"/>
                </w:rPr>
                <w:t xml:space="preserve"> sotto </w:t>
              </w:r>
              <w:proofErr w:type="spellStart"/>
              <w:r>
                <w:rPr>
                  <w:color w:val="12324B"/>
                  <w:sz w:val="18"/>
                </w:rPr>
                <w:t>tensione</w:t>
              </w:r>
              <w:proofErr w:type="spellEnd"/>
              <w:r>
                <w:rPr>
                  <w:color w:val="12324B"/>
                  <w:sz w:val="18"/>
                </w:rPr>
                <w:t xml:space="preserve"> BT: livelli 2A e 2B</w:t>
              </w:r>
            </w:hyperlink>
          </w:p>
        </w:tc>
        <w:tc>
          <w:tcPr>
            <w:tcW w:w="907" w:type="dxa"/>
            <w:shd w:val="clear" w:color="auto" w:fill="F6F8FA"/>
            <w:vAlign w:val="center"/>
          </w:tcPr>
          <w:p w14:paraId="1B5F0B47" w14:textId="77777777" w:rsidR="00E54E13" w:rsidRDefault="00000000">
            <w:pPr>
              <w:spacing w:after="0" w:line="226" w:lineRule="exact"/>
              <w:jc w:val="right"/>
              <w:rPr>
                <w:rFonts w:hint="eastAsia"/>
              </w:rPr>
            </w:pPr>
            <w:r>
              <w:fldChar w:fldCharType="begin"/>
            </w:r>
            <w:r>
              <w:instrText xml:space="preserve"> PAGEREF B13_08 \h </w:instrText>
            </w:r>
            <w:r>
              <w:fldChar w:fldCharType="separate"/>
            </w:r>
            <w:r w:rsidR="00A826ED">
              <w:rPr>
                <w:rFonts w:hint="eastAsia"/>
                <w:noProof/>
              </w:rPr>
              <w:t>1</w:t>
            </w:r>
            <w:r>
              <w:fldChar w:fldCharType="end"/>
            </w:r>
          </w:p>
        </w:tc>
      </w:tr>
      <w:tr w:rsidR="00E54E13" w14:paraId="08B01F28" w14:textId="77777777">
        <w:trPr>
          <w:cantSplit/>
          <w:jc w:val="center"/>
        </w:trPr>
        <w:tc>
          <w:tcPr>
            <w:tcW w:w="8844" w:type="dxa"/>
            <w:vAlign w:val="center"/>
          </w:tcPr>
          <w:p w14:paraId="49AD0A8C" w14:textId="77777777" w:rsidR="00E54E13" w:rsidRDefault="00000000">
            <w:pPr>
              <w:spacing w:after="0" w:line="214" w:lineRule="exact"/>
              <w:rPr>
                <w:rFonts w:hint="eastAsia"/>
              </w:rPr>
            </w:pPr>
            <w:hyperlink w:anchor="B14_09">
              <w:proofErr w:type="gramStart"/>
              <w:r>
                <w:rPr>
                  <w:color w:val="12324B"/>
                  <w:sz w:val="18"/>
                </w:rPr>
                <w:t xml:space="preserve">09  </w:t>
              </w:r>
              <w:proofErr w:type="spellStart"/>
              <w:r>
                <w:rPr>
                  <w:color w:val="12324B"/>
                  <w:sz w:val="18"/>
                </w:rPr>
                <w:t>Erogazione</w:t>
              </w:r>
              <w:proofErr w:type="spellEnd"/>
              <w:proofErr w:type="gramEnd"/>
              <w:r>
                <w:rPr>
                  <w:color w:val="12324B"/>
                  <w:sz w:val="18"/>
                </w:rPr>
                <w:t xml:space="preserve">, </w:t>
              </w:r>
              <w:proofErr w:type="spellStart"/>
              <w:r>
                <w:rPr>
                  <w:color w:val="12324B"/>
                  <w:sz w:val="18"/>
                </w:rPr>
                <w:t>apprendimento</w:t>
              </w:r>
              <w:proofErr w:type="spellEnd"/>
              <w:r>
                <w:rPr>
                  <w:color w:val="12324B"/>
                  <w:sz w:val="18"/>
                </w:rPr>
                <w:t xml:space="preserve"> e registrazioni</w:t>
              </w:r>
            </w:hyperlink>
          </w:p>
        </w:tc>
        <w:tc>
          <w:tcPr>
            <w:tcW w:w="907" w:type="dxa"/>
            <w:vAlign w:val="center"/>
          </w:tcPr>
          <w:p w14:paraId="0E7A6638" w14:textId="77777777" w:rsidR="00E54E13" w:rsidRDefault="00000000">
            <w:pPr>
              <w:spacing w:after="0" w:line="226" w:lineRule="exact"/>
              <w:jc w:val="right"/>
              <w:rPr>
                <w:rFonts w:hint="eastAsia"/>
              </w:rPr>
            </w:pPr>
            <w:r>
              <w:fldChar w:fldCharType="begin"/>
            </w:r>
            <w:r>
              <w:instrText xml:space="preserve"> PAGEREF B14_09 \h </w:instrText>
            </w:r>
            <w:r>
              <w:fldChar w:fldCharType="separate"/>
            </w:r>
            <w:r w:rsidR="00A826ED">
              <w:rPr>
                <w:rFonts w:hint="eastAsia"/>
                <w:noProof/>
              </w:rPr>
              <w:t>1</w:t>
            </w:r>
            <w:r>
              <w:fldChar w:fldCharType="end"/>
            </w:r>
          </w:p>
        </w:tc>
      </w:tr>
      <w:tr w:rsidR="00E54E13" w14:paraId="7DB826A7" w14:textId="77777777">
        <w:trPr>
          <w:cantSplit/>
          <w:jc w:val="center"/>
        </w:trPr>
        <w:tc>
          <w:tcPr>
            <w:tcW w:w="8844" w:type="dxa"/>
            <w:shd w:val="clear" w:color="auto" w:fill="F6F8FA"/>
            <w:vAlign w:val="center"/>
          </w:tcPr>
          <w:p w14:paraId="67A7E678" w14:textId="77777777" w:rsidR="00E54E13" w:rsidRDefault="00000000">
            <w:pPr>
              <w:spacing w:after="0" w:line="214" w:lineRule="exact"/>
              <w:rPr>
                <w:rFonts w:hint="eastAsia"/>
              </w:rPr>
            </w:pPr>
            <w:hyperlink w:anchor="B15_10">
              <w:proofErr w:type="gramStart"/>
              <w:r>
                <w:rPr>
                  <w:color w:val="12324B"/>
                  <w:sz w:val="18"/>
                </w:rPr>
                <w:t xml:space="preserve">10  </w:t>
              </w:r>
              <w:proofErr w:type="spellStart"/>
              <w:r>
                <w:rPr>
                  <w:color w:val="12324B"/>
                  <w:sz w:val="18"/>
                </w:rPr>
                <w:t>Attribuzione</w:t>
              </w:r>
              <w:proofErr w:type="spellEnd"/>
              <w:proofErr w:type="gramEnd"/>
              <w:r>
                <w:rPr>
                  <w:color w:val="12324B"/>
                  <w:sz w:val="18"/>
                </w:rPr>
                <w:t xml:space="preserve"> aziendale delle qualifiche PES/PAV</w:t>
              </w:r>
            </w:hyperlink>
          </w:p>
        </w:tc>
        <w:tc>
          <w:tcPr>
            <w:tcW w:w="907" w:type="dxa"/>
            <w:shd w:val="clear" w:color="auto" w:fill="F6F8FA"/>
            <w:vAlign w:val="center"/>
          </w:tcPr>
          <w:p w14:paraId="2F41787D" w14:textId="77777777" w:rsidR="00E54E13" w:rsidRDefault="00000000">
            <w:pPr>
              <w:spacing w:after="0" w:line="226" w:lineRule="exact"/>
              <w:jc w:val="right"/>
              <w:rPr>
                <w:rFonts w:hint="eastAsia"/>
              </w:rPr>
            </w:pPr>
            <w:r>
              <w:fldChar w:fldCharType="begin"/>
            </w:r>
            <w:r>
              <w:instrText xml:space="preserve"> PAGEREF B15_10 \h </w:instrText>
            </w:r>
            <w:r>
              <w:fldChar w:fldCharType="separate"/>
            </w:r>
            <w:r w:rsidR="00A826ED">
              <w:rPr>
                <w:rFonts w:hint="eastAsia"/>
                <w:noProof/>
              </w:rPr>
              <w:t>1</w:t>
            </w:r>
            <w:r>
              <w:fldChar w:fldCharType="end"/>
            </w:r>
          </w:p>
        </w:tc>
      </w:tr>
      <w:tr w:rsidR="00E54E13" w14:paraId="57AA4BBF" w14:textId="77777777">
        <w:trPr>
          <w:cantSplit/>
          <w:jc w:val="center"/>
        </w:trPr>
        <w:tc>
          <w:tcPr>
            <w:tcW w:w="8844" w:type="dxa"/>
            <w:vAlign w:val="center"/>
          </w:tcPr>
          <w:p w14:paraId="1CAFCD4E" w14:textId="77777777" w:rsidR="00E54E13" w:rsidRDefault="00000000">
            <w:pPr>
              <w:spacing w:after="0" w:line="214" w:lineRule="exact"/>
              <w:rPr>
                <w:rFonts w:hint="eastAsia"/>
              </w:rPr>
            </w:pPr>
            <w:hyperlink w:anchor="B16_11">
              <w:proofErr w:type="gramStart"/>
              <w:r>
                <w:rPr>
                  <w:color w:val="12324B"/>
                  <w:sz w:val="18"/>
                </w:rPr>
                <w:t xml:space="preserve">11  </w:t>
              </w:r>
              <w:proofErr w:type="spellStart"/>
              <w:r>
                <w:rPr>
                  <w:color w:val="12324B"/>
                  <w:sz w:val="18"/>
                </w:rPr>
                <w:t>Idoneità</w:t>
              </w:r>
              <w:proofErr w:type="spellEnd"/>
              <w:proofErr w:type="gramEnd"/>
              <w:r>
                <w:rPr>
                  <w:color w:val="12324B"/>
                  <w:sz w:val="18"/>
                </w:rPr>
                <w:t xml:space="preserve"> e </w:t>
              </w:r>
              <w:proofErr w:type="spellStart"/>
              <w:r>
                <w:rPr>
                  <w:color w:val="12324B"/>
                  <w:sz w:val="18"/>
                </w:rPr>
                <w:t>autorizzazione</w:t>
              </w:r>
              <w:proofErr w:type="spellEnd"/>
              <w:r>
                <w:rPr>
                  <w:color w:val="12324B"/>
                  <w:sz w:val="18"/>
                </w:rPr>
                <w:t xml:space="preserve"> ai lavori sotto tensione</w:t>
              </w:r>
            </w:hyperlink>
          </w:p>
        </w:tc>
        <w:tc>
          <w:tcPr>
            <w:tcW w:w="907" w:type="dxa"/>
            <w:vAlign w:val="center"/>
          </w:tcPr>
          <w:p w14:paraId="1F63EDE6" w14:textId="77777777" w:rsidR="00E54E13" w:rsidRDefault="00000000">
            <w:pPr>
              <w:spacing w:after="0" w:line="226" w:lineRule="exact"/>
              <w:jc w:val="right"/>
              <w:rPr>
                <w:rFonts w:hint="eastAsia"/>
              </w:rPr>
            </w:pPr>
            <w:r>
              <w:fldChar w:fldCharType="begin"/>
            </w:r>
            <w:r>
              <w:instrText xml:space="preserve"> PAGEREF B16_11 \h </w:instrText>
            </w:r>
            <w:r>
              <w:fldChar w:fldCharType="separate"/>
            </w:r>
            <w:r w:rsidR="00A826ED">
              <w:rPr>
                <w:rFonts w:hint="eastAsia"/>
                <w:noProof/>
              </w:rPr>
              <w:t>1</w:t>
            </w:r>
            <w:r>
              <w:fldChar w:fldCharType="end"/>
            </w:r>
          </w:p>
        </w:tc>
      </w:tr>
      <w:tr w:rsidR="00E54E13" w14:paraId="57F314A4" w14:textId="77777777">
        <w:trPr>
          <w:cantSplit/>
          <w:jc w:val="center"/>
        </w:trPr>
        <w:tc>
          <w:tcPr>
            <w:tcW w:w="8844" w:type="dxa"/>
            <w:shd w:val="clear" w:color="auto" w:fill="F6F8FA"/>
            <w:vAlign w:val="center"/>
          </w:tcPr>
          <w:p w14:paraId="3B28CB42" w14:textId="77777777" w:rsidR="00E54E13" w:rsidRDefault="00000000">
            <w:pPr>
              <w:spacing w:after="0" w:line="214" w:lineRule="exact"/>
              <w:rPr>
                <w:rFonts w:hint="eastAsia"/>
              </w:rPr>
            </w:pPr>
            <w:hyperlink w:anchor="B17_12">
              <w:proofErr w:type="gramStart"/>
              <w:r>
                <w:rPr>
                  <w:color w:val="12324B"/>
                  <w:sz w:val="18"/>
                </w:rPr>
                <w:t>12  Aggiornamento</w:t>
              </w:r>
              <w:proofErr w:type="gramEnd"/>
              <w:r>
                <w:rPr>
                  <w:color w:val="12324B"/>
                  <w:sz w:val="18"/>
                </w:rPr>
                <w:t xml:space="preserve">, </w:t>
              </w:r>
              <w:proofErr w:type="spellStart"/>
              <w:r>
                <w:rPr>
                  <w:color w:val="12324B"/>
                  <w:sz w:val="18"/>
                </w:rPr>
                <w:t>pratica</w:t>
              </w:r>
              <w:proofErr w:type="spellEnd"/>
              <w:r>
                <w:rPr>
                  <w:color w:val="12324B"/>
                  <w:sz w:val="18"/>
                </w:rPr>
                <w:t xml:space="preserve"> e riesame</w:t>
              </w:r>
            </w:hyperlink>
          </w:p>
        </w:tc>
        <w:tc>
          <w:tcPr>
            <w:tcW w:w="907" w:type="dxa"/>
            <w:shd w:val="clear" w:color="auto" w:fill="F6F8FA"/>
            <w:vAlign w:val="center"/>
          </w:tcPr>
          <w:p w14:paraId="270A79E5" w14:textId="77777777" w:rsidR="00E54E13" w:rsidRDefault="00000000">
            <w:pPr>
              <w:spacing w:after="0" w:line="226" w:lineRule="exact"/>
              <w:jc w:val="right"/>
              <w:rPr>
                <w:rFonts w:hint="eastAsia"/>
              </w:rPr>
            </w:pPr>
            <w:r>
              <w:fldChar w:fldCharType="begin"/>
            </w:r>
            <w:r>
              <w:instrText xml:space="preserve"> PAGEREF B17_12 \h </w:instrText>
            </w:r>
            <w:r>
              <w:fldChar w:fldCharType="separate"/>
            </w:r>
            <w:r w:rsidR="00A826ED">
              <w:rPr>
                <w:rFonts w:hint="eastAsia"/>
                <w:noProof/>
              </w:rPr>
              <w:t>1</w:t>
            </w:r>
            <w:r>
              <w:fldChar w:fldCharType="end"/>
            </w:r>
          </w:p>
        </w:tc>
      </w:tr>
      <w:tr w:rsidR="00E54E13" w14:paraId="503B7CEF" w14:textId="77777777">
        <w:trPr>
          <w:cantSplit/>
          <w:jc w:val="center"/>
        </w:trPr>
        <w:tc>
          <w:tcPr>
            <w:tcW w:w="8844" w:type="dxa"/>
            <w:vAlign w:val="center"/>
          </w:tcPr>
          <w:p w14:paraId="236BB83D" w14:textId="77777777" w:rsidR="00E54E13" w:rsidRDefault="00000000">
            <w:pPr>
              <w:spacing w:after="0" w:line="214" w:lineRule="exact"/>
              <w:rPr>
                <w:rFonts w:hint="eastAsia"/>
              </w:rPr>
            </w:pPr>
            <w:hyperlink w:anchor="B18_13">
              <w:proofErr w:type="gramStart"/>
              <w:r>
                <w:rPr>
                  <w:color w:val="12324B"/>
                  <w:sz w:val="18"/>
                </w:rPr>
                <w:t xml:space="preserve">13  </w:t>
              </w:r>
              <w:proofErr w:type="spellStart"/>
              <w:r>
                <w:rPr>
                  <w:color w:val="12324B"/>
                  <w:sz w:val="18"/>
                </w:rPr>
                <w:t>Programmazione</w:t>
              </w:r>
              <w:proofErr w:type="spellEnd"/>
              <w:proofErr w:type="gramEnd"/>
              <w:r>
                <w:rPr>
                  <w:color w:val="12324B"/>
                  <w:sz w:val="18"/>
                </w:rPr>
                <w:t xml:space="preserve"> e </w:t>
              </w:r>
              <w:proofErr w:type="spellStart"/>
              <w:r>
                <w:rPr>
                  <w:color w:val="12324B"/>
                  <w:sz w:val="18"/>
                </w:rPr>
                <w:t>analisi</w:t>
              </w:r>
              <w:proofErr w:type="spellEnd"/>
              <w:r>
                <w:rPr>
                  <w:color w:val="12324B"/>
                  <w:sz w:val="18"/>
                </w:rPr>
                <w:t xml:space="preserve"> preliminare del lavoro</w:t>
              </w:r>
            </w:hyperlink>
          </w:p>
        </w:tc>
        <w:tc>
          <w:tcPr>
            <w:tcW w:w="907" w:type="dxa"/>
            <w:vAlign w:val="center"/>
          </w:tcPr>
          <w:p w14:paraId="7687BBC5" w14:textId="77777777" w:rsidR="00E54E13" w:rsidRDefault="00000000">
            <w:pPr>
              <w:spacing w:after="0" w:line="226" w:lineRule="exact"/>
              <w:jc w:val="right"/>
              <w:rPr>
                <w:rFonts w:hint="eastAsia"/>
              </w:rPr>
            </w:pPr>
            <w:r>
              <w:fldChar w:fldCharType="begin"/>
            </w:r>
            <w:r>
              <w:instrText xml:space="preserve"> PAGEREF B18_13 \h </w:instrText>
            </w:r>
            <w:r>
              <w:fldChar w:fldCharType="separate"/>
            </w:r>
            <w:r w:rsidR="00A826ED">
              <w:rPr>
                <w:rFonts w:hint="eastAsia"/>
                <w:noProof/>
              </w:rPr>
              <w:t>1</w:t>
            </w:r>
            <w:r>
              <w:fldChar w:fldCharType="end"/>
            </w:r>
          </w:p>
        </w:tc>
      </w:tr>
      <w:tr w:rsidR="00E54E13" w14:paraId="3C6D918D" w14:textId="77777777">
        <w:trPr>
          <w:cantSplit/>
          <w:jc w:val="center"/>
        </w:trPr>
        <w:tc>
          <w:tcPr>
            <w:tcW w:w="8844" w:type="dxa"/>
            <w:shd w:val="clear" w:color="auto" w:fill="F6F8FA"/>
            <w:vAlign w:val="center"/>
          </w:tcPr>
          <w:p w14:paraId="1534CD25" w14:textId="77777777" w:rsidR="00E54E13" w:rsidRDefault="00000000">
            <w:pPr>
              <w:spacing w:after="0" w:line="214" w:lineRule="exact"/>
              <w:rPr>
                <w:rFonts w:hint="eastAsia"/>
              </w:rPr>
            </w:pPr>
            <w:hyperlink w:anchor="B19_14">
              <w:proofErr w:type="gramStart"/>
              <w:r>
                <w:rPr>
                  <w:color w:val="12324B"/>
                  <w:sz w:val="18"/>
                </w:rPr>
                <w:t>14  Piano</w:t>
              </w:r>
              <w:proofErr w:type="gramEnd"/>
              <w:r>
                <w:rPr>
                  <w:color w:val="12324B"/>
                  <w:sz w:val="18"/>
                </w:rPr>
                <w:t xml:space="preserve"> di lavoro e piano di intervento</w:t>
              </w:r>
            </w:hyperlink>
          </w:p>
        </w:tc>
        <w:tc>
          <w:tcPr>
            <w:tcW w:w="907" w:type="dxa"/>
            <w:shd w:val="clear" w:color="auto" w:fill="F6F8FA"/>
            <w:vAlign w:val="center"/>
          </w:tcPr>
          <w:p w14:paraId="25AEC2A2" w14:textId="77777777" w:rsidR="00E54E13" w:rsidRDefault="00000000">
            <w:pPr>
              <w:spacing w:after="0" w:line="226" w:lineRule="exact"/>
              <w:jc w:val="right"/>
              <w:rPr>
                <w:rFonts w:hint="eastAsia"/>
              </w:rPr>
            </w:pPr>
            <w:r>
              <w:fldChar w:fldCharType="begin"/>
            </w:r>
            <w:r>
              <w:instrText xml:space="preserve"> PAGEREF B19_14 \h </w:instrText>
            </w:r>
            <w:r>
              <w:fldChar w:fldCharType="separate"/>
            </w:r>
            <w:r w:rsidR="00A826ED">
              <w:rPr>
                <w:rFonts w:hint="eastAsia"/>
                <w:noProof/>
              </w:rPr>
              <w:t>1</w:t>
            </w:r>
            <w:r>
              <w:fldChar w:fldCharType="end"/>
            </w:r>
          </w:p>
        </w:tc>
      </w:tr>
      <w:tr w:rsidR="00E54E13" w14:paraId="5EB05051" w14:textId="77777777">
        <w:trPr>
          <w:cantSplit/>
          <w:jc w:val="center"/>
        </w:trPr>
        <w:tc>
          <w:tcPr>
            <w:tcW w:w="8844" w:type="dxa"/>
            <w:vAlign w:val="center"/>
          </w:tcPr>
          <w:p w14:paraId="527599C0" w14:textId="77777777" w:rsidR="00E54E13" w:rsidRDefault="00000000">
            <w:pPr>
              <w:spacing w:after="0" w:line="214" w:lineRule="exact"/>
              <w:rPr>
                <w:rFonts w:hint="eastAsia"/>
              </w:rPr>
            </w:pPr>
            <w:hyperlink w:anchor="B20_15">
              <w:proofErr w:type="gramStart"/>
              <w:r>
                <w:rPr>
                  <w:color w:val="12324B"/>
                  <w:sz w:val="18"/>
                </w:rPr>
                <w:t xml:space="preserve">15  </w:t>
              </w:r>
              <w:proofErr w:type="spellStart"/>
              <w:r>
                <w:rPr>
                  <w:color w:val="12324B"/>
                  <w:sz w:val="18"/>
                </w:rPr>
                <w:t>Preparazione</w:t>
              </w:r>
              <w:proofErr w:type="spellEnd"/>
              <w:proofErr w:type="gramEnd"/>
              <w:r>
                <w:rPr>
                  <w:color w:val="12324B"/>
                  <w:sz w:val="18"/>
                </w:rPr>
                <w:t xml:space="preserve"> </w:t>
              </w:r>
              <w:proofErr w:type="spellStart"/>
              <w:r>
                <w:rPr>
                  <w:color w:val="12324B"/>
                  <w:sz w:val="18"/>
                </w:rPr>
                <w:t>dell’impianto</w:t>
              </w:r>
              <w:proofErr w:type="spellEnd"/>
              <w:r>
                <w:rPr>
                  <w:color w:val="12324B"/>
                  <w:sz w:val="18"/>
                </w:rPr>
                <w:t xml:space="preserve"> e consegna</w:t>
              </w:r>
            </w:hyperlink>
          </w:p>
        </w:tc>
        <w:tc>
          <w:tcPr>
            <w:tcW w:w="907" w:type="dxa"/>
            <w:vAlign w:val="center"/>
          </w:tcPr>
          <w:p w14:paraId="04983831" w14:textId="77777777" w:rsidR="00E54E13" w:rsidRDefault="00000000">
            <w:pPr>
              <w:spacing w:after="0" w:line="226" w:lineRule="exact"/>
              <w:jc w:val="right"/>
              <w:rPr>
                <w:rFonts w:hint="eastAsia"/>
              </w:rPr>
            </w:pPr>
            <w:r>
              <w:fldChar w:fldCharType="begin"/>
            </w:r>
            <w:r>
              <w:instrText xml:space="preserve"> PAGEREF B20_15 \h </w:instrText>
            </w:r>
            <w:r>
              <w:fldChar w:fldCharType="separate"/>
            </w:r>
            <w:r w:rsidR="00A826ED">
              <w:rPr>
                <w:rFonts w:hint="eastAsia"/>
                <w:noProof/>
              </w:rPr>
              <w:t>1</w:t>
            </w:r>
            <w:r>
              <w:fldChar w:fldCharType="end"/>
            </w:r>
          </w:p>
        </w:tc>
      </w:tr>
      <w:tr w:rsidR="00E54E13" w14:paraId="624860AF" w14:textId="77777777">
        <w:trPr>
          <w:cantSplit/>
          <w:jc w:val="center"/>
        </w:trPr>
        <w:tc>
          <w:tcPr>
            <w:tcW w:w="8844" w:type="dxa"/>
            <w:shd w:val="clear" w:color="auto" w:fill="F6F8FA"/>
            <w:vAlign w:val="center"/>
          </w:tcPr>
          <w:p w14:paraId="2D062D30" w14:textId="77777777" w:rsidR="00E54E13" w:rsidRDefault="00000000">
            <w:pPr>
              <w:spacing w:after="0" w:line="214" w:lineRule="exact"/>
              <w:rPr>
                <w:rFonts w:hint="eastAsia"/>
              </w:rPr>
            </w:pPr>
            <w:hyperlink w:anchor="B21_16">
              <w:proofErr w:type="gramStart"/>
              <w:r>
                <w:rPr>
                  <w:color w:val="12324B"/>
                  <w:sz w:val="18"/>
                </w:rPr>
                <w:t xml:space="preserve">16  </w:t>
              </w:r>
              <w:proofErr w:type="spellStart"/>
              <w:r>
                <w:rPr>
                  <w:color w:val="12324B"/>
                  <w:sz w:val="18"/>
                </w:rPr>
                <w:t>Esecuzione</w:t>
              </w:r>
              <w:proofErr w:type="spellEnd"/>
              <w:proofErr w:type="gramEnd"/>
              <w:r>
                <w:rPr>
                  <w:color w:val="12324B"/>
                  <w:sz w:val="18"/>
                </w:rPr>
                <w:t xml:space="preserve">, </w:t>
              </w:r>
              <w:proofErr w:type="spellStart"/>
              <w:r>
                <w:rPr>
                  <w:color w:val="12324B"/>
                  <w:sz w:val="18"/>
                </w:rPr>
                <w:t>supervisione</w:t>
              </w:r>
              <w:proofErr w:type="spellEnd"/>
              <w:r>
                <w:rPr>
                  <w:color w:val="12324B"/>
                  <w:sz w:val="18"/>
                </w:rPr>
                <w:t xml:space="preserve"> e sorveglianza</w:t>
              </w:r>
            </w:hyperlink>
          </w:p>
        </w:tc>
        <w:tc>
          <w:tcPr>
            <w:tcW w:w="907" w:type="dxa"/>
            <w:shd w:val="clear" w:color="auto" w:fill="F6F8FA"/>
            <w:vAlign w:val="center"/>
          </w:tcPr>
          <w:p w14:paraId="61004448" w14:textId="77777777" w:rsidR="00E54E13" w:rsidRDefault="00000000">
            <w:pPr>
              <w:spacing w:after="0" w:line="226" w:lineRule="exact"/>
              <w:jc w:val="right"/>
              <w:rPr>
                <w:rFonts w:hint="eastAsia"/>
              </w:rPr>
            </w:pPr>
            <w:r>
              <w:fldChar w:fldCharType="begin"/>
            </w:r>
            <w:r>
              <w:instrText xml:space="preserve"> PAGEREF B21_16 \h </w:instrText>
            </w:r>
            <w:r>
              <w:fldChar w:fldCharType="separate"/>
            </w:r>
            <w:r w:rsidR="00A826ED">
              <w:rPr>
                <w:rFonts w:hint="eastAsia"/>
                <w:noProof/>
              </w:rPr>
              <w:t>1</w:t>
            </w:r>
            <w:r>
              <w:fldChar w:fldCharType="end"/>
            </w:r>
          </w:p>
        </w:tc>
      </w:tr>
      <w:tr w:rsidR="00E54E13" w14:paraId="4017831A" w14:textId="77777777">
        <w:trPr>
          <w:cantSplit/>
          <w:jc w:val="center"/>
        </w:trPr>
        <w:tc>
          <w:tcPr>
            <w:tcW w:w="8844" w:type="dxa"/>
            <w:vAlign w:val="center"/>
          </w:tcPr>
          <w:p w14:paraId="0DB2144F" w14:textId="77777777" w:rsidR="00E54E13" w:rsidRDefault="00000000">
            <w:pPr>
              <w:spacing w:after="0" w:line="214" w:lineRule="exact"/>
              <w:rPr>
                <w:rFonts w:hint="eastAsia"/>
              </w:rPr>
            </w:pPr>
            <w:hyperlink w:anchor="B22_17">
              <w:proofErr w:type="gramStart"/>
              <w:r>
                <w:rPr>
                  <w:color w:val="12324B"/>
                  <w:sz w:val="18"/>
                </w:rPr>
                <w:t>17  Sotto</w:t>
              </w:r>
              <w:proofErr w:type="gramEnd"/>
              <w:r>
                <w:rPr>
                  <w:color w:val="12324B"/>
                  <w:sz w:val="18"/>
                </w:rPr>
                <w:t xml:space="preserve"> </w:t>
              </w:r>
              <w:proofErr w:type="spellStart"/>
              <w:r>
                <w:rPr>
                  <w:color w:val="12324B"/>
                  <w:sz w:val="18"/>
                </w:rPr>
                <w:t>tensione</w:t>
              </w:r>
              <w:proofErr w:type="spellEnd"/>
              <w:r>
                <w:rPr>
                  <w:color w:val="12324B"/>
                  <w:sz w:val="18"/>
                </w:rPr>
                <w:t xml:space="preserve"> BT: verifica di ammissibilità</w:t>
              </w:r>
            </w:hyperlink>
          </w:p>
        </w:tc>
        <w:tc>
          <w:tcPr>
            <w:tcW w:w="907" w:type="dxa"/>
            <w:vAlign w:val="center"/>
          </w:tcPr>
          <w:p w14:paraId="03C1E269" w14:textId="77777777" w:rsidR="00E54E13" w:rsidRDefault="00000000">
            <w:pPr>
              <w:spacing w:after="0" w:line="226" w:lineRule="exact"/>
              <w:jc w:val="right"/>
              <w:rPr>
                <w:rFonts w:hint="eastAsia"/>
              </w:rPr>
            </w:pPr>
            <w:r>
              <w:fldChar w:fldCharType="begin"/>
            </w:r>
            <w:r>
              <w:instrText xml:space="preserve"> PAGEREF B22_17 \h </w:instrText>
            </w:r>
            <w:r>
              <w:fldChar w:fldCharType="separate"/>
            </w:r>
            <w:r w:rsidR="00A826ED">
              <w:rPr>
                <w:rFonts w:hint="eastAsia"/>
                <w:noProof/>
              </w:rPr>
              <w:t>1</w:t>
            </w:r>
            <w:r>
              <w:fldChar w:fldCharType="end"/>
            </w:r>
          </w:p>
        </w:tc>
      </w:tr>
      <w:tr w:rsidR="00E54E13" w14:paraId="3D44E211" w14:textId="77777777">
        <w:trPr>
          <w:cantSplit/>
          <w:jc w:val="center"/>
        </w:trPr>
        <w:tc>
          <w:tcPr>
            <w:tcW w:w="8844" w:type="dxa"/>
            <w:shd w:val="clear" w:color="auto" w:fill="F6F8FA"/>
            <w:vAlign w:val="center"/>
          </w:tcPr>
          <w:p w14:paraId="610D55AF" w14:textId="77777777" w:rsidR="00E54E13" w:rsidRDefault="00000000">
            <w:pPr>
              <w:spacing w:after="0" w:line="214" w:lineRule="exact"/>
              <w:rPr>
                <w:rFonts w:hint="eastAsia"/>
              </w:rPr>
            </w:pPr>
            <w:hyperlink w:anchor="B23_18">
              <w:proofErr w:type="gramStart"/>
              <w:r>
                <w:rPr>
                  <w:color w:val="12324B"/>
                  <w:sz w:val="18"/>
                </w:rPr>
                <w:t xml:space="preserve">18  </w:t>
              </w:r>
              <w:proofErr w:type="spellStart"/>
              <w:r>
                <w:rPr>
                  <w:color w:val="12324B"/>
                  <w:sz w:val="18"/>
                </w:rPr>
                <w:t>Distanze</w:t>
              </w:r>
              <w:proofErr w:type="spellEnd"/>
              <w:proofErr w:type="gramEnd"/>
              <w:r>
                <w:rPr>
                  <w:color w:val="12324B"/>
                  <w:sz w:val="18"/>
                </w:rPr>
                <w:t xml:space="preserve">, arco </w:t>
              </w:r>
              <w:proofErr w:type="spellStart"/>
              <w:r>
                <w:rPr>
                  <w:color w:val="12324B"/>
                  <w:sz w:val="18"/>
                </w:rPr>
                <w:t>elettrico</w:t>
              </w:r>
              <w:proofErr w:type="spellEnd"/>
              <w:r>
                <w:rPr>
                  <w:color w:val="12324B"/>
                  <w:sz w:val="18"/>
                </w:rPr>
                <w:t>, DPI e attrezzature</w:t>
              </w:r>
            </w:hyperlink>
          </w:p>
        </w:tc>
        <w:tc>
          <w:tcPr>
            <w:tcW w:w="907" w:type="dxa"/>
            <w:shd w:val="clear" w:color="auto" w:fill="F6F8FA"/>
            <w:vAlign w:val="center"/>
          </w:tcPr>
          <w:p w14:paraId="579D013A" w14:textId="77777777" w:rsidR="00E54E13" w:rsidRDefault="00000000">
            <w:pPr>
              <w:spacing w:after="0" w:line="226" w:lineRule="exact"/>
              <w:jc w:val="right"/>
              <w:rPr>
                <w:rFonts w:hint="eastAsia"/>
              </w:rPr>
            </w:pPr>
            <w:r>
              <w:fldChar w:fldCharType="begin"/>
            </w:r>
            <w:r>
              <w:instrText xml:space="preserve"> PAGEREF B23_18 \h </w:instrText>
            </w:r>
            <w:r>
              <w:fldChar w:fldCharType="separate"/>
            </w:r>
            <w:r w:rsidR="00A826ED">
              <w:rPr>
                <w:rFonts w:hint="eastAsia"/>
                <w:noProof/>
              </w:rPr>
              <w:t>1</w:t>
            </w:r>
            <w:r>
              <w:fldChar w:fldCharType="end"/>
            </w:r>
          </w:p>
        </w:tc>
      </w:tr>
      <w:tr w:rsidR="00E54E13" w14:paraId="6D7E5B55" w14:textId="77777777">
        <w:trPr>
          <w:cantSplit/>
          <w:jc w:val="center"/>
        </w:trPr>
        <w:tc>
          <w:tcPr>
            <w:tcW w:w="8844" w:type="dxa"/>
            <w:vAlign w:val="center"/>
          </w:tcPr>
          <w:p w14:paraId="16A17168" w14:textId="77777777" w:rsidR="00E54E13" w:rsidRDefault="00000000">
            <w:pPr>
              <w:spacing w:after="0" w:line="214" w:lineRule="exact"/>
              <w:rPr>
                <w:rFonts w:hint="eastAsia"/>
              </w:rPr>
            </w:pPr>
            <w:hyperlink w:anchor="B24_19">
              <w:proofErr w:type="gramStart"/>
              <w:r>
                <w:rPr>
                  <w:color w:val="12324B"/>
                  <w:sz w:val="18"/>
                </w:rPr>
                <w:t xml:space="preserve">19  </w:t>
              </w:r>
              <w:proofErr w:type="spellStart"/>
              <w:r>
                <w:rPr>
                  <w:color w:val="12324B"/>
                  <w:sz w:val="18"/>
                </w:rPr>
                <w:t>Anomalie</w:t>
              </w:r>
              <w:proofErr w:type="spellEnd"/>
              <w:proofErr w:type="gramEnd"/>
              <w:r>
                <w:rPr>
                  <w:color w:val="12324B"/>
                  <w:sz w:val="18"/>
                </w:rPr>
                <w:t xml:space="preserve">, </w:t>
              </w:r>
              <w:proofErr w:type="spellStart"/>
              <w:r>
                <w:rPr>
                  <w:color w:val="12324B"/>
                  <w:sz w:val="18"/>
                </w:rPr>
                <w:t>arresto</w:t>
              </w:r>
              <w:proofErr w:type="spellEnd"/>
              <w:r>
                <w:rPr>
                  <w:color w:val="12324B"/>
                  <w:sz w:val="18"/>
                </w:rPr>
                <w:t xml:space="preserve"> del lavoro ed emergenza</w:t>
              </w:r>
            </w:hyperlink>
          </w:p>
        </w:tc>
        <w:tc>
          <w:tcPr>
            <w:tcW w:w="907" w:type="dxa"/>
            <w:vAlign w:val="center"/>
          </w:tcPr>
          <w:p w14:paraId="4A886458" w14:textId="77777777" w:rsidR="00E54E13" w:rsidRDefault="00000000">
            <w:pPr>
              <w:spacing w:after="0" w:line="226" w:lineRule="exact"/>
              <w:jc w:val="right"/>
              <w:rPr>
                <w:rFonts w:hint="eastAsia"/>
              </w:rPr>
            </w:pPr>
            <w:r>
              <w:fldChar w:fldCharType="begin"/>
            </w:r>
            <w:r>
              <w:instrText xml:space="preserve"> PAGEREF B24_19 \h </w:instrText>
            </w:r>
            <w:r>
              <w:fldChar w:fldCharType="separate"/>
            </w:r>
            <w:r w:rsidR="00A826ED">
              <w:rPr>
                <w:rFonts w:hint="eastAsia"/>
                <w:noProof/>
              </w:rPr>
              <w:t>1</w:t>
            </w:r>
            <w:r>
              <w:fldChar w:fldCharType="end"/>
            </w:r>
          </w:p>
        </w:tc>
      </w:tr>
      <w:tr w:rsidR="00E54E13" w14:paraId="4BB851D2" w14:textId="77777777">
        <w:trPr>
          <w:cantSplit/>
          <w:jc w:val="center"/>
        </w:trPr>
        <w:tc>
          <w:tcPr>
            <w:tcW w:w="8844" w:type="dxa"/>
            <w:shd w:val="clear" w:color="auto" w:fill="F6F8FA"/>
            <w:vAlign w:val="center"/>
          </w:tcPr>
          <w:p w14:paraId="2382C424" w14:textId="77777777" w:rsidR="00E54E13" w:rsidRDefault="00000000">
            <w:pPr>
              <w:spacing w:after="0" w:line="214" w:lineRule="exact"/>
              <w:rPr>
                <w:rFonts w:hint="eastAsia"/>
              </w:rPr>
            </w:pPr>
            <w:hyperlink w:anchor="B25_20">
              <w:proofErr w:type="gramStart"/>
              <w:r>
                <w:rPr>
                  <w:color w:val="12324B"/>
                  <w:sz w:val="18"/>
                </w:rPr>
                <w:t>20  Prove</w:t>
              </w:r>
              <w:proofErr w:type="gramEnd"/>
              <w:r>
                <w:rPr>
                  <w:color w:val="12324B"/>
                  <w:sz w:val="18"/>
                </w:rPr>
                <w:t xml:space="preserve">, </w:t>
              </w:r>
              <w:proofErr w:type="spellStart"/>
              <w:r>
                <w:rPr>
                  <w:color w:val="12324B"/>
                  <w:sz w:val="18"/>
                </w:rPr>
                <w:t>passaggi</w:t>
              </w:r>
              <w:proofErr w:type="spellEnd"/>
              <w:r>
                <w:rPr>
                  <w:color w:val="12324B"/>
                  <w:sz w:val="18"/>
                </w:rPr>
                <w:t xml:space="preserve"> di responsabilità e restituzione</w:t>
              </w:r>
            </w:hyperlink>
          </w:p>
        </w:tc>
        <w:tc>
          <w:tcPr>
            <w:tcW w:w="907" w:type="dxa"/>
            <w:shd w:val="clear" w:color="auto" w:fill="F6F8FA"/>
            <w:vAlign w:val="center"/>
          </w:tcPr>
          <w:p w14:paraId="6AAB6115" w14:textId="77777777" w:rsidR="00E54E13" w:rsidRDefault="00000000">
            <w:pPr>
              <w:spacing w:after="0" w:line="226" w:lineRule="exact"/>
              <w:jc w:val="right"/>
              <w:rPr>
                <w:rFonts w:hint="eastAsia"/>
              </w:rPr>
            </w:pPr>
            <w:r>
              <w:fldChar w:fldCharType="begin"/>
            </w:r>
            <w:r>
              <w:instrText xml:space="preserve"> PAGEREF B25_20 \h </w:instrText>
            </w:r>
            <w:r>
              <w:fldChar w:fldCharType="separate"/>
            </w:r>
            <w:r w:rsidR="00A826ED">
              <w:rPr>
                <w:rFonts w:hint="eastAsia"/>
                <w:noProof/>
              </w:rPr>
              <w:t>1</w:t>
            </w:r>
            <w:r>
              <w:fldChar w:fldCharType="end"/>
            </w:r>
          </w:p>
        </w:tc>
      </w:tr>
      <w:tr w:rsidR="00E54E13" w14:paraId="62E173E1" w14:textId="77777777">
        <w:trPr>
          <w:cantSplit/>
          <w:jc w:val="center"/>
        </w:trPr>
        <w:tc>
          <w:tcPr>
            <w:tcW w:w="8844" w:type="dxa"/>
            <w:vAlign w:val="center"/>
          </w:tcPr>
          <w:p w14:paraId="7927D468" w14:textId="77777777" w:rsidR="00E54E13" w:rsidRDefault="00000000">
            <w:pPr>
              <w:spacing w:after="0" w:line="214" w:lineRule="exact"/>
              <w:rPr>
                <w:rFonts w:hint="eastAsia"/>
              </w:rPr>
            </w:pPr>
            <w:hyperlink w:anchor="B26_21">
              <w:proofErr w:type="gramStart"/>
              <w:r>
                <w:rPr>
                  <w:color w:val="12324B"/>
                  <w:sz w:val="18"/>
                </w:rPr>
                <w:t xml:space="preserve">21  </w:t>
              </w:r>
              <w:proofErr w:type="spellStart"/>
              <w:r>
                <w:rPr>
                  <w:color w:val="12324B"/>
                  <w:sz w:val="18"/>
                </w:rPr>
                <w:t>Appaltatori</w:t>
              </w:r>
              <w:proofErr w:type="spellEnd"/>
              <w:proofErr w:type="gramEnd"/>
              <w:r>
                <w:rPr>
                  <w:color w:val="12324B"/>
                  <w:sz w:val="18"/>
                </w:rPr>
                <w:t xml:space="preserve">, </w:t>
              </w:r>
              <w:proofErr w:type="spellStart"/>
              <w:r>
                <w:rPr>
                  <w:color w:val="12324B"/>
                  <w:sz w:val="18"/>
                </w:rPr>
                <w:t>autonomi</w:t>
              </w:r>
              <w:proofErr w:type="spellEnd"/>
              <w:r>
                <w:rPr>
                  <w:color w:val="12324B"/>
                  <w:sz w:val="18"/>
                </w:rPr>
                <w:t xml:space="preserve"> e personale tecnico</w:t>
              </w:r>
            </w:hyperlink>
          </w:p>
        </w:tc>
        <w:tc>
          <w:tcPr>
            <w:tcW w:w="907" w:type="dxa"/>
            <w:vAlign w:val="center"/>
          </w:tcPr>
          <w:p w14:paraId="080C81EF" w14:textId="77777777" w:rsidR="00E54E13" w:rsidRDefault="00000000">
            <w:pPr>
              <w:spacing w:after="0" w:line="226" w:lineRule="exact"/>
              <w:jc w:val="right"/>
              <w:rPr>
                <w:rFonts w:hint="eastAsia"/>
              </w:rPr>
            </w:pPr>
            <w:r>
              <w:fldChar w:fldCharType="begin"/>
            </w:r>
            <w:r>
              <w:instrText xml:space="preserve"> PAGEREF B26_21 \h </w:instrText>
            </w:r>
            <w:r>
              <w:fldChar w:fldCharType="separate"/>
            </w:r>
            <w:r w:rsidR="00A826ED">
              <w:rPr>
                <w:rFonts w:hint="eastAsia"/>
                <w:noProof/>
              </w:rPr>
              <w:t>1</w:t>
            </w:r>
            <w:r>
              <w:fldChar w:fldCharType="end"/>
            </w:r>
          </w:p>
        </w:tc>
      </w:tr>
      <w:tr w:rsidR="00E54E13" w14:paraId="58FCFC77" w14:textId="77777777">
        <w:trPr>
          <w:cantSplit/>
          <w:jc w:val="center"/>
        </w:trPr>
        <w:tc>
          <w:tcPr>
            <w:tcW w:w="8844" w:type="dxa"/>
            <w:shd w:val="clear" w:color="auto" w:fill="F6F8FA"/>
            <w:vAlign w:val="center"/>
          </w:tcPr>
          <w:p w14:paraId="7E277891" w14:textId="77777777" w:rsidR="00E54E13" w:rsidRDefault="00000000">
            <w:pPr>
              <w:spacing w:after="0" w:line="214" w:lineRule="exact"/>
              <w:rPr>
                <w:rFonts w:hint="eastAsia"/>
              </w:rPr>
            </w:pPr>
            <w:hyperlink w:anchor="B27_22">
              <w:proofErr w:type="gramStart"/>
              <w:r>
                <w:rPr>
                  <w:color w:val="12324B"/>
                  <w:sz w:val="18"/>
                </w:rPr>
                <w:t xml:space="preserve">22  </w:t>
              </w:r>
              <w:proofErr w:type="spellStart"/>
              <w:r>
                <w:rPr>
                  <w:color w:val="12324B"/>
                  <w:sz w:val="18"/>
                </w:rPr>
                <w:t>Cambiamenti</w:t>
              </w:r>
              <w:proofErr w:type="spellEnd"/>
              <w:proofErr w:type="gramEnd"/>
              <w:r>
                <w:rPr>
                  <w:color w:val="12324B"/>
                  <w:sz w:val="18"/>
                </w:rPr>
                <w:t xml:space="preserve">, </w:t>
              </w:r>
              <w:proofErr w:type="spellStart"/>
              <w:r>
                <w:rPr>
                  <w:color w:val="12324B"/>
                  <w:sz w:val="18"/>
                </w:rPr>
                <w:t>limitazioni</w:t>
              </w:r>
              <w:proofErr w:type="spellEnd"/>
              <w:r>
                <w:rPr>
                  <w:color w:val="12324B"/>
                  <w:sz w:val="18"/>
                </w:rPr>
                <w:t xml:space="preserve">, </w:t>
              </w:r>
              <w:proofErr w:type="spellStart"/>
              <w:r>
                <w:rPr>
                  <w:color w:val="12324B"/>
                  <w:sz w:val="18"/>
                </w:rPr>
                <w:t>sospensione</w:t>
              </w:r>
              <w:proofErr w:type="spellEnd"/>
              <w:r>
                <w:rPr>
                  <w:color w:val="12324B"/>
                  <w:sz w:val="18"/>
                </w:rPr>
                <w:t xml:space="preserve"> e revoca</w:t>
              </w:r>
            </w:hyperlink>
          </w:p>
        </w:tc>
        <w:tc>
          <w:tcPr>
            <w:tcW w:w="907" w:type="dxa"/>
            <w:shd w:val="clear" w:color="auto" w:fill="F6F8FA"/>
            <w:vAlign w:val="center"/>
          </w:tcPr>
          <w:p w14:paraId="4B496037" w14:textId="77777777" w:rsidR="00E54E13" w:rsidRDefault="00000000">
            <w:pPr>
              <w:spacing w:after="0" w:line="226" w:lineRule="exact"/>
              <w:jc w:val="right"/>
              <w:rPr>
                <w:rFonts w:hint="eastAsia"/>
              </w:rPr>
            </w:pPr>
            <w:r>
              <w:fldChar w:fldCharType="begin"/>
            </w:r>
            <w:r>
              <w:instrText xml:space="preserve"> PAGEREF B27_22 \h </w:instrText>
            </w:r>
            <w:r>
              <w:fldChar w:fldCharType="separate"/>
            </w:r>
            <w:r w:rsidR="00A826ED">
              <w:rPr>
                <w:rFonts w:hint="eastAsia"/>
                <w:noProof/>
              </w:rPr>
              <w:t>1</w:t>
            </w:r>
            <w:r>
              <w:fldChar w:fldCharType="end"/>
            </w:r>
          </w:p>
        </w:tc>
      </w:tr>
      <w:tr w:rsidR="00E54E13" w14:paraId="1B4B8F5A" w14:textId="77777777">
        <w:trPr>
          <w:cantSplit/>
          <w:jc w:val="center"/>
        </w:trPr>
        <w:tc>
          <w:tcPr>
            <w:tcW w:w="8844" w:type="dxa"/>
            <w:vAlign w:val="center"/>
          </w:tcPr>
          <w:p w14:paraId="7C6E3CF0" w14:textId="77777777" w:rsidR="00E54E13" w:rsidRDefault="00000000">
            <w:pPr>
              <w:spacing w:after="0" w:line="214" w:lineRule="exact"/>
              <w:rPr>
                <w:rFonts w:hint="eastAsia"/>
              </w:rPr>
            </w:pPr>
            <w:hyperlink w:anchor="B28_23">
              <w:proofErr w:type="gramStart"/>
              <w:r>
                <w:rPr>
                  <w:color w:val="12324B"/>
                  <w:sz w:val="18"/>
                </w:rPr>
                <w:t xml:space="preserve">23  </w:t>
              </w:r>
              <w:proofErr w:type="spellStart"/>
              <w:r>
                <w:rPr>
                  <w:color w:val="12324B"/>
                  <w:sz w:val="18"/>
                </w:rPr>
                <w:t>Archiviazione</w:t>
              </w:r>
              <w:proofErr w:type="spellEnd"/>
              <w:proofErr w:type="gramEnd"/>
              <w:r>
                <w:rPr>
                  <w:color w:val="12324B"/>
                  <w:sz w:val="18"/>
                </w:rPr>
                <w:t xml:space="preserve">, </w:t>
              </w:r>
              <w:proofErr w:type="spellStart"/>
              <w:r>
                <w:rPr>
                  <w:color w:val="12324B"/>
                  <w:sz w:val="18"/>
                </w:rPr>
                <w:t>riservatezza</w:t>
              </w:r>
              <w:proofErr w:type="spellEnd"/>
              <w:r>
                <w:rPr>
                  <w:color w:val="12324B"/>
                  <w:sz w:val="18"/>
                </w:rPr>
                <w:t xml:space="preserve"> e tracciabilità</w:t>
              </w:r>
            </w:hyperlink>
          </w:p>
        </w:tc>
        <w:tc>
          <w:tcPr>
            <w:tcW w:w="907" w:type="dxa"/>
            <w:vAlign w:val="center"/>
          </w:tcPr>
          <w:p w14:paraId="2C24CFFB" w14:textId="77777777" w:rsidR="00E54E13" w:rsidRDefault="00000000">
            <w:pPr>
              <w:spacing w:after="0" w:line="226" w:lineRule="exact"/>
              <w:jc w:val="right"/>
              <w:rPr>
                <w:rFonts w:hint="eastAsia"/>
              </w:rPr>
            </w:pPr>
            <w:r>
              <w:fldChar w:fldCharType="begin"/>
            </w:r>
            <w:r>
              <w:instrText xml:space="preserve"> PAGEREF B28_23 \h </w:instrText>
            </w:r>
            <w:r>
              <w:fldChar w:fldCharType="separate"/>
            </w:r>
            <w:r w:rsidR="00A826ED">
              <w:rPr>
                <w:rFonts w:hint="eastAsia"/>
                <w:noProof/>
              </w:rPr>
              <w:t>1</w:t>
            </w:r>
            <w:r>
              <w:fldChar w:fldCharType="end"/>
            </w:r>
          </w:p>
        </w:tc>
      </w:tr>
      <w:tr w:rsidR="00E54E13" w14:paraId="504EB588" w14:textId="77777777">
        <w:trPr>
          <w:cantSplit/>
          <w:jc w:val="center"/>
        </w:trPr>
        <w:tc>
          <w:tcPr>
            <w:tcW w:w="8844" w:type="dxa"/>
            <w:shd w:val="clear" w:color="auto" w:fill="F6F8FA"/>
            <w:vAlign w:val="center"/>
          </w:tcPr>
          <w:p w14:paraId="3CC727E4" w14:textId="77777777" w:rsidR="00E54E13" w:rsidRDefault="00000000">
            <w:pPr>
              <w:spacing w:after="0" w:line="214" w:lineRule="exact"/>
              <w:rPr>
                <w:rFonts w:hint="eastAsia"/>
              </w:rPr>
            </w:pPr>
            <w:hyperlink w:anchor="B29_24">
              <w:proofErr w:type="gramStart"/>
              <w:r>
                <w:rPr>
                  <w:color w:val="12324B"/>
                  <w:sz w:val="18"/>
                </w:rPr>
                <w:t>24  Audit</w:t>
              </w:r>
              <w:proofErr w:type="gramEnd"/>
              <w:r>
                <w:rPr>
                  <w:color w:val="12324B"/>
                  <w:sz w:val="18"/>
                </w:rPr>
                <w:t xml:space="preserve">, </w:t>
              </w:r>
              <w:proofErr w:type="spellStart"/>
              <w:r>
                <w:rPr>
                  <w:color w:val="12324B"/>
                  <w:sz w:val="18"/>
                </w:rPr>
                <w:t>indicatori</w:t>
              </w:r>
              <w:proofErr w:type="spellEnd"/>
              <w:r>
                <w:rPr>
                  <w:color w:val="12324B"/>
                  <w:sz w:val="18"/>
                </w:rPr>
                <w:t xml:space="preserve"> e miglioramento</w:t>
              </w:r>
            </w:hyperlink>
          </w:p>
        </w:tc>
        <w:tc>
          <w:tcPr>
            <w:tcW w:w="907" w:type="dxa"/>
            <w:shd w:val="clear" w:color="auto" w:fill="F6F8FA"/>
            <w:vAlign w:val="center"/>
          </w:tcPr>
          <w:p w14:paraId="3F523882" w14:textId="77777777" w:rsidR="00E54E13" w:rsidRDefault="00000000">
            <w:pPr>
              <w:spacing w:after="0" w:line="226" w:lineRule="exact"/>
              <w:jc w:val="right"/>
              <w:rPr>
                <w:rFonts w:hint="eastAsia"/>
              </w:rPr>
            </w:pPr>
            <w:r>
              <w:fldChar w:fldCharType="begin"/>
            </w:r>
            <w:r>
              <w:instrText xml:space="preserve"> PAGEREF B29_24 \h </w:instrText>
            </w:r>
            <w:r>
              <w:fldChar w:fldCharType="separate"/>
            </w:r>
            <w:r w:rsidR="00A826ED">
              <w:rPr>
                <w:rFonts w:hint="eastAsia"/>
                <w:noProof/>
              </w:rPr>
              <w:t>1</w:t>
            </w:r>
            <w:r>
              <w:fldChar w:fldCharType="end"/>
            </w:r>
          </w:p>
        </w:tc>
      </w:tr>
      <w:tr w:rsidR="00E54E13" w14:paraId="449E4BFF" w14:textId="77777777">
        <w:trPr>
          <w:cantSplit/>
          <w:jc w:val="center"/>
        </w:trPr>
        <w:tc>
          <w:tcPr>
            <w:tcW w:w="8844" w:type="dxa"/>
            <w:vAlign w:val="center"/>
          </w:tcPr>
          <w:p w14:paraId="7697083B" w14:textId="77777777" w:rsidR="00E54E13" w:rsidRDefault="00000000">
            <w:pPr>
              <w:spacing w:after="0" w:line="214" w:lineRule="exact"/>
              <w:rPr>
                <w:rFonts w:hint="eastAsia"/>
              </w:rPr>
            </w:pPr>
            <w:hyperlink w:anchor="B30_25">
              <w:proofErr w:type="gramStart"/>
              <w:r>
                <w:rPr>
                  <w:color w:val="12324B"/>
                  <w:sz w:val="18"/>
                </w:rPr>
                <w:t xml:space="preserve">25  </w:t>
              </w:r>
              <w:proofErr w:type="spellStart"/>
              <w:r>
                <w:rPr>
                  <w:color w:val="12324B"/>
                  <w:sz w:val="18"/>
                </w:rPr>
                <w:t>Adozione</w:t>
              </w:r>
              <w:proofErr w:type="spellEnd"/>
              <w:proofErr w:type="gramEnd"/>
              <w:r>
                <w:rPr>
                  <w:color w:val="12324B"/>
                  <w:sz w:val="18"/>
                </w:rPr>
                <w:t xml:space="preserve">, </w:t>
              </w:r>
              <w:proofErr w:type="spellStart"/>
              <w:r>
                <w:rPr>
                  <w:color w:val="12324B"/>
                  <w:sz w:val="18"/>
                </w:rPr>
                <w:t>controlli</w:t>
              </w:r>
              <w:proofErr w:type="spellEnd"/>
              <w:r>
                <w:rPr>
                  <w:color w:val="12324B"/>
                  <w:sz w:val="18"/>
                </w:rPr>
                <w:t xml:space="preserve"> di ingresso e ciclo operativo</w:t>
              </w:r>
            </w:hyperlink>
          </w:p>
        </w:tc>
        <w:tc>
          <w:tcPr>
            <w:tcW w:w="907" w:type="dxa"/>
            <w:vAlign w:val="center"/>
          </w:tcPr>
          <w:p w14:paraId="1B23B9DE" w14:textId="77777777" w:rsidR="00E54E13" w:rsidRDefault="00000000">
            <w:pPr>
              <w:spacing w:after="0" w:line="226" w:lineRule="exact"/>
              <w:jc w:val="right"/>
              <w:rPr>
                <w:rFonts w:hint="eastAsia"/>
              </w:rPr>
            </w:pPr>
            <w:r>
              <w:fldChar w:fldCharType="begin"/>
            </w:r>
            <w:r>
              <w:instrText xml:space="preserve"> PAGEREF B30_25 \h </w:instrText>
            </w:r>
            <w:r>
              <w:fldChar w:fldCharType="separate"/>
            </w:r>
            <w:r w:rsidR="00A826ED">
              <w:rPr>
                <w:rFonts w:hint="eastAsia"/>
                <w:noProof/>
              </w:rPr>
              <w:t>1</w:t>
            </w:r>
            <w:r>
              <w:fldChar w:fldCharType="end"/>
            </w:r>
          </w:p>
        </w:tc>
      </w:tr>
      <w:tr w:rsidR="00E54E13" w14:paraId="40B630C4" w14:textId="77777777">
        <w:trPr>
          <w:cantSplit/>
          <w:jc w:val="center"/>
        </w:trPr>
        <w:tc>
          <w:tcPr>
            <w:tcW w:w="8844" w:type="dxa"/>
            <w:shd w:val="clear" w:color="auto" w:fill="F6F8FA"/>
            <w:vAlign w:val="center"/>
          </w:tcPr>
          <w:p w14:paraId="07D64105" w14:textId="77777777" w:rsidR="00E54E13" w:rsidRDefault="00000000">
            <w:pPr>
              <w:spacing w:after="0" w:line="214" w:lineRule="exact"/>
              <w:rPr>
                <w:rFonts w:hint="eastAsia"/>
              </w:rPr>
            </w:pPr>
            <w:hyperlink w:anchor="B31_26">
              <w:proofErr w:type="gramStart"/>
              <w:r>
                <w:rPr>
                  <w:color w:val="12324B"/>
                  <w:sz w:val="18"/>
                </w:rPr>
                <w:t xml:space="preserve">26  </w:t>
              </w:r>
              <w:proofErr w:type="spellStart"/>
              <w:r>
                <w:rPr>
                  <w:color w:val="12324B"/>
                  <w:sz w:val="18"/>
                </w:rPr>
                <w:t>Tracciabilità</w:t>
              </w:r>
              <w:proofErr w:type="spellEnd"/>
              <w:proofErr w:type="gramEnd"/>
              <w:r>
                <w:rPr>
                  <w:color w:val="12324B"/>
                  <w:sz w:val="18"/>
                </w:rPr>
                <w:t xml:space="preserve"> della </w:t>
              </w:r>
              <w:proofErr w:type="spellStart"/>
              <w:r>
                <w:rPr>
                  <w:color w:val="12324B"/>
                  <w:sz w:val="18"/>
                </w:rPr>
                <w:t>fonte</w:t>
              </w:r>
              <w:proofErr w:type="spellEnd"/>
              <w:r>
                <w:rPr>
                  <w:color w:val="12324B"/>
                  <w:sz w:val="18"/>
                </w:rPr>
                <w:t xml:space="preserve"> e precisazioni finali</w:t>
              </w:r>
            </w:hyperlink>
          </w:p>
        </w:tc>
        <w:tc>
          <w:tcPr>
            <w:tcW w:w="907" w:type="dxa"/>
            <w:shd w:val="clear" w:color="auto" w:fill="F6F8FA"/>
            <w:vAlign w:val="center"/>
          </w:tcPr>
          <w:p w14:paraId="418905F4" w14:textId="77777777" w:rsidR="00E54E13" w:rsidRDefault="00000000">
            <w:pPr>
              <w:spacing w:after="0" w:line="226" w:lineRule="exact"/>
              <w:jc w:val="right"/>
              <w:rPr>
                <w:rFonts w:hint="eastAsia"/>
              </w:rPr>
            </w:pPr>
            <w:r>
              <w:fldChar w:fldCharType="begin"/>
            </w:r>
            <w:r>
              <w:instrText xml:space="preserve"> PAGEREF B31_26 \h </w:instrText>
            </w:r>
            <w:r>
              <w:fldChar w:fldCharType="separate"/>
            </w:r>
            <w:r w:rsidR="00A826ED">
              <w:rPr>
                <w:rFonts w:hint="eastAsia"/>
                <w:noProof/>
              </w:rPr>
              <w:t>1</w:t>
            </w:r>
            <w:r>
              <w:fldChar w:fldCharType="end"/>
            </w:r>
          </w:p>
        </w:tc>
      </w:tr>
    </w:tbl>
    <w:p w14:paraId="2879A1DA" w14:textId="77777777" w:rsidR="00E54E13" w:rsidRDefault="00000000">
      <w:pPr>
        <w:pStyle w:val="Eyebrow"/>
        <w:keepNext/>
        <w:pageBreakBefore/>
        <w:rPr>
          <w:rFonts w:hint="eastAsia"/>
        </w:rPr>
      </w:pPr>
      <w:r>
        <w:t>NAVIGAZIONE  /  PARTE II</w:t>
      </w:r>
    </w:p>
    <w:p w14:paraId="5D42E915" w14:textId="77777777" w:rsidR="00E54E13" w:rsidRDefault="00000000">
      <w:pPr>
        <w:pStyle w:val="Titolo1"/>
      </w:pPr>
      <w:bookmarkStart w:id="4" w:name="B5_page"/>
      <w:r>
        <w:t>Indice degli allegati operativi</w:t>
      </w:r>
      <w:bookmarkEnd w:id="4"/>
    </w:p>
    <w:p w14:paraId="6AF4B001" w14:textId="77777777" w:rsidR="00E54E13" w:rsidRDefault="00000000">
      <w:pPr>
        <w:pStyle w:val="Small"/>
        <w:rPr>
          <w:rFonts w:hint="eastAsia"/>
        </w:rPr>
      </w:pPr>
      <w:r>
        <w:t>Trenta moduli originali, disponibili anche nel fascicolo Word separato. Le schede multipagina costituiscono un unico allegato.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8844"/>
        <w:gridCol w:w="907"/>
      </w:tblGrid>
      <w:tr w:rsidR="00E54E13" w14:paraId="3842712C" w14:textId="77777777">
        <w:trPr>
          <w:tblHeader/>
          <w:jc w:val="center"/>
        </w:trPr>
        <w:tc>
          <w:tcPr>
            <w:tcW w:w="8844" w:type="dxa"/>
            <w:shd w:val="clear" w:color="auto" w:fill="12324B"/>
          </w:tcPr>
          <w:p w14:paraId="48110D59" w14:textId="77777777" w:rsidR="00E54E13" w:rsidRDefault="00000000">
            <w:pPr>
              <w:spacing w:before="30" w:after="30" w:line="226" w:lineRule="exact"/>
              <w:rPr>
                <w:rFonts w:hint="eastAsia"/>
              </w:rPr>
            </w:pPr>
            <w:r>
              <w:rPr>
                <w:b/>
                <w:color w:val="FFFFFF"/>
                <w:sz w:val="17"/>
              </w:rPr>
              <w:t>Sezione / allegato</w:t>
            </w:r>
          </w:p>
        </w:tc>
        <w:tc>
          <w:tcPr>
            <w:tcW w:w="907" w:type="dxa"/>
            <w:shd w:val="clear" w:color="auto" w:fill="12324B"/>
          </w:tcPr>
          <w:p w14:paraId="5139FA41" w14:textId="77777777" w:rsidR="00E54E13" w:rsidRDefault="00000000">
            <w:pPr>
              <w:spacing w:before="30" w:after="30" w:line="226" w:lineRule="exact"/>
              <w:rPr>
                <w:rFonts w:hint="eastAsia"/>
              </w:rPr>
            </w:pPr>
            <w:r>
              <w:rPr>
                <w:b/>
                <w:color w:val="FFFFFF"/>
                <w:sz w:val="17"/>
              </w:rPr>
              <w:t>Pagina</w:t>
            </w:r>
          </w:p>
        </w:tc>
      </w:tr>
      <w:tr w:rsidR="00E54E13" w14:paraId="002C2FC1" w14:textId="77777777">
        <w:trPr>
          <w:cantSplit/>
          <w:jc w:val="center"/>
        </w:trPr>
        <w:tc>
          <w:tcPr>
            <w:tcW w:w="8844" w:type="dxa"/>
            <w:vAlign w:val="center"/>
          </w:tcPr>
          <w:p w14:paraId="67FC6B7D" w14:textId="77777777" w:rsidR="00E54E13" w:rsidRDefault="00000000">
            <w:pPr>
              <w:spacing w:after="0" w:line="214" w:lineRule="exact"/>
              <w:rPr>
                <w:rFonts w:hint="eastAsia"/>
              </w:rPr>
            </w:pPr>
            <w:hyperlink w:anchor="B32_A01">
              <w:r>
                <w:rPr>
                  <w:color w:val="12324B"/>
                  <w:sz w:val="18"/>
                </w:rPr>
                <w:t>A</w:t>
              </w:r>
              <w:proofErr w:type="gramStart"/>
              <w:r>
                <w:rPr>
                  <w:color w:val="12324B"/>
                  <w:sz w:val="18"/>
                </w:rPr>
                <w:t xml:space="preserve">01  </w:t>
              </w:r>
              <w:proofErr w:type="spellStart"/>
              <w:r>
                <w:rPr>
                  <w:color w:val="12324B"/>
                  <w:sz w:val="18"/>
                </w:rPr>
                <w:t>Censimento</w:t>
              </w:r>
              <w:proofErr w:type="spellEnd"/>
              <w:proofErr w:type="gramEnd"/>
              <w:r>
                <w:rPr>
                  <w:color w:val="12324B"/>
                  <w:sz w:val="18"/>
                </w:rPr>
                <w:t xml:space="preserve"> di </w:t>
              </w:r>
              <w:proofErr w:type="spellStart"/>
              <w:r>
                <w:rPr>
                  <w:color w:val="12324B"/>
                  <w:sz w:val="18"/>
                </w:rPr>
                <w:t>impianti</w:t>
              </w:r>
              <w:proofErr w:type="spellEnd"/>
              <w:r>
                <w:rPr>
                  <w:color w:val="12324B"/>
                  <w:sz w:val="18"/>
                </w:rPr>
                <w:t xml:space="preserve"> e attività</w:t>
              </w:r>
            </w:hyperlink>
          </w:p>
        </w:tc>
        <w:tc>
          <w:tcPr>
            <w:tcW w:w="907" w:type="dxa"/>
            <w:vAlign w:val="center"/>
          </w:tcPr>
          <w:p w14:paraId="59B497B0" w14:textId="77777777" w:rsidR="00E54E13" w:rsidRDefault="00000000">
            <w:pPr>
              <w:spacing w:after="0" w:line="226" w:lineRule="exact"/>
              <w:jc w:val="right"/>
              <w:rPr>
                <w:rFonts w:hint="eastAsia"/>
              </w:rPr>
            </w:pPr>
            <w:r>
              <w:fldChar w:fldCharType="begin"/>
            </w:r>
            <w:r>
              <w:instrText xml:space="preserve"> PAGEREF B32_A01 \h </w:instrText>
            </w:r>
            <w:r>
              <w:fldChar w:fldCharType="separate"/>
            </w:r>
            <w:r w:rsidR="00A826ED">
              <w:rPr>
                <w:rFonts w:hint="eastAsia"/>
                <w:noProof/>
              </w:rPr>
              <w:t>1</w:t>
            </w:r>
            <w:r>
              <w:fldChar w:fldCharType="end"/>
            </w:r>
          </w:p>
        </w:tc>
      </w:tr>
      <w:tr w:rsidR="00E54E13" w14:paraId="5E9AF2DE" w14:textId="77777777">
        <w:trPr>
          <w:cantSplit/>
          <w:jc w:val="center"/>
        </w:trPr>
        <w:tc>
          <w:tcPr>
            <w:tcW w:w="8844" w:type="dxa"/>
            <w:shd w:val="clear" w:color="auto" w:fill="F6F8FA"/>
            <w:vAlign w:val="center"/>
          </w:tcPr>
          <w:p w14:paraId="3A30B968" w14:textId="77777777" w:rsidR="00E54E13" w:rsidRDefault="00000000">
            <w:pPr>
              <w:spacing w:after="0" w:line="214" w:lineRule="exact"/>
              <w:rPr>
                <w:rFonts w:hint="eastAsia"/>
              </w:rPr>
            </w:pPr>
            <w:hyperlink w:anchor="B33_A02">
              <w:r>
                <w:rPr>
                  <w:color w:val="12324B"/>
                  <w:sz w:val="18"/>
                </w:rPr>
                <w:t>A</w:t>
              </w:r>
              <w:proofErr w:type="gramStart"/>
              <w:r>
                <w:rPr>
                  <w:color w:val="12324B"/>
                  <w:sz w:val="18"/>
                </w:rPr>
                <w:t>02  Matrice</w:t>
              </w:r>
              <w:proofErr w:type="gramEnd"/>
              <w:r>
                <w:rPr>
                  <w:color w:val="12324B"/>
                  <w:sz w:val="18"/>
                </w:rPr>
                <w:t xml:space="preserve"> </w:t>
              </w:r>
              <w:proofErr w:type="spellStart"/>
              <w:r>
                <w:rPr>
                  <w:color w:val="12324B"/>
                  <w:sz w:val="18"/>
                </w:rPr>
                <w:t>mansioni</w:t>
              </w:r>
              <w:proofErr w:type="spellEnd"/>
              <w:r>
                <w:rPr>
                  <w:color w:val="12324B"/>
                  <w:sz w:val="18"/>
                </w:rPr>
                <w:t xml:space="preserve">, </w:t>
              </w:r>
              <w:proofErr w:type="spellStart"/>
              <w:r>
                <w:rPr>
                  <w:color w:val="12324B"/>
                  <w:sz w:val="18"/>
                </w:rPr>
                <w:t>attività</w:t>
              </w:r>
              <w:proofErr w:type="spellEnd"/>
              <w:r>
                <w:rPr>
                  <w:color w:val="12324B"/>
                  <w:sz w:val="18"/>
                </w:rPr>
                <w:t xml:space="preserve"> e requisiti</w:t>
              </w:r>
            </w:hyperlink>
          </w:p>
        </w:tc>
        <w:tc>
          <w:tcPr>
            <w:tcW w:w="907" w:type="dxa"/>
            <w:shd w:val="clear" w:color="auto" w:fill="F6F8FA"/>
            <w:vAlign w:val="center"/>
          </w:tcPr>
          <w:p w14:paraId="7A45B0C2" w14:textId="77777777" w:rsidR="00E54E13" w:rsidRDefault="00000000">
            <w:pPr>
              <w:spacing w:after="0" w:line="226" w:lineRule="exact"/>
              <w:jc w:val="right"/>
              <w:rPr>
                <w:rFonts w:hint="eastAsia"/>
              </w:rPr>
            </w:pPr>
            <w:r>
              <w:fldChar w:fldCharType="begin"/>
            </w:r>
            <w:r>
              <w:instrText xml:space="preserve"> PAGEREF B33_A02 \h </w:instrText>
            </w:r>
            <w:r>
              <w:fldChar w:fldCharType="separate"/>
            </w:r>
            <w:r w:rsidR="00A826ED">
              <w:rPr>
                <w:rFonts w:hint="eastAsia"/>
                <w:noProof/>
              </w:rPr>
              <w:t>1</w:t>
            </w:r>
            <w:r>
              <w:fldChar w:fldCharType="end"/>
            </w:r>
          </w:p>
        </w:tc>
      </w:tr>
      <w:tr w:rsidR="00E54E13" w14:paraId="6ED01E5D" w14:textId="77777777">
        <w:trPr>
          <w:cantSplit/>
          <w:jc w:val="center"/>
        </w:trPr>
        <w:tc>
          <w:tcPr>
            <w:tcW w:w="8844" w:type="dxa"/>
            <w:vAlign w:val="center"/>
          </w:tcPr>
          <w:p w14:paraId="79641A2B" w14:textId="77777777" w:rsidR="00E54E13" w:rsidRDefault="00000000">
            <w:pPr>
              <w:spacing w:after="0" w:line="214" w:lineRule="exact"/>
              <w:rPr>
                <w:rFonts w:hint="eastAsia"/>
              </w:rPr>
            </w:pPr>
            <w:hyperlink w:anchor="B34_A03">
              <w:r>
                <w:rPr>
                  <w:color w:val="12324B"/>
                  <w:sz w:val="18"/>
                </w:rPr>
                <w:t>A</w:t>
              </w:r>
              <w:proofErr w:type="gramStart"/>
              <w:r>
                <w:rPr>
                  <w:color w:val="12324B"/>
                  <w:sz w:val="18"/>
                </w:rPr>
                <w:t xml:space="preserve">03  </w:t>
              </w:r>
              <w:proofErr w:type="spellStart"/>
              <w:r>
                <w:rPr>
                  <w:color w:val="12324B"/>
                  <w:sz w:val="18"/>
                </w:rPr>
                <w:t>Fascicolo</w:t>
              </w:r>
              <w:proofErr w:type="spellEnd"/>
              <w:proofErr w:type="gramEnd"/>
              <w:r>
                <w:rPr>
                  <w:color w:val="12324B"/>
                  <w:sz w:val="18"/>
                </w:rPr>
                <w:t xml:space="preserve"> </w:t>
              </w:r>
              <w:proofErr w:type="spellStart"/>
              <w:r>
                <w:rPr>
                  <w:color w:val="12324B"/>
                  <w:sz w:val="18"/>
                </w:rPr>
                <w:t>individuale</w:t>
              </w:r>
              <w:proofErr w:type="spellEnd"/>
              <w:r>
                <w:rPr>
                  <w:color w:val="12324B"/>
                  <w:sz w:val="18"/>
                </w:rPr>
                <w:t xml:space="preserve"> e curriculum documentato</w:t>
              </w:r>
            </w:hyperlink>
          </w:p>
        </w:tc>
        <w:tc>
          <w:tcPr>
            <w:tcW w:w="907" w:type="dxa"/>
            <w:vAlign w:val="center"/>
          </w:tcPr>
          <w:p w14:paraId="104CD690" w14:textId="77777777" w:rsidR="00E54E13" w:rsidRDefault="00000000">
            <w:pPr>
              <w:spacing w:after="0" w:line="226" w:lineRule="exact"/>
              <w:jc w:val="right"/>
              <w:rPr>
                <w:rFonts w:hint="eastAsia"/>
              </w:rPr>
            </w:pPr>
            <w:r>
              <w:fldChar w:fldCharType="begin"/>
            </w:r>
            <w:r>
              <w:instrText xml:space="preserve"> PAGEREF B34_A03 \h </w:instrText>
            </w:r>
            <w:r>
              <w:fldChar w:fldCharType="separate"/>
            </w:r>
            <w:r w:rsidR="00A826ED">
              <w:rPr>
                <w:rFonts w:hint="eastAsia"/>
                <w:noProof/>
              </w:rPr>
              <w:t>1</w:t>
            </w:r>
            <w:r>
              <w:fldChar w:fldCharType="end"/>
            </w:r>
          </w:p>
        </w:tc>
      </w:tr>
      <w:tr w:rsidR="00E54E13" w14:paraId="7C0DAACA" w14:textId="77777777">
        <w:trPr>
          <w:cantSplit/>
          <w:jc w:val="center"/>
        </w:trPr>
        <w:tc>
          <w:tcPr>
            <w:tcW w:w="8844" w:type="dxa"/>
            <w:shd w:val="clear" w:color="auto" w:fill="F6F8FA"/>
            <w:vAlign w:val="center"/>
          </w:tcPr>
          <w:p w14:paraId="4129BDA3" w14:textId="77777777" w:rsidR="00E54E13" w:rsidRDefault="00000000">
            <w:pPr>
              <w:spacing w:after="0" w:line="214" w:lineRule="exact"/>
              <w:rPr>
                <w:rFonts w:hint="eastAsia"/>
              </w:rPr>
            </w:pPr>
            <w:hyperlink w:anchor="B35_A04">
              <w:r>
                <w:rPr>
                  <w:color w:val="12324B"/>
                  <w:sz w:val="18"/>
                </w:rPr>
                <w:t>A</w:t>
              </w:r>
              <w:proofErr w:type="gramStart"/>
              <w:r>
                <w:rPr>
                  <w:color w:val="12324B"/>
                  <w:sz w:val="18"/>
                </w:rPr>
                <w:t xml:space="preserve">04  </w:t>
              </w:r>
              <w:proofErr w:type="spellStart"/>
              <w:r>
                <w:rPr>
                  <w:color w:val="12324B"/>
                  <w:sz w:val="18"/>
                </w:rPr>
                <w:t>Valutazione</w:t>
              </w:r>
              <w:proofErr w:type="spellEnd"/>
              <w:proofErr w:type="gramEnd"/>
              <w:r>
                <w:rPr>
                  <w:color w:val="12324B"/>
                  <w:sz w:val="18"/>
                </w:rPr>
                <w:t xml:space="preserve"> </w:t>
              </w:r>
              <w:proofErr w:type="spellStart"/>
              <w:r>
                <w:rPr>
                  <w:color w:val="12324B"/>
                  <w:sz w:val="18"/>
                </w:rPr>
                <w:t>dei</w:t>
              </w:r>
              <w:proofErr w:type="spellEnd"/>
              <w:r>
                <w:rPr>
                  <w:color w:val="12324B"/>
                  <w:sz w:val="18"/>
                </w:rPr>
                <w:t xml:space="preserve"> </w:t>
              </w:r>
              <w:proofErr w:type="spellStart"/>
              <w:r>
                <w:rPr>
                  <w:color w:val="12324B"/>
                  <w:sz w:val="18"/>
                </w:rPr>
                <w:t>requisiti</w:t>
              </w:r>
              <w:proofErr w:type="spellEnd"/>
              <w:r>
                <w:rPr>
                  <w:color w:val="12324B"/>
                  <w:sz w:val="18"/>
                </w:rPr>
                <w:t xml:space="preserve"> PES/PAV</w:t>
              </w:r>
            </w:hyperlink>
          </w:p>
        </w:tc>
        <w:tc>
          <w:tcPr>
            <w:tcW w:w="907" w:type="dxa"/>
            <w:shd w:val="clear" w:color="auto" w:fill="F6F8FA"/>
            <w:vAlign w:val="center"/>
          </w:tcPr>
          <w:p w14:paraId="795CE6C2" w14:textId="77777777" w:rsidR="00E54E13" w:rsidRDefault="00000000">
            <w:pPr>
              <w:spacing w:after="0" w:line="226" w:lineRule="exact"/>
              <w:jc w:val="right"/>
              <w:rPr>
                <w:rFonts w:hint="eastAsia"/>
              </w:rPr>
            </w:pPr>
            <w:r>
              <w:fldChar w:fldCharType="begin"/>
            </w:r>
            <w:r>
              <w:instrText xml:space="preserve"> PAGEREF B35_A04 \h </w:instrText>
            </w:r>
            <w:r>
              <w:fldChar w:fldCharType="separate"/>
            </w:r>
            <w:r w:rsidR="00A826ED">
              <w:rPr>
                <w:rFonts w:hint="eastAsia"/>
                <w:noProof/>
              </w:rPr>
              <w:t>1</w:t>
            </w:r>
            <w:r>
              <w:fldChar w:fldCharType="end"/>
            </w:r>
          </w:p>
        </w:tc>
      </w:tr>
      <w:tr w:rsidR="00E54E13" w14:paraId="19314E07" w14:textId="77777777">
        <w:trPr>
          <w:cantSplit/>
          <w:jc w:val="center"/>
        </w:trPr>
        <w:tc>
          <w:tcPr>
            <w:tcW w:w="8844" w:type="dxa"/>
            <w:vAlign w:val="center"/>
          </w:tcPr>
          <w:p w14:paraId="335E1393" w14:textId="77777777" w:rsidR="00E54E13" w:rsidRDefault="00000000">
            <w:pPr>
              <w:spacing w:after="0" w:line="214" w:lineRule="exact"/>
              <w:rPr>
                <w:rFonts w:hint="eastAsia"/>
              </w:rPr>
            </w:pPr>
            <w:hyperlink w:anchor="B37_A05">
              <w:r>
                <w:rPr>
                  <w:color w:val="12324B"/>
                  <w:sz w:val="18"/>
                </w:rPr>
                <w:t>A</w:t>
              </w:r>
              <w:proofErr w:type="gramStart"/>
              <w:r>
                <w:rPr>
                  <w:color w:val="12324B"/>
                  <w:sz w:val="18"/>
                </w:rPr>
                <w:t>05  Piano</w:t>
              </w:r>
              <w:proofErr w:type="gramEnd"/>
              <w:r>
                <w:rPr>
                  <w:color w:val="12324B"/>
                  <w:sz w:val="18"/>
                </w:rPr>
                <w:t xml:space="preserve"> </w:t>
              </w:r>
              <w:proofErr w:type="spellStart"/>
              <w:r>
                <w:rPr>
                  <w:color w:val="12324B"/>
                  <w:sz w:val="18"/>
                </w:rPr>
                <w:t>formativo</w:t>
              </w:r>
              <w:proofErr w:type="spellEnd"/>
              <w:r>
                <w:rPr>
                  <w:color w:val="12324B"/>
                  <w:sz w:val="18"/>
                </w:rPr>
                <w:t xml:space="preserve"> </w:t>
              </w:r>
              <w:proofErr w:type="spellStart"/>
              <w:r>
                <w:rPr>
                  <w:color w:val="12324B"/>
                  <w:sz w:val="18"/>
                </w:rPr>
                <w:t>individuale</w:t>
              </w:r>
              <w:proofErr w:type="spellEnd"/>
            </w:hyperlink>
          </w:p>
        </w:tc>
        <w:tc>
          <w:tcPr>
            <w:tcW w:w="907" w:type="dxa"/>
            <w:vAlign w:val="center"/>
          </w:tcPr>
          <w:p w14:paraId="3B21C28C" w14:textId="77777777" w:rsidR="00E54E13" w:rsidRDefault="00000000">
            <w:pPr>
              <w:spacing w:after="0" w:line="226" w:lineRule="exact"/>
              <w:jc w:val="right"/>
              <w:rPr>
                <w:rFonts w:hint="eastAsia"/>
              </w:rPr>
            </w:pPr>
            <w:r>
              <w:fldChar w:fldCharType="begin"/>
            </w:r>
            <w:r>
              <w:instrText xml:space="preserve"> PAGEREF B37_A05 \h </w:instrText>
            </w:r>
            <w:r>
              <w:fldChar w:fldCharType="separate"/>
            </w:r>
            <w:r w:rsidR="00A826ED">
              <w:rPr>
                <w:rFonts w:hint="eastAsia"/>
                <w:noProof/>
              </w:rPr>
              <w:t>1</w:t>
            </w:r>
            <w:r>
              <w:fldChar w:fldCharType="end"/>
            </w:r>
          </w:p>
        </w:tc>
      </w:tr>
      <w:tr w:rsidR="00E54E13" w14:paraId="7D79CB45" w14:textId="77777777">
        <w:trPr>
          <w:cantSplit/>
          <w:jc w:val="center"/>
        </w:trPr>
        <w:tc>
          <w:tcPr>
            <w:tcW w:w="8844" w:type="dxa"/>
            <w:shd w:val="clear" w:color="auto" w:fill="F6F8FA"/>
            <w:vAlign w:val="center"/>
          </w:tcPr>
          <w:p w14:paraId="138B1BDE" w14:textId="77777777" w:rsidR="00E54E13" w:rsidRDefault="00000000">
            <w:pPr>
              <w:spacing w:after="0" w:line="214" w:lineRule="exact"/>
              <w:rPr>
                <w:rFonts w:hint="eastAsia"/>
              </w:rPr>
            </w:pPr>
            <w:hyperlink w:anchor="B38_A06">
              <w:r>
                <w:rPr>
                  <w:color w:val="12324B"/>
                  <w:sz w:val="18"/>
                </w:rPr>
                <w:t>A</w:t>
              </w:r>
              <w:proofErr w:type="gramStart"/>
              <w:r>
                <w:rPr>
                  <w:color w:val="12324B"/>
                  <w:sz w:val="18"/>
                </w:rPr>
                <w:t>06  Registro</w:t>
              </w:r>
              <w:proofErr w:type="gramEnd"/>
              <w:r>
                <w:rPr>
                  <w:color w:val="12324B"/>
                  <w:sz w:val="18"/>
                </w:rPr>
                <w:t xml:space="preserve"> della </w:t>
              </w:r>
              <w:proofErr w:type="spellStart"/>
              <w:r>
                <w:rPr>
                  <w:color w:val="12324B"/>
                  <w:sz w:val="18"/>
                </w:rPr>
                <w:t>formazione</w:t>
              </w:r>
              <w:proofErr w:type="spellEnd"/>
              <w:r>
                <w:rPr>
                  <w:color w:val="12324B"/>
                  <w:sz w:val="18"/>
                </w:rPr>
                <w:t xml:space="preserve"> e dell’apprendimento</w:t>
              </w:r>
            </w:hyperlink>
          </w:p>
        </w:tc>
        <w:tc>
          <w:tcPr>
            <w:tcW w:w="907" w:type="dxa"/>
            <w:shd w:val="clear" w:color="auto" w:fill="F6F8FA"/>
            <w:vAlign w:val="center"/>
          </w:tcPr>
          <w:p w14:paraId="5AB8C566" w14:textId="77777777" w:rsidR="00E54E13" w:rsidRDefault="00000000">
            <w:pPr>
              <w:spacing w:after="0" w:line="226" w:lineRule="exact"/>
              <w:jc w:val="right"/>
              <w:rPr>
                <w:rFonts w:hint="eastAsia"/>
              </w:rPr>
            </w:pPr>
            <w:r>
              <w:fldChar w:fldCharType="begin"/>
            </w:r>
            <w:r>
              <w:instrText xml:space="preserve"> PAGEREF B38_A06 \h </w:instrText>
            </w:r>
            <w:r>
              <w:fldChar w:fldCharType="separate"/>
            </w:r>
            <w:r w:rsidR="00A826ED">
              <w:rPr>
                <w:rFonts w:hint="eastAsia"/>
                <w:noProof/>
              </w:rPr>
              <w:t>1</w:t>
            </w:r>
            <w:r>
              <w:fldChar w:fldCharType="end"/>
            </w:r>
          </w:p>
        </w:tc>
      </w:tr>
      <w:tr w:rsidR="00E54E13" w14:paraId="64DF2613" w14:textId="77777777">
        <w:trPr>
          <w:cantSplit/>
          <w:jc w:val="center"/>
        </w:trPr>
        <w:tc>
          <w:tcPr>
            <w:tcW w:w="8844" w:type="dxa"/>
            <w:vAlign w:val="center"/>
          </w:tcPr>
          <w:p w14:paraId="44780183" w14:textId="77777777" w:rsidR="00E54E13" w:rsidRDefault="00000000">
            <w:pPr>
              <w:spacing w:after="0" w:line="214" w:lineRule="exact"/>
              <w:rPr>
                <w:rFonts w:hint="eastAsia"/>
              </w:rPr>
            </w:pPr>
            <w:hyperlink w:anchor="B39_A07">
              <w:r>
                <w:rPr>
                  <w:color w:val="12324B"/>
                  <w:sz w:val="18"/>
                </w:rPr>
                <w:t>A</w:t>
              </w:r>
              <w:proofErr w:type="gramStart"/>
              <w:r>
                <w:rPr>
                  <w:color w:val="12324B"/>
                  <w:sz w:val="18"/>
                </w:rPr>
                <w:t xml:space="preserve">07  </w:t>
              </w:r>
              <w:proofErr w:type="spellStart"/>
              <w:r>
                <w:rPr>
                  <w:color w:val="12324B"/>
                  <w:sz w:val="18"/>
                </w:rPr>
                <w:t>Addestramento</w:t>
              </w:r>
              <w:proofErr w:type="spellEnd"/>
              <w:proofErr w:type="gramEnd"/>
              <w:r>
                <w:rPr>
                  <w:color w:val="12324B"/>
                  <w:sz w:val="18"/>
                </w:rPr>
                <w:t xml:space="preserve"> e </w:t>
              </w:r>
              <w:proofErr w:type="spellStart"/>
              <w:r>
                <w:rPr>
                  <w:color w:val="12324B"/>
                  <w:sz w:val="18"/>
                </w:rPr>
                <w:t>affiancamento</w:t>
              </w:r>
              <w:proofErr w:type="spellEnd"/>
            </w:hyperlink>
          </w:p>
        </w:tc>
        <w:tc>
          <w:tcPr>
            <w:tcW w:w="907" w:type="dxa"/>
            <w:vAlign w:val="center"/>
          </w:tcPr>
          <w:p w14:paraId="4ADEEAB6" w14:textId="77777777" w:rsidR="00E54E13" w:rsidRDefault="00000000">
            <w:pPr>
              <w:spacing w:after="0" w:line="226" w:lineRule="exact"/>
              <w:jc w:val="right"/>
              <w:rPr>
                <w:rFonts w:hint="eastAsia"/>
              </w:rPr>
            </w:pPr>
            <w:r>
              <w:fldChar w:fldCharType="begin"/>
            </w:r>
            <w:r>
              <w:instrText xml:space="preserve"> PAGEREF B39_A07 \h </w:instrText>
            </w:r>
            <w:r>
              <w:fldChar w:fldCharType="separate"/>
            </w:r>
            <w:r w:rsidR="00A826ED">
              <w:rPr>
                <w:rFonts w:hint="eastAsia"/>
                <w:noProof/>
              </w:rPr>
              <w:t>1</w:t>
            </w:r>
            <w:r>
              <w:fldChar w:fldCharType="end"/>
            </w:r>
          </w:p>
        </w:tc>
      </w:tr>
      <w:tr w:rsidR="00E54E13" w14:paraId="4F648889" w14:textId="77777777">
        <w:trPr>
          <w:cantSplit/>
          <w:jc w:val="center"/>
        </w:trPr>
        <w:tc>
          <w:tcPr>
            <w:tcW w:w="8844" w:type="dxa"/>
            <w:shd w:val="clear" w:color="auto" w:fill="F6F8FA"/>
            <w:vAlign w:val="center"/>
          </w:tcPr>
          <w:p w14:paraId="5FC49E90" w14:textId="77777777" w:rsidR="00E54E13" w:rsidRDefault="00000000">
            <w:pPr>
              <w:spacing w:after="0" w:line="214" w:lineRule="exact"/>
              <w:rPr>
                <w:rFonts w:hint="eastAsia"/>
              </w:rPr>
            </w:pPr>
            <w:hyperlink w:anchor="B41_A08">
              <w:r>
                <w:rPr>
                  <w:color w:val="12324B"/>
                  <w:sz w:val="18"/>
                </w:rPr>
                <w:t>A</w:t>
              </w:r>
              <w:proofErr w:type="gramStart"/>
              <w:r>
                <w:rPr>
                  <w:color w:val="12324B"/>
                  <w:sz w:val="18"/>
                </w:rPr>
                <w:t>08  Atto</w:t>
              </w:r>
              <w:proofErr w:type="gramEnd"/>
              <w:r>
                <w:rPr>
                  <w:color w:val="12324B"/>
                  <w:sz w:val="18"/>
                </w:rPr>
                <w:t xml:space="preserve"> di </w:t>
              </w:r>
              <w:proofErr w:type="spellStart"/>
              <w:r>
                <w:rPr>
                  <w:color w:val="12324B"/>
                  <w:sz w:val="18"/>
                </w:rPr>
                <w:t>attribuzione</w:t>
              </w:r>
              <w:proofErr w:type="spellEnd"/>
              <w:r>
                <w:rPr>
                  <w:color w:val="12324B"/>
                  <w:sz w:val="18"/>
                </w:rPr>
                <w:t xml:space="preserve"> della qualifica PES/PAV</w:t>
              </w:r>
            </w:hyperlink>
          </w:p>
        </w:tc>
        <w:tc>
          <w:tcPr>
            <w:tcW w:w="907" w:type="dxa"/>
            <w:shd w:val="clear" w:color="auto" w:fill="F6F8FA"/>
            <w:vAlign w:val="center"/>
          </w:tcPr>
          <w:p w14:paraId="1503D73A" w14:textId="77777777" w:rsidR="00E54E13" w:rsidRDefault="00000000">
            <w:pPr>
              <w:spacing w:after="0" w:line="226" w:lineRule="exact"/>
              <w:jc w:val="right"/>
              <w:rPr>
                <w:rFonts w:hint="eastAsia"/>
              </w:rPr>
            </w:pPr>
            <w:r>
              <w:fldChar w:fldCharType="begin"/>
            </w:r>
            <w:r>
              <w:instrText xml:space="preserve"> PAGEREF B41_A08 \h </w:instrText>
            </w:r>
            <w:r>
              <w:fldChar w:fldCharType="separate"/>
            </w:r>
            <w:r w:rsidR="00A826ED">
              <w:rPr>
                <w:rFonts w:hint="eastAsia"/>
                <w:noProof/>
              </w:rPr>
              <w:t>1</w:t>
            </w:r>
            <w:r>
              <w:fldChar w:fldCharType="end"/>
            </w:r>
          </w:p>
        </w:tc>
      </w:tr>
      <w:tr w:rsidR="00E54E13" w14:paraId="22F2B1AB" w14:textId="77777777">
        <w:trPr>
          <w:cantSplit/>
          <w:jc w:val="center"/>
        </w:trPr>
        <w:tc>
          <w:tcPr>
            <w:tcW w:w="8844" w:type="dxa"/>
            <w:vAlign w:val="center"/>
          </w:tcPr>
          <w:p w14:paraId="5ED6E003" w14:textId="77777777" w:rsidR="00E54E13" w:rsidRDefault="00000000">
            <w:pPr>
              <w:spacing w:after="0" w:line="214" w:lineRule="exact"/>
              <w:rPr>
                <w:rFonts w:hint="eastAsia"/>
              </w:rPr>
            </w:pPr>
            <w:hyperlink w:anchor="B42_A09">
              <w:r>
                <w:rPr>
                  <w:color w:val="12324B"/>
                  <w:sz w:val="18"/>
                </w:rPr>
                <w:t>A</w:t>
              </w:r>
              <w:proofErr w:type="gramStart"/>
              <w:r>
                <w:rPr>
                  <w:color w:val="12324B"/>
                  <w:sz w:val="18"/>
                </w:rPr>
                <w:t xml:space="preserve">09  </w:t>
              </w:r>
              <w:proofErr w:type="spellStart"/>
              <w:r>
                <w:rPr>
                  <w:color w:val="12324B"/>
                  <w:sz w:val="18"/>
                </w:rPr>
                <w:t>Valutazione</w:t>
              </w:r>
              <w:proofErr w:type="spellEnd"/>
              <w:proofErr w:type="gramEnd"/>
              <w:r>
                <w:rPr>
                  <w:color w:val="12324B"/>
                  <w:sz w:val="18"/>
                </w:rPr>
                <w:t xml:space="preserve"> </w:t>
              </w:r>
              <w:proofErr w:type="spellStart"/>
              <w:r>
                <w:rPr>
                  <w:color w:val="12324B"/>
                  <w:sz w:val="18"/>
                </w:rPr>
                <w:t>dell’idoneità</w:t>
              </w:r>
              <w:proofErr w:type="spellEnd"/>
              <w:r>
                <w:rPr>
                  <w:color w:val="12324B"/>
                  <w:sz w:val="18"/>
                </w:rPr>
                <w:t xml:space="preserve"> sotto tensione BT</w:t>
              </w:r>
            </w:hyperlink>
          </w:p>
        </w:tc>
        <w:tc>
          <w:tcPr>
            <w:tcW w:w="907" w:type="dxa"/>
            <w:vAlign w:val="center"/>
          </w:tcPr>
          <w:p w14:paraId="745CB0AC" w14:textId="77777777" w:rsidR="00E54E13" w:rsidRDefault="00000000">
            <w:pPr>
              <w:spacing w:after="0" w:line="226" w:lineRule="exact"/>
              <w:jc w:val="right"/>
              <w:rPr>
                <w:rFonts w:hint="eastAsia"/>
              </w:rPr>
            </w:pPr>
            <w:r>
              <w:fldChar w:fldCharType="begin"/>
            </w:r>
            <w:r>
              <w:instrText xml:space="preserve"> PAGEREF B42_A09 \h </w:instrText>
            </w:r>
            <w:r>
              <w:fldChar w:fldCharType="separate"/>
            </w:r>
            <w:r w:rsidR="00A826ED">
              <w:rPr>
                <w:rFonts w:hint="eastAsia"/>
                <w:noProof/>
              </w:rPr>
              <w:t>1</w:t>
            </w:r>
            <w:r>
              <w:fldChar w:fldCharType="end"/>
            </w:r>
          </w:p>
        </w:tc>
      </w:tr>
      <w:tr w:rsidR="00E54E13" w14:paraId="19BB4F74" w14:textId="77777777">
        <w:trPr>
          <w:cantSplit/>
          <w:jc w:val="center"/>
        </w:trPr>
        <w:tc>
          <w:tcPr>
            <w:tcW w:w="8844" w:type="dxa"/>
            <w:shd w:val="clear" w:color="auto" w:fill="F6F8FA"/>
            <w:vAlign w:val="center"/>
          </w:tcPr>
          <w:p w14:paraId="5396B846" w14:textId="77777777" w:rsidR="00E54E13" w:rsidRDefault="00000000">
            <w:pPr>
              <w:spacing w:after="0" w:line="214" w:lineRule="exact"/>
              <w:rPr>
                <w:rFonts w:hint="eastAsia"/>
              </w:rPr>
            </w:pPr>
            <w:hyperlink w:anchor="B44_A10">
              <w:r>
                <w:rPr>
                  <w:color w:val="12324B"/>
                  <w:sz w:val="18"/>
                </w:rPr>
                <w:t>A</w:t>
              </w:r>
              <w:proofErr w:type="gramStart"/>
              <w:r>
                <w:rPr>
                  <w:color w:val="12324B"/>
                  <w:sz w:val="18"/>
                </w:rPr>
                <w:t xml:space="preserve">10  </w:t>
              </w:r>
              <w:proofErr w:type="spellStart"/>
              <w:r>
                <w:rPr>
                  <w:color w:val="12324B"/>
                  <w:sz w:val="18"/>
                </w:rPr>
                <w:t>Attestazione</w:t>
              </w:r>
              <w:proofErr w:type="spellEnd"/>
              <w:proofErr w:type="gramEnd"/>
              <w:r>
                <w:rPr>
                  <w:color w:val="12324B"/>
                  <w:sz w:val="18"/>
                </w:rPr>
                <w:t xml:space="preserve"> di </w:t>
              </w:r>
              <w:proofErr w:type="spellStart"/>
              <w:r>
                <w:rPr>
                  <w:color w:val="12324B"/>
                  <w:sz w:val="18"/>
                </w:rPr>
                <w:t>idoneità</w:t>
              </w:r>
              <w:proofErr w:type="spellEnd"/>
              <w:r>
                <w:rPr>
                  <w:color w:val="12324B"/>
                  <w:sz w:val="18"/>
                </w:rPr>
                <w:t xml:space="preserve"> sotto tensione BT</w:t>
              </w:r>
            </w:hyperlink>
          </w:p>
        </w:tc>
        <w:tc>
          <w:tcPr>
            <w:tcW w:w="907" w:type="dxa"/>
            <w:shd w:val="clear" w:color="auto" w:fill="F6F8FA"/>
            <w:vAlign w:val="center"/>
          </w:tcPr>
          <w:p w14:paraId="58283663" w14:textId="77777777" w:rsidR="00E54E13" w:rsidRDefault="00000000">
            <w:pPr>
              <w:spacing w:after="0" w:line="226" w:lineRule="exact"/>
              <w:jc w:val="right"/>
              <w:rPr>
                <w:rFonts w:hint="eastAsia"/>
              </w:rPr>
            </w:pPr>
            <w:r>
              <w:fldChar w:fldCharType="begin"/>
            </w:r>
            <w:r>
              <w:instrText xml:space="preserve"> PAGEREF B44_A10 \h </w:instrText>
            </w:r>
            <w:r>
              <w:fldChar w:fldCharType="separate"/>
            </w:r>
            <w:r w:rsidR="00A826ED">
              <w:rPr>
                <w:rFonts w:hint="eastAsia"/>
                <w:noProof/>
              </w:rPr>
              <w:t>1</w:t>
            </w:r>
            <w:r>
              <w:fldChar w:fldCharType="end"/>
            </w:r>
          </w:p>
        </w:tc>
      </w:tr>
      <w:tr w:rsidR="00E54E13" w14:paraId="3CF79516" w14:textId="77777777">
        <w:trPr>
          <w:cantSplit/>
          <w:jc w:val="center"/>
        </w:trPr>
        <w:tc>
          <w:tcPr>
            <w:tcW w:w="8844" w:type="dxa"/>
            <w:vAlign w:val="center"/>
          </w:tcPr>
          <w:p w14:paraId="41E3E6AA" w14:textId="77777777" w:rsidR="00E54E13" w:rsidRDefault="00000000">
            <w:pPr>
              <w:spacing w:after="0" w:line="214" w:lineRule="exact"/>
              <w:rPr>
                <w:rFonts w:hint="eastAsia"/>
              </w:rPr>
            </w:pPr>
            <w:hyperlink w:anchor="B46_A11">
              <w:r>
                <w:rPr>
                  <w:color w:val="12324B"/>
                  <w:sz w:val="18"/>
                </w:rPr>
                <w:t>A</w:t>
              </w:r>
              <w:proofErr w:type="gramStart"/>
              <w:r>
                <w:rPr>
                  <w:color w:val="12324B"/>
                  <w:sz w:val="18"/>
                </w:rPr>
                <w:t>11  Registro</w:t>
              </w:r>
              <w:proofErr w:type="gramEnd"/>
              <w:r>
                <w:rPr>
                  <w:color w:val="12324B"/>
                  <w:sz w:val="18"/>
                </w:rPr>
                <w:t xml:space="preserve"> </w:t>
              </w:r>
              <w:proofErr w:type="spellStart"/>
              <w:r>
                <w:rPr>
                  <w:color w:val="12324B"/>
                  <w:sz w:val="18"/>
                </w:rPr>
                <w:t>qualifiche</w:t>
              </w:r>
              <w:proofErr w:type="spellEnd"/>
              <w:r>
                <w:rPr>
                  <w:color w:val="12324B"/>
                  <w:sz w:val="18"/>
                </w:rPr>
                <w:t xml:space="preserve">, </w:t>
              </w:r>
              <w:proofErr w:type="spellStart"/>
              <w:r>
                <w:rPr>
                  <w:color w:val="12324B"/>
                  <w:sz w:val="18"/>
                </w:rPr>
                <w:t>idoneità</w:t>
              </w:r>
              <w:proofErr w:type="spellEnd"/>
              <w:r>
                <w:rPr>
                  <w:color w:val="12324B"/>
                  <w:sz w:val="18"/>
                </w:rPr>
                <w:t xml:space="preserve"> e scadenze</w:t>
              </w:r>
            </w:hyperlink>
          </w:p>
        </w:tc>
        <w:tc>
          <w:tcPr>
            <w:tcW w:w="907" w:type="dxa"/>
            <w:vAlign w:val="center"/>
          </w:tcPr>
          <w:p w14:paraId="5F14D336" w14:textId="77777777" w:rsidR="00E54E13" w:rsidRDefault="00000000">
            <w:pPr>
              <w:spacing w:after="0" w:line="226" w:lineRule="exact"/>
              <w:jc w:val="right"/>
              <w:rPr>
                <w:rFonts w:hint="eastAsia"/>
              </w:rPr>
            </w:pPr>
            <w:r>
              <w:fldChar w:fldCharType="begin"/>
            </w:r>
            <w:r>
              <w:instrText xml:space="preserve"> PAGEREF B46_A11 \h </w:instrText>
            </w:r>
            <w:r>
              <w:fldChar w:fldCharType="separate"/>
            </w:r>
            <w:r w:rsidR="00A826ED">
              <w:rPr>
                <w:rFonts w:hint="eastAsia"/>
                <w:noProof/>
              </w:rPr>
              <w:t>1</w:t>
            </w:r>
            <w:r>
              <w:fldChar w:fldCharType="end"/>
            </w:r>
          </w:p>
        </w:tc>
      </w:tr>
      <w:tr w:rsidR="00E54E13" w14:paraId="062384C4" w14:textId="77777777">
        <w:trPr>
          <w:cantSplit/>
          <w:jc w:val="center"/>
        </w:trPr>
        <w:tc>
          <w:tcPr>
            <w:tcW w:w="8844" w:type="dxa"/>
            <w:shd w:val="clear" w:color="auto" w:fill="F6F8FA"/>
            <w:vAlign w:val="center"/>
          </w:tcPr>
          <w:p w14:paraId="011F3800" w14:textId="77777777" w:rsidR="00E54E13" w:rsidRDefault="00000000">
            <w:pPr>
              <w:spacing w:after="0" w:line="214" w:lineRule="exact"/>
              <w:rPr>
                <w:rFonts w:hint="eastAsia"/>
              </w:rPr>
            </w:pPr>
            <w:hyperlink w:anchor="B47_A12">
              <w:r>
                <w:rPr>
                  <w:color w:val="12324B"/>
                  <w:sz w:val="18"/>
                </w:rPr>
                <w:t>A</w:t>
              </w:r>
              <w:proofErr w:type="gramStart"/>
              <w:r>
                <w:rPr>
                  <w:color w:val="12324B"/>
                  <w:sz w:val="18"/>
                </w:rPr>
                <w:t xml:space="preserve">12  </w:t>
              </w:r>
              <w:proofErr w:type="spellStart"/>
              <w:r>
                <w:rPr>
                  <w:color w:val="12324B"/>
                  <w:sz w:val="18"/>
                </w:rPr>
                <w:t>Designazione</w:t>
              </w:r>
              <w:proofErr w:type="spellEnd"/>
              <w:proofErr w:type="gramEnd"/>
              <w:r>
                <w:rPr>
                  <w:color w:val="12324B"/>
                  <w:sz w:val="18"/>
                </w:rPr>
                <w:t xml:space="preserve"> </w:t>
              </w:r>
              <w:proofErr w:type="spellStart"/>
              <w:r>
                <w:rPr>
                  <w:color w:val="12324B"/>
                  <w:sz w:val="18"/>
                </w:rPr>
                <w:t>dei</w:t>
              </w:r>
              <w:proofErr w:type="spellEnd"/>
              <w:r>
                <w:rPr>
                  <w:color w:val="12324B"/>
                  <w:sz w:val="18"/>
                </w:rPr>
                <w:t xml:space="preserve"> </w:t>
              </w:r>
              <w:proofErr w:type="spellStart"/>
              <w:r>
                <w:rPr>
                  <w:color w:val="12324B"/>
                  <w:sz w:val="18"/>
                </w:rPr>
                <w:t>ruoli</w:t>
              </w:r>
              <w:proofErr w:type="spellEnd"/>
              <w:r>
                <w:rPr>
                  <w:color w:val="12324B"/>
                  <w:sz w:val="18"/>
                </w:rPr>
                <w:t xml:space="preserve"> e relative interfacce</w:t>
              </w:r>
            </w:hyperlink>
          </w:p>
        </w:tc>
        <w:tc>
          <w:tcPr>
            <w:tcW w:w="907" w:type="dxa"/>
            <w:shd w:val="clear" w:color="auto" w:fill="F6F8FA"/>
            <w:vAlign w:val="center"/>
          </w:tcPr>
          <w:p w14:paraId="25B404A9" w14:textId="77777777" w:rsidR="00E54E13" w:rsidRDefault="00000000">
            <w:pPr>
              <w:spacing w:after="0" w:line="226" w:lineRule="exact"/>
              <w:jc w:val="right"/>
              <w:rPr>
                <w:rFonts w:hint="eastAsia"/>
              </w:rPr>
            </w:pPr>
            <w:r>
              <w:fldChar w:fldCharType="begin"/>
            </w:r>
            <w:r>
              <w:instrText xml:space="preserve"> PAGEREF B47_A12 \h </w:instrText>
            </w:r>
            <w:r>
              <w:fldChar w:fldCharType="separate"/>
            </w:r>
            <w:r w:rsidR="00A826ED">
              <w:rPr>
                <w:rFonts w:hint="eastAsia"/>
                <w:noProof/>
              </w:rPr>
              <w:t>1</w:t>
            </w:r>
            <w:r>
              <w:fldChar w:fldCharType="end"/>
            </w:r>
          </w:p>
        </w:tc>
      </w:tr>
      <w:tr w:rsidR="00E54E13" w14:paraId="393BB2F0" w14:textId="77777777">
        <w:trPr>
          <w:cantSplit/>
          <w:jc w:val="center"/>
        </w:trPr>
        <w:tc>
          <w:tcPr>
            <w:tcW w:w="8844" w:type="dxa"/>
            <w:vAlign w:val="center"/>
          </w:tcPr>
          <w:p w14:paraId="1BA9091E" w14:textId="77777777" w:rsidR="00E54E13" w:rsidRDefault="00000000">
            <w:pPr>
              <w:spacing w:after="0" w:line="214" w:lineRule="exact"/>
              <w:rPr>
                <w:rFonts w:hint="eastAsia"/>
              </w:rPr>
            </w:pPr>
            <w:hyperlink w:anchor="B48_A13">
              <w:r>
                <w:rPr>
                  <w:color w:val="12324B"/>
                  <w:sz w:val="18"/>
                </w:rPr>
                <w:t>A</w:t>
              </w:r>
              <w:proofErr w:type="gramStart"/>
              <w:r>
                <w:rPr>
                  <w:color w:val="12324B"/>
                  <w:sz w:val="18"/>
                </w:rPr>
                <w:t xml:space="preserve">13  </w:t>
              </w:r>
              <w:proofErr w:type="spellStart"/>
              <w:r>
                <w:rPr>
                  <w:color w:val="12324B"/>
                  <w:sz w:val="18"/>
                </w:rPr>
                <w:t>Richiesta</w:t>
              </w:r>
              <w:proofErr w:type="spellEnd"/>
              <w:proofErr w:type="gramEnd"/>
              <w:r>
                <w:rPr>
                  <w:color w:val="12324B"/>
                  <w:sz w:val="18"/>
                </w:rPr>
                <w:t xml:space="preserve"> di lavoro e analisi preliminare</w:t>
              </w:r>
            </w:hyperlink>
          </w:p>
        </w:tc>
        <w:tc>
          <w:tcPr>
            <w:tcW w:w="907" w:type="dxa"/>
            <w:vAlign w:val="center"/>
          </w:tcPr>
          <w:p w14:paraId="3ECF7EAE" w14:textId="77777777" w:rsidR="00E54E13" w:rsidRDefault="00000000">
            <w:pPr>
              <w:spacing w:after="0" w:line="226" w:lineRule="exact"/>
              <w:jc w:val="right"/>
              <w:rPr>
                <w:rFonts w:hint="eastAsia"/>
              </w:rPr>
            </w:pPr>
            <w:r>
              <w:fldChar w:fldCharType="begin"/>
            </w:r>
            <w:r>
              <w:instrText xml:space="preserve"> PAGEREF B48_A13 \h </w:instrText>
            </w:r>
            <w:r>
              <w:fldChar w:fldCharType="separate"/>
            </w:r>
            <w:r w:rsidR="00A826ED">
              <w:rPr>
                <w:rFonts w:hint="eastAsia"/>
                <w:noProof/>
              </w:rPr>
              <w:t>1</w:t>
            </w:r>
            <w:r>
              <w:fldChar w:fldCharType="end"/>
            </w:r>
          </w:p>
        </w:tc>
      </w:tr>
      <w:tr w:rsidR="00E54E13" w14:paraId="4BDB359B" w14:textId="77777777">
        <w:trPr>
          <w:cantSplit/>
          <w:jc w:val="center"/>
        </w:trPr>
        <w:tc>
          <w:tcPr>
            <w:tcW w:w="8844" w:type="dxa"/>
            <w:shd w:val="clear" w:color="auto" w:fill="F6F8FA"/>
            <w:vAlign w:val="center"/>
          </w:tcPr>
          <w:p w14:paraId="424C7B8D" w14:textId="77777777" w:rsidR="00E54E13" w:rsidRDefault="00000000">
            <w:pPr>
              <w:spacing w:after="0" w:line="214" w:lineRule="exact"/>
              <w:rPr>
                <w:rFonts w:hint="eastAsia"/>
              </w:rPr>
            </w:pPr>
            <w:hyperlink w:anchor="B50_A14">
              <w:r>
                <w:rPr>
                  <w:color w:val="12324B"/>
                  <w:sz w:val="18"/>
                </w:rPr>
                <w:t>A</w:t>
              </w:r>
              <w:proofErr w:type="gramStart"/>
              <w:r>
                <w:rPr>
                  <w:color w:val="12324B"/>
                  <w:sz w:val="18"/>
                </w:rPr>
                <w:t>14  Piano</w:t>
              </w:r>
              <w:proofErr w:type="gramEnd"/>
              <w:r>
                <w:rPr>
                  <w:color w:val="12324B"/>
                  <w:sz w:val="18"/>
                </w:rPr>
                <w:t xml:space="preserve"> di lavoro – PdL</w:t>
              </w:r>
            </w:hyperlink>
          </w:p>
        </w:tc>
        <w:tc>
          <w:tcPr>
            <w:tcW w:w="907" w:type="dxa"/>
            <w:shd w:val="clear" w:color="auto" w:fill="F6F8FA"/>
            <w:vAlign w:val="center"/>
          </w:tcPr>
          <w:p w14:paraId="0B2CAC50" w14:textId="77777777" w:rsidR="00E54E13" w:rsidRDefault="00000000">
            <w:pPr>
              <w:spacing w:after="0" w:line="226" w:lineRule="exact"/>
              <w:jc w:val="right"/>
              <w:rPr>
                <w:rFonts w:hint="eastAsia"/>
              </w:rPr>
            </w:pPr>
            <w:r>
              <w:fldChar w:fldCharType="begin"/>
            </w:r>
            <w:r>
              <w:instrText xml:space="preserve"> PAGEREF B50_A14 \h </w:instrText>
            </w:r>
            <w:r>
              <w:fldChar w:fldCharType="separate"/>
            </w:r>
            <w:r w:rsidR="00A826ED">
              <w:rPr>
                <w:rFonts w:hint="eastAsia"/>
                <w:noProof/>
              </w:rPr>
              <w:t>1</w:t>
            </w:r>
            <w:r>
              <w:fldChar w:fldCharType="end"/>
            </w:r>
          </w:p>
        </w:tc>
      </w:tr>
      <w:tr w:rsidR="00E54E13" w14:paraId="4910D2D4" w14:textId="77777777">
        <w:trPr>
          <w:cantSplit/>
          <w:jc w:val="center"/>
        </w:trPr>
        <w:tc>
          <w:tcPr>
            <w:tcW w:w="8844" w:type="dxa"/>
            <w:vAlign w:val="center"/>
          </w:tcPr>
          <w:p w14:paraId="33A44C28" w14:textId="77777777" w:rsidR="00E54E13" w:rsidRDefault="00000000">
            <w:pPr>
              <w:spacing w:after="0" w:line="214" w:lineRule="exact"/>
              <w:rPr>
                <w:rFonts w:hint="eastAsia"/>
              </w:rPr>
            </w:pPr>
            <w:hyperlink w:anchor="B52_A15">
              <w:r>
                <w:rPr>
                  <w:color w:val="12324B"/>
                  <w:sz w:val="18"/>
                </w:rPr>
                <w:t>A</w:t>
              </w:r>
              <w:proofErr w:type="gramStart"/>
              <w:r>
                <w:rPr>
                  <w:color w:val="12324B"/>
                  <w:sz w:val="18"/>
                </w:rPr>
                <w:t>15  Piano</w:t>
              </w:r>
              <w:proofErr w:type="gramEnd"/>
              <w:r>
                <w:rPr>
                  <w:color w:val="12324B"/>
                  <w:sz w:val="18"/>
                </w:rPr>
                <w:t xml:space="preserve"> di </w:t>
              </w:r>
              <w:proofErr w:type="spellStart"/>
              <w:r>
                <w:rPr>
                  <w:color w:val="12324B"/>
                  <w:sz w:val="18"/>
                </w:rPr>
                <w:t>intervento</w:t>
              </w:r>
              <w:proofErr w:type="spellEnd"/>
              <w:r>
                <w:rPr>
                  <w:color w:val="12324B"/>
                  <w:sz w:val="18"/>
                </w:rPr>
                <w:t xml:space="preserve"> – PI</w:t>
              </w:r>
            </w:hyperlink>
          </w:p>
        </w:tc>
        <w:tc>
          <w:tcPr>
            <w:tcW w:w="907" w:type="dxa"/>
            <w:vAlign w:val="center"/>
          </w:tcPr>
          <w:p w14:paraId="410A73FF" w14:textId="77777777" w:rsidR="00E54E13" w:rsidRDefault="00000000">
            <w:pPr>
              <w:spacing w:after="0" w:line="226" w:lineRule="exact"/>
              <w:jc w:val="right"/>
              <w:rPr>
                <w:rFonts w:hint="eastAsia"/>
              </w:rPr>
            </w:pPr>
            <w:r>
              <w:fldChar w:fldCharType="begin"/>
            </w:r>
            <w:r>
              <w:instrText xml:space="preserve"> PAGEREF B52_A15 \h </w:instrText>
            </w:r>
            <w:r>
              <w:fldChar w:fldCharType="separate"/>
            </w:r>
            <w:r w:rsidR="00A826ED">
              <w:rPr>
                <w:rFonts w:hint="eastAsia"/>
                <w:noProof/>
              </w:rPr>
              <w:t>1</w:t>
            </w:r>
            <w:r>
              <w:fldChar w:fldCharType="end"/>
            </w:r>
          </w:p>
        </w:tc>
      </w:tr>
      <w:tr w:rsidR="00E54E13" w14:paraId="70EB5469" w14:textId="77777777">
        <w:trPr>
          <w:cantSplit/>
          <w:jc w:val="center"/>
        </w:trPr>
        <w:tc>
          <w:tcPr>
            <w:tcW w:w="8844" w:type="dxa"/>
            <w:shd w:val="clear" w:color="auto" w:fill="F6F8FA"/>
            <w:vAlign w:val="center"/>
          </w:tcPr>
          <w:p w14:paraId="2574FD03" w14:textId="77777777" w:rsidR="00E54E13" w:rsidRDefault="00000000">
            <w:pPr>
              <w:spacing w:after="0" w:line="214" w:lineRule="exact"/>
              <w:rPr>
                <w:rFonts w:hint="eastAsia"/>
              </w:rPr>
            </w:pPr>
            <w:hyperlink w:anchor="B54_A16">
              <w:r>
                <w:rPr>
                  <w:color w:val="12324B"/>
                  <w:sz w:val="18"/>
                </w:rPr>
                <w:t>A</w:t>
              </w:r>
              <w:proofErr w:type="gramStart"/>
              <w:r>
                <w:rPr>
                  <w:color w:val="12324B"/>
                  <w:sz w:val="18"/>
                </w:rPr>
                <w:t xml:space="preserve">16  </w:t>
              </w:r>
              <w:proofErr w:type="spellStart"/>
              <w:r>
                <w:rPr>
                  <w:color w:val="12324B"/>
                  <w:sz w:val="18"/>
                </w:rPr>
                <w:t>Consegna</w:t>
              </w:r>
              <w:proofErr w:type="spellEnd"/>
              <w:proofErr w:type="gramEnd"/>
              <w:r>
                <w:rPr>
                  <w:color w:val="12324B"/>
                  <w:sz w:val="18"/>
                </w:rPr>
                <w:t xml:space="preserve"> </w:t>
              </w:r>
              <w:proofErr w:type="spellStart"/>
              <w:r>
                <w:rPr>
                  <w:color w:val="12324B"/>
                  <w:sz w:val="18"/>
                </w:rPr>
                <w:t>dell’impianto</w:t>
              </w:r>
              <w:proofErr w:type="spellEnd"/>
              <w:r>
                <w:rPr>
                  <w:color w:val="12324B"/>
                  <w:sz w:val="18"/>
                </w:rPr>
                <w:t xml:space="preserve"> RI </w:t>
              </w:r>
              <w:r>
                <w:rPr>
                  <w:rFonts w:ascii="Arial" w:hAnsi="Arial" w:cs="Arial"/>
                  <w:color w:val="12324B"/>
                  <w:sz w:val="18"/>
                </w:rPr>
                <w:t>→</w:t>
              </w:r>
              <w:r>
                <w:rPr>
                  <w:color w:val="12324B"/>
                  <w:sz w:val="18"/>
                </w:rPr>
                <w:t xml:space="preserve"> RLE</w:t>
              </w:r>
            </w:hyperlink>
          </w:p>
        </w:tc>
        <w:tc>
          <w:tcPr>
            <w:tcW w:w="907" w:type="dxa"/>
            <w:shd w:val="clear" w:color="auto" w:fill="F6F8FA"/>
            <w:vAlign w:val="center"/>
          </w:tcPr>
          <w:p w14:paraId="141B2872" w14:textId="77777777" w:rsidR="00E54E13" w:rsidRDefault="00000000">
            <w:pPr>
              <w:spacing w:after="0" w:line="226" w:lineRule="exact"/>
              <w:jc w:val="right"/>
              <w:rPr>
                <w:rFonts w:hint="eastAsia"/>
              </w:rPr>
            </w:pPr>
            <w:r>
              <w:fldChar w:fldCharType="begin"/>
            </w:r>
            <w:r>
              <w:instrText xml:space="preserve"> PAGEREF B54_A16 \h </w:instrText>
            </w:r>
            <w:r>
              <w:fldChar w:fldCharType="separate"/>
            </w:r>
            <w:r w:rsidR="00A826ED">
              <w:rPr>
                <w:rFonts w:hint="eastAsia"/>
                <w:noProof/>
              </w:rPr>
              <w:t>1</w:t>
            </w:r>
            <w:r>
              <w:fldChar w:fldCharType="end"/>
            </w:r>
          </w:p>
        </w:tc>
      </w:tr>
      <w:tr w:rsidR="00E54E13" w14:paraId="58E98974" w14:textId="77777777">
        <w:trPr>
          <w:cantSplit/>
          <w:jc w:val="center"/>
        </w:trPr>
        <w:tc>
          <w:tcPr>
            <w:tcW w:w="8844" w:type="dxa"/>
            <w:vAlign w:val="center"/>
          </w:tcPr>
          <w:p w14:paraId="0F12266D" w14:textId="77777777" w:rsidR="00E54E13" w:rsidRDefault="00000000">
            <w:pPr>
              <w:spacing w:after="0" w:line="214" w:lineRule="exact"/>
              <w:rPr>
                <w:rFonts w:hint="eastAsia"/>
              </w:rPr>
            </w:pPr>
            <w:hyperlink w:anchor="B55_A17">
              <w:r>
                <w:rPr>
                  <w:color w:val="12324B"/>
                  <w:sz w:val="18"/>
                </w:rPr>
                <w:t>A</w:t>
              </w:r>
              <w:proofErr w:type="gramStart"/>
              <w:r>
                <w:rPr>
                  <w:color w:val="12324B"/>
                  <w:sz w:val="18"/>
                </w:rPr>
                <w:t>17  Briefing</w:t>
              </w:r>
              <w:proofErr w:type="gramEnd"/>
              <w:r>
                <w:rPr>
                  <w:color w:val="12324B"/>
                  <w:sz w:val="18"/>
                </w:rPr>
                <w:t xml:space="preserve"> pre-lavoro e registro degli addetti</w:t>
              </w:r>
            </w:hyperlink>
          </w:p>
        </w:tc>
        <w:tc>
          <w:tcPr>
            <w:tcW w:w="907" w:type="dxa"/>
            <w:vAlign w:val="center"/>
          </w:tcPr>
          <w:p w14:paraId="4658D4D3" w14:textId="77777777" w:rsidR="00E54E13" w:rsidRDefault="00000000">
            <w:pPr>
              <w:spacing w:after="0" w:line="226" w:lineRule="exact"/>
              <w:jc w:val="right"/>
              <w:rPr>
                <w:rFonts w:hint="eastAsia"/>
              </w:rPr>
            </w:pPr>
            <w:r>
              <w:fldChar w:fldCharType="begin"/>
            </w:r>
            <w:r>
              <w:instrText xml:space="preserve"> PAGEREF B55_A17 \h </w:instrText>
            </w:r>
            <w:r>
              <w:fldChar w:fldCharType="separate"/>
            </w:r>
            <w:r w:rsidR="00A826ED">
              <w:rPr>
                <w:rFonts w:hint="eastAsia"/>
                <w:noProof/>
              </w:rPr>
              <w:t>1</w:t>
            </w:r>
            <w:r>
              <w:fldChar w:fldCharType="end"/>
            </w:r>
          </w:p>
        </w:tc>
      </w:tr>
      <w:tr w:rsidR="00E54E13" w14:paraId="3A6B4D24" w14:textId="77777777">
        <w:trPr>
          <w:cantSplit/>
          <w:jc w:val="center"/>
        </w:trPr>
        <w:tc>
          <w:tcPr>
            <w:tcW w:w="8844" w:type="dxa"/>
            <w:shd w:val="clear" w:color="auto" w:fill="F6F8FA"/>
            <w:vAlign w:val="center"/>
          </w:tcPr>
          <w:p w14:paraId="124B0913" w14:textId="77777777" w:rsidR="00E54E13" w:rsidRDefault="00000000">
            <w:pPr>
              <w:spacing w:after="0" w:line="214" w:lineRule="exact"/>
              <w:rPr>
                <w:rFonts w:hint="eastAsia"/>
              </w:rPr>
            </w:pPr>
            <w:hyperlink w:anchor="B56_A18">
              <w:r>
                <w:rPr>
                  <w:color w:val="12324B"/>
                  <w:sz w:val="18"/>
                </w:rPr>
                <w:t>A</w:t>
              </w:r>
              <w:proofErr w:type="gramStart"/>
              <w:r>
                <w:rPr>
                  <w:color w:val="12324B"/>
                  <w:sz w:val="18"/>
                </w:rPr>
                <w:t xml:space="preserve">18  </w:t>
              </w:r>
              <w:proofErr w:type="spellStart"/>
              <w:r>
                <w:rPr>
                  <w:color w:val="12324B"/>
                  <w:sz w:val="18"/>
                </w:rPr>
                <w:t>Supervisione</w:t>
              </w:r>
              <w:proofErr w:type="spellEnd"/>
              <w:proofErr w:type="gramEnd"/>
              <w:r>
                <w:rPr>
                  <w:color w:val="12324B"/>
                  <w:sz w:val="18"/>
                </w:rPr>
                <w:t xml:space="preserve">, </w:t>
              </w:r>
              <w:proofErr w:type="spellStart"/>
              <w:r>
                <w:rPr>
                  <w:color w:val="12324B"/>
                  <w:sz w:val="18"/>
                </w:rPr>
                <w:t>sorveglianza</w:t>
              </w:r>
              <w:proofErr w:type="spellEnd"/>
              <w:r>
                <w:rPr>
                  <w:color w:val="12324B"/>
                  <w:sz w:val="18"/>
                </w:rPr>
                <w:t xml:space="preserve"> e controlli in campo</w:t>
              </w:r>
            </w:hyperlink>
          </w:p>
        </w:tc>
        <w:tc>
          <w:tcPr>
            <w:tcW w:w="907" w:type="dxa"/>
            <w:shd w:val="clear" w:color="auto" w:fill="F6F8FA"/>
            <w:vAlign w:val="center"/>
          </w:tcPr>
          <w:p w14:paraId="63A7E0E3" w14:textId="77777777" w:rsidR="00E54E13" w:rsidRDefault="00000000">
            <w:pPr>
              <w:spacing w:after="0" w:line="226" w:lineRule="exact"/>
              <w:jc w:val="right"/>
              <w:rPr>
                <w:rFonts w:hint="eastAsia"/>
              </w:rPr>
            </w:pPr>
            <w:r>
              <w:fldChar w:fldCharType="begin"/>
            </w:r>
            <w:r>
              <w:instrText xml:space="preserve"> PAGEREF B56_A18 \h </w:instrText>
            </w:r>
            <w:r>
              <w:fldChar w:fldCharType="separate"/>
            </w:r>
            <w:r w:rsidR="00A826ED">
              <w:rPr>
                <w:rFonts w:hint="eastAsia"/>
                <w:noProof/>
              </w:rPr>
              <w:t>1</w:t>
            </w:r>
            <w:r>
              <w:fldChar w:fldCharType="end"/>
            </w:r>
          </w:p>
        </w:tc>
      </w:tr>
      <w:tr w:rsidR="00E54E13" w14:paraId="52426B45" w14:textId="77777777">
        <w:trPr>
          <w:cantSplit/>
          <w:jc w:val="center"/>
        </w:trPr>
        <w:tc>
          <w:tcPr>
            <w:tcW w:w="8844" w:type="dxa"/>
            <w:vAlign w:val="center"/>
          </w:tcPr>
          <w:p w14:paraId="417B2E67" w14:textId="77777777" w:rsidR="00E54E13" w:rsidRDefault="00000000">
            <w:pPr>
              <w:spacing w:after="0" w:line="214" w:lineRule="exact"/>
              <w:rPr>
                <w:rFonts w:hint="eastAsia"/>
              </w:rPr>
            </w:pPr>
            <w:hyperlink w:anchor="B57_A19">
              <w:r>
                <w:rPr>
                  <w:color w:val="12324B"/>
                  <w:sz w:val="18"/>
                </w:rPr>
                <w:t>A</w:t>
              </w:r>
              <w:proofErr w:type="gramStart"/>
              <w:r>
                <w:rPr>
                  <w:color w:val="12324B"/>
                  <w:sz w:val="18"/>
                </w:rPr>
                <w:t>19  Prove</w:t>
              </w:r>
              <w:proofErr w:type="gramEnd"/>
              <w:r>
                <w:rPr>
                  <w:color w:val="12324B"/>
                  <w:sz w:val="18"/>
                </w:rPr>
                <w:t xml:space="preserve">, </w:t>
              </w:r>
              <w:proofErr w:type="spellStart"/>
              <w:r>
                <w:rPr>
                  <w:color w:val="12324B"/>
                  <w:sz w:val="18"/>
                </w:rPr>
                <w:t>variazioni</w:t>
              </w:r>
              <w:proofErr w:type="spellEnd"/>
              <w:r>
                <w:rPr>
                  <w:color w:val="12324B"/>
                  <w:sz w:val="18"/>
                </w:rPr>
                <w:t xml:space="preserve">, </w:t>
              </w:r>
              <w:proofErr w:type="spellStart"/>
              <w:r>
                <w:rPr>
                  <w:color w:val="12324B"/>
                  <w:sz w:val="18"/>
                </w:rPr>
                <w:t>sospensione</w:t>
              </w:r>
              <w:proofErr w:type="spellEnd"/>
              <w:r>
                <w:rPr>
                  <w:color w:val="12324B"/>
                  <w:sz w:val="18"/>
                </w:rPr>
                <w:t xml:space="preserve"> e ripresa</w:t>
              </w:r>
            </w:hyperlink>
          </w:p>
        </w:tc>
        <w:tc>
          <w:tcPr>
            <w:tcW w:w="907" w:type="dxa"/>
            <w:vAlign w:val="center"/>
          </w:tcPr>
          <w:p w14:paraId="2DAFF478" w14:textId="77777777" w:rsidR="00E54E13" w:rsidRDefault="00000000">
            <w:pPr>
              <w:spacing w:after="0" w:line="226" w:lineRule="exact"/>
              <w:jc w:val="right"/>
              <w:rPr>
                <w:rFonts w:hint="eastAsia"/>
              </w:rPr>
            </w:pPr>
            <w:r>
              <w:fldChar w:fldCharType="begin"/>
            </w:r>
            <w:r>
              <w:instrText xml:space="preserve"> PAGEREF B57_A19 \h </w:instrText>
            </w:r>
            <w:r>
              <w:fldChar w:fldCharType="separate"/>
            </w:r>
            <w:r w:rsidR="00A826ED">
              <w:rPr>
                <w:rFonts w:hint="eastAsia"/>
                <w:noProof/>
              </w:rPr>
              <w:t>1</w:t>
            </w:r>
            <w:r>
              <w:fldChar w:fldCharType="end"/>
            </w:r>
          </w:p>
        </w:tc>
      </w:tr>
      <w:tr w:rsidR="00E54E13" w14:paraId="3B7E1C72" w14:textId="77777777">
        <w:trPr>
          <w:cantSplit/>
          <w:jc w:val="center"/>
        </w:trPr>
        <w:tc>
          <w:tcPr>
            <w:tcW w:w="8844" w:type="dxa"/>
            <w:shd w:val="clear" w:color="auto" w:fill="F6F8FA"/>
            <w:vAlign w:val="center"/>
          </w:tcPr>
          <w:p w14:paraId="591A2170" w14:textId="77777777" w:rsidR="00E54E13" w:rsidRDefault="00000000">
            <w:pPr>
              <w:spacing w:after="0" w:line="214" w:lineRule="exact"/>
              <w:rPr>
                <w:rFonts w:hint="eastAsia"/>
              </w:rPr>
            </w:pPr>
            <w:hyperlink w:anchor="B59_A20">
              <w:r>
                <w:rPr>
                  <w:color w:val="12324B"/>
                  <w:sz w:val="18"/>
                </w:rPr>
                <w:t>A</w:t>
              </w:r>
              <w:proofErr w:type="gramStart"/>
              <w:r>
                <w:rPr>
                  <w:color w:val="12324B"/>
                  <w:sz w:val="18"/>
                </w:rPr>
                <w:t xml:space="preserve">20  </w:t>
              </w:r>
              <w:proofErr w:type="spellStart"/>
              <w:r>
                <w:rPr>
                  <w:color w:val="12324B"/>
                  <w:sz w:val="18"/>
                </w:rPr>
                <w:t>Restituzione</w:t>
              </w:r>
              <w:proofErr w:type="spellEnd"/>
              <w:proofErr w:type="gramEnd"/>
              <w:r>
                <w:rPr>
                  <w:color w:val="12324B"/>
                  <w:sz w:val="18"/>
                </w:rPr>
                <w:t xml:space="preserve"> </w:t>
              </w:r>
              <w:proofErr w:type="spellStart"/>
              <w:r>
                <w:rPr>
                  <w:color w:val="12324B"/>
                  <w:sz w:val="18"/>
                </w:rPr>
                <w:t>dell’impianto</w:t>
              </w:r>
              <w:proofErr w:type="spellEnd"/>
              <w:r>
                <w:rPr>
                  <w:color w:val="12324B"/>
                  <w:sz w:val="18"/>
                </w:rPr>
                <w:t xml:space="preserve"> RLE </w:t>
              </w:r>
              <w:r>
                <w:rPr>
                  <w:rFonts w:ascii="Arial" w:hAnsi="Arial" w:cs="Arial"/>
                  <w:color w:val="12324B"/>
                  <w:sz w:val="18"/>
                </w:rPr>
                <w:t>→</w:t>
              </w:r>
              <w:r>
                <w:rPr>
                  <w:color w:val="12324B"/>
                  <w:sz w:val="18"/>
                </w:rPr>
                <w:t xml:space="preserve"> RI</w:t>
              </w:r>
            </w:hyperlink>
          </w:p>
        </w:tc>
        <w:tc>
          <w:tcPr>
            <w:tcW w:w="907" w:type="dxa"/>
            <w:shd w:val="clear" w:color="auto" w:fill="F6F8FA"/>
            <w:vAlign w:val="center"/>
          </w:tcPr>
          <w:p w14:paraId="5A81AAB1" w14:textId="77777777" w:rsidR="00E54E13" w:rsidRDefault="00000000">
            <w:pPr>
              <w:spacing w:after="0" w:line="226" w:lineRule="exact"/>
              <w:jc w:val="right"/>
              <w:rPr>
                <w:rFonts w:hint="eastAsia"/>
              </w:rPr>
            </w:pPr>
            <w:r>
              <w:fldChar w:fldCharType="begin"/>
            </w:r>
            <w:r>
              <w:instrText xml:space="preserve"> PAGEREF B59_A20 \h </w:instrText>
            </w:r>
            <w:r>
              <w:fldChar w:fldCharType="separate"/>
            </w:r>
            <w:r w:rsidR="00A826ED">
              <w:rPr>
                <w:rFonts w:hint="eastAsia"/>
                <w:noProof/>
              </w:rPr>
              <w:t>1</w:t>
            </w:r>
            <w:r>
              <w:fldChar w:fldCharType="end"/>
            </w:r>
          </w:p>
        </w:tc>
      </w:tr>
      <w:tr w:rsidR="00E54E13" w14:paraId="635436F7" w14:textId="77777777">
        <w:trPr>
          <w:cantSplit/>
          <w:jc w:val="center"/>
        </w:trPr>
        <w:tc>
          <w:tcPr>
            <w:tcW w:w="8844" w:type="dxa"/>
            <w:vAlign w:val="center"/>
          </w:tcPr>
          <w:p w14:paraId="70161A93" w14:textId="77777777" w:rsidR="00E54E13" w:rsidRDefault="00000000">
            <w:pPr>
              <w:spacing w:after="0" w:line="214" w:lineRule="exact"/>
              <w:rPr>
                <w:rFonts w:hint="eastAsia"/>
              </w:rPr>
            </w:pPr>
            <w:hyperlink w:anchor="B60_A21">
              <w:r>
                <w:rPr>
                  <w:color w:val="12324B"/>
                  <w:sz w:val="18"/>
                </w:rPr>
                <w:t>A</w:t>
              </w:r>
              <w:proofErr w:type="gramStart"/>
              <w:r>
                <w:rPr>
                  <w:color w:val="12324B"/>
                  <w:sz w:val="18"/>
                </w:rPr>
                <w:t>21  DPI</w:t>
              </w:r>
              <w:proofErr w:type="gramEnd"/>
              <w:r>
                <w:rPr>
                  <w:color w:val="12324B"/>
                  <w:sz w:val="18"/>
                </w:rPr>
                <w:t xml:space="preserve"> e </w:t>
              </w:r>
              <w:proofErr w:type="spellStart"/>
              <w:r>
                <w:rPr>
                  <w:color w:val="12324B"/>
                  <w:sz w:val="18"/>
                </w:rPr>
                <w:t>protezioni</w:t>
              </w:r>
              <w:proofErr w:type="spellEnd"/>
              <w:r>
                <w:rPr>
                  <w:color w:val="12324B"/>
                  <w:sz w:val="18"/>
                </w:rPr>
                <w:t>: selezione e controlli</w:t>
              </w:r>
            </w:hyperlink>
          </w:p>
        </w:tc>
        <w:tc>
          <w:tcPr>
            <w:tcW w:w="907" w:type="dxa"/>
            <w:vAlign w:val="center"/>
          </w:tcPr>
          <w:p w14:paraId="1B067F74" w14:textId="77777777" w:rsidR="00E54E13" w:rsidRDefault="00000000">
            <w:pPr>
              <w:spacing w:after="0" w:line="226" w:lineRule="exact"/>
              <w:jc w:val="right"/>
              <w:rPr>
                <w:rFonts w:hint="eastAsia"/>
              </w:rPr>
            </w:pPr>
            <w:r>
              <w:fldChar w:fldCharType="begin"/>
            </w:r>
            <w:r>
              <w:instrText xml:space="preserve"> PAGEREF B60_A21 \h </w:instrText>
            </w:r>
            <w:r>
              <w:fldChar w:fldCharType="separate"/>
            </w:r>
            <w:r w:rsidR="00A826ED">
              <w:rPr>
                <w:rFonts w:hint="eastAsia"/>
                <w:noProof/>
              </w:rPr>
              <w:t>1</w:t>
            </w:r>
            <w:r>
              <w:fldChar w:fldCharType="end"/>
            </w:r>
          </w:p>
        </w:tc>
      </w:tr>
      <w:tr w:rsidR="00E54E13" w14:paraId="5CB8E239" w14:textId="77777777">
        <w:trPr>
          <w:cantSplit/>
          <w:jc w:val="center"/>
        </w:trPr>
        <w:tc>
          <w:tcPr>
            <w:tcW w:w="8844" w:type="dxa"/>
            <w:shd w:val="clear" w:color="auto" w:fill="F6F8FA"/>
            <w:vAlign w:val="center"/>
          </w:tcPr>
          <w:p w14:paraId="30CD99EB" w14:textId="77777777" w:rsidR="00E54E13" w:rsidRDefault="00000000">
            <w:pPr>
              <w:spacing w:after="0" w:line="214" w:lineRule="exact"/>
              <w:rPr>
                <w:rFonts w:hint="eastAsia"/>
              </w:rPr>
            </w:pPr>
            <w:hyperlink w:anchor="B62_A22">
              <w:r>
                <w:rPr>
                  <w:color w:val="12324B"/>
                  <w:sz w:val="18"/>
                </w:rPr>
                <w:t>A</w:t>
              </w:r>
              <w:proofErr w:type="gramStart"/>
              <w:r>
                <w:rPr>
                  <w:color w:val="12324B"/>
                  <w:sz w:val="18"/>
                </w:rPr>
                <w:t xml:space="preserve">22  </w:t>
              </w:r>
              <w:proofErr w:type="spellStart"/>
              <w:r>
                <w:rPr>
                  <w:color w:val="12324B"/>
                  <w:sz w:val="18"/>
                </w:rPr>
                <w:t>Verifica</w:t>
              </w:r>
              <w:proofErr w:type="spellEnd"/>
              <w:proofErr w:type="gramEnd"/>
              <w:r>
                <w:rPr>
                  <w:color w:val="12324B"/>
                  <w:sz w:val="18"/>
                </w:rPr>
                <w:t xml:space="preserve"> </w:t>
              </w:r>
              <w:proofErr w:type="spellStart"/>
              <w:r>
                <w:rPr>
                  <w:color w:val="12324B"/>
                  <w:sz w:val="18"/>
                </w:rPr>
                <w:t>dei</w:t>
              </w:r>
              <w:proofErr w:type="spellEnd"/>
              <w:r>
                <w:rPr>
                  <w:color w:val="12324B"/>
                  <w:sz w:val="18"/>
                </w:rPr>
                <w:t xml:space="preserve"> </w:t>
              </w:r>
              <w:proofErr w:type="spellStart"/>
              <w:r>
                <w:rPr>
                  <w:color w:val="12324B"/>
                  <w:sz w:val="18"/>
                </w:rPr>
                <w:t>requisiti</w:t>
              </w:r>
              <w:proofErr w:type="spellEnd"/>
              <w:r>
                <w:rPr>
                  <w:color w:val="12324B"/>
                  <w:sz w:val="18"/>
                </w:rPr>
                <w:t xml:space="preserve"> di imprese e autonomi</w:t>
              </w:r>
            </w:hyperlink>
          </w:p>
        </w:tc>
        <w:tc>
          <w:tcPr>
            <w:tcW w:w="907" w:type="dxa"/>
            <w:shd w:val="clear" w:color="auto" w:fill="F6F8FA"/>
            <w:vAlign w:val="center"/>
          </w:tcPr>
          <w:p w14:paraId="5A968D55" w14:textId="77777777" w:rsidR="00E54E13" w:rsidRDefault="00000000">
            <w:pPr>
              <w:spacing w:after="0" w:line="226" w:lineRule="exact"/>
              <w:jc w:val="right"/>
              <w:rPr>
                <w:rFonts w:hint="eastAsia"/>
              </w:rPr>
            </w:pPr>
            <w:r>
              <w:fldChar w:fldCharType="begin"/>
            </w:r>
            <w:r>
              <w:instrText xml:space="preserve"> PAGEREF B62_A22 \h </w:instrText>
            </w:r>
            <w:r>
              <w:fldChar w:fldCharType="separate"/>
            </w:r>
            <w:r w:rsidR="00A826ED">
              <w:rPr>
                <w:rFonts w:hint="eastAsia"/>
                <w:noProof/>
              </w:rPr>
              <w:t>1</w:t>
            </w:r>
            <w:r>
              <w:fldChar w:fldCharType="end"/>
            </w:r>
          </w:p>
        </w:tc>
      </w:tr>
      <w:tr w:rsidR="00E54E13" w14:paraId="0B5A6C48" w14:textId="77777777">
        <w:trPr>
          <w:cantSplit/>
          <w:jc w:val="center"/>
        </w:trPr>
        <w:tc>
          <w:tcPr>
            <w:tcW w:w="8844" w:type="dxa"/>
            <w:vAlign w:val="center"/>
          </w:tcPr>
          <w:p w14:paraId="3BCB9793" w14:textId="77777777" w:rsidR="00E54E13" w:rsidRDefault="00000000">
            <w:pPr>
              <w:spacing w:after="0" w:line="214" w:lineRule="exact"/>
              <w:rPr>
                <w:rFonts w:hint="eastAsia"/>
              </w:rPr>
            </w:pPr>
            <w:hyperlink w:anchor="B64_A23">
              <w:r>
                <w:rPr>
                  <w:color w:val="12324B"/>
                  <w:sz w:val="18"/>
                </w:rPr>
                <w:t>A</w:t>
              </w:r>
              <w:proofErr w:type="gramStart"/>
              <w:r>
                <w:rPr>
                  <w:color w:val="12324B"/>
                  <w:sz w:val="18"/>
                </w:rPr>
                <w:t xml:space="preserve">23  </w:t>
              </w:r>
              <w:proofErr w:type="spellStart"/>
              <w:r>
                <w:rPr>
                  <w:color w:val="12324B"/>
                  <w:sz w:val="18"/>
                </w:rPr>
                <w:t>Scheda</w:t>
              </w:r>
              <w:proofErr w:type="spellEnd"/>
              <w:proofErr w:type="gramEnd"/>
              <w:r>
                <w:rPr>
                  <w:color w:val="12324B"/>
                  <w:sz w:val="18"/>
                </w:rPr>
                <w:t xml:space="preserve"> di </w:t>
              </w:r>
              <w:proofErr w:type="spellStart"/>
              <w:r>
                <w:rPr>
                  <w:color w:val="12324B"/>
                  <w:sz w:val="18"/>
                </w:rPr>
                <w:t>interfaccia</w:t>
              </w:r>
              <w:proofErr w:type="spellEnd"/>
              <w:r>
                <w:rPr>
                  <w:color w:val="12324B"/>
                  <w:sz w:val="18"/>
                </w:rPr>
                <w:t xml:space="preserve"> con l’emergenza</w:t>
              </w:r>
            </w:hyperlink>
          </w:p>
        </w:tc>
        <w:tc>
          <w:tcPr>
            <w:tcW w:w="907" w:type="dxa"/>
            <w:vAlign w:val="center"/>
          </w:tcPr>
          <w:p w14:paraId="0C82A757" w14:textId="77777777" w:rsidR="00E54E13" w:rsidRDefault="00000000">
            <w:pPr>
              <w:spacing w:after="0" w:line="226" w:lineRule="exact"/>
              <w:jc w:val="right"/>
              <w:rPr>
                <w:rFonts w:hint="eastAsia"/>
              </w:rPr>
            </w:pPr>
            <w:r>
              <w:fldChar w:fldCharType="begin"/>
            </w:r>
            <w:r>
              <w:instrText xml:space="preserve"> PAGEREF B64_A23 \h </w:instrText>
            </w:r>
            <w:r>
              <w:fldChar w:fldCharType="separate"/>
            </w:r>
            <w:r w:rsidR="00A826ED">
              <w:rPr>
                <w:rFonts w:hint="eastAsia"/>
                <w:noProof/>
              </w:rPr>
              <w:t>1</w:t>
            </w:r>
            <w:r>
              <w:fldChar w:fldCharType="end"/>
            </w:r>
          </w:p>
        </w:tc>
      </w:tr>
      <w:tr w:rsidR="00E54E13" w14:paraId="2E42375E" w14:textId="77777777">
        <w:trPr>
          <w:cantSplit/>
          <w:jc w:val="center"/>
        </w:trPr>
        <w:tc>
          <w:tcPr>
            <w:tcW w:w="8844" w:type="dxa"/>
            <w:shd w:val="clear" w:color="auto" w:fill="F6F8FA"/>
            <w:vAlign w:val="center"/>
          </w:tcPr>
          <w:p w14:paraId="26F8B80F" w14:textId="77777777" w:rsidR="00E54E13" w:rsidRDefault="00000000">
            <w:pPr>
              <w:spacing w:after="0" w:line="214" w:lineRule="exact"/>
              <w:rPr>
                <w:rFonts w:hint="eastAsia"/>
              </w:rPr>
            </w:pPr>
            <w:hyperlink w:anchor="B66_A24">
              <w:r>
                <w:rPr>
                  <w:color w:val="12324B"/>
                  <w:sz w:val="18"/>
                </w:rPr>
                <w:t>A</w:t>
              </w:r>
              <w:proofErr w:type="gramStart"/>
              <w:r>
                <w:rPr>
                  <w:color w:val="12324B"/>
                  <w:sz w:val="18"/>
                </w:rPr>
                <w:t xml:space="preserve">24  </w:t>
              </w:r>
              <w:proofErr w:type="spellStart"/>
              <w:r>
                <w:rPr>
                  <w:color w:val="12324B"/>
                  <w:sz w:val="18"/>
                </w:rPr>
                <w:t>Riesame</w:t>
              </w:r>
              <w:proofErr w:type="spellEnd"/>
              <w:proofErr w:type="gramEnd"/>
              <w:r>
                <w:rPr>
                  <w:color w:val="12324B"/>
                  <w:sz w:val="18"/>
                </w:rPr>
                <w:t xml:space="preserve"> delle </w:t>
              </w:r>
              <w:proofErr w:type="spellStart"/>
              <w:r>
                <w:rPr>
                  <w:color w:val="12324B"/>
                  <w:sz w:val="18"/>
                </w:rPr>
                <w:t>qualifiche</w:t>
              </w:r>
              <w:proofErr w:type="spellEnd"/>
              <w:r>
                <w:rPr>
                  <w:color w:val="12324B"/>
                  <w:sz w:val="18"/>
                </w:rPr>
                <w:t xml:space="preserve"> e dell’idoneità</w:t>
              </w:r>
            </w:hyperlink>
          </w:p>
        </w:tc>
        <w:tc>
          <w:tcPr>
            <w:tcW w:w="907" w:type="dxa"/>
            <w:shd w:val="clear" w:color="auto" w:fill="F6F8FA"/>
            <w:vAlign w:val="center"/>
          </w:tcPr>
          <w:p w14:paraId="2EB9F03E" w14:textId="77777777" w:rsidR="00E54E13" w:rsidRDefault="00000000">
            <w:pPr>
              <w:spacing w:after="0" w:line="226" w:lineRule="exact"/>
              <w:jc w:val="right"/>
              <w:rPr>
                <w:rFonts w:hint="eastAsia"/>
              </w:rPr>
            </w:pPr>
            <w:r>
              <w:fldChar w:fldCharType="begin"/>
            </w:r>
            <w:r>
              <w:instrText xml:space="preserve"> PAGEREF B66_A24 \h </w:instrText>
            </w:r>
            <w:r>
              <w:fldChar w:fldCharType="separate"/>
            </w:r>
            <w:r w:rsidR="00A826ED">
              <w:rPr>
                <w:rFonts w:hint="eastAsia"/>
                <w:noProof/>
              </w:rPr>
              <w:t>1</w:t>
            </w:r>
            <w:r>
              <w:fldChar w:fldCharType="end"/>
            </w:r>
          </w:p>
        </w:tc>
      </w:tr>
      <w:tr w:rsidR="00E54E13" w14:paraId="77AB4AF1" w14:textId="77777777">
        <w:trPr>
          <w:cantSplit/>
          <w:jc w:val="center"/>
        </w:trPr>
        <w:tc>
          <w:tcPr>
            <w:tcW w:w="8844" w:type="dxa"/>
            <w:vAlign w:val="center"/>
          </w:tcPr>
          <w:p w14:paraId="3D52D782" w14:textId="77777777" w:rsidR="00E54E13" w:rsidRDefault="00000000">
            <w:pPr>
              <w:spacing w:after="0" w:line="214" w:lineRule="exact"/>
              <w:rPr>
                <w:rFonts w:hint="eastAsia"/>
              </w:rPr>
            </w:pPr>
            <w:hyperlink w:anchor="B67_A25">
              <w:r>
                <w:rPr>
                  <w:color w:val="12324B"/>
                  <w:sz w:val="18"/>
                </w:rPr>
                <w:t>A</w:t>
              </w:r>
              <w:proofErr w:type="gramStart"/>
              <w:r>
                <w:rPr>
                  <w:color w:val="12324B"/>
                  <w:sz w:val="18"/>
                </w:rPr>
                <w:t xml:space="preserve">25  </w:t>
              </w:r>
              <w:proofErr w:type="spellStart"/>
              <w:r>
                <w:rPr>
                  <w:color w:val="12324B"/>
                  <w:sz w:val="18"/>
                </w:rPr>
                <w:t>Limitazione</w:t>
              </w:r>
              <w:proofErr w:type="spellEnd"/>
              <w:proofErr w:type="gramEnd"/>
              <w:r>
                <w:rPr>
                  <w:color w:val="12324B"/>
                  <w:sz w:val="18"/>
                </w:rPr>
                <w:t xml:space="preserve">, </w:t>
              </w:r>
              <w:proofErr w:type="spellStart"/>
              <w:r>
                <w:rPr>
                  <w:color w:val="12324B"/>
                  <w:sz w:val="18"/>
                </w:rPr>
                <w:t>sospensione</w:t>
              </w:r>
              <w:proofErr w:type="spellEnd"/>
              <w:r>
                <w:rPr>
                  <w:color w:val="12324B"/>
                  <w:sz w:val="18"/>
                </w:rPr>
                <w:t xml:space="preserve">, </w:t>
              </w:r>
              <w:proofErr w:type="spellStart"/>
              <w:r>
                <w:rPr>
                  <w:color w:val="12324B"/>
                  <w:sz w:val="18"/>
                </w:rPr>
                <w:t>revoca</w:t>
              </w:r>
              <w:proofErr w:type="spellEnd"/>
              <w:r>
                <w:rPr>
                  <w:color w:val="12324B"/>
                  <w:sz w:val="18"/>
                </w:rPr>
                <w:t xml:space="preserve"> o riammissione</w:t>
              </w:r>
            </w:hyperlink>
          </w:p>
        </w:tc>
        <w:tc>
          <w:tcPr>
            <w:tcW w:w="907" w:type="dxa"/>
            <w:vAlign w:val="center"/>
          </w:tcPr>
          <w:p w14:paraId="2E225F35" w14:textId="77777777" w:rsidR="00E54E13" w:rsidRDefault="00000000">
            <w:pPr>
              <w:spacing w:after="0" w:line="226" w:lineRule="exact"/>
              <w:jc w:val="right"/>
              <w:rPr>
                <w:rFonts w:hint="eastAsia"/>
              </w:rPr>
            </w:pPr>
            <w:r>
              <w:fldChar w:fldCharType="begin"/>
            </w:r>
            <w:r>
              <w:instrText xml:space="preserve"> PAGEREF B67_A25 \h </w:instrText>
            </w:r>
            <w:r>
              <w:fldChar w:fldCharType="separate"/>
            </w:r>
            <w:r w:rsidR="00A826ED">
              <w:rPr>
                <w:rFonts w:hint="eastAsia"/>
                <w:noProof/>
              </w:rPr>
              <w:t>1</w:t>
            </w:r>
            <w:r>
              <w:fldChar w:fldCharType="end"/>
            </w:r>
          </w:p>
        </w:tc>
      </w:tr>
      <w:tr w:rsidR="00E54E13" w14:paraId="74CB598D" w14:textId="77777777">
        <w:trPr>
          <w:cantSplit/>
          <w:jc w:val="center"/>
        </w:trPr>
        <w:tc>
          <w:tcPr>
            <w:tcW w:w="8844" w:type="dxa"/>
            <w:shd w:val="clear" w:color="auto" w:fill="F6F8FA"/>
            <w:vAlign w:val="center"/>
          </w:tcPr>
          <w:p w14:paraId="016705D4" w14:textId="77777777" w:rsidR="00E54E13" w:rsidRDefault="00000000">
            <w:pPr>
              <w:spacing w:after="0" w:line="214" w:lineRule="exact"/>
              <w:rPr>
                <w:rFonts w:hint="eastAsia"/>
              </w:rPr>
            </w:pPr>
            <w:hyperlink w:anchor="B68_A26">
              <w:r>
                <w:rPr>
                  <w:color w:val="12324B"/>
                  <w:sz w:val="18"/>
                </w:rPr>
                <w:t>A</w:t>
              </w:r>
              <w:proofErr w:type="gramStart"/>
              <w:r>
                <w:rPr>
                  <w:color w:val="12324B"/>
                  <w:sz w:val="18"/>
                </w:rPr>
                <w:t>26  Audit</w:t>
              </w:r>
              <w:proofErr w:type="gramEnd"/>
              <w:r>
                <w:rPr>
                  <w:color w:val="12324B"/>
                  <w:sz w:val="18"/>
                </w:rPr>
                <w:t xml:space="preserve"> del </w:t>
              </w:r>
              <w:proofErr w:type="spellStart"/>
              <w:r>
                <w:rPr>
                  <w:color w:val="12324B"/>
                  <w:sz w:val="18"/>
                </w:rPr>
                <w:t>sistema</w:t>
              </w:r>
              <w:proofErr w:type="spellEnd"/>
              <w:r>
                <w:rPr>
                  <w:color w:val="12324B"/>
                  <w:sz w:val="18"/>
                </w:rPr>
                <w:t>: persone e competenze</w:t>
              </w:r>
            </w:hyperlink>
          </w:p>
        </w:tc>
        <w:tc>
          <w:tcPr>
            <w:tcW w:w="907" w:type="dxa"/>
            <w:shd w:val="clear" w:color="auto" w:fill="F6F8FA"/>
            <w:vAlign w:val="center"/>
          </w:tcPr>
          <w:p w14:paraId="6857364F" w14:textId="77777777" w:rsidR="00E54E13" w:rsidRDefault="00000000">
            <w:pPr>
              <w:spacing w:after="0" w:line="226" w:lineRule="exact"/>
              <w:jc w:val="right"/>
              <w:rPr>
                <w:rFonts w:hint="eastAsia"/>
              </w:rPr>
            </w:pPr>
            <w:r>
              <w:fldChar w:fldCharType="begin"/>
            </w:r>
            <w:r>
              <w:instrText xml:space="preserve"> PAGEREF B68_A26 \h </w:instrText>
            </w:r>
            <w:r>
              <w:fldChar w:fldCharType="separate"/>
            </w:r>
            <w:r w:rsidR="00A826ED">
              <w:rPr>
                <w:rFonts w:hint="eastAsia"/>
                <w:noProof/>
              </w:rPr>
              <w:t>1</w:t>
            </w:r>
            <w:r>
              <w:fldChar w:fldCharType="end"/>
            </w:r>
          </w:p>
        </w:tc>
      </w:tr>
      <w:tr w:rsidR="00E54E13" w14:paraId="742CAB1D" w14:textId="77777777">
        <w:trPr>
          <w:cantSplit/>
          <w:jc w:val="center"/>
        </w:trPr>
        <w:tc>
          <w:tcPr>
            <w:tcW w:w="8844" w:type="dxa"/>
            <w:vAlign w:val="center"/>
          </w:tcPr>
          <w:p w14:paraId="38376E42" w14:textId="77777777" w:rsidR="00E54E13" w:rsidRDefault="00000000">
            <w:pPr>
              <w:spacing w:after="0" w:line="214" w:lineRule="exact"/>
              <w:rPr>
                <w:rFonts w:hint="eastAsia"/>
              </w:rPr>
            </w:pPr>
            <w:hyperlink w:anchor="B70_A27">
              <w:r>
                <w:rPr>
                  <w:color w:val="12324B"/>
                  <w:sz w:val="18"/>
                </w:rPr>
                <w:t>A</w:t>
              </w:r>
              <w:proofErr w:type="gramStart"/>
              <w:r>
                <w:rPr>
                  <w:color w:val="12324B"/>
                  <w:sz w:val="18"/>
                </w:rPr>
                <w:t xml:space="preserve">27  </w:t>
              </w:r>
              <w:proofErr w:type="spellStart"/>
              <w:r>
                <w:rPr>
                  <w:color w:val="12324B"/>
                  <w:sz w:val="18"/>
                </w:rPr>
                <w:t>Indicatori</w:t>
              </w:r>
              <w:proofErr w:type="spellEnd"/>
              <w:proofErr w:type="gramEnd"/>
              <w:r>
                <w:rPr>
                  <w:color w:val="12324B"/>
                  <w:sz w:val="18"/>
                </w:rPr>
                <w:t xml:space="preserve">, </w:t>
              </w:r>
              <w:proofErr w:type="spellStart"/>
              <w:r>
                <w:rPr>
                  <w:color w:val="12324B"/>
                  <w:sz w:val="18"/>
                </w:rPr>
                <w:t>azioni</w:t>
              </w:r>
              <w:proofErr w:type="spellEnd"/>
              <w:r>
                <w:rPr>
                  <w:color w:val="12324B"/>
                  <w:sz w:val="18"/>
                </w:rPr>
                <w:t xml:space="preserve"> e verifica di efficacia</w:t>
              </w:r>
            </w:hyperlink>
          </w:p>
        </w:tc>
        <w:tc>
          <w:tcPr>
            <w:tcW w:w="907" w:type="dxa"/>
            <w:vAlign w:val="center"/>
          </w:tcPr>
          <w:p w14:paraId="418DB384" w14:textId="77777777" w:rsidR="00E54E13" w:rsidRDefault="00000000">
            <w:pPr>
              <w:spacing w:after="0" w:line="226" w:lineRule="exact"/>
              <w:jc w:val="right"/>
              <w:rPr>
                <w:rFonts w:hint="eastAsia"/>
              </w:rPr>
            </w:pPr>
            <w:r>
              <w:fldChar w:fldCharType="begin"/>
            </w:r>
            <w:r>
              <w:instrText xml:space="preserve"> PAGEREF B70_A27 \h </w:instrText>
            </w:r>
            <w:r>
              <w:fldChar w:fldCharType="separate"/>
            </w:r>
            <w:r w:rsidR="00A826ED">
              <w:rPr>
                <w:rFonts w:hint="eastAsia"/>
                <w:noProof/>
              </w:rPr>
              <w:t>1</w:t>
            </w:r>
            <w:r>
              <w:fldChar w:fldCharType="end"/>
            </w:r>
          </w:p>
        </w:tc>
      </w:tr>
      <w:tr w:rsidR="00E54E13" w14:paraId="087CB5CD" w14:textId="77777777">
        <w:trPr>
          <w:cantSplit/>
          <w:jc w:val="center"/>
        </w:trPr>
        <w:tc>
          <w:tcPr>
            <w:tcW w:w="8844" w:type="dxa"/>
            <w:shd w:val="clear" w:color="auto" w:fill="F6F8FA"/>
            <w:vAlign w:val="center"/>
          </w:tcPr>
          <w:p w14:paraId="70AD6168" w14:textId="77777777" w:rsidR="00E54E13" w:rsidRDefault="00000000">
            <w:pPr>
              <w:spacing w:after="0" w:line="214" w:lineRule="exact"/>
              <w:rPr>
                <w:rFonts w:hint="eastAsia"/>
              </w:rPr>
            </w:pPr>
            <w:hyperlink w:anchor="B71_A28">
              <w:r>
                <w:rPr>
                  <w:color w:val="12324B"/>
                  <w:sz w:val="18"/>
                </w:rPr>
                <w:t>A</w:t>
              </w:r>
              <w:proofErr w:type="gramStart"/>
              <w:r>
                <w:rPr>
                  <w:color w:val="12324B"/>
                  <w:sz w:val="18"/>
                </w:rPr>
                <w:t xml:space="preserve">28  </w:t>
              </w:r>
              <w:proofErr w:type="spellStart"/>
              <w:r>
                <w:rPr>
                  <w:color w:val="12324B"/>
                  <w:sz w:val="18"/>
                </w:rPr>
                <w:t>Verifica</w:t>
              </w:r>
              <w:proofErr w:type="spellEnd"/>
              <w:proofErr w:type="gramEnd"/>
              <w:r>
                <w:rPr>
                  <w:color w:val="12324B"/>
                  <w:sz w:val="18"/>
                </w:rPr>
                <w:t xml:space="preserve"> di </w:t>
              </w:r>
              <w:proofErr w:type="spellStart"/>
              <w:r>
                <w:rPr>
                  <w:color w:val="12324B"/>
                  <w:sz w:val="18"/>
                </w:rPr>
                <w:t>adozione</w:t>
              </w:r>
              <w:proofErr w:type="spellEnd"/>
              <w:r>
                <w:rPr>
                  <w:color w:val="12324B"/>
                  <w:sz w:val="18"/>
                </w:rPr>
                <w:t xml:space="preserve"> e riferimenti applicabili</w:t>
              </w:r>
            </w:hyperlink>
          </w:p>
        </w:tc>
        <w:tc>
          <w:tcPr>
            <w:tcW w:w="907" w:type="dxa"/>
            <w:shd w:val="clear" w:color="auto" w:fill="F6F8FA"/>
            <w:vAlign w:val="center"/>
          </w:tcPr>
          <w:p w14:paraId="467EC5F2" w14:textId="77777777" w:rsidR="00E54E13" w:rsidRDefault="00000000">
            <w:pPr>
              <w:spacing w:after="0" w:line="226" w:lineRule="exact"/>
              <w:jc w:val="right"/>
              <w:rPr>
                <w:rFonts w:hint="eastAsia"/>
              </w:rPr>
            </w:pPr>
            <w:r>
              <w:fldChar w:fldCharType="begin"/>
            </w:r>
            <w:r>
              <w:instrText xml:space="preserve"> PAGEREF B71_A28 \h </w:instrText>
            </w:r>
            <w:r>
              <w:fldChar w:fldCharType="separate"/>
            </w:r>
            <w:r w:rsidR="00A826ED">
              <w:rPr>
                <w:rFonts w:hint="eastAsia"/>
                <w:noProof/>
              </w:rPr>
              <w:t>1</w:t>
            </w:r>
            <w:r>
              <w:fldChar w:fldCharType="end"/>
            </w:r>
          </w:p>
        </w:tc>
      </w:tr>
      <w:tr w:rsidR="00E54E13" w14:paraId="343BE06E" w14:textId="77777777">
        <w:trPr>
          <w:cantSplit/>
          <w:jc w:val="center"/>
        </w:trPr>
        <w:tc>
          <w:tcPr>
            <w:tcW w:w="8844" w:type="dxa"/>
            <w:vAlign w:val="center"/>
          </w:tcPr>
          <w:p w14:paraId="335727A1" w14:textId="77777777" w:rsidR="00E54E13" w:rsidRDefault="00000000">
            <w:pPr>
              <w:spacing w:after="0" w:line="214" w:lineRule="exact"/>
              <w:rPr>
                <w:rFonts w:hint="eastAsia"/>
              </w:rPr>
            </w:pPr>
            <w:hyperlink w:anchor="B72_A29">
              <w:r>
                <w:rPr>
                  <w:color w:val="12324B"/>
                  <w:sz w:val="18"/>
                </w:rPr>
                <w:t>A</w:t>
              </w:r>
              <w:proofErr w:type="gramStart"/>
              <w:r>
                <w:rPr>
                  <w:color w:val="12324B"/>
                  <w:sz w:val="18"/>
                </w:rPr>
                <w:t xml:space="preserve">29  </w:t>
              </w:r>
              <w:proofErr w:type="spellStart"/>
              <w:r>
                <w:rPr>
                  <w:color w:val="12324B"/>
                  <w:sz w:val="18"/>
                </w:rPr>
                <w:t>Istruzione</w:t>
              </w:r>
              <w:proofErr w:type="spellEnd"/>
              <w:proofErr w:type="gramEnd"/>
              <w:r>
                <w:rPr>
                  <w:color w:val="12324B"/>
                  <w:sz w:val="18"/>
                </w:rPr>
                <w:t xml:space="preserve"> </w:t>
              </w:r>
              <w:proofErr w:type="spellStart"/>
              <w:r>
                <w:rPr>
                  <w:color w:val="12324B"/>
                  <w:sz w:val="18"/>
                </w:rPr>
                <w:t>operativa</w:t>
              </w:r>
              <w:proofErr w:type="spellEnd"/>
              <w:r>
                <w:rPr>
                  <w:color w:val="12324B"/>
                  <w:sz w:val="18"/>
                </w:rPr>
                <w:t xml:space="preserve"> </w:t>
              </w:r>
              <w:proofErr w:type="spellStart"/>
              <w:r>
                <w:rPr>
                  <w:color w:val="12324B"/>
                  <w:sz w:val="18"/>
                </w:rPr>
                <w:t>specifica</w:t>
              </w:r>
              <w:proofErr w:type="spellEnd"/>
              <w:r>
                <w:rPr>
                  <w:color w:val="12324B"/>
                  <w:sz w:val="18"/>
                </w:rPr>
                <w:t xml:space="preserve"> dell’attività</w:t>
              </w:r>
            </w:hyperlink>
          </w:p>
        </w:tc>
        <w:tc>
          <w:tcPr>
            <w:tcW w:w="907" w:type="dxa"/>
            <w:vAlign w:val="center"/>
          </w:tcPr>
          <w:p w14:paraId="31982122" w14:textId="77777777" w:rsidR="00E54E13" w:rsidRDefault="00000000">
            <w:pPr>
              <w:spacing w:after="0" w:line="226" w:lineRule="exact"/>
              <w:jc w:val="right"/>
              <w:rPr>
                <w:rFonts w:hint="eastAsia"/>
              </w:rPr>
            </w:pPr>
            <w:r>
              <w:fldChar w:fldCharType="begin"/>
            </w:r>
            <w:r>
              <w:instrText xml:space="preserve"> PAGEREF B72_A29 \h </w:instrText>
            </w:r>
            <w:r>
              <w:fldChar w:fldCharType="separate"/>
            </w:r>
            <w:r w:rsidR="00A826ED">
              <w:rPr>
                <w:rFonts w:hint="eastAsia"/>
                <w:noProof/>
              </w:rPr>
              <w:t>1</w:t>
            </w:r>
            <w:r>
              <w:fldChar w:fldCharType="end"/>
            </w:r>
          </w:p>
        </w:tc>
      </w:tr>
      <w:tr w:rsidR="00E54E13" w14:paraId="15E0779D" w14:textId="77777777">
        <w:trPr>
          <w:cantSplit/>
          <w:jc w:val="center"/>
        </w:trPr>
        <w:tc>
          <w:tcPr>
            <w:tcW w:w="8844" w:type="dxa"/>
            <w:shd w:val="clear" w:color="auto" w:fill="F6F8FA"/>
            <w:vAlign w:val="center"/>
          </w:tcPr>
          <w:p w14:paraId="781DB5F2" w14:textId="77777777" w:rsidR="00E54E13" w:rsidRDefault="00000000">
            <w:pPr>
              <w:spacing w:after="0" w:line="214" w:lineRule="exact"/>
              <w:rPr>
                <w:rFonts w:hint="eastAsia"/>
              </w:rPr>
            </w:pPr>
            <w:hyperlink w:anchor="B74_A30">
              <w:r>
                <w:rPr>
                  <w:color w:val="12324B"/>
                  <w:sz w:val="18"/>
                </w:rPr>
                <w:t>A</w:t>
              </w:r>
              <w:proofErr w:type="gramStart"/>
              <w:r>
                <w:rPr>
                  <w:color w:val="12324B"/>
                  <w:sz w:val="18"/>
                </w:rPr>
                <w:t xml:space="preserve">30  </w:t>
              </w:r>
              <w:proofErr w:type="spellStart"/>
              <w:r>
                <w:rPr>
                  <w:color w:val="12324B"/>
                  <w:sz w:val="18"/>
                </w:rPr>
                <w:t>Verifica</w:t>
              </w:r>
              <w:proofErr w:type="spellEnd"/>
              <w:proofErr w:type="gramEnd"/>
              <w:r>
                <w:rPr>
                  <w:color w:val="12324B"/>
                  <w:sz w:val="18"/>
                </w:rPr>
                <w:t xml:space="preserve"> di </w:t>
              </w:r>
              <w:proofErr w:type="spellStart"/>
              <w:r>
                <w:rPr>
                  <w:color w:val="12324B"/>
                  <w:sz w:val="18"/>
                </w:rPr>
                <w:t>apprendimento</w:t>
              </w:r>
              <w:proofErr w:type="spellEnd"/>
              <w:r>
                <w:rPr>
                  <w:color w:val="12324B"/>
                  <w:sz w:val="18"/>
                </w:rPr>
                <w:t>: concetti fondamentali</w:t>
              </w:r>
            </w:hyperlink>
          </w:p>
        </w:tc>
        <w:tc>
          <w:tcPr>
            <w:tcW w:w="907" w:type="dxa"/>
            <w:shd w:val="clear" w:color="auto" w:fill="F6F8FA"/>
            <w:vAlign w:val="center"/>
          </w:tcPr>
          <w:p w14:paraId="26DA0AE3" w14:textId="77777777" w:rsidR="00E54E13" w:rsidRDefault="00000000">
            <w:pPr>
              <w:spacing w:after="0" w:line="226" w:lineRule="exact"/>
              <w:jc w:val="right"/>
              <w:rPr>
                <w:rFonts w:hint="eastAsia"/>
              </w:rPr>
            </w:pPr>
            <w:r>
              <w:fldChar w:fldCharType="begin"/>
            </w:r>
            <w:r>
              <w:instrText xml:space="preserve"> PAGEREF B74_A30 \h </w:instrText>
            </w:r>
            <w:r>
              <w:fldChar w:fldCharType="separate"/>
            </w:r>
            <w:r w:rsidR="00A826ED">
              <w:rPr>
                <w:rFonts w:hint="eastAsia"/>
                <w:noProof/>
              </w:rPr>
              <w:t>1</w:t>
            </w:r>
            <w:r>
              <w:fldChar w:fldCharType="end"/>
            </w:r>
          </w:p>
        </w:tc>
      </w:tr>
    </w:tbl>
    <w:p w14:paraId="5F599102" w14:textId="77777777" w:rsidR="00E54E13" w:rsidRDefault="00000000">
      <w:pPr>
        <w:pStyle w:val="Eyebrow"/>
        <w:keepNext/>
        <w:pageBreakBefore/>
        <w:rPr>
          <w:rFonts w:hint="eastAsia"/>
        </w:rPr>
      </w:pPr>
      <w:r>
        <w:t>PARTE I  /  PROCEDURA AZIENDALE</w:t>
      </w:r>
    </w:p>
    <w:p w14:paraId="0A1CE4CD" w14:textId="77777777" w:rsidR="00E54E13" w:rsidRDefault="00000000">
      <w:pPr>
        <w:pStyle w:val="Titolo1"/>
      </w:pPr>
      <w:bookmarkStart w:id="5" w:name="B6_01"/>
      <w:r>
        <w:t>01  Scopo, perimetro e condizioni di applicazione</w:t>
      </w:r>
      <w:bookmarkEnd w:id="5"/>
    </w:p>
    <w:p w14:paraId="1182559B" w14:textId="77777777" w:rsidR="00E54E13" w:rsidRDefault="00000000">
      <w:pPr>
        <w:pStyle w:val="Titolo2"/>
      </w:pPr>
      <w:r>
        <w:t>1.1 Scopo</w:t>
      </w:r>
    </w:p>
    <w:p w14:paraId="501AD993" w14:textId="77777777" w:rsidR="00E54E13" w:rsidRDefault="00000000">
      <w:pPr>
        <w:rPr>
          <w:rFonts w:hint="eastAsia"/>
        </w:rPr>
      </w:pPr>
      <w:r>
        <w:t>La procedura disciplina la verifica e il mantenimento delle competenze del personale, l’attribuzione delle qualifiche PES/PAV, il riconoscimento dell’idoneità ai lavori sotto tensione BT e le interfacce organizzative necessarie per preparare, eseguire e concludere i lavori. Il criterio di fondo è la corrispondenza tra attività assegnata, capacità documentata e condizioni effettive di sicurezza.</w:t>
      </w:r>
    </w:p>
    <w:p w14:paraId="3119B412" w14:textId="77777777" w:rsidR="00E54E13" w:rsidRDefault="00000000">
      <w:pPr>
        <w:pStyle w:val="Titolo2"/>
      </w:pPr>
      <w:r>
        <w:t>1.2 Perimetro del modello</w:t>
      </w:r>
    </w:p>
    <w:p w14:paraId="421DDDF2" w14:textId="77777777" w:rsidR="00E54E13" w:rsidRDefault="00000000">
      <w:pPr>
        <w:rPr>
          <w:rFonts w:hint="eastAsia"/>
        </w:rPr>
      </w:pPr>
      <w:r>
        <w:t>Il modello è centrato sui lavori elettrici in bassa tensione, fino a 1.000 V in corrente alternata o 1.500 V in corrente continua, e sul personale tecnico coinvolto nella loro organizzazione. L’azienda identifica i lavori fuori tensione, in prossimità o vicinanza e gli eventuali lavori sotto tensione che intende gestire, senza desumerne l’ammissibilità dalla sola tensione nominale.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35"/>
        <w:gridCol w:w="6917"/>
      </w:tblGrid>
      <w:tr w:rsidR="00E54E13" w14:paraId="052CA39E" w14:textId="77777777">
        <w:trPr>
          <w:tblHeader/>
          <w:jc w:val="center"/>
        </w:trPr>
        <w:tc>
          <w:tcPr>
            <w:tcW w:w="2835" w:type="dxa"/>
            <w:shd w:val="clear" w:color="auto" w:fill="12324B"/>
          </w:tcPr>
          <w:p w14:paraId="0ED86ABA" w14:textId="77777777" w:rsidR="00E54E13" w:rsidRDefault="00000000">
            <w:pPr>
              <w:spacing w:before="30" w:after="30" w:line="234" w:lineRule="exact"/>
              <w:rPr>
                <w:rFonts w:hint="eastAsia"/>
              </w:rPr>
            </w:pPr>
            <w:r>
              <w:rPr>
                <w:b/>
                <w:color w:val="FFFFFF"/>
                <w:sz w:val="18"/>
              </w:rPr>
              <w:t>Situazione</w:t>
            </w:r>
          </w:p>
        </w:tc>
        <w:tc>
          <w:tcPr>
            <w:tcW w:w="6917" w:type="dxa"/>
            <w:shd w:val="clear" w:color="auto" w:fill="12324B"/>
          </w:tcPr>
          <w:p w14:paraId="1F8324EF" w14:textId="77777777" w:rsidR="00E54E13" w:rsidRDefault="00000000">
            <w:pPr>
              <w:spacing w:before="30" w:after="30" w:line="234" w:lineRule="exact"/>
              <w:rPr>
                <w:rFonts w:hint="eastAsia"/>
              </w:rPr>
            </w:pPr>
            <w:r>
              <w:rPr>
                <w:b/>
                <w:color w:val="FFFFFF"/>
                <w:sz w:val="18"/>
              </w:rPr>
              <w:t>Trattamento nel presente modello</w:t>
            </w:r>
          </w:p>
        </w:tc>
      </w:tr>
      <w:tr w:rsidR="00E54E13" w14:paraId="5C82ABB8" w14:textId="77777777">
        <w:trPr>
          <w:cantSplit/>
          <w:jc w:val="center"/>
        </w:trPr>
        <w:tc>
          <w:tcPr>
            <w:tcW w:w="2835" w:type="dxa"/>
            <w:vAlign w:val="center"/>
          </w:tcPr>
          <w:p w14:paraId="1C8DA01E" w14:textId="77777777" w:rsidR="00E54E13" w:rsidRDefault="00000000">
            <w:pPr>
              <w:spacing w:before="30" w:after="30" w:line="234" w:lineRule="exact"/>
              <w:rPr>
                <w:rFonts w:hint="eastAsia"/>
              </w:rPr>
            </w:pPr>
            <w:r>
              <w:rPr>
                <w:sz w:val="18"/>
              </w:rPr>
              <w:t>Lavori e personale BT</w:t>
            </w:r>
          </w:p>
        </w:tc>
        <w:tc>
          <w:tcPr>
            <w:tcW w:w="6917" w:type="dxa"/>
            <w:vAlign w:val="center"/>
          </w:tcPr>
          <w:p w14:paraId="00446FD3" w14:textId="77777777" w:rsidR="00E54E13" w:rsidRDefault="00000000">
            <w:pPr>
              <w:spacing w:before="30" w:after="30" w:line="234" w:lineRule="exact"/>
              <w:rPr>
                <w:rFonts w:hint="eastAsia"/>
              </w:rPr>
            </w:pPr>
            <w:r>
              <w:rPr>
                <w:sz w:val="18"/>
              </w:rPr>
              <w:t>Compresi nei limiti delle attività censite e delle istruzioni approvate.</w:t>
            </w:r>
          </w:p>
        </w:tc>
      </w:tr>
      <w:tr w:rsidR="00E54E13" w14:paraId="0052B643" w14:textId="77777777">
        <w:trPr>
          <w:cantSplit/>
          <w:jc w:val="center"/>
        </w:trPr>
        <w:tc>
          <w:tcPr>
            <w:tcW w:w="2835" w:type="dxa"/>
            <w:shd w:val="clear" w:color="auto" w:fill="F6F8FA"/>
            <w:vAlign w:val="center"/>
          </w:tcPr>
          <w:p w14:paraId="1C02A949" w14:textId="77777777" w:rsidR="00E54E13" w:rsidRDefault="00000000">
            <w:pPr>
              <w:spacing w:before="30" w:after="30" w:line="234" w:lineRule="exact"/>
              <w:rPr>
                <w:rFonts w:hint="eastAsia"/>
              </w:rPr>
            </w:pPr>
            <w:r>
              <w:rPr>
                <w:sz w:val="18"/>
              </w:rPr>
              <w:t>Sotto tensione BT</w:t>
            </w:r>
          </w:p>
        </w:tc>
        <w:tc>
          <w:tcPr>
            <w:tcW w:w="6917" w:type="dxa"/>
            <w:shd w:val="clear" w:color="auto" w:fill="F6F8FA"/>
            <w:vAlign w:val="center"/>
          </w:tcPr>
          <w:p w14:paraId="2D25058D" w14:textId="77777777" w:rsidR="00E54E13" w:rsidRDefault="00000000">
            <w:pPr>
              <w:spacing w:before="30" w:after="30" w:line="234" w:lineRule="exact"/>
              <w:rPr>
                <w:rFonts w:hint="eastAsia"/>
              </w:rPr>
            </w:pPr>
            <w:r>
              <w:rPr>
                <w:sz w:val="18"/>
              </w:rPr>
              <w:t>Compresi soltanto dopo qualifica, idoneità, autorizzazione e verifica delle condizioni tecniche applicabili.</w:t>
            </w:r>
          </w:p>
        </w:tc>
      </w:tr>
      <w:tr w:rsidR="00E54E13" w14:paraId="38A89B48" w14:textId="77777777">
        <w:trPr>
          <w:cantSplit/>
          <w:jc w:val="center"/>
        </w:trPr>
        <w:tc>
          <w:tcPr>
            <w:tcW w:w="2835" w:type="dxa"/>
            <w:vAlign w:val="center"/>
          </w:tcPr>
          <w:p w14:paraId="0026D91F" w14:textId="77777777" w:rsidR="00E54E13" w:rsidRDefault="00000000">
            <w:pPr>
              <w:spacing w:before="30" w:after="30" w:line="234" w:lineRule="exact"/>
              <w:rPr>
                <w:rFonts w:hint="eastAsia"/>
              </w:rPr>
            </w:pPr>
            <w:r>
              <w:rPr>
                <w:sz w:val="18"/>
              </w:rPr>
              <w:t>Sotto tensione MT/AT</w:t>
            </w:r>
          </w:p>
        </w:tc>
        <w:tc>
          <w:tcPr>
            <w:tcW w:w="6917" w:type="dxa"/>
            <w:vAlign w:val="center"/>
          </w:tcPr>
          <w:p w14:paraId="6D643741" w14:textId="77777777" w:rsidR="00E54E13" w:rsidRDefault="00000000">
            <w:pPr>
              <w:spacing w:before="30" w:after="30" w:line="234" w:lineRule="exact"/>
              <w:rPr>
                <w:rFonts w:hint="eastAsia"/>
              </w:rPr>
            </w:pPr>
            <w:r>
              <w:rPr>
                <w:sz w:val="18"/>
              </w:rPr>
              <w:t>Esclusi: il documento INAIL richiama un distinto quadro di riferimento.</w:t>
            </w:r>
          </w:p>
        </w:tc>
      </w:tr>
      <w:tr w:rsidR="00E54E13" w14:paraId="598F51EF" w14:textId="77777777">
        <w:trPr>
          <w:cantSplit/>
          <w:jc w:val="center"/>
        </w:trPr>
        <w:tc>
          <w:tcPr>
            <w:tcW w:w="2835" w:type="dxa"/>
            <w:shd w:val="clear" w:color="auto" w:fill="F6F8FA"/>
            <w:vAlign w:val="center"/>
          </w:tcPr>
          <w:p w14:paraId="3759F5D8" w14:textId="77777777" w:rsidR="00E54E13" w:rsidRDefault="00000000">
            <w:pPr>
              <w:spacing w:before="30" w:after="30" w:line="234" w:lineRule="exact"/>
              <w:rPr>
                <w:rFonts w:hint="eastAsia"/>
              </w:rPr>
            </w:pPr>
            <w:r>
              <w:rPr>
                <w:sz w:val="18"/>
              </w:rPr>
              <w:t>Rischi interferenti o specialistici</w:t>
            </w:r>
          </w:p>
        </w:tc>
        <w:tc>
          <w:tcPr>
            <w:tcW w:w="6917" w:type="dxa"/>
            <w:shd w:val="clear" w:color="auto" w:fill="F6F8FA"/>
            <w:vAlign w:val="center"/>
          </w:tcPr>
          <w:p w14:paraId="11392D66" w14:textId="77777777" w:rsidR="00E54E13" w:rsidRDefault="00000000">
            <w:pPr>
              <w:spacing w:before="30" w:after="30" w:line="234" w:lineRule="exact"/>
              <w:rPr>
                <w:rFonts w:hint="eastAsia"/>
              </w:rPr>
            </w:pPr>
            <w:r>
              <w:rPr>
                <w:sz w:val="18"/>
              </w:rPr>
              <w:t>Da integrare con le valutazioni e le procedure pertinenti; il modulo generale non li esaurisce.</w:t>
            </w:r>
          </w:p>
        </w:tc>
      </w:tr>
    </w:tbl>
    <w:p w14:paraId="6A471A49" w14:textId="77777777" w:rsidR="00E54E13" w:rsidRDefault="00E54E13">
      <w:pPr>
        <w:spacing w:after="40" w:line="40" w:lineRule="exact"/>
        <w:rPr>
          <w:rFonts w:hint="eastAsia"/>
        </w:rPr>
      </w:pPr>
    </w:p>
    <w:p w14:paraId="44C841E7" w14:textId="77777777" w:rsidR="00E54E13" w:rsidRDefault="00000000">
      <w:pPr>
        <w:pStyle w:val="Titolo2"/>
      </w:pPr>
      <w:r>
        <w:t>1.3 Limiti da non confondere</w:t>
      </w:r>
    </w:p>
    <w:p w14:paraId="51951D86" w14:textId="77777777" w:rsidR="00E54E13" w:rsidRDefault="00000000">
      <w:pPr>
        <w:rPr>
          <w:rFonts w:hint="eastAsia"/>
        </w:rPr>
      </w:pPr>
      <w:r>
        <w:t>Il perimetro BT del presente modello non coincide con l’intero campo di applicazione della CEI 11-27. La scheda ufficiale CEI ne descrive l’applicazione anche ad attività su impianti ad altri livelli di tensione e a lavori vicini agli impianti, escludendo i lavori sotto tensione oltre i limiti BT. [E1]</w:t>
      </w:r>
    </w:p>
    <w:p w14:paraId="609A7904" w14:textId="77777777" w:rsidR="00E54E13" w:rsidRDefault="00000000">
      <w:pPr>
        <w:pStyle w:val="Titolo2"/>
      </w:pPr>
      <w:r>
        <w:t>1.4 Regola di adozione [AZ]</w:t>
      </w:r>
    </w:p>
    <w:p w14:paraId="21217867" w14:textId="77777777" w:rsidR="00E54E13" w:rsidRDefault="00000000">
      <w:pPr>
        <w:rPr>
          <w:rFonts w:hint="eastAsia"/>
        </w:rPr>
      </w:pPr>
      <w:r>
        <w:t>L’azienda adotta il modello solo dopo aver identificato impianti, ruoli, attività consentite e documenti locali. L’affidamento di un’attività non riconosciuta nella qualifica richiede una nuova verifica; non è ammesso ampliare verbalmente il perimetro di un’autorizzazione.</w:t>
      </w:r>
    </w:p>
    <w:p w14:paraId="1C14DB1E" w14:textId="77777777" w:rsidR="00E54E13" w:rsidRDefault="00000000">
      <w:pPr>
        <w:pStyle w:val="Source"/>
        <w:rPr>
          <w:rFonts w:hint="eastAsia"/>
        </w:rPr>
      </w:pPr>
      <w:r>
        <w:t>Requisiti e perimetro della pubblicazione: [I1], pp. 1, 2, 5–6. Chiarimento sul campo della norma: [E1]. Regole di attuazione: [AZ]. Allegati: A01, A02, A28, A29.</w:t>
      </w:r>
    </w:p>
    <w:p w14:paraId="6726BD40" w14:textId="77777777" w:rsidR="00E54E13" w:rsidRDefault="00000000">
      <w:pPr>
        <w:pStyle w:val="Eyebrow"/>
        <w:keepNext/>
        <w:pageBreakBefore/>
        <w:rPr>
          <w:rFonts w:hint="eastAsia"/>
        </w:rPr>
      </w:pPr>
      <w:r>
        <w:t>PARTE I  /  PROCEDURA AZIENDALE</w:t>
      </w:r>
    </w:p>
    <w:p w14:paraId="543738A9" w14:textId="77777777" w:rsidR="00E54E13" w:rsidRDefault="00000000">
      <w:pPr>
        <w:pStyle w:val="Titolo1"/>
      </w:pPr>
      <w:bookmarkStart w:id="6" w:name="B7_02"/>
      <w:r>
        <w:t>02  Riferimenti, gerarchia e aggiornamento</w:t>
      </w:r>
      <w:bookmarkEnd w:id="6"/>
    </w:p>
    <w:p w14:paraId="65858143" w14:textId="77777777" w:rsidR="00E54E13" w:rsidRDefault="00000000">
      <w:pPr>
        <w:pStyle w:val="Titolo2"/>
      </w:pPr>
      <w:r>
        <w:t>2.1 Base documentale</w:t>
      </w:r>
    </w:p>
    <w:p w14:paraId="4DBCC753" w14:textId="77777777" w:rsidR="00E54E13" w:rsidRDefault="00000000">
      <w:pPr>
        <w:rPr>
          <w:rFonts w:hint="eastAsia"/>
        </w:rPr>
      </w:pPr>
      <w:r>
        <w:t>Il riferimento primario è [I1], documento INAIL 2026 di Giovanni Luca Amicucci, ISBN 979-12-5758-016-2. Esso riepiloga i requisiti della CEI 11-27:2025 e richiama il D.Lgs. 81/2008. La procedura non riproduce né sostituisce i testi integrali delle norme tecniche.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4025"/>
        <w:gridCol w:w="5726"/>
      </w:tblGrid>
      <w:tr w:rsidR="00E54E13" w14:paraId="4124A220" w14:textId="77777777">
        <w:trPr>
          <w:tblHeader/>
          <w:jc w:val="center"/>
        </w:trPr>
        <w:tc>
          <w:tcPr>
            <w:tcW w:w="4025" w:type="dxa"/>
            <w:shd w:val="clear" w:color="auto" w:fill="12324B"/>
          </w:tcPr>
          <w:p w14:paraId="5E3788C7" w14:textId="77777777" w:rsidR="00E54E13" w:rsidRDefault="00000000">
            <w:pPr>
              <w:spacing w:before="30" w:after="30" w:line="232" w:lineRule="exact"/>
              <w:rPr>
                <w:rFonts w:hint="eastAsia"/>
              </w:rPr>
            </w:pPr>
            <w:r>
              <w:rPr>
                <w:b/>
                <w:color w:val="FFFFFF"/>
                <w:sz w:val="18"/>
              </w:rPr>
              <w:t>Riferimento richiamato in [I1]</w:t>
            </w:r>
          </w:p>
        </w:tc>
        <w:tc>
          <w:tcPr>
            <w:tcW w:w="5726" w:type="dxa"/>
            <w:shd w:val="clear" w:color="auto" w:fill="12324B"/>
          </w:tcPr>
          <w:p w14:paraId="13871B07" w14:textId="77777777" w:rsidR="00E54E13" w:rsidRDefault="00000000">
            <w:pPr>
              <w:spacing w:before="30" w:after="30" w:line="232" w:lineRule="exact"/>
              <w:rPr>
                <w:rFonts w:hint="eastAsia"/>
              </w:rPr>
            </w:pPr>
            <w:r>
              <w:rPr>
                <w:b/>
                <w:color w:val="FFFFFF"/>
                <w:sz w:val="18"/>
              </w:rPr>
              <w:t>Funzione nella procedura</w:t>
            </w:r>
          </w:p>
        </w:tc>
      </w:tr>
      <w:tr w:rsidR="00E54E13" w14:paraId="11C2D268" w14:textId="77777777">
        <w:trPr>
          <w:cantSplit/>
          <w:jc w:val="center"/>
        </w:trPr>
        <w:tc>
          <w:tcPr>
            <w:tcW w:w="4025" w:type="dxa"/>
            <w:vAlign w:val="center"/>
          </w:tcPr>
          <w:p w14:paraId="356C8383" w14:textId="77777777" w:rsidR="00E54E13" w:rsidRDefault="00000000">
            <w:pPr>
              <w:spacing w:before="30" w:after="30" w:line="232" w:lineRule="exact"/>
              <w:rPr>
                <w:rFonts w:hint="eastAsia"/>
              </w:rPr>
            </w:pPr>
            <w:r>
              <w:rPr>
                <w:sz w:val="18"/>
              </w:rPr>
              <w:t>D.Lgs. 81/2008, artt. 80, 36, 37</w:t>
            </w:r>
          </w:p>
        </w:tc>
        <w:tc>
          <w:tcPr>
            <w:tcW w:w="5726" w:type="dxa"/>
            <w:vAlign w:val="center"/>
          </w:tcPr>
          <w:p w14:paraId="1EFE02EC" w14:textId="77777777" w:rsidR="00E54E13" w:rsidRDefault="00000000">
            <w:pPr>
              <w:spacing w:before="30" w:after="30" w:line="232" w:lineRule="exact"/>
              <w:rPr>
                <w:rFonts w:hint="eastAsia"/>
              </w:rPr>
            </w:pPr>
            <w:r>
              <w:rPr>
                <w:sz w:val="18"/>
              </w:rPr>
              <w:t>Valutazione del rischio elettrico, informazione, formazione e addestramento.</w:t>
            </w:r>
          </w:p>
        </w:tc>
      </w:tr>
      <w:tr w:rsidR="00E54E13" w14:paraId="1FDD7733" w14:textId="77777777">
        <w:trPr>
          <w:cantSplit/>
          <w:jc w:val="center"/>
        </w:trPr>
        <w:tc>
          <w:tcPr>
            <w:tcW w:w="4025" w:type="dxa"/>
            <w:shd w:val="clear" w:color="auto" w:fill="F6F8FA"/>
            <w:vAlign w:val="center"/>
          </w:tcPr>
          <w:p w14:paraId="7A0E9BDF" w14:textId="77777777" w:rsidR="00E54E13" w:rsidRDefault="00000000">
            <w:pPr>
              <w:spacing w:before="30" w:after="30" w:line="232" w:lineRule="exact"/>
              <w:rPr>
                <w:rFonts w:hint="eastAsia"/>
              </w:rPr>
            </w:pPr>
            <w:r>
              <w:rPr>
                <w:sz w:val="18"/>
              </w:rPr>
              <w:t>D.Lgs. 81/2008, artt. 26 e 41</w:t>
            </w:r>
          </w:p>
        </w:tc>
        <w:tc>
          <w:tcPr>
            <w:tcW w:w="5726" w:type="dxa"/>
            <w:shd w:val="clear" w:color="auto" w:fill="F6F8FA"/>
            <w:vAlign w:val="center"/>
          </w:tcPr>
          <w:p w14:paraId="1D7EADC7" w14:textId="77777777" w:rsidR="00E54E13" w:rsidRDefault="00000000">
            <w:pPr>
              <w:spacing w:before="30" w:after="30" w:line="232" w:lineRule="exact"/>
              <w:rPr>
                <w:rFonts w:hint="eastAsia"/>
              </w:rPr>
            </w:pPr>
            <w:r>
              <w:rPr>
                <w:sz w:val="18"/>
              </w:rPr>
              <w:t>Interferenze; idoneità alla mansione nell’ambito della sorveglianza sanitaria applicabile.</w:t>
            </w:r>
          </w:p>
        </w:tc>
      </w:tr>
      <w:tr w:rsidR="00E54E13" w14:paraId="73171F8C" w14:textId="77777777">
        <w:trPr>
          <w:cantSplit/>
          <w:jc w:val="center"/>
        </w:trPr>
        <w:tc>
          <w:tcPr>
            <w:tcW w:w="4025" w:type="dxa"/>
            <w:vAlign w:val="center"/>
          </w:tcPr>
          <w:p w14:paraId="0E329315" w14:textId="77777777" w:rsidR="00E54E13" w:rsidRDefault="00000000">
            <w:pPr>
              <w:spacing w:before="30" w:after="30" w:line="232" w:lineRule="exact"/>
              <w:rPr>
                <w:rFonts w:hint="eastAsia"/>
              </w:rPr>
            </w:pPr>
            <w:r>
              <w:rPr>
                <w:sz w:val="18"/>
              </w:rPr>
              <w:t>D.Lgs. 81/2008, art. 82</w:t>
            </w:r>
          </w:p>
        </w:tc>
        <w:tc>
          <w:tcPr>
            <w:tcW w:w="5726" w:type="dxa"/>
            <w:vAlign w:val="center"/>
          </w:tcPr>
          <w:p w14:paraId="45413EE8" w14:textId="77777777" w:rsidR="00E54E13" w:rsidRDefault="00000000">
            <w:pPr>
              <w:spacing w:before="30" w:after="30" w:line="232" w:lineRule="exact"/>
              <w:rPr>
                <w:rFonts w:hint="eastAsia"/>
              </w:rPr>
            </w:pPr>
            <w:r>
              <w:rPr>
                <w:sz w:val="18"/>
              </w:rPr>
              <w:t>Condizioni per i lavori sotto tensione; specifico riconoscimento di idoneità.</w:t>
            </w:r>
          </w:p>
        </w:tc>
      </w:tr>
      <w:tr w:rsidR="00E54E13" w14:paraId="1A39EBB6" w14:textId="77777777">
        <w:trPr>
          <w:cantSplit/>
          <w:jc w:val="center"/>
        </w:trPr>
        <w:tc>
          <w:tcPr>
            <w:tcW w:w="4025" w:type="dxa"/>
            <w:shd w:val="clear" w:color="auto" w:fill="F6F8FA"/>
            <w:vAlign w:val="center"/>
          </w:tcPr>
          <w:p w14:paraId="592232D2" w14:textId="77777777" w:rsidR="00E54E13" w:rsidRDefault="00000000">
            <w:pPr>
              <w:spacing w:before="30" w:after="30" w:line="232" w:lineRule="exact"/>
              <w:rPr>
                <w:rFonts w:hint="eastAsia"/>
              </w:rPr>
            </w:pPr>
            <w:r>
              <w:rPr>
                <w:sz w:val="18"/>
              </w:rPr>
              <w:t>CEI 11-27:2025; EN 50110-1 / CEI 11-48; EN 50110-2 / CEI 11-49</w:t>
            </w:r>
          </w:p>
        </w:tc>
        <w:tc>
          <w:tcPr>
            <w:tcW w:w="5726" w:type="dxa"/>
            <w:shd w:val="clear" w:color="auto" w:fill="F6F8FA"/>
            <w:vAlign w:val="center"/>
          </w:tcPr>
          <w:p w14:paraId="100490F6" w14:textId="77777777" w:rsidR="00E54E13" w:rsidRDefault="00000000">
            <w:pPr>
              <w:spacing w:before="30" w:after="30" w:line="232" w:lineRule="exact"/>
              <w:rPr>
                <w:rFonts w:hint="eastAsia"/>
              </w:rPr>
            </w:pPr>
            <w:r>
              <w:rPr>
                <w:sz w:val="18"/>
              </w:rPr>
              <w:t>Organizzazione e sicurezza dei lavori; requisiti e percorsi formativi.</w:t>
            </w:r>
          </w:p>
        </w:tc>
      </w:tr>
      <w:tr w:rsidR="00E54E13" w14:paraId="6138CD38" w14:textId="77777777">
        <w:trPr>
          <w:cantSplit/>
          <w:jc w:val="center"/>
        </w:trPr>
        <w:tc>
          <w:tcPr>
            <w:tcW w:w="4025" w:type="dxa"/>
            <w:vAlign w:val="center"/>
          </w:tcPr>
          <w:p w14:paraId="3B145D64" w14:textId="77777777" w:rsidR="00E54E13" w:rsidRDefault="00000000">
            <w:pPr>
              <w:spacing w:before="30" w:after="30" w:line="232" w:lineRule="exact"/>
              <w:rPr>
                <w:rFonts w:hint="eastAsia"/>
              </w:rPr>
            </w:pPr>
            <w:r>
              <w:rPr>
                <w:sz w:val="18"/>
              </w:rPr>
              <w:t>CEI 64-8; EN 61936-1 / CEI 99-2; EN 50522 / CEI 99-3</w:t>
            </w:r>
          </w:p>
        </w:tc>
        <w:tc>
          <w:tcPr>
            <w:tcW w:w="5726" w:type="dxa"/>
            <w:vAlign w:val="center"/>
          </w:tcPr>
          <w:p w14:paraId="174F889E" w14:textId="77777777" w:rsidR="00E54E13" w:rsidRDefault="00000000">
            <w:pPr>
              <w:spacing w:before="30" w:after="30" w:line="232" w:lineRule="exact"/>
              <w:rPr>
                <w:rFonts w:hint="eastAsia"/>
              </w:rPr>
            </w:pPr>
            <w:r>
              <w:rPr>
                <w:sz w:val="18"/>
              </w:rPr>
              <w:t>Conoscenze impiantistiche pertinenti ai lavori da svolgere.</w:t>
            </w:r>
          </w:p>
        </w:tc>
      </w:tr>
      <w:tr w:rsidR="00E54E13" w14:paraId="692253BC" w14:textId="77777777">
        <w:trPr>
          <w:cantSplit/>
          <w:jc w:val="center"/>
        </w:trPr>
        <w:tc>
          <w:tcPr>
            <w:tcW w:w="4025" w:type="dxa"/>
            <w:shd w:val="clear" w:color="auto" w:fill="F6F8FA"/>
            <w:vAlign w:val="center"/>
          </w:tcPr>
          <w:p w14:paraId="5B25C38B" w14:textId="77777777" w:rsidR="00E54E13" w:rsidRDefault="00000000">
            <w:pPr>
              <w:spacing w:before="30" w:after="30" w:line="232" w:lineRule="exact"/>
              <w:rPr>
                <w:rFonts w:hint="eastAsia"/>
              </w:rPr>
            </w:pPr>
            <w:r>
              <w:rPr>
                <w:sz w:val="18"/>
              </w:rPr>
              <w:t>D.M. 4 febbraio 2011; CEI 11-15</w:t>
            </w:r>
          </w:p>
        </w:tc>
        <w:tc>
          <w:tcPr>
            <w:tcW w:w="5726" w:type="dxa"/>
            <w:shd w:val="clear" w:color="auto" w:fill="F6F8FA"/>
            <w:vAlign w:val="center"/>
          </w:tcPr>
          <w:p w14:paraId="52CBA268" w14:textId="77777777" w:rsidR="00E54E13" w:rsidRDefault="00000000">
            <w:pPr>
              <w:spacing w:before="30" w:after="30" w:line="232" w:lineRule="exact"/>
              <w:rPr>
                <w:rFonts w:hint="eastAsia"/>
              </w:rPr>
            </w:pPr>
            <w:r>
              <w:rPr>
                <w:sz w:val="18"/>
              </w:rPr>
              <w:t>Riferimenti richiamati per lavori sotto tensione MT/AT, esclusi dal presente modello.</w:t>
            </w:r>
          </w:p>
        </w:tc>
      </w:tr>
    </w:tbl>
    <w:p w14:paraId="64F338F9" w14:textId="77777777" w:rsidR="00E54E13" w:rsidRDefault="00E54E13">
      <w:pPr>
        <w:spacing w:after="40" w:line="40" w:lineRule="exact"/>
        <w:rPr>
          <w:rFonts w:hint="eastAsia"/>
        </w:rPr>
      </w:pPr>
    </w:p>
    <w:p w14:paraId="61DD94F4" w14:textId="77777777" w:rsidR="00E54E13" w:rsidRDefault="00000000">
      <w:pPr>
        <w:pStyle w:val="Titolo2"/>
      </w:pPr>
      <w:r>
        <w:t>2.2 Controllo esterno limitato [E1–E2]</w:t>
      </w:r>
    </w:p>
    <w:p w14:paraId="0CA82F15" w14:textId="77777777" w:rsidR="00E54E13" w:rsidRDefault="00000000">
      <w:pPr>
        <w:rPr>
          <w:rFonts w:hint="eastAsia"/>
        </w:rPr>
      </w:pPr>
      <w:r>
        <w:t>Il catalogo CEI consultato il 09.10.2026 identifica la CEI 11-27:2025-10 con validità da novembre 2025 e l’Errata Corrige CEI 11-27;EC:2025-12 con validità da gennaio 2026, destinata ad aggiornare rimandi interni. L’azienda deve acquisire e considerare anche l’Errata Corrige; qui non si dichiara verificato il testo integrale della norma o della correzione.</w:t>
      </w:r>
    </w:p>
    <w:p w14:paraId="2B22F553" w14:textId="77777777" w:rsidR="00E54E13" w:rsidRDefault="00000000">
      <w:pPr>
        <w:pStyle w:val="Titolo2"/>
      </w:pPr>
      <w:r>
        <w:t>2.3 Responsabile e registro [AZ]</w:t>
      </w:r>
    </w:p>
    <w:p w14:paraId="772A2992" w14:textId="77777777" w:rsidR="00E54E13" w:rsidRDefault="00000000">
      <w:pPr>
        <w:rPr>
          <w:rFonts w:hint="eastAsia"/>
        </w:rPr>
      </w:pPr>
      <w:r>
        <w:t>Il responsabile documentale registra edizione, eventuali correzioni, disponibilità della copia autorizzata, parti applicabili e istruzioni aziendali interessate. Ogni aggiornamento viene valutato per impatto su competenze, piani e moduli. Le periodicità di tale controllo sono stabilite dall’azienda; non vengono inventate scadenze legislative. Il controllo del testo legislativo consolidato vigente resta una condizione dell’adozione.</w:t>
      </w:r>
    </w:p>
    <w:p w14:paraId="2789BDA0" w14:textId="77777777" w:rsidR="00E54E13" w:rsidRDefault="00000000">
      <w:pPr>
        <w:pStyle w:val="Source"/>
        <w:rPr>
          <w:rFonts w:hint="eastAsia"/>
        </w:rPr>
      </w:pPr>
      <w:r>
        <w:t>Base: [I1], pp. 1, 5 e 7. Metadati CEI: [E1–E2], descritti nella sezione 26. Registro e controllo documentale: [AZ]. Allegato A28.</w:t>
      </w:r>
    </w:p>
    <w:p w14:paraId="6A3C7911" w14:textId="77777777" w:rsidR="00E54E13" w:rsidRDefault="00000000">
      <w:pPr>
        <w:pStyle w:val="Eyebrow"/>
        <w:keepNext/>
        <w:pageBreakBefore/>
        <w:rPr>
          <w:rFonts w:hint="eastAsia"/>
        </w:rPr>
      </w:pPr>
      <w:r>
        <w:t>PARTE I  /  PROCEDURA AZIENDALE</w:t>
      </w:r>
    </w:p>
    <w:p w14:paraId="2CFD6821" w14:textId="77777777" w:rsidR="00E54E13" w:rsidRDefault="00000000">
      <w:pPr>
        <w:pStyle w:val="Titolo1"/>
      </w:pPr>
      <w:bookmarkStart w:id="7" w:name="B8_03"/>
      <w:r>
        <w:t>03  PES, PAV, PEC e idoneità: definizioni operative</w:t>
      </w:r>
      <w:bookmarkEnd w:id="7"/>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438"/>
        <w:gridCol w:w="7313"/>
      </w:tblGrid>
      <w:tr w:rsidR="00E54E13" w14:paraId="1BB1F62A" w14:textId="77777777">
        <w:trPr>
          <w:tblHeader/>
          <w:jc w:val="center"/>
        </w:trPr>
        <w:tc>
          <w:tcPr>
            <w:tcW w:w="2438" w:type="dxa"/>
            <w:shd w:val="clear" w:color="auto" w:fill="12324B"/>
          </w:tcPr>
          <w:p w14:paraId="1090837F" w14:textId="77777777" w:rsidR="00E54E13" w:rsidRDefault="00000000">
            <w:pPr>
              <w:spacing w:before="30" w:after="30" w:line="236" w:lineRule="exact"/>
              <w:rPr>
                <w:rFonts w:hint="eastAsia"/>
              </w:rPr>
            </w:pPr>
            <w:r>
              <w:rPr>
                <w:b/>
                <w:color w:val="FFFFFF"/>
                <w:sz w:val="18"/>
              </w:rPr>
              <w:t>Profilo</w:t>
            </w:r>
          </w:p>
        </w:tc>
        <w:tc>
          <w:tcPr>
            <w:tcW w:w="7313" w:type="dxa"/>
            <w:shd w:val="clear" w:color="auto" w:fill="12324B"/>
          </w:tcPr>
          <w:p w14:paraId="131159E2" w14:textId="77777777" w:rsidR="00E54E13" w:rsidRDefault="00000000">
            <w:pPr>
              <w:spacing w:before="30" w:after="30" w:line="236" w:lineRule="exact"/>
              <w:rPr>
                <w:rFonts w:hint="eastAsia"/>
              </w:rPr>
            </w:pPr>
            <w:r>
              <w:rPr>
                <w:b/>
                <w:color w:val="FFFFFF"/>
                <w:sz w:val="18"/>
              </w:rPr>
              <w:t>Requisito e ambito</w:t>
            </w:r>
          </w:p>
        </w:tc>
      </w:tr>
      <w:tr w:rsidR="00E54E13" w14:paraId="06C786AC" w14:textId="77777777">
        <w:trPr>
          <w:cantSplit/>
          <w:jc w:val="center"/>
        </w:trPr>
        <w:tc>
          <w:tcPr>
            <w:tcW w:w="2438" w:type="dxa"/>
            <w:vAlign w:val="center"/>
          </w:tcPr>
          <w:p w14:paraId="153D728A" w14:textId="77777777" w:rsidR="00E54E13" w:rsidRDefault="00000000">
            <w:pPr>
              <w:spacing w:before="30" w:after="30" w:line="236" w:lineRule="exact"/>
              <w:rPr>
                <w:rFonts w:hint="eastAsia"/>
              </w:rPr>
            </w:pPr>
            <w:r>
              <w:rPr>
                <w:sz w:val="18"/>
              </w:rPr>
              <w:t>PES – Persona Esperta</w:t>
            </w:r>
          </w:p>
        </w:tc>
        <w:tc>
          <w:tcPr>
            <w:tcW w:w="7313" w:type="dxa"/>
            <w:vAlign w:val="center"/>
          </w:tcPr>
          <w:p w14:paraId="715FE455" w14:textId="77777777" w:rsidR="00E54E13" w:rsidRDefault="00000000">
            <w:pPr>
              <w:spacing w:before="30" w:after="30" w:line="236" w:lineRule="exact"/>
              <w:rPr>
                <w:rFonts w:hint="eastAsia"/>
              </w:rPr>
            </w:pPr>
            <w:r>
              <w:rPr>
                <w:sz w:val="18"/>
              </w:rPr>
              <w:t>Istruzione, conoscenze ed esperienza consentono di analizzare il rischio e di evitare i pericoli elettrici. Per la specifica tipologia di lavoro deve possedere completamente istruzione, esperienza e caratteristiche personali richieste.</w:t>
            </w:r>
          </w:p>
        </w:tc>
      </w:tr>
      <w:tr w:rsidR="00E54E13" w14:paraId="274AECD4" w14:textId="77777777">
        <w:trPr>
          <w:cantSplit/>
          <w:jc w:val="center"/>
        </w:trPr>
        <w:tc>
          <w:tcPr>
            <w:tcW w:w="2438" w:type="dxa"/>
            <w:shd w:val="clear" w:color="auto" w:fill="F6F8FA"/>
            <w:vAlign w:val="center"/>
          </w:tcPr>
          <w:p w14:paraId="2F861647" w14:textId="77777777" w:rsidR="00E54E13" w:rsidRDefault="00000000">
            <w:pPr>
              <w:spacing w:before="30" w:after="30" w:line="236" w:lineRule="exact"/>
              <w:rPr>
                <w:rFonts w:hint="eastAsia"/>
              </w:rPr>
            </w:pPr>
            <w:r>
              <w:rPr>
                <w:sz w:val="18"/>
              </w:rPr>
              <w:t>PAV – Persona Avvertita</w:t>
            </w:r>
          </w:p>
        </w:tc>
        <w:tc>
          <w:tcPr>
            <w:tcW w:w="7313" w:type="dxa"/>
            <w:shd w:val="clear" w:color="auto" w:fill="F6F8FA"/>
            <w:vAlign w:val="center"/>
          </w:tcPr>
          <w:p w14:paraId="4611788F" w14:textId="77777777" w:rsidR="00E54E13" w:rsidRDefault="00000000">
            <w:pPr>
              <w:spacing w:before="30" w:after="30" w:line="236" w:lineRule="exact"/>
              <w:rPr>
                <w:rFonts w:hint="eastAsia"/>
              </w:rPr>
            </w:pPr>
            <w:r>
              <w:rPr>
                <w:sz w:val="18"/>
              </w:rPr>
              <w:t>Riceve da persone esperte informazioni adeguate a evitare i pericoli elettrici. I tre requisiti non sono posseduti completamente, ma sono soddisfatti almeno in parte, nel contesto di competenze effettivamente utilizzabili per il compito.</w:t>
            </w:r>
          </w:p>
        </w:tc>
      </w:tr>
      <w:tr w:rsidR="00E54E13" w14:paraId="42D5EDD4" w14:textId="77777777">
        <w:trPr>
          <w:cantSplit/>
          <w:jc w:val="center"/>
        </w:trPr>
        <w:tc>
          <w:tcPr>
            <w:tcW w:w="2438" w:type="dxa"/>
            <w:vAlign w:val="center"/>
          </w:tcPr>
          <w:p w14:paraId="006C438E" w14:textId="77777777" w:rsidR="00E54E13" w:rsidRDefault="00000000">
            <w:pPr>
              <w:spacing w:before="30" w:after="30" w:line="236" w:lineRule="exact"/>
              <w:rPr>
                <w:rFonts w:hint="eastAsia"/>
              </w:rPr>
            </w:pPr>
            <w:r>
              <w:rPr>
                <w:sz w:val="18"/>
              </w:rPr>
              <w:t>PEC – Persona Comune</w:t>
            </w:r>
          </w:p>
        </w:tc>
        <w:tc>
          <w:tcPr>
            <w:tcW w:w="7313" w:type="dxa"/>
            <w:vAlign w:val="center"/>
          </w:tcPr>
          <w:p w14:paraId="54685D73" w14:textId="77777777" w:rsidR="00E54E13" w:rsidRDefault="00000000">
            <w:pPr>
              <w:spacing w:before="30" w:after="30" w:line="236" w:lineRule="exact"/>
              <w:rPr>
                <w:rFonts w:hint="eastAsia"/>
              </w:rPr>
            </w:pPr>
            <w:r>
              <w:rPr>
                <w:sz w:val="18"/>
              </w:rPr>
              <w:t>Per il lavoro considerato non è PES né PAV. Non occorre un atto formale di attribuzione della condizione PEC.</w:t>
            </w:r>
          </w:p>
        </w:tc>
      </w:tr>
      <w:tr w:rsidR="00E54E13" w14:paraId="2418E71F" w14:textId="77777777">
        <w:trPr>
          <w:cantSplit/>
          <w:jc w:val="center"/>
        </w:trPr>
        <w:tc>
          <w:tcPr>
            <w:tcW w:w="2438" w:type="dxa"/>
            <w:shd w:val="clear" w:color="auto" w:fill="F6F8FA"/>
            <w:vAlign w:val="center"/>
          </w:tcPr>
          <w:p w14:paraId="2411B648" w14:textId="77777777" w:rsidR="00E54E13" w:rsidRDefault="00000000">
            <w:pPr>
              <w:spacing w:before="30" w:after="30" w:line="236" w:lineRule="exact"/>
              <w:rPr>
                <w:rFonts w:hint="eastAsia"/>
              </w:rPr>
            </w:pPr>
            <w:r>
              <w:rPr>
                <w:sz w:val="18"/>
              </w:rPr>
              <w:t>Idoneità sotto tensione BT</w:t>
            </w:r>
          </w:p>
        </w:tc>
        <w:tc>
          <w:tcPr>
            <w:tcW w:w="7313" w:type="dxa"/>
            <w:shd w:val="clear" w:color="auto" w:fill="F6F8FA"/>
            <w:vAlign w:val="center"/>
          </w:tcPr>
          <w:p w14:paraId="568AC0F2" w14:textId="77777777" w:rsidR="00E54E13" w:rsidRDefault="00000000">
            <w:pPr>
              <w:spacing w:before="30" w:after="30" w:line="236" w:lineRule="exact"/>
              <w:rPr>
                <w:rFonts w:hint="eastAsia"/>
              </w:rPr>
            </w:pPr>
            <w:r>
              <w:rPr>
                <w:sz w:val="18"/>
              </w:rPr>
              <w:t>Ulteriore riconoscimento della capacità tecnica e pratica di una PES o PAV a eseguire uno o più lavori sotto tensione specificati dal datore di lavoro.</w:t>
            </w:r>
          </w:p>
        </w:tc>
      </w:tr>
    </w:tbl>
    <w:p w14:paraId="6A67569E" w14:textId="77777777" w:rsidR="00E54E13" w:rsidRDefault="00E54E13">
      <w:pPr>
        <w:spacing w:after="40" w:line="40" w:lineRule="exact"/>
        <w:rPr>
          <w:rFonts w:hint="eastAsia"/>
        </w:rPr>
      </w:pPr>
    </w:p>
    <w:p w14:paraId="1972DABF" w14:textId="77777777" w:rsidR="00E54E13" w:rsidRDefault="00000000">
      <w:pPr>
        <w:pStyle w:val="Titolo2"/>
      </w:pPr>
      <w:r>
        <w:t>3.1 Autonomia della PAV</w:t>
      </w:r>
    </w:p>
    <w:p w14:paraId="663E81B7" w14:textId="77777777" w:rsidR="00E54E13" w:rsidRDefault="00000000">
      <w:pPr>
        <w:rPr>
          <w:rFonts w:hint="eastAsia"/>
        </w:rPr>
      </w:pPr>
      <w:r>
        <w:t>Una PAV può svolgere da sola una specifica attività solo dopo un’adeguata informazione da parte di una PES per quella attività, avendo compreso procedure, istruzioni e informazioni ed essendo consapevole di saperle applicare correttamente. Ciò non elimina la supervisione richiesta dall’organizzazione del lavoro né equivale a un permesso per qualsiasi intervento.</w:t>
      </w:r>
    </w:p>
    <w:p w14:paraId="07032964" w14:textId="77777777" w:rsidR="00E54E13" w:rsidRDefault="00000000">
      <w:pPr>
        <w:pStyle w:val="Titolo2"/>
      </w:pPr>
      <w:r>
        <w:t>3.2 Personale tecnico e variazione dell’ambito</w:t>
      </w:r>
    </w:p>
    <w:p w14:paraId="1F57A7FD" w14:textId="77777777" w:rsidR="00E54E13" w:rsidRDefault="00000000">
      <w:pPr>
        <w:rPr>
          <w:rFonts w:hint="eastAsia"/>
        </w:rPr>
      </w:pPr>
      <w:r>
        <w:t>PES e PAV non sono qualifiche riservate al solo personale esecutivo: possono riguardare anche personale tecnico coinvolto nell’organizzazione e realizzazione dei lavori. Le conoscenze sono valutate rispetto ai compiti effettivi. Un’esperienza su una tipologia di impianto non viene estesa automaticamente ad altre attività.</w:t>
      </w:r>
    </w:p>
    <w:tbl>
      <w:tblPr>
        <w:tblW w:w="0" w:type="auto"/>
        <w:tblLayout w:type="fixed"/>
        <w:tblLook w:val="04A0" w:firstRow="1" w:lastRow="0" w:firstColumn="1" w:lastColumn="0" w:noHBand="0" w:noVBand="1"/>
      </w:tblPr>
      <w:tblGrid>
        <w:gridCol w:w="9752"/>
      </w:tblGrid>
      <w:tr w:rsidR="00E54E13" w14:paraId="793E4788" w14:textId="77777777">
        <w:tc>
          <w:tcPr>
            <w:tcW w:w="9752" w:type="dxa"/>
            <w:shd w:val="clear" w:color="auto" w:fill="FFF5E3"/>
            <w:tcMar>
              <w:top w:w="110" w:type="dxa"/>
              <w:left w:w="150" w:type="dxa"/>
              <w:bottom w:w="110" w:type="dxa"/>
              <w:right w:w="150" w:type="dxa"/>
            </w:tcMar>
          </w:tcPr>
          <w:p w14:paraId="00D45368" w14:textId="77777777" w:rsidR="00E54E13" w:rsidRDefault="00000000">
            <w:pPr>
              <w:spacing w:after="80"/>
              <w:rPr>
                <w:rFonts w:hint="eastAsia"/>
              </w:rPr>
            </w:pPr>
            <w:r>
              <w:rPr>
                <w:b/>
                <w:color w:val="AA761B"/>
              </w:rPr>
              <w:t>DISTINZIONI DA MANTENERE</w:t>
            </w:r>
          </w:p>
          <w:p w14:paraId="6C905CA0" w14:textId="77777777" w:rsidR="00E54E13" w:rsidRDefault="00000000">
            <w:pPr>
              <w:spacing w:after="20" w:line="250" w:lineRule="exact"/>
              <w:rPr>
                <w:rFonts w:hint="eastAsia"/>
              </w:rPr>
            </w:pPr>
            <w:r>
              <w:rPr>
                <w:sz w:val="18"/>
              </w:rPr>
              <w:t>Attestato formativo, attribuzione PES/PAV, idoneità tecnica sotto tensione e autorizzazione sono evidenze diverse. L’idoneità alla mansione espressa dal medico competente, quando prevista, non sostituisce il riconoscimento tecnico del datore di lavoro.</w:t>
            </w:r>
          </w:p>
        </w:tc>
      </w:tr>
    </w:tbl>
    <w:p w14:paraId="654B16E1" w14:textId="77777777" w:rsidR="00E54E13" w:rsidRDefault="00E54E13">
      <w:pPr>
        <w:spacing w:after="20" w:line="40" w:lineRule="exact"/>
        <w:rPr>
          <w:rFonts w:hint="eastAsia"/>
        </w:rPr>
      </w:pPr>
    </w:p>
    <w:p w14:paraId="0CB993ED" w14:textId="77777777" w:rsidR="00E54E13" w:rsidRDefault="00000000">
      <w:pPr>
        <w:pStyle w:val="Source"/>
        <w:rPr>
          <w:rFonts w:hint="eastAsia"/>
        </w:rPr>
      </w:pPr>
      <w:r>
        <w:t>Definizioni e requisiti: [I1], pp. 1–2 e 5. Applicazione aziendale: A02–A04, A08–A10.</w:t>
      </w:r>
    </w:p>
    <w:p w14:paraId="466CAAF0" w14:textId="77777777" w:rsidR="00E54E13" w:rsidRDefault="00000000">
      <w:pPr>
        <w:pStyle w:val="Eyebrow"/>
        <w:keepNext/>
        <w:pageBreakBefore/>
        <w:rPr>
          <w:rFonts w:hint="eastAsia"/>
        </w:rPr>
      </w:pPr>
      <w:r>
        <w:t>PARTE I  /  PROCEDURA AZIENDALE</w:t>
      </w:r>
    </w:p>
    <w:p w14:paraId="51E689BC" w14:textId="77777777" w:rsidR="00E54E13" w:rsidRDefault="00000000">
      <w:pPr>
        <w:pStyle w:val="Titolo1"/>
      </w:pPr>
      <w:bookmarkStart w:id="8" w:name="B9_04"/>
      <w:r>
        <w:t>04  Funzioni aziendali e responsabilità</w:t>
      </w:r>
      <w:bookmarkEnd w:id="8"/>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381"/>
        <w:gridCol w:w="7370"/>
      </w:tblGrid>
      <w:tr w:rsidR="00E54E13" w14:paraId="7C59B997" w14:textId="77777777">
        <w:trPr>
          <w:tblHeader/>
          <w:jc w:val="center"/>
        </w:trPr>
        <w:tc>
          <w:tcPr>
            <w:tcW w:w="2381" w:type="dxa"/>
            <w:shd w:val="clear" w:color="auto" w:fill="12324B"/>
          </w:tcPr>
          <w:p w14:paraId="143ED541" w14:textId="77777777" w:rsidR="00E54E13" w:rsidRDefault="00000000">
            <w:pPr>
              <w:spacing w:before="30" w:after="30" w:line="232" w:lineRule="exact"/>
              <w:rPr>
                <w:rFonts w:hint="eastAsia"/>
              </w:rPr>
            </w:pPr>
            <w:r>
              <w:rPr>
                <w:b/>
                <w:color w:val="FFFFFF"/>
                <w:sz w:val="18"/>
              </w:rPr>
              <w:t>Funzione</w:t>
            </w:r>
          </w:p>
        </w:tc>
        <w:tc>
          <w:tcPr>
            <w:tcW w:w="7370" w:type="dxa"/>
            <w:shd w:val="clear" w:color="auto" w:fill="12324B"/>
          </w:tcPr>
          <w:p w14:paraId="4987DDED" w14:textId="77777777" w:rsidR="00E54E13" w:rsidRDefault="00000000">
            <w:pPr>
              <w:spacing w:before="30" w:after="30" w:line="232" w:lineRule="exact"/>
              <w:rPr>
                <w:rFonts w:hint="eastAsia"/>
              </w:rPr>
            </w:pPr>
            <w:r>
              <w:rPr>
                <w:b/>
                <w:color w:val="FFFFFF"/>
                <w:sz w:val="18"/>
              </w:rPr>
              <w:t>Responsabilità e limiti</w:t>
            </w:r>
          </w:p>
        </w:tc>
      </w:tr>
      <w:tr w:rsidR="00E54E13" w14:paraId="5B65E0A5" w14:textId="77777777">
        <w:trPr>
          <w:cantSplit/>
          <w:jc w:val="center"/>
        </w:trPr>
        <w:tc>
          <w:tcPr>
            <w:tcW w:w="2381" w:type="dxa"/>
            <w:vAlign w:val="center"/>
          </w:tcPr>
          <w:p w14:paraId="1931D6A9" w14:textId="77777777" w:rsidR="00E54E13" w:rsidRDefault="00000000">
            <w:pPr>
              <w:spacing w:before="30" w:after="30" w:line="232" w:lineRule="exact"/>
              <w:rPr>
                <w:rFonts w:hint="eastAsia"/>
              </w:rPr>
            </w:pPr>
            <w:r>
              <w:rPr>
                <w:sz w:val="18"/>
              </w:rPr>
              <w:t>Datore di lavoro</w:t>
            </w:r>
          </w:p>
        </w:tc>
        <w:tc>
          <w:tcPr>
            <w:tcW w:w="7370" w:type="dxa"/>
            <w:vAlign w:val="center"/>
          </w:tcPr>
          <w:p w14:paraId="2804CE2A" w14:textId="77777777" w:rsidR="00E54E13" w:rsidRDefault="00000000">
            <w:pPr>
              <w:spacing w:before="30" w:after="30" w:line="232" w:lineRule="exact"/>
              <w:rPr>
                <w:rFonts w:hint="eastAsia"/>
              </w:rPr>
            </w:pPr>
            <w:r>
              <w:rPr>
                <w:sz w:val="18"/>
              </w:rPr>
              <w:t>Valuta i rischi e assicura misure, risorse e formazione; valuta i requisiti dei dipendenti, attribuisce per iscritto PES/PAV e attesta l’idoneità sotto tensione; autorizza le attività e può revocare i riconoscimenti.</w:t>
            </w:r>
          </w:p>
        </w:tc>
      </w:tr>
      <w:tr w:rsidR="00E54E13" w14:paraId="60B71383" w14:textId="77777777">
        <w:trPr>
          <w:cantSplit/>
          <w:jc w:val="center"/>
        </w:trPr>
        <w:tc>
          <w:tcPr>
            <w:tcW w:w="2381" w:type="dxa"/>
            <w:shd w:val="clear" w:color="auto" w:fill="F6F8FA"/>
            <w:vAlign w:val="center"/>
          </w:tcPr>
          <w:p w14:paraId="6E680D67" w14:textId="77777777" w:rsidR="00E54E13" w:rsidRDefault="00000000">
            <w:pPr>
              <w:spacing w:before="30" w:after="30" w:line="232" w:lineRule="exact"/>
              <w:rPr>
                <w:rFonts w:hint="eastAsia"/>
              </w:rPr>
            </w:pPr>
            <w:r>
              <w:rPr>
                <w:sz w:val="18"/>
              </w:rPr>
              <w:t>GI – Gestore dell’impianto elettrico</w:t>
            </w:r>
          </w:p>
        </w:tc>
        <w:tc>
          <w:tcPr>
            <w:tcW w:w="7370" w:type="dxa"/>
            <w:shd w:val="clear" w:color="auto" w:fill="F6F8FA"/>
            <w:vAlign w:val="center"/>
          </w:tcPr>
          <w:p w14:paraId="28D7251A" w14:textId="77777777" w:rsidR="00E54E13" w:rsidRDefault="00000000">
            <w:pPr>
              <w:spacing w:before="30" w:after="30" w:line="232" w:lineRule="exact"/>
              <w:rPr>
                <w:rFonts w:hint="eastAsia"/>
              </w:rPr>
            </w:pPr>
            <w:r>
              <w:rPr>
                <w:sz w:val="18"/>
              </w:rPr>
              <w:t>Nel documento INAIL è richiamato come soggetto che designa il RI. L’azienda definisce identificazione, competenze e ulteriori interfacce mediante documenti coerenti con la norma integrale.</w:t>
            </w:r>
          </w:p>
        </w:tc>
      </w:tr>
      <w:tr w:rsidR="00E54E13" w14:paraId="1D2CE72B" w14:textId="77777777">
        <w:trPr>
          <w:cantSplit/>
          <w:jc w:val="center"/>
        </w:trPr>
        <w:tc>
          <w:tcPr>
            <w:tcW w:w="2381" w:type="dxa"/>
            <w:vAlign w:val="center"/>
          </w:tcPr>
          <w:p w14:paraId="6A7463DA" w14:textId="77777777" w:rsidR="00E54E13" w:rsidRDefault="00000000">
            <w:pPr>
              <w:spacing w:before="30" w:after="30" w:line="232" w:lineRule="exact"/>
              <w:rPr>
                <w:rFonts w:hint="eastAsia"/>
              </w:rPr>
            </w:pPr>
            <w:r>
              <w:rPr>
                <w:sz w:val="18"/>
              </w:rPr>
              <w:t>RI – Responsabile dell’Impianto</w:t>
            </w:r>
          </w:p>
        </w:tc>
        <w:tc>
          <w:tcPr>
            <w:tcW w:w="7370" w:type="dxa"/>
            <w:vAlign w:val="center"/>
          </w:tcPr>
          <w:p w14:paraId="0E27852E" w14:textId="77777777" w:rsidR="00E54E13" w:rsidRDefault="00000000">
            <w:pPr>
              <w:spacing w:before="30" w:after="30" w:line="232" w:lineRule="exact"/>
              <w:rPr>
                <w:rFonts w:hint="eastAsia"/>
              </w:rPr>
            </w:pPr>
            <w:r>
              <w:rPr>
                <w:sz w:val="18"/>
              </w:rPr>
              <w:t>È PES; cura l’assetto sicuro dell’impianto durante i lavori, il PdL se previsto, la delimitazione e il passaggio dell’impianto al RLE e la sua restituzione.</w:t>
            </w:r>
          </w:p>
        </w:tc>
      </w:tr>
      <w:tr w:rsidR="00E54E13" w14:paraId="17BED411" w14:textId="77777777">
        <w:trPr>
          <w:cantSplit/>
          <w:jc w:val="center"/>
        </w:trPr>
        <w:tc>
          <w:tcPr>
            <w:tcW w:w="2381" w:type="dxa"/>
            <w:shd w:val="clear" w:color="auto" w:fill="F6F8FA"/>
            <w:vAlign w:val="center"/>
          </w:tcPr>
          <w:p w14:paraId="5EAD0B99" w14:textId="77777777" w:rsidR="00E54E13" w:rsidRDefault="00000000">
            <w:pPr>
              <w:spacing w:before="30" w:after="30" w:line="232" w:lineRule="exact"/>
              <w:rPr>
                <w:rFonts w:hint="eastAsia"/>
              </w:rPr>
            </w:pPr>
            <w:r>
              <w:rPr>
                <w:sz w:val="18"/>
              </w:rPr>
              <w:t>GL – Gestore programmazione Lavoro</w:t>
            </w:r>
          </w:p>
        </w:tc>
        <w:tc>
          <w:tcPr>
            <w:tcW w:w="7370" w:type="dxa"/>
            <w:shd w:val="clear" w:color="auto" w:fill="F6F8FA"/>
            <w:vAlign w:val="center"/>
          </w:tcPr>
          <w:p w14:paraId="2FA2E884" w14:textId="77777777" w:rsidR="00E54E13" w:rsidRDefault="00000000">
            <w:pPr>
              <w:spacing w:before="30" w:after="30" w:line="232" w:lineRule="exact"/>
              <w:rPr>
                <w:rFonts w:hint="eastAsia"/>
              </w:rPr>
            </w:pPr>
            <w:r>
              <w:rPr>
                <w:sz w:val="18"/>
              </w:rPr>
              <w:t>Programma e organizza prima dei lavori; individua RLE e addetti, verifica risorse, formazione ed eventuale idoneità e definisce il tipo di supervisione.</w:t>
            </w:r>
          </w:p>
        </w:tc>
      </w:tr>
      <w:tr w:rsidR="00E54E13" w14:paraId="6D6C89C3" w14:textId="77777777">
        <w:trPr>
          <w:cantSplit/>
          <w:jc w:val="center"/>
        </w:trPr>
        <w:tc>
          <w:tcPr>
            <w:tcW w:w="2381" w:type="dxa"/>
            <w:vAlign w:val="center"/>
          </w:tcPr>
          <w:p w14:paraId="0EDA47ED" w14:textId="77777777" w:rsidR="00E54E13" w:rsidRDefault="00000000">
            <w:pPr>
              <w:spacing w:before="30" w:after="30" w:line="232" w:lineRule="exact"/>
              <w:rPr>
                <w:rFonts w:hint="eastAsia"/>
              </w:rPr>
            </w:pPr>
            <w:r>
              <w:rPr>
                <w:sz w:val="18"/>
              </w:rPr>
              <w:t>RLE – Responsabile del Lavoro Elettrico</w:t>
            </w:r>
          </w:p>
        </w:tc>
        <w:tc>
          <w:tcPr>
            <w:tcW w:w="7370" w:type="dxa"/>
            <w:vAlign w:val="center"/>
          </w:tcPr>
          <w:p w14:paraId="670607F7" w14:textId="77777777" w:rsidR="00E54E13" w:rsidRDefault="00000000">
            <w:pPr>
              <w:spacing w:before="30" w:after="30" w:line="232" w:lineRule="exact"/>
              <w:rPr>
                <w:rFonts w:hint="eastAsia"/>
              </w:rPr>
            </w:pPr>
            <w:r>
              <w:rPr>
                <w:sz w:val="18"/>
              </w:rPr>
              <w:t>È PES con approfondita esperienza sugli impianti interessati; gestisce i lavori sul posto, mantiene la supervisione e decide avvio, continuazione, sospensione, ripresa e termine.</w:t>
            </w:r>
          </w:p>
        </w:tc>
      </w:tr>
      <w:tr w:rsidR="00E54E13" w14:paraId="68650038" w14:textId="77777777">
        <w:trPr>
          <w:cantSplit/>
          <w:jc w:val="center"/>
        </w:trPr>
        <w:tc>
          <w:tcPr>
            <w:tcW w:w="2381" w:type="dxa"/>
            <w:shd w:val="clear" w:color="auto" w:fill="F6F8FA"/>
            <w:vAlign w:val="center"/>
          </w:tcPr>
          <w:p w14:paraId="77EDE16B" w14:textId="77777777" w:rsidR="00E54E13" w:rsidRDefault="00000000">
            <w:pPr>
              <w:spacing w:before="30" w:after="30" w:line="232" w:lineRule="exact"/>
              <w:rPr>
                <w:rFonts w:hint="eastAsia"/>
              </w:rPr>
            </w:pPr>
            <w:r>
              <w:rPr>
                <w:sz w:val="18"/>
              </w:rPr>
              <w:t>RSPP / SPP [AZ]</w:t>
            </w:r>
          </w:p>
        </w:tc>
        <w:tc>
          <w:tcPr>
            <w:tcW w:w="7370" w:type="dxa"/>
            <w:shd w:val="clear" w:color="auto" w:fill="F6F8FA"/>
            <w:vAlign w:val="center"/>
          </w:tcPr>
          <w:p w14:paraId="7BEDAF24" w14:textId="77777777" w:rsidR="00E54E13" w:rsidRDefault="00000000">
            <w:pPr>
              <w:spacing w:before="30" w:after="30" w:line="232" w:lineRule="exact"/>
              <w:rPr>
                <w:rFonts w:hint="eastAsia"/>
              </w:rPr>
            </w:pPr>
            <w:r>
              <w:rPr>
                <w:sz w:val="18"/>
              </w:rPr>
              <w:t>Supporta analisi dei fabbisogni, coerenza documentale e controlli. Non sostituisce il datore di lavoro nelle attribuzioni ai dipendenti né assume automaticamente il ruolo di RI/RLE.</w:t>
            </w:r>
          </w:p>
        </w:tc>
      </w:tr>
      <w:tr w:rsidR="00E54E13" w14:paraId="1155F465" w14:textId="77777777">
        <w:trPr>
          <w:cantSplit/>
          <w:jc w:val="center"/>
        </w:trPr>
        <w:tc>
          <w:tcPr>
            <w:tcW w:w="2381" w:type="dxa"/>
            <w:vAlign w:val="center"/>
          </w:tcPr>
          <w:p w14:paraId="05C66633" w14:textId="77777777" w:rsidR="00E54E13" w:rsidRDefault="00000000">
            <w:pPr>
              <w:spacing w:before="30" w:after="30" w:line="232" w:lineRule="exact"/>
              <w:rPr>
                <w:rFonts w:hint="eastAsia"/>
              </w:rPr>
            </w:pPr>
            <w:r>
              <w:rPr>
                <w:sz w:val="18"/>
              </w:rPr>
              <w:t>Medico competente</w:t>
            </w:r>
          </w:p>
        </w:tc>
        <w:tc>
          <w:tcPr>
            <w:tcW w:w="7370" w:type="dxa"/>
            <w:vAlign w:val="center"/>
          </w:tcPr>
          <w:p w14:paraId="274B5DB0" w14:textId="77777777" w:rsidR="00E54E13" w:rsidRDefault="00000000">
            <w:pPr>
              <w:spacing w:before="30" w:after="30" w:line="232" w:lineRule="exact"/>
              <w:rPr>
                <w:rFonts w:hint="eastAsia"/>
              </w:rPr>
            </w:pPr>
            <w:r>
              <w:rPr>
                <w:sz w:val="18"/>
              </w:rPr>
              <w:t>Esprime il giudizio sulla mansione nei casi previsti; può fornire il parere richiamato da INAIL sui requisiti psicofisici. Non rilascia la qualifica elettrica né l’autorizzazione tecnica.</w:t>
            </w:r>
          </w:p>
        </w:tc>
      </w:tr>
      <w:tr w:rsidR="00E54E13" w14:paraId="03CF9A8F" w14:textId="77777777">
        <w:trPr>
          <w:cantSplit/>
          <w:jc w:val="center"/>
        </w:trPr>
        <w:tc>
          <w:tcPr>
            <w:tcW w:w="2381" w:type="dxa"/>
            <w:shd w:val="clear" w:color="auto" w:fill="F6F8FA"/>
            <w:vAlign w:val="center"/>
          </w:tcPr>
          <w:p w14:paraId="298D76CC" w14:textId="77777777" w:rsidR="00E54E13" w:rsidRDefault="00000000">
            <w:pPr>
              <w:spacing w:before="30" w:after="30" w:line="232" w:lineRule="exact"/>
              <w:rPr>
                <w:rFonts w:hint="eastAsia"/>
              </w:rPr>
            </w:pPr>
            <w:r>
              <w:rPr>
                <w:sz w:val="18"/>
              </w:rPr>
              <w:t>Formatori e tutor [AZ]</w:t>
            </w:r>
          </w:p>
        </w:tc>
        <w:tc>
          <w:tcPr>
            <w:tcW w:w="7370" w:type="dxa"/>
            <w:shd w:val="clear" w:color="auto" w:fill="F6F8FA"/>
            <w:vAlign w:val="center"/>
          </w:tcPr>
          <w:p w14:paraId="33133B1D" w14:textId="77777777" w:rsidR="00E54E13" w:rsidRDefault="00000000">
            <w:pPr>
              <w:spacing w:before="30" w:after="30" w:line="232" w:lineRule="exact"/>
              <w:rPr>
                <w:rFonts w:hint="eastAsia"/>
              </w:rPr>
            </w:pPr>
            <w:r>
              <w:rPr>
                <w:sz w:val="18"/>
              </w:rPr>
              <w:t>Documentano attività e risultati nei limiti delle competenze possedute; non attribuiscono automaticamente qualifiche aziendali o idoneità.</w:t>
            </w:r>
          </w:p>
        </w:tc>
      </w:tr>
      <w:tr w:rsidR="00E54E13" w14:paraId="754DE005" w14:textId="77777777">
        <w:trPr>
          <w:cantSplit/>
          <w:jc w:val="center"/>
        </w:trPr>
        <w:tc>
          <w:tcPr>
            <w:tcW w:w="2381" w:type="dxa"/>
            <w:vAlign w:val="center"/>
          </w:tcPr>
          <w:p w14:paraId="4E691D51" w14:textId="77777777" w:rsidR="00E54E13" w:rsidRDefault="00000000">
            <w:pPr>
              <w:spacing w:before="30" w:after="30" w:line="232" w:lineRule="exact"/>
              <w:rPr>
                <w:rFonts w:hint="eastAsia"/>
              </w:rPr>
            </w:pPr>
            <w:r>
              <w:rPr>
                <w:sz w:val="18"/>
              </w:rPr>
              <w:t>Lavoratori [AZ]</w:t>
            </w:r>
          </w:p>
        </w:tc>
        <w:tc>
          <w:tcPr>
            <w:tcW w:w="7370" w:type="dxa"/>
            <w:vAlign w:val="center"/>
          </w:tcPr>
          <w:p w14:paraId="31967D33" w14:textId="77777777" w:rsidR="00E54E13" w:rsidRDefault="00000000">
            <w:pPr>
              <w:spacing w:before="30" w:after="30" w:line="232" w:lineRule="exact"/>
              <w:rPr>
                <w:rFonts w:hint="eastAsia"/>
              </w:rPr>
            </w:pPr>
            <w:r>
              <w:rPr>
                <w:sz w:val="18"/>
              </w:rPr>
              <w:t>Operano entro compiti e limiti ricevuti, applicano le istruzioni, partecipano alla formazione e segnalano dubbi, variazioni e condizioni pericolose.</w:t>
            </w:r>
          </w:p>
        </w:tc>
      </w:tr>
    </w:tbl>
    <w:p w14:paraId="47981F7E" w14:textId="77777777" w:rsidR="00E54E13" w:rsidRDefault="00E54E13">
      <w:pPr>
        <w:spacing w:after="40" w:line="40" w:lineRule="exact"/>
        <w:rPr>
          <w:rFonts w:hint="eastAsia"/>
        </w:rPr>
      </w:pPr>
    </w:p>
    <w:p w14:paraId="31FD1265" w14:textId="77777777" w:rsidR="00E54E13" w:rsidRDefault="00000000">
      <w:pPr>
        <w:pStyle w:val="Titolo2"/>
      </w:pPr>
      <w:r>
        <w:t>Formalizzazione delle interfacce [AZ]</w:t>
      </w:r>
    </w:p>
    <w:p w14:paraId="54B77C90" w14:textId="77777777" w:rsidR="00E54E13" w:rsidRDefault="00000000">
      <w:pPr>
        <w:rPr>
          <w:rFonts w:hint="eastAsia"/>
        </w:rPr>
      </w:pPr>
      <w:r>
        <w:t>Il modulo A12 identifica persone, designanti, ambiti, recapiti e sostituzioni. La presenza di una qualifica non costituisce da sola designazione a un ruolo. Le eventuali funzioni aziendali di dirigente o preposto restano disciplinate dai rispettivi atti: questa procedura non le attribuisce automaticamente al RLE.</w:t>
      </w:r>
    </w:p>
    <w:p w14:paraId="1E329248" w14:textId="77777777" w:rsidR="00E54E13" w:rsidRDefault="00000000">
      <w:pPr>
        <w:pStyle w:val="Source"/>
        <w:rPr>
          <w:rFonts w:hint="eastAsia"/>
        </w:rPr>
      </w:pPr>
      <w:r>
        <w:t>Responsabilità tecniche: [I1], pp. 2–5. Le funzioni di supporto e la formalizzazione aggiuntiva sono [AZ]. Allegato A12.</w:t>
      </w:r>
    </w:p>
    <w:p w14:paraId="15229233" w14:textId="77777777" w:rsidR="00E54E13" w:rsidRDefault="00000000">
      <w:pPr>
        <w:pStyle w:val="Eyebrow"/>
        <w:keepNext/>
        <w:pageBreakBefore/>
        <w:rPr>
          <w:rFonts w:hint="eastAsia"/>
        </w:rPr>
      </w:pPr>
      <w:r>
        <w:t>PARTE I  /  PROCEDURA AZIENDALE</w:t>
      </w:r>
    </w:p>
    <w:p w14:paraId="6A4F7149" w14:textId="77777777" w:rsidR="00E54E13" w:rsidRDefault="00000000">
      <w:pPr>
        <w:pStyle w:val="Titolo1"/>
      </w:pPr>
      <w:bookmarkStart w:id="9" w:name="B10_05"/>
      <w:r>
        <w:t>05  Mappa delle interfacce RI–GL–RLE</w:t>
      </w:r>
      <w:bookmarkEnd w:id="9"/>
    </w:p>
    <w:p w14:paraId="04B9F7A8" w14:textId="77777777" w:rsidR="00E54E13" w:rsidRDefault="00000000">
      <w:pPr>
        <w:keepNext/>
        <w:spacing w:before="100" w:after="40" w:line="240" w:lineRule="auto"/>
        <w:rPr>
          <w:rFonts w:hint="eastAsia"/>
        </w:rPr>
      </w:pPr>
      <w:r>
        <w:rPr>
          <w:noProof/>
        </w:rPr>
        <w:drawing>
          <wp:inline distT="0" distB="0" distL="0" distR="0" wp14:anchorId="0464C3A5" wp14:editId="28B25487">
            <wp:extent cx="6192000" cy="3766800"/>
            <wp:effectExtent l="0" t="0" r="0" b="0"/>
            <wp:docPr id="2" name="Picture 2" descr="Figura 1. Designazione, programmazione e conduzione dei lavori: sintesi dei compiti descritti da INAIL." title="F02_ru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2_ruoli.png"/>
                    <pic:cNvPicPr/>
                  </pic:nvPicPr>
                  <pic:blipFill>
                    <a:blip r:embed="rId9"/>
                    <a:stretch>
                      <a:fillRect/>
                    </a:stretch>
                  </pic:blipFill>
                  <pic:spPr>
                    <a:xfrm>
                      <a:off x="0" y="0"/>
                      <a:ext cx="6192000" cy="3766800"/>
                    </a:xfrm>
                    <a:prstGeom prst="rect">
                      <a:avLst/>
                    </a:prstGeom>
                  </pic:spPr>
                </pic:pic>
              </a:graphicData>
            </a:graphic>
          </wp:inline>
        </w:drawing>
      </w:r>
    </w:p>
    <w:p w14:paraId="6D5E9E5A" w14:textId="77777777" w:rsidR="00E54E13" w:rsidRDefault="00000000">
      <w:pPr>
        <w:pStyle w:val="Didascalia"/>
        <w:rPr>
          <w:rFonts w:hint="eastAsia"/>
        </w:rPr>
      </w:pPr>
      <w:r>
        <w:rPr>
          <w:b w:val="0"/>
        </w:rPr>
        <w:t>Figura 1. Designazione, programmazione e conduzione dei lavori: sintesi dei compiti descritti da INAIL.</w:t>
      </w:r>
    </w:p>
    <w:p w14:paraId="61EDD6FB" w14:textId="77777777" w:rsidR="00E54E13" w:rsidRDefault="00000000">
      <w:pPr>
        <w:pStyle w:val="Titolo2"/>
      </w:pPr>
      <w:r>
        <w:t>5.1 Coincidenza dei ruoli</w:t>
      </w:r>
    </w:p>
    <w:p w14:paraId="7C5D57C9" w14:textId="77777777" w:rsidR="00E54E13" w:rsidRDefault="00000000">
      <w:pPr>
        <w:rPr>
          <w:rFonts w:hint="eastAsia"/>
        </w:rPr>
      </w:pPr>
      <w:r>
        <w:t>Il ruolo di GL è sempre presente nell’organizzazione descritta da INAIL. Può essere assunto dalla stessa persona che ricopre il ruolo di RLE: in questo caso la persona deve essere PES. La predisposizione dell’eventuale PI da parte del GL è richiamata se il GL è PES. Non si impone indistintamente la qualifica PES a qualunque GL sulla sola base di questa sintesi.</w:t>
      </w:r>
    </w:p>
    <w:p w14:paraId="23FDBCD9" w14:textId="77777777" w:rsidR="00E54E13" w:rsidRDefault="00000000">
      <w:pPr>
        <w:pStyle w:val="Titolo2"/>
      </w:pPr>
      <w:r>
        <w:t>5.2 Continuità della responsabilità [AZ]</w:t>
      </w:r>
    </w:p>
    <w:p w14:paraId="58428A00" w14:textId="77777777" w:rsidR="00E54E13" w:rsidRDefault="00000000">
      <w:pPr>
        <w:rPr>
          <w:rFonts w:hint="eastAsia"/>
        </w:rPr>
      </w:pPr>
      <w:r>
        <w:t>Prima di ogni lavoro sono noti il RI e il RLE effettivamente incaricati e il modo per contattarli. L’azienda non considera una generica disponibilità telefonica equivalente alla presenza del RLE sul posto richiesta dal documento. Le sostituzioni sono gestite con A19 e non determinano interruzioni non controllate della supervisione.</w:t>
      </w:r>
    </w:p>
    <w:p w14:paraId="0BB5128C" w14:textId="77777777" w:rsidR="00E54E13" w:rsidRDefault="00000000">
      <w:pPr>
        <w:pStyle w:val="Source"/>
        <w:rPr>
          <w:rFonts w:hint="eastAsia"/>
        </w:rPr>
      </w:pPr>
      <w:r>
        <w:t>Fonte: [I1], pp. 3–4. Documentazione aziendale: A12, A16, A19, A20.</w:t>
      </w:r>
    </w:p>
    <w:p w14:paraId="3C953198" w14:textId="77777777" w:rsidR="00E54E13" w:rsidRDefault="00000000">
      <w:pPr>
        <w:pStyle w:val="Eyebrow"/>
        <w:keepNext/>
        <w:pageBreakBefore/>
        <w:rPr>
          <w:rFonts w:hint="eastAsia"/>
        </w:rPr>
      </w:pPr>
      <w:r>
        <w:t>PARTE I  /  PROCEDURA AZIENDALE</w:t>
      </w:r>
    </w:p>
    <w:p w14:paraId="429C588E" w14:textId="77777777" w:rsidR="00E54E13" w:rsidRDefault="00000000">
      <w:pPr>
        <w:pStyle w:val="Titolo1"/>
      </w:pPr>
      <w:bookmarkStart w:id="10" w:name="B11_06"/>
      <w:r>
        <w:t>06  Censimento dei lavori e analisi delle competenze</w:t>
      </w:r>
      <w:bookmarkEnd w:id="10"/>
    </w:p>
    <w:p w14:paraId="02FE0C3E" w14:textId="77777777" w:rsidR="00E54E13" w:rsidRDefault="00000000">
      <w:pPr>
        <w:pStyle w:val="Titolo2"/>
      </w:pPr>
      <w:r>
        <w:t>6.1 Definire il lavoro prima del profilo [AZ]</w:t>
      </w:r>
    </w:p>
    <w:p w14:paraId="67285307" w14:textId="77777777" w:rsidR="00E54E13" w:rsidRDefault="00000000">
      <w:pPr>
        <w:rPr>
          <w:rFonts w:hint="eastAsia"/>
        </w:rPr>
      </w:pPr>
      <w:r>
        <w:t>Il responsabile tecnico incaricato censisce in A01 gli impianti e le attività prevedibili, con tensione, confini, assetti, documentazione disponibile e possibili interferenze. In A02 collega ogni mansione alle singole attività e alle competenze richieste. Non si utilizzano solo il titolo professionale, l’anzianità o il nome del corso per decidere una qualifica.</w:t>
      </w:r>
    </w:p>
    <w:p w14:paraId="11062FB4" w14:textId="77777777" w:rsidR="00E54E13" w:rsidRDefault="00000000">
      <w:pPr>
        <w:pStyle w:val="Titolo2"/>
      </w:pPr>
      <w:r>
        <w:t>6.2 Costruire il fascicolo individuale</w:t>
      </w:r>
    </w:p>
    <w:p w14:paraId="3560D60C" w14:textId="77777777" w:rsidR="00E54E13" w:rsidRDefault="00000000">
      <w:pPr>
        <w:rPr>
          <w:rFonts w:hint="eastAsia"/>
        </w:rPr>
      </w:pPr>
      <w:r>
        <w:t>Per ogni persona si raccolgono istruzione, formazione documentata, esperienza pertinente, attività osservate, conoscenza delle procedure e caratteristiche personali rilevanti. La valutazione riguarda la capacità di riconoscere i propri limiti e le situazioni non abituali, non soltanto la velocità di esecuzione. Il fascicolo A03 collega le evidenze alla tipologia di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35"/>
        <w:gridCol w:w="6917"/>
      </w:tblGrid>
      <w:tr w:rsidR="00E54E13" w14:paraId="532D26F4" w14:textId="77777777">
        <w:trPr>
          <w:tblHeader/>
          <w:jc w:val="center"/>
        </w:trPr>
        <w:tc>
          <w:tcPr>
            <w:tcW w:w="2835" w:type="dxa"/>
            <w:shd w:val="clear" w:color="auto" w:fill="12324B"/>
          </w:tcPr>
          <w:p w14:paraId="5F00530A" w14:textId="77777777" w:rsidR="00E54E13" w:rsidRDefault="00000000">
            <w:pPr>
              <w:spacing w:before="30" w:after="30" w:line="234" w:lineRule="exact"/>
              <w:rPr>
                <w:rFonts w:hint="eastAsia"/>
              </w:rPr>
            </w:pPr>
            <w:r>
              <w:rPr>
                <w:b/>
                <w:color w:val="FFFFFF"/>
                <w:sz w:val="18"/>
              </w:rPr>
              <w:t>Area di verifica</w:t>
            </w:r>
          </w:p>
        </w:tc>
        <w:tc>
          <w:tcPr>
            <w:tcW w:w="6917" w:type="dxa"/>
            <w:shd w:val="clear" w:color="auto" w:fill="12324B"/>
          </w:tcPr>
          <w:p w14:paraId="2A7E87D1" w14:textId="77777777" w:rsidR="00E54E13" w:rsidRDefault="00000000">
            <w:pPr>
              <w:spacing w:before="30" w:after="30" w:line="234" w:lineRule="exact"/>
              <w:rPr>
                <w:rFonts w:hint="eastAsia"/>
              </w:rPr>
            </w:pPr>
            <w:r>
              <w:rPr>
                <w:b/>
                <w:color w:val="FFFFFF"/>
                <w:sz w:val="18"/>
              </w:rPr>
              <w:t>Evidenze da valutare [AZ]</w:t>
            </w:r>
          </w:p>
        </w:tc>
      </w:tr>
      <w:tr w:rsidR="00E54E13" w14:paraId="647E52A5" w14:textId="77777777">
        <w:trPr>
          <w:cantSplit/>
          <w:jc w:val="center"/>
        </w:trPr>
        <w:tc>
          <w:tcPr>
            <w:tcW w:w="2835" w:type="dxa"/>
            <w:vAlign w:val="center"/>
          </w:tcPr>
          <w:p w14:paraId="063C4A2B" w14:textId="77777777" w:rsidR="00E54E13" w:rsidRDefault="00000000">
            <w:pPr>
              <w:spacing w:before="30" w:after="30" w:line="234" w:lineRule="exact"/>
              <w:rPr>
                <w:rFonts w:hint="eastAsia"/>
              </w:rPr>
            </w:pPr>
            <w:r>
              <w:rPr>
                <w:sz w:val="18"/>
              </w:rPr>
              <w:t>Istruzione e conoscenza</w:t>
            </w:r>
          </w:p>
        </w:tc>
        <w:tc>
          <w:tcPr>
            <w:tcW w:w="6917" w:type="dxa"/>
            <w:vAlign w:val="center"/>
          </w:tcPr>
          <w:p w14:paraId="51F5F9D5" w14:textId="77777777" w:rsidR="00E54E13" w:rsidRDefault="00000000">
            <w:pPr>
              <w:spacing w:before="30" w:after="30" w:line="234" w:lineRule="exact"/>
              <w:rPr>
                <w:rFonts w:hint="eastAsia"/>
              </w:rPr>
            </w:pPr>
            <w:r>
              <w:rPr>
                <w:sz w:val="18"/>
              </w:rPr>
              <w:t>Colloquio tecnico, esiti formativi, comprensione delle istruzioni e riferimenti pertinenti.</w:t>
            </w:r>
          </w:p>
        </w:tc>
      </w:tr>
      <w:tr w:rsidR="00E54E13" w14:paraId="397640CC" w14:textId="77777777">
        <w:trPr>
          <w:cantSplit/>
          <w:jc w:val="center"/>
        </w:trPr>
        <w:tc>
          <w:tcPr>
            <w:tcW w:w="2835" w:type="dxa"/>
            <w:shd w:val="clear" w:color="auto" w:fill="F6F8FA"/>
            <w:vAlign w:val="center"/>
          </w:tcPr>
          <w:p w14:paraId="5D355DDB" w14:textId="77777777" w:rsidR="00E54E13" w:rsidRDefault="00000000">
            <w:pPr>
              <w:spacing w:before="30" w:after="30" w:line="234" w:lineRule="exact"/>
              <w:rPr>
                <w:rFonts w:hint="eastAsia"/>
              </w:rPr>
            </w:pPr>
            <w:r>
              <w:rPr>
                <w:sz w:val="18"/>
              </w:rPr>
              <w:t>Esperienza</w:t>
            </w:r>
          </w:p>
        </w:tc>
        <w:tc>
          <w:tcPr>
            <w:tcW w:w="6917" w:type="dxa"/>
            <w:shd w:val="clear" w:color="auto" w:fill="F6F8FA"/>
            <w:vAlign w:val="center"/>
          </w:tcPr>
          <w:p w14:paraId="635E7332" w14:textId="77777777" w:rsidR="00E54E13" w:rsidRDefault="00000000">
            <w:pPr>
              <w:spacing w:before="30" w:after="30" w:line="234" w:lineRule="exact"/>
              <w:rPr>
                <w:rFonts w:hint="eastAsia"/>
              </w:rPr>
            </w:pPr>
            <w:r>
              <w:rPr>
                <w:sz w:val="18"/>
              </w:rPr>
              <w:t>Attività svolte, impianti effettivamente conosciuti, affiancamenti e osservazioni del tutor.</w:t>
            </w:r>
          </w:p>
        </w:tc>
      </w:tr>
      <w:tr w:rsidR="00E54E13" w14:paraId="26F8EA12" w14:textId="77777777">
        <w:trPr>
          <w:cantSplit/>
          <w:jc w:val="center"/>
        </w:trPr>
        <w:tc>
          <w:tcPr>
            <w:tcW w:w="2835" w:type="dxa"/>
            <w:vAlign w:val="center"/>
          </w:tcPr>
          <w:p w14:paraId="08A0A0B6" w14:textId="77777777" w:rsidR="00E54E13" w:rsidRDefault="00000000">
            <w:pPr>
              <w:spacing w:before="30" w:after="30" w:line="234" w:lineRule="exact"/>
              <w:rPr>
                <w:rFonts w:hint="eastAsia"/>
              </w:rPr>
            </w:pPr>
            <w:r>
              <w:rPr>
                <w:sz w:val="18"/>
              </w:rPr>
              <w:t>Caratteristiche personali</w:t>
            </w:r>
          </w:p>
        </w:tc>
        <w:tc>
          <w:tcPr>
            <w:tcW w:w="6917" w:type="dxa"/>
            <w:vAlign w:val="center"/>
          </w:tcPr>
          <w:p w14:paraId="15422E5A" w14:textId="77777777" w:rsidR="00E54E13" w:rsidRDefault="00000000">
            <w:pPr>
              <w:spacing w:before="30" w:after="30" w:line="234" w:lineRule="exact"/>
              <w:rPr>
                <w:rFonts w:hint="eastAsia"/>
              </w:rPr>
            </w:pPr>
            <w:r>
              <w:rPr>
                <w:sz w:val="18"/>
              </w:rPr>
              <w:t>Comportamenti osservati: attenzione, precisione, rispetto delle sequenze, comunicazione e gestione del dubbio.</w:t>
            </w:r>
          </w:p>
        </w:tc>
      </w:tr>
      <w:tr w:rsidR="00E54E13" w14:paraId="7EA06500" w14:textId="77777777">
        <w:trPr>
          <w:cantSplit/>
          <w:jc w:val="center"/>
        </w:trPr>
        <w:tc>
          <w:tcPr>
            <w:tcW w:w="2835" w:type="dxa"/>
            <w:shd w:val="clear" w:color="auto" w:fill="F6F8FA"/>
            <w:vAlign w:val="center"/>
          </w:tcPr>
          <w:p w14:paraId="363870EF" w14:textId="77777777" w:rsidR="00E54E13" w:rsidRDefault="00000000">
            <w:pPr>
              <w:spacing w:before="30" w:after="30" w:line="234" w:lineRule="exact"/>
              <w:rPr>
                <w:rFonts w:hint="eastAsia"/>
              </w:rPr>
            </w:pPr>
            <w:r>
              <w:rPr>
                <w:sz w:val="18"/>
              </w:rPr>
              <w:t>Compatibilità con il compito</w:t>
            </w:r>
          </w:p>
        </w:tc>
        <w:tc>
          <w:tcPr>
            <w:tcW w:w="6917" w:type="dxa"/>
            <w:shd w:val="clear" w:color="auto" w:fill="F6F8FA"/>
            <w:vAlign w:val="center"/>
          </w:tcPr>
          <w:p w14:paraId="2E5143BD" w14:textId="77777777" w:rsidR="00E54E13" w:rsidRDefault="00000000">
            <w:pPr>
              <w:spacing w:before="30" w:after="30" w:line="234" w:lineRule="exact"/>
              <w:rPr>
                <w:rFonts w:hint="eastAsia"/>
              </w:rPr>
            </w:pPr>
            <w:r>
              <w:rPr>
                <w:sz w:val="18"/>
              </w:rPr>
              <w:t>Eventuali limitazioni rilevanti e giudizio sulla mansione, quando applicabile, senza riportare diagnosi nel fascicolo tecnico.</w:t>
            </w:r>
          </w:p>
        </w:tc>
      </w:tr>
    </w:tbl>
    <w:p w14:paraId="6A4FABCE" w14:textId="77777777" w:rsidR="00E54E13" w:rsidRDefault="00E54E13">
      <w:pPr>
        <w:spacing w:after="40" w:line="40" w:lineRule="exact"/>
        <w:rPr>
          <w:rFonts w:hint="eastAsia"/>
        </w:rPr>
      </w:pPr>
    </w:p>
    <w:p w14:paraId="0D7EF2F4" w14:textId="77777777" w:rsidR="00E54E13" w:rsidRDefault="00000000">
      <w:pPr>
        <w:pStyle w:val="Titolo2"/>
      </w:pPr>
      <w:r>
        <w:t>6.3 Esito e carenze [AZ]</w:t>
      </w:r>
    </w:p>
    <w:p w14:paraId="5A3B2A72" w14:textId="77777777" w:rsidR="00E54E13" w:rsidRDefault="00000000">
      <w:pPr>
        <w:rPr>
          <w:rFonts w:hint="eastAsia"/>
        </w:rPr>
      </w:pPr>
      <w:r>
        <w:t>La scheda A04 rende espliciti requisiti soddisfatti, limiti, elementi mancanti e motivazione dell’esito. Le carenze generano un piano A05, non un’attribuzione provvisoria priva di fondamento. Una condizione PAV non giustifica comportamenti incompatibili con la sicurezza. Le persone non qualificate per il lavoro restano PEC per quel lavoro e possono partecipare solo nelle condizioni effettivamente ammissibili.</w:t>
      </w:r>
    </w:p>
    <w:tbl>
      <w:tblPr>
        <w:tblW w:w="0" w:type="auto"/>
        <w:tblLayout w:type="fixed"/>
        <w:tblLook w:val="04A0" w:firstRow="1" w:lastRow="0" w:firstColumn="1" w:lastColumn="0" w:noHBand="0" w:noVBand="1"/>
      </w:tblPr>
      <w:tblGrid>
        <w:gridCol w:w="9752"/>
      </w:tblGrid>
      <w:tr w:rsidR="00E54E13" w14:paraId="1E7B3841" w14:textId="77777777">
        <w:tc>
          <w:tcPr>
            <w:tcW w:w="9752" w:type="dxa"/>
            <w:shd w:val="clear" w:color="auto" w:fill="EAF5F5"/>
            <w:tcMar>
              <w:top w:w="110" w:type="dxa"/>
              <w:left w:w="150" w:type="dxa"/>
              <w:bottom w:w="110" w:type="dxa"/>
              <w:right w:w="150" w:type="dxa"/>
            </w:tcMar>
          </w:tcPr>
          <w:p w14:paraId="2AD82CE9" w14:textId="77777777" w:rsidR="00E54E13" w:rsidRDefault="00000000">
            <w:pPr>
              <w:spacing w:after="80"/>
              <w:rPr>
                <w:rFonts w:hint="eastAsia"/>
              </w:rPr>
            </w:pPr>
            <w:r>
              <w:rPr>
                <w:b/>
                <w:color w:val="007E87"/>
              </w:rPr>
              <w:t>NESSUN PUNTEGGIO AUTOMATICO</w:t>
            </w:r>
          </w:p>
          <w:p w14:paraId="423FA3C9" w14:textId="77777777" w:rsidR="00E54E13" w:rsidRDefault="00000000">
            <w:pPr>
              <w:spacing w:after="20" w:line="250" w:lineRule="exact"/>
              <w:rPr>
                <w:rFonts w:hint="eastAsia"/>
              </w:rPr>
            </w:pPr>
            <w:r>
              <w:rPr>
                <w:sz w:val="18"/>
              </w:rPr>
              <w:t>Non è previsto un indice numerico che trasformi ore, anzianità o voti in una qualifica. La decisione compete al datore di lavoro, sulla base di evidenze e compiti specifici.</w:t>
            </w:r>
          </w:p>
        </w:tc>
      </w:tr>
    </w:tbl>
    <w:p w14:paraId="7829CE1B" w14:textId="77777777" w:rsidR="00E54E13" w:rsidRDefault="00E54E13">
      <w:pPr>
        <w:spacing w:after="20" w:line="40" w:lineRule="exact"/>
        <w:rPr>
          <w:rFonts w:hint="eastAsia"/>
        </w:rPr>
      </w:pPr>
    </w:p>
    <w:p w14:paraId="76D4E05C" w14:textId="77777777" w:rsidR="00E54E13" w:rsidRDefault="00000000">
      <w:pPr>
        <w:pStyle w:val="Source"/>
        <w:rPr>
          <w:rFonts w:hint="eastAsia"/>
        </w:rPr>
      </w:pPr>
      <w:r>
        <w:t>Criteri e attribuzione: [I1], pp. 1–2 e figura 1, p. 4. Metodo documentale e gestione delle carenze: [AZ]. Allegati A01–A05.</w:t>
      </w:r>
    </w:p>
    <w:p w14:paraId="5FB021AE" w14:textId="77777777" w:rsidR="00E54E13" w:rsidRDefault="00000000">
      <w:pPr>
        <w:pStyle w:val="Eyebrow"/>
        <w:keepNext/>
        <w:pageBreakBefore/>
        <w:rPr>
          <w:rFonts w:hint="eastAsia"/>
        </w:rPr>
      </w:pPr>
      <w:r>
        <w:t>PARTE I  /  PROCEDURA AZIENDALE</w:t>
      </w:r>
    </w:p>
    <w:p w14:paraId="0308FE96" w14:textId="77777777" w:rsidR="00E54E13" w:rsidRDefault="00000000">
      <w:pPr>
        <w:pStyle w:val="Titolo1"/>
      </w:pPr>
      <w:bookmarkStart w:id="11" w:name="B12_07"/>
      <w:r>
        <w:t>07  Formazione PES/PAV: livelli 1A e 1B</w:t>
      </w:r>
      <w:bookmarkEnd w:id="11"/>
    </w:p>
    <w:p w14:paraId="0B1B62F6" w14:textId="77777777" w:rsidR="00E54E13" w:rsidRDefault="00000000">
      <w:pPr>
        <w:pStyle w:val="Titolo2"/>
      </w:pPr>
      <w:r>
        <w:t>7.1 Progettazione del percorso</w:t>
      </w:r>
    </w:p>
    <w:p w14:paraId="34B04020" w14:textId="77777777" w:rsidR="00E54E13" w:rsidRDefault="00000000">
      <w:pPr>
        <w:rPr>
          <w:rFonts w:hint="eastAsia"/>
        </w:rPr>
      </w:pPr>
      <w:r>
        <w:t>La formazione minima riguarda chi non possiede già i requisiti necessari. Il datore di lavoro definisce la complessità dei lavori e la comunica al formatore, considerando preparazione scolastica, esperienza pregressa e difficoltà delle attività. Il personale tecnico coinvolto nel processo organizzativo e realizzativo deve possedere almeno conoscenze teoriche simili a quelle del livello 1A.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324"/>
        <w:gridCol w:w="7427"/>
      </w:tblGrid>
      <w:tr w:rsidR="00E54E13" w14:paraId="4870569F" w14:textId="77777777">
        <w:trPr>
          <w:tblHeader/>
          <w:jc w:val="center"/>
        </w:trPr>
        <w:tc>
          <w:tcPr>
            <w:tcW w:w="2324" w:type="dxa"/>
            <w:shd w:val="clear" w:color="auto" w:fill="12324B"/>
          </w:tcPr>
          <w:p w14:paraId="6898E467" w14:textId="77777777" w:rsidR="00E54E13" w:rsidRDefault="00000000">
            <w:pPr>
              <w:spacing w:before="30" w:after="30" w:line="236" w:lineRule="exact"/>
              <w:rPr>
                <w:rFonts w:hint="eastAsia"/>
              </w:rPr>
            </w:pPr>
            <w:r>
              <w:rPr>
                <w:b/>
                <w:color w:val="FFFFFF"/>
                <w:sz w:val="18"/>
              </w:rPr>
              <w:t>Livello</w:t>
            </w:r>
          </w:p>
        </w:tc>
        <w:tc>
          <w:tcPr>
            <w:tcW w:w="7427" w:type="dxa"/>
            <w:shd w:val="clear" w:color="auto" w:fill="12324B"/>
          </w:tcPr>
          <w:p w14:paraId="4C7F3DBD" w14:textId="77777777" w:rsidR="00E54E13" w:rsidRDefault="00000000">
            <w:pPr>
              <w:spacing w:before="30" w:after="30" w:line="236" w:lineRule="exact"/>
              <w:rPr>
                <w:rFonts w:hint="eastAsia"/>
              </w:rPr>
            </w:pPr>
            <w:r>
              <w:rPr>
                <w:b/>
                <w:color w:val="FFFFFF"/>
                <w:sz w:val="18"/>
              </w:rPr>
              <w:t>Contenuti da coprire</w:t>
            </w:r>
          </w:p>
        </w:tc>
      </w:tr>
      <w:tr w:rsidR="00E54E13" w14:paraId="2D239A25" w14:textId="77777777">
        <w:trPr>
          <w:cantSplit/>
          <w:jc w:val="center"/>
        </w:trPr>
        <w:tc>
          <w:tcPr>
            <w:tcW w:w="2324" w:type="dxa"/>
            <w:vAlign w:val="center"/>
          </w:tcPr>
          <w:p w14:paraId="18B7FF3C" w14:textId="77777777" w:rsidR="00E54E13" w:rsidRDefault="00000000">
            <w:pPr>
              <w:spacing w:before="30" w:after="30" w:line="236" w:lineRule="exact"/>
              <w:rPr>
                <w:rFonts w:hint="eastAsia"/>
              </w:rPr>
            </w:pPr>
            <w:r>
              <w:rPr>
                <w:sz w:val="18"/>
              </w:rPr>
              <w:t>1A – conoscenze teoriche</w:t>
            </w:r>
          </w:p>
        </w:tc>
        <w:tc>
          <w:tcPr>
            <w:tcW w:w="7427" w:type="dxa"/>
            <w:vAlign w:val="center"/>
          </w:tcPr>
          <w:p w14:paraId="65C762BB" w14:textId="77777777" w:rsidR="00E54E13" w:rsidRDefault="00000000">
            <w:pPr>
              <w:spacing w:before="30" w:after="30" w:line="236" w:lineRule="exact"/>
              <w:rPr>
                <w:rFonts w:hint="eastAsia"/>
              </w:rPr>
            </w:pPr>
            <w:r>
              <w:rPr>
                <w:sz w:val="18"/>
              </w:rPr>
              <w:t>Elettrotecnica generale e specifica; legislazione sulla sicurezza; EN 50110-1 e CEI 11-27; riferimenti impiantistici pertinenti; effetti dell’elettricità e dell’arco; cenni di primo soccorso; attrezzature e DPI, conservazione e verifiche; procedure; ruoli RI/GL/RLE; preparazione del lavoro, sequenze, documentazione, comunicazioni e distanze. Comprende gli aspetti teorici del livello 1B.</w:t>
            </w:r>
          </w:p>
        </w:tc>
      </w:tr>
      <w:tr w:rsidR="00E54E13" w14:paraId="25FAA410" w14:textId="77777777">
        <w:trPr>
          <w:cantSplit/>
          <w:jc w:val="center"/>
        </w:trPr>
        <w:tc>
          <w:tcPr>
            <w:tcW w:w="2324" w:type="dxa"/>
            <w:shd w:val="clear" w:color="auto" w:fill="F6F8FA"/>
            <w:vAlign w:val="center"/>
          </w:tcPr>
          <w:p w14:paraId="49DD3ABC" w14:textId="77777777" w:rsidR="00E54E13" w:rsidRDefault="00000000">
            <w:pPr>
              <w:spacing w:before="30" w:after="30" w:line="236" w:lineRule="exact"/>
              <w:rPr>
                <w:rFonts w:hint="eastAsia"/>
              </w:rPr>
            </w:pPr>
            <w:r>
              <w:rPr>
                <w:sz w:val="18"/>
              </w:rPr>
              <w:t>1B – capacità per l’operatività</w:t>
            </w:r>
          </w:p>
        </w:tc>
        <w:tc>
          <w:tcPr>
            <w:tcW w:w="7427" w:type="dxa"/>
            <w:shd w:val="clear" w:color="auto" w:fill="F6F8FA"/>
            <w:vAlign w:val="center"/>
          </w:tcPr>
          <w:p w14:paraId="4723081A" w14:textId="77777777" w:rsidR="00E54E13" w:rsidRDefault="00000000">
            <w:pPr>
              <w:spacing w:before="30" w:after="30" w:line="236" w:lineRule="exact"/>
              <w:rPr>
                <w:rFonts w:hint="eastAsia"/>
              </w:rPr>
            </w:pPr>
            <w:r>
              <w:rPr>
                <w:sz w:val="18"/>
              </w:rPr>
              <w:t>Metodologie aziendali; delimitazione dello spazio; blocchi delle apparecchiature; verifica dell’assenza di tensione; messa a terra e in cortocircuito nei casi applicabili; condizioni ambientali; scambio di informazioni; uso e verifica dei DPI; barriere e protezioni; distanze; comprensione e predisposizione dei documenti di lavoro, consegna e restituzione.</w:t>
            </w:r>
          </w:p>
        </w:tc>
      </w:tr>
    </w:tbl>
    <w:p w14:paraId="1B74D2C1" w14:textId="77777777" w:rsidR="00E54E13" w:rsidRDefault="00E54E13">
      <w:pPr>
        <w:spacing w:after="40" w:line="40" w:lineRule="exact"/>
        <w:rPr>
          <w:rFonts w:hint="eastAsia"/>
        </w:rPr>
      </w:pPr>
    </w:p>
    <w:p w14:paraId="6BC600E4" w14:textId="77777777" w:rsidR="00E54E13" w:rsidRDefault="00000000">
      <w:pPr>
        <w:pStyle w:val="Titolo2"/>
      </w:pPr>
      <w:r>
        <w:t>7.2 Durate e criteri di sufficienza</w:t>
      </w:r>
    </w:p>
    <w:p w14:paraId="261D0F4F" w14:textId="77777777" w:rsidR="00E54E13" w:rsidRDefault="00000000">
      <w:pPr>
        <w:rPr>
          <w:rFonts w:hint="eastAsia"/>
        </w:rPr>
      </w:pPr>
      <w:r>
        <w:t>INAIL riporta per la teoria 1A una durata minima raccomandata non inferiore a 10 ore. Per 1B non è fissato un numero universale di ore. Il tempo necessario deve permettere l’acquisizione effettiva delle capacità per i lavori previsti. L’estensione a più tipologie di lavoro comporta un aumento adeguato della formazione rispetto all’obiettivo minimo.</w:t>
      </w:r>
    </w:p>
    <w:p w14:paraId="43E11381" w14:textId="77777777" w:rsidR="00E54E13" w:rsidRDefault="00000000">
      <w:pPr>
        <w:pStyle w:val="Titolo2"/>
      </w:pPr>
      <w:r>
        <w:t>7.3 Attuazione aziendale [AZ]</w:t>
      </w:r>
    </w:p>
    <w:p w14:paraId="2CB6127B" w14:textId="77777777" w:rsidR="00E54E13" w:rsidRDefault="00000000">
      <w:pPr>
        <w:rPr>
          <w:rFonts w:hint="eastAsia"/>
        </w:rPr>
      </w:pPr>
      <w:r>
        <w:t>Il piano A05 indica contenuti, durata progettata, modalità, formatore, prerequisiti ed evidenze attese. L’azienda può adottare le 10 ore come base minima interna per i nuovi percorsi 1A, senza presentarla come durata complessiva legalmente sufficiente per chiunque. Le competenze già documentate sono valutate e le integrazioni motivate. Le capacità 1B sono registrate in A07.</w:t>
      </w:r>
    </w:p>
    <w:p w14:paraId="5FEFD19F" w14:textId="77777777" w:rsidR="00E54E13" w:rsidRDefault="00000000">
      <w:pPr>
        <w:pStyle w:val="Source"/>
        <w:rPr>
          <w:rFonts w:hint="eastAsia"/>
        </w:rPr>
      </w:pPr>
      <w:r>
        <w:t>Contenuti: [I1], p. 2. Modalità e durata: p. 3. Assenza di durate fisse 1B e necessità di ampliare la formazione: p. 6. Allegati A05–A07.</w:t>
      </w:r>
    </w:p>
    <w:p w14:paraId="0E49B1E8" w14:textId="77777777" w:rsidR="00E54E13" w:rsidRDefault="00000000">
      <w:pPr>
        <w:pStyle w:val="Eyebrow"/>
        <w:keepNext/>
        <w:pageBreakBefore/>
        <w:rPr>
          <w:rFonts w:hint="eastAsia"/>
        </w:rPr>
      </w:pPr>
      <w:r>
        <w:t>PARTE I  /  PROCEDURA AZIENDALE</w:t>
      </w:r>
    </w:p>
    <w:p w14:paraId="3C3ACF66" w14:textId="77777777" w:rsidR="00E54E13" w:rsidRDefault="00000000">
      <w:pPr>
        <w:pStyle w:val="Titolo1"/>
      </w:pPr>
      <w:bookmarkStart w:id="12" w:name="B13_08"/>
      <w:r>
        <w:t>08  Formazione sotto tensione BT: livelli 2A e 2B</w:t>
      </w:r>
      <w:bookmarkEnd w:id="12"/>
    </w:p>
    <w:p w14:paraId="373345C9" w14:textId="77777777" w:rsidR="00E54E13" w:rsidRDefault="00000000">
      <w:pPr>
        <w:pStyle w:val="Titolo2"/>
      </w:pPr>
      <w:r>
        <w:t>8.1 Preparazione aggiuntiva</w:t>
      </w:r>
    </w:p>
    <w:p w14:paraId="4508FFAB" w14:textId="77777777" w:rsidR="00E54E13" w:rsidRDefault="00000000">
      <w:pPr>
        <w:rPr>
          <w:rFonts w:hint="eastAsia"/>
        </w:rPr>
      </w:pPr>
      <w:r>
        <w:t>L’idoneità sotto tensione richiede ulteriori conoscenze e capacità rispetto al percorso di qualificazione. La preparazione deve essere rappresentativa delle tipologie di lavoro sotto tensione su sistemi di categoria 0 e I per le quali si intende valutare la persona. L’esperienza pratica può essere acquisita anche mediante affiancamento con PES idonee, nelle condizioni organizzative e di sicurezza applicabili.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268"/>
        <w:gridCol w:w="7483"/>
      </w:tblGrid>
      <w:tr w:rsidR="00E54E13" w14:paraId="6ED7B151" w14:textId="77777777">
        <w:trPr>
          <w:tblHeader/>
          <w:jc w:val="center"/>
        </w:trPr>
        <w:tc>
          <w:tcPr>
            <w:tcW w:w="2268" w:type="dxa"/>
            <w:shd w:val="clear" w:color="auto" w:fill="12324B"/>
          </w:tcPr>
          <w:p w14:paraId="05452030" w14:textId="77777777" w:rsidR="00E54E13" w:rsidRDefault="00000000">
            <w:pPr>
              <w:spacing w:before="30" w:after="30" w:line="236" w:lineRule="exact"/>
              <w:rPr>
                <w:rFonts w:hint="eastAsia"/>
              </w:rPr>
            </w:pPr>
            <w:r>
              <w:rPr>
                <w:b/>
                <w:color w:val="FFFFFF"/>
                <w:sz w:val="18"/>
              </w:rPr>
              <w:t>Livello</w:t>
            </w:r>
          </w:p>
        </w:tc>
        <w:tc>
          <w:tcPr>
            <w:tcW w:w="7483" w:type="dxa"/>
            <w:shd w:val="clear" w:color="auto" w:fill="12324B"/>
          </w:tcPr>
          <w:p w14:paraId="47F0757A" w14:textId="77777777" w:rsidR="00E54E13" w:rsidRDefault="00000000">
            <w:pPr>
              <w:spacing w:before="30" w:after="30" w:line="236" w:lineRule="exact"/>
              <w:rPr>
                <w:rFonts w:hint="eastAsia"/>
              </w:rPr>
            </w:pPr>
            <w:r>
              <w:rPr>
                <w:b/>
                <w:color w:val="FFFFFF"/>
                <w:sz w:val="18"/>
              </w:rPr>
              <w:t>Contenuti da verificare</w:t>
            </w:r>
          </w:p>
        </w:tc>
      </w:tr>
      <w:tr w:rsidR="00E54E13" w14:paraId="4E008998" w14:textId="77777777">
        <w:trPr>
          <w:cantSplit/>
          <w:jc w:val="center"/>
        </w:trPr>
        <w:tc>
          <w:tcPr>
            <w:tcW w:w="2268" w:type="dxa"/>
            <w:vAlign w:val="center"/>
          </w:tcPr>
          <w:p w14:paraId="63BA751F" w14:textId="77777777" w:rsidR="00E54E13" w:rsidRDefault="00000000">
            <w:pPr>
              <w:spacing w:before="30" w:after="30" w:line="236" w:lineRule="exact"/>
              <w:rPr>
                <w:rFonts w:hint="eastAsia"/>
              </w:rPr>
            </w:pPr>
            <w:r>
              <w:rPr>
                <w:sz w:val="18"/>
              </w:rPr>
              <w:t>2A – teoria specifica</w:t>
            </w:r>
          </w:p>
        </w:tc>
        <w:tc>
          <w:tcPr>
            <w:tcW w:w="7483" w:type="dxa"/>
            <w:vAlign w:val="center"/>
          </w:tcPr>
          <w:p w14:paraId="032C1A7B" w14:textId="77777777" w:rsidR="00E54E13" w:rsidRDefault="00000000">
            <w:pPr>
              <w:spacing w:before="30" w:after="30" w:line="236" w:lineRule="exact"/>
              <w:rPr>
                <w:rFonts w:hint="eastAsia"/>
              </w:rPr>
            </w:pPr>
            <w:r>
              <w:rPr>
                <w:sz w:val="18"/>
              </w:rPr>
              <w:t>EN 50110-1, EN 50110-2 e CEI 11-27 per i lavori sotto tensione; criteri generali di sicurezza e caratteristiche dei componenti; peculiarità di attrezzature e DPI; prevenzione dei rischi; copertura e possibile coincidenza dei ruoli. Comprende gli aspetti teorici del livello 2B.</w:t>
            </w:r>
          </w:p>
        </w:tc>
      </w:tr>
      <w:tr w:rsidR="00E54E13" w14:paraId="0C25741C" w14:textId="77777777">
        <w:trPr>
          <w:cantSplit/>
          <w:jc w:val="center"/>
        </w:trPr>
        <w:tc>
          <w:tcPr>
            <w:tcW w:w="2268" w:type="dxa"/>
            <w:shd w:val="clear" w:color="auto" w:fill="F6F8FA"/>
            <w:vAlign w:val="center"/>
          </w:tcPr>
          <w:p w14:paraId="05AB6CCF" w14:textId="77777777" w:rsidR="00E54E13" w:rsidRDefault="00000000">
            <w:pPr>
              <w:spacing w:before="30" w:after="30" w:line="236" w:lineRule="exact"/>
              <w:rPr>
                <w:rFonts w:hint="eastAsia"/>
              </w:rPr>
            </w:pPr>
            <w:r>
              <w:rPr>
                <w:sz w:val="18"/>
              </w:rPr>
              <w:t>2B – tecniche operative</w:t>
            </w:r>
          </w:p>
        </w:tc>
        <w:tc>
          <w:tcPr>
            <w:tcW w:w="7483" w:type="dxa"/>
            <w:shd w:val="clear" w:color="auto" w:fill="F6F8FA"/>
            <w:vAlign w:val="center"/>
          </w:tcPr>
          <w:p w14:paraId="1C79EA7D" w14:textId="77777777" w:rsidR="00E54E13" w:rsidRDefault="00000000">
            <w:pPr>
              <w:spacing w:before="30" w:after="30" w:line="236" w:lineRule="exact"/>
              <w:rPr>
                <w:rFonts w:hint="eastAsia"/>
              </w:rPr>
            </w:pPr>
            <w:r>
              <w:rPr>
                <w:sz w:val="18"/>
              </w:rPr>
              <w:t>Esperienza specifica: analisi del lavoro, scelta delle attrezzature, individuazione e delimitazione dello spazio, preparazione del cantiere, protezione dalle parti attive prossime, padronanza delle sequenze. Esperienza organizzativa: preparazione del lavoro e scambio di informazioni tra gli interessati.</w:t>
            </w:r>
          </w:p>
        </w:tc>
      </w:tr>
    </w:tbl>
    <w:p w14:paraId="13E42094" w14:textId="77777777" w:rsidR="00E54E13" w:rsidRDefault="00E54E13">
      <w:pPr>
        <w:spacing w:after="40" w:line="40" w:lineRule="exact"/>
        <w:rPr>
          <w:rFonts w:hint="eastAsia"/>
        </w:rPr>
      </w:pPr>
    </w:p>
    <w:p w14:paraId="31C28F67" w14:textId="77777777" w:rsidR="00E54E13" w:rsidRDefault="00000000">
      <w:pPr>
        <w:pStyle w:val="Titolo2"/>
      </w:pPr>
      <w:r>
        <w:t>8.2 Durata</w:t>
      </w:r>
    </w:p>
    <w:p w14:paraId="100440C2" w14:textId="77777777" w:rsidR="00E54E13" w:rsidRDefault="00000000">
      <w:pPr>
        <w:rPr>
          <w:rFonts w:hint="eastAsia"/>
        </w:rPr>
      </w:pPr>
      <w:r>
        <w:t>La durata minima raccomandata per la teoria 2A è di 4 ore. Non è prevista nella pubblicazione una durata oraria generale per 2B. Le 4 ore non esauriscono l’esperienza pratica richiesta né generano idoneità automatica. I contenuti teorici e pratici devono essere documentati e conservati.</w:t>
      </w:r>
    </w:p>
    <w:p w14:paraId="0E34F9E4" w14:textId="77777777" w:rsidR="00E54E13" w:rsidRDefault="00000000">
      <w:pPr>
        <w:pStyle w:val="Titolo2"/>
      </w:pPr>
      <w:r>
        <w:t>8.3 Protezione della persona in addestramento [AZ]</w:t>
      </w:r>
    </w:p>
    <w:p w14:paraId="21636823" w14:textId="77777777" w:rsidR="00E54E13" w:rsidRDefault="00000000">
      <w:pPr>
        <w:rPr>
          <w:rFonts w:hint="eastAsia"/>
        </w:rPr>
      </w:pPr>
      <w:r>
        <w:t>La partecipazione a un addestramento non è un’autorizzazione a lavorare sotto tensione in autonomia. Il piano distingue esercitazione simulata, osservazione e attività operative eventualmente ammesse; individua tutor, condizioni di sicurezza, procedure e limiti. Non si programma una prova sotto tensione reale utilizzando il solo presente modello, senza preventiva verifica delle condizioni ammissibili.</w:t>
      </w:r>
    </w:p>
    <w:tbl>
      <w:tblPr>
        <w:tblW w:w="0" w:type="auto"/>
        <w:tblLayout w:type="fixed"/>
        <w:tblLook w:val="04A0" w:firstRow="1" w:lastRow="0" w:firstColumn="1" w:lastColumn="0" w:noHBand="0" w:noVBand="1"/>
      </w:tblPr>
      <w:tblGrid>
        <w:gridCol w:w="9752"/>
      </w:tblGrid>
      <w:tr w:rsidR="00E54E13" w14:paraId="7C5BE490" w14:textId="77777777">
        <w:tc>
          <w:tcPr>
            <w:tcW w:w="9752" w:type="dxa"/>
            <w:shd w:val="clear" w:color="auto" w:fill="EAF5F5"/>
            <w:tcMar>
              <w:top w:w="110" w:type="dxa"/>
              <w:left w:w="150" w:type="dxa"/>
              <w:bottom w:w="110" w:type="dxa"/>
              <w:right w:w="150" w:type="dxa"/>
            </w:tcMar>
          </w:tcPr>
          <w:p w14:paraId="7D9EC50D" w14:textId="77777777" w:rsidR="00E54E13" w:rsidRDefault="00000000">
            <w:pPr>
              <w:spacing w:after="80"/>
              <w:rPr>
                <w:rFonts w:hint="eastAsia"/>
              </w:rPr>
            </w:pPr>
            <w:r>
              <w:rPr>
                <w:b/>
                <w:color w:val="007E87"/>
              </w:rPr>
              <w:t>DOPPIA VERIFICA</w:t>
            </w:r>
          </w:p>
          <w:p w14:paraId="4EFA88B8" w14:textId="77777777" w:rsidR="00E54E13" w:rsidRDefault="00000000">
            <w:pPr>
              <w:spacing w:after="20" w:line="250" w:lineRule="exact"/>
              <w:rPr>
                <w:rFonts w:hint="eastAsia"/>
              </w:rPr>
            </w:pPr>
            <w:r>
              <w:rPr>
                <w:sz w:val="18"/>
              </w:rPr>
              <w:t>La verifica dell’apprendimento dimostra l’esito del percorso; la valutazione del datore di lavoro verifica anche esperienza, caratteristiche personali e capacità per le specifiche attività. Sono passaggi distinti.</w:t>
            </w:r>
          </w:p>
        </w:tc>
      </w:tr>
    </w:tbl>
    <w:p w14:paraId="6C5C73D4" w14:textId="77777777" w:rsidR="00E54E13" w:rsidRDefault="00E54E13">
      <w:pPr>
        <w:spacing w:after="20" w:line="40" w:lineRule="exact"/>
        <w:rPr>
          <w:rFonts w:hint="eastAsia"/>
        </w:rPr>
      </w:pPr>
    </w:p>
    <w:p w14:paraId="31D46E3F" w14:textId="77777777" w:rsidR="00E54E13" w:rsidRDefault="00000000">
      <w:pPr>
        <w:pStyle w:val="Source"/>
        <w:rPr>
          <w:rFonts w:hint="eastAsia"/>
        </w:rPr>
      </w:pPr>
      <w:r>
        <w:t>Base: [I1], pp. 5–6. Organizzazione dell’addestramento e delimitazione delle prove: [AZ]. Allegati A05, A07, A09, A10.</w:t>
      </w:r>
    </w:p>
    <w:p w14:paraId="3D9645D2" w14:textId="77777777" w:rsidR="00E54E13" w:rsidRDefault="00000000">
      <w:pPr>
        <w:pStyle w:val="Eyebrow"/>
        <w:keepNext/>
        <w:pageBreakBefore/>
        <w:rPr>
          <w:rFonts w:hint="eastAsia"/>
        </w:rPr>
      </w:pPr>
      <w:r>
        <w:t>PARTE I  /  PROCEDURA AZIENDALE</w:t>
      </w:r>
    </w:p>
    <w:p w14:paraId="49016873" w14:textId="77777777" w:rsidR="00E54E13" w:rsidRDefault="00000000">
      <w:pPr>
        <w:pStyle w:val="Titolo1"/>
      </w:pPr>
      <w:bookmarkStart w:id="13" w:name="B14_09"/>
      <w:r>
        <w:t>09  Erogazione, apprendimento e registrazioni</w:t>
      </w:r>
      <w:bookmarkEnd w:id="13"/>
    </w:p>
    <w:p w14:paraId="5610D17A" w14:textId="77777777" w:rsidR="00E54E13" w:rsidRDefault="00000000">
      <w:pPr>
        <w:pStyle w:val="Titolo2"/>
      </w:pPr>
      <w:r>
        <w:t>9.1 Modalità ammesse nella sintesi INAIL</w:t>
      </w:r>
    </w:p>
    <w:p w14:paraId="5E411D05" w14:textId="77777777" w:rsidR="00E54E13" w:rsidRDefault="00000000">
      <w:pPr>
        <w:rPr>
          <w:rFonts w:hint="eastAsia"/>
        </w:rPr>
      </w:pPr>
      <w:r>
        <w:t>Le parti teoriche specifiche del rischio elettrico trattate dalla CEI 11-27 sono svolte in presenza oppure a distanza in modalità sincrona con webcam attiva. Per tali parti non sono ammesse modalità asincrone. Le capacità operative si sviluppano mediante addestramento, simulazioni, affiancamento e altre iniziative appropriate definite dal datore di lavoro.</w:t>
      </w:r>
    </w:p>
    <w:p w14:paraId="030331A5" w14:textId="77777777" w:rsidR="00E54E13" w:rsidRDefault="00000000">
      <w:pPr>
        <w:pStyle w:val="Titolo2"/>
      </w:pPr>
      <w:r>
        <w:t>9.2 Soggetto formatore e tutor</w:t>
      </w:r>
    </w:p>
    <w:p w14:paraId="2C943ED7" w14:textId="77777777" w:rsidR="00E54E13" w:rsidRDefault="00000000">
      <w:pPr>
        <w:rPr>
          <w:rFonts w:hint="eastAsia"/>
        </w:rPr>
      </w:pPr>
      <w:r>
        <w:t>La formazione può essere interna o esterna, purché il soggetto formatore possieda le necessarie conoscenze professionali. L’azienda conserva una descrizione della competenza del formatore rispetto ai contenuti affidati e, per i tutor, delle attività effettivamente conosciute. Quest’ultima tracciabilità è una scelta del presente sistema [AZ], non un requisito numerico di esperienza inventato dalla pubblicazione.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608"/>
        <w:gridCol w:w="7143"/>
      </w:tblGrid>
      <w:tr w:rsidR="00E54E13" w14:paraId="72EFEBF3" w14:textId="77777777">
        <w:trPr>
          <w:tblHeader/>
          <w:jc w:val="center"/>
        </w:trPr>
        <w:tc>
          <w:tcPr>
            <w:tcW w:w="2608" w:type="dxa"/>
            <w:shd w:val="clear" w:color="auto" w:fill="12324B"/>
          </w:tcPr>
          <w:p w14:paraId="4E3B84EA" w14:textId="77777777" w:rsidR="00E54E13" w:rsidRDefault="00000000">
            <w:pPr>
              <w:spacing w:before="30" w:after="30" w:line="234" w:lineRule="exact"/>
              <w:rPr>
                <w:rFonts w:hint="eastAsia"/>
              </w:rPr>
            </w:pPr>
            <w:r>
              <w:rPr>
                <w:b/>
                <w:color w:val="FFFFFF"/>
                <w:sz w:val="18"/>
              </w:rPr>
              <w:t>Fase [AZ]</w:t>
            </w:r>
          </w:p>
        </w:tc>
        <w:tc>
          <w:tcPr>
            <w:tcW w:w="7143" w:type="dxa"/>
            <w:shd w:val="clear" w:color="auto" w:fill="12324B"/>
          </w:tcPr>
          <w:p w14:paraId="5C66E870" w14:textId="77777777" w:rsidR="00E54E13" w:rsidRDefault="00000000">
            <w:pPr>
              <w:spacing w:before="30" w:after="30" w:line="234" w:lineRule="exact"/>
              <w:rPr>
                <w:rFonts w:hint="eastAsia"/>
              </w:rPr>
            </w:pPr>
            <w:r>
              <w:rPr>
                <w:b/>
                <w:color w:val="FFFFFF"/>
                <w:sz w:val="18"/>
              </w:rPr>
              <w:t>Evidenza minima nel fascicolo</w:t>
            </w:r>
          </w:p>
        </w:tc>
      </w:tr>
      <w:tr w:rsidR="00E54E13" w14:paraId="64081C08" w14:textId="77777777">
        <w:trPr>
          <w:cantSplit/>
          <w:jc w:val="center"/>
        </w:trPr>
        <w:tc>
          <w:tcPr>
            <w:tcW w:w="2608" w:type="dxa"/>
            <w:vAlign w:val="center"/>
          </w:tcPr>
          <w:p w14:paraId="793BAC41" w14:textId="77777777" w:rsidR="00E54E13" w:rsidRDefault="00000000">
            <w:pPr>
              <w:spacing w:before="30" w:after="30" w:line="234" w:lineRule="exact"/>
              <w:rPr>
                <w:rFonts w:hint="eastAsia"/>
              </w:rPr>
            </w:pPr>
            <w:r>
              <w:rPr>
                <w:sz w:val="18"/>
              </w:rPr>
              <w:t>Prima del percorso</w:t>
            </w:r>
          </w:p>
        </w:tc>
        <w:tc>
          <w:tcPr>
            <w:tcW w:w="7143" w:type="dxa"/>
            <w:vAlign w:val="center"/>
          </w:tcPr>
          <w:p w14:paraId="014C37DF" w14:textId="77777777" w:rsidR="00E54E13" w:rsidRDefault="00000000">
            <w:pPr>
              <w:spacing w:before="30" w:after="30" w:line="234" w:lineRule="exact"/>
              <w:rPr>
                <w:rFonts w:hint="eastAsia"/>
              </w:rPr>
            </w:pPr>
            <w:r>
              <w:rPr>
                <w:sz w:val="18"/>
              </w:rPr>
              <w:t>Piano, prerequisiti, programma, impianti/attività obiettivo, modalità e criterio di valutazione.</w:t>
            </w:r>
          </w:p>
        </w:tc>
      </w:tr>
      <w:tr w:rsidR="00E54E13" w14:paraId="6E20D625" w14:textId="77777777">
        <w:trPr>
          <w:cantSplit/>
          <w:jc w:val="center"/>
        </w:trPr>
        <w:tc>
          <w:tcPr>
            <w:tcW w:w="2608" w:type="dxa"/>
            <w:shd w:val="clear" w:color="auto" w:fill="F6F8FA"/>
            <w:vAlign w:val="center"/>
          </w:tcPr>
          <w:p w14:paraId="26285DB0" w14:textId="77777777" w:rsidR="00E54E13" w:rsidRDefault="00000000">
            <w:pPr>
              <w:spacing w:before="30" w:after="30" w:line="234" w:lineRule="exact"/>
              <w:rPr>
                <w:rFonts w:hint="eastAsia"/>
              </w:rPr>
            </w:pPr>
            <w:r>
              <w:rPr>
                <w:sz w:val="18"/>
              </w:rPr>
              <w:t>Durante la teoria</w:t>
            </w:r>
          </w:p>
        </w:tc>
        <w:tc>
          <w:tcPr>
            <w:tcW w:w="7143" w:type="dxa"/>
            <w:shd w:val="clear" w:color="auto" w:fill="F6F8FA"/>
            <w:vAlign w:val="center"/>
          </w:tcPr>
          <w:p w14:paraId="759EF4C3" w14:textId="77777777" w:rsidR="00E54E13" w:rsidRDefault="00000000">
            <w:pPr>
              <w:spacing w:before="30" w:after="30" w:line="234" w:lineRule="exact"/>
              <w:rPr>
                <w:rFonts w:hint="eastAsia"/>
              </w:rPr>
            </w:pPr>
            <w:r>
              <w:rPr>
                <w:sz w:val="18"/>
              </w:rPr>
              <w:t>Presenze, modalità di svolgimento, contenuti effettivi, verifiche e gestione di interruzioni rilevanti.</w:t>
            </w:r>
          </w:p>
        </w:tc>
      </w:tr>
      <w:tr w:rsidR="00E54E13" w14:paraId="1C6F9C00" w14:textId="77777777">
        <w:trPr>
          <w:cantSplit/>
          <w:jc w:val="center"/>
        </w:trPr>
        <w:tc>
          <w:tcPr>
            <w:tcW w:w="2608" w:type="dxa"/>
            <w:vAlign w:val="center"/>
          </w:tcPr>
          <w:p w14:paraId="7CC44CA3" w14:textId="77777777" w:rsidR="00E54E13" w:rsidRDefault="00000000">
            <w:pPr>
              <w:spacing w:before="30" w:after="30" w:line="234" w:lineRule="exact"/>
              <w:rPr>
                <w:rFonts w:hint="eastAsia"/>
              </w:rPr>
            </w:pPr>
            <w:r>
              <w:rPr>
                <w:sz w:val="18"/>
              </w:rPr>
              <w:t>Durante la pratica</w:t>
            </w:r>
          </w:p>
        </w:tc>
        <w:tc>
          <w:tcPr>
            <w:tcW w:w="7143" w:type="dxa"/>
            <w:vAlign w:val="center"/>
          </w:tcPr>
          <w:p w14:paraId="11BD0B85" w14:textId="77777777" w:rsidR="00E54E13" w:rsidRDefault="00000000">
            <w:pPr>
              <w:spacing w:before="30" w:after="30" w:line="234" w:lineRule="exact"/>
              <w:rPr>
                <w:rFonts w:hint="eastAsia"/>
              </w:rPr>
            </w:pPr>
            <w:r>
              <w:rPr>
                <w:sz w:val="18"/>
              </w:rPr>
              <w:t>Attività, condizioni sicure, tutor, esecutore, tempi effettivi, comportamenti osservati ed esito.</w:t>
            </w:r>
          </w:p>
        </w:tc>
      </w:tr>
      <w:tr w:rsidR="00E54E13" w14:paraId="5236EA97" w14:textId="77777777">
        <w:trPr>
          <w:cantSplit/>
          <w:jc w:val="center"/>
        </w:trPr>
        <w:tc>
          <w:tcPr>
            <w:tcW w:w="2608" w:type="dxa"/>
            <w:shd w:val="clear" w:color="auto" w:fill="F6F8FA"/>
            <w:vAlign w:val="center"/>
          </w:tcPr>
          <w:p w14:paraId="00C065B3" w14:textId="77777777" w:rsidR="00E54E13" w:rsidRDefault="00000000">
            <w:pPr>
              <w:spacing w:before="30" w:after="30" w:line="234" w:lineRule="exact"/>
              <w:rPr>
                <w:rFonts w:hint="eastAsia"/>
              </w:rPr>
            </w:pPr>
            <w:r>
              <w:rPr>
                <w:sz w:val="18"/>
              </w:rPr>
              <w:t>Alla conclusione</w:t>
            </w:r>
          </w:p>
        </w:tc>
        <w:tc>
          <w:tcPr>
            <w:tcW w:w="7143" w:type="dxa"/>
            <w:shd w:val="clear" w:color="auto" w:fill="F6F8FA"/>
            <w:vAlign w:val="center"/>
          </w:tcPr>
          <w:p w14:paraId="700A3241" w14:textId="77777777" w:rsidR="00E54E13" w:rsidRDefault="00000000">
            <w:pPr>
              <w:spacing w:before="30" w:after="30" w:line="234" w:lineRule="exact"/>
              <w:rPr>
                <w:rFonts w:hint="eastAsia"/>
              </w:rPr>
            </w:pPr>
            <w:r>
              <w:rPr>
                <w:sz w:val="18"/>
              </w:rPr>
              <w:t>Valutazione dei risultati, carenze residue, eventuale ripetizione mirata e documentazione rilasciata.</w:t>
            </w:r>
          </w:p>
        </w:tc>
      </w:tr>
    </w:tbl>
    <w:p w14:paraId="1FD2755B" w14:textId="77777777" w:rsidR="00E54E13" w:rsidRDefault="00E54E13">
      <w:pPr>
        <w:spacing w:after="40" w:line="40" w:lineRule="exact"/>
        <w:rPr>
          <w:rFonts w:hint="eastAsia"/>
        </w:rPr>
      </w:pPr>
    </w:p>
    <w:p w14:paraId="67ECD702" w14:textId="77777777" w:rsidR="00E54E13" w:rsidRDefault="00000000">
      <w:pPr>
        <w:pStyle w:val="Titolo2"/>
      </w:pPr>
      <w:r>
        <w:t>9.3 Valutazione dei risultati</w:t>
      </w:r>
    </w:p>
    <w:p w14:paraId="0401555A" w14:textId="77777777" w:rsidR="00E54E13" w:rsidRDefault="00000000">
      <w:pPr>
        <w:rPr>
          <w:rFonts w:hint="eastAsia"/>
        </w:rPr>
      </w:pPr>
      <w:r>
        <w:t>Tutte le attività formative sono documentate e prevedono momenti di valutazione. Per i corsi esterni relativi all’idoneità, INAIL richiama un attestato di regolare frequenza comprensivo delle valutazioni finali. L’azienda richiede evidenze adeguate anche per la formazione interna. Il questionario A30 è solo uno strumento didattico aziendale: non sostituisce l’osservazione pratica né le decisioni del datore di lavoro.</w:t>
      </w:r>
    </w:p>
    <w:p w14:paraId="42340735" w14:textId="77777777" w:rsidR="00E54E13" w:rsidRDefault="00000000">
      <w:pPr>
        <w:pStyle w:val="Titolo2"/>
      </w:pPr>
      <w:r>
        <w:t>9.4 Esiti non adeguati [AZ]</w:t>
      </w:r>
    </w:p>
    <w:p w14:paraId="610547DB" w14:textId="77777777" w:rsidR="00E54E13" w:rsidRDefault="00000000">
      <w:pPr>
        <w:rPr>
          <w:rFonts w:hint="eastAsia"/>
        </w:rPr>
      </w:pPr>
      <w:r>
        <w:t>Le risposte o le prestazioni incerte su passaggi critici richiedono approfondimento e nuova verifica. Nessuna media numerica compensa la mancata comprensione di un limite operativo essenziale. Recuperi, integrazioni e riesame sono registrati in A05–A07.</w:t>
      </w:r>
    </w:p>
    <w:p w14:paraId="22A280F7" w14:textId="77777777" w:rsidR="00E54E13" w:rsidRDefault="00000000">
      <w:pPr>
        <w:pStyle w:val="Source"/>
        <w:rPr>
          <w:rFonts w:hint="eastAsia"/>
        </w:rPr>
      </w:pPr>
      <w:r>
        <w:t>Modalità e valutazioni: [I1], p. 3. Conservazione e attestazioni: p. 5. Tracciabilità operativa aggiuntiva: [AZ].</w:t>
      </w:r>
    </w:p>
    <w:p w14:paraId="4F3A467E" w14:textId="77777777" w:rsidR="00E54E13" w:rsidRDefault="00000000">
      <w:pPr>
        <w:pStyle w:val="Eyebrow"/>
        <w:keepNext/>
        <w:pageBreakBefore/>
        <w:rPr>
          <w:rFonts w:hint="eastAsia"/>
        </w:rPr>
      </w:pPr>
      <w:r>
        <w:t>PARTE I  /  PROCEDURA AZIENDALE</w:t>
      </w:r>
    </w:p>
    <w:p w14:paraId="09AF238C" w14:textId="77777777" w:rsidR="00E54E13" w:rsidRDefault="00000000">
      <w:pPr>
        <w:pStyle w:val="Titolo1"/>
      </w:pPr>
      <w:bookmarkStart w:id="14" w:name="B15_10"/>
      <w:r>
        <w:t>10  Attribuzione aziendale delle qualifiche PES/PAV</w:t>
      </w:r>
      <w:bookmarkEnd w:id="14"/>
    </w:p>
    <w:p w14:paraId="1EF3682F" w14:textId="77777777" w:rsidR="00E54E13" w:rsidRDefault="00000000">
      <w:pPr>
        <w:keepNext/>
        <w:spacing w:before="100" w:after="40" w:line="240" w:lineRule="auto"/>
        <w:rPr>
          <w:rFonts w:hint="eastAsia"/>
        </w:rPr>
      </w:pPr>
      <w:r>
        <w:rPr>
          <w:noProof/>
        </w:rPr>
        <w:drawing>
          <wp:inline distT="0" distB="0" distL="0" distR="0" wp14:anchorId="5C6192BD" wp14:editId="26473261">
            <wp:extent cx="6120000" cy="3927000"/>
            <wp:effectExtent l="0" t="0" r="0" b="0"/>
            <wp:docPr id="3" name="Picture 3" descr="Figura 2. Processo di qualificazione: rielaborazione del criterio e del diagramma INAIL." title="F03_attribuzione_pes_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3_attribuzione_pes_pav.png"/>
                    <pic:cNvPicPr/>
                  </pic:nvPicPr>
                  <pic:blipFill>
                    <a:blip r:embed="rId10"/>
                    <a:stretch>
                      <a:fillRect/>
                    </a:stretch>
                  </pic:blipFill>
                  <pic:spPr>
                    <a:xfrm>
                      <a:off x="0" y="0"/>
                      <a:ext cx="6120000" cy="3927000"/>
                    </a:xfrm>
                    <a:prstGeom prst="rect">
                      <a:avLst/>
                    </a:prstGeom>
                  </pic:spPr>
                </pic:pic>
              </a:graphicData>
            </a:graphic>
          </wp:inline>
        </w:drawing>
      </w:r>
    </w:p>
    <w:p w14:paraId="7AF0A0FF" w14:textId="77777777" w:rsidR="00E54E13" w:rsidRDefault="00000000">
      <w:pPr>
        <w:pStyle w:val="Didascalia"/>
        <w:rPr>
          <w:rFonts w:hint="eastAsia"/>
        </w:rPr>
      </w:pPr>
      <w:r>
        <w:rPr>
          <w:b w:val="0"/>
        </w:rPr>
        <w:t>Figura 2. Processo di qualificazione: rielaborazione del criterio e del diagramma INAIL.</w:t>
      </w:r>
    </w:p>
    <w:p w14:paraId="7C5D533D" w14:textId="77777777" w:rsidR="00E54E13" w:rsidRDefault="00000000">
      <w:pPr>
        <w:pStyle w:val="Titolo2"/>
      </w:pPr>
      <w:r>
        <w:t>10.1 Decisione e formalizzazione</w:t>
      </w:r>
    </w:p>
    <w:p w14:paraId="234F4E10" w14:textId="77777777" w:rsidR="00E54E13" w:rsidRDefault="00000000">
      <w:pPr>
        <w:rPr>
          <w:rFonts w:hint="eastAsia"/>
        </w:rPr>
      </w:pPr>
      <w:r>
        <w:t>Il datore di lavoro esamina A03–A07 e decide motivatamente. Se mancano le conoscenze teoriche o pratiche necessarie, non attribuisce la qualifica prima della loro acquisizione. L’atto A08 riporta qualifica, attività comprese, limiti e riferimenti del fascicolo; la firma del lavoratore documenta la ricezione, non trasferisce la responsabilità della decisione.</w:t>
      </w:r>
    </w:p>
    <w:p w14:paraId="34727BE1" w14:textId="77777777" w:rsidR="00E54E13" w:rsidRDefault="00000000">
      <w:pPr>
        <w:pStyle w:val="Titolo2"/>
      </w:pPr>
      <w:r>
        <w:t>10.2 Applicazione ai compiti reali [AZ]</w:t>
      </w:r>
    </w:p>
    <w:p w14:paraId="270725D4" w14:textId="77777777" w:rsidR="00E54E13" w:rsidRDefault="00000000">
      <w:pPr>
        <w:rPr>
          <w:rFonts w:hint="eastAsia"/>
        </w:rPr>
      </w:pPr>
      <w:r>
        <w:t>La qualifica viene comunicata a chi assegna i lavori e registrata in A11. Per una PAV si definiscono le informazioni specifiche da fornire e le condizioni di controllo pertinenti. La sola frequenza di un corso denominato PES/PAV non sostituisce questo processo.</w:t>
      </w:r>
    </w:p>
    <w:p w14:paraId="58430D9B" w14:textId="77777777" w:rsidR="00E54E13" w:rsidRDefault="00000000">
      <w:pPr>
        <w:pStyle w:val="Source"/>
        <w:rPr>
          <w:rFonts w:hint="eastAsia"/>
        </w:rPr>
      </w:pPr>
      <w:r>
        <w:t>Base: [I1], pp. 1–2 e figura 1 a p. 4. Atti e registro aziendali: A04, A08, A11.</w:t>
      </w:r>
    </w:p>
    <w:p w14:paraId="1F6DDA1D" w14:textId="77777777" w:rsidR="00E54E13" w:rsidRDefault="00000000">
      <w:pPr>
        <w:pStyle w:val="Eyebrow"/>
        <w:keepNext/>
        <w:pageBreakBefore/>
        <w:rPr>
          <w:rFonts w:hint="eastAsia"/>
        </w:rPr>
      </w:pPr>
      <w:r>
        <w:t>PARTE I  /  PROCEDURA AZIENDALE</w:t>
      </w:r>
    </w:p>
    <w:p w14:paraId="5455461A" w14:textId="77777777" w:rsidR="00E54E13" w:rsidRDefault="00000000">
      <w:pPr>
        <w:pStyle w:val="Titolo1"/>
      </w:pPr>
      <w:bookmarkStart w:id="15" w:name="B16_11"/>
      <w:r>
        <w:t>11  Idoneità e autorizzazione ai lavori sotto tensione</w:t>
      </w:r>
      <w:bookmarkEnd w:id="15"/>
    </w:p>
    <w:p w14:paraId="666F3CCB" w14:textId="77777777" w:rsidR="00E54E13" w:rsidRDefault="00000000">
      <w:pPr>
        <w:keepNext/>
        <w:spacing w:before="100" w:after="40" w:line="240" w:lineRule="auto"/>
        <w:rPr>
          <w:rFonts w:hint="eastAsia"/>
        </w:rPr>
      </w:pPr>
      <w:r>
        <w:rPr>
          <w:noProof/>
        </w:rPr>
        <w:drawing>
          <wp:inline distT="0" distB="0" distL="0" distR="0" wp14:anchorId="1464854A" wp14:editId="6F5A1763">
            <wp:extent cx="6192000" cy="2656368"/>
            <wp:effectExtent l="0" t="0" r="0" b="0"/>
            <wp:docPr id="4" name="Picture 4" descr="Figura 3. Quattro evidenze distinte per i dipendenti: formazione, qualifica, idoneità e autorizzazione." title="F01_passaggi_disti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1_passaggi_distinti.png"/>
                    <pic:cNvPicPr/>
                  </pic:nvPicPr>
                  <pic:blipFill>
                    <a:blip r:embed="rId11"/>
                    <a:stretch>
                      <a:fillRect/>
                    </a:stretch>
                  </pic:blipFill>
                  <pic:spPr>
                    <a:xfrm>
                      <a:off x="0" y="0"/>
                      <a:ext cx="6192000" cy="2656368"/>
                    </a:xfrm>
                    <a:prstGeom prst="rect">
                      <a:avLst/>
                    </a:prstGeom>
                  </pic:spPr>
                </pic:pic>
              </a:graphicData>
            </a:graphic>
          </wp:inline>
        </w:drawing>
      </w:r>
    </w:p>
    <w:p w14:paraId="547C206C" w14:textId="77777777" w:rsidR="00E54E13" w:rsidRDefault="00000000">
      <w:pPr>
        <w:pStyle w:val="Didascalia"/>
        <w:rPr>
          <w:rFonts w:hint="eastAsia"/>
        </w:rPr>
      </w:pPr>
      <w:r>
        <w:rPr>
          <w:b w:val="0"/>
        </w:rPr>
        <w:t>Figura 3. Quattro evidenze distinte per i dipendenti: formazione, qualifica, idoneità e autorizzazione.</w:t>
      </w:r>
    </w:p>
    <w:p w14:paraId="38F49F8F" w14:textId="77777777" w:rsidR="00E54E13" w:rsidRDefault="00000000">
      <w:pPr>
        <w:pStyle w:val="Titolo2"/>
      </w:pPr>
      <w:r>
        <w:t>11.1 Presupposti e decisione</w:t>
      </w:r>
    </w:p>
    <w:p w14:paraId="1B9A0000" w14:textId="77777777" w:rsidR="00E54E13" w:rsidRDefault="00000000">
      <w:pPr>
        <w:rPr>
          <w:rFonts w:hint="eastAsia"/>
        </w:rPr>
      </w:pPr>
      <w:r>
        <w:t>L’art. 82, come richiamato da INAIL, pone il divieto generale dei lavori sotto tensione e ne disciplina le condizioni di ammissibilità. Nei casi BT considerati dalla pubblicazione, procedure e attrezzature devono rispettare i criteri delle norme tecniche e il personale deve essere riconosciuto idoneo. Il modello non trasforma la bassa tensione in un’automatica condizione di sicurezza.</w:t>
      </w:r>
    </w:p>
    <w:p w14:paraId="7DFECBAD" w14:textId="77777777" w:rsidR="00E54E13" w:rsidRDefault="00000000">
      <w:pPr>
        <w:rPr>
          <w:rFonts w:hint="eastAsia"/>
        </w:rPr>
      </w:pPr>
      <w:r>
        <w:t>Il datore di lavoro valuta conoscenze teoriche, esperienza pratica, curriculum, comportamento professionale e requisiti psicofisici pertinenti, potendo richiedere il parere del medico competente. L’esito A09 precede l’attestazione scritta di idoneità, riferita a tutte o a parte delle attività dell’azienda. La documentazione non contiene diagnosi o dettagli sanitari non necessari [AZ].</w:t>
      </w:r>
    </w:p>
    <w:p w14:paraId="32D89739" w14:textId="77777777" w:rsidR="00E54E13" w:rsidRDefault="00000000">
      <w:pPr>
        <w:pStyle w:val="Titolo2"/>
      </w:pPr>
      <w:r>
        <w:t>11.2 Autorizzazione [AZ]</w:t>
      </w:r>
    </w:p>
    <w:p w14:paraId="3A2E246C" w14:textId="77777777" w:rsidR="00E54E13" w:rsidRDefault="00000000">
      <w:pPr>
        <w:rPr>
          <w:rFonts w:hint="eastAsia"/>
        </w:rPr>
      </w:pPr>
      <w:r>
        <w:t>A10 distingue la parte di attestazione dell’idoneità dalla parte di autorizzazione del datore di lavoro. L’autorizzazione definisce attività, limiti, procedure, condizioni ed eventuali restrizioni. Prima del singolo intervento restano necessari programmazione, verifiche e gestione dell’impianto. Non si ammettono estensioni verbali a tecniche o impianti non valutati.</w:t>
      </w:r>
    </w:p>
    <w:tbl>
      <w:tblPr>
        <w:tblW w:w="0" w:type="auto"/>
        <w:tblLayout w:type="fixed"/>
        <w:tblLook w:val="04A0" w:firstRow="1" w:lastRow="0" w:firstColumn="1" w:lastColumn="0" w:noHBand="0" w:noVBand="1"/>
      </w:tblPr>
      <w:tblGrid>
        <w:gridCol w:w="9752"/>
      </w:tblGrid>
      <w:tr w:rsidR="00E54E13" w14:paraId="61346FEE" w14:textId="77777777">
        <w:tc>
          <w:tcPr>
            <w:tcW w:w="9752" w:type="dxa"/>
            <w:shd w:val="clear" w:color="auto" w:fill="FFF5E3"/>
            <w:tcMar>
              <w:top w:w="110" w:type="dxa"/>
              <w:left w:w="150" w:type="dxa"/>
              <w:bottom w:w="110" w:type="dxa"/>
              <w:right w:w="150" w:type="dxa"/>
            </w:tcMar>
          </w:tcPr>
          <w:p w14:paraId="17381E5A" w14:textId="77777777" w:rsidR="00E54E13" w:rsidRDefault="00000000">
            <w:pPr>
              <w:spacing w:after="80"/>
              <w:rPr>
                <w:rFonts w:hint="eastAsia"/>
              </w:rPr>
            </w:pPr>
            <w:r>
              <w:rPr>
                <w:b/>
                <w:color w:val="AA761B"/>
              </w:rPr>
              <w:t>DUE AUTORIZZAZIONI CON FUNZIONI DIFFERENTI</w:t>
            </w:r>
          </w:p>
          <w:p w14:paraId="5EF11160" w14:textId="77777777" w:rsidR="00E54E13" w:rsidRDefault="00000000">
            <w:pPr>
              <w:spacing w:after="20" w:line="250" w:lineRule="exact"/>
              <w:rPr>
                <w:rFonts w:hint="eastAsia"/>
              </w:rPr>
            </w:pPr>
            <w:r>
              <w:rPr>
                <w:sz w:val="18"/>
              </w:rPr>
              <w:t>L’autorizzazione personale del datore di lavoro ai lavori sotto tensione non coincide con l’autorizzazione all’inizio del singolo lavoro comunicata dal RI al RLE nella consegna dell’impianto.</w:t>
            </w:r>
          </w:p>
        </w:tc>
      </w:tr>
    </w:tbl>
    <w:p w14:paraId="33B6F86B" w14:textId="77777777" w:rsidR="00E54E13" w:rsidRDefault="00E54E13">
      <w:pPr>
        <w:spacing w:after="20" w:line="40" w:lineRule="exact"/>
        <w:rPr>
          <w:rFonts w:hint="eastAsia"/>
        </w:rPr>
      </w:pPr>
    </w:p>
    <w:p w14:paraId="0D64FD7C" w14:textId="77777777" w:rsidR="00E54E13" w:rsidRDefault="00000000">
      <w:pPr>
        <w:pStyle w:val="Source"/>
        <w:rPr>
          <w:rFonts w:hint="eastAsia"/>
        </w:rPr>
      </w:pPr>
      <w:r>
        <w:t>Base: [I1], pp. 4–6. Modulistica: A09, A10, A13–A16. Dettaglio organizzativo dell’autorizzazione: [AZ].</w:t>
      </w:r>
    </w:p>
    <w:p w14:paraId="765D4500" w14:textId="77777777" w:rsidR="00E54E13" w:rsidRDefault="00000000">
      <w:pPr>
        <w:pStyle w:val="Eyebrow"/>
        <w:keepNext/>
        <w:pageBreakBefore/>
        <w:rPr>
          <w:rFonts w:hint="eastAsia"/>
        </w:rPr>
      </w:pPr>
      <w:r>
        <w:t>PARTE I  /  PROCEDURA AZIENDALE</w:t>
      </w:r>
    </w:p>
    <w:p w14:paraId="732D11B9" w14:textId="77777777" w:rsidR="00E54E13" w:rsidRDefault="00000000">
      <w:pPr>
        <w:pStyle w:val="Titolo1"/>
      </w:pPr>
      <w:bookmarkStart w:id="16" w:name="B17_12"/>
      <w:r>
        <w:t>12  Aggiornamento, pratica e riesame</w:t>
      </w:r>
      <w:bookmarkEnd w:id="16"/>
    </w:p>
    <w:p w14:paraId="230DE8CF" w14:textId="77777777" w:rsidR="00E54E13" w:rsidRDefault="00000000">
      <w:pPr>
        <w:keepNext/>
        <w:spacing w:before="100" w:after="40" w:line="240" w:lineRule="auto"/>
        <w:rPr>
          <w:rFonts w:hint="eastAsia"/>
        </w:rPr>
      </w:pPr>
      <w:r>
        <w:rPr>
          <w:noProof/>
        </w:rPr>
        <w:drawing>
          <wp:inline distT="0" distB="0" distL="0" distR="0" wp14:anchorId="6E4010F2" wp14:editId="2AD707FB">
            <wp:extent cx="6120000" cy="3825000"/>
            <wp:effectExtent l="0" t="0" r="0" b="0"/>
            <wp:docPr id="5" name="Picture 5" descr="Figura 4. Durate teoriche raccomandate, preparazione pratica e mantenimento." title="F05_form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5_formazione.png"/>
                    <pic:cNvPicPr/>
                  </pic:nvPicPr>
                  <pic:blipFill>
                    <a:blip r:embed="rId12"/>
                    <a:stretch>
                      <a:fillRect/>
                    </a:stretch>
                  </pic:blipFill>
                  <pic:spPr>
                    <a:xfrm>
                      <a:off x="0" y="0"/>
                      <a:ext cx="6120000" cy="3825000"/>
                    </a:xfrm>
                    <a:prstGeom prst="rect">
                      <a:avLst/>
                    </a:prstGeom>
                  </pic:spPr>
                </pic:pic>
              </a:graphicData>
            </a:graphic>
          </wp:inline>
        </w:drawing>
      </w:r>
    </w:p>
    <w:p w14:paraId="67A917C0" w14:textId="77777777" w:rsidR="00E54E13" w:rsidRDefault="00000000">
      <w:pPr>
        <w:pStyle w:val="Didascalia"/>
        <w:rPr>
          <w:rFonts w:hint="eastAsia"/>
        </w:rPr>
      </w:pPr>
      <w:r>
        <w:rPr>
          <w:b w:val="0"/>
        </w:rPr>
        <w:t>Figura 4. Durate teoriche raccomandate, preparazione pratica e mantenimento.</w:t>
      </w:r>
    </w:p>
    <w:p w14:paraId="5D0116B0" w14:textId="77777777" w:rsidR="00E54E13" w:rsidRDefault="00000000">
      <w:pPr>
        <w:pStyle w:val="Titolo2"/>
      </w:pPr>
      <w:r>
        <w:t>12.1 Programmazione dell’aggiornamento</w:t>
      </w:r>
    </w:p>
    <w:p w14:paraId="0DD03409" w14:textId="77777777" w:rsidR="00E54E13" w:rsidRDefault="00000000">
      <w:pPr>
        <w:rPr>
          <w:rFonts w:hint="eastAsia"/>
        </w:rPr>
      </w:pPr>
      <w:r>
        <w:t>La pubblicazione indica aggiornamento con cadenza almeno quinquennale e durata non inferiore a quattro ore, su argomenti riferiti ai lavori praticati. Il medesimo richiamo compare anche per i lavori sotto tensione: da ciò non si deduce automaticamente un obbligo di due corsi distinti da quattro ore. Il piano aziendale rende verificabile la copertura dei contenuti pertinenti.</w:t>
      </w:r>
    </w:p>
    <w:p w14:paraId="0768E56F" w14:textId="77777777" w:rsidR="00E54E13" w:rsidRDefault="00000000">
      <w:pPr>
        <w:pStyle w:val="Titolo2"/>
      </w:pPr>
      <w:r>
        <w:t>12.2 Mantenimento e riesami [AZ]</w:t>
      </w:r>
    </w:p>
    <w:p w14:paraId="5E369496" w14:textId="77777777" w:rsidR="00E54E13" w:rsidRDefault="00000000">
      <w:pPr>
        <w:rPr>
          <w:rFonts w:hint="eastAsia"/>
        </w:rPr>
      </w:pPr>
      <w:r>
        <w:t>L’idoneità sotto tensione si mantiene con la pratica o successivi addestramenti ed è riesaminata quando necessario; il riesame annuale è indicato da INAIL come buona pratica, non come scadenza automatica. A11 distingue scadenza formativa, riesame gestionale e limiti dell’autorizzazione. A24 verifica competenze e condizioni attuali; i cambiamenti o le carenze attivano A25.</w:t>
      </w:r>
    </w:p>
    <w:p w14:paraId="6EEF2059" w14:textId="77777777" w:rsidR="00E54E13" w:rsidRDefault="00000000">
      <w:pPr>
        <w:pStyle w:val="Source"/>
        <w:rPr>
          <w:rFonts w:hint="eastAsia"/>
        </w:rPr>
      </w:pPr>
      <w:r>
        <w:t>Base: [I1], p. 3 e p. 6. La periodicità di eventuali controlli aziendali più ravvicinati è [AZ]. Allegati A05, A11, A24, A25.</w:t>
      </w:r>
    </w:p>
    <w:p w14:paraId="66B8D8B6" w14:textId="77777777" w:rsidR="00E54E13" w:rsidRDefault="00000000">
      <w:pPr>
        <w:pStyle w:val="Eyebrow"/>
        <w:keepNext/>
        <w:pageBreakBefore/>
        <w:rPr>
          <w:rFonts w:hint="eastAsia"/>
        </w:rPr>
      </w:pPr>
      <w:r>
        <w:t>PARTE I  /  PROCEDURA AZIENDALE</w:t>
      </w:r>
    </w:p>
    <w:p w14:paraId="5C5EAAFD" w14:textId="77777777" w:rsidR="00E54E13" w:rsidRDefault="00000000">
      <w:pPr>
        <w:pStyle w:val="Titolo1"/>
      </w:pPr>
      <w:bookmarkStart w:id="17" w:name="B18_13"/>
      <w:r>
        <w:t>13  Programmazione e analisi preliminare del lavoro</w:t>
      </w:r>
      <w:bookmarkEnd w:id="17"/>
    </w:p>
    <w:p w14:paraId="36D282D4" w14:textId="77777777" w:rsidR="00E54E13" w:rsidRDefault="00000000">
      <w:pPr>
        <w:pStyle w:val="Titolo2"/>
      </w:pPr>
      <w:r>
        <w:t>13.1 Apertura del dossier [AZ]</w:t>
      </w:r>
    </w:p>
    <w:p w14:paraId="44F1CD77" w14:textId="77777777" w:rsidR="00E54E13" w:rsidRDefault="00000000">
      <w:pPr>
        <w:rPr>
          <w:rFonts w:hint="eastAsia"/>
        </w:rPr>
      </w:pPr>
      <w:r>
        <w:t>Prima dell’intervento il GL apre o richiama un dossier A13 identificato da codice univoco. Sono definiti scopo, impianto, parte interessata, stato iniziale, lavoro richiesto, tempi, vincoli e persone coinvolte. Il GL verifica con il RI la scelta metodologica e organizzativa, identifica il RLE e gli operatori e verifica disponibilità di procedure, attrezzature, dispositivi e supporti.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B82F10F" w14:textId="77777777">
        <w:trPr>
          <w:tblHeader/>
          <w:jc w:val="center"/>
        </w:trPr>
        <w:tc>
          <w:tcPr>
            <w:tcW w:w="2891" w:type="dxa"/>
            <w:shd w:val="clear" w:color="auto" w:fill="12324B"/>
          </w:tcPr>
          <w:p w14:paraId="0B642EE4" w14:textId="77777777" w:rsidR="00E54E13" w:rsidRDefault="00000000">
            <w:pPr>
              <w:spacing w:before="30" w:after="30" w:line="232" w:lineRule="exact"/>
              <w:rPr>
                <w:rFonts w:hint="eastAsia"/>
              </w:rPr>
            </w:pPr>
            <w:r>
              <w:rPr>
                <w:b/>
                <w:color w:val="FFFFFF"/>
                <w:sz w:val="18"/>
              </w:rPr>
              <w:t>Controllo preliminare [AZ]</w:t>
            </w:r>
          </w:p>
        </w:tc>
        <w:tc>
          <w:tcPr>
            <w:tcW w:w="6860" w:type="dxa"/>
            <w:shd w:val="clear" w:color="auto" w:fill="12324B"/>
          </w:tcPr>
          <w:p w14:paraId="1D67A072" w14:textId="77777777" w:rsidR="00E54E13" w:rsidRDefault="00000000">
            <w:pPr>
              <w:spacing w:before="30" w:after="30" w:line="232" w:lineRule="exact"/>
              <w:rPr>
                <w:rFonts w:hint="eastAsia"/>
              </w:rPr>
            </w:pPr>
            <w:r>
              <w:rPr>
                <w:b/>
                <w:color w:val="FFFFFF"/>
                <w:sz w:val="18"/>
              </w:rPr>
              <w:t>Criterio per procedere</w:t>
            </w:r>
          </w:p>
        </w:tc>
      </w:tr>
      <w:tr w:rsidR="00E54E13" w14:paraId="01180E29" w14:textId="77777777">
        <w:trPr>
          <w:cantSplit/>
          <w:jc w:val="center"/>
        </w:trPr>
        <w:tc>
          <w:tcPr>
            <w:tcW w:w="2891" w:type="dxa"/>
            <w:vAlign w:val="center"/>
          </w:tcPr>
          <w:p w14:paraId="59669667" w14:textId="77777777" w:rsidR="00E54E13" w:rsidRDefault="00000000">
            <w:pPr>
              <w:spacing w:before="30" w:after="30" w:line="232" w:lineRule="exact"/>
              <w:rPr>
                <w:rFonts w:hint="eastAsia"/>
              </w:rPr>
            </w:pPr>
            <w:r>
              <w:rPr>
                <w:sz w:val="18"/>
              </w:rPr>
              <w:t>Impianto e confini</w:t>
            </w:r>
          </w:p>
        </w:tc>
        <w:tc>
          <w:tcPr>
            <w:tcW w:w="6860" w:type="dxa"/>
            <w:vAlign w:val="center"/>
          </w:tcPr>
          <w:p w14:paraId="4FA4D1F9" w14:textId="77777777" w:rsidR="00E54E13" w:rsidRDefault="00000000">
            <w:pPr>
              <w:spacing w:before="30" w:after="30" w:line="232" w:lineRule="exact"/>
              <w:rPr>
                <w:rFonts w:hint="eastAsia"/>
              </w:rPr>
            </w:pPr>
            <w:r>
              <w:rPr>
                <w:sz w:val="18"/>
              </w:rPr>
              <w:t>Identificazione non equivoca e documentazione adeguata al lavoro.</w:t>
            </w:r>
          </w:p>
        </w:tc>
      </w:tr>
      <w:tr w:rsidR="00E54E13" w14:paraId="5F1EE2D9" w14:textId="77777777">
        <w:trPr>
          <w:cantSplit/>
          <w:jc w:val="center"/>
        </w:trPr>
        <w:tc>
          <w:tcPr>
            <w:tcW w:w="2891" w:type="dxa"/>
            <w:shd w:val="clear" w:color="auto" w:fill="F6F8FA"/>
            <w:vAlign w:val="center"/>
          </w:tcPr>
          <w:p w14:paraId="12E3E010" w14:textId="77777777" w:rsidR="00E54E13" w:rsidRDefault="00000000">
            <w:pPr>
              <w:spacing w:before="30" w:after="30" w:line="232" w:lineRule="exact"/>
              <w:rPr>
                <w:rFonts w:hint="eastAsia"/>
              </w:rPr>
            </w:pPr>
            <w:r>
              <w:rPr>
                <w:sz w:val="18"/>
              </w:rPr>
              <w:t>Assetto e alimentazioni</w:t>
            </w:r>
          </w:p>
        </w:tc>
        <w:tc>
          <w:tcPr>
            <w:tcW w:w="6860" w:type="dxa"/>
            <w:shd w:val="clear" w:color="auto" w:fill="F6F8FA"/>
            <w:vAlign w:val="center"/>
          </w:tcPr>
          <w:p w14:paraId="4B177CE3" w14:textId="77777777" w:rsidR="00E54E13" w:rsidRDefault="00000000">
            <w:pPr>
              <w:spacing w:before="30" w:after="30" w:line="232" w:lineRule="exact"/>
              <w:rPr>
                <w:rFonts w:hint="eastAsia"/>
              </w:rPr>
            </w:pPr>
            <w:r>
              <w:rPr>
                <w:sz w:val="18"/>
              </w:rPr>
              <w:t>Condizioni iniziali note e individuazione delle parti pertinenti al lavoro e alle misure di sicurezza.</w:t>
            </w:r>
          </w:p>
        </w:tc>
      </w:tr>
      <w:tr w:rsidR="00E54E13" w14:paraId="5FD25E00" w14:textId="77777777">
        <w:trPr>
          <w:cantSplit/>
          <w:jc w:val="center"/>
        </w:trPr>
        <w:tc>
          <w:tcPr>
            <w:tcW w:w="2891" w:type="dxa"/>
            <w:vAlign w:val="center"/>
          </w:tcPr>
          <w:p w14:paraId="3EF180D7" w14:textId="77777777" w:rsidR="00E54E13" w:rsidRDefault="00000000">
            <w:pPr>
              <w:spacing w:before="30" w:after="30" w:line="232" w:lineRule="exact"/>
              <w:rPr>
                <w:rFonts w:hint="eastAsia"/>
              </w:rPr>
            </w:pPr>
            <w:r>
              <w:rPr>
                <w:sz w:val="18"/>
              </w:rPr>
              <w:t>Tipologia di lavoro</w:t>
            </w:r>
          </w:p>
        </w:tc>
        <w:tc>
          <w:tcPr>
            <w:tcW w:w="6860" w:type="dxa"/>
            <w:vAlign w:val="center"/>
          </w:tcPr>
          <w:p w14:paraId="51E8820F" w14:textId="77777777" w:rsidR="00E54E13" w:rsidRDefault="00000000">
            <w:pPr>
              <w:spacing w:before="30" w:after="30" w:line="232" w:lineRule="exact"/>
              <w:rPr>
                <w:rFonts w:hint="eastAsia"/>
              </w:rPr>
            </w:pPr>
            <w:r>
              <w:rPr>
                <w:sz w:val="18"/>
              </w:rPr>
              <w:t>Classificazione verificata da persona competente, con riferimento alla norma e alle istruzioni applicabili.</w:t>
            </w:r>
          </w:p>
        </w:tc>
      </w:tr>
      <w:tr w:rsidR="00E54E13" w14:paraId="7BF9790A" w14:textId="77777777">
        <w:trPr>
          <w:cantSplit/>
          <w:jc w:val="center"/>
        </w:trPr>
        <w:tc>
          <w:tcPr>
            <w:tcW w:w="2891" w:type="dxa"/>
            <w:shd w:val="clear" w:color="auto" w:fill="F6F8FA"/>
            <w:vAlign w:val="center"/>
          </w:tcPr>
          <w:p w14:paraId="246D1D10" w14:textId="77777777" w:rsidR="00E54E13" w:rsidRDefault="00000000">
            <w:pPr>
              <w:spacing w:before="30" w:after="30" w:line="232" w:lineRule="exact"/>
              <w:rPr>
                <w:rFonts w:hint="eastAsia"/>
              </w:rPr>
            </w:pPr>
            <w:r>
              <w:rPr>
                <w:sz w:val="18"/>
              </w:rPr>
              <w:t>Personale</w:t>
            </w:r>
          </w:p>
        </w:tc>
        <w:tc>
          <w:tcPr>
            <w:tcW w:w="6860" w:type="dxa"/>
            <w:shd w:val="clear" w:color="auto" w:fill="F6F8FA"/>
            <w:vAlign w:val="center"/>
          </w:tcPr>
          <w:p w14:paraId="0900BA58" w14:textId="77777777" w:rsidR="00E54E13" w:rsidRDefault="00000000">
            <w:pPr>
              <w:spacing w:before="30" w:after="30" w:line="232" w:lineRule="exact"/>
              <w:rPr>
                <w:rFonts w:hint="eastAsia"/>
              </w:rPr>
            </w:pPr>
            <w:r>
              <w:rPr>
                <w:sz w:val="18"/>
              </w:rPr>
              <w:t>Qualifiche e, quando necessarie, idoneità e autorizzazioni coerenti con l’attività.</w:t>
            </w:r>
          </w:p>
        </w:tc>
      </w:tr>
      <w:tr w:rsidR="00E54E13" w14:paraId="6918604C" w14:textId="77777777">
        <w:trPr>
          <w:cantSplit/>
          <w:jc w:val="center"/>
        </w:trPr>
        <w:tc>
          <w:tcPr>
            <w:tcW w:w="2891" w:type="dxa"/>
            <w:vAlign w:val="center"/>
          </w:tcPr>
          <w:p w14:paraId="2CA561E1" w14:textId="77777777" w:rsidR="00E54E13" w:rsidRDefault="00000000">
            <w:pPr>
              <w:spacing w:before="30" w:after="30" w:line="232" w:lineRule="exact"/>
              <w:rPr>
                <w:rFonts w:hint="eastAsia"/>
              </w:rPr>
            </w:pPr>
            <w:r>
              <w:rPr>
                <w:sz w:val="18"/>
              </w:rPr>
              <w:t>Procedure e risorse</w:t>
            </w:r>
          </w:p>
        </w:tc>
        <w:tc>
          <w:tcPr>
            <w:tcW w:w="6860" w:type="dxa"/>
            <w:vAlign w:val="center"/>
          </w:tcPr>
          <w:p w14:paraId="5FA8C848" w14:textId="77777777" w:rsidR="00E54E13" w:rsidRDefault="00000000">
            <w:pPr>
              <w:spacing w:before="30" w:after="30" w:line="232" w:lineRule="exact"/>
              <w:rPr>
                <w:rFonts w:hint="eastAsia"/>
              </w:rPr>
            </w:pPr>
            <w:r>
              <w:rPr>
                <w:sz w:val="18"/>
              </w:rPr>
              <w:t>Istruzioni aggiornate, PdL/PI quando previsti, DPI e attrezzature disponibili e adeguati.</w:t>
            </w:r>
          </w:p>
        </w:tc>
      </w:tr>
      <w:tr w:rsidR="00E54E13" w14:paraId="73FBD687" w14:textId="77777777">
        <w:trPr>
          <w:cantSplit/>
          <w:jc w:val="center"/>
        </w:trPr>
        <w:tc>
          <w:tcPr>
            <w:tcW w:w="2891" w:type="dxa"/>
            <w:shd w:val="clear" w:color="auto" w:fill="F6F8FA"/>
            <w:vAlign w:val="center"/>
          </w:tcPr>
          <w:p w14:paraId="67334442" w14:textId="77777777" w:rsidR="00E54E13" w:rsidRDefault="00000000">
            <w:pPr>
              <w:spacing w:before="30" w:after="30" w:line="232" w:lineRule="exact"/>
              <w:rPr>
                <w:rFonts w:hint="eastAsia"/>
              </w:rPr>
            </w:pPr>
            <w:r>
              <w:rPr>
                <w:sz w:val="18"/>
              </w:rPr>
              <w:t>Interferenze e ambiente</w:t>
            </w:r>
          </w:p>
        </w:tc>
        <w:tc>
          <w:tcPr>
            <w:tcW w:w="6860" w:type="dxa"/>
            <w:shd w:val="clear" w:color="auto" w:fill="F6F8FA"/>
            <w:vAlign w:val="center"/>
          </w:tcPr>
          <w:p w14:paraId="34CE9376" w14:textId="77777777" w:rsidR="00E54E13" w:rsidRDefault="00000000">
            <w:pPr>
              <w:spacing w:before="30" w:after="30" w:line="232" w:lineRule="exact"/>
              <w:rPr>
                <w:rFonts w:hint="eastAsia"/>
              </w:rPr>
            </w:pPr>
            <w:r>
              <w:rPr>
                <w:sz w:val="18"/>
              </w:rPr>
              <w:t>Misure coordinate, spazio individuato, comunicazioni e presidio delle condizioni previste.</w:t>
            </w:r>
          </w:p>
        </w:tc>
      </w:tr>
      <w:tr w:rsidR="00E54E13" w14:paraId="2769CDC0" w14:textId="77777777">
        <w:trPr>
          <w:cantSplit/>
          <w:jc w:val="center"/>
        </w:trPr>
        <w:tc>
          <w:tcPr>
            <w:tcW w:w="2891" w:type="dxa"/>
            <w:vAlign w:val="center"/>
          </w:tcPr>
          <w:p w14:paraId="1F61EFE2" w14:textId="77777777" w:rsidR="00E54E13" w:rsidRDefault="00000000">
            <w:pPr>
              <w:spacing w:before="30" w:after="30" w:line="232" w:lineRule="exact"/>
              <w:rPr>
                <w:rFonts w:hint="eastAsia"/>
              </w:rPr>
            </w:pPr>
            <w:r>
              <w:rPr>
                <w:sz w:val="18"/>
              </w:rPr>
              <w:t>Supervisione ed emergenza</w:t>
            </w:r>
          </w:p>
        </w:tc>
        <w:tc>
          <w:tcPr>
            <w:tcW w:w="6860" w:type="dxa"/>
            <w:vAlign w:val="center"/>
          </w:tcPr>
          <w:p w14:paraId="0B3C67E1" w14:textId="77777777" w:rsidR="00E54E13" w:rsidRDefault="00000000">
            <w:pPr>
              <w:spacing w:before="30" w:after="30" w:line="232" w:lineRule="exact"/>
              <w:rPr>
                <w:rFonts w:hint="eastAsia"/>
              </w:rPr>
            </w:pPr>
            <w:r>
              <w:rPr>
                <w:sz w:val="18"/>
              </w:rPr>
              <w:t>RLE presente, modalità di controllo definita e interfacce con il piano di emergenza note.</w:t>
            </w:r>
          </w:p>
        </w:tc>
      </w:tr>
    </w:tbl>
    <w:p w14:paraId="2106FC45" w14:textId="77777777" w:rsidR="00E54E13" w:rsidRDefault="00E54E13">
      <w:pPr>
        <w:spacing w:after="40" w:line="40" w:lineRule="exact"/>
        <w:rPr>
          <w:rFonts w:hint="eastAsia"/>
        </w:rPr>
      </w:pPr>
    </w:p>
    <w:p w14:paraId="24089B6A" w14:textId="77777777" w:rsidR="00E54E13" w:rsidRDefault="00000000">
      <w:pPr>
        <w:pStyle w:val="Titolo2"/>
      </w:pPr>
      <w:r>
        <w:t>13.2 Decisione di avvio della preparazione</w:t>
      </w:r>
    </w:p>
    <w:p w14:paraId="793EFBC2" w14:textId="77777777" w:rsidR="00E54E13" w:rsidRDefault="00000000">
      <w:pPr>
        <w:rPr>
          <w:rFonts w:hint="eastAsia"/>
        </w:rPr>
      </w:pPr>
      <w:r>
        <w:t>La chiusura favorevole dell’analisi preliminare consente di procedere alla preparazione, non equivale alla consegna dell’impianto o all’inizio del lavoro. Se emerge una carenza si assegnano responsabile e azione; il lavoro resta non avviato fino alla verifica della soluzione. Le richieste di urgenza non superano i requisiti mancanti.</w:t>
      </w:r>
    </w:p>
    <w:p w14:paraId="004D41E8" w14:textId="77777777" w:rsidR="00E54E13" w:rsidRDefault="00000000">
      <w:pPr>
        <w:pStyle w:val="Titolo2"/>
      </w:pPr>
      <w:r>
        <w:t>13.3 Informazioni non disponibili</w:t>
      </w:r>
    </w:p>
    <w:p w14:paraId="2EE621A5" w14:textId="77777777" w:rsidR="00E54E13" w:rsidRDefault="00000000">
      <w:pPr>
        <w:rPr>
          <w:rFonts w:hint="eastAsia"/>
        </w:rPr>
      </w:pPr>
      <w:r>
        <w:t>Distanze, selezione tecnica dei DPI, parametri dell’impianto e sequenze di intervento si richiamano da documenti verificati. Un dato ignoto non viene sostituito da un valore standard non documentato. Le istruzioni specifiche sono predisposte utilizzando A29 e verificate prima dell’approvazione.</w:t>
      </w:r>
    </w:p>
    <w:p w14:paraId="4DA591E8" w14:textId="77777777" w:rsidR="00E54E13" w:rsidRDefault="00000000">
      <w:pPr>
        <w:pStyle w:val="Source"/>
        <w:rPr>
          <w:rFonts w:hint="eastAsia"/>
        </w:rPr>
      </w:pPr>
      <w:r>
        <w:t>Compiti del GL, RI e RLE: [I1], p. 3. Valutazione e formazione: pp. 1–2. Dossier e punti di controllo: [AZ]. Allegati A12–A15, A29.</w:t>
      </w:r>
    </w:p>
    <w:p w14:paraId="63DB46C6" w14:textId="77777777" w:rsidR="00E54E13" w:rsidRDefault="00000000">
      <w:pPr>
        <w:pStyle w:val="Eyebrow"/>
        <w:keepNext/>
        <w:pageBreakBefore/>
        <w:rPr>
          <w:rFonts w:hint="eastAsia"/>
        </w:rPr>
      </w:pPr>
      <w:r>
        <w:t>PARTE I  /  PROCEDURA AZIENDALE</w:t>
      </w:r>
    </w:p>
    <w:p w14:paraId="6E36FD6F" w14:textId="77777777" w:rsidR="00E54E13" w:rsidRDefault="00000000">
      <w:pPr>
        <w:pStyle w:val="Titolo1"/>
      </w:pPr>
      <w:bookmarkStart w:id="18" w:name="B19_14"/>
      <w:r>
        <w:t>14  Piano di lavoro e piano di intervento</w:t>
      </w:r>
      <w:bookmarkEnd w:id="18"/>
    </w:p>
    <w:p w14:paraId="4EA56D8E" w14:textId="77777777" w:rsidR="00E54E13" w:rsidRDefault="00000000">
      <w:pPr>
        <w:pStyle w:val="Titolo2"/>
      </w:pPr>
      <w:r>
        <w:t>14.1 Piano di lavoro – PdL</w:t>
      </w:r>
    </w:p>
    <w:p w14:paraId="3B68BF85" w14:textId="77777777" w:rsidR="00E54E13" w:rsidRDefault="00000000">
      <w:pPr>
        <w:rPr>
          <w:rFonts w:hint="eastAsia"/>
        </w:rPr>
      </w:pPr>
      <w:r>
        <w:t>Il PdL descrive le operazioni da eseguire sull’impianto per consentire i lavori e l’assetto da mantenere durante la loro esecuzione. Il RI lo predispone quando previsto, eventualmente con la collaborazione del GL e/o del RLE. A14 organizza le informazioni sui punti interessati, le condizioni e le misure, senza precompilare sequenze tecniche universali.</w:t>
      </w:r>
    </w:p>
    <w:p w14:paraId="3C88307A" w14:textId="77777777" w:rsidR="00E54E13" w:rsidRDefault="00000000">
      <w:pPr>
        <w:pStyle w:val="Titolo2"/>
      </w:pPr>
      <w:r>
        <w:t>14.2 Piano di intervento – PI</w:t>
      </w:r>
    </w:p>
    <w:p w14:paraId="4FB88605" w14:textId="77777777" w:rsidR="00E54E13" w:rsidRDefault="00000000">
      <w:pPr>
        <w:rPr>
          <w:rFonts w:hint="eastAsia"/>
        </w:rPr>
      </w:pPr>
      <w:r>
        <w:t>Il PI contiene misure di sicurezza, modalità operative, attrezzature e DPI, distanze e compiti degli addetti. Il GL predispone l’eventuale PI se PES; il RLE lo recepisce e condivide. Se il GL non è PES, l’azienda individua e registra la PES incaricata della predisposizione tecnica [AZ], senza attribuire al GL un requisito non posseduto.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4876"/>
        <w:gridCol w:w="4876"/>
      </w:tblGrid>
      <w:tr w:rsidR="00E54E13" w14:paraId="64785DA0" w14:textId="77777777">
        <w:trPr>
          <w:tblHeader/>
          <w:jc w:val="center"/>
        </w:trPr>
        <w:tc>
          <w:tcPr>
            <w:tcW w:w="4876" w:type="dxa"/>
            <w:shd w:val="clear" w:color="auto" w:fill="12324B"/>
          </w:tcPr>
          <w:p w14:paraId="74FA5584" w14:textId="77777777" w:rsidR="00E54E13" w:rsidRDefault="00000000">
            <w:pPr>
              <w:spacing w:before="30" w:after="30" w:line="236" w:lineRule="exact"/>
              <w:rPr>
                <w:rFonts w:hint="eastAsia"/>
              </w:rPr>
            </w:pPr>
            <w:r>
              <w:rPr>
                <w:b/>
                <w:color w:val="FFFFFF"/>
                <w:sz w:val="18"/>
              </w:rPr>
              <w:t>PdL – A14</w:t>
            </w:r>
          </w:p>
        </w:tc>
        <w:tc>
          <w:tcPr>
            <w:tcW w:w="4876" w:type="dxa"/>
            <w:shd w:val="clear" w:color="auto" w:fill="12324B"/>
          </w:tcPr>
          <w:p w14:paraId="42AF91C7" w14:textId="77777777" w:rsidR="00E54E13" w:rsidRDefault="00000000">
            <w:pPr>
              <w:spacing w:before="30" w:after="30" w:line="236" w:lineRule="exact"/>
              <w:rPr>
                <w:rFonts w:hint="eastAsia"/>
              </w:rPr>
            </w:pPr>
            <w:r>
              <w:rPr>
                <w:b/>
                <w:color w:val="FFFFFF"/>
                <w:sz w:val="18"/>
              </w:rPr>
              <w:t>PI – A15</w:t>
            </w:r>
          </w:p>
        </w:tc>
      </w:tr>
      <w:tr w:rsidR="00E54E13" w14:paraId="27125582" w14:textId="77777777">
        <w:trPr>
          <w:cantSplit/>
          <w:jc w:val="center"/>
        </w:trPr>
        <w:tc>
          <w:tcPr>
            <w:tcW w:w="4876" w:type="dxa"/>
            <w:vAlign w:val="center"/>
          </w:tcPr>
          <w:p w14:paraId="78ACB743" w14:textId="77777777" w:rsidR="00E54E13" w:rsidRDefault="00000000">
            <w:pPr>
              <w:spacing w:before="30" w:after="30" w:line="236" w:lineRule="exact"/>
              <w:rPr>
                <w:rFonts w:hint="eastAsia"/>
              </w:rPr>
            </w:pPr>
            <w:r>
              <w:rPr>
                <w:sz w:val="18"/>
              </w:rPr>
              <w:t>Operazioni e assetto dell’impianto.</w:t>
            </w:r>
          </w:p>
        </w:tc>
        <w:tc>
          <w:tcPr>
            <w:tcW w:w="4876" w:type="dxa"/>
            <w:vAlign w:val="center"/>
          </w:tcPr>
          <w:p w14:paraId="14FF7403" w14:textId="77777777" w:rsidR="00E54E13" w:rsidRDefault="00000000">
            <w:pPr>
              <w:spacing w:before="30" w:after="30" w:line="236" w:lineRule="exact"/>
              <w:rPr>
                <w:rFonts w:hint="eastAsia"/>
              </w:rPr>
            </w:pPr>
            <w:r>
              <w:rPr>
                <w:sz w:val="18"/>
              </w:rPr>
              <w:t>Organizzazione dell’esecuzione e protezione degli operatori.</w:t>
            </w:r>
          </w:p>
        </w:tc>
      </w:tr>
      <w:tr w:rsidR="00E54E13" w14:paraId="06D2B60A" w14:textId="77777777">
        <w:trPr>
          <w:cantSplit/>
          <w:jc w:val="center"/>
        </w:trPr>
        <w:tc>
          <w:tcPr>
            <w:tcW w:w="4876" w:type="dxa"/>
            <w:shd w:val="clear" w:color="auto" w:fill="F6F8FA"/>
            <w:vAlign w:val="center"/>
          </w:tcPr>
          <w:p w14:paraId="05671B78" w14:textId="77777777" w:rsidR="00E54E13" w:rsidRDefault="00000000">
            <w:pPr>
              <w:spacing w:before="30" w:after="30" w:line="236" w:lineRule="exact"/>
              <w:rPr>
                <w:rFonts w:hint="eastAsia"/>
              </w:rPr>
            </w:pPr>
            <w:r>
              <w:rPr>
                <w:sz w:val="18"/>
              </w:rPr>
              <w:t>Punti di sezionamento e, se applicabili, terre di sezionamento.</w:t>
            </w:r>
          </w:p>
        </w:tc>
        <w:tc>
          <w:tcPr>
            <w:tcW w:w="4876" w:type="dxa"/>
            <w:shd w:val="clear" w:color="auto" w:fill="F6F8FA"/>
            <w:vAlign w:val="center"/>
          </w:tcPr>
          <w:p w14:paraId="5F9589C2" w14:textId="77777777" w:rsidR="00E54E13" w:rsidRDefault="00000000">
            <w:pPr>
              <w:spacing w:before="30" w:after="30" w:line="236" w:lineRule="exact"/>
              <w:rPr>
                <w:rFonts w:hint="eastAsia"/>
              </w:rPr>
            </w:pPr>
            <w:r>
              <w:rPr>
                <w:sz w:val="18"/>
              </w:rPr>
              <w:t>Se previste, terre di lavoro e relative posizioni.</w:t>
            </w:r>
          </w:p>
        </w:tc>
      </w:tr>
      <w:tr w:rsidR="00E54E13" w14:paraId="545CB6F5" w14:textId="77777777">
        <w:trPr>
          <w:cantSplit/>
          <w:jc w:val="center"/>
        </w:trPr>
        <w:tc>
          <w:tcPr>
            <w:tcW w:w="4876" w:type="dxa"/>
            <w:vAlign w:val="center"/>
          </w:tcPr>
          <w:p w14:paraId="5C9E59F3" w14:textId="77777777" w:rsidR="00E54E13" w:rsidRDefault="00000000">
            <w:pPr>
              <w:spacing w:before="30" w:after="30" w:line="236" w:lineRule="exact"/>
              <w:rPr>
                <w:rFonts w:hint="eastAsia"/>
              </w:rPr>
            </w:pPr>
            <w:r>
              <w:rPr>
                <w:sz w:val="18"/>
              </w:rPr>
              <w:t>Protezioni e automatismi, provvedimenti contro richiusure, avvisi ed eventuali modifiche di taratura.</w:t>
            </w:r>
          </w:p>
        </w:tc>
        <w:tc>
          <w:tcPr>
            <w:tcW w:w="4876" w:type="dxa"/>
            <w:vAlign w:val="center"/>
          </w:tcPr>
          <w:p w14:paraId="41EDA195" w14:textId="77777777" w:rsidR="00E54E13" w:rsidRDefault="00000000">
            <w:pPr>
              <w:spacing w:before="30" w:after="30" w:line="236" w:lineRule="exact"/>
              <w:rPr>
                <w:rFonts w:hint="eastAsia"/>
              </w:rPr>
            </w:pPr>
            <w:r>
              <w:rPr>
                <w:sz w:val="18"/>
              </w:rPr>
              <w:t>Barriere e protettori isolanti, DPI, attrezzature, distanze, sequenze e compiti.</w:t>
            </w:r>
          </w:p>
        </w:tc>
      </w:tr>
      <w:tr w:rsidR="00E54E13" w14:paraId="7BA872E2" w14:textId="77777777">
        <w:trPr>
          <w:cantSplit/>
          <w:jc w:val="center"/>
        </w:trPr>
        <w:tc>
          <w:tcPr>
            <w:tcW w:w="4876" w:type="dxa"/>
            <w:shd w:val="clear" w:color="auto" w:fill="F6F8FA"/>
            <w:vAlign w:val="center"/>
          </w:tcPr>
          <w:p w14:paraId="03E3A914" w14:textId="77777777" w:rsidR="00E54E13" w:rsidRDefault="00000000">
            <w:pPr>
              <w:spacing w:before="30" w:after="30" w:line="236" w:lineRule="exact"/>
              <w:rPr>
                <w:rFonts w:hint="eastAsia"/>
              </w:rPr>
            </w:pPr>
            <w:r>
              <w:rPr>
                <w:sz w:val="18"/>
              </w:rPr>
              <w:t>Condizioni da mantenere e gestione delle variazioni.</w:t>
            </w:r>
          </w:p>
        </w:tc>
        <w:tc>
          <w:tcPr>
            <w:tcW w:w="4876" w:type="dxa"/>
            <w:shd w:val="clear" w:color="auto" w:fill="F6F8FA"/>
            <w:vAlign w:val="center"/>
          </w:tcPr>
          <w:p w14:paraId="4FDA1019" w14:textId="77777777" w:rsidR="00E54E13" w:rsidRDefault="00000000">
            <w:pPr>
              <w:spacing w:before="30" w:after="30" w:line="236" w:lineRule="exact"/>
              <w:rPr>
                <w:rFonts w:hint="eastAsia"/>
              </w:rPr>
            </w:pPr>
            <w:r>
              <w:rPr>
                <w:sz w:val="18"/>
              </w:rPr>
              <w:t>Supervisione, comunicazioni, criteri di sospensione e interfacce per prove/verifiche.</w:t>
            </w:r>
          </w:p>
        </w:tc>
      </w:tr>
    </w:tbl>
    <w:p w14:paraId="084C4636" w14:textId="77777777" w:rsidR="00E54E13" w:rsidRDefault="00E54E13">
      <w:pPr>
        <w:spacing w:after="40" w:line="40" w:lineRule="exact"/>
        <w:rPr>
          <w:rFonts w:hint="eastAsia"/>
        </w:rPr>
      </w:pPr>
    </w:p>
    <w:p w14:paraId="712E2DB3" w14:textId="77777777" w:rsidR="00E54E13" w:rsidRDefault="00000000">
      <w:pPr>
        <w:pStyle w:val="Titolo2"/>
      </w:pPr>
      <w:r>
        <w:t>14.3 Documento unico e identificazione</w:t>
      </w:r>
    </w:p>
    <w:p w14:paraId="139C330D" w14:textId="77777777" w:rsidR="00E54E13" w:rsidRDefault="00000000">
      <w:pPr>
        <w:rPr>
          <w:rFonts w:hint="eastAsia"/>
        </w:rPr>
      </w:pPr>
      <w:r>
        <w:t>Per un ambito ristretto, come un quadro BT o una cabina MT/BT, INAIL indica la possibilità di descrivere le informazioni dei due piani in un solo documento. Il modello non afferma che PdL e PI separati siano obbligatori in ogni intervento: l’applicabilità viene verificata e motivata. L’eventuale documento unico mantiene riconoscibili assetto e modalità operative.</w:t>
      </w:r>
    </w:p>
    <w:p w14:paraId="6A5F397C" w14:textId="77777777" w:rsidR="00E54E13" w:rsidRDefault="00000000">
      <w:pPr>
        <w:pStyle w:val="Titolo2"/>
      </w:pPr>
      <w:r>
        <w:t>14.4 Regole di compilazione [AZ]</w:t>
      </w:r>
    </w:p>
    <w:p w14:paraId="622D39FD" w14:textId="77777777" w:rsidR="00E54E13" w:rsidRDefault="00000000">
      <w:pPr>
        <w:rPr>
          <w:rFonts w:hint="eastAsia"/>
        </w:rPr>
      </w:pPr>
      <w:r>
        <w:t>Ogni piano riporta lavoro, impianto, revisione, redattore competente e condivisioni necessarie. Le condizioni non applicabili sono motivate. I documenti richiamati sono accessibili alle persone incaricate. Una modifica rilevante sospende l’utilizzo della versione precedente e richiede nuova verifica delle interfacce.</w:t>
      </w:r>
    </w:p>
    <w:p w14:paraId="7C1686FB" w14:textId="77777777" w:rsidR="00E54E13" w:rsidRDefault="00000000">
      <w:pPr>
        <w:pStyle w:val="Source"/>
        <w:rPr>
          <w:rFonts w:hint="eastAsia"/>
        </w:rPr>
      </w:pPr>
      <w:r>
        <w:t>Base: [I1], pp. 3–4. Applicabilità e gestione dei moduli aziendali: A13–A15, A19, A29.</w:t>
      </w:r>
    </w:p>
    <w:p w14:paraId="074556DB" w14:textId="77777777" w:rsidR="00E54E13" w:rsidRDefault="00000000">
      <w:pPr>
        <w:pStyle w:val="Eyebrow"/>
        <w:keepNext/>
        <w:pageBreakBefore/>
        <w:rPr>
          <w:rFonts w:hint="eastAsia"/>
        </w:rPr>
      </w:pPr>
      <w:r>
        <w:t>PARTE I  /  PROCEDURA AZIENDALE</w:t>
      </w:r>
    </w:p>
    <w:p w14:paraId="0A21B2DA" w14:textId="77777777" w:rsidR="00E54E13" w:rsidRDefault="00000000">
      <w:pPr>
        <w:pStyle w:val="Titolo1"/>
      </w:pPr>
      <w:bookmarkStart w:id="19" w:name="B20_15"/>
      <w:r>
        <w:t>15  Preparazione dell’impianto e consegna</w:t>
      </w:r>
      <w:bookmarkEnd w:id="19"/>
    </w:p>
    <w:p w14:paraId="49D71DE0" w14:textId="77777777" w:rsidR="00E54E13" w:rsidRDefault="00000000">
      <w:pPr>
        <w:pStyle w:val="Titolo2"/>
      </w:pPr>
      <w:r>
        <w:t>15.1 Predisposizione delle condizioni di sicurezza</w:t>
      </w:r>
    </w:p>
    <w:p w14:paraId="5CA1FB8E" w14:textId="77777777" w:rsidR="00E54E13" w:rsidRDefault="00000000">
      <w:pPr>
        <w:rPr>
          <w:rFonts w:hint="eastAsia"/>
        </w:rPr>
      </w:pPr>
      <w:r>
        <w:t>Il RI mette e mantiene l’impianto o la parte interessata nello stato definito per il lavoro, coerente con il PdL quando previsto. INAIL contempla anche la delega scritta a una PES o PAV per le attività pertinenti. La delega deve essere delimitata e coerente con le competenze; non trasferisce indistintamente tutte le responsabilità del RI [AZ].</w:t>
      </w:r>
    </w:p>
    <w:p w14:paraId="4D3C66FA" w14:textId="77777777" w:rsidR="00E54E13" w:rsidRDefault="00000000">
      <w:pPr>
        <w:rPr>
          <w:rFonts w:hint="eastAsia"/>
        </w:rPr>
      </w:pPr>
      <w:r>
        <w:t>Le misure possono riguardare blocchi e provvedimenti contro richiusure intempestive, avvisi, delimitazioni, protezioni e messe a terra nei casi applicabili. La procedura rinvia alle istruzioni tecniche verificate per stabilire quali operazioni eseguire e in quale sequenza: il presente testo non è una procedura di sezionamento valida per ogni impianto.</w:t>
      </w:r>
    </w:p>
    <w:p w14:paraId="21477058" w14:textId="77777777" w:rsidR="00E54E13" w:rsidRDefault="00000000">
      <w:pPr>
        <w:pStyle w:val="Titolo2"/>
      </w:pPr>
      <w:r>
        <w:t>15.2 Verifiche del RLE</w:t>
      </w:r>
    </w:p>
    <w:p w14:paraId="4CADAC8C" w14:textId="77777777" w:rsidR="00E54E13" w:rsidRDefault="00000000">
      <w:pPr>
        <w:rPr>
          <w:rFonts w:hint="eastAsia"/>
        </w:rPr>
      </w:pPr>
      <w:r>
        <w:t>Nei lavori fuori tensione il RLE verifica l’assenza di tensione e, nei casi previsti, l’installazione della messa a terra e in cortocircuito sul posto di lavoro. Per le parti attive prossime applica le procedure pertinenti. Individuazione dei punti, dispositivi e sequenze di verifica sono stabiliti nelle istruzioni specifiche. Ogni dubbio non risolto impedisce l’avvio [AZ].</w:t>
      </w:r>
    </w:p>
    <w:p w14:paraId="3DC142C3" w14:textId="77777777" w:rsidR="00E54E13" w:rsidRDefault="00000000">
      <w:pPr>
        <w:pStyle w:val="Titolo2"/>
      </w:pPr>
      <w:r>
        <w:t>15.3 Consegna RI → RLE</w:t>
      </w:r>
    </w:p>
    <w:p w14:paraId="3A2B0CC1" w14:textId="77777777" w:rsidR="00E54E13" w:rsidRDefault="00000000">
      <w:pPr>
        <w:rPr>
          <w:rFonts w:hint="eastAsia"/>
        </w:rPr>
      </w:pPr>
      <w:r>
        <w:t>Con la consegna il RI comunica che l’impianto o la parte interessata è nella condizione prevista e che i lavori possono iniziare. Quando RI e RLE non coincidono, la consegna deve essere documentata. A16 riporta identificazione, confini, condizioni, riferimenti, data e ora, persone e accettazione. La consegna non sana una qualifica o un’idoneità mancante.</w:t>
      </w:r>
    </w:p>
    <w:p w14:paraId="209520C1" w14:textId="77777777" w:rsidR="00E54E13" w:rsidRDefault="00000000">
      <w:pPr>
        <w:pStyle w:val="Titolo2"/>
      </w:pPr>
      <w:r>
        <w:t>15.4 Mantenimento dell’assetto</w:t>
      </w:r>
    </w:p>
    <w:p w14:paraId="14166162" w14:textId="77777777" w:rsidR="00E54E13" w:rsidRDefault="00000000">
      <w:pPr>
        <w:rPr>
          <w:rFonts w:hint="eastAsia"/>
        </w:rPr>
      </w:pPr>
      <w:r>
        <w:t>Dopo la consegna, le condizioni elettriche della parte nello spazio di lavoro non vengono modificate e devono restare quelle predisposte; INAIL fa eccezione per le modifiche per prove o verifiche. Tali variazioni sono gestite preventivamente attraverso A19, coordinando RI e RLE e rendendo note le condizioni agli interessati [AZ].</w:t>
      </w:r>
    </w:p>
    <w:tbl>
      <w:tblPr>
        <w:tblW w:w="0" w:type="auto"/>
        <w:tblLayout w:type="fixed"/>
        <w:tblLook w:val="04A0" w:firstRow="1" w:lastRow="0" w:firstColumn="1" w:lastColumn="0" w:noHBand="0" w:noVBand="1"/>
      </w:tblPr>
      <w:tblGrid>
        <w:gridCol w:w="9752"/>
      </w:tblGrid>
      <w:tr w:rsidR="00E54E13" w14:paraId="6930BCFF" w14:textId="77777777">
        <w:tc>
          <w:tcPr>
            <w:tcW w:w="9752" w:type="dxa"/>
            <w:shd w:val="clear" w:color="auto" w:fill="FCEFEF"/>
            <w:tcMar>
              <w:top w:w="110" w:type="dxa"/>
              <w:left w:w="150" w:type="dxa"/>
              <w:bottom w:w="110" w:type="dxa"/>
              <w:right w:w="150" w:type="dxa"/>
            </w:tcMar>
          </w:tcPr>
          <w:p w14:paraId="39A2BB34" w14:textId="77777777" w:rsidR="00E54E13" w:rsidRDefault="00000000">
            <w:pPr>
              <w:spacing w:after="80"/>
              <w:rPr>
                <w:rFonts w:hint="eastAsia"/>
              </w:rPr>
            </w:pPr>
            <w:r>
              <w:rPr>
                <w:b/>
                <w:color w:val="A93D3A"/>
              </w:rPr>
              <w:t>PRIMA DI INIZIARE [AZ]</w:t>
            </w:r>
          </w:p>
          <w:p w14:paraId="32F4821F" w14:textId="77777777" w:rsidR="00E54E13" w:rsidRDefault="00000000">
            <w:pPr>
              <w:spacing w:after="20" w:line="250" w:lineRule="exact"/>
              <w:rPr>
                <w:rFonts w:hint="eastAsia"/>
              </w:rPr>
            </w:pPr>
            <w:r>
              <w:rPr>
                <w:sz w:val="18"/>
              </w:rPr>
              <w:t>Il RLE verifica che attività assegnata, condizioni ricevute, persone e istruzioni coincidano. In caso di discrepanza il lavoro resta fermo fino alla risoluzione e alla conferma delle condizioni.</w:t>
            </w:r>
          </w:p>
        </w:tc>
      </w:tr>
    </w:tbl>
    <w:p w14:paraId="0DCF6565" w14:textId="77777777" w:rsidR="00E54E13" w:rsidRDefault="00E54E13">
      <w:pPr>
        <w:spacing w:after="20" w:line="40" w:lineRule="exact"/>
        <w:rPr>
          <w:rFonts w:hint="eastAsia"/>
        </w:rPr>
      </w:pPr>
    </w:p>
    <w:p w14:paraId="6871969A" w14:textId="77777777" w:rsidR="00E54E13" w:rsidRDefault="00000000">
      <w:pPr>
        <w:pStyle w:val="Source"/>
        <w:rPr>
          <w:rFonts w:hint="eastAsia"/>
        </w:rPr>
      </w:pPr>
      <w:r>
        <w:t>Base: [I1], compiti di RI/RLE, pp. 3–4; livelli 1B, p. 2. Allegati A14–A16, A19, A29.</w:t>
      </w:r>
    </w:p>
    <w:p w14:paraId="68AB73A6" w14:textId="77777777" w:rsidR="00E54E13" w:rsidRDefault="00000000">
      <w:pPr>
        <w:pStyle w:val="Eyebrow"/>
        <w:keepNext/>
        <w:pageBreakBefore/>
        <w:rPr>
          <w:rFonts w:hint="eastAsia"/>
        </w:rPr>
      </w:pPr>
      <w:r>
        <w:t>PARTE I  /  PROCEDURA AZIENDALE</w:t>
      </w:r>
    </w:p>
    <w:p w14:paraId="1480A21D" w14:textId="77777777" w:rsidR="00E54E13" w:rsidRDefault="00000000">
      <w:pPr>
        <w:pStyle w:val="Titolo1"/>
      </w:pPr>
      <w:bookmarkStart w:id="20" w:name="B21_16"/>
      <w:r>
        <w:t>16  Esecuzione, supervisione e sorveglianza</w:t>
      </w:r>
      <w:bookmarkEnd w:id="20"/>
    </w:p>
    <w:p w14:paraId="25D80136" w14:textId="77777777" w:rsidR="00E54E13" w:rsidRDefault="00000000">
      <w:pPr>
        <w:keepNext/>
        <w:spacing w:before="100" w:after="40" w:line="240" w:lineRule="auto"/>
        <w:rPr>
          <w:rFonts w:hint="eastAsia"/>
        </w:rPr>
      </w:pPr>
      <w:r>
        <w:rPr>
          <w:noProof/>
        </w:rPr>
        <w:drawing>
          <wp:inline distT="0" distB="0" distL="0" distR="0" wp14:anchorId="1659E999" wp14:editId="12635C04">
            <wp:extent cx="6192000" cy="2553168"/>
            <wp:effectExtent l="0" t="0" r="0" b="0"/>
            <wp:docPr id="6" name="Picture 6" descr="Figura 5. Differenze tra supervisione sul posto, supervisione personale e sorveglianza." title="F07_supervi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7_supervisione.png"/>
                    <pic:cNvPicPr/>
                  </pic:nvPicPr>
                  <pic:blipFill>
                    <a:blip r:embed="rId13"/>
                    <a:stretch>
                      <a:fillRect/>
                    </a:stretch>
                  </pic:blipFill>
                  <pic:spPr>
                    <a:xfrm>
                      <a:off x="0" y="0"/>
                      <a:ext cx="6192000" cy="2553168"/>
                    </a:xfrm>
                    <a:prstGeom prst="rect">
                      <a:avLst/>
                    </a:prstGeom>
                  </pic:spPr>
                </pic:pic>
              </a:graphicData>
            </a:graphic>
          </wp:inline>
        </w:drawing>
      </w:r>
    </w:p>
    <w:p w14:paraId="6AB343D0" w14:textId="77777777" w:rsidR="00E54E13" w:rsidRDefault="00000000">
      <w:pPr>
        <w:pStyle w:val="Didascalia"/>
        <w:rPr>
          <w:rFonts w:hint="eastAsia"/>
        </w:rPr>
      </w:pPr>
      <w:r>
        <w:rPr>
          <w:b w:val="0"/>
        </w:rPr>
        <w:t>Figura 5. Differenze tra supervisione sul posto, supervisione personale e sorveglianza.</w:t>
      </w:r>
    </w:p>
    <w:p w14:paraId="7A3D8289" w14:textId="77777777" w:rsidR="00E54E13" w:rsidRDefault="00000000">
      <w:pPr>
        <w:pStyle w:val="Titolo2"/>
      </w:pPr>
      <w:r>
        <w:t>16.1 Presidio durante il lavoro</w:t>
      </w:r>
    </w:p>
    <w:p w14:paraId="24C5CB44" w14:textId="77777777" w:rsidR="00E54E13" w:rsidRDefault="00000000">
      <w:pPr>
        <w:rPr>
          <w:rFonts w:hint="eastAsia"/>
        </w:rPr>
      </w:pPr>
      <w:r>
        <w:t>Il RLE è presente per tutta l’attività e verifica all’inizio e durante i lavori la permanenza delle condizioni previste. Assegna compiti e obiettivi, controlla il comportamento del personale e l’uso di attrezzature, DPI e vestiario, mantiene il collegamento con il RI e decide le variazioni del ciclo di lavoro nei limiti della propria responsabilità.</w:t>
      </w:r>
    </w:p>
    <w:p w14:paraId="5313AF2B" w14:textId="77777777" w:rsidR="00E54E13" w:rsidRDefault="00000000">
      <w:pPr>
        <w:pStyle w:val="Titolo2"/>
      </w:pPr>
      <w:r>
        <w:t>16.2 Attività preventiva e controllo</w:t>
      </w:r>
    </w:p>
    <w:p w14:paraId="3533D8B1" w14:textId="77777777" w:rsidR="00E54E13" w:rsidRDefault="00000000">
      <w:pPr>
        <w:rPr>
          <w:rFonts w:hint="eastAsia"/>
        </w:rPr>
      </w:pPr>
      <w:r>
        <w:t>INAIL distingue l’attività preventiva, svolta da PES – RI o RLE secondo l’organizzazione – per predisporre condizioni sicure prima del lavoro, dalla supervisione durante l’attività. La predisposizione di barriere e istruzioni non viene usata per ignorare la supervisione richiesta nell’organizzazione del lavoro [AZ].</w:t>
      </w:r>
    </w:p>
    <w:p w14:paraId="210CD080" w14:textId="77777777" w:rsidR="00E54E13" w:rsidRDefault="00000000">
      <w:pPr>
        <w:pStyle w:val="Titolo2"/>
      </w:pPr>
      <w:r>
        <w:t>16.3 Briefing e registrazioni [AZ]</w:t>
      </w:r>
    </w:p>
    <w:p w14:paraId="03A77BF2" w14:textId="77777777" w:rsidR="00E54E13" w:rsidRDefault="00000000">
      <w:pPr>
        <w:rPr>
          <w:rFonts w:hint="eastAsia"/>
        </w:rPr>
      </w:pPr>
      <w:r>
        <w:t>Il briefing A17 chiarisce impianto, limiti, compiti, condizioni, modalità di comunicazione e motivi di arresto. In A18 si registrano controlli significativi e anomalie, senza sostituire il presidio effettivo con un modulo firmato. La sorveglianza delle PEC o di persone meno esperte è individuata esplicitamente; non attribuisce una qualifica né consente lavori non ammissibili.</w:t>
      </w:r>
    </w:p>
    <w:p w14:paraId="4B4AA44B" w14:textId="77777777" w:rsidR="00E54E13" w:rsidRDefault="00000000">
      <w:pPr>
        <w:pStyle w:val="Source"/>
        <w:rPr>
          <w:rFonts w:hint="eastAsia"/>
        </w:rPr>
      </w:pPr>
      <w:r>
        <w:t>Base: [I1], pp. 3–4. Documentazione del briefing e controlli: [AZ]. Allegati A17–A18.</w:t>
      </w:r>
    </w:p>
    <w:p w14:paraId="098D9FA0" w14:textId="77777777" w:rsidR="00E54E13" w:rsidRDefault="00000000">
      <w:pPr>
        <w:pStyle w:val="Eyebrow"/>
        <w:keepNext/>
        <w:pageBreakBefore/>
        <w:rPr>
          <w:rFonts w:hint="eastAsia"/>
        </w:rPr>
      </w:pPr>
      <w:r>
        <w:t>PARTE I  /  PROCEDURA AZIENDALE</w:t>
      </w:r>
    </w:p>
    <w:p w14:paraId="19317074" w14:textId="77777777" w:rsidR="00E54E13" w:rsidRDefault="00000000">
      <w:pPr>
        <w:pStyle w:val="Titolo1"/>
      </w:pPr>
      <w:bookmarkStart w:id="21" w:name="B22_17"/>
      <w:r>
        <w:t>17  Sotto tensione BT: verifica di ammissibilità</w:t>
      </w:r>
      <w:bookmarkEnd w:id="21"/>
    </w:p>
    <w:p w14:paraId="18B3D5E1" w14:textId="77777777" w:rsidR="00E54E13" w:rsidRDefault="00000000">
      <w:pPr>
        <w:keepNext/>
        <w:spacing w:before="100" w:after="40" w:line="240" w:lineRule="auto"/>
        <w:rPr>
          <w:rFonts w:hint="eastAsia"/>
        </w:rPr>
      </w:pPr>
      <w:r>
        <w:rPr>
          <w:noProof/>
        </w:rPr>
        <w:drawing>
          <wp:inline distT="0" distB="0" distL="0" distR="0" wp14:anchorId="08CDB93B" wp14:editId="5747D39D">
            <wp:extent cx="6083999" cy="3522635"/>
            <wp:effectExtent l="0" t="0" r="0" b="0"/>
            <wp:docPr id="7" name="Picture 7" descr="Figura 6. Percorso integrativo per il riconoscimento e l’autorizzazione sotto tensione BT." title="F04_idoneita_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4_idoneita_bt.png"/>
                    <pic:cNvPicPr/>
                  </pic:nvPicPr>
                  <pic:blipFill>
                    <a:blip r:embed="rId14"/>
                    <a:stretch>
                      <a:fillRect/>
                    </a:stretch>
                  </pic:blipFill>
                  <pic:spPr>
                    <a:xfrm>
                      <a:off x="0" y="0"/>
                      <a:ext cx="6083999" cy="3522635"/>
                    </a:xfrm>
                    <a:prstGeom prst="rect">
                      <a:avLst/>
                    </a:prstGeom>
                  </pic:spPr>
                </pic:pic>
              </a:graphicData>
            </a:graphic>
          </wp:inline>
        </w:drawing>
      </w:r>
    </w:p>
    <w:p w14:paraId="4620D402" w14:textId="77777777" w:rsidR="00E54E13" w:rsidRDefault="00000000">
      <w:pPr>
        <w:pStyle w:val="Didascalia"/>
        <w:rPr>
          <w:rFonts w:hint="eastAsia"/>
        </w:rPr>
      </w:pPr>
      <w:r>
        <w:rPr>
          <w:b w:val="0"/>
        </w:rPr>
        <w:t>Figura 6. Percorso integrativo per il riconoscimento e l’autorizzazione sotto tensione BT.</w:t>
      </w:r>
    </w:p>
    <w:p w14:paraId="74721E33" w14:textId="77777777" w:rsidR="00E54E13" w:rsidRDefault="00000000">
      <w:pPr>
        <w:pStyle w:val="Titolo2"/>
      </w:pPr>
      <w:r>
        <w:t>17.1 Verifica per il lavoro specifico [AZ]</w:t>
      </w:r>
    </w:p>
    <w:p w14:paraId="58FD83AF" w14:textId="77777777" w:rsidR="00E54E13" w:rsidRDefault="00000000">
      <w:pPr>
        <w:rPr>
          <w:rFonts w:hint="eastAsia"/>
        </w:rPr>
      </w:pPr>
      <w:r>
        <w:t>GL, RI e RLE, secondo i rispettivi compiti, verificano che l’attività rientri nell’autorizzazione, che procedure e attrezzature siano pertinenti, che siano presenti protezioni e condizioni ambientali previste e che la supervisione sia coerente. A09–A10 non sostituiscono A13–A16 né l’istruzione A29.</w:t>
      </w:r>
    </w:p>
    <w:p w14:paraId="10B1C5D7" w14:textId="77777777" w:rsidR="00E54E13" w:rsidRDefault="00000000">
      <w:pPr>
        <w:pStyle w:val="Titolo2"/>
      </w:pPr>
      <w:r>
        <w:t>17.2 Condizioni non dimostrate</w:t>
      </w:r>
    </w:p>
    <w:p w14:paraId="0EFF86DA" w14:textId="77777777" w:rsidR="00E54E13" w:rsidRDefault="00000000">
      <w:pPr>
        <w:rPr>
          <w:rFonts w:hint="eastAsia"/>
        </w:rPr>
      </w:pPr>
      <w:r>
        <w:t>Se la parte interessata, le caratteristiche del componente, il metodo, le distanze o i dispositivi non sono stati valutati, non si presume l’ammissibilità. Il lavoro sotto tensione non viene iniziato. La scheda INAIL non fornisce da sola una procedura esecutiva completa: occorre il riferimento tecnico e aziendale specifico.</w:t>
      </w:r>
    </w:p>
    <w:p w14:paraId="7BE50014" w14:textId="77777777" w:rsidR="00E54E13" w:rsidRDefault="00000000">
      <w:pPr>
        <w:pStyle w:val="Source"/>
        <w:rPr>
          <w:rFonts w:hint="eastAsia"/>
        </w:rPr>
      </w:pPr>
      <w:r>
        <w:t>Base: [I1], pp. 5–6. Punti di controllo del singolo lavoro: [AZ]. Il modello non riguarda i lavori sotto tensione MT/AT.</w:t>
      </w:r>
    </w:p>
    <w:p w14:paraId="1B4109E3" w14:textId="77777777" w:rsidR="00E54E13" w:rsidRDefault="00000000">
      <w:pPr>
        <w:pStyle w:val="Eyebrow"/>
        <w:keepNext/>
        <w:pageBreakBefore/>
        <w:rPr>
          <w:rFonts w:hint="eastAsia"/>
        </w:rPr>
      </w:pPr>
      <w:r>
        <w:t>PARTE I  /  PROCEDURA AZIENDALE</w:t>
      </w:r>
    </w:p>
    <w:p w14:paraId="2924FE71" w14:textId="77777777" w:rsidR="00E54E13" w:rsidRDefault="00000000">
      <w:pPr>
        <w:pStyle w:val="Titolo1"/>
      </w:pPr>
      <w:bookmarkStart w:id="22" w:name="B23_18"/>
      <w:r>
        <w:t>18  Distanze, arco elettrico, DPI e attrezzature</w:t>
      </w:r>
      <w:bookmarkEnd w:id="22"/>
    </w:p>
    <w:p w14:paraId="0B41F8A4" w14:textId="77777777" w:rsidR="00E54E13" w:rsidRDefault="00000000">
      <w:pPr>
        <w:pStyle w:val="Titolo2"/>
      </w:pPr>
      <w:r>
        <w:t>18.1 Criterio di selezione</w:t>
      </w:r>
    </w:p>
    <w:p w14:paraId="7CEC58E8" w14:textId="77777777" w:rsidR="00E54E13" w:rsidRDefault="00000000">
      <w:pPr>
        <w:rPr>
          <w:rFonts w:hint="eastAsia"/>
        </w:rPr>
      </w:pPr>
      <w:r>
        <w:t>Il documento INAIL include nella formazione la valutazione delle distanze, i pericoli dell’arco elettrico, l’uso di barriere e protezioni, l’impiego, la conservazione e le verifiche di DPI e attrezzature. Non contiene una tabella completa di valori di distanza né consente di selezionare automaticamente un dispositivo sulla sola qualifica dell’operatore.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438"/>
        <w:gridCol w:w="7313"/>
      </w:tblGrid>
      <w:tr w:rsidR="00E54E13" w14:paraId="6326563F" w14:textId="77777777">
        <w:trPr>
          <w:tblHeader/>
          <w:jc w:val="center"/>
        </w:trPr>
        <w:tc>
          <w:tcPr>
            <w:tcW w:w="2438" w:type="dxa"/>
            <w:shd w:val="clear" w:color="auto" w:fill="12324B"/>
          </w:tcPr>
          <w:p w14:paraId="121BB85E" w14:textId="77777777" w:rsidR="00E54E13" w:rsidRDefault="00000000">
            <w:pPr>
              <w:spacing w:before="30" w:after="30" w:line="234" w:lineRule="exact"/>
              <w:rPr>
                <w:rFonts w:hint="eastAsia"/>
              </w:rPr>
            </w:pPr>
            <w:r>
              <w:rPr>
                <w:b/>
                <w:color w:val="FFFFFF"/>
                <w:sz w:val="18"/>
              </w:rPr>
              <w:t>Oggetto</w:t>
            </w:r>
          </w:p>
        </w:tc>
        <w:tc>
          <w:tcPr>
            <w:tcW w:w="7313" w:type="dxa"/>
            <w:shd w:val="clear" w:color="auto" w:fill="12324B"/>
          </w:tcPr>
          <w:p w14:paraId="4C7C99D5" w14:textId="77777777" w:rsidR="00E54E13" w:rsidRDefault="00000000">
            <w:pPr>
              <w:spacing w:before="30" w:after="30" w:line="234" w:lineRule="exact"/>
              <w:rPr>
                <w:rFonts w:hint="eastAsia"/>
              </w:rPr>
            </w:pPr>
            <w:r>
              <w:rPr>
                <w:b/>
                <w:color w:val="FFFFFF"/>
                <w:sz w:val="18"/>
              </w:rPr>
              <w:t>Regola aziendale di controllo [AZ]</w:t>
            </w:r>
          </w:p>
        </w:tc>
      </w:tr>
      <w:tr w:rsidR="00E54E13" w14:paraId="09C423F3" w14:textId="77777777">
        <w:trPr>
          <w:cantSplit/>
          <w:jc w:val="center"/>
        </w:trPr>
        <w:tc>
          <w:tcPr>
            <w:tcW w:w="2438" w:type="dxa"/>
            <w:vAlign w:val="center"/>
          </w:tcPr>
          <w:p w14:paraId="50C78EDF" w14:textId="77777777" w:rsidR="00E54E13" w:rsidRDefault="00000000">
            <w:pPr>
              <w:spacing w:before="30" w:after="30" w:line="234" w:lineRule="exact"/>
              <w:rPr>
                <w:rFonts w:hint="eastAsia"/>
              </w:rPr>
            </w:pPr>
            <w:r>
              <w:rPr>
                <w:sz w:val="18"/>
              </w:rPr>
              <w:t>Distanze e spazio di lavoro</w:t>
            </w:r>
          </w:p>
        </w:tc>
        <w:tc>
          <w:tcPr>
            <w:tcW w:w="7313" w:type="dxa"/>
            <w:vAlign w:val="center"/>
          </w:tcPr>
          <w:p w14:paraId="12C0CEA4" w14:textId="77777777" w:rsidR="00E54E13" w:rsidRDefault="00000000">
            <w:pPr>
              <w:spacing w:before="30" w:after="30" w:line="234" w:lineRule="exact"/>
              <w:rPr>
                <w:rFonts w:hint="eastAsia"/>
              </w:rPr>
            </w:pPr>
            <w:r>
              <w:rPr>
                <w:sz w:val="18"/>
              </w:rPr>
              <w:t>Riportare in A13/A15/A29 valore adottato, unità, condizioni, fonte tecnica esatta e verificatore. Non inserire valori presunti o precompilati per ogni impianto.</w:t>
            </w:r>
          </w:p>
        </w:tc>
      </w:tr>
      <w:tr w:rsidR="00E54E13" w14:paraId="07AB8F88" w14:textId="77777777">
        <w:trPr>
          <w:cantSplit/>
          <w:jc w:val="center"/>
        </w:trPr>
        <w:tc>
          <w:tcPr>
            <w:tcW w:w="2438" w:type="dxa"/>
            <w:shd w:val="clear" w:color="auto" w:fill="F6F8FA"/>
            <w:vAlign w:val="center"/>
          </w:tcPr>
          <w:p w14:paraId="44A3E7DC" w14:textId="77777777" w:rsidR="00E54E13" w:rsidRDefault="00000000">
            <w:pPr>
              <w:spacing w:before="30" w:after="30" w:line="234" w:lineRule="exact"/>
              <w:rPr>
                <w:rFonts w:hint="eastAsia"/>
              </w:rPr>
            </w:pPr>
            <w:r>
              <w:rPr>
                <w:sz w:val="18"/>
              </w:rPr>
              <w:t>Arco elettrico</w:t>
            </w:r>
          </w:p>
        </w:tc>
        <w:tc>
          <w:tcPr>
            <w:tcW w:w="7313" w:type="dxa"/>
            <w:shd w:val="clear" w:color="auto" w:fill="F6F8FA"/>
            <w:vAlign w:val="center"/>
          </w:tcPr>
          <w:p w14:paraId="5F02C0CE" w14:textId="77777777" w:rsidR="00E54E13" w:rsidRDefault="00000000">
            <w:pPr>
              <w:spacing w:before="30" w:after="30" w:line="234" w:lineRule="exact"/>
              <w:rPr>
                <w:rFonts w:hint="eastAsia"/>
              </w:rPr>
            </w:pPr>
            <w:r>
              <w:rPr>
                <w:sz w:val="18"/>
              </w:rPr>
              <w:t>Richiamare la valutazione pertinente. Il presente modello non calcola energia incidente né assegna classi prestazionali dei DPI; l’assenza di un calcolo nel modello non equivale ad assenza di rischio.</w:t>
            </w:r>
          </w:p>
        </w:tc>
      </w:tr>
      <w:tr w:rsidR="00E54E13" w14:paraId="73504CD2" w14:textId="77777777">
        <w:trPr>
          <w:cantSplit/>
          <w:jc w:val="center"/>
        </w:trPr>
        <w:tc>
          <w:tcPr>
            <w:tcW w:w="2438" w:type="dxa"/>
            <w:vAlign w:val="center"/>
          </w:tcPr>
          <w:p w14:paraId="5BAE0F13" w14:textId="77777777" w:rsidR="00E54E13" w:rsidRDefault="00000000">
            <w:pPr>
              <w:spacing w:before="30" w:after="30" w:line="234" w:lineRule="exact"/>
              <w:rPr>
                <w:rFonts w:hint="eastAsia"/>
              </w:rPr>
            </w:pPr>
            <w:r>
              <w:rPr>
                <w:sz w:val="18"/>
              </w:rPr>
              <w:t>DPI</w:t>
            </w:r>
          </w:p>
        </w:tc>
        <w:tc>
          <w:tcPr>
            <w:tcW w:w="7313" w:type="dxa"/>
            <w:vAlign w:val="center"/>
          </w:tcPr>
          <w:p w14:paraId="3F852E5C" w14:textId="77777777" w:rsidR="00E54E13" w:rsidRDefault="00000000">
            <w:pPr>
              <w:spacing w:before="30" w:after="30" w:line="234" w:lineRule="exact"/>
              <w:rPr>
                <w:rFonts w:hint="eastAsia"/>
              </w:rPr>
            </w:pPr>
            <w:r>
              <w:rPr>
                <w:sz w:val="18"/>
              </w:rPr>
              <w:t>Identificare dispositivo, prestazione richiesta, compatibilità, limiti e istruzioni del fabbricante; verificare stato, disponibilità e capacità d’uso.</w:t>
            </w:r>
          </w:p>
        </w:tc>
      </w:tr>
      <w:tr w:rsidR="00E54E13" w14:paraId="6F38503F" w14:textId="77777777">
        <w:trPr>
          <w:cantSplit/>
          <w:jc w:val="center"/>
        </w:trPr>
        <w:tc>
          <w:tcPr>
            <w:tcW w:w="2438" w:type="dxa"/>
            <w:shd w:val="clear" w:color="auto" w:fill="F6F8FA"/>
            <w:vAlign w:val="center"/>
          </w:tcPr>
          <w:p w14:paraId="6AA0067A" w14:textId="77777777" w:rsidR="00E54E13" w:rsidRDefault="00000000">
            <w:pPr>
              <w:spacing w:before="30" w:after="30" w:line="234" w:lineRule="exact"/>
              <w:rPr>
                <w:rFonts w:hint="eastAsia"/>
              </w:rPr>
            </w:pPr>
            <w:r>
              <w:rPr>
                <w:sz w:val="18"/>
              </w:rPr>
              <w:t>Attrezzature e strumenti</w:t>
            </w:r>
          </w:p>
        </w:tc>
        <w:tc>
          <w:tcPr>
            <w:tcW w:w="7313" w:type="dxa"/>
            <w:shd w:val="clear" w:color="auto" w:fill="F6F8FA"/>
            <w:vAlign w:val="center"/>
          </w:tcPr>
          <w:p w14:paraId="18256FA2" w14:textId="77777777" w:rsidR="00E54E13" w:rsidRDefault="00000000">
            <w:pPr>
              <w:spacing w:before="30" w:after="30" w:line="234" w:lineRule="exact"/>
              <w:rPr>
                <w:rFonts w:hint="eastAsia"/>
              </w:rPr>
            </w:pPr>
            <w:r>
              <w:rPr>
                <w:sz w:val="18"/>
              </w:rPr>
              <w:t>Identificare destinazione d’uso, caratteristiche pertinenti, integrità e verifiche richieste. Strumenti di verifica dell’assenza di tensione e relative modalità sono definiti nell’istruzione specifica.</w:t>
            </w:r>
          </w:p>
        </w:tc>
      </w:tr>
      <w:tr w:rsidR="00E54E13" w14:paraId="2B8F7605" w14:textId="77777777">
        <w:trPr>
          <w:cantSplit/>
          <w:jc w:val="center"/>
        </w:trPr>
        <w:tc>
          <w:tcPr>
            <w:tcW w:w="2438" w:type="dxa"/>
            <w:vAlign w:val="center"/>
          </w:tcPr>
          <w:p w14:paraId="5E6B7C24" w14:textId="77777777" w:rsidR="00E54E13" w:rsidRDefault="00000000">
            <w:pPr>
              <w:spacing w:before="30" w:after="30" w:line="234" w:lineRule="exact"/>
              <w:rPr>
                <w:rFonts w:hint="eastAsia"/>
              </w:rPr>
            </w:pPr>
            <w:r>
              <w:rPr>
                <w:sz w:val="18"/>
              </w:rPr>
              <w:t>Barriere e protezioni</w:t>
            </w:r>
          </w:p>
        </w:tc>
        <w:tc>
          <w:tcPr>
            <w:tcW w:w="7313" w:type="dxa"/>
            <w:vAlign w:val="center"/>
          </w:tcPr>
          <w:p w14:paraId="5C8669A3" w14:textId="77777777" w:rsidR="00E54E13" w:rsidRDefault="00000000">
            <w:pPr>
              <w:spacing w:before="30" w:after="30" w:line="234" w:lineRule="exact"/>
              <w:rPr>
                <w:rFonts w:hint="eastAsia"/>
              </w:rPr>
            </w:pPr>
            <w:r>
              <w:rPr>
                <w:sz w:val="18"/>
              </w:rPr>
              <w:t>Definire collocazione, efficacia rispetto alle parti pericolose, responsabile della posa e controllo del mantenimento.</w:t>
            </w:r>
          </w:p>
        </w:tc>
      </w:tr>
      <w:tr w:rsidR="00E54E13" w14:paraId="2A94F2D8" w14:textId="77777777">
        <w:trPr>
          <w:cantSplit/>
          <w:jc w:val="center"/>
        </w:trPr>
        <w:tc>
          <w:tcPr>
            <w:tcW w:w="2438" w:type="dxa"/>
            <w:shd w:val="clear" w:color="auto" w:fill="F6F8FA"/>
            <w:vAlign w:val="center"/>
          </w:tcPr>
          <w:p w14:paraId="39AF758F" w14:textId="77777777" w:rsidR="00E54E13" w:rsidRDefault="00000000">
            <w:pPr>
              <w:spacing w:before="30" w:after="30" w:line="234" w:lineRule="exact"/>
              <w:rPr>
                <w:rFonts w:hint="eastAsia"/>
              </w:rPr>
            </w:pPr>
            <w:r>
              <w:rPr>
                <w:sz w:val="18"/>
              </w:rPr>
              <w:t>Esito non adeguato</w:t>
            </w:r>
          </w:p>
        </w:tc>
        <w:tc>
          <w:tcPr>
            <w:tcW w:w="7313" w:type="dxa"/>
            <w:shd w:val="clear" w:color="auto" w:fill="F6F8FA"/>
            <w:vAlign w:val="center"/>
          </w:tcPr>
          <w:p w14:paraId="1B3DBD54" w14:textId="77777777" w:rsidR="00E54E13" w:rsidRDefault="00000000">
            <w:pPr>
              <w:spacing w:before="30" w:after="30" w:line="234" w:lineRule="exact"/>
              <w:rPr>
                <w:rFonts w:hint="eastAsia"/>
              </w:rPr>
            </w:pPr>
            <w:r>
              <w:rPr>
                <w:sz w:val="18"/>
              </w:rPr>
              <w:t>Escludere dall’impiego il dispositivo non idoneo o dubbio; registrare sostituzione/azione e impedire l’avvio se viene meno una protezione essenziale.</w:t>
            </w:r>
          </w:p>
        </w:tc>
      </w:tr>
    </w:tbl>
    <w:p w14:paraId="2F350C35" w14:textId="77777777" w:rsidR="00E54E13" w:rsidRDefault="00E54E13">
      <w:pPr>
        <w:spacing w:after="40" w:line="40" w:lineRule="exact"/>
        <w:rPr>
          <w:rFonts w:hint="eastAsia"/>
        </w:rPr>
      </w:pPr>
    </w:p>
    <w:p w14:paraId="21220886" w14:textId="77777777" w:rsidR="00E54E13" w:rsidRDefault="00000000">
      <w:pPr>
        <w:pStyle w:val="Titolo2"/>
      </w:pPr>
      <w:r>
        <w:t>18.2 Registro e scadenze [AZ]</w:t>
      </w:r>
    </w:p>
    <w:p w14:paraId="31ADCA28" w14:textId="77777777" w:rsidR="00E54E13" w:rsidRDefault="00000000">
      <w:pPr>
        <w:rPr>
          <w:rFonts w:hint="eastAsia"/>
        </w:rPr>
      </w:pPr>
      <w:r>
        <w:t>A21 distingue controlli prima dell’uso, verifiche periodiche prescritte o individuate e gestione delle non conformità. Le frequenze derivano dalle disposizioni applicabili, dalle istruzioni dei fabbricanti e dalla valutazione: non si impongono intervalli generici non presenti nella fonte. Il RLE verifica l’effettiva disponibilità sul posto, non soltanto l’esistenza del registro.</w:t>
      </w:r>
    </w:p>
    <w:tbl>
      <w:tblPr>
        <w:tblW w:w="0" w:type="auto"/>
        <w:tblLayout w:type="fixed"/>
        <w:tblLook w:val="04A0" w:firstRow="1" w:lastRow="0" w:firstColumn="1" w:lastColumn="0" w:noHBand="0" w:noVBand="1"/>
      </w:tblPr>
      <w:tblGrid>
        <w:gridCol w:w="9752"/>
      </w:tblGrid>
      <w:tr w:rsidR="00E54E13" w14:paraId="0999A2BF" w14:textId="77777777">
        <w:tc>
          <w:tcPr>
            <w:tcW w:w="9752" w:type="dxa"/>
            <w:shd w:val="clear" w:color="auto" w:fill="FFF5E3"/>
            <w:tcMar>
              <w:top w:w="110" w:type="dxa"/>
              <w:left w:w="150" w:type="dxa"/>
              <w:bottom w:w="110" w:type="dxa"/>
              <w:right w:w="150" w:type="dxa"/>
            </w:tcMar>
          </w:tcPr>
          <w:p w14:paraId="73313353" w14:textId="77777777" w:rsidR="00E54E13" w:rsidRDefault="00000000">
            <w:pPr>
              <w:spacing w:after="80"/>
              <w:rPr>
                <w:rFonts w:hint="eastAsia"/>
              </w:rPr>
            </w:pPr>
            <w:r>
              <w:rPr>
                <w:b/>
                <w:color w:val="AA761B"/>
              </w:rPr>
              <w:t>DATO NON DEFINITO = VERIFICA ANCORA APERTA</w:t>
            </w:r>
          </w:p>
          <w:p w14:paraId="418AEC57" w14:textId="77777777" w:rsidR="00E54E13" w:rsidRDefault="00000000">
            <w:pPr>
              <w:spacing w:after="20" w:line="250" w:lineRule="exact"/>
              <w:rPr>
                <w:rFonts w:hint="eastAsia"/>
              </w:rPr>
            </w:pPr>
            <w:r>
              <w:rPr>
                <w:sz w:val="18"/>
              </w:rPr>
              <w:t>Un campo di distanza, selezione dei DPI o adeguatezza dell’attrezzatura non compilato non può essere trattato come “non applicabile” senza una motivazione tecnica.</w:t>
            </w:r>
          </w:p>
        </w:tc>
      </w:tr>
    </w:tbl>
    <w:p w14:paraId="66052465" w14:textId="77777777" w:rsidR="00E54E13" w:rsidRDefault="00E54E13">
      <w:pPr>
        <w:spacing w:after="20" w:line="40" w:lineRule="exact"/>
        <w:rPr>
          <w:rFonts w:hint="eastAsia"/>
        </w:rPr>
      </w:pPr>
    </w:p>
    <w:p w14:paraId="6E521A91" w14:textId="77777777" w:rsidR="00E54E13" w:rsidRDefault="00000000">
      <w:pPr>
        <w:pStyle w:val="Source"/>
        <w:rPr>
          <w:rFonts w:hint="eastAsia"/>
        </w:rPr>
      </w:pPr>
      <w:r>
        <w:t>Contenuti tecnici richiamati: [I1], pp. 2–3 e 6. Registro e regole di blocco: [AZ]. Allegati A13, A15, A21, A29.</w:t>
      </w:r>
    </w:p>
    <w:p w14:paraId="5ED231BF" w14:textId="77777777" w:rsidR="00E54E13" w:rsidRDefault="00000000">
      <w:pPr>
        <w:pStyle w:val="Eyebrow"/>
        <w:keepNext/>
        <w:pageBreakBefore/>
        <w:rPr>
          <w:rFonts w:hint="eastAsia"/>
        </w:rPr>
      </w:pPr>
      <w:r>
        <w:t>PARTE I  /  PROCEDURA AZIENDALE</w:t>
      </w:r>
    </w:p>
    <w:p w14:paraId="40CB5D01" w14:textId="77777777" w:rsidR="00E54E13" w:rsidRDefault="00000000">
      <w:pPr>
        <w:pStyle w:val="Titolo1"/>
      </w:pPr>
      <w:bookmarkStart w:id="23" w:name="B24_19"/>
      <w:r>
        <w:t>19  Anomalie, arresto del lavoro ed emergenza</w:t>
      </w:r>
      <w:bookmarkEnd w:id="23"/>
    </w:p>
    <w:p w14:paraId="54BBC96D" w14:textId="77777777" w:rsidR="00E54E13" w:rsidRDefault="00000000">
      <w:pPr>
        <w:keepNext/>
        <w:spacing w:before="100" w:after="40" w:line="240" w:lineRule="auto"/>
        <w:rPr>
          <w:rFonts w:hint="eastAsia"/>
        </w:rPr>
      </w:pPr>
      <w:r>
        <w:rPr>
          <w:noProof/>
        </w:rPr>
        <w:drawing>
          <wp:inline distT="0" distB="0" distL="0" distR="0" wp14:anchorId="798E1D4D" wp14:editId="5C07090F">
            <wp:extent cx="6120000" cy="3519000"/>
            <wp:effectExtent l="0" t="0" r="0" b="0"/>
            <wp:docPr id="8" name="Picture 8" descr="Figura 7. Arresto, comunicazione, verifica e decisione di ripresa: flusso gestionale aziendale." title="F08_stop_ri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8_stop_ripresa.png"/>
                    <pic:cNvPicPr/>
                  </pic:nvPicPr>
                  <pic:blipFill>
                    <a:blip r:embed="rId15"/>
                    <a:stretch>
                      <a:fillRect/>
                    </a:stretch>
                  </pic:blipFill>
                  <pic:spPr>
                    <a:xfrm>
                      <a:off x="0" y="0"/>
                      <a:ext cx="6120000" cy="3519000"/>
                    </a:xfrm>
                    <a:prstGeom prst="rect">
                      <a:avLst/>
                    </a:prstGeom>
                  </pic:spPr>
                </pic:pic>
              </a:graphicData>
            </a:graphic>
          </wp:inline>
        </w:drawing>
      </w:r>
    </w:p>
    <w:p w14:paraId="432B412D" w14:textId="77777777" w:rsidR="00E54E13" w:rsidRDefault="00000000">
      <w:pPr>
        <w:pStyle w:val="Didascalia"/>
        <w:rPr>
          <w:rFonts w:hint="eastAsia"/>
        </w:rPr>
      </w:pPr>
      <w:r>
        <w:rPr>
          <w:b w:val="0"/>
        </w:rPr>
        <w:t>Figura 7. Arresto, comunicazione, verifica e decisione di ripresa: flusso gestionale aziendale.</w:t>
      </w:r>
    </w:p>
    <w:p w14:paraId="6D70285F" w14:textId="77777777" w:rsidR="00E54E13" w:rsidRDefault="00000000">
      <w:pPr>
        <w:pStyle w:val="Titolo2"/>
      </w:pPr>
      <w:r>
        <w:t>19.1 Situazioni che richiedono rivalutazione [AZ]</w:t>
      </w:r>
    </w:p>
    <w:p w14:paraId="02C9BA3A" w14:textId="77777777" w:rsidR="00E54E13" w:rsidRDefault="00000000">
      <w:pPr>
        <w:rPr>
          <w:rFonts w:hint="eastAsia"/>
        </w:rPr>
      </w:pPr>
      <w:r>
        <w:t>Interrompere il lavoro quando le condizioni effettive non corrispondono a quelle previste: impianto non identificato, protezioni mancanti o spostate, variazioni non concordate, attrezzature dubbie, perdita della supervisione necessaria, persona non autorizzata nell’area o condizioni ambientali incompatibili. Segnalare anche errori e quasi incidenti.</w:t>
      </w:r>
    </w:p>
    <w:p w14:paraId="0FFA0456" w14:textId="77777777" w:rsidR="00E54E13" w:rsidRDefault="00000000">
      <w:pPr>
        <w:pStyle w:val="Titolo2"/>
      </w:pPr>
      <w:r>
        <w:t>19.2 Collegamento con l’emergenza aziendale [AZ]</w:t>
      </w:r>
    </w:p>
    <w:p w14:paraId="058512BE" w14:textId="77777777" w:rsidR="00E54E13" w:rsidRDefault="00000000">
      <w:pPr>
        <w:rPr>
          <w:rFonts w:hint="eastAsia"/>
        </w:rPr>
      </w:pPr>
      <w:r>
        <w:t>A23 riporta riferimenti del piano di emergenza, recapiti verificati, accessi, modalità di allarme e persone incaricate. Non si improvvisa un soccorso entrando in una zona elettricamente pericolosa né si tocca una persona ancora esposta al rischio elettrico. Si attivano i soccorsi e gli addetti competenti secondo il piano, senza affidare a questo modello istruzioni sanitarie o manovre di emergenza specifiche.</w:t>
      </w:r>
    </w:p>
    <w:p w14:paraId="5D2CAFAE" w14:textId="77777777" w:rsidR="00E54E13" w:rsidRDefault="00000000">
      <w:pPr>
        <w:pStyle w:val="Source"/>
        <w:rPr>
          <w:rFonts w:hint="eastAsia"/>
        </w:rPr>
      </w:pPr>
      <w:r>
        <w:t>Base: potere decisionale del RLE e condizioni ambientali, [I1], p. 3. La scheda INAIL non contiene un piano di emergenza completo. Flusso e scheda A23: [AZ].</w:t>
      </w:r>
    </w:p>
    <w:p w14:paraId="165C89F2" w14:textId="77777777" w:rsidR="00E54E13" w:rsidRDefault="00000000">
      <w:pPr>
        <w:pStyle w:val="Eyebrow"/>
        <w:keepNext/>
        <w:pageBreakBefore/>
        <w:rPr>
          <w:rFonts w:hint="eastAsia"/>
        </w:rPr>
      </w:pPr>
      <w:r>
        <w:t>PARTE I  /  PROCEDURA AZIENDALE</w:t>
      </w:r>
    </w:p>
    <w:p w14:paraId="7724B352" w14:textId="77777777" w:rsidR="00E54E13" w:rsidRDefault="00000000">
      <w:pPr>
        <w:pStyle w:val="Titolo1"/>
      </w:pPr>
      <w:bookmarkStart w:id="24" w:name="B25_20"/>
      <w:r>
        <w:t>20  Prove, passaggi di responsabilità e restituzione</w:t>
      </w:r>
      <w:bookmarkEnd w:id="24"/>
    </w:p>
    <w:p w14:paraId="560049A6" w14:textId="77777777" w:rsidR="00E54E13" w:rsidRDefault="00000000">
      <w:pPr>
        <w:pStyle w:val="Titolo2"/>
      </w:pPr>
      <w:r>
        <w:t>20.1 Prove o verifiche con variazione dell’assetto</w:t>
      </w:r>
    </w:p>
    <w:p w14:paraId="64163EB1" w14:textId="77777777" w:rsidR="00E54E13" w:rsidRDefault="00000000">
      <w:pPr>
        <w:rPr>
          <w:rFonts w:hint="eastAsia"/>
        </w:rPr>
      </w:pPr>
      <w:r>
        <w:t>L’eccezione richiamata da INAIL per prove e verifiche non autorizza modifiche informali. Nel modello aziendale A19 descrive variazione, persone coinvolte, protezioni, confini temporali e modo di ristabilire le condizioni del lavoro. RI e RLE coordinano il passaggio, verificano la permanenza dei requisiti e informano gli operatori [AZ].</w:t>
      </w:r>
    </w:p>
    <w:p w14:paraId="447000E4" w14:textId="77777777" w:rsidR="00E54E13" w:rsidRDefault="00000000">
      <w:pPr>
        <w:pStyle w:val="Titolo2"/>
      </w:pPr>
      <w:r>
        <w:t>20.2 Cambio del RLE</w:t>
      </w:r>
    </w:p>
    <w:p w14:paraId="17DEF695" w14:textId="77777777" w:rsidR="00E54E13" w:rsidRDefault="00000000">
      <w:pPr>
        <w:rPr>
          <w:rFonts w:hint="eastAsia"/>
        </w:rPr>
      </w:pPr>
      <w:r>
        <w:t>Quando si avvicendano persone nel ruolo di RLE, il trasferimento delle responsabilità è riportato sul documento di consegna, se presente. In ogni caso l’uscente illustra al subentrante condizioni dell’impianto, stato di avanzamento, misure adottate e documentazione pertinente. A19 registra data e ora del passaggio ed eventuali condizioni pendenti. Non si lascia il lavoro privo del RLE necessario [AZ].</w:t>
      </w:r>
    </w:p>
    <w:p w14:paraId="5FA67E1B" w14:textId="77777777" w:rsidR="00E54E13" w:rsidRDefault="00000000">
      <w:pPr>
        <w:pStyle w:val="Titolo2"/>
      </w:pPr>
      <w:r>
        <w:t>20.3 Termine del lavoro e restituzione RLE → RI</w:t>
      </w:r>
    </w:p>
    <w:p w14:paraId="1140B2B2" w14:textId="77777777" w:rsidR="00E54E13" w:rsidRDefault="00000000">
      <w:pPr>
        <w:rPr>
          <w:rFonts w:hint="eastAsia"/>
        </w:rPr>
      </w:pPr>
      <w:r>
        <w:t>Con la restituzione il RLE comunica al RI che i lavori sono terminati, le misure di sicurezza sono rimosse, i lavoratori sono allontanati e il normale assetto di esercizio è stato ripristinato, consentendo la ripresa dell’esercizio. Quando la consegna è documentata, anche la restituzione deve esserlo. A20 raccoglie le dichiarazioni e i riferimenti pertinenti.</w:t>
      </w:r>
    </w:p>
    <w:p w14:paraId="7A1404D1" w14:textId="77777777" w:rsidR="00E54E13" w:rsidRDefault="00000000">
      <w:pPr>
        <w:pStyle w:val="Titolo2"/>
      </w:pPr>
      <w:r>
        <w:t>20.4 Stato non ordinario o lavoro incompleto [AZ]</w:t>
      </w:r>
    </w:p>
    <w:p w14:paraId="6D09C1EE" w14:textId="77777777" w:rsidR="00E54E13" w:rsidRDefault="00000000">
      <w:pPr>
        <w:rPr>
          <w:rFonts w:hint="eastAsia"/>
        </w:rPr>
      </w:pPr>
      <w:r>
        <w:t>Se permangono limitazioni o condizioni incompatibili con il normale esercizio, non si firma una restituzione che dichiara falsamente il ripristino. Si identifica e trasferisce documentalmente lo stato sicuro effettivo, con limitazioni e responsabilità, e si mantiene il divieto di ripresa non autorizzata. L’eventuale nuova attività viene riprogrammata con documenti coerenti.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402"/>
        <w:gridCol w:w="6350"/>
      </w:tblGrid>
      <w:tr w:rsidR="00E54E13" w14:paraId="28F2A0A7" w14:textId="77777777">
        <w:trPr>
          <w:tblHeader/>
          <w:jc w:val="center"/>
        </w:trPr>
        <w:tc>
          <w:tcPr>
            <w:tcW w:w="3402" w:type="dxa"/>
            <w:shd w:val="clear" w:color="auto" w:fill="12324B"/>
          </w:tcPr>
          <w:p w14:paraId="2A61B8FB" w14:textId="77777777" w:rsidR="00E54E13" w:rsidRDefault="00000000">
            <w:pPr>
              <w:spacing w:before="30" w:after="30" w:line="234" w:lineRule="exact"/>
              <w:rPr>
                <w:rFonts w:hint="eastAsia"/>
              </w:rPr>
            </w:pPr>
            <w:r>
              <w:rPr>
                <w:b/>
                <w:color w:val="FFFFFF"/>
                <w:sz w:val="18"/>
              </w:rPr>
              <w:t>Passaggio</w:t>
            </w:r>
          </w:p>
        </w:tc>
        <w:tc>
          <w:tcPr>
            <w:tcW w:w="6350" w:type="dxa"/>
            <w:shd w:val="clear" w:color="auto" w:fill="12324B"/>
          </w:tcPr>
          <w:p w14:paraId="02022FDB" w14:textId="77777777" w:rsidR="00E54E13" w:rsidRDefault="00000000">
            <w:pPr>
              <w:spacing w:before="30" w:after="30" w:line="234" w:lineRule="exact"/>
              <w:rPr>
                <w:rFonts w:hint="eastAsia"/>
              </w:rPr>
            </w:pPr>
            <w:r>
              <w:rPr>
                <w:b/>
                <w:color w:val="FFFFFF"/>
                <w:sz w:val="18"/>
              </w:rPr>
              <w:t>Evidenza</w:t>
            </w:r>
          </w:p>
        </w:tc>
      </w:tr>
      <w:tr w:rsidR="00E54E13" w14:paraId="63D6BB77" w14:textId="77777777">
        <w:trPr>
          <w:cantSplit/>
          <w:jc w:val="center"/>
        </w:trPr>
        <w:tc>
          <w:tcPr>
            <w:tcW w:w="3402" w:type="dxa"/>
            <w:vAlign w:val="center"/>
          </w:tcPr>
          <w:p w14:paraId="7F09F411" w14:textId="77777777" w:rsidR="00E54E13" w:rsidRDefault="00000000">
            <w:pPr>
              <w:spacing w:before="30" w:after="30" w:line="234" w:lineRule="exact"/>
              <w:rPr>
                <w:rFonts w:hint="eastAsia"/>
              </w:rPr>
            </w:pPr>
            <w:r>
              <w:rPr>
                <w:sz w:val="18"/>
              </w:rPr>
              <w:t>Prova o variazione controllata</w:t>
            </w:r>
          </w:p>
        </w:tc>
        <w:tc>
          <w:tcPr>
            <w:tcW w:w="6350" w:type="dxa"/>
            <w:vAlign w:val="center"/>
          </w:tcPr>
          <w:p w14:paraId="3BE5395F" w14:textId="77777777" w:rsidR="00E54E13" w:rsidRDefault="00000000">
            <w:pPr>
              <w:spacing w:before="30" w:after="30" w:line="234" w:lineRule="exact"/>
              <w:rPr>
                <w:rFonts w:hint="eastAsia"/>
              </w:rPr>
            </w:pPr>
            <w:r>
              <w:rPr>
                <w:sz w:val="18"/>
              </w:rPr>
              <w:t>A19 + aggiornamento dei piani/istruzioni interessati.</w:t>
            </w:r>
          </w:p>
        </w:tc>
      </w:tr>
      <w:tr w:rsidR="00E54E13" w14:paraId="3039195F" w14:textId="77777777">
        <w:trPr>
          <w:cantSplit/>
          <w:jc w:val="center"/>
        </w:trPr>
        <w:tc>
          <w:tcPr>
            <w:tcW w:w="3402" w:type="dxa"/>
            <w:shd w:val="clear" w:color="auto" w:fill="F6F8FA"/>
            <w:vAlign w:val="center"/>
          </w:tcPr>
          <w:p w14:paraId="3FE2A8C9" w14:textId="77777777" w:rsidR="00E54E13" w:rsidRDefault="00000000">
            <w:pPr>
              <w:spacing w:before="30" w:after="30" w:line="234" w:lineRule="exact"/>
              <w:rPr>
                <w:rFonts w:hint="eastAsia"/>
              </w:rPr>
            </w:pPr>
            <w:r>
              <w:rPr>
                <w:sz w:val="18"/>
              </w:rPr>
              <w:t>Cambio RLE</w:t>
            </w:r>
          </w:p>
        </w:tc>
        <w:tc>
          <w:tcPr>
            <w:tcW w:w="6350" w:type="dxa"/>
            <w:shd w:val="clear" w:color="auto" w:fill="F6F8FA"/>
            <w:vAlign w:val="center"/>
          </w:tcPr>
          <w:p w14:paraId="7571F7B7" w14:textId="77777777" w:rsidR="00E54E13" w:rsidRDefault="00000000">
            <w:pPr>
              <w:spacing w:before="30" w:after="30" w:line="234" w:lineRule="exact"/>
              <w:rPr>
                <w:rFonts w:hint="eastAsia"/>
              </w:rPr>
            </w:pPr>
            <w:r>
              <w:rPr>
                <w:sz w:val="18"/>
              </w:rPr>
              <w:t>A19 + aggiornamento del documento di consegna, quando presente.</w:t>
            </w:r>
          </w:p>
        </w:tc>
      </w:tr>
      <w:tr w:rsidR="00E54E13" w14:paraId="6198E34A" w14:textId="77777777">
        <w:trPr>
          <w:cantSplit/>
          <w:jc w:val="center"/>
        </w:trPr>
        <w:tc>
          <w:tcPr>
            <w:tcW w:w="3402" w:type="dxa"/>
            <w:vAlign w:val="center"/>
          </w:tcPr>
          <w:p w14:paraId="198F2EF3" w14:textId="77777777" w:rsidR="00E54E13" w:rsidRDefault="00000000">
            <w:pPr>
              <w:spacing w:before="30" w:after="30" w:line="234" w:lineRule="exact"/>
              <w:rPr>
                <w:rFonts w:hint="eastAsia"/>
              </w:rPr>
            </w:pPr>
            <w:r>
              <w:rPr>
                <w:sz w:val="18"/>
              </w:rPr>
              <w:t>Restituzione ordinaria</w:t>
            </w:r>
          </w:p>
        </w:tc>
        <w:tc>
          <w:tcPr>
            <w:tcW w:w="6350" w:type="dxa"/>
            <w:vAlign w:val="center"/>
          </w:tcPr>
          <w:p w14:paraId="2508E729" w14:textId="77777777" w:rsidR="00E54E13" w:rsidRDefault="00000000">
            <w:pPr>
              <w:spacing w:before="30" w:after="30" w:line="234" w:lineRule="exact"/>
              <w:rPr>
                <w:rFonts w:hint="eastAsia"/>
              </w:rPr>
            </w:pPr>
            <w:r>
              <w:rPr>
                <w:sz w:val="18"/>
              </w:rPr>
              <w:t>A20 con condizioni effettivamente verificate e comunicazione RLE/RI.</w:t>
            </w:r>
          </w:p>
        </w:tc>
      </w:tr>
      <w:tr w:rsidR="00E54E13" w14:paraId="0F15BAD6" w14:textId="77777777">
        <w:trPr>
          <w:cantSplit/>
          <w:jc w:val="center"/>
        </w:trPr>
        <w:tc>
          <w:tcPr>
            <w:tcW w:w="3402" w:type="dxa"/>
            <w:shd w:val="clear" w:color="auto" w:fill="F6F8FA"/>
            <w:vAlign w:val="center"/>
          </w:tcPr>
          <w:p w14:paraId="41546E17" w14:textId="77777777" w:rsidR="00E54E13" w:rsidRDefault="00000000">
            <w:pPr>
              <w:spacing w:before="30" w:after="30" w:line="234" w:lineRule="exact"/>
              <w:rPr>
                <w:rFonts w:hint="eastAsia"/>
              </w:rPr>
            </w:pPr>
            <w:r>
              <w:rPr>
                <w:sz w:val="18"/>
              </w:rPr>
              <w:t>Chiusura dossier</w:t>
            </w:r>
          </w:p>
        </w:tc>
        <w:tc>
          <w:tcPr>
            <w:tcW w:w="6350" w:type="dxa"/>
            <w:shd w:val="clear" w:color="auto" w:fill="F6F8FA"/>
            <w:vAlign w:val="center"/>
          </w:tcPr>
          <w:p w14:paraId="5F104AE2" w14:textId="77777777" w:rsidR="00E54E13" w:rsidRDefault="00000000">
            <w:pPr>
              <w:spacing w:before="30" w:after="30" w:line="234" w:lineRule="exact"/>
              <w:rPr>
                <w:rFonts w:hint="eastAsia"/>
              </w:rPr>
            </w:pPr>
            <w:r>
              <w:rPr>
                <w:sz w:val="18"/>
              </w:rPr>
              <w:t>Raccolta registrazioni, anomalie e attività residue; aggiornamento archivio [AZ].</w:t>
            </w:r>
          </w:p>
        </w:tc>
      </w:tr>
    </w:tbl>
    <w:p w14:paraId="4FAD6B73" w14:textId="77777777" w:rsidR="00E54E13" w:rsidRDefault="00E54E13">
      <w:pPr>
        <w:spacing w:after="40" w:line="40" w:lineRule="exact"/>
        <w:rPr>
          <w:rFonts w:hint="eastAsia"/>
        </w:rPr>
      </w:pPr>
    </w:p>
    <w:p w14:paraId="4AFFEE19" w14:textId="77777777" w:rsidR="00E54E13" w:rsidRDefault="00000000">
      <w:pPr>
        <w:pStyle w:val="Source"/>
        <w:rPr>
          <w:rFonts w:hint="eastAsia"/>
        </w:rPr>
      </w:pPr>
      <w:r>
        <w:t>Base: [I1], p. 3 e prosecuzione a p. 4; consegna e restituzione, p. 4. Gestione documentale delle eccezioni: [AZ].</w:t>
      </w:r>
    </w:p>
    <w:p w14:paraId="575E0E52" w14:textId="77777777" w:rsidR="00E54E13" w:rsidRDefault="00000000">
      <w:pPr>
        <w:pStyle w:val="Eyebrow"/>
        <w:keepNext/>
        <w:pageBreakBefore/>
        <w:rPr>
          <w:rFonts w:hint="eastAsia"/>
        </w:rPr>
      </w:pPr>
      <w:r>
        <w:t>PARTE I  /  PROCEDURA AZIENDALE</w:t>
      </w:r>
    </w:p>
    <w:p w14:paraId="4E584671" w14:textId="77777777" w:rsidR="00E54E13" w:rsidRDefault="00000000">
      <w:pPr>
        <w:pStyle w:val="Titolo1"/>
      </w:pPr>
      <w:bookmarkStart w:id="25" w:name="B26_21"/>
      <w:r>
        <w:t>21  Appaltatori, autonomi e personale tecnico</w:t>
      </w:r>
      <w:bookmarkEnd w:id="25"/>
    </w:p>
    <w:p w14:paraId="2B93310C" w14:textId="77777777" w:rsidR="00E54E13" w:rsidRDefault="00000000">
      <w:pPr>
        <w:pStyle w:val="Titolo2"/>
      </w:pPr>
      <w:r>
        <w:t>21.1 Affidamento e verifica dei requisiti</w:t>
      </w:r>
    </w:p>
    <w:p w14:paraId="48CD6496" w14:textId="77777777" w:rsidR="00E54E13" w:rsidRDefault="00000000">
      <w:pPr>
        <w:rPr>
          <w:rFonts w:hint="eastAsia"/>
        </w:rPr>
      </w:pPr>
      <w:r>
        <w:t>INAIL richiama la necessità che i committenti affidino i lavori elettrici a soggetti in possesso dei requisiti necessari. L’analisi considera anche le interferenze lavorative ai sensi dell’art. 26 nei casi applicabili. A22 organizza la raccolta e la verifica delle evidenze per le attività effettivamente affidate; non è una valutazione generale dell’intera idoneità tecnico-professionale di un’impresa.</w:t>
      </w:r>
    </w:p>
    <w:p w14:paraId="0A98B66C" w14:textId="77777777" w:rsidR="00E54E13" w:rsidRDefault="00000000">
      <w:pPr>
        <w:pStyle w:val="Titolo2"/>
      </w:pPr>
      <w:r>
        <w:t>21.2 Dipendenti di un’impresa esterna</w:t>
      </w:r>
    </w:p>
    <w:p w14:paraId="1F9AFE3D" w14:textId="77777777" w:rsidR="00E54E13" w:rsidRDefault="00000000">
      <w:pPr>
        <w:rPr>
          <w:rFonts w:hint="eastAsia"/>
        </w:rPr>
      </w:pPr>
      <w:r>
        <w:t>La qualifica PES/PAV e l’idoneità sotto tensione dei dipendenti sono attribuite dal rispettivo datore di lavoro. Il committente verifica pertinenza e limiti per l’intervento e coordina le interfacce; non sostituisce questi atti con un proprio attestato di ingresso. La nomina delle figure del lavoro individua chiaramente soggetto designante e persone effettivamente presenti [AZ].</w:t>
      </w:r>
    </w:p>
    <w:p w14:paraId="18183C0F" w14:textId="77777777" w:rsidR="00E54E13" w:rsidRDefault="00000000">
      <w:pPr>
        <w:pStyle w:val="Titolo2"/>
      </w:pPr>
      <w:r>
        <w:t>21.3 Datori di lavoro operativi e lavoratori autonomi</w:t>
      </w:r>
    </w:p>
    <w:p w14:paraId="74C4D361" w14:textId="77777777" w:rsidR="00E54E13" w:rsidRDefault="00000000">
      <w:pPr>
        <w:rPr>
          <w:rFonts w:hint="eastAsia"/>
        </w:rPr>
      </w:pPr>
      <w:r>
        <w:t>Quando richiesta dal committente, la condizione PES/PAV ed eventualmente l’idoneità BT possono essere autocertificate. Per PES/PAV INAIL richiede documentazione idonea riguardante conoscenze teoriche, pratiche e legislative, percorsi formativi, esperienze e ruoli, tipologie di impianti conosciuti. Per l’idoneità sotto tensione richiama il possesso delle conoscenze necessarie e raccomanda una base riferita ai lavori per i quali esiste esperienza adeguata.</w:t>
      </w:r>
    </w:p>
    <w:p w14:paraId="3DEE1877" w14:textId="77777777" w:rsidR="00E54E13" w:rsidRDefault="00000000">
      <w:pPr>
        <w:pStyle w:val="Titolo2"/>
      </w:pPr>
      <w:r>
        <w:t>21.4 Coordinamento operativo [AZ]</w:t>
      </w:r>
    </w:p>
    <w:p w14:paraId="722D5A2E" w14:textId="77777777" w:rsidR="00E54E13" w:rsidRDefault="00000000">
      <w:pPr>
        <w:rPr>
          <w:rFonts w:hint="eastAsia"/>
        </w:rPr>
      </w:pPr>
      <w:r>
        <w:t>Prima del lavoro si confrontano condizioni dell’impianto, ambiti autorizzati, procedure e comunicazioni; si individua chi gestisce assetto, programmazione e conduzione sul posto. Le lavorazioni simultanee sono analizzate. Il controllo documentale non esonera il GL dalla verifica delle risorse né il RLE dal controllo in campo. Le PEC e i visitatori non accedono alle zone di lavoro senza le condizioni e le misure previste.</w:t>
      </w:r>
    </w:p>
    <w:tbl>
      <w:tblPr>
        <w:tblW w:w="0" w:type="auto"/>
        <w:tblLayout w:type="fixed"/>
        <w:tblLook w:val="04A0" w:firstRow="1" w:lastRow="0" w:firstColumn="1" w:lastColumn="0" w:noHBand="0" w:noVBand="1"/>
      </w:tblPr>
      <w:tblGrid>
        <w:gridCol w:w="9752"/>
      </w:tblGrid>
      <w:tr w:rsidR="00E54E13" w14:paraId="1E2C2BD2" w14:textId="77777777">
        <w:tc>
          <w:tcPr>
            <w:tcW w:w="9752" w:type="dxa"/>
            <w:shd w:val="clear" w:color="auto" w:fill="FFF5E3"/>
            <w:tcMar>
              <w:top w:w="110" w:type="dxa"/>
              <w:left w:w="150" w:type="dxa"/>
              <w:bottom w:w="110" w:type="dxa"/>
              <w:right w:w="150" w:type="dxa"/>
            </w:tcMar>
          </w:tcPr>
          <w:p w14:paraId="50E98574" w14:textId="77777777" w:rsidR="00E54E13" w:rsidRDefault="00000000">
            <w:pPr>
              <w:spacing w:after="80"/>
              <w:rPr>
                <w:rFonts w:hint="eastAsia"/>
              </w:rPr>
            </w:pPr>
            <w:r>
              <w:rPr>
                <w:b/>
                <w:color w:val="AA761B"/>
              </w:rPr>
              <w:t>AUTOCERTIFICAZIONE NON VUOTA</w:t>
            </w:r>
          </w:p>
          <w:p w14:paraId="29B19EF7" w14:textId="77777777" w:rsidR="00E54E13" w:rsidRDefault="00000000">
            <w:pPr>
              <w:spacing w:after="20" w:line="250" w:lineRule="exact"/>
              <w:rPr>
                <w:rFonts w:hint="eastAsia"/>
              </w:rPr>
            </w:pPr>
            <w:r>
              <w:rPr>
                <w:sz w:val="18"/>
              </w:rPr>
              <w:t>Una dichiarazione generica di essere “abilitato a tutti i lavori elettrici” non dimostra i requisiti per l’attività affidata. Registrare limiti, evidenze e lavori cui si riferisce.</w:t>
            </w:r>
          </w:p>
        </w:tc>
      </w:tr>
    </w:tbl>
    <w:p w14:paraId="1F99D2B6" w14:textId="77777777" w:rsidR="00E54E13" w:rsidRDefault="00E54E13">
      <w:pPr>
        <w:spacing w:after="20" w:line="40" w:lineRule="exact"/>
        <w:rPr>
          <w:rFonts w:hint="eastAsia"/>
        </w:rPr>
      </w:pPr>
    </w:p>
    <w:p w14:paraId="6B35452A" w14:textId="77777777" w:rsidR="00E54E13" w:rsidRDefault="00000000">
      <w:pPr>
        <w:pStyle w:val="Source"/>
        <w:rPr>
          <w:rFonts w:hint="eastAsia"/>
        </w:rPr>
      </w:pPr>
      <w:r>
        <w:t>Base: [I1], pp. 1–2 e 5. Verifica e coordinamento documentale: [AZ]. Allegati A12, A13, A22.</w:t>
      </w:r>
    </w:p>
    <w:p w14:paraId="75AB4D2C" w14:textId="77777777" w:rsidR="00E54E13" w:rsidRDefault="00000000">
      <w:pPr>
        <w:pStyle w:val="Eyebrow"/>
        <w:keepNext/>
        <w:pageBreakBefore/>
        <w:rPr>
          <w:rFonts w:hint="eastAsia"/>
        </w:rPr>
      </w:pPr>
      <w:r>
        <w:t>PARTE I  /  PROCEDURA AZIENDALE</w:t>
      </w:r>
    </w:p>
    <w:p w14:paraId="47BC86FF" w14:textId="77777777" w:rsidR="00E54E13" w:rsidRDefault="00000000">
      <w:pPr>
        <w:pStyle w:val="Titolo1"/>
      </w:pPr>
      <w:bookmarkStart w:id="26" w:name="B27_22"/>
      <w:r>
        <w:t>22  Cambiamenti, limitazioni, sospensione e revoca</w:t>
      </w:r>
      <w:bookmarkEnd w:id="26"/>
    </w:p>
    <w:p w14:paraId="2693C1C6" w14:textId="77777777" w:rsidR="00E54E13" w:rsidRDefault="00000000">
      <w:pPr>
        <w:pStyle w:val="Titolo2"/>
      </w:pPr>
      <w:r>
        <w:t>22.1 Riesame guidato dagli eventi [AZ]</w:t>
      </w:r>
    </w:p>
    <w:p w14:paraId="0D7D9A4E" w14:textId="77777777" w:rsidR="00E54E13" w:rsidRDefault="00000000">
      <w:pPr>
        <w:rPr>
          <w:rFonts w:hint="eastAsia"/>
        </w:rPr>
      </w:pPr>
      <w:r>
        <w:t>Oltre all’aggiornamento formativo, il sistema riesamina le competenze quando cambiano attività, impianti, tecnologie, metodi, procedure o condizioni personali pertinenti, oppure quando emergono carenze, errori significativi o violazioni di sicurezza. Dopo periodi senza pratica si valuta l’esigenza di addestramento prima di riaffidare le attività; la fonte non stabilisce una soglia temporale generale di inattività.</w:t>
      </w:r>
    </w:p>
    <w:p w14:paraId="26955FDB" w14:textId="77777777" w:rsidR="00E54E13" w:rsidRDefault="00000000">
      <w:pPr>
        <w:pStyle w:val="Titolo2"/>
      </w:pPr>
      <w:r>
        <w:t>22.2 Distinguere i provvedimenti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35"/>
        <w:gridCol w:w="6917"/>
      </w:tblGrid>
      <w:tr w:rsidR="00E54E13" w14:paraId="768463D5" w14:textId="77777777">
        <w:trPr>
          <w:tblHeader/>
          <w:jc w:val="center"/>
        </w:trPr>
        <w:tc>
          <w:tcPr>
            <w:tcW w:w="2835" w:type="dxa"/>
            <w:shd w:val="clear" w:color="auto" w:fill="12324B"/>
          </w:tcPr>
          <w:p w14:paraId="4B8B0CE7" w14:textId="77777777" w:rsidR="00E54E13" w:rsidRDefault="00000000">
            <w:pPr>
              <w:spacing w:before="30" w:after="30" w:line="236" w:lineRule="exact"/>
              <w:rPr>
                <w:rFonts w:hint="eastAsia"/>
              </w:rPr>
            </w:pPr>
            <w:r>
              <w:rPr>
                <w:b/>
                <w:color w:val="FFFFFF"/>
                <w:sz w:val="18"/>
              </w:rPr>
              <w:t>Decisione</w:t>
            </w:r>
          </w:p>
        </w:tc>
        <w:tc>
          <w:tcPr>
            <w:tcW w:w="6917" w:type="dxa"/>
            <w:shd w:val="clear" w:color="auto" w:fill="12324B"/>
          </w:tcPr>
          <w:p w14:paraId="307AEA89" w14:textId="77777777" w:rsidR="00E54E13" w:rsidRDefault="00000000">
            <w:pPr>
              <w:spacing w:before="30" w:after="30" w:line="236" w:lineRule="exact"/>
              <w:rPr>
                <w:rFonts w:hint="eastAsia"/>
              </w:rPr>
            </w:pPr>
            <w:r>
              <w:rPr>
                <w:b/>
                <w:color w:val="FFFFFF"/>
                <w:sz w:val="18"/>
              </w:rPr>
              <w:t>Gestione nel modello [AZ]</w:t>
            </w:r>
          </w:p>
        </w:tc>
      </w:tr>
      <w:tr w:rsidR="00E54E13" w14:paraId="0810DE21" w14:textId="77777777">
        <w:trPr>
          <w:cantSplit/>
          <w:jc w:val="center"/>
        </w:trPr>
        <w:tc>
          <w:tcPr>
            <w:tcW w:w="2835" w:type="dxa"/>
            <w:vAlign w:val="center"/>
          </w:tcPr>
          <w:p w14:paraId="4FF6C8F5" w14:textId="77777777" w:rsidR="00E54E13" w:rsidRDefault="00000000">
            <w:pPr>
              <w:spacing w:before="30" w:after="30" w:line="236" w:lineRule="exact"/>
              <w:rPr>
                <w:rFonts w:hint="eastAsia"/>
              </w:rPr>
            </w:pPr>
            <w:r>
              <w:rPr>
                <w:sz w:val="18"/>
              </w:rPr>
              <w:t>Limitazione dell’ambito</w:t>
            </w:r>
          </w:p>
        </w:tc>
        <w:tc>
          <w:tcPr>
            <w:tcW w:w="6917" w:type="dxa"/>
            <w:vAlign w:val="center"/>
          </w:tcPr>
          <w:p w14:paraId="49882C1B" w14:textId="77777777" w:rsidR="00E54E13" w:rsidRDefault="00000000">
            <w:pPr>
              <w:spacing w:before="30" w:after="30" w:line="236" w:lineRule="exact"/>
              <w:rPr>
                <w:rFonts w:hint="eastAsia"/>
              </w:rPr>
            </w:pPr>
            <w:r>
              <w:rPr>
                <w:sz w:val="18"/>
              </w:rPr>
              <w:t>Restano consentite solo le attività espressamente confermate; aggiornare atto, registro e informazioni a chi assegna i lavori.</w:t>
            </w:r>
          </w:p>
        </w:tc>
      </w:tr>
      <w:tr w:rsidR="00E54E13" w14:paraId="579A9A50" w14:textId="77777777">
        <w:trPr>
          <w:cantSplit/>
          <w:jc w:val="center"/>
        </w:trPr>
        <w:tc>
          <w:tcPr>
            <w:tcW w:w="2835" w:type="dxa"/>
            <w:shd w:val="clear" w:color="auto" w:fill="F6F8FA"/>
            <w:vAlign w:val="center"/>
          </w:tcPr>
          <w:p w14:paraId="0A26550F" w14:textId="77777777" w:rsidR="00E54E13" w:rsidRDefault="00000000">
            <w:pPr>
              <w:spacing w:before="30" w:after="30" w:line="236" w:lineRule="exact"/>
              <w:rPr>
                <w:rFonts w:hint="eastAsia"/>
              </w:rPr>
            </w:pPr>
            <w:r>
              <w:rPr>
                <w:sz w:val="18"/>
              </w:rPr>
              <w:t>Sospensione cautelativa</w:t>
            </w:r>
          </w:p>
        </w:tc>
        <w:tc>
          <w:tcPr>
            <w:tcW w:w="6917" w:type="dxa"/>
            <w:shd w:val="clear" w:color="auto" w:fill="F6F8FA"/>
            <w:vAlign w:val="center"/>
          </w:tcPr>
          <w:p w14:paraId="7B99D558" w14:textId="77777777" w:rsidR="00E54E13" w:rsidRDefault="00000000">
            <w:pPr>
              <w:spacing w:before="30" w:after="30" w:line="236" w:lineRule="exact"/>
              <w:rPr>
                <w:rFonts w:hint="eastAsia"/>
              </w:rPr>
            </w:pPr>
            <w:r>
              <w:rPr>
                <w:sz w:val="18"/>
              </w:rPr>
              <w:t>Interrompere le assegnazioni interessate fino a verifica; esplicitare motivo, ambito, condizioni di riesame e responsabile.</w:t>
            </w:r>
          </w:p>
        </w:tc>
      </w:tr>
      <w:tr w:rsidR="00E54E13" w14:paraId="05851417" w14:textId="77777777">
        <w:trPr>
          <w:cantSplit/>
          <w:jc w:val="center"/>
        </w:trPr>
        <w:tc>
          <w:tcPr>
            <w:tcW w:w="2835" w:type="dxa"/>
            <w:vAlign w:val="center"/>
          </w:tcPr>
          <w:p w14:paraId="611EC6F4" w14:textId="77777777" w:rsidR="00E54E13" w:rsidRDefault="00000000">
            <w:pPr>
              <w:spacing w:before="30" w:after="30" w:line="236" w:lineRule="exact"/>
              <w:rPr>
                <w:rFonts w:hint="eastAsia"/>
              </w:rPr>
            </w:pPr>
            <w:r>
              <w:rPr>
                <w:sz w:val="18"/>
              </w:rPr>
              <w:t>Revoca della qualifica</w:t>
            </w:r>
          </w:p>
        </w:tc>
        <w:tc>
          <w:tcPr>
            <w:tcW w:w="6917" w:type="dxa"/>
            <w:vAlign w:val="center"/>
          </w:tcPr>
          <w:p w14:paraId="74C35AF3" w14:textId="77777777" w:rsidR="00E54E13" w:rsidRDefault="00000000">
            <w:pPr>
              <w:spacing w:before="30" w:after="30" w:line="236" w:lineRule="exact"/>
              <w:rPr>
                <w:rFonts w:hint="eastAsia"/>
              </w:rPr>
            </w:pPr>
            <w:r>
              <w:rPr>
                <w:sz w:val="18"/>
              </w:rPr>
              <w:t>Il datore di lavoro può revocare PES/PAV quando non sono più presenti i requisiti; rimuovere la disponibilità operativa per l’ambito interessato.</w:t>
            </w:r>
          </w:p>
        </w:tc>
      </w:tr>
      <w:tr w:rsidR="00E54E13" w14:paraId="2A4B352F" w14:textId="77777777">
        <w:trPr>
          <w:cantSplit/>
          <w:jc w:val="center"/>
        </w:trPr>
        <w:tc>
          <w:tcPr>
            <w:tcW w:w="2835" w:type="dxa"/>
            <w:shd w:val="clear" w:color="auto" w:fill="F6F8FA"/>
            <w:vAlign w:val="center"/>
          </w:tcPr>
          <w:p w14:paraId="5D607AEA" w14:textId="77777777" w:rsidR="00E54E13" w:rsidRDefault="00000000">
            <w:pPr>
              <w:spacing w:before="30" w:after="30" w:line="236" w:lineRule="exact"/>
              <w:rPr>
                <w:rFonts w:hint="eastAsia"/>
              </w:rPr>
            </w:pPr>
            <w:r>
              <w:rPr>
                <w:sz w:val="18"/>
              </w:rPr>
              <w:t>Revoca dell’idoneità sotto tensione</w:t>
            </w:r>
          </w:p>
        </w:tc>
        <w:tc>
          <w:tcPr>
            <w:tcW w:w="6917" w:type="dxa"/>
            <w:shd w:val="clear" w:color="auto" w:fill="F6F8FA"/>
            <w:vAlign w:val="center"/>
          </w:tcPr>
          <w:p w14:paraId="59584490" w14:textId="77777777" w:rsidR="00E54E13" w:rsidRDefault="00000000">
            <w:pPr>
              <w:spacing w:before="30" w:after="30" w:line="236" w:lineRule="exact"/>
              <w:rPr>
                <w:rFonts w:hint="eastAsia"/>
              </w:rPr>
            </w:pPr>
            <w:r>
              <w:rPr>
                <w:sz w:val="18"/>
              </w:rPr>
              <w:t>Il datore di lavoro può revocarla al venir meno dei requisiti, anche a seguito di evidenti violazioni dei principi di sicurezza.</w:t>
            </w:r>
          </w:p>
        </w:tc>
      </w:tr>
      <w:tr w:rsidR="00E54E13" w14:paraId="1C2FF1DE" w14:textId="77777777">
        <w:trPr>
          <w:cantSplit/>
          <w:jc w:val="center"/>
        </w:trPr>
        <w:tc>
          <w:tcPr>
            <w:tcW w:w="2835" w:type="dxa"/>
            <w:vAlign w:val="center"/>
          </w:tcPr>
          <w:p w14:paraId="224422FE" w14:textId="77777777" w:rsidR="00E54E13" w:rsidRDefault="00000000">
            <w:pPr>
              <w:spacing w:before="30" w:after="30" w:line="236" w:lineRule="exact"/>
              <w:rPr>
                <w:rFonts w:hint="eastAsia"/>
              </w:rPr>
            </w:pPr>
            <w:r>
              <w:rPr>
                <w:sz w:val="18"/>
              </w:rPr>
              <w:t>Riammissione</w:t>
            </w:r>
          </w:p>
        </w:tc>
        <w:tc>
          <w:tcPr>
            <w:tcW w:w="6917" w:type="dxa"/>
            <w:vAlign w:val="center"/>
          </w:tcPr>
          <w:p w14:paraId="2AFF38BA" w14:textId="77777777" w:rsidR="00E54E13" w:rsidRDefault="00000000">
            <w:pPr>
              <w:spacing w:before="30" w:after="30" w:line="236" w:lineRule="exact"/>
              <w:rPr>
                <w:rFonts w:hint="eastAsia"/>
              </w:rPr>
            </w:pPr>
            <w:r>
              <w:rPr>
                <w:sz w:val="18"/>
              </w:rPr>
              <w:t>Non deriva dal semplice trascorrere del tempo: verificare gli interventi richiesti e formalizzare nuovamente le decisioni necessarie.</w:t>
            </w:r>
          </w:p>
        </w:tc>
      </w:tr>
    </w:tbl>
    <w:p w14:paraId="765E9142" w14:textId="77777777" w:rsidR="00E54E13" w:rsidRDefault="00E54E13">
      <w:pPr>
        <w:spacing w:after="40" w:line="40" w:lineRule="exact"/>
        <w:rPr>
          <w:rFonts w:hint="eastAsia"/>
        </w:rPr>
      </w:pPr>
    </w:p>
    <w:p w14:paraId="24F79959" w14:textId="77777777" w:rsidR="00E54E13" w:rsidRDefault="00000000">
      <w:pPr>
        <w:pStyle w:val="Titolo2"/>
      </w:pPr>
      <w:r>
        <w:t>22.3 Contenuto dell’atto A25</w:t>
      </w:r>
    </w:p>
    <w:p w14:paraId="49C2B549" w14:textId="77777777" w:rsidR="00E54E13" w:rsidRDefault="00000000">
      <w:pPr>
        <w:rPr>
          <w:rFonts w:hint="eastAsia"/>
        </w:rPr>
      </w:pPr>
      <w:r>
        <w:t>L’atto indica attività interessate, motivazione oggettiva, data di effetto, informazioni comunicate, percorso necessario e soggetto che decide. Si evitano giudizi clinici o personali impropri: per gli aspetti sanitari si utilizzano le competenze e i canali previsti. Il provvedimento non è desunto automaticamente dal punteggio di un test o da un indicatore statistico.</w:t>
      </w:r>
    </w:p>
    <w:p w14:paraId="4DB19613" w14:textId="77777777" w:rsidR="00E54E13" w:rsidRDefault="00000000">
      <w:pPr>
        <w:pStyle w:val="Titolo2"/>
      </w:pPr>
      <w:r>
        <w:t>22.4 Aggiornamento delle assegnazioni [AZ]</w:t>
      </w:r>
    </w:p>
    <w:p w14:paraId="30D7279A" w14:textId="77777777" w:rsidR="00E54E13" w:rsidRDefault="00000000">
      <w:pPr>
        <w:rPr>
          <w:rFonts w:hint="eastAsia"/>
        </w:rPr>
      </w:pPr>
      <w:r>
        <w:t>A11 viene aggiornato senza ritardo. GL e RLE verificano lo stato del lavoratore prima di assegnare l’attività. L’eventuale conferma di altre competenze o della mansione non annulla la limitazione specifica. Il lavoratore riceve istruzioni chiare sulle attività che non deve svolgere.</w:t>
      </w:r>
    </w:p>
    <w:p w14:paraId="49170A79" w14:textId="77777777" w:rsidR="00E54E13" w:rsidRDefault="00000000">
      <w:pPr>
        <w:pStyle w:val="Source"/>
        <w:rPr>
          <w:rFonts w:hint="eastAsia"/>
        </w:rPr>
      </w:pPr>
      <w:r>
        <w:t>Revoca e permanenza dei requisiti: [I1], pp. 2 e 6. Sospensione cautelativa, limiti e flusso di riammissione: [AZ]. Allegati A11, A24, A25.</w:t>
      </w:r>
    </w:p>
    <w:p w14:paraId="13F9A165" w14:textId="77777777" w:rsidR="00E54E13" w:rsidRDefault="00000000">
      <w:pPr>
        <w:pStyle w:val="Eyebrow"/>
        <w:keepNext/>
        <w:pageBreakBefore/>
        <w:rPr>
          <w:rFonts w:hint="eastAsia"/>
        </w:rPr>
      </w:pPr>
      <w:r>
        <w:t>PARTE I  /  PROCEDURA AZIENDALE</w:t>
      </w:r>
    </w:p>
    <w:p w14:paraId="6AB16692" w14:textId="77777777" w:rsidR="00E54E13" w:rsidRDefault="00000000">
      <w:pPr>
        <w:pStyle w:val="Titolo1"/>
      </w:pPr>
      <w:bookmarkStart w:id="27" w:name="B28_23"/>
      <w:r>
        <w:t>23  Archiviazione, riservatezza e tracciabilità</w:t>
      </w:r>
      <w:bookmarkEnd w:id="27"/>
    </w:p>
    <w:p w14:paraId="32B8E8CC" w14:textId="77777777" w:rsidR="00E54E13" w:rsidRDefault="00000000">
      <w:pPr>
        <w:keepNext/>
        <w:spacing w:before="100" w:after="40" w:line="240" w:lineRule="auto"/>
        <w:rPr>
          <w:rFonts w:hint="eastAsia"/>
        </w:rPr>
      </w:pPr>
      <w:r>
        <w:rPr>
          <w:noProof/>
        </w:rPr>
        <w:drawing>
          <wp:inline distT="0" distB="0" distL="0" distR="0" wp14:anchorId="14F3687B" wp14:editId="58FBFCF7">
            <wp:extent cx="6120000" cy="3594480"/>
            <wp:effectExtent l="0" t="0" r="0" b="0"/>
            <wp:docPr id="9" name="Picture 9" descr="Figura 8. Architettura del fascicolo: persone, lavori, risorse e controlli." title="F09_fasci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9_fascicolo.png"/>
                    <pic:cNvPicPr/>
                  </pic:nvPicPr>
                  <pic:blipFill>
                    <a:blip r:embed="rId16"/>
                    <a:stretch>
                      <a:fillRect/>
                    </a:stretch>
                  </pic:blipFill>
                  <pic:spPr>
                    <a:xfrm>
                      <a:off x="0" y="0"/>
                      <a:ext cx="6120000" cy="3594480"/>
                    </a:xfrm>
                    <a:prstGeom prst="rect">
                      <a:avLst/>
                    </a:prstGeom>
                  </pic:spPr>
                </pic:pic>
              </a:graphicData>
            </a:graphic>
          </wp:inline>
        </w:drawing>
      </w:r>
    </w:p>
    <w:p w14:paraId="7AC7BA50" w14:textId="77777777" w:rsidR="00E54E13" w:rsidRDefault="00000000">
      <w:pPr>
        <w:pStyle w:val="Didascalia"/>
        <w:rPr>
          <w:rFonts w:hint="eastAsia"/>
        </w:rPr>
      </w:pPr>
      <w:r>
        <w:rPr>
          <w:b w:val="0"/>
        </w:rPr>
        <w:t>Figura 8. Architettura del fascicolo: persone, lavori, risorse e controlli.</w:t>
      </w:r>
    </w:p>
    <w:p w14:paraId="5B4397F5" w14:textId="77777777" w:rsidR="00E54E13" w:rsidRDefault="00000000">
      <w:pPr>
        <w:pStyle w:val="Titolo2"/>
      </w:pPr>
      <w:r>
        <w:t>23.1 Struttura e identificativi [AZ]</w:t>
      </w:r>
    </w:p>
    <w:p w14:paraId="4B296673" w14:textId="77777777" w:rsidR="00E54E13" w:rsidRDefault="00000000">
      <w:pPr>
        <w:rPr>
          <w:rFonts w:hint="eastAsia"/>
        </w:rPr>
      </w:pPr>
      <w:r>
        <w:t>Ogni fascicolo personale e ogni lavoro hanno un identificativo. I moduli richiamano soltanto documenti identificati e accessibili. Le versioni compilate sono conservate separatamente dai modelli vuoti. Modifiche successive a un atto firmato sono tracciate, senza cancellare lo stato precedente. Il registro rende distinguibili qualifica, idoneità e autorizzazione attuali.</w:t>
      </w:r>
    </w:p>
    <w:p w14:paraId="0E4C1875" w14:textId="77777777" w:rsidR="00E54E13" w:rsidRDefault="00000000">
      <w:pPr>
        <w:pStyle w:val="Titolo2"/>
      </w:pPr>
      <w:r>
        <w:t>23.2 Accesso e conservazione [AZ]</w:t>
      </w:r>
    </w:p>
    <w:p w14:paraId="1852E958" w14:textId="77777777" w:rsidR="00E54E13" w:rsidRDefault="00000000">
      <w:pPr>
        <w:rPr>
          <w:rFonts w:hint="eastAsia"/>
        </w:rPr>
      </w:pPr>
      <w:r>
        <w:t>L’azienda definisce soggetti autorizzati, tempi di conservazione, modalità di protezione e recupero dei documenti secondo gli obblighi applicabili. INAIL richiede la conservazione delle evidenze formative ma non fissa in questa scheda un termine universale. Nel fascicolo tecnico si registrano solo esiti e limitazioni necessari, non diagnosi. I moduli digitali sono sottoposti a controlli di integrità e disponibilità.</w:t>
      </w:r>
    </w:p>
    <w:p w14:paraId="3FCE8838" w14:textId="77777777" w:rsidR="00E54E13" w:rsidRDefault="00000000">
      <w:pPr>
        <w:pStyle w:val="Source"/>
        <w:rPr>
          <w:rFonts w:hint="eastAsia"/>
        </w:rPr>
      </w:pPr>
      <w:r>
        <w:t>Conservazione delle evidenze: [I1], pp. 3 e 5. Sistema documentale, riservatezza e architettura del fascicolo: [AZ].</w:t>
      </w:r>
    </w:p>
    <w:p w14:paraId="714CAF79" w14:textId="77777777" w:rsidR="00E54E13" w:rsidRDefault="00000000">
      <w:pPr>
        <w:pStyle w:val="Eyebrow"/>
        <w:keepNext/>
        <w:pageBreakBefore/>
        <w:rPr>
          <w:rFonts w:hint="eastAsia"/>
        </w:rPr>
      </w:pPr>
      <w:r>
        <w:t>PARTE I  /  PROCEDURA AZIENDALE</w:t>
      </w:r>
    </w:p>
    <w:p w14:paraId="25F49AB6" w14:textId="77777777" w:rsidR="00E54E13" w:rsidRDefault="00000000">
      <w:pPr>
        <w:pStyle w:val="Titolo1"/>
      </w:pPr>
      <w:bookmarkStart w:id="28" w:name="B29_24"/>
      <w:r>
        <w:t>24  Audit, indicatori e miglioramento</w:t>
      </w:r>
      <w:bookmarkEnd w:id="28"/>
    </w:p>
    <w:p w14:paraId="33E0055F" w14:textId="77777777" w:rsidR="00E54E13" w:rsidRDefault="00000000">
      <w:pPr>
        <w:pStyle w:val="Titolo2"/>
      </w:pPr>
      <w:r>
        <w:t>24.1 Audit del sistema [AZ]</w:t>
      </w:r>
    </w:p>
    <w:p w14:paraId="343ACB67" w14:textId="77777777" w:rsidR="00E54E13" w:rsidRDefault="00000000">
      <w:pPr>
        <w:rPr>
          <w:rFonts w:hint="eastAsia"/>
        </w:rPr>
      </w:pPr>
      <w:r>
        <w:t>L’azienda pianifica audit documentali e riscontri operativi, scegliendo periodicità, campioni e responsabili in base ai lavori. A26 confronta attività effettive, qualifiche, idoneità, aggiornamenti, ruoli e documentazione. La verifica include osservazioni sul posto: un archivio completo non prova da solo l’applicazione delle misure.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572"/>
        <w:gridCol w:w="6180"/>
      </w:tblGrid>
      <w:tr w:rsidR="00E54E13" w14:paraId="790F34B9" w14:textId="77777777">
        <w:trPr>
          <w:tblHeader/>
          <w:jc w:val="center"/>
        </w:trPr>
        <w:tc>
          <w:tcPr>
            <w:tcW w:w="3572" w:type="dxa"/>
            <w:shd w:val="clear" w:color="auto" w:fill="12324B"/>
          </w:tcPr>
          <w:p w14:paraId="4E9A099B" w14:textId="77777777" w:rsidR="00E54E13" w:rsidRDefault="00000000">
            <w:pPr>
              <w:spacing w:before="30" w:after="30" w:line="232" w:lineRule="exact"/>
              <w:rPr>
                <w:rFonts w:hint="eastAsia"/>
              </w:rPr>
            </w:pPr>
            <w:r>
              <w:rPr>
                <w:b/>
                <w:color w:val="FFFFFF"/>
                <w:sz w:val="18"/>
              </w:rPr>
              <w:t>Indicatore gestionale [AZ]</w:t>
            </w:r>
          </w:p>
        </w:tc>
        <w:tc>
          <w:tcPr>
            <w:tcW w:w="6180" w:type="dxa"/>
            <w:shd w:val="clear" w:color="auto" w:fill="12324B"/>
          </w:tcPr>
          <w:p w14:paraId="066F5B53" w14:textId="77777777" w:rsidR="00E54E13" w:rsidRDefault="00000000">
            <w:pPr>
              <w:spacing w:before="30" w:after="30" w:line="232" w:lineRule="exact"/>
              <w:rPr>
                <w:rFonts w:hint="eastAsia"/>
              </w:rPr>
            </w:pPr>
            <w:r>
              <w:rPr>
                <w:b/>
                <w:color w:val="FFFFFF"/>
                <w:sz w:val="18"/>
              </w:rPr>
              <w:t>Calcolo / utilizzo</w:t>
            </w:r>
          </w:p>
        </w:tc>
      </w:tr>
      <w:tr w:rsidR="00E54E13" w14:paraId="3618862A" w14:textId="77777777">
        <w:trPr>
          <w:cantSplit/>
          <w:jc w:val="center"/>
        </w:trPr>
        <w:tc>
          <w:tcPr>
            <w:tcW w:w="3572" w:type="dxa"/>
            <w:vAlign w:val="center"/>
          </w:tcPr>
          <w:p w14:paraId="5766988A" w14:textId="77777777" w:rsidR="00E54E13" w:rsidRDefault="00000000">
            <w:pPr>
              <w:spacing w:before="30" w:after="30" w:line="232" w:lineRule="exact"/>
              <w:rPr>
                <w:rFonts w:hint="eastAsia"/>
              </w:rPr>
            </w:pPr>
            <w:r>
              <w:rPr>
                <w:sz w:val="18"/>
              </w:rPr>
              <w:t>Copertura delle attribuzioni</w:t>
            </w:r>
          </w:p>
        </w:tc>
        <w:tc>
          <w:tcPr>
            <w:tcW w:w="6180" w:type="dxa"/>
            <w:vAlign w:val="center"/>
          </w:tcPr>
          <w:p w14:paraId="15F6BF60" w14:textId="77777777" w:rsidR="00E54E13" w:rsidRDefault="00000000">
            <w:pPr>
              <w:spacing w:before="30" w:after="30" w:line="232" w:lineRule="exact"/>
              <w:rPr>
                <w:rFonts w:hint="eastAsia"/>
              </w:rPr>
            </w:pPr>
            <w:r>
              <w:rPr>
                <w:sz w:val="18"/>
              </w:rPr>
              <w:t>Coppie persona-attività con attribuzione documentata / coppie che la richiedono × 100.</w:t>
            </w:r>
          </w:p>
        </w:tc>
      </w:tr>
      <w:tr w:rsidR="00E54E13" w14:paraId="749D7D07" w14:textId="77777777">
        <w:trPr>
          <w:cantSplit/>
          <w:jc w:val="center"/>
        </w:trPr>
        <w:tc>
          <w:tcPr>
            <w:tcW w:w="3572" w:type="dxa"/>
            <w:shd w:val="clear" w:color="auto" w:fill="F6F8FA"/>
            <w:vAlign w:val="center"/>
          </w:tcPr>
          <w:p w14:paraId="65DFCD40" w14:textId="77777777" w:rsidR="00E54E13" w:rsidRDefault="00000000">
            <w:pPr>
              <w:spacing w:before="30" w:after="30" w:line="232" w:lineRule="exact"/>
              <w:rPr>
                <w:rFonts w:hint="eastAsia"/>
              </w:rPr>
            </w:pPr>
            <w:r>
              <w:rPr>
                <w:sz w:val="18"/>
              </w:rPr>
              <w:t>Aggiornamenti nei termini</w:t>
            </w:r>
          </w:p>
        </w:tc>
        <w:tc>
          <w:tcPr>
            <w:tcW w:w="6180" w:type="dxa"/>
            <w:shd w:val="clear" w:color="auto" w:fill="F6F8FA"/>
            <w:vAlign w:val="center"/>
          </w:tcPr>
          <w:p w14:paraId="55D201D7" w14:textId="77777777" w:rsidR="00E54E13" w:rsidRDefault="00000000">
            <w:pPr>
              <w:spacing w:before="30" w:after="30" w:line="232" w:lineRule="exact"/>
              <w:rPr>
                <w:rFonts w:hint="eastAsia"/>
              </w:rPr>
            </w:pPr>
            <w:r>
              <w:rPr>
                <w:sz w:val="18"/>
              </w:rPr>
              <w:t>Persone o percorsi pertinenti aggiornati / persone o percorsi soggetti a controllo × 100. Definire una base omogenea.</w:t>
            </w:r>
          </w:p>
        </w:tc>
      </w:tr>
      <w:tr w:rsidR="00E54E13" w14:paraId="51741C30" w14:textId="77777777">
        <w:trPr>
          <w:cantSplit/>
          <w:jc w:val="center"/>
        </w:trPr>
        <w:tc>
          <w:tcPr>
            <w:tcW w:w="3572" w:type="dxa"/>
            <w:vAlign w:val="center"/>
          </w:tcPr>
          <w:p w14:paraId="58D27345" w14:textId="77777777" w:rsidR="00E54E13" w:rsidRDefault="00000000">
            <w:pPr>
              <w:spacing w:before="30" w:after="30" w:line="232" w:lineRule="exact"/>
              <w:rPr>
                <w:rFonts w:hint="eastAsia"/>
              </w:rPr>
            </w:pPr>
            <w:r>
              <w:rPr>
                <w:sz w:val="18"/>
              </w:rPr>
              <w:t>Idoneità sotto tensione coerenti</w:t>
            </w:r>
          </w:p>
        </w:tc>
        <w:tc>
          <w:tcPr>
            <w:tcW w:w="6180" w:type="dxa"/>
            <w:vAlign w:val="center"/>
          </w:tcPr>
          <w:p w14:paraId="1C9D167B" w14:textId="77777777" w:rsidR="00E54E13" w:rsidRDefault="00000000">
            <w:pPr>
              <w:spacing w:before="30" w:after="30" w:line="232" w:lineRule="exact"/>
              <w:rPr>
                <w:rFonts w:hint="eastAsia"/>
              </w:rPr>
            </w:pPr>
            <w:r>
              <w:rPr>
                <w:sz w:val="18"/>
              </w:rPr>
              <w:t>Coppie persona-attività autorizzate con evidenze coerenti / coppie sotto tensione campionate × 100.</w:t>
            </w:r>
          </w:p>
        </w:tc>
      </w:tr>
      <w:tr w:rsidR="00E54E13" w14:paraId="659049A7" w14:textId="77777777">
        <w:trPr>
          <w:cantSplit/>
          <w:jc w:val="center"/>
        </w:trPr>
        <w:tc>
          <w:tcPr>
            <w:tcW w:w="3572" w:type="dxa"/>
            <w:shd w:val="clear" w:color="auto" w:fill="F6F8FA"/>
            <w:vAlign w:val="center"/>
          </w:tcPr>
          <w:p w14:paraId="6E6A3D6B" w14:textId="77777777" w:rsidR="00E54E13" w:rsidRDefault="00000000">
            <w:pPr>
              <w:spacing w:before="30" w:after="30" w:line="232" w:lineRule="exact"/>
              <w:rPr>
                <w:rFonts w:hint="eastAsia"/>
              </w:rPr>
            </w:pPr>
            <w:r>
              <w:rPr>
                <w:sz w:val="18"/>
              </w:rPr>
              <w:t>Dossier di lavoro completi</w:t>
            </w:r>
          </w:p>
        </w:tc>
        <w:tc>
          <w:tcPr>
            <w:tcW w:w="6180" w:type="dxa"/>
            <w:shd w:val="clear" w:color="auto" w:fill="F6F8FA"/>
            <w:vAlign w:val="center"/>
          </w:tcPr>
          <w:p w14:paraId="7CC325DB" w14:textId="77777777" w:rsidR="00E54E13" w:rsidRDefault="00000000">
            <w:pPr>
              <w:spacing w:before="30" w:after="30" w:line="232" w:lineRule="exact"/>
              <w:rPr>
                <w:rFonts w:hint="eastAsia"/>
              </w:rPr>
            </w:pPr>
            <w:r>
              <w:rPr>
                <w:sz w:val="18"/>
              </w:rPr>
              <w:t>Dossier con tutti i documenti applicabili / dossier controllati × 100.</w:t>
            </w:r>
          </w:p>
        </w:tc>
      </w:tr>
      <w:tr w:rsidR="00E54E13" w14:paraId="4E931E1A" w14:textId="77777777">
        <w:trPr>
          <w:cantSplit/>
          <w:jc w:val="center"/>
        </w:trPr>
        <w:tc>
          <w:tcPr>
            <w:tcW w:w="3572" w:type="dxa"/>
            <w:vAlign w:val="center"/>
          </w:tcPr>
          <w:p w14:paraId="6B6678B0" w14:textId="77777777" w:rsidR="00E54E13" w:rsidRDefault="00000000">
            <w:pPr>
              <w:spacing w:before="30" w:after="30" w:line="232" w:lineRule="exact"/>
              <w:rPr>
                <w:rFonts w:hint="eastAsia"/>
              </w:rPr>
            </w:pPr>
            <w:r>
              <w:rPr>
                <w:sz w:val="18"/>
              </w:rPr>
              <w:t>Azioni concluse nei termini</w:t>
            </w:r>
          </w:p>
        </w:tc>
        <w:tc>
          <w:tcPr>
            <w:tcW w:w="6180" w:type="dxa"/>
            <w:vAlign w:val="center"/>
          </w:tcPr>
          <w:p w14:paraId="5530DCCA" w14:textId="77777777" w:rsidR="00E54E13" w:rsidRDefault="00000000">
            <w:pPr>
              <w:spacing w:before="30" w:after="30" w:line="232" w:lineRule="exact"/>
              <w:rPr>
                <w:rFonts w:hint="eastAsia"/>
              </w:rPr>
            </w:pPr>
            <w:r>
              <w:rPr>
                <w:sz w:val="18"/>
              </w:rPr>
              <w:t>Azioni chiuse entro la data concordata / azioni in scadenza nel periodo × 100.</w:t>
            </w:r>
          </w:p>
        </w:tc>
      </w:tr>
      <w:tr w:rsidR="00E54E13" w14:paraId="6AEAEEE2" w14:textId="77777777">
        <w:trPr>
          <w:cantSplit/>
          <w:jc w:val="center"/>
        </w:trPr>
        <w:tc>
          <w:tcPr>
            <w:tcW w:w="3572" w:type="dxa"/>
            <w:shd w:val="clear" w:color="auto" w:fill="F6F8FA"/>
            <w:vAlign w:val="center"/>
          </w:tcPr>
          <w:p w14:paraId="7CF6BAC9" w14:textId="77777777" w:rsidR="00E54E13" w:rsidRDefault="00000000">
            <w:pPr>
              <w:spacing w:before="30" w:after="30" w:line="232" w:lineRule="exact"/>
              <w:rPr>
                <w:rFonts w:hint="eastAsia"/>
              </w:rPr>
            </w:pPr>
            <w:r>
              <w:rPr>
                <w:sz w:val="18"/>
              </w:rPr>
              <w:t>Segnalazioni e verifiche di efficacia</w:t>
            </w:r>
          </w:p>
        </w:tc>
        <w:tc>
          <w:tcPr>
            <w:tcW w:w="6180" w:type="dxa"/>
            <w:shd w:val="clear" w:color="auto" w:fill="F6F8FA"/>
            <w:vAlign w:val="center"/>
          </w:tcPr>
          <w:p w14:paraId="2068AE14" w14:textId="77777777" w:rsidR="00E54E13" w:rsidRDefault="00000000">
            <w:pPr>
              <w:spacing w:before="30" w:after="30" w:line="232" w:lineRule="exact"/>
              <w:rPr>
                <w:rFonts w:hint="eastAsia"/>
              </w:rPr>
            </w:pPr>
            <w:r>
              <w:rPr>
                <w:sz w:val="18"/>
              </w:rPr>
              <w:t>Numero e natura delle segnalazioni; esito delle azioni. Non attribuire automaticamente maggiore sicurezza a una riduzione delle segnalazioni.</w:t>
            </w:r>
          </w:p>
        </w:tc>
      </w:tr>
    </w:tbl>
    <w:p w14:paraId="51DB4817" w14:textId="77777777" w:rsidR="00E54E13" w:rsidRDefault="00E54E13">
      <w:pPr>
        <w:spacing w:after="40" w:line="40" w:lineRule="exact"/>
        <w:rPr>
          <w:rFonts w:hint="eastAsia"/>
        </w:rPr>
      </w:pPr>
    </w:p>
    <w:p w14:paraId="64697B16" w14:textId="77777777" w:rsidR="00E54E13" w:rsidRDefault="00000000">
      <w:pPr>
        <w:pStyle w:val="Titolo2"/>
      </w:pPr>
      <w:r>
        <w:t>24.2 Limiti dei KPI</w:t>
      </w:r>
    </w:p>
    <w:p w14:paraId="3DA3E7F0" w14:textId="77777777" w:rsidR="00E54E13" w:rsidRDefault="00000000">
      <w:pPr>
        <w:rPr>
          <w:rFonts w:hint="eastAsia"/>
        </w:rPr>
      </w:pPr>
      <w:r>
        <w:t>I KPI non sono algoritmi di valutazione del rischio elettrico e non sono criteri per attribuire PES/PAV. Se il denominatore è zero, riportare “non applicabile”, non 0% o 100%. Definire periodo, campione, fonte e responsabile. Le soglie e gli obiettivi sono scelte aziendali, non valori validati da INAIL.</w:t>
      </w:r>
    </w:p>
    <w:p w14:paraId="5405C012" w14:textId="77777777" w:rsidR="00E54E13" w:rsidRDefault="00000000">
      <w:pPr>
        <w:pStyle w:val="Titolo2"/>
      </w:pPr>
      <w:r>
        <w:t>24.3 Azioni e verifica di efficacia [AZ]</w:t>
      </w:r>
    </w:p>
    <w:p w14:paraId="7BA6633A" w14:textId="77777777" w:rsidR="00E54E13" w:rsidRDefault="00000000">
      <w:pPr>
        <w:rPr>
          <w:rFonts w:hint="eastAsia"/>
        </w:rPr>
      </w:pPr>
      <w:r>
        <w:t>Ogni carenza produce descrizione, misura immediata, analisi della causa, azione, responsabile e termine. La chiusura richiede una verifica dell’efficacia, non la sola esecuzione amministrativa dell’azione. A27 raccoglie indicatori e piano di miglioramento. Le carenze critiche per l’attività attivano la sospensione prima della successiva revisione periodica.</w:t>
      </w:r>
    </w:p>
    <w:p w14:paraId="3939AF77" w14:textId="77777777" w:rsidR="00E54E13" w:rsidRDefault="00000000">
      <w:pPr>
        <w:pStyle w:val="Source"/>
        <w:rPr>
          <w:rFonts w:hint="eastAsia"/>
        </w:rPr>
      </w:pPr>
      <w:r>
        <w:t>Riferimenti di fondo: [I1], pp. 1–6. Audit, formule, campionamenti, obiettivi e moduli A26–A27 sono integralmente proposte [AZ].</w:t>
      </w:r>
    </w:p>
    <w:p w14:paraId="750D4AC2" w14:textId="77777777" w:rsidR="00E54E13" w:rsidRDefault="00000000">
      <w:pPr>
        <w:pStyle w:val="Eyebrow"/>
        <w:keepNext/>
        <w:pageBreakBefore/>
        <w:rPr>
          <w:rFonts w:hint="eastAsia"/>
        </w:rPr>
      </w:pPr>
      <w:r>
        <w:t>PARTE I  /  PROCEDURA AZIENDALE</w:t>
      </w:r>
    </w:p>
    <w:p w14:paraId="19F9EF36" w14:textId="77777777" w:rsidR="00E54E13" w:rsidRDefault="00000000">
      <w:pPr>
        <w:pStyle w:val="Titolo1"/>
      </w:pPr>
      <w:bookmarkStart w:id="29" w:name="B30_25"/>
      <w:r>
        <w:t>25  Adozione, controlli di ingresso e ciclo operativo</w:t>
      </w:r>
      <w:bookmarkEnd w:id="29"/>
    </w:p>
    <w:p w14:paraId="245AB27A" w14:textId="77777777" w:rsidR="00E54E13" w:rsidRDefault="00000000">
      <w:pPr>
        <w:keepNext/>
        <w:spacing w:before="100" w:after="40" w:line="240" w:lineRule="auto"/>
        <w:rPr>
          <w:rFonts w:hint="eastAsia"/>
        </w:rPr>
      </w:pPr>
      <w:r>
        <w:rPr>
          <w:noProof/>
        </w:rPr>
        <w:drawing>
          <wp:inline distT="0" distB="0" distL="0" distR="0" wp14:anchorId="5624781B" wp14:editId="50207E9F">
            <wp:extent cx="6120000" cy="3645480"/>
            <wp:effectExtent l="0" t="0" r="0" b="0"/>
            <wp:docPr id="10" name="Picture 10" descr="Figura 9. Dalla programmazione alla chiusura: ciclo organizzativo e documentale." title="F06_ciclo_lav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6_ciclo_lavoro.png"/>
                    <pic:cNvPicPr/>
                  </pic:nvPicPr>
                  <pic:blipFill>
                    <a:blip r:embed="rId17"/>
                    <a:stretch>
                      <a:fillRect/>
                    </a:stretch>
                  </pic:blipFill>
                  <pic:spPr>
                    <a:xfrm>
                      <a:off x="0" y="0"/>
                      <a:ext cx="6120000" cy="3645480"/>
                    </a:xfrm>
                    <a:prstGeom prst="rect">
                      <a:avLst/>
                    </a:prstGeom>
                  </pic:spPr>
                </pic:pic>
              </a:graphicData>
            </a:graphic>
          </wp:inline>
        </w:drawing>
      </w:r>
    </w:p>
    <w:p w14:paraId="467DAD37" w14:textId="77777777" w:rsidR="00E54E13" w:rsidRDefault="00000000">
      <w:pPr>
        <w:pStyle w:val="Didascalia"/>
        <w:rPr>
          <w:rFonts w:hint="eastAsia"/>
        </w:rPr>
      </w:pPr>
      <w:r>
        <w:rPr>
          <w:b w:val="0"/>
        </w:rPr>
        <w:t>Figura 9. Dalla programmazione alla chiusura: ciclo organizzativo e documentale.</w:t>
      </w:r>
    </w:p>
    <w:p w14:paraId="5E6AE7FA" w14:textId="77777777" w:rsidR="00E54E13" w:rsidRDefault="00000000">
      <w:pPr>
        <w:pStyle w:val="Titolo2"/>
      </w:pPr>
      <w:r>
        <w:t>25.1 Approvazione del sistema [AZ]</w:t>
      </w:r>
    </w:p>
    <w:p w14:paraId="46524939" w14:textId="77777777" w:rsidR="00E54E13" w:rsidRDefault="00000000">
      <w:pPr>
        <w:rPr>
          <w:rFonts w:hint="eastAsia"/>
        </w:rPr>
      </w:pPr>
      <w:r>
        <w:t>Prima della decorrenza, A28 verifica perimetro, norme disponibili, istruzioni completate, competenze, ruoli, risorse e collegamento con il piano di emergenza. Il datore di lavoro approva la procedura solo per gli ambiti effettivamente pronti. Un ramo non applicato, come i lavori sotto tensione, è escluso esplicitamente fino alla sua eventuale attivazione.</w:t>
      </w:r>
    </w:p>
    <w:p w14:paraId="5DCFDCA8" w14:textId="77777777" w:rsidR="00E54E13" w:rsidRDefault="00000000">
      <w:pPr>
        <w:pStyle w:val="Titolo2"/>
      </w:pPr>
      <w:r>
        <w:t>25.2 Regole aziendali non derogabili [AZ]</w:t>
      </w:r>
    </w:p>
    <w:p w14:paraId="0A5107C7" w14:textId="77777777" w:rsidR="00E54E13" w:rsidRDefault="00000000">
      <w:pPr>
        <w:rPr>
          <w:rFonts w:hint="eastAsia"/>
        </w:rPr>
      </w:pPr>
      <w:r>
        <w:t>Non attribuire qualifiche dal solo attestato. Non utilizzare idoneità generiche fuori ambito. Non iniziare con condizioni tecniche non definite. Non alterare l’assetto senza coordinamento. Non lasciare il lavoro senza la supervisione necessaria. Non firmare verifiche non svolte. Non riprendere dopo una sospensione senza riesame e decisione pertinente.</w:t>
      </w:r>
    </w:p>
    <w:p w14:paraId="61A4229A" w14:textId="77777777" w:rsidR="00E54E13" w:rsidRDefault="00000000">
      <w:pPr>
        <w:pStyle w:val="Source"/>
        <w:rPr>
          <w:rFonts w:hint="eastAsia"/>
        </w:rPr>
      </w:pPr>
      <w:r>
        <w:t>Base del ciclo: [I1], pp. 3–4. Adozione e condizioni di ingresso: [AZ]. Allegati A13–A20, A28, A29.</w:t>
      </w:r>
    </w:p>
    <w:p w14:paraId="70D04875" w14:textId="77777777" w:rsidR="00E54E13" w:rsidRDefault="00000000">
      <w:pPr>
        <w:pStyle w:val="Eyebrow"/>
        <w:keepNext/>
        <w:pageBreakBefore/>
        <w:rPr>
          <w:rFonts w:hint="eastAsia"/>
        </w:rPr>
      </w:pPr>
      <w:r>
        <w:t>PARTE I  /  PROCEDURA AZIENDALE</w:t>
      </w:r>
    </w:p>
    <w:p w14:paraId="01789A88" w14:textId="77777777" w:rsidR="00E54E13" w:rsidRDefault="00000000">
      <w:pPr>
        <w:pStyle w:val="Titolo1"/>
      </w:pPr>
      <w:bookmarkStart w:id="30" w:name="B31_26"/>
      <w:r>
        <w:t>26  Tracciabilità della fonte e precisazioni finali</w:t>
      </w:r>
      <w:bookmarkEnd w:id="30"/>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102"/>
        <w:gridCol w:w="4649"/>
      </w:tblGrid>
      <w:tr w:rsidR="00E54E13" w14:paraId="66CED082" w14:textId="77777777">
        <w:trPr>
          <w:tblHeader/>
          <w:jc w:val="center"/>
        </w:trPr>
        <w:tc>
          <w:tcPr>
            <w:tcW w:w="5102" w:type="dxa"/>
            <w:shd w:val="clear" w:color="auto" w:fill="12324B"/>
          </w:tcPr>
          <w:p w14:paraId="0ACD07C9" w14:textId="77777777" w:rsidR="00E54E13" w:rsidRDefault="00000000">
            <w:pPr>
              <w:spacing w:before="30" w:after="30" w:line="230" w:lineRule="exact"/>
              <w:rPr>
                <w:rFonts w:hint="eastAsia"/>
              </w:rPr>
            </w:pPr>
            <w:r>
              <w:rPr>
                <w:b/>
                <w:color w:val="FFFFFF"/>
                <w:sz w:val="17"/>
              </w:rPr>
              <w:t>Tema</w:t>
            </w:r>
          </w:p>
        </w:tc>
        <w:tc>
          <w:tcPr>
            <w:tcW w:w="4649" w:type="dxa"/>
            <w:shd w:val="clear" w:color="auto" w:fill="12324B"/>
          </w:tcPr>
          <w:p w14:paraId="76B05C38" w14:textId="77777777" w:rsidR="00E54E13" w:rsidRDefault="00000000">
            <w:pPr>
              <w:spacing w:before="30" w:after="30" w:line="230" w:lineRule="exact"/>
              <w:rPr>
                <w:rFonts w:hint="eastAsia"/>
              </w:rPr>
            </w:pPr>
            <w:r>
              <w:rPr>
                <w:b/>
                <w:color w:val="FFFFFF"/>
                <w:sz w:val="17"/>
              </w:rPr>
              <w:t>Localizzazione nella fonte [I1]</w:t>
            </w:r>
          </w:p>
        </w:tc>
      </w:tr>
      <w:tr w:rsidR="00E54E13" w14:paraId="424C2512" w14:textId="77777777">
        <w:trPr>
          <w:cantSplit/>
          <w:jc w:val="center"/>
        </w:trPr>
        <w:tc>
          <w:tcPr>
            <w:tcW w:w="5102" w:type="dxa"/>
            <w:vAlign w:val="center"/>
          </w:tcPr>
          <w:p w14:paraId="2721ECB6" w14:textId="77777777" w:rsidR="00E54E13" w:rsidRDefault="00000000">
            <w:pPr>
              <w:spacing w:before="30" w:after="30" w:line="230" w:lineRule="exact"/>
              <w:rPr>
                <w:rFonts w:hint="eastAsia"/>
              </w:rPr>
            </w:pPr>
            <w:r>
              <w:rPr>
                <w:sz w:val="17"/>
              </w:rPr>
              <w:t>Obblighi, definizioni PES/PAV/PEC e requisiti</w:t>
            </w:r>
          </w:p>
        </w:tc>
        <w:tc>
          <w:tcPr>
            <w:tcW w:w="4649" w:type="dxa"/>
            <w:vAlign w:val="center"/>
          </w:tcPr>
          <w:p w14:paraId="5B82C1A8" w14:textId="77777777" w:rsidR="00E54E13" w:rsidRDefault="00000000">
            <w:pPr>
              <w:spacing w:before="30" w:after="30" w:line="230" w:lineRule="exact"/>
              <w:rPr>
                <w:rFonts w:hint="eastAsia"/>
              </w:rPr>
            </w:pPr>
            <w:r>
              <w:rPr>
                <w:sz w:val="17"/>
              </w:rPr>
              <w:t>Pagina 1; prosecuzione a pagina 2.</w:t>
            </w:r>
          </w:p>
        </w:tc>
      </w:tr>
      <w:tr w:rsidR="00E54E13" w14:paraId="57422A46" w14:textId="77777777">
        <w:trPr>
          <w:cantSplit/>
          <w:jc w:val="center"/>
        </w:trPr>
        <w:tc>
          <w:tcPr>
            <w:tcW w:w="5102" w:type="dxa"/>
            <w:shd w:val="clear" w:color="auto" w:fill="F6F8FA"/>
            <w:vAlign w:val="center"/>
          </w:tcPr>
          <w:p w14:paraId="7E36F19C" w14:textId="77777777" w:rsidR="00E54E13" w:rsidRDefault="00000000">
            <w:pPr>
              <w:spacing w:before="30" w:after="30" w:line="230" w:lineRule="exact"/>
              <w:rPr>
                <w:rFonts w:hint="eastAsia"/>
              </w:rPr>
            </w:pPr>
            <w:r>
              <w:rPr>
                <w:sz w:val="17"/>
              </w:rPr>
              <w:t>Attribuzione scritta, revoca, autonomi e committenti</w:t>
            </w:r>
          </w:p>
        </w:tc>
        <w:tc>
          <w:tcPr>
            <w:tcW w:w="4649" w:type="dxa"/>
            <w:shd w:val="clear" w:color="auto" w:fill="F6F8FA"/>
            <w:vAlign w:val="center"/>
          </w:tcPr>
          <w:p w14:paraId="1CDFF837" w14:textId="77777777" w:rsidR="00E54E13" w:rsidRDefault="00000000">
            <w:pPr>
              <w:spacing w:before="30" w:after="30" w:line="230" w:lineRule="exact"/>
              <w:rPr>
                <w:rFonts w:hint="eastAsia"/>
              </w:rPr>
            </w:pPr>
            <w:r>
              <w:rPr>
                <w:sz w:val="17"/>
              </w:rPr>
              <w:t>Pagina 2.</w:t>
            </w:r>
          </w:p>
        </w:tc>
      </w:tr>
      <w:tr w:rsidR="00E54E13" w14:paraId="0DDB0BB3" w14:textId="77777777">
        <w:trPr>
          <w:cantSplit/>
          <w:jc w:val="center"/>
        </w:trPr>
        <w:tc>
          <w:tcPr>
            <w:tcW w:w="5102" w:type="dxa"/>
            <w:vAlign w:val="center"/>
          </w:tcPr>
          <w:p w14:paraId="205CA689" w14:textId="77777777" w:rsidR="00E54E13" w:rsidRDefault="00000000">
            <w:pPr>
              <w:spacing w:before="30" w:after="30" w:line="230" w:lineRule="exact"/>
              <w:rPr>
                <w:rFonts w:hint="eastAsia"/>
              </w:rPr>
            </w:pPr>
            <w:r>
              <w:rPr>
                <w:sz w:val="17"/>
              </w:rPr>
              <w:t>Livelli 1A e 1B</w:t>
            </w:r>
          </w:p>
        </w:tc>
        <w:tc>
          <w:tcPr>
            <w:tcW w:w="4649" w:type="dxa"/>
            <w:vAlign w:val="center"/>
          </w:tcPr>
          <w:p w14:paraId="1D6D86DA" w14:textId="77777777" w:rsidR="00E54E13" w:rsidRDefault="00000000">
            <w:pPr>
              <w:spacing w:before="30" w:after="30" w:line="230" w:lineRule="exact"/>
              <w:rPr>
                <w:rFonts w:hint="eastAsia"/>
              </w:rPr>
            </w:pPr>
            <w:r>
              <w:rPr>
                <w:sz w:val="17"/>
              </w:rPr>
              <w:t>Pagina 2; modalità, durata e aggiornamento a pagina 3.</w:t>
            </w:r>
          </w:p>
        </w:tc>
      </w:tr>
      <w:tr w:rsidR="00E54E13" w14:paraId="143EC854" w14:textId="77777777">
        <w:trPr>
          <w:cantSplit/>
          <w:jc w:val="center"/>
        </w:trPr>
        <w:tc>
          <w:tcPr>
            <w:tcW w:w="5102" w:type="dxa"/>
            <w:shd w:val="clear" w:color="auto" w:fill="F6F8FA"/>
            <w:vAlign w:val="center"/>
          </w:tcPr>
          <w:p w14:paraId="275C95D7" w14:textId="77777777" w:rsidR="00E54E13" w:rsidRDefault="00000000">
            <w:pPr>
              <w:spacing w:before="30" w:after="30" w:line="230" w:lineRule="exact"/>
              <w:rPr>
                <w:rFonts w:hint="eastAsia"/>
              </w:rPr>
            </w:pPr>
            <w:r>
              <w:rPr>
                <w:sz w:val="17"/>
              </w:rPr>
              <w:t>RI, GL e RLE</w:t>
            </w:r>
          </w:p>
        </w:tc>
        <w:tc>
          <w:tcPr>
            <w:tcW w:w="4649" w:type="dxa"/>
            <w:shd w:val="clear" w:color="auto" w:fill="F6F8FA"/>
            <w:vAlign w:val="center"/>
          </w:tcPr>
          <w:p w14:paraId="25ED1B58" w14:textId="77777777" w:rsidR="00E54E13" w:rsidRDefault="00000000">
            <w:pPr>
              <w:spacing w:before="30" w:after="30" w:line="230" w:lineRule="exact"/>
              <w:rPr>
                <w:rFonts w:hint="eastAsia"/>
              </w:rPr>
            </w:pPr>
            <w:r>
              <w:rPr>
                <w:sz w:val="17"/>
              </w:rPr>
              <w:t>Pagina 3; prosecuzione a pagina 4.</w:t>
            </w:r>
          </w:p>
        </w:tc>
      </w:tr>
      <w:tr w:rsidR="00E54E13" w14:paraId="65D14308" w14:textId="77777777">
        <w:trPr>
          <w:cantSplit/>
          <w:jc w:val="center"/>
        </w:trPr>
        <w:tc>
          <w:tcPr>
            <w:tcW w:w="5102" w:type="dxa"/>
            <w:vAlign w:val="center"/>
          </w:tcPr>
          <w:p w14:paraId="4797EB53" w14:textId="77777777" w:rsidR="00E54E13" w:rsidRDefault="00000000">
            <w:pPr>
              <w:spacing w:before="30" w:after="30" w:line="230" w:lineRule="exact"/>
              <w:rPr>
                <w:rFonts w:hint="eastAsia"/>
              </w:rPr>
            </w:pPr>
            <w:r>
              <w:rPr>
                <w:sz w:val="17"/>
              </w:rPr>
              <w:t>PdL, PI, consegna, restituzione e controlli</w:t>
            </w:r>
          </w:p>
        </w:tc>
        <w:tc>
          <w:tcPr>
            <w:tcW w:w="4649" w:type="dxa"/>
            <w:vAlign w:val="center"/>
          </w:tcPr>
          <w:p w14:paraId="2A2B9A75" w14:textId="77777777" w:rsidR="00E54E13" w:rsidRDefault="00000000">
            <w:pPr>
              <w:spacing w:before="30" w:after="30" w:line="230" w:lineRule="exact"/>
              <w:rPr>
                <w:rFonts w:hint="eastAsia"/>
              </w:rPr>
            </w:pPr>
            <w:r>
              <w:rPr>
                <w:sz w:val="17"/>
              </w:rPr>
              <w:t>Pagina 4.</w:t>
            </w:r>
          </w:p>
        </w:tc>
      </w:tr>
      <w:tr w:rsidR="00E54E13" w14:paraId="07D4427C" w14:textId="77777777">
        <w:trPr>
          <w:cantSplit/>
          <w:jc w:val="center"/>
        </w:trPr>
        <w:tc>
          <w:tcPr>
            <w:tcW w:w="5102" w:type="dxa"/>
            <w:shd w:val="clear" w:color="auto" w:fill="F6F8FA"/>
            <w:vAlign w:val="center"/>
          </w:tcPr>
          <w:p w14:paraId="28058384" w14:textId="77777777" w:rsidR="00E54E13" w:rsidRDefault="00000000">
            <w:pPr>
              <w:spacing w:before="30" w:after="30" w:line="230" w:lineRule="exact"/>
              <w:rPr>
                <w:rFonts w:hint="eastAsia"/>
              </w:rPr>
            </w:pPr>
            <w:r>
              <w:rPr>
                <w:sz w:val="17"/>
              </w:rPr>
              <w:t>Condizioni per lavori sotto tensione e idoneità</w:t>
            </w:r>
          </w:p>
        </w:tc>
        <w:tc>
          <w:tcPr>
            <w:tcW w:w="4649" w:type="dxa"/>
            <w:shd w:val="clear" w:color="auto" w:fill="F6F8FA"/>
            <w:vAlign w:val="center"/>
          </w:tcPr>
          <w:p w14:paraId="76933139" w14:textId="77777777" w:rsidR="00E54E13" w:rsidRDefault="00000000">
            <w:pPr>
              <w:spacing w:before="30" w:after="30" w:line="230" w:lineRule="exact"/>
              <w:rPr>
                <w:rFonts w:hint="eastAsia"/>
              </w:rPr>
            </w:pPr>
            <w:r>
              <w:rPr>
                <w:sz w:val="17"/>
              </w:rPr>
              <w:t>Pagine 4–5.</w:t>
            </w:r>
          </w:p>
        </w:tc>
      </w:tr>
      <w:tr w:rsidR="00E54E13" w14:paraId="0210CB0E" w14:textId="77777777">
        <w:trPr>
          <w:cantSplit/>
          <w:jc w:val="center"/>
        </w:trPr>
        <w:tc>
          <w:tcPr>
            <w:tcW w:w="5102" w:type="dxa"/>
            <w:vAlign w:val="center"/>
          </w:tcPr>
          <w:p w14:paraId="75073C60" w14:textId="77777777" w:rsidR="00E54E13" w:rsidRDefault="00000000">
            <w:pPr>
              <w:spacing w:before="30" w:after="30" w:line="230" w:lineRule="exact"/>
              <w:rPr>
                <w:rFonts w:hint="eastAsia"/>
              </w:rPr>
            </w:pPr>
            <w:r>
              <w:rPr>
                <w:sz w:val="17"/>
              </w:rPr>
              <w:t>Livelli 2A/2B, mantenimento e riesame annuale</w:t>
            </w:r>
          </w:p>
        </w:tc>
        <w:tc>
          <w:tcPr>
            <w:tcW w:w="4649" w:type="dxa"/>
            <w:vAlign w:val="center"/>
          </w:tcPr>
          <w:p w14:paraId="31A42AF5" w14:textId="77777777" w:rsidR="00E54E13" w:rsidRDefault="00000000">
            <w:pPr>
              <w:spacing w:before="30" w:after="30" w:line="230" w:lineRule="exact"/>
              <w:rPr>
                <w:rFonts w:hint="eastAsia"/>
              </w:rPr>
            </w:pPr>
            <w:r>
              <w:rPr>
                <w:sz w:val="17"/>
              </w:rPr>
              <w:t>Pagine 5–6.</w:t>
            </w:r>
          </w:p>
        </w:tc>
      </w:tr>
      <w:tr w:rsidR="00E54E13" w14:paraId="16419BBD" w14:textId="77777777">
        <w:trPr>
          <w:cantSplit/>
          <w:jc w:val="center"/>
        </w:trPr>
        <w:tc>
          <w:tcPr>
            <w:tcW w:w="5102" w:type="dxa"/>
            <w:shd w:val="clear" w:color="auto" w:fill="F6F8FA"/>
            <w:vAlign w:val="center"/>
          </w:tcPr>
          <w:p w14:paraId="594A8797" w14:textId="77777777" w:rsidR="00E54E13" w:rsidRDefault="00000000">
            <w:pPr>
              <w:spacing w:before="30" w:after="30" w:line="230" w:lineRule="exact"/>
              <w:rPr>
                <w:rFonts w:hint="eastAsia"/>
              </w:rPr>
            </w:pPr>
            <w:r>
              <w:rPr>
                <w:sz w:val="17"/>
              </w:rPr>
              <w:t>Durate pratiche e ampliamento dei percorsi</w:t>
            </w:r>
          </w:p>
        </w:tc>
        <w:tc>
          <w:tcPr>
            <w:tcW w:w="4649" w:type="dxa"/>
            <w:shd w:val="clear" w:color="auto" w:fill="F6F8FA"/>
            <w:vAlign w:val="center"/>
          </w:tcPr>
          <w:p w14:paraId="1B408BD8" w14:textId="77777777" w:rsidR="00E54E13" w:rsidRDefault="00000000">
            <w:pPr>
              <w:spacing w:before="30" w:after="30" w:line="230" w:lineRule="exact"/>
              <w:rPr>
                <w:rFonts w:hint="eastAsia"/>
              </w:rPr>
            </w:pPr>
            <w:r>
              <w:rPr>
                <w:sz w:val="17"/>
              </w:rPr>
              <w:t>Conclusione a pagina 6.</w:t>
            </w:r>
          </w:p>
        </w:tc>
      </w:tr>
      <w:tr w:rsidR="00E54E13" w14:paraId="29153D9A" w14:textId="77777777">
        <w:trPr>
          <w:cantSplit/>
          <w:jc w:val="center"/>
        </w:trPr>
        <w:tc>
          <w:tcPr>
            <w:tcW w:w="5102" w:type="dxa"/>
            <w:vAlign w:val="center"/>
          </w:tcPr>
          <w:p w14:paraId="6E0052F6" w14:textId="77777777" w:rsidR="00E54E13" w:rsidRDefault="00000000">
            <w:pPr>
              <w:spacing w:before="30" w:after="30" w:line="230" w:lineRule="exact"/>
              <w:rPr>
                <w:rFonts w:hint="eastAsia"/>
              </w:rPr>
            </w:pPr>
            <w:r>
              <w:rPr>
                <w:sz w:val="17"/>
              </w:rPr>
              <w:t>Bibliografia e dati editoriali</w:t>
            </w:r>
          </w:p>
        </w:tc>
        <w:tc>
          <w:tcPr>
            <w:tcW w:w="4649" w:type="dxa"/>
            <w:vAlign w:val="center"/>
          </w:tcPr>
          <w:p w14:paraId="1D7B9524" w14:textId="77777777" w:rsidR="00E54E13" w:rsidRDefault="00000000">
            <w:pPr>
              <w:spacing w:before="30" w:after="30" w:line="230" w:lineRule="exact"/>
              <w:rPr>
                <w:rFonts w:hint="eastAsia"/>
              </w:rPr>
            </w:pPr>
            <w:r>
              <w:rPr>
                <w:sz w:val="17"/>
              </w:rPr>
              <w:t>Pagina 7.</w:t>
            </w:r>
          </w:p>
        </w:tc>
      </w:tr>
    </w:tbl>
    <w:p w14:paraId="2EE90747" w14:textId="77777777" w:rsidR="00E54E13" w:rsidRDefault="00E54E13">
      <w:pPr>
        <w:spacing w:after="40" w:line="40" w:lineRule="exact"/>
        <w:rPr>
          <w:rFonts w:hint="eastAsia"/>
        </w:rPr>
      </w:pPr>
    </w:p>
    <w:p w14:paraId="3CC8E976" w14:textId="77777777" w:rsidR="00E54E13" w:rsidRDefault="00000000">
      <w:pPr>
        <w:pStyle w:val="Titolo2"/>
      </w:pPr>
      <w:r>
        <w:t>Fonti identificate</w:t>
      </w:r>
    </w:p>
    <w:p w14:paraId="02B13654" w14:textId="77777777" w:rsidR="00E54E13" w:rsidRDefault="00000000">
      <w:pPr>
        <w:pStyle w:val="Small"/>
        <w:rPr>
          <w:rFonts w:hint="eastAsia"/>
        </w:rPr>
      </w:pPr>
      <w:r>
        <w:t>[I1] INAIL, Giovanni Luca Amicucci, Requisiti formativi minimi per le qualifiche di PES e PAV nei lavori elettrici in bassa tensione secondo la norma CEI 11-27:2025. Edizione 2026, ISBN 979-12-5758-016-2. PDF fornito dall’utente, 7 pagine.</w:t>
      </w:r>
    </w:p>
    <w:p w14:paraId="637DDB8D" w14:textId="77777777" w:rsidR="00E54E13" w:rsidRDefault="00000000">
      <w:pPr>
        <w:pStyle w:val="Small"/>
        <w:rPr>
          <w:rFonts w:hint="eastAsia"/>
        </w:rPr>
      </w:pPr>
      <w:r>
        <w:t>[E1] Catalogo ufficiale CEI: scheda CEI 11-27:2025-10, fascicolo 25437. Consultazione 09.10.2026. https://mycatalogo.ceinorme.it/cei/item/0000025437?sso=y</w:t>
      </w:r>
    </w:p>
    <w:p w14:paraId="6E5CA26A" w14:textId="77777777" w:rsidR="00E54E13" w:rsidRDefault="00000000">
      <w:pPr>
        <w:pStyle w:val="Small"/>
        <w:rPr>
          <w:rFonts w:hint="eastAsia"/>
        </w:rPr>
      </w:pPr>
      <w:r>
        <w:t>[E2] Catalogo ufficiale CEI: scheda CEI 11-27;EC:2025-12, fascicolo 26052. Consultazione 09.10.2026. https://mycatalogo.ceinorme.it/cei/item/0010026052?sso=y</w:t>
      </w:r>
    </w:p>
    <w:p w14:paraId="72CFA674" w14:textId="77777777" w:rsidR="00E54E13" w:rsidRDefault="00000000">
      <w:pPr>
        <w:pStyle w:val="Titolo2"/>
      </w:pPr>
      <w:r>
        <w:t>Limiti e corretta attribuzione</w:t>
      </w:r>
    </w:p>
    <w:p w14:paraId="2331AA5A" w14:textId="77777777" w:rsidR="00E54E13" w:rsidRDefault="00000000">
      <w:pPr>
        <w:rPr>
          <w:rFonts w:hint="eastAsia"/>
        </w:rPr>
      </w:pPr>
      <w:r>
        <w:t>Il contenuto tecnico deriva dalla scheda INAIL; le istruzioni organizzative e i moduli sono elaborazioni da approvare. Non sono stati verificati integralmente i testi CEI né si certifica il testo legislativo consolidato vigente. Non vengono fissati valori di distanza, classi dei DPI, sequenze universali di manovra, soglie psicofisiche o ore pratiche non presenti nella fonte. Le schede non sostituiscono DVR, istruzioni tecniche, valutazioni specialistiche o decisioni aziendali.</w:t>
      </w:r>
    </w:p>
    <w:tbl>
      <w:tblPr>
        <w:tblW w:w="0" w:type="auto"/>
        <w:tblLayout w:type="fixed"/>
        <w:tblLook w:val="04A0" w:firstRow="1" w:lastRow="0" w:firstColumn="1" w:lastColumn="0" w:noHBand="0" w:noVBand="1"/>
      </w:tblPr>
      <w:tblGrid>
        <w:gridCol w:w="9752"/>
      </w:tblGrid>
      <w:tr w:rsidR="00E54E13" w14:paraId="36DFC6FD" w14:textId="77777777">
        <w:tc>
          <w:tcPr>
            <w:tcW w:w="9752" w:type="dxa"/>
            <w:shd w:val="clear" w:color="auto" w:fill="EAF5F5"/>
            <w:tcMar>
              <w:top w:w="110" w:type="dxa"/>
              <w:left w:w="150" w:type="dxa"/>
              <w:bottom w:w="110" w:type="dxa"/>
              <w:right w:w="150" w:type="dxa"/>
            </w:tcMar>
          </w:tcPr>
          <w:p w14:paraId="4360FC10" w14:textId="77777777" w:rsidR="00E54E13" w:rsidRDefault="00000000">
            <w:pPr>
              <w:spacing w:after="80"/>
              <w:rPr>
                <w:rFonts w:hint="eastAsia"/>
              </w:rPr>
            </w:pPr>
            <w:r>
              <w:rPr>
                <w:b/>
                <w:color w:val="007E87"/>
              </w:rPr>
              <w:t>USO PROFESSIONALE</w:t>
            </w:r>
          </w:p>
          <w:p w14:paraId="7AB2C295" w14:textId="77777777" w:rsidR="00E54E13" w:rsidRDefault="00000000">
            <w:pPr>
              <w:spacing w:after="20" w:line="250" w:lineRule="exact"/>
              <w:rPr>
                <w:rFonts w:hint="eastAsia"/>
              </w:rPr>
            </w:pPr>
            <w:r>
              <w:rPr>
                <w:sz w:val="18"/>
              </w:rPr>
              <w:t>Utilizzare la procedura solo dopo adattamento agli impianti e ai lavori reali, verifica tecnica dei riferimenti e approvazione aziendale. I riferimenti a INAIL e CEI identificano le fonti: non esprimono patrocinio, approvazione o validazione di questo modello.</w:t>
            </w:r>
          </w:p>
        </w:tc>
      </w:tr>
    </w:tbl>
    <w:p w14:paraId="41E1B14D" w14:textId="77777777" w:rsidR="00E54E13" w:rsidRDefault="00E54E13">
      <w:pPr>
        <w:spacing w:after="20" w:line="40" w:lineRule="exact"/>
        <w:rPr>
          <w:rFonts w:hint="eastAsia"/>
        </w:rPr>
      </w:pPr>
    </w:p>
    <w:p w14:paraId="0A5BA534" w14:textId="77777777" w:rsidR="00E54E13" w:rsidRDefault="00000000">
      <w:pPr>
        <w:pStyle w:val="Source"/>
        <w:rPr>
          <w:rFonts w:hint="eastAsia"/>
        </w:rPr>
      </w:pPr>
      <w:r>
        <w:t>Gli allegati che seguono sono modelli originali [AZ]. La loro compilazione non genera automaticamente una qualifica, idoneità o autorizzazione.</w:t>
      </w:r>
    </w:p>
    <w:p w14:paraId="78DD6147" w14:textId="77777777" w:rsidR="00E54E13" w:rsidRDefault="00000000">
      <w:pPr>
        <w:pStyle w:val="Eyebrow"/>
        <w:keepNext/>
        <w:pageBreakBefore/>
        <w:rPr>
          <w:rFonts w:hint="eastAsia"/>
        </w:rPr>
      </w:pPr>
      <w:r>
        <w:t>PARTE II  /  ALLEGATO OPERATIVO [AZ]</w:t>
      </w:r>
    </w:p>
    <w:p w14:paraId="5FE9D322" w14:textId="77777777" w:rsidR="00E54E13" w:rsidRDefault="00000000">
      <w:pPr>
        <w:pStyle w:val="Titolo1"/>
      </w:pPr>
      <w:bookmarkStart w:id="31" w:name="B32_A01"/>
      <w:r>
        <w:t>A01  Censimento di impianti e attività</w:t>
      </w:r>
      <w:bookmarkEnd w:id="31"/>
    </w:p>
    <w:p w14:paraId="2855A063" w14:textId="77777777" w:rsidR="00E54E13" w:rsidRDefault="00000000">
      <w:pPr>
        <w:pStyle w:val="FormHint"/>
        <w:rPr>
          <w:rFonts w:hint="eastAsia"/>
        </w:rPr>
      </w:pPr>
      <w:r>
        <w:t>Compilare una scheda per impianto o per insieme omogeneo con confini chiaramente definiti.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4B889519" w14:textId="77777777">
        <w:trPr>
          <w:cantSplit/>
          <w:trHeight w:val="346"/>
          <w:jc w:val="center"/>
        </w:trPr>
        <w:tc>
          <w:tcPr>
            <w:tcW w:w="2891" w:type="dxa"/>
            <w:shd w:val="clear" w:color="auto" w:fill="EDF3F9"/>
            <w:vAlign w:val="center"/>
          </w:tcPr>
          <w:p w14:paraId="77F6B20E" w14:textId="77777777" w:rsidR="00E54E13" w:rsidRDefault="00000000">
            <w:pPr>
              <w:spacing w:before="30" w:after="30" w:line="236" w:lineRule="exact"/>
              <w:rPr>
                <w:rFonts w:hint="eastAsia"/>
              </w:rPr>
            </w:pPr>
            <w:r>
              <w:rPr>
                <w:b/>
                <w:sz w:val="18"/>
              </w:rPr>
              <w:t>Azienda / unità</w:t>
            </w:r>
          </w:p>
        </w:tc>
        <w:tc>
          <w:tcPr>
            <w:tcW w:w="6860" w:type="dxa"/>
            <w:vAlign w:val="center"/>
          </w:tcPr>
          <w:p w14:paraId="4E19B6DA" w14:textId="77777777" w:rsidR="00E54E13" w:rsidRDefault="00000000">
            <w:pPr>
              <w:spacing w:before="30" w:after="30" w:line="236" w:lineRule="exact"/>
              <w:rPr>
                <w:rFonts w:hint="eastAsia"/>
              </w:rPr>
            </w:pPr>
            <w:sdt>
              <w:sdtPr>
                <w:alias w:val="ragione sociale e sede"/>
                <w:tag w:val="campo_42"/>
                <w:id w:val="100042"/>
                <w:text w:multiLine="1"/>
              </w:sdtPr>
              <w:sdtContent>
                <w:r>
                  <w:rPr>
                    <w:color w:val="007E87"/>
                    <w:sz w:val="19"/>
                  </w:rPr>
                  <w:t>[ragione sociale e sede]</w:t>
                </w:r>
              </w:sdtContent>
            </w:sdt>
          </w:p>
        </w:tc>
      </w:tr>
      <w:tr w:rsidR="00E54E13" w14:paraId="76302D0F" w14:textId="77777777">
        <w:trPr>
          <w:cantSplit/>
          <w:trHeight w:val="346"/>
          <w:jc w:val="center"/>
        </w:trPr>
        <w:tc>
          <w:tcPr>
            <w:tcW w:w="2891" w:type="dxa"/>
            <w:shd w:val="clear" w:color="auto" w:fill="EDF3F9"/>
            <w:vAlign w:val="center"/>
          </w:tcPr>
          <w:p w14:paraId="51CCB9FF"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36084447" w14:textId="77777777" w:rsidR="00E54E13" w:rsidRDefault="00000000">
            <w:pPr>
              <w:spacing w:before="30" w:after="30" w:line="236" w:lineRule="exact"/>
              <w:rPr>
                <w:rFonts w:hint="eastAsia"/>
              </w:rPr>
            </w:pPr>
            <w:sdt>
              <w:sdtPr>
                <w:alias w:val="codice, revisione e data"/>
                <w:tag w:val="campo_43"/>
                <w:id w:val="100043"/>
                <w:text w:multiLine="1"/>
              </w:sdtPr>
              <w:sdtContent>
                <w:r>
                  <w:rPr>
                    <w:color w:val="007E87"/>
                    <w:sz w:val="19"/>
                  </w:rPr>
                  <w:t>[codice, revisione e data]</w:t>
                </w:r>
              </w:sdtContent>
            </w:sdt>
          </w:p>
        </w:tc>
      </w:tr>
    </w:tbl>
    <w:p w14:paraId="313D8D6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0D81A57" w14:textId="77777777">
        <w:trPr>
          <w:cantSplit/>
          <w:trHeight w:val="386"/>
          <w:jc w:val="center"/>
        </w:trPr>
        <w:tc>
          <w:tcPr>
            <w:tcW w:w="2891" w:type="dxa"/>
            <w:shd w:val="clear" w:color="auto" w:fill="EDF3F9"/>
            <w:vAlign w:val="center"/>
          </w:tcPr>
          <w:p w14:paraId="2166E3D1" w14:textId="77777777" w:rsidR="00E54E13" w:rsidRDefault="00000000">
            <w:pPr>
              <w:spacing w:before="30" w:after="30" w:line="236" w:lineRule="exact"/>
              <w:rPr>
                <w:rFonts w:hint="eastAsia"/>
              </w:rPr>
            </w:pPr>
            <w:r>
              <w:rPr>
                <w:b/>
                <w:sz w:val="18"/>
              </w:rPr>
              <w:t>Impianto / identificativo</w:t>
            </w:r>
          </w:p>
        </w:tc>
        <w:tc>
          <w:tcPr>
            <w:tcW w:w="6860" w:type="dxa"/>
            <w:vAlign w:val="center"/>
          </w:tcPr>
          <w:p w14:paraId="033E8745" w14:textId="77777777" w:rsidR="00E54E13" w:rsidRDefault="00000000">
            <w:pPr>
              <w:spacing w:before="30" w:after="30" w:line="236" w:lineRule="exact"/>
              <w:rPr>
                <w:rFonts w:hint="eastAsia"/>
              </w:rPr>
            </w:pPr>
            <w:sdt>
              <w:sdtPr>
                <w:alias w:val="denominazione, codice e ubicazione"/>
                <w:tag w:val="campo_44"/>
                <w:id w:val="100044"/>
                <w:text w:multiLine="1"/>
              </w:sdtPr>
              <w:sdtContent>
                <w:r>
                  <w:rPr>
                    <w:color w:val="007E87"/>
                    <w:sz w:val="19"/>
                  </w:rPr>
                  <w:t>[denominazione, codice e ubicazione]</w:t>
                </w:r>
              </w:sdtContent>
            </w:sdt>
          </w:p>
        </w:tc>
      </w:tr>
      <w:tr w:rsidR="00E54E13" w14:paraId="1751C498" w14:textId="77777777">
        <w:trPr>
          <w:cantSplit/>
          <w:trHeight w:val="386"/>
          <w:jc w:val="center"/>
        </w:trPr>
        <w:tc>
          <w:tcPr>
            <w:tcW w:w="2891" w:type="dxa"/>
            <w:shd w:val="clear" w:color="auto" w:fill="EDF3F9"/>
            <w:vAlign w:val="center"/>
          </w:tcPr>
          <w:p w14:paraId="4D773EE5" w14:textId="77777777" w:rsidR="00E54E13" w:rsidRDefault="00000000">
            <w:pPr>
              <w:spacing w:before="30" w:after="30" w:line="236" w:lineRule="exact"/>
              <w:rPr>
                <w:rFonts w:hint="eastAsia"/>
              </w:rPr>
            </w:pPr>
            <w:r>
              <w:rPr>
                <w:b/>
                <w:sz w:val="18"/>
              </w:rPr>
              <w:t>Tensione e sistema</w:t>
            </w:r>
          </w:p>
        </w:tc>
        <w:tc>
          <w:tcPr>
            <w:tcW w:w="6860" w:type="dxa"/>
            <w:shd w:val="clear" w:color="auto" w:fill="F6F8FA"/>
            <w:vAlign w:val="center"/>
          </w:tcPr>
          <w:p w14:paraId="72B4A603" w14:textId="77777777" w:rsidR="00E54E13" w:rsidRDefault="00000000">
            <w:pPr>
              <w:spacing w:before="30" w:after="30" w:line="236" w:lineRule="exact"/>
              <w:rPr>
                <w:rFonts w:hint="eastAsia"/>
              </w:rPr>
            </w:pPr>
            <w:sdt>
              <w:sdtPr>
                <w:alias w:val="valori nominali, c.a./c.c. e dati pertinenti"/>
                <w:tag w:val="campo_45"/>
                <w:id w:val="100045"/>
                <w:text w:multiLine="1"/>
              </w:sdtPr>
              <w:sdtContent>
                <w:r>
                  <w:rPr>
                    <w:color w:val="007E87"/>
                    <w:sz w:val="19"/>
                  </w:rPr>
                  <w:t>[valori nominali, c.a./c.c. e dati pertinenti]</w:t>
                </w:r>
              </w:sdtContent>
            </w:sdt>
          </w:p>
        </w:tc>
      </w:tr>
      <w:tr w:rsidR="00E54E13" w14:paraId="7DFDCCE0" w14:textId="77777777">
        <w:trPr>
          <w:cantSplit/>
          <w:trHeight w:val="386"/>
          <w:jc w:val="center"/>
        </w:trPr>
        <w:tc>
          <w:tcPr>
            <w:tcW w:w="2891" w:type="dxa"/>
            <w:shd w:val="clear" w:color="auto" w:fill="EDF3F9"/>
            <w:vAlign w:val="center"/>
          </w:tcPr>
          <w:p w14:paraId="36EFA64E" w14:textId="77777777" w:rsidR="00E54E13" w:rsidRDefault="00000000">
            <w:pPr>
              <w:spacing w:before="30" w:after="30" w:line="236" w:lineRule="exact"/>
              <w:rPr>
                <w:rFonts w:hint="eastAsia"/>
              </w:rPr>
            </w:pPr>
            <w:r>
              <w:rPr>
                <w:b/>
                <w:sz w:val="18"/>
              </w:rPr>
              <w:t>Confini e parti interessate</w:t>
            </w:r>
          </w:p>
        </w:tc>
        <w:tc>
          <w:tcPr>
            <w:tcW w:w="6860" w:type="dxa"/>
            <w:vAlign w:val="center"/>
          </w:tcPr>
          <w:p w14:paraId="22CBC2D3" w14:textId="77777777" w:rsidR="00E54E13" w:rsidRDefault="00000000">
            <w:pPr>
              <w:spacing w:before="30" w:after="30" w:line="236" w:lineRule="exact"/>
              <w:rPr>
                <w:rFonts w:hint="eastAsia"/>
              </w:rPr>
            </w:pPr>
            <w:sdt>
              <w:sdtPr>
                <w:alias w:val="inizio/fine dell’ambito e parti escluse"/>
                <w:tag w:val="campo_46"/>
                <w:id w:val="100046"/>
                <w:text w:multiLine="1"/>
              </w:sdtPr>
              <w:sdtContent>
                <w:r>
                  <w:rPr>
                    <w:color w:val="007E87"/>
                    <w:sz w:val="19"/>
                  </w:rPr>
                  <w:t>[inizio/fine dell’ambito e parti escluse]</w:t>
                </w:r>
              </w:sdtContent>
            </w:sdt>
          </w:p>
        </w:tc>
      </w:tr>
      <w:tr w:rsidR="00E54E13" w14:paraId="7FCA2245" w14:textId="77777777">
        <w:trPr>
          <w:cantSplit/>
          <w:trHeight w:val="386"/>
          <w:jc w:val="center"/>
        </w:trPr>
        <w:tc>
          <w:tcPr>
            <w:tcW w:w="2891" w:type="dxa"/>
            <w:shd w:val="clear" w:color="auto" w:fill="EDF3F9"/>
            <w:vAlign w:val="center"/>
          </w:tcPr>
          <w:p w14:paraId="0CA99E5F" w14:textId="77777777" w:rsidR="00E54E13" w:rsidRDefault="00000000">
            <w:pPr>
              <w:spacing w:before="30" w:after="30" w:line="236" w:lineRule="exact"/>
              <w:rPr>
                <w:rFonts w:hint="eastAsia"/>
              </w:rPr>
            </w:pPr>
            <w:r>
              <w:rPr>
                <w:b/>
                <w:sz w:val="18"/>
              </w:rPr>
              <w:t>Documenti disponibili</w:t>
            </w:r>
          </w:p>
        </w:tc>
        <w:tc>
          <w:tcPr>
            <w:tcW w:w="6860" w:type="dxa"/>
            <w:shd w:val="clear" w:color="auto" w:fill="F6F8FA"/>
            <w:vAlign w:val="center"/>
          </w:tcPr>
          <w:p w14:paraId="622D52B0" w14:textId="77777777" w:rsidR="00E54E13" w:rsidRDefault="00000000">
            <w:pPr>
              <w:spacing w:before="30" w:after="30" w:line="236" w:lineRule="exact"/>
              <w:rPr>
                <w:rFonts w:hint="eastAsia"/>
              </w:rPr>
            </w:pPr>
            <w:sdt>
              <w:sdtPr>
                <w:alias w:val="schemi, manuali, istruzioni e revisioni"/>
                <w:tag w:val="campo_47"/>
                <w:id w:val="100047"/>
                <w:text w:multiLine="1"/>
              </w:sdtPr>
              <w:sdtContent>
                <w:r>
                  <w:rPr>
                    <w:color w:val="007E87"/>
                    <w:sz w:val="19"/>
                  </w:rPr>
                  <w:t>[schemi, manuali, istruzioni e revisioni]</w:t>
                </w:r>
              </w:sdtContent>
            </w:sdt>
          </w:p>
        </w:tc>
      </w:tr>
      <w:tr w:rsidR="00E54E13" w14:paraId="576E28E2" w14:textId="77777777">
        <w:trPr>
          <w:cantSplit/>
          <w:trHeight w:val="386"/>
          <w:jc w:val="center"/>
        </w:trPr>
        <w:tc>
          <w:tcPr>
            <w:tcW w:w="2891" w:type="dxa"/>
            <w:shd w:val="clear" w:color="auto" w:fill="EDF3F9"/>
            <w:vAlign w:val="center"/>
          </w:tcPr>
          <w:p w14:paraId="0891A655" w14:textId="77777777" w:rsidR="00E54E13" w:rsidRDefault="00000000">
            <w:pPr>
              <w:spacing w:before="30" w:after="30" w:line="236" w:lineRule="exact"/>
              <w:rPr>
                <w:rFonts w:hint="eastAsia"/>
              </w:rPr>
            </w:pPr>
            <w:r>
              <w:rPr>
                <w:b/>
                <w:sz w:val="18"/>
              </w:rPr>
              <w:t>Referente impianto</w:t>
            </w:r>
          </w:p>
        </w:tc>
        <w:tc>
          <w:tcPr>
            <w:tcW w:w="6860" w:type="dxa"/>
            <w:vAlign w:val="center"/>
          </w:tcPr>
          <w:p w14:paraId="56A6C8B2" w14:textId="77777777" w:rsidR="00E54E13" w:rsidRDefault="00000000">
            <w:pPr>
              <w:spacing w:before="30" w:after="30" w:line="236" w:lineRule="exact"/>
              <w:rPr>
                <w:rFonts w:hint="eastAsia"/>
              </w:rPr>
            </w:pPr>
            <w:sdt>
              <w:sdtPr>
                <w:alias w:val="nominativo e recapito"/>
                <w:tag w:val="campo_48"/>
                <w:id w:val="100048"/>
                <w:text w:multiLine="1"/>
              </w:sdtPr>
              <w:sdtContent>
                <w:r>
                  <w:rPr>
                    <w:color w:val="007E87"/>
                    <w:sz w:val="19"/>
                  </w:rPr>
                  <w:t>[nominativo e recapito]</w:t>
                </w:r>
              </w:sdtContent>
            </w:sdt>
          </w:p>
        </w:tc>
      </w:tr>
    </w:tbl>
    <w:p w14:paraId="3823463C" w14:textId="77777777" w:rsidR="00E54E13" w:rsidRDefault="00E54E13">
      <w:pPr>
        <w:spacing w:after="40" w:line="40" w:lineRule="exact"/>
        <w:rPr>
          <w:rFonts w:hint="eastAsia"/>
        </w:rPr>
      </w:pPr>
    </w:p>
    <w:p w14:paraId="3C4A475C" w14:textId="77777777" w:rsidR="00E54E13" w:rsidRDefault="00000000">
      <w:pPr>
        <w:pStyle w:val="Titolo3"/>
      </w:pPr>
      <w:r>
        <w:t>Attività previste e riferimenti tecnici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948"/>
        <w:gridCol w:w="2948"/>
        <w:gridCol w:w="3855"/>
      </w:tblGrid>
      <w:tr w:rsidR="00E54E13" w14:paraId="214F1743" w14:textId="77777777">
        <w:trPr>
          <w:tblHeader/>
          <w:jc w:val="center"/>
        </w:trPr>
        <w:tc>
          <w:tcPr>
            <w:tcW w:w="2948" w:type="dxa"/>
            <w:shd w:val="clear" w:color="auto" w:fill="12324B"/>
          </w:tcPr>
          <w:p w14:paraId="08A06CEA" w14:textId="77777777" w:rsidR="00E54E13" w:rsidRDefault="00000000">
            <w:pPr>
              <w:spacing w:before="30" w:after="30" w:line="234" w:lineRule="exact"/>
              <w:rPr>
                <w:rFonts w:hint="eastAsia"/>
              </w:rPr>
            </w:pPr>
            <w:r>
              <w:rPr>
                <w:b/>
                <w:color w:val="FFFFFF"/>
                <w:sz w:val="18"/>
              </w:rPr>
              <w:t>Attività</w:t>
            </w:r>
          </w:p>
        </w:tc>
        <w:tc>
          <w:tcPr>
            <w:tcW w:w="2948" w:type="dxa"/>
            <w:shd w:val="clear" w:color="auto" w:fill="12324B"/>
          </w:tcPr>
          <w:p w14:paraId="0D7F1458" w14:textId="77777777" w:rsidR="00E54E13" w:rsidRDefault="00000000">
            <w:pPr>
              <w:spacing w:before="30" w:after="30" w:line="234" w:lineRule="exact"/>
              <w:rPr>
                <w:rFonts w:hint="eastAsia"/>
              </w:rPr>
            </w:pPr>
            <w:r>
              <w:rPr>
                <w:b/>
                <w:color w:val="FFFFFF"/>
                <w:sz w:val="18"/>
              </w:rPr>
              <w:t>Stato / tipologia da verificare</w:t>
            </w:r>
          </w:p>
        </w:tc>
        <w:tc>
          <w:tcPr>
            <w:tcW w:w="3855" w:type="dxa"/>
            <w:shd w:val="clear" w:color="auto" w:fill="12324B"/>
          </w:tcPr>
          <w:p w14:paraId="5F3C2472" w14:textId="77777777" w:rsidR="00E54E13" w:rsidRDefault="00000000">
            <w:pPr>
              <w:spacing w:before="30" w:after="30" w:line="234" w:lineRule="exact"/>
              <w:rPr>
                <w:rFonts w:hint="eastAsia"/>
              </w:rPr>
            </w:pPr>
            <w:r>
              <w:rPr>
                <w:b/>
                <w:color w:val="FFFFFF"/>
                <w:sz w:val="18"/>
              </w:rPr>
              <w:t>Documenti / limiti</w:t>
            </w:r>
          </w:p>
        </w:tc>
      </w:tr>
      <w:tr w:rsidR="00E54E13" w14:paraId="2685BD4A" w14:textId="77777777">
        <w:trPr>
          <w:cantSplit/>
          <w:trHeight w:val="567"/>
          <w:jc w:val="center"/>
        </w:trPr>
        <w:tc>
          <w:tcPr>
            <w:tcW w:w="2948" w:type="dxa"/>
            <w:vAlign w:val="center"/>
          </w:tcPr>
          <w:p w14:paraId="723C23C1" w14:textId="77777777" w:rsidR="00E54E13" w:rsidRDefault="00000000">
            <w:pPr>
              <w:spacing w:before="30" w:after="30" w:line="234" w:lineRule="exact"/>
              <w:rPr>
                <w:rFonts w:hint="eastAsia"/>
              </w:rPr>
            </w:pPr>
            <w:r>
              <w:rPr>
                <w:sz w:val="18"/>
              </w:rPr>
              <w:t>[da compilare]</w:t>
            </w:r>
          </w:p>
        </w:tc>
        <w:tc>
          <w:tcPr>
            <w:tcW w:w="2948" w:type="dxa"/>
            <w:vAlign w:val="center"/>
          </w:tcPr>
          <w:p w14:paraId="083488B8" w14:textId="77777777" w:rsidR="00E54E13" w:rsidRDefault="00000000">
            <w:pPr>
              <w:spacing w:before="30" w:after="30" w:line="234" w:lineRule="exact"/>
              <w:rPr>
                <w:rFonts w:hint="eastAsia"/>
              </w:rPr>
            </w:pPr>
            <w:r>
              <w:rPr>
                <w:sz w:val="18"/>
              </w:rPr>
              <w:t>[da compilare]</w:t>
            </w:r>
          </w:p>
        </w:tc>
        <w:tc>
          <w:tcPr>
            <w:tcW w:w="3855" w:type="dxa"/>
            <w:vAlign w:val="center"/>
          </w:tcPr>
          <w:p w14:paraId="626DBA02" w14:textId="77777777" w:rsidR="00E54E13" w:rsidRDefault="00000000">
            <w:pPr>
              <w:spacing w:before="30" w:after="30" w:line="234" w:lineRule="exact"/>
              <w:rPr>
                <w:rFonts w:hint="eastAsia"/>
              </w:rPr>
            </w:pPr>
            <w:r>
              <w:rPr>
                <w:sz w:val="18"/>
              </w:rPr>
              <w:t>[da compilare]</w:t>
            </w:r>
          </w:p>
        </w:tc>
      </w:tr>
      <w:tr w:rsidR="00E54E13" w14:paraId="74F75465" w14:textId="77777777">
        <w:trPr>
          <w:cantSplit/>
          <w:trHeight w:val="567"/>
          <w:jc w:val="center"/>
        </w:trPr>
        <w:tc>
          <w:tcPr>
            <w:tcW w:w="2948" w:type="dxa"/>
            <w:shd w:val="clear" w:color="auto" w:fill="F6F8FA"/>
            <w:vAlign w:val="center"/>
          </w:tcPr>
          <w:p w14:paraId="73BB7C32" w14:textId="77777777" w:rsidR="00E54E13" w:rsidRDefault="00000000">
            <w:pPr>
              <w:spacing w:before="30" w:after="30" w:line="234" w:lineRule="exact"/>
              <w:rPr>
                <w:rFonts w:hint="eastAsia"/>
              </w:rPr>
            </w:pPr>
            <w:r>
              <w:rPr>
                <w:sz w:val="18"/>
              </w:rPr>
              <w:t>[da compilare]</w:t>
            </w:r>
          </w:p>
        </w:tc>
        <w:tc>
          <w:tcPr>
            <w:tcW w:w="2948" w:type="dxa"/>
            <w:shd w:val="clear" w:color="auto" w:fill="F6F8FA"/>
            <w:vAlign w:val="center"/>
          </w:tcPr>
          <w:p w14:paraId="7A9892D4" w14:textId="77777777" w:rsidR="00E54E13" w:rsidRDefault="00000000">
            <w:pPr>
              <w:spacing w:before="30" w:after="30" w:line="234" w:lineRule="exact"/>
              <w:rPr>
                <w:rFonts w:hint="eastAsia"/>
              </w:rPr>
            </w:pPr>
            <w:r>
              <w:rPr>
                <w:sz w:val="18"/>
              </w:rPr>
              <w:t>[da compilare]</w:t>
            </w:r>
          </w:p>
        </w:tc>
        <w:tc>
          <w:tcPr>
            <w:tcW w:w="3855" w:type="dxa"/>
            <w:shd w:val="clear" w:color="auto" w:fill="F6F8FA"/>
            <w:vAlign w:val="center"/>
          </w:tcPr>
          <w:p w14:paraId="4A45DB35" w14:textId="77777777" w:rsidR="00E54E13" w:rsidRDefault="00000000">
            <w:pPr>
              <w:spacing w:before="30" w:after="30" w:line="234" w:lineRule="exact"/>
              <w:rPr>
                <w:rFonts w:hint="eastAsia"/>
              </w:rPr>
            </w:pPr>
            <w:r>
              <w:rPr>
                <w:sz w:val="18"/>
              </w:rPr>
              <w:t>[da compilare]</w:t>
            </w:r>
          </w:p>
        </w:tc>
      </w:tr>
      <w:tr w:rsidR="00E54E13" w14:paraId="17516808" w14:textId="77777777">
        <w:trPr>
          <w:cantSplit/>
          <w:trHeight w:val="567"/>
          <w:jc w:val="center"/>
        </w:trPr>
        <w:tc>
          <w:tcPr>
            <w:tcW w:w="2948" w:type="dxa"/>
            <w:vAlign w:val="center"/>
          </w:tcPr>
          <w:p w14:paraId="4F6DA638" w14:textId="77777777" w:rsidR="00E54E13" w:rsidRDefault="00000000">
            <w:pPr>
              <w:spacing w:before="30" w:after="30" w:line="234" w:lineRule="exact"/>
              <w:rPr>
                <w:rFonts w:hint="eastAsia"/>
              </w:rPr>
            </w:pPr>
            <w:r>
              <w:rPr>
                <w:sz w:val="18"/>
              </w:rPr>
              <w:t>[da compilare]</w:t>
            </w:r>
          </w:p>
        </w:tc>
        <w:tc>
          <w:tcPr>
            <w:tcW w:w="2948" w:type="dxa"/>
            <w:vAlign w:val="center"/>
          </w:tcPr>
          <w:p w14:paraId="3C8E922D" w14:textId="77777777" w:rsidR="00E54E13" w:rsidRDefault="00000000">
            <w:pPr>
              <w:spacing w:before="30" w:after="30" w:line="234" w:lineRule="exact"/>
              <w:rPr>
                <w:rFonts w:hint="eastAsia"/>
              </w:rPr>
            </w:pPr>
            <w:r>
              <w:rPr>
                <w:sz w:val="18"/>
              </w:rPr>
              <w:t>[da compilare]</w:t>
            </w:r>
          </w:p>
        </w:tc>
        <w:tc>
          <w:tcPr>
            <w:tcW w:w="3855" w:type="dxa"/>
            <w:vAlign w:val="center"/>
          </w:tcPr>
          <w:p w14:paraId="448AAE66" w14:textId="77777777" w:rsidR="00E54E13" w:rsidRDefault="00000000">
            <w:pPr>
              <w:spacing w:before="30" w:after="30" w:line="234" w:lineRule="exact"/>
              <w:rPr>
                <w:rFonts w:hint="eastAsia"/>
              </w:rPr>
            </w:pPr>
            <w:r>
              <w:rPr>
                <w:sz w:val="18"/>
              </w:rPr>
              <w:t>[da compilare]</w:t>
            </w:r>
          </w:p>
        </w:tc>
      </w:tr>
    </w:tbl>
    <w:p w14:paraId="2910C0BE" w14:textId="77777777" w:rsidR="00E54E13" w:rsidRDefault="00E54E13">
      <w:pPr>
        <w:spacing w:after="40" w:line="40" w:lineRule="exact"/>
        <w:rPr>
          <w:rFonts w:hint="eastAsia"/>
        </w:rPr>
      </w:pPr>
    </w:p>
    <w:p w14:paraId="02BEF798" w14:textId="77777777" w:rsidR="00E54E13" w:rsidRDefault="00000000">
      <w:pPr>
        <w:pStyle w:val="Titolo3"/>
      </w:pPr>
      <w:r>
        <w:t>Condizioni e informazioni da acquisire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268BF532" w14:textId="77777777">
        <w:trPr>
          <w:cantSplit/>
          <w:trHeight w:val="658"/>
          <w:jc w:val="center"/>
        </w:trPr>
        <w:tc>
          <w:tcPr>
            <w:tcW w:w="9751" w:type="dxa"/>
            <w:vAlign w:val="center"/>
          </w:tcPr>
          <w:p w14:paraId="732D2907" w14:textId="77777777" w:rsidR="00E54E13" w:rsidRDefault="00000000">
            <w:pPr>
              <w:spacing w:before="30" w:after="30" w:line="234" w:lineRule="exact"/>
              <w:rPr>
                <w:rFonts w:hint="eastAsia"/>
              </w:rPr>
            </w:pPr>
            <w:sdt>
              <w:sdtPr>
                <w:alias w:val="compilare o richiamare un allegato identificato"/>
                <w:tag w:val="campo_49"/>
                <w:id w:val="100049"/>
                <w:text w:multiLine="1"/>
              </w:sdtPr>
              <w:sdtContent>
                <w:r>
                  <w:rPr>
                    <w:color w:val="007E87"/>
                    <w:sz w:val="19"/>
                  </w:rPr>
                  <w:t>[compilare o richiamare un allegato identificato]</w:t>
                </w:r>
              </w:sdtContent>
            </w:sdt>
          </w:p>
        </w:tc>
      </w:tr>
    </w:tbl>
    <w:p w14:paraId="624A4F1C" w14:textId="77777777" w:rsidR="00E54E13" w:rsidRDefault="00E54E13">
      <w:pPr>
        <w:spacing w:after="40" w:line="40" w:lineRule="exact"/>
        <w:rPr>
          <w:rFonts w:hint="eastAsia"/>
        </w:rPr>
      </w:pPr>
    </w:p>
    <w:p w14:paraId="57C9DE1B" w14:textId="77777777" w:rsidR="00E54E13" w:rsidRDefault="00000000">
      <w:pPr>
        <w:pStyle w:val="FormHint"/>
        <w:rPr>
          <w:rFonts w:hint="eastAsia"/>
        </w:rPr>
      </w:pPr>
      <w:r>
        <w:t>Indicare alimentazioni rilevanti, possibili variazioni di assetto, condizioni ambientali e interferenze da approfondire. Non dedurre l’assenza di rischio dal valore di tensione.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60809747" w14:textId="77777777">
        <w:trPr>
          <w:tblHeader/>
          <w:jc w:val="center"/>
        </w:trPr>
        <w:tc>
          <w:tcPr>
            <w:tcW w:w="3250" w:type="dxa"/>
            <w:shd w:val="clear" w:color="auto" w:fill="12324B"/>
          </w:tcPr>
          <w:p w14:paraId="765A9217"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0BA365DC"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168752CF" w14:textId="77777777" w:rsidR="00E54E13" w:rsidRDefault="00000000">
            <w:pPr>
              <w:spacing w:before="30" w:after="30" w:line="228" w:lineRule="exact"/>
              <w:rPr>
                <w:rFonts w:hint="eastAsia"/>
              </w:rPr>
            </w:pPr>
            <w:r>
              <w:rPr>
                <w:b/>
                <w:color w:val="FFFFFF"/>
                <w:sz w:val="17"/>
              </w:rPr>
              <w:t>Data</w:t>
            </w:r>
          </w:p>
        </w:tc>
      </w:tr>
      <w:tr w:rsidR="00E54E13" w14:paraId="20B9F36A" w14:textId="77777777">
        <w:trPr>
          <w:cantSplit/>
          <w:trHeight w:val="567"/>
          <w:jc w:val="center"/>
        </w:trPr>
        <w:tc>
          <w:tcPr>
            <w:tcW w:w="3250" w:type="dxa"/>
            <w:vAlign w:val="center"/>
          </w:tcPr>
          <w:p w14:paraId="403874F5"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0EB9FA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A5818BD" w14:textId="77777777" w:rsidR="00E54E13" w:rsidRDefault="00000000">
            <w:pPr>
              <w:spacing w:before="30" w:after="30" w:line="228" w:lineRule="exact"/>
              <w:rPr>
                <w:rFonts w:hint="eastAsia"/>
              </w:rPr>
            </w:pPr>
            <w:r>
              <w:rPr>
                <w:sz w:val="17"/>
              </w:rPr>
              <w:t>____ / ____ / ______</w:t>
            </w:r>
          </w:p>
        </w:tc>
      </w:tr>
    </w:tbl>
    <w:p w14:paraId="18BBDA97" w14:textId="77777777" w:rsidR="00E54E13" w:rsidRDefault="00E54E13">
      <w:pPr>
        <w:spacing w:after="40" w:line="40" w:lineRule="exact"/>
        <w:rPr>
          <w:rFonts w:hint="eastAsia"/>
        </w:rPr>
      </w:pPr>
    </w:p>
    <w:p w14:paraId="79BD855B" w14:textId="77777777" w:rsidR="00E54E13" w:rsidRDefault="00000000">
      <w:pPr>
        <w:pStyle w:val="Source"/>
        <w:rPr>
          <w:rFonts w:hint="eastAsia"/>
        </w:rPr>
      </w:pPr>
      <w:r>
        <w:t>Modello originale [AZ]. Base: INAIL 2026, pp. 1–2 e 4. I campi vuoti non costituiscono una verifica positiva.</w:t>
      </w:r>
    </w:p>
    <w:p w14:paraId="76B1DE3B" w14:textId="77777777" w:rsidR="00E54E13" w:rsidRDefault="00000000">
      <w:pPr>
        <w:pStyle w:val="Eyebrow"/>
        <w:keepNext/>
        <w:pageBreakBefore/>
        <w:rPr>
          <w:rFonts w:hint="eastAsia"/>
        </w:rPr>
      </w:pPr>
      <w:r>
        <w:t>PARTE II  /  ALLEGATO OPERATIVO [AZ]</w:t>
      </w:r>
    </w:p>
    <w:p w14:paraId="20A7661C" w14:textId="77777777" w:rsidR="00E54E13" w:rsidRDefault="00000000">
      <w:pPr>
        <w:pStyle w:val="Titolo1"/>
      </w:pPr>
      <w:bookmarkStart w:id="32" w:name="B33_A02"/>
      <w:r>
        <w:t>A02  Matrice mansioni, attività e requisiti</w:t>
      </w:r>
      <w:bookmarkEnd w:id="32"/>
    </w:p>
    <w:p w14:paraId="51051092" w14:textId="77777777" w:rsidR="00E54E13" w:rsidRDefault="00000000">
      <w:pPr>
        <w:pStyle w:val="FormHint"/>
        <w:rPr>
          <w:rFonts w:hint="eastAsia"/>
        </w:rPr>
      </w:pPr>
      <w:r>
        <w:t>Valutare la singola coppia persona–attività: la qualifica non vale automaticamente per qualsiasi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C829C1C" w14:textId="77777777">
        <w:trPr>
          <w:cantSplit/>
          <w:trHeight w:val="346"/>
          <w:jc w:val="center"/>
        </w:trPr>
        <w:tc>
          <w:tcPr>
            <w:tcW w:w="2891" w:type="dxa"/>
            <w:shd w:val="clear" w:color="auto" w:fill="EDF3F9"/>
            <w:vAlign w:val="center"/>
          </w:tcPr>
          <w:p w14:paraId="4A59870E" w14:textId="77777777" w:rsidR="00E54E13" w:rsidRDefault="00000000">
            <w:pPr>
              <w:spacing w:before="30" w:after="30" w:line="236" w:lineRule="exact"/>
              <w:rPr>
                <w:rFonts w:hint="eastAsia"/>
              </w:rPr>
            </w:pPr>
            <w:r>
              <w:rPr>
                <w:b/>
                <w:sz w:val="18"/>
              </w:rPr>
              <w:t>Azienda / unità</w:t>
            </w:r>
          </w:p>
        </w:tc>
        <w:tc>
          <w:tcPr>
            <w:tcW w:w="6860" w:type="dxa"/>
            <w:vAlign w:val="center"/>
          </w:tcPr>
          <w:p w14:paraId="679F1201" w14:textId="77777777" w:rsidR="00E54E13" w:rsidRDefault="00000000">
            <w:pPr>
              <w:spacing w:before="30" w:after="30" w:line="236" w:lineRule="exact"/>
              <w:rPr>
                <w:rFonts w:hint="eastAsia"/>
              </w:rPr>
            </w:pPr>
            <w:sdt>
              <w:sdtPr>
                <w:alias w:val="ragione sociale e sede"/>
                <w:tag w:val="campo_51"/>
                <w:id w:val="100051"/>
                <w:text w:multiLine="1"/>
              </w:sdtPr>
              <w:sdtContent>
                <w:r>
                  <w:rPr>
                    <w:color w:val="007E87"/>
                    <w:sz w:val="19"/>
                  </w:rPr>
                  <w:t>[ragione sociale e sede]</w:t>
                </w:r>
              </w:sdtContent>
            </w:sdt>
          </w:p>
        </w:tc>
      </w:tr>
      <w:tr w:rsidR="00E54E13" w14:paraId="0DCD6F15" w14:textId="77777777">
        <w:trPr>
          <w:cantSplit/>
          <w:trHeight w:val="346"/>
          <w:jc w:val="center"/>
        </w:trPr>
        <w:tc>
          <w:tcPr>
            <w:tcW w:w="2891" w:type="dxa"/>
            <w:shd w:val="clear" w:color="auto" w:fill="EDF3F9"/>
            <w:vAlign w:val="center"/>
          </w:tcPr>
          <w:p w14:paraId="19ABBFA8"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CE44F91" w14:textId="77777777" w:rsidR="00E54E13" w:rsidRDefault="00000000">
            <w:pPr>
              <w:spacing w:before="30" w:after="30" w:line="236" w:lineRule="exact"/>
              <w:rPr>
                <w:rFonts w:hint="eastAsia"/>
              </w:rPr>
            </w:pPr>
            <w:sdt>
              <w:sdtPr>
                <w:alias w:val="codice, revisione e data"/>
                <w:tag w:val="campo_52"/>
                <w:id w:val="100052"/>
                <w:text w:multiLine="1"/>
              </w:sdtPr>
              <w:sdtContent>
                <w:r>
                  <w:rPr>
                    <w:color w:val="007E87"/>
                    <w:sz w:val="19"/>
                  </w:rPr>
                  <w:t>[codice, revisione e data]</w:t>
                </w:r>
              </w:sdtContent>
            </w:sdt>
          </w:p>
        </w:tc>
      </w:tr>
    </w:tbl>
    <w:p w14:paraId="1D2B206B"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551"/>
        <w:gridCol w:w="3685"/>
        <w:gridCol w:w="3515"/>
      </w:tblGrid>
      <w:tr w:rsidR="00E54E13" w14:paraId="5E2EF02D" w14:textId="77777777">
        <w:trPr>
          <w:tblHeader/>
          <w:jc w:val="center"/>
        </w:trPr>
        <w:tc>
          <w:tcPr>
            <w:tcW w:w="2551" w:type="dxa"/>
            <w:shd w:val="clear" w:color="auto" w:fill="12324B"/>
          </w:tcPr>
          <w:p w14:paraId="1A876DA8" w14:textId="77777777" w:rsidR="00E54E13" w:rsidRDefault="00000000">
            <w:pPr>
              <w:spacing w:before="30" w:after="30" w:line="234" w:lineRule="exact"/>
              <w:rPr>
                <w:rFonts w:hint="eastAsia"/>
              </w:rPr>
            </w:pPr>
            <w:r>
              <w:rPr>
                <w:b/>
                <w:color w:val="FFFFFF"/>
                <w:sz w:val="18"/>
              </w:rPr>
              <w:t>Persona / mansione</w:t>
            </w:r>
          </w:p>
        </w:tc>
        <w:tc>
          <w:tcPr>
            <w:tcW w:w="3685" w:type="dxa"/>
            <w:shd w:val="clear" w:color="auto" w:fill="12324B"/>
          </w:tcPr>
          <w:p w14:paraId="58869621" w14:textId="77777777" w:rsidR="00E54E13" w:rsidRDefault="00000000">
            <w:pPr>
              <w:spacing w:before="30" w:after="30" w:line="234" w:lineRule="exact"/>
              <w:rPr>
                <w:rFonts w:hint="eastAsia"/>
              </w:rPr>
            </w:pPr>
            <w:r>
              <w:rPr>
                <w:b/>
                <w:color w:val="FFFFFF"/>
                <w:sz w:val="18"/>
              </w:rPr>
              <w:t>Attività e impianto</w:t>
            </w:r>
          </w:p>
        </w:tc>
        <w:tc>
          <w:tcPr>
            <w:tcW w:w="3515" w:type="dxa"/>
            <w:shd w:val="clear" w:color="auto" w:fill="12324B"/>
          </w:tcPr>
          <w:p w14:paraId="3E3A507F" w14:textId="77777777" w:rsidR="00E54E13" w:rsidRDefault="00000000">
            <w:pPr>
              <w:spacing w:before="30" w:after="30" w:line="234" w:lineRule="exact"/>
              <w:rPr>
                <w:rFonts w:hint="eastAsia"/>
              </w:rPr>
            </w:pPr>
            <w:r>
              <w:rPr>
                <w:b/>
                <w:color w:val="FFFFFF"/>
                <w:sz w:val="18"/>
              </w:rPr>
              <w:t>Profilo richiesto / motivazione</w:t>
            </w:r>
          </w:p>
        </w:tc>
      </w:tr>
      <w:tr w:rsidR="00E54E13" w14:paraId="752F40F1" w14:textId="77777777">
        <w:trPr>
          <w:cantSplit/>
          <w:trHeight w:val="709"/>
          <w:jc w:val="center"/>
        </w:trPr>
        <w:tc>
          <w:tcPr>
            <w:tcW w:w="2551" w:type="dxa"/>
            <w:vAlign w:val="center"/>
          </w:tcPr>
          <w:p w14:paraId="49C0D898" w14:textId="77777777" w:rsidR="00E54E13" w:rsidRDefault="00000000">
            <w:pPr>
              <w:spacing w:before="30" w:after="30" w:line="234" w:lineRule="exact"/>
              <w:rPr>
                <w:rFonts w:hint="eastAsia"/>
              </w:rPr>
            </w:pPr>
            <w:r>
              <w:rPr>
                <w:sz w:val="18"/>
              </w:rPr>
              <w:t>[da compilare]</w:t>
            </w:r>
          </w:p>
        </w:tc>
        <w:tc>
          <w:tcPr>
            <w:tcW w:w="3685" w:type="dxa"/>
            <w:vAlign w:val="center"/>
          </w:tcPr>
          <w:p w14:paraId="06422ECA" w14:textId="77777777" w:rsidR="00E54E13" w:rsidRDefault="00000000">
            <w:pPr>
              <w:spacing w:before="30" w:after="30" w:line="234" w:lineRule="exact"/>
              <w:rPr>
                <w:rFonts w:hint="eastAsia"/>
              </w:rPr>
            </w:pPr>
            <w:r>
              <w:rPr>
                <w:sz w:val="18"/>
              </w:rPr>
              <w:t>[da compilare]</w:t>
            </w:r>
          </w:p>
        </w:tc>
        <w:tc>
          <w:tcPr>
            <w:tcW w:w="3515" w:type="dxa"/>
            <w:vAlign w:val="center"/>
          </w:tcPr>
          <w:p w14:paraId="3409C09E" w14:textId="77777777" w:rsidR="00E54E13" w:rsidRDefault="00000000">
            <w:pPr>
              <w:spacing w:before="30" w:after="30" w:line="234" w:lineRule="exact"/>
              <w:rPr>
                <w:rFonts w:hint="eastAsia"/>
              </w:rPr>
            </w:pPr>
            <w:r>
              <w:rPr>
                <w:sz w:val="18"/>
              </w:rPr>
              <w:t>[da compilare]</w:t>
            </w:r>
          </w:p>
        </w:tc>
      </w:tr>
      <w:tr w:rsidR="00E54E13" w14:paraId="3F7D2B49" w14:textId="77777777">
        <w:trPr>
          <w:cantSplit/>
          <w:trHeight w:val="709"/>
          <w:jc w:val="center"/>
        </w:trPr>
        <w:tc>
          <w:tcPr>
            <w:tcW w:w="2551" w:type="dxa"/>
            <w:shd w:val="clear" w:color="auto" w:fill="F6F8FA"/>
            <w:vAlign w:val="center"/>
          </w:tcPr>
          <w:p w14:paraId="30DB4BB2" w14:textId="77777777" w:rsidR="00E54E13" w:rsidRDefault="00000000">
            <w:pPr>
              <w:spacing w:before="30" w:after="30" w:line="234" w:lineRule="exact"/>
              <w:rPr>
                <w:rFonts w:hint="eastAsia"/>
              </w:rPr>
            </w:pPr>
            <w:r>
              <w:rPr>
                <w:sz w:val="18"/>
              </w:rPr>
              <w:t>[da compilare]</w:t>
            </w:r>
          </w:p>
        </w:tc>
        <w:tc>
          <w:tcPr>
            <w:tcW w:w="3685" w:type="dxa"/>
            <w:shd w:val="clear" w:color="auto" w:fill="F6F8FA"/>
            <w:vAlign w:val="center"/>
          </w:tcPr>
          <w:p w14:paraId="67F3C61A" w14:textId="77777777" w:rsidR="00E54E13" w:rsidRDefault="00000000">
            <w:pPr>
              <w:spacing w:before="30" w:after="30" w:line="234" w:lineRule="exact"/>
              <w:rPr>
                <w:rFonts w:hint="eastAsia"/>
              </w:rPr>
            </w:pPr>
            <w:r>
              <w:rPr>
                <w:sz w:val="18"/>
              </w:rPr>
              <w:t>[da compilare]</w:t>
            </w:r>
          </w:p>
        </w:tc>
        <w:tc>
          <w:tcPr>
            <w:tcW w:w="3515" w:type="dxa"/>
            <w:shd w:val="clear" w:color="auto" w:fill="F6F8FA"/>
            <w:vAlign w:val="center"/>
          </w:tcPr>
          <w:p w14:paraId="0E03B681" w14:textId="77777777" w:rsidR="00E54E13" w:rsidRDefault="00000000">
            <w:pPr>
              <w:spacing w:before="30" w:after="30" w:line="234" w:lineRule="exact"/>
              <w:rPr>
                <w:rFonts w:hint="eastAsia"/>
              </w:rPr>
            </w:pPr>
            <w:r>
              <w:rPr>
                <w:sz w:val="18"/>
              </w:rPr>
              <w:t>[da compilare]</w:t>
            </w:r>
          </w:p>
        </w:tc>
      </w:tr>
      <w:tr w:rsidR="00E54E13" w14:paraId="23C52315" w14:textId="77777777">
        <w:trPr>
          <w:cantSplit/>
          <w:trHeight w:val="709"/>
          <w:jc w:val="center"/>
        </w:trPr>
        <w:tc>
          <w:tcPr>
            <w:tcW w:w="2551" w:type="dxa"/>
            <w:vAlign w:val="center"/>
          </w:tcPr>
          <w:p w14:paraId="3FF260BE" w14:textId="77777777" w:rsidR="00E54E13" w:rsidRDefault="00000000">
            <w:pPr>
              <w:spacing w:before="30" w:after="30" w:line="234" w:lineRule="exact"/>
              <w:rPr>
                <w:rFonts w:hint="eastAsia"/>
              </w:rPr>
            </w:pPr>
            <w:r>
              <w:rPr>
                <w:sz w:val="18"/>
              </w:rPr>
              <w:t>[da compilare]</w:t>
            </w:r>
          </w:p>
        </w:tc>
        <w:tc>
          <w:tcPr>
            <w:tcW w:w="3685" w:type="dxa"/>
            <w:vAlign w:val="center"/>
          </w:tcPr>
          <w:p w14:paraId="50762EF7" w14:textId="77777777" w:rsidR="00E54E13" w:rsidRDefault="00000000">
            <w:pPr>
              <w:spacing w:before="30" w:after="30" w:line="234" w:lineRule="exact"/>
              <w:rPr>
                <w:rFonts w:hint="eastAsia"/>
              </w:rPr>
            </w:pPr>
            <w:r>
              <w:rPr>
                <w:sz w:val="18"/>
              </w:rPr>
              <w:t>[da compilare]</w:t>
            </w:r>
          </w:p>
        </w:tc>
        <w:tc>
          <w:tcPr>
            <w:tcW w:w="3515" w:type="dxa"/>
            <w:vAlign w:val="center"/>
          </w:tcPr>
          <w:p w14:paraId="60F4A0AE" w14:textId="77777777" w:rsidR="00E54E13" w:rsidRDefault="00000000">
            <w:pPr>
              <w:spacing w:before="30" w:after="30" w:line="234" w:lineRule="exact"/>
              <w:rPr>
                <w:rFonts w:hint="eastAsia"/>
              </w:rPr>
            </w:pPr>
            <w:r>
              <w:rPr>
                <w:sz w:val="18"/>
              </w:rPr>
              <w:t>[da compilare]</w:t>
            </w:r>
          </w:p>
        </w:tc>
      </w:tr>
      <w:tr w:rsidR="00E54E13" w14:paraId="194B87CC" w14:textId="77777777">
        <w:trPr>
          <w:cantSplit/>
          <w:trHeight w:val="709"/>
          <w:jc w:val="center"/>
        </w:trPr>
        <w:tc>
          <w:tcPr>
            <w:tcW w:w="2551" w:type="dxa"/>
            <w:shd w:val="clear" w:color="auto" w:fill="F6F8FA"/>
            <w:vAlign w:val="center"/>
          </w:tcPr>
          <w:p w14:paraId="5CDF975F" w14:textId="77777777" w:rsidR="00E54E13" w:rsidRDefault="00000000">
            <w:pPr>
              <w:spacing w:before="30" w:after="30" w:line="234" w:lineRule="exact"/>
              <w:rPr>
                <w:rFonts w:hint="eastAsia"/>
              </w:rPr>
            </w:pPr>
            <w:r>
              <w:rPr>
                <w:sz w:val="18"/>
              </w:rPr>
              <w:t>[da compilare]</w:t>
            </w:r>
          </w:p>
        </w:tc>
        <w:tc>
          <w:tcPr>
            <w:tcW w:w="3685" w:type="dxa"/>
            <w:shd w:val="clear" w:color="auto" w:fill="F6F8FA"/>
            <w:vAlign w:val="center"/>
          </w:tcPr>
          <w:p w14:paraId="08BF00F1" w14:textId="77777777" w:rsidR="00E54E13" w:rsidRDefault="00000000">
            <w:pPr>
              <w:spacing w:before="30" w:after="30" w:line="234" w:lineRule="exact"/>
              <w:rPr>
                <w:rFonts w:hint="eastAsia"/>
              </w:rPr>
            </w:pPr>
            <w:r>
              <w:rPr>
                <w:sz w:val="18"/>
              </w:rPr>
              <w:t>[da compilare]</w:t>
            </w:r>
          </w:p>
        </w:tc>
        <w:tc>
          <w:tcPr>
            <w:tcW w:w="3515" w:type="dxa"/>
            <w:shd w:val="clear" w:color="auto" w:fill="F6F8FA"/>
            <w:vAlign w:val="center"/>
          </w:tcPr>
          <w:p w14:paraId="2293C078" w14:textId="77777777" w:rsidR="00E54E13" w:rsidRDefault="00000000">
            <w:pPr>
              <w:spacing w:before="30" w:after="30" w:line="234" w:lineRule="exact"/>
              <w:rPr>
                <w:rFonts w:hint="eastAsia"/>
              </w:rPr>
            </w:pPr>
            <w:r>
              <w:rPr>
                <w:sz w:val="18"/>
              </w:rPr>
              <w:t>[da compilare]</w:t>
            </w:r>
          </w:p>
        </w:tc>
      </w:tr>
    </w:tbl>
    <w:p w14:paraId="01A56C8A" w14:textId="77777777" w:rsidR="00E54E13" w:rsidRDefault="00E54E13">
      <w:pPr>
        <w:spacing w:after="40" w:line="40" w:lineRule="exact"/>
        <w:rPr>
          <w:rFonts w:hint="eastAsia"/>
        </w:rPr>
      </w:pPr>
    </w:p>
    <w:p w14:paraId="42418BED" w14:textId="77777777" w:rsidR="00E54E13" w:rsidRDefault="00000000">
      <w:pPr>
        <w:pStyle w:val="Titolo3"/>
      </w:pPr>
      <w:r>
        <w:t>Verifica delle condizioni di assegnazione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154"/>
        <w:gridCol w:w="2381"/>
        <w:gridCol w:w="2665"/>
        <w:gridCol w:w="2551"/>
      </w:tblGrid>
      <w:tr w:rsidR="00E54E13" w14:paraId="5A37AF87" w14:textId="77777777">
        <w:trPr>
          <w:tblHeader/>
          <w:jc w:val="center"/>
        </w:trPr>
        <w:tc>
          <w:tcPr>
            <w:tcW w:w="2154" w:type="dxa"/>
            <w:shd w:val="clear" w:color="auto" w:fill="12324B"/>
          </w:tcPr>
          <w:p w14:paraId="67A1D9DD" w14:textId="77777777" w:rsidR="00E54E13" w:rsidRDefault="00000000">
            <w:pPr>
              <w:spacing w:before="30" w:after="30" w:line="228" w:lineRule="exact"/>
              <w:rPr>
                <w:rFonts w:hint="eastAsia"/>
              </w:rPr>
            </w:pPr>
            <w:r>
              <w:rPr>
                <w:b/>
                <w:color w:val="FFFFFF"/>
                <w:sz w:val="17"/>
              </w:rPr>
              <w:t>Attività / persona</w:t>
            </w:r>
          </w:p>
        </w:tc>
        <w:tc>
          <w:tcPr>
            <w:tcW w:w="2381" w:type="dxa"/>
            <w:shd w:val="clear" w:color="auto" w:fill="12324B"/>
          </w:tcPr>
          <w:p w14:paraId="472FE5A0" w14:textId="77777777" w:rsidR="00E54E13" w:rsidRDefault="00000000">
            <w:pPr>
              <w:spacing w:before="30" w:after="30" w:line="228" w:lineRule="exact"/>
              <w:rPr>
                <w:rFonts w:hint="eastAsia"/>
              </w:rPr>
            </w:pPr>
            <w:r>
              <w:rPr>
                <w:b/>
                <w:color w:val="FFFFFF"/>
                <w:sz w:val="17"/>
              </w:rPr>
              <w:t>Qualifica attuale e atto</w:t>
            </w:r>
          </w:p>
        </w:tc>
        <w:tc>
          <w:tcPr>
            <w:tcW w:w="2665" w:type="dxa"/>
            <w:shd w:val="clear" w:color="auto" w:fill="12324B"/>
          </w:tcPr>
          <w:p w14:paraId="13890C03" w14:textId="77777777" w:rsidR="00E54E13" w:rsidRDefault="00000000">
            <w:pPr>
              <w:spacing w:before="30" w:after="30" w:line="228" w:lineRule="exact"/>
              <w:rPr>
                <w:rFonts w:hint="eastAsia"/>
              </w:rPr>
            </w:pPr>
            <w:r>
              <w:rPr>
                <w:b/>
                <w:color w:val="FFFFFF"/>
                <w:sz w:val="17"/>
              </w:rPr>
              <w:t>Idoneità / autorizzazione BT se necessarie</w:t>
            </w:r>
          </w:p>
        </w:tc>
        <w:tc>
          <w:tcPr>
            <w:tcW w:w="2551" w:type="dxa"/>
            <w:shd w:val="clear" w:color="auto" w:fill="12324B"/>
          </w:tcPr>
          <w:p w14:paraId="0B9E7D40" w14:textId="77777777" w:rsidR="00E54E13" w:rsidRDefault="00000000">
            <w:pPr>
              <w:spacing w:before="30" w:after="30" w:line="228" w:lineRule="exact"/>
              <w:rPr>
                <w:rFonts w:hint="eastAsia"/>
              </w:rPr>
            </w:pPr>
            <w:r>
              <w:rPr>
                <w:b/>
                <w:color w:val="FFFFFF"/>
                <w:sz w:val="17"/>
              </w:rPr>
              <w:t>Informazioni o controllo richiesti</w:t>
            </w:r>
          </w:p>
        </w:tc>
      </w:tr>
      <w:tr w:rsidR="00E54E13" w14:paraId="56F74D70" w14:textId="77777777">
        <w:trPr>
          <w:cantSplit/>
          <w:trHeight w:val="765"/>
          <w:jc w:val="center"/>
        </w:trPr>
        <w:tc>
          <w:tcPr>
            <w:tcW w:w="2154" w:type="dxa"/>
            <w:vAlign w:val="center"/>
          </w:tcPr>
          <w:p w14:paraId="2555BF7D" w14:textId="77777777" w:rsidR="00E54E13" w:rsidRDefault="00000000">
            <w:pPr>
              <w:spacing w:before="30" w:after="30" w:line="228" w:lineRule="exact"/>
              <w:rPr>
                <w:rFonts w:hint="eastAsia"/>
              </w:rPr>
            </w:pPr>
            <w:r>
              <w:rPr>
                <w:sz w:val="17"/>
              </w:rPr>
              <w:t>[da compilare]</w:t>
            </w:r>
          </w:p>
        </w:tc>
        <w:tc>
          <w:tcPr>
            <w:tcW w:w="2381" w:type="dxa"/>
            <w:vAlign w:val="center"/>
          </w:tcPr>
          <w:p w14:paraId="659FD209" w14:textId="77777777" w:rsidR="00E54E13" w:rsidRDefault="00000000">
            <w:pPr>
              <w:spacing w:before="30" w:after="30" w:line="228" w:lineRule="exact"/>
              <w:rPr>
                <w:rFonts w:hint="eastAsia"/>
              </w:rPr>
            </w:pPr>
            <w:r>
              <w:rPr>
                <w:sz w:val="17"/>
              </w:rPr>
              <w:t>[da compilare]</w:t>
            </w:r>
          </w:p>
        </w:tc>
        <w:tc>
          <w:tcPr>
            <w:tcW w:w="2665" w:type="dxa"/>
            <w:vAlign w:val="center"/>
          </w:tcPr>
          <w:p w14:paraId="3F4982E1" w14:textId="77777777" w:rsidR="00E54E13" w:rsidRDefault="00000000">
            <w:pPr>
              <w:spacing w:before="30" w:after="30" w:line="228" w:lineRule="exact"/>
              <w:rPr>
                <w:rFonts w:hint="eastAsia"/>
              </w:rPr>
            </w:pPr>
            <w:r>
              <w:rPr>
                <w:sz w:val="17"/>
              </w:rPr>
              <w:t>[da compilare]</w:t>
            </w:r>
          </w:p>
        </w:tc>
        <w:tc>
          <w:tcPr>
            <w:tcW w:w="2551" w:type="dxa"/>
            <w:vAlign w:val="center"/>
          </w:tcPr>
          <w:p w14:paraId="022EC2E4" w14:textId="77777777" w:rsidR="00E54E13" w:rsidRDefault="00000000">
            <w:pPr>
              <w:spacing w:before="30" w:after="30" w:line="228" w:lineRule="exact"/>
              <w:rPr>
                <w:rFonts w:hint="eastAsia"/>
              </w:rPr>
            </w:pPr>
            <w:r>
              <w:rPr>
                <w:sz w:val="17"/>
              </w:rPr>
              <w:t>[da compilare]</w:t>
            </w:r>
          </w:p>
        </w:tc>
      </w:tr>
      <w:tr w:rsidR="00E54E13" w14:paraId="4ACE4608" w14:textId="77777777">
        <w:trPr>
          <w:cantSplit/>
          <w:trHeight w:val="765"/>
          <w:jc w:val="center"/>
        </w:trPr>
        <w:tc>
          <w:tcPr>
            <w:tcW w:w="2154" w:type="dxa"/>
            <w:shd w:val="clear" w:color="auto" w:fill="F6F8FA"/>
            <w:vAlign w:val="center"/>
          </w:tcPr>
          <w:p w14:paraId="6862ACC3" w14:textId="77777777" w:rsidR="00E54E13" w:rsidRDefault="00000000">
            <w:pPr>
              <w:spacing w:before="30" w:after="30" w:line="228" w:lineRule="exact"/>
              <w:rPr>
                <w:rFonts w:hint="eastAsia"/>
              </w:rPr>
            </w:pPr>
            <w:r>
              <w:rPr>
                <w:sz w:val="17"/>
              </w:rPr>
              <w:t>[da compilare]</w:t>
            </w:r>
          </w:p>
        </w:tc>
        <w:tc>
          <w:tcPr>
            <w:tcW w:w="2381" w:type="dxa"/>
            <w:shd w:val="clear" w:color="auto" w:fill="F6F8FA"/>
            <w:vAlign w:val="center"/>
          </w:tcPr>
          <w:p w14:paraId="2C8A94F9" w14:textId="77777777" w:rsidR="00E54E13" w:rsidRDefault="00000000">
            <w:pPr>
              <w:spacing w:before="30" w:after="30" w:line="228" w:lineRule="exact"/>
              <w:rPr>
                <w:rFonts w:hint="eastAsia"/>
              </w:rPr>
            </w:pPr>
            <w:r>
              <w:rPr>
                <w:sz w:val="17"/>
              </w:rPr>
              <w:t>[da compilare]</w:t>
            </w:r>
          </w:p>
        </w:tc>
        <w:tc>
          <w:tcPr>
            <w:tcW w:w="2665" w:type="dxa"/>
            <w:shd w:val="clear" w:color="auto" w:fill="F6F8FA"/>
            <w:vAlign w:val="center"/>
          </w:tcPr>
          <w:p w14:paraId="5B81F005" w14:textId="77777777" w:rsidR="00E54E13" w:rsidRDefault="00000000">
            <w:pPr>
              <w:spacing w:before="30" w:after="30" w:line="228" w:lineRule="exact"/>
              <w:rPr>
                <w:rFonts w:hint="eastAsia"/>
              </w:rPr>
            </w:pPr>
            <w:r>
              <w:rPr>
                <w:sz w:val="17"/>
              </w:rPr>
              <w:t>[da compilare]</w:t>
            </w:r>
          </w:p>
        </w:tc>
        <w:tc>
          <w:tcPr>
            <w:tcW w:w="2551" w:type="dxa"/>
            <w:shd w:val="clear" w:color="auto" w:fill="F6F8FA"/>
            <w:vAlign w:val="center"/>
          </w:tcPr>
          <w:p w14:paraId="22E1C84F" w14:textId="77777777" w:rsidR="00E54E13" w:rsidRDefault="00000000">
            <w:pPr>
              <w:spacing w:before="30" w:after="30" w:line="228" w:lineRule="exact"/>
              <w:rPr>
                <w:rFonts w:hint="eastAsia"/>
              </w:rPr>
            </w:pPr>
            <w:r>
              <w:rPr>
                <w:sz w:val="17"/>
              </w:rPr>
              <w:t>[da compilare]</w:t>
            </w:r>
          </w:p>
        </w:tc>
      </w:tr>
      <w:tr w:rsidR="00E54E13" w14:paraId="048AB6E0" w14:textId="77777777">
        <w:trPr>
          <w:cantSplit/>
          <w:trHeight w:val="765"/>
          <w:jc w:val="center"/>
        </w:trPr>
        <w:tc>
          <w:tcPr>
            <w:tcW w:w="2154" w:type="dxa"/>
            <w:vAlign w:val="center"/>
          </w:tcPr>
          <w:p w14:paraId="666177BF" w14:textId="77777777" w:rsidR="00E54E13" w:rsidRDefault="00000000">
            <w:pPr>
              <w:spacing w:before="30" w:after="30" w:line="228" w:lineRule="exact"/>
              <w:rPr>
                <w:rFonts w:hint="eastAsia"/>
              </w:rPr>
            </w:pPr>
            <w:r>
              <w:rPr>
                <w:sz w:val="17"/>
              </w:rPr>
              <w:t>[da compilare]</w:t>
            </w:r>
          </w:p>
        </w:tc>
        <w:tc>
          <w:tcPr>
            <w:tcW w:w="2381" w:type="dxa"/>
            <w:vAlign w:val="center"/>
          </w:tcPr>
          <w:p w14:paraId="443BC83B" w14:textId="77777777" w:rsidR="00E54E13" w:rsidRDefault="00000000">
            <w:pPr>
              <w:spacing w:before="30" w:after="30" w:line="228" w:lineRule="exact"/>
              <w:rPr>
                <w:rFonts w:hint="eastAsia"/>
              </w:rPr>
            </w:pPr>
            <w:r>
              <w:rPr>
                <w:sz w:val="17"/>
              </w:rPr>
              <w:t>[da compilare]</w:t>
            </w:r>
          </w:p>
        </w:tc>
        <w:tc>
          <w:tcPr>
            <w:tcW w:w="2665" w:type="dxa"/>
            <w:vAlign w:val="center"/>
          </w:tcPr>
          <w:p w14:paraId="447D6436" w14:textId="77777777" w:rsidR="00E54E13" w:rsidRDefault="00000000">
            <w:pPr>
              <w:spacing w:before="30" w:after="30" w:line="228" w:lineRule="exact"/>
              <w:rPr>
                <w:rFonts w:hint="eastAsia"/>
              </w:rPr>
            </w:pPr>
            <w:r>
              <w:rPr>
                <w:sz w:val="17"/>
              </w:rPr>
              <w:t>[da compilare]</w:t>
            </w:r>
          </w:p>
        </w:tc>
        <w:tc>
          <w:tcPr>
            <w:tcW w:w="2551" w:type="dxa"/>
            <w:vAlign w:val="center"/>
          </w:tcPr>
          <w:p w14:paraId="197A5139" w14:textId="77777777" w:rsidR="00E54E13" w:rsidRDefault="00000000">
            <w:pPr>
              <w:spacing w:before="30" w:after="30" w:line="228" w:lineRule="exact"/>
              <w:rPr>
                <w:rFonts w:hint="eastAsia"/>
              </w:rPr>
            </w:pPr>
            <w:r>
              <w:rPr>
                <w:sz w:val="17"/>
              </w:rPr>
              <w:t>[da compilare]</w:t>
            </w:r>
          </w:p>
        </w:tc>
      </w:tr>
    </w:tbl>
    <w:p w14:paraId="58966792" w14:textId="77777777" w:rsidR="00E54E13" w:rsidRDefault="00E54E13">
      <w:pPr>
        <w:spacing w:after="40" w:line="40" w:lineRule="exact"/>
        <w:rPr>
          <w:rFonts w:hint="eastAsia"/>
        </w:rPr>
      </w:pPr>
    </w:p>
    <w:p w14:paraId="1D102EB9" w14:textId="77777777" w:rsidR="00E54E13" w:rsidRDefault="00000000">
      <w:pPr>
        <w:pStyle w:val="Titolo3"/>
      </w:pPr>
      <w:r>
        <w:t>Carenze, attività escluse e azioni prima dell’assegnazione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0FCD36A3" w14:textId="77777777">
        <w:trPr>
          <w:cantSplit/>
          <w:trHeight w:val="658"/>
          <w:jc w:val="center"/>
        </w:trPr>
        <w:tc>
          <w:tcPr>
            <w:tcW w:w="9751" w:type="dxa"/>
            <w:vAlign w:val="center"/>
          </w:tcPr>
          <w:p w14:paraId="10DD2B27" w14:textId="77777777" w:rsidR="00E54E13" w:rsidRDefault="00000000">
            <w:pPr>
              <w:spacing w:before="30" w:after="30" w:line="234" w:lineRule="exact"/>
              <w:rPr>
                <w:rFonts w:hint="eastAsia"/>
              </w:rPr>
            </w:pPr>
            <w:sdt>
              <w:sdtPr>
                <w:alias w:val="compilare o richiamare un allegato identificato"/>
                <w:tag w:val="campo_53"/>
                <w:id w:val="100053"/>
                <w:text w:multiLine="1"/>
              </w:sdtPr>
              <w:sdtContent>
                <w:r>
                  <w:rPr>
                    <w:color w:val="007E87"/>
                    <w:sz w:val="19"/>
                  </w:rPr>
                  <w:t>[compilare o richiamare un allegato identificato]</w:t>
                </w:r>
              </w:sdtContent>
            </w:sdt>
          </w:p>
        </w:tc>
      </w:tr>
    </w:tbl>
    <w:p w14:paraId="4EB5B8EC"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56A31D71" w14:textId="77777777">
        <w:tc>
          <w:tcPr>
            <w:tcW w:w="9752" w:type="dxa"/>
            <w:shd w:val="clear" w:color="auto" w:fill="EAF5F5"/>
            <w:tcMar>
              <w:top w:w="110" w:type="dxa"/>
              <w:left w:w="150" w:type="dxa"/>
              <w:bottom w:w="110" w:type="dxa"/>
              <w:right w:w="150" w:type="dxa"/>
            </w:tcMar>
          </w:tcPr>
          <w:p w14:paraId="2C8407EF" w14:textId="77777777" w:rsidR="00E54E13" w:rsidRDefault="00000000">
            <w:pPr>
              <w:spacing w:after="80"/>
              <w:rPr>
                <w:rFonts w:hint="eastAsia"/>
              </w:rPr>
            </w:pPr>
            <w:r>
              <w:rPr>
                <w:b/>
                <w:color w:val="007E87"/>
              </w:rPr>
              <w:t>PERSONALE TECNICO</w:t>
            </w:r>
          </w:p>
          <w:p w14:paraId="60311944" w14:textId="77777777" w:rsidR="00E54E13" w:rsidRDefault="00000000">
            <w:pPr>
              <w:spacing w:after="20" w:line="250" w:lineRule="exact"/>
              <w:rPr>
                <w:rFonts w:hint="eastAsia"/>
              </w:rPr>
            </w:pPr>
            <w:r>
              <w:rPr>
                <w:sz w:val="18"/>
              </w:rPr>
              <w:t>Considerare anche le persone coinvolte nell’organizzazione e realizzazione dei lavori. Non riservare la verifica delle conoscenze ai soli esecutori.</w:t>
            </w:r>
          </w:p>
        </w:tc>
      </w:tr>
    </w:tbl>
    <w:p w14:paraId="4AAD6CCA"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DD4EB4F" w14:textId="77777777">
        <w:trPr>
          <w:tblHeader/>
          <w:jc w:val="center"/>
        </w:trPr>
        <w:tc>
          <w:tcPr>
            <w:tcW w:w="3250" w:type="dxa"/>
            <w:shd w:val="clear" w:color="auto" w:fill="12324B"/>
          </w:tcPr>
          <w:p w14:paraId="7A335B12"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1F39ABA4"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027A6DDA" w14:textId="77777777" w:rsidR="00E54E13" w:rsidRDefault="00000000">
            <w:pPr>
              <w:spacing w:before="30" w:after="30" w:line="228" w:lineRule="exact"/>
              <w:rPr>
                <w:rFonts w:hint="eastAsia"/>
              </w:rPr>
            </w:pPr>
            <w:r>
              <w:rPr>
                <w:b/>
                <w:color w:val="FFFFFF"/>
                <w:sz w:val="17"/>
              </w:rPr>
              <w:t>Data</w:t>
            </w:r>
          </w:p>
        </w:tc>
      </w:tr>
      <w:tr w:rsidR="00E54E13" w14:paraId="1F1EE2AC" w14:textId="77777777">
        <w:trPr>
          <w:cantSplit/>
          <w:trHeight w:val="567"/>
          <w:jc w:val="center"/>
        </w:trPr>
        <w:tc>
          <w:tcPr>
            <w:tcW w:w="3250" w:type="dxa"/>
            <w:vAlign w:val="center"/>
          </w:tcPr>
          <w:p w14:paraId="5C54087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ED6D5F7"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2DB38CD" w14:textId="77777777" w:rsidR="00E54E13" w:rsidRDefault="00000000">
            <w:pPr>
              <w:spacing w:before="30" w:after="30" w:line="228" w:lineRule="exact"/>
              <w:rPr>
                <w:rFonts w:hint="eastAsia"/>
              </w:rPr>
            </w:pPr>
            <w:r>
              <w:rPr>
                <w:sz w:val="17"/>
              </w:rPr>
              <w:t>____ / ____ / ______</w:t>
            </w:r>
          </w:p>
        </w:tc>
      </w:tr>
    </w:tbl>
    <w:p w14:paraId="7EEA9DEC" w14:textId="77777777" w:rsidR="00E54E13" w:rsidRDefault="00E54E13">
      <w:pPr>
        <w:spacing w:after="40" w:line="40" w:lineRule="exact"/>
        <w:rPr>
          <w:rFonts w:hint="eastAsia"/>
        </w:rPr>
      </w:pPr>
    </w:p>
    <w:p w14:paraId="09B964D8" w14:textId="77777777" w:rsidR="00E54E13" w:rsidRDefault="00000000">
      <w:pPr>
        <w:pStyle w:val="Source"/>
        <w:rPr>
          <w:rFonts w:hint="eastAsia"/>
        </w:rPr>
      </w:pPr>
      <w:r>
        <w:t>Modello originale [AZ]. Base: INAIL 2026, pp. 1–3. I campi vuoti non costituiscono una verifica positiva.</w:t>
      </w:r>
    </w:p>
    <w:p w14:paraId="285E5A8F" w14:textId="77777777" w:rsidR="00E54E13" w:rsidRDefault="00000000">
      <w:pPr>
        <w:pStyle w:val="Eyebrow"/>
        <w:keepNext/>
        <w:pageBreakBefore/>
        <w:rPr>
          <w:rFonts w:hint="eastAsia"/>
        </w:rPr>
      </w:pPr>
      <w:r>
        <w:t>PARTE II  /  ALLEGATO OPERATIVO [AZ]</w:t>
      </w:r>
    </w:p>
    <w:p w14:paraId="46C4DA3E" w14:textId="77777777" w:rsidR="00E54E13" w:rsidRDefault="00000000">
      <w:pPr>
        <w:pStyle w:val="Titolo1"/>
      </w:pPr>
      <w:bookmarkStart w:id="33" w:name="B34_A03"/>
      <w:r>
        <w:t>A03  Fascicolo individuale e curriculum documentato</w:t>
      </w:r>
      <w:bookmarkEnd w:id="33"/>
    </w:p>
    <w:p w14:paraId="08F56281" w14:textId="77777777" w:rsidR="00E54E13" w:rsidRDefault="00000000">
      <w:pPr>
        <w:pStyle w:val="FormHint"/>
        <w:rPr>
          <w:rFonts w:hint="eastAsia"/>
        </w:rPr>
      </w:pPr>
      <w:r>
        <w:t>Raccogliere evidenze pertinenti al lavoro; non allegare diagnosi nel fascicolo tecnico.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4F625444" w14:textId="77777777">
        <w:trPr>
          <w:cantSplit/>
          <w:trHeight w:val="346"/>
          <w:jc w:val="center"/>
        </w:trPr>
        <w:tc>
          <w:tcPr>
            <w:tcW w:w="2891" w:type="dxa"/>
            <w:shd w:val="clear" w:color="auto" w:fill="EDF3F9"/>
            <w:vAlign w:val="center"/>
          </w:tcPr>
          <w:p w14:paraId="48D0AA82" w14:textId="77777777" w:rsidR="00E54E13" w:rsidRDefault="00000000">
            <w:pPr>
              <w:spacing w:before="30" w:after="30" w:line="236" w:lineRule="exact"/>
              <w:rPr>
                <w:rFonts w:hint="eastAsia"/>
              </w:rPr>
            </w:pPr>
            <w:r>
              <w:rPr>
                <w:b/>
                <w:sz w:val="18"/>
              </w:rPr>
              <w:t>Azienda / unità</w:t>
            </w:r>
          </w:p>
        </w:tc>
        <w:tc>
          <w:tcPr>
            <w:tcW w:w="6860" w:type="dxa"/>
            <w:vAlign w:val="center"/>
          </w:tcPr>
          <w:p w14:paraId="082A072F" w14:textId="77777777" w:rsidR="00E54E13" w:rsidRDefault="00000000">
            <w:pPr>
              <w:spacing w:before="30" w:after="30" w:line="236" w:lineRule="exact"/>
              <w:rPr>
                <w:rFonts w:hint="eastAsia"/>
              </w:rPr>
            </w:pPr>
            <w:sdt>
              <w:sdtPr>
                <w:alias w:val="ragione sociale e sede"/>
                <w:tag w:val="campo_55"/>
                <w:id w:val="100055"/>
                <w:text w:multiLine="1"/>
              </w:sdtPr>
              <w:sdtContent>
                <w:r>
                  <w:rPr>
                    <w:color w:val="007E87"/>
                    <w:sz w:val="19"/>
                  </w:rPr>
                  <w:t>[ragione sociale e sede]</w:t>
                </w:r>
              </w:sdtContent>
            </w:sdt>
          </w:p>
        </w:tc>
      </w:tr>
      <w:tr w:rsidR="00E54E13" w14:paraId="3F66A05A" w14:textId="77777777">
        <w:trPr>
          <w:cantSplit/>
          <w:trHeight w:val="346"/>
          <w:jc w:val="center"/>
        </w:trPr>
        <w:tc>
          <w:tcPr>
            <w:tcW w:w="2891" w:type="dxa"/>
            <w:shd w:val="clear" w:color="auto" w:fill="EDF3F9"/>
            <w:vAlign w:val="center"/>
          </w:tcPr>
          <w:p w14:paraId="0A478568"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74D58BF1" w14:textId="77777777" w:rsidR="00E54E13" w:rsidRDefault="00000000">
            <w:pPr>
              <w:spacing w:before="30" w:after="30" w:line="236" w:lineRule="exact"/>
              <w:rPr>
                <w:rFonts w:hint="eastAsia"/>
              </w:rPr>
            </w:pPr>
            <w:sdt>
              <w:sdtPr>
                <w:alias w:val="codice, revisione e data"/>
                <w:tag w:val="campo_56"/>
                <w:id w:val="100056"/>
                <w:text w:multiLine="1"/>
              </w:sdtPr>
              <w:sdtContent>
                <w:r>
                  <w:rPr>
                    <w:color w:val="007E87"/>
                    <w:sz w:val="19"/>
                  </w:rPr>
                  <w:t>[codice, revisione e data]</w:t>
                </w:r>
              </w:sdtContent>
            </w:sdt>
          </w:p>
        </w:tc>
      </w:tr>
      <w:tr w:rsidR="00E54E13" w14:paraId="094D86FF" w14:textId="77777777">
        <w:trPr>
          <w:cantSplit/>
          <w:trHeight w:val="346"/>
          <w:jc w:val="center"/>
        </w:trPr>
        <w:tc>
          <w:tcPr>
            <w:tcW w:w="2891" w:type="dxa"/>
            <w:shd w:val="clear" w:color="auto" w:fill="EDF3F9"/>
            <w:vAlign w:val="center"/>
          </w:tcPr>
          <w:p w14:paraId="5F2263A7"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555D808" w14:textId="77777777" w:rsidR="00E54E13" w:rsidRDefault="00000000">
            <w:pPr>
              <w:spacing w:before="30" w:after="30" w:line="236" w:lineRule="exact"/>
              <w:rPr>
                <w:rFonts w:hint="eastAsia"/>
              </w:rPr>
            </w:pPr>
            <w:sdt>
              <w:sdtPr>
                <w:alias w:val="nome, matricola e mansione"/>
                <w:tag w:val="campo_57"/>
                <w:id w:val="100057"/>
                <w:text w:multiLine="1"/>
              </w:sdtPr>
              <w:sdtContent>
                <w:r>
                  <w:rPr>
                    <w:color w:val="007E87"/>
                    <w:sz w:val="19"/>
                  </w:rPr>
                  <w:t>[nome, matricola e mansione]</w:t>
                </w:r>
              </w:sdtContent>
            </w:sdt>
          </w:p>
        </w:tc>
      </w:tr>
    </w:tbl>
    <w:p w14:paraId="7E40A12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F42A493" w14:textId="77777777">
        <w:trPr>
          <w:cantSplit/>
          <w:trHeight w:val="386"/>
          <w:jc w:val="center"/>
        </w:trPr>
        <w:tc>
          <w:tcPr>
            <w:tcW w:w="2891" w:type="dxa"/>
            <w:shd w:val="clear" w:color="auto" w:fill="EDF3F9"/>
            <w:vAlign w:val="center"/>
          </w:tcPr>
          <w:p w14:paraId="10743290" w14:textId="77777777" w:rsidR="00E54E13" w:rsidRDefault="00000000">
            <w:pPr>
              <w:spacing w:before="30" w:after="30" w:line="236" w:lineRule="exact"/>
              <w:rPr>
                <w:rFonts w:hint="eastAsia"/>
              </w:rPr>
            </w:pPr>
            <w:r>
              <w:rPr>
                <w:b/>
                <w:sz w:val="18"/>
              </w:rPr>
              <w:t>Attività oggetto di valutazione</w:t>
            </w:r>
          </w:p>
        </w:tc>
        <w:tc>
          <w:tcPr>
            <w:tcW w:w="6860" w:type="dxa"/>
            <w:vAlign w:val="center"/>
          </w:tcPr>
          <w:p w14:paraId="54C4717D" w14:textId="77777777" w:rsidR="00E54E13" w:rsidRDefault="00000000">
            <w:pPr>
              <w:spacing w:before="30" w:after="30" w:line="236" w:lineRule="exact"/>
              <w:rPr>
                <w:rFonts w:hint="eastAsia"/>
              </w:rPr>
            </w:pPr>
            <w:sdt>
              <w:sdtPr>
                <w:alias w:val="tipologie di lavoro e impianti"/>
                <w:tag w:val="campo_58"/>
                <w:id w:val="100058"/>
                <w:text w:multiLine="1"/>
              </w:sdtPr>
              <w:sdtContent>
                <w:r>
                  <w:rPr>
                    <w:color w:val="007E87"/>
                    <w:sz w:val="19"/>
                  </w:rPr>
                  <w:t>[tipologie di lavoro e impianti]</w:t>
                </w:r>
              </w:sdtContent>
            </w:sdt>
          </w:p>
        </w:tc>
      </w:tr>
      <w:tr w:rsidR="00E54E13" w14:paraId="523A1D23" w14:textId="77777777">
        <w:trPr>
          <w:cantSplit/>
          <w:trHeight w:val="386"/>
          <w:jc w:val="center"/>
        </w:trPr>
        <w:tc>
          <w:tcPr>
            <w:tcW w:w="2891" w:type="dxa"/>
            <w:shd w:val="clear" w:color="auto" w:fill="EDF3F9"/>
            <w:vAlign w:val="center"/>
          </w:tcPr>
          <w:p w14:paraId="0AB05EEB" w14:textId="77777777" w:rsidR="00E54E13" w:rsidRDefault="00000000">
            <w:pPr>
              <w:spacing w:before="30" w:after="30" w:line="236" w:lineRule="exact"/>
              <w:rPr>
                <w:rFonts w:hint="eastAsia"/>
              </w:rPr>
            </w:pPr>
            <w:r>
              <w:rPr>
                <w:b/>
                <w:sz w:val="18"/>
              </w:rPr>
              <w:t>Istruzione pertinente</w:t>
            </w:r>
          </w:p>
        </w:tc>
        <w:tc>
          <w:tcPr>
            <w:tcW w:w="6860" w:type="dxa"/>
            <w:shd w:val="clear" w:color="auto" w:fill="F6F8FA"/>
            <w:vAlign w:val="center"/>
          </w:tcPr>
          <w:p w14:paraId="2B3603BC" w14:textId="77777777" w:rsidR="00E54E13" w:rsidRDefault="00000000">
            <w:pPr>
              <w:spacing w:before="30" w:after="30" w:line="236" w:lineRule="exact"/>
              <w:rPr>
                <w:rFonts w:hint="eastAsia"/>
              </w:rPr>
            </w:pPr>
            <w:sdt>
              <w:sdtPr>
                <w:alias w:val="titoli, conoscenze e documenti"/>
                <w:tag w:val="campo_59"/>
                <w:id w:val="100059"/>
                <w:text w:multiLine="1"/>
              </w:sdtPr>
              <w:sdtContent>
                <w:r>
                  <w:rPr>
                    <w:color w:val="007E87"/>
                    <w:sz w:val="19"/>
                  </w:rPr>
                  <w:t>[titoli, conoscenze e documenti]</w:t>
                </w:r>
              </w:sdtContent>
            </w:sdt>
          </w:p>
        </w:tc>
      </w:tr>
      <w:tr w:rsidR="00E54E13" w14:paraId="7FEC2548" w14:textId="77777777">
        <w:trPr>
          <w:cantSplit/>
          <w:trHeight w:val="386"/>
          <w:jc w:val="center"/>
        </w:trPr>
        <w:tc>
          <w:tcPr>
            <w:tcW w:w="2891" w:type="dxa"/>
            <w:shd w:val="clear" w:color="auto" w:fill="EDF3F9"/>
            <w:vAlign w:val="center"/>
          </w:tcPr>
          <w:p w14:paraId="1A7C9964" w14:textId="77777777" w:rsidR="00E54E13" w:rsidRDefault="00000000">
            <w:pPr>
              <w:spacing w:before="30" w:after="30" w:line="236" w:lineRule="exact"/>
              <w:rPr>
                <w:rFonts w:hint="eastAsia"/>
              </w:rPr>
            </w:pPr>
            <w:r>
              <w:rPr>
                <w:b/>
                <w:sz w:val="18"/>
              </w:rPr>
              <w:t>Formazione pregressa</w:t>
            </w:r>
          </w:p>
        </w:tc>
        <w:tc>
          <w:tcPr>
            <w:tcW w:w="6860" w:type="dxa"/>
            <w:vAlign w:val="center"/>
          </w:tcPr>
          <w:p w14:paraId="3915445B" w14:textId="77777777" w:rsidR="00E54E13" w:rsidRDefault="00000000">
            <w:pPr>
              <w:spacing w:before="30" w:after="30" w:line="236" w:lineRule="exact"/>
              <w:rPr>
                <w:rFonts w:hint="eastAsia"/>
              </w:rPr>
            </w:pPr>
            <w:sdt>
              <w:sdtPr>
                <w:alias w:val="percorsi, date, programmi e risultati"/>
                <w:tag w:val="campo_60"/>
                <w:id w:val="100060"/>
                <w:text w:multiLine="1"/>
              </w:sdtPr>
              <w:sdtContent>
                <w:r>
                  <w:rPr>
                    <w:color w:val="007E87"/>
                    <w:sz w:val="19"/>
                  </w:rPr>
                  <w:t>[percorsi, date, programmi e risultati]</w:t>
                </w:r>
              </w:sdtContent>
            </w:sdt>
          </w:p>
        </w:tc>
      </w:tr>
    </w:tbl>
    <w:p w14:paraId="215F2D46" w14:textId="77777777" w:rsidR="00E54E13" w:rsidRDefault="00E54E13">
      <w:pPr>
        <w:spacing w:after="40" w:line="40" w:lineRule="exact"/>
        <w:rPr>
          <w:rFonts w:hint="eastAsia"/>
        </w:rPr>
      </w:pPr>
    </w:p>
    <w:p w14:paraId="5B58A27B" w14:textId="77777777" w:rsidR="00E54E13" w:rsidRDefault="00000000">
      <w:pPr>
        <w:pStyle w:val="Titolo3"/>
      </w:pPr>
      <w:r>
        <w:t>Esperienza pertinente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757"/>
        <w:gridCol w:w="3402"/>
        <w:gridCol w:w="2098"/>
        <w:gridCol w:w="2494"/>
      </w:tblGrid>
      <w:tr w:rsidR="00E54E13" w14:paraId="489623FD" w14:textId="77777777">
        <w:trPr>
          <w:tblHeader/>
          <w:jc w:val="center"/>
        </w:trPr>
        <w:tc>
          <w:tcPr>
            <w:tcW w:w="1757" w:type="dxa"/>
            <w:shd w:val="clear" w:color="auto" w:fill="12324B"/>
          </w:tcPr>
          <w:p w14:paraId="725E3088" w14:textId="77777777" w:rsidR="00E54E13" w:rsidRDefault="00000000">
            <w:pPr>
              <w:spacing w:before="30" w:after="30" w:line="230" w:lineRule="exact"/>
              <w:rPr>
                <w:rFonts w:hint="eastAsia"/>
              </w:rPr>
            </w:pPr>
            <w:r>
              <w:rPr>
                <w:b/>
                <w:color w:val="FFFFFF"/>
                <w:sz w:val="17"/>
              </w:rPr>
              <w:t>Periodo / durata</w:t>
            </w:r>
          </w:p>
        </w:tc>
        <w:tc>
          <w:tcPr>
            <w:tcW w:w="3402" w:type="dxa"/>
            <w:shd w:val="clear" w:color="auto" w:fill="12324B"/>
          </w:tcPr>
          <w:p w14:paraId="2278C82B" w14:textId="77777777" w:rsidR="00E54E13" w:rsidRDefault="00000000">
            <w:pPr>
              <w:spacing w:before="30" w:after="30" w:line="230" w:lineRule="exact"/>
              <w:rPr>
                <w:rFonts w:hint="eastAsia"/>
              </w:rPr>
            </w:pPr>
            <w:r>
              <w:rPr>
                <w:b/>
                <w:color w:val="FFFFFF"/>
                <w:sz w:val="17"/>
              </w:rPr>
              <w:t>Impianto e attività</w:t>
            </w:r>
          </w:p>
        </w:tc>
        <w:tc>
          <w:tcPr>
            <w:tcW w:w="2098" w:type="dxa"/>
            <w:shd w:val="clear" w:color="auto" w:fill="12324B"/>
          </w:tcPr>
          <w:p w14:paraId="0EA3EFB8" w14:textId="77777777" w:rsidR="00E54E13" w:rsidRDefault="00000000">
            <w:pPr>
              <w:spacing w:before="30" w:after="30" w:line="230" w:lineRule="exact"/>
              <w:rPr>
                <w:rFonts w:hint="eastAsia"/>
              </w:rPr>
            </w:pPr>
            <w:r>
              <w:rPr>
                <w:b/>
                <w:color w:val="FFFFFF"/>
                <w:sz w:val="17"/>
              </w:rPr>
              <w:t>Ruolo svolto</w:t>
            </w:r>
          </w:p>
        </w:tc>
        <w:tc>
          <w:tcPr>
            <w:tcW w:w="2494" w:type="dxa"/>
            <w:shd w:val="clear" w:color="auto" w:fill="12324B"/>
          </w:tcPr>
          <w:p w14:paraId="42300E01" w14:textId="77777777" w:rsidR="00E54E13" w:rsidRDefault="00000000">
            <w:pPr>
              <w:spacing w:before="30" w:after="30" w:line="230" w:lineRule="exact"/>
              <w:rPr>
                <w:rFonts w:hint="eastAsia"/>
              </w:rPr>
            </w:pPr>
            <w:r>
              <w:rPr>
                <w:b/>
                <w:color w:val="FFFFFF"/>
                <w:sz w:val="17"/>
              </w:rPr>
              <w:t>Evidenza / referente</w:t>
            </w:r>
          </w:p>
        </w:tc>
      </w:tr>
      <w:tr w:rsidR="00E54E13" w14:paraId="1D74C9EF" w14:textId="77777777">
        <w:trPr>
          <w:cantSplit/>
          <w:trHeight w:val="680"/>
          <w:jc w:val="center"/>
        </w:trPr>
        <w:tc>
          <w:tcPr>
            <w:tcW w:w="1757" w:type="dxa"/>
            <w:vAlign w:val="center"/>
          </w:tcPr>
          <w:p w14:paraId="42EF82C4" w14:textId="77777777" w:rsidR="00E54E13" w:rsidRDefault="00000000">
            <w:pPr>
              <w:spacing w:before="30" w:after="30" w:line="230" w:lineRule="exact"/>
              <w:rPr>
                <w:rFonts w:hint="eastAsia"/>
              </w:rPr>
            </w:pPr>
            <w:r>
              <w:rPr>
                <w:sz w:val="17"/>
              </w:rPr>
              <w:t>[da compilare]</w:t>
            </w:r>
          </w:p>
        </w:tc>
        <w:tc>
          <w:tcPr>
            <w:tcW w:w="3402" w:type="dxa"/>
            <w:vAlign w:val="center"/>
          </w:tcPr>
          <w:p w14:paraId="79787B95" w14:textId="77777777" w:rsidR="00E54E13" w:rsidRDefault="00000000">
            <w:pPr>
              <w:spacing w:before="30" w:after="30" w:line="230" w:lineRule="exact"/>
              <w:rPr>
                <w:rFonts w:hint="eastAsia"/>
              </w:rPr>
            </w:pPr>
            <w:r>
              <w:rPr>
                <w:sz w:val="17"/>
              </w:rPr>
              <w:t>[da compilare]</w:t>
            </w:r>
          </w:p>
        </w:tc>
        <w:tc>
          <w:tcPr>
            <w:tcW w:w="2098" w:type="dxa"/>
            <w:vAlign w:val="center"/>
          </w:tcPr>
          <w:p w14:paraId="1E29EFED" w14:textId="77777777" w:rsidR="00E54E13" w:rsidRDefault="00000000">
            <w:pPr>
              <w:spacing w:before="30" w:after="30" w:line="230" w:lineRule="exact"/>
              <w:rPr>
                <w:rFonts w:hint="eastAsia"/>
              </w:rPr>
            </w:pPr>
            <w:r>
              <w:rPr>
                <w:sz w:val="17"/>
              </w:rPr>
              <w:t>[da compilare]</w:t>
            </w:r>
          </w:p>
        </w:tc>
        <w:tc>
          <w:tcPr>
            <w:tcW w:w="2494" w:type="dxa"/>
            <w:vAlign w:val="center"/>
          </w:tcPr>
          <w:p w14:paraId="49E6270C" w14:textId="77777777" w:rsidR="00E54E13" w:rsidRDefault="00000000">
            <w:pPr>
              <w:spacing w:before="30" w:after="30" w:line="230" w:lineRule="exact"/>
              <w:rPr>
                <w:rFonts w:hint="eastAsia"/>
              </w:rPr>
            </w:pPr>
            <w:r>
              <w:rPr>
                <w:sz w:val="17"/>
              </w:rPr>
              <w:t>[da compilare]</w:t>
            </w:r>
          </w:p>
        </w:tc>
      </w:tr>
      <w:tr w:rsidR="00E54E13" w14:paraId="210DC9AF" w14:textId="77777777">
        <w:trPr>
          <w:cantSplit/>
          <w:trHeight w:val="680"/>
          <w:jc w:val="center"/>
        </w:trPr>
        <w:tc>
          <w:tcPr>
            <w:tcW w:w="1757" w:type="dxa"/>
            <w:shd w:val="clear" w:color="auto" w:fill="F6F8FA"/>
            <w:vAlign w:val="center"/>
          </w:tcPr>
          <w:p w14:paraId="24738FBF" w14:textId="77777777" w:rsidR="00E54E13" w:rsidRDefault="00000000">
            <w:pPr>
              <w:spacing w:before="30" w:after="30" w:line="230" w:lineRule="exact"/>
              <w:rPr>
                <w:rFonts w:hint="eastAsia"/>
              </w:rPr>
            </w:pPr>
            <w:r>
              <w:rPr>
                <w:sz w:val="17"/>
              </w:rPr>
              <w:t>[da compilare]</w:t>
            </w:r>
          </w:p>
        </w:tc>
        <w:tc>
          <w:tcPr>
            <w:tcW w:w="3402" w:type="dxa"/>
            <w:shd w:val="clear" w:color="auto" w:fill="F6F8FA"/>
            <w:vAlign w:val="center"/>
          </w:tcPr>
          <w:p w14:paraId="005E5587" w14:textId="77777777" w:rsidR="00E54E13" w:rsidRDefault="00000000">
            <w:pPr>
              <w:spacing w:before="30" w:after="30" w:line="230" w:lineRule="exact"/>
              <w:rPr>
                <w:rFonts w:hint="eastAsia"/>
              </w:rPr>
            </w:pPr>
            <w:r>
              <w:rPr>
                <w:sz w:val="17"/>
              </w:rPr>
              <w:t>[da compilare]</w:t>
            </w:r>
          </w:p>
        </w:tc>
        <w:tc>
          <w:tcPr>
            <w:tcW w:w="2098" w:type="dxa"/>
            <w:shd w:val="clear" w:color="auto" w:fill="F6F8FA"/>
            <w:vAlign w:val="center"/>
          </w:tcPr>
          <w:p w14:paraId="3E03C5EE" w14:textId="77777777" w:rsidR="00E54E13" w:rsidRDefault="00000000">
            <w:pPr>
              <w:spacing w:before="30" w:after="30" w:line="230" w:lineRule="exact"/>
              <w:rPr>
                <w:rFonts w:hint="eastAsia"/>
              </w:rPr>
            </w:pPr>
            <w:r>
              <w:rPr>
                <w:sz w:val="17"/>
              </w:rPr>
              <w:t>[da compilare]</w:t>
            </w:r>
          </w:p>
        </w:tc>
        <w:tc>
          <w:tcPr>
            <w:tcW w:w="2494" w:type="dxa"/>
            <w:shd w:val="clear" w:color="auto" w:fill="F6F8FA"/>
            <w:vAlign w:val="center"/>
          </w:tcPr>
          <w:p w14:paraId="31CD038B" w14:textId="77777777" w:rsidR="00E54E13" w:rsidRDefault="00000000">
            <w:pPr>
              <w:spacing w:before="30" w:after="30" w:line="230" w:lineRule="exact"/>
              <w:rPr>
                <w:rFonts w:hint="eastAsia"/>
              </w:rPr>
            </w:pPr>
            <w:r>
              <w:rPr>
                <w:sz w:val="17"/>
              </w:rPr>
              <w:t>[da compilare]</w:t>
            </w:r>
          </w:p>
        </w:tc>
      </w:tr>
      <w:tr w:rsidR="00E54E13" w14:paraId="71A5F631" w14:textId="77777777">
        <w:trPr>
          <w:cantSplit/>
          <w:trHeight w:val="680"/>
          <w:jc w:val="center"/>
        </w:trPr>
        <w:tc>
          <w:tcPr>
            <w:tcW w:w="1757" w:type="dxa"/>
            <w:vAlign w:val="center"/>
          </w:tcPr>
          <w:p w14:paraId="28FEFE6A" w14:textId="77777777" w:rsidR="00E54E13" w:rsidRDefault="00000000">
            <w:pPr>
              <w:spacing w:before="30" w:after="30" w:line="230" w:lineRule="exact"/>
              <w:rPr>
                <w:rFonts w:hint="eastAsia"/>
              </w:rPr>
            </w:pPr>
            <w:r>
              <w:rPr>
                <w:sz w:val="17"/>
              </w:rPr>
              <w:t>[da compilare]</w:t>
            </w:r>
          </w:p>
        </w:tc>
        <w:tc>
          <w:tcPr>
            <w:tcW w:w="3402" w:type="dxa"/>
            <w:vAlign w:val="center"/>
          </w:tcPr>
          <w:p w14:paraId="5972F90E" w14:textId="77777777" w:rsidR="00E54E13" w:rsidRDefault="00000000">
            <w:pPr>
              <w:spacing w:before="30" w:after="30" w:line="230" w:lineRule="exact"/>
              <w:rPr>
                <w:rFonts w:hint="eastAsia"/>
              </w:rPr>
            </w:pPr>
            <w:r>
              <w:rPr>
                <w:sz w:val="17"/>
              </w:rPr>
              <w:t>[da compilare]</w:t>
            </w:r>
          </w:p>
        </w:tc>
        <w:tc>
          <w:tcPr>
            <w:tcW w:w="2098" w:type="dxa"/>
            <w:vAlign w:val="center"/>
          </w:tcPr>
          <w:p w14:paraId="2AC9720B" w14:textId="77777777" w:rsidR="00E54E13" w:rsidRDefault="00000000">
            <w:pPr>
              <w:spacing w:before="30" w:after="30" w:line="230" w:lineRule="exact"/>
              <w:rPr>
                <w:rFonts w:hint="eastAsia"/>
              </w:rPr>
            </w:pPr>
            <w:r>
              <w:rPr>
                <w:sz w:val="17"/>
              </w:rPr>
              <w:t>[da compilare]</w:t>
            </w:r>
          </w:p>
        </w:tc>
        <w:tc>
          <w:tcPr>
            <w:tcW w:w="2494" w:type="dxa"/>
            <w:vAlign w:val="center"/>
          </w:tcPr>
          <w:p w14:paraId="0D28CF50" w14:textId="77777777" w:rsidR="00E54E13" w:rsidRDefault="00000000">
            <w:pPr>
              <w:spacing w:before="30" w:after="30" w:line="230" w:lineRule="exact"/>
              <w:rPr>
                <w:rFonts w:hint="eastAsia"/>
              </w:rPr>
            </w:pPr>
            <w:r>
              <w:rPr>
                <w:sz w:val="17"/>
              </w:rPr>
              <w:t>[da compilare]</w:t>
            </w:r>
          </w:p>
        </w:tc>
      </w:tr>
    </w:tbl>
    <w:p w14:paraId="06E2B69B"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E477D22" w14:textId="77777777">
        <w:trPr>
          <w:cantSplit/>
          <w:trHeight w:val="386"/>
          <w:jc w:val="center"/>
        </w:trPr>
        <w:tc>
          <w:tcPr>
            <w:tcW w:w="2891" w:type="dxa"/>
            <w:shd w:val="clear" w:color="auto" w:fill="EDF3F9"/>
            <w:vAlign w:val="center"/>
          </w:tcPr>
          <w:p w14:paraId="42841513" w14:textId="77777777" w:rsidR="00E54E13" w:rsidRDefault="00000000">
            <w:pPr>
              <w:spacing w:before="30" w:after="30" w:line="236" w:lineRule="exact"/>
              <w:rPr>
                <w:rFonts w:hint="eastAsia"/>
              </w:rPr>
            </w:pPr>
            <w:r>
              <w:rPr>
                <w:b/>
                <w:sz w:val="18"/>
              </w:rPr>
              <w:t>Procedure conosciute</w:t>
            </w:r>
          </w:p>
        </w:tc>
        <w:tc>
          <w:tcPr>
            <w:tcW w:w="6860" w:type="dxa"/>
            <w:vAlign w:val="center"/>
          </w:tcPr>
          <w:p w14:paraId="60295FA7" w14:textId="77777777" w:rsidR="00E54E13" w:rsidRDefault="00000000">
            <w:pPr>
              <w:spacing w:before="30" w:after="30" w:line="236" w:lineRule="exact"/>
              <w:rPr>
                <w:rFonts w:hint="eastAsia"/>
              </w:rPr>
            </w:pPr>
            <w:sdt>
              <w:sdtPr>
                <w:alias w:val="codici, revisioni e modalità di verifica"/>
                <w:tag w:val="campo_61"/>
                <w:id w:val="100061"/>
                <w:text w:multiLine="1"/>
              </w:sdtPr>
              <w:sdtContent>
                <w:r>
                  <w:rPr>
                    <w:color w:val="007E87"/>
                    <w:sz w:val="19"/>
                  </w:rPr>
                  <w:t>[codici, revisioni e modalità di verifica]</w:t>
                </w:r>
              </w:sdtContent>
            </w:sdt>
          </w:p>
        </w:tc>
      </w:tr>
      <w:tr w:rsidR="00E54E13" w14:paraId="0768E27D" w14:textId="77777777">
        <w:trPr>
          <w:cantSplit/>
          <w:trHeight w:val="386"/>
          <w:jc w:val="center"/>
        </w:trPr>
        <w:tc>
          <w:tcPr>
            <w:tcW w:w="2891" w:type="dxa"/>
            <w:shd w:val="clear" w:color="auto" w:fill="EDF3F9"/>
            <w:vAlign w:val="center"/>
          </w:tcPr>
          <w:p w14:paraId="079857AC" w14:textId="77777777" w:rsidR="00E54E13" w:rsidRDefault="00000000">
            <w:pPr>
              <w:spacing w:before="30" w:after="30" w:line="236" w:lineRule="exact"/>
              <w:rPr>
                <w:rFonts w:hint="eastAsia"/>
              </w:rPr>
            </w:pPr>
            <w:r>
              <w:rPr>
                <w:b/>
                <w:sz w:val="18"/>
              </w:rPr>
              <w:t>Addestramenti documentati</w:t>
            </w:r>
          </w:p>
        </w:tc>
        <w:tc>
          <w:tcPr>
            <w:tcW w:w="6860" w:type="dxa"/>
            <w:shd w:val="clear" w:color="auto" w:fill="F6F8FA"/>
            <w:vAlign w:val="center"/>
          </w:tcPr>
          <w:p w14:paraId="7A681E8C" w14:textId="77777777" w:rsidR="00E54E13" w:rsidRDefault="00000000">
            <w:pPr>
              <w:spacing w:before="30" w:after="30" w:line="236" w:lineRule="exact"/>
              <w:rPr>
                <w:rFonts w:hint="eastAsia"/>
              </w:rPr>
            </w:pPr>
            <w:sdt>
              <w:sdtPr>
                <w:alias w:val="richiami ai registri e alle osservazioni"/>
                <w:tag w:val="campo_62"/>
                <w:id w:val="100062"/>
                <w:text w:multiLine="1"/>
              </w:sdtPr>
              <w:sdtContent>
                <w:r>
                  <w:rPr>
                    <w:color w:val="007E87"/>
                    <w:sz w:val="19"/>
                  </w:rPr>
                  <w:t>[richiami ai registri e alle osservazioni]</w:t>
                </w:r>
              </w:sdtContent>
            </w:sdt>
          </w:p>
        </w:tc>
      </w:tr>
      <w:tr w:rsidR="00E54E13" w14:paraId="4674E88C" w14:textId="77777777">
        <w:trPr>
          <w:cantSplit/>
          <w:trHeight w:val="386"/>
          <w:jc w:val="center"/>
        </w:trPr>
        <w:tc>
          <w:tcPr>
            <w:tcW w:w="2891" w:type="dxa"/>
            <w:shd w:val="clear" w:color="auto" w:fill="EDF3F9"/>
            <w:vAlign w:val="center"/>
          </w:tcPr>
          <w:p w14:paraId="5DC5922D" w14:textId="77777777" w:rsidR="00E54E13" w:rsidRDefault="00000000">
            <w:pPr>
              <w:spacing w:before="30" w:after="30" w:line="236" w:lineRule="exact"/>
              <w:rPr>
                <w:rFonts w:hint="eastAsia"/>
              </w:rPr>
            </w:pPr>
            <w:r>
              <w:rPr>
                <w:b/>
                <w:sz w:val="18"/>
              </w:rPr>
              <w:t>Restrizioni pertinenti</w:t>
            </w:r>
          </w:p>
        </w:tc>
        <w:tc>
          <w:tcPr>
            <w:tcW w:w="6860" w:type="dxa"/>
            <w:vAlign w:val="center"/>
          </w:tcPr>
          <w:p w14:paraId="7F85AE19" w14:textId="77777777" w:rsidR="00E54E13" w:rsidRDefault="00000000">
            <w:pPr>
              <w:spacing w:before="30" w:after="30" w:line="236" w:lineRule="exact"/>
              <w:rPr>
                <w:rFonts w:hint="eastAsia"/>
              </w:rPr>
            </w:pPr>
            <w:sdt>
              <w:sdtPr>
                <w:alias w:val="solo limitazioni operative necessarie, se applicabili"/>
                <w:tag w:val="campo_63"/>
                <w:id w:val="100063"/>
                <w:text w:multiLine="1"/>
              </w:sdtPr>
              <w:sdtContent>
                <w:r>
                  <w:rPr>
                    <w:color w:val="007E87"/>
                    <w:sz w:val="19"/>
                  </w:rPr>
                  <w:t>[solo limitazioni operative necessarie, se applicabili]</w:t>
                </w:r>
              </w:sdtContent>
            </w:sdt>
          </w:p>
        </w:tc>
      </w:tr>
    </w:tbl>
    <w:p w14:paraId="0E0A1941" w14:textId="77777777" w:rsidR="00E54E13" w:rsidRDefault="00E54E13">
      <w:pPr>
        <w:spacing w:after="40" w:line="40" w:lineRule="exact"/>
        <w:rPr>
          <w:rFonts w:hint="eastAsia"/>
        </w:rPr>
      </w:pPr>
    </w:p>
    <w:p w14:paraId="347796A6" w14:textId="77777777" w:rsidR="00E54E13" w:rsidRDefault="00000000">
      <w:pPr>
        <w:pStyle w:val="Titolo3"/>
      </w:pPr>
      <w:r>
        <w:t>Documenti allegati e lacune da colmare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769E39C4" w14:textId="77777777">
        <w:trPr>
          <w:cantSplit/>
          <w:trHeight w:val="658"/>
          <w:jc w:val="center"/>
        </w:trPr>
        <w:tc>
          <w:tcPr>
            <w:tcW w:w="9751" w:type="dxa"/>
            <w:vAlign w:val="center"/>
          </w:tcPr>
          <w:p w14:paraId="6ADB3572" w14:textId="77777777" w:rsidR="00E54E13" w:rsidRDefault="00000000">
            <w:pPr>
              <w:spacing w:before="30" w:after="30" w:line="234" w:lineRule="exact"/>
              <w:rPr>
                <w:rFonts w:hint="eastAsia"/>
              </w:rPr>
            </w:pPr>
            <w:sdt>
              <w:sdtPr>
                <w:alias w:val="compilare o richiamare un allegato identificato"/>
                <w:tag w:val="campo_64"/>
                <w:id w:val="100064"/>
                <w:text w:multiLine="1"/>
              </w:sdtPr>
              <w:sdtContent>
                <w:r>
                  <w:rPr>
                    <w:color w:val="007E87"/>
                    <w:sz w:val="19"/>
                  </w:rPr>
                  <w:t>[compilare o richiamare un allegato identificato]</w:t>
                </w:r>
              </w:sdtContent>
            </w:sdt>
          </w:p>
        </w:tc>
      </w:tr>
    </w:tbl>
    <w:p w14:paraId="2F1B0F0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1B58D3E" w14:textId="77777777">
        <w:trPr>
          <w:tblHeader/>
          <w:jc w:val="center"/>
        </w:trPr>
        <w:tc>
          <w:tcPr>
            <w:tcW w:w="3250" w:type="dxa"/>
            <w:shd w:val="clear" w:color="auto" w:fill="12324B"/>
          </w:tcPr>
          <w:p w14:paraId="3C1BB4D7"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0DF57247"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1C2DBCED" w14:textId="77777777" w:rsidR="00E54E13" w:rsidRDefault="00000000">
            <w:pPr>
              <w:spacing w:before="30" w:after="30" w:line="228" w:lineRule="exact"/>
              <w:rPr>
                <w:rFonts w:hint="eastAsia"/>
              </w:rPr>
            </w:pPr>
            <w:r>
              <w:rPr>
                <w:b/>
                <w:color w:val="FFFFFF"/>
                <w:sz w:val="17"/>
              </w:rPr>
              <w:t>Data</w:t>
            </w:r>
          </w:p>
        </w:tc>
      </w:tr>
      <w:tr w:rsidR="00E54E13" w14:paraId="08616550" w14:textId="77777777">
        <w:trPr>
          <w:cantSplit/>
          <w:trHeight w:val="567"/>
          <w:jc w:val="center"/>
        </w:trPr>
        <w:tc>
          <w:tcPr>
            <w:tcW w:w="3250" w:type="dxa"/>
            <w:vAlign w:val="center"/>
          </w:tcPr>
          <w:p w14:paraId="4CF83F6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AA4BE2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D210FA1" w14:textId="77777777" w:rsidR="00E54E13" w:rsidRDefault="00000000">
            <w:pPr>
              <w:spacing w:before="30" w:after="30" w:line="228" w:lineRule="exact"/>
              <w:rPr>
                <w:rFonts w:hint="eastAsia"/>
              </w:rPr>
            </w:pPr>
            <w:r>
              <w:rPr>
                <w:sz w:val="17"/>
              </w:rPr>
              <w:t>____ / ____ / ______</w:t>
            </w:r>
          </w:p>
        </w:tc>
      </w:tr>
    </w:tbl>
    <w:p w14:paraId="1B786F07" w14:textId="77777777" w:rsidR="00E54E13" w:rsidRDefault="00E54E13">
      <w:pPr>
        <w:spacing w:after="40" w:line="40" w:lineRule="exact"/>
        <w:rPr>
          <w:rFonts w:hint="eastAsia"/>
        </w:rPr>
      </w:pPr>
    </w:p>
    <w:p w14:paraId="76482586" w14:textId="77777777" w:rsidR="00E54E13" w:rsidRDefault="00000000">
      <w:pPr>
        <w:pStyle w:val="Source"/>
        <w:rPr>
          <w:rFonts w:hint="eastAsia"/>
        </w:rPr>
      </w:pPr>
      <w:r>
        <w:t>Modello originale [AZ]. Base: INAIL 2026, pp. 1–2 e 5. I campi vuoti non costituiscono una verifica positiva.</w:t>
      </w:r>
    </w:p>
    <w:p w14:paraId="48D4788B" w14:textId="77777777" w:rsidR="00E54E13" w:rsidRDefault="00000000">
      <w:pPr>
        <w:pStyle w:val="Eyebrow"/>
        <w:keepNext/>
        <w:pageBreakBefore/>
        <w:rPr>
          <w:rFonts w:hint="eastAsia"/>
        </w:rPr>
      </w:pPr>
      <w:r>
        <w:t>PARTE II  /  ALLEGATO OPERATIVO [AZ]</w:t>
      </w:r>
    </w:p>
    <w:p w14:paraId="1A2157DF" w14:textId="77777777" w:rsidR="00E54E13" w:rsidRDefault="00000000">
      <w:pPr>
        <w:pStyle w:val="Titolo1"/>
      </w:pPr>
      <w:bookmarkStart w:id="34" w:name="B35_A04"/>
      <w:r>
        <w:t>A04  Valutazione dei requisiti PES/PAV</w:t>
      </w:r>
      <w:bookmarkEnd w:id="34"/>
    </w:p>
    <w:p w14:paraId="0C34C4A8" w14:textId="77777777" w:rsidR="00E54E13" w:rsidRDefault="00000000">
      <w:pPr>
        <w:pStyle w:val="FormHint"/>
        <w:rPr>
          <w:rFonts w:hint="eastAsia"/>
        </w:rPr>
      </w:pPr>
      <w:r>
        <w:t>Scheda 1 di 2. Esame delle evidenze. La scheda non attribuisce la qualifica prima della decisione del datore di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D903140" w14:textId="77777777">
        <w:trPr>
          <w:cantSplit/>
          <w:trHeight w:val="346"/>
          <w:jc w:val="center"/>
        </w:trPr>
        <w:tc>
          <w:tcPr>
            <w:tcW w:w="2891" w:type="dxa"/>
            <w:shd w:val="clear" w:color="auto" w:fill="EDF3F9"/>
            <w:vAlign w:val="center"/>
          </w:tcPr>
          <w:p w14:paraId="5F690ED0" w14:textId="77777777" w:rsidR="00E54E13" w:rsidRDefault="00000000">
            <w:pPr>
              <w:spacing w:before="30" w:after="30" w:line="236" w:lineRule="exact"/>
              <w:rPr>
                <w:rFonts w:hint="eastAsia"/>
              </w:rPr>
            </w:pPr>
            <w:r>
              <w:rPr>
                <w:b/>
                <w:sz w:val="18"/>
              </w:rPr>
              <w:t>Azienda / unità</w:t>
            </w:r>
          </w:p>
        </w:tc>
        <w:tc>
          <w:tcPr>
            <w:tcW w:w="6860" w:type="dxa"/>
            <w:vAlign w:val="center"/>
          </w:tcPr>
          <w:p w14:paraId="5C6A1ABA" w14:textId="77777777" w:rsidR="00E54E13" w:rsidRDefault="00000000">
            <w:pPr>
              <w:spacing w:before="30" w:after="30" w:line="236" w:lineRule="exact"/>
              <w:rPr>
                <w:rFonts w:hint="eastAsia"/>
              </w:rPr>
            </w:pPr>
            <w:sdt>
              <w:sdtPr>
                <w:alias w:val="ragione sociale e sede"/>
                <w:tag w:val="campo_66"/>
                <w:id w:val="100066"/>
                <w:text w:multiLine="1"/>
              </w:sdtPr>
              <w:sdtContent>
                <w:r>
                  <w:rPr>
                    <w:color w:val="007E87"/>
                    <w:sz w:val="19"/>
                  </w:rPr>
                  <w:t>[ragione sociale e sede]</w:t>
                </w:r>
              </w:sdtContent>
            </w:sdt>
          </w:p>
        </w:tc>
      </w:tr>
      <w:tr w:rsidR="00E54E13" w14:paraId="50B38C77" w14:textId="77777777">
        <w:trPr>
          <w:cantSplit/>
          <w:trHeight w:val="346"/>
          <w:jc w:val="center"/>
        </w:trPr>
        <w:tc>
          <w:tcPr>
            <w:tcW w:w="2891" w:type="dxa"/>
            <w:shd w:val="clear" w:color="auto" w:fill="EDF3F9"/>
            <w:vAlign w:val="center"/>
          </w:tcPr>
          <w:p w14:paraId="4FBE62BA"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5DE6AC9" w14:textId="77777777" w:rsidR="00E54E13" w:rsidRDefault="00000000">
            <w:pPr>
              <w:spacing w:before="30" w:after="30" w:line="236" w:lineRule="exact"/>
              <w:rPr>
                <w:rFonts w:hint="eastAsia"/>
              </w:rPr>
            </w:pPr>
            <w:sdt>
              <w:sdtPr>
                <w:alias w:val="codice, revisione e data"/>
                <w:tag w:val="campo_67"/>
                <w:id w:val="100067"/>
                <w:text w:multiLine="1"/>
              </w:sdtPr>
              <w:sdtContent>
                <w:r>
                  <w:rPr>
                    <w:color w:val="007E87"/>
                    <w:sz w:val="19"/>
                  </w:rPr>
                  <w:t>[codice, revisione e data]</w:t>
                </w:r>
              </w:sdtContent>
            </w:sdt>
          </w:p>
        </w:tc>
      </w:tr>
      <w:tr w:rsidR="00E54E13" w14:paraId="3C0C218C" w14:textId="77777777">
        <w:trPr>
          <w:cantSplit/>
          <w:trHeight w:val="346"/>
          <w:jc w:val="center"/>
        </w:trPr>
        <w:tc>
          <w:tcPr>
            <w:tcW w:w="2891" w:type="dxa"/>
            <w:shd w:val="clear" w:color="auto" w:fill="EDF3F9"/>
            <w:vAlign w:val="center"/>
          </w:tcPr>
          <w:p w14:paraId="13209D35"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653BA3E9" w14:textId="77777777" w:rsidR="00E54E13" w:rsidRDefault="00000000">
            <w:pPr>
              <w:spacing w:before="30" w:after="30" w:line="236" w:lineRule="exact"/>
              <w:rPr>
                <w:rFonts w:hint="eastAsia"/>
              </w:rPr>
            </w:pPr>
            <w:sdt>
              <w:sdtPr>
                <w:alias w:val="nome, matricola e mansione"/>
                <w:tag w:val="campo_68"/>
                <w:id w:val="100068"/>
                <w:text w:multiLine="1"/>
              </w:sdtPr>
              <w:sdtContent>
                <w:r>
                  <w:rPr>
                    <w:color w:val="007E87"/>
                    <w:sz w:val="19"/>
                  </w:rPr>
                  <w:t>[nome, matricola e mansione]</w:t>
                </w:r>
              </w:sdtContent>
            </w:sdt>
          </w:p>
        </w:tc>
      </w:tr>
    </w:tbl>
    <w:p w14:paraId="386FD40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CF6E261" w14:textId="77777777">
        <w:trPr>
          <w:cantSplit/>
          <w:trHeight w:val="386"/>
          <w:jc w:val="center"/>
        </w:trPr>
        <w:tc>
          <w:tcPr>
            <w:tcW w:w="2891" w:type="dxa"/>
            <w:shd w:val="clear" w:color="auto" w:fill="EDF3F9"/>
            <w:vAlign w:val="center"/>
          </w:tcPr>
          <w:p w14:paraId="3525ADB1" w14:textId="77777777" w:rsidR="00E54E13" w:rsidRDefault="00000000">
            <w:pPr>
              <w:spacing w:before="30" w:after="30" w:line="236" w:lineRule="exact"/>
              <w:rPr>
                <w:rFonts w:hint="eastAsia"/>
              </w:rPr>
            </w:pPr>
            <w:r>
              <w:rPr>
                <w:b/>
                <w:sz w:val="18"/>
              </w:rPr>
              <w:t>Ambito da valutare</w:t>
            </w:r>
          </w:p>
        </w:tc>
        <w:tc>
          <w:tcPr>
            <w:tcW w:w="6860" w:type="dxa"/>
            <w:vAlign w:val="center"/>
          </w:tcPr>
          <w:p w14:paraId="01852C08" w14:textId="77777777" w:rsidR="00E54E13" w:rsidRDefault="00000000">
            <w:pPr>
              <w:spacing w:before="30" w:after="30" w:line="236" w:lineRule="exact"/>
              <w:rPr>
                <w:rFonts w:hint="eastAsia"/>
              </w:rPr>
            </w:pPr>
            <w:sdt>
              <w:sdtPr>
                <w:alias w:val="attività, impianti e limiti"/>
                <w:tag w:val="campo_69"/>
                <w:id w:val="100069"/>
                <w:text w:multiLine="1"/>
              </w:sdtPr>
              <w:sdtContent>
                <w:r>
                  <w:rPr>
                    <w:color w:val="007E87"/>
                    <w:sz w:val="19"/>
                  </w:rPr>
                  <w:t>[attività, impianti e limiti]</w:t>
                </w:r>
              </w:sdtContent>
            </w:sdt>
          </w:p>
        </w:tc>
      </w:tr>
      <w:tr w:rsidR="00E54E13" w14:paraId="085CE39A" w14:textId="77777777">
        <w:trPr>
          <w:cantSplit/>
          <w:trHeight w:val="386"/>
          <w:jc w:val="center"/>
        </w:trPr>
        <w:tc>
          <w:tcPr>
            <w:tcW w:w="2891" w:type="dxa"/>
            <w:shd w:val="clear" w:color="auto" w:fill="EDF3F9"/>
            <w:vAlign w:val="center"/>
          </w:tcPr>
          <w:p w14:paraId="56579B46" w14:textId="77777777" w:rsidR="00E54E13" w:rsidRDefault="00000000">
            <w:pPr>
              <w:spacing w:before="30" w:after="30" w:line="236" w:lineRule="exact"/>
              <w:rPr>
                <w:rFonts w:hint="eastAsia"/>
              </w:rPr>
            </w:pPr>
            <w:r>
              <w:rPr>
                <w:b/>
                <w:sz w:val="18"/>
              </w:rPr>
              <w:t>Valutatore tecnico</w:t>
            </w:r>
          </w:p>
        </w:tc>
        <w:tc>
          <w:tcPr>
            <w:tcW w:w="6860" w:type="dxa"/>
            <w:shd w:val="clear" w:color="auto" w:fill="F6F8FA"/>
            <w:vAlign w:val="center"/>
          </w:tcPr>
          <w:p w14:paraId="79ECB15B" w14:textId="77777777" w:rsidR="00E54E13" w:rsidRDefault="00000000">
            <w:pPr>
              <w:spacing w:before="30" w:after="30" w:line="236" w:lineRule="exact"/>
              <w:rPr>
                <w:rFonts w:hint="eastAsia"/>
              </w:rPr>
            </w:pPr>
            <w:sdt>
              <w:sdtPr>
                <w:alias w:val="nominativo, funzione e competenza pertinente"/>
                <w:tag w:val="campo_70"/>
                <w:id w:val="100070"/>
                <w:text w:multiLine="1"/>
              </w:sdtPr>
              <w:sdtContent>
                <w:r>
                  <w:rPr>
                    <w:color w:val="007E87"/>
                    <w:sz w:val="19"/>
                  </w:rPr>
                  <w:t>[nominativo, funzione e competenza pertinente]</w:t>
                </w:r>
              </w:sdtContent>
            </w:sdt>
          </w:p>
        </w:tc>
      </w:tr>
    </w:tbl>
    <w:p w14:paraId="6E94420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041"/>
        <w:gridCol w:w="4649"/>
        <w:gridCol w:w="3061"/>
      </w:tblGrid>
      <w:tr w:rsidR="00E54E13" w14:paraId="4AADEE83" w14:textId="77777777">
        <w:trPr>
          <w:tblHeader/>
          <w:jc w:val="center"/>
        </w:trPr>
        <w:tc>
          <w:tcPr>
            <w:tcW w:w="2041" w:type="dxa"/>
            <w:shd w:val="clear" w:color="auto" w:fill="12324B"/>
          </w:tcPr>
          <w:p w14:paraId="48B580B3" w14:textId="77777777" w:rsidR="00E54E13" w:rsidRDefault="00000000">
            <w:pPr>
              <w:spacing w:before="30" w:after="30" w:line="232" w:lineRule="exact"/>
              <w:rPr>
                <w:rFonts w:hint="eastAsia"/>
              </w:rPr>
            </w:pPr>
            <w:r>
              <w:rPr>
                <w:b/>
                <w:color w:val="FFFFFF"/>
                <w:sz w:val="18"/>
              </w:rPr>
              <w:t>Area</w:t>
            </w:r>
          </w:p>
        </w:tc>
        <w:tc>
          <w:tcPr>
            <w:tcW w:w="4649" w:type="dxa"/>
            <w:shd w:val="clear" w:color="auto" w:fill="12324B"/>
          </w:tcPr>
          <w:p w14:paraId="76172692" w14:textId="77777777" w:rsidR="00E54E13" w:rsidRDefault="00000000">
            <w:pPr>
              <w:spacing w:before="30" w:after="30" w:line="232" w:lineRule="exact"/>
              <w:rPr>
                <w:rFonts w:hint="eastAsia"/>
              </w:rPr>
            </w:pPr>
            <w:r>
              <w:rPr>
                <w:b/>
                <w:color w:val="FFFFFF"/>
                <w:sz w:val="18"/>
              </w:rPr>
              <w:t>Elementi osservati / evidenze</w:t>
            </w:r>
          </w:p>
        </w:tc>
        <w:tc>
          <w:tcPr>
            <w:tcW w:w="3061" w:type="dxa"/>
            <w:shd w:val="clear" w:color="auto" w:fill="12324B"/>
          </w:tcPr>
          <w:p w14:paraId="712F9D2E" w14:textId="77777777" w:rsidR="00E54E13" w:rsidRDefault="00000000">
            <w:pPr>
              <w:spacing w:before="30" w:after="30" w:line="232" w:lineRule="exact"/>
              <w:rPr>
                <w:rFonts w:hint="eastAsia"/>
              </w:rPr>
            </w:pPr>
            <w:r>
              <w:rPr>
                <w:b/>
                <w:color w:val="FFFFFF"/>
                <w:sz w:val="18"/>
              </w:rPr>
              <w:t>Esito motivato</w:t>
            </w:r>
          </w:p>
        </w:tc>
      </w:tr>
      <w:tr w:rsidR="00E54E13" w14:paraId="6D9FBBE4" w14:textId="77777777">
        <w:trPr>
          <w:cantSplit/>
          <w:trHeight w:val="992"/>
          <w:jc w:val="center"/>
        </w:trPr>
        <w:tc>
          <w:tcPr>
            <w:tcW w:w="2041" w:type="dxa"/>
            <w:vAlign w:val="center"/>
          </w:tcPr>
          <w:p w14:paraId="0DA3FAB9" w14:textId="77777777" w:rsidR="00E54E13" w:rsidRDefault="00000000">
            <w:pPr>
              <w:spacing w:before="30" w:after="30" w:line="232" w:lineRule="exact"/>
              <w:rPr>
                <w:rFonts w:hint="eastAsia"/>
              </w:rPr>
            </w:pPr>
            <w:r>
              <w:rPr>
                <w:sz w:val="18"/>
              </w:rPr>
              <w:t>Istruzione</w:t>
            </w:r>
          </w:p>
        </w:tc>
        <w:tc>
          <w:tcPr>
            <w:tcW w:w="4649" w:type="dxa"/>
            <w:vAlign w:val="center"/>
          </w:tcPr>
          <w:p w14:paraId="66D64A98" w14:textId="77777777" w:rsidR="00E54E13" w:rsidRDefault="00000000">
            <w:pPr>
              <w:spacing w:before="30" w:after="30" w:line="232" w:lineRule="exact"/>
              <w:rPr>
                <w:rFonts w:hint="eastAsia"/>
              </w:rPr>
            </w:pPr>
            <w:r>
              <w:rPr>
                <w:sz w:val="18"/>
              </w:rPr>
              <w:t>Conoscenza impianti, norme, procedure e rischi: [compilare]</w:t>
            </w:r>
          </w:p>
        </w:tc>
        <w:tc>
          <w:tcPr>
            <w:tcW w:w="3061" w:type="dxa"/>
            <w:vAlign w:val="center"/>
          </w:tcPr>
          <w:p w14:paraId="45F89CAF" w14:textId="77777777" w:rsidR="00E54E13" w:rsidRDefault="00000000">
            <w:pPr>
              <w:spacing w:before="30" w:after="30" w:line="232" w:lineRule="exact"/>
              <w:rPr>
                <w:rFonts w:hint="eastAsia"/>
              </w:rPr>
            </w:pPr>
            <w:r>
              <w:rPr>
                <w:sz w:val="18"/>
              </w:rPr>
              <w:t>[ ] Completa per l’ambito</w:t>
            </w:r>
            <w:r>
              <w:rPr>
                <w:sz w:val="18"/>
              </w:rPr>
              <w:br/>
              <w:t>[ ] Parziale</w:t>
            </w:r>
            <w:r>
              <w:rPr>
                <w:sz w:val="18"/>
              </w:rPr>
              <w:br/>
              <w:t>[ ] Non dimostrata</w:t>
            </w:r>
          </w:p>
        </w:tc>
      </w:tr>
      <w:tr w:rsidR="00E54E13" w14:paraId="2EC219F0" w14:textId="77777777">
        <w:trPr>
          <w:cantSplit/>
          <w:trHeight w:val="992"/>
          <w:jc w:val="center"/>
        </w:trPr>
        <w:tc>
          <w:tcPr>
            <w:tcW w:w="2041" w:type="dxa"/>
            <w:shd w:val="clear" w:color="auto" w:fill="F6F8FA"/>
            <w:vAlign w:val="center"/>
          </w:tcPr>
          <w:p w14:paraId="23F7FD43" w14:textId="77777777" w:rsidR="00E54E13" w:rsidRDefault="00000000">
            <w:pPr>
              <w:spacing w:before="30" w:after="30" w:line="232" w:lineRule="exact"/>
              <w:rPr>
                <w:rFonts w:hint="eastAsia"/>
              </w:rPr>
            </w:pPr>
            <w:r>
              <w:rPr>
                <w:sz w:val="18"/>
              </w:rPr>
              <w:t>Esperienza</w:t>
            </w:r>
          </w:p>
        </w:tc>
        <w:tc>
          <w:tcPr>
            <w:tcW w:w="4649" w:type="dxa"/>
            <w:shd w:val="clear" w:color="auto" w:fill="F6F8FA"/>
            <w:vAlign w:val="center"/>
          </w:tcPr>
          <w:p w14:paraId="7BBBA850" w14:textId="77777777" w:rsidR="00E54E13" w:rsidRDefault="00000000">
            <w:pPr>
              <w:spacing w:before="30" w:after="30" w:line="232" w:lineRule="exact"/>
              <w:rPr>
                <w:rFonts w:hint="eastAsia"/>
              </w:rPr>
            </w:pPr>
            <w:r>
              <w:rPr>
                <w:sz w:val="18"/>
              </w:rPr>
              <w:t>Lavori conosciuti, situazioni ordinarie e non ricorrenti: [compilare]</w:t>
            </w:r>
          </w:p>
        </w:tc>
        <w:tc>
          <w:tcPr>
            <w:tcW w:w="3061" w:type="dxa"/>
            <w:shd w:val="clear" w:color="auto" w:fill="F6F8FA"/>
            <w:vAlign w:val="center"/>
          </w:tcPr>
          <w:p w14:paraId="6934EF02" w14:textId="77777777" w:rsidR="00E54E13" w:rsidRDefault="00000000">
            <w:pPr>
              <w:spacing w:before="30" w:after="30" w:line="232" w:lineRule="exact"/>
              <w:rPr>
                <w:rFonts w:hint="eastAsia"/>
              </w:rPr>
            </w:pPr>
            <w:r>
              <w:rPr>
                <w:sz w:val="18"/>
              </w:rPr>
              <w:t>[ ] Completa per l’ambito</w:t>
            </w:r>
            <w:r>
              <w:rPr>
                <w:sz w:val="18"/>
              </w:rPr>
              <w:br/>
              <w:t>[ ] Parziale</w:t>
            </w:r>
            <w:r>
              <w:rPr>
                <w:sz w:val="18"/>
              </w:rPr>
              <w:br/>
              <w:t>[ ] Non dimostrata</w:t>
            </w:r>
          </w:p>
        </w:tc>
      </w:tr>
      <w:tr w:rsidR="00E54E13" w14:paraId="1A25D47C" w14:textId="77777777">
        <w:trPr>
          <w:cantSplit/>
          <w:trHeight w:val="992"/>
          <w:jc w:val="center"/>
        </w:trPr>
        <w:tc>
          <w:tcPr>
            <w:tcW w:w="2041" w:type="dxa"/>
            <w:vAlign w:val="center"/>
          </w:tcPr>
          <w:p w14:paraId="6769C97A" w14:textId="77777777" w:rsidR="00E54E13" w:rsidRDefault="00000000">
            <w:pPr>
              <w:spacing w:before="30" w:after="30" w:line="232" w:lineRule="exact"/>
              <w:rPr>
                <w:rFonts w:hint="eastAsia"/>
              </w:rPr>
            </w:pPr>
            <w:r>
              <w:rPr>
                <w:sz w:val="18"/>
              </w:rPr>
              <w:t>Caratteristiche personali</w:t>
            </w:r>
          </w:p>
        </w:tc>
        <w:tc>
          <w:tcPr>
            <w:tcW w:w="4649" w:type="dxa"/>
            <w:vAlign w:val="center"/>
          </w:tcPr>
          <w:p w14:paraId="60633D7C" w14:textId="77777777" w:rsidR="00E54E13" w:rsidRDefault="00000000">
            <w:pPr>
              <w:spacing w:before="30" w:after="30" w:line="232" w:lineRule="exact"/>
              <w:rPr>
                <w:rFonts w:hint="eastAsia"/>
              </w:rPr>
            </w:pPr>
            <w:r>
              <w:rPr>
                <w:sz w:val="18"/>
              </w:rPr>
              <w:t>Attenzione, equilibrio, precisione, affidabilità: [osservazioni]</w:t>
            </w:r>
          </w:p>
        </w:tc>
        <w:tc>
          <w:tcPr>
            <w:tcW w:w="3061" w:type="dxa"/>
            <w:vAlign w:val="center"/>
          </w:tcPr>
          <w:p w14:paraId="5A3ABB07" w14:textId="77777777" w:rsidR="00E54E13" w:rsidRDefault="00000000">
            <w:pPr>
              <w:spacing w:before="30" w:after="30" w:line="232" w:lineRule="exact"/>
              <w:rPr>
                <w:rFonts w:hint="eastAsia"/>
              </w:rPr>
            </w:pPr>
            <w:r>
              <w:rPr>
                <w:sz w:val="18"/>
              </w:rPr>
              <w:t>[ ] Adeguate</w:t>
            </w:r>
            <w:r>
              <w:rPr>
                <w:sz w:val="18"/>
              </w:rPr>
              <w:br/>
              <w:t>[ ] Da approfondire</w:t>
            </w:r>
            <w:r>
              <w:rPr>
                <w:sz w:val="18"/>
              </w:rPr>
              <w:br/>
              <w:t>[ ] Non adeguate</w:t>
            </w:r>
          </w:p>
        </w:tc>
      </w:tr>
    </w:tbl>
    <w:p w14:paraId="385563D3" w14:textId="77777777" w:rsidR="00E54E13" w:rsidRDefault="00E54E13">
      <w:pPr>
        <w:spacing w:after="40" w:line="40" w:lineRule="exact"/>
        <w:rPr>
          <w:rFonts w:hint="eastAsia"/>
        </w:rPr>
      </w:pPr>
    </w:p>
    <w:p w14:paraId="3EE37A22" w14:textId="77777777" w:rsidR="00E54E13" w:rsidRDefault="00000000">
      <w:pPr>
        <w:pStyle w:val="Titolo3"/>
      </w:pPr>
      <w:r>
        <w:t>Verifiche utilizzate</w:t>
      </w:r>
    </w:p>
    <w:p w14:paraId="37D13415" w14:textId="77777777" w:rsidR="00E54E13" w:rsidRDefault="00000000">
      <w:pPr>
        <w:rPr>
          <w:rFonts w:hint="eastAsia"/>
        </w:rPr>
      </w:pPr>
      <w:r>
        <w:t>[ ] Colloquio tecnico   [ ] Documentazione formativa   [ ] Prova pratica</w:t>
      </w:r>
      <w:r>
        <w:br/>
        <w:t>[ ] Osservazione sul lavoro   [ ] Confronto con tutor   [ ] Altro: __________________</w:t>
      </w:r>
    </w:p>
    <w:p w14:paraId="6FC7D946" w14:textId="77777777" w:rsidR="00E54E13" w:rsidRDefault="00000000">
      <w:pPr>
        <w:pStyle w:val="Titolo3"/>
      </w:pPr>
      <w:r>
        <w:t>Elementi non dimostrati e condizioni da approfondire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25D57D1D" w14:textId="77777777">
        <w:trPr>
          <w:cantSplit/>
          <w:trHeight w:val="658"/>
          <w:jc w:val="center"/>
        </w:trPr>
        <w:tc>
          <w:tcPr>
            <w:tcW w:w="9751" w:type="dxa"/>
            <w:vAlign w:val="center"/>
          </w:tcPr>
          <w:p w14:paraId="60E755DA" w14:textId="77777777" w:rsidR="00E54E13" w:rsidRDefault="00000000">
            <w:pPr>
              <w:spacing w:before="30" w:after="30" w:line="234" w:lineRule="exact"/>
              <w:rPr>
                <w:rFonts w:hint="eastAsia"/>
              </w:rPr>
            </w:pPr>
            <w:sdt>
              <w:sdtPr>
                <w:alias w:val="compilare o richiamare un allegato identificato"/>
                <w:tag w:val="campo_71"/>
                <w:id w:val="100071"/>
                <w:text w:multiLine="1"/>
              </w:sdtPr>
              <w:sdtContent>
                <w:r>
                  <w:rPr>
                    <w:color w:val="007E87"/>
                    <w:sz w:val="19"/>
                  </w:rPr>
                  <w:t>[compilare o richiamare un allegato identificato]</w:t>
                </w:r>
              </w:sdtContent>
            </w:sdt>
          </w:p>
        </w:tc>
      </w:tr>
    </w:tbl>
    <w:p w14:paraId="0A2D911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9008685" w14:textId="77777777">
        <w:trPr>
          <w:tblHeader/>
          <w:jc w:val="center"/>
        </w:trPr>
        <w:tc>
          <w:tcPr>
            <w:tcW w:w="3250" w:type="dxa"/>
            <w:shd w:val="clear" w:color="auto" w:fill="12324B"/>
          </w:tcPr>
          <w:p w14:paraId="1124B545"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484AC03A"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76BD58B1" w14:textId="77777777" w:rsidR="00E54E13" w:rsidRDefault="00000000">
            <w:pPr>
              <w:spacing w:before="30" w:after="30" w:line="228" w:lineRule="exact"/>
              <w:rPr>
                <w:rFonts w:hint="eastAsia"/>
              </w:rPr>
            </w:pPr>
            <w:r>
              <w:rPr>
                <w:b/>
                <w:color w:val="FFFFFF"/>
                <w:sz w:val="17"/>
              </w:rPr>
              <w:t>Data</w:t>
            </w:r>
          </w:p>
        </w:tc>
      </w:tr>
      <w:tr w:rsidR="00E54E13" w14:paraId="711421E6" w14:textId="77777777">
        <w:trPr>
          <w:cantSplit/>
          <w:trHeight w:val="567"/>
          <w:jc w:val="center"/>
        </w:trPr>
        <w:tc>
          <w:tcPr>
            <w:tcW w:w="3250" w:type="dxa"/>
            <w:vAlign w:val="center"/>
          </w:tcPr>
          <w:p w14:paraId="04357EDA"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3501F3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3C9D59A" w14:textId="77777777" w:rsidR="00E54E13" w:rsidRDefault="00000000">
            <w:pPr>
              <w:spacing w:before="30" w:after="30" w:line="228" w:lineRule="exact"/>
              <w:rPr>
                <w:rFonts w:hint="eastAsia"/>
              </w:rPr>
            </w:pPr>
            <w:r>
              <w:rPr>
                <w:sz w:val="17"/>
              </w:rPr>
              <w:t>____ / ____ / ______</w:t>
            </w:r>
          </w:p>
        </w:tc>
      </w:tr>
    </w:tbl>
    <w:p w14:paraId="2C657429" w14:textId="77777777" w:rsidR="00E54E13" w:rsidRDefault="00E54E13">
      <w:pPr>
        <w:spacing w:after="40" w:line="40" w:lineRule="exact"/>
        <w:rPr>
          <w:rFonts w:hint="eastAsia"/>
        </w:rPr>
      </w:pPr>
    </w:p>
    <w:p w14:paraId="4B260942" w14:textId="77777777" w:rsidR="00E54E13" w:rsidRDefault="00000000">
      <w:pPr>
        <w:pStyle w:val="Source"/>
        <w:rPr>
          <w:rFonts w:hint="eastAsia"/>
        </w:rPr>
      </w:pPr>
      <w:r>
        <w:t>Modello originale [AZ]. Base: INAIL 2026, pp. 1–2 e figura 1 a p. 4. I campi vuoti non costituiscono una verifica positiva.</w:t>
      </w:r>
    </w:p>
    <w:p w14:paraId="0D3E03F1" w14:textId="77777777" w:rsidR="00E54E13" w:rsidRDefault="00000000">
      <w:pPr>
        <w:pStyle w:val="Eyebrow"/>
        <w:keepNext/>
        <w:pageBreakBefore/>
        <w:rPr>
          <w:rFonts w:hint="eastAsia"/>
        </w:rPr>
      </w:pPr>
      <w:r>
        <w:t>PARTE II  /  ALLEGATO OPERATIVO [AZ]</w:t>
      </w:r>
    </w:p>
    <w:p w14:paraId="1F29FBA9" w14:textId="77777777" w:rsidR="00E54E13" w:rsidRDefault="00000000">
      <w:pPr>
        <w:pStyle w:val="Titolo1"/>
      </w:pPr>
      <w:bookmarkStart w:id="35" w:name="B36_A04"/>
      <w:r>
        <w:t>A04  Valutazione PES/PAV: proposta e decisione</w:t>
      </w:r>
      <w:bookmarkEnd w:id="35"/>
    </w:p>
    <w:p w14:paraId="28A84455" w14:textId="77777777" w:rsidR="00E54E13" w:rsidRDefault="00000000">
      <w:pPr>
        <w:pStyle w:val="FormHint"/>
        <w:rPr>
          <w:rFonts w:hint="eastAsia"/>
        </w:rPr>
      </w:pPr>
      <w:r>
        <w:t>Scheda 2 di 2. Collegare alla scheda delle evidenze. Non usare un punteggio totale come criterio automatico.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2E1F816" w14:textId="77777777">
        <w:trPr>
          <w:cantSplit/>
          <w:trHeight w:val="346"/>
          <w:jc w:val="center"/>
        </w:trPr>
        <w:tc>
          <w:tcPr>
            <w:tcW w:w="2891" w:type="dxa"/>
            <w:shd w:val="clear" w:color="auto" w:fill="EDF3F9"/>
            <w:vAlign w:val="center"/>
          </w:tcPr>
          <w:p w14:paraId="5A5244B9" w14:textId="77777777" w:rsidR="00E54E13" w:rsidRDefault="00000000">
            <w:pPr>
              <w:spacing w:before="30" w:after="30" w:line="236" w:lineRule="exact"/>
              <w:rPr>
                <w:rFonts w:hint="eastAsia"/>
              </w:rPr>
            </w:pPr>
            <w:r>
              <w:rPr>
                <w:b/>
                <w:sz w:val="18"/>
              </w:rPr>
              <w:t>Azienda / unità</w:t>
            </w:r>
          </w:p>
        </w:tc>
        <w:tc>
          <w:tcPr>
            <w:tcW w:w="6860" w:type="dxa"/>
            <w:vAlign w:val="center"/>
          </w:tcPr>
          <w:p w14:paraId="212350DD" w14:textId="77777777" w:rsidR="00E54E13" w:rsidRDefault="00000000">
            <w:pPr>
              <w:spacing w:before="30" w:after="30" w:line="236" w:lineRule="exact"/>
              <w:rPr>
                <w:rFonts w:hint="eastAsia"/>
              </w:rPr>
            </w:pPr>
            <w:sdt>
              <w:sdtPr>
                <w:alias w:val="ragione sociale e sede"/>
                <w:tag w:val="campo_73"/>
                <w:id w:val="100073"/>
                <w:text w:multiLine="1"/>
              </w:sdtPr>
              <w:sdtContent>
                <w:r>
                  <w:rPr>
                    <w:color w:val="007E87"/>
                    <w:sz w:val="19"/>
                  </w:rPr>
                  <w:t>[ragione sociale e sede]</w:t>
                </w:r>
              </w:sdtContent>
            </w:sdt>
          </w:p>
        </w:tc>
      </w:tr>
      <w:tr w:rsidR="00E54E13" w14:paraId="4B8558D5" w14:textId="77777777">
        <w:trPr>
          <w:cantSplit/>
          <w:trHeight w:val="346"/>
          <w:jc w:val="center"/>
        </w:trPr>
        <w:tc>
          <w:tcPr>
            <w:tcW w:w="2891" w:type="dxa"/>
            <w:shd w:val="clear" w:color="auto" w:fill="EDF3F9"/>
            <w:vAlign w:val="center"/>
          </w:tcPr>
          <w:p w14:paraId="11F760FA"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A500965" w14:textId="77777777" w:rsidR="00E54E13" w:rsidRDefault="00000000">
            <w:pPr>
              <w:spacing w:before="30" w:after="30" w:line="236" w:lineRule="exact"/>
              <w:rPr>
                <w:rFonts w:hint="eastAsia"/>
              </w:rPr>
            </w:pPr>
            <w:sdt>
              <w:sdtPr>
                <w:alias w:val="codice, revisione e data"/>
                <w:tag w:val="campo_74"/>
                <w:id w:val="100074"/>
                <w:text w:multiLine="1"/>
              </w:sdtPr>
              <w:sdtContent>
                <w:r>
                  <w:rPr>
                    <w:color w:val="007E87"/>
                    <w:sz w:val="19"/>
                  </w:rPr>
                  <w:t>[codice, revisione e data]</w:t>
                </w:r>
              </w:sdtContent>
            </w:sdt>
          </w:p>
        </w:tc>
      </w:tr>
      <w:tr w:rsidR="00E54E13" w14:paraId="4FC73251" w14:textId="77777777">
        <w:trPr>
          <w:cantSplit/>
          <w:trHeight w:val="346"/>
          <w:jc w:val="center"/>
        </w:trPr>
        <w:tc>
          <w:tcPr>
            <w:tcW w:w="2891" w:type="dxa"/>
            <w:shd w:val="clear" w:color="auto" w:fill="EDF3F9"/>
            <w:vAlign w:val="center"/>
          </w:tcPr>
          <w:p w14:paraId="55ADC7DB"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06D90CA8" w14:textId="77777777" w:rsidR="00E54E13" w:rsidRDefault="00000000">
            <w:pPr>
              <w:spacing w:before="30" w:after="30" w:line="236" w:lineRule="exact"/>
              <w:rPr>
                <w:rFonts w:hint="eastAsia"/>
              </w:rPr>
            </w:pPr>
            <w:sdt>
              <w:sdtPr>
                <w:alias w:val="nome, matricola e mansione"/>
                <w:tag w:val="campo_75"/>
                <w:id w:val="100075"/>
                <w:text w:multiLine="1"/>
              </w:sdtPr>
              <w:sdtContent>
                <w:r>
                  <w:rPr>
                    <w:color w:val="007E87"/>
                    <w:sz w:val="19"/>
                  </w:rPr>
                  <w:t>[nome, matricola e mansione]</w:t>
                </w:r>
              </w:sdtContent>
            </w:sdt>
          </w:p>
        </w:tc>
      </w:tr>
    </w:tbl>
    <w:p w14:paraId="27E22A7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72298A5" w14:textId="77777777">
        <w:trPr>
          <w:cantSplit/>
          <w:trHeight w:val="386"/>
          <w:jc w:val="center"/>
        </w:trPr>
        <w:tc>
          <w:tcPr>
            <w:tcW w:w="2891" w:type="dxa"/>
            <w:shd w:val="clear" w:color="auto" w:fill="EDF3F9"/>
            <w:vAlign w:val="center"/>
          </w:tcPr>
          <w:p w14:paraId="2A84C7D1" w14:textId="77777777" w:rsidR="00E54E13" w:rsidRDefault="00000000">
            <w:pPr>
              <w:spacing w:before="30" w:after="30" w:line="236" w:lineRule="exact"/>
              <w:rPr>
                <w:rFonts w:hint="eastAsia"/>
              </w:rPr>
            </w:pPr>
            <w:r>
              <w:rPr>
                <w:b/>
                <w:sz w:val="18"/>
              </w:rPr>
              <w:t>Riferimento evidenze</w:t>
            </w:r>
          </w:p>
        </w:tc>
        <w:tc>
          <w:tcPr>
            <w:tcW w:w="6860" w:type="dxa"/>
            <w:vAlign w:val="center"/>
          </w:tcPr>
          <w:p w14:paraId="42F25E90" w14:textId="77777777" w:rsidR="00E54E13" w:rsidRDefault="00000000">
            <w:pPr>
              <w:spacing w:before="30" w:after="30" w:line="236" w:lineRule="exact"/>
              <w:rPr>
                <w:rFonts w:hint="eastAsia"/>
              </w:rPr>
            </w:pPr>
            <w:sdt>
              <w:sdtPr>
                <w:alias w:val="codici delle schede A03–A07 e documenti"/>
                <w:tag w:val="campo_76"/>
                <w:id w:val="100076"/>
                <w:text w:multiLine="1"/>
              </w:sdtPr>
              <w:sdtContent>
                <w:r>
                  <w:rPr>
                    <w:color w:val="007E87"/>
                    <w:sz w:val="19"/>
                  </w:rPr>
                  <w:t>[codici delle schede A03–A07 e documenti]</w:t>
                </w:r>
              </w:sdtContent>
            </w:sdt>
          </w:p>
        </w:tc>
      </w:tr>
      <w:tr w:rsidR="00E54E13" w14:paraId="13A06488" w14:textId="77777777">
        <w:trPr>
          <w:cantSplit/>
          <w:trHeight w:val="386"/>
          <w:jc w:val="center"/>
        </w:trPr>
        <w:tc>
          <w:tcPr>
            <w:tcW w:w="2891" w:type="dxa"/>
            <w:shd w:val="clear" w:color="auto" w:fill="EDF3F9"/>
            <w:vAlign w:val="center"/>
          </w:tcPr>
          <w:p w14:paraId="3546E615" w14:textId="77777777" w:rsidR="00E54E13" w:rsidRDefault="00000000">
            <w:pPr>
              <w:spacing w:before="30" w:after="30" w:line="236" w:lineRule="exact"/>
              <w:rPr>
                <w:rFonts w:hint="eastAsia"/>
              </w:rPr>
            </w:pPr>
            <w:r>
              <w:rPr>
                <w:b/>
                <w:sz w:val="18"/>
              </w:rPr>
              <w:t>Ambito e attività considerate</w:t>
            </w:r>
          </w:p>
        </w:tc>
        <w:tc>
          <w:tcPr>
            <w:tcW w:w="6860" w:type="dxa"/>
            <w:shd w:val="clear" w:color="auto" w:fill="F6F8FA"/>
            <w:vAlign w:val="center"/>
          </w:tcPr>
          <w:p w14:paraId="7BF57BEE" w14:textId="77777777" w:rsidR="00E54E13" w:rsidRDefault="00000000">
            <w:pPr>
              <w:spacing w:before="30" w:after="30" w:line="236" w:lineRule="exact"/>
              <w:rPr>
                <w:rFonts w:hint="eastAsia"/>
              </w:rPr>
            </w:pPr>
            <w:sdt>
              <w:sdtPr>
                <w:alias w:val="descrizione puntuale"/>
                <w:tag w:val="campo_77"/>
                <w:id w:val="100077"/>
                <w:text w:multiLine="1"/>
              </w:sdtPr>
              <w:sdtContent>
                <w:r>
                  <w:rPr>
                    <w:color w:val="007E87"/>
                    <w:sz w:val="19"/>
                  </w:rPr>
                  <w:t>[descrizione puntuale]</w:t>
                </w:r>
              </w:sdtContent>
            </w:sdt>
          </w:p>
        </w:tc>
      </w:tr>
    </w:tbl>
    <w:p w14:paraId="0B3D6DAE" w14:textId="77777777" w:rsidR="00E54E13" w:rsidRDefault="00E54E13">
      <w:pPr>
        <w:spacing w:after="40" w:line="40" w:lineRule="exact"/>
        <w:rPr>
          <w:rFonts w:hint="eastAsia"/>
        </w:rPr>
      </w:pPr>
    </w:p>
    <w:p w14:paraId="4EA56F7F" w14:textId="77777777" w:rsidR="00E54E13" w:rsidRDefault="00000000">
      <w:pPr>
        <w:pStyle w:val="Titolo3"/>
      </w:pPr>
      <w:r>
        <w:t>Proposta tecnica motivata</w:t>
      </w:r>
    </w:p>
    <w:p w14:paraId="3BB33952" w14:textId="77777777" w:rsidR="00E54E13" w:rsidRDefault="00000000">
      <w:pPr>
        <w:rPr>
          <w:rFonts w:hint="eastAsia"/>
        </w:rPr>
      </w:pPr>
      <w:r>
        <w:t>[ ] Requisiti completi per PES nell’ambito indicato</w:t>
      </w:r>
      <w:r>
        <w:br/>
        <w:t>[ ] Condizione PAV adeguata per i compiti e le condizioni definite</w:t>
      </w:r>
      <w:r>
        <w:br/>
        <w:t>[ ] Requisiti non sufficienti per l’attribuzione</w:t>
      </w:r>
      <w:r>
        <w:br/>
        <w:t>[ ] Valutazione da completare prima di decidere</w:t>
      </w:r>
    </w:p>
    <w:p w14:paraId="65AAE4FD" w14:textId="77777777" w:rsidR="00E54E13" w:rsidRDefault="00000000">
      <w:pPr>
        <w:pStyle w:val="Titolo3"/>
      </w:pPr>
      <w:r>
        <w:t>Motivazione, limiti e condizioni operative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2368C03F" w14:textId="77777777">
        <w:trPr>
          <w:cantSplit/>
          <w:trHeight w:val="986"/>
          <w:jc w:val="center"/>
        </w:trPr>
        <w:tc>
          <w:tcPr>
            <w:tcW w:w="9751" w:type="dxa"/>
            <w:vAlign w:val="center"/>
          </w:tcPr>
          <w:p w14:paraId="681FB4D2" w14:textId="77777777" w:rsidR="00E54E13" w:rsidRDefault="00000000">
            <w:pPr>
              <w:spacing w:before="30" w:after="30" w:line="234" w:lineRule="exact"/>
              <w:rPr>
                <w:rFonts w:hint="eastAsia"/>
              </w:rPr>
            </w:pPr>
            <w:sdt>
              <w:sdtPr>
                <w:alias w:val="compilare o richiamare un allegato identificato"/>
                <w:tag w:val="campo_78"/>
                <w:id w:val="100078"/>
                <w:text w:multiLine="1"/>
              </w:sdtPr>
              <w:sdtContent>
                <w:r>
                  <w:rPr>
                    <w:color w:val="007E87"/>
                    <w:sz w:val="19"/>
                  </w:rPr>
                  <w:t>[compilare o richiamare un allegato identificato]</w:t>
                </w:r>
              </w:sdtContent>
            </w:sdt>
          </w:p>
        </w:tc>
      </w:tr>
    </w:tbl>
    <w:p w14:paraId="04A3F03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589D975" w14:textId="77777777">
        <w:trPr>
          <w:cantSplit/>
          <w:trHeight w:val="386"/>
          <w:jc w:val="center"/>
        </w:trPr>
        <w:tc>
          <w:tcPr>
            <w:tcW w:w="2891" w:type="dxa"/>
            <w:shd w:val="clear" w:color="auto" w:fill="EDF3F9"/>
            <w:vAlign w:val="center"/>
          </w:tcPr>
          <w:p w14:paraId="2042C107" w14:textId="77777777" w:rsidR="00E54E13" w:rsidRDefault="00000000">
            <w:pPr>
              <w:spacing w:before="30" w:after="30" w:line="236" w:lineRule="exact"/>
              <w:rPr>
                <w:rFonts w:hint="eastAsia"/>
              </w:rPr>
            </w:pPr>
            <w:r>
              <w:rPr>
                <w:b/>
                <w:sz w:val="18"/>
              </w:rPr>
              <w:t>Per PAV</w:t>
            </w:r>
          </w:p>
        </w:tc>
        <w:tc>
          <w:tcPr>
            <w:tcW w:w="6860" w:type="dxa"/>
            <w:vAlign w:val="center"/>
          </w:tcPr>
          <w:p w14:paraId="3BF3DD9E" w14:textId="77777777" w:rsidR="00E54E13" w:rsidRDefault="00000000">
            <w:pPr>
              <w:spacing w:before="30" w:after="30" w:line="236" w:lineRule="exact"/>
              <w:rPr>
                <w:rFonts w:hint="eastAsia"/>
              </w:rPr>
            </w:pPr>
            <w:sdt>
              <w:sdtPr>
                <w:alias w:val="PES informatrice, informazioni specifiche e controllo pertinente"/>
                <w:tag w:val="campo_79"/>
                <w:id w:val="100079"/>
                <w:text w:multiLine="1"/>
              </w:sdtPr>
              <w:sdtContent>
                <w:r>
                  <w:rPr>
                    <w:color w:val="007E87"/>
                    <w:sz w:val="19"/>
                  </w:rPr>
                  <w:t>[PES informatrice, informazioni specifiche e controllo pertinente]</w:t>
                </w:r>
              </w:sdtContent>
            </w:sdt>
          </w:p>
        </w:tc>
      </w:tr>
      <w:tr w:rsidR="00E54E13" w14:paraId="007F7DBC" w14:textId="77777777">
        <w:trPr>
          <w:cantSplit/>
          <w:trHeight w:val="386"/>
          <w:jc w:val="center"/>
        </w:trPr>
        <w:tc>
          <w:tcPr>
            <w:tcW w:w="2891" w:type="dxa"/>
            <w:shd w:val="clear" w:color="auto" w:fill="EDF3F9"/>
            <w:vAlign w:val="center"/>
          </w:tcPr>
          <w:p w14:paraId="646815EC" w14:textId="77777777" w:rsidR="00E54E13" w:rsidRDefault="00000000">
            <w:pPr>
              <w:spacing w:before="30" w:after="30" w:line="236" w:lineRule="exact"/>
              <w:rPr>
                <w:rFonts w:hint="eastAsia"/>
              </w:rPr>
            </w:pPr>
            <w:r>
              <w:rPr>
                <w:b/>
                <w:sz w:val="18"/>
              </w:rPr>
              <w:t>Integrazioni necessarie</w:t>
            </w:r>
          </w:p>
        </w:tc>
        <w:tc>
          <w:tcPr>
            <w:tcW w:w="6860" w:type="dxa"/>
            <w:shd w:val="clear" w:color="auto" w:fill="F6F8FA"/>
            <w:vAlign w:val="center"/>
          </w:tcPr>
          <w:p w14:paraId="081DF653" w14:textId="77777777" w:rsidR="00E54E13" w:rsidRDefault="00000000">
            <w:pPr>
              <w:spacing w:before="30" w:after="30" w:line="236" w:lineRule="exact"/>
              <w:rPr>
                <w:rFonts w:hint="eastAsia"/>
              </w:rPr>
            </w:pPr>
            <w:sdt>
              <w:sdtPr>
                <w:alias w:val="piano formativo / addestramento e nuova verifica"/>
                <w:tag w:val="campo_80"/>
                <w:id w:val="100080"/>
                <w:text w:multiLine="1"/>
              </w:sdtPr>
              <w:sdtContent>
                <w:r>
                  <w:rPr>
                    <w:color w:val="007E87"/>
                    <w:sz w:val="19"/>
                  </w:rPr>
                  <w:t>[piano formativo / addestramento e nuova verifica]</w:t>
                </w:r>
              </w:sdtContent>
            </w:sdt>
          </w:p>
        </w:tc>
      </w:tr>
    </w:tbl>
    <w:p w14:paraId="360755E3" w14:textId="77777777" w:rsidR="00E54E13" w:rsidRDefault="00E54E13">
      <w:pPr>
        <w:spacing w:after="40" w:line="40" w:lineRule="exact"/>
        <w:rPr>
          <w:rFonts w:hint="eastAsia"/>
        </w:rPr>
      </w:pPr>
    </w:p>
    <w:p w14:paraId="5276AEF8" w14:textId="77777777" w:rsidR="00E54E13" w:rsidRDefault="00000000">
      <w:pPr>
        <w:pStyle w:val="Titolo3"/>
      </w:pPr>
      <w:r>
        <w:t>Decisione del datore di lavoro</w:t>
      </w:r>
    </w:p>
    <w:p w14:paraId="2E234CAB" w14:textId="77777777" w:rsidR="00E54E13" w:rsidRDefault="00000000">
      <w:pPr>
        <w:rPr>
          <w:rFonts w:hint="eastAsia"/>
        </w:rPr>
      </w:pPr>
      <w:r>
        <w:t>[ ] Approva l’attribuzione da formalizzare in A08</w:t>
      </w:r>
      <w:r>
        <w:br/>
        <w:t>[ ] Non attribuisce la qualifica per l’ambito considerato</w:t>
      </w:r>
      <w:r>
        <w:br/>
        <w:t>[ ] Richiede integrazioni / ulteriore verifica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EA367F5" w14:textId="77777777">
        <w:trPr>
          <w:cantSplit/>
          <w:trHeight w:val="386"/>
          <w:jc w:val="center"/>
        </w:trPr>
        <w:tc>
          <w:tcPr>
            <w:tcW w:w="2891" w:type="dxa"/>
            <w:shd w:val="clear" w:color="auto" w:fill="EDF3F9"/>
            <w:vAlign w:val="center"/>
          </w:tcPr>
          <w:p w14:paraId="1B40F72B" w14:textId="77777777" w:rsidR="00E54E13" w:rsidRDefault="00000000">
            <w:pPr>
              <w:spacing w:before="30" w:after="30" w:line="236" w:lineRule="exact"/>
              <w:rPr>
                <w:rFonts w:hint="eastAsia"/>
              </w:rPr>
            </w:pPr>
            <w:r>
              <w:rPr>
                <w:b/>
                <w:sz w:val="18"/>
              </w:rPr>
              <w:t>Motivazione della decisione</w:t>
            </w:r>
          </w:p>
        </w:tc>
        <w:tc>
          <w:tcPr>
            <w:tcW w:w="6860" w:type="dxa"/>
            <w:vAlign w:val="center"/>
          </w:tcPr>
          <w:p w14:paraId="2656E532" w14:textId="77777777" w:rsidR="00E54E13" w:rsidRDefault="00000000">
            <w:pPr>
              <w:spacing w:before="30" w:after="30" w:line="236" w:lineRule="exact"/>
              <w:rPr>
                <w:rFonts w:hint="eastAsia"/>
              </w:rPr>
            </w:pPr>
            <w:sdt>
              <w:sdtPr>
                <w:alias w:val="evidenze esaminate e ragione dell’esito"/>
                <w:tag w:val="campo_81"/>
                <w:id w:val="100081"/>
                <w:text w:multiLine="1"/>
              </w:sdtPr>
              <w:sdtContent>
                <w:r>
                  <w:rPr>
                    <w:color w:val="007E87"/>
                    <w:sz w:val="19"/>
                  </w:rPr>
                  <w:t>[evidenze esaminate e ragione dell’esito]</w:t>
                </w:r>
              </w:sdtContent>
            </w:sdt>
          </w:p>
        </w:tc>
      </w:tr>
      <w:tr w:rsidR="00E54E13" w14:paraId="0BC76713" w14:textId="77777777">
        <w:trPr>
          <w:cantSplit/>
          <w:trHeight w:val="386"/>
          <w:jc w:val="center"/>
        </w:trPr>
        <w:tc>
          <w:tcPr>
            <w:tcW w:w="2891" w:type="dxa"/>
            <w:shd w:val="clear" w:color="auto" w:fill="EDF3F9"/>
            <w:vAlign w:val="center"/>
          </w:tcPr>
          <w:p w14:paraId="0DD81612" w14:textId="77777777" w:rsidR="00E54E13" w:rsidRDefault="00000000">
            <w:pPr>
              <w:spacing w:before="30" w:after="30" w:line="236" w:lineRule="exact"/>
              <w:rPr>
                <w:rFonts w:hint="eastAsia"/>
              </w:rPr>
            </w:pPr>
            <w:r>
              <w:rPr>
                <w:b/>
                <w:sz w:val="18"/>
              </w:rPr>
              <w:t>Atto conseguente</w:t>
            </w:r>
          </w:p>
        </w:tc>
        <w:tc>
          <w:tcPr>
            <w:tcW w:w="6860" w:type="dxa"/>
            <w:shd w:val="clear" w:color="auto" w:fill="F6F8FA"/>
            <w:vAlign w:val="center"/>
          </w:tcPr>
          <w:p w14:paraId="35D371F4" w14:textId="77777777" w:rsidR="00E54E13" w:rsidRDefault="00000000">
            <w:pPr>
              <w:spacing w:before="30" w:after="30" w:line="236" w:lineRule="exact"/>
              <w:rPr>
                <w:rFonts w:hint="eastAsia"/>
              </w:rPr>
            </w:pPr>
            <w:sdt>
              <w:sdtPr>
                <w:alias w:val="numero A08 oppure azioni previste"/>
                <w:tag w:val="campo_82"/>
                <w:id w:val="100082"/>
                <w:text w:multiLine="1"/>
              </w:sdtPr>
              <w:sdtContent>
                <w:r>
                  <w:rPr>
                    <w:color w:val="007E87"/>
                    <w:sz w:val="19"/>
                  </w:rPr>
                  <w:t>[numero A08 oppure azioni previste]</w:t>
                </w:r>
              </w:sdtContent>
            </w:sdt>
          </w:p>
        </w:tc>
      </w:tr>
    </w:tbl>
    <w:p w14:paraId="7BC9F7A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E6F7D26" w14:textId="77777777">
        <w:trPr>
          <w:tblHeader/>
          <w:jc w:val="center"/>
        </w:trPr>
        <w:tc>
          <w:tcPr>
            <w:tcW w:w="3250" w:type="dxa"/>
            <w:shd w:val="clear" w:color="auto" w:fill="12324B"/>
          </w:tcPr>
          <w:p w14:paraId="0E2F9565"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52830CBF"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088CD90D" w14:textId="77777777" w:rsidR="00E54E13" w:rsidRDefault="00000000">
            <w:pPr>
              <w:spacing w:before="30" w:after="30" w:line="228" w:lineRule="exact"/>
              <w:rPr>
                <w:rFonts w:hint="eastAsia"/>
              </w:rPr>
            </w:pPr>
            <w:r>
              <w:rPr>
                <w:b/>
                <w:color w:val="FFFFFF"/>
                <w:sz w:val="17"/>
              </w:rPr>
              <w:t>Data</w:t>
            </w:r>
          </w:p>
        </w:tc>
      </w:tr>
      <w:tr w:rsidR="00E54E13" w14:paraId="481F47EE" w14:textId="77777777">
        <w:trPr>
          <w:cantSplit/>
          <w:trHeight w:val="567"/>
          <w:jc w:val="center"/>
        </w:trPr>
        <w:tc>
          <w:tcPr>
            <w:tcW w:w="3250" w:type="dxa"/>
            <w:vAlign w:val="center"/>
          </w:tcPr>
          <w:p w14:paraId="3620E1D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684B01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B63A0DE" w14:textId="77777777" w:rsidR="00E54E13" w:rsidRDefault="00000000">
            <w:pPr>
              <w:spacing w:before="30" w:after="30" w:line="228" w:lineRule="exact"/>
              <w:rPr>
                <w:rFonts w:hint="eastAsia"/>
              </w:rPr>
            </w:pPr>
            <w:r>
              <w:rPr>
                <w:sz w:val="17"/>
              </w:rPr>
              <w:t>____ / ____ / ______</w:t>
            </w:r>
          </w:p>
        </w:tc>
      </w:tr>
    </w:tbl>
    <w:p w14:paraId="731742C9" w14:textId="77777777" w:rsidR="00E54E13" w:rsidRDefault="00E54E13">
      <w:pPr>
        <w:spacing w:after="40" w:line="40" w:lineRule="exact"/>
        <w:rPr>
          <w:rFonts w:hint="eastAsia"/>
        </w:rPr>
      </w:pPr>
    </w:p>
    <w:p w14:paraId="5E6A043E" w14:textId="77777777" w:rsidR="00E54E13" w:rsidRDefault="00000000">
      <w:pPr>
        <w:pStyle w:val="Source"/>
        <w:rPr>
          <w:rFonts w:hint="eastAsia"/>
        </w:rPr>
      </w:pPr>
      <w:r>
        <w:t>Modello originale [AZ]. Base: INAIL 2026, pp. 1–2. I campi vuoti non costituiscono una verifica positiva.</w:t>
      </w:r>
    </w:p>
    <w:p w14:paraId="243195AB" w14:textId="77777777" w:rsidR="00E54E13" w:rsidRDefault="00000000">
      <w:pPr>
        <w:pStyle w:val="Eyebrow"/>
        <w:keepNext/>
        <w:pageBreakBefore/>
        <w:rPr>
          <w:rFonts w:hint="eastAsia"/>
        </w:rPr>
      </w:pPr>
      <w:r>
        <w:t>PARTE II  /  ALLEGATO OPERATIVO [AZ]</w:t>
      </w:r>
    </w:p>
    <w:p w14:paraId="1D477E1D" w14:textId="77777777" w:rsidR="00E54E13" w:rsidRDefault="00000000">
      <w:pPr>
        <w:pStyle w:val="Titolo1"/>
      </w:pPr>
      <w:bookmarkStart w:id="36" w:name="B37_A05"/>
      <w:r>
        <w:t>A05  Piano formativo individuale</w:t>
      </w:r>
      <w:bookmarkEnd w:id="36"/>
    </w:p>
    <w:p w14:paraId="5ABDF2D4" w14:textId="77777777" w:rsidR="00E54E13" w:rsidRDefault="00000000">
      <w:pPr>
        <w:pStyle w:val="FormHint"/>
        <w:rPr>
          <w:rFonts w:hint="eastAsia"/>
        </w:rPr>
      </w:pPr>
      <w:r>
        <w:t>Definire contenuti, durata e verifiche in funzione delle attività; distinguere teoria e capacità operative.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48FEE678" w14:textId="77777777">
        <w:trPr>
          <w:cantSplit/>
          <w:trHeight w:val="346"/>
          <w:jc w:val="center"/>
        </w:trPr>
        <w:tc>
          <w:tcPr>
            <w:tcW w:w="2891" w:type="dxa"/>
            <w:shd w:val="clear" w:color="auto" w:fill="EDF3F9"/>
            <w:vAlign w:val="center"/>
          </w:tcPr>
          <w:p w14:paraId="4419961E" w14:textId="77777777" w:rsidR="00E54E13" w:rsidRDefault="00000000">
            <w:pPr>
              <w:spacing w:before="30" w:after="30" w:line="236" w:lineRule="exact"/>
              <w:rPr>
                <w:rFonts w:hint="eastAsia"/>
              </w:rPr>
            </w:pPr>
            <w:r>
              <w:rPr>
                <w:b/>
                <w:sz w:val="18"/>
              </w:rPr>
              <w:t>Azienda / unità</w:t>
            </w:r>
          </w:p>
        </w:tc>
        <w:tc>
          <w:tcPr>
            <w:tcW w:w="6860" w:type="dxa"/>
            <w:vAlign w:val="center"/>
          </w:tcPr>
          <w:p w14:paraId="24A0D457" w14:textId="77777777" w:rsidR="00E54E13" w:rsidRDefault="00000000">
            <w:pPr>
              <w:spacing w:before="30" w:after="30" w:line="236" w:lineRule="exact"/>
              <w:rPr>
                <w:rFonts w:hint="eastAsia"/>
              </w:rPr>
            </w:pPr>
            <w:sdt>
              <w:sdtPr>
                <w:alias w:val="ragione sociale e sede"/>
                <w:tag w:val="campo_84"/>
                <w:id w:val="100084"/>
                <w:text w:multiLine="1"/>
              </w:sdtPr>
              <w:sdtContent>
                <w:r>
                  <w:rPr>
                    <w:color w:val="007E87"/>
                    <w:sz w:val="19"/>
                  </w:rPr>
                  <w:t>[ragione sociale e sede]</w:t>
                </w:r>
              </w:sdtContent>
            </w:sdt>
          </w:p>
        </w:tc>
      </w:tr>
      <w:tr w:rsidR="00E54E13" w14:paraId="580EBE31" w14:textId="77777777">
        <w:trPr>
          <w:cantSplit/>
          <w:trHeight w:val="346"/>
          <w:jc w:val="center"/>
        </w:trPr>
        <w:tc>
          <w:tcPr>
            <w:tcW w:w="2891" w:type="dxa"/>
            <w:shd w:val="clear" w:color="auto" w:fill="EDF3F9"/>
            <w:vAlign w:val="center"/>
          </w:tcPr>
          <w:p w14:paraId="75DC73C4"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5520ECE" w14:textId="77777777" w:rsidR="00E54E13" w:rsidRDefault="00000000">
            <w:pPr>
              <w:spacing w:before="30" w:after="30" w:line="236" w:lineRule="exact"/>
              <w:rPr>
                <w:rFonts w:hint="eastAsia"/>
              </w:rPr>
            </w:pPr>
            <w:sdt>
              <w:sdtPr>
                <w:alias w:val="codice, revisione e data"/>
                <w:tag w:val="campo_85"/>
                <w:id w:val="100085"/>
                <w:text w:multiLine="1"/>
              </w:sdtPr>
              <w:sdtContent>
                <w:r>
                  <w:rPr>
                    <w:color w:val="007E87"/>
                    <w:sz w:val="19"/>
                  </w:rPr>
                  <w:t>[codice, revisione e data]</w:t>
                </w:r>
              </w:sdtContent>
            </w:sdt>
          </w:p>
        </w:tc>
      </w:tr>
      <w:tr w:rsidR="00E54E13" w14:paraId="3EF0805F" w14:textId="77777777">
        <w:trPr>
          <w:cantSplit/>
          <w:trHeight w:val="346"/>
          <w:jc w:val="center"/>
        </w:trPr>
        <w:tc>
          <w:tcPr>
            <w:tcW w:w="2891" w:type="dxa"/>
            <w:shd w:val="clear" w:color="auto" w:fill="EDF3F9"/>
            <w:vAlign w:val="center"/>
          </w:tcPr>
          <w:p w14:paraId="48A330F9"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379A8BC3" w14:textId="77777777" w:rsidR="00E54E13" w:rsidRDefault="00000000">
            <w:pPr>
              <w:spacing w:before="30" w:after="30" w:line="236" w:lineRule="exact"/>
              <w:rPr>
                <w:rFonts w:hint="eastAsia"/>
              </w:rPr>
            </w:pPr>
            <w:sdt>
              <w:sdtPr>
                <w:alias w:val="nome, matricola e mansione"/>
                <w:tag w:val="campo_86"/>
                <w:id w:val="100086"/>
                <w:text w:multiLine="1"/>
              </w:sdtPr>
              <w:sdtContent>
                <w:r>
                  <w:rPr>
                    <w:color w:val="007E87"/>
                    <w:sz w:val="19"/>
                  </w:rPr>
                  <w:t>[nome, matricola e mansione]</w:t>
                </w:r>
              </w:sdtContent>
            </w:sdt>
          </w:p>
        </w:tc>
      </w:tr>
    </w:tbl>
    <w:p w14:paraId="2B798FC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EF5E997" w14:textId="77777777">
        <w:trPr>
          <w:cantSplit/>
          <w:trHeight w:val="386"/>
          <w:jc w:val="center"/>
        </w:trPr>
        <w:tc>
          <w:tcPr>
            <w:tcW w:w="2891" w:type="dxa"/>
            <w:shd w:val="clear" w:color="auto" w:fill="EDF3F9"/>
            <w:vAlign w:val="center"/>
          </w:tcPr>
          <w:p w14:paraId="718CD7BF" w14:textId="77777777" w:rsidR="00E54E13" w:rsidRDefault="00000000">
            <w:pPr>
              <w:spacing w:before="30" w:after="30" w:line="236" w:lineRule="exact"/>
              <w:rPr>
                <w:rFonts w:hint="eastAsia"/>
              </w:rPr>
            </w:pPr>
            <w:r>
              <w:rPr>
                <w:b/>
                <w:sz w:val="18"/>
              </w:rPr>
              <w:t>Attività obiettivo</w:t>
            </w:r>
          </w:p>
        </w:tc>
        <w:tc>
          <w:tcPr>
            <w:tcW w:w="6860" w:type="dxa"/>
            <w:vAlign w:val="center"/>
          </w:tcPr>
          <w:p w14:paraId="433DA529" w14:textId="77777777" w:rsidR="00E54E13" w:rsidRDefault="00000000">
            <w:pPr>
              <w:spacing w:before="30" w:after="30" w:line="236" w:lineRule="exact"/>
              <w:rPr>
                <w:rFonts w:hint="eastAsia"/>
              </w:rPr>
            </w:pPr>
            <w:sdt>
              <w:sdtPr>
                <w:alias w:val="lavori e impianti cui il percorso è riferito"/>
                <w:tag w:val="campo_87"/>
                <w:id w:val="100087"/>
                <w:text w:multiLine="1"/>
              </w:sdtPr>
              <w:sdtContent>
                <w:r>
                  <w:rPr>
                    <w:color w:val="007E87"/>
                    <w:sz w:val="19"/>
                  </w:rPr>
                  <w:t>[lavori e impianti cui il percorso è riferito]</w:t>
                </w:r>
              </w:sdtContent>
            </w:sdt>
          </w:p>
        </w:tc>
      </w:tr>
      <w:tr w:rsidR="00E54E13" w14:paraId="3DC819A5" w14:textId="77777777">
        <w:trPr>
          <w:cantSplit/>
          <w:trHeight w:val="386"/>
          <w:jc w:val="center"/>
        </w:trPr>
        <w:tc>
          <w:tcPr>
            <w:tcW w:w="2891" w:type="dxa"/>
            <w:shd w:val="clear" w:color="auto" w:fill="EDF3F9"/>
            <w:vAlign w:val="center"/>
          </w:tcPr>
          <w:p w14:paraId="2B0F1B93" w14:textId="77777777" w:rsidR="00E54E13" w:rsidRDefault="00000000">
            <w:pPr>
              <w:spacing w:before="30" w:after="30" w:line="236" w:lineRule="exact"/>
              <w:rPr>
                <w:rFonts w:hint="eastAsia"/>
              </w:rPr>
            </w:pPr>
            <w:r>
              <w:rPr>
                <w:b/>
                <w:sz w:val="18"/>
              </w:rPr>
              <w:t>Prerequisiti / carenze</w:t>
            </w:r>
          </w:p>
        </w:tc>
        <w:tc>
          <w:tcPr>
            <w:tcW w:w="6860" w:type="dxa"/>
            <w:shd w:val="clear" w:color="auto" w:fill="F6F8FA"/>
            <w:vAlign w:val="center"/>
          </w:tcPr>
          <w:p w14:paraId="7DA1A872" w14:textId="77777777" w:rsidR="00E54E13" w:rsidRDefault="00000000">
            <w:pPr>
              <w:spacing w:before="30" w:after="30" w:line="236" w:lineRule="exact"/>
              <w:rPr>
                <w:rFonts w:hint="eastAsia"/>
              </w:rPr>
            </w:pPr>
            <w:sdt>
              <w:sdtPr>
                <w:alias w:val="conoscenze già documentate e integrazioni necessarie"/>
                <w:tag w:val="campo_88"/>
                <w:id w:val="100088"/>
                <w:text w:multiLine="1"/>
              </w:sdtPr>
              <w:sdtContent>
                <w:r>
                  <w:rPr>
                    <w:color w:val="007E87"/>
                    <w:sz w:val="19"/>
                  </w:rPr>
                  <w:t>[conoscenze già documentate e integrazioni necessarie]</w:t>
                </w:r>
              </w:sdtContent>
            </w:sdt>
          </w:p>
        </w:tc>
      </w:tr>
    </w:tbl>
    <w:p w14:paraId="408CAF1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361"/>
        <w:gridCol w:w="3288"/>
        <w:gridCol w:w="2665"/>
        <w:gridCol w:w="2438"/>
      </w:tblGrid>
      <w:tr w:rsidR="00E54E13" w14:paraId="1B4B7432" w14:textId="77777777">
        <w:trPr>
          <w:tblHeader/>
          <w:jc w:val="center"/>
        </w:trPr>
        <w:tc>
          <w:tcPr>
            <w:tcW w:w="1361" w:type="dxa"/>
            <w:shd w:val="clear" w:color="auto" w:fill="12324B"/>
          </w:tcPr>
          <w:p w14:paraId="70254776" w14:textId="77777777" w:rsidR="00E54E13" w:rsidRDefault="00000000">
            <w:pPr>
              <w:spacing w:before="30" w:after="30" w:line="230" w:lineRule="exact"/>
              <w:rPr>
                <w:rFonts w:hint="eastAsia"/>
              </w:rPr>
            </w:pPr>
            <w:r>
              <w:rPr>
                <w:b/>
                <w:color w:val="FFFFFF"/>
                <w:sz w:val="17"/>
              </w:rPr>
              <w:t>Livello</w:t>
            </w:r>
          </w:p>
        </w:tc>
        <w:tc>
          <w:tcPr>
            <w:tcW w:w="3288" w:type="dxa"/>
            <w:shd w:val="clear" w:color="auto" w:fill="12324B"/>
          </w:tcPr>
          <w:p w14:paraId="613378B8" w14:textId="77777777" w:rsidR="00E54E13" w:rsidRDefault="00000000">
            <w:pPr>
              <w:spacing w:before="30" w:after="30" w:line="230" w:lineRule="exact"/>
              <w:rPr>
                <w:rFonts w:hint="eastAsia"/>
              </w:rPr>
            </w:pPr>
            <w:r>
              <w:rPr>
                <w:b/>
                <w:color w:val="FFFFFF"/>
                <w:sz w:val="17"/>
              </w:rPr>
              <w:t>Contenuti da sviluppare</w:t>
            </w:r>
          </w:p>
        </w:tc>
        <w:tc>
          <w:tcPr>
            <w:tcW w:w="2665" w:type="dxa"/>
            <w:shd w:val="clear" w:color="auto" w:fill="12324B"/>
          </w:tcPr>
          <w:p w14:paraId="0EAB189E" w14:textId="77777777" w:rsidR="00E54E13" w:rsidRDefault="00000000">
            <w:pPr>
              <w:spacing w:before="30" w:after="30" w:line="230" w:lineRule="exact"/>
              <w:rPr>
                <w:rFonts w:hint="eastAsia"/>
              </w:rPr>
            </w:pPr>
            <w:r>
              <w:rPr>
                <w:b/>
                <w:color w:val="FFFFFF"/>
                <w:sz w:val="17"/>
              </w:rPr>
              <w:t>Ore progettate / modalità</w:t>
            </w:r>
          </w:p>
        </w:tc>
        <w:tc>
          <w:tcPr>
            <w:tcW w:w="2438" w:type="dxa"/>
            <w:shd w:val="clear" w:color="auto" w:fill="12324B"/>
          </w:tcPr>
          <w:p w14:paraId="54DC1CD8" w14:textId="77777777" w:rsidR="00E54E13" w:rsidRDefault="00000000">
            <w:pPr>
              <w:spacing w:before="30" w:after="30" w:line="230" w:lineRule="exact"/>
              <w:rPr>
                <w:rFonts w:hint="eastAsia"/>
              </w:rPr>
            </w:pPr>
            <w:r>
              <w:rPr>
                <w:b/>
                <w:color w:val="FFFFFF"/>
                <w:sz w:val="17"/>
              </w:rPr>
              <w:t>Verifica e referente</w:t>
            </w:r>
          </w:p>
        </w:tc>
      </w:tr>
      <w:tr w:rsidR="00E54E13" w14:paraId="31333E4F" w14:textId="77777777">
        <w:trPr>
          <w:cantSplit/>
          <w:trHeight w:val="539"/>
          <w:jc w:val="center"/>
        </w:trPr>
        <w:tc>
          <w:tcPr>
            <w:tcW w:w="1361" w:type="dxa"/>
            <w:vAlign w:val="center"/>
          </w:tcPr>
          <w:p w14:paraId="38B560F4" w14:textId="77777777" w:rsidR="00E54E13" w:rsidRDefault="00000000">
            <w:pPr>
              <w:spacing w:before="30" w:after="30" w:line="230" w:lineRule="exact"/>
              <w:rPr>
                <w:rFonts w:hint="eastAsia"/>
              </w:rPr>
            </w:pPr>
            <w:r>
              <w:rPr>
                <w:sz w:val="17"/>
              </w:rPr>
              <w:t>1A</w:t>
            </w:r>
          </w:p>
        </w:tc>
        <w:tc>
          <w:tcPr>
            <w:tcW w:w="3288" w:type="dxa"/>
            <w:vAlign w:val="center"/>
          </w:tcPr>
          <w:p w14:paraId="215552B9" w14:textId="77777777" w:rsidR="00E54E13" w:rsidRDefault="00000000">
            <w:pPr>
              <w:spacing w:before="30" w:after="30" w:line="230" w:lineRule="exact"/>
              <w:rPr>
                <w:rFonts w:hint="eastAsia"/>
              </w:rPr>
            </w:pPr>
            <w:r>
              <w:rPr>
                <w:sz w:val="17"/>
              </w:rPr>
              <w:t>[compilare]</w:t>
            </w:r>
          </w:p>
        </w:tc>
        <w:tc>
          <w:tcPr>
            <w:tcW w:w="2665" w:type="dxa"/>
            <w:vAlign w:val="center"/>
          </w:tcPr>
          <w:p w14:paraId="61535421" w14:textId="77777777" w:rsidR="00E54E13" w:rsidRDefault="00000000">
            <w:pPr>
              <w:spacing w:before="30" w:after="30" w:line="230" w:lineRule="exact"/>
              <w:rPr>
                <w:rFonts w:hint="eastAsia"/>
              </w:rPr>
            </w:pPr>
            <w:r>
              <w:rPr>
                <w:sz w:val="17"/>
              </w:rPr>
              <w:t>[compilare]</w:t>
            </w:r>
          </w:p>
        </w:tc>
        <w:tc>
          <w:tcPr>
            <w:tcW w:w="2438" w:type="dxa"/>
            <w:vAlign w:val="center"/>
          </w:tcPr>
          <w:p w14:paraId="54CF566C" w14:textId="77777777" w:rsidR="00E54E13" w:rsidRDefault="00000000">
            <w:pPr>
              <w:spacing w:before="30" w:after="30" w:line="230" w:lineRule="exact"/>
              <w:rPr>
                <w:rFonts w:hint="eastAsia"/>
              </w:rPr>
            </w:pPr>
            <w:r>
              <w:rPr>
                <w:sz w:val="17"/>
              </w:rPr>
              <w:t>[compilare]</w:t>
            </w:r>
          </w:p>
        </w:tc>
      </w:tr>
      <w:tr w:rsidR="00E54E13" w14:paraId="1D34218B" w14:textId="77777777">
        <w:trPr>
          <w:cantSplit/>
          <w:trHeight w:val="539"/>
          <w:jc w:val="center"/>
        </w:trPr>
        <w:tc>
          <w:tcPr>
            <w:tcW w:w="1361" w:type="dxa"/>
            <w:shd w:val="clear" w:color="auto" w:fill="F6F8FA"/>
            <w:vAlign w:val="center"/>
          </w:tcPr>
          <w:p w14:paraId="15EA24B5" w14:textId="77777777" w:rsidR="00E54E13" w:rsidRDefault="00000000">
            <w:pPr>
              <w:spacing w:before="30" w:after="30" w:line="230" w:lineRule="exact"/>
              <w:rPr>
                <w:rFonts w:hint="eastAsia"/>
              </w:rPr>
            </w:pPr>
            <w:r>
              <w:rPr>
                <w:sz w:val="17"/>
              </w:rPr>
              <w:t>1B</w:t>
            </w:r>
          </w:p>
        </w:tc>
        <w:tc>
          <w:tcPr>
            <w:tcW w:w="3288" w:type="dxa"/>
            <w:shd w:val="clear" w:color="auto" w:fill="F6F8FA"/>
            <w:vAlign w:val="center"/>
          </w:tcPr>
          <w:p w14:paraId="528EFC95" w14:textId="77777777" w:rsidR="00E54E13" w:rsidRDefault="00000000">
            <w:pPr>
              <w:spacing w:before="30" w:after="30" w:line="230" w:lineRule="exact"/>
              <w:rPr>
                <w:rFonts w:hint="eastAsia"/>
              </w:rPr>
            </w:pPr>
            <w:r>
              <w:rPr>
                <w:sz w:val="17"/>
              </w:rPr>
              <w:t>[compilare]</w:t>
            </w:r>
          </w:p>
        </w:tc>
        <w:tc>
          <w:tcPr>
            <w:tcW w:w="2665" w:type="dxa"/>
            <w:shd w:val="clear" w:color="auto" w:fill="F6F8FA"/>
            <w:vAlign w:val="center"/>
          </w:tcPr>
          <w:p w14:paraId="527CCF3F" w14:textId="77777777" w:rsidR="00E54E13" w:rsidRDefault="00000000">
            <w:pPr>
              <w:spacing w:before="30" w:after="30" w:line="230" w:lineRule="exact"/>
              <w:rPr>
                <w:rFonts w:hint="eastAsia"/>
              </w:rPr>
            </w:pPr>
            <w:r>
              <w:rPr>
                <w:sz w:val="17"/>
              </w:rPr>
              <w:t>[compilare]</w:t>
            </w:r>
          </w:p>
        </w:tc>
        <w:tc>
          <w:tcPr>
            <w:tcW w:w="2438" w:type="dxa"/>
            <w:shd w:val="clear" w:color="auto" w:fill="F6F8FA"/>
            <w:vAlign w:val="center"/>
          </w:tcPr>
          <w:p w14:paraId="19278C0A" w14:textId="77777777" w:rsidR="00E54E13" w:rsidRDefault="00000000">
            <w:pPr>
              <w:spacing w:before="30" w:after="30" w:line="230" w:lineRule="exact"/>
              <w:rPr>
                <w:rFonts w:hint="eastAsia"/>
              </w:rPr>
            </w:pPr>
            <w:r>
              <w:rPr>
                <w:sz w:val="17"/>
              </w:rPr>
              <w:t>[compilare]</w:t>
            </w:r>
          </w:p>
        </w:tc>
      </w:tr>
      <w:tr w:rsidR="00E54E13" w14:paraId="033C16AD" w14:textId="77777777">
        <w:trPr>
          <w:cantSplit/>
          <w:trHeight w:val="539"/>
          <w:jc w:val="center"/>
        </w:trPr>
        <w:tc>
          <w:tcPr>
            <w:tcW w:w="1361" w:type="dxa"/>
            <w:vAlign w:val="center"/>
          </w:tcPr>
          <w:p w14:paraId="73F79707" w14:textId="77777777" w:rsidR="00E54E13" w:rsidRDefault="00000000">
            <w:pPr>
              <w:spacing w:before="30" w:after="30" w:line="230" w:lineRule="exact"/>
              <w:rPr>
                <w:rFonts w:hint="eastAsia"/>
              </w:rPr>
            </w:pPr>
            <w:r>
              <w:rPr>
                <w:sz w:val="17"/>
              </w:rPr>
              <w:t>2A se pertinente</w:t>
            </w:r>
          </w:p>
        </w:tc>
        <w:tc>
          <w:tcPr>
            <w:tcW w:w="3288" w:type="dxa"/>
            <w:vAlign w:val="center"/>
          </w:tcPr>
          <w:p w14:paraId="7C69D6F5" w14:textId="77777777" w:rsidR="00E54E13" w:rsidRDefault="00000000">
            <w:pPr>
              <w:spacing w:before="30" w:after="30" w:line="230" w:lineRule="exact"/>
              <w:rPr>
                <w:rFonts w:hint="eastAsia"/>
              </w:rPr>
            </w:pPr>
            <w:r>
              <w:rPr>
                <w:sz w:val="17"/>
              </w:rPr>
              <w:t>[compilare]</w:t>
            </w:r>
          </w:p>
        </w:tc>
        <w:tc>
          <w:tcPr>
            <w:tcW w:w="2665" w:type="dxa"/>
            <w:vAlign w:val="center"/>
          </w:tcPr>
          <w:p w14:paraId="0368791B" w14:textId="77777777" w:rsidR="00E54E13" w:rsidRDefault="00000000">
            <w:pPr>
              <w:spacing w:before="30" w:after="30" w:line="230" w:lineRule="exact"/>
              <w:rPr>
                <w:rFonts w:hint="eastAsia"/>
              </w:rPr>
            </w:pPr>
            <w:r>
              <w:rPr>
                <w:sz w:val="17"/>
              </w:rPr>
              <w:t>[compilare]</w:t>
            </w:r>
          </w:p>
        </w:tc>
        <w:tc>
          <w:tcPr>
            <w:tcW w:w="2438" w:type="dxa"/>
            <w:vAlign w:val="center"/>
          </w:tcPr>
          <w:p w14:paraId="59FABD46" w14:textId="77777777" w:rsidR="00E54E13" w:rsidRDefault="00000000">
            <w:pPr>
              <w:spacing w:before="30" w:after="30" w:line="230" w:lineRule="exact"/>
              <w:rPr>
                <w:rFonts w:hint="eastAsia"/>
              </w:rPr>
            </w:pPr>
            <w:r>
              <w:rPr>
                <w:sz w:val="17"/>
              </w:rPr>
              <w:t>[compilare]</w:t>
            </w:r>
          </w:p>
        </w:tc>
      </w:tr>
      <w:tr w:rsidR="00E54E13" w14:paraId="6DE20257" w14:textId="77777777">
        <w:trPr>
          <w:cantSplit/>
          <w:trHeight w:val="539"/>
          <w:jc w:val="center"/>
        </w:trPr>
        <w:tc>
          <w:tcPr>
            <w:tcW w:w="1361" w:type="dxa"/>
            <w:shd w:val="clear" w:color="auto" w:fill="F6F8FA"/>
            <w:vAlign w:val="center"/>
          </w:tcPr>
          <w:p w14:paraId="333EA212" w14:textId="77777777" w:rsidR="00E54E13" w:rsidRDefault="00000000">
            <w:pPr>
              <w:spacing w:before="30" w:after="30" w:line="230" w:lineRule="exact"/>
              <w:rPr>
                <w:rFonts w:hint="eastAsia"/>
              </w:rPr>
            </w:pPr>
            <w:r>
              <w:rPr>
                <w:sz w:val="17"/>
              </w:rPr>
              <w:t>2B se pertinente</w:t>
            </w:r>
          </w:p>
        </w:tc>
        <w:tc>
          <w:tcPr>
            <w:tcW w:w="3288" w:type="dxa"/>
            <w:shd w:val="clear" w:color="auto" w:fill="F6F8FA"/>
            <w:vAlign w:val="center"/>
          </w:tcPr>
          <w:p w14:paraId="04DC615D" w14:textId="77777777" w:rsidR="00E54E13" w:rsidRDefault="00000000">
            <w:pPr>
              <w:spacing w:before="30" w:after="30" w:line="230" w:lineRule="exact"/>
              <w:rPr>
                <w:rFonts w:hint="eastAsia"/>
              </w:rPr>
            </w:pPr>
            <w:r>
              <w:rPr>
                <w:sz w:val="17"/>
              </w:rPr>
              <w:t>[compilare]</w:t>
            </w:r>
          </w:p>
        </w:tc>
        <w:tc>
          <w:tcPr>
            <w:tcW w:w="2665" w:type="dxa"/>
            <w:shd w:val="clear" w:color="auto" w:fill="F6F8FA"/>
            <w:vAlign w:val="center"/>
          </w:tcPr>
          <w:p w14:paraId="158FE895" w14:textId="77777777" w:rsidR="00E54E13" w:rsidRDefault="00000000">
            <w:pPr>
              <w:spacing w:before="30" w:after="30" w:line="230" w:lineRule="exact"/>
              <w:rPr>
                <w:rFonts w:hint="eastAsia"/>
              </w:rPr>
            </w:pPr>
            <w:r>
              <w:rPr>
                <w:sz w:val="17"/>
              </w:rPr>
              <w:t>[compilare]</w:t>
            </w:r>
          </w:p>
        </w:tc>
        <w:tc>
          <w:tcPr>
            <w:tcW w:w="2438" w:type="dxa"/>
            <w:shd w:val="clear" w:color="auto" w:fill="F6F8FA"/>
            <w:vAlign w:val="center"/>
          </w:tcPr>
          <w:p w14:paraId="4CDA4DA8" w14:textId="77777777" w:rsidR="00E54E13" w:rsidRDefault="00000000">
            <w:pPr>
              <w:spacing w:before="30" w:after="30" w:line="230" w:lineRule="exact"/>
              <w:rPr>
                <w:rFonts w:hint="eastAsia"/>
              </w:rPr>
            </w:pPr>
            <w:r>
              <w:rPr>
                <w:sz w:val="17"/>
              </w:rPr>
              <w:t>[compilare]</w:t>
            </w:r>
          </w:p>
        </w:tc>
      </w:tr>
      <w:tr w:rsidR="00E54E13" w14:paraId="70904A4F" w14:textId="77777777">
        <w:trPr>
          <w:cantSplit/>
          <w:trHeight w:val="539"/>
          <w:jc w:val="center"/>
        </w:trPr>
        <w:tc>
          <w:tcPr>
            <w:tcW w:w="1361" w:type="dxa"/>
            <w:vAlign w:val="center"/>
          </w:tcPr>
          <w:p w14:paraId="1280BB6B" w14:textId="77777777" w:rsidR="00E54E13" w:rsidRDefault="00000000">
            <w:pPr>
              <w:spacing w:before="30" w:after="30" w:line="230" w:lineRule="exact"/>
              <w:rPr>
                <w:rFonts w:hint="eastAsia"/>
              </w:rPr>
            </w:pPr>
            <w:r>
              <w:rPr>
                <w:sz w:val="17"/>
              </w:rPr>
              <w:t>Aggiornamento</w:t>
            </w:r>
          </w:p>
        </w:tc>
        <w:tc>
          <w:tcPr>
            <w:tcW w:w="3288" w:type="dxa"/>
            <w:vAlign w:val="center"/>
          </w:tcPr>
          <w:p w14:paraId="6FA2BC6E" w14:textId="77777777" w:rsidR="00E54E13" w:rsidRDefault="00000000">
            <w:pPr>
              <w:spacing w:before="30" w:after="30" w:line="230" w:lineRule="exact"/>
              <w:rPr>
                <w:rFonts w:hint="eastAsia"/>
              </w:rPr>
            </w:pPr>
            <w:r>
              <w:rPr>
                <w:sz w:val="17"/>
              </w:rPr>
              <w:t>[compilare]</w:t>
            </w:r>
          </w:p>
        </w:tc>
        <w:tc>
          <w:tcPr>
            <w:tcW w:w="2665" w:type="dxa"/>
            <w:vAlign w:val="center"/>
          </w:tcPr>
          <w:p w14:paraId="5123A984" w14:textId="77777777" w:rsidR="00E54E13" w:rsidRDefault="00000000">
            <w:pPr>
              <w:spacing w:before="30" w:after="30" w:line="230" w:lineRule="exact"/>
              <w:rPr>
                <w:rFonts w:hint="eastAsia"/>
              </w:rPr>
            </w:pPr>
            <w:r>
              <w:rPr>
                <w:sz w:val="17"/>
              </w:rPr>
              <w:t>[compilare]</w:t>
            </w:r>
          </w:p>
        </w:tc>
        <w:tc>
          <w:tcPr>
            <w:tcW w:w="2438" w:type="dxa"/>
            <w:vAlign w:val="center"/>
          </w:tcPr>
          <w:p w14:paraId="602B19F9" w14:textId="77777777" w:rsidR="00E54E13" w:rsidRDefault="00000000">
            <w:pPr>
              <w:spacing w:before="30" w:after="30" w:line="230" w:lineRule="exact"/>
              <w:rPr>
                <w:rFonts w:hint="eastAsia"/>
              </w:rPr>
            </w:pPr>
            <w:r>
              <w:rPr>
                <w:sz w:val="17"/>
              </w:rPr>
              <w:t>[compilare]</w:t>
            </w:r>
          </w:p>
        </w:tc>
      </w:tr>
    </w:tbl>
    <w:p w14:paraId="6A7FA545"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BB1A4E0" w14:textId="77777777">
        <w:trPr>
          <w:cantSplit/>
          <w:trHeight w:val="386"/>
          <w:jc w:val="center"/>
        </w:trPr>
        <w:tc>
          <w:tcPr>
            <w:tcW w:w="2891" w:type="dxa"/>
            <w:shd w:val="clear" w:color="auto" w:fill="EDF3F9"/>
            <w:vAlign w:val="center"/>
          </w:tcPr>
          <w:p w14:paraId="3DF4298C" w14:textId="77777777" w:rsidR="00E54E13" w:rsidRDefault="00000000">
            <w:pPr>
              <w:spacing w:before="30" w:after="30" w:line="236" w:lineRule="exact"/>
              <w:rPr>
                <w:rFonts w:hint="eastAsia"/>
              </w:rPr>
            </w:pPr>
            <w:r>
              <w:rPr>
                <w:b/>
                <w:sz w:val="18"/>
              </w:rPr>
              <w:t>Formatore / tutor</w:t>
            </w:r>
          </w:p>
        </w:tc>
        <w:tc>
          <w:tcPr>
            <w:tcW w:w="6860" w:type="dxa"/>
            <w:vAlign w:val="center"/>
          </w:tcPr>
          <w:p w14:paraId="5AEAC5C3" w14:textId="77777777" w:rsidR="00E54E13" w:rsidRDefault="00000000">
            <w:pPr>
              <w:spacing w:before="30" w:after="30" w:line="236" w:lineRule="exact"/>
              <w:rPr>
                <w:rFonts w:hint="eastAsia"/>
              </w:rPr>
            </w:pPr>
            <w:sdt>
              <w:sdtPr>
                <w:alias w:val="nominativi e competenze pertinenti"/>
                <w:tag w:val="campo_89"/>
                <w:id w:val="100089"/>
                <w:text w:multiLine="1"/>
              </w:sdtPr>
              <w:sdtContent>
                <w:r>
                  <w:rPr>
                    <w:color w:val="007E87"/>
                    <w:sz w:val="19"/>
                  </w:rPr>
                  <w:t>[nominativi e competenze pertinenti]</w:t>
                </w:r>
              </w:sdtContent>
            </w:sdt>
          </w:p>
        </w:tc>
      </w:tr>
      <w:tr w:rsidR="00E54E13" w14:paraId="4DBA20FC" w14:textId="77777777">
        <w:trPr>
          <w:cantSplit/>
          <w:trHeight w:val="386"/>
          <w:jc w:val="center"/>
        </w:trPr>
        <w:tc>
          <w:tcPr>
            <w:tcW w:w="2891" w:type="dxa"/>
            <w:shd w:val="clear" w:color="auto" w:fill="EDF3F9"/>
            <w:vAlign w:val="center"/>
          </w:tcPr>
          <w:p w14:paraId="690F19D0" w14:textId="77777777" w:rsidR="00E54E13" w:rsidRDefault="00000000">
            <w:pPr>
              <w:spacing w:before="30" w:after="30" w:line="236" w:lineRule="exact"/>
              <w:rPr>
                <w:rFonts w:hint="eastAsia"/>
              </w:rPr>
            </w:pPr>
            <w:r>
              <w:rPr>
                <w:b/>
                <w:sz w:val="18"/>
              </w:rPr>
              <w:t>Date e completamento atteso</w:t>
            </w:r>
          </w:p>
        </w:tc>
        <w:tc>
          <w:tcPr>
            <w:tcW w:w="6860" w:type="dxa"/>
            <w:shd w:val="clear" w:color="auto" w:fill="F6F8FA"/>
            <w:vAlign w:val="center"/>
          </w:tcPr>
          <w:p w14:paraId="035E24E5" w14:textId="77777777" w:rsidR="00E54E13" w:rsidRDefault="00000000">
            <w:pPr>
              <w:spacing w:before="30" w:after="30" w:line="236" w:lineRule="exact"/>
              <w:rPr>
                <w:rFonts w:hint="eastAsia"/>
              </w:rPr>
            </w:pPr>
            <w:sdt>
              <w:sdtPr>
                <w:alias w:val="programma e verifica finale"/>
                <w:tag w:val="campo_90"/>
                <w:id w:val="100090"/>
                <w:text w:multiLine="1"/>
              </w:sdtPr>
              <w:sdtContent>
                <w:r>
                  <w:rPr>
                    <w:color w:val="007E87"/>
                    <w:sz w:val="19"/>
                  </w:rPr>
                  <w:t>[programma e verifica finale]</w:t>
                </w:r>
              </w:sdtContent>
            </w:sdt>
          </w:p>
        </w:tc>
      </w:tr>
      <w:tr w:rsidR="00E54E13" w14:paraId="051D1573" w14:textId="77777777">
        <w:trPr>
          <w:cantSplit/>
          <w:trHeight w:val="386"/>
          <w:jc w:val="center"/>
        </w:trPr>
        <w:tc>
          <w:tcPr>
            <w:tcW w:w="2891" w:type="dxa"/>
            <w:shd w:val="clear" w:color="auto" w:fill="EDF3F9"/>
            <w:vAlign w:val="center"/>
          </w:tcPr>
          <w:p w14:paraId="78903B6F" w14:textId="77777777" w:rsidR="00E54E13" w:rsidRDefault="00000000">
            <w:pPr>
              <w:spacing w:before="30" w:after="30" w:line="236" w:lineRule="exact"/>
              <w:rPr>
                <w:rFonts w:hint="eastAsia"/>
              </w:rPr>
            </w:pPr>
            <w:r>
              <w:rPr>
                <w:b/>
                <w:sz w:val="18"/>
              </w:rPr>
              <w:t>Criterio di apprendimento</w:t>
            </w:r>
          </w:p>
        </w:tc>
        <w:tc>
          <w:tcPr>
            <w:tcW w:w="6860" w:type="dxa"/>
            <w:vAlign w:val="center"/>
          </w:tcPr>
          <w:p w14:paraId="50451400" w14:textId="77777777" w:rsidR="00E54E13" w:rsidRDefault="00000000">
            <w:pPr>
              <w:spacing w:before="30" w:after="30" w:line="236" w:lineRule="exact"/>
              <w:rPr>
                <w:rFonts w:hint="eastAsia"/>
              </w:rPr>
            </w:pPr>
            <w:sdt>
              <w:sdtPr>
                <w:alias w:val="criterio aziendale e gestione delle carenze"/>
                <w:tag w:val="campo_91"/>
                <w:id w:val="100091"/>
                <w:text w:multiLine="1"/>
              </w:sdtPr>
              <w:sdtContent>
                <w:r>
                  <w:rPr>
                    <w:color w:val="007E87"/>
                    <w:sz w:val="19"/>
                  </w:rPr>
                  <w:t>[criterio aziendale e gestione delle carenze]</w:t>
                </w:r>
              </w:sdtContent>
            </w:sdt>
          </w:p>
        </w:tc>
      </w:tr>
    </w:tbl>
    <w:p w14:paraId="47CCA143"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6C1CF2E5" w14:textId="77777777">
        <w:tc>
          <w:tcPr>
            <w:tcW w:w="9752" w:type="dxa"/>
            <w:shd w:val="clear" w:color="auto" w:fill="FFF5E3"/>
            <w:tcMar>
              <w:top w:w="110" w:type="dxa"/>
              <w:left w:w="150" w:type="dxa"/>
              <w:bottom w:w="110" w:type="dxa"/>
              <w:right w:w="150" w:type="dxa"/>
            </w:tcMar>
          </w:tcPr>
          <w:p w14:paraId="105361EE" w14:textId="77777777" w:rsidR="00E54E13" w:rsidRDefault="00000000">
            <w:pPr>
              <w:spacing w:after="80"/>
              <w:rPr>
                <w:rFonts w:hint="eastAsia"/>
              </w:rPr>
            </w:pPr>
            <w:r>
              <w:rPr>
                <w:b/>
                <w:color w:val="AA761B"/>
              </w:rPr>
              <w:t>DURATE E MODALITÀ</w:t>
            </w:r>
          </w:p>
          <w:p w14:paraId="69E0B216" w14:textId="77777777" w:rsidR="00E54E13" w:rsidRDefault="00000000">
            <w:pPr>
              <w:spacing w:after="20" w:line="250" w:lineRule="exact"/>
              <w:rPr>
                <w:rFonts w:hint="eastAsia"/>
              </w:rPr>
            </w:pPr>
            <w:r>
              <w:rPr>
                <w:sz w:val="18"/>
              </w:rPr>
              <w:t>1A: almeno 10 ore teoriche raccomandate; 2A: almeno 4 ore teoriche aggiuntive raccomandate. Per 1B/2B non è indicata una durata fissa generale. Per la teoria specifica: presenza o sincrona con webcam, non asincrona.</w:t>
            </w:r>
          </w:p>
        </w:tc>
      </w:tr>
    </w:tbl>
    <w:p w14:paraId="2D9F3387"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5F9B9D1" w14:textId="77777777">
        <w:trPr>
          <w:tblHeader/>
          <w:jc w:val="center"/>
        </w:trPr>
        <w:tc>
          <w:tcPr>
            <w:tcW w:w="3250" w:type="dxa"/>
            <w:shd w:val="clear" w:color="auto" w:fill="12324B"/>
          </w:tcPr>
          <w:p w14:paraId="4F889117" w14:textId="77777777" w:rsidR="00E54E13" w:rsidRDefault="00000000">
            <w:pPr>
              <w:spacing w:before="30" w:after="30" w:line="228" w:lineRule="exact"/>
              <w:rPr>
                <w:rFonts w:hint="eastAsia"/>
              </w:rPr>
            </w:pPr>
            <w:r>
              <w:rPr>
                <w:b/>
                <w:color w:val="FFFFFF"/>
                <w:sz w:val="17"/>
              </w:rPr>
              <w:t>Predisposto da</w:t>
            </w:r>
          </w:p>
        </w:tc>
        <w:tc>
          <w:tcPr>
            <w:tcW w:w="3250" w:type="dxa"/>
            <w:shd w:val="clear" w:color="auto" w:fill="12324B"/>
          </w:tcPr>
          <w:p w14:paraId="45331165"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532F3B10" w14:textId="77777777" w:rsidR="00E54E13" w:rsidRDefault="00000000">
            <w:pPr>
              <w:spacing w:before="30" w:after="30" w:line="228" w:lineRule="exact"/>
              <w:rPr>
                <w:rFonts w:hint="eastAsia"/>
              </w:rPr>
            </w:pPr>
            <w:r>
              <w:rPr>
                <w:b/>
                <w:color w:val="FFFFFF"/>
                <w:sz w:val="17"/>
              </w:rPr>
              <w:t>Data</w:t>
            </w:r>
          </w:p>
        </w:tc>
      </w:tr>
      <w:tr w:rsidR="00E54E13" w14:paraId="726E7017" w14:textId="77777777">
        <w:trPr>
          <w:cantSplit/>
          <w:trHeight w:val="567"/>
          <w:jc w:val="center"/>
        </w:trPr>
        <w:tc>
          <w:tcPr>
            <w:tcW w:w="3250" w:type="dxa"/>
            <w:vAlign w:val="center"/>
          </w:tcPr>
          <w:p w14:paraId="685A5B1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D649AB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78FCB13" w14:textId="77777777" w:rsidR="00E54E13" w:rsidRDefault="00000000">
            <w:pPr>
              <w:spacing w:before="30" w:after="30" w:line="228" w:lineRule="exact"/>
              <w:rPr>
                <w:rFonts w:hint="eastAsia"/>
              </w:rPr>
            </w:pPr>
            <w:r>
              <w:rPr>
                <w:sz w:val="17"/>
              </w:rPr>
              <w:t>____ / ____ / ______</w:t>
            </w:r>
          </w:p>
        </w:tc>
      </w:tr>
    </w:tbl>
    <w:p w14:paraId="11CF1A8B" w14:textId="77777777" w:rsidR="00E54E13" w:rsidRDefault="00E54E13">
      <w:pPr>
        <w:spacing w:after="40" w:line="40" w:lineRule="exact"/>
        <w:rPr>
          <w:rFonts w:hint="eastAsia"/>
        </w:rPr>
      </w:pPr>
    </w:p>
    <w:p w14:paraId="513A0775" w14:textId="77777777" w:rsidR="00E54E13" w:rsidRDefault="00000000">
      <w:pPr>
        <w:pStyle w:val="Source"/>
        <w:rPr>
          <w:rFonts w:hint="eastAsia"/>
        </w:rPr>
      </w:pPr>
      <w:r>
        <w:t>Modello originale [AZ]. Base: INAIL 2026, pp. 2–3 e 5–6. I campi vuoti non costituiscono una verifica positiva.</w:t>
      </w:r>
    </w:p>
    <w:p w14:paraId="3A3CFFDA" w14:textId="77777777" w:rsidR="00E54E13" w:rsidRDefault="00000000">
      <w:pPr>
        <w:pStyle w:val="Eyebrow"/>
        <w:keepNext/>
        <w:pageBreakBefore/>
        <w:rPr>
          <w:rFonts w:hint="eastAsia"/>
        </w:rPr>
      </w:pPr>
      <w:r>
        <w:t>PARTE II  /  ALLEGATO OPERATIVO [AZ]</w:t>
      </w:r>
    </w:p>
    <w:p w14:paraId="51301AB2" w14:textId="77777777" w:rsidR="00E54E13" w:rsidRDefault="00000000">
      <w:pPr>
        <w:pStyle w:val="Titolo1"/>
      </w:pPr>
      <w:bookmarkStart w:id="37" w:name="B38_A06"/>
      <w:r>
        <w:t>A06  Registro della formazione e dell’apprendimento</w:t>
      </w:r>
      <w:bookmarkEnd w:id="37"/>
    </w:p>
    <w:p w14:paraId="3D7D09F6" w14:textId="77777777" w:rsidR="00E54E13" w:rsidRDefault="00000000">
      <w:pPr>
        <w:pStyle w:val="FormHint"/>
        <w:rPr>
          <w:rFonts w:hint="eastAsia"/>
        </w:rPr>
      </w:pPr>
      <w:r>
        <w:t>Registrare le attività effettivamente svolte. Allegare presenze, programma e verifiche identificati.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A8ADD5E" w14:textId="77777777">
        <w:trPr>
          <w:cantSplit/>
          <w:trHeight w:val="346"/>
          <w:jc w:val="center"/>
        </w:trPr>
        <w:tc>
          <w:tcPr>
            <w:tcW w:w="2891" w:type="dxa"/>
            <w:shd w:val="clear" w:color="auto" w:fill="EDF3F9"/>
            <w:vAlign w:val="center"/>
          </w:tcPr>
          <w:p w14:paraId="00F40068" w14:textId="77777777" w:rsidR="00E54E13" w:rsidRDefault="00000000">
            <w:pPr>
              <w:spacing w:before="30" w:after="30" w:line="236" w:lineRule="exact"/>
              <w:rPr>
                <w:rFonts w:hint="eastAsia"/>
              </w:rPr>
            </w:pPr>
            <w:r>
              <w:rPr>
                <w:b/>
                <w:sz w:val="18"/>
              </w:rPr>
              <w:t>Azienda / unità</w:t>
            </w:r>
          </w:p>
        </w:tc>
        <w:tc>
          <w:tcPr>
            <w:tcW w:w="6860" w:type="dxa"/>
            <w:vAlign w:val="center"/>
          </w:tcPr>
          <w:p w14:paraId="2BC047AF" w14:textId="77777777" w:rsidR="00E54E13" w:rsidRDefault="00000000">
            <w:pPr>
              <w:spacing w:before="30" w:after="30" w:line="236" w:lineRule="exact"/>
              <w:rPr>
                <w:rFonts w:hint="eastAsia"/>
              </w:rPr>
            </w:pPr>
            <w:sdt>
              <w:sdtPr>
                <w:alias w:val="ragione sociale e sede"/>
                <w:tag w:val="campo_93"/>
                <w:id w:val="100093"/>
                <w:text w:multiLine="1"/>
              </w:sdtPr>
              <w:sdtContent>
                <w:r>
                  <w:rPr>
                    <w:color w:val="007E87"/>
                    <w:sz w:val="19"/>
                  </w:rPr>
                  <w:t>[ragione sociale e sede]</w:t>
                </w:r>
              </w:sdtContent>
            </w:sdt>
          </w:p>
        </w:tc>
      </w:tr>
      <w:tr w:rsidR="00E54E13" w14:paraId="43107F0C" w14:textId="77777777">
        <w:trPr>
          <w:cantSplit/>
          <w:trHeight w:val="346"/>
          <w:jc w:val="center"/>
        </w:trPr>
        <w:tc>
          <w:tcPr>
            <w:tcW w:w="2891" w:type="dxa"/>
            <w:shd w:val="clear" w:color="auto" w:fill="EDF3F9"/>
            <w:vAlign w:val="center"/>
          </w:tcPr>
          <w:p w14:paraId="0C5B277F"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006E1C8" w14:textId="77777777" w:rsidR="00E54E13" w:rsidRDefault="00000000">
            <w:pPr>
              <w:spacing w:before="30" w:after="30" w:line="236" w:lineRule="exact"/>
              <w:rPr>
                <w:rFonts w:hint="eastAsia"/>
              </w:rPr>
            </w:pPr>
            <w:sdt>
              <w:sdtPr>
                <w:alias w:val="codice, revisione e data"/>
                <w:tag w:val="campo_94"/>
                <w:id w:val="100094"/>
                <w:text w:multiLine="1"/>
              </w:sdtPr>
              <w:sdtContent>
                <w:r>
                  <w:rPr>
                    <w:color w:val="007E87"/>
                    <w:sz w:val="19"/>
                  </w:rPr>
                  <w:t>[codice, revisione e data]</w:t>
                </w:r>
              </w:sdtContent>
            </w:sdt>
          </w:p>
        </w:tc>
      </w:tr>
    </w:tbl>
    <w:p w14:paraId="6AE6D931"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A35D993" w14:textId="77777777">
        <w:trPr>
          <w:cantSplit/>
          <w:trHeight w:val="386"/>
          <w:jc w:val="center"/>
        </w:trPr>
        <w:tc>
          <w:tcPr>
            <w:tcW w:w="2891" w:type="dxa"/>
            <w:shd w:val="clear" w:color="auto" w:fill="EDF3F9"/>
            <w:vAlign w:val="center"/>
          </w:tcPr>
          <w:p w14:paraId="35272FA0" w14:textId="77777777" w:rsidR="00E54E13" w:rsidRDefault="00000000">
            <w:pPr>
              <w:spacing w:before="30" w:after="30" w:line="236" w:lineRule="exact"/>
              <w:rPr>
                <w:rFonts w:hint="eastAsia"/>
              </w:rPr>
            </w:pPr>
            <w:r>
              <w:rPr>
                <w:b/>
                <w:sz w:val="18"/>
              </w:rPr>
              <w:t>Corso / attività formativa</w:t>
            </w:r>
          </w:p>
        </w:tc>
        <w:tc>
          <w:tcPr>
            <w:tcW w:w="6860" w:type="dxa"/>
            <w:vAlign w:val="center"/>
          </w:tcPr>
          <w:p w14:paraId="3B5AECA9" w14:textId="77777777" w:rsidR="00E54E13" w:rsidRDefault="00000000">
            <w:pPr>
              <w:spacing w:before="30" w:after="30" w:line="236" w:lineRule="exact"/>
              <w:rPr>
                <w:rFonts w:hint="eastAsia"/>
              </w:rPr>
            </w:pPr>
            <w:sdt>
              <w:sdtPr>
                <w:alias w:val="titolo, livello e obiettivo"/>
                <w:tag w:val="campo_95"/>
                <w:id w:val="100095"/>
                <w:text w:multiLine="1"/>
              </w:sdtPr>
              <w:sdtContent>
                <w:r>
                  <w:rPr>
                    <w:color w:val="007E87"/>
                    <w:sz w:val="19"/>
                  </w:rPr>
                  <w:t>[titolo, livello e obiettivo]</w:t>
                </w:r>
              </w:sdtContent>
            </w:sdt>
          </w:p>
        </w:tc>
      </w:tr>
      <w:tr w:rsidR="00E54E13" w14:paraId="22982F65" w14:textId="77777777">
        <w:trPr>
          <w:cantSplit/>
          <w:trHeight w:val="386"/>
          <w:jc w:val="center"/>
        </w:trPr>
        <w:tc>
          <w:tcPr>
            <w:tcW w:w="2891" w:type="dxa"/>
            <w:shd w:val="clear" w:color="auto" w:fill="EDF3F9"/>
            <w:vAlign w:val="center"/>
          </w:tcPr>
          <w:p w14:paraId="6EE8AF7F" w14:textId="77777777" w:rsidR="00E54E13" w:rsidRDefault="00000000">
            <w:pPr>
              <w:spacing w:before="30" w:after="30" w:line="236" w:lineRule="exact"/>
              <w:rPr>
                <w:rFonts w:hint="eastAsia"/>
              </w:rPr>
            </w:pPr>
            <w:r>
              <w:rPr>
                <w:b/>
                <w:sz w:val="18"/>
              </w:rPr>
              <w:t>Formatore e soggetto erogatore</w:t>
            </w:r>
          </w:p>
        </w:tc>
        <w:tc>
          <w:tcPr>
            <w:tcW w:w="6860" w:type="dxa"/>
            <w:shd w:val="clear" w:color="auto" w:fill="F6F8FA"/>
            <w:vAlign w:val="center"/>
          </w:tcPr>
          <w:p w14:paraId="6FA185D5" w14:textId="77777777" w:rsidR="00E54E13" w:rsidRDefault="00000000">
            <w:pPr>
              <w:spacing w:before="30" w:after="30" w:line="236" w:lineRule="exact"/>
              <w:rPr>
                <w:rFonts w:hint="eastAsia"/>
              </w:rPr>
            </w:pPr>
            <w:sdt>
              <w:sdtPr>
                <w:alias w:val="nominativo, organizzazione e riferimento competenza"/>
                <w:tag w:val="campo_96"/>
                <w:id w:val="100096"/>
                <w:text w:multiLine="1"/>
              </w:sdtPr>
              <w:sdtContent>
                <w:r>
                  <w:rPr>
                    <w:color w:val="007E87"/>
                    <w:sz w:val="19"/>
                  </w:rPr>
                  <w:t>[nominativo, organizzazione e riferimento competenza]</w:t>
                </w:r>
              </w:sdtContent>
            </w:sdt>
          </w:p>
        </w:tc>
      </w:tr>
      <w:tr w:rsidR="00E54E13" w14:paraId="071918B8" w14:textId="77777777">
        <w:trPr>
          <w:cantSplit/>
          <w:trHeight w:val="386"/>
          <w:jc w:val="center"/>
        </w:trPr>
        <w:tc>
          <w:tcPr>
            <w:tcW w:w="2891" w:type="dxa"/>
            <w:shd w:val="clear" w:color="auto" w:fill="EDF3F9"/>
            <w:vAlign w:val="center"/>
          </w:tcPr>
          <w:p w14:paraId="435F08A3" w14:textId="77777777" w:rsidR="00E54E13" w:rsidRDefault="00000000">
            <w:pPr>
              <w:spacing w:before="30" w:after="30" w:line="236" w:lineRule="exact"/>
              <w:rPr>
                <w:rFonts w:hint="eastAsia"/>
              </w:rPr>
            </w:pPr>
            <w:r>
              <w:rPr>
                <w:b/>
                <w:sz w:val="18"/>
              </w:rPr>
              <w:t>Modalità</w:t>
            </w:r>
          </w:p>
        </w:tc>
        <w:tc>
          <w:tcPr>
            <w:tcW w:w="6860" w:type="dxa"/>
            <w:vAlign w:val="center"/>
          </w:tcPr>
          <w:p w14:paraId="2FDB31FA" w14:textId="77777777" w:rsidR="00E54E13" w:rsidRDefault="00000000">
            <w:pPr>
              <w:spacing w:before="30" w:after="30" w:line="236" w:lineRule="exact"/>
              <w:rPr>
                <w:rFonts w:hint="eastAsia"/>
              </w:rPr>
            </w:pPr>
            <w:sdt>
              <w:sdtPr>
                <w:alias w:val="presenza / sincrona con webcam / altra attività pertinente"/>
                <w:tag w:val="campo_97"/>
                <w:id w:val="100097"/>
                <w:text w:multiLine="1"/>
              </w:sdtPr>
              <w:sdtContent>
                <w:r>
                  <w:rPr>
                    <w:color w:val="007E87"/>
                    <w:sz w:val="19"/>
                  </w:rPr>
                  <w:t>[presenza / sincrona con webcam / altra attività pertinente]</w:t>
                </w:r>
              </w:sdtContent>
            </w:sdt>
          </w:p>
        </w:tc>
      </w:tr>
      <w:tr w:rsidR="00E54E13" w14:paraId="1D752A85" w14:textId="77777777">
        <w:trPr>
          <w:cantSplit/>
          <w:trHeight w:val="386"/>
          <w:jc w:val="center"/>
        </w:trPr>
        <w:tc>
          <w:tcPr>
            <w:tcW w:w="2891" w:type="dxa"/>
            <w:shd w:val="clear" w:color="auto" w:fill="EDF3F9"/>
            <w:vAlign w:val="center"/>
          </w:tcPr>
          <w:p w14:paraId="68D5F69A" w14:textId="77777777" w:rsidR="00E54E13" w:rsidRDefault="00000000">
            <w:pPr>
              <w:spacing w:before="30" w:after="30" w:line="236" w:lineRule="exact"/>
              <w:rPr>
                <w:rFonts w:hint="eastAsia"/>
              </w:rPr>
            </w:pPr>
            <w:r>
              <w:rPr>
                <w:b/>
                <w:sz w:val="18"/>
              </w:rPr>
              <w:t>Programma di riferimento</w:t>
            </w:r>
          </w:p>
        </w:tc>
        <w:tc>
          <w:tcPr>
            <w:tcW w:w="6860" w:type="dxa"/>
            <w:shd w:val="clear" w:color="auto" w:fill="F6F8FA"/>
            <w:vAlign w:val="center"/>
          </w:tcPr>
          <w:p w14:paraId="73624EC7" w14:textId="77777777" w:rsidR="00E54E13" w:rsidRDefault="00000000">
            <w:pPr>
              <w:spacing w:before="30" w:after="30" w:line="236" w:lineRule="exact"/>
              <w:rPr>
                <w:rFonts w:hint="eastAsia"/>
              </w:rPr>
            </w:pPr>
            <w:sdt>
              <w:sdtPr>
                <w:alias w:val="codice, revisione e contenuti effettivi"/>
                <w:tag w:val="campo_98"/>
                <w:id w:val="100098"/>
                <w:text w:multiLine="1"/>
              </w:sdtPr>
              <w:sdtContent>
                <w:r>
                  <w:rPr>
                    <w:color w:val="007E87"/>
                    <w:sz w:val="19"/>
                  </w:rPr>
                  <w:t>[codice, revisione e contenuti effettivi]</w:t>
                </w:r>
              </w:sdtContent>
            </w:sdt>
          </w:p>
        </w:tc>
      </w:tr>
    </w:tbl>
    <w:p w14:paraId="32ECFE78"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417"/>
        <w:gridCol w:w="2098"/>
        <w:gridCol w:w="3402"/>
        <w:gridCol w:w="2835"/>
      </w:tblGrid>
      <w:tr w:rsidR="00E54E13" w14:paraId="0722F6A3" w14:textId="77777777">
        <w:trPr>
          <w:tblHeader/>
          <w:jc w:val="center"/>
        </w:trPr>
        <w:tc>
          <w:tcPr>
            <w:tcW w:w="1417" w:type="dxa"/>
            <w:shd w:val="clear" w:color="auto" w:fill="12324B"/>
          </w:tcPr>
          <w:p w14:paraId="48EB0661" w14:textId="77777777" w:rsidR="00E54E13" w:rsidRDefault="00000000">
            <w:pPr>
              <w:spacing w:before="30" w:after="30" w:line="230" w:lineRule="exact"/>
              <w:rPr>
                <w:rFonts w:hint="eastAsia"/>
              </w:rPr>
            </w:pPr>
            <w:r>
              <w:rPr>
                <w:b/>
                <w:color w:val="FFFFFF"/>
                <w:sz w:val="17"/>
              </w:rPr>
              <w:t>Data</w:t>
            </w:r>
          </w:p>
        </w:tc>
        <w:tc>
          <w:tcPr>
            <w:tcW w:w="2098" w:type="dxa"/>
            <w:shd w:val="clear" w:color="auto" w:fill="12324B"/>
          </w:tcPr>
          <w:p w14:paraId="7B608755" w14:textId="77777777" w:rsidR="00E54E13" w:rsidRDefault="00000000">
            <w:pPr>
              <w:spacing w:before="30" w:after="30" w:line="230" w:lineRule="exact"/>
              <w:rPr>
                <w:rFonts w:hint="eastAsia"/>
              </w:rPr>
            </w:pPr>
            <w:r>
              <w:rPr>
                <w:b/>
                <w:color w:val="FFFFFF"/>
                <w:sz w:val="17"/>
              </w:rPr>
              <w:t>Orario e ore effettive</w:t>
            </w:r>
          </w:p>
        </w:tc>
        <w:tc>
          <w:tcPr>
            <w:tcW w:w="3402" w:type="dxa"/>
            <w:shd w:val="clear" w:color="auto" w:fill="12324B"/>
          </w:tcPr>
          <w:p w14:paraId="4134CEC0" w14:textId="77777777" w:rsidR="00E54E13" w:rsidRDefault="00000000">
            <w:pPr>
              <w:spacing w:before="30" w:after="30" w:line="230" w:lineRule="exact"/>
              <w:rPr>
                <w:rFonts w:hint="eastAsia"/>
              </w:rPr>
            </w:pPr>
            <w:r>
              <w:rPr>
                <w:b/>
                <w:color w:val="FFFFFF"/>
                <w:sz w:val="17"/>
              </w:rPr>
              <w:t>Argomento / livello</w:t>
            </w:r>
          </w:p>
        </w:tc>
        <w:tc>
          <w:tcPr>
            <w:tcW w:w="2835" w:type="dxa"/>
            <w:shd w:val="clear" w:color="auto" w:fill="12324B"/>
          </w:tcPr>
          <w:p w14:paraId="21EC73CB" w14:textId="77777777" w:rsidR="00E54E13" w:rsidRDefault="00000000">
            <w:pPr>
              <w:spacing w:before="30" w:after="30" w:line="230" w:lineRule="exact"/>
              <w:rPr>
                <w:rFonts w:hint="eastAsia"/>
              </w:rPr>
            </w:pPr>
            <w:r>
              <w:rPr>
                <w:b/>
                <w:color w:val="FFFFFF"/>
                <w:sz w:val="17"/>
              </w:rPr>
              <w:t>Partecipanti o registro allegato</w:t>
            </w:r>
          </w:p>
        </w:tc>
      </w:tr>
      <w:tr w:rsidR="00E54E13" w14:paraId="7CF9103A" w14:textId="77777777">
        <w:trPr>
          <w:cantSplit/>
          <w:trHeight w:val="567"/>
          <w:jc w:val="center"/>
        </w:trPr>
        <w:tc>
          <w:tcPr>
            <w:tcW w:w="1417" w:type="dxa"/>
            <w:vAlign w:val="center"/>
          </w:tcPr>
          <w:p w14:paraId="635C6E0E" w14:textId="77777777" w:rsidR="00E54E13" w:rsidRDefault="00000000">
            <w:pPr>
              <w:spacing w:before="30" w:after="30" w:line="230" w:lineRule="exact"/>
              <w:rPr>
                <w:rFonts w:hint="eastAsia"/>
              </w:rPr>
            </w:pPr>
            <w:r>
              <w:rPr>
                <w:sz w:val="17"/>
              </w:rPr>
              <w:t>[da compilare]</w:t>
            </w:r>
          </w:p>
        </w:tc>
        <w:tc>
          <w:tcPr>
            <w:tcW w:w="2098" w:type="dxa"/>
            <w:vAlign w:val="center"/>
          </w:tcPr>
          <w:p w14:paraId="6BF6FAAE" w14:textId="77777777" w:rsidR="00E54E13" w:rsidRDefault="00000000">
            <w:pPr>
              <w:spacing w:before="30" w:after="30" w:line="230" w:lineRule="exact"/>
              <w:rPr>
                <w:rFonts w:hint="eastAsia"/>
              </w:rPr>
            </w:pPr>
            <w:r>
              <w:rPr>
                <w:sz w:val="17"/>
              </w:rPr>
              <w:t>[da compilare]</w:t>
            </w:r>
          </w:p>
        </w:tc>
        <w:tc>
          <w:tcPr>
            <w:tcW w:w="3402" w:type="dxa"/>
            <w:vAlign w:val="center"/>
          </w:tcPr>
          <w:p w14:paraId="7CFBDF1E" w14:textId="77777777" w:rsidR="00E54E13" w:rsidRDefault="00000000">
            <w:pPr>
              <w:spacing w:before="30" w:after="30" w:line="230" w:lineRule="exact"/>
              <w:rPr>
                <w:rFonts w:hint="eastAsia"/>
              </w:rPr>
            </w:pPr>
            <w:r>
              <w:rPr>
                <w:sz w:val="17"/>
              </w:rPr>
              <w:t>[da compilare]</w:t>
            </w:r>
          </w:p>
        </w:tc>
        <w:tc>
          <w:tcPr>
            <w:tcW w:w="2835" w:type="dxa"/>
            <w:vAlign w:val="center"/>
          </w:tcPr>
          <w:p w14:paraId="65AB701E" w14:textId="77777777" w:rsidR="00E54E13" w:rsidRDefault="00000000">
            <w:pPr>
              <w:spacing w:before="30" w:after="30" w:line="230" w:lineRule="exact"/>
              <w:rPr>
                <w:rFonts w:hint="eastAsia"/>
              </w:rPr>
            </w:pPr>
            <w:r>
              <w:rPr>
                <w:sz w:val="17"/>
              </w:rPr>
              <w:t>[da compilare]</w:t>
            </w:r>
          </w:p>
        </w:tc>
      </w:tr>
      <w:tr w:rsidR="00E54E13" w14:paraId="1C9B04EC" w14:textId="77777777">
        <w:trPr>
          <w:cantSplit/>
          <w:trHeight w:val="567"/>
          <w:jc w:val="center"/>
        </w:trPr>
        <w:tc>
          <w:tcPr>
            <w:tcW w:w="1417" w:type="dxa"/>
            <w:shd w:val="clear" w:color="auto" w:fill="F6F8FA"/>
            <w:vAlign w:val="center"/>
          </w:tcPr>
          <w:p w14:paraId="79F07F65" w14:textId="77777777" w:rsidR="00E54E13" w:rsidRDefault="00000000">
            <w:pPr>
              <w:spacing w:before="30" w:after="30" w:line="230" w:lineRule="exact"/>
              <w:rPr>
                <w:rFonts w:hint="eastAsia"/>
              </w:rPr>
            </w:pPr>
            <w:r>
              <w:rPr>
                <w:sz w:val="17"/>
              </w:rPr>
              <w:t>[da compilare]</w:t>
            </w:r>
          </w:p>
        </w:tc>
        <w:tc>
          <w:tcPr>
            <w:tcW w:w="2098" w:type="dxa"/>
            <w:shd w:val="clear" w:color="auto" w:fill="F6F8FA"/>
            <w:vAlign w:val="center"/>
          </w:tcPr>
          <w:p w14:paraId="1A544F7D" w14:textId="77777777" w:rsidR="00E54E13" w:rsidRDefault="00000000">
            <w:pPr>
              <w:spacing w:before="30" w:after="30" w:line="230" w:lineRule="exact"/>
              <w:rPr>
                <w:rFonts w:hint="eastAsia"/>
              </w:rPr>
            </w:pPr>
            <w:r>
              <w:rPr>
                <w:sz w:val="17"/>
              </w:rPr>
              <w:t>[da compilare]</w:t>
            </w:r>
          </w:p>
        </w:tc>
        <w:tc>
          <w:tcPr>
            <w:tcW w:w="3402" w:type="dxa"/>
            <w:shd w:val="clear" w:color="auto" w:fill="F6F8FA"/>
            <w:vAlign w:val="center"/>
          </w:tcPr>
          <w:p w14:paraId="2F7A2363" w14:textId="77777777" w:rsidR="00E54E13" w:rsidRDefault="00000000">
            <w:pPr>
              <w:spacing w:before="30" w:after="30" w:line="230" w:lineRule="exact"/>
              <w:rPr>
                <w:rFonts w:hint="eastAsia"/>
              </w:rPr>
            </w:pPr>
            <w:r>
              <w:rPr>
                <w:sz w:val="17"/>
              </w:rPr>
              <w:t>[da compilare]</w:t>
            </w:r>
          </w:p>
        </w:tc>
        <w:tc>
          <w:tcPr>
            <w:tcW w:w="2835" w:type="dxa"/>
            <w:shd w:val="clear" w:color="auto" w:fill="F6F8FA"/>
            <w:vAlign w:val="center"/>
          </w:tcPr>
          <w:p w14:paraId="7BAC508C" w14:textId="77777777" w:rsidR="00E54E13" w:rsidRDefault="00000000">
            <w:pPr>
              <w:spacing w:before="30" w:after="30" w:line="230" w:lineRule="exact"/>
              <w:rPr>
                <w:rFonts w:hint="eastAsia"/>
              </w:rPr>
            </w:pPr>
            <w:r>
              <w:rPr>
                <w:sz w:val="17"/>
              </w:rPr>
              <w:t>[da compilare]</w:t>
            </w:r>
          </w:p>
        </w:tc>
      </w:tr>
      <w:tr w:rsidR="00E54E13" w14:paraId="23369AB0" w14:textId="77777777">
        <w:trPr>
          <w:cantSplit/>
          <w:trHeight w:val="567"/>
          <w:jc w:val="center"/>
        </w:trPr>
        <w:tc>
          <w:tcPr>
            <w:tcW w:w="1417" w:type="dxa"/>
            <w:vAlign w:val="center"/>
          </w:tcPr>
          <w:p w14:paraId="0218812B" w14:textId="77777777" w:rsidR="00E54E13" w:rsidRDefault="00000000">
            <w:pPr>
              <w:spacing w:before="30" w:after="30" w:line="230" w:lineRule="exact"/>
              <w:rPr>
                <w:rFonts w:hint="eastAsia"/>
              </w:rPr>
            </w:pPr>
            <w:r>
              <w:rPr>
                <w:sz w:val="17"/>
              </w:rPr>
              <w:t>[da compilare]</w:t>
            </w:r>
          </w:p>
        </w:tc>
        <w:tc>
          <w:tcPr>
            <w:tcW w:w="2098" w:type="dxa"/>
            <w:vAlign w:val="center"/>
          </w:tcPr>
          <w:p w14:paraId="01200147" w14:textId="77777777" w:rsidR="00E54E13" w:rsidRDefault="00000000">
            <w:pPr>
              <w:spacing w:before="30" w:after="30" w:line="230" w:lineRule="exact"/>
              <w:rPr>
                <w:rFonts w:hint="eastAsia"/>
              </w:rPr>
            </w:pPr>
            <w:r>
              <w:rPr>
                <w:sz w:val="17"/>
              </w:rPr>
              <w:t>[da compilare]</w:t>
            </w:r>
          </w:p>
        </w:tc>
        <w:tc>
          <w:tcPr>
            <w:tcW w:w="3402" w:type="dxa"/>
            <w:vAlign w:val="center"/>
          </w:tcPr>
          <w:p w14:paraId="43DDAC2E" w14:textId="77777777" w:rsidR="00E54E13" w:rsidRDefault="00000000">
            <w:pPr>
              <w:spacing w:before="30" w:after="30" w:line="230" w:lineRule="exact"/>
              <w:rPr>
                <w:rFonts w:hint="eastAsia"/>
              </w:rPr>
            </w:pPr>
            <w:r>
              <w:rPr>
                <w:sz w:val="17"/>
              </w:rPr>
              <w:t>[da compilare]</w:t>
            </w:r>
          </w:p>
        </w:tc>
        <w:tc>
          <w:tcPr>
            <w:tcW w:w="2835" w:type="dxa"/>
            <w:vAlign w:val="center"/>
          </w:tcPr>
          <w:p w14:paraId="2A2331B4" w14:textId="77777777" w:rsidR="00E54E13" w:rsidRDefault="00000000">
            <w:pPr>
              <w:spacing w:before="30" w:after="30" w:line="230" w:lineRule="exact"/>
              <w:rPr>
                <w:rFonts w:hint="eastAsia"/>
              </w:rPr>
            </w:pPr>
            <w:r>
              <w:rPr>
                <w:sz w:val="17"/>
              </w:rPr>
              <w:t>[da compilare]</w:t>
            </w:r>
          </w:p>
        </w:tc>
      </w:tr>
    </w:tbl>
    <w:p w14:paraId="00D912AE" w14:textId="77777777" w:rsidR="00E54E13" w:rsidRDefault="00E54E13">
      <w:pPr>
        <w:spacing w:after="40" w:line="40" w:lineRule="exact"/>
        <w:rPr>
          <w:rFonts w:hint="eastAsia"/>
        </w:rPr>
      </w:pPr>
    </w:p>
    <w:p w14:paraId="22AE4E4B" w14:textId="77777777" w:rsidR="00E54E13" w:rsidRDefault="00000000">
      <w:pPr>
        <w:pStyle w:val="Titolo3"/>
      </w:pPr>
      <w:r>
        <w:t>Valutazione dei risultati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154"/>
        <w:gridCol w:w="2381"/>
        <w:gridCol w:w="2721"/>
        <w:gridCol w:w="2494"/>
      </w:tblGrid>
      <w:tr w:rsidR="00E54E13" w14:paraId="3117A210" w14:textId="77777777">
        <w:trPr>
          <w:tblHeader/>
          <w:jc w:val="center"/>
        </w:trPr>
        <w:tc>
          <w:tcPr>
            <w:tcW w:w="2154" w:type="dxa"/>
            <w:shd w:val="clear" w:color="auto" w:fill="12324B"/>
          </w:tcPr>
          <w:p w14:paraId="13FE45C0" w14:textId="77777777" w:rsidR="00E54E13" w:rsidRDefault="00000000">
            <w:pPr>
              <w:spacing w:before="30" w:after="30" w:line="230" w:lineRule="exact"/>
              <w:rPr>
                <w:rFonts w:hint="eastAsia"/>
              </w:rPr>
            </w:pPr>
            <w:r>
              <w:rPr>
                <w:b/>
                <w:color w:val="FFFFFF"/>
                <w:sz w:val="17"/>
              </w:rPr>
              <w:t>Lavoratore</w:t>
            </w:r>
          </w:p>
        </w:tc>
        <w:tc>
          <w:tcPr>
            <w:tcW w:w="2381" w:type="dxa"/>
            <w:shd w:val="clear" w:color="auto" w:fill="12324B"/>
          </w:tcPr>
          <w:p w14:paraId="1CC6A610" w14:textId="77777777" w:rsidR="00E54E13" w:rsidRDefault="00000000">
            <w:pPr>
              <w:spacing w:before="30" w:after="30" w:line="230" w:lineRule="exact"/>
              <w:rPr>
                <w:rFonts w:hint="eastAsia"/>
              </w:rPr>
            </w:pPr>
            <w:r>
              <w:rPr>
                <w:b/>
                <w:color w:val="FFFFFF"/>
                <w:sz w:val="17"/>
              </w:rPr>
              <w:t>Modalità di verifica</w:t>
            </w:r>
          </w:p>
        </w:tc>
        <w:tc>
          <w:tcPr>
            <w:tcW w:w="2721" w:type="dxa"/>
            <w:shd w:val="clear" w:color="auto" w:fill="12324B"/>
          </w:tcPr>
          <w:p w14:paraId="0BDD84B3" w14:textId="77777777" w:rsidR="00E54E13" w:rsidRDefault="00000000">
            <w:pPr>
              <w:spacing w:before="30" w:after="30" w:line="230" w:lineRule="exact"/>
              <w:rPr>
                <w:rFonts w:hint="eastAsia"/>
              </w:rPr>
            </w:pPr>
            <w:r>
              <w:rPr>
                <w:b/>
                <w:color w:val="FFFFFF"/>
                <w:sz w:val="17"/>
              </w:rPr>
              <w:t>Risultato / carenze</w:t>
            </w:r>
          </w:p>
        </w:tc>
        <w:tc>
          <w:tcPr>
            <w:tcW w:w="2494" w:type="dxa"/>
            <w:shd w:val="clear" w:color="auto" w:fill="12324B"/>
          </w:tcPr>
          <w:p w14:paraId="4C3890CB" w14:textId="77777777" w:rsidR="00E54E13" w:rsidRDefault="00000000">
            <w:pPr>
              <w:spacing w:before="30" w:after="30" w:line="230" w:lineRule="exact"/>
              <w:rPr>
                <w:rFonts w:hint="eastAsia"/>
              </w:rPr>
            </w:pPr>
            <w:r>
              <w:rPr>
                <w:b/>
                <w:color w:val="FFFFFF"/>
                <w:sz w:val="17"/>
              </w:rPr>
              <w:t>Recupero o documento finale</w:t>
            </w:r>
          </w:p>
        </w:tc>
      </w:tr>
      <w:tr w:rsidR="00E54E13" w14:paraId="65781B00" w14:textId="77777777">
        <w:trPr>
          <w:cantSplit/>
          <w:trHeight w:val="624"/>
          <w:jc w:val="center"/>
        </w:trPr>
        <w:tc>
          <w:tcPr>
            <w:tcW w:w="2154" w:type="dxa"/>
            <w:vAlign w:val="center"/>
          </w:tcPr>
          <w:p w14:paraId="72B10797" w14:textId="77777777" w:rsidR="00E54E13" w:rsidRDefault="00000000">
            <w:pPr>
              <w:spacing w:before="30" w:after="30" w:line="230" w:lineRule="exact"/>
              <w:rPr>
                <w:rFonts w:hint="eastAsia"/>
              </w:rPr>
            </w:pPr>
            <w:r>
              <w:rPr>
                <w:sz w:val="17"/>
              </w:rPr>
              <w:t>[da compilare]</w:t>
            </w:r>
          </w:p>
        </w:tc>
        <w:tc>
          <w:tcPr>
            <w:tcW w:w="2381" w:type="dxa"/>
            <w:vAlign w:val="center"/>
          </w:tcPr>
          <w:p w14:paraId="0C7D2C83" w14:textId="77777777" w:rsidR="00E54E13" w:rsidRDefault="00000000">
            <w:pPr>
              <w:spacing w:before="30" w:after="30" w:line="230" w:lineRule="exact"/>
              <w:rPr>
                <w:rFonts w:hint="eastAsia"/>
              </w:rPr>
            </w:pPr>
            <w:r>
              <w:rPr>
                <w:sz w:val="17"/>
              </w:rPr>
              <w:t>[da compilare]</w:t>
            </w:r>
          </w:p>
        </w:tc>
        <w:tc>
          <w:tcPr>
            <w:tcW w:w="2721" w:type="dxa"/>
            <w:vAlign w:val="center"/>
          </w:tcPr>
          <w:p w14:paraId="39214C6C" w14:textId="77777777" w:rsidR="00E54E13" w:rsidRDefault="00000000">
            <w:pPr>
              <w:spacing w:before="30" w:after="30" w:line="230" w:lineRule="exact"/>
              <w:rPr>
                <w:rFonts w:hint="eastAsia"/>
              </w:rPr>
            </w:pPr>
            <w:r>
              <w:rPr>
                <w:sz w:val="17"/>
              </w:rPr>
              <w:t>[da compilare]</w:t>
            </w:r>
          </w:p>
        </w:tc>
        <w:tc>
          <w:tcPr>
            <w:tcW w:w="2494" w:type="dxa"/>
            <w:vAlign w:val="center"/>
          </w:tcPr>
          <w:p w14:paraId="4D7D92DE" w14:textId="77777777" w:rsidR="00E54E13" w:rsidRDefault="00000000">
            <w:pPr>
              <w:spacing w:before="30" w:after="30" w:line="230" w:lineRule="exact"/>
              <w:rPr>
                <w:rFonts w:hint="eastAsia"/>
              </w:rPr>
            </w:pPr>
            <w:r>
              <w:rPr>
                <w:sz w:val="17"/>
              </w:rPr>
              <w:t>[da compilare]</w:t>
            </w:r>
          </w:p>
        </w:tc>
      </w:tr>
      <w:tr w:rsidR="00E54E13" w14:paraId="65643191" w14:textId="77777777">
        <w:trPr>
          <w:cantSplit/>
          <w:trHeight w:val="624"/>
          <w:jc w:val="center"/>
        </w:trPr>
        <w:tc>
          <w:tcPr>
            <w:tcW w:w="2154" w:type="dxa"/>
            <w:shd w:val="clear" w:color="auto" w:fill="F6F8FA"/>
            <w:vAlign w:val="center"/>
          </w:tcPr>
          <w:p w14:paraId="4BB0AC5C" w14:textId="77777777" w:rsidR="00E54E13" w:rsidRDefault="00000000">
            <w:pPr>
              <w:spacing w:before="30" w:after="30" w:line="230" w:lineRule="exact"/>
              <w:rPr>
                <w:rFonts w:hint="eastAsia"/>
              </w:rPr>
            </w:pPr>
            <w:r>
              <w:rPr>
                <w:sz w:val="17"/>
              </w:rPr>
              <w:t>[da compilare]</w:t>
            </w:r>
          </w:p>
        </w:tc>
        <w:tc>
          <w:tcPr>
            <w:tcW w:w="2381" w:type="dxa"/>
            <w:shd w:val="clear" w:color="auto" w:fill="F6F8FA"/>
            <w:vAlign w:val="center"/>
          </w:tcPr>
          <w:p w14:paraId="53D12BB3" w14:textId="77777777" w:rsidR="00E54E13" w:rsidRDefault="00000000">
            <w:pPr>
              <w:spacing w:before="30" w:after="30" w:line="230" w:lineRule="exact"/>
              <w:rPr>
                <w:rFonts w:hint="eastAsia"/>
              </w:rPr>
            </w:pPr>
            <w:r>
              <w:rPr>
                <w:sz w:val="17"/>
              </w:rPr>
              <w:t>[da compilare]</w:t>
            </w:r>
          </w:p>
        </w:tc>
        <w:tc>
          <w:tcPr>
            <w:tcW w:w="2721" w:type="dxa"/>
            <w:shd w:val="clear" w:color="auto" w:fill="F6F8FA"/>
            <w:vAlign w:val="center"/>
          </w:tcPr>
          <w:p w14:paraId="1A86498C" w14:textId="77777777" w:rsidR="00E54E13" w:rsidRDefault="00000000">
            <w:pPr>
              <w:spacing w:before="30" w:after="30" w:line="230" w:lineRule="exact"/>
              <w:rPr>
                <w:rFonts w:hint="eastAsia"/>
              </w:rPr>
            </w:pPr>
            <w:r>
              <w:rPr>
                <w:sz w:val="17"/>
              </w:rPr>
              <w:t>[da compilare]</w:t>
            </w:r>
          </w:p>
        </w:tc>
        <w:tc>
          <w:tcPr>
            <w:tcW w:w="2494" w:type="dxa"/>
            <w:shd w:val="clear" w:color="auto" w:fill="F6F8FA"/>
            <w:vAlign w:val="center"/>
          </w:tcPr>
          <w:p w14:paraId="2CC03955" w14:textId="77777777" w:rsidR="00E54E13" w:rsidRDefault="00000000">
            <w:pPr>
              <w:spacing w:before="30" w:after="30" w:line="230" w:lineRule="exact"/>
              <w:rPr>
                <w:rFonts w:hint="eastAsia"/>
              </w:rPr>
            </w:pPr>
            <w:r>
              <w:rPr>
                <w:sz w:val="17"/>
              </w:rPr>
              <w:t>[da compilare]</w:t>
            </w:r>
          </w:p>
        </w:tc>
      </w:tr>
      <w:tr w:rsidR="00E54E13" w14:paraId="5E77F800" w14:textId="77777777">
        <w:trPr>
          <w:cantSplit/>
          <w:trHeight w:val="624"/>
          <w:jc w:val="center"/>
        </w:trPr>
        <w:tc>
          <w:tcPr>
            <w:tcW w:w="2154" w:type="dxa"/>
            <w:vAlign w:val="center"/>
          </w:tcPr>
          <w:p w14:paraId="4FCE70A6" w14:textId="77777777" w:rsidR="00E54E13" w:rsidRDefault="00000000">
            <w:pPr>
              <w:spacing w:before="30" w:after="30" w:line="230" w:lineRule="exact"/>
              <w:rPr>
                <w:rFonts w:hint="eastAsia"/>
              </w:rPr>
            </w:pPr>
            <w:r>
              <w:rPr>
                <w:sz w:val="17"/>
              </w:rPr>
              <w:t>[da compilare]</w:t>
            </w:r>
          </w:p>
        </w:tc>
        <w:tc>
          <w:tcPr>
            <w:tcW w:w="2381" w:type="dxa"/>
            <w:vAlign w:val="center"/>
          </w:tcPr>
          <w:p w14:paraId="3DC47C80" w14:textId="77777777" w:rsidR="00E54E13" w:rsidRDefault="00000000">
            <w:pPr>
              <w:spacing w:before="30" w:after="30" w:line="230" w:lineRule="exact"/>
              <w:rPr>
                <w:rFonts w:hint="eastAsia"/>
              </w:rPr>
            </w:pPr>
            <w:r>
              <w:rPr>
                <w:sz w:val="17"/>
              </w:rPr>
              <w:t>[da compilare]</w:t>
            </w:r>
          </w:p>
        </w:tc>
        <w:tc>
          <w:tcPr>
            <w:tcW w:w="2721" w:type="dxa"/>
            <w:vAlign w:val="center"/>
          </w:tcPr>
          <w:p w14:paraId="35E91F6E" w14:textId="77777777" w:rsidR="00E54E13" w:rsidRDefault="00000000">
            <w:pPr>
              <w:spacing w:before="30" w:after="30" w:line="230" w:lineRule="exact"/>
              <w:rPr>
                <w:rFonts w:hint="eastAsia"/>
              </w:rPr>
            </w:pPr>
            <w:r>
              <w:rPr>
                <w:sz w:val="17"/>
              </w:rPr>
              <w:t>[da compilare]</w:t>
            </w:r>
          </w:p>
        </w:tc>
        <w:tc>
          <w:tcPr>
            <w:tcW w:w="2494" w:type="dxa"/>
            <w:vAlign w:val="center"/>
          </w:tcPr>
          <w:p w14:paraId="4B678C23" w14:textId="77777777" w:rsidR="00E54E13" w:rsidRDefault="00000000">
            <w:pPr>
              <w:spacing w:before="30" w:after="30" w:line="230" w:lineRule="exact"/>
              <w:rPr>
                <w:rFonts w:hint="eastAsia"/>
              </w:rPr>
            </w:pPr>
            <w:r>
              <w:rPr>
                <w:sz w:val="17"/>
              </w:rPr>
              <w:t>[da compilare]</w:t>
            </w:r>
          </w:p>
        </w:tc>
      </w:tr>
    </w:tbl>
    <w:p w14:paraId="3B71F74F"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D4ECB9A" w14:textId="77777777">
        <w:trPr>
          <w:cantSplit/>
          <w:trHeight w:val="386"/>
          <w:jc w:val="center"/>
        </w:trPr>
        <w:tc>
          <w:tcPr>
            <w:tcW w:w="2891" w:type="dxa"/>
            <w:shd w:val="clear" w:color="auto" w:fill="EDF3F9"/>
            <w:vAlign w:val="center"/>
          </w:tcPr>
          <w:p w14:paraId="1E296D57" w14:textId="77777777" w:rsidR="00E54E13" w:rsidRDefault="00000000">
            <w:pPr>
              <w:spacing w:before="30" w:after="30" w:line="236" w:lineRule="exact"/>
              <w:rPr>
                <w:rFonts w:hint="eastAsia"/>
              </w:rPr>
            </w:pPr>
            <w:r>
              <w:rPr>
                <w:b/>
                <w:sz w:val="18"/>
              </w:rPr>
              <w:t>Documenti conservati</w:t>
            </w:r>
          </w:p>
        </w:tc>
        <w:tc>
          <w:tcPr>
            <w:tcW w:w="6860" w:type="dxa"/>
            <w:vAlign w:val="center"/>
          </w:tcPr>
          <w:p w14:paraId="36545BB4" w14:textId="77777777" w:rsidR="00E54E13" w:rsidRDefault="00000000">
            <w:pPr>
              <w:spacing w:before="30" w:after="30" w:line="236" w:lineRule="exact"/>
              <w:rPr>
                <w:rFonts w:hint="eastAsia"/>
              </w:rPr>
            </w:pPr>
            <w:sdt>
              <w:sdtPr>
                <w:alias w:val="presenze, elaborati, giudizi, attestati e identificativi"/>
                <w:tag w:val="campo_99"/>
                <w:id w:val="100099"/>
                <w:text w:multiLine="1"/>
              </w:sdtPr>
              <w:sdtContent>
                <w:r>
                  <w:rPr>
                    <w:color w:val="007E87"/>
                    <w:sz w:val="19"/>
                  </w:rPr>
                  <w:t>[presenze, elaborati, giudizi, attestati e identificativi]</w:t>
                </w:r>
              </w:sdtContent>
            </w:sdt>
          </w:p>
        </w:tc>
      </w:tr>
    </w:tbl>
    <w:p w14:paraId="32E5AA2A" w14:textId="77777777" w:rsidR="00E54E13" w:rsidRDefault="00E54E13">
      <w:pPr>
        <w:spacing w:after="40" w:line="40" w:lineRule="exact"/>
        <w:rPr>
          <w:rFonts w:hint="eastAsia"/>
        </w:rPr>
      </w:pPr>
    </w:p>
    <w:p w14:paraId="2FBDD138" w14:textId="77777777" w:rsidR="00E54E13" w:rsidRDefault="00000000">
      <w:pPr>
        <w:pStyle w:val="FormHint"/>
        <w:rPr>
          <w:rFonts w:hint="eastAsia"/>
        </w:rPr>
      </w:pPr>
      <w:r>
        <w:t>L’attestato documenta il percorso e i risultati; non è l’atto aziendale di attribuzione PES/PAV né l’attestazione di idoneità sotto tensione.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A83615D" w14:textId="77777777">
        <w:trPr>
          <w:tblHeader/>
          <w:jc w:val="center"/>
        </w:trPr>
        <w:tc>
          <w:tcPr>
            <w:tcW w:w="3250" w:type="dxa"/>
            <w:shd w:val="clear" w:color="auto" w:fill="12324B"/>
          </w:tcPr>
          <w:p w14:paraId="20102185" w14:textId="77777777" w:rsidR="00E54E13" w:rsidRDefault="00000000">
            <w:pPr>
              <w:spacing w:before="30" w:after="30" w:line="228" w:lineRule="exact"/>
              <w:rPr>
                <w:rFonts w:hint="eastAsia"/>
              </w:rPr>
            </w:pPr>
            <w:r>
              <w:rPr>
                <w:b/>
                <w:color w:val="FFFFFF"/>
                <w:sz w:val="17"/>
              </w:rPr>
              <w:t>Formatore</w:t>
            </w:r>
          </w:p>
        </w:tc>
        <w:tc>
          <w:tcPr>
            <w:tcW w:w="3250" w:type="dxa"/>
            <w:shd w:val="clear" w:color="auto" w:fill="12324B"/>
          </w:tcPr>
          <w:p w14:paraId="25E2AC6E" w14:textId="77777777" w:rsidR="00E54E13" w:rsidRDefault="00000000">
            <w:pPr>
              <w:spacing w:before="30" w:after="30" w:line="228" w:lineRule="exact"/>
              <w:rPr>
                <w:rFonts w:hint="eastAsia"/>
              </w:rPr>
            </w:pPr>
            <w:r>
              <w:rPr>
                <w:b/>
                <w:color w:val="FFFFFF"/>
                <w:sz w:val="17"/>
              </w:rPr>
              <w:t>Responsabile registrazione</w:t>
            </w:r>
          </w:p>
        </w:tc>
        <w:tc>
          <w:tcPr>
            <w:tcW w:w="3250" w:type="dxa"/>
            <w:shd w:val="clear" w:color="auto" w:fill="12324B"/>
          </w:tcPr>
          <w:p w14:paraId="03FDCBE2" w14:textId="77777777" w:rsidR="00E54E13" w:rsidRDefault="00000000">
            <w:pPr>
              <w:spacing w:before="30" w:after="30" w:line="228" w:lineRule="exact"/>
              <w:rPr>
                <w:rFonts w:hint="eastAsia"/>
              </w:rPr>
            </w:pPr>
            <w:r>
              <w:rPr>
                <w:b/>
                <w:color w:val="FFFFFF"/>
                <w:sz w:val="17"/>
              </w:rPr>
              <w:t>Data</w:t>
            </w:r>
          </w:p>
        </w:tc>
      </w:tr>
      <w:tr w:rsidR="00E54E13" w14:paraId="4431162E" w14:textId="77777777">
        <w:trPr>
          <w:cantSplit/>
          <w:trHeight w:val="567"/>
          <w:jc w:val="center"/>
        </w:trPr>
        <w:tc>
          <w:tcPr>
            <w:tcW w:w="3250" w:type="dxa"/>
            <w:vAlign w:val="center"/>
          </w:tcPr>
          <w:p w14:paraId="5D3AF27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974BC9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E739BE9" w14:textId="77777777" w:rsidR="00E54E13" w:rsidRDefault="00000000">
            <w:pPr>
              <w:spacing w:before="30" w:after="30" w:line="228" w:lineRule="exact"/>
              <w:rPr>
                <w:rFonts w:hint="eastAsia"/>
              </w:rPr>
            </w:pPr>
            <w:r>
              <w:rPr>
                <w:sz w:val="17"/>
              </w:rPr>
              <w:t>____ / ____ / ______</w:t>
            </w:r>
          </w:p>
        </w:tc>
      </w:tr>
    </w:tbl>
    <w:p w14:paraId="2A2CC911" w14:textId="77777777" w:rsidR="00E54E13" w:rsidRDefault="00E54E13">
      <w:pPr>
        <w:spacing w:after="40" w:line="40" w:lineRule="exact"/>
        <w:rPr>
          <w:rFonts w:hint="eastAsia"/>
        </w:rPr>
      </w:pPr>
    </w:p>
    <w:p w14:paraId="132A494D" w14:textId="77777777" w:rsidR="00E54E13" w:rsidRDefault="00000000">
      <w:pPr>
        <w:pStyle w:val="Source"/>
        <w:rPr>
          <w:rFonts w:hint="eastAsia"/>
        </w:rPr>
      </w:pPr>
      <w:r>
        <w:t>Modello originale [AZ]. Base: INAIL 2026, pp. 3 e 5. I campi vuoti non costituiscono una verifica positiva.</w:t>
      </w:r>
    </w:p>
    <w:p w14:paraId="584AC452" w14:textId="77777777" w:rsidR="00E54E13" w:rsidRDefault="00000000">
      <w:pPr>
        <w:pStyle w:val="Eyebrow"/>
        <w:keepNext/>
        <w:pageBreakBefore/>
        <w:rPr>
          <w:rFonts w:hint="eastAsia"/>
        </w:rPr>
      </w:pPr>
      <w:r>
        <w:t>PARTE II  /  ALLEGATO OPERATIVO [AZ]</w:t>
      </w:r>
    </w:p>
    <w:p w14:paraId="475A6437" w14:textId="77777777" w:rsidR="00E54E13" w:rsidRDefault="00000000">
      <w:pPr>
        <w:pStyle w:val="Titolo1"/>
      </w:pPr>
      <w:bookmarkStart w:id="38" w:name="B39_A07"/>
      <w:r>
        <w:t>A07  Addestramento e affiancamento</w:t>
      </w:r>
      <w:bookmarkEnd w:id="38"/>
    </w:p>
    <w:p w14:paraId="71C3776E" w14:textId="77777777" w:rsidR="00E54E13" w:rsidRDefault="00000000">
      <w:pPr>
        <w:pStyle w:val="FormHint"/>
        <w:rPr>
          <w:rFonts w:hint="eastAsia"/>
        </w:rPr>
      </w:pPr>
      <w:r>
        <w:t>Scheda 1 di 2. Progettazione e registrazione delle attività. La persona in formazione non è automaticamente autorizzata al lavoro sotto tensione.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087D613" w14:textId="77777777">
        <w:trPr>
          <w:cantSplit/>
          <w:trHeight w:val="346"/>
          <w:jc w:val="center"/>
        </w:trPr>
        <w:tc>
          <w:tcPr>
            <w:tcW w:w="2891" w:type="dxa"/>
            <w:shd w:val="clear" w:color="auto" w:fill="EDF3F9"/>
            <w:vAlign w:val="center"/>
          </w:tcPr>
          <w:p w14:paraId="72C9B4EA" w14:textId="77777777" w:rsidR="00E54E13" w:rsidRDefault="00000000">
            <w:pPr>
              <w:spacing w:before="30" w:after="30" w:line="236" w:lineRule="exact"/>
              <w:rPr>
                <w:rFonts w:hint="eastAsia"/>
              </w:rPr>
            </w:pPr>
            <w:r>
              <w:rPr>
                <w:b/>
                <w:sz w:val="18"/>
              </w:rPr>
              <w:t>Azienda / unità</w:t>
            </w:r>
          </w:p>
        </w:tc>
        <w:tc>
          <w:tcPr>
            <w:tcW w:w="6860" w:type="dxa"/>
            <w:vAlign w:val="center"/>
          </w:tcPr>
          <w:p w14:paraId="3F2E5BE2" w14:textId="77777777" w:rsidR="00E54E13" w:rsidRDefault="00000000">
            <w:pPr>
              <w:spacing w:before="30" w:after="30" w:line="236" w:lineRule="exact"/>
              <w:rPr>
                <w:rFonts w:hint="eastAsia"/>
              </w:rPr>
            </w:pPr>
            <w:sdt>
              <w:sdtPr>
                <w:alias w:val="ragione sociale e sede"/>
                <w:tag w:val="campo_101"/>
                <w:id w:val="100101"/>
                <w:text w:multiLine="1"/>
              </w:sdtPr>
              <w:sdtContent>
                <w:r>
                  <w:rPr>
                    <w:color w:val="007E87"/>
                    <w:sz w:val="19"/>
                  </w:rPr>
                  <w:t>[ragione sociale e sede]</w:t>
                </w:r>
              </w:sdtContent>
            </w:sdt>
          </w:p>
        </w:tc>
      </w:tr>
      <w:tr w:rsidR="00E54E13" w14:paraId="7B1AAF43" w14:textId="77777777">
        <w:trPr>
          <w:cantSplit/>
          <w:trHeight w:val="346"/>
          <w:jc w:val="center"/>
        </w:trPr>
        <w:tc>
          <w:tcPr>
            <w:tcW w:w="2891" w:type="dxa"/>
            <w:shd w:val="clear" w:color="auto" w:fill="EDF3F9"/>
            <w:vAlign w:val="center"/>
          </w:tcPr>
          <w:p w14:paraId="262C831A"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4AE3B03" w14:textId="77777777" w:rsidR="00E54E13" w:rsidRDefault="00000000">
            <w:pPr>
              <w:spacing w:before="30" w:after="30" w:line="236" w:lineRule="exact"/>
              <w:rPr>
                <w:rFonts w:hint="eastAsia"/>
              </w:rPr>
            </w:pPr>
            <w:sdt>
              <w:sdtPr>
                <w:alias w:val="codice, revisione e data"/>
                <w:tag w:val="campo_102"/>
                <w:id w:val="100102"/>
                <w:text w:multiLine="1"/>
              </w:sdtPr>
              <w:sdtContent>
                <w:r>
                  <w:rPr>
                    <w:color w:val="007E87"/>
                    <w:sz w:val="19"/>
                  </w:rPr>
                  <w:t>[codice, revisione e data]</w:t>
                </w:r>
              </w:sdtContent>
            </w:sdt>
          </w:p>
        </w:tc>
      </w:tr>
      <w:tr w:rsidR="00E54E13" w14:paraId="0050C4DB" w14:textId="77777777">
        <w:trPr>
          <w:cantSplit/>
          <w:trHeight w:val="346"/>
          <w:jc w:val="center"/>
        </w:trPr>
        <w:tc>
          <w:tcPr>
            <w:tcW w:w="2891" w:type="dxa"/>
            <w:shd w:val="clear" w:color="auto" w:fill="EDF3F9"/>
            <w:vAlign w:val="center"/>
          </w:tcPr>
          <w:p w14:paraId="49C2A0FD"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AA6E94B" w14:textId="77777777" w:rsidR="00E54E13" w:rsidRDefault="00000000">
            <w:pPr>
              <w:spacing w:before="30" w:after="30" w:line="236" w:lineRule="exact"/>
              <w:rPr>
                <w:rFonts w:hint="eastAsia"/>
              </w:rPr>
            </w:pPr>
            <w:sdt>
              <w:sdtPr>
                <w:alias w:val="nome, matricola e mansione"/>
                <w:tag w:val="campo_103"/>
                <w:id w:val="100103"/>
                <w:text w:multiLine="1"/>
              </w:sdtPr>
              <w:sdtContent>
                <w:r>
                  <w:rPr>
                    <w:color w:val="007E87"/>
                    <w:sz w:val="19"/>
                  </w:rPr>
                  <w:t>[nome, matricola e mansione]</w:t>
                </w:r>
              </w:sdtContent>
            </w:sdt>
          </w:p>
        </w:tc>
      </w:tr>
    </w:tbl>
    <w:p w14:paraId="359CBA8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5550C01" w14:textId="77777777">
        <w:trPr>
          <w:cantSplit/>
          <w:trHeight w:val="386"/>
          <w:jc w:val="center"/>
        </w:trPr>
        <w:tc>
          <w:tcPr>
            <w:tcW w:w="2891" w:type="dxa"/>
            <w:shd w:val="clear" w:color="auto" w:fill="EDF3F9"/>
            <w:vAlign w:val="center"/>
          </w:tcPr>
          <w:p w14:paraId="58ACDD5B" w14:textId="77777777" w:rsidR="00E54E13" w:rsidRDefault="00000000">
            <w:pPr>
              <w:spacing w:before="30" w:after="30" w:line="236" w:lineRule="exact"/>
              <w:rPr>
                <w:rFonts w:hint="eastAsia"/>
              </w:rPr>
            </w:pPr>
            <w:r>
              <w:rPr>
                <w:b/>
                <w:sz w:val="18"/>
              </w:rPr>
              <w:t>Livello e ambito</w:t>
            </w:r>
          </w:p>
        </w:tc>
        <w:tc>
          <w:tcPr>
            <w:tcW w:w="6860" w:type="dxa"/>
            <w:vAlign w:val="center"/>
          </w:tcPr>
          <w:p w14:paraId="7AB4CE23" w14:textId="77777777" w:rsidR="00E54E13" w:rsidRDefault="00000000">
            <w:pPr>
              <w:spacing w:before="30" w:after="30" w:line="236" w:lineRule="exact"/>
              <w:rPr>
                <w:rFonts w:hint="eastAsia"/>
              </w:rPr>
            </w:pPr>
            <w:sdt>
              <w:sdtPr>
                <w:alias w:val="1B / 2B, tipologia di lavoro e impianto"/>
                <w:tag w:val="campo_104"/>
                <w:id w:val="100104"/>
                <w:text w:multiLine="1"/>
              </w:sdtPr>
              <w:sdtContent>
                <w:r>
                  <w:rPr>
                    <w:color w:val="007E87"/>
                    <w:sz w:val="19"/>
                  </w:rPr>
                  <w:t>[1B / 2B, tipologia di lavoro e impianto]</w:t>
                </w:r>
              </w:sdtContent>
            </w:sdt>
          </w:p>
        </w:tc>
      </w:tr>
      <w:tr w:rsidR="00E54E13" w14:paraId="2265F410" w14:textId="77777777">
        <w:trPr>
          <w:cantSplit/>
          <w:trHeight w:val="386"/>
          <w:jc w:val="center"/>
        </w:trPr>
        <w:tc>
          <w:tcPr>
            <w:tcW w:w="2891" w:type="dxa"/>
            <w:shd w:val="clear" w:color="auto" w:fill="EDF3F9"/>
            <w:vAlign w:val="center"/>
          </w:tcPr>
          <w:p w14:paraId="2ABA3C6F" w14:textId="77777777" w:rsidR="00E54E13" w:rsidRDefault="00000000">
            <w:pPr>
              <w:spacing w:before="30" w:after="30" w:line="236" w:lineRule="exact"/>
              <w:rPr>
                <w:rFonts w:hint="eastAsia"/>
              </w:rPr>
            </w:pPr>
            <w:r>
              <w:rPr>
                <w:b/>
                <w:sz w:val="18"/>
              </w:rPr>
              <w:t>Tutor / requisiti pertinenti</w:t>
            </w:r>
          </w:p>
        </w:tc>
        <w:tc>
          <w:tcPr>
            <w:tcW w:w="6860" w:type="dxa"/>
            <w:shd w:val="clear" w:color="auto" w:fill="F6F8FA"/>
            <w:vAlign w:val="center"/>
          </w:tcPr>
          <w:p w14:paraId="45AD3F66" w14:textId="77777777" w:rsidR="00E54E13" w:rsidRDefault="00000000">
            <w:pPr>
              <w:spacing w:before="30" w:after="30" w:line="236" w:lineRule="exact"/>
              <w:rPr>
                <w:rFonts w:hint="eastAsia"/>
              </w:rPr>
            </w:pPr>
            <w:sdt>
              <w:sdtPr>
                <w:alias w:val="nominativo e competenze; per affiancamento sotto tensione: PES idonea alle attività"/>
                <w:tag w:val="campo_105"/>
                <w:id w:val="100105"/>
                <w:text w:multiLine="1"/>
              </w:sdtPr>
              <w:sdtContent>
                <w:r>
                  <w:rPr>
                    <w:color w:val="007E87"/>
                    <w:sz w:val="19"/>
                  </w:rPr>
                  <w:t>[nominativo e competenze; per affiancamento sotto tensione: PES idonea alle attività]</w:t>
                </w:r>
              </w:sdtContent>
            </w:sdt>
          </w:p>
        </w:tc>
      </w:tr>
      <w:tr w:rsidR="00E54E13" w14:paraId="3D92B0D1" w14:textId="77777777">
        <w:trPr>
          <w:cantSplit/>
          <w:trHeight w:val="386"/>
          <w:jc w:val="center"/>
        </w:trPr>
        <w:tc>
          <w:tcPr>
            <w:tcW w:w="2891" w:type="dxa"/>
            <w:shd w:val="clear" w:color="auto" w:fill="EDF3F9"/>
            <w:vAlign w:val="center"/>
          </w:tcPr>
          <w:p w14:paraId="3C50D2A5" w14:textId="77777777" w:rsidR="00E54E13" w:rsidRDefault="00000000">
            <w:pPr>
              <w:spacing w:before="30" w:after="30" w:line="236" w:lineRule="exact"/>
              <w:rPr>
                <w:rFonts w:hint="eastAsia"/>
              </w:rPr>
            </w:pPr>
            <w:r>
              <w:rPr>
                <w:b/>
                <w:sz w:val="18"/>
              </w:rPr>
              <w:t>Modalità e condizioni</w:t>
            </w:r>
          </w:p>
        </w:tc>
        <w:tc>
          <w:tcPr>
            <w:tcW w:w="6860" w:type="dxa"/>
            <w:vAlign w:val="center"/>
          </w:tcPr>
          <w:p w14:paraId="03ADCCB3" w14:textId="77777777" w:rsidR="00E54E13" w:rsidRDefault="00000000">
            <w:pPr>
              <w:spacing w:before="30" w:after="30" w:line="236" w:lineRule="exact"/>
              <w:rPr>
                <w:rFonts w:hint="eastAsia"/>
              </w:rPr>
            </w:pPr>
            <w:sdt>
              <w:sdtPr>
                <w:alias w:val="simulazione / osservazione / affiancamento; limiti autorizzati"/>
                <w:tag w:val="campo_106"/>
                <w:id w:val="100106"/>
                <w:text w:multiLine="1"/>
              </w:sdtPr>
              <w:sdtContent>
                <w:r>
                  <w:rPr>
                    <w:color w:val="007E87"/>
                    <w:sz w:val="19"/>
                  </w:rPr>
                  <w:t>[simulazione / osservazione / affiancamento; limiti autorizzati]</w:t>
                </w:r>
              </w:sdtContent>
            </w:sdt>
          </w:p>
        </w:tc>
      </w:tr>
      <w:tr w:rsidR="00E54E13" w14:paraId="0B4206DA" w14:textId="77777777">
        <w:trPr>
          <w:cantSplit/>
          <w:trHeight w:val="386"/>
          <w:jc w:val="center"/>
        </w:trPr>
        <w:tc>
          <w:tcPr>
            <w:tcW w:w="2891" w:type="dxa"/>
            <w:shd w:val="clear" w:color="auto" w:fill="EDF3F9"/>
            <w:vAlign w:val="center"/>
          </w:tcPr>
          <w:p w14:paraId="3F9607D6" w14:textId="77777777" w:rsidR="00E54E13" w:rsidRDefault="00000000">
            <w:pPr>
              <w:spacing w:before="30" w:after="30" w:line="236" w:lineRule="exact"/>
              <w:rPr>
                <w:rFonts w:hint="eastAsia"/>
              </w:rPr>
            </w:pPr>
            <w:r>
              <w:rPr>
                <w:b/>
                <w:sz w:val="18"/>
              </w:rPr>
              <w:t>Istruzioni e misure</w:t>
            </w:r>
          </w:p>
        </w:tc>
        <w:tc>
          <w:tcPr>
            <w:tcW w:w="6860" w:type="dxa"/>
            <w:shd w:val="clear" w:color="auto" w:fill="F6F8FA"/>
            <w:vAlign w:val="center"/>
          </w:tcPr>
          <w:p w14:paraId="79B76246" w14:textId="77777777" w:rsidR="00E54E13" w:rsidRDefault="00000000">
            <w:pPr>
              <w:spacing w:before="30" w:after="30" w:line="236" w:lineRule="exact"/>
              <w:rPr>
                <w:rFonts w:hint="eastAsia"/>
              </w:rPr>
            </w:pPr>
            <w:sdt>
              <w:sdtPr>
                <w:alias w:val="codici, revisioni, condizioni sicure e protezioni"/>
                <w:tag w:val="campo_107"/>
                <w:id w:val="100107"/>
                <w:text w:multiLine="1"/>
              </w:sdtPr>
              <w:sdtContent>
                <w:r>
                  <w:rPr>
                    <w:color w:val="007E87"/>
                    <w:sz w:val="19"/>
                  </w:rPr>
                  <w:t>[codici, revisioni, condizioni sicure e protezioni]</w:t>
                </w:r>
              </w:sdtContent>
            </w:sdt>
          </w:p>
        </w:tc>
      </w:tr>
    </w:tbl>
    <w:p w14:paraId="7F0D9090"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531"/>
        <w:gridCol w:w="3402"/>
        <w:gridCol w:w="2041"/>
        <w:gridCol w:w="2778"/>
      </w:tblGrid>
      <w:tr w:rsidR="00E54E13" w14:paraId="747BB7C7" w14:textId="77777777">
        <w:trPr>
          <w:tblHeader/>
          <w:jc w:val="center"/>
        </w:trPr>
        <w:tc>
          <w:tcPr>
            <w:tcW w:w="1531" w:type="dxa"/>
            <w:shd w:val="clear" w:color="auto" w:fill="12324B"/>
          </w:tcPr>
          <w:p w14:paraId="466FED6E" w14:textId="77777777" w:rsidR="00E54E13" w:rsidRDefault="00000000">
            <w:pPr>
              <w:spacing w:before="30" w:after="30" w:line="230" w:lineRule="exact"/>
              <w:rPr>
                <w:rFonts w:hint="eastAsia"/>
              </w:rPr>
            </w:pPr>
            <w:r>
              <w:rPr>
                <w:b/>
                <w:color w:val="FFFFFF"/>
                <w:sz w:val="17"/>
              </w:rPr>
              <w:t>Data / ore</w:t>
            </w:r>
          </w:p>
        </w:tc>
        <w:tc>
          <w:tcPr>
            <w:tcW w:w="3402" w:type="dxa"/>
            <w:shd w:val="clear" w:color="auto" w:fill="12324B"/>
          </w:tcPr>
          <w:p w14:paraId="4EF47E62" w14:textId="77777777" w:rsidR="00E54E13" w:rsidRDefault="00000000">
            <w:pPr>
              <w:spacing w:before="30" w:after="30" w:line="230" w:lineRule="exact"/>
              <w:rPr>
                <w:rFonts w:hint="eastAsia"/>
              </w:rPr>
            </w:pPr>
            <w:r>
              <w:rPr>
                <w:b/>
                <w:color w:val="FFFFFF"/>
                <w:sz w:val="17"/>
              </w:rPr>
              <w:t>Attività effettiva</w:t>
            </w:r>
          </w:p>
        </w:tc>
        <w:tc>
          <w:tcPr>
            <w:tcW w:w="2041" w:type="dxa"/>
            <w:shd w:val="clear" w:color="auto" w:fill="12324B"/>
          </w:tcPr>
          <w:p w14:paraId="14A1653F" w14:textId="77777777" w:rsidR="00E54E13" w:rsidRDefault="00000000">
            <w:pPr>
              <w:spacing w:before="30" w:after="30" w:line="230" w:lineRule="exact"/>
              <w:rPr>
                <w:rFonts w:hint="eastAsia"/>
              </w:rPr>
            </w:pPr>
            <w:r>
              <w:rPr>
                <w:b/>
                <w:color w:val="FFFFFF"/>
                <w:sz w:val="17"/>
              </w:rPr>
              <w:t>Ruolo del discente</w:t>
            </w:r>
          </w:p>
        </w:tc>
        <w:tc>
          <w:tcPr>
            <w:tcW w:w="2778" w:type="dxa"/>
            <w:shd w:val="clear" w:color="auto" w:fill="12324B"/>
          </w:tcPr>
          <w:p w14:paraId="0EB5EE18" w14:textId="77777777" w:rsidR="00E54E13" w:rsidRDefault="00000000">
            <w:pPr>
              <w:spacing w:before="30" w:after="30" w:line="230" w:lineRule="exact"/>
              <w:rPr>
                <w:rFonts w:hint="eastAsia"/>
              </w:rPr>
            </w:pPr>
            <w:r>
              <w:rPr>
                <w:b/>
                <w:color w:val="FFFFFF"/>
                <w:sz w:val="17"/>
              </w:rPr>
              <w:t>Osservazioni del tutor</w:t>
            </w:r>
          </w:p>
        </w:tc>
      </w:tr>
      <w:tr w:rsidR="00E54E13" w14:paraId="7A4D717F" w14:textId="77777777">
        <w:trPr>
          <w:cantSplit/>
          <w:trHeight w:val="709"/>
          <w:jc w:val="center"/>
        </w:trPr>
        <w:tc>
          <w:tcPr>
            <w:tcW w:w="1531" w:type="dxa"/>
            <w:vAlign w:val="center"/>
          </w:tcPr>
          <w:p w14:paraId="49463BD0" w14:textId="77777777" w:rsidR="00E54E13" w:rsidRDefault="00000000">
            <w:pPr>
              <w:spacing w:before="30" w:after="30" w:line="230" w:lineRule="exact"/>
              <w:rPr>
                <w:rFonts w:hint="eastAsia"/>
              </w:rPr>
            </w:pPr>
            <w:r>
              <w:rPr>
                <w:sz w:val="17"/>
              </w:rPr>
              <w:t>[da compilare]</w:t>
            </w:r>
          </w:p>
        </w:tc>
        <w:tc>
          <w:tcPr>
            <w:tcW w:w="3402" w:type="dxa"/>
            <w:vAlign w:val="center"/>
          </w:tcPr>
          <w:p w14:paraId="26717168" w14:textId="77777777" w:rsidR="00E54E13" w:rsidRDefault="00000000">
            <w:pPr>
              <w:spacing w:before="30" w:after="30" w:line="230" w:lineRule="exact"/>
              <w:rPr>
                <w:rFonts w:hint="eastAsia"/>
              </w:rPr>
            </w:pPr>
            <w:r>
              <w:rPr>
                <w:sz w:val="17"/>
              </w:rPr>
              <w:t>[da compilare]</w:t>
            </w:r>
          </w:p>
        </w:tc>
        <w:tc>
          <w:tcPr>
            <w:tcW w:w="2041" w:type="dxa"/>
            <w:vAlign w:val="center"/>
          </w:tcPr>
          <w:p w14:paraId="69186A43" w14:textId="77777777" w:rsidR="00E54E13" w:rsidRDefault="00000000">
            <w:pPr>
              <w:spacing w:before="30" w:after="30" w:line="230" w:lineRule="exact"/>
              <w:rPr>
                <w:rFonts w:hint="eastAsia"/>
              </w:rPr>
            </w:pPr>
            <w:r>
              <w:rPr>
                <w:sz w:val="17"/>
              </w:rPr>
              <w:t>[da compilare]</w:t>
            </w:r>
          </w:p>
        </w:tc>
        <w:tc>
          <w:tcPr>
            <w:tcW w:w="2778" w:type="dxa"/>
            <w:vAlign w:val="center"/>
          </w:tcPr>
          <w:p w14:paraId="68B1711E" w14:textId="77777777" w:rsidR="00E54E13" w:rsidRDefault="00000000">
            <w:pPr>
              <w:spacing w:before="30" w:after="30" w:line="230" w:lineRule="exact"/>
              <w:rPr>
                <w:rFonts w:hint="eastAsia"/>
              </w:rPr>
            </w:pPr>
            <w:r>
              <w:rPr>
                <w:sz w:val="17"/>
              </w:rPr>
              <w:t>[da compilare]</w:t>
            </w:r>
          </w:p>
        </w:tc>
      </w:tr>
      <w:tr w:rsidR="00E54E13" w14:paraId="7B334990" w14:textId="77777777">
        <w:trPr>
          <w:cantSplit/>
          <w:trHeight w:val="709"/>
          <w:jc w:val="center"/>
        </w:trPr>
        <w:tc>
          <w:tcPr>
            <w:tcW w:w="1531" w:type="dxa"/>
            <w:shd w:val="clear" w:color="auto" w:fill="F6F8FA"/>
            <w:vAlign w:val="center"/>
          </w:tcPr>
          <w:p w14:paraId="08082108" w14:textId="77777777" w:rsidR="00E54E13" w:rsidRDefault="00000000">
            <w:pPr>
              <w:spacing w:before="30" w:after="30" w:line="230" w:lineRule="exact"/>
              <w:rPr>
                <w:rFonts w:hint="eastAsia"/>
              </w:rPr>
            </w:pPr>
            <w:r>
              <w:rPr>
                <w:sz w:val="17"/>
              </w:rPr>
              <w:t>[da compilare]</w:t>
            </w:r>
          </w:p>
        </w:tc>
        <w:tc>
          <w:tcPr>
            <w:tcW w:w="3402" w:type="dxa"/>
            <w:shd w:val="clear" w:color="auto" w:fill="F6F8FA"/>
            <w:vAlign w:val="center"/>
          </w:tcPr>
          <w:p w14:paraId="3AE7E82E" w14:textId="77777777" w:rsidR="00E54E13" w:rsidRDefault="00000000">
            <w:pPr>
              <w:spacing w:before="30" w:after="30" w:line="230" w:lineRule="exact"/>
              <w:rPr>
                <w:rFonts w:hint="eastAsia"/>
              </w:rPr>
            </w:pPr>
            <w:r>
              <w:rPr>
                <w:sz w:val="17"/>
              </w:rPr>
              <w:t>[da compilare]</w:t>
            </w:r>
          </w:p>
        </w:tc>
        <w:tc>
          <w:tcPr>
            <w:tcW w:w="2041" w:type="dxa"/>
            <w:shd w:val="clear" w:color="auto" w:fill="F6F8FA"/>
            <w:vAlign w:val="center"/>
          </w:tcPr>
          <w:p w14:paraId="6DC2EFFE" w14:textId="77777777" w:rsidR="00E54E13" w:rsidRDefault="00000000">
            <w:pPr>
              <w:spacing w:before="30" w:after="30" w:line="230" w:lineRule="exact"/>
              <w:rPr>
                <w:rFonts w:hint="eastAsia"/>
              </w:rPr>
            </w:pPr>
            <w:r>
              <w:rPr>
                <w:sz w:val="17"/>
              </w:rPr>
              <w:t>[da compilare]</w:t>
            </w:r>
          </w:p>
        </w:tc>
        <w:tc>
          <w:tcPr>
            <w:tcW w:w="2778" w:type="dxa"/>
            <w:shd w:val="clear" w:color="auto" w:fill="F6F8FA"/>
            <w:vAlign w:val="center"/>
          </w:tcPr>
          <w:p w14:paraId="6A7DE7D2" w14:textId="77777777" w:rsidR="00E54E13" w:rsidRDefault="00000000">
            <w:pPr>
              <w:spacing w:before="30" w:after="30" w:line="230" w:lineRule="exact"/>
              <w:rPr>
                <w:rFonts w:hint="eastAsia"/>
              </w:rPr>
            </w:pPr>
            <w:r>
              <w:rPr>
                <w:sz w:val="17"/>
              </w:rPr>
              <w:t>[da compilare]</w:t>
            </w:r>
          </w:p>
        </w:tc>
      </w:tr>
      <w:tr w:rsidR="00E54E13" w14:paraId="5AB394EA" w14:textId="77777777">
        <w:trPr>
          <w:cantSplit/>
          <w:trHeight w:val="709"/>
          <w:jc w:val="center"/>
        </w:trPr>
        <w:tc>
          <w:tcPr>
            <w:tcW w:w="1531" w:type="dxa"/>
            <w:vAlign w:val="center"/>
          </w:tcPr>
          <w:p w14:paraId="799A1730" w14:textId="77777777" w:rsidR="00E54E13" w:rsidRDefault="00000000">
            <w:pPr>
              <w:spacing w:before="30" w:after="30" w:line="230" w:lineRule="exact"/>
              <w:rPr>
                <w:rFonts w:hint="eastAsia"/>
              </w:rPr>
            </w:pPr>
            <w:r>
              <w:rPr>
                <w:sz w:val="17"/>
              </w:rPr>
              <w:t>[da compilare]</w:t>
            </w:r>
          </w:p>
        </w:tc>
        <w:tc>
          <w:tcPr>
            <w:tcW w:w="3402" w:type="dxa"/>
            <w:vAlign w:val="center"/>
          </w:tcPr>
          <w:p w14:paraId="277892A3" w14:textId="77777777" w:rsidR="00E54E13" w:rsidRDefault="00000000">
            <w:pPr>
              <w:spacing w:before="30" w:after="30" w:line="230" w:lineRule="exact"/>
              <w:rPr>
                <w:rFonts w:hint="eastAsia"/>
              </w:rPr>
            </w:pPr>
            <w:r>
              <w:rPr>
                <w:sz w:val="17"/>
              </w:rPr>
              <w:t>[da compilare]</w:t>
            </w:r>
          </w:p>
        </w:tc>
        <w:tc>
          <w:tcPr>
            <w:tcW w:w="2041" w:type="dxa"/>
            <w:vAlign w:val="center"/>
          </w:tcPr>
          <w:p w14:paraId="579E36FA" w14:textId="77777777" w:rsidR="00E54E13" w:rsidRDefault="00000000">
            <w:pPr>
              <w:spacing w:before="30" w:after="30" w:line="230" w:lineRule="exact"/>
              <w:rPr>
                <w:rFonts w:hint="eastAsia"/>
              </w:rPr>
            </w:pPr>
            <w:r>
              <w:rPr>
                <w:sz w:val="17"/>
              </w:rPr>
              <w:t>[da compilare]</w:t>
            </w:r>
          </w:p>
        </w:tc>
        <w:tc>
          <w:tcPr>
            <w:tcW w:w="2778" w:type="dxa"/>
            <w:vAlign w:val="center"/>
          </w:tcPr>
          <w:p w14:paraId="6BB004C3" w14:textId="77777777" w:rsidR="00E54E13" w:rsidRDefault="00000000">
            <w:pPr>
              <w:spacing w:before="30" w:after="30" w:line="230" w:lineRule="exact"/>
              <w:rPr>
                <w:rFonts w:hint="eastAsia"/>
              </w:rPr>
            </w:pPr>
            <w:r>
              <w:rPr>
                <w:sz w:val="17"/>
              </w:rPr>
              <w:t>[da compilare]</w:t>
            </w:r>
          </w:p>
        </w:tc>
      </w:tr>
      <w:tr w:rsidR="00E54E13" w14:paraId="2741EBAF" w14:textId="77777777">
        <w:trPr>
          <w:cantSplit/>
          <w:trHeight w:val="709"/>
          <w:jc w:val="center"/>
        </w:trPr>
        <w:tc>
          <w:tcPr>
            <w:tcW w:w="1531" w:type="dxa"/>
            <w:shd w:val="clear" w:color="auto" w:fill="F6F8FA"/>
            <w:vAlign w:val="center"/>
          </w:tcPr>
          <w:p w14:paraId="3664BA63" w14:textId="77777777" w:rsidR="00E54E13" w:rsidRDefault="00000000">
            <w:pPr>
              <w:spacing w:before="30" w:after="30" w:line="230" w:lineRule="exact"/>
              <w:rPr>
                <w:rFonts w:hint="eastAsia"/>
              </w:rPr>
            </w:pPr>
            <w:r>
              <w:rPr>
                <w:sz w:val="17"/>
              </w:rPr>
              <w:t>[da compilare]</w:t>
            </w:r>
          </w:p>
        </w:tc>
        <w:tc>
          <w:tcPr>
            <w:tcW w:w="3402" w:type="dxa"/>
            <w:shd w:val="clear" w:color="auto" w:fill="F6F8FA"/>
            <w:vAlign w:val="center"/>
          </w:tcPr>
          <w:p w14:paraId="514F3896" w14:textId="77777777" w:rsidR="00E54E13" w:rsidRDefault="00000000">
            <w:pPr>
              <w:spacing w:before="30" w:after="30" w:line="230" w:lineRule="exact"/>
              <w:rPr>
                <w:rFonts w:hint="eastAsia"/>
              </w:rPr>
            </w:pPr>
            <w:r>
              <w:rPr>
                <w:sz w:val="17"/>
              </w:rPr>
              <w:t>[da compilare]</w:t>
            </w:r>
          </w:p>
        </w:tc>
        <w:tc>
          <w:tcPr>
            <w:tcW w:w="2041" w:type="dxa"/>
            <w:shd w:val="clear" w:color="auto" w:fill="F6F8FA"/>
            <w:vAlign w:val="center"/>
          </w:tcPr>
          <w:p w14:paraId="673ABD6A" w14:textId="77777777" w:rsidR="00E54E13" w:rsidRDefault="00000000">
            <w:pPr>
              <w:spacing w:before="30" w:after="30" w:line="230" w:lineRule="exact"/>
              <w:rPr>
                <w:rFonts w:hint="eastAsia"/>
              </w:rPr>
            </w:pPr>
            <w:r>
              <w:rPr>
                <w:sz w:val="17"/>
              </w:rPr>
              <w:t>[da compilare]</w:t>
            </w:r>
          </w:p>
        </w:tc>
        <w:tc>
          <w:tcPr>
            <w:tcW w:w="2778" w:type="dxa"/>
            <w:shd w:val="clear" w:color="auto" w:fill="F6F8FA"/>
            <w:vAlign w:val="center"/>
          </w:tcPr>
          <w:p w14:paraId="53816D10" w14:textId="77777777" w:rsidR="00E54E13" w:rsidRDefault="00000000">
            <w:pPr>
              <w:spacing w:before="30" w:after="30" w:line="230" w:lineRule="exact"/>
              <w:rPr>
                <w:rFonts w:hint="eastAsia"/>
              </w:rPr>
            </w:pPr>
            <w:r>
              <w:rPr>
                <w:sz w:val="17"/>
              </w:rPr>
              <w:t>[da compilare]</w:t>
            </w:r>
          </w:p>
        </w:tc>
      </w:tr>
    </w:tbl>
    <w:p w14:paraId="26FB6F7E" w14:textId="77777777" w:rsidR="00E54E13" w:rsidRDefault="00E54E13">
      <w:pPr>
        <w:spacing w:after="40" w:line="40" w:lineRule="exact"/>
        <w:rPr>
          <w:rFonts w:hint="eastAsia"/>
        </w:rPr>
      </w:pPr>
    </w:p>
    <w:p w14:paraId="16F1033A" w14:textId="77777777" w:rsidR="00E54E13" w:rsidRDefault="00000000">
      <w:pPr>
        <w:pStyle w:val="Titolo3"/>
      </w:pPr>
      <w:r>
        <w:t>Interruzioni, carenze e attività da ripetere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4F370FC3" w14:textId="77777777">
        <w:trPr>
          <w:cantSplit/>
          <w:trHeight w:val="658"/>
          <w:jc w:val="center"/>
        </w:trPr>
        <w:tc>
          <w:tcPr>
            <w:tcW w:w="9751" w:type="dxa"/>
            <w:vAlign w:val="center"/>
          </w:tcPr>
          <w:p w14:paraId="3715825E" w14:textId="77777777" w:rsidR="00E54E13" w:rsidRDefault="00000000">
            <w:pPr>
              <w:spacing w:before="30" w:after="30" w:line="234" w:lineRule="exact"/>
              <w:rPr>
                <w:rFonts w:hint="eastAsia"/>
              </w:rPr>
            </w:pPr>
            <w:sdt>
              <w:sdtPr>
                <w:alias w:val="compilare o richiamare un allegato identificato"/>
                <w:tag w:val="campo_108"/>
                <w:id w:val="100108"/>
                <w:text w:multiLine="1"/>
              </w:sdtPr>
              <w:sdtContent>
                <w:r>
                  <w:rPr>
                    <w:color w:val="007E87"/>
                    <w:sz w:val="19"/>
                  </w:rPr>
                  <w:t>[compilare o richiamare un allegato identificato]</w:t>
                </w:r>
              </w:sdtContent>
            </w:sdt>
          </w:p>
        </w:tc>
      </w:tr>
    </w:tbl>
    <w:p w14:paraId="0E648DD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016A270D" w14:textId="77777777">
        <w:trPr>
          <w:tblHeader/>
          <w:jc w:val="center"/>
        </w:trPr>
        <w:tc>
          <w:tcPr>
            <w:tcW w:w="3250" w:type="dxa"/>
            <w:shd w:val="clear" w:color="auto" w:fill="12324B"/>
          </w:tcPr>
          <w:p w14:paraId="42A287C9" w14:textId="77777777" w:rsidR="00E54E13" w:rsidRDefault="00000000">
            <w:pPr>
              <w:spacing w:before="30" w:after="30" w:line="228" w:lineRule="exact"/>
              <w:rPr>
                <w:rFonts w:hint="eastAsia"/>
              </w:rPr>
            </w:pPr>
            <w:r>
              <w:rPr>
                <w:b/>
                <w:color w:val="FFFFFF"/>
                <w:sz w:val="17"/>
              </w:rPr>
              <w:t>Tutor</w:t>
            </w:r>
          </w:p>
        </w:tc>
        <w:tc>
          <w:tcPr>
            <w:tcW w:w="3250" w:type="dxa"/>
            <w:shd w:val="clear" w:color="auto" w:fill="12324B"/>
          </w:tcPr>
          <w:p w14:paraId="70400E92" w14:textId="77777777" w:rsidR="00E54E13" w:rsidRDefault="00000000">
            <w:pPr>
              <w:spacing w:before="30" w:after="30" w:line="228" w:lineRule="exact"/>
              <w:rPr>
                <w:rFonts w:hint="eastAsia"/>
              </w:rPr>
            </w:pPr>
            <w:r>
              <w:rPr>
                <w:b/>
                <w:color w:val="FFFFFF"/>
                <w:sz w:val="17"/>
              </w:rPr>
              <w:t>Lavoratore per conferma attività</w:t>
            </w:r>
          </w:p>
        </w:tc>
        <w:tc>
          <w:tcPr>
            <w:tcW w:w="3250" w:type="dxa"/>
            <w:shd w:val="clear" w:color="auto" w:fill="12324B"/>
          </w:tcPr>
          <w:p w14:paraId="647BEE19" w14:textId="77777777" w:rsidR="00E54E13" w:rsidRDefault="00000000">
            <w:pPr>
              <w:spacing w:before="30" w:after="30" w:line="228" w:lineRule="exact"/>
              <w:rPr>
                <w:rFonts w:hint="eastAsia"/>
              </w:rPr>
            </w:pPr>
            <w:r>
              <w:rPr>
                <w:b/>
                <w:color w:val="FFFFFF"/>
                <w:sz w:val="17"/>
              </w:rPr>
              <w:t>Data</w:t>
            </w:r>
          </w:p>
        </w:tc>
      </w:tr>
      <w:tr w:rsidR="00E54E13" w14:paraId="3F722266" w14:textId="77777777">
        <w:trPr>
          <w:cantSplit/>
          <w:trHeight w:val="567"/>
          <w:jc w:val="center"/>
        </w:trPr>
        <w:tc>
          <w:tcPr>
            <w:tcW w:w="3250" w:type="dxa"/>
            <w:vAlign w:val="center"/>
          </w:tcPr>
          <w:p w14:paraId="6068DBC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1C3B0F7"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B68D2F7" w14:textId="77777777" w:rsidR="00E54E13" w:rsidRDefault="00000000">
            <w:pPr>
              <w:spacing w:before="30" w:after="30" w:line="228" w:lineRule="exact"/>
              <w:rPr>
                <w:rFonts w:hint="eastAsia"/>
              </w:rPr>
            </w:pPr>
            <w:r>
              <w:rPr>
                <w:sz w:val="17"/>
              </w:rPr>
              <w:t>____ / ____ / ______</w:t>
            </w:r>
          </w:p>
        </w:tc>
      </w:tr>
    </w:tbl>
    <w:p w14:paraId="189E86A3" w14:textId="77777777" w:rsidR="00E54E13" w:rsidRDefault="00E54E13">
      <w:pPr>
        <w:spacing w:after="40" w:line="40" w:lineRule="exact"/>
        <w:rPr>
          <w:rFonts w:hint="eastAsia"/>
        </w:rPr>
      </w:pPr>
    </w:p>
    <w:p w14:paraId="149FDE0E" w14:textId="77777777" w:rsidR="00E54E13" w:rsidRDefault="00000000">
      <w:pPr>
        <w:pStyle w:val="Source"/>
        <w:rPr>
          <w:rFonts w:hint="eastAsia"/>
        </w:rPr>
      </w:pPr>
      <w:r>
        <w:t>Modello originale [AZ]. Base: INAIL 2026, pp. 3 e 5–6. I campi vuoti non costituiscono una verifica positiva.</w:t>
      </w:r>
    </w:p>
    <w:p w14:paraId="54167376" w14:textId="77777777" w:rsidR="00E54E13" w:rsidRDefault="00000000">
      <w:pPr>
        <w:pStyle w:val="Eyebrow"/>
        <w:keepNext/>
        <w:pageBreakBefore/>
        <w:rPr>
          <w:rFonts w:hint="eastAsia"/>
        </w:rPr>
      </w:pPr>
      <w:r>
        <w:t>PARTE II  /  ALLEGATO OPERATIVO [AZ]</w:t>
      </w:r>
    </w:p>
    <w:p w14:paraId="7C584E6E" w14:textId="77777777" w:rsidR="00E54E13" w:rsidRDefault="00000000">
      <w:pPr>
        <w:pStyle w:val="Titolo1"/>
      </w:pPr>
      <w:bookmarkStart w:id="39" w:name="B40_A07"/>
      <w:r>
        <w:t>A07  Verifica delle capacità operative</w:t>
      </w:r>
      <w:bookmarkEnd w:id="39"/>
    </w:p>
    <w:p w14:paraId="62C5C69F" w14:textId="77777777" w:rsidR="00E54E13" w:rsidRDefault="00000000">
      <w:pPr>
        <w:pStyle w:val="FormHint"/>
        <w:rPr>
          <w:rFonts w:hint="eastAsia"/>
        </w:rPr>
      </w:pPr>
      <w:r>
        <w:t>Scheda 2 di 2. Valutazione osservativa riferita alla tipologia di lavoro. Motivare le voci non applicabili.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3375115" w14:textId="77777777">
        <w:trPr>
          <w:cantSplit/>
          <w:trHeight w:val="346"/>
          <w:jc w:val="center"/>
        </w:trPr>
        <w:tc>
          <w:tcPr>
            <w:tcW w:w="2891" w:type="dxa"/>
            <w:shd w:val="clear" w:color="auto" w:fill="EDF3F9"/>
            <w:vAlign w:val="center"/>
          </w:tcPr>
          <w:p w14:paraId="5861BAEB" w14:textId="77777777" w:rsidR="00E54E13" w:rsidRDefault="00000000">
            <w:pPr>
              <w:spacing w:before="30" w:after="30" w:line="236" w:lineRule="exact"/>
              <w:rPr>
                <w:rFonts w:hint="eastAsia"/>
              </w:rPr>
            </w:pPr>
            <w:r>
              <w:rPr>
                <w:b/>
                <w:sz w:val="18"/>
              </w:rPr>
              <w:t>Azienda / unità</w:t>
            </w:r>
          </w:p>
        </w:tc>
        <w:tc>
          <w:tcPr>
            <w:tcW w:w="6860" w:type="dxa"/>
            <w:vAlign w:val="center"/>
          </w:tcPr>
          <w:p w14:paraId="384CBE8F" w14:textId="77777777" w:rsidR="00E54E13" w:rsidRDefault="00000000">
            <w:pPr>
              <w:spacing w:before="30" w:after="30" w:line="236" w:lineRule="exact"/>
              <w:rPr>
                <w:rFonts w:hint="eastAsia"/>
              </w:rPr>
            </w:pPr>
            <w:sdt>
              <w:sdtPr>
                <w:alias w:val="ragione sociale e sede"/>
                <w:tag w:val="campo_110"/>
                <w:id w:val="100110"/>
                <w:text w:multiLine="1"/>
              </w:sdtPr>
              <w:sdtContent>
                <w:r>
                  <w:rPr>
                    <w:color w:val="007E87"/>
                    <w:sz w:val="19"/>
                  </w:rPr>
                  <w:t>[ragione sociale e sede]</w:t>
                </w:r>
              </w:sdtContent>
            </w:sdt>
          </w:p>
        </w:tc>
      </w:tr>
      <w:tr w:rsidR="00E54E13" w14:paraId="71A91935" w14:textId="77777777">
        <w:trPr>
          <w:cantSplit/>
          <w:trHeight w:val="346"/>
          <w:jc w:val="center"/>
        </w:trPr>
        <w:tc>
          <w:tcPr>
            <w:tcW w:w="2891" w:type="dxa"/>
            <w:shd w:val="clear" w:color="auto" w:fill="EDF3F9"/>
            <w:vAlign w:val="center"/>
          </w:tcPr>
          <w:p w14:paraId="2C2E8A5E"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07EF5D1" w14:textId="77777777" w:rsidR="00E54E13" w:rsidRDefault="00000000">
            <w:pPr>
              <w:spacing w:before="30" w:after="30" w:line="236" w:lineRule="exact"/>
              <w:rPr>
                <w:rFonts w:hint="eastAsia"/>
              </w:rPr>
            </w:pPr>
            <w:sdt>
              <w:sdtPr>
                <w:alias w:val="codice, revisione e data"/>
                <w:tag w:val="campo_111"/>
                <w:id w:val="100111"/>
                <w:text w:multiLine="1"/>
              </w:sdtPr>
              <w:sdtContent>
                <w:r>
                  <w:rPr>
                    <w:color w:val="007E87"/>
                    <w:sz w:val="19"/>
                  </w:rPr>
                  <w:t>[codice, revisione e data]</w:t>
                </w:r>
              </w:sdtContent>
            </w:sdt>
          </w:p>
        </w:tc>
      </w:tr>
      <w:tr w:rsidR="00E54E13" w14:paraId="72355673" w14:textId="77777777">
        <w:trPr>
          <w:cantSplit/>
          <w:trHeight w:val="346"/>
          <w:jc w:val="center"/>
        </w:trPr>
        <w:tc>
          <w:tcPr>
            <w:tcW w:w="2891" w:type="dxa"/>
            <w:shd w:val="clear" w:color="auto" w:fill="EDF3F9"/>
            <w:vAlign w:val="center"/>
          </w:tcPr>
          <w:p w14:paraId="7F38EEA0"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6277160" w14:textId="77777777" w:rsidR="00E54E13" w:rsidRDefault="00000000">
            <w:pPr>
              <w:spacing w:before="30" w:after="30" w:line="236" w:lineRule="exact"/>
              <w:rPr>
                <w:rFonts w:hint="eastAsia"/>
              </w:rPr>
            </w:pPr>
            <w:sdt>
              <w:sdtPr>
                <w:alias w:val="nome, matricola e mansione"/>
                <w:tag w:val="campo_112"/>
                <w:id w:val="100112"/>
                <w:text w:multiLine="1"/>
              </w:sdtPr>
              <w:sdtContent>
                <w:r>
                  <w:rPr>
                    <w:color w:val="007E87"/>
                    <w:sz w:val="19"/>
                  </w:rPr>
                  <w:t>[nome, matricola e mansione]</w:t>
                </w:r>
              </w:sdtContent>
            </w:sdt>
          </w:p>
        </w:tc>
      </w:tr>
    </w:tbl>
    <w:p w14:paraId="03426D2C"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009"/>
        <w:gridCol w:w="3742"/>
      </w:tblGrid>
      <w:tr w:rsidR="00E54E13" w14:paraId="6FAD39D4" w14:textId="77777777">
        <w:trPr>
          <w:tblHeader/>
          <w:jc w:val="center"/>
        </w:trPr>
        <w:tc>
          <w:tcPr>
            <w:tcW w:w="6009" w:type="dxa"/>
            <w:shd w:val="clear" w:color="auto" w:fill="12324B"/>
          </w:tcPr>
          <w:p w14:paraId="2662D9F9" w14:textId="77777777" w:rsidR="00E54E13" w:rsidRDefault="00000000">
            <w:pPr>
              <w:spacing w:before="30" w:after="30" w:line="230" w:lineRule="exact"/>
              <w:rPr>
                <w:rFonts w:hint="eastAsia"/>
              </w:rPr>
            </w:pPr>
            <w:r>
              <w:rPr>
                <w:b/>
                <w:color w:val="FFFFFF"/>
                <w:sz w:val="17"/>
              </w:rPr>
              <w:t>Capacità da osservare</w:t>
            </w:r>
          </w:p>
        </w:tc>
        <w:tc>
          <w:tcPr>
            <w:tcW w:w="3742" w:type="dxa"/>
            <w:shd w:val="clear" w:color="auto" w:fill="12324B"/>
          </w:tcPr>
          <w:p w14:paraId="3950E6A6" w14:textId="77777777" w:rsidR="00E54E13" w:rsidRDefault="00000000">
            <w:pPr>
              <w:spacing w:before="30" w:after="30" w:line="230" w:lineRule="exact"/>
              <w:rPr>
                <w:rFonts w:hint="eastAsia"/>
              </w:rPr>
            </w:pPr>
            <w:r>
              <w:rPr>
                <w:b/>
                <w:color w:val="FFFFFF"/>
                <w:sz w:val="17"/>
              </w:rPr>
              <w:t>Evidenza / esito</w:t>
            </w:r>
          </w:p>
        </w:tc>
      </w:tr>
      <w:tr w:rsidR="00E54E13" w14:paraId="217E9578" w14:textId="77777777">
        <w:trPr>
          <w:cantSplit/>
          <w:jc w:val="center"/>
        </w:trPr>
        <w:tc>
          <w:tcPr>
            <w:tcW w:w="6009" w:type="dxa"/>
            <w:vAlign w:val="center"/>
          </w:tcPr>
          <w:p w14:paraId="63907DD0" w14:textId="77777777" w:rsidR="00E54E13" w:rsidRDefault="00000000">
            <w:pPr>
              <w:spacing w:before="30" w:after="30" w:line="230" w:lineRule="exact"/>
              <w:rPr>
                <w:rFonts w:hint="eastAsia"/>
              </w:rPr>
            </w:pPr>
            <w:r>
              <w:rPr>
                <w:sz w:val="17"/>
              </w:rPr>
              <w:t>Comprensione del compito, dei confini e dei propri limiti</w:t>
            </w:r>
          </w:p>
        </w:tc>
        <w:tc>
          <w:tcPr>
            <w:tcW w:w="3742" w:type="dxa"/>
            <w:vAlign w:val="center"/>
          </w:tcPr>
          <w:p w14:paraId="393781E2"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07BB9DBB" w14:textId="77777777">
        <w:trPr>
          <w:cantSplit/>
          <w:jc w:val="center"/>
        </w:trPr>
        <w:tc>
          <w:tcPr>
            <w:tcW w:w="6009" w:type="dxa"/>
            <w:shd w:val="clear" w:color="auto" w:fill="F6F8FA"/>
            <w:vAlign w:val="center"/>
          </w:tcPr>
          <w:p w14:paraId="1038D252" w14:textId="77777777" w:rsidR="00E54E13" w:rsidRDefault="00000000">
            <w:pPr>
              <w:spacing w:before="30" w:after="30" w:line="230" w:lineRule="exact"/>
              <w:rPr>
                <w:rFonts w:hint="eastAsia"/>
              </w:rPr>
            </w:pPr>
            <w:r>
              <w:rPr>
                <w:sz w:val="17"/>
              </w:rPr>
              <w:t>Individuazione e delimitazione dello spazio di lavoro</w:t>
            </w:r>
          </w:p>
        </w:tc>
        <w:tc>
          <w:tcPr>
            <w:tcW w:w="3742" w:type="dxa"/>
            <w:shd w:val="clear" w:color="auto" w:fill="F6F8FA"/>
            <w:vAlign w:val="center"/>
          </w:tcPr>
          <w:p w14:paraId="6EE95054"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03400EC2" w14:textId="77777777">
        <w:trPr>
          <w:cantSplit/>
          <w:jc w:val="center"/>
        </w:trPr>
        <w:tc>
          <w:tcPr>
            <w:tcW w:w="6009" w:type="dxa"/>
            <w:vAlign w:val="center"/>
          </w:tcPr>
          <w:p w14:paraId="439EC21C" w14:textId="77777777" w:rsidR="00E54E13" w:rsidRDefault="00000000">
            <w:pPr>
              <w:spacing w:before="30" w:after="30" w:line="230" w:lineRule="exact"/>
              <w:rPr>
                <w:rFonts w:hint="eastAsia"/>
              </w:rPr>
            </w:pPr>
            <w:r>
              <w:rPr>
                <w:sz w:val="17"/>
              </w:rPr>
              <w:t>Applicazione delle procedure specifiche e delle sequenze previste</w:t>
            </w:r>
          </w:p>
        </w:tc>
        <w:tc>
          <w:tcPr>
            <w:tcW w:w="3742" w:type="dxa"/>
            <w:vAlign w:val="center"/>
          </w:tcPr>
          <w:p w14:paraId="3C898856"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38E01797" w14:textId="77777777">
        <w:trPr>
          <w:cantSplit/>
          <w:jc w:val="center"/>
        </w:trPr>
        <w:tc>
          <w:tcPr>
            <w:tcW w:w="6009" w:type="dxa"/>
            <w:shd w:val="clear" w:color="auto" w:fill="F6F8FA"/>
            <w:vAlign w:val="center"/>
          </w:tcPr>
          <w:p w14:paraId="4B82CED7" w14:textId="77777777" w:rsidR="00E54E13" w:rsidRDefault="00000000">
            <w:pPr>
              <w:spacing w:before="30" w:after="30" w:line="230" w:lineRule="exact"/>
              <w:rPr>
                <w:rFonts w:hint="eastAsia"/>
              </w:rPr>
            </w:pPr>
            <w:r>
              <w:rPr>
                <w:sz w:val="17"/>
              </w:rPr>
              <w:t>Uso e verifica delle attrezzature e dei DPI pertinenti</w:t>
            </w:r>
          </w:p>
        </w:tc>
        <w:tc>
          <w:tcPr>
            <w:tcW w:w="3742" w:type="dxa"/>
            <w:shd w:val="clear" w:color="auto" w:fill="F6F8FA"/>
            <w:vAlign w:val="center"/>
          </w:tcPr>
          <w:p w14:paraId="7445E7F2"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37C3A169" w14:textId="77777777">
        <w:trPr>
          <w:cantSplit/>
          <w:jc w:val="center"/>
        </w:trPr>
        <w:tc>
          <w:tcPr>
            <w:tcW w:w="6009" w:type="dxa"/>
            <w:vAlign w:val="center"/>
          </w:tcPr>
          <w:p w14:paraId="07F5CC42" w14:textId="77777777" w:rsidR="00E54E13" w:rsidRDefault="00000000">
            <w:pPr>
              <w:spacing w:before="30" w:after="30" w:line="230" w:lineRule="exact"/>
              <w:rPr>
                <w:rFonts w:hint="eastAsia"/>
              </w:rPr>
            </w:pPr>
            <w:r>
              <w:rPr>
                <w:sz w:val="17"/>
              </w:rPr>
              <w:t>Verifiche e misure previste per il lavoro fuori tensione, se pertinenti</w:t>
            </w:r>
          </w:p>
        </w:tc>
        <w:tc>
          <w:tcPr>
            <w:tcW w:w="3742" w:type="dxa"/>
            <w:vAlign w:val="center"/>
          </w:tcPr>
          <w:p w14:paraId="7BA9AFA1"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01CEFE7A" w14:textId="77777777">
        <w:trPr>
          <w:cantSplit/>
          <w:jc w:val="center"/>
        </w:trPr>
        <w:tc>
          <w:tcPr>
            <w:tcW w:w="6009" w:type="dxa"/>
            <w:shd w:val="clear" w:color="auto" w:fill="F6F8FA"/>
            <w:vAlign w:val="center"/>
          </w:tcPr>
          <w:p w14:paraId="6713FE9A" w14:textId="77777777" w:rsidR="00E54E13" w:rsidRDefault="00000000">
            <w:pPr>
              <w:spacing w:before="30" w:after="30" w:line="230" w:lineRule="exact"/>
              <w:rPr>
                <w:rFonts w:hint="eastAsia"/>
              </w:rPr>
            </w:pPr>
            <w:r>
              <w:rPr>
                <w:sz w:val="17"/>
              </w:rPr>
              <w:t>Protezione rispetto a parti attive prossime e valutazione delle distanze</w:t>
            </w:r>
          </w:p>
        </w:tc>
        <w:tc>
          <w:tcPr>
            <w:tcW w:w="3742" w:type="dxa"/>
            <w:shd w:val="clear" w:color="auto" w:fill="F6F8FA"/>
            <w:vAlign w:val="center"/>
          </w:tcPr>
          <w:p w14:paraId="051B4266"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7F8398C0" w14:textId="77777777">
        <w:trPr>
          <w:cantSplit/>
          <w:jc w:val="center"/>
        </w:trPr>
        <w:tc>
          <w:tcPr>
            <w:tcW w:w="6009" w:type="dxa"/>
            <w:vAlign w:val="center"/>
          </w:tcPr>
          <w:p w14:paraId="7D05435E" w14:textId="77777777" w:rsidR="00E54E13" w:rsidRDefault="00000000">
            <w:pPr>
              <w:spacing w:before="30" w:after="30" w:line="230" w:lineRule="exact"/>
              <w:rPr>
                <w:rFonts w:hint="eastAsia"/>
              </w:rPr>
            </w:pPr>
            <w:r>
              <w:rPr>
                <w:sz w:val="17"/>
              </w:rPr>
              <w:t>Scambio delle informazioni e comprensione dei documenti</w:t>
            </w:r>
          </w:p>
        </w:tc>
        <w:tc>
          <w:tcPr>
            <w:tcW w:w="3742" w:type="dxa"/>
            <w:vAlign w:val="center"/>
          </w:tcPr>
          <w:p w14:paraId="4DF65E11"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r w:rsidR="00E54E13" w14:paraId="611B5A39" w14:textId="77777777">
        <w:trPr>
          <w:cantSplit/>
          <w:jc w:val="center"/>
        </w:trPr>
        <w:tc>
          <w:tcPr>
            <w:tcW w:w="6009" w:type="dxa"/>
            <w:shd w:val="clear" w:color="auto" w:fill="F6F8FA"/>
            <w:vAlign w:val="center"/>
          </w:tcPr>
          <w:p w14:paraId="7687F123" w14:textId="77777777" w:rsidR="00E54E13" w:rsidRDefault="00000000">
            <w:pPr>
              <w:spacing w:before="30" w:after="30" w:line="230" w:lineRule="exact"/>
              <w:rPr>
                <w:rFonts w:hint="eastAsia"/>
              </w:rPr>
            </w:pPr>
            <w:r>
              <w:rPr>
                <w:sz w:val="17"/>
              </w:rPr>
              <w:t>Riconoscimento di anomalie e decisione di non proseguire</w:t>
            </w:r>
          </w:p>
        </w:tc>
        <w:tc>
          <w:tcPr>
            <w:tcW w:w="3742" w:type="dxa"/>
            <w:shd w:val="clear" w:color="auto" w:fill="F6F8FA"/>
            <w:vAlign w:val="center"/>
          </w:tcPr>
          <w:p w14:paraId="583AC16D" w14:textId="77777777" w:rsidR="00E54E13" w:rsidRDefault="00000000">
            <w:pPr>
              <w:spacing w:before="30" w:after="30" w:line="230" w:lineRule="exact"/>
              <w:rPr>
                <w:rFonts w:hint="eastAsia"/>
              </w:rPr>
            </w:pPr>
            <w:r>
              <w:rPr>
                <w:sz w:val="17"/>
              </w:rPr>
              <w:t>[ ] Dimostrata [ ] Da integrare [ ] N.A.</w:t>
            </w:r>
            <w:r>
              <w:rPr>
                <w:sz w:val="17"/>
              </w:rPr>
              <w:br/>
              <w:t>Evidenza: __________________</w:t>
            </w:r>
          </w:p>
        </w:tc>
      </w:tr>
    </w:tbl>
    <w:p w14:paraId="71611E90"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CFC71E6" w14:textId="77777777">
        <w:trPr>
          <w:cantSplit/>
          <w:trHeight w:val="386"/>
          <w:jc w:val="center"/>
        </w:trPr>
        <w:tc>
          <w:tcPr>
            <w:tcW w:w="2891" w:type="dxa"/>
            <w:shd w:val="clear" w:color="auto" w:fill="EDF3F9"/>
            <w:vAlign w:val="center"/>
          </w:tcPr>
          <w:p w14:paraId="35DE5CB2" w14:textId="77777777" w:rsidR="00E54E13" w:rsidRDefault="00000000">
            <w:pPr>
              <w:spacing w:before="30" w:after="30" w:line="236" w:lineRule="exact"/>
              <w:rPr>
                <w:rFonts w:hint="eastAsia"/>
              </w:rPr>
            </w:pPr>
            <w:r>
              <w:rPr>
                <w:b/>
                <w:sz w:val="18"/>
              </w:rPr>
              <w:t>Giudizio del tutor</w:t>
            </w:r>
          </w:p>
        </w:tc>
        <w:tc>
          <w:tcPr>
            <w:tcW w:w="6860" w:type="dxa"/>
            <w:vAlign w:val="center"/>
          </w:tcPr>
          <w:p w14:paraId="2E96DF2C" w14:textId="77777777" w:rsidR="00E54E13" w:rsidRDefault="00000000">
            <w:pPr>
              <w:spacing w:before="30" w:after="30" w:line="236" w:lineRule="exact"/>
              <w:rPr>
                <w:rFonts w:hint="eastAsia"/>
              </w:rPr>
            </w:pPr>
            <w:sdt>
              <w:sdtPr>
                <w:alias w:val="capacità dimostrate, limiti e carenze"/>
                <w:tag w:val="campo_113"/>
                <w:id w:val="100113"/>
                <w:text w:multiLine="1"/>
              </w:sdtPr>
              <w:sdtContent>
                <w:r>
                  <w:rPr>
                    <w:color w:val="007E87"/>
                    <w:sz w:val="19"/>
                  </w:rPr>
                  <w:t>[capacità dimostrate, limiti e carenze]</w:t>
                </w:r>
              </w:sdtContent>
            </w:sdt>
          </w:p>
        </w:tc>
      </w:tr>
      <w:tr w:rsidR="00E54E13" w14:paraId="5FAC03AF" w14:textId="77777777">
        <w:trPr>
          <w:cantSplit/>
          <w:trHeight w:val="386"/>
          <w:jc w:val="center"/>
        </w:trPr>
        <w:tc>
          <w:tcPr>
            <w:tcW w:w="2891" w:type="dxa"/>
            <w:shd w:val="clear" w:color="auto" w:fill="EDF3F9"/>
            <w:vAlign w:val="center"/>
          </w:tcPr>
          <w:p w14:paraId="2BAA795F" w14:textId="77777777" w:rsidR="00E54E13" w:rsidRDefault="00000000">
            <w:pPr>
              <w:spacing w:before="30" w:after="30" w:line="236" w:lineRule="exact"/>
              <w:rPr>
                <w:rFonts w:hint="eastAsia"/>
              </w:rPr>
            </w:pPr>
            <w:r>
              <w:rPr>
                <w:b/>
                <w:sz w:val="18"/>
              </w:rPr>
              <w:t>Seguito necessario</w:t>
            </w:r>
          </w:p>
        </w:tc>
        <w:tc>
          <w:tcPr>
            <w:tcW w:w="6860" w:type="dxa"/>
            <w:shd w:val="clear" w:color="auto" w:fill="F6F8FA"/>
            <w:vAlign w:val="center"/>
          </w:tcPr>
          <w:p w14:paraId="45FEEBE1" w14:textId="77777777" w:rsidR="00E54E13" w:rsidRDefault="00000000">
            <w:pPr>
              <w:spacing w:before="30" w:after="30" w:line="236" w:lineRule="exact"/>
              <w:rPr>
                <w:rFonts w:hint="eastAsia"/>
              </w:rPr>
            </w:pPr>
            <w:sdt>
              <w:sdtPr>
                <w:alias w:val="ripetizione / integrazione / invio alla valutazione del datore"/>
                <w:tag w:val="campo_114"/>
                <w:id w:val="100114"/>
                <w:text w:multiLine="1"/>
              </w:sdtPr>
              <w:sdtContent>
                <w:r>
                  <w:rPr>
                    <w:color w:val="007E87"/>
                    <w:sz w:val="19"/>
                  </w:rPr>
                  <w:t>[ripetizione / integrazione / invio alla valutazione del datore]</w:t>
                </w:r>
              </w:sdtContent>
            </w:sdt>
          </w:p>
        </w:tc>
      </w:tr>
    </w:tbl>
    <w:p w14:paraId="65162E75" w14:textId="77777777" w:rsidR="00E54E13" w:rsidRDefault="00E54E13">
      <w:pPr>
        <w:spacing w:after="40" w:line="40" w:lineRule="exact"/>
        <w:rPr>
          <w:rFonts w:hint="eastAsia"/>
        </w:rPr>
      </w:pPr>
    </w:p>
    <w:p w14:paraId="1F012F33" w14:textId="77777777" w:rsidR="00E54E13" w:rsidRDefault="00000000">
      <w:pPr>
        <w:pStyle w:val="FormHint"/>
        <w:rPr>
          <w:rFonts w:hint="eastAsia"/>
        </w:rPr>
      </w:pPr>
      <w:r>
        <w:t>Per 2B descrivere anche esperienza nella specifica tecnica, preparazione del cantiere e padronanza delle sequenze sotto tensione nelle condizioni ammissibili. La firma del tutor non attribuisce idoneità.</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DA52E16" w14:textId="77777777">
        <w:trPr>
          <w:tblHeader/>
          <w:jc w:val="center"/>
        </w:trPr>
        <w:tc>
          <w:tcPr>
            <w:tcW w:w="3250" w:type="dxa"/>
            <w:shd w:val="clear" w:color="auto" w:fill="12324B"/>
          </w:tcPr>
          <w:p w14:paraId="0B7C7233"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4035CA9F"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6AAB0329" w14:textId="77777777" w:rsidR="00E54E13" w:rsidRDefault="00000000">
            <w:pPr>
              <w:spacing w:before="30" w:after="30" w:line="228" w:lineRule="exact"/>
              <w:rPr>
                <w:rFonts w:hint="eastAsia"/>
              </w:rPr>
            </w:pPr>
            <w:r>
              <w:rPr>
                <w:b/>
                <w:color w:val="FFFFFF"/>
                <w:sz w:val="17"/>
              </w:rPr>
              <w:t>Data</w:t>
            </w:r>
          </w:p>
        </w:tc>
      </w:tr>
      <w:tr w:rsidR="00E54E13" w14:paraId="7F8B1C1B" w14:textId="77777777">
        <w:trPr>
          <w:cantSplit/>
          <w:trHeight w:val="567"/>
          <w:jc w:val="center"/>
        </w:trPr>
        <w:tc>
          <w:tcPr>
            <w:tcW w:w="3250" w:type="dxa"/>
            <w:vAlign w:val="center"/>
          </w:tcPr>
          <w:p w14:paraId="04E5D4F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026D7F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D375A2B" w14:textId="77777777" w:rsidR="00E54E13" w:rsidRDefault="00000000">
            <w:pPr>
              <w:spacing w:before="30" w:after="30" w:line="228" w:lineRule="exact"/>
              <w:rPr>
                <w:rFonts w:hint="eastAsia"/>
              </w:rPr>
            </w:pPr>
            <w:r>
              <w:rPr>
                <w:sz w:val="17"/>
              </w:rPr>
              <w:t>____ / ____ / ______</w:t>
            </w:r>
          </w:p>
        </w:tc>
      </w:tr>
    </w:tbl>
    <w:p w14:paraId="16C22309" w14:textId="77777777" w:rsidR="00E54E13" w:rsidRDefault="00E54E13">
      <w:pPr>
        <w:spacing w:after="40" w:line="40" w:lineRule="exact"/>
        <w:rPr>
          <w:rFonts w:hint="eastAsia"/>
        </w:rPr>
      </w:pPr>
    </w:p>
    <w:p w14:paraId="30C6C10D" w14:textId="77777777" w:rsidR="00E54E13" w:rsidRDefault="00000000">
      <w:pPr>
        <w:pStyle w:val="Source"/>
        <w:rPr>
          <w:rFonts w:hint="eastAsia"/>
        </w:rPr>
      </w:pPr>
      <w:r>
        <w:t>Modello originale [AZ]. Base: INAIL 2026, livelli 1B e 2B, pp. 2 e 6. I campi vuoti non costituiscono una verifica positiva.</w:t>
      </w:r>
    </w:p>
    <w:p w14:paraId="53E8CCB7" w14:textId="77777777" w:rsidR="00E54E13" w:rsidRDefault="00000000">
      <w:pPr>
        <w:pStyle w:val="Eyebrow"/>
        <w:keepNext/>
        <w:pageBreakBefore/>
        <w:rPr>
          <w:rFonts w:hint="eastAsia"/>
        </w:rPr>
      </w:pPr>
      <w:r>
        <w:t>PARTE II  /  ALLEGATO OPERATIVO [AZ]</w:t>
      </w:r>
    </w:p>
    <w:p w14:paraId="25025CC7" w14:textId="77777777" w:rsidR="00E54E13" w:rsidRDefault="00000000">
      <w:pPr>
        <w:pStyle w:val="Titolo1"/>
      </w:pPr>
      <w:bookmarkStart w:id="40" w:name="B41_A08"/>
      <w:r>
        <w:t>A08  Atto di attribuzione della qualifica PES/PAV</w:t>
      </w:r>
      <w:bookmarkEnd w:id="40"/>
    </w:p>
    <w:p w14:paraId="66ADFF07" w14:textId="77777777" w:rsidR="00E54E13" w:rsidRDefault="00000000">
      <w:pPr>
        <w:pStyle w:val="FormHint"/>
        <w:rPr>
          <w:rFonts w:hint="eastAsia"/>
        </w:rPr>
      </w:pPr>
      <w:r>
        <w:t>Atto per lavoratore dipendente. Selezionare il profilo per le attività indicate e allegare la valutazione.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5975057" w14:textId="77777777">
        <w:trPr>
          <w:cantSplit/>
          <w:trHeight w:val="346"/>
          <w:jc w:val="center"/>
        </w:trPr>
        <w:tc>
          <w:tcPr>
            <w:tcW w:w="2891" w:type="dxa"/>
            <w:shd w:val="clear" w:color="auto" w:fill="EDF3F9"/>
            <w:vAlign w:val="center"/>
          </w:tcPr>
          <w:p w14:paraId="3C1DAD59" w14:textId="77777777" w:rsidR="00E54E13" w:rsidRDefault="00000000">
            <w:pPr>
              <w:spacing w:before="30" w:after="30" w:line="236" w:lineRule="exact"/>
              <w:rPr>
                <w:rFonts w:hint="eastAsia"/>
              </w:rPr>
            </w:pPr>
            <w:r>
              <w:rPr>
                <w:b/>
                <w:sz w:val="18"/>
              </w:rPr>
              <w:t>Azienda / unità</w:t>
            </w:r>
          </w:p>
        </w:tc>
        <w:tc>
          <w:tcPr>
            <w:tcW w:w="6860" w:type="dxa"/>
            <w:vAlign w:val="center"/>
          </w:tcPr>
          <w:p w14:paraId="59900832" w14:textId="77777777" w:rsidR="00E54E13" w:rsidRDefault="00000000">
            <w:pPr>
              <w:spacing w:before="30" w:after="30" w:line="236" w:lineRule="exact"/>
              <w:rPr>
                <w:rFonts w:hint="eastAsia"/>
              </w:rPr>
            </w:pPr>
            <w:sdt>
              <w:sdtPr>
                <w:alias w:val="ragione sociale e sede"/>
                <w:tag w:val="campo_116"/>
                <w:id w:val="100116"/>
                <w:text w:multiLine="1"/>
              </w:sdtPr>
              <w:sdtContent>
                <w:r>
                  <w:rPr>
                    <w:color w:val="007E87"/>
                    <w:sz w:val="19"/>
                  </w:rPr>
                  <w:t>[ragione sociale e sede]</w:t>
                </w:r>
              </w:sdtContent>
            </w:sdt>
          </w:p>
        </w:tc>
      </w:tr>
      <w:tr w:rsidR="00E54E13" w14:paraId="37F18FD3" w14:textId="77777777">
        <w:trPr>
          <w:cantSplit/>
          <w:trHeight w:val="346"/>
          <w:jc w:val="center"/>
        </w:trPr>
        <w:tc>
          <w:tcPr>
            <w:tcW w:w="2891" w:type="dxa"/>
            <w:shd w:val="clear" w:color="auto" w:fill="EDF3F9"/>
            <w:vAlign w:val="center"/>
          </w:tcPr>
          <w:p w14:paraId="18F1DBD8"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18BB6D4" w14:textId="77777777" w:rsidR="00E54E13" w:rsidRDefault="00000000">
            <w:pPr>
              <w:spacing w:before="30" w:after="30" w:line="236" w:lineRule="exact"/>
              <w:rPr>
                <w:rFonts w:hint="eastAsia"/>
              </w:rPr>
            </w:pPr>
            <w:sdt>
              <w:sdtPr>
                <w:alias w:val="codice, revisione e data"/>
                <w:tag w:val="campo_117"/>
                <w:id w:val="100117"/>
                <w:text w:multiLine="1"/>
              </w:sdtPr>
              <w:sdtContent>
                <w:r>
                  <w:rPr>
                    <w:color w:val="007E87"/>
                    <w:sz w:val="19"/>
                  </w:rPr>
                  <w:t>[codice, revisione e data]</w:t>
                </w:r>
              </w:sdtContent>
            </w:sdt>
          </w:p>
        </w:tc>
      </w:tr>
      <w:tr w:rsidR="00E54E13" w14:paraId="77C9BA03" w14:textId="77777777">
        <w:trPr>
          <w:cantSplit/>
          <w:trHeight w:val="346"/>
          <w:jc w:val="center"/>
        </w:trPr>
        <w:tc>
          <w:tcPr>
            <w:tcW w:w="2891" w:type="dxa"/>
            <w:shd w:val="clear" w:color="auto" w:fill="EDF3F9"/>
            <w:vAlign w:val="center"/>
          </w:tcPr>
          <w:p w14:paraId="49275CF4"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0625EB8A" w14:textId="77777777" w:rsidR="00E54E13" w:rsidRDefault="00000000">
            <w:pPr>
              <w:spacing w:before="30" w:after="30" w:line="236" w:lineRule="exact"/>
              <w:rPr>
                <w:rFonts w:hint="eastAsia"/>
              </w:rPr>
            </w:pPr>
            <w:sdt>
              <w:sdtPr>
                <w:alias w:val="nome, matricola e mansione"/>
                <w:tag w:val="campo_118"/>
                <w:id w:val="100118"/>
                <w:text w:multiLine="1"/>
              </w:sdtPr>
              <w:sdtContent>
                <w:r>
                  <w:rPr>
                    <w:color w:val="007E87"/>
                    <w:sz w:val="19"/>
                  </w:rPr>
                  <w:t>[nome, matricola e mansione]</w:t>
                </w:r>
              </w:sdtContent>
            </w:sdt>
          </w:p>
        </w:tc>
      </w:tr>
    </w:tbl>
    <w:p w14:paraId="10F1FDB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F4C1D5E" w14:textId="77777777">
        <w:trPr>
          <w:cantSplit/>
          <w:trHeight w:val="386"/>
          <w:jc w:val="center"/>
        </w:trPr>
        <w:tc>
          <w:tcPr>
            <w:tcW w:w="2891" w:type="dxa"/>
            <w:shd w:val="clear" w:color="auto" w:fill="EDF3F9"/>
            <w:vAlign w:val="center"/>
          </w:tcPr>
          <w:p w14:paraId="2E9F8D22" w14:textId="77777777" w:rsidR="00E54E13" w:rsidRDefault="00000000">
            <w:pPr>
              <w:spacing w:before="30" w:after="30" w:line="236" w:lineRule="exact"/>
              <w:rPr>
                <w:rFonts w:hint="eastAsia"/>
              </w:rPr>
            </w:pPr>
            <w:r>
              <w:rPr>
                <w:b/>
                <w:sz w:val="18"/>
              </w:rPr>
              <w:t>Datore di lavoro</w:t>
            </w:r>
          </w:p>
        </w:tc>
        <w:tc>
          <w:tcPr>
            <w:tcW w:w="6860" w:type="dxa"/>
            <w:vAlign w:val="center"/>
          </w:tcPr>
          <w:p w14:paraId="39F60C8C" w14:textId="77777777" w:rsidR="00E54E13" w:rsidRDefault="00000000">
            <w:pPr>
              <w:spacing w:before="30" w:after="30" w:line="236" w:lineRule="exact"/>
              <w:rPr>
                <w:rFonts w:hint="eastAsia"/>
              </w:rPr>
            </w:pPr>
            <w:sdt>
              <w:sdtPr>
                <w:alias w:val="nominativo e funzione"/>
                <w:tag w:val="campo_119"/>
                <w:id w:val="100119"/>
                <w:text w:multiLine="1"/>
              </w:sdtPr>
              <w:sdtContent>
                <w:r>
                  <w:rPr>
                    <w:color w:val="007E87"/>
                    <w:sz w:val="19"/>
                  </w:rPr>
                  <w:t>[nominativo e funzione]</w:t>
                </w:r>
              </w:sdtContent>
            </w:sdt>
          </w:p>
        </w:tc>
      </w:tr>
      <w:tr w:rsidR="00E54E13" w14:paraId="7D5632C7" w14:textId="77777777">
        <w:trPr>
          <w:cantSplit/>
          <w:trHeight w:val="386"/>
          <w:jc w:val="center"/>
        </w:trPr>
        <w:tc>
          <w:tcPr>
            <w:tcW w:w="2891" w:type="dxa"/>
            <w:shd w:val="clear" w:color="auto" w:fill="EDF3F9"/>
            <w:vAlign w:val="center"/>
          </w:tcPr>
          <w:p w14:paraId="160F7611" w14:textId="77777777" w:rsidR="00E54E13" w:rsidRDefault="00000000">
            <w:pPr>
              <w:spacing w:before="30" w:after="30" w:line="236" w:lineRule="exact"/>
              <w:rPr>
                <w:rFonts w:hint="eastAsia"/>
              </w:rPr>
            </w:pPr>
            <w:r>
              <w:rPr>
                <w:b/>
                <w:sz w:val="18"/>
              </w:rPr>
              <w:t>Valutazione di riferimento</w:t>
            </w:r>
          </w:p>
        </w:tc>
        <w:tc>
          <w:tcPr>
            <w:tcW w:w="6860" w:type="dxa"/>
            <w:shd w:val="clear" w:color="auto" w:fill="F6F8FA"/>
            <w:vAlign w:val="center"/>
          </w:tcPr>
          <w:p w14:paraId="6A3138A0" w14:textId="77777777" w:rsidR="00E54E13" w:rsidRDefault="00000000">
            <w:pPr>
              <w:spacing w:before="30" w:after="30" w:line="236" w:lineRule="exact"/>
              <w:rPr>
                <w:rFonts w:hint="eastAsia"/>
              </w:rPr>
            </w:pPr>
            <w:sdt>
              <w:sdtPr>
                <w:alias w:val="codice A04 e documenti esaminati"/>
                <w:tag w:val="campo_120"/>
                <w:id w:val="100120"/>
                <w:text w:multiLine="1"/>
              </w:sdtPr>
              <w:sdtContent>
                <w:r>
                  <w:rPr>
                    <w:color w:val="007E87"/>
                    <w:sz w:val="19"/>
                  </w:rPr>
                  <w:t>[codice A04 e documenti esaminati]</w:t>
                </w:r>
              </w:sdtContent>
            </w:sdt>
          </w:p>
        </w:tc>
      </w:tr>
    </w:tbl>
    <w:p w14:paraId="6EE708A2" w14:textId="77777777" w:rsidR="00E54E13" w:rsidRDefault="00E54E13">
      <w:pPr>
        <w:spacing w:after="40" w:line="40" w:lineRule="exact"/>
        <w:rPr>
          <w:rFonts w:hint="eastAsia"/>
        </w:rPr>
      </w:pPr>
    </w:p>
    <w:p w14:paraId="304310EF" w14:textId="77777777" w:rsidR="00E54E13" w:rsidRDefault="00000000">
      <w:pPr>
        <w:rPr>
          <w:rFonts w:hint="eastAsia"/>
        </w:rPr>
      </w:pPr>
      <w:r>
        <w:t>Il datore di lavoro, esaminate le conoscenze, l’esperienza e le caratteristiche personali documentate, attribuisce al lavoratore sopra identificato, esclusivamente per le attività di seguito definite, la condizione di:</w:t>
      </w:r>
    </w:p>
    <w:p w14:paraId="17ED71D3" w14:textId="77777777" w:rsidR="00E54E13" w:rsidRDefault="00000000">
      <w:pPr>
        <w:rPr>
          <w:rFonts w:hint="eastAsia"/>
        </w:rPr>
      </w:pPr>
      <w:r>
        <w:rPr>
          <w:b/>
        </w:rPr>
        <w:t>[ ] PES – Persona Esperta     [ ] PAV – Persona Avvertita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402"/>
        <w:gridCol w:w="3175"/>
        <w:gridCol w:w="3175"/>
      </w:tblGrid>
      <w:tr w:rsidR="00E54E13" w14:paraId="41AC9418" w14:textId="77777777">
        <w:trPr>
          <w:tblHeader/>
          <w:jc w:val="center"/>
        </w:trPr>
        <w:tc>
          <w:tcPr>
            <w:tcW w:w="3402" w:type="dxa"/>
            <w:shd w:val="clear" w:color="auto" w:fill="12324B"/>
          </w:tcPr>
          <w:p w14:paraId="0B346CB2" w14:textId="77777777" w:rsidR="00E54E13" w:rsidRDefault="00000000">
            <w:pPr>
              <w:spacing w:before="30" w:after="30" w:line="234" w:lineRule="exact"/>
              <w:rPr>
                <w:rFonts w:hint="eastAsia"/>
              </w:rPr>
            </w:pPr>
            <w:r>
              <w:rPr>
                <w:b/>
                <w:color w:val="FFFFFF"/>
                <w:sz w:val="18"/>
              </w:rPr>
              <w:t>Tipologia di lavoro / impianto</w:t>
            </w:r>
          </w:p>
        </w:tc>
        <w:tc>
          <w:tcPr>
            <w:tcW w:w="3175" w:type="dxa"/>
            <w:shd w:val="clear" w:color="auto" w:fill="12324B"/>
          </w:tcPr>
          <w:p w14:paraId="753A8F40" w14:textId="77777777" w:rsidR="00E54E13" w:rsidRDefault="00000000">
            <w:pPr>
              <w:spacing w:before="30" w:after="30" w:line="234" w:lineRule="exact"/>
              <w:rPr>
                <w:rFonts w:hint="eastAsia"/>
              </w:rPr>
            </w:pPr>
            <w:r>
              <w:rPr>
                <w:b/>
                <w:color w:val="FFFFFF"/>
                <w:sz w:val="18"/>
              </w:rPr>
              <w:t>Confini e limitazioni</w:t>
            </w:r>
          </w:p>
        </w:tc>
        <w:tc>
          <w:tcPr>
            <w:tcW w:w="3175" w:type="dxa"/>
            <w:shd w:val="clear" w:color="auto" w:fill="12324B"/>
          </w:tcPr>
          <w:p w14:paraId="629678FE" w14:textId="77777777" w:rsidR="00E54E13" w:rsidRDefault="00000000">
            <w:pPr>
              <w:spacing w:before="30" w:after="30" w:line="234" w:lineRule="exact"/>
              <w:rPr>
                <w:rFonts w:hint="eastAsia"/>
              </w:rPr>
            </w:pPr>
            <w:r>
              <w:rPr>
                <w:b/>
                <w:color w:val="FFFFFF"/>
                <w:sz w:val="18"/>
              </w:rPr>
              <w:t>Procedure e condizioni</w:t>
            </w:r>
          </w:p>
        </w:tc>
      </w:tr>
      <w:tr w:rsidR="00E54E13" w14:paraId="676E1BEE" w14:textId="77777777">
        <w:trPr>
          <w:cantSplit/>
          <w:trHeight w:val="624"/>
          <w:jc w:val="center"/>
        </w:trPr>
        <w:tc>
          <w:tcPr>
            <w:tcW w:w="3402" w:type="dxa"/>
            <w:vAlign w:val="center"/>
          </w:tcPr>
          <w:p w14:paraId="14BA452C" w14:textId="77777777" w:rsidR="00E54E13" w:rsidRDefault="00000000">
            <w:pPr>
              <w:spacing w:before="30" w:after="30" w:line="234" w:lineRule="exact"/>
              <w:rPr>
                <w:rFonts w:hint="eastAsia"/>
              </w:rPr>
            </w:pPr>
            <w:r>
              <w:rPr>
                <w:sz w:val="18"/>
              </w:rPr>
              <w:t>[da compilare]</w:t>
            </w:r>
          </w:p>
        </w:tc>
        <w:tc>
          <w:tcPr>
            <w:tcW w:w="3175" w:type="dxa"/>
            <w:vAlign w:val="center"/>
          </w:tcPr>
          <w:p w14:paraId="48FC6467" w14:textId="77777777" w:rsidR="00E54E13" w:rsidRDefault="00000000">
            <w:pPr>
              <w:spacing w:before="30" w:after="30" w:line="234" w:lineRule="exact"/>
              <w:rPr>
                <w:rFonts w:hint="eastAsia"/>
              </w:rPr>
            </w:pPr>
            <w:r>
              <w:rPr>
                <w:sz w:val="18"/>
              </w:rPr>
              <w:t>[da compilare]</w:t>
            </w:r>
          </w:p>
        </w:tc>
        <w:tc>
          <w:tcPr>
            <w:tcW w:w="3175" w:type="dxa"/>
            <w:vAlign w:val="center"/>
          </w:tcPr>
          <w:p w14:paraId="15A49ED5" w14:textId="77777777" w:rsidR="00E54E13" w:rsidRDefault="00000000">
            <w:pPr>
              <w:spacing w:before="30" w:after="30" w:line="234" w:lineRule="exact"/>
              <w:rPr>
                <w:rFonts w:hint="eastAsia"/>
              </w:rPr>
            </w:pPr>
            <w:r>
              <w:rPr>
                <w:sz w:val="18"/>
              </w:rPr>
              <w:t>[da compilare]</w:t>
            </w:r>
          </w:p>
        </w:tc>
      </w:tr>
      <w:tr w:rsidR="00E54E13" w14:paraId="5F7D8024" w14:textId="77777777">
        <w:trPr>
          <w:cantSplit/>
          <w:trHeight w:val="624"/>
          <w:jc w:val="center"/>
        </w:trPr>
        <w:tc>
          <w:tcPr>
            <w:tcW w:w="3402" w:type="dxa"/>
            <w:shd w:val="clear" w:color="auto" w:fill="F6F8FA"/>
            <w:vAlign w:val="center"/>
          </w:tcPr>
          <w:p w14:paraId="06326F67" w14:textId="77777777" w:rsidR="00E54E13" w:rsidRDefault="00000000">
            <w:pPr>
              <w:spacing w:before="30" w:after="30" w:line="234" w:lineRule="exact"/>
              <w:rPr>
                <w:rFonts w:hint="eastAsia"/>
              </w:rPr>
            </w:pPr>
            <w:r>
              <w:rPr>
                <w:sz w:val="18"/>
              </w:rPr>
              <w:t>[da compilare]</w:t>
            </w:r>
          </w:p>
        </w:tc>
        <w:tc>
          <w:tcPr>
            <w:tcW w:w="3175" w:type="dxa"/>
            <w:shd w:val="clear" w:color="auto" w:fill="F6F8FA"/>
            <w:vAlign w:val="center"/>
          </w:tcPr>
          <w:p w14:paraId="57E87225" w14:textId="77777777" w:rsidR="00E54E13" w:rsidRDefault="00000000">
            <w:pPr>
              <w:spacing w:before="30" w:after="30" w:line="234" w:lineRule="exact"/>
              <w:rPr>
                <w:rFonts w:hint="eastAsia"/>
              </w:rPr>
            </w:pPr>
            <w:r>
              <w:rPr>
                <w:sz w:val="18"/>
              </w:rPr>
              <w:t>[da compilare]</w:t>
            </w:r>
          </w:p>
        </w:tc>
        <w:tc>
          <w:tcPr>
            <w:tcW w:w="3175" w:type="dxa"/>
            <w:shd w:val="clear" w:color="auto" w:fill="F6F8FA"/>
            <w:vAlign w:val="center"/>
          </w:tcPr>
          <w:p w14:paraId="0B6FEA55" w14:textId="77777777" w:rsidR="00E54E13" w:rsidRDefault="00000000">
            <w:pPr>
              <w:spacing w:before="30" w:after="30" w:line="234" w:lineRule="exact"/>
              <w:rPr>
                <w:rFonts w:hint="eastAsia"/>
              </w:rPr>
            </w:pPr>
            <w:r>
              <w:rPr>
                <w:sz w:val="18"/>
              </w:rPr>
              <w:t>[da compilare]</w:t>
            </w:r>
          </w:p>
        </w:tc>
      </w:tr>
      <w:tr w:rsidR="00E54E13" w14:paraId="533EF3C1" w14:textId="77777777">
        <w:trPr>
          <w:cantSplit/>
          <w:trHeight w:val="624"/>
          <w:jc w:val="center"/>
        </w:trPr>
        <w:tc>
          <w:tcPr>
            <w:tcW w:w="3402" w:type="dxa"/>
            <w:vAlign w:val="center"/>
          </w:tcPr>
          <w:p w14:paraId="6CA9C6EF" w14:textId="77777777" w:rsidR="00E54E13" w:rsidRDefault="00000000">
            <w:pPr>
              <w:spacing w:before="30" w:after="30" w:line="234" w:lineRule="exact"/>
              <w:rPr>
                <w:rFonts w:hint="eastAsia"/>
              </w:rPr>
            </w:pPr>
            <w:r>
              <w:rPr>
                <w:sz w:val="18"/>
              </w:rPr>
              <w:t>[da compilare]</w:t>
            </w:r>
          </w:p>
        </w:tc>
        <w:tc>
          <w:tcPr>
            <w:tcW w:w="3175" w:type="dxa"/>
            <w:vAlign w:val="center"/>
          </w:tcPr>
          <w:p w14:paraId="4841A134" w14:textId="77777777" w:rsidR="00E54E13" w:rsidRDefault="00000000">
            <w:pPr>
              <w:spacing w:before="30" w:after="30" w:line="234" w:lineRule="exact"/>
              <w:rPr>
                <w:rFonts w:hint="eastAsia"/>
              </w:rPr>
            </w:pPr>
            <w:r>
              <w:rPr>
                <w:sz w:val="18"/>
              </w:rPr>
              <w:t>[da compilare]</w:t>
            </w:r>
          </w:p>
        </w:tc>
        <w:tc>
          <w:tcPr>
            <w:tcW w:w="3175" w:type="dxa"/>
            <w:vAlign w:val="center"/>
          </w:tcPr>
          <w:p w14:paraId="18D234C4" w14:textId="77777777" w:rsidR="00E54E13" w:rsidRDefault="00000000">
            <w:pPr>
              <w:spacing w:before="30" w:after="30" w:line="234" w:lineRule="exact"/>
              <w:rPr>
                <w:rFonts w:hint="eastAsia"/>
              </w:rPr>
            </w:pPr>
            <w:r>
              <w:rPr>
                <w:sz w:val="18"/>
              </w:rPr>
              <w:t>[da compilare]</w:t>
            </w:r>
          </w:p>
        </w:tc>
      </w:tr>
    </w:tbl>
    <w:p w14:paraId="311A27E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63AE55C" w14:textId="77777777">
        <w:trPr>
          <w:cantSplit/>
          <w:trHeight w:val="386"/>
          <w:jc w:val="center"/>
        </w:trPr>
        <w:tc>
          <w:tcPr>
            <w:tcW w:w="2891" w:type="dxa"/>
            <w:shd w:val="clear" w:color="auto" w:fill="EDF3F9"/>
            <w:vAlign w:val="center"/>
          </w:tcPr>
          <w:p w14:paraId="537A8FC1" w14:textId="77777777" w:rsidR="00E54E13" w:rsidRDefault="00000000">
            <w:pPr>
              <w:spacing w:before="30" w:after="30" w:line="236" w:lineRule="exact"/>
              <w:rPr>
                <w:rFonts w:hint="eastAsia"/>
              </w:rPr>
            </w:pPr>
            <w:r>
              <w:rPr>
                <w:b/>
                <w:sz w:val="18"/>
              </w:rPr>
              <w:t>Decorrenza</w:t>
            </w:r>
          </w:p>
        </w:tc>
        <w:tc>
          <w:tcPr>
            <w:tcW w:w="6860" w:type="dxa"/>
            <w:vAlign w:val="center"/>
          </w:tcPr>
          <w:p w14:paraId="1FE9C518" w14:textId="77777777" w:rsidR="00E54E13" w:rsidRDefault="00000000">
            <w:pPr>
              <w:spacing w:before="30" w:after="30" w:line="236" w:lineRule="exact"/>
              <w:rPr>
                <w:rFonts w:hint="eastAsia"/>
              </w:rPr>
            </w:pPr>
            <w:sdt>
              <w:sdtPr>
                <w:alias w:val="data di efficacia dell’attribuzione"/>
                <w:tag w:val="campo_121"/>
                <w:id w:val="100121"/>
                <w:text w:multiLine="1"/>
              </w:sdtPr>
              <w:sdtContent>
                <w:r>
                  <w:rPr>
                    <w:color w:val="007E87"/>
                    <w:sz w:val="19"/>
                  </w:rPr>
                  <w:t>[data di efficacia dell’attribuzione]</w:t>
                </w:r>
              </w:sdtContent>
            </w:sdt>
          </w:p>
        </w:tc>
      </w:tr>
      <w:tr w:rsidR="00E54E13" w14:paraId="61D6C3D4" w14:textId="77777777">
        <w:trPr>
          <w:cantSplit/>
          <w:trHeight w:val="386"/>
          <w:jc w:val="center"/>
        </w:trPr>
        <w:tc>
          <w:tcPr>
            <w:tcW w:w="2891" w:type="dxa"/>
            <w:shd w:val="clear" w:color="auto" w:fill="EDF3F9"/>
            <w:vAlign w:val="center"/>
          </w:tcPr>
          <w:p w14:paraId="7C7DEABC" w14:textId="77777777" w:rsidR="00E54E13" w:rsidRDefault="00000000">
            <w:pPr>
              <w:spacing w:before="30" w:after="30" w:line="236" w:lineRule="exact"/>
              <w:rPr>
                <w:rFonts w:hint="eastAsia"/>
              </w:rPr>
            </w:pPr>
            <w:r>
              <w:rPr>
                <w:b/>
                <w:sz w:val="18"/>
              </w:rPr>
              <w:t>Per attribuzione PAV</w:t>
            </w:r>
          </w:p>
        </w:tc>
        <w:tc>
          <w:tcPr>
            <w:tcW w:w="6860" w:type="dxa"/>
            <w:shd w:val="clear" w:color="auto" w:fill="F6F8FA"/>
            <w:vAlign w:val="center"/>
          </w:tcPr>
          <w:p w14:paraId="05A33938" w14:textId="77777777" w:rsidR="00E54E13" w:rsidRDefault="00000000">
            <w:pPr>
              <w:spacing w:before="30" w:after="30" w:line="236" w:lineRule="exact"/>
              <w:rPr>
                <w:rFonts w:hint="eastAsia"/>
              </w:rPr>
            </w:pPr>
            <w:sdt>
              <w:sdtPr>
                <w:alias w:val="informazioni specifiche, PES di riferimento e condizioni di controllo"/>
                <w:tag w:val="campo_122"/>
                <w:id w:val="100122"/>
                <w:text w:multiLine="1"/>
              </w:sdtPr>
              <w:sdtContent>
                <w:r>
                  <w:rPr>
                    <w:color w:val="007E87"/>
                    <w:sz w:val="19"/>
                  </w:rPr>
                  <w:t>[informazioni specifiche, PES di riferimento e condizioni di controllo]</w:t>
                </w:r>
              </w:sdtContent>
            </w:sdt>
          </w:p>
        </w:tc>
      </w:tr>
      <w:tr w:rsidR="00E54E13" w14:paraId="2CB3B35F" w14:textId="77777777">
        <w:trPr>
          <w:cantSplit/>
          <w:trHeight w:val="386"/>
          <w:jc w:val="center"/>
        </w:trPr>
        <w:tc>
          <w:tcPr>
            <w:tcW w:w="2891" w:type="dxa"/>
            <w:shd w:val="clear" w:color="auto" w:fill="EDF3F9"/>
            <w:vAlign w:val="center"/>
          </w:tcPr>
          <w:p w14:paraId="0723757C" w14:textId="77777777" w:rsidR="00E54E13" w:rsidRDefault="00000000">
            <w:pPr>
              <w:spacing w:before="30" w:after="30" w:line="236" w:lineRule="exact"/>
              <w:rPr>
                <w:rFonts w:hint="eastAsia"/>
              </w:rPr>
            </w:pPr>
            <w:r>
              <w:rPr>
                <w:b/>
                <w:sz w:val="18"/>
              </w:rPr>
              <w:t>Riesame</w:t>
            </w:r>
          </w:p>
        </w:tc>
        <w:tc>
          <w:tcPr>
            <w:tcW w:w="6860" w:type="dxa"/>
            <w:vAlign w:val="center"/>
          </w:tcPr>
          <w:p w14:paraId="765EC4E0" w14:textId="77777777" w:rsidR="00E54E13" w:rsidRDefault="00000000">
            <w:pPr>
              <w:spacing w:before="30" w:after="30" w:line="236" w:lineRule="exact"/>
              <w:rPr>
                <w:rFonts w:hint="eastAsia"/>
              </w:rPr>
            </w:pPr>
            <w:sdt>
              <w:sdtPr>
                <w:alias w:val="eventi e modalità di verifica dei requisiti"/>
                <w:tag w:val="campo_123"/>
                <w:id w:val="100123"/>
                <w:text w:multiLine="1"/>
              </w:sdtPr>
              <w:sdtContent>
                <w:r>
                  <w:rPr>
                    <w:color w:val="007E87"/>
                    <w:sz w:val="19"/>
                  </w:rPr>
                  <w:t>[eventi e modalità di verifica dei requisiti]</w:t>
                </w:r>
              </w:sdtContent>
            </w:sdt>
          </w:p>
        </w:tc>
      </w:tr>
    </w:tbl>
    <w:p w14:paraId="04F50FDE" w14:textId="77777777" w:rsidR="00E54E13" w:rsidRDefault="00E54E13">
      <w:pPr>
        <w:spacing w:after="40" w:line="40" w:lineRule="exact"/>
        <w:rPr>
          <w:rFonts w:hint="eastAsia"/>
        </w:rPr>
      </w:pPr>
    </w:p>
    <w:p w14:paraId="486E6EA5" w14:textId="77777777" w:rsidR="00E54E13" w:rsidRDefault="00000000">
      <w:pPr>
        <w:rPr>
          <w:rFonts w:hint="eastAsia"/>
        </w:rPr>
      </w:pPr>
      <w:r>
        <w:t>Il lavoratore deve operare entro l’ambito definito e segnalare condizioni non note o non coerenti con le istruzioni ricevute. La presente attribuzione non costituisce, da sola, idoneità né autorizzazione ai lavori sotto tensione BT. Il riconoscimento può essere riesaminato e revocato se vengono meno i requisiti.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B1B2E2A" w14:textId="77777777">
        <w:trPr>
          <w:tblHeader/>
          <w:jc w:val="center"/>
        </w:trPr>
        <w:tc>
          <w:tcPr>
            <w:tcW w:w="3250" w:type="dxa"/>
            <w:shd w:val="clear" w:color="auto" w:fill="12324B"/>
          </w:tcPr>
          <w:p w14:paraId="4F979638"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056AB9DD"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6A690CC1" w14:textId="77777777" w:rsidR="00E54E13" w:rsidRDefault="00000000">
            <w:pPr>
              <w:spacing w:before="30" w:after="30" w:line="228" w:lineRule="exact"/>
              <w:rPr>
                <w:rFonts w:hint="eastAsia"/>
              </w:rPr>
            </w:pPr>
            <w:r>
              <w:rPr>
                <w:b/>
                <w:color w:val="FFFFFF"/>
                <w:sz w:val="17"/>
              </w:rPr>
              <w:t>Data</w:t>
            </w:r>
          </w:p>
        </w:tc>
      </w:tr>
      <w:tr w:rsidR="00E54E13" w14:paraId="3D0D540C" w14:textId="77777777">
        <w:trPr>
          <w:cantSplit/>
          <w:trHeight w:val="567"/>
          <w:jc w:val="center"/>
        </w:trPr>
        <w:tc>
          <w:tcPr>
            <w:tcW w:w="3250" w:type="dxa"/>
            <w:vAlign w:val="center"/>
          </w:tcPr>
          <w:p w14:paraId="3CC6EA3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614C5A2"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5EE966A" w14:textId="77777777" w:rsidR="00E54E13" w:rsidRDefault="00000000">
            <w:pPr>
              <w:spacing w:before="30" w:after="30" w:line="228" w:lineRule="exact"/>
              <w:rPr>
                <w:rFonts w:hint="eastAsia"/>
              </w:rPr>
            </w:pPr>
            <w:r>
              <w:rPr>
                <w:sz w:val="17"/>
              </w:rPr>
              <w:t>____ / ____ / ______</w:t>
            </w:r>
          </w:p>
        </w:tc>
      </w:tr>
    </w:tbl>
    <w:p w14:paraId="435E2DA5" w14:textId="77777777" w:rsidR="00E54E13" w:rsidRDefault="00E54E13">
      <w:pPr>
        <w:spacing w:after="40" w:line="40" w:lineRule="exact"/>
        <w:rPr>
          <w:rFonts w:hint="eastAsia"/>
        </w:rPr>
      </w:pPr>
    </w:p>
    <w:p w14:paraId="0F09F241" w14:textId="77777777" w:rsidR="00E54E13" w:rsidRDefault="00000000">
      <w:pPr>
        <w:pStyle w:val="Source"/>
        <w:rPr>
          <w:rFonts w:hint="eastAsia"/>
        </w:rPr>
      </w:pPr>
      <w:r>
        <w:t>Modello originale [AZ]. Base: INAIL 2026, pp. 1–2. I campi vuoti non costituiscono una verifica positiva.</w:t>
      </w:r>
    </w:p>
    <w:p w14:paraId="0B9F5CE4" w14:textId="77777777" w:rsidR="00E54E13" w:rsidRDefault="00000000">
      <w:pPr>
        <w:pStyle w:val="Eyebrow"/>
        <w:keepNext/>
        <w:pageBreakBefore/>
        <w:rPr>
          <w:rFonts w:hint="eastAsia"/>
        </w:rPr>
      </w:pPr>
      <w:r>
        <w:t>PARTE II  /  ALLEGATO OPERATIVO [AZ]</w:t>
      </w:r>
    </w:p>
    <w:p w14:paraId="7BBB4FEC" w14:textId="77777777" w:rsidR="00E54E13" w:rsidRDefault="00000000">
      <w:pPr>
        <w:pStyle w:val="Titolo1"/>
      </w:pPr>
      <w:bookmarkStart w:id="41" w:name="B42_A09"/>
      <w:r>
        <w:t>A09  Valutazione dell’idoneità sotto tensione BT</w:t>
      </w:r>
      <w:bookmarkEnd w:id="41"/>
    </w:p>
    <w:p w14:paraId="5BF5FA4F" w14:textId="77777777" w:rsidR="00E54E13" w:rsidRDefault="00000000">
      <w:pPr>
        <w:pStyle w:val="FormHint"/>
        <w:rPr>
          <w:rFonts w:hint="eastAsia"/>
        </w:rPr>
      </w:pPr>
      <w:r>
        <w:t>Scheda 1 di 2. Verificare prerequisiti, conoscenze e pratica prima dell’attestazione. Non raccogliere diagnosi.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F46DCF2" w14:textId="77777777">
        <w:trPr>
          <w:cantSplit/>
          <w:trHeight w:val="346"/>
          <w:jc w:val="center"/>
        </w:trPr>
        <w:tc>
          <w:tcPr>
            <w:tcW w:w="2891" w:type="dxa"/>
            <w:shd w:val="clear" w:color="auto" w:fill="EDF3F9"/>
            <w:vAlign w:val="center"/>
          </w:tcPr>
          <w:p w14:paraId="06907FFF" w14:textId="77777777" w:rsidR="00E54E13" w:rsidRDefault="00000000">
            <w:pPr>
              <w:spacing w:before="30" w:after="30" w:line="236" w:lineRule="exact"/>
              <w:rPr>
                <w:rFonts w:hint="eastAsia"/>
              </w:rPr>
            </w:pPr>
            <w:r>
              <w:rPr>
                <w:b/>
                <w:sz w:val="18"/>
              </w:rPr>
              <w:t>Azienda / unità</w:t>
            </w:r>
          </w:p>
        </w:tc>
        <w:tc>
          <w:tcPr>
            <w:tcW w:w="6860" w:type="dxa"/>
            <w:vAlign w:val="center"/>
          </w:tcPr>
          <w:p w14:paraId="708AFE33" w14:textId="77777777" w:rsidR="00E54E13" w:rsidRDefault="00000000">
            <w:pPr>
              <w:spacing w:before="30" w:after="30" w:line="236" w:lineRule="exact"/>
              <w:rPr>
                <w:rFonts w:hint="eastAsia"/>
              </w:rPr>
            </w:pPr>
            <w:sdt>
              <w:sdtPr>
                <w:alias w:val="ragione sociale e sede"/>
                <w:tag w:val="campo_125"/>
                <w:id w:val="100125"/>
                <w:text w:multiLine="1"/>
              </w:sdtPr>
              <w:sdtContent>
                <w:r>
                  <w:rPr>
                    <w:color w:val="007E87"/>
                    <w:sz w:val="19"/>
                  </w:rPr>
                  <w:t>[ragione sociale e sede]</w:t>
                </w:r>
              </w:sdtContent>
            </w:sdt>
          </w:p>
        </w:tc>
      </w:tr>
      <w:tr w:rsidR="00E54E13" w14:paraId="257FADFC" w14:textId="77777777">
        <w:trPr>
          <w:cantSplit/>
          <w:trHeight w:val="346"/>
          <w:jc w:val="center"/>
        </w:trPr>
        <w:tc>
          <w:tcPr>
            <w:tcW w:w="2891" w:type="dxa"/>
            <w:shd w:val="clear" w:color="auto" w:fill="EDF3F9"/>
            <w:vAlign w:val="center"/>
          </w:tcPr>
          <w:p w14:paraId="7C96F179"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5BAACB0" w14:textId="77777777" w:rsidR="00E54E13" w:rsidRDefault="00000000">
            <w:pPr>
              <w:spacing w:before="30" w:after="30" w:line="236" w:lineRule="exact"/>
              <w:rPr>
                <w:rFonts w:hint="eastAsia"/>
              </w:rPr>
            </w:pPr>
            <w:sdt>
              <w:sdtPr>
                <w:alias w:val="codice, revisione e data"/>
                <w:tag w:val="campo_126"/>
                <w:id w:val="100126"/>
                <w:text w:multiLine="1"/>
              </w:sdtPr>
              <w:sdtContent>
                <w:r>
                  <w:rPr>
                    <w:color w:val="007E87"/>
                    <w:sz w:val="19"/>
                  </w:rPr>
                  <w:t>[codice, revisione e data]</w:t>
                </w:r>
              </w:sdtContent>
            </w:sdt>
          </w:p>
        </w:tc>
      </w:tr>
      <w:tr w:rsidR="00E54E13" w14:paraId="27B3AB67" w14:textId="77777777">
        <w:trPr>
          <w:cantSplit/>
          <w:trHeight w:val="346"/>
          <w:jc w:val="center"/>
        </w:trPr>
        <w:tc>
          <w:tcPr>
            <w:tcW w:w="2891" w:type="dxa"/>
            <w:shd w:val="clear" w:color="auto" w:fill="EDF3F9"/>
            <w:vAlign w:val="center"/>
          </w:tcPr>
          <w:p w14:paraId="2E42726B"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62C2C7E" w14:textId="77777777" w:rsidR="00E54E13" w:rsidRDefault="00000000">
            <w:pPr>
              <w:spacing w:before="30" w:after="30" w:line="236" w:lineRule="exact"/>
              <w:rPr>
                <w:rFonts w:hint="eastAsia"/>
              </w:rPr>
            </w:pPr>
            <w:sdt>
              <w:sdtPr>
                <w:alias w:val="nome, matricola e mansione"/>
                <w:tag w:val="campo_127"/>
                <w:id w:val="100127"/>
                <w:text w:multiLine="1"/>
              </w:sdtPr>
              <w:sdtContent>
                <w:r>
                  <w:rPr>
                    <w:color w:val="007E87"/>
                    <w:sz w:val="19"/>
                  </w:rPr>
                  <w:t>[nome, matricola e mansione]</w:t>
                </w:r>
              </w:sdtContent>
            </w:sdt>
          </w:p>
        </w:tc>
      </w:tr>
    </w:tbl>
    <w:p w14:paraId="32C348C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AA43FBB" w14:textId="77777777">
        <w:trPr>
          <w:cantSplit/>
          <w:trHeight w:val="386"/>
          <w:jc w:val="center"/>
        </w:trPr>
        <w:tc>
          <w:tcPr>
            <w:tcW w:w="2891" w:type="dxa"/>
            <w:shd w:val="clear" w:color="auto" w:fill="EDF3F9"/>
            <w:vAlign w:val="center"/>
          </w:tcPr>
          <w:p w14:paraId="08CC33F8" w14:textId="77777777" w:rsidR="00E54E13" w:rsidRDefault="00000000">
            <w:pPr>
              <w:spacing w:before="30" w:after="30" w:line="236" w:lineRule="exact"/>
              <w:rPr>
                <w:rFonts w:hint="eastAsia"/>
              </w:rPr>
            </w:pPr>
            <w:r>
              <w:rPr>
                <w:b/>
                <w:sz w:val="18"/>
              </w:rPr>
              <w:t>Attività sotto tensione</w:t>
            </w:r>
          </w:p>
        </w:tc>
        <w:tc>
          <w:tcPr>
            <w:tcW w:w="6860" w:type="dxa"/>
            <w:vAlign w:val="center"/>
          </w:tcPr>
          <w:p w14:paraId="1CF2689E" w14:textId="77777777" w:rsidR="00E54E13" w:rsidRDefault="00000000">
            <w:pPr>
              <w:spacing w:before="30" w:after="30" w:line="236" w:lineRule="exact"/>
              <w:rPr>
                <w:rFonts w:hint="eastAsia"/>
              </w:rPr>
            </w:pPr>
            <w:sdt>
              <w:sdtPr>
                <w:alias w:val="lavori e componenti per cui si valuta l’idoneità"/>
                <w:tag w:val="campo_128"/>
                <w:id w:val="100128"/>
                <w:text w:multiLine="1"/>
              </w:sdtPr>
              <w:sdtContent>
                <w:r>
                  <w:rPr>
                    <w:color w:val="007E87"/>
                    <w:sz w:val="19"/>
                  </w:rPr>
                  <w:t>[lavori e componenti per cui si valuta l’idoneità]</w:t>
                </w:r>
              </w:sdtContent>
            </w:sdt>
          </w:p>
        </w:tc>
      </w:tr>
      <w:tr w:rsidR="00E54E13" w14:paraId="39DC95D2" w14:textId="77777777">
        <w:trPr>
          <w:cantSplit/>
          <w:trHeight w:val="386"/>
          <w:jc w:val="center"/>
        </w:trPr>
        <w:tc>
          <w:tcPr>
            <w:tcW w:w="2891" w:type="dxa"/>
            <w:shd w:val="clear" w:color="auto" w:fill="EDF3F9"/>
            <w:vAlign w:val="center"/>
          </w:tcPr>
          <w:p w14:paraId="2A2DA39B" w14:textId="77777777" w:rsidR="00E54E13" w:rsidRDefault="00000000">
            <w:pPr>
              <w:spacing w:before="30" w:after="30" w:line="236" w:lineRule="exact"/>
              <w:rPr>
                <w:rFonts w:hint="eastAsia"/>
              </w:rPr>
            </w:pPr>
            <w:r>
              <w:rPr>
                <w:b/>
                <w:sz w:val="18"/>
              </w:rPr>
              <w:t>Qualifica PES/PAV</w:t>
            </w:r>
          </w:p>
        </w:tc>
        <w:tc>
          <w:tcPr>
            <w:tcW w:w="6860" w:type="dxa"/>
            <w:shd w:val="clear" w:color="auto" w:fill="F6F8FA"/>
            <w:vAlign w:val="center"/>
          </w:tcPr>
          <w:p w14:paraId="33EA2D67" w14:textId="77777777" w:rsidR="00E54E13" w:rsidRDefault="00000000">
            <w:pPr>
              <w:spacing w:before="30" w:after="30" w:line="236" w:lineRule="exact"/>
              <w:rPr>
                <w:rFonts w:hint="eastAsia"/>
              </w:rPr>
            </w:pPr>
            <w:sdt>
              <w:sdtPr>
                <w:alias w:val="atto, data, ambito e limiti pertinenti"/>
                <w:tag w:val="campo_129"/>
                <w:id w:val="100129"/>
                <w:text w:multiLine="1"/>
              </w:sdtPr>
              <w:sdtContent>
                <w:r>
                  <w:rPr>
                    <w:color w:val="007E87"/>
                    <w:sz w:val="19"/>
                  </w:rPr>
                  <w:t>[atto, data, ambito e limiti pertinenti]</w:t>
                </w:r>
              </w:sdtContent>
            </w:sdt>
          </w:p>
        </w:tc>
      </w:tr>
      <w:tr w:rsidR="00E54E13" w14:paraId="0729F53C" w14:textId="77777777">
        <w:trPr>
          <w:cantSplit/>
          <w:trHeight w:val="386"/>
          <w:jc w:val="center"/>
        </w:trPr>
        <w:tc>
          <w:tcPr>
            <w:tcW w:w="2891" w:type="dxa"/>
            <w:shd w:val="clear" w:color="auto" w:fill="EDF3F9"/>
            <w:vAlign w:val="center"/>
          </w:tcPr>
          <w:p w14:paraId="5E6C651D" w14:textId="77777777" w:rsidR="00E54E13" w:rsidRDefault="00000000">
            <w:pPr>
              <w:spacing w:before="30" w:after="30" w:line="236" w:lineRule="exact"/>
              <w:rPr>
                <w:rFonts w:hint="eastAsia"/>
              </w:rPr>
            </w:pPr>
            <w:r>
              <w:rPr>
                <w:b/>
                <w:sz w:val="18"/>
              </w:rPr>
              <w:t>Valutatore / supporto tecnico</w:t>
            </w:r>
          </w:p>
        </w:tc>
        <w:tc>
          <w:tcPr>
            <w:tcW w:w="6860" w:type="dxa"/>
            <w:vAlign w:val="center"/>
          </w:tcPr>
          <w:p w14:paraId="7F7002D7" w14:textId="77777777" w:rsidR="00E54E13" w:rsidRDefault="00000000">
            <w:pPr>
              <w:spacing w:before="30" w:after="30" w:line="236" w:lineRule="exact"/>
              <w:rPr>
                <w:rFonts w:hint="eastAsia"/>
              </w:rPr>
            </w:pPr>
            <w:sdt>
              <w:sdtPr>
                <w:alias w:val="nominativo e competenza"/>
                <w:tag w:val="campo_130"/>
                <w:id w:val="100130"/>
                <w:text w:multiLine="1"/>
              </w:sdtPr>
              <w:sdtContent>
                <w:r>
                  <w:rPr>
                    <w:color w:val="007E87"/>
                    <w:sz w:val="19"/>
                  </w:rPr>
                  <w:t>[nominativo e competenza]</w:t>
                </w:r>
              </w:sdtContent>
            </w:sdt>
          </w:p>
        </w:tc>
      </w:tr>
    </w:tbl>
    <w:p w14:paraId="6FB1AD7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948"/>
        <w:gridCol w:w="3969"/>
        <w:gridCol w:w="2835"/>
      </w:tblGrid>
      <w:tr w:rsidR="00E54E13" w14:paraId="7F380002" w14:textId="77777777">
        <w:trPr>
          <w:tblHeader/>
          <w:jc w:val="center"/>
        </w:trPr>
        <w:tc>
          <w:tcPr>
            <w:tcW w:w="2948" w:type="dxa"/>
            <w:shd w:val="clear" w:color="auto" w:fill="12324B"/>
          </w:tcPr>
          <w:p w14:paraId="0E590162" w14:textId="77777777" w:rsidR="00E54E13" w:rsidRDefault="00000000">
            <w:pPr>
              <w:spacing w:before="30" w:after="30" w:line="230" w:lineRule="exact"/>
              <w:rPr>
                <w:rFonts w:hint="eastAsia"/>
              </w:rPr>
            </w:pPr>
            <w:r>
              <w:rPr>
                <w:b/>
                <w:color w:val="FFFFFF"/>
                <w:sz w:val="17"/>
              </w:rPr>
              <w:t>Requisito</w:t>
            </w:r>
          </w:p>
        </w:tc>
        <w:tc>
          <w:tcPr>
            <w:tcW w:w="3969" w:type="dxa"/>
            <w:shd w:val="clear" w:color="auto" w:fill="12324B"/>
          </w:tcPr>
          <w:p w14:paraId="0796BAFC" w14:textId="77777777" w:rsidR="00E54E13" w:rsidRDefault="00000000">
            <w:pPr>
              <w:spacing w:before="30" w:after="30" w:line="230" w:lineRule="exact"/>
              <w:rPr>
                <w:rFonts w:hint="eastAsia"/>
              </w:rPr>
            </w:pPr>
            <w:r>
              <w:rPr>
                <w:b/>
                <w:color w:val="FFFFFF"/>
                <w:sz w:val="17"/>
              </w:rPr>
              <w:t>Evidenze</w:t>
            </w:r>
          </w:p>
        </w:tc>
        <w:tc>
          <w:tcPr>
            <w:tcW w:w="2835" w:type="dxa"/>
            <w:shd w:val="clear" w:color="auto" w:fill="12324B"/>
          </w:tcPr>
          <w:p w14:paraId="3C9019BB" w14:textId="77777777" w:rsidR="00E54E13" w:rsidRDefault="00000000">
            <w:pPr>
              <w:spacing w:before="30" w:after="30" w:line="230" w:lineRule="exact"/>
              <w:rPr>
                <w:rFonts w:hint="eastAsia"/>
              </w:rPr>
            </w:pPr>
            <w:r>
              <w:rPr>
                <w:b/>
                <w:color w:val="FFFFFF"/>
                <w:sz w:val="17"/>
              </w:rPr>
              <w:t>Esito</w:t>
            </w:r>
          </w:p>
        </w:tc>
      </w:tr>
      <w:tr w:rsidR="00E54E13" w14:paraId="6E7CFFB1" w14:textId="77777777">
        <w:trPr>
          <w:cantSplit/>
          <w:trHeight w:val="595"/>
          <w:jc w:val="center"/>
        </w:trPr>
        <w:tc>
          <w:tcPr>
            <w:tcW w:w="2948" w:type="dxa"/>
            <w:vAlign w:val="center"/>
          </w:tcPr>
          <w:p w14:paraId="22654E34" w14:textId="77777777" w:rsidR="00E54E13" w:rsidRDefault="00000000">
            <w:pPr>
              <w:spacing w:before="30" w:after="30" w:line="230" w:lineRule="exact"/>
              <w:rPr>
                <w:rFonts w:hint="eastAsia"/>
              </w:rPr>
            </w:pPr>
            <w:r>
              <w:rPr>
                <w:sz w:val="17"/>
              </w:rPr>
              <w:t>Teoria specifica 2A</w:t>
            </w:r>
          </w:p>
        </w:tc>
        <w:tc>
          <w:tcPr>
            <w:tcW w:w="3969" w:type="dxa"/>
            <w:vAlign w:val="center"/>
          </w:tcPr>
          <w:p w14:paraId="2375F5F0" w14:textId="77777777" w:rsidR="00E54E13" w:rsidRDefault="00000000">
            <w:pPr>
              <w:spacing w:before="30" w:after="30" w:line="230" w:lineRule="exact"/>
              <w:rPr>
                <w:rFonts w:hint="eastAsia"/>
              </w:rPr>
            </w:pPr>
            <w:r>
              <w:rPr>
                <w:sz w:val="17"/>
              </w:rPr>
              <w:t>[corsi / contenuti / valutazioni]</w:t>
            </w:r>
          </w:p>
        </w:tc>
        <w:tc>
          <w:tcPr>
            <w:tcW w:w="2835" w:type="dxa"/>
            <w:vAlign w:val="center"/>
          </w:tcPr>
          <w:p w14:paraId="7F68B1E1" w14:textId="77777777" w:rsidR="00E54E13" w:rsidRDefault="00000000">
            <w:pPr>
              <w:spacing w:before="30" w:after="30" w:line="230" w:lineRule="exact"/>
              <w:rPr>
                <w:rFonts w:hint="eastAsia"/>
              </w:rPr>
            </w:pPr>
            <w:r>
              <w:rPr>
                <w:sz w:val="17"/>
              </w:rPr>
              <w:t>[ ] Adeguato [ ] Da integrare</w:t>
            </w:r>
          </w:p>
        </w:tc>
      </w:tr>
      <w:tr w:rsidR="00E54E13" w14:paraId="719A24B6" w14:textId="77777777">
        <w:trPr>
          <w:cantSplit/>
          <w:trHeight w:val="595"/>
          <w:jc w:val="center"/>
        </w:trPr>
        <w:tc>
          <w:tcPr>
            <w:tcW w:w="2948" w:type="dxa"/>
            <w:shd w:val="clear" w:color="auto" w:fill="F6F8FA"/>
            <w:vAlign w:val="center"/>
          </w:tcPr>
          <w:p w14:paraId="4C6A2C5A" w14:textId="77777777" w:rsidR="00E54E13" w:rsidRDefault="00000000">
            <w:pPr>
              <w:spacing w:before="30" w:after="30" w:line="230" w:lineRule="exact"/>
              <w:rPr>
                <w:rFonts w:hint="eastAsia"/>
              </w:rPr>
            </w:pPr>
            <w:r>
              <w:rPr>
                <w:sz w:val="17"/>
              </w:rPr>
              <w:t>Capacità ed esperienza 2B</w:t>
            </w:r>
          </w:p>
        </w:tc>
        <w:tc>
          <w:tcPr>
            <w:tcW w:w="3969" w:type="dxa"/>
            <w:shd w:val="clear" w:color="auto" w:fill="F6F8FA"/>
            <w:vAlign w:val="center"/>
          </w:tcPr>
          <w:p w14:paraId="203446B3" w14:textId="77777777" w:rsidR="00E54E13" w:rsidRDefault="00000000">
            <w:pPr>
              <w:spacing w:before="30" w:after="30" w:line="230" w:lineRule="exact"/>
              <w:rPr>
                <w:rFonts w:hint="eastAsia"/>
              </w:rPr>
            </w:pPr>
            <w:r>
              <w:rPr>
                <w:sz w:val="17"/>
              </w:rPr>
              <w:t>[addestramenti / lavori / osservazioni]</w:t>
            </w:r>
          </w:p>
        </w:tc>
        <w:tc>
          <w:tcPr>
            <w:tcW w:w="2835" w:type="dxa"/>
            <w:shd w:val="clear" w:color="auto" w:fill="F6F8FA"/>
            <w:vAlign w:val="center"/>
          </w:tcPr>
          <w:p w14:paraId="1088F7E1" w14:textId="77777777" w:rsidR="00E54E13" w:rsidRDefault="00000000">
            <w:pPr>
              <w:spacing w:before="30" w:after="30" w:line="230" w:lineRule="exact"/>
              <w:rPr>
                <w:rFonts w:hint="eastAsia"/>
              </w:rPr>
            </w:pPr>
            <w:r>
              <w:rPr>
                <w:sz w:val="17"/>
              </w:rPr>
              <w:t>[ ] Adeguato [ ] Da integrare</w:t>
            </w:r>
          </w:p>
        </w:tc>
      </w:tr>
      <w:tr w:rsidR="00E54E13" w14:paraId="46E9A300" w14:textId="77777777">
        <w:trPr>
          <w:cantSplit/>
          <w:trHeight w:val="595"/>
          <w:jc w:val="center"/>
        </w:trPr>
        <w:tc>
          <w:tcPr>
            <w:tcW w:w="2948" w:type="dxa"/>
            <w:vAlign w:val="center"/>
          </w:tcPr>
          <w:p w14:paraId="417F603D" w14:textId="77777777" w:rsidR="00E54E13" w:rsidRDefault="00000000">
            <w:pPr>
              <w:spacing w:before="30" w:after="30" w:line="230" w:lineRule="exact"/>
              <w:rPr>
                <w:rFonts w:hint="eastAsia"/>
              </w:rPr>
            </w:pPr>
            <w:r>
              <w:rPr>
                <w:sz w:val="17"/>
              </w:rPr>
              <w:t>Esperienza sulle attività richieste</w:t>
            </w:r>
          </w:p>
        </w:tc>
        <w:tc>
          <w:tcPr>
            <w:tcW w:w="3969" w:type="dxa"/>
            <w:vAlign w:val="center"/>
          </w:tcPr>
          <w:p w14:paraId="4E9BE365" w14:textId="77777777" w:rsidR="00E54E13" w:rsidRDefault="00000000">
            <w:pPr>
              <w:spacing w:before="30" w:after="30" w:line="230" w:lineRule="exact"/>
              <w:rPr>
                <w:rFonts w:hint="eastAsia"/>
              </w:rPr>
            </w:pPr>
            <w:r>
              <w:rPr>
                <w:sz w:val="17"/>
              </w:rPr>
              <w:t>[tipologia / impianti / limiti]</w:t>
            </w:r>
          </w:p>
        </w:tc>
        <w:tc>
          <w:tcPr>
            <w:tcW w:w="2835" w:type="dxa"/>
            <w:vAlign w:val="center"/>
          </w:tcPr>
          <w:p w14:paraId="4D6F6E5C" w14:textId="77777777" w:rsidR="00E54E13" w:rsidRDefault="00000000">
            <w:pPr>
              <w:spacing w:before="30" w:after="30" w:line="230" w:lineRule="exact"/>
              <w:rPr>
                <w:rFonts w:hint="eastAsia"/>
              </w:rPr>
            </w:pPr>
            <w:r>
              <w:rPr>
                <w:sz w:val="17"/>
              </w:rPr>
              <w:t>[ ] Adeguato [ ] Da integrare</w:t>
            </w:r>
          </w:p>
        </w:tc>
      </w:tr>
      <w:tr w:rsidR="00E54E13" w14:paraId="7141C15D" w14:textId="77777777">
        <w:trPr>
          <w:cantSplit/>
          <w:trHeight w:val="595"/>
          <w:jc w:val="center"/>
        </w:trPr>
        <w:tc>
          <w:tcPr>
            <w:tcW w:w="2948" w:type="dxa"/>
            <w:shd w:val="clear" w:color="auto" w:fill="F6F8FA"/>
            <w:vAlign w:val="center"/>
          </w:tcPr>
          <w:p w14:paraId="0C1F2034" w14:textId="77777777" w:rsidR="00E54E13" w:rsidRDefault="00000000">
            <w:pPr>
              <w:spacing w:before="30" w:after="30" w:line="230" w:lineRule="exact"/>
              <w:rPr>
                <w:rFonts w:hint="eastAsia"/>
              </w:rPr>
            </w:pPr>
            <w:r>
              <w:rPr>
                <w:sz w:val="17"/>
              </w:rPr>
              <w:t>Uso di procedure, DPI e attrezzature</w:t>
            </w:r>
          </w:p>
        </w:tc>
        <w:tc>
          <w:tcPr>
            <w:tcW w:w="3969" w:type="dxa"/>
            <w:shd w:val="clear" w:color="auto" w:fill="F6F8FA"/>
            <w:vAlign w:val="center"/>
          </w:tcPr>
          <w:p w14:paraId="21231F45" w14:textId="77777777" w:rsidR="00E54E13" w:rsidRDefault="00000000">
            <w:pPr>
              <w:spacing w:before="30" w:after="30" w:line="230" w:lineRule="exact"/>
              <w:rPr>
                <w:rFonts w:hint="eastAsia"/>
              </w:rPr>
            </w:pPr>
            <w:r>
              <w:rPr>
                <w:sz w:val="17"/>
              </w:rPr>
              <w:t>[documenti e prove pertinenti]</w:t>
            </w:r>
          </w:p>
        </w:tc>
        <w:tc>
          <w:tcPr>
            <w:tcW w:w="2835" w:type="dxa"/>
            <w:shd w:val="clear" w:color="auto" w:fill="F6F8FA"/>
            <w:vAlign w:val="center"/>
          </w:tcPr>
          <w:p w14:paraId="5B734C44" w14:textId="77777777" w:rsidR="00E54E13" w:rsidRDefault="00000000">
            <w:pPr>
              <w:spacing w:before="30" w:after="30" w:line="230" w:lineRule="exact"/>
              <w:rPr>
                <w:rFonts w:hint="eastAsia"/>
              </w:rPr>
            </w:pPr>
            <w:r>
              <w:rPr>
                <w:sz w:val="17"/>
              </w:rPr>
              <w:t>[ ] Adeguato [ ] Da integrare</w:t>
            </w:r>
          </w:p>
        </w:tc>
      </w:tr>
      <w:tr w:rsidR="00E54E13" w14:paraId="64BC7848" w14:textId="77777777">
        <w:trPr>
          <w:cantSplit/>
          <w:trHeight w:val="595"/>
          <w:jc w:val="center"/>
        </w:trPr>
        <w:tc>
          <w:tcPr>
            <w:tcW w:w="2948" w:type="dxa"/>
            <w:vAlign w:val="center"/>
          </w:tcPr>
          <w:p w14:paraId="02A405E0" w14:textId="77777777" w:rsidR="00E54E13" w:rsidRDefault="00000000">
            <w:pPr>
              <w:spacing w:before="30" w:after="30" w:line="230" w:lineRule="exact"/>
              <w:rPr>
                <w:rFonts w:hint="eastAsia"/>
              </w:rPr>
            </w:pPr>
            <w:r>
              <w:rPr>
                <w:sz w:val="17"/>
              </w:rPr>
              <w:t>Comunicazione e organizzazione</w:t>
            </w:r>
          </w:p>
        </w:tc>
        <w:tc>
          <w:tcPr>
            <w:tcW w:w="3969" w:type="dxa"/>
            <w:vAlign w:val="center"/>
          </w:tcPr>
          <w:p w14:paraId="698203DE" w14:textId="77777777" w:rsidR="00E54E13" w:rsidRDefault="00000000">
            <w:pPr>
              <w:spacing w:before="30" w:after="30" w:line="230" w:lineRule="exact"/>
              <w:rPr>
                <w:rFonts w:hint="eastAsia"/>
              </w:rPr>
            </w:pPr>
            <w:r>
              <w:rPr>
                <w:sz w:val="17"/>
              </w:rPr>
              <w:t>[evidenze osservative]</w:t>
            </w:r>
          </w:p>
        </w:tc>
        <w:tc>
          <w:tcPr>
            <w:tcW w:w="2835" w:type="dxa"/>
            <w:vAlign w:val="center"/>
          </w:tcPr>
          <w:p w14:paraId="3BDB3CE9" w14:textId="77777777" w:rsidR="00E54E13" w:rsidRDefault="00000000">
            <w:pPr>
              <w:spacing w:before="30" w:after="30" w:line="230" w:lineRule="exact"/>
              <w:rPr>
                <w:rFonts w:hint="eastAsia"/>
              </w:rPr>
            </w:pPr>
            <w:r>
              <w:rPr>
                <w:sz w:val="17"/>
              </w:rPr>
              <w:t>[ ] Adeguato [ ] Da integrare</w:t>
            </w:r>
          </w:p>
        </w:tc>
      </w:tr>
    </w:tbl>
    <w:p w14:paraId="2D5F407E" w14:textId="77777777" w:rsidR="00E54E13" w:rsidRDefault="00E54E13">
      <w:pPr>
        <w:spacing w:after="40" w:line="40" w:lineRule="exact"/>
        <w:rPr>
          <w:rFonts w:hint="eastAsia"/>
        </w:rPr>
      </w:pPr>
    </w:p>
    <w:p w14:paraId="3A39EF8D" w14:textId="77777777" w:rsidR="00E54E13" w:rsidRDefault="00000000">
      <w:pPr>
        <w:pStyle w:val="Titolo3"/>
      </w:pPr>
      <w:r>
        <w:t>Carenze o limitazioni tecniche da risolvere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4CF86BBF" w14:textId="77777777">
        <w:trPr>
          <w:cantSplit/>
          <w:trHeight w:val="658"/>
          <w:jc w:val="center"/>
        </w:trPr>
        <w:tc>
          <w:tcPr>
            <w:tcW w:w="9751" w:type="dxa"/>
            <w:vAlign w:val="center"/>
          </w:tcPr>
          <w:p w14:paraId="5BA7BC87" w14:textId="77777777" w:rsidR="00E54E13" w:rsidRDefault="00000000">
            <w:pPr>
              <w:spacing w:before="30" w:after="30" w:line="234" w:lineRule="exact"/>
              <w:rPr>
                <w:rFonts w:hint="eastAsia"/>
              </w:rPr>
            </w:pPr>
            <w:sdt>
              <w:sdtPr>
                <w:alias w:val="compilare o richiamare un allegato identificato"/>
                <w:tag w:val="campo_131"/>
                <w:id w:val="100131"/>
                <w:text w:multiLine="1"/>
              </w:sdtPr>
              <w:sdtContent>
                <w:r>
                  <w:rPr>
                    <w:color w:val="007E87"/>
                    <w:sz w:val="19"/>
                  </w:rPr>
                  <w:t>[compilare o richiamare un allegato identificato]</w:t>
                </w:r>
              </w:sdtContent>
            </w:sdt>
          </w:p>
        </w:tc>
      </w:tr>
    </w:tbl>
    <w:p w14:paraId="714A5D05" w14:textId="77777777" w:rsidR="00E54E13" w:rsidRDefault="00E54E13">
      <w:pPr>
        <w:spacing w:after="40" w:line="40" w:lineRule="exact"/>
        <w:rPr>
          <w:rFonts w:hint="eastAsia"/>
        </w:rPr>
      </w:pPr>
    </w:p>
    <w:p w14:paraId="4CDF7277" w14:textId="77777777" w:rsidR="00E54E13" w:rsidRDefault="00000000">
      <w:pPr>
        <w:pStyle w:val="FormHint"/>
        <w:rPr>
          <w:rFonts w:hint="eastAsia"/>
        </w:rPr>
      </w:pPr>
      <w:r>
        <w:t>L’esperienza può risultare anche da attività formative e aziendali documentate. La presenza di un attestato non esaurisce la valutazione.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98F951F" w14:textId="77777777">
        <w:trPr>
          <w:tblHeader/>
          <w:jc w:val="center"/>
        </w:trPr>
        <w:tc>
          <w:tcPr>
            <w:tcW w:w="3250" w:type="dxa"/>
            <w:shd w:val="clear" w:color="auto" w:fill="12324B"/>
          </w:tcPr>
          <w:p w14:paraId="33371D91"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64761173"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20885773" w14:textId="77777777" w:rsidR="00E54E13" w:rsidRDefault="00000000">
            <w:pPr>
              <w:spacing w:before="30" w:after="30" w:line="228" w:lineRule="exact"/>
              <w:rPr>
                <w:rFonts w:hint="eastAsia"/>
              </w:rPr>
            </w:pPr>
            <w:r>
              <w:rPr>
                <w:b/>
                <w:color w:val="FFFFFF"/>
                <w:sz w:val="17"/>
              </w:rPr>
              <w:t>Data</w:t>
            </w:r>
          </w:p>
        </w:tc>
      </w:tr>
      <w:tr w:rsidR="00E54E13" w14:paraId="10DE5146" w14:textId="77777777">
        <w:trPr>
          <w:cantSplit/>
          <w:trHeight w:val="567"/>
          <w:jc w:val="center"/>
        </w:trPr>
        <w:tc>
          <w:tcPr>
            <w:tcW w:w="3250" w:type="dxa"/>
            <w:vAlign w:val="center"/>
          </w:tcPr>
          <w:p w14:paraId="04587E89"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1FB110E"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7CA2446" w14:textId="77777777" w:rsidR="00E54E13" w:rsidRDefault="00000000">
            <w:pPr>
              <w:spacing w:before="30" w:after="30" w:line="228" w:lineRule="exact"/>
              <w:rPr>
                <w:rFonts w:hint="eastAsia"/>
              </w:rPr>
            </w:pPr>
            <w:r>
              <w:rPr>
                <w:sz w:val="17"/>
              </w:rPr>
              <w:t>____ / ____ / ______</w:t>
            </w:r>
          </w:p>
        </w:tc>
      </w:tr>
    </w:tbl>
    <w:p w14:paraId="3BE0949D" w14:textId="77777777" w:rsidR="00E54E13" w:rsidRDefault="00E54E13">
      <w:pPr>
        <w:spacing w:after="40" w:line="40" w:lineRule="exact"/>
        <w:rPr>
          <w:rFonts w:hint="eastAsia"/>
        </w:rPr>
      </w:pPr>
    </w:p>
    <w:p w14:paraId="31B22EFE" w14:textId="77777777" w:rsidR="00E54E13" w:rsidRDefault="00000000">
      <w:pPr>
        <w:pStyle w:val="Source"/>
        <w:rPr>
          <w:rFonts w:hint="eastAsia"/>
        </w:rPr>
      </w:pPr>
      <w:r>
        <w:t>Modello originale [AZ]. Base: INAIL 2026, p. 5 e livelli 2A/2B a p. 6. I campi vuoti non costituiscono una verifica positiva.</w:t>
      </w:r>
    </w:p>
    <w:p w14:paraId="1BC18597" w14:textId="77777777" w:rsidR="00E54E13" w:rsidRDefault="00000000">
      <w:pPr>
        <w:pStyle w:val="Eyebrow"/>
        <w:keepNext/>
        <w:pageBreakBefore/>
        <w:rPr>
          <w:rFonts w:hint="eastAsia"/>
        </w:rPr>
      </w:pPr>
      <w:r>
        <w:t>PARTE II  /  ALLEGATO OPERATIVO [AZ]</w:t>
      </w:r>
    </w:p>
    <w:p w14:paraId="6A2EB7FC" w14:textId="77777777" w:rsidR="00E54E13" w:rsidRDefault="00000000">
      <w:pPr>
        <w:pStyle w:val="Titolo1"/>
      </w:pPr>
      <w:bookmarkStart w:id="42" w:name="B43_A09"/>
      <w:r>
        <w:t>A09  Idoneità BT: requisiti personali e decisione</w:t>
      </w:r>
      <w:bookmarkEnd w:id="42"/>
    </w:p>
    <w:p w14:paraId="1D553F5A" w14:textId="77777777" w:rsidR="00E54E13" w:rsidRDefault="00000000">
      <w:pPr>
        <w:pStyle w:val="FormHint"/>
        <w:rPr>
          <w:rFonts w:hint="eastAsia"/>
        </w:rPr>
      </w:pPr>
      <w:r>
        <w:t>Scheda 2 di 2. Distinguere valutazione tecnica e giudizio sulla mansione. Collegare alla prima scheda.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47FF6F9" w14:textId="77777777">
        <w:trPr>
          <w:cantSplit/>
          <w:trHeight w:val="346"/>
          <w:jc w:val="center"/>
        </w:trPr>
        <w:tc>
          <w:tcPr>
            <w:tcW w:w="2891" w:type="dxa"/>
            <w:shd w:val="clear" w:color="auto" w:fill="EDF3F9"/>
            <w:vAlign w:val="center"/>
          </w:tcPr>
          <w:p w14:paraId="6A6C1C63" w14:textId="77777777" w:rsidR="00E54E13" w:rsidRDefault="00000000">
            <w:pPr>
              <w:spacing w:before="30" w:after="30" w:line="236" w:lineRule="exact"/>
              <w:rPr>
                <w:rFonts w:hint="eastAsia"/>
              </w:rPr>
            </w:pPr>
            <w:r>
              <w:rPr>
                <w:b/>
                <w:sz w:val="18"/>
              </w:rPr>
              <w:t>Azienda / unità</w:t>
            </w:r>
          </w:p>
        </w:tc>
        <w:tc>
          <w:tcPr>
            <w:tcW w:w="6860" w:type="dxa"/>
            <w:vAlign w:val="center"/>
          </w:tcPr>
          <w:p w14:paraId="5089E0C0" w14:textId="77777777" w:rsidR="00E54E13" w:rsidRDefault="00000000">
            <w:pPr>
              <w:spacing w:before="30" w:after="30" w:line="236" w:lineRule="exact"/>
              <w:rPr>
                <w:rFonts w:hint="eastAsia"/>
              </w:rPr>
            </w:pPr>
            <w:sdt>
              <w:sdtPr>
                <w:alias w:val="ragione sociale e sede"/>
                <w:tag w:val="campo_133"/>
                <w:id w:val="100133"/>
                <w:text w:multiLine="1"/>
              </w:sdtPr>
              <w:sdtContent>
                <w:r>
                  <w:rPr>
                    <w:color w:val="007E87"/>
                    <w:sz w:val="19"/>
                  </w:rPr>
                  <w:t>[ragione sociale e sede]</w:t>
                </w:r>
              </w:sdtContent>
            </w:sdt>
          </w:p>
        </w:tc>
      </w:tr>
      <w:tr w:rsidR="00E54E13" w14:paraId="3E882A3B" w14:textId="77777777">
        <w:trPr>
          <w:cantSplit/>
          <w:trHeight w:val="346"/>
          <w:jc w:val="center"/>
        </w:trPr>
        <w:tc>
          <w:tcPr>
            <w:tcW w:w="2891" w:type="dxa"/>
            <w:shd w:val="clear" w:color="auto" w:fill="EDF3F9"/>
            <w:vAlign w:val="center"/>
          </w:tcPr>
          <w:p w14:paraId="4C328466"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90E2402" w14:textId="77777777" w:rsidR="00E54E13" w:rsidRDefault="00000000">
            <w:pPr>
              <w:spacing w:before="30" w:after="30" w:line="236" w:lineRule="exact"/>
              <w:rPr>
                <w:rFonts w:hint="eastAsia"/>
              </w:rPr>
            </w:pPr>
            <w:sdt>
              <w:sdtPr>
                <w:alias w:val="codice, revisione e data"/>
                <w:tag w:val="campo_134"/>
                <w:id w:val="100134"/>
                <w:text w:multiLine="1"/>
              </w:sdtPr>
              <w:sdtContent>
                <w:r>
                  <w:rPr>
                    <w:color w:val="007E87"/>
                    <w:sz w:val="19"/>
                  </w:rPr>
                  <w:t>[codice, revisione e data]</w:t>
                </w:r>
              </w:sdtContent>
            </w:sdt>
          </w:p>
        </w:tc>
      </w:tr>
      <w:tr w:rsidR="00E54E13" w14:paraId="3F1E5C3B" w14:textId="77777777">
        <w:trPr>
          <w:cantSplit/>
          <w:trHeight w:val="346"/>
          <w:jc w:val="center"/>
        </w:trPr>
        <w:tc>
          <w:tcPr>
            <w:tcW w:w="2891" w:type="dxa"/>
            <w:shd w:val="clear" w:color="auto" w:fill="EDF3F9"/>
            <w:vAlign w:val="center"/>
          </w:tcPr>
          <w:p w14:paraId="08C8FA8B"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2140698F" w14:textId="77777777" w:rsidR="00E54E13" w:rsidRDefault="00000000">
            <w:pPr>
              <w:spacing w:before="30" w:after="30" w:line="236" w:lineRule="exact"/>
              <w:rPr>
                <w:rFonts w:hint="eastAsia"/>
              </w:rPr>
            </w:pPr>
            <w:sdt>
              <w:sdtPr>
                <w:alias w:val="nome, matricola e mansione"/>
                <w:tag w:val="campo_135"/>
                <w:id w:val="100135"/>
                <w:text w:multiLine="1"/>
              </w:sdtPr>
              <w:sdtContent>
                <w:r>
                  <w:rPr>
                    <w:color w:val="007E87"/>
                    <w:sz w:val="19"/>
                  </w:rPr>
                  <w:t>[nome, matricola e mansione]</w:t>
                </w:r>
              </w:sdtContent>
            </w:sdt>
          </w:p>
        </w:tc>
      </w:tr>
    </w:tbl>
    <w:p w14:paraId="0AC50FA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B567911" w14:textId="77777777">
        <w:trPr>
          <w:cantSplit/>
          <w:trHeight w:val="386"/>
          <w:jc w:val="center"/>
        </w:trPr>
        <w:tc>
          <w:tcPr>
            <w:tcW w:w="2891" w:type="dxa"/>
            <w:shd w:val="clear" w:color="auto" w:fill="EDF3F9"/>
            <w:vAlign w:val="center"/>
          </w:tcPr>
          <w:p w14:paraId="44F5AFA4" w14:textId="77777777" w:rsidR="00E54E13" w:rsidRDefault="00000000">
            <w:pPr>
              <w:spacing w:before="30" w:after="30" w:line="236" w:lineRule="exact"/>
              <w:rPr>
                <w:rFonts w:hint="eastAsia"/>
              </w:rPr>
            </w:pPr>
            <w:r>
              <w:rPr>
                <w:b/>
                <w:sz w:val="18"/>
              </w:rPr>
              <w:t>Curriculum pertinente</w:t>
            </w:r>
          </w:p>
        </w:tc>
        <w:tc>
          <w:tcPr>
            <w:tcW w:w="6860" w:type="dxa"/>
            <w:vAlign w:val="center"/>
          </w:tcPr>
          <w:p w14:paraId="205FEEBD" w14:textId="77777777" w:rsidR="00E54E13" w:rsidRDefault="00000000">
            <w:pPr>
              <w:spacing w:before="30" w:after="30" w:line="236" w:lineRule="exact"/>
              <w:rPr>
                <w:rFonts w:hint="eastAsia"/>
              </w:rPr>
            </w:pPr>
            <w:sdt>
              <w:sdtPr>
                <w:alias w:val="richiamo al fascicolo e alle esperienze"/>
                <w:tag w:val="campo_136"/>
                <w:id w:val="100136"/>
                <w:text w:multiLine="1"/>
              </w:sdtPr>
              <w:sdtContent>
                <w:r>
                  <w:rPr>
                    <w:color w:val="007E87"/>
                    <w:sz w:val="19"/>
                  </w:rPr>
                  <w:t>[richiamo al fascicolo e alle esperienze]</w:t>
                </w:r>
              </w:sdtContent>
            </w:sdt>
          </w:p>
        </w:tc>
      </w:tr>
      <w:tr w:rsidR="00E54E13" w14:paraId="5D7927F8" w14:textId="77777777">
        <w:trPr>
          <w:cantSplit/>
          <w:trHeight w:val="386"/>
          <w:jc w:val="center"/>
        </w:trPr>
        <w:tc>
          <w:tcPr>
            <w:tcW w:w="2891" w:type="dxa"/>
            <w:shd w:val="clear" w:color="auto" w:fill="EDF3F9"/>
            <w:vAlign w:val="center"/>
          </w:tcPr>
          <w:p w14:paraId="5F6F41B0" w14:textId="77777777" w:rsidR="00E54E13" w:rsidRDefault="00000000">
            <w:pPr>
              <w:spacing w:before="30" w:after="30" w:line="236" w:lineRule="exact"/>
              <w:rPr>
                <w:rFonts w:hint="eastAsia"/>
              </w:rPr>
            </w:pPr>
            <w:r>
              <w:rPr>
                <w:b/>
                <w:sz w:val="18"/>
              </w:rPr>
              <w:t>Comportamenti osservati</w:t>
            </w:r>
          </w:p>
        </w:tc>
        <w:tc>
          <w:tcPr>
            <w:tcW w:w="6860" w:type="dxa"/>
            <w:shd w:val="clear" w:color="auto" w:fill="F6F8FA"/>
            <w:vAlign w:val="center"/>
          </w:tcPr>
          <w:p w14:paraId="4A37E5D6" w14:textId="77777777" w:rsidR="00E54E13" w:rsidRDefault="00000000">
            <w:pPr>
              <w:spacing w:before="30" w:after="30" w:line="236" w:lineRule="exact"/>
              <w:rPr>
                <w:rFonts w:hint="eastAsia"/>
              </w:rPr>
            </w:pPr>
            <w:sdt>
              <w:sdtPr>
                <w:alias w:val="precisione, affidabilità e rispetto della sicurezza"/>
                <w:tag w:val="campo_137"/>
                <w:id w:val="100137"/>
                <w:text w:multiLine="1"/>
              </w:sdtPr>
              <w:sdtContent>
                <w:r>
                  <w:rPr>
                    <w:color w:val="007E87"/>
                    <w:sz w:val="19"/>
                  </w:rPr>
                  <w:t>[precisione, affidabilità e rispetto della sicurezza]</w:t>
                </w:r>
              </w:sdtContent>
            </w:sdt>
          </w:p>
        </w:tc>
      </w:tr>
      <w:tr w:rsidR="00E54E13" w14:paraId="47FDD155" w14:textId="77777777">
        <w:trPr>
          <w:cantSplit/>
          <w:trHeight w:val="386"/>
          <w:jc w:val="center"/>
        </w:trPr>
        <w:tc>
          <w:tcPr>
            <w:tcW w:w="2891" w:type="dxa"/>
            <w:shd w:val="clear" w:color="auto" w:fill="EDF3F9"/>
            <w:vAlign w:val="center"/>
          </w:tcPr>
          <w:p w14:paraId="0BFF3E26" w14:textId="77777777" w:rsidR="00E54E13" w:rsidRDefault="00000000">
            <w:pPr>
              <w:spacing w:before="30" w:after="30" w:line="236" w:lineRule="exact"/>
              <w:rPr>
                <w:rFonts w:hint="eastAsia"/>
              </w:rPr>
            </w:pPr>
            <w:r>
              <w:rPr>
                <w:b/>
                <w:sz w:val="18"/>
              </w:rPr>
              <w:t>Requisiti psicofisici pertinenti</w:t>
            </w:r>
          </w:p>
        </w:tc>
        <w:tc>
          <w:tcPr>
            <w:tcW w:w="6860" w:type="dxa"/>
            <w:vAlign w:val="center"/>
          </w:tcPr>
          <w:p w14:paraId="59FFDE3E" w14:textId="77777777" w:rsidR="00E54E13" w:rsidRDefault="00000000">
            <w:pPr>
              <w:spacing w:before="30" w:after="30" w:line="236" w:lineRule="exact"/>
              <w:rPr>
                <w:rFonts w:hint="eastAsia"/>
              </w:rPr>
            </w:pPr>
            <w:sdt>
              <w:sdtPr>
                <w:alias w:val="verifica effettuata e riferimenti ammissibili, senza diagnosi"/>
                <w:tag w:val="campo_138"/>
                <w:id w:val="100138"/>
                <w:text w:multiLine="1"/>
              </w:sdtPr>
              <w:sdtContent>
                <w:r>
                  <w:rPr>
                    <w:color w:val="007E87"/>
                    <w:sz w:val="19"/>
                  </w:rPr>
                  <w:t>[verifica effettuata e riferimenti ammissibili, senza diagnosi]</w:t>
                </w:r>
              </w:sdtContent>
            </w:sdt>
          </w:p>
        </w:tc>
      </w:tr>
      <w:tr w:rsidR="00E54E13" w14:paraId="5D9AFA6C" w14:textId="77777777">
        <w:trPr>
          <w:cantSplit/>
          <w:trHeight w:val="386"/>
          <w:jc w:val="center"/>
        </w:trPr>
        <w:tc>
          <w:tcPr>
            <w:tcW w:w="2891" w:type="dxa"/>
            <w:shd w:val="clear" w:color="auto" w:fill="EDF3F9"/>
            <w:vAlign w:val="center"/>
          </w:tcPr>
          <w:p w14:paraId="6F54776D" w14:textId="77777777" w:rsidR="00E54E13" w:rsidRDefault="00000000">
            <w:pPr>
              <w:spacing w:before="30" w:after="30" w:line="236" w:lineRule="exact"/>
              <w:rPr>
                <w:rFonts w:hint="eastAsia"/>
              </w:rPr>
            </w:pPr>
            <w:r>
              <w:rPr>
                <w:b/>
                <w:sz w:val="18"/>
              </w:rPr>
              <w:t>Eventuale parere medico</w:t>
            </w:r>
          </w:p>
        </w:tc>
        <w:tc>
          <w:tcPr>
            <w:tcW w:w="6860" w:type="dxa"/>
            <w:shd w:val="clear" w:color="auto" w:fill="F6F8FA"/>
            <w:vAlign w:val="center"/>
          </w:tcPr>
          <w:p w14:paraId="167690BA" w14:textId="77777777" w:rsidR="00E54E13" w:rsidRDefault="00000000">
            <w:pPr>
              <w:spacing w:before="30" w:after="30" w:line="236" w:lineRule="exact"/>
              <w:rPr>
                <w:rFonts w:hint="eastAsia"/>
              </w:rPr>
            </w:pPr>
            <w:sdt>
              <w:sdtPr>
                <w:alias w:val="presente / da acquisire / non richiesto; riferimento e limitazioni operative"/>
                <w:tag w:val="campo_139"/>
                <w:id w:val="100139"/>
                <w:text w:multiLine="1"/>
              </w:sdtPr>
              <w:sdtContent>
                <w:r>
                  <w:rPr>
                    <w:color w:val="007E87"/>
                    <w:sz w:val="19"/>
                  </w:rPr>
                  <w:t>[presente / da acquisire / non richiesto; riferimento e limitazioni operative]</w:t>
                </w:r>
              </w:sdtContent>
            </w:sdt>
          </w:p>
        </w:tc>
      </w:tr>
    </w:tbl>
    <w:p w14:paraId="1D85ECAF" w14:textId="77777777" w:rsidR="00E54E13" w:rsidRDefault="00E54E13">
      <w:pPr>
        <w:spacing w:after="40" w:line="40" w:lineRule="exact"/>
        <w:rPr>
          <w:rFonts w:hint="eastAsia"/>
        </w:rPr>
      </w:pPr>
    </w:p>
    <w:p w14:paraId="35D5BB2F" w14:textId="77777777" w:rsidR="00E54E13" w:rsidRDefault="00000000">
      <w:pPr>
        <w:pStyle w:val="Titolo3"/>
      </w:pPr>
      <w:r>
        <w:t>Valutazione complessiva del datore di lavoro</w:t>
      </w:r>
    </w:p>
    <w:p w14:paraId="637ACA19" w14:textId="77777777" w:rsidR="00E54E13" w:rsidRDefault="00000000">
      <w:pPr>
        <w:rPr>
          <w:rFonts w:hint="eastAsia"/>
        </w:rPr>
      </w:pPr>
      <w:r>
        <w:t>[ ] Requisiti adeguati per l’intero ambito proposto</w:t>
      </w:r>
      <w:r>
        <w:br/>
        <w:t>[ ] Requisiti adeguati soltanto per l’ambito limitato sotto indicato</w:t>
      </w:r>
      <w:r>
        <w:br/>
        <w:t>[ ] Requisiti non adeguati: idoneità non riconoscibile</w:t>
      </w:r>
      <w:r>
        <w:br/>
        <w:t>[ ] Valutazione sospesa in attesa delle integrazioni indicate</w:t>
      </w:r>
    </w:p>
    <w:p w14:paraId="78A7FA9E" w14:textId="77777777" w:rsidR="00E54E13" w:rsidRDefault="00000000">
      <w:pPr>
        <w:pStyle w:val="Titolo3"/>
      </w:pPr>
      <w:r>
        <w:t>Motivazione, attività riconoscibili ed esclusioni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2EF324C2" w14:textId="77777777">
        <w:trPr>
          <w:cantSplit/>
          <w:trHeight w:val="986"/>
          <w:jc w:val="center"/>
        </w:trPr>
        <w:tc>
          <w:tcPr>
            <w:tcW w:w="9751" w:type="dxa"/>
            <w:vAlign w:val="center"/>
          </w:tcPr>
          <w:p w14:paraId="5F4681EC" w14:textId="77777777" w:rsidR="00E54E13" w:rsidRDefault="00000000">
            <w:pPr>
              <w:spacing w:before="30" w:after="30" w:line="234" w:lineRule="exact"/>
              <w:rPr>
                <w:rFonts w:hint="eastAsia"/>
              </w:rPr>
            </w:pPr>
            <w:sdt>
              <w:sdtPr>
                <w:alias w:val="compilare o richiamare un allegato identificato"/>
                <w:tag w:val="campo_140"/>
                <w:id w:val="100140"/>
                <w:text w:multiLine="1"/>
              </w:sdtPr>
              <w:sdtContent>
                <w:r>
                  <w:rPr>
                    <w:color w:val="007E87"/>
                    <w:sz w:val="19"/>
                  </w:rPr>
                  <w:t>[compilare o richiamare un allegato identificato]</w:t>
                </w:r>
              </w:sdtContent>
            </w:sdt>
          </w:p>
        </w:tc>
      </w:tr>
    </w:tbl>
    <w:p w14:paraId="40D6012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DA4F769" w14:textId="77777777">
        <w:trPr>
          <w:cantSplit/>
          <w:trHeight w:val="386"/>
          <w:jc w:val="center"/>
        </w:trPr>
        <w:tc>
          <w:tcPr>
            <w:tcW w:w="2891" w:type="dxa"/>
            <w:shd w:val="clear" w:color="auto" w:fill="EDF3F9"/>
            <w:vAlign w:val="center"/>
          </w:tcPr>
          <w:p w14:paraId="6CF693AC" w14:textId="77777777" w:rsidR="00E54E13" w:rsidRDefault="00000000">
            <w:pPr>
              <w:spacing w:before="30" w:after="30" w:line="236" w:lineRule="exact"/>
              <w:rPr>
                <w:rFonts w:hint="eastAsia"/>
              </w:rPr>
            </w:pPr>
            <w:r>
              <w:rPr>
                <w:b/>
                <w:sz w:val="18"/>
              </w:rPr>
              <w:t>Azioni preliminari / richiami</w:t>
            </w:r>
          </w:p>
        </w:tc>
        <w:tc>
          <w:tcPr>
            <w:tcW w:w="6860" w:type="dxa"/>
            <w:vAlign w:val="center"/>
          </w:tcPr>
          <w:p w14:paraId="4A8C2645" w14:textId="77777777" w:rsidR="00E54E13" w:rsidRDefault="00000000">
            <w:pPr>
              <w:spacing w:before="30" w:after="30" w:line="236" w:lineRule="exact"/>
              <w:rPr>
                <w:rFonts w:hint="eastAsia"/>
              </w:rPr>
            </w:pPr>
            <w:sdt>
              <w:sdtPr>
                <w:alias w:val="eventuali integrazioni e documenti"/>
                <w:tag w:val="campo_141"/>
                <w:id w:val="100141"/>
                <w:text w:multiLine="1"/>
              </w:sdtPr>
              <w:sdtContent>
                <w:r>
                  <w:rPr>
                    <w:color w:val="007E87"/>
                    <w:sz w:val="19"/>
                  </w:rPr>
                  <w:t>[eventuali integrazioni e documenti]</w:t>
                </w:r>
              </w:sdtContent>
            </w:sdt>
          </w:p>
        </w:tc>
      </w:tr>
      <w:tr w:rsidR="00E54E13" w14:paraId="60F9E198" w14:textId="77777777">
        <w:trPr>
          <w:cantSplit/>
          <w:trHeight w:val="386"/>
          <w:jc w:val="center"/>
        </w:trPr>
        <w:tc>
          <w:tcPr>
            <w:tcW w:w="2891" w:type="dxa"/>
            <w:shd w:val="clear" w:color="auto" w:fill="EDF3F9"/>
            <w:vAlign w:val="center"/>
          </w:tcPr>
          <w:p w14:paraId="3CB468E3" w14:textId="77777777" w:rsidR="00E54E13" w:rsidRDefault="00000000">
            <w:pPr>
              <w:spacing w:before="30" w:after="30" w:line="236" w:lineRule="exact"/>
              <w:rPr>
                <w:rFonts w:hint="eastAsia"/>
              </w:rPr>
            </w:pPr>
            <w:r>
              <w:rPr>
                <w:b/>
                <w:sz w:val="18"/>
              </w:rPr>
              <w:t>Atto conseguente</w:t>
            </w:r>
          </w:p>
        </w:tc>
        <w:tc>
          <w:tcPr>
            <w:tcW w:w="6860" w:type="dxa"/>
            <w:shd w:val="clear" w:color="auto" w:fill="F6F8FA"/>
            <w:vAlign w:val="center"/>
          </w:tcPr>
          <w:p w14:paraId="70289C1C" w14:textId="77777777" w:rsidR="00E54E13" w:rsidRDefault="00000000">
            <w:pPr>
              <w:spacing w:before="30" w:after="30" w:line="236" w:lineRule="exact"/>
              <w:rPr>
                <w:rFonts w:hint="eastAsia"/>
              </w:rPr>
            </w:pPr>
            <w:sdt>
              <w:sdtPr>
                <w:alias w:val="A10 se esito favorevole; altrimenti azioni e nuova valutazione"/>
                <w:tag w:val="campo_142"/>
                <w:id w:val="100142"/>
                <w:text w:multiLine="1"/>
              </w:sdtPr>
              <w:sdtContent>
                <w:r>
                  <w:rPr>
                    <w:color w:val="007E87"/>
                    <w:sz w:val="19"/>
                  </w:rPr>
                  <w:t>[A10 se esito favorevole; altrimenti azioni e nuova valutazione]</w:t>
                </w:r>
              </w:sdtContent>
            </w:sdt>
          </w:p>
        </w:tc>
      </w:tr>
    </w:tbl>
    <w:p w14:paraId="6D507522"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746E0815" w14:textId="77777777">
        <w:tc>
          <w:tcPr>
            <w:tcW w:w="9752" w:type="dxa"/>
            <w:shd w:val="clear" w:color="auto" w:fill="EAF5F5"/>
            <w:tcMar>
              <w:top w:w="110" w:type="dxa"/>
              <w:left w:w="150" w:type="dxa"/>
              <w:bottom w:w="110" w:type="dxa"/>
              <w:right w:w="150" w:type="dxa"/>
            </w:tcMar>
          </w:tcPr>
          <w:p w14:paraId="42AA8F4A" w14:textId="77777777" w:rsidR="00E54E13" w:rsidRDefault="00000000">
            <w:pPr>
              <w:spacing w:after="80"/>
              <w:rPr>
                <w:rFonts w:hint="eastAsia"/>
              </w:rPr>
            </w:pPr>
            <w:r>
              <w:rPr>
                <w:b/>
                <w:color w:val="007E87"/>
              </w:rPr>
              <w:t>NESSUN AUTOMATISMO</w:t>
            </w:r>
          </w:p>
          <w:p w14:paraId="2447E021" w14:textId="77777777" w:rsidR="00E54E13" w:rsidRDefault="00000000">
            <w:pPr>
              <w:spacing w:after="20" w:line="250" w:lineRule="exact"/>
              <w:rPr>
                <w:rFonts w:hint="eastAsia"/>
              </w:rPr>
            </w:pPr>
            <w:r>
              <w:rPr>
                <w:sz w:val="18"/>
              </w:rPr>
              <w:t>Solo dopo la valutazione completa il datore di lavoro può attestare l’idoneità e autorizzare i lavori sotto tensione nei limiti riconosciuti.</w:t>
            </w:r>
          </w:p>
        </w:tc>
      </w:tr>
    </w:tbl>
    <w:p w14:paraId="3C391360"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4A63DE1A" w14:textId="77777777">
        <w:trPr>
          <w:tblHeader/>
          <w:jc w:val="center"/>
        </w:trPr>
        <w:tc>
          <w:tcPr>
            <w:tcW w:w="3250" w:type="dxa"/>
            <w:shd w:val="clear" w:color="auto" w:fill="12324B"/>
          </w:tcPr>
          <w:p w14:paraId="74A92C8D"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191F25E5"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5AFD81A8" w14:textId="77777777" w:rsidR="00E54E13" w:rsidRDefault="00000000">
            <w:pPr>
              <w:spacing w:before="30" w:after="30" w:line="228" w:lineRule="exact"/>
              <w:rPr>
                <w:rFonts w:hint="eastAsia"/>
              </w:rPr>
            </w:pPr>
            <w:r>
              <w:rPr>
                <w:b/>
                <w:color w:val="FFFFFF"/>
                <w:sz w:val="17"/>
              </w:rPr>
              <w:t>Data</w:t>
            </w:r>
          </w:p>
        </w:tc>
      </w:tr>
      <w:tr w:rsidR="00E54E13" w14:paraId="618F4958" w14:textId="77777777">
        <w:trPr>
          <w:cantSplit/>
          <w:trHeight w:val="567"/>
          <w:jc w:val="center"/>
        </w:trPr>
        <w:tc>
          <w:tcPr>
            <w:tcW w:w="3250" w:type="dxa"/>
            <w:vAlign w:val="center"/>
          </w:tcPr>
          <w:p w14:paraId="744C5DA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0B14062"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AFFC758" w14:textId="77777777" w:rsidR="00E54E13" w:rsidRDefault="00000000">
            <w:pPr>
              <w:spacing w:before="30" w:after="30" w:line="228" w:lineRule="exact"/>
              <w:rPr>
                <w:rFonts w:hint="eastAsia"/>
              </w:rPr>
            </w:pPr>
            <w:r>
              <w:rPr>
                <w:sz w:val="17"/>
              </w:rPr>
              <w:t>____ / ____ / ______</w:t>
            </w:r>
          </w:p>
        </w:tc>
      </w:tr>
    </w:tbl>
    <w:p w14:paraId="50FD8EA8" w14:textId="77777777" w:rsidR="00E54E13" w:rsidRDefault="00E54E13">
      <w:pPr>
        <w:spacing w:after="40" w:line="40" w:lineRule="exact"/>
        <w:rPr>
          <w:rFonts w:hint="eastAsia"/>
        </w:rPr>
      </w:pPr>
    </w:p>
    <w:p w14:paraId="2A56AD22" w14:textId="77777777" w:rsidR="00E54E13" w:rsidRDefault="00000000">
      <w:pPr>
        <w:pStyle w:val="Source"/>
        <w:rPr>
          <w:rFonts w:hint="eastAsia"/>
        </w:rPr>
      </w:pPr>
      <w:r>
        <w:t>Modello originale [AZ]. Base: INAIL 2026, p. 5. I campi vuoti non costituiscono una verifica positiva.</w:t>
      </w:r>
    </w:p>
    <w:p w14:paraId="5A3CAC9E" w14:textId="77777777" w:rsidR="00E54E13" w:rsidRDefault="00000000">
      <w:pPr>
        <w:pStyle w:val="Eyebrow"/>
        <w:keepNext/>
        <w:pageBreakBefore/>
        <w:rPr>
          <w:rFonts w:hint="eastAsia"/>
        </w:rPr>
      </w:pPr>
      <w:r>
        <w:t>PARTE II  /  ALLEGATO OPERATIVO [AZ]</w:t>
      </w:r>
    </w:p>
    <w:p w14:paraId="64B71D3C" w14:textId="77777777" w:rsidR="00E54E13" w:rsidRDefault="00000000">
      <w:pPr>
        <w:pStyle w:val="Titolo1"/>
      </w:pPr>
      <w:bookmarkStart w:id="43" w:name="B44_A10"/>
      <w:r>
        <w:t>A10  Attestazione di idoneità sotto tensione BT</w:t>
      </w:r>
      <w:bookmarkEnd w:id="43"/>
    </w:p>
    <w:p w14:paraId="5FE97FF4" w14:textId="77777777" w:rsidR="00E54E13" w:rsidRDefault="00000000">
      <w:pPr>
        <w:pStyle w:val="FormHint"/>
        <w:rPr>
          <w:rFonts w:hint="eastAsia"/>
        </w:rPr>
      </w:pPr>
      <w:r>
        <w:t>Scheda 1 di 2. Atto scritto del datore di lavoro. L’autorizzazione alle attività è trattata nella seconda scheda.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62F6B8B" w14:textId="77777777">
        <w:trPr>
          <w:cantSplit/>
          <w:trHeight w:val="346"/>
          <w:jc w:val="center"/>
        </w:trPr>
        <w:tc>
          <w:tcPr>
            <w:tcW w:w="2891" w:type="dxa"/>
            <w:shd w:val="clear" w:color="auto" w:fill="EDF3F9"/>
            <w:vAlign w:val="center"/>
          </w:tcPr>
          <w:p w14:paraId="1BDEA8D5" w14:textId="77777777" w:rsidR="00E54E13" w:rsidRDefault="00000000">
            <w:pPr>
              <w:spacing w:before="30" w:after="30" w:line="236" w:lineRule="exact"/>
              <w:rPr>
                <w:rFonts w:hint="eastAsia"/>
              </w:rPr>
            </w:pPr>
            <w:r>
              <w:rPr>
                <w:b/>
                <w:sz w:val="18"/>
              </w:rPr>
              <w:t>Azienda / unità</w:t>
            </w:r>
          </w:p>
        </w:tc>
        <w:tc>
          <w:tcPr>
            <w:tcW w:w="6860" w:type="dxa"/>
            <w:vAlign w:val="center"/>
          </w:tcPr>
          <w:p w14:paraId="47FFAA27" w14:textId="77777777" w:rsidR="00E54E13" w:rsidRDefault="00000000">
            <w:pPr>
              <w:spacing w:before="30" w:after="30" w:line="236" w:lineRule="exact"/>
              <w:rPr>
                <w:rFonts w:hint="eastAsia"/>
              </w:rPr>
            </w:pPr>
            <w:sdt>
              <w:sdtPr>
                <w:alias w:val="ragione sociale e sede"/>
                <w:tag w:val="campo_144"/>
                <w:id w:val="100144"/>
                <w:text w:multiLine="1"/>
              </w:sdtPr>
              <w:sdtContent>
                <w:r>
                  <w:rPr>
                    <w:color w:val="007E87"/>
                    <w:sz w:val="19"/>
                  </w:rPr>
                  <w:t>[ragione sociale e sede]</w:t>
                </w:r>
              </w:sdtContent>
            </w:sdt>
          </w:p>
        </w:tc>
      </w:tr>
      <w:tr w:rsidR="00E54E13" w14:paraId="38B2A8BA" w14:textId="77777777">
        <w:trPr>
          <w:cantSplit/>
          <w:trHeight w:val="346"/>
          <w:jc w:val="center"/>
        </w:trPr>
        <w:tc>
          <w:tcPr>
            <w:tcW w:w="2891" w:type="dxa"/>
            <w:shd w:val="clear" w:color="auto" w:fill="EDF3F9"/>
            <w:vAlign w:val="center"/>
          </w:tcPr>
          <w:p w14:paraId="543D7103"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4255ECC" w14:textId="77777777" w:rsidR="00E54E13" w:rsidRDefault="00000000">
            <w:pPr>
              <w:spacing w:before="30" w:after="30" w:line="236" w:lineRule="exact"/>
              <w:rPr>
                <w:rFonts w:hint="eastAsia"/>
              </w:rPr>
            </w:pPr>
            <w:sdt>
              <w:sdtPr>
                <w:alias w:val="codice, revisione e data"/>
                <w:tag w:val="campo_145"/>
                <w:id w:val="100145"/>
                <w:text w:multiLine="1"/>
              </w:sdtPr>
              <w:sdtContent>
                <w:r>
                  <w:rPr>
                    <w:color w:val="007E87"/>
                    <w:sz w:val="19"/>
                  </w:rPr>
                  <w:t>[codice, revisione e data]</w:t>
                </w:r>
              </w:sdtContent>
            </w:sdt>
          </w:p>
        </w:tc>
      </w:tr>
      <w:tr w:rsidR="00E54E13" w14:paraId="0D982AFE" w14:textId="77777777">
        <w:trPr>
          <w:cantSplit/>
          <w:trHeight w:val="346"/>
          <w:jc w:val="center"/>
        </w:trPr>
        <w:tc>
          <w:tcPr>
            <w:tcW w:w="2891" w:type="dxa"/>
            <w:shd w:val="clear" w:color="auto" w:fill="EDF3F9"/>
            <w:vAlign w:val="center"/>
          </w:tcPr>
          <w:p w14:paraId="38FFC1A3"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6B44A6E" w14:textId="77777777" w:rsidR="00E54E13" w:rsidRDefault="00000000">
            <w:pPr>
              <w:spacing w:before="30" w:after="30" w:line="236" w:lineRule="exact"/>
              <w:rPr>
                <w:rFonts w:hint="eastAsia"/>
              </w:rPr>
            </w:pPr>
            <w:sdt>
              <w:sdtPr>
                <w:alias w:val="nome, matricola e mansione"/>
                <w:tag w:val="campo_146"/>
                <w:id w:val="100146"/>
                <w:text w:multiLine="1"/>
              </w:sdtPr>
              <w:sdtContent>
                <w:r>
                  <w:rPr>
                    <w:color w:val="007E87"/>
                    <w:sz w:val="19"/>
                  </w:rPr>
                  <w:t>[nome, matricola e mansione]</w:t>
                </w:r>
              </w:sdtContent>
            </w:sdt>
          </w:p>
        </w:tc>
      </w:tr>
    </w:tbl>
    <w:p w14:paraId="21B5FB4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2BD7BF7" w14:textId="77777777">
        <w:trPr>
          <w:cantSplit/>
          <w:trHeight w:val="386"/>
          <w:jc w:val="center"/>
        </w:trPr>
        <w:tc>
          <w:tcPr>
            <w:tcW w:w="2891" w:type="dxa"/>
            <w:shd w:val="clear" w:color="auto" w:fill="EDF3F9"/>
            <w:vAlign w:val="center"/>
          </w:tcPr>
          <w:p w14:paraId="5D74FA87" w14:textId="77777777" w:rsidR="00E54E13" w:rsidRDefault="00000000">
            <w:pPr>
              <w:spacing w:before="30" w:after="30" w:line="236" w:lineRule="exact"/>
              <w:rPr>
                <w:rFonts w:hint="eastAsia"/>
              </w:rPr>
            </w:pPr>
            <w:r>
              <w:rPr>
                <w:b/>
                <w:sz w:val="18"/>
              </w:rPr>
              <w:t>Datore di lavoro</w:t>
            </w:r>
          </w:p>
        </w:tc>
        <w:tc>
          <w:tcPr>
            <w:tcW w:w="6860" w:type="dxa"/>
            <w:vAlign w:val="center"/>
          </w:tcPr>
          <w:p w14:paraId="6BBBE7EE" w14:textId="77777777" w:rsidR="00E54E13" w:rsidRDefault="00000000">
            <w:pPr>
              <w:spacing w:before="30" w:after="30" w:line="236" w:lineRule="exact"/>
              <w:rPr>
                <w:rFonts w:hint="eastAsia"/>
              </w:rPr>
            </w:pPr>
            <w:sdt>
              <w:sdtPr>
                <w:alias w:val="nominativo e funzione"/>
                <w:tag w:val="campo_147"/>
                <w:id w:val="100147"/>
                <w:text w:multiLine="1"/>
              </w:sdtPr>
              <w:sdtContent>
                <w:r>
                  <w:rPr>
                    <w:color w:val="007E87"/>
                    <w:sz w:val="19"/>
                  </w:rPr>
                  <w:t>[nominativo e funzione]</w:t>
                </w:r>
              </w:sdtContent>
            </w:sdt>
          </w:p>
        </w:tc>
      </w:tr>
      <w:tr w:rsidR="00E54E13" w14:paraId="08AC8260" w14:textId="77777777">
        <w:trPr>
          <w:cantSplit/>
          <w:trHeight w:val="386"/>
          <w:jc w:val="center"/>
        </w:trPr>
        <w:tc>
          <w:tcPr>
            <w:tcW w:w="2891" w:type="dxa"/>
            <w:shd w:val="clear" w:color="auto" w:fill="EDF3F9"/>
            <w:vAlign w:val="center"/>
          </w:tcPr>
          <w:p w14:paraId="5A4978CA" w14:textId="77777777" w:rsidR="00E54E13" w:rsidRDefault="00000000">
            <w:pPr>
              <w:spacing w:before="30" w:after="30" w:line="236" w:lineRule="exact"/>
              <w:rPr>
                <w:rFonts w:hint="eastAsia"/>
              </w:rPr>
            </w:pPr>
            <w:r>
              <w:rPr>
                <w:b/>
                <w:sz w:val="18"/>
              </w:rPr>
              <w:t>Qualifica e valutazione</w:t>
            </w:r>
          </w:p>
        </w:tc>
        <w:tc>
          <w:tcPr>
            <w:tcW w:w="6860" w:type="dxa"/>
            <w:shd w:val="clear" w:color="auto" w:fill="F6F8FA"/>
            <w:vAlign w:val="center"/>
          </w:tcPr>
          <w:p w14:paraId="4FABB0DA" w14:textId="77777777" w:rsidR="00E54E13" w:rsidRDefault="00000000">
            <w:pPr>
              <w:spacing w:before="30" w:after="30" w:line="236" w:lineRule="exact"/>
              <w:rPr>
                <w:rFonts w:hint="eastAsia"/>
              </w:rPr>
            </w:pPr>
            <w:sdt>
              <w:sdtPr>
                <w:alias w:val="atto PES/PAV e riferimento A09"/>
                <w:tag w:val="campo_148"/>
                <w:id w:val="100148"/>
                <w:text w:multiLine="1"/>
              </w:sdtPr>
              <w:sdtContent>
                <w:r>
                  <w:rPr>
                    <w:color w:val="007E87"/>
                    <w:sz w:val="19"/>
                  </w:rPr>
                  <w:t>[atto PES/PAV e riferimento A09]</w:t>
                </w:r>
              </w:sdtContent>
            </w:sdt>
          </w:p>
        </w:tc>
      </w:tr>
    </w:tbl>
    <w:p w14:paraId="5D1254EB" w14:textId="77777777" w:rsidR="00E54E13" w:rsidRDefault="00E54E13">
      <w:pPr>
        <w:spacing w:after="40" w:line="40" w:lineRule="exact"/>
        <w:rPr>
          <w:rFonts w:hint="eastAsia"/>
        </w:rPr>
      </w:pPr>
    </w:p>
    <w:p w14:paraId="2350B67B" w14:textId="77777777" w:rsidR="00E54E13" w:rsidRDefault="00000000">
      <w:pPr>
        <w:rPr>
          <w:rFonts w:hint="eastAsia"/>
        </w:rPr>
      </w:pPr>
      <w:r>
        <w:t>Il datore di lavoro, esaminata la documentazione e valutati i requisiti teorici, pratici e personali pertinenti, riconosce al lavoratore l’idoneità a eseguire i seguenti lavori sotto tensione su sistemi di categoria 0 e I, entro l’ambito BT qui specificato: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402"/>
        <w:gridCol w:w="3005"/>
        <w:gridCol w:w="3345"/>
      </w:tblGrid>
      <w:tr w:rsidR="00E54E13" w14:paraId="31DC619E" w14:textId="77777777">
        <w:trPr>
          <w:tblHeader/>
          <w:jc w:val="center"/>
        </w:trPr>
        <w:tc>
          <w:tcPr>
            <w:tcW w:w="3402" w:type="dxa"/>
            <w:shd w:val="clear" w:color="auto" w:fill="12324B"/>
          </w:tcPr>
          <w:p w14:paraId="6A7550DE" w14:textId="77777777" w:rsidR="00E54E13" w:rsidRDefault="00000000">
            <w:pPr>
              <w:spacing w:before="30" w:after="30" w:line="234" w:lineRule="exact"/>
              <w:rPr>
                <w:rFonts w:hint="eastAsia"/>
              </w:rPr>
            </w:pPr>
            <w:r>
              <w:rPr>
                <w:b/>
                <w:color w:val="FFFFFF"/>
                <w:sz w:val="18"/>
              </w:rPr>
              <w:t>Lavoro / tecnica specifica</w:t>
            </w:r>
          </w:p>
        </w:tc>
        <w:tc>
          <w:tcPr>
            <w:tcW w:w="3005" w:type="dxa"/>
            <w:shd w:val="clear" w:color="auto" w:fill="12324B"/>
          </w:tcPr>
          <w:p w14:paraId="31AC39BA" w14:textId="77777777" w:rsidR="00E54E13" w:rsidRDefault="00000000">
            <w:pPr>
              <w:spacing w:before="30" w:after="30" w:line="234" w:lineRule="exact"/>
              <w:rPr>
                <w:rFonts w:hint="eastAsia"/>
              </w:rPr>
            </w:pPr>
            <w:r>
              <w:rPr>
                <w:b/>
                <w:color w:val="FFFFFF"/>
                <w:sz w:val="18"/>
              </w:rPr>
              <w:t>Impianto o componenti</w:t>
            </w:r>
          </w:p>
        </w:tc>
        <w:tc>
          <w:tcPr>
            <w:tcW w:w="3345" w:type="dxa"/>
            <w:shd w:val="clear" w:color="auto" w:fill="12324B"/>
          </w:tcPr>
          <w:p w14:paraId="372F6FAF" w14:textId="77777777" w:rsidR="00E54E13" w:rsidRDefault="00000000">
            <w:pPr>
              <w:spacing w:before="30" w:after="30" w:line="234" w:lineRule="exact"/>
              <w:rPr>
                <w:rFonts w:hint="eastAsia"/>
              </w:rPr>
            </w:pPr>
            <w:r>
              <w:rPr>
                <w:b/>
                <w:color w:val="FFFFFF"/>
                <w:sz w:val="18"/>
              </w:rPr>
              <w:t>Limiti riconosciuti</w:t>
            </w:r>
          </w:p>
        </w:tc>
      </w:tr>
      <w:tr w:rsidR="00E54E13" w14:paraId="4C85997E" w14:textId="77777777">
        <w:trPr>
          <w:cantSplit/>
          <w:trHeight w:val="737"/>
          <w:jc w:val="center"/>
        </w:trPr>
        <w:tc>
          <w:tcPr>
            <w:tcW w:w="3402" w:type="dxa"/>
            <w:vAlign w:val="center"/>
          </w:tcPr>
          <w:p w14:paraId="6E99CA74" w14:textId="77777777" w:rsidR="00E54E13" w:rsidRDefault="00000000">
            <w:pPr>
              <w:spacing w:before="30" w:after="30" w:line="234" w:lineRule="exact"/>
              <w:rPr>
                <w:rFonts w:hint="eastAsia"/>
              </w:rPr>
            </w:pPr>
            <w:r>
              <w:rPr>
                <w:sz w:val="18"/>
              </w:rPr>
              <w:t>[da compilare]</w:t>
            </w:r>
          </w:p>
        </w:tc>
        <w:tc>
          <w:tcPr>
            <w:tcW w:w="3005" w:type="dxa"/>
            <w:vAlign w:val="center"/>
          </w:tcPr>
          <w:p w14:paraId="1CF8BF1A" w14:textId="77777777" w:rsidR="00E54E13" w:rsidRDefault="00000000">
            <w:pPr>
              <w:spacing w:before="30" w:after="30" w:line="234" w:lineRule="exact"/>
              <w:rPr>
                <w:rFonts w:hint="eastAsia"/>
              </w:rPr>
            </w:pPr>
            <w:r>
              <w:rPr>
                <w:sz w:val="18"/>
              </w:rPr>
              <w:t>[da compilare]</w:t>
            </w:r>
          </w:p>
        </w:tc>
        <w:tc>
          <w:tcPr>
            <w:tcW w:w="3345" w:type="dxa"/>
            <w:vAlign w:val="center"/>
          </w:tcPr>
          <w:p w14:paraId="0DC7FEC6" w14:textId="77777777" w:rsidR="00E54E13" w:rsidRDefault="00000000">
            <w:pPr>
              <w:spacing w:before="30" w:after="30" w:line="234" w:lineRule="exact"/>
              <w:rPr>
                <w:rFonts w:hint="eastAsia"/>
              </w:rPr>
            </w:pPr>
            <w:r>
              <w:rPr>
                <w:sz w:val="18"/>
              </w:rPr>
              <w:t>[da compilare]</w:t>
            </w:r>
          </w:p>
        </w:tc>
      </w:tr>
      <w:tr w:rsidR="00E54E13" w14:paraId="62176CEF" w14:textId="77777777">
        <w:trPr>
          <w:cantSplit/>
          <w:trHeight w:val="737"/>
          <w:jc w:val="center"/>
        </w:trPr>
        <w:tc>
          <w:tcPr>
            <w:tcW w:w="3402" w:type="dxa"/>
            <w:shd w:val="clear" w:color="auto" w:fill="F6F8FA"/>
            <w:vAlign w:val="center"/>
          </w:tcPr>
          <w:p w14:paraId="3C5E4D04" w14:textId="77777777" w:rsidR="00E54E13" w:rsidRDefault="00000000">
            <w:pPr>
              <w:spacing w:before="30" w:after="30" w:line="234" w:lineRule="exact"/>
              <w:rPr>
                <w:rFonts w:hint="eastAsia"/>
              </w:rPr>
            </w:pPr>
            <w:r>
              <w:rPr>
                <w:sz w:val="18"/>
              </w:rPr>
              <w:t>[da compilare]</w:t>
            </w:r>
          </w:p>
        </w:tc>
        <w:tc>
          <w:tcPr>
            <w:tcW w:w="3005" w:type="dxa"/>
            <w:shd w:val="clear" w:color="auto" w:fill="F6F8FA"/>
            <w:vAlign w:val="center"/>
          </w:tcPr>
          <w:p w14:paraId="08BD6EEB" w14:textId="77777777" w:rsidR="00E54E13" w:rsidRDefault="00000000">
            <w:pPr>
              <w:spacing w:before="30" w:after="30" w:line="234" w:lineRule="exact"/>
              <w:rPr>
                <w:rFonts w:hint="eastAsia"/>
              </w:rPr>
            </w:pPr>
            <w:r>
              <w:rPr>
                <w:sz w:val="18"/>
              </w:rPr>
              <w:t>[da compilare]</w:t>
            </w:r>
          </w:p>
        </w:tc>
        <w:tc>
          <w:tcPr>
            <w:tcW w:w="3345" w:type="dxa"/>
            <w:shd w:val="clear" w:color="auto" w:fill="F6F8FA"/>
            <w:vAlign w:val="center"/>
          </w:tcPr>
          <w:p w14:paraId="6654E664" w14:textId="77777777" w:rsidR="00E54E13" w:rsidRDefault="00000000">
            <w:pPr>
              <w:spacing w:before="30" w:after="30" w:line="234" w:lineRule="exact"/>
              <w:rPr>
                <w:rFonts w:hint="eastAsia"/>
              </w:rPr>
            </w:pPr>
            <w:r>
              <w:rPr>
                <w:sz w:val="18"/>
              </w:rPr>
              <w:t>[da compilare]</w:t>
            </w:r>
          </w:p>
        </w:tc>
      </w:tr>
      <w:tr w:rsidR="00E54E13" w14:paraId="491CD0FA" w14:textId="77777777">
        <w:trPr>
          <w:cantSplit/>
          <w:trHeight w:val="737"/>
          <w:jc w:val="center"/>
        </w:trPr>
        <w:tc>
          <w:tcPr>
            <w:tcW w:w="3402" w:type="dxa"/>
            <w:vAlign w:val="center"/>
          </w:tcPr>
          <w:p w14:paraId="37BAE82A" w14:textId="77777777" w:rsidR="00E54E13" w:rsidRDefault="00000000">
            <w:pPr>
              <w:spacing w:before="30" w:after="30" w:line="234" w:lineRule="exact"/>
              <w:rPr>
                <w:rFonts w:hint="eastAsia"/>
              </w:rPr>
            </w:pPr>
            <w:r>
              <w:rPr>
                <w:sz w:val="18"/>
              </w:rPr>
              <w:t>[da compilare]</w:t>
            </w:r>
          </w:p>
        </w:tc>
        <w:tc>
          <w:tcPr>
            <w:tcW w:w="3005" w:type="dxa"/>
            <w:vAlign w:val="center"/>
          </w:tcPr>
          <w:p w14:paraId="186956D9" w14:textId="77777777" w:rsidR="00E54E13" w:rsidRDefault="00000000">
            <w:pPr>
              <w:spacing w:before="30" w:after="30" w:line="234" w:lineRule="exact"/>
              <w:rPr>
                <w:rFonts w:hint="eastAsia"/>
              </w:rPr>
            </w:pPr>
            <w:r>
              <w:rPr>
                <w:sz w:val="18"/>
              </w:rPr>
              <w:t>[da compilare]</w:t>
            </w:r>
          </w:p>
        </w:tc>
        <w:tc>
          <w:tcPr>
            <w:tcW w:w="3345" w:type="dxa"/>
            <w:vAlign w:val="center"/>
          </w:tcPr>
          <w:p w14:paraId="1C35702B" w14:textId="77777777" w:rsidR="00E54E13" w:rsidRDefault="00000000">
            <w:pPr>
              <w:spacing w:before="30" w:after="30" w:line="234" w:lineRule="exact"/>
              <w:rPr>
                <w:rFonts w:hint="eastAsia"/>
              </w:rPr>
            </w:pPr>
            <w:r>
              <w:rPr>
                <w:sz w:val="18"/>
              </w:rPr>
              <w:t>[da compilare]</w:t>
            </w:r>
          </w:p>
        </w:tc>
      </w:tr>
    </w:tbl>
    <w:p w14:paraId="7189D8D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5B2D18F" w14:textId="77777777">
        <w:trPr>
          <w:cantSplit/>
          <w:trHeight w:val="386"/>
          <w:jc w:val="center"/>
        </w:trPr>
        <w:tc>
          <w:tcPr>
            <w:tcW w:w="2891" w:type="dxa"/>
            <w:shd w:val="clear" w:color="auto" w:fill="EDF3F9"/>
            <w:vAlign w:val="center"/>
          </w:tcPr>
          <w:p w14:paraId="50519284" w14:textId="77777777" w:rsidR="00E54E13" w:rsidRDefault="00000000">
            <w:pPr>
              <w:spacing w:before="30" w:after="30" w:line="236" w:lineRule="exact"/>
              <w:rPr>
                <w:rFonts w:hint="eastAsia"/>
              </w:rPr>
            </w:pPr>
            <w:r>
              <w:rPr>
                <w:b/>
                <w:sz w:val="18"/>
              </w:rPr>
              <w:t>Decorrenza dell’idoneità</w:t>
            </w:r>
          </w:p>
        </w:tc>
        <w:tc>
          <w:tcPr>
            <w:tcW w:w="6860" w:type="dxa"/>
            <w:vAlign w:val="center"/>
          </w:tcPr>
          <w:p w14:paraId="646EB216" w14:textId="77777777" w:rsidR="00E54E13" w:rsidRDefault="00000000">
            <w:pPr>
              <w:spacing w:before="30" w:after="30" w:line="236" w:lineRule="exact"/>
              <w:rPr>
                <w:rFonts w:hint="eastAsia"/>
              </w:rPr>
            </w:pPr>
            <w:sdt>
              <w:sdtPr>
                <w:alias w:val="data e identificativo atto"/>
                <w:tag w:val="campo_149"/>
                <w:id w:val="100149"/>
                <w:text w:multiLine="1"/>
              </w:sdtPr>
              <w:sdtContent>
                <w:r>
                  <w:rPr>
                    <w:color w:val="007E87"/>
                    <w:sz w:val="19"/>
                  </w:rPr>
                  <w:t>[data e identificativo atto]</w:t>
                </w:r>
              </w:sdtContent>
            </w:sdt>
          </w:p>
        </w:tc>
      </w:tr>
      <w:tr w:rsidR="00E54E13" w14:paraId="3973E76D" w14:textId="77777777">
        <w:trPr>
          <w:cantSplit/>
          <w:trHeight w:val="386"/>
          <w:jc w:val="center"/>
        </w:trPr>
        <w:tc>
          <w:tcPr>
            <w:tcW w:w="2891" w:type="dxa"/>
            <w:shd w:val="clear" w:color="auto" w:fill="EDF3F9"/>
            <w:vAlign w:val="center"/>
          </w:tcPr>
          <w:p w14:paraId="381E0D14" w14:textId="77777777" w:rsidR="00E54E13" w:rsidRDefault="00000000">
            <w:pPr>
              <w:spacing w:before="30" w:after="30" w:line="236" w:lineRule="exact"/>
              <w:rPr>
                <w:rFonts w:hint="eastAsia"/>
              </w:rPr>
            </w:pPr>
            <w:r>
              <w:rPr>
                <w:b/>
                <w:sz w:val="18"/>
              </w:rPr>
              <w:t>Mantenimento della pratica</w:t>
            </w:r>
          </w:p>
        </w:tc>
        <w:tc>
          <w:tcPr>
            <w:tcW w:w="6860" w:type="dxa"/>
            <w:shd w:val="clear" w:color="auto" w:fill="F6F8FA"/>
            <w:vAlign w:val="center"/>
          </w:tcPr>
          <w:p w14:paraId="73E87F98" w14:textId="77777777" w:rsidR="00E54E13" w:rsidRDefault="00000000">
            <w:pPr>
              <w:spacing w:before="30" w:after="30" w:line="236" w:lineRule="exact"/>
              <w:rPr>
                <w:rFonts w:hint="eastAsia"/>
              </w:rPr>
            </w:pPr>
            <w:sdt>
              <w:sdtPr>
                <w:alias w:val="modalità di verifica e addestramenti previsti"/>
                <w:tag w:val="campo_150"/>
                <w:id w:val="100150"/>
                <w:text w:multiLine="1"/>
              </w:sdtPr>
              <w:sdtContent>
                <w:r>
                  <w:rPr>
                    <w:color w:val="007E87"/>
                    <w:sz w:val="19"/>
                  </w:rPr>
                  <w:t>[modalità di verifica e addestramenti previsti]</w:t>
                </w:r>
              </w:sdtContent>
            </w:sdt>
          </w:p>
        </w:tc>
      </w:tr>
      <w:tr w:rsidR="00E54E13" w14:paraId="35F3117E" w14:textId="77777777">
        <w:trPr>
          <w:cantSplit/>
          <w:trHeight w:val="386"/>
          <w:jc w:val="center"/>
        </w:trPr>
        <w:tc>
          <w:tcPr>
            <w:tcW w:w="2891" w:type="dxa"/>
            <w:shd w:val="clear" w:color="auto" w:fill="EDF3F9"/>
            <w:vAlign w:val="center"/>
          </w:tcPr>
          <w:p w14:paraId="2E820828" w14:textId="77777777" w:rsidR="00E54E13" w:rsidRDefault="00000000">
            <w:pPr>
              <w:spacing w:before="30" w:after="30" w:line="236" w:lineRule="exact"/>
              <w:rPr>
                <w:rFonts w:hint="eastAsia"/>
              </w:rPr>
            </w:pPr>
            <w:r>
              <w:rPr>
                <w:b/>
                <w:sz w:val="18"/>
              </w:rPr>
              <w:t>Riesame previsto</w:t>
            </w:r>
          </w:p>
        </w:tc>
        <w:tc>
          <w:tcPr>
            <w:tcW w:w="6860" w:type="dxa"/>
            <w:vAlign w:val="center"/>
          </w:tcPr>
          <w:p w14:paraId="4D7FABEA" w14:textId="77777777" w:rsidR="00E54E13" w:rsidRDefault="00000000">
            <w:pPr>
              <w:spacing w:before="30" w:after="30" w:line="236" w:lineRule="exact"/>
              <w:rPr>
                <w:rFonts w:hint="eastAsia"/>
              </w:rPr>
            </w:pPr>
            <w:sdt>
              <w:sdtPr>
                <w:alias w:val="criterio aziendale; annuale come buona pratica, se adottato"/>
                <w:tag w:val="campo_151"/>
                <w:id w:val="100151"/>
                <w:text w:multiLine="1"/>
              </w:sdtPr>
              <w:sdtContent>
                <w:r>
                  <w:rPr>
                    <w:color w:val="007E87"/>
                    <w:sz w:val="19"/>
                  </w:rPr>
                  <w:t>[criterio aziendale; annuale come buona pratica, se adottato]</w:t>
                </w:r>
              </w:sdtContent>
            </w:sdt>
          </w:p>
        </w:tc>
      </w:tr>
    </w:tbl>
    <w:p w14:paraId="48F2CE50" w14:textId="77777777" w:rsidR="00E54E13" w:rsidRDefault="00E54E13">
      <w:pPr>
        <w:spacing w:after="40" w:line="40" w:lineRule="exact"/>
        <w:rPr>
          <w:rFonts w:hint="eastAsia"/>
        </w:rPr>
      </w:pPr>
    </w:p>
    <w:p w14:paraId="25E1AE1A" w14:textId="77777777" w:rsidR="00E54E13" w:rsidRDefault="00000000">
      <w:pPr>
        <w:rPr>
          <w:rFonts w:hint="eastAsia"/>
        </w:rPr>
      </w:pPr>
      <w:r>
        <w:t>Il riconoscimento si limita alle attività indicate e non si estende automaticamente ad altre tecniche o impianti. L’idoneità è soggetta a verifica quando necessario e può essere revocata al venir meno dei requisiti. Non costituisce un giudizio sanitario sulla mansione.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7C90DE30" w14:textId="77777777">
        <w:trPr>
          <w:tblHeader/>
          <w:jc w:val="center"/>
        </w:trPr>
        <w:tc>
          <w:tcPr>
            <w:tcW w:w="3250" w:type="dxa"/>
            <w:shd w:val="clear" w:color="auto" w:fill="12324B"/>
          </w:tcPr>
          <w:p w14:paraId="5DE0E985"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186B7780"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6DD4175B" w14:textId="77777777" w:rsidR="00E54E13" w:rsidRDefault="00000000">
            <w:pPr>
              <w:spacing w:before="30" w:after="30" w:line="228" w:lineRule="exact"/>
              <w:rPr>
                <w:rFonts w:hint="eastAsia"/>
              </w:rPr>
            </w:pPr>
            <w:r>
              <w:rPr>
                <w:b/>
                <w:color w:val="FFFFFF"/>
                <w:sz w:val="17"/>
              </w:rPr>
              <w:t>Data</w:t>
            </w:r>
          </w:p>
        </w:tc>
      </w:tr>
      <w:tr w:rsidR="00E54E13" w14:paraId="378B8090" w14:textId="77777777">
        <w:trPr>
          <w:cantSplit/>
          <w:trHeight w:val="567"/>
          <w:jc w:val="center"/>
        </w:trPr>
        <w:tc>
          <w:tcPr>
            <w:tcW w:w="3250" w:type="dxa"/>
            <w:vAlign w:val="center"/>
          </w:tcPr>
          <w:p w14:paraId="5CA8D97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4AA7D3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B92BDE3" w14:textId="77777777" w:rsidR="00E54E13" w:rsidRDefault="00000000">
            <w:pPr>
              <w:spacing w:before="30" w:after="30" w:line="228" w:lineRule="exact"/>
              <w:rPr>
                <w:rFonts w:hint="eastAsia"/>
              </w:rPr>
            </w:pPr>
            <w:r>
              <w:rPr>
                <w:sz w:val="17"/>
              </w:rPr>
              <w:t>____ / ____ / ______</w:t>
            </w:r>
          </w:p>
        </w:tc>
      </w:tr>
    </w:tbl>
    <w:p w14:paraId="7DCFD8A5" w14:textId="77777777" w:rsidR="00E54E13" w:rsidRDefault="00E54E13">
      <w:pPr>
        <w:spacing w:after="40" w:line="40" w:lineRule="exact"/>
        <w:rPr>
          <w:rFonts w:hint="eastAsia"/>
        </w:rPr>
      </w:pPr>
    </w:p>
    <w:p w14:paraId="29B724F5" w14:textId="77777777" w:rsidR="00E54E13" w:rsidRDefault="00000000">
      <w:pPr>
        <w:pStyle w:val="Source"/>
        <w:rPr>
          <w:rFonts w:hint="eastAsia"/>
        </w:rPr>
      </w:pPr>
      <w:r>
        <w:t>Modello originale [AZ]. Base: INAIL 2026, pp. 5–6. I campi vuoti non costituiscono una verifica positiva.</w:t>
      </w:r>
    </w:p>
    <w:p w14:paraId="72119DF2" w14:textId="77777777" w:rsidR="00E54E13" w:rsidRDefault="00000000">
      <w:pPr>
        <w:pStyle w:val="Eyebrow"/>
        <w:keepNext/>
        <w:pageBreakBefore/>
        <w:rPr>
          <w:rFonts w:hint="eastAsia"/>
        </w:rPr>
      </w:pPr>
      <w:r>
        <w:t>PARTE II  /  ALLEGATO OPERATIVO [AZ]</w:t>
      </w:r>
    </w:p>
    <w:p w14:paraId="28E5500A" w14:textId="77777777" w:rsidR="00E54E13" w:rsidRDefault="00000000">
      <w:pPr>
        <w:pStyle w:val="Titolo1"/>
      </w:pPr>
      <w:bookmarkStart w:id="44" w:name="B45_A10"/>
      <w:r>
        <w:t>A10  Autorizzazione ai lavori sotto tensione BT</w:t>
      </w:r>
      <w:bookmarkEnd w:id="44"/>
    </w:p>
    <w:p w14:paraId="003C64AE" w14:textId="77777777" w:rsidR="00E54E13" w:rsidRDefault="00000000">
      <w:pPr>
        <w:pStyle w:val="FormHint"/>
        <w:rPr>
          <w:rFonts w:hint="eastAsia"/>
        </w:rPr>
      </w:pPr>
      <w:r>
        <w:t>Scheda 2 di 2. Atto distinto nel significato dall’idoneità e dalla consegna del singolo impianto.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168D45F" w14:textId="77777777">
        <w:trPr>
          <w:cantSplit/>
          <w:trHeight w:val="346"/>
          <w:jc w:val="center"/>
        </w:trPr>
        <w:tc>
          <w:tcPr>
            <w:tcW w:w="2891" w:type="dxa"/>
            <w:shd w:val="clear" w:color="auto" w:fill="EDF3F9"/>
            <w:vAlign w:val="center"/>
          </w:tcPr>
          <w:p w14:paraId="27EF20E8" w14:textId="77777777" w:rsidR="00E54E13" w:rsidRDefault="00000000">
            <w:pPr>
              <w:spacing w:before="30" w:after="30" w:line="236" w:lineRule="exact"/>
              <w:rPr>
                <w:rFonts w:hint="eastAsia"/>
              </w:rPr>
            </w:pPr>
            <w:r>
              <w:rPr>
                <w:b/>
                <w:sz w:val="18"/>
              </w:rPr>
              <w:t>Azienda / unità</w:t>
            </w:r>
          </w:p>
        </w:tc>
        <w:tc>
          <w:tcPr>
            <w:tcW w:w="6860" w:type="dxa"/>
            <w:vAlign w:val="center"/>
          </w:tcPr>
          <w:p w14:paraId="1BCE38E1" w14:textId="77777777" w:rsidR="00E54E13" w:rsidRDefault="00000000">
            <w:pPr>
              <w:spacing w:before="30" w:after="30" w:line="236" w:lineRule="exact"/>
              <w:rPr>
                <w:rFonts w:hint="eastAsia"/>
              </w:rPr>
            </w:pPr>
            <w:sdt>
              <w:sdtPr>
                <w:alias w:val="ragione sociale e sede"/>
                <w:tag w:val="campo_153"/>
                <w:id w:val="100153"/>
                <w:text w:multiLine="1"/>
              </w:sdtPr>
              <w:sdtContent>
                <w:r>
                  <w:rPr>
                    <w:color w:val="007E87"/>
                    <w:sz w:val="19"/>
                  </w:rPr>
                  <w:t>[ragione sociale e sede]</w:t>
                </w:r>
              </w:sdtContent>
            </w:sdt>
          </w:p>
        </w:tc>
      </w:tr>
      <w:tr w:rsidR="00E54E13" w14:paraId="3354C21C" w14:textId="77777777">
        <w:trPr>
          <w:cantSplit/>
          <w:trHeight w:val="346"/>
          <w:jc w:val="center"/>
        </w:trPr>
        <w:tc>
          <w:tcPr>
            <w:tcW w:w="2891" w:type="dxa"/>
            <w:shd w:val="clear" w:color="auto" w:fill="EDF3F9"/>
            <w:vAlign w:val="center"/>
          </w:tcPr>
          <w:p w14:paraId="3DA8290A"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773B2704" w14:textId="77777777" w:rsidR="00E54E13" w:rsidRDefault="00000000">
            <w:pPr>
              <w:spacing w:before="30" w:after="30" w:line="236" w:lineRule="exact"/>
              <w:rPr>
                <w:rFonts w:hint="eastAsia"/>
              </w:rPr>
            </w:pPr>
            <w:sdt>
              <w:sdtPr>
                <w:alias w:val="codice, revisione e data"/>
                <w:tag w:val="campo_154"/>
                <w:id w:val="100154"/>
                <w:text w:multiLine="1"/>
              </w:sdtPr>
              <w:sdtContent>
                <w:r>
                  <w:rPr>
                    <w:color w:val="007E87"/>
                    <w:sz w:val="19"/>
                  </w:rPr>
                  <w:t>[codice, revisione e data]</w:t>
                </w:r>
              </w:sdtContent>
            </w:sdt>
          </w:p>
        </w:tc>
      </w:tr>
      <w:tr w:rsidR="00E54E13" w14:paraId="051415E2" w14:textId="77777777">
        <w:trPr>
          <w:cantSplit/>
          <w:trHeight w:val="346"/>
          <w:jc w:val="center"/>
        </w:trPr>
        <w:tc>
          <w:tcPr>
            <w:tcW w:w="2891" w:type="dxa"/>
            <w:shd w:val="clear" w:color="auto" w:fill="EDF3F9"/>
            <w:vAlign w:val="center"/>
          </w:tcPr>
          <w:p w14:paraId="55A7772D"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1493CC5F" w14:textId="77777777" w:rsidR="00E54E13" w:rsidRDefault="00000000">
            <w:pPr>
              <w:spacing w:before="30" w:after="30" w:line="236" w:lineRule="exact"/>
              <w:rPr>
                <w:rFonts w:hint="eastAsia"/>
              </w:rPr>
            </w:pPr>
            <w:sdt>
              <w:sdtPr>
                <w:alias w:val="nome, matricola e mansione"/>
                <w:tag w:val="campo_155"/>
                <w:id w:val="100155"/>
                <w:text w:multiLine="1"/>
              </w:sdtPr>
              <w:sdtContent>
                <w:r>
                  <w:rPr>
                    <w:color w:val="007E87"/>
                    <w:sz w:val="19"/>
                  </w:rPr>
                  <w:t>[nome, matricola e mansione]</w:t>
                </w:r>
              </w:sdtContent>
            </w:sdt>
          </w:p>
        </w:tc>
      </w:tr>
    </w:tbl>
    <w:p w14:paraId="6E98298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796CFD3" w14:textId="77777777">
        <w:trPr>
          <w:cantSplit/>
          <w:trHeight w:val="386"/>
          <w:jc w:val="center"/>
        </w:trPr>
        <w:tc>
          <w:tcPr>
            <w:tcW w:w="2891" w:type="dxa"/>
            <w:shd w:val="clear" w:color="auto" w:fill="EDF3F9"/>
            <w:vAlign w:val="center"/>
          </w:tcPr>
          <w:p w14:paraId="5E7D5916" w14:textId="77777777" w:rsidR="00E54E13" w:rsidRDefault="00000000">
            <w:pPr>
              <w:spacing w:before="30" w:after="30" w:line="236" w:lineRule="exact"/>
              <w:rPr>
                <w:rFonts w:hint="eastAsia"/>
              </w:rPr>
            </w:pPr>
            <w:r>
              <w:rPr>
                <w:b/>
                <w:sz w:val="18"/>
              </w:rPr>
              <w:t>Attestazione di idoneità</w:t>
            </w:r>
          </w:p>
        </w:tc>
        <w:tc>
          <w:tcPr>
            <w:tcW w:w="6860" w:type="dxa"/>
            <w:vAlign w:val="center"/>
          </w:tcPr>
          <w:p w14:paraId="09CF7A63" w14:textId="77777777" w:rsidR="00E54E13" w:rsidRDefault="00000000">
            <w:pPr>
              <w:spacing w:before="30" w:after="30" w:line="236" w:lineRule="exact"/>
              <w:rPr>
                <w:rFonts w:hint="eastAsia"/>
              </w:rPr>
            </w:pPr>
            <w:sdt>
              <w:sdtPr>
                <w:alias w:val="codice, data e ambito"/>
                <w:tag w:val="campo_156"/>
                <w:id w:val="100156"/>
                <w:text w:multiLine="1"/>
              </w:sdtPr>
              <w:sdtContent>
                <w:r>
                  <w:rPr>
                    <w:color w:val="007E87"/>
                    <w:sz w:val="19"/>
                  </w:rPr>
                  <w:t>[codice, data e ambito]</w:t>
                </w:r>
              </w:sdtContent>
            </w:sdt>
          </w:p>
        </w:tc>
      </w:tr>
      <w:tr w:rsidR="00E54E13" w14:paraId="32811D53" w14:textId="77777777">
        <w:trPr>
          <w:cantSplit/>
          <w:trHeight w:val="386"/>
          <w:jc w:val="center"/>
        </w:trPr>
        <w:tc>
          <w:tcPr>
            <w:tcW w:w="2891" w:type="dxa"/>
            <w:shd w:val="clear" w:color="auto" w:fill="EDF3F9"/>
            <w:vAlign w:val="center"/>
          </w:tcPr>
          <w:p w14:paraId="6FAFC3C4" w14:textId="77777777" w:rsidR="00E54E13" w:rsidRDefault="00000000">
            <w:pPr>
              <w:spacing w:before="30" w:after="30" w:line="236" w:lineRule="exact"/>
              <w:rPr>
                <w:rFonts w:hint="eastAsia"/>
              </w:rPr>
            </w:pPr>
            <w:r>
              <w:rPr>
                <w:b/>
                <w:sz w:val="18"/>
              </w:rPr>
              <w:t>Datore di lavoro autorizzante</w:t>
            </w:r>
          </w:p>
        </w:tc>
        <w:tc>
          <w:tcPr>
            <w:tcW w:w="6860" w:type="dxa"/>
            <w:shd w:val="clear" w:color="auto" w:fill="F6F8FA"/>
            <w:vAlign w:val="center"/>
          </w:tcPr>
          <w:p w14:paraId="44F6289E" w14:textId="77777777" w:rsidR="00E54E13" w:rsidRDefault="00000000">
            <w:pPr>
              <w:spacing w:before="30" w:after="30" w:line="236" w:lineRule="exact"/>
              <w:rPr>
                <w:rFonts w:hint="eastAsia"/>
              </w:rPr>
            </w:pPr>
            <w:sdt>
              <w:sdtPr>
                <w:alias w:val="nominativo"/>
                <w:tag w:val="campo_157"/>
                <w:id w:val="100157"/>
                <w:text w:multiLine="1"/>
              </w:sdtPr>
              <w:sdtContent>
                <w:r>
                  <w:rPr>
                    <w:color w:val="007E87"/>
                    <w:sz w:val="19"/>
                  </w:rPr>
                  <w:t>[nominativo]</w:t>
                </w:r>
              </w:sdtContent>
            </w:sdt>
          </w:p>
        </w:tc>
      </w:tr>
    </w:tbl>
    <w:p w14:paraId="1E4ED085" w14:textId="77777777" w:rsidR="00E54E13" w:rsidRDefault="00E54E13">
      <w:pPr>
        <w:spacing w:after="40" w:line="40" w:lineRule="exact"/>
        <w:rPr>
          <w:rFonts w:hint="eastAsia"/>
        </w:rPr>
      </w:pPr>
    </w:p>
    <w:p w14:paraId="50A25036" w14:textId="77777777" w:rsidR="00E54E13" w:rsidRDefault="00000000">
      <w:pPr>
        <w:rPr>
          <w:rFonts w:hint="eastAsia"/>
        </w:rPr>
      </w:pPr>
      <w:r>
        <w:t>Il datore di lavoro autorizza il lavoratore a svolgere le sole attività sotto tensione di seguito elencate, entro i limiti dell’idoneità riconosciuta e alle condizioni tecniche e organizzative effettivamente applicabili.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402"/>
        <w:gridCol w:w="2608"/>
        <w:gridCol w:w="3742"/>
      </w:tblGrid>
      <w:tr w:rsidR="00E54E13" w14:paraId="60C0121C" w14:textId="77777777">
        <w:trPr>
          <w:tblHeader/>
          <w:jc w:val="center"/>
        </w:trPr>
        <w:tc>
          <w:tcPr>
            <w:tcW w:w="3402" w:type="dxa"/>
            <w:shd w:val="clear" w:color="auto" w:fill="12324B"/>
          </w:tcPr>
          <w:p w14:paraId="7DEC15E8" w14:textId="77777777" w:rsidR="00E54E13" w:rsidRDefault="00000000">
            <w:pPr>
              <w:spacing w:before="30" w:after="30" w:line="234" w:lineRule="exact"/>
              <w:rPr>
                <w:rFonts w:hint="eastAsia"/>
              </w:rPr>
            </w:pPr>
            <w:r>
              <w:rPr>
                <w:b/>
                <w:color w:val="FFFFFF"/>
                <w:sz w:val="18"/>
              </w:rPr>
              <w:t>Attività autorizzata</w:t>
            </w:r>
          </w:p>
        </w:tc>
        <w:tc>
          <w:tcPr>
            <w:tcW w:w="2608" w:type="dxa"/>
            <w:shd w:val="clear" w:color="auto" w:fill="12324B"/>
          </w:tcPr>
          <w:p w14:paraId="651173DE" w14:textId="77777777" w:rsidR="00E54E13" w:rsidRDefault="00000000">
            <w:pPr>
              <w:spacing w:before="30" w:after="30" w:line="234" w:lineRule="exact"/>
              <w:rPr>
                <w:rFonts w:hint="eastAsia"/>
              </w:rPr>
            </w:pPr>
            <w:r>
              <w:rPr>
                <w:b/>
                <w:color w:val="FFFFFF"/>
                <w:sz w:val="18"/>
              </w:rPr>
              <w:t>Istruzione / revisione</w:t>
            </w:r>
          </w:p>
        </w:tc>
        <w:tc>
          <w:tcPr>
            <w:tcW w:w="3742" w:type="dxa"/>
            <w:shd w:val="clear" w:color="auto" w:fill="12324B"/>
          </w:tcPr>
          <w:p w14:paraId="6996FEF6" w14:textId="77777777" w:rsidR="00E54E13" w:rsidRDefault="00000000">
            <w:pPr>
              <w:spacing w:before="30" w:after="30" w:line="234" w:lineRule="exact"/>
              <w:rPr>
                <w:rFonts w:hint="eastAsia"/>
              </w:rPr>
            </w:pPr>
            <w:r>
              <w:rPr>
                <w:b/>
                <w:color w:val="FFFFFF"/>
                <w:sz w:val="18"/>
              </w:rPr>
              <w:t>Limiti, DPI e condizioni richiamati</w:t>
            </w:r>
          </w:p>
        </w:tc>
      </w:tr>
      <w:tr w:rsidR="00E54E13" w14:paraId="4E5D11EB" w14:textId="77777777">
        <w:trPr>
          <w:cantSplit/>
          <w:trHeight w:val="709"/>
          <w:jc w:val="center"/>
        </w:trPr>
        <w:tc>
          <w:tcPr>
            <w:tcW w:w="3402" w:type="dxa"/>
            <w:vAlign w:val="center"/>
          </w:tcPr>
          <w:p w14:paraId="4383A7D8" w14:textId="77777777" w:rsidR="00E54E13" w:rsidRDefault="00000000">
            <w:pPr>
              <w:spacing w:before="30" w:after="30" w:line="234" w:lineRule="exact"/>
              <w:rPr>
                <w:rFonts w:hint="eastAsia"/>
              </w:rPr>
            </w:pPr>
            <w:r>
              <w:rPr>
                <w:sz w:val="18"/>
              </w:rPr>
              <w:t>[da compilare]</w:t>
            </w:r>
          </w:p>
        </w:tc>
        <w:tc>
          <w:tcPr>
            <w:tcW w:w="2608" w:type="dxa"/>
            <w:vAlign w:val="center"/>
          </w:tcPr>
          <w:p w14:paraId="2CCAE3FC" w14:textId="77777777" w:rsidR="00E54E13" w:rsidRDefault="00000000">
            <w:pPr>
              <w:spacing w:before="30" w:after="30" w:line="234" w:lineRule="exact"/>
              <w:rPr>
                <w:rFonts w:hint="eastAsia"/>
              </w:rPr>
            </w:pPr>
            <w:r>
              <w:rPr>
                <w:sz w:val="18"/>
              </w:rPr>
              <w:t>[da compilare]</w:t>
            </w:r>
          </w:p>
        </w:tc>
        <w:tc>
          <w:tcPr>
            <w:tcW w:w="3742" w:type="dxa"/>
            <w:vAlign w:val="center"/>
          </w:tcPr>
          <w:p w14:paraId="7E98FE34" w14:textId="77777777" w:rsidR="00E54E13" w:rsidRDefault="00000000">
            <w:pPr>
              <w:spacing w:before="30" w:after="30" w:line="234" w:lineRule="exact"/>
              <w:rPr>
                <w:rFonts w:hint="eastAsia"/>
              </w:rPr>
            </w:pPr>
            <w:r>
              <w:rPr>
                <w:sz w:val="18"/>
              </w:rPr>
              <w:t>[da compilare]</w:t>
            </w:r>
          </w:p>
        </w:tc>
      </w:tr>
      <w:tr w:rsidR="00E54E13" w14:paraId="4AB1CCC1" w14:textId="77777777">
        <w:trPr>
          <w:cantSplit/>
          <w:trHeight w:val="709"/>
          <w:jc w:val="center"/>
        </w:trPr>
        <w:tc>
          <w:tcPr>
            <w:tcW w:w="3402" w:type="dxa"/>
            <w:shd w:val="clear" w:color="auto" w:fill="F6F8FA"/>
            <w:vAlign w:val="center"/>
          </w:tcPr>
          <w:p w14:paraId="6385361E" w14:textId="77777777" w:rsidR="00E54E13" w:rsidRDefault="00000000">
            <w:pPr>
              <w:spacing w:before="30" w:after="30" w:line="234" w:lineRule="exact"/>
              <w:rPr>
                <w:rFonts w:hint="eastAsia"/>
              </w:rPr>
            </w:pPr>
            <w:r>
              <w:rPr>
                <w:sz w:val="18"/>
              </w:rPr>
              <w:t>[da compilare]</w:t>
            </w:r>
          </w:p>
        </w:tc>
        <w:tc>
          <w:tcPr>
            <w:tcW w:w="2608" w:type="dxa"/>
            <w:shd w:val="clear" w:color="auto" w:fill="F6F8FA"/>
            <w:vAlign w:val="center"/>
          </w:tcPr>
          <w:p w14:paraId="0879FD43" w14:textId="77777777" w:rsidR="00E54E13" w:rsidRDefault="00000000">
            <w:pPr>
              <w:spacing w:before="30" w:after="30" w:line="234" w:lineRule="exact"/>
              <w:rPr>
                <w:rFonts w:hint="eastAsia"/>
              </w:rPr>
            </w:pPr>
            <w:r>
              <w:rPr>
                <w:sz w:val="18"/>
              </w:rPr>
              <w:t>[da compilare]</w:t>
            </w:r>
          </w:p>
        </w:tc>
        <w:tc>
          <w:tcPr>
            <w:tcW w:w="3742" w:type="dxa"/>
            <w:shd w:val="clear" w:color="auto" w:fill="F6F8FA"/>
            <w:vAlign w:val="center"/>
          </w:tcPr>
          <w:p w14:paraId="4AF59715" w14:textId="77777777" w:rsidR="00E54E13" w:rsidRDefault="00000000">
            <w:pPr>
              <w:spacing w:before="30" w:after="30" w:line="234" w:lineRule="exact"/>
              <w:rPr>
                <w:rFonts w:hint="eastAsia"/>
              </w:rPr>
            </w:pPr>
            <w:r>
              <w:rPr>
                <w:sz w:val="18"/>
              </w:rPr>
              <w:t>[da compilare]</w:t>
            </w:r>
          </w:p>
        </w:tc>
      </w:tr>
      <w:tr w:rsidR="00E54E13" w14:paraId="3873FE24" w14:textId="77777777">
        <w:trPr>
          <w:cantSplit/>
          <w:trHeight w:val="709"/>
          <w:jc w:val="center"/>
        </w:trPr>
        <w:tc>
          <w:tcPr>
            <w:tcW w:w="3402" w:type="dxa"/>
            <w:vAlign w:val="center"/>
          </w:tcPr>
          <w:p w14:paraId="2208F6EF" w14:textId="77777777" w:rsidR="00E54E13" w:rsidRDefault="00000000">
            <w:pPr>
              <w:spacing w:before="30" w:after="30" w:line="234" w:lineRule="exact"/>
              <w:rPr>
                <w:rFonts w:hint="eastAsia"/>
              </w:rPr>
            </w:pPr>
            <w:r>
              <w:rPr>
                <w:sz w:val="18"/>
              </w:rPr>
              <w:t>[da compilare]</w:t>
            </w:r>
          </w:p>
        </w:tc>
        <w:tc>
          <w:tcPr>
            <w:tcW w:w="2608" w:type="dxa"/>
            <w:vAlign w:val="center"/>
          </w:tcPr>
          <w:p w14:paraId="4CF5FB1A" w14:textId="77777777" w:rsidR="00E54E13" w:rsidRDefault="00000000">
            <w:pPr>
              <w:spacing w:before="30" w:after="30" w:line="234" w:lineRule="exact"/>
              <w:rPr>
                <w:rFonts w:hint="eastAsia"/>
              </w:rPr>
            </w:pPr>
            <w:r>
              <w:rPr>
                <w:sz w:val="18"/>
              </w:rPr>
              <w:t>[da compilare]</w:t>
            </w:r>
          </w:p>
        </w:tc>
        <w:tc>
          <w:tcPr>
            <w:tcW w:w="3742" w:type="dxa"/>
            <w:vAlign w:val="center"/>
          </w:tcPr>
          <w:p w14:paraId="13AEEAD7" w14:textId="77777777" w:rsidR="00E54E13" w:rsidRDefault="00000000">
            <w:pPr>
              <w:spacing w:before="30" w:after="30" w:line="234" w:lineRule="exact"/>
              <w:rPr>
                <w:rFonts w:hint="eastAsia"/>
              </w:rPr>
            </w:pPr>
            <w:r>
              <w:rPr>
                <w:sz w:val="18"/>
              </w:rPr>
              <w:t>[da compilare]</w:t>
            </w:r>
          </w:p>
        </w:tc>
      </w:tr>
    </w:tbl>
    <w:p w14:paraId="54E98238"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98A24E5" w14:textId="77777777">
        <w:trPr>
          <w:cantSplit/>
          <w:trHeight w:val="386"/>
          <w:jc w:val="center"/>
        </w:trPr>
        <w:tc>
          <w:tcPr>
            <w:tcW w:w="2891" w:type="dxa"/>
            <w:shd w:val="clear" w:color="auto" w:fill="EDF3F9"/>
            <w:vAlign w:val="center"/>
          </w:tcPr>
          <w:p w14:paraId="1D3581B3" w14:textId="77777777" w:rsidR="00E54E13" w:rsidRDefault="00000000">
            <w:pPr>
              <w:spacing w:before="30" w:after="30" w:line="236" w:lineRule="exact"/>
              <w:rPr>
                <w:rFonts w:hint="eastAsia"/>
              </w:rPr>
            </w:pPr>
            <w:r>
              <w:rPr>
                <w:b/>
                <w:sz w:val="18"/>
              </w:rPr>
              <w:t>Decorrenza e condizioni</w:t>
            </w:r>
          </w:p>
        </w:tc>
        <w:tc>
          <w:tcPr>
            <w:tcW w:w="6860" w:type="dxa"/>
            <w:vAlign w:val="center"/>
          </w:tcPr>
          <w:p w14:paraId="28BD8453" w14:textId="77777777" w:rsidR="00E54E13" w:rsidRDefault="00000000">
            <w:pPr>
              <w:spacing w:before="30" w:after="30" w:line="236" w:lineRule="exact"/>
              <w:rPr>
                <w:rFonts w:hint="eastAsia"/>
              </w:rPr>
            </w:pPr>
            <w:sdt>
              <w:sdtPr>
                <w:alias w:val="data, eventuali limitazioni o durata stabilita dall’azienda"/>
                <w:tag w:val="campo_158"/>
                <w:id w:val="100158"/>
                <w:text w:multiLine="1"/>
              </w:sdtPr>
              <w:sdtContent>
                <w:r>
                  <w:rPr>
                    <w:color w:val="007E87"/>
                    <w:sz w:val="19"/>
                  </w:rPr>
                  <w:t>[data, eventuali limitazioni o durata stabilita dall’azienda]</w:t>
                </w:r>
              </w:sdtContent>
            </w:sdt>
          </w:p>
        </w:tc>
      </w:tr>
      <w:tr w:rsidR="00E54E13" w14:paraId="35CBEDA3" w14:textId="77777777">
        <w:trPr>
          <w:cantSplit/>
          <w:trHeight w:val="386"/>
          <w:jc w:val="center"/>
        </w:trPr>
        <w:tc>
          <w:tcPr>
            <w:tcW w:w="2891" w:type="dxa"/>
            <w:shd w:val="clear" w:color="auto" w:fill="EDF3F9"/>
            <w:vAlign w:val="center"/>
          </w:tcPr>
          <w:p w14:paraId="13B61646" w14:textId="77777777" w:rsidR="00E54E13" w:rsidRDefault="00000000">
            <w:pPr>
              <w:spacing w:before="30" w:after="30" w:line="236" w:lineRule="exact"/>
              <w:rPr>
                <w:rFonts w:hint="eastAsia"/>
              </w:rPr>
            </w:pPr>
            <w:r>
              <w:rPr>
                <w:b/>
                <w:sz w:val="18"/>
              </w:rPr>
              <w:t>Supervisione e organizzazione</w:t>
            </w:r>
          </w:p>
        </w:tc>
        <w:tc>
          <w:tcPr>
            <w:tcW w:w="6860" w:type="dxa"/>
            <w:shd w:val="clear" w:color="auto" w:fill="F6F8FA"/>
            <w:vAlign w:val="center"/>
          </w:tcPr>
          <w:p w14:paraId="4B812DEE" w14:textId="77777777" w:rsidR="00E54E13" w:rsidRDefault="00000000">
            <w:pPr>
              <w:spacing w:before="30" w:after="30" w:line="236" w:lineRule="exact"/>
              <w:rPr>
                <w:rFonts w:hint="eastAsia"/>
              </w:rPr>
            </w:pPr>
            <w:sdt>
              <w:sdtPr>
                <w:alias w:val="riferimenti alle modalità applicabili; designazioni per il lavoro"/>
                <w:tag w:val="campo_159"/>
                <w:id w:val="100159"/>
                <w:text w:multiLine="1"/>
              </w:sdtPr>
              <w:sdtContent>
                <w:r>
                  <w:rPr>
                    <w:color w:val="007E87"/>
                    <w:sz w:val="19"/>
                  </w:rPr>
                  <w:t>[riferimenti alle modalità applicabili; designazioni per il lavoro]</w:t>
                </w:r>
              </w:sdtContent>
            </w:sdt>
          </w:p>
        </w:tc>
      </w:tr>
      <w:tr w:rsidR="00E54E13" w14:paraId="79800261" w14:textId="77777777">
        <w:trPr>
          <w:cantSplit/>
          <w:trHeight w:val="386"/>
          <w:jc w:val="center"/>
        </w:trPr>
        <w:tc>
          <w:tcPr>
            <w:tcW w:w="2891" w:type="dxa"/>
            <w:shd w:val="clear" w:color="auto" w:fill="EDF3F9"/>
            <w:vAlign w:val="center"/>
          </w:tcPr>
          <w:p w14:paraId="6B684873" w14:textId="77777777" w:rsidR="00E54E13" w:rsidRDefault="00000000">
            <w:pPr>
              <w:spacing w:before="30" w:after="30" w:line="236" w:lineRule="exact"/>
              <w:rPr>
                <w:rFonts w:hint="eastAsia"/>
              </w:rPr>
            </w:pPr>
            <w:r>
              <w:rPr>
                <w:b/>
                <w:sz w:val="18"/>
              </w:rPr>
              <w:t>Riesame e sospensione</w:t>
            </w:r>
          </w:p>
        </w:tc>
        <w:tc>
          <w:tcPr>
            <w:tcW w:w="6860" w:type="dxa"/>
            <w:vAlign w:val="center"/>
          </w:tcPr>
          <w:p w14:paraId="1AB0537F" w14:textId="77777777" w:rsidR="00E54E13" w:rsidRDefault="00000000">
            <w:pPr>
              <w:spacing w:before="30" w:after="30" w:line="236" w:lineRule="exact"/>
              <w:rPr>
                <w:rFonts w:hint="eastAsia"/>
              </w:rPr>
            </w:pPr>
            <w:sdt>
              <w:sdtPr>
                <w:alias w:val="eventi, destinatari delle comunicazioni e procedura"/>
                <w:tag w:val="campo_160"/>
                <w:id w:val="100160"/>
                <w:text w:multiLine="1"/>
              </w:sdtPr>
              <w:sdtContent>
                <w:r>
                  <w:rPr>
                    <w:color w:val="007E87"/>
                    <w:sz w:val="19"/>
                  </w:rPr>
                  <w:t>[eventi, destinatari delle comunicazioni e procedura]</w:t>
                </w:r>
              </w:sdtContent>
            </w:sdt>
          </w:p>
        </w:tc>
      </w:tr>
    </w:tbl>
    <w:p w14:paraId="3EE83BE0"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76FB0442" w14:textId="77777777">
        <w:tc>
          <w:tcPr>
            <w:tcW w:w="9752" w:type="dxa"/>
            <w:shd w:val="clear" w:color="auto" w:fill="FFF5E3"/>
            <w:tcMar>
              <w:top w:w="110" w:type="dxa"/>
              <w:left w:w="150" w:type="dxa"/>
              <w:bottom w:w="110" w:type="dxa"/>
              <w:right w:w="150" w:type="dxa"/>
            </w:tcMar>
          </w:tcPr>
          <w:p w14:paraId="6E4DC4EF" w14:textId="77777777" w:rsidR="00E54E13" w:rsidRDefault="00000000">
            <w:pPr>
              <w:spacing w:after="80"/>
              <w:rPr>
                <w:rFonts w:hint="eastAsia"/>
              </w:rPr>
            </w:pPr>
            <w:r>
              <w:rPr>
                <w:b/>
                <w:color w:val="AA761B"/>
              </w:rPr>
              <w:t>PRIMA DEL SINGOLO LAVORO</w:t>
            </w:r>
          </w:p>
          <w:p w14:paraId="3888E662" w14:textId="77777777" w:rsidR="00E54E13" w:rsidRDefault="00000000">
            <w:pPr>
              <w:spacing w:after="20" w:line="250" w:lineRule="exact"/>
              <w:rPr>
                <w:rFonts w:hint="eastAsia"/>
              </w:rPr>
            </w:pPr>
            <w:r>
              <w:rPr>
                <w:sz w:val="18"/>
              </w:rPr>
              <w:t>Restano necessarie la programmazione, la verifica delle condizioni, la disponibilità di procedure e risorse e la consegna quando prevista. La presente autorizzazione personale non autorizza a iniziare autonomamente un intervento su qualunque impianto.</w:t>
            </w:r>
          </w:p>
        </w:tc>
      </w:tr>
    </w:tbl>
    <w:p w14:paraId="16DF3CD5"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92B5CFA" w14:textId="77777777">
        <w:trPr>
          <w:tblHeader/>
          <w:jc w:val="center"/>
        </w:trPr>
        <w:tc>
          <w:tcPr>
            <w:tcW w:w="3250" w:type="dxa"/>
            <w:shd w:val="clear" w:color="auto" w:fill="12324B"/>
          </w:tcPr>
          <w:p w14:paraId="0D2D7DBD"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253D84A4"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44165E45" w14:textId="77777777" w:rsidR="00E54E13" w:rsidRDefault="00000000">
            <w:pPr>
              <w:spacing w:before="30" w:after="30" w:line="228" w:lineRule="exact"/>
              <w:rPr>
                <w:rFonts w:hint="eastAsia"/>
              </w:rPr>
            </w:pPr>
            <w:r>
              <w:rPr>
                <w:b/>
                <w:color w:val="FFFFFF"/>
                <w:sz w:val="17"/>
              </w:rPr>
              <w:t>Data</w:t>
            </w:r>
          </w:p>
        </w:tc>
      </w:tr>
      <w:tr w:rsidR="00E54E13" w14:paraId="56977ECF" w14:textId="77777777">
        <w:trPr>
          <w:cantSplit/>
          <w:trHeight w:val="567"/>
          <w:jc w:val="center"/>
        </w:trPr>
        <w:tc>
          <w:tcPr>
            <w:tcW w:w="3250" w:type="dxa"/>
            <w:vAlign w:val="center"/>
          </w:tcPr>
          <w:p w14:paraId="7F9AA979"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B64922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C488EB5" w14:textId="77777777" w:rsidR="00E54E13" w:rsidRDefault="00000000">
            <w:pPr>
              <w:spacing w:before="30" w:after="30" w:line="228" w:lineRule="exact"/>
              <w:rPr>
                <w:rFonts w:hint="eastAsia"/>
              </w:rPr>
            </w:pPr>
            <w:r>
              <w:rPr>
                <w:sz w:val="17"/>
              </w:rPr>
              <w:t>____ / ____ / ______</w:t>
            </w:r>
          </w:p>
        </w:tc>
      </w:tr>
    </w:tbl>
    <w:p w14:paraId="0CE8A8DD" w14:textId="77777777" w:rsidR="00E54E13" w:rsidRDefault="00E54E13">
      <w:pPr>
        <w:spacing w:after="40" w:line="40" w:lineRule="exact"/>
        <w:rPr>
          <w:rFonts w:hint="eastAsia"/>
        </w:rPr>
      </w:pPr>
    </w:p>
    <w:p w14:paraId="54A2DBB5" w14:textId="77777777" w:rsidR="00E54E13" w:rsidRDefault="00000000">
      <w:pPr>
        <w:pStyle w:val="Source"/>
        <w:rPr>
          <w:rFonts w:hint="eastAsia"/>
        </w:rPr>
      </w:pPr>
      <w:r>
        <w:t>Modello originale [AZ]. Base: INAIL 2026, p. 5; distinzione dalla consegna a p. 4. I campi vuoti non costituiscono una verifica positiva.</w:t>
      </w:r>
    </w:p>
    <w:p w14:paraId="06D39C27" w14:textId="77777777" w:rsidR="00E54E13" w:rsidRDefault="00000000">
      <w:pPr>
        <w:pStyle w:val="Eyebrow"/>
        <w:keepNext/>
        <w:pageBreakBefore/>
        <w:rPr>
          <w:rFonts w:hint="eastAsia"/>
        </w:rPr>
      </w:pPr>
      <w:r>
        <w:t>PARTE II  /  ALLEGATO OPERATIVO [AZ]</w:t>
      </w:r>
    </w:p>
    <w:p w14:paraId="7F1A3F22" w14:textId="77777777" w:rsidR="00E54E13" w:rsidRDefault="00000000">
      <w:pPr>
        <w:pStyle w:val="Titolo1"/>
      </w:pPr>
      <w:bookmarkStart w:id="45" w:name="B46_A11"/>
      <w:r>
        <w:t>A11  Registro qualifiche, idoneità e scadenze</w:t>
      </w:r>
      <w:bookmarkEnd w:id="45"/>
    </w:p>
    <w:p w14:paraId="2CF4F9AF" w14:textId="77777777" w:rsidR="00E54E13" w:rsidRDefault="00000000">
      <w:pPr>
        <w:pStyle w:val="FormHint"/>
        <w:rPr>
          <w:rFonts w:hint="eastAsia"/>
        </w:rPr>
      </w:pPr>
      <w:r>
        <w:t>Separare lo stato della qualifica dalla formazione, dal riesame e dall’autorizzazione sotto tensione.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3A01416" w14:textId="77777777">
        <w:trPr>
          <w:cantSplit/>
          <w:trHeight w:val="346"/>
          <w:jc w:val="center"/>
        </w:trPr>
        <w:tc>
          <w:tcPr>
            <w:tcW w:w="2891" w:type="dxa"/>
            <w:shd w:val="clear" w:color="auto" w:fill="EDF3F9"/>
            <w:vAlign w:val="center"/>
          </w:tcPr>
          <w:p w14:paraId="4D1B6BA4" w14:textId="77777777" w:rsidR="00E54E13" w:rsidRDefault="00000000">
            <w:pPr>
              <w:spacing w:before="30" w:after="30" w:line="236" w:lineRule="exact"/>
              <w:rPr>
                <w:rFonts w:hint="eastAsia"/>
              </w:rPr>
            </w:pPr>
            <w:r>
              <w:rPr>
                <w:b/>
                <w:sz w:val="18"/>
              </w:rPr>
              <w:t>Azienda / unità</w:t>
            </w:r>
          </w:p>
        </w:tc>
        <w:tc>
          <w:tcPr>
            <w:tcW w:w="6860" w:type="dxa"/>
            <w:vAlign w:val="center"/>
          </w:tcPr>
          <w:p w14:paraId="2FFD4DD8" w14:textId="77777777" w:rsidR="00E54E13" w:rsidRDefault="00000000">
            <w:pPr>
              <w:spacing w:before="30" w:after="30" w:line="236" w:lineRule="exact"/>
              <w:rPr>
                <w:rFonts w:hint="eastAsia"/>
              </w:rPr>
            </w:pPr>
            <w:sdt>
              <w:sdtPr>
                <w:alias w:val="ragione sociale e sede"/>
                <w:tag w:val="campo_162"/>
                <w:id w:val="100162"/>
                <w:text w:multiLine="1"/>
              </w:sdtPr>
              <w:sdtContent>
                <w:r>
                  <w:rPr>
                    <w:color w:val="007E87"/>
                    <w:sz w:val="19"/>
                  </w:rPr>
                  <w:t>[ragione sociale e sede]</w:t>
                </w:r>
              </w:sdtContent>
            </w:sdt>
          </w:p>
        </w:tc>
      </w:tr>
      <w:tr w:rsidR="00E54E13" w14:paraId="00AEBB12" w14:textId="77777777">
        <w:trPr>
          <w:cantSplit/>
          <w:trHeight w:val="346"/>
          <w:jc w:val="center"/>
        </w:trPr>
        <w:tc>
          <w:tcPr>
            <w:tcW w:w="2891" w:type="dxa"/>
            <w:shd w:val="clear" w:color="auto" w:fill="EDF3F9"/>
            <w:vAlign w:val="center"/>
          </w:tcPr>
          <w:p w14:paraId="4F2F67CF"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8AE458A" w14:textId="77777777" w:rsidR="00E54E13" w:rsidRDefault="00000000">
            <w:pPr>
              <w:spacing w:before="30" w:after="30" w:line="236" w:lineRule="exact"/>
              <w:rPr>
                <w:rFonts w:hint="eastAsia"/>
              </w:rPr>
            </w:pPr>
            <w:sdt>
              <w:sdtPr>
                <w:alias w:val="codice, revisione e data"/>
                <w:tag w:val="campo_163"/>
                <w:id w:val="100163"/>
                <w:text w:multiLine="1"/>
              </w:sdtPr>
              <w:sdtContent>
                <w:r>
                  <w:rPr>
                    <w:color w:val="007E87"/>
                    <w:sz w:val="19"/>
                  </w:rPr>
                  <w:t>[codice, revisione e data]</w:t>
                </w:r>
              </w:sdtContent>
            </w:sdt>
          </w:p>
        </w:tc>
      </w:tr>
    </w:tbl>
    <w:p w14:paraId="4A4B3F49" w14:textId="77777777" w:rsidR="00E54E13" w:rsidRDefault="00E54E13">
      <w:pPr>
        <w:spacing w:after="40" w:line="40" w:lineRule="exact"/>
        <w:rPr>
          <w:rFonts w:hint="eastAsia"/>
        </w:rPr>
      </w:pPr>
    </w:p>
    <w:p w14:paraId="43C7B1A1" w14:textId="77777777" w:rsidR="00E54E13" w:rsidRDefault="00000000">
      <w:pPr>
        <w:pStyle w:val="Titolo3"/>
      </w:pPr>
      <w:r>
        <w:t>Quadro delle attribuzioni e degli ambiti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701"/>
        <w:gridCol w:w="1871"/>
        <w:gridCol w:w="2551"/>
        <w:gridCol w:w="1814"/>
        <w:gridCol w:w="1814"/>
      </w:tblGrid>
      <w:tr w:rsidR="00E54E13" w14:paraId="14B95B98" w14:textId="77777777">
        <w:trPr>
          <w:tblHeader/>
          <w:jc w:val="center"/>
        </w:trPr>
        <w:tc>
          <w:tcPr>
            <w:tcW w:w="1701" w:type="dxa"/>
            <w:shd w:val="clear" w:color="auto" w:fill="12324B"/>
          </w:tcPr>
          <w:p w14:paraId="5EF6582F" w14:textId="77777777" w:rsidR="00E54E13" w:rsidRDefault="00000000">
            <w:pPr>
              <w:spacing w:before="30" w:after="30" w:line="222" w:lineRule="exact"/>
              <w:rPr>
                <w:rFonts w:hint="eastAsia"/>
              </w:rPr>
            </w:pPr>
            <w:r>
              <w:rPr>
                <w:b/>
                <w:color w:val="FFFFFF"/>
                <w:sz w:val="17"/>
              </w:rPr>
              <w:t>Persona</w:t>
            </w:r>
          </w:p>
        </w:tc>
        <w:tc>
          <w:tcPr>
            <w:tcW w:w="1871" w:type="dxa"/>
            <w:shd w:val="clear" w:color="auto" w:fill="12324B"/>
          </w:tcPr>
          <w:p w14:paraId="2BA1F617" w14:textId="77777777" w:rsidR="00E54E13" w:rsidRDefault="00000000">
            <w:pPr>
              <w:spacing w:before="30" w:after="30" w:line="222" w:lineRule="exact"/>
              <w:rPr>
                <w:rFonts w:hint="eastAsia"/>
              </w:rPr>
            </w:pPr>
            <w:r>
              <w:rPr>
                <w:b/>
                <w:color w:val="FFFFFF"/>
                <w:sz w:val="17"/>
              </w:rPr>
              <w:t>PES/PAV e atto</w:t>
            </w:r>
          </w:p>
        </w:tc>
        <w:tc>
          <w:tcPr>
            <w:tcW w:w="2551" w:type="dxa"/>
            <w:shd w:val="clear" w:color="auto" w:fill="12324B"/>
          </w:tcPr>
          <w:p w14:paraId="7F6AA339" w14:textId="77777777" w:rsidR="00E54E13" w:rsidRDefault="00000000">
            <w:pPr>
              <w:spacing w:before="30" w:after="30" w:line="222" w:lineRule="exact"/>
              <w:rPr>
                <w:rFonts w:hint="eastAsia"/>
              </w:rPr>
            </w:pPr>
            <w:r>
              <w:rPr>
                <w:b/>
                <w:color w:val="FFFFFF"/>
                <w:sz w:val="17"/>
              </w:rPr>
              <w:t>Attività / limiti</w:t>
            </w:r>
          </w:p>
        </w:tc>
        <w:tc>
          <w:tcPr>
            <w:tcW w:w="1814" w:type="dxa"/>
            <w:shd w:val="clear" w:color="auto" w:fill="12324B"/>
          </w:tcPr>
          <w:p w14:paraId="3904BDDD" w14:textId="77777777" w:rsidR="00E54E13" w:rsidRDefault="00000000">
            <w:pPr>
              <w:spacing w:before="30" w:after="30" w:line="222" w:lineRule="exact"/>
              <w:rPr>
                <w:rFonts w:hint="eastAsia"/>
              </w:rPr>
            </w:pPr>
            <w:r>
              <w:rPr>
                <w:b/>
                <w:color w:val="FFFFFF"/>
                <w:sz w:val="17"/>
              </w:rPr>
              <w:t>Idoneità BT e atto</w:t>
            </w:r>
          </w:p>
        </w:tc>
        <w:tc>
          <w:tcPr>
            <w:tcW w:w="1814" w:type="dxa"/>
            <w:shd w:val="clear" w:color="auto" w:fill="12324B"/>
          </w:tcPr>
          <w:p w14:paraId="05F4A061" w14:textId="77777777" w:rsidR="00E54E13" w:rsidRDefault="00000000">
            <w:pPr>
              <w:spacing w:before="30" w:after="30" w:line="222" w:lineRule="exact"/>
              <w:rPr>
                <w:rFonts w:hint="eastAsia"/>
              </w:rPr>
            </w:pPr>
            <w:r>
              <w:rPr>
                <w:b/>
                <w:color w:val="FFFFFF"/>
                <w:sz w:val="17"/>
              </w:rPr>
              <w:t>Autorizzazione BT e stato</w:t>
            </w:r>
          </w:p>
        </w:tc>
      </w:tr>
      <w:tr w:rsidR="00E54E13" w14:paraId="161D83CD" w14:textId="77777777">
        <w:trPr>
          <w:cantSplit/>
          <w:trHeight w:val="709"/>
          <w:jc w:val="center"/>
        </w:trPr>
        <w:tc>
          <w:tcPr>
            <w:tcW w:w="1701" w:type="dxa"/>
            <w:vAlign w:val="center"/>
          </w:tcPr>
          <w:p w14:paraId="25FB8C18" w14:textId="77777777" w:rsidR="00E54E13" w:rsidRDefault="00000000">
            <w:pPr>
              <w:spacing w:before="30" w:after="30" w:line="222" w:lineRule="exact"/>
              <w:rPr>
                <w:rFonts w:hint="eastAsia"/>
              </w:rPr>
            </w:pPr>
            <w:r>
              <w:rPr>
                <w:sz w:val="17"/>
              </w:rPr>
              <w:t>[da compilare]</w:t>
            </w:r>
          </w:p>
        </w:tc>
        <w:tc>
          <w:tcPr>
            <w:tcW w:w="1871" w:type="dxa"/>
            <w:vAlign w:val="center"/>
          </w:tcPr>
          <w:p w14:paraId="3E3A3F33" w14:textId="77777777" w:rsidR="00E54E13" w:rsidRDefault="00000000">
            <w:pPr>
              <w:spacing w:before="30" w:after="30" w:line="222" w:lineRule="exact"/>
              <w:rPr>
                <w:rFonts w:hint="eastAsia"/>
              </w:rPr>
            </w:pPr>
            <w:r>
              <w:rPr>
                <w:sz w:val="17"/>
              </w:rPr>
              <w:t>[da compilare]</w:t>
            </w:r>
          </w:p>
        </w:tc>
        <w:tc>
          <w:tcPr>
            <w:tcW w:w="2551" w:type="dxa"/>
            <w:vAlign w:val="center"/>
          </w:tcPr>
          <w:p w14:paraId="5B975022" w14:textId="77777777" w:rsidR="00E54E13" w:rsidRDefault="00000000">
            <w:pPr>
              <w:spacing w:before="30" w:after="30" w:line="222" w:lineRule="exact"/>
              <w:rPr>
                <w:rFonts w:hint="eastAsia"/>
              </w:rPr>
            </w:pPr>
            <w:r>
              <w:rPr>
                <w:sz w:val="17"/>
              </w:rPr>
              <w:t>[da compilare]</w:t>
            </w:r>
          </w:p>
        </w:tc>
        <w:tc>
          <w:tcPr>
            <w:tcW w:w="1814" w:type="dxa"/>
            <w:vAlign w:val="center"/>
          </w:tcPr>
          <w:p w14:paraId="56EA0290" w14:textId="77777777" w:rsidR="00E54E13" w:rsidRDefault="00000000">
            <w:pPr>
              <w:spacing w:before="30" w:after="30" w:line="222" w:lineRule="exact"/>
              <w:rPr>
                <w:rFonts w:hint="eastAsia"/>
              </w:rPr>
            </w:pPr>
            <w:r>
              <w:rPr>
                <w:sz w:val="17"/>
              </w:rPr>
              <w:t>[da compilare]</w:t>
            </w:r>
          </w:p>
        </w:tc>
        <w:tc>
          <w:tcPr>
            <w:tcW w:w="1814" w:type="dxa"/>
            <w:vAlign w:val="center"/>
          </w:tcPr>
          <w:p w14:paraId="6A7142D3" w14:textId="77777777" w:rsidR="00E54E13" w:rsidRDefault="00000000">
            <w:pPr>
              <w:spacing w:before="30" w:after="30" w:line="222" w:lineRule="exact"/>
              <w:rPr>
                <w:rFonts w:hint="eastAsia"/>
              </w:rPr>
            </w:pPr>
            <w:r>
              <w:rPr>
                <w:sz w:val="17"/>
              </w:rPr>
              <w:t>[da compilare]</w:t>
            </w:r>
          </w:p>
        </w:tc>
      </w:tr>
      <w:tr w:rsidR="00E54E13" w14:paraId="34E8FA3B" w14:textId="77777777">
        <w:trPr>
          <w:cantSplit/>
          <w:trHeight w:val="709"/>
          <w:jc w:val="center"/>
        </w:trPr>
        <w:tc>
          <w:tcPr>
            <w:tcW w:w="1701" w:type="dxa"/>
            <w:shd w:val="clear" w:color="auto" w:fill="F6F8FA"/>
            <w:vAlign w:val="center"/>
          </w:tcPr>
          <w:p w14:paraId="05561F93" w14:textId="77777777" w:rsidR="00E54E13" w:rsidRDefault="00000000">
            <w:pPr>
              <w:spacing w:before="30" w:after="30" w:line="222" w:lineRule="exact"/>
              <w:rPr>
                <w:rFonts w:hint="eastAsia"/>
              </w:rPr>
            </w:pPr>
            <w:r>
              <w:rPr>
                <w:sz w:val="17"/>
              </w:rPr>
              <w:t>[da compilare]</w:t>
            </w:r>
          </w:p>
        </w:tc>
        <w:tc>
          <w:tcPr>
            <w:tcW w:w="1871" w:type="dxa"/>
            <w:shd w:val="clear" w:color="auto" w:fill="F6F8FA"/>
            <w:vAlign w:val="center"/>
          </w:tcPr>
          <w:p w14:paraId="5406048C" w14:textId="77777777" w:rsidR="00E54E13" w:rsidRDefault="00000000">
            <w:pPr>
              <w:spacing w:before="30" w:after="30" w:line="222" w:lineRule="exact"/>
              <w:rPr>
                <w:rFonts w:hint="eastAsia"/>
              </w:rPr>
            </w:pPr>
            <w:r>
              <w:rPr>
                <w:sz w:val="17"/>
              </w:rPr>
              <w:t>[da compilare]</w:t>
            </w:r>
          </w:p>
        </w:tc>
        <w:tc>
          <w:tcPr>
            <w:tcW w:w="2551" w:type="dxa"/>
            <w:shd w:val="clear" w:color="auto" w:fill="F6F8FA"/>
            <w:vAlign w:val="center"/>
          </w:tcPr>
          <w:p w14:paraId="05E946E7" w14:textId="77777777" w:rsidR="00E54E13" w:rsidRDefault="00000000">
            <w:pPr>
              <w:spacing w:before="30" w:after="30" w:line="222" w:lineRule="exact"/>
              <w:rPr>
                <w:rFonts w:hint="eastAsia"/>
              </w:rPr>
            </w:pPr>
            <w:r>
              <w:rPr>
                <w:sz w:val="17"/>
              </w:rPr>
              <w:t>[da compilare]</w:t>
            </w:r>
          </w:p>
        </w:tc>
        <w:tc>
          <w:tcPr>
            <w:tcW w:w="1814" w:type="dxa"/>
            <w:shd w:val="clear" w:color="auto" w:fill="F6F8FA"/>
            <w:vAlign w:val="center"/>
          </w:tcPr>
          <w:p w14:paraId="6151CFCD" w14:textId="77777777" w:rsidR="00E54E13" w:rsidRDefault="00000000">
            <w:pPr>
              <w:spacing w:before="30" w:after="30" w:line="222" w:lineRule="exact"/>
              <w:rPr>
                <w:rFonts w:hint="eastAsia"/>
              </w:rPr>
            </w:pPr>
            <w:r>
              <w:rPr>
                <w:sz w:val="17"/>
              </w:rPr>
              <w:t>[da compilare]</w:t>
            </w:r>
          </w:p>
        </w:tc>
        <w:tc>
          <w:tcPr>
            <w:tcW w:w="1814" w:type="dxa"/>
            <w:shd w:val="clear" w:color="auto" w:fill="F6F8FA"/>
            <w:vAlign w:val="center"/>
          </w:tcPr>
          <w:p w14:paraId="1A9DDB0B" w14:textId="77777777" w:rsidR="00E54E13" w:rsidRDefault="00000000">
            <w:pPr>
              <w:spacing w:before="30" w:after="30" w:line="222" w:lineRule="exact"/>
              <w:rPr>
                <w:rFonts w:hint="eastAsia"/>
              </w:rPr>
            </w:pPr>
            <w:r>
              <w:rPr>
                <w:sz w:val="17"/>
              </w:rPr>
              <w:t>[da compilare]</w:t>
            </w:r>
          </w:p>
        </w:tc>
      </w:tr>
      <w:tr w:rsidR="00E54E13" w14:paraId="3886F0AB" w14:textId="77777777">
        <w:trPr>
          <w:cantSplit/>
          <w:trHeight w:val="709"/>
          <w:jc w:val="center"/>
        </w:trPr>
        <w:tc>
          <w:tcPr>
            <w:tcW w:w="1701" w:type="dxa"/>
            <w:vAlign w:val="center"/>
          </w:tcPr>
          <w:p w14:paraId="68D47CFA" w14:textId="77777777" w:rsidR="00E54E13" w:rsidRDefault="00000000">
            <w:pPr>
              <w:spacing w:before="30" w:after="30" w:line="222" w:lineRule="exact"/>
              <w:rPr>
                <w:rFonts w:hint="eastAsia"/>
              </w:rPr>
            </w:pPr>
            <w:r>
              <w:rPr>
                <w:sz w:val="17"/>
              </w:rPr>
              <w:t>[da compilare]</w:t>
            </w:r>
          </w:p>
        </w:tc>
        <w:tc>
          <w:tcPr>
            <w:tcW w:w="1871" w:type="dxa"/>
            <w:vAlign w:val="center"/>
          </w:tcPr>
          <w:p w14:paraId="3ACB70F7" w14:textId="77777777" w:rsidR="00E54E13" w:rsidRDefault="00000000">
            <w:pPr>
              <w:spacing w:before="30" w:after="30" w:line="222" w:lineRule="exact"/>
              <w:rPr>
                <w:rFonts w:hint="eastAsia"/>
              </w:rPr>
            </w:pPr>
            <w:r>
              <w:rPr>
                <w:sz w:val="17"/>
              </w:rPr>
              <w:t>[da compilare]</w:t>
            </w:r>
          </w:p>
        </w:tc>
        <w:tc>
          <w:tcPr>
            <w:tcW w:w="2551" w:type="dxa"/>
            <w:vAlign w:val="center"/>
          </w:tcPr>
          <w:p w14:paraId="29B98E05" w14:textId="77777777" w:rsidR="00E54E13" w:rsidRDefault="00000000">
            <w:pPr>
              <w:spacing w:before="30" w:after="30" w:line="222" w:lineRule="exact"/>
              <w:rPr>
                <w:rFonts w:hint="eastAsia"/>
              </w:rPr>
            </w:pPr>
            <w:r>
              <w:rPr>
                <w:sz w:val="17"/>
              </w:rPr>
              <w:t>[da compilare]</w:t>
            </w:r>
          </w:p>
        </w:tc>
        <w:tc>
          <w:tcPr>
            <w:tcW w:w="1814" w:type="dxa"/>
            <w:vAlign w:val="center"/>
          </w:tcPr>
          <w:p w14:paraId="4E8A2AEF" w14:textId="77777777" w:rsidR="00E54E13" w:rsidRDefault="00000000">
            <w:pPr>
              <w:spacing w:before="30" w:after="30" w:line="222" w:lineRule="exact"/>
              <w:rPr>
                <w:rFonts w:hint="eastAsia"/>
              </w:rPr>
            </w:pPr>
            <w:r>
              <w:rPr>
                <w:sz w:val="17"/>
              </w:rPr>
              <w:t>[da compilare]</w:t>
            </w:r>
          </w:p>
        </w:tc>
        <w:tc>
          <w:tcPr>
            <w:tcW w:w="1814" w:type="dxa"/>
            <w:vAlign w:val="center"/>
          </w:tcPr>
          <w:p w14:paraId="259DF9DA" w14:textId="77777777" w:rsidR="00E54E13" w:rsidRDefault="00000000">
            <w:pPr>
              <w:spacing w:before="30" w:after="30" w:line="222" w:lineRule="exact"/>
              <w:rPr>
                <w:rFonts w:hint="eastAsia"/>
              </w:rPr>
            </w:pPr>
            <w:r>
              <w:rPr>
                <w:sz w:val="17"/>
              </w:rPr>
              <w:t>[da compilare]</w:t>
            </w:r>
          </w:p>
        </w:tc>
      </w:tr>
      <w:tr w:rsidR="00E54E13" w14:paraId="55B3EFE4" w14:textId="77777777">
        <w:trPr>
          <w:cantSplit/>
          <w:trHeight w:val="709"/>
          <w:jc w:val="center"/>
        </w:trPr>
        <w:tc>
          <w:tcPr>
            <w:tcW w:w="1701" w:type="dxa"/>
            <w:shd w:val="clear" w:color="auto" w:fill="F6F8FA"/>
            <w:vAlign w:val="center"/>
          </w:tcPr>
          <w:p w14:paraId="2BCBAD1C" w14:textId="77777777" w:rsidR="00E54E13" w:rsidRDefault="00000000">
            <w:pPr>
              <w:spacing w:before="30" w:after="30" w:line="222" w:lineRule="exact"/>
              <w:rPr>
                <w:rFonts w:hint="eastAsia"/>
              </w:rPr>
            </w:pPr>
            <w:r>
              <w:rPr>
                <w:sz w:val="17"/>
              </w:rPr>
              <w:t>[da compilare]</w:t>
            </w:r>
          </w:p>
        </w:tc>
        <w:tc>
          <w:tcPr>
            <w:tcW w:w="1871" w:type="dxa"/>
            <w:shd w:val="clear" w:color="auto" w:fill="F6F8FA"/>
            <w:vAlign w:val="center"/>
          </w:tcPr>
          <w:p w14:paraId="3FBCCE9C" w14:textId="77777777" w:rsidR="00E54E13" w:rsidRDefault="00000000">
            <w:pPr>
              <w:spacing w:before="30" w:after="30" w:line="222" w:lineRule="exact"/>
              <w:rPr>
                <w:rFonts w:hint="eastAsia"/>
              </w:rPr>
            </w:pPr>
            <w:r>
              <w:rPr>
                <w:sz w:val="17"/>
              </w:rPr>
              <w:t>[da compilare]</w:t>
            </w:r>
          </w:p>
        </w:tc>
        <w:tc>
          <w:tcPr>
            <w:tcW w:w="2551" w:type="dxa"/>
            <w:shd w:val="clear" w:color="auto" w:fill="F6F8FA"/>
            <w:vAlign w:val="center"/>
          </w:tcPr>
          <w:p w14:paraId="494EFC6E" w14:textId="77777777" w:rsidR="00E54E13" w:rsidRDefault="00000000">
            <w:pPr>
              <w:spacing w:before="30" w:after="30" w:line="222" w:lineRule="exact"/>
              <w:rPr>
                <w:rFonts w:hint="eastAsia"/>
              </w:rPr>
            </w:pPr>
            <w:r>
              <w:rPr>
                <w:sz w:val="17"/>
              </w:rPr>
              <w:t>[da compilare]</w:t>
            </w:r>
          </w:p>
        </w:tc>
        <w:tc>
          <w:tcPr>
            <w:tcW w:w="1814" w:type="dxa"/>
            <w:shd w:val="clear" w:color="auto" w:fill="F6F8FA"/>
            <w:vAlign w:val="center"/>
          </w:tcPr>
          <w:p w14:paraId="7636E5EB" w14:textId="77777777" w:rsidR="00E54E13" w:rsidRDefault="00000000">
            <w:pPr>
              <w:spacing w:before="30" w:after="30" w:line="222" w:lineRule="exact"/>
              <w:rPr>
                <w:rFonts w:hint="eastAsia"/>
              </w:rPr>
            </w:pPr>
            <w:r>
              <w:rPr>
                <w:sz w:val="17"/>
              </w:rPr>
              <w:t>[da compilare]</w:t>
            </w:r>
          </w:p>
        </w:tc>
        <w:tc>
          <w:tcPr>
            <w:tcW w:w="1814" w:type="dxa"/>
            <w:shd w:val="clear" w:color="auto" w:fill="F6F8FA"/>
            <w:vAlign w:val="center"/>
          </w:tcPr>
          <w:p w14:paraId="331F6008" w14:textId="77777777" w:rsidR="00E54E13" w:rsidRDefault="00000000">
            <w:pPr>
              <w:spacing w:before="30" w:after="30" w:line="222" w:lineRule="exact"/>
              <w:rPr>
                <w:rFonts w:hint="eastAsia"/>
              </w:rPr>
            </w:pPr>
            <w:r>
              <w:rPr>
                <w:sz w:val="17"/>
              </w:rPr>
              <w:t>[da compilare]</w:t>
            </w:r>
          </w:p>
        </w:tc>
      </w:tr>
    </w:tbl>
    <w:p w14:paraId="7306E7A0" w14:textId="77777777" w:rsidR="00E54E13" w:rsidRDefault="00E54E13">
      <w:pPr>
        <w:spacing w:after="40" w:line="40" w:lineRule="exact"/>
        <w:rPr>
          <w:rFonts w:hint="eastAsia"/>
        </w:rPr>
      </w:pPr>
    </w:p>
    <w:p w14:paraId="6AF0D13F" w14:textId="77777777" w:rsidR="00E54E13" w:rsidRDefault="00000000">
      <w:pPr>
        <w:pStyle w:val="Titolo3"/>
      </w:pPr>
      <w:r>
        <w:t>Mantenimento e controlli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871"/>
        <w:gridCol w:w="1984"/>
        <w:gridCol w:w="1984"/>
        <w:gridCol w:w="1984"/>
        <w:gridCol w:w="1928"/>
      </w:tblGrid>
      <w:tr w:rsidR="00E54E13" w14:paraId="3E2C721D" w14:textId="77777777">
        <w:trPr>
          <w:tblHeader/>
          <w:jc w:val="center"/>
        </w:trPr>
        <w:tc>
          <w:tcPr>
            <w:tcW w:w="1871" w:type="dxa"/>
            <w:shd w:val="clear" w:color="auto" w:fill="12324B"/>
          </w:tcPr>
          <w:p w14:paraId="33983BEC" w14:textId="77777777" w:rsidR="00E54E13" w:rsidRDefault="00000000">
            <w:pPr>
              <w:spacing w:before="30" w:after="30" w:line="222" w:lineRule="exact"/>
              <w:rPr>
                <w:rFonts w:hint="eastAsia"/>
              </w:rPr>
            </w:pPr>
            <w:r>
              <w:rPr>
                <w:b/>
                <w:color w:val="FFFFFF"/>
                <w:sz w:val="17"/>
              </w:rPr>
              <w:t>Persona / percorso</w:t>
            </w:r>
          </w:p>
        </w:tc>
        <w:tc>
          <w:tcPr>
            <w:tcW w:w="1984" w:type="dxa"/>
            <w:shd w:val="clear" w:color="auto" w:fill="12324B"/>
          </w:tcPr>
          <w:p w14:paraId="723FA512" w14:textId="77777777" w:rsidR="00E54E13" w:rsidRDefault="00000000">
            <w:pPr>
              <w:spacing w:before="30" w:after="30" w:line="222" w:lineRule="exact"/>
              <w:rPr>
                <w:rFonts w:hint="eastAsia"/>
              </w:rPr>
            </w:pPr>
            <w:r>
              <w:rPr>
                <w:b/>
                <w:color w:val="FFFFFF"/>
                <w:sz w:val="17"/>
              </w:rPr>
              <w:t>Ultimo aggiornamento</w:t>
            </w:r>
          </w:p>
        </w:tc>
        <w:tc>
          <w:tcPr>
            <w:tcW w:w="1984" w:type="dxa"/>
            <w:shd w:val="clear" w:color="auto" w:fill="12324B"/>
          </w:tcPr>
          <w:p w14:paraId="0EACA9AA" w14:textId="77777777" w:rsidR="00E54E13" w:rsidRDefault="00000000">
            <w:pPr>
              <w:spacing w:before="30" w:after="30" w:line="222" w:lineRule="exact"/>
              <w:rPr>
                <w:rFonts w:hint="eastAsia"/>
              </w:rPr>
            </w:pPr>
            <w:r>
              <w:rPr>
                <w:b/>
                <w:color w:val="FFFFFF"/>
                <w:sz w:val="17"/>
              </w:rPr>
              <w:t>Prossimo aggiornamento</w:t>
            </w:r>
          </w:p>
        </w:tc>
        <w:tc>
          <w:tcPr>
            <w:tcW w:w="1984" w:type="dxa"/>
            <w:shd w:val="clear" w:color="auto" w:fill="12324B"/>
          </w:tcPr>
          <w:p w14:paraId="10F597A2" w14:textId="77777777" w:rsidR="00E54E13" w:rsidRDefault="00000000">
            <w:pPr>
              <w:spacing w:before="30" w:after="30" w:line="222" w:lineRule="exact"/>
              <w:rPr>
                <w:rFonts w:hint="eastAsia"/>
              </w:rPr>
            </w:pPr>
            <w:r>
              <w:rPr>
                <w:b/>
                <w:color w:val="FFFFFF"/>
                <w:sz w:val="17"/>
              </w:rPr>
              <w:t>Riesame idoneità / esito</w:t>
            </w:r>
          </w:p>
        </w:tc>
        <w:tc>
          <w:tcPr>
            <w:tcW w:w="1928" w:type="dxa"/>
            <w:shd w:val="clear" w:color="auto" w:fill="12324B"/>
          </w:tcPr>
          <w:p w14:paraId="38C6D028" w14:textId="77777777" w:rsidR="00E54E13" w:rsidRDefault="00000000">
            <w:pPr>
              <w:spacing w:before="30" w:after="30" w:line="222" w:lineRule="exact"/>
              <w:rPr>
                <w:rFonts w:hint="eastAsia"/>
              </w:rPr>
            </w:pPr>
            <w:r>
              <w:rPr>
                <w:b/>
                <w:color w:val="FFFFFF"/>
                <w:sz w:val="17"/>
              </w:rPr>
              <w:t>Azioni o limitazioni</w:t>
            </w:r>
          </w:p>
        </w:tc>
      </w:tr>
      <w:tr w:rsidR="00E54E13" w14:paraId="40DAFD9A" w14:textId="77777777">
        <w:trPr>
          <w:cantSplit/>
          <w:trHeight w:val="680"/>
          <w:jc w:val="center"/>
        </w:trPr>
        <w:tc>
          <w:tcPr>
            <w:tcW w:w="1871" w:type="dxa"/>
            <w:vAlign w:val="center"/>
          </w:tcPr>
          <w:p w14:paraId="4A22855F" w14:textId="77777777" w:rsidR="00E54E13" w:rsidRDefault="00000000">
            <w:pPr>
              <w:spacing w:before="30" w:after="30" w:line="222" w:lineRule="exact"/>
              <w:rPr>
                <w:rFonts w:hint="eastAsia"/>
              </w:rPr>
            </w:pPr>
            <w:r>
              <w:rPr>
                <w:sz w:val="17"/>
              </w:rPr>
              <w:t>[da compilare]</w:t>
            </w:r>
          </w:p>
        </w:tc>
        <w:tc>
          <w:tcPr>
            <w:tcW w:w="1984" w:type="dxa"/>
            <w:vAlign w:val="center"/>
          </w:tcPr>
          <w:p w14:paraId="29636840" w14:textId="77777777" w:rsidR="00E54E13" w:rsidRDefault="00000000">
            <w:pPr>
              <w:spacing w:before="30" w:after="30" w:line="222" w:lineRule="exact"/>
              <w:rPr>
                <w:rFonts w:hint="eastAsia"/>
              </w:rPr>
            </w:pPr>
            <w:r>
              <w:rPr>
                <w:sz w:val="17"/>
              </w:rPr>
              <w:t>[da compilare]</w:t>
            </w:r>
          </w:p>
        </w:tc>
        <w:tc>
          <w:tcPr>
            <w:tcW w:w="1984" w:type="dxa"/>
            <w:vAlign w:val="center"/>
          </w:tcPr>
          <w:p w14:paraId="65A337D0" w14:textId="77777777" w:rsidR="00E54E13" w:rsidRDefault="00000000">
            <w:pPr>
              <w:spacing w:before="30" w:after="30" w:line="222" w:lineRule="exact"/>
              <w:rPr>
                <w:rFonts w:hint="eastAsia"/>
              </w:rPr>
            </w:pPr>
            <w:r>
              <w:rPr>
                <w:sz w:val="17"/>
              </w:rPr>
              <w:t>[da compilare]</w:t>
            </w:r>
          </w:p>
        </w:tc>
        <w:tc>
          <w:tcPr>
            <w:tcW w:w="1984" w:type="dxa"/>
            <w:vAlign w:val="center"/>
          </w:tcPr>
          <w:p w14:paraId="41A11B3A" w14:textId="77777777" w:rsidR="00E54E13" w:rsidRDefault="00000000">
            <w:pPr>
              <w:spacing w:before="30" w:after="30" w:line="222" w:lineRule="exact"/>
              <w:rPr>
                <w:rFonts w:hint="eastAsia"/>
              </w:rPr>
            </w:pPr>
            <w:r>
              <w:rPr>
                <w:sz w:val="17"/>
              </w:rPr>
              <w:t>[da compilare]</w:t>
            </w:r>
          </w:p>
        </w:tc>
        <w:tc>
          <w:tcPr>
            <w:tcW w:w="1928" w:type="dxa"/>
            <w:vAlign w:val="center"/>
          </w:tcPr>
          <w:p w14:paraId="5C9E52CA" w14:textId="77777777" w:rsidR="00E54E13" w:rsidRDefault="00000000">
            <w:pPr>
              <w:spacing w:before="30" w:after="30" w:line="222" w:lineRule="exact"/>
              <w:rPr>
                <w:rFonts w:hint="eastAsia"/>
              </w:rPr>
            </w:pPr>
            <w:r>
              <w:rPr>
                <w:sz w:val="17"/>
              </w:rPr>
              <w:t>[da compilare]</w:t>
            </w:r>
          </w:p>
        </w:tc>
      </w:tr>
      <w:tr w:rsidR="00E54E13" w14:paraId="3B5B48D3" w14:textId="77777777">
        <w:trPr>
          <w:cantSplit/>
          <w:trHeight w:val="680"/>
          <w:jc w:val="center"/>
        </w:trPr>
        <w:tc>
          <w:tcPr>
            <w:tcW w:w="1871" w:type="dxa"/>
            <w:shd w:val="clear" w:color="auto" w:fill="F6F8FA"/>
            <w:vAlign w:val="center"/>
          </w:tcPr>
          <w:p w14:paraId="2C3FDE34"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293C41E4"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07B888DF"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4D677999" w14:textId="77777777" w:rsidR="00E54E13" w:rsidRDefault="00000000">
            <w:pPr>
              <w:spacing w:before="30" w:after="30" w:line="222" w:lineRule="exact"/>
              <w:rPr>
                <w:rFonts w:hint="eastAsia"/>
              </w:rPr>
            </w:pPr>
            <w:r>
              <w:rPr>
                <w:sz w:val="17"/>
              </w:rPr>
              <w:t>[da compilare]</w:t>
            </w:r>
          </w:p>
        </w:tc>
        <w:tc>
          <w:tcPr>
            <w:tcW w:w="1928" w:type="dxa"/>
            <w:shd w:val="clear" w:color="auto" w:fill="F6F8FA"/>
            <w:vAlign w:val="center"/>
          </w:tcPr>
          <w:p w14:paraId="15B0D154" w14:textId="77777777" w:rsidR="00E54E13" w:rsidRDefault="00000000">
            <w:pPr>
              <w:spacing w:before="30" w:after="30" w:line="222" w:lineRule="exact"/>
              <w:rPr>
                <w:rFonts w:hint="eastAsia"/>
              </w:rPr>
            </w:pPr>
            <w:r>
              <w:rPr>
                <w:sz w:val="17"/>
              </w:rPr>
              <w:t>[da compilare]</w:t>
            </w:r>
          </w:p>
        </w:tc>
      </w:tr>
      <w:tr w:rsidR="00E54E13" w14:paraId="7BAA6BCF" w14:textId="77777777">
        <w:trPr>
          <w:cantSplit/>
          <w:trHeight w:val="680"/>
          <w:jc w:val="center"/>
        </w:trPr>
        <w:tc>
          <w:tcPr>
            <w:tcW w:w="1871" w:type="dxa"/>
            <w:vAlign w:val="center"/>
          </w:tcPr>
          <w:p w14:paraId="3805A12B" w14:textId="77777777" w:rsidR="00E54E13" w:rsidRDefault="00000000">
            <w:pPr>
              <w:spacing w:before="30" w:after="30" w:line="222" w:lineRule="exact"/>
              <w:rPr>
                <w:rFonts w:hint="eastAsia"/>
              </w:rPr>
            </w:pPr>
            <w:r>
              <w:rPr>
                <w:sz w:val="17"/>
              </w:rPr>
              <w:t>[da compilare]</w:t>
            </w:r>
          </w:p>
        </w:tc>
        <w:tc>
          <w:tcPr>
            <w:tcW w:w="1984" w:type="dxa"/>
            <w:vAlign w:val="center"/>
          </w:tcPr>
          <w:p w14:paraId="4B04B248" w14:textId="77777777" w:rsidR="00E54E13" w:rsidRDefault="00000000">
            <w:pPr>
              <w:spacing w:before="30" w:after="30" w:line="222" w:lineRule="exact"/>
              <w:rPr>
                <w:rFonts w:hint="eastAsia"/>
              </w:rPr>
            </w:pPr>
            <w:r>
              <w:rPr>
                <w:sz w:val="17"/>
              </w:rPr>
              <w:t>[da compilare]</w:t>
            </w:r>
          </w:p>
        </w:tc>
        <w:tc>
          <w:tcPr>
            <w:tcW w:w="1984" w:type="dxa"/>
            <w:vAlign w:val="center"/>
          </w:tcPr>
          <w:p w14:paraId="0E384ED3" w14:textId="77777777" w:rsidR="00E54E13" w:rsidRDefault="00000000">
            <w:pPr>
              <w:spacing w:before="30" w:after="30" w:line="222" w:lineRule="exact"/>
              <w:rPr>
                <w:rFonts w:hint="eastAsia"/>
              </w:rPr>
            </w:pPr>
            <w:r>
              <w:rPr>
                <w:sz w:val="17"/>
              </w:rPr>
              <w:t>[da compilare]</w:t>
            </w:r>
          </w:p>
        </w:tc>
        <w:tc>
          <w:tcPr>
            <w:tcW w:w="1984" w:type="dxa"/>
            <w:vAlign w:val="center"/>
          </w:tcPr>
          <w:p w14:paraId="21349FE3" w14:textId="77777777" w:rsidR="00E54E13" w:rsidRDefault="00000000">
            <w:pPr>
              <w:spacing w:before="30" w:after="30" w:line="222" w:lineRule="exact"/>
              <w:rPr>
                <w:rFonts w:hint="eastAsia"/>
              </w:rPr>
            </w:pPr>
            <w:r>
              <w:rPr>
                <w:sz w:val="17"/>
              </w:rPr>
              <w:t>[da compilare]</w:t>
            </w:r>
          </w:p>
        </w:tc>
        <w:tc>
          <w:tcPr>
            <w:tcW w:w="1928" w:type="dxa"/>
            <w:vAlign w:val="center"/>
          </w:tcPr>
          <w:p w14:paraId="7AE699E2" w14:textId="77777777" w:rsidR="00E54E13" w:rsidRDefault="00000000">
            <w:pPr>
              <w:spacing w:before="30" w:after="30" w:line="222" w:lineRule="exact"/>
              <w:rPr>
                <w:rFonts w:hint="eastAsia"/>
              </w:rPr>
            </w:pPr>
            <w:r>
              <w:rPr>
                <w:sz w:val="17"/>
              </w:rPr>
              <w:t>[da compilare]</w:t>
            </w:r>
          </w:p>
        </w:tc>
      </w:tr>
      <w:tr w:rsidR="00E54E13" w14:paraId="0799B5B2" w14:textId="77777777">
        <w:trPr>
          <w:cantSplit/>
          <w:trHeight w:val="680"/>
          <w:jc w:val="center"/>
        </w:trPr>
        <w:tc>
          <w:tcPr>
            <w:tcW w:w="1871" w:type="dxa"/>
            <w:shd w:val="clear" w:color="auto" w:fill="F6F8FA"/>
            <w:vAlign w:val="center"/>
          </w:tcPr>
          <w:p w14:paraId="53F6D604"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3F7D2DFF"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405A619C" w14:textId="77777777" w:rsidR="00E54E13" w:rsidRDefault="00000000">
            <w:pPr>
              <w:spacing w:before="30" w:after="30" w:line="222" w:lineRule="exact"/>
              <w:rPr>
                <w:rFonts w:hint="eastAsia"/>
              </w:rPr>
            </w:pPr>
            <w:r>
              <w:rPr>
                <w:sz w:val="17"/>
              </w:rPr>
              <w:t>[da compilare]</w:t>
            </w:r>
          </w:p>
        </w:tc>
        <w:tc>
          <w:tcPr>
            <w:tcW w:w="1984" w:type="dxa"/>
            <w:shd w:val="clear" w:color="auto" w:fill="F6F8FA"/>
            <w:vAlign w:val="center"/>
          </w:tcPr>
          <w:p w14:paraId="665F6C92" w14:textId="77777777" w:rsidR="00E54E13" w:rsidRDefault="00000000">
            <w:pPr>
              <w:spacing w:before="30" w:after="30" w:line="222" w:lineRule="exact"/>
              <w:rPr>
                <w:rFonts w:hint="eastAsia"/>
              </w:rPr>
            </w:pPr>
            <w:r>
              <w:rPr>
                <w:sz w:val="17"/>
              </w:rPr>
              <w:t>[da compilare]</w:t>
            </w:r>
          </w:p>
        </w:tc>
        <w:tc>
          <w:tcPr>
            <w:tcW w:w="1928" w:type="dxa"/>
            <w:shd w:val="clear" w:color="auto" w:fill="F6F8FA"/>
            <w:vAlign w:val="center"/>
          </w:tcPr>
          <w:p w14:paraId="75D50124" w14:textId="77777777" w:rsidR="00E54E13" w:rsidRDefault="00000000">
            <w:pPr>
              <w:spacing w:before="30" w:after="30" w:line="222" w:lineRule="exact"/>
              <w:rPr>
                <w:rFonts w:hint="eastAsia"/>
              </w:rPr>
            </w:pPr>
            <w:r>
              <w:rPr>
                <w:sz w:val="17"/>
              </w:rPr>
              <w:t>[da compilare]</w:t>
            </w:r>
          </w:p>
        </w:tc>
      </w:tr>
    </w:tbl>
    <w:p w14:paraId="2EDC2BA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8C5DDB2" w14:textId="77777777">
        <w:trPr>
          <w:cantSplit/>
          <w:trHeight w:val="386"/>
          <w:jc w:val="center"/>
        </w:trPr>
        <w:tc>
          <w:tcPr>
            <w:tcW w:w="2891" w:type="dxa"/>
            <w:shd w:val="clear" w:color="auto" w:fill="EDF3F9"/>
            <w:vAlign w:val="center"/>
          </w:tcPr>
          <w:p w14:paraId="4F82A1A5" w14:textId="77777777" w:rsidR="00E54E13" w:rsidRDefault="00000000">
            <w:pPr>
              <w:spacing w:before="30" w:after="30" w:line="236" w:lineRule="exact"/>
              <w:rPr>
                <w:rFonts w:hint="eastAsia"/>
              </w:rPr>
            </w:pPr>
            <w:r>
              <w:rPr>
                <w:b/>
                <w:sz w:val="18"/>
              </w:rPr>
              <w:t>Responsabile registro</w:t>
            </w:r>
          </w:p>
        </w:tc>
        <w:tc>
          <w:tcPr>
            <w:tcW w:w="6860" w:type="dxa"/>
            <w:vAlign w:val="center"/>
          </w:tcPr>
          <w:p w14:paraId="61800ED5" w14:textId="77777777" w:rsidR="00E54E13" w:rsidRDefault="00000000">
            <w:pPr>
              <w:spacing w:before="30" w:after="30" w:line="236" w:lineRule="exact"/>
              <w:rPr>
                <w:rFonts w:hint="eastAsia"/>
              </w:rPr>
            </w:pPr>
            <w:sdt>
              <w:sdtPr>
                <w:alias w:val="nominativo e aggiornamento del registro"/>
                <w:tag w:val="campo_164"/>
                <w:id w:val="100164"/>
                <w:text w:multiLine="1"/>
              </w:sdtPr>
              <w:sdtContent>
                <w:r>
                  <w:rPr>
                    <w:color w:val="007E87"/>
                    <w:sz w:val="19"/>
                  </w:rPr>
                  <w:t>[nominativo e aggiornamento del registro]</w:t>
                </w:r>
              </w:sdtContent>
            </w:sdt>
          </w:p>
        </w:tc>
      </w:tr>
    </w:tbl>
    <w:p w14:paraId="29D6A0C0" w14:textId="77777777" w:rsidR="00E54E13" w:rsidRDefault="00E54E13">
      <w:pPr>
        <w:spacing w:after="40" w:line="40" w:lineRule="exact"/>
        <w:rPr>
          <w:rFonts w:hint="eastAsia"/>
        </w:rPr>
      </w:pPr>
    </w:p>
    <w:p w14:paraId="29E1AA3C" w14:textId="77777777" w:rsidR="00E54E13" w:rsidRDefault="00000000">
      <w:pPr>
        <w:pStyle w:val="FormHint"/>
        <w:rPr>
          <w:rFonts w:hint="eastAsia"/>
        </w:rPr>
      </w:pPr>
      <w:r>
        <w:t>Distinguere una scadenza formativa dal riesame annuale dell’idoneità indicato come buona pratica e da eventuali limiti temporali decisi dall’azienda. Non creare due scadenze di quattro ore senza aver definito i percorsi pertinenti.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B07B5D1" w14:textId="77777777">
        <w:trPr>
          <w:tblHeader/>
          <w:jc w:val="center"/>
        </w:trPr>
        <w:tc>
          <w:tcPr>
            <w:tcW w:w="3250" w:type="dxa"/>
            <w:shd w:val="clear" w:color="auto" w:fill="12324B"/>
          </w:tcPr>
          <w:p w14:paraId="514C9A62"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02CB9299"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56C3A7C3" w14:textId="77777777" w:rsidR="00E54E13" w:rsidRDefault="00000000">
            <w:pPr>
              <w:spacing w:before="30" w:after="30" w:line="228" w:lineRule="exact"/>
              <w:rPr>
                <w:rFonts w:hint="eastAsia"/>
              </w:rPr>
            </w:pPr>
            <w:r>
              <w:rPr>
                <w:b/>
                <w:color w:val="FFFFFF"/>
                <w:sz w:val="17"/>
              </w:rPr>
              <w:t>Data</w:t>
            </w:r>
          </w:p>
        </w:tc>
      </w:tr>
      <w:tr w:rsidR="00E54E13" w14:paraId="78430441" w14:textId="77777777">
        <w:trPr>
          <w:cantSplit/>
          <w:trHeight w:val="567"/>
          <w:jc w:val="center"/>
        </w:trPr>
        <w:tc>
          <w:tcPr>
            <w:tcW w:w="3250" w:type="dxa"/>
            <w:vAlign w:val="center"/>
          </w:tcPr>
          <w:p w14:paraId="61D6D277"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954FA4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C11F725" w14:textId="77777777" w:rsidR="00E54E13" w:rsidRDefault="00000000">
            <w:pPr>
              <w:spacing w:before="30" w:after="30" w:line="228" w:lineRule="exact"/>
              <w:rPr>
                <w:rFonts w:hint="eastAsia"/>
              </w:rPr>
            </w:pPr>
            <w:r>
              <w:rPr>
                <w:sz w:val="17"/>
              </w:rPr>
              <w:t>____ / ____ / ______</w:t>
            </w:r>
          </w:p>
        </w:tc>
      </w:tr>
    </w:tbl>
    <w:p w14:paraId="3E072C32" w14:textId="77777777" w:rsidR="00E54E13" w:rsidRDefault="00E54E13">
      <w:pPr>
        <w:spacing w:after="40" w:line="40" w:lineRule="exact"/>
        <w:rPr>
          <w:rFonts w:hint="eastAsia"/>
        </w:rPr>
      </w:pPr>
    </w:p>
    <w:p w14:paraId="34375A4C" w14:textId="77777777" w:rsidR="00E54E13" w:rsidRDefault="00000000">
      <w:pPr>
        <w:pStyle w:val="Source"/>
        <w:rPr>
          <w:rFonts w:hint="eastAsia"/>
        </w:rPr>
      </w:pPr>
      <w:r>
        <w:t>Modello originale [AZ]. Base: INAIL 2026, pp. 2–3 e 6. I campi vuoti non costituiscono una verifica positiva.</w:t>
      </w:r>
    </w:p>
    <w:p w14:paraId="4A8FF12C" w14:textId="77777777" w:rsidR="00E54E13" w:rsidRDefault="00000000">
      <w:pPr>
        <w:pStyle w:val="Eyebrow"/>
        <w:keepNext/>
        <w:pageBreakBefore/>
        <w:rPr>
          <w:rFonts w:hint="eastAsia"/>
        </w:rPr>
      </w:pPr>
      <w:r>
        <w:t>PARTE II  /  ALLEGATO OPERATIVO [AZ]</w:t>
      </w:r>
    </w:p>
    <w:p w14:paraId="0F23FD7A" w14:textId="77777777" w:rsidR="00E54E13" w:rsidRDefault="00000000">
      <w:pPr>
        <w:pStyle w:val="Titolo1"/>
      </w:pPr>
      <w:bookmarkStart w:id="46" w:name="B47_A12"/>
      <w:r>
        <w:t>A12  Designazione dei ruoli e relative interfacce</w:t>
      </w:r>
      <w:bookmarkEnd w:id="46"/>
    </w:p>
    <w:p w14:paraId="72BFF8A6" w14:textId="77777777" w:rsidR="00E54E13" w:rsidRDefault="00000000">
      <w:pPr>
        <w:pStyle w:val="FormHint"/>
        <w:rPr>
          <w:rFonts w:hint="eastAsia"/>
        </w:rPr>
      </w:pPr>
      <w:r>
        <w:t>Collegare i ruoli al lavoro o all’ambito; una qualifica non equivale a una designazione.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CD1F931" w14:textId="77777777">
        <w:trPr>
          <w:cantSplit/>
          <w:trHeight w:val="346"/>
          <w:jc w:val="center"/>
        </w:trPr>
        <w:tc>
          <w:tcPr>
            <w:tcW w:w="2891" w:type="dxa"/>
            <w:shd w:val="clear" w:color="auto" w:fill="EDF3F9"/>
            <w:vAlign w:val="center"/>
          </w:tcPr>
          <w:p w14:paraId="49B2F582" w14:textId="77777777" w:rsidR="00E54E13" w:rsidRDefault="00000000">
            <w:pPr>
              <w:spacing w:before="30" w:after="30" w:line="236" w:lineRule="exact"/>
              <w:rPr>
                <w:rFonts w:hint="eastAsia"/>
              </w:rPr>
            </w:pPr>
            <w:r>
              <w:rPr>
                <w:b/>
                <w:sz w:val="18"/>
              </w:rPr>
              <w:t>Azienda / unità</w:t>
            </w:r>
          </w:p>
        </w:tc>
        <w:tc>
          <w:tcPr>
            <w:tcW w:w="6860" w:type="dxa"/>
            <w:vAlign w:val="center"/>
          </w:tcPr>
          <w:p w14:paraId="71816A25" w14:textId="77777777" w:rsidR="00E54E13" w:rsidRDefault="00000000">
            <w:pPr>
              <w:spacing w:before="30" w:after="30" w:line="236" w:lineRule="exact"/>
              <w:rPr>
                <w:rFonts w:hint="eastAsia"/>
              </w:rPr>
            </w:pPr>
            <w:sdt>
              <w:sdtPr>
                <w:alias w:val="ragione sociale e sede"/>
                <w:tag w:val="campo_166"/>
                <w:id w:val="100166"/>
                <w:text w:multiLine="1"/>
              </w:sdtPr>
              <w:sdtContent>
                <w:r>
                  <w:rPr>
                    <w:color w:val="007E87"/>
                    <w:sz w:val="19"/>
                  </w:rPr>
                  <w:t>[ragione sociale e sede]</w:t>
                </w:r>
              </w:sdtContent>
            </w:sdt>
          </w:p>
        </w:tc>
      </w:tr>
      <w:tr w:rsidR="00E54E13" w14:paraId="041AB467" w14:textId="77777777">
        <w:trPr>
          <w:cantSplit/>
          <w:trHeight w:val="346"/>
          <w:jc w:val="center"/>
        </w:trPr>
        <w:tc>
          <w:tcPr>
            <w:tcW w:w="2891" w:type="dxa"/>
            <w:shd w:val="clear" w:color="auto" w:fill="EDF3F9"/>
            <w:vAlign w:val="center"/>
          </w:tcPr>
          <w:p w14:paraId="6E518811"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8DDE804" w14:textId="77777777" w:rsidR="00E54E13" w:rsidRDefault="00000000">
            <w:pPr>
              <w:spacing w:before="30" w:after="30" w:line="236" w:lineRule="exact"/>
              <w:rPr>
                <w:rFonts w:hint="eastAsia"/>
              </w:rPr>
            </w:pPr>
            <w:sdt>
              <w:sdtPr>
                <w:alias w:val="codice, revisione e data"/>
                <w:tag w:val="campo_167"/>
                <w:id w:val="100167"/>
                <w:text w:multiLine="1"/>
              </w:sdtPr>
              <w:sdtContent>
                <w:r>
                  <w:rPr>
                    <w:color w:val="007E87"/>
                    <w:sz w:val="19"/>
                  </w:rPr>
                  <w:t>[codice, revisione e data]</w:t>
                </w:r>
              </w:sdtContent>
            </w:sdt>
          </w:p>
        </w:tc>
      </w:tr>
      <w:tr w:rsidR="00E54E13" w14:paraId="0069A96A" w14:textId="77777777">
        <w:trPr>
          <w:cantSplit/>
          <w:trHeight w:val="346"/>
          <w:jc w:val="center"/>
        </w:trPr>
        <w:tc>
          <w:tcPr>
            <w:tcW w:w="2891" w:type="dxa"/>
            <w:shd w:val="clear" w:color="auto" w:fill="EDF3F9"/>
            <w:vAlign w:val="center"/>
          </w:tcPr>
          <w:p w14:paraId="0F8789D2" w14:textId="77777777" w:rsidR="00E54E13" w:rsidRDefault="00000000">
            <w:pPr>
              <w:spacing w:before="30" w:after="30" w:line="236" w:lineRule="exact"/>
              <w:rPr>
                <w:rFonts w:hint="eastAsia"/>
              </w:rPr>
            </w:pPr>
            <w:r>
              <w:rPr>
                <w:b/>
                <w:sz w:val="18"/>
              </w:rPr>
              <w:t>Lavoro / impianto</w:t>
            </w:r>
          </w:p>
        </w:tc>
        <w:tc>
          <w:tcPr>
            <w:tcW w:w="6860" w:type="dxa"/>
            <w:vAlign w:val="center"/>
          </w:tcPr>
          <w:p w14:paraId="5DBEEBD1" w14:textId="77777777" w:rsidR="00E54E13" w:rsidRDefault="00000000">
            <w:pPr>
              <w:spacing w:before="30" w:after="30" w:line="236" w:lineRule="exact"/>
              <w:rPr>
                <w:rFonts w:hint="eastAsia"/>
              </w:rPr>
            </w:pPr>
            <w:sdt>
              <w:sdtPr>
                <w:alias w:val="codice lavoro e parte interessata"/>
                <w:tag w:val="campo_168"/>
                <w:id w:val="100168"/>
                <w:text w:multiLine="1"/>
              </w:sdtPr>
              <w:sdtContent>
                <w:r>
                  <w:rPr>
                    <w:color w:val="007E87"/>
                    <w:sz w:val="19"/>
                  </w:rPr>
                  <w:t>[codice lavoro e parte interessata]</w:t>
                </w:r>
              </w:sdtContent>
            </w:sdt>
          </w:p>
        </w:tc>
      </w:tr>
    </w:tbl>
    <w:p w14:paraId="7094FDF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64"/>
        <w:gridCol w:w="2608"/>
        <w:gridCol w:w="3458"/>
        <w:gridCol w:w="2721"/>
      </w:tblGrid>
      <w:tr w:rsidR="00E54E13" w14:paraId="5C17FB7D" w14:textId="77777777">
        <w:trPr>
          <w:tblHeader/>
          <w:jc w:val="center"/>
        </w:trPr>
        <w:tc>
          <w:tcPr>
            <w:tcW w:w="964" w:type="dxa"/>
            <w:shd w:val="clear" w:color="auto" w:fill="12324B"/>
          </w:tcPr>
          <w:p w14:paraId="1EE0620D" w14:textId="77777777" w:rsidR="00E54E13" w:rsidRDefault="00000000">
            <w:pPr>
              <w:spacing w:before="30" w:after="30" w:line="232" w:lineRule="exact"/>
              <w:rPr>
                <w:rFonts w:hint="eastAsia"/>
              </w:rPr>
            </w:pPr>
            <w:r>
              <w:rPr>
                <w:b/>
                <w:color w:val="FFFFFF"/>
                <w:sz w:val="18"/>
              </w:rPr>
              <w:t>Ruolo</w:t>
            </w:r>
          </w:p>
        </w:tc>
        <w:tc>
          <w:tcPr>
            <w:tcW w:w="2608" w:type="dxa"/>
            <w:shd w:val="clear" w:color="auto" w:fill="12324B"/>
          </w:tcPr>
          <w:p w14:paraId="211E42C0" w14:textId="77777777" w:rsidR="00E54E13" w:rsidRDefault="00000000">
            <w:pPr>
              <w:spacing w:before="30" w:after="30" w:line="232" w:lineRule="exact"/>
              <w:rPr>
                <w:rFonts w:hint="eastAsia"/>
              </w:rPr>
            </w:pPr>
            <w:r>
              <w:rPr>
                <w:b/>
                <w:color w:val="FFFFFF"/>
                <w:sz w:val="18"/>
              </w:rPr>
              <w:t>Persona / recapito</w:t>
            </w:r>
          </w:p>
        </w:tc>
        <w:tc>
          <w:tcPr>
            <w:tcW w:w="3458" w:type="dxa"/>
            <w:shd w:val="clear" w:color="auto" w:fill="12324B"/>
          </w:tcPr>
          <w:p w14:paraId="20F371CE" w14:textId="77777777" w:rsidR="00E54E13" w:rsidRDefault="00000000">
            <w:pPr>
              <w:spacing w:before="30" w:after="30" w:line="232" w:lineRule="exact"/>
              <w:rPr>
                <w:rFonts w:hint="eastAsia"/>
              </w:rPr>
            </w:pPr>
            <w:r>
              <w:rPr>
                <w:b/>
                <w:color w:val="FFFFFF"/>
                <w:sz w:val="18"/>
              </w:rPr>
              <w:t>Designazione e ambito</w:t>
            </w:r>
          </w:p>
        </w:tc>
        <w:tc>
          <w:tcPr>
            <w:tcW w:w="2721" w:type="dxa"/>
            <w:shd w:val="clear" w:color="auto" w:fill="12324B"/>
          </w:tcPr>
          <w:p w14:paraId="3661AC33" w14:textId="77777777" w:rsidR="00E54E13" w:rsidRDefault="00000000">
            <w:pPr>
              <w:spacing w:before="30" w:after="30" w:line="232" w:lineRule="exact"/>
              <w:rPr>
                <w:rFonts w:hint="eastAsia"/>
              </w:rPr>
            </w:pPr>
            <w:r>
              <w:rPr>
                <w:b/>
                <w:color w:val="FFFFFF"/>
                <w:sz w:val="18"/>
              </w:rPr>
              <w:t>Requisito verificato</w:t>
            </w:r>
          </w:p>
        </w:tc>
      </w:tr>
      <w:tr w:rsidR="00E54E13" w14:paraId="03509180" w14:textId="77777777">
        <w:trPr>
          <w:cantSplit/>
          <w:trHeight w:val="765"/>
          <w:jc w:val="center"/>
        </w:trPr>
        <w:tc>
          <w:tcPr>
            <w:tcW w:w="964" w:type="dxa"/>
            <w:vAlign w:val="center"/>
          </w:tcPr>
          <w:p w14:paraId="1F17D7E2" w14:textId="77777777" w:rsidR="00E54E13" w:rsidRDefault="00000000">
            <w:pPr>
              <w:spacing w:before="30" w:after="30" w:line="232" w:lineRule="exact"/>
              <w:rPr>
                <w:rFonts w:hint="eastAsia"/>
              </w:rPr>
            </w:pPr>
            <w:r>
              <w:rPr>
                <w:sz w:val="18"/>
              </w:rPr>
              <w:t>GI</w:t>
            </w:r>
          </w:p>
        </w:tc>
        <w:tc>
          <w:tcPr>
            <w:tcW w:w="2608" w:type="dxa"/>
            <w:vAlign w:val="center"/>
          </w:tcPr>
          <w:p w14:paraId="70C1BB09" w14:textId="77777777" w:rsidR="00E54E13" w:rsidRDefault="00000000">
            <w:pPr>
              <w:spacing w:before="30" w:after="30" w:line="232" w:lineRule="exact"/>
              <w:rPr>
                <w:rFonts w:hint="eastAsia"/>
              </w:rPr>
            </w:pPr>
            <w:r>
              <w:rPr>
                <w:sz w:val="18"/>
              </w:rPr>
              <w:t>[compilare]</w:t>
            </w:r>
          </w:p>
        </w:tc>
        <w:tc>
          <w:tcPr>
            <w:tcW w:w="3458" w:type="dxa"/>
            <w:vAlign w:val="center"/>
          </w:tcPr>
          <w:p w14:paraId="5331427A" w14:textId="77777777" w:rsidR="00E54E13" w:rsidRDefault="00000000">
            <w:pPr>
              <w:spacing w:before="30" w:after="30" w:line="232" w:lineRule="exact"/>
              <w:rPr>
                <w:rFonts w:hint="eastAsia"/>
              </w:rPr>
            </w:pPr>
            <w:r>
              <w:rPr>
                <w:sz w:val="18"/>
              </w:rPr>
              <w:t>[identificazione aziendale]</w:t>
            </w:r>
          </w:p>
        </w:tc>
        <w:tc>
          <w:tcPr>
            <w:tcW w:w="2721" w:type="dxa"/>
            <w:vAlign w:val="center"/>
          </w:tcPr>
          <w:p w14:paraId="23D0260D" w14:textId="77777777" w:rsidR="00E54E13" w:rsidRDefault="00000000">
            <w:pPr>
              <w:spacing w:before="30" w:after="30" w:line="232" w:lineRule="exact"/>
              <w:rPr>
                <w:rFonts w:hint="eastAsia"/>
              </w:rPr>
            </w:pPr>
            <w:r>
              <w:rPr>
                <w:sz w:val="18"/>
              </w:rPr>
              <w:t>[riferimenti pertinenti]</w:t>
            </w:r>
          </w:p>
        </w:tc>
      </w:tr>
      <w:tr w:rsidR="00E54E13" w14:paraId="447DE8E3" w14:textId="77777777">
        <w:trPr>
          <w:cantSplit/>
          <w:trHeight w:val="765"/>
          <w:jc w:val="center"/>
        </w:trPr>
        <w:tc>
          <w:tcPr>
            <w:tcW w:w="964" w:type="dxa"/>
            <w:shd w:val="clear" w:color="auto" w:fill="F6F8FA"/>
            <w:vAlign w:val="center"/>
          </w:tcPr>
          <w:p w14:paraId="44EA87A2" w14:textId="77777777" w:rsidR="00E54E13" w:rsidRDefault="00000000">
            <w:pPr>
              <w:spacing w:before="30" w:after="30" w:line="232" w:lineRule="exact"/>
              <w:rPr>
                <w:rFonts w:hint="eastAsia"/>
              </w:rPr>
            </w:pPr>
            <w:r>
              <w:rPr>
                <w:sz w:val="18"/>
              </w:rPr>
              <w:t>RI</w:t>
            </w:r>
          </w:p>
        </w:tc>
        <w:tc>
          <w:tcPr>
            <w:tcW w:w="2608" w:type="dxa"/>
            <w:shd w:val="clear" w:color="auto" w:fill="F6F8FA"/>
            <w:vAlign w:val="center"/>
          </w:tcPr>
          <w:p w14:paraId="74622B2A" w14:textId="77777777" w:rsidR="00E54E13" w:rsidRDefault="00000000">
            <w:pPr>
              <w:spacing w:before="30" w:after="30" w:line="232" w:lineRule="exact"/>
              <w:rPr>
                <w:rFonts w:hint="eastAsia"/>
              </w:rPr>
            </w:pPr>
            <w:r>
              <w:rPr>
                <w:sz w:val="18"/>
              </w:rPr>
              <w:t>[compilare]</w:t>
            </w:r>
          </w:p>
        </w:tc>
        <w:tc>
          <w:tcPr>
            <w:tcW w:w="3458" w:type="dxa"/>
            <w:shd w:val="clear" w:color="auto" w:fill="F6F8FA"/>
            <w:vAlign w:val="center"/>
          </w:tcPr>
          <w:p w14:paraId="751EEEE1" w14:textId="77777777" w:rsidR="00E54E13" w:rsidRDefault="00000000">
            <w:pPr>
              <w:spacing w:before="30" w:after="30" w:line="232" w:lineRule="exact"/>
              <w:rPr>
                <w:rFonts w:hint="eastAsia"/>
              </w:rPr>
            </w:pPr>
            <w:r>
              <w:rPr>
                <w:sz w:val="18"/>
              </w:rPr>
              <w:t>[designato dal GI; ambito]</w:t>
            </w:r>
          </w:p>
        </w:tc>
        <w:tc>
          <w:tcPr>
            <w:tcW w:w="2721" w:type="dxa"/>
            <w:shd w:val="clear" w:color="auto" w:fill="F6F8FA"/>
            <w:vAlign w:val="center"/>
          </w:tcPr>
          <w:p w14:paraId="3EBF1B0F" w14:textId="77777777" w:rsidR="00E54E13" w:rsidRDefault="00000000">
            <w:pPr>
              <w:spacing w:before="30" w:after="30" w:line="232" w:lineRule="exact"/>
              <w:rPr>
                <w:rFonts w:hint="eastAsia"/>
              </w:rPr>
            </w:pPr>
            <w:r>
              <w:rPr>
                <w:sz w:val="18"/>
              </w:rPr>
              <w:t>[atto PES]</w:t>
            </w:r>
          </w:p>
        </w:tc>
      </w:tr>
      <w:tr w:rsidR="00E54E13" w14:paraId="2C0070C4" w14:textId="77777777">
        <w:trPr>
          <w:cantSplit/>
          <w:trHeight w:val="765"/>
          <w:jc w:val="center"/>
        </w:trPr>
        <w:tc>
          <w:tcPr>
            <w:tcW w:w="964" w:type="dxa"/>
            <w:vAlign w:val="center"/>
          </w:tcPr>
          <w:p w14:paraId="2D5C2F86" w14:textId="77777777" w:rsidR="00E54E13" w:rsidRDefault="00000000">
            <w:pPr>
              <w:spacing w:before="30" w:after="30" w:line="232" w:lineRule="exact"/>
              <w:rPr>
                <w:rFonts w:hint="eastAsia"/>
              </w:rPr>
            </w:pPr>
            <w:r>
              <w:rPr>
                <w:sz w:val="18"/>
              </w:rPr>
              <w:t>GL</w:t>
            </w:r>
          </w:p>
        </w:tc>
        <w:tc>
          <w:tcPr>
            <w:tcW w:w="2608" w:type="dxa"/>
            <w:vAlign w:val="center"/>
          </w:tcPr>
          <w:p w14:paraId="4497E01A" w14:textId="77777777" w:rsidR="00E54E13" w:rsidRDefault="00000000">
            <w:pPr>
              <w:spacing w:before="30" w:after="30" w:line="232" w:lineRule="exact"/>
              <w:rPr>
                <w:rFonts w:hint="eastAsia"/>
              </w:rPr>
            </w:pPr>
            <w:r>
              <w:rPr>
                <w:sz w:val="18"/>
              </w:rPr>
              <w:t>[compilare]</w:t>
            </w:r>
          </w:p>
        </w:tc>
        <w:tc>
          <w:tcPr>
            <w:tcW w:w="3458" w:type="dxa"/>
            <w:vAlign w:val="center"/>
          </w:tcPr>
          <w:p w14:paraId="117D16AC" w14:textId="77777777" w:rsidR="00E54E13" w:rsidRDefault="00000000">
            <w:pPr>
              <w:spacing w:before="30" w:after="30" w:line="232" w:lineRule="exact"/>
              <w:rPr>
                <w:rFonts w:hint="eastAsia"/>
              </w:rPr>
            </w:pPr>
            <w:r>
              <w:rPr>
                <w:sz w:val="18"/>
              </w:rPr>
              <w:t>[individuazione aziendale; ambito]</w:t>
            </w:r>
          </w:p>
        </w:tc>
        <w:tc>
          <w:tcPr>
            <w:tcW w:w="2721" w:type="dxa"/>
            <w:vAlign w:val="center"/>
          </w:tcPr>
          <w:p w14:paraId="06DB7411" w14:textId="77777777" w:rsidR="00E54E13" w:rsidRDefault="00000000">
            <w:pPr>
              <w:spacing w:before="30" w:after="30" w:line="232" w:lineRule="exact"/>
              <w:rPr>
                <w:rFonts w:hint="eastAsia"/>
              </w:rPr>
            </w:pPr>
            <w:r>
              <w:rPr>
                <w:sz w:val="18"/>
              </w:rPr>
              <w:t>[conoscenze pertinenti]</w:t>
            </w:r>
          </w:p>
        </w:tc>
      </w:tr>
      <w:tr w:rsidR="00E54E13" w14:paraId="0350973E" w14:textId="77777777">
        <w:trPr>
          <w:cantSplit/>
          <w:trHeight w:val="765"/>
          <w:jc w:val="center"/>
        </w:trPr>
        <w:tc>
          <w:tcPr>
            <w:tcW w:w="964" w:type="dxa"/>
            <w:shd w:val="clear" w:color="auto" w:fill="F6F8FA"/>
            <w:vAlign w:val="center"/>
          </w:tcPr>
          <w:p w14:paraId="27F2D8B6" w14:textId="77777777" w:rsidR="00E54E13" w:rsidRDefault="00000000">
            <w:pPr>
              <w:spacing w:before="30" w:after="30" w:line="232" w:lineRule="exact"/>
              <w:rPr>
                <w:rFonts w:hint="eastAsia"/>
              </w:rPr>
            </w:pPr>
            <w:r>
              <w:rPr>
                <w:sz w:val="18"/>
              </w:rPr>
              <w:t>RLE</w:t>
            </w:r>
          </w:p>
        </w:tc>
        <w:tc>
          <w:tcPr>
            <w:tcW w:w="2608" w:type="dxa"/>
            <w:shd w:val="clear" w:color="auto" w:fill="F6F8FA"/>
            <w:vAlign w:val="center"/>
          </w:tcPr>
          <w:p w14:paraId="2A7078DD" w14:textId="77777777" w:rsidR="00E54E13" w:rsidRDefault="00000000">
            <w:pPr>
              <w:spacing w:before="30" w:after="30" w:line="232" w:lineRule="exact"/>
              <w:rPr>
                <w:rFonts w:hint="eastAsia"/>
              </w:rPr>
            </w:pPr>
            <w:r>
              <w:rPr>
                <w:sz w:val="18"/>
              </w:rPr>
              <w:t>[compilare]</w:t>
            </w:r>
          </w:p>
        </w:tc>
        <w:tc>
          <w:tcPr>
            <w:tcW w:w="3458" w:type="dxa"/>
            <w:shd w:val="clear" w:color="auto" w:fill="F6F8FA"/>
            <w:vAlign w:val="center"/>
          </w:tcPr>
          <w:p w14:paraId="37D97959" w14:textId="77777777" w:rsidR="00E54E13" w:rsidRDefault="00000000">
            <w:pPr>
              <w:spacing w:before="30" w:after="30" w:line="232" w:lineRule="exact"/>
              <w:rPr>
                <w:rFonts w:hint="eastAsia"/>
              </w:rPr>
            </w:pPr>
            <w:r>
              <w:rPr>
                <w:sz w:val="18"/>
              </w:rPr>
              <w:t>[designato dal GL; lavoro]</w:t>
            </w:r>
          </w:p>
        </w:tc>
        <w:tc>
          <w:tcPr>
            <w:tcW w:w="2721" w:type="dxa"/>
            <w:shd w:val="clear" w:color="auto" w:fill="F6F8FA"/>
            <w:vAlign w:val="center"/>
          </w:tcPr>
          <w:p w14:paraId="2D11149D" w14:textId="77777777" w:rsidR="00E54E13" w:rsidRDefault="00000000">
            <w:pPr>
              <w:spacing w:before="30" w:after="30" w:line="232" w:lineRule="exact"/>
              <w:rPr>
                <w:rFonts w:hint="eastAsia"/>
              </w:rPr>
            </w:pPr>
            <w:r>
              <w:rPr>
                <w:sz w:val="18"/>
              </w:rPr>
              <w:t>[PES ed esperienza pertinente]</w:t>
            </w:r>
          </w:p>
        </w:tc>
      </w:tr>
    </w:tbl>
    <w:p w14:paraId="45C6CE9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09A64CA" w14:textId="77777777">
        <w:trPr>
          <w:cantSplit/>
          <w:trHeight w:val="386"/>
          <w:jc w:val="center"/>
        </w:trPr>
        <w:tc>
          <w:tcPr>
            <w:tcW w:w="2891" w:type="dxa"/>
            <w:shd w:val="clear" w:color="auto" w:fill="EDF3F9"/>
            <w:vAlign w:val="center"/>
          </w:tcPr>
          <w:p w14:paraId="76F018A6" w14:textId="77777777" w:rsidR="00E54E13" w:rsidRDefault="00000000">
            <w:pPr>
              <w:spacing w:before="30" w:after="30" w:line="236" w:lineRule="exact"/>
              <w:rPr>
                <w:rFonts w:hint="eastAsia"/>
              </w:rPr>
            </w:pPr>
            <w:r>
              <w:rPr>
                <w:b/>
                <w:sz w:val="18"/>
              </w:rPr>
              <w:t>Coincidenza dei ruoli</w:t>
            </w:r>
          </w:p>
        </w:tc>
        <w:tc>
          <w:tcPr>
            <w:tcW w:w="6860" w:type="dxa"/>
            <w:vAlign w:val="center"/>
          </w:tcPr>
          <w:p w14:paraId="73EE8612" w14:textId="77777777" w:rsidR="00E54E13" w:rsidRDefault="00000000">
            <w:pPr>
              <w:spacing w:before="30" w:after="30" w:line="236" w:lineRule="exact"/>
              <w:rPr>
                <w:rFonts w:hint="eastAsia"/>
              </w:rPr>
            </w:pPr>
            <w:sdt>
              <w:sdtPr>
                <w:alias w:val="eventuali coincidenze e motivazioni"/>
                <w:tag w:val="campo_169"/>
                <w:id w:val="100169"/>
                <w:text w:multiLine="1"/>
              </w:sdtPr>
              <w:sdtContent>
                <w:r>
                  <w:rPr>
                    <w:color w:val="007E87"/>
                    <w:sz w:val="19"/>
                  </w:rPr>
                  <w:t>[eventuali coincidenze e motivazioni]</w:t>
                </w:r>
              </w:sdtContent>
            </w:sdt>
          </w:p>
        </w:tc>
      </w:tr>
      <w:tr w:rsidR="00E54E13" w14:paraId="59BEE426" w14:textId="77777777">
        <w:trPr>
          <w:cantSplit/>
          <w:trHeight w:val="386"/>
          <w:jc w:val="center"/>
        </w:trPr>
        <w:tc>
          <w:tcPr>
            <w:tcW w:w="2891" w:type="dxa"/>
            <w:shd w:val="clear" w:color="auto" w:fill="EDF3F9"/>
            <w:vAlign w:val="center"/>
          </w:tcPr>
          <w:p w14:paraId="5E1963C9" w14:textId="77777777" w:rsidR="00E54E13" w:rsidRDefault="00000000">
            <w:pPr>
              <w:spacing w:before="30" w:after="30" w:line="236" w:lineRule="exact"/>
              <w:rPr>
                <w:rFonts w:hint="eastAsia"/>
              </w:rPr>
            </w:pPr>
            <w:r>
              <w:rPr>
                <w:b/>
                <w:sz w:val="18"/>
              </w:rPr>
              <w:t>Redazione tecnica del PI</w:t>
            </w:r>
          </w:p>
        </w:tc>
        <w:tc>
          <w:tcPr>
            <w:tcW w:w="6860" w:type="dxa"/>
            <w:shd w:val="clear" w:color="auto" w:fill="F6F8FA"/>
            <w:vAlign w:val="center"/>
          </w:tcPr>
          <w:p w14:paraId="0F15FE06" w14:textId="77777777" w:rsidR="00E54E13" w:rsidRDefault="00000000">
            <w:pPr>
              <w:spacing w:before="30" w:after="30" w:line="236" w:lineRule="exact"/>
              <w:rPr>
                <w:rFonts w:hint="eastAsia"/>
              </w:rPr>
            </w:pPr>
            <w:sdt>
              <w:sdtPr>
                <w:alias w:val="PES incaricata; se GL, verifica della qualifica PES"/>
                <w:tag w:val="campo_170"/>
                <w:id w:val="100170"/>
                <w:text w:multiLine="1"/>
              </w:sdtPr>
              <w:sdtContent>
                <w:r>
                  <w:rPr>
                    <w:color w:val="007E87"/>
                    <w:sz w:val="19"/>
                  </w:rPr>
                  <w:t>[PES incaricata; se GL, verifica della qualifica PES]</w:t>
                </w:r>
              </w:sdtContent>
            </w:sdt>
          </w:p>
        </w:tc>
      </w:tr>
      <w:tr w:rsidR="00E54E13" w14:paraId="32FDA60C" w14:textId="77777777">
        <w:trPr>
          <w:cantSplit/>
          <w:trHeight w:val="386"/>
          <w:jc w:val="center"/>
        </w:trPr>
        <w:tc>
          <w:tcPr>
            <w:tcW w:w="2891" w:type="dxa"/>
            <w:shd w:val="clear" w:color="auto" w:fill="EDF3F9"/>
            <w:vAlign w:val="center"/>
          </w:tcPr>
          <w:p w14:paraId="0B4379F2" w14:textId="77777777" w:rsidR="00E54E13" w:rsidRDefault="00000000">
            <w:pPr>
              <w:spacing w:before="30" w:after="30" w:line="236" w:lineRule="exact"/>
              <w:rPr>
                <w:rFonts w:hint="eastAsia"/>
              </w:rPr>
            </w:pPr>
            <w:r>
              <w:rPr>
                <w:b/>
                <w:sz w:val="18"/>
              </w:rPr>
              <w:t>Supervisione prevista</w:t>
            </w:r>
          </w:p>
        </w:tc>
        <w:tc>
          <w:tcPr>
            <w:tcW w:w="6860" w:type="dxa"/>
            <w:vAlign w:val="center"/>
          </w:tcPr>
          <w:p w14:paraId="36AA0139" w14:textId="77777777" w:rsidR="00E54E13" w:rsidRDefault="00000000">
            <w:pPr>
              <w:spacing w:before="30" w:after="30" w:line="236" w:lineRule="exact"/>
              <w:rPr>
                <w:rFonts w:hint="eastAsia"/>
              </w:rPr>
            </w:pPr>
            <w:sdt>
              <w:sdtPr>
                <w:alias w:val="sul posto / personale; motivazione del GL"/>
                <w:tag w:val="campo_171"/>
                <w:id w:val="100171"/>
                <w:text w:multiLine="1"/>
              </w:sdtPr>
              <w:sdtContent>
                <w:r>
                  <w:rPr>
                    <w:color w:val="007E87"/>
                    <w:sz w:val="19"/>
                  </w:rPr>
                  <w:t>[sul posto / personale; motivazione del GL]</w:t>
                </w:r>
              </w:sdtContent>
            </w:sdt>
          </w:p>
        </w:tc>
      </w:tr>
      <w:tr w:rsidR="00E54E13" w14:paraId="705468EB" w14:textId="77777777">
        <w:trPr>
          <w:cantSplit/>
          <w:trHeight w:val="386"/>
          <w:jc w:val="center"/>
        </w:trPr>
        <w:tc>
          <w:tcPr>
            <w:tcW w:w="2891" w:type="dxa"/>
            <w:shd w:val="clear" w:color="auto" w:fill="EDF3F9"/>
            <w:vAlign w:val="center"/>
          </w:tcPr>
          <w:p w14:paraId="47D7F8FE" w14:textId="77777777" w:rsidR="00E54E13" w:rsidRDefault="00000000">
            <w:pPr>
              <w:spacing w:before="30" w:after="30" w:line="236" w:lineRule="exact"/>
              <w:rPr>
                <w:rFonts w:hint="eastAsia"/>
              </w:rPr>
            </w:pPr>
            <w:r>
              <w:rPr>
                <w:b/>
                <w:sz w:val="18"/>
              </w:rPr>
              <w:t>Sostituzioni</w:t>
            </w:r>
          </w:p>
        </w:tc>
        <w:tc>
          <w:tcPr>
            <w:tcW w:w="6860" w:type="dxa"/>
            <w:shd w:val="clear" w:color="auto" w:fill="F6F8FA"/>
            <w:vAlign w:val="center"/>
          </w:tcPr>
          <w:p w14:paraId="437811EC" w14:textId="77777777" w:rsidR="00E54E13" w:rsidRDefault="00000000">
            <w:pPr>
              <w:spacing w:before="30" w:after="30" w:line="236" w:lineRule="exact"/>
              <w:rPr>
                <w:rFonts w:hint="eastAsia"/>
              </w:rPr>
            </w:pPr>
            <w:sdt>
              <w:sdtPr>
                <w:alias w:val="modalità di designazione e passaggio di consegne"/>
                <w:tag w:val="campo_172"/>
                <w:id w:val="100172"/>
                <w:text w:multiLine="1"/>
              </w:sdtPr>
              <w:sdtContent>
                <w:r>
                  <w:rPr>
                    <w:color w:val="007E87"/>
                    <w:sz w:val="19"/>
                  </w:rPr>
                  <w:t>[modalità di designazione e passaggio di consegne]</w:t>
                </w:r>
              </w:sdtContent>
            </w:sdt>
          </w:p>
        </w:tc>
      </w:tr>
    </w:tbl>
    <w:p w14:paraId="7149E592"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6E053AFB" w14:textId="77777777">
        <w:tc>
          <w:tcPr>
            <w:tcW w:w="9752" w:type="dxa"/>
            <w:shd w:val="clear" w:color="auto" w:fill="EAF5F5"/>
            <w:tcMar>
              <w:top w:w="110" w:type="dxa"/>
              <w:left w:w="150" w:type="dxa"/>
              <w:bottom w:w="110" w:type="dxa"/>
              <w:right w:w="150" w:type="dxa"/>
            </w:tcMar>
          </w:tcPr>
          <w:p w14:paraId="3AF908F3" w14:textId="77777777" w:rsidR="00E54E13" w:rsidRDefault="00000000">
            <w:pPr>
              <w:spacing w:after="80"/>
              <w:rPr>
                <w:rFonts w:hint="eastAsia"/>
              </w:rPr>
            </w:pPr>
            <w:r>
              <w:rPr>
                <w:b/>
                <w:color w:val="007E87"/>
              </w:rPr>
              <w:t>REQUISITI DA NON CONFONDERE</w:t>
            </w:r>
          </w:p>
          <w:p w14:paraId="7ED9364E" w14:textId="77777777" w:rsidR="00E54E13" w:rsidRDefault="00000000">
            <w:pPr>
              <w:spacing w:after="20" w:line="250" w:lineRule="exact"/>
              <w:rPr>
                <w:rFonts w:hint="eastAsia"/>
              </w:rPr>
            </w:pPr>
            <w:r>
              <w:rPr>
                <w:sz w:val="18"/>
              </w:rPr>
              <w:t>RI e RLE devono essere PES. Se GL e RLE coincidono, la persona deve essere PES. Non si attribuisce automaticamente tale requisito a ogni GL. Il RLE deve essere presente per tutta la durata del lavoro.</w:t>
            </w:r>
          </w:p>
        </w:tc>
      </w:tr>
    </w:tbl>
    <w:p w14:paraId="59B497B5"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4A0AD982" w14:textId="77777777">
        <w:trPr>
          <w:tblHeader/>
          <w:jc w:val="center"/>
        </w:trPr>
        <w:tc>
          <w:tcPr>
            <w:tcW w:w="3250" w:type="dxa"/>
            <w:shd w:val="clear" w:color="auto" w:fill="12324B"/>
          </w:tcPr>
          <w:p w14:paraId="002CE395" w14:textId="77777777" w:rsidR="00E54E13" w:rsidRDefault="00000000">
            <w:pPr>
              <w:spacing w:before="30" w:after="30" w:line="228" w:lineRule="exact"/>
              <w:rPr>
                <w:rFonts w:hint="eastAsia"/>
              </w:rPr>
            </w:pPr>
            <w:r>
              <w:rPr>
                <w:b/>
                <w:color w:val="FFFFFF"/>
                <w:sz w:val="17"/>
              </w:rPr>
              <w:t>Soggetti designanti</w:t>
            </w:r>
          </w:p>
        </w:tc>
        <w:tc>
          <w:tcPr>
            <w:tcW w:w="3250" w:type="dxa"/>
            <w:shd w:val="clear" w:color="auto" w:fill="12324B"/>
          </w:tcPr>
          <w:p w14:paraId="55238306" w14:textId="77777777" w:rsidR="00E54E13" w:rsidRDefault="00000000">
            <w:pPr>
              <w:spacing w:before="30" w:after="30" w:line="228" w:lineRule="exact"/>
              <w:rPr>
                <w:rFonts w:hint="eastAsia"/>
              </w:rPr>
            </w:pPr>
            <w:r>
              <w:rPr>
                <w:b/>
                <w:color w:val="FFFFFF"/>
                <w:sz w:val="17"/>
              </w:rPr>
              <w:t>Incaricati per ricezione</w:t>
            </w:r>
          </w:p>
        </w:tc>
        <w:tc>
          <w:tcPr>
            <w:tcW w:w="3250" w:type="dxa"/>
            <w:shd w:val="clear" w:color="auto" w:fill="12324B"/>
          </w:tcPr>
          <w:p w14:paraId="4E666A5A" w14:textId="77777777" w:rsidR="00E54E13" w:rsidRDefault="00000000">
            <w:pPr>
              <w:spacing w:before="30" w:after="30" w:line="228" w:lineRule="exact"/>
              <w:rPr>
                <w:rFonts w:hint="eastAsia"/>
              </w:rPr>
            </w:pPr>
            <w:r>
              <w:rPr>
                <w:b/>
                <w:color w:val="FFFFFF"/>
                <w:sz w:val="17"/>
              </w:rPr>
              <w:t>Data</w:t>
            </w:r>
          </w:p>
        </w:tc>
      </w:tr>
      <w:tr w:rsidR="00E54E13" w14:paraId="74192557" w14:textId="77777777">
        <w:trPr>
          <w:cantSplit/>
          <w:trHeight w:val="567"/>
          <w:jc w:val="center"/>
        </w:trPr>
        <w:tc>
          <w:tcPr>
            <w:tcW w:w="3250" w:type="dxa"/>
            <w:vAlign w:val="center"/>
          </w:tcPr>
          <w:p w14:paraId="1D472FC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F001605"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15990E9" w14:textId="77777777" w:rsidR="00E54E13" w:rsidRDefault="00000000">
            <w:pPr>
              <w:spacing w:before="30" w:after="30" w:line="228" w:lineRule="exact"/>
              <w:rPr>
                <w:rFonts w:hint="eastAsia"/>
              </w:rPr>
            </w:pPr>
            <w:r>
              <w:rPr>
                <w:sz w:val="17"/>
              </w:rPr>
              <w:t>____ / ____ / ______</w:t>
            </w:r>
          </w:p>
        </w:tc>
      </w:tr>
    </w:tbl>
    <w:p w14:paraId="03BA6DA0" w14:textId="77777777" w:rsidR="00E54E13" w:rsidRDefault="00E54E13">
      <w:pPr>
        <w:spacing w:after="40" w:line="40" w:lineRule="exact"/>
        <w:rPr>
          <w:rFonts w:hint="eastAsia"/>
        </w:rPr>
      </w:pPr>
    </w:p>
    <w:p w14:paraId="220C3FB6" w14:textId="77777777" w:rsidR="00E54E13" w:rsidRDefault="00000000">
      <w:pPr>
        <w:pStyle w:val="Source"/>
        <w:rPr>
          <w:rFonts w:hint="eastAsia"/>
        </w:rPr>
      </w:pPr>
      <w:r>
        <w:t>Modello originale [AZ]. Base: INAIL 2026, pp. 3–4. I campi vuoti non costituiscono una verifica positiva.</w:t>
      </w:r>
    </w:p>
    <w:p w14:paraId="4AF4DF84" w14:textId="77777777" w:rsidR="00E54E13" w:rsidRDefault="00000000">
      <w:pPr>
        <w:pStyle w:val="Eyebrow"/>
        <w:keepNext/>
        <w:pageBreakBefore/>
        <w:rPr>
          <w:rFonts w:hint="eastAsia"/>
        </w:rPr>
      </w:pPr>
      <w:r>
        <w:t>PARTE II  /  ALLEGATO OPERATIVO [AZ]</w:t>
      </w:r>
    </w:p>
    <w:p w14:paraId="2F2F9FD9" w14:textId="77777777" w:rsidR="00E54E13" w:rsidRDefault="00000000">
      <w:pPr>
        <w:pStyle w:val="Titolo1"/>
      </w:pPr>
      <w:bookmarkStart w:id="47" w:name="B48_A13"/>
      <w:r>
        <w:t>A13  Richiesta di lavoro e analisi preliminare</w:t>
      </w:r>
      <w:bookmarkEnd w:id="47"/>
    </w:p>
    <w:p w14:paraId="511419F4" w14:textId="77777777" w:rsidR="00E54E13" w:rsidRDefault="00000000">
      <w:pPr>
        <w:pStyle w:val="FormHint"/>
        <w:rPr>
          <w:rFonts w:hint="eastAsia"/>
        </w:rPr>
      </w:pPr>
      <w:r>
        <w:t>Scheda 1 di 2. Aprire il dossier prima della preparazione; identificare le informazioni mancanti.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2EFFF14" w14:textId="77777777">
        <w:trPr>
          <w:cantSplit/>
          <w:trHeight w:val="346"/>
          <w:jc w:val="center"/>
        </w:trPr>
        <w:tc>
          <w:tcPr>
            <w:tcW w:w="2891" w:type="dxa"/>
            <w:shd w:val="clear" w:color="auto" w:fill="EDF3F9"/>
            <w:vAlign w:val="center"/>
          </w:tcPr>
          <w:p w14:paraId="0B34827B" w14:textId="77777777" w:rsidR="00E54E13" w:rsidRDefault="00000000">
            <w:pPr>
              <w:spacing w:before="30" w:after="30" w:line="236" w:lineRule="exact"/>
              <w:rPr>
                <w:rFonts w:hint="eastAsia"/>
              </w:rPr>
            </w:pPr>
            <w:r>
              <w:rPr>
                <w:b/>
                <w:sz w:val="18"/>
              </w:rPr>
              <w:t>Azienda / unità</w:t>
            </w:r>
          </w:p>
        </w:tc>
        <w:tc>
          <w:tcPr>
            <w:tcW w:w="6860" w:type="dxa"/>
            <w:vAlign w:val="center"/>
          </w:tcPr>
          <w:p w14:paraId="787E5E2E" w14:textId="77777777" w:rsidR="00E54E13" w:rsidRDefault="00000000">
            <w:pPr>
              <w:spacing w:before="30" w:after="30" w:line="236" w:lineRule="exact"/>
              <w:rPr>
                <w:rFonts w:hint="eastAsia"/>
              </w:rPr>
            </w:pPr>
            <w:sdt>
              <w:sdtPr>
                <w:alias w:val="ragione sociale e sede"/>
                <w:tag w:val="campo_174"/>
                <w:id w:val="100174"/>
                <w:text w:multiLine="1"/>
              </w:sdtPr>
              <w:sdtContent>
                <w:r>
                  <w:rPr>
                    <w:color w:val="007E87"/>
                    <w:sz w:val="19"/>
                  </w:rPr>
                  <w:t>[ragione sociale e sede]</w:t>
                </w:r>
              </w:sdtContent>
            </w:sdt>
          </w:p>
        </w:tc>
      </w:tr>
      <w:tr w:rsidR="00E54E13" w14:paraId="696F2C06" w14:textId="77777777">
        <w:trPr>
          <w:cantSplit/>
          <w:trHeight w:val="346"/>
          <w:jc w:val="center"/>
        </w:trPr>
        <w:tc>
          <w:tcPr>
            <w:tcW w:w="2891" w:type="dxa"/>
            <w:shd w:val="clear" w:color="auto" w:fill="EDF3F9"/>
            <w:vAlign w:val="center"/>
          </w:tcPr>
          <w:p w14:paraId="6C195930"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37F65C0" w14:textId="77777777" w:rsidR="00E54E13" w:rsidRDefault="00000000">
            <w:pPr>
              <w:spacing w:before="30" w:after="30" w:line="236" w:lineRule="exact"/>
              <w:rPr>
                <w:rFonts w:hint="eastAsia"/>
              </w:rPr>
            </w:pPr>
            <w:sdt>
              <w:sdtPr>
                <w:alias w:val="codice, revisione e data"/>
                <w:tag w:val="campo_175"/>
                <w:id w:val="100175"/>
                <w:text w:multiLine="1"/>
              </w:sdtPr>
              <w:sdtContent>
                <w:r>
                  <w:rPr>
                    <w:color w:val="007E87"/>
                    <w:sz w:val="19"/>
                  </w:rPr>
                  <w:t>[codice, revisione e data]</w:t>
                </w:r>
              </w:sdtContent>
            </w:sdt>
          </w:p>
        </w:tc>
      </w:tr>
      <w:tr w:rsidR="00E54E13" w14:paraId="134BE39A" w14:textId="77777777">
        <w:trPr>
          <w:cantSplit/>
          <w:trHeight w:val="346"/>
          <w:jc w:val="center"/>
        </w:trPr>
        <w:tc>
          <w:tcPr>
            <w:tcW w:w="2891" w:type="dxa"/>
            <w:shd w:val="clear" w:color="auto" w:fill="EDF3F9"/>
            <w:vAlign w:val="center"/>
          </w:tcPr>
          <w:p w14:paraId="68F8C1A3" w14:textId="77777777" w:rsidR="00E54E13" w:rsidRDefault="00000000">
            <w:pPr>
              <w:spacing w:before="30" w:after="30" w:line="236" w:lineRule="exact"/>
              <w:rPr>
                <w:rFonts w:hint="eastAsia"/>
              </w:rPr>
            </w:pPr>
            <w:r>
              <w:rPr>
                <w:b/>
                <w:sz w:val="18"/>
              </w:rPr>
              <w:t>Lavoro / impianto</w:t>
            </w:r>
          </w:p>
        </w:tc>
        <w:tc>
          <w:tcPr>
            <w:tcW w:w="6860" w:type="dxa"/>
            <w:vAlign w:val="center"/>
          </w:tcPr>
          <w:p w14:paraId="2A2973CA" w14:textId="77777777" w:rsidR="00E54E13" w:rsidRDefault="00000000">
            <w:pPr>
              <w:spacing w:before="30" w:after="30" w:line="236" w:lineRule="exact"/>
              <w:rPr>
                <w:rFonts w:hint="eastAsia"/>
              </w:rPr>
            </w:pPr>
            <w:sdt>
              <w:sdtPr>
                <w:alias w:val="codice lavoro e parte interessata"/>
                <w:tag w:val="campo_176"/>
                <w:id w:val="100176"/>
                <w:text w:multiLine="1"/>
              </w:sdtPr>
              <w:sdtContent>
                <w:r>
                  <w:rPr>
                    <w:color w:val="007E87"/>
                    <w:sz w:val="19"/>
                  </w:rPr>
                  <w:t>[codice lavoro e parte interessata]</w:t>
                </w:r>
              </w:sdtContent>
            </w:sdt>
          </w:p>
        </w:tc>
      </w:tr>
    </w:tbl>
    <w:p w14:paraId="61674EE7"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E8EC052" w14:textId="77777777">
        <w:trPr>
          <w:cantSplit/>
          <w:trHeight w:val="386"/>
          <w:jc w:val="center"/>
        </w:trPr>
        <w:tc>
          <w:tcPr>
            <w:tcW w:w="2891" w:type="dxa"/>
            <w:shd w:val="clear" w:color="auto" w:fill="EDF3F9"/>
            <w:vAlign w:val="center"/>
          </w:tcPr>
          <w:p w14:paraId="534AEA74" w14:textId="77777777" w:rsidR="00E54E13" w:rsidRDefault="00000000">
            <w:pPr>
              <w:spacing w:before="30" w:after="30" w:line="236" w:lineRule="exact"/>
              <w:rPr>
                <w:rFonts w:hint="eastAsia"/>
              </w:rPr>
            </w:pPr>
            <w:r>
              <w:rPr>
                <w:b/>
                <w:sz w:val="18"/>
              </w:rPr>
              <w:t>Richiedente / GL / RI</w:t>
            </w:r>
          </w:p>
        </w:tc>
        <w:tc>
          <w:tcPr>
            <w:tcW w:w="6860" w:type="dxa"/>
            <w:vAlign w:val="center"/>
          </w:tcPr>
          <w:p w14:paraId="7C114B9D" w14:textId="77777777" w:rsidR="00E54E13" w:rsidRDefault="00000000">
            <w:pPr>
              <w:spacing w:before="30" w:after="30" w:line="236" w:lineRule="exact"/>
              <w:rPr>
                <w:rFonts w:hint="eastAsia"/>
              </w:rPr>
            </w:pPr>
            <w:sdt>
              <w:sdtPr>
                <w:alias w:val="nominativi e recapiti"/>
                <w:tag w:val="campo_177"/>
                <w:id w:val="100177"/>
                <w:text w:multiLine="1"/>
              </w:sdtPr>
              <w:sdtContent>
                <w:r>
                  <w:rPr>
                    <w:color w:val="007E87"/>
                    <w:sz w:val="19"/>
                  </w:rPr>
                  <w:t>[nominativi e recapiti]</w:t>
                </w:r>
              </w:sdtContent>
            </w:sdt>
          </w:p>
        </w:tc>
      </w:tr>
      <w:tr w:rsidR="00E54E13" w14:paraId="559102C6" w14:textId="77777777">
        <w:trPr>
          <w:cantSplit/>
          <w:trHeight w:val="386"/>
          <w:jc w:val="center"/>
        </w:trPr>
        <w:tc>
          <w:tcPr>
            <w:tcW w:w="2891" w:type="dxa"/>
            <w:shd w:val="clear" w:color="auto" w:fill="EDF3F9"/>
            <w:vAlign w:val="center"/>
          </w:tcPr>
          <w:p w14:paraId="0574CE0D" w14:textId="77777777" w:rsidR="00E54E13" w:rsidRDefault="00000000">
            <w:pPr>
              <w:spacing w:before="30" w:after="30" w:line="236" w:lineRule="exact"/>
              <w:rPr>
                <w:rFonts w:hint="eastAsia"/>
              </w:rPr>
            </w:pPr>
            <w:r>
              <w:rPr>
                <w:b/>
                <w:sz w:val="18"/>
              </w:rPr>
              <w:t>Scopo e descrizione</w:t>
            </w:r>
          </w:p>
        </w:tc>
        <w:tc>
          <w:tcPr>
            <w:tcW w:w="6860" w:type="dxa"/>
            <w:shd w:val="clear" w:color="auto" w:fill="F6F8FA"/>
            <w:vAlign w:val="center"/>
          </w:tcPr>
          <w:p w14:paraId="6D118E67" w14:textId="77777777" w:rsidR="00E54E13" w:rsidRDefault="00000000">
            <w:pPr>
              <w:spacing w:before="30" w:after="30" w:line="236" w:lineRule="exact"/>
              <w:rPr>
                <w:rFonts w:hint="eastAsia"/>
              </w:rPr>
            </w:pPr>
            <w:sdt>
              <w:sdtPr>
                <w:alias w:val="lavoro richiesto e risultato previsto"/>
                <w:tag w:val="campo_178"/>
                <w:id w:val="100178"/>
                <w:text w:multiLine="1"/>
              </w:sdtPr>
              <w:sdtContent>
                <w:r>
                  <w:rPr>
                    <w:color w:val="007E87"/>
                    <w:sz w:val="19"/>
                  </w:rPr>
                  <w:t>[lavoro richiesto e risultato previsto]</w:t>
                </w:r>
              </w:sdtContent>
            </w:sdt>
          </w:p>
        </w:tc>
      </w:tr>
      <w:tr w:rsidR="00E54E13" w14:paraId="556611E4" w14:textId="77777777">
        <w:trPr>
          <w:cantSplit/>
          <w:trHeight w:val="386"/>
          <w:jc w:val="center"/>
        </w:trPr>
        <w:tc>
          <w:tcPr>
            <w:tcW w:w="2891" w:type="dxa"/>
            <w:shd w:val="clear" w:color="auto" w:fill="EDF3F9"/>
            <w:vAlign w:val="center"/>
          </w:tcPr>
          <w:p w14:paraId="37243B6C" w14:textId="77777777" w:rsidR="00E54E13" w:rsidRDefault="00000000">
            <w:pPr>
              <w:spacing w:before="30" w:after="30" w:line="236" w:lineRule="exact"/>
              <w:rPr>
                <w:rFonts w:hint="eastAsia"/>
              </w:rPr>
            </w:pPr>
            <w:r>
              <w:rPr>
                <w:b/>
                <w:sz w:val="18"/>
              </w:rPr>
              <w:t>Parte interessata e confini</w:t>
            </w:r>
          </w:p>
        </w:tc>
        <w:tc>
          <w:tcPr>
            <w:tcW w:w="6860" w:type="dxa"/>
            <w:vAlign w:val="center"/>
          </w:tcPr>
          <w:p w14:paraId="040881BE" w14:textId="77777777" w:rsidR="00E54E13" w:rsidRDefault="00000000">
            <w:pPr>
              <w:spacing w:before="30" w:after="30" w:line="236" w:lineRule="exact"/>
              <w:rPr>
                <w:rFonts w:hint="eastAsia"/>
              </w:rPr>
            </w:pPr>
            <w:sdt>
              <w:sdtPr>
                <w:alias w:val="identificazione univoca e parti escluse"/>
                <w:tag w:val="campo_179"/>
                <w:id w:val="100179"/>
                <w:text w:multiLine="1"/>
              </w:sdtPr>
              <w:sdtContent>
                <w:r>
                  <w:rPr>
                    <w:color w:val="007E87"/>
                    <w:sz w:val="19"/>
                  </w:rPr>
                  <w:t>[identificazione univoca e parti escluse]</w:t>
                </w:r>
              </w:sdtContent>
            </w:sdt>
          </w:p>
        </w:tc>
      </w:tr>
      <w:tr w:rsidR="00E54E13" w14:paraId="7E7A81CE" w14:textId="77777777">
        <w:trPr>
          <w:cantSplit/>
          <w:trHeight w:val="386"/>
          <w:jc w:val="center"/>
        </w:trPr>
        <w:tc>
          <w:tcPr>
            <w:tcW w:w="2891" w:type="dxa"/>
            <w:shd w:val="clear" w:color="auto" w:fill="EDF3F9"/>
            <w:vAlign w:val="center"/>
          </w:tcPr>
          <w:p w14:paraId="47C936B0" w14:textId="77777777" w:rsidR="00E54E13" w:rsidRDefault="00000000">
            <w:pPr>
              <w:spacing w:before="30" w:after="30" w:line="236" w:lineRule="exact"/>
              <w:rPr>
                <w:rFonts w:hint="eastAsia"/>
              </w:rPr>
            </w:pPr>
            <w:r>
              <w:rPr>
                <w:b/>
                <w:sz w:val="18"/>
              </w:rPr>
              <w:t>Stato iniziale e alimentazioni</w:t>
            </w:r>
          </w:p>
        </w:tc>
        <w:tc>
          <w:tcPr>
            <w:tcW w:w="6860" w:type="dxa"/>
            <w:shd w:val="clear" w:color="auto" w:fill="F6F8FA"/>
            <w:vAlign w:val="center"/>
          </w:tcPr>
          <w:p w14:paraId="0D43D622" w14:textId="77777777" w:rsidR="00E54E13" w:rsidRDefault="00000000">
            <w:pPr>
              <w:spacing w:before="30" w:after="30" w:line="236" w:lineRule="exact"/>
              <w:rPr>
                <w:rFonts w:hint="eastAsia"/>
              </w:rPr>
            </w:pPr>
            <w:sdt>
              <w:sdtPr>
                <w:alias w:val="condizioni note e riferimenti agli schemi"/>
                <w:tag w:val="campo_180"/>
                <w:id w:val="100180"/>
                <w:text w:multiLine="1"/>
              </w:sdtPr>
              <w:sdtContent>
                <w:r>
                  <w:rPr>
                    <w:color w:val="007E87"/>
                    <w:sz w:val="19"/>
                  </w:rPr>
                  <w:t>[condizioni note e riferimenti agli schemi]</w:t>
                </w:r>
              </w:sdtContent>
            </w:sdt>
          </w:p>
        </w:tc>
      </w:tr>
      <w:tr w:rsidR="00E54E13" w14:paraId="3318E6EB" w14:textId="77777777">
        <w:trPr>
          <w:cantSplit/>
          <w:trHeight w:val="386"/>
          <w:jc w:val="center"/>
        </w:trPr>
        <w:tc>
          <w:tcPr>
            <w:tcW w:w="2891" w:type="dxa"/>
            <w:shd w:val="clear" w:color="auto" w:fill="EDF3F9"/>
            <w:vAlign w:val="center"/>
          </w:tcPr>
          <w:p w14:paraId="3CD2C987" w14:textId="77777777" w:rsidR="00E54E13" w:rsidRDefault="00000000">
            <w:pPr>
              <w:spacing w:before="30" w:after="30" w:line="236" w:lineRule="exact"/>
              <w:rPr>
                <w:rFonts w:hint="eastAsia"/>
              </w:rPr>
            </w:pPr>
            <w:r>
              <w:rPr>
                <w:b/>
                <w:sz w:val="18"/>
              </w:rPr>
              <w:t>Tipologia di lavoro</w:t>
            </w:r>
          </w:p>
        </w:tc>
        <w:tc>
          <w:tcPr>
            <w:tcW w:w="6860" w:type="dxa"/>
            <w:vAlign w:val="center"/>
          </w:tcPr>
          <w:p w14:paraId="7D8A0619" w14:textId="77777777" w:rsidR="00E54E13" w:rsidRDefault="00000000">
            <w:pPr>
              <w:spacing w:before="30" w:after="30" w:line="236" w:lineRule="exact"/>
              <w:rPr>
                <w:rFonts w:hint="eastAsia"/>
              </w:rPr>
            </w:pPr>
            <w:sdt>
              <w:sdtPr>
                <w:alias w:val="classificazione verificata e fonte tecnica"/>
                <w:tag w:val="campo_181"/>
                <w:id w:val="100181"/>
                <w:text w:multiLine="1"/>
              </w:sdtPr>
              <w:sdtContent>
                <w:r>
                  <w:rPr>
                    <w:color w:val="007E87"/>
                    <w:sz w:val="19"/>
                  </w:rPr>
                  <w:t>[classificazione verificata e fonte tecnica]</w:t>
                </w:r>
              </w:sdtContent>
            </w:sdt>
          </w:p>
        </w:tc>
      </w:tr>
      <w:tr w:rsidR="00E54E13" w14:paraId="126C1893" w14:textId="77777777">
        <w:trPr>
          <w:cantSplit/>
          <w:trHeight w:val="386"/>
          <w:jc w:val="center"/>
        </w:trPr>
        <w:tc>
          <w:tcPr>
            <w:tcW w:w="2891" w:type="dxa"/>
            <w:shd w:val="clear" w:color="auto" w:fill="EDF3F9"/>
            <w:vAlign w:val="center"/>
          </w:tcPr>
          <w:p w14:paraId="5D5F8655" w14:textId="77777777" w:rsidR="00E54E13" w:rsidRDefault="00000000">
            <w:pPr>
              <w:spacing w:before="30" w:after="30" w:line="236" w:lineRule="exact"/>
              <w:rPr>
                <w:rFonts w:hint="eastAsia"/>
              </w:rPr>
            </w:pPr>
            <w:r>
              <w:rPr>
                <w:b/>
                <w:sz w:val="18"/>
              </w:rPr>
              <w:t>Vincoli / interferenze</w:t>
            </w:r>
          </w:p>
        </w:tc>
        <w:tc>
          <w:tcPr>
            <w:tcW w:w="6860" w:type="dxa"/>
            <w:shd w:val="clear" w:color="auto" w:fill="F6F8FA"/>
            <w:vAlign w:val="center"/>
          </w:tcPr>
          <w:p w14:paraId="34B1573A" w14:textId="77777777" w:rsidR="00E54E13" w:rsidRDefault="00000000">
            <w:pPr>
              <w:spacing w:before="30" w:after="30" w:line="236" w:lineRule="exact"/>
              <w:rPr>
                <w:rFonts w:hint="eastAsia"/>
              </w:rPr>
            </w:pPr>
            <w:sdt>
              <w:sdtPr>
                <w:alias w:val="tempi, attività simultanee e coordinamento"/>
                <w:tag w:val="campo_182"/>
                <w:id w:val="100182"/>
                <w:text w:multiLine="1"/>
              </w:sdtPr>
              <w:sdtContent>
                <w:r>
                  <w:rPr>
                    <w:color w:val="007E87"/>
                    <w:sz w:val="19"/>
                  </w:rPr>
                  <w:t>[tempi, attività simultanee e coordinamento]</w:t>
                </w:r>
              </w:sdtContent>
            </w:sdt>
          </w:p>
        </w:tc>
      </w:tr>
    </w:tbl>
    <w:p w14:paraId="57F78456" w14:textId="77777777" w:rsidR="00E54E13" w:rsidRDefault="00E54E13">
      <w:pPr>
        <w:spacing w:after="40" w:line="40" w:lineRule="exact"/>
        <w:rPr>
          <w:rFonts w:hint="eastAsia"/>
        </w:rPr>
      </w:pPr>
    </w:p>
    <w:p w14:paraId="4D9CB547" w14:textId="77777777" w:rsidR="00E54E13" w:rsidRDefault="00000000">
      <w:pPr>
        <w:pStyle w:val="Titolo3"/>
      </w:pPr>
      <w:r>
        <w:t>Documentazione e condizioni da verificare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685"/>
        <w:gridCol w:w="6066"/>
      </w:tblGrid>
      <w:tr w:rsidR="00E54E13" w14:paraId="6D95A45D" w14:textId="77777777">
        <w:trPr>
          <w:tblHeader/>
          <w:jc w:val="center"/>
        </w:trPr>
        <w:tc>
          <w:tcPr>
            <w:tcW w:w="3685" w:type="dxa"/>
            <w:shd w:val="clear" w:color="auto" w:fill="12324B"/>
          </w:tcPr>
          <w:p w14:paraId="0FE33D10" w14:textId="77777777" w:rsidR="00E54E13" w:rsidRDefault="00000000">
            <w:pPr>
              <w:spacing w:before="30" w:after="30" w:line="234" w:lineRule="exact"/>
              <w:rPr>
                <w:rFonts w:hint="eastAsia"/>
              </w:rPr>
            </w:pPr>
            <w:r>
              <w:rPr>
                <w:b/>
                <w:color w:val="FFFFFF"/>
                <w:sz w:val="18"/>
              </w:rPr>
              <w:t>Elemento</w:t>
            </w:r>
          </w:p>
        </w:tc>
        <w:tc>
          <w:tcPr>
            <w:tcW w:w="6066" w:type="dxa"/>
            <w:shd w:val="clear" w:color="auto" w:fill="12324B"/>
          </w:tcPr>
          <w:p w14:paraId="1BAA413E" w14:textId="77777777" w:rsidR="00E54E13" w:rsidRDefault="00000000">
            <w:pPr>
              <w:spacing w:before="30" w:after="30" w:line="234" w:lineRule="exact"/>
              <w:rPr>
                <w:rFonts w:hint="eastAsia"/>
              </w:rPr>
            </w:pPr>
            <w:r>
              <w:rPr>
                <w:b/>
                <w:color w:val="FFFFFF"/>
                <w:sz w:val="18"/>
              </w:rPr>
              <w:t>Riferimento / esito</w:t>
            </w:r>
          </w:p>
        </w:tc>
      </w:tr>
      <w:tr w:rsidR="00E54E13" w14:paraId="38774BD1" w14:textId="77777777">
        <w:trPr>
          <w:cantSplit/>
          <w:trHeight w:val="510"/>
          <w:jc w:val="center"/>
        </w:trPr>
        <w:tc>
          <w:tcPr>
            <w:tcW w:w="3685" w:type="dxa"/>
            <w:vAlign w:val="center"/>
          </w:tcPr>
          <w:p w14:paraId="20CF7082" w14:textId="77777777" w:rsidR="00E54E13" w:rsidRDefault="00000000">
            <w:pPr>
              <w:spacing w:before="30" w:after="30" w:line="234" w:lineRule="exact"/>
              <w:rPr>
                <w:rFonts w:hint="eastAsia"/>
              </w:rPr>
            </w:pPr>
            <w:r>
              <w:rPr>
                <w:sz w:val="18"/>
              </w:rPr>
              <w:t>Schemi, manuali e istruzioni</w:t>
            </w:r>
          </w:p>
        </w:tc>
        <w:tc>
          <w:tcPr>
            <w:tcW w:w="6066" w:type="dxa"/>
            <w:vAlign w:val="center"/>
          </w:tcPr>
          <w:p w14:paraId="511BF448" w14:textId="77777777" w:rsidR="00E54E13" w:rsidRDefault="00000000">
            <w:pPr>
              <w:spacing w:before="30" w:after="30" w:line="234" w:lineRule="exact"/>
              <w:rPr>
                <w:rFonts w:hint="eastAsia"/>
              </w:rPr>
            </w:pPr>
            <w:r>
              <w:rPr>
                <w:sz w:val="18"/>
              </w:rPr>
              <w:t>[compilare codice e revisione]</w:t>
            </w:r>
          </w:p>
        </w:tc>
      </w:tr>
      <w:tr w:rsidR="00E54E13" w14:paraId="1421D5ED" w14:textId="77777777">
        <w:trPr>
          <w:cantSplit/>
          <w:trHeight w:val="510"/>
          <w:jc w:val="center"/>
        </w:trPr>
        <w:tc>
          <w:tcPr>
            <w:tcW w:w="3685" w:type="dxa"/>
            <w:shd w:val="clear" w:color="auto" w:fill="F6F8FA"/>
            <w:vAlign w:val="center"/>
          </w:tcPr>
          <w:p w14:paraId="53A46CB6" w14:textId="77777777" w:rsidR="00E54E13" w:rsidRDefault="00000000">
            <w:pPr>
              <w:spacing w:before="30" w:after="30" w:line="234" w:lineRule="exact"/>
              <w:rPr>
                <w:rFonts w:hint="eastAsia"/>
              </w:rPr>
            </w:pPr>
            <w:r>
              <w:rPr>
                <w:sz w:val="18"/>
              </w:rPr>
              <w:t>Qualifiche e autorizzazioni richieste</w:t>
            </w:r>
          </w:p>
        </w:tc>
        <w:tc>
          <w:tcPr>
            <w:tcW w:w="6066" w:type="dxa"/>
            <w:shd w:val="clear" w:color="auto" w:fill="F6F8FA"/>
            <w:vAlign w:val="center"/>
          </w:tcPr>
          <w:p w14:paraId="65EB6F83" w14:textId="77777777" w:rsidR="00E54E13" w:rsidRDefault="00000000">
            <w:pPr>
              <w:spacing w:before="30" w:after="30" w:line="234" w:lineRule="exact"/>
              <w:rPr>
                <w:rFonts w:hint="eastAsia"/>
              </w:rPr>
            </w:pPr>
            <w:r>
              <w:rPr>
                <w:sz w:val="18"/>
              </w:rPr>
              <w:t>[compilare requisiti per ciascun compito]</w:t>
            </w:r>
          </w:p>
        </w:tc>
      </w:tr>
      <w:tr w:rsidR="00E54E13" w14:paraId="3A95881A" w14:textId="77777777">
        <w:trPr>
          <w:cantSplit/>
          <w:trHeight w:val="510"/>
          <w:jc w:val="center"/>
        </w:trPr>
        <w:tc>
          <w:tcPr>
            <w:tcW w:w="3685" w:type="dxa"/>
            <w:vAlign w:val="center"/>
          </w:tcPr>
          <w:p w14:paraId="711896B3" w14:textId="77777777" w:rsidR="00E54E13" w:rsidRDefault="00000000">
            <w:pPr>
              <w:spacing w:before="30" w:after="30" w:line="234" w:lineRule="exact"/>
              <w:rPr>
                <w:rFonts w:hint="eastAsia"/>
              </w:rPr>
            </w:pPr>
            <w:r>
              <w:rPr>
                <w:sz w:val="18"/>
              </w:rPr>
              <w:t>Necessità di PdL / PI / documento unico</w:t>
            </w:r>
          </w:p>
        </w:tc>
        <w:tc>
          <w:tcPr>
            <w:tcW w:w="6066" w:type="dxa"/>
            <w:vAlign w:val="center"/>
          </w:tcPr>
          <w:p w14:paraId="575A344E" w14:textId="77777777" w:rsidR="00E54E13" w:rsidRDefault="00000000">
            <w:pPr>
              <w:spacing w:before="30" w:after="30" w:line="234" w:lineRule="exact"/>
              <w:rPr>
                <w:rFonts w:hint="eastAsia"/>
              </w:rPr>
            </w:pPr>
            <w:r>
              <w:rPr>
                <w:sz w:val="18"/>
              </w:rPr>
              <w:t>[motivazione e riferimenti]</w:t>
            </w:r>
          </w:p>
        </w:tc>
      </w:tr>
      <w:tr w:rsidR="00E54E13" w14:paraId="1966F0A4" w14:textId="77777777">
        <w:trPr>
          <w:cantSplit/>
          <w:trHeight w:val="510"/>
          <w:jc w:val="center"/>
        </w:trPr>
        <w:tc>
          <w:tcPr>
            <w:tcW w:w="3685" w:type="dxa"/>
            <w:shd w:val="clear" w:color="auto" w:fill="F6F8FA"/>
            <w:vAlign w:val="center"/>
          </w:tcPr>
          <w:p w14:paraId="15931947" w14:textId="77777777" w:rsidR="00E54E13" w:rsidRDefault="00000000">
            <w:pPr>
              <w:spacing w:before="30" w:after="30" w:line="234" w:lineRule="exact"/>
              <w:rPr>
                <w:rFonts w:hint="eastAsia"/>
              </w:rPr>
            </w:pPr>
            <w:r>
              <w:rPr>
                <w:sz w:val="18"/>
              </w:rPr>
              <w:t>Dati mancanti e verificatore tecnico</w:t>
            </w:r>
          </w:p>
        </w:tc>
        <w:tc>
          <w:tcPr>
            <w:tcW w:w="6066" w:type="dxa"/>
            <w:shd w:val="clear" w:color="auto" w:fill="F6F8FA"/>
            <w:vAlign w:val="center"/>
          </w:tcPr>
          <w:p w14:paraId="473D6560" w14:textId="77777777" w:rsidR="00E54E13" w:rsidRDefault="00000000">
            <w:pPr>
              <w:spacing w:before="30" w:after="30" w:line="234" w:lineRule="exact"/>
              <w:rPr>
                <w:rFonts w:hint="eastAsia"/>
              </w:rPr>
            </w:pPr>
            <w:r>
              <w:rPr>
                <w:sz w:val="18"/>
              </w:rPr>
              <w:t>[compilare; nessun valore presunto]</w:t>
            </w:r>
          </w:p>
        </w:tc>
      </w:tr>
    </w:tbl>
    <w:p w14:paraId="1D2A721C" w14:textId="77777777" w:rsidR="00E54E13" w:rsidRDefault="00E54E13">
      <w:pPr>
        <w:spacing w:after="40" w:line="40" w:lineRule="exact"/>
        <w:rPr>
          <w:rFonts w:hint="eastAsia"/>
        </w:rPr>
      </w:pPr>
    </w:p>
    <w:p w14:paraId="00686E4C" w14:textId="77777777" w:rsidR="00E54E13" w:rsidRDefault="00000000">
      <w:pPr>
        <w:pStyle w:val="Titolo3"/>
      </w:pPr>
      <w:r>
        <w:t>Esito preliminare: azioni necessarie prima di preparare il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03E1D17F" w14:textId="77777777">
        <w:trPr>
          <w:cantSplit/>
          <w:trHeight w:val="658"/>
          <w:jc w:val="center"/>
        </w:trPr>
        <w:tc>
          <w:tcPr>
            <w:tcW w:w="9751" w:type="dxa"/>
            <w:vAlign w:val="center"/>
          </w:tcPr>
          <w:p w14:paraId="415C1015" w14:textId="77777777" w:rsidR="00E54E13" w:rsidRDefault="00000000">
            <w:pPr>
              <w:spacing w:before="30" w:after="30" w:line="234" w:lineRule="exact"/>
              <w:rPr>
                <w:rFonts w:hint="eastAsia"/>
              </w:rPr>
            </w:pPr>
            <w:sdt>
              <w:sdtPr>
                <w:alias w:val="compilare o richiamare un allegato identificato"/>
                <w:tag w:val="campo_183"/>
                <w:id w:val="100183"/>
                <w:text w:multiLine="1"/>
              </w:sdtPr>
              <w:sdtContent>
                <w:r>
                  <w:rPr>
                    <w:color w:val="007E87"/>
                    <w:sz w:val="19"/>
                  </w:rPr>
                  <w:t>[compilare o richiamare un allegato identificato]</w:t>
                </w:r>
              </w:sdtContent>
            </w:sdt>
          </w:p>
        </w:tc>
      </w:tr>
    </w:tbl>
    <w:p w14:paraId="092EAB2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60BFBC6B" w14:textId="77777777">
        <w:trPr>
          <w:tblHeader/>
          <w:jc w:val="center"/>
        </w:trPr>
        <w:tc>
          <w:tcPr>
            <w:tcW w:w="3250" w:type="dxa"/>
            <w:shd w:val="clear" w:color="auto" w:fill="12324B"/>
          </w:tcPr>
          <w:p w14:paraId="5E691C4F" w14:textId="77777777" w:rsidR="00E54E13" w:rsidRDefault="00000000">
            <w:pPr>
              <w:spacing w:before="30" w:after="30" w:line="228" w:lineRule="exact"/>
              <w:rPr>
                <w:rFonts w:hint="eastAsia"/>
              </w:rPr>
            </w:pPr>
            <w:r>
              <w:rPr>
                <w:b/>
                <w:color w:val="FFFFFF"/>
                <w:sz w:val="17"/>
              </w:rPr>
              <w:t>GL</w:t>
            </w:r>
          </w:p>
        </w:tc>
        <w:tc>
          <w:tcPr>
            <w:tcW w:w="3250" w:type="dxa"/>
            <w:shd w:val="clear" w:color="auto" w:fill="12324B"/>
          </w:tcPr>
          <w:p w14:paraId="016FE96E" w14:textId="77777777" w:rsidR="00E54E13" w:rsidRDefault="00000000">
            <w:pPr>
              <w:spacing w:before="30" w:after="30" w:line="228" w:lineRule="exact"/>
              <w:rPr>
                <w:rFonts w:hint="eastAsia"/>
              </w:rPr>
            </w:pPr>
            <w:r>
              <w:rPr>
                <w:b/>
                <w:color w:val="FFFFFF"/>
                <w:sz w:val="17"/>
              </w:rPr>
              <w:t>RI per condivisione</w:t>
            </w:r>
          </w:p>
        </w:tc>
        <w:tc>
          <w:tcPr>
            <w:tcW w:w="3250" w:type="dxa"/>
            <w:shd w:val="clear" w:color="auto" w:fill="12324B"/>
          </w:tcPr>
          <w:p w14:paraId="3D5AD590" w14:textId="77777777" w:rsidR="00E54E13" w:rsidRDefault="00000000">
            <w:pPr>
              <w:spacing w:before="30" w:after="30" w:line="228" w:lineRule="exact"/>
              <w:rPr>
                <w:rFonts w:hint="eastAsia"/>
              </w:rPr>
            </w:pPr>
            <w:r>
              <w:rPr>
                <w:b/>
                <w:color w:val="FFFFFF"/>
                <w:sz w:val="17"/>
              </w:rPr>
              <w:t>Data</w:t>
            </w:r>
          </w:p>
        </w:tc>
      </w:tr>
      <w:tr w:rsidR="00E54E13" w14:paraId="692EBB4F" w14:textId="77777777">
        <w:trPr>
          <w:cantSplit/>
          <w:trHeight w:val="567"/>
          <w:jc w:val="center"/>
        </w:trPr>
        <w:tc>
          <w:tcPr>
            <w:tcW w:w="3250" w:type="dxa"/>
            <w:vAlign w:val="center"/>
          </w:tcPr>
          <w:p w14:paraId="36AC48A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A6B610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476B5F1" w14:textId="77777777" w:rsidR="00E54E13" w:rsidRDefault="00000000">
            <w:pPr>
              <w:spacing w:before="30" w:after="30" w:line="228" w:lineRule="exact"/>
              <w:rPr>
                <w:rFonts w:hint="eastAsia"/>
              </w:rPr>
            </w:pPr>
            <w:r>
              <w:rPr>
                <w:sz w:val="17"/>
              </w:rPr>
              <w:t>____ / ____ / ______</w:t>
            </w:r>
          </w:p>
        </w:tc>
      </w:tr>
    </w:tbl>
    <w:p w14:paraId="40D4C0F5" w14:textId="77777777" w:rsidR="00E54E13" w:rsidRDefault="00E54E13">
      <w:pPr>
        <w:spacing w:after="40" w:line="40" w:lineRule="exact"/>
        <w:rPr>
          <w:rFonts w:hint="eastAsia"/>
        </w:rPr>
      </w:pPr>
    </w:p>
    <w:p w14:paraId="3CFB4920" w14:textId="77777777" w:rsidR="00E54E13" w:rsidRDefault="00000000">
      <w:pPr>
        <w:pStyle w:val="Source"/>
        <w:rPr>
          <w:rFonts w:hint="eastAsia"/>
        </w:rPr>
      </w:pPr>
      <w:r>
        <w:t>Modello originale [AZ]. Base: INAIL 2026, pp. 1–4. I campi vuoti non costituiscono una verifica positiva.</w:t>
      </w:r>
    </w:p>
    <w:p w14:paraId="0F312D77" w14:textId="77777777" w:rsidR="00E54E13" w:rsidRDefault="00000000">
      <w:pPr>
        <w:pStyle w:val="Eyebrow"/>
        <w:keepNext/>
        <w:pageBreakBefore/>
        <w:rPr>
          <w:rFonts w:hint="eastAsia"/>
        </w:rPr>
      </w:pPr>
      <w:r>
        <w:t>PARTE II  /  ALLEGATO OPERATIVO [AZ]</w:t>
      </w:r>
    </w:p>
    <w:p w14:paraId="6CA9E3BA" w14:textId="77777777" w:rsidR="00E54E13" w:rsidRDefault="00000000">
      <w:pPr>
        <w:pStyle w:val="Titolo1"/>
      </w:pPr>
      <w:bookmarkStart w:id="48" w:name="B49_A13"/>
      <w:r>
        <w:t>A13  Valutazione preliminare: misure e decisione</w:t>
      </w:r>
      <w:bookmarkEnd w:id="48"/>
    </w:p>
    <w:p w14:paraId="4C924AEF" w14:textId="77777777" w:rsidR="00E54E13" w:rsidRDefault="00000000">
      <w:pPr>
        <w:pStyle w:val="FormHint"/>
        <w:rPr>
          <w:rFonts w:hint="eastAsia"/>
        </w:rPr>
      </w:pPr>
      <w:r>
        <w:t>Scheda 2 di 2. Schema aziendale di controllo: non è un algoritmo completo di valutazione del rischio.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B328752" w14:textId="77777777">
        <w:trPr>
          <w:cantSplit/>
          <w:trHeight w:val="346"/>
          <w:jc w:val="center"/>
        </w:trPr>
        <w:tc>
          <w:tcPr>
            <w:tcW w:w="2891" w:type="dxa"/>
            <w:shd w:val="clear" w:color="auto" w:fill="EDF3F9"/>
            <w:vAlign w:val="center"/>
          </w:tcPr>
          <w:p w14:paraId="2351901D" w14:textId="77777777" w:rsidR="00E54E13" w:rsidRDefault="00000000">
            <w:pPr>
              <w:spacing w:before="30" w:after="30" w:line="236" w:lineRule="exact"/>
              <w:rPr>
                <w:rFonts w:hint="eastAsia"/>
              </w:rPr>
            </w:pPr>
            <w:r>
              <w:rPr>
                <w:b/>
                <w:sz w:val="18"/>
              </w:rPr>
              <w:t>Azienda / unità</w:t>
            </w:r>
          </w:p>
        </w:tc>
        <w:tc>
          <w:tcPr>
            <w:tcW w:w="6860" w:type="dxa"/>
            <w:vAlign w:val="center"/>
          </w:tcPr>
          <w:p w14:paraId="0B12617C" w14:textId="77777777" w:rsidR="00E54E13" w:rsidRDefault="00000000">
            <w:pPr>
              <w:spacing w:before="30" w:after="30" w:line="236" w:lineRule="exact"/>
              <w:rPr>
                <w:rFonts w:hint="eastAsia"/>
              </w:rPr>
            </w:pPr>
            <w:sdt>
              <w:sdtPr>
                <w:alias w:val="ragione sociale e sede"/>
                <w:tag w:val="campo_185"/>
                <w:id w:val="100185"/>
                <w:text w:multiLine="1"/>
              </w:sdtPr>
              <w:sdtContent>
                <w:r>
                  <w:rPr>
                    <w:color w:val="007E87"/>
                    <w:sz w:val="19"/>
                  </w:rPr>
                  <w:t>[ragione sociale e sede]</w:t>
                </w:r>
              </w:sdtContent>
            </w:sdt>
          </w:p>
        </w:tc>
      </w:tr>
      <w:tr w:rsidR="00E54E13" w14:paraId="3B140C16" w14:textId="77777777">
        <w:trPr>
          <w:cantSplit/>
          <w:trHeight w:val="346"/>
          <w:jc w:val="center"/>
        </w:trPr>
        <w:tc>
          <w:tcPr>
            <w:tcW w:w="2891" w:type="dxa"/>
            <w:shd w:val="clear" w:color="auto" w:fill="EDF3F9"/>
            <w:vAlign w:val="center"/>
          </w:tcPr>
          <w:p w14:paraId="3C7E3440"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0A73E76" w14:textId="77777777" w:rsidR="00E54E13" w:rsidRDefault="00000000">
            <w:pPr>
              <w:spacing w:before="30" w:after="30" w:line="236" w:lineRule="exact"/>
              <w:rPr>
                <w:rFonts w:hint="eastAsia"/>
              </w:rPr>
            </w:pPr>
            <w:sdt>
              <w:sdtPr>
                <w:alias w:val="codice, revisione e data"/>
                <w:tag w:val="campo_186"/>
                <w:id w:val="100186"/>
                <w:text w:multiLine="1"/>
              </w:sdtPr>
              <w:sdtContent>
                <w:r>
                  <w:rPr>
                    <w:color w:val="007E87"/>
                    <w:sz w:val="19"/>
                  </w:rPr>
                  <w:t>[codice, revisione e data]</w:t>
                </w:r>
              </w:sdtContent>
            </w:sdt>
          </w:p>
        </w:tc>
      </w:tr>
      <w:tr w:rsidR="00E54E13" w14:paraId="50CEF60A" w14:textId="77777777">
        <w:trPr>
          <w:cantSplit/>
          <w:trHeight w:val="346"/>
          <w:jc w:val="center"/>
        </w:trPr>
        <w:tc>
          <w:tcPr>
            <w:tcW w:w="2891" w:type="dxa"/>
            <w:shd w:val="clear" w:color="auto" w:fill="EDF3F9"/>
            <w:vAlign w:val="center"/>
          </w:tcPr>
          <w:p w14:paraId="0B206BF5" w14:textId="77777777" w:rsidR="00E54E13" w:rsidRDefault="00000000">
            <w:pPr>
              <w:spacing w:before="30" w:after="30" w:line="236" w:lineRule="exact"/>
              <w:rPr>
                <w:rFonts w:hint="eastAsia"/>
              </w:rPr>
            </w:pPr>
            <w:r>
              <w:rPr>
                <w:b/>
                <w:sz w:val="18"/>
              </w:rPr>
              <w:t>Lavoro / impianto</w:t>
            </w:r>
          </w:p>
        </w:tc>
        <w:tc>
          <w:tcPr>
            <w:tcW w:w="6860" w:type="dxa"/>
            <w:vAlign w:val="center"/>
          </w:tcPr>
          <w:p w14:paraId="75DA3FD0" w14:textId="77777777" w:rsidR="00E54E13" w:rsidRDefault="00000000">
            <w:pPr>
              <w:spacing w:before="30" w:after="30" w:line="236" w:lineRule="exact"/>
              <w:rPr>
                <w:rFonts w:hint="eastAsia"/>
              </w:rPr>
            </w:pPr>
            <w:sdt>
              <w:sdtPr>
                <w:alias w:val="codice lavoro e parte interessata"/>
                <w:tag w:val="campo_187"/>
                <w:id w:val="100187"/>
                <w:text w:multiLine="1"/>
              </w:sdtPr>
              <w:sdtContent>
                <w:r>
                  <w:rPr>
                    <w:color w:val="007E87"/>
                    <w:sz w:val="19"/>
                  </w:rPr>
                  <w:t>[codice lavoro e parte interessata]</w:t>
                </w:r>
              </w:sdtContent>
            </w:sdt>
          </w:p>
        </w:tc>
      </w:tr>
    </w:tbl>
    <w:p w14:paraId="2EC1B1A1"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798"/>
        <w:gridCol w:w="3402"/>
        <w:gridCol w:w="2551"/>
      </w:tblGrid>
      <w:tr w:rsidR="00E54E13" w14:paraId="3BEB28B4" w14:textId="77777777">
        <w:trPr>
          <w:tblHeader/>
          <w:jc w:val="center"/>
        </w:trPr>
        <w:tc>
          <w:tcPr>
            <w:tcW w:w="3798" w:type="dxa"/>
            <w:shd w:val="clear" w:color="auto" w:fill="12324B"/>
          </w:tcPr>
          <w:p w14:paraId="57C838B7" w14:textId="77777777" w:rsidR="00E54E13" w:rsidRDefault="00000000">
            <w:pPr>
              <w:spacing w:before="30" w:after="30" w:line="230" w:lineRule="exact"/>
              <w:rPr>
                <w:rFonts w:hint="eastAsia"/>
              </w:rPr>
            </w:pPr>
            <w:r>
              <w:rPr>
                <w:b/>
                <w:color w:val="FFFFFF"/>
                <w:sz w:val="17"/>
              </w:rPr>
              <w:t>Condizione / pericolo da verificare</w:t>
            </w:r>
          </w:p>
        </w:tc>
        <w:tc>
          <w:tcPr>
            <w:tcW w:w="3402" w:type="dxa"/>
            <w:shd w:val="clear" w:color="auto" w:fill="12324B"/>
          </w:tcPr>
          <w:p w14:paraId="3734AC68" w14:textId="77777777" w:rsidR="00E54E13" w:rsidRDefault="00000000">
            <w:pPr>
              <w:spacing w:before="30" w:after="30" w:line="230" w:lineRule="exact"/>
              <w:rPr>
                <w:rFonts w:hint="eastAsia"/>
              </w:rPr>
            </w:pPr>
            <w:r>
              <w:rPr>
                <w:b/>
                <w:color w:val="FFFFFF"/>
                <w:sz w:val="17"/>
              </w:rPr>
              <w:t>Misura / documento</w:t>
            </w:r>
          </w:p>
        </w:tc>
        <w:tc>
          <w:tcPr>
            <w:tcW w:w="2551" w:type="dxa"/>
            <w:shd w:val="clear" w:color="auto" w:fill="12324B"/>
          </w:tcPr>
          <w:p w14:paraId="7AC6E925" w14:textId="77777777" w:rsidR="00E54E13" w:rsidRDefault="00000000">
            <w:pPr>
              <w:spacing w:before="30" w:after="30" w:line="230" w:lineRule="exact"/>
              <w:rPr>
                <w:rFonts w:hint="eastAsia"/>
              </w:rPr>
            </w:pPr>
            <w:r>
              <w:rPr>
                <w:b/>
                <w:color w:val="FFFFFF"/>
                <w:sz w:val="17"/>
              </w:rPr>
              <w:t>Responsabile / esito</w:t>
            </w:r>
          </w:p>
        </w:tc>
      </w:tr>
      <w:tr w:rsidR="00E54E13" w14:paraId="4FBC8B7E" w14:textId="77777777">
        <w:trPr>
          <w:cantSplit/>
          <w:trHeight w:val="539"/>
          <w:jc w:val="center"/>
        </w:trPr>
        <w:tc>
          <w:tcPr>
            <w:tcW w:w="3798" w:type="dxa"/>
            <w:vAlign w:val="center"/>
          </w:tcPr>
          <w:p w14:paraId="47854966" w14:textId="77777777" w:rsidR="00E54E13" w:rsidRDefault="00000000">
            <w:pPr>
              <w:spacing w:before="30" w:after="30" w:line="230" w:lineRule="exact"/>
              <w:rPr>
                <w:rFonts w:hint="eastAsia"/>
              </w:rPr>
            </w:pPr>
            <w:r>
              <w:rPr>
                <w:sz w:val="17"/>
              </w:rPr>
              <w:t>Parti attive e rischio di contatto</w:t>
            </w:r>
          </w:p>
        </w:tc>
        <w:tc>
          <w:tcPr>
            <w:tcW w:w="3402" w:type="dxa"/>
            <w:vAlign w:val="center"/>
          </w:tcPr>
          <w:p w14:paraId="5F5D96E2" w14:textId="77777777" w:rsidR="00E54E13" w:rsidRDefault="00000000">
            <w:pPr>
              <w:spacing w:before="30" w:after="30" w:line="230" w:lineRule="exact"/>
              <w:rPr>
                <w:rFonts w:hint="eastAsia"/>
              </w:rPr>
            </w:pPr>
            <w:r>
              <w:rPr>
                <w:sz w:val="17"/>
              </w:rPr>
              <w:t>[compilare]</w:t>
            </w:r>
          </w:p>
        </w:tc>
        <w:tc>
          <w:tcPr>
            <w:tcW w:w="2551" w:type="dxa"/>
            <w:vAlign w:val="center"/>
          </w:tcPr>
          <w:p w14:paraId="24724B39" w14:textId="77777777" w:rsidR="00E54E13" w:rsidRDefault="00000000">
            <w:pPr>
              <w:spacing w:before="30" w:after="30" w:line="230" w:lineRule="exact"/>
              <w:rPr>
                <w:rFonts w:hint="eastAsia"/>
              </w:rPr>
            </w:pPr>
            <w:r>
              <w:rPr>
                <w:sz w:val="17"/>
              </w:rPr>
              <w:t>[compilare]</w:t>
            </w:r>
          </w:p>
        </w:tc>
      </w:tr>
      <w:tr w:rsidR="00E54E13" w14:paraId="26F51A8D" w14:textId="77777777">
        <w:trPr>
          <w:cantSplit/>
          <w:trHeight w:val="539"/>
          <w:jc w:val="center"/>
        </w:trPr>
        <w:tc>
          <w:tcPr>
            <w:tcW w:w="3798" w:type="dxa"/>
            <w:shd w:val="clear" w:color="auto" w:fill="F6F8FA"/>
            <w:vAlign w:val="center"/>
          </w:tcPr>
          <w:p w14:paraId="0F404D0C" w14:textId="77777777" w:rsidR="00E54E13" w:rsidRDefault="00000000">
            <w:pPr>
              <w:spacing w:before="30" w:after="30" w:line="230" w:lineRule="exact"/>
              <w:rPr>
                <w:rFonts w:hint="eastAsia"/>
              </w:rPr>
            </w:pPr>
            <w:r>
              <w:rPr>
                <w:sz w:val="17"/>
              </w:rPr>
              <w:t>Arco elettrico e protezioni pertinenti</w:t>
            </w:r>
          </w:p>
        </w:tc>
        <w:tc>
          <w:tcPr>
            <w:tcW w:w="3402" w:type="dxa"/>
            <w:shd w:val="clear" w:color="auto" w:fill="F6F8FA"/>
            <w:vAlign w:val="center"/>
          </w:tcPr>
          <w:p w14:paraId="30D88AE5" w14:textId="77777777" w:rsidR="00E54E13" w:rsidRDefault="00000000">
            <w:pPr>
              <w:spacing w:before="30" w:after="30" w:line="230" w:lineRule="exact"/>
              <w:rPr>
                <w:rFonts w:hint="eastAsia"/>
              </w:rPr>
            </w:pPr>
            <w:r>
              <w:rPr>
                <w:sz w:val="17"/>
              </w:rPr>
              <w:t>[richiamare valutazione]</w:t>
            </w:r>
          </w:p>
        </w:tc>
        <w:tc>
          <w:tcPr>
            <w:tcW w:w="2551" w:type="dxa"/>
            <w:shd w:val="clear" w:color="auto" w:fill="F6F8FA"/>
            <w:vAlign w:val="center"/>
          </w:tcPr>
          <w:p w14:paraId="7E553C3E" w14:textId="77777777" w:rsidR="00E54E13" w:rsidRDefault="00000000">
            <w:pPr>
              <w:spacing w:before="30" w:after="30" w:line="230" w:lineRule="exact"/>
              <w:rPr>
                <w:rFonts w:hint="eastAsia"/>
              </w:rPr>
            </w:pPr>
            <w:r>
              <w:rPr>
                <w:sz w:val="17"/>
              </w:rPr>
              <w:t>[compilare]</w:t>
            </w:r>
          </w:p>
        </w:tc>
      </w:tr>
      <w:tr w:rsidR="00E54E13" w14:paraId="07743ADA" w14:textId="77777777">
        <w:trPr>
          <w:cantSplit/>
          <w:trHeight w:val="539"/>
          <w:jc w:val="center"/>
        </w:trPr>
        <w:tc>
          <w:tcPr>
            <w:tcW w:w="3798" w:type="dxa"/>
            <w:vAlign w:val="center"/>
          </w:tcPr>
          <w:p w14:paraId="240848CC" w14:textId="77777777" w:rsidR="00E54E13" w:rsidRDefault="00000000">
            <w:pPr>
              <w:spacing w:before="30" w:after="30" w:line="230" w:lineRule="exact"/>
              <w:rPr>
                <w:rFonts w:hint="eastAsia"/>
              </w:rPr>
            </w:pPr>
            <w:r>
              <w:rPr>
                <w:sz w:val="17"/>
              </w:rPr>
              <w:t>Assetto, alimentazioni e variazioni possibili</w:t>
            </w:r>
          </w:p>
        </w:tc>
        <w:tc>
          <w:tcPr>
            <w:tcW w:w="3402" w:type="dxa"/>
            <w:vAlign w:val="center"/>
          </w:tcPr>
          <w:p w14:paraId="6CDD8F13" w14:textId="77777777" w:rsidR="00E54E13" w:rsidRDefault="00000000">
            <w:pPr>
              <w:spacing w:before="30" w:after="30" w:line="230" w:lineRule="exact"/>
              <w:rPr>
                <w:rFonts w:hint="eastAsia"/>
              </w:rPr>
            </w:pPr>
            <w:r>
              <w:rPr>
                <w:sz w:val="17"/>
              </w:rPr>
              <w:t>[compilare]</w:t>
            </w:r>
          </w:p>
        </w:tc>
        <w:tc>
          <w:tcPr>
            <w:tcW w:w="2551" w:type="dxa"/>
            <w:vAlign w:val="center"/>
          </w:tcPr>
          <w:p w14:paraId="0AC6CB5C" w14:textId="77777777" w:rsidR="00E54E13" w:rsidRDefault="00000000">
            <w:pPr>
              <w:spacing w:before="30" w:after="30" w:line="230" w:lineRule="exact"/>
              <w:rPr>
                <w:rFonts w:hint="eastAsia"/>
              </w:rPr>
            </w:pPr>
            <w:r>
              <w:rPr>
                <w:sz w:val="17"/>
              </w:rPr>
              <w:t>[compilare]</w:t>
            </w:r>
          </w:p>
        </w:tc>
      </w:tr>
      <w:tr w:rsidR="00E54E13" w14:paraId="1D46F84F" w14:textId="77777777">
        <w:trPr>
          <w:cantSplit/>
          <w:trHeight w:val="539"/>
          <w:jc w:val="center"/>
        </w:trPr>
        <w:tc>
          <w:tcPr>
            <w:tcW w:w="3798" w:type="dxa"/>
            <w:shd w:val="clear" w:color="auto" w:fill="F6F8FA"/>
            <w:vAlign w:val="center"/>
          </w:tcPr>
          <w:p w14:paraId="11027A0A" w14:textId="77777777" w:rsidR="00E54E13" w:rsidRDefault="00000000">
            <w:pPr>
              <w:spacing w:before="30" w:after="30" w:line="230" w:lineRule="exact"/>
              <w:rPr>
                <w:rFonts w:hint="eastAsia"/>
              </w:rPr>
            </w:pPr>
            <w:r>
              <w:rPr>
                <w:sz w:val="17"/>
              </w:rPr>
              <w:t>Distanze e delimitazioni</w:t>
            </w:r>
          </w:p>
        </w:tc>
        <w:tc>
          <w:tcPr>
            <w:tcW w:w="3402" w:type="dxa"/>
            <w:shd w:val="clear" w:color="auto" w:fill="F6F8FA"/>
            <w:vAlign w:val="center"/>
          </w:tcPr>
          <w:p w14:paraId="271097FE" w14:textId="77777777" w:rsidR="00E54E13" w:rsidRDefault="00000000">
            <w:pPr>
              <w:spacing w:before="30" w:after="30" w:line="230" w:lineRule="exact"/>
              <w:rPr>
                <w:rFonts w:hint="eastAsia"/>
              </w:rPr>
            </w:pPr>
            <w:r>
              <w:rPr>
                <w:sz w:val="17"/>
              </w:rPr>
              <w:t>[fonte e valori verificati]</w:t>
            </w:r>
          </w:p>
        </w:tc>
        <w:tc>
          <w:tcPr>
            <w:tcW w:w="2551" w:type="dxa"/>
            <w:shd w:val="clear" w:color="auto" w:fill="F6F8FA"/>
            <w:vAlign w:val="center"/>
          </w:tcPr>
          <w:p w14:paraId="42A3B441" w14:textId="77777777" w:rsidR="00E54E13" w:rsidRDefault="00000000">
            <w:pPr>
              <w:spacing w:before="30" w:after="30" w:line="230" w:lineRule="exact"/>
              <w:rPr>
                <w:rFonts w:hint="eastAsia"/>
              </w:rPr>
            </w:pPr>
            <w:r>
              <w:rPr>
                <w:sz w:val="17"/>
              </w:rPr>
              <w:t>[compilare]</w:t>
            </w:r>
          </w:p>
        </w:tc>
      </w:tr>
      <w:tr w:rsidR="00E54E13" w14:paraId="088FEEE9" w14:textId="77777777">
        <w:trPr>
          <w:cantSplit/>
          <w:trHeight w:val="539"/>
          <w:jc w:val="center"/>
        </w:trPr>
        <w:tc>
          <w:tcPr>
            <w:tcW w:w="3798" w:type="dxa"/>
            <w:vAlign w:val="center"/>
          </w:tcPr>
          <w:p w14:paraId="46B0A83E" w14:textId="77777777" w:rsidR="00E54E13" w:rsidRDefault="00000000">
            <w:pPr>
              <w:spacing w:before="30" w:after="30" w:line="230" w:lineRule="exact"/>
              <w:rPr>
                <w:rFonts w:hint="eastAsia"/>
              </w:rPr>
            </w:pPr>
            <w:r>
              <w:rPr>
                <w:sz w:val="17"/>
              </w:rPr>
              <w:t>DPI, strumenti e attrezzature</w:t>
            </w:r>
          </w:p>
        </w:tc>
        <w:tc>
          <w:tcPr>
            <w:tcW w:w="3402" w:type="dxa"/>
            <w:vAlign w:val="center"/>
          </w:tcPr>
          <w:p w14:paraId="02333F8C" w14:textId="77777777" w:rsidR="00E54E13" w:rsidRDefault="00000000">
            <w:pPr>
              <w:spacing w:before="30" w:after="30" w:line="230" w:lineRule="exact"/>
              <w:rPr>
                <w:rFonts w:hint="eastAsia"/>
              </w:rPr>
            </w:pPr>
            <w:r>
              <w:rPr>
                <w:sz w:val="17"/>
              </w:rPr>
              <w:t>[compilare]</w:t>
            </w:r>
          </w:p>
        </w:tc>
        <w:tc>
          <w:tcPr>
            <w:tcW w:w="2551" w:type="dxa"/>
            <w:vAlign w:val="center"/>
          </w:tcPr>
          <w:p w14:paraId="03199C5B" w14:textId="77777777" w:rsidR="00E54E13" w:rsidRDefault="00000000">
            <w:pPr>
              <w:spacing w:before="30" w:after="30" w:line="230" w:lineRule="exact"/>
              <w:rPr>
                <w:rFonts w:hint="eastAsia"/>
              </w:rPr>
            </w:pPr>
            <w:r>
              <w:rPr>
                <w:sz w:val="17"/>
              </w:rPr>
              <w:t>[compilare]</w:t>
            </w:r>
          </w:p>
        </w:tc>
      </w:tr>
      <w:tr w:rsidR="00E54E13" w14:paraId="4722E4B9" w14:textId="77777777">
        <w:trPr>
          <w:cantSplit/>
          <w:trHeight w:val="539"/>
          <w:jc w:val="center"/>
        </w:trPr>
        <w:tc>
          <w:tcPr>
            <w:tcW w:w="3798" w:type="dxa"/>
            <w:shd w:val="clear" w:color="auto" w:fill="F6F8FA"/>
            <w:vAlign w:val="center"/>
          </w:tcPr>
          <w:p w14:paraId="14CD0C53" w14:textId="77777777" w:rsidR="00E54E13" w:rsidRDefault="00000000">
            <w:pPr>
              <w:spacing w:before="30" w:after="30" w:line="230" w:lineRule="exact"/>
              <w:rPr>
                <w:rFonts w:hint="eastAsia"/>
              </w:rPr>
            </w:pPr>
            <w:r>
              <w:rPr>
                <w:sz w:val="17"/>
              </w:rPr>
              <w:t>Ambiente e attività interferenti</w:t>
            </w:r>
          </w:p>
        </w:tc>
        <w:tc>
          <w:tcPr>
            <w:tcW w:w="3402" w:type="dxa"/>
            <w:shd w:val="clear" w:color="auto" w:fill="F6F8FA"/>
            <w:vAlign w:val="center"/>
          </w:tcPr>
          <w:p w14:paraId="195E9A66" w14:textId="77777777" w:rsidR="00E54E13" w:rsidRDefault="00000000">
            <w:pPr>
              <w:spacing w:before="30" w:after="30" w:line="230" w:lineRule="exact"/>
              <w:rPr>
                <w:rFonts w:hint="eastAsia"/>
              </w:rPr>
            </w:pPr>
            <w:r>
              <w:rPr>
                <w:sz w:val="17"/>
              </w:rPr>
              <w:t>[compilare]</w:t>
            </w:r>
          </w:p>
        </w:tc>
        <w:tc>
          <w:tcPr>
            <w:tcW w:w="2551" w:type="dxa"/>
            <w:shd w:val="clear" w:color="auto" w:fill="F6F8FA"/>
            <w:vAlign w:val="center"/>
          </w:tcPr>
          <w:p w14:paraId="5D55FEF5" w14:textId="77777777" w:rsidR="00E54E13" w:rsidRDefault="00000000">
            <w:pPr>
              <w:spacing w:before="30" w:after="30" w:line="230" w:lineRule="exact"/>
              <w:rPr>
                <w:rFonts w:hint="eastAsia"/>
              </w:rPr>
            </w:pPr>
            <w:r>
              <w:rPr>
                <w:sz w:val="17"/>
              </w:rPr>
              <w:t>[compilare]</w:t>
            </w:r>
          </w:p>
        </w:tc>
      </w:tr>
      <w:tr w:rsidR="00E54E13" w14:paraId="2A476219" w14:textId="77777777">
        <w:trPr>
          <w:cantSplit/>
          <w:trHeight w:val="539"/>
          <w:jc w:val="center"/>
        </w:trPr>
        <w:tc>
          <w:tcPr>
            <w:tcW w:w="3798" w:type="dxa"/>
            <w:vAlign w:val="center"/>
          </w:tcPr>
          <w:p w14:paraId="20AD6E2B" w14:textId="77777777" w:rsidR="00E54E13" w:rsidRDefault="00000000">
            <w:pPr>
              <w:spacing w:before="30" w:after="30" w:line="230" w:lineRule="exact"/>
              <w:rPr>
                <w:rFonts w:hint="eastAsia"/>
              </w:rPr>
            </w:pPr>
            <w:r>
              <w:rPr>
                <w:sz w:val="17"/>
              </w:rPr>
              <w:t>Persone, supervisione e comunicazioni</w:t>
            </w:r>
          </w:p>
        </w:tc>
        <w:tc>
          <w:tcPr>
            <w:tcW w:w="3402" w:type="dxa"/>
            <w:vAlign w:val="center"/>
          </w:tcPr>
          <w:p w14:paraId="38681CBF" w14:textId="77777777" w:rsidR="00E54E13" w:rsidRDefault="00000000">
            <w:pPr>
              <w:spacing w:before="30" w:after="30" w:line="230" w:lineRule="exact"/>
              <w:rPr>
                <w:rFonts w:hint="eastAsia"/>
              </w:rPr>
            </w:pPr>
            <w:r>
              <w:rPr>
                <w:sz w:val="17"/>
              </w:rPr>
              <w:t>[compilare]</w:t>
            </w:r>
          </w:p>
        </w:tc>
        <w:tc>
          <w:tcPr>
            <w:tcW w:w="2551" w:type="dxa"/>
            <w:vAlign w:val="center"/>
          </w:tcPr>
          <w:p w14:paraId="0D239CEA" w14:textId="77777777" w:rsidR="00E54E13" w:rsidRDefault="00000000">
            <w:pPr>
              <w:spacing w:before="30" w:after="30" w:line="230" w:lineRule="exact"/>
              <w:rPr>
                <w:rFonts w:hint="eastAsia"/>
              </w:rPr>
            </w:pPr>
            <w:r>
              <w:rPr>
                <w:sz w:val="17"/>
              </w:rPr>
              <w:t>[compilare]</w:t>
            </w:r>
          </w:p>
        </w:tc>
      </w:tr>
      <w:tr w:rsidR="00E54E13" w14:paraId="57C78115" w14:textId="77777777">
        <w:trPr>
          <w:cantSplit/>
          <w:trHeight w:val="539"/>
          <w:jc w:val="center"/>
        </w:trPr>
        <w:tc>
          <w:tcPr>
            <w:tcW w:w="3798" w:type="dxa"/>
            <w:shd w:val="clear" w:color="auto" w:fill="F6F8FA"/>
            <w:vAlign w:val="center"/>
          </w:tcPr>
          <w:p w14:paraId="0F8B2F8D" w14:textId="77777777" w:rsidR="00E54E13" w:rsidRDefault="00000000">
            <w:pPr>
              <w:spacing w:before="30" w:after="30" w:line="230" w:lineRule="exact"/>
              <w:rPr>
                <w:rFonts w:hint="eastAsia"/>
              </w:rPr>
            </w:pPr>
            <w:r>
              <w:rPr>
                <w:sz w:val="17"/>
              </w:rPr>
              <w:t>Emergenza e accessibilità dei soccorsi</w:t>
            </w:r>
          </w:p>
        </w:tc>
        <w:tc>
          <w:tcPr>
            <w:tcW w:w="3402" w:type="dxa"/>
            <w:shd w:val="clear" w:color="auto" w:fill="F6F8FA"/>
            <w:vAlign w:val="center"/>
          </w:tcPr>
          <w:p w14:paraId="69ABFF39" w14:textId="77777777" w:rsidR="00E54E13" w:rsidRDefault="00000000">
            <w:pPr>
              <w:spacing w:before="30" w:after="30" w:line="230" w:lineRule="exact"/>
              <w:rPr>
                <w:rFonts w:hint="eastAsia"/>
              </w:rPr>
            </w:pPr>
            <w:r>
              <w:rPr>
                <w:sz w:val="17"/>
              </w:rPr>
              <w:t>[piano e riferimenti]</w:t>
            </w:r>
          </w:p>
        </w:tc>
        <w:tc>
          <w:tcPr>
            <w:tcW w:w="2551" w:type="dxa"/>
            <w:shd w:val="clear" w:color="auto" w:fill="F6F8FA"/>
            <w:vAlign w:val="center"/>
          </w:tcPr>
          <w:p w14:paraId="066B2718" w14:textId="77777777" w:rsidR="00E54E13" w:rsidRDefault="00000000">
            <w:pPr>
              <w:spacing w:before="30" w:after="30" w:line="230" w:lineRule="exact"/>
              <w:rPr>
                <w:rFonts w:hint="eastAsia"/>
              </w:rPr>
            </w:pPr>
            <w:r>
              <w:rPr>
                <w:sz w:val="17"/>
              </w:rPr>
              <w:t>[compilare]</w:t>
            </w:r>
          </w:p>
        </w:tc>
      </w:tr>
    </w:tbl>
    <w:p w14:paraId="1BAFF9C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550C93A" w14:textId="77777777">
        <w:trPr>
          <w:cantSplit/>
          <w:trHeight w:val="386"/>
          <w:jc w:val="center"/>
        </w:trPr>
        <w:tc>
          <w:tcPr>
            <w:tcW w:w="2891" w:type="dxa"/>
            <w:shd w:val="clear" w:color="auto" w:fill="EDF3F9"/>
            <w:vAlign w:val="center"/>
          </w:tcPr>
          <w:p w14:paraId="490DA6B3" w14:textId="77777777" w:rsidR="00E54E13" w:rsidRDefault="00000000">
            <w:pPr>
              <w:spacing w:before="30" w:after="30" w:line="236" w:lineRule="exact"/>
              <w:rPr>
                <w:rFonts w:hint="eastAsia"/>
              </w:rPr>
            </w:pPr>
            <w:r>
              <w:rPr>
                <w:b/>
                <w:sz w:val="18"/>
              </w:rPr>
              <w:t>Distanze applicabili</w:t>
            </w:r>
          </w:p>
        </w:tc>
        <w:tc>
          <w:tcPr>
            <w:tcW w:w="6860" w:type="dxa"/>
            <w:vAlign w:val="center"/>
          </w:tcPr>
          <w:p w14:paraId="2BC0FA58" w14:textId="77777777" w:rsidR="00E54E13" w:rsidRDefault="00000000">
            <w:pPr>
              <w:spacing w:before="30" w:after="30" w:line="236" w:lineRule="exact"/>
              <w:rPr>
                <w:rFonts w:hint="eastAsia"/>
              </w:rPr>
            </w:pPr>
            <w:sdt>
              <w:sdtPr>
                <w:alias w:val="valore, unità, norma/punto, condizioni e verificatore"/>
                <w:tag w:val="campo_188"/>
                <w:id w:val="100188"/>
                <w:text w:multiLine="1"/>
              </w:sdtPr>
              <w:sdtContent>
                <w:r>
                  <w:rPr>
                    <w:color w:val="007E87"/>
                    <w:sz w:val="19"/>
                  </w:rPr>
                  <w:t>[valore, unità, norma/punto, condizioni e verificatore]</w:t>
                </w:r>
              </w:sdtContent>
            </w:sdt>
          </w:p>
        </w:tc>
      </w:tr>
      <w:tr w:rsidR="00E54E13" w14:paraId="6A2A8C5B" w14:textId="77777777">
        <w:trPr>
          <w:cantSplit/>
          <w:trHeight w:val="386"/>
          <w:jc w:val="center"/>
        </w:trPr>
        <w:tc>
          <w:tcPr>
            <w:tcW w:w="2891" w:type="dxa"/>
            <w:shd w:val="clear" w:color="auto" w:fill="EDF3F9"/>
            <w:vAlign w:val="center"/>
          </w:tcPr>
          <w:p w14:paraId="274485F2" w14:textId="77777777" w:rsidR="00E54E13" w:rsidRDefault="00000000">
            <w:pPr>
              <w:spacing w:before="30" w:after="30" w:line="236" w:lineRule="exact"/>
              <w:rPr>
                <w:rFonts w:hint="eastAsia"/>
              </w:rPr>
            </w:pPr>
            <w:r>
              <w:rPr>
                <w:b/>
                <w:sz w:val="18"/>
              </w:rPr>
              <w:t>Esito</w:t>
            </w:r>
          </w:p>
        </w:tc>
        <w:tc>
          <w:tcPr>
            <w:tcW w:w="6860" w:type="dxa"/>
            <w:shd w:val="clear" w:color="auto" w:fill="F6F8FA"/>
            <w:vAlign w:val="center"/>
          </w:tcPr>
          <w:p w14:paraId="0AD36085" w14:textId="77777777" w:rsidR="00E54E13" w:rsidRDefault="00000000">
            <w:pPr>
              <w:spacing w:before="30" w:after="30" w:line="236" w:lineRule="exact"/>
              <w:rPr>
                <w:rFonts w:hint="eastAsia"/>
              </w:rPr>
            </w:pPr>
            <w:sdt>
              <w:sdtPr>
                <w:alias w:val="procedere alla preparazione / non procedere; motivazione"/>
                <w:tag w:val="campo_189"/>
                <w:id w:val="100189"/>
                <w:text w:multiLine="1"/>
              </w:sdtPr>
              <w:sdtContent>
                <w:r>
                  <w:rPr>
                    <w:color w:val="007E87"/>
                    <w:sz w:val="19"/>
                  </w:rPr>
                  <w:t>[procedere alla preparazione / non procedere; motivazione]</w:t>
                </w:r>
              </w:sdtContent>
            </w:sdt>
          </w:p>
        </w:tc>
      </w:tr>
    </w:tbl>
    <w:p w14:paraId="7D57682E" w14:textId="77777777" w:rsidR="00E54E13" w:rsidRDefault="00E54E13">
      <w:pPr>
        <w:spacing w:after="40" w:line="40" w:lineRule="exact"/>
        <w:rPr>
          <w:rFonts w:hint="eastAsia"/>
        </w:rPr>
      </w:pPr>
    </w:p>
    <w:p w14:paraId="1D44A6D9" w14:textId="77777777" w:rsidR="00E54E13" w:rsidRDefault="00000000">
      <w:pPr>
        <w:pStyle w:val="FormHint"/>
        <w:rPr>
          <w:rFonts w:hint="eastAsia"/>
        </w:rPr>
      </w:pPr>
      <w:r>
        <w:t>L’esito favorevole non equivale alla consegna dell’impianto e non sostituisce le verifiche necessarie all’inizio del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6F1DAFF" w14:textId="77777777">
        <w:trPr>
          <w:tblHeader/>
          <w:jc w:val="center"/>
        </w:trPr>
        <w:tc>
          <w:tcPr>
            <w:tcW w:w="3250" w:type="dxa"/>
            <w:shd w:val="clear" w:color="auto" w:fill="12324B"/>
          </w:tcPr>
          <w:p w14:paraId="6DC1894D" w14:textId="77777777" w:rsidR="00E54E13" w:rsidRDefault="00000000">
            <w:pPr>
              <w:spacing w:before="30" w:after="30" w:line="228" w:lineRule="exact"/>
              <w:rPr>
                <w:rFonts w:hint="eastAsia"/>
              </w:rPr>
            </w:pPr>
            <w:r>
              <w:rPr>
                <w:b/>
                <w:color w:val="FFFFFF"/>
                <w:sz w:val="17"/>
              </w:rPr>
              <w:t>GL</w:t>
            </w:r>
          </w:p>
        </w:tc>
        <w:tc>
          <w:tcPr>
            <w:tcW w:w="3250" w:type="dxa"/>
            <w:shd w:val="clear" w:color="auto" w:fill="12324B"/>
          </w:tcPr>
          <w:p w14:paraId="34BD5133" w14:textId="77777777" w:rsidR="00E54E13" w:rsidRDefault="00000000">
            <w:pPr>
              <w:spacing w:before="30" w:after="30" w:line="228" w:lineRule="exact"/>
              <w:rPr>
                <w:rFonts w:hint="eastAsia"/>
              </w:rPr>
            </w:pPr>
            <w:r>
              <w:rPr>
                <w:b/>
                <w:color w:val="FFFFFF"/>
                <w:sz w:val="17"/>
              </w:rPr>
              <w:t>RI / RLE per i rispettivi ambiti</w:t>
            </w:r>
          </w:p>
        </w:tc>
        <w:tc>
          <w:tcPr>
            <w:tcW w:w="3250" w:type="dxa"/>
            <w:shd w:val="clear" w:color="auto" w:fill="12324B"/>
          </w:tcPr>
          <w:p w14:paraId="5DE0DFAD" w14:textId="77777777" w:rsidR="00E54E13" w:rsidRDefault="00000000">
            <w:pPr>
              <w:spacing w:before="30" w:after="30" w:line="228" w:lineRule="exact"/>
              <w:rPr>
                <w:rFonts w:hint="eastAsia"/>
              </w:rPr>
            </w:pPr>
            <w:r>
              <w:rPr>
                <w:b/>
                <w:color w:val="FFFFFF"/>
                <w:sz w:val="17"/>
              </w:rPr>
              <w:t>Data</w:t>
            </w:r>
          </w:p>
        </w:tc>
      </w:tr>
      <w:tr w:rsidR="00E54E13" w14:paraId="2D021DA0" w14:textId="77777777">
        <w:trPr>
          <w:cantSplit/>
          <w:trHeight w:val="567"/>
          <w:jc w:val="center"/>
        </w:trPr>
        <w:tc>
          <w:tcPr>
            <w:tcW w:w="3250" w:type="dxa"/>
            <w:vAlign w:val="center"/>
          </w:tcPr>
          <w:p w14:paraId="576B38B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76C64CE"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4640AE1" w14:textId="77777777" w:rsidR="00E54E13" w:rsidRDefault="00000000">
            <w:pPr>
              <w:spacing w:before="30" w:after="30" w:line="228" w:lineRule="exact"/>
              <w:rPr>
                <w:rFonts w:hint="eastAsia"/>
              </w:rPr>
            </w:pPr>
            <w:r>
              <w:rPr>
                <w:sz w:val="17"/>
              </w:rPr>
              <w:t>____ / ____ / ______</w:t>
            </w:r>
          </w:p>
        </w:tc>
      </w:tr>
    </w:tbl>
    <w:p w14:paraId="45374C54" w14:textId="77777777" w:rsidR="00E54E13" w:rsidRDefault="00E54E13">
      <w:pPr>
        <w:spacing w:after="40" w:line="40" w:lineRule="exact"/>
        <w:rPr>
          <w:rFonts w:hint="eastAsia"/>
        </w:rPr>
      </w:pPr>
    </w:p>
    <w:p w14:paraId="75781E1C" w14:textId="77777777" w:rsidR="00E54E13" w:rsidRDefault="00000000">
      <w:pPr>
        <w:pStyle w:val="Source"/>
        <w:rPr>
          <w:rFonts w:hint="eastAsia"/>
        </w:rPr>
      </w:pPr>
      <w:r>
        <w:t>Modello originale [AZ]. Base: INAIL 2026, pp. 1–4 e 6. I campi vuoti non costituiscono una verifica positiva.</w:t>
      </w:r>
    </w:p>
    <w:p w14:paraId="1C281215" w14:textId="77777777" w:rsidR="00E54E13" w:rsidRDefault="00000000">
      <w:pPr>
        <w:pStyle w:val="Eyebrow"/>
        <w:keepNext/>
        <w:pageBreakBefore/>
        <w:rPr>
          <w:rFonts w:hint="eastAsia"/>
        </w:rPr>
      </w:pPr>
      <w:r>
        <w:t>PARTE II  /  ALLEGATO OPERATIVO [AZ]</w:t>
      </w:r>
    </w:p>
    <w:p w14:paraId="484A777C" w14:textId="77777777" w:rsidR="00E54E13" w:rsidRDefault="00000000">
      <w:pPr>
        <w:pStyle w:val="Titolo1"/>
      </w:pPr>
      <w:bookmarkStart w:id="49" w:name="B50_A14"/>
      <w:r>
        <w:t>A14  Piano di lavoro – PdL</w:t>
      </w:r>
      <w:bookmarkEnd w:id="49"/>
    </w:p>
    <w:p w14:paraId="6BD6B14D" w14:textId="77777777" w:rsidR="00E54E13" w:rsidRDefault="00000000">
      <w:pPr>
        <w:pStyle w:val="FormHint"/>
        <w:rPr>
          <w:rFonts w:hint="eastAsia"/>
        </w:rPr>
      </w:pPr>
      <w:r>
        <w:t>Scheda 1 di 2. Da compilare dal RI quando previsto. Non utilizzare come schema universale di manovra.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6B6C8FB" w14:textId="77777777">
        <w:trPr>
          <w:cantSplit/>
          <w:trHeight w:val="346"/>
          <w:jc w:val="center"/>
        </w:trPr>
        <w:tc>
          <w:tcPr>
            <w:tcW w:w="2891" w:type="dxa"/>
            <w:shd w:val="clear" w:color="auto" w:fill="EDF3F9"/>
            <w:vAlign w:val="center"/>
          </w:tcPr>
          <w:p w14:paraId="265CCE56" w14:textId="77777777" w:rsidR="00E54E13" w:rsidRDefault="00000000">
            <w:pPr>
              <w:spacing w:before="30" w:after="30" w:line="236" w:lineRule="exact"/>
              <w:rPr>
                <w:rFonts w:hint="eastAsia"/>
              </w:rPr>
            </w:pPr>
            <w:r>
              <w:rPr>
                <w:b/>
                <w:sz w:val="18"/>
              </w:rPr>
              <w:t>Azienda / unità</w:t>
            </w:r>
          </w:p>
        </w:tc>
        <w:tc>
          <w:tcPr>
            <w:tcW w:w="6860" w:type="dxa"/>
            <w:vAlign w:val="center"/>
          </w:tcPr>
          <w:p w14:paraId="51647A5B" w14:textId="77777777" w:rsidR="00E54E13" w:rsidRDefault="00000000">
            <w:pPr>
              <w:spacing w:before="30" w:after="30" w:line="236" w:lineRule="exact"/>
              <w:rPr>
                <w:rFonts w:hint="eastAsia"/>
              </w:rPr>
            </w:pPr>
            <w:sdt>
              <w:sdtPr>
                <w:alias w:val="ragione sociale e sede"/>
                <w:tag w:val="campo_191"/>
                <w:id w:val="100191"/>
                <w:text w:multiLine="1"/>
              </w:sdtPr>
              <w:sdtContent>
                <w:r>
                  <w:rPr>
                    <w:color w:val="007E87"/>
                    <w:sz w:val="19"/>
                  </w:rPr>
                  <w:t>[ragione sociale e sede]</w:t>
                </w:r>
              </w:sdtContent>
            </w:sdt>
          </w:p>
        </w:tc>
      </w:tr>
      <w:tr w:rsidR="00E54E13" w14:paraId="64683639" w14:textId="77777777">
        <w:trPr>
          <w:cantSplit/>
          <w:trHeight w:val="346"/>
          <w:jc w:val="center"/>
        </w:trPr>
        <w:tc>
          <w:tcPr>
            <w:tcW w:w="2891" w:type="dxa"/>
            <w:shd w:val="clear" w:color="auto" w:fill="EDF3F9"/>
            <w:vAlign w:val="center"/>
          </w:tcPr>
          <w:p w14:paraId="7D490971"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75FC2018" w14:textId="77777777" w:rsidR="00E54E13" w:rsidRDefault="00000000">
            <w:pPr>
              <w:spacing w:before="30" w:after="30" w:line="236" w:lineRule="exact"/>
              <w:rPr>
                <w:rFonts w:hint="eastAsia"/>
              </w:rPr>
            </w:pPr>
            <w:sdt>
              <w:sdtPr>
                <w:alias w:val="codice, revisione e data"/>
                <w:tag w:val="campo_192"/>
                <w:id w:val="100192"/>
                <w:text w:multiLine="1"/>
              </w:sdtPr>
              <w:sdtContent>
                <w:r>
                  <w:rPr>
                    <w:color w:val="007E87"/>
                    <w:sz w:val="19"/>
                  </w:rPr>
                  <w:t>[codice, revisione e data]</w:t>
                </w:r>
              </w:sdtContent>
            </w:sdt>
          </w:p>
        </w:tc>
      </w:tr>
      <w:tr w:rsidR="00E54E13" w14:paraId="2ABDDACD" w14:textId="77777777">
        <w:trPr>
          <w:cantSplit/>
          <w:trHeight w:val="346"/>
          <w:jc w:val="center"/>
        </w:trPr>
        <w:tc>
          <w:tcPr>
            <w:tcW w:w="2891" w:type="dxa"/>
            <w:shd w:val="clear" w:color="auto" w:fill="EDF3F9"/>
            <w:vAlign w:val="center"/>
          </w:tcPr>
          <w:p w14:paraId="0CF50C24" w14:textId="77777777" w:rsidR="00E54E13" w:rsidRDefault="00000000">
            <w:pPr>
              <w:spacing w:before="30" w:after="30" w:line="236" w:lineRule="exact"/>
              <w:rPr>
                <w:rFonts w:hint="eastAsia"/>
              </w:rPr>
            </w:pPr>
            <w:r>
              <w:rPr>
                <w:b/>
                <w:sz w:val="18"/>
              </w:rPr>
              <w:t>Lavoro / impianto</w:t>
            </w:r>
          </w:p>
        </w:tc>
        <w:tc>
          <w:tcPr>
            <w:tcW w:w="6860" w:type="dxa"/>
            <w:vAlign w:val="center"/>
          </w:tcPr>
          <w:p w14:paraId="2FDF75FB" w14:textId="77777777" w:rsidR="00E54E13" w:rsidRDefault="00000000">
            <w:pPr>
              <w:spacing w:before="30" w:after="30" w:line="236" w:lineRule="exact"/>
              <w:rPr>
                <w:rFonts w:hint="eastAsia"/>
              </w:rPr>
            </w:pPr>
            <w:sdt>
              <w:sdtPr>
                <w:alias w:val="codice lavoro e parte interessata"/>
                <w:tag w:val="campo_193"/>
                <w:id w:val="100193"/>
                <w:text w:multiLine="1"/>
              </w:sdtPr>
              <w:sdtContent>
                <w:r>
                  <w:rPr>
                    <w:color w:val="007E87"/>
                    <w:sz w:val="19"/>
                  </w:rPr>
                  <w:t>[codice lavoro e parte interessata]</w:t>
                </w:r>
              </w:sdtContent>
            </w:sdt>
          </w:p>
        </w:tc>
      </w:tr>
    </w:tbl>
    <w:p w14:paraId="507FC24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EEE1BAF" w14:textId="77777777">
        <w:trPr>
          <w:cantSplit/>
          <w:trHeight w:val="386"/>
          <w:jc w:val="center"/>
        </w:trPr>
        <w:tc>
          <w:tcPr>
            <w:tcW w:w="2891" w:type="dxa"/>
            <w:shd w:val="clear" w:color="auto" w:fill="EDF3F9"/>
            <w:vAlign w:val="center"/>
          </w:tcPr>
          <w:p w14:paraId="504D663A" w14:textId="77777777" w:rsidR="00E54E13" w:rsidRDefault="00000000">
            <w:pPr>
              <w:spacing w:before="30" w:after="30" w:line="236" w:lineRule="exact"/>
              <w:rPr>
                <w:rFonts w:hint="eastAsia"/>
              </w:rPr>
            </w:pPr>
            <w:r>
              <w:rPr>
                <w:b/>
                <w:sz w:val="18"/>
              </w:rPr>
              <w:t>RI e collaborazioni</w:t>
            </w:r>
          </w:p>
        </w:tc>
        <w:tc>
          <w:tcPr>
            <w:tcW w:w="6860" w:type="dxa"/>
            <w:vAlign w:val="center"/>
          </w:tcPr>
          <w:p w14:paraId="445794A3" w14:textId="77777777" w:rsidR="00E54E13" w:rsidRDefault="00000000">
            <w:pPr>
              <w:spacing w:before="30" w:after="30" w:line="236" w:lineRule="exact"/>
              <w:rPr>
                <w:rFonts w:hint="eastAsia"/>
              </w:rPr>
            </w:pPr>
            <w:sdt>
              <w:sdtPr>
                <w:alias w:val="nominativi di RI, GL e/o RLE coinvolti"/>
                <w:tag w:val="campo_194"/>
                <w:id w:val="100194"/>
                <w:text w:multiLine="1"/>
              </w:sdtPr>
              <w:sdtContent>
                <w:r>
                  <w:rPr>
                    <w:color w:val="007E87"/>
                    <w:sz w:val="19"/>
                  </w:rPr>
                  <w:t>[nominativi di RI, GL e/o RLE coinvolti]</w:t>
                </w:r>
              </w:sdtContent>
            </w:sdt>
          </w:p>
        </w:tc>
      </w:tr>
      <w:tr w:rsidR="00E54E13" w14:paraId="1A2DEFE4" w14:textId="77777777">
        <w:trPr>
          <w:cantSplit/>
          <w:trHeight w:val="386"/>
          <w:jc w:val="center"/>
        </w:trPr>
        <w:tc>
          <w:tcPr>
            <w:tcW w:w="2891" w:type="dxa"/>
            <w:shd w:val="clear" w:color="auto" w:fill="EDF3F9"/>
            <w:vAlign w:val="center"/>
          </w:tcPr>
          <w:p w14:paraId="3FA90D0C" w14:textId="77777777" w:rsidR="00E54E13" w:rsidRDefault="00000000">
            <w:pPr>
              <w:spacing w:before="30" w:after="30" w:line="236" w:lineRule="exact"/>
              <w:rPr>
                <w:rFonts w:hint="eastAsia"/>
              </w:rPr>
            </w:pPr>
            <w:r>
              <w:rPr>
                <w:b/>
                <w:sz w:val="18"/>
              </w:rPr>
              <w:t>Oggetto del PdL</w:t>
            </w:r>
          </w:p>
        </w:tc>
        <w:tc>
          <w:tcPr>
            <w:tcW w:w="6860" w:type="dxa"/>
            <w:shd w:val="clear" w:color="auto" w:fill="F6F8FA"/>
            <w:vAlign w:val="center"/>
          </w:tcPr>
          <w:p w14:paraId="53666498" w14:textId="77777777" w:rsidR="00E54E13" w:rsidRDefault="00000000">
            <w:pPr>
              <w:spacing w:before="30" w:after="30" w:line="236" w:lineRule="exact"/>
              <w:rPr>
                <w:rFonts w:hint="eastAsia"/>
              </w:rPr>
            </w:pPr>
            <w:sdt>
              <w:sdtPr>
                <w:alias w:val="impianto, parte interessata, confini e stato richiesto"/>
                <w:tag w:val="campo_195"/>
                <w:id w:val="100195"/>
                <w:text w:multiLine="1"/>
              </w:sdtPr>
              <w:sdtContent>
                <w:r>
                  <w:rPr>
                    <w:color w:val="007E87"/>
                    <w:sz w:val="19"/>
                  </w:rPr>
                  <w:t>[impianto, parte interessata, confini e stato richiesto]</w:t>
                </w:r>
              </w:sdtContent>
            </w:sdt>
          </w:p>
        </w:tc>
      </w:tr>
      <w:tr w:rsidR="00E54E13" w14:paraId="0C521EE8" w14:textId="77777777">
        <w:trPr>
          <w:cantSplit/>
          <w:trHeight w:val="386"/>
          <w:jc w:val="center"/>
        </w:trPr>
        <w:tc>
          <w:tcPr>
            <w:tcW w:w="2891" w:type="dxa"/>
            <w:shd w:val="clear" w:color="auto" w:fill="EDF3F9"/>
            <w:vAlign w:val="center"/>
          </w:tcPr>
          <w:p w14:paraId="6F58BB0B" w14:textId="77777777" w:rsidR="00E54E13" w:rsidRDefault="00000000">
            <w:pPr>
              <w:spacing w:before="30" w:after="30" w:line="236" w:lineRule="exact"/>
              <w:rPr>
                <w:rFonts w:hint="eastAsia"/>
              </w:rPr>
            </w:pPr>
            <w:r>
              <w:rPr>
                <w:b/>
                <w:sz w:val="18"/>
              </w:rPr>
              <w:t>Riferimenti tecnici</w:t>
            </w:r>
          </w:p>
        </w:tc>
        <w:tc>
          <w:tcPr>
            <w:tcW w:w="6860" w:type="dxa"/>
            <w:vAlign w:val="center"/>
          </w:tcPr>
          <w:p w14:paraId="3A0C7E32" w14:textId="77777777" w:rsidR="00E54E13" w:rsidRDefault="00000000">
            <w:pPr>
              <w:spacing w:before="30" w:after="30" w:line="236" w:lineRule="exact"/>
              <w:rPr>
                <w:rFonts w:hint="eastAsia"/>
              </w:rPr>
            </w:pPr>
            <w:sdt>
              <w:sdtPr>
                <w:alias w:val="schemi, istruzioni, revisioni e allegati"/>
                <w:tag w:val="campo_196"/>
                <w:id w:val="100196"/>
                <w:text w:multiLine="1"/>
              </w:sdtPr>
              <w:sdtContent>
                <w:r>
                  <w:rPr>
                    <w:color w:val="007E87"/>
                    <w:sz w:val="19"/>
                  </w:rPr>
                  <w:t>[schemi, istruzioni, revisioni e allegati]</w:t>
                </w:r>
              </w:sdtContent>
            </w:sdt>
          </w:p>
        </w:tc>
      </w:tr>
      <w:tr w:rsidR="00E54E13" w14:paraId="299F5C0E" w14:textId="77777777">
        <w:trPr>
          <w:cantSplit/>
          <w:trHeight w:val="386"/>
          <w:jc w:val="center"/>
        </w:trPr>
        <w:tc>
          <w:tcPr>
            <w:tcW w:w="2891" w:type="dxa"/>
            <w:shd w:val="clear" w:color="auto" w:fill="EDF3F9"/>
            <w:vAlign w:val="center"/>
          </w:tcPr>
          <w:p w14:paraId="45785C7C" w14:textId="77777777" w:rsidR="00E54E13" w:rsidRDefault="00000000">
            <w:pPr>
              <w:spacing w:before="30" w:after="30" w:line="236" w:lineRule="exact"/>
              <w:rPr>
                <w:rFonts w:hint="eastAsia"/>
              </w:rPr>
            </w:pPr>
            <w:r>
              <w:rPr>
                <w:b/>
                <w:sz w:val="18"/>
              </w:rPr>
              <w:t>Assetto da ottenere e mantenere</w:t>
            </w:r>
          </w:p>
        </w:tc>
        <w:tc>
          <w:tcPr>
            <w:tcW w:w="6860" w:type="dxa"/>
            <w:shd w:val="clear" w:color="auto" w:fill="F6F8FA"/>
            <w:vAlign w:val="center"/>
          </w:tcPr>
          <w:p w14:paraId="3580CF59" w14:textId="77777777" w:rsidR="00E54E13" w:rsidRDefault="00000000">
            <w:pPr>
              <w:spacing w:before="30" w:after="30" w:line="236" w:lineRule="exact"/>
              <w:rPr>
                <w:rFonts w:hint="eastAsia"/>
              </w:rPr>
            </w:pPr>
            <w:sdt>
              <w:sdtPr>
                <w:alias w:val="descrizione della condizione prevista durante il lavoro"/>
                <w:tag w:val="campo_197"/>
                <w:id w:val="100197"/>
                <w:text w:multiLine="1"/>
              </w:sdtPr>
              <w:sdtContent>
                <w:r>
                  <w:rPr>
                    <w:color w:val="007E87"/>
                    <w:sz w:val="19"/>
                  </w:rPr>
                  <w:t>[descrizione della condizione prevista durante il lavoro]</w:t>
                </w:r>
              </w:sdtContent>
            </w:sdt>
          </w:p>
        </w:tc>
      </w:tr>
    </w:tbl>
    <w:p w14:paraId="619B4CF1" w14:textId="77777777" w:rsidR="00E54E13" w:rsidRDefault="00E54E13">
      <w:pPr>
        <w:spacing w:after="40" w:line="40" w:lineRule="exact"/>
        <w:rPr>
          <w:rFonts w:hint="eastAsia"/>
        </w:rPr>
      </w:pPr>
    </w:p>
    <w:p w14:paraId="1DE39ACF" w14:textId="77777777" w:rsidR="00E54E13" w:rsidRDefault="00000000">
      <w:pPr>
        <w:pStyle w:val="Titolo3"/>
      </w:pPr>
      <w:r>
        <w:t>Punti e provvedimenti pertinenti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778"/>
        <w:gridCol w:w="3969"/>
        <w:gridCol w:w="3005"/>
      </w:tblGrid>
      <w:tr w:rsidR="00E54E13" w14:paraId="262028DF" w14:textId="77777777">
        <w:trPr>
          <w:tblHeader/>
          <w:jc w:val="center"/>
        </w:trPr>
        <w:tc>
          <w:tcPr>
            <w:tcW w:w="2778" w:type="dxa"/>
            <w:shd w:val="clear" w:color="auto" w:fill="12324B"/>
          </w:tcPr>
          <w:p w14:paraId="3FB6C832" w14:textId="77777777" w:rsidR="00E54E13" w:rsidRDefault="00000000">
            <w:pPr>
              <w:spacing w:before="30" w:after="30" w:line="232" w:lineRule="exact"/>
              <w:rPr>
                <w:rFonts w:hint="eastAsia"/>
              </w:rPr>
            </w:pPr>
            <w:r>
              <w:rPr>
                <w:b/>
                <w:color w:val="FFFFFF"/>
                <w:sz w:val="18"/>
              </w:rPr>
              <w:t>Elemento</w:t>
            </w:r>
          </w:p>
        </w:tc>
        <w:tc>
          <w:tcPr>
            <w:tcW w:w="3969" w:type="dxa"/>
            <w:shd w:val="clear" w:color="auto" w:fill="12324B"/>
          </w:tcPr>
          <w:p w14:paraId="622B0D90" w14:textId="77777777" w:rsidR="00E54E13" w:rsidRDefault="00000000">
            <w:pPr>
              <w:spacing w:before="30" w:after="30" w:line="232" w:lineRule="exact"/>
              <w:rPr>
                <w:rFonts w:hint="eastAsia"/>
              </w:rPr>
            </w:pPr>
            <w:r>
              <w:rPr>
                <w:b/>
                <w:color w:val="FFFFFF"/>
                <w:sz w:val="18"/>
              </w:rPr>
              <w:t>Identificazione / stato previsto</w:t>
            </w:r>
          </w:p>
        </w:tc>
        <w:tc>
          <w:tcPr>
            <w:tcW w:w="3005" w:type="dxa"/>
            <w:shd w:val="clear" w:color="auto" w:fill="12324B"/>
          </w:tcPr>
          <w:p w14:paraId="28B440A1" w14:textId="77777777" w:rsidR="00E54E13" w:rsidRDefault="00000000">
            <w:pPr>
              <w:spacing w:before="30" w:after="30" w:line="232" w:lineRule="exact"/>
              <w:rPr>
                <w:rFonts w:hint="eastAsia"/>
              </w:rPr>
            </w:pPr>
            <w:r>
              <w:rPr>
                <w:b/>
                <w:color w:val="FFFFFF"/>
                <w:sz w:val="18"/>
              </w:rPr>
              <w:t>Responsabile e verifica</w:t>
            </w:r>
          </w:p>
        </w:tc>
      </w:tr>
      <w:tr w:rsidR="00E54E13" w14:paraId="0437B44E" w14:textId="77777777">
        <w:trPr>
          <w:cantSplit/>
          <w:trHeight w:val="624"/>
          <w:jc w:val="center"/>
        </w:trPr>
        <w:tc>
          <w:tcPr>
            <w:tcW w:w="2778" w:type="dxa"/>
            <w:vAlign w:val="center"/>
          </w:tcPr>
          <w:p w14:paraId="3ACCB852" w14:textId="77777777" w:rsidR="00E54E13" w:rsidRDefault="00000000">
            <w:pPr>
              <w:spacing w:before="30" w:after="30" w:line="232" w:lineRule="exact"/>
              <w:rPr>
                <w:rFonts w:hint="eastAsia"/>
              </w:rPr>
            </w:pPr>
            <w:r>
              <w:rPr>
                <w:sz w:val="18"/>
              </w:rPr>
              <w:t>Punti di sezionamento</w:t>
            </w:r>
          </w:p>
        </w:tc>
        <w:tc>
          <w:tcPr>
            <w:tcW w:w="3969" w:type="dxa"/>
            <w:vAlign w:val="center"/>
          </w:tcPr>
          <w:p w14:paraId="5AC7FC4D" w14:textId="77777777" w:rsidR="00E54E13" w:rsidRDefault="00000000">
            <w:pPr>
              <w:spacing w:before="30" w:after="30" w:line="232" w:lineRule="exact"/>
              <w:rPr>
                <w:rFonts w:hint="eastAsia"/>
              </w:rPr>
            </w:pPr>
            <w:r>
              <w:rPr>
                <w:sz w:val="18"/>
              </w:rPr>
              <w:t>[compilare]</w:t>
            </w:r>
          </w:p>
        </w:tc>
        <w:tc>
          <w:tcPr>
            <w:tcW w:w="3005" w:type="dxa"/>
            <w:vAlign w:val="center"/>
          </w:tcPr>
          <w:p w14:paraId="4526FFFF" w14:textId="77777777" w:rsidR="00E54E13" w:rsidRDefault="00000000">
            <w:pPr>
              <w:spacing w:before="30" w:after="30" w:line="232" w:lineRule="exact"/>
              <w:rPr>
                <w:rFonts w:hint="eastAsia"/>
              </w:rPr>
            </w:pPr>
            <w:r>
              <w:rPr>
                <w:sz w:val="18"/>
              </w:rPr>
              <w:t>[compilare]</w:t>
            </w:r>
          </w:p>
        </w:tc>
      </w:tr>
      <w:tr w:rsidR="00E54E13" w14:paraId="602D2C5B" w14:textId="77777777">
        <w:trPr>
          <w:cantSplit/>
          <w:trHeight w:val="624"/>
          <w:jc w:val="center"/>
        </w:trPr>
        <w:tc>
          <w:tcPr>
            <w:tcW w:w="2778" w:type="dxa"/>
            <w:shd w:val="clear" w:color="auto" w:fill="F6F8FA"/>
            <w:vAlign w:val="center"/>
          </w:tcPr>
          <w:p w14:paraId="680CBF91" w14:textId="77777777" w:rsidR="00E54E13" w:rsidRDefault="00000000">
            <w:pPr>
              <w:spacing w:before="30" w:after="30" w:line="232" w:lineRule="exact"/>
              <w:rPr>
                <w:rFonts w:hint="eastAsia"/>
              </w:rPr>
            </w:pPr>
            <w:r>
              <w:rPr>
                <w:sz w:val="18"/>
              </w:rPr>
              <w:t>Provvedimenti contro richiusure</w:t>
            </w:r>
          </w:p>
        </w:tc>
        <w:tc>
          <w:tcPr>
            <w:tcW w:w="3969" w:type="dxa"/>
            <w:shd w:val="clear" w:color="auto" w:fill="F6F8FA"/>
            <w:vAlign w:val="center"/>
          </w:tcPr>
          <w:p w14:paraId="4C1E1676" w14:textId="77777777" w:rsidR="00E54E13" w:rsidRDefault="00000000">
            <w:pPr>
              <w:spacing w:before="30" w:after="30" w:line="232" w:lineRule="exact"/>
              <w:rPr>
                <w:rFonts w:hint="eastAsia"/>
              </w:rPr>
            </w:pPr>
            <w:r>
              <w:rPr>
                <w:sz w:val="18"/>
              </w:rPr>
              <w:t>[compilare]</w:t>
            </w:r>
          </w:p>
        </w:tc>
        <w:tc>
          <w:tcPr>
            <w:tcW w:w="3005" w:type="dxa"/>
            <w:shd w:val="clear" w:color="auto" w:fill="F6F8FA"/>
            <w:vAlign w:val="center"/>
          </w:tcPr>
          <w:p w14:paraId="39507F37" w14:textId="77777777" w:rsidR="00E54E13" w:rsidRDefault="00000000">
            <w:pPr>
              <w:spacing w:before="30" w:after="30" w:line="232" w:lineRule="exact"/>
              <w:rPr>
                <w:rFonts w:hint="eastAsia"/>
              </w:rPr>
            </w:pPr>
            <w:r>
              <w:rPr>
                <w:sz w:val="18"/>
              </w:rPr>
              <w:t>[compilare]</w:t>
            </w:r>
          </w:p>
        </w:tc>
      </w:tr>
      <w:tr w:rsidR="00E54E13" w14:paraId="4BE973ED" w14:textId="77777777">
        <w:trPr>
          <w:cantSplit/>
          <w:trHeight w:val="624"/>
          <w:jc w:val="center"/>
        </w:trPr>
        <w:tc>
          <w:tcPr>
            <w:tcW w:w="2778" w:type="dxa"/>
            <w:vAlign w:val="center"/>
          </w:tcPr>
          <w:p w14:paraId="400B94EC" w14:textId="77777777" w:rsidR="00E54E13" w:rsidRDefault="00000000">
            <w:pPr>
              <w:spacing w:before="30" w:after="30" w:line="232" w:lineRule="exact"/>
              <w:rPr>
                <w:rFonts w:hint="eastAsia"/>
              </w:rPr>
            </w:pPr>
            <w:r>
              <w:rPr>
                <w:sz w:val="18"/>
              </w:rPr>
              <w:t>Protezioni / automatismi / tarature</w:t>
            </w:r>
          </w:p>
        </w:tc>
        <w:tc>
          <w:tcPr>
            <w:tcW w:w="3969" w:type="dxa"/>
            <w:vAlign w:val="center"/>
          </w:tcPr>
          <w:p w14:paraId="175CF0DD" w14:textId="77777777" w:rsidR="00E54E13" w:rsidRDefault="00000000">
            <w:pPr>
              <w:spacing w:before="30" w:after="30" w:line="232" w:lineRule="exact"/>
              <w:rPr>
                <w:rFonts w:hint="eastAsia"/>
              </w:rPr>
            </w:pPr>
            <w:r>
              <w:rPr>
                <w:sz w:val="18"/>
              </w:rPr>
              <w:t>[compilare se pertinente]</w:t>
            </w:r>
          </w:p>
        </w:tc>
        <w:tc>
          <w:tcPr>
            <w:tcW w:w="3005" w:type="dxa"/>
            <w:vAlign w:val="center"/>
          </w:tcPr>
          <w:p w14:paraId="6390FA91" w14:textId="77777777" w:rsidR="00E54E13" w:rsidRDefault="00000000">
            <w:pPr>
              <w:spacing w:before="30" w:after="30" w:line="232" w:lineRule="exact"/>
              <w:rPr>
                <w:rFonts w:hint="eastAsia"/>
              </w:rPr>
            </w:pPr>
            <w:r>
              <w:rPr>
                <w:sz w:val="18"/>
              </w:rPr>
              <w:t>[compilare]</w:t>
            </w:r>
          </w:p>
        </w:tc>
      </w:tr>
      <w:tr w:rsidR="00E54E13" w14:paraId="1716B397" w14:textId="77777777">
        <w:trPr>
          <w:cantSplit/>
          <w:trHeight w:val="624"/>
          <w:jc w:val="center"/>
        </w:trPr>
        <w:tc>
          <w:tcPr>
            <w:tcW w:w="2778" w:type="dxa"/>
            <w:shd w:val="clear" w:color="auto" w:fill="F6F8FA"/>
            <w:vAlign w:val="center"/>
          </w:tcPr>
          <w:p w14:paraId="5611307A" w14:textId="77777777" w:rsidR="00E54E13" w:rsidRDefault="00000000">
            <w:pPr>
              <w:spacing w:before="30" w:after="30" w:line="232" w:lineRule="exact"/>
              <w:rPr>
                <w:rFonts w:hint="eastAsia"/>
              </w:rPr>
            </w:pPr>
            <w:r>
              <w:rPr>
                <w:sz w:val="18"/>
              </w:rPr>
              <w:t>Terre di sezionamento, se previste</w:t>
            </w:r>
          </w:p>
        </w:tc>
        <w:tc>
          <w:tcPr>
            <w:tcW w:w="3969" w:type="dxa"/>
            <w:shd w:val="clear" w:color="auto" w:fill="F6F8FA"/>
            <w:vAlign w:val="center"/>
          </w:tcPr>
          <w:p w14:paraId="6C7D88F1" w14:textId="77777777" w:rsidR="00E54E13" w:rsidRDefault="00000000">
            <w:pPr>
              <w:spacing w:before="30" w:after="30" w:line="232" w:lineRule="exact"/>
              <w:rPr>
                <w:rFonts w:hint="eastAsia"/>
              </w:rPr>
            </w:pPr>
            <w:r>
              <w:rPr>
                <w:sz w:val="18"/>
              </w:rPr>
              <w:t>[compilare oppure motivare N.A.]</w:t>
            </w:r>
          </w:p>
        </w:tc>
        <w:tc>
          <w:tcPr>
            <w:tcW w:w="3005" w:type="dxa"/>
            <w:shd w:val="clear" w:color="auto" w:fill="F6F8FA"/>
            <w:vAlign w:val="center"/>
          </w:tcPr>
          <w:p w14:paraId="26FB707A" w14:textId="77777777" w:rsidR="00E54E13" w:rsidRDefault="00000000">
            <w:pPr>
              <w:spacing w:before="30" w:after="30" w:line="232" w:lineRule="exact"/>
              <w:rPr>
                <w:rFonts w:hint="eastAsia"/>
              </w:rPr>
            </w:pPr>
            <w:r>
              <w:rPr>
                <w:sz w:val="18"/>
              </w:rPr>
              <w:t>[compilare]</w:t>
            </w:r>
          </w:p>
        </w:tc>
      </w:tr>
      <w:tr w:rsidR="00E54E13" w14:paraId="49CD229F" w14:textId="77777777">
        <w:trPr>
          <w:cantSplit/>
          <w:trHeight w:val="624"/>
          <w:jc w:val="center"/>
        </w:trPr>
        <w:tc>
          <w:tcPr>
            <w:tcW w:w="2778" w:type="dxa"/>
            <w:vAlign w:val="center"/>
          </w:tcPr>
          <w:p w14:paraId="5CF47554" w14:textId="77777777" w:rsidR="00E54E13" w:rsidRDefault="00000000">
            <w:pPr>
              <w:spacing w:before="30" w:after="30" w:line="232" w:lineRule="exact"/>
              <w:rPr>
                <w:rFonts w:hint="eastAsia"/>
              </w:rPr>
            </w:pPr>
            <w:r>
              <w:rPr>
                <w:sz w:val="18"/>
              </w:rPr>
              <w:t>Avvisi e delimitazioni</w:t>
            </w:r>
          </w:p>
        </w:tc>
        <w:tc>
          <w:tcPr>
            <w:tcW w:w="3969" w:type="dxa"/>
            <w:vAlign w:val="center"/>
          </w:tcPr>
          <w:p w14:paraId="294610AD" w14:textId="77777777" w:rsidR="00E54E13" w:rsidRDefault="00000000">
            <w:pPr>
              <w:spacing w:before="30" w:after="30" w:line="232" w:lineRule="exact"/>
              <w:rPr>
                <w:rFonts w:hint="eastAsia"/>
              </w:rPr>
            </w:pPr>
            <w:r>
              <w:rPr>
                <w:sz w:val="18"/>
              </w:rPr>
              <w:t>[compilare]</w:t>
            </w:r>
          </w:p>
        </w:tc>
        <w:tc>
          <w:tcPr>
            <w:tcW w:w="3005" w:type="dxa"/>
            <w:vAlign w:val="center"/>
          </w:tcPr>
          <w:p w14:paraId="7FFA8BAB" w14:textId="77777777" w:rsidR="00E54E13" w:rsidRDefault="00000000">
            <w:pPr>
              <w:spacing w:before="30" w:after="30" w:line="232" w:lineRule="exact"/>
              <w:rPr>
                <w:rFonts w:hint="eastAsia"/>
              </w:rPr>
            </w:pPr>
            <w:r>
              <w:rPr>
                <w:sz w:val="18"/>
              </w:rPr>
              <w:t>[compilare]</w:t>
            </w:r>
          </w:p>
        </w:tc>
      </w:tr>
    </w:tbl>
    <w:p w14:paraId="5DB5FF35" w14:textId="77777777" w:rsidR="00E54E13" w:rsidRDefault="00E54E13">
      <w:pPr>
        <w:spacing w:after="40" w:line="40" w:lineRule="exact"/>
        <w:rPr>
          <w:rFonts w:hint="eastAsia"/>
        </w:rPr>
      </w:pPr>
    </w:p>
    <w:p w14:paraId="2A0C7F1A" w14:textId="77777777" w:rsidR="00E54E13" w:rsidRDefault="00000000">
      <w:pPr>
        <w:pStyle w:val="Titolo3"/>
      </w:pPr>
      <w:r>
        <w:t>Parti escluse, condizioni residue e limiti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6B369AE5" w14:textId="77777777">
        <w:trPr>
          <w:cantSplit/>
          <w:trHeight w:val="658"/>
          <w:jc w:val="center"/>
        </w:trPr>
        <w:tc>
          <w:tcPr>
            <w:tcW w:w="9751" w:type="dxa"/>
            <w:vAlign w:val="center"/>
          </w:tcPr>
          <w:p w14:paraId="3C74E309" w14:textId="77777777" w:rsidR="00E54E13" w:rsidRDefault="00000000">
            <w:pPr>
              <w:spacing w:before="30" w:after="30" w:line="234" w:lineRule="exact"/>
              <w:rPr>
                <w:rFonts w:hint="eastAsia"/>
              </w:rPr>
            </w:pPr>
            <w:sdt>
              <w:sdtPr>
                <w:alias w:val="compilare o richiamare un allegato identificato"/>
                <w:tag w:val="campo_198"/>
                <w:id w:val="100198"/>
                <w:text w:multiLine="1"/>
              </w:sdtPr>
              <w:sdtContent>
                <w:r>
                  <w:rPr>
                    <w:color w:val="007E87"/>
                    <w:sz w:val="19"/>
                  </w:rPr>
                  <w:t>[compilare o richiamare un allegato identificato]</w:t>
                </w:r>
              </w:sdtContent>
            </w:sdt>
          </w:p>
        </w:tc>
      </w:tr>
    </w:tbl>
    <w:p w14:paraId="28E1401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9214320" w14:textId="77777777">
        <w:trPr>
          <w:tblHeader/>
          <w:jc w:val="center"/>
        </w:trPr>
        <w:tc>
          <w:tcPr>
            <w:tcW w:w="3250" w:type="dxa"/>
            <w:shd w:val="clear" w:color="auto" w:fill="12324B"/>
          </w:tcPr>
          <w:p w14:paraId="6464D120" w14:textId="77777777" w:rsidR="00E54E13" w:rsidRDefault="00000000">
            <w:pPr>
              <w:spacing w:before="30" w:after="30" w:line="228" w:lineRule="exact"/>
              <w:rPr>
                <w:rFonts w:hint="eastAsia"/>
              </w:rPr>
            </w:pPr>
            <w:r>
              <w:rPr>
                <w:b/>
                <w:color w:val="FFFFFF"/>
                <w:sz w:val="17"/>
              </w:rPr>
              <w:t>RI redattore</w:t>
            </w:r>
          </w:p>
        </w:tc>
        <w:tc>
          <w:tcPr>
            <w:tcW w:w="3250" w:type="dxa"/>
            <w:shd w:val="clear" w:color="auto" w:fill="12324B"/>
          </w:tcPr>
          <w:p w14:paraId="0AB7B4DC" w14:textId="77777777" w:rsidR="00E54E13" w:rsidRDefault="00000000">
            <w:pPr>
              <w:spacing w:before="30" w:after="30" w:line="228" w:lineRule="exact"/>
              <w:rPr>
                <w:rFonts w:hint="eastAsia"/>
              </w:rPr>
            </w:pPr>
            <w:r>
              <w:rPr>
                <w:b/>
                <w:color w:val="FFFFFF"/>
                <w:sz w:val="17"/>
              </w:rPr>
              <w:t>Condivisioni pertinenti</w:t>
            </w:r>
          </w:p>
        </w:tc>
        <w:tc>
          <w:tcPr>
            <w:tcW w:w="3250" w:type="dxa"/>
            <w:shd w:val="clear" w:color="auto" w:fill="12324B"/>
          </w:tcPr>
          <w:p w14:paraId="44A2158B" w14:textId="77777777" w:rsidR="00E54E13" w:rsidRDefault="00000000">
            <w:pPr>
              <w:spacing w:before="30" w:after="30" w:line="228" w:lineRule="exact"/>
              <w:rPr>
                <w:rFonts w:hint="eastAsia"/>
              </w:rPr>
            </w:pPr>
            <w:r>
              <w:rPr>
                <w:b/>
                <w:color w:val="FFFFFF"/>
                <w:sz w:val="17"/>
              </w:rPr>
              <w:t>Data</w:t>
            </w:r>
          </w:p>
        </w:tc>
      </w:tr>
      <w:tr w:rsidR="00E54E13" w14:paraId="78C88CC2" w14:textId="77777777">
        <w:trPr>
          <w:cantSplit/>
          <w:trHeight w:val="567"/>
          <w:jc w:val="center"/>
        </w:trPr>
        <w:tc>
          <w:tcPr>
            <w:tcW w:w="3250" w:type="dxa"/>
            <w:vAlign w:val="center"/>
          </w:tcPr>
          <w:p w14:paraId="2C18DCF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0E2E93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C19E73B" w14:textId="77777777" w:rsidR="00E54E13" w:rsidRDefault="00000000">
            <w:pPr>
              <w:spacing w:before="30" w:after="30" w:line="228" w:lineRule="exact"/>
              <w:rPr>
                <w:rFonts w:hint="eastAsia"/>
              </w:rPr>
            </w:pPr>
            <w:r>
              <w:rPr>
                <w:sz w:val="17"/>
              </w:rPr>
              <w:t>____ / ____ / ______</w:t>
            </w:r>
          </w:p>
        </w:tc>
      </w:tr>
    </w:tbl>
    <w:p w14:paraId="40CCF5DF" w14:textId="77777777" w:rsidR="00E54E13" w:rsidRDefault="00E54E13">
      <w:pPr>
        <w:spacing w:after="40" w:line="40" w:lineRule="exact"/>
        <w:rPr>
          <w:rFonts w:hint="eastAsia"/>
        </w:rPr>
      </w:pPr>
    </w:p>
    <w:p w14:paraId="12014E8C" w14:textId="77777777" w:rsidR="00E54E13" w:rsidRDefault="00000000">
      <w:pPr>
        <w:pStyle w:val="Source"/>
        <w:rPr>
          <w:rFonts w:hint="eastAsia"/>
        </w:rPr>
      </w:pPr>
      <w:r>
        <w:t>Modello originale [AZ]. Base: INAIL 2026, compiti del RI, p. 3; PdL, p. 4. I campi vuoti non costituiscono una verifica positiva.</w:t>
      </w:r>
    </w:p>
    <w:p w14:paraId="572EFEDD" w14:textId="77777777" w:rsidR="00E54E13" w:rsidRDefault="00000000">
      <w:pPr>
        <w:pStyle w:val="Eyebrow"/>
        <w:keepNext/>
        <w:pageBreakBefore/>
        <w:rPr>
          <w:rFonts w:hint="eastAsia"/>
        </w:rPr>
      </w:pPr>
      <w:r>
        <w:t>PARTE II  /  ALLEGATO OPERATIVO [AZ]</w:t>
      </w:r>
    </w:p>
    <w:p w14:paraId="40F4525B" w14:textId="77777777" w:rsidR="00E54E13" w:rsidRDefault="00000000">
      <w:pPr>
        <w:pStyle w:val="Titolo1"/>
      </w:pPr>
      <w:bookmarkStart w:id="50" w:name="B51_A14"/>
      <w:r>
        <w:t>A14  PdL: operazioni, verifiche e mantenimento</w:t>
      </w:r>
      <w:bookmarkEnd w:id="50"/>
    </w:p>
    <w:p w14:paraId="78084060" w14:textId="77777777" w:rsidR="00E54E13" w:rsidRDefault="00000000">
      <w:pPr>
        <w:pStyle w:val="FormHint"/>
        <w:rPr>
          <w:rFonts w:hint="eastAsia"/>
        </w:rPr>
      </w:pPr>
      <w:r>
        <w:t>Scheda 2 di 2. Riportare la sequenza definita nell’istruzione tecnica approvata, con responsabili e riscontri.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E5FEC66" w14:textId="77777777">
        <w:trPr>
          <w:cantSplit/>
          <w:trHeight w:val="346"/>
          <w:jc w:val="center"/>
        </w:trPr>
        <w:tc>
          <w:tcPr>
            <w:tcW w:w="2891" w:type="dxa"/>
            <w:shd w:val="clear" w:color="auto" w:fill="EDF3F9"/>
            <w:vAlign w:val="center"/>
          </w:tcPr>
          <w:p w14:paraId="6F9AA27A" w14:textId="77777777" w:rsidR="00E54E13" w:rsidRDefault="00000000">
            <w:pPr>
              <w:spacing w:before="30" w:after="30" w:line="236" w:lineRule="exact"/>
              <w:rPr>
                <w:rFonts w:hint="eastAsia"/>
              </w:rPr>
            </w:pPr>
            <w:r>
              <w:rPr>
                <w:b/>
                <w:sz w:val="18"/>
              </w:rPr>
              <w:t>Azienda / unità</w:t>
            </w:r>
          </w:p>
        </w:tc>
        <w:tc>
          <w:tcPr>
            <w:tcW w:w="6860" w:type="dxa"/>
            <w:vAlign w:val="center"/>
          </w:tcPr>
          <w:p w14:paraId="1A58090D" w14:textId="77777777" w:rsidR="00E54E13" w:rsidRDefault="00000000">
            <w:pPr>
              <w:spacing w:before="30" w:after="30" w:line="236" w:lineRule="exact"/>
              <w:rPr>
                <w:rFonts w:hint="eastAsia"/>
              </w:rPr>
            </w:pPr>
            <w:sdt>
              <w:sdtPr>
                <w:alias w:val="ragione sociale e sede"/>
                <w:tag w:val="campo_200"/>
                <w:id w:val="100200"/>
                <w:text w:multiLine="1"/>
              </w:sdtPr>
              <w:sdtContent>
                <w:r>
                  <w:rPr>
                    <w:color w:val="007E87"/>
                    <w:sz w:val="19"/>
                  </w:rPr>
                  <w:t>[ragione sociale e sede]</w:t>
                </w:r>
              </w:sdtContent>
            </w:sdt>
          </w:p>
        </w:tc>
      </w:tr>
      <w:tr w:rsidR="00E54E13" w14:paraId="719AAED7" w14:textId="77777777">
        <w:trPr>
          <w:cantSplit/>
          <w:trHeight w:val="346"/>
          <w:jc w:val="center"/>
        </w:trPr>
        <w:tc>
          <w:tcPr>
            <w:tcW w:w="2891" w:type="dxa"/>
            <w:shd w:val="clear" w:color="auto" w:fill="EDF3F9"/>
            <w:vAlign w:val="center"/>
          </w:tcPr>
          <w:p w14:paraId="00FCD322"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7E3C7D2A" w14:textId="77777777" w:rsidR="00E54E13" w:rsidRDefault="00000000">
            <w:pPr>
              <w:spacing w:before="30" w:after="30" w:line="236" w:lineRule="exact"/>
              <w:rPr>
                <w:rFonts w:hint="eastAsia"/>
              </w:rPr>
            </w:pPr>
            <w:sdt>
              <w:sdtPr>
                <w:alias w:val="codice, revisione e data"/>
                <w:tag w:val="campo_201"/>
                <w:id w:val="100201"/>
                <w:text w:multiLine="1"/>
              </w:sdtPr>
              <w:sdtContent>
                <w:r>
                  <w:rPr>
                    <w:color w:val="007E87"/>
                    <w:sz w:val="19"/>
                  </w:rPr>
                  <w:t>[codice, revisione e data]</w:t>
                </w:r>
              </w:sdtContent>
            </w:sdt>
          </w:p>
        </w:tc>
      </w:tr>
      <w:tr w:rsidR="00E54E13" w14:paraId="0F7405BC" w14:textId="77777777">
        <w:trPr>
          <w:cantSplit/>
          <w:trHeight w:val="346"/>
          <w:jc w:val="center"/>
        </w:trPr>
        <w:tc>
          <w:tcPr>
            <w:tcW w:w="2891" w:type="dxa"/>
            <w:shd w:val="clear" w:color="auto" w:fill="EDF3F9"/>
            <w:vAlign w:val="center"/>
          </w:tcPr>
          <w:p w14:paraId="563259C7" w14:textId="77777777" w:rsidR="00E54E13" w:rsidRDefault="00000000">
            <w:pPr>
              <w:spacing w:before="30" w:after="30" w:line="236" w:lineRule="exact"/>
              <w:rPr>
                <w:rFonts w:hint="eastAsia"/>
              </w:rPr>
            </w:pPr>
            <w:r>
              <w:rPr>
                <w:b/>
                <w:sz w:val="18"/>
              </w:rPr>
              <w:t>Lavoro / impianto</w:t>
            </w:r>
          </w:p>
        </w:tc>
        <w:tc>
          <w:tcPr>
            <w:tcW w:w="6860" w:type="dxa"/>
            <w:vAlign w:val="center"/>
          </w:tcPr>
          <w:p w14:paraId="64AB01E1" w14:textId="77777777" w:rsidR="00E54E13" w:rsidRDefault="00000000">
            <w:pPr>
              <w:spacing w:before="30" w:after="30" w:line="236" w:lineRule="exact"/>
              <w:rPr>
                <w:rFonts w:hint="eastAsia"/>
              </w:rPr>
            </w:pPr>
            <w:sdt>
              <w:sdtPr>
                <w:alias w:val="codice lavoro e parte interessata"/>
                <w:tag w:val="campo_202"/>
                <w:id w:val="100202"/>
                <w:text w:multiLine="1"/>
              </w:sdtPr>
              <w:sdtContent>
                <w:r>
                  <w:rPr>
                    <w:color w:val="007E87"/>
                    <w:sz w:val="19"/>
                  </w:rPr>
                  <w:t>[codice lavoro e parte interessata]</w:t>
                </w:r>
              </w:sdtContent>
            </w:sdt>
          </w:p>
        </w:tc>
      </w:tr>
    </w:tbl>
    <w:p w14:paraId="710CAD7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10"/>
        <w:gridCol w:w="4535"/>
        <w:gridCol w:w="1757"/>
        <w:gridCol w:w="2948"/>
      </w:tblGrid>
      <w:tr w:rsidR="00E54E13" w14:paraId="598624D5" w14:textId="77777777">
        <w:trPr>
          <w:tblHeader/>
          <w:jc w:val="center"/>
        </w:trPr>
        <w:tc>
          <w:tcPr>
            <w:tcW w:w="510" w:type="dxa"/>
            <w:shd w:val="clear" w:color="auto" w:fill="12324B"/>
          </w:tcPr>
          <w:p w14:paraId="0E67F34C" w14:textId="77777777" w:rsidR="00E54E13" w:rsidRDefault="00000000">
            <w:pPr>
              <w:spacing w:before="30" w:after="30" w:line="228" w:lineRule="exact"/>
              <w:rPr>
                <w:rFonts w:hint="eastAsia"/>
              </w:rPr>
            </w:pPr>
            <w:r>
              <w:rPr>
                <w:b/>
                <w:color w:val="FFFFFF"/>
                <w:sz w:val="17"/>
              </w:rPr>
              <w:t>N.</w:t>
            </w:r>
          </w:p>
        </w:tc>
        <w:tc>
          <w:tcPr>
            <w:tcW w:w="4535" w:type="dxa"/>
            <w:shd w:val="clear" w:color="auto" w:fill="12324B"/>
          </w:tcPr>
          <w:p w14:paraId="44ED534C" w14:textId="77777777" w:rsidR="00E54E13" w:rsidRDefault="00000000">
            <w:pPr>
              <w:spacing w:before="30" w:after="30" w:line="228" w:lineRule="exact"/>
              <w:rPr>
                <w:rFonts w:hint="eastAsia"/>
              </w:rPr>
            </w:pPr>
            <w:r>
              <w:rPr>
                <w:b/>
                <w:color w:val="FFFFFF"/>
                <w:sz w:val="17"/>
              </w:rPr>
              <w:t>Operazione / istruzione richiamata</w:t>
            </w:r>
          </w:p>
        </w:tc>
        <w:tc>
          <w:tcPr>
            <w:tcW w:w="1757" w:type="dxa"/>
            <w:shd w:val="clear" w:color="auto" w:fill="12324B"/>
          </w:tcPr>
          <w:p w14:paraId="5FA15649" w14:textId="77777777" w:rsidR="00E54E13" w:rsidRDefault="00000000">
            <w:pPr>
              <w:spacing w:before="30" w:after="30" w:line="228" w:lineRule="exact"/>
              <w:rPr>
                <w:rFonts w:hint="eastAsia"/>
              </w:rPr>
            </w:pPr>
            <w:r>
              <w:rPr>
                <w:b/>
                <w:color w:val="FFFFFF"/>
                <w:sz w:val="17"/>
              </w:rPr>
              <w:t>Esecutore</w:t>
            </w:r>
          </w:p>
        </w:tc>
        <w:tc>
          <w:tcPr>
            <w:tcW w:w="2948" w:type="dxa"/>
            <w:shd w:val="clear" w:color="auto" w:fill="12324B"/>
          </w:tcPr>
          <w:p w14:paraId="4B7819E4" w14:textId="77777777" w:rsidR="00E54E13" w:rsidRDefault="00000000">
            <w:pPr>
              <w:spacing w:before="30" w:after="30" w:line="228" w:lineRule="exact"/>
              <w:rPr>
                <w:rFonts w:hint="eastAsia"/>
              </w:rPr>
            </w:pPr>
            <w:r>
              <w:rPr>
                <w:b/>
                <w:color w:val="FFFFFF"/>
                <w:sz w:val="17"/>
              </w:rPr>
              <w:t>Riscontro richiesto / effettuato</w:t>
            </w:r>
          </w:p>
        </w:tc>
      </w:tr>
      <w:tr w:rsidR="00E54E13" w14:paraId="3A1A3D60" w14:textId="77777777">
        <w:trPr>
          <w:cantSplit/>
          <w:trHeight w:val="652"/>
          <w:jc w:val="center"/>
        </w:trPr>
        <w:tc>
          <w:tcPr>
            <w:tcW w:w="510" w:type="dxa"/>
            <w:vAlign w:val="center"/>
          </w:tcPr>
          <w:p w14:paraId="0A3FD387" w14:textId="77777777" w:rsidR="00E54E13" w:rsidRDefault="00000000">
            <w:pPr>
              <w:spacing w:before="30" w:after="30" w:line="228" w:lineRule="exact"/>
              <w:rPr>
                <w:rFonts w:hint="eastAsia"/>
              </w:rPr>
            </w:pPr>
            <w:r>
              <w:rPr>
                <w:sz w:val="17"/>
              </w:rPr>
              <w:t>1</w:t>
            </w:r>
          </w:p>
        </w:tc>
        <w:tc>
          <w:tcPr>
            <w:tcW w:w="4535" w:type="dxa"/>
            <w:vAlign w:val="center"/>
          </w:tcPr>
          <w:p w14:paraId="4DA294D8" w14:textId="77777777" w:rsidR="00E54E13" w:rsidRDefault="00000000">
            <w:pPr>
              <w:spacing w:before="30" w:after="30" w:line="228" w:lineRule="exact"/>
              <w:rPr>
                <w:rFonts w:hint="eastAsia"/>
              </w:rPr>
            </w:pPr>
            <w:r>
              <w:rPr>
                <w:sz w:val="17"/>
              </w:rPr>
              <w:t>[da compilare]</w:t>
            </w:r>
          </w:p>
        </w:tc>
        <w:tc>
          <w:tcPr>
            <w:tcW w:w="1757" w:type="dxa"/>
            <w:vAlign w:val="center"/>
          </w:tcPr>
          <w:p w14:paraId="71350226" w14:textId="77777777" w:rsidR="00E54E13" w:rsidRDefault="00000000">
            <w:pPr>
              <w:spacing w:before="30" w:after="30" w:line="228" w:lineRule="exact"/>
              <w:rPr>
                <w:rFonts w:hint="eastAsia"/>
              </w:rPr>
            </w:pPr>
            <w:r>
              <w:rPr>
                <w:sz w:val="17"/>
              </w:rPr>
              <w:t>[da compilare]</w:t>
            </w:r>
          </w:p>
        </w:tc>
        <w:tc>
          <w:tcPr>
            <w:tcW w:w="2948" w:type="dxa"/>
            <w:vAlign w:val="center"/>
          </w:tcPr>
          <w:p w14:paraId="19A06A49" w14:textId="77777777" w:rsidR="00E54E13" w:rsidRDefault="00000000">
            <w:pPr>
              <w:spacing w:before="30" w:after="30" w:line="228" w:lineRule="exact"/>
              <w:rPr>
                <w:rFonts w:hint="eastAsia"/>
              </w:rPr>
            </w:pPr>
            <w:r>
              <w:rPr>
                <w:sz w:val="17"/>
              </w:rPr>
              <w:t>[da compilare]</w:t>
            </w:r>
          </w:p>
        </w:tc>
      </w:tr>
      <w:tr w:rsidR="00E54E13" w14:paraId="2A6BF0E4" w14:textId="77777777">
        <w:trPr>
          <w:cantSplit/>
          <w:trHeight w:val="652"/>
          <w:jc w:val="center"/>
        </w:trPr>
        <w:tc>
          <w:tcPr>
            <w:tcW w:w="510" w:type="dxa"/>
            <w:shd w:val="clear" w:color="auto" w:fill="F6F8FA"/>
            <w:vAlign w:val="center"/>
          </w:tcPr>
          <w:p w14:paraId="1BB150F6" w14:textId="77777777" w:rsidR="00E54E13" w:rsidRDefault="00000000">
            <w:pPr>
              <w:spacing w:before="30" w:after="30" w:line="228" w:lineRule="exact"/>
              <w:rPr>
                <w:rFonts w:hint="eastAsia"/>
              </w:rPr>
            </w:pPr>
            <w:r>
              <w:rPr>
                <w:sz w:val="17"/>
              </w:rPr>
              <w:t>2</w:t>
            </w:r>
          </w:p>
        </w:tc>
        <w:tc>
          <w:tcPr>
            <w:tcW w:w="4535" w:type="dxa"/>
            <w:shd w:val="clear" w:color="auto" w:fill="F6F8FA"/>
            <w:vAlign w:val="center"/>
          </w:tcPr>
          <w:p w14:paraId="7C7BB2F9" w14:textId="77777777" w:rsidR="00E54E13" w:rsidRDefault="00000000">
            <w:pPr>
              <w:spacing w:before="30" w:after="30" w:line="228" w:lineRule="exact"/>
              <w:rPr>
                <w:rFonts w:hint="eastAsia"/>
              </w:rPr>
            </w:pPr>
            <w:r>
              <w:rPr>
                <w:sz w:val="17"/>
              </w:rPr>
              <w:t>[da compilare]</w:t>
            </w:r>
          </w:p>
        </w:tc>
        <w:tc>
          <w:tcPr>
            <w:tcW w:w="1757" w:type="dxa"/>
            <w:shd w:val="clear" w:color="auto" w:fill="F6F8FA"/>
            <w:vAlign w:val="center"/>
          </w:tcPr>
          <w:p w14:paraId="308DF0D8" w14:textId="77777777" w:rsidR="00E54E13" w:rsidRDefault="00000000">
            <w:pPr>
              <w:spacing w:before="30" w:after="30" w:line="228" w:lineRule="exact"/>
              <w:rPr>
                <w:rFonts w:hint="eastAsia"/>
              </w:rPr>
            </w:pPr>
            <w:r>
              <w:rPr>
                <w:sz w:val="17"/>
              </w:rPr>
              <w:t>[da compilare]</w:t>
            </w:r>
          </w:p>
        </w:tc>
        <w:tc>
          <w:tcPr>
            <w:tcW w:w="2948" w:type="dxa"/>
            <w:shd w:val="clear" w:color="auto" w:fill="F6F8FA"/>
            <w:vAlign w:val="center"/>
          </w:tcPr>
          <w:p w14:paraId="505D6802" w14:textId="77777777" w:rsidR="00E54E13" w:rsidRDefault="00000000">
            <w:pPr>
              <w:spacing w:before="30" w:after="30" w:line="228" w:lineRule="exact"/>
              <w:rPr>
                <w:rFonts w:hint="eastAsia"/>
              </w:rPr>
            </w:pPr>
            <w:r>
              <w:rPr>
                <w:sz w:val="17"/>
              </w:rPr>
              <w:t>[da compilare]</w:t>
            </w:r>
          </w:p>
        </w:tc>
      </w:tr>
      <w:tr w:rsidR="00E54E13" w14:paraId="226A72CF" w14:textId="77777777">
        <w:trPr>
          <w:cantSplit/>
          <w:trHeight w:val="652"/>
          <w:jc w:val="center"/>
        </w:trPr>
        <w:tc>
          <w:tcPr>
            <w:tcW w:w="510" w:type="dxa"/>
            <w:vAlign w:val="center"/>
          </w:tcPr>
          <w:p w14:paraId="0A051E58" w14:textId="77777777" w:rsidR="00E54E13" w:rsidRDefault="00000000">
            <w:pPr>
              <w:spacing w:before="30" w:after="30" w:line="228" w:lineRule="exact"/>
              <w:rPr>
                <w:rFonts w:hint="eastAsia"/>
              </w:rPr>
            </w:pPr>
            <w:r>
              <w:rPr>
                <w:sz w:val="17"/>
              </w:rPr>
              <w:t>3</w:t>
            </w:r>
          </w:p>
        </w:tc>
        <w:tc>
          <w:tcPr>
            <w:tcW w:w="4535" w:type="dxa"/>
            <w:vAlign w:val="center"/>
          </w:tcPr>
          <w:p w14:paraId="0169BC56" w14:textId="77777777" w:rsidR="00E54E13" w:rsidRDefault="00000000">
            <w:pPr>
              <w:spacing w:before="30" w:after="30" w:line="228" w:lineRule="exact"/>
              <w:rPr>
                <w:rFonts w:hint="eastAsia"/>
              </w:rPr>
            </w:pPr>
            <w:r>
              <w:rPr>
                <w:sz w:val="17"/>
              </w:rPr>
              <w:t>[da compilare]</w:t>
            </w:r>
          </w:p>
        </w:tc>
        <w:tc>
          <w:tcPr>
            <w:tcW w:w="1757" w:type="dxa"/>
            <w:vAlign w:val="center"/>
          </w:tcPr>
          <w:p w14:paraId="506AE2B8" w14:textId="77777777" w:rsidR="00E54E13" w:rsidRDefault="00000000">
            <w:pPr>
              <w:spacing w:before="30" w:after="30" w:line="228" w:lineRule="exact"/>
              <w:rPr>
                <w:rFonts w:hint="eastAsia"/>
              </w:rPr>
            </w:pPr>
            <w:r>
              <w:rPr>
                <w:sz w:val="17"/>
              </w:rPr>
              <w:t>[da compilare]</w:t>
            </w:r>
          </w:p>
        </w:tc>
        <w:tc>
          <w:tcPr>
            <w:tcW w:w="2948" w:type="dxa"/>
            <w:vAlign w:val="center"/>
          </w:tcPr>
          <w:p w14:paraId="2F887E85" w14:textId="77777777" w:rsidR="00E54E13" w:rsidRDefault="00000000">
            <w:pPr>
              <w:spacing w:before="30" w:after="30" w:line="228" w:lineRule="exact"/>
              <w:rPr>
                <w:rFonts w:hint="eastAsia"/>
              </w:rPr>
            </w:pPr>
            <w:r>
              <w:rPr>
                <w:sz w:val="17"/>
              </w:rPr>
              <w:t>[da compilare]</w:t>
            </w:r>
          </w:p>
        </w:tc>
      </w:tr>
      <w:tr w:rsidR="00E54E13" w14:paraId="07C98B30" w14:textId="77777777">
        <w:trPr>
          <w:cantSplit/>
          <w:trHeight w:val="652"/>
          <w:jc w:val="center"/>
        </w:trPr>
        <w:tc>
          <w:tcPr>
            <w:tcW w:w="510" w:type="dxa"/>
            <w:shd w:val="clear" w:color="auto" w:fill="F6F8FA"/>
            <w:vAlign w:val="center"/>
          </w:tcPr>
          <w:p w14:paraId="68C33568" w14:textId="77777777" w:rsidR="00E54E13" w:rsidRDefault="00000000">
            <w:pPr>
              <w:spacing w:before="30" w:after="30" w:line="228" w:lineRule="exact"/>
              <w:rPr>
                <w:rFonts w:hint="eastAsia"/>
              </w:rPr>
            </w:pPr>
            <w:r>
              <w:rPr>
                <w:sz w:val="17"/>
              </w:rPr>
              <w:t>4</w:t>
            </w:r>
          </w:p>
        </w:tc>
        <w:tc>
          <w:tcPr>
            <w:tcW w:w="4535" w:type="dxa"/>
            <w:shd w:val="clear" w:color="auto" w:fill="F6F8FA"/>
            <w:vAlign w:val="center"/>
          </w:tcPr>
          <w:p w14:paraId="23E4B831" w14:textId="77777777" w:rsidR="00E54E13" w:rsidRDefault="00000000">
            <w:pPr>
              <w:spacing w:before="30" w:after="30" w:line="228" w:lineRule="exact"/>
              <w:rPr>
                <w:rFonts w:hint="eastAsia"/>
              </w:rPr>
            </w:pPr>
            <w:r>
              <w:rPr>
                <w:sz w:val="17"/>
              </w:rPr>
              <w:t>[da compilare]</w:t>
            </w:r>
          </w:p>
        </w:tc>
        <w:tc>
          <w:tcPr>
            <w:tcW w:w="1757" w:type="dxa"/>
            <w:shd w:val="clear" w:color="auto" w:fill="F6F8FA"/>
            <w:vAlign w:val="center"/>
          </w:tcPr>
          <w:p w14:paraId="187AE860" w14:textId="77777777" w:rsidR="00E54E13" w:rsidRDefault="00000000">
            <w:pPr>
              <w:spacing w:before="30" w:after="30" w:line="228" w:lineRule="exact"/>
              <w:rPr>
                <w:rFonts w:hint="eastAsia"/>
              </w:rPr>
            </w:pPr>
            <w:r>
              <w:rPr>
                <w:sz w:val="17"/>
              </w:rPr>
              <w:t>[da compilare]</w:t>
            </w:r>
          </w:p>
        </w:tc>
        <w:tc>
          <w:tcPr>
            <w:tcW w:w="2948" w:type="dxa"/>
            <w:shd w:val="clear" w:color="auto" w:fill="F6F8FA"/>
            <w:vAlign w:val="center"/>
          </w:tcPr>
          <w:p w14:paraId="3E3163AC" w14:textId="77777777" w:rsidR="00E54E13" w:rsidRDefault="00000000">
            <w:pPr>
              <w:spacing w:before="30" w:after="30" w:line="228" w:lineRule="exact"/>
              <w:rPr>
                <w:rFonts w:hint="eastAsia"/>
              </w:rPr>
            </w:pPr>
            <w:r>
              <w:rPr>
                <w:sz w:val="17"/>
              </w:rPr>
              <w:t>[da compilare]</w:t>
            </w:r>
          </w:p>
        </w:tc>
      </w:tr>
      <w:tr w:rsidR="00E54E13" w14:paraId="3AD1AA01" w14:textId="77777777">
        <w:trPr>
          <w:cantSplit/>
          <w:trHeight w:val="652"/>
          <w:jc w:val="center"/>
        </w:trPr>
        <w:tc>
          <w:tcPr>
            <w:tcW w:w="510" w:type="dxa"/>
            <w:vAlign w:val="center"/>
          </w:tcPr>
          <w:p w14:paraId="59ED71C6" w14:textId="77777777" w:rsidR="00E54E13" w:rsidRDefault="00000000">
            <w:pPr>
              <w:spacing w:before="30" w:after="30" w:line="228" w:lineRule="exact"/>
              <w:rPr>
                <w:rFonts w:hint="eastAsia"/>
              </w:rPr>
            </w:pPr>
            <w:r>
              <w:rPr>
                <w:sz w:val="17"/>
              </w:rPr>
              <w:t>5</w:t>
            </w:r>
          </w:p>
        </w:tc>
        <w:tc>
          <w:tcPr>
            <w:tcW w:w="4535" w:type="dxa"/>
            <w:vAlign w:val="center"/>
          </w:tcPr>
          <w:p w14:paraId="0532A1C2" w14:textId="77777777" w:rsidR="00E54E13" w:rsidRDefault="00000000">
            <w:pPr>
              <w:spacing w:before="30" w:after="30" w:line="228" w:lineRule="exact"/>
              <w:rPr>
                <w:rFonts w:hint="eastAsia"/>
              </w:rPr>
            </w:pPr>
            <w:r>
              <w:rPr>
                <w:sz w:val="17"/>
              </w:rPr>
              <w:t>[da compilare]</w:t>
            </w:r>
          </w:p>
        </w:tc>
        <w:tc>
          <w:tcPr>
            <w:tcW w:w="1757" w:type="dxa"/>
            <w:vAlign w:val="center"/>
          </w:tcPr>
          <w:p w14:paraId="02744761" w14:textId="77777777" w:rsidR="00E54E13" w:rsidRDefault="00000000">
            <w:pPr>
              <w:spacing w:before="30" w:after="30" w:line="228" w:lineRule="exact"/>
              <w:rPr>
                <w:rFonts w:hint="eastAsia"/>
              </w:rPr>
            </w:pPr>
            <w:r>
              <w:rPr>
                <w:sz w:val="17"/>
              </w:rPr>
              <w:t>[da compilare]</w:t>
            </w:r>
          </w:p>
        </w:tc>
        <w:tc>
          <w:tcPr>
            <w:tcW w:w="2948" w:type="dxa"/>
            <w:vAlign w:val="center"/>
          </w:tcPr>
          <w:p w14:paraId="41E2F4AF" w14:textId="77777777" w:rsidR="00E54E13" w:rsidRDefault="00000000">
            <w:pPr>
              <w:spacing w:before="30" w:after="30" w:line="228" w:lineRule="exact"/>
              <w:rPr>
                <w:rFonts w:hint="eastAsia"/>
              </w:rPr>
            </w:pPr>
            <w:r>
              <w:rPr>
                <w:sz w:val="17"/>
              </w:rPr>
              <w:t>[da compilare]</w:t>
            </w:r>
          </w:p>
        </w:tc>
      </w:tr>
    </w:tbl>
    <w:p w14:paraId="1873BD5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AA4496F" w14:textId="77777777">
        <w:trPr>
          <w:cantSplit/>
          <w:trHeight w:val="386"/>
          <w:jc w:val="center"/>
        </w:trPr>
        <w:tc>
          <w:tcPr>
            <w:tcW w:w="2891" w:type="dxa"/>
            <w:shd w:val="clear" w:color="auto" w:fill="EDF3F9"/>
            <w:vAlign w:val="center"/>
          </w:tcPr>
          <w:p w14:paraId="2B333EF8" w14:textId="77777777" w:rsidR="00E54E13" w:rsidRDefault="00000000">
            <w:pPr>
              <w:spacing w:before="30" w:after="30" w:line="236" w:lineRule="exact"/>
              <w:rPr>
                <w:rFonts w:hint="eastAsia"/>
              </w:rPr>
            </w:pPr>
            <w:r>
              <w:rPr>
                <w:b/>
                <w:sz w:val="18"/>
              </w:rPr>
              <w:t>Verifica finale dell’assetto</w:t>
            </w:r>
          </w:p>
        </w:tc>
        <w:tc>
          <w:tcPr>
            <w:tcW w:w="6860" w:type="dxa"/>
            <w:vAlign w:val="center"/>
          </w:tcPr>
          <w:p w14:paraId="680388CF" w14:textId="77777777" w:rsidR="00E54E13" w:rsidRDefault="00000000">
            <w:pPr>
              <w:spacing w:before="30" w:after="30" w:line="236" w:lineRule="exact"/>
              <w:rPr>
                <w:rFonts w:hint="eastAsia"/>
              </w:rPr>
            </w:pPr>
            <w:sdt>
              <w:sdtPr>
                <w:alias w:val="condizioni ottenute, verificatore, data e ora"/>
                <w:tag w:val="campo_203"/>
                <w:id w:val="100203"/>
                <w:text w:multiLine="1"/>
              </w:sdtPr>
              <w:sdtContent>
                <w:r>
                  <w:rPr>
                    <w:color w:val="007E87"/>
                    <w:sz w:val="19"/>
                  </w:rPr>
                  <w:t>[condizioni ottenute, verificatore, data e ora]</w:t>
                </w:r>
              </w:sdtContent>
            </w:sdt>
          </w:p>
        </w:tc>
      </w:tr>
      <w:tr w:rsidR="00E54E13" w14:paraId="31AA7549" w14:textId="77777777">
        <w:trPr>
          <w:cantSplit/>
          <w:trHeight w:val="386"/>
          <w:jc w:val="center"/>
        </w:trPr>
        <w:tc>
          <w:tcPr>
            <w:tcW w:w="2891" w:type="dxa"/>
            <w:shd w:val="clear" w:color="auto" w:fill="EDF3F9"/>
            <w:vAlign w:val="center"/>
          </w:tcPr>
          <w:p w14:paraId="3BA2182B" w14:textId="77777777" w:rsidR="00E54E13" w:rsidRDefault="00000000">
            <w:pPr>
              <w:spacing w:before="30" w:after="30" w:line="236" w:lineRule="exact"/>
              <w:rPr>
                <w:rFonts w:hint="eastAsia"/>
              </w:rPr>
            </w:pPr>
            <w:r>
              <w:rPr>
                <w:b/>
                <w:sz w:val="18"/>
              </w:rPr>
              <w:t>Mantenimento durante i lavori</w:t>
            </w:r>
          </w:p>
        </w:tc>
        <w:tc>
          <w:tcPr>
            <w:tcW w:w="6860" w:type="dxa"/>
            <w:shd w:val="clear" w:color="auto" w:fill="F6F8FA"/>
            <w:vAlign w:val="center"/>
          </w:tcPr>
          <w:p w14:paraId="5485F23A" w14:textId="77777777" w:rsidR="00E54E13" w:rsidRDefault="00000000">
            <w:pPr>
              <w:spacing w:before="30" w:after="30" w:line="236" w:lineRule="exact"/>
              <w:rPr>
                <w:rFonts w:hint="eastAsia"/>
              </w:rPr>
            </w:pPr>
            <w:sdt>
              <w:sdtPr>
                <w:alias w:val="responsabile, controlli e vincoli alle modifiche"/>
                <w:tag w:val="campo_204"/>
                <w:id w:val="100204"/>
                <w:text w:multiLine="1"/>
              </w:sdtPr>
              <w:sdtContent>
                <w:r>
                  <w:rPr>
                    <w:color w:val="007E87"/>
                    <w:sz w:val="19"/>
                  </w:rPr>
                  <w:t>[responsabile, controlli e vincoli alle modifiche]</w:t>
                </w:r>
              </w:sdtContent>
            </w:sdt>
          </w:p>
        </w:tc>
      </w:tr>
      <w:tr w:rsidR="00E54E13" w14:paraId="52601D50" w14:textId="77777777">
        <w:trPr>
          <w:cantSplit/>
          <w:trHeight w:val="386"/>
          <w:jc w:val="center"/>
        </w:trPr>
        <w:tc>
          <w:tcPr>
            <w:tcW w:w="2891" w:type="dxa"/>
            <w:shd w:val="clear" w:color="auto" w:fill="EDF3F9"/>
            <w:vAlign w:val="center"/>
          </w:tcPr>
          <w:p w14:paraId="73623FAB" w14:textId="77777777" w:rsidR="00E54E13" w:rsidRDefault="00000000">
            <w:pPr>
              <w:spacing w:before="30" w:after="30" w:line="236" w:lineRule="exact"/>
              <w:rPr>
                <w:rFonts w:hint="eastAsia"/>
              </w:rPr>
            </w:pPr>
            <w:r>
              <w:rPr>
                <w:b/>
                <w:sz w:val="18"/>
              </w:rPr>
              <w:t>Eventuale delega scritta</w:t>
            </w:r>
          </w:p>
        </w:tc>
        <w:tc>
          <w:tcPr>
            <w:tcW w:w="6860" w:type="dxa"/>
            <w:vAlign w:val="center"/>
          </w:tcPr>
          <w:p w14:paraId="1B316E45" w14:textId="77777777" w:rsidR="00E54E13" w:rsidRDefault="00000000">
            <w:pPr>
              <w:spacing w:before="30" w:after="30" w:line="236" w:lineRule="exact"/>
              <w:rPr>
                <w:rFonts w:hint="eastAsia"/>
              </w:rPr>
            </w:pPr>
            <w:sdt>
              <w:sdtPr>
                <w:alias w:val="PES/PAV incaricata, attività delegate e limiti"/>
                <w:tag w:val="campo_205"/>
                <w:id w:val="100205"/>
                <w:text w:multiLine="1"/>
              </w:sdtPr>
              <w:sdtContent>
                <w:r>
                  <w:rPr>
                    <w:color w:val="007E87"/>
                    <w:sz w:val="19"/>
                  </w:rPr>
                  <w:t>[PES/PAV incaricata, attività delegate e limiti]</w:t>
                </w:r>
              </w:sdtContent>
            </w:sdt>
          </w:p>
        </w:tc>
      </w:tr>
      <w:tr w:rsidR="00E54E13" w14:paraId="5B83242D" w14:textId="77777777">
        <w:trPr>
          <w:cantSplit/>
          <w:trHeight w:val="386"/>
          <w:jc w:val="center"/>
        </w:trPr>
        <w:tc>
          <w:tcPr>
            <w:tcW w:w="2891" w:type="dxa"/>
            <w:shd w:val="clear" w:color="auto" w:fill="EDF3F9"/>
            <w:vAlign w:val="center"/>
          </w:tcPr>
          <w:p w14:paraId="4C517482" w14:textId="77777777" w:rsidR="00E54E13" w:rsidRDefault="00000000">
            <w:pPr>
              <w:spacing w:before="30" w:after="30" w:line="236" w:lineRule="exact"/>
              <w:rPr>
                <w:rFonts w:hint="eastAsia"/>
              </w:rPr>
            </w:pPr>
            <w:r>
              <w:rPr>
                <w:b/>
                <w:sz w:val="18"/>
              </w:rPr>
              <w:t>Variazioni per prove/verifiche</w:t>
            </w:r>
          </w:p>
        </w:tc>
        <w:tc>
          <w:tcPr>
            <w:tcW w:w="6860" w:type="dxa"/>
            <w:shd w:val="clear" w:color="auto" w:fill="F6F8FA"/>
            <w:vAlign w:val="center"/>
          </w:tcPr>
          <w:p w14:paraId="6BEF6F06" w14:textId="77777777" w:rsidR="00E54E13" w:rsidRDefault="00000000">
            <w:pPr>
              <w:spacing w:before="30" w:after="30" w:line="236" w:lineRule="exact"/>
              <w:rPr>
                <w:rFonts w:hint="eastAsia"/>
              </w:rPr>
            </w:pPr>
            <w:sdt>
              <w:sdtPr>
                <w:alias w:val="richiamo ad A19 e condizioni previste"/>
                <w:tag w:val="campo_206"/>
                <w:id w:val="100206"/>
                <w:text w:multiLine="1"/>
              </w:sdtPr>
              <w:sdtContent>
                <w:r>
                  <w:rPr>
                    <w:color w:val="007E87"/>
                    <w:sz w:val="19"/>
                  </w:rPr>
                  <w:t>[richiamo ad A19 e condizioni previste]</w:t>
                </w:r>
              </w:sdtContent>
            </w:sdt>
          </w:p>
        </w:tc>
      </w:tr>
    </w:tbl>
    <w:p w14:paraId="510FBADF" w14:textId="77777777" w:rsidR="00E54E13" w:rsidRDefault="00E54E13">
      <w:pPr>
        <w:spacing w:after="40" w:line="40" w:lineRule="exact"/>
        <w:rPr>
          <w:rFonts w:hint="eastAsia"/>
        </w:rPr>
      </w:pPr>
    </w:p>
    <w:p w14:paraId="6380E5C2" w14:textId="77777777" w:rsidR="00E54E13" w:rsidRDefault="00000000">
      <w:pPr>
        <w:pStyle w:val="Titolo3"/>
      </w:pPr>
      <w:r>
        <w:t>Riferimento alla consegna e comunicazioni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5BFE8047" w14:textId="77777777">
        <w:trPr>
          <w:cantSplit/>
          <w:trHeight w:val="658"/>
          <w:jc w:val="center"/>
        </w:trPr>
        <w:tc>
          <w:tcPr>
            <w:tcW w:w="9751" w:type="dxa"/>
            <w:vAlign w:val="center"/>
          </w:tcPr>
          <w:p w14:paraId="62FB4121" w14:textId="77777777" w:rsidR="00E54E13" w:rsidRDefault="00000000">
            <w:pPr>
              <w:spacing w:before="30" w:after="30" w:line="234" w:lineRule="exact"/>
              <w:rPr>
                <w:rFonts w:hint="eastAsia"/>
              </w:rPr>
            </w:pPr>
            <w:sdt>
              <w:sdtPr>
                <w:alias w:val="compilare o richiamare un allegato identificato"/>
                <w:tag w:val="campo_207"/>
                <w:id w:val="100207"/>
                <w:text w:multiLine="1"/>
              </w:sdtPr>
              <w:sdtContent>
                <w:r>
                  <w:rPr>
                    <w:color w:val="007E87"/>
                    <w:sz w:val="19"/>
                  </w:rPr>
                  <w:t>[compilare o richiamare un allegato identificato]</w:t>
                </w:r>
              </w:sdtContent>
            </w:sdt>
          </w:p>
        </w:tc>
      </w:tr>
    </w:tbl>
    <w:p w14:paraId="4D8C1635" w14:textId="77777777" w:rsidR="00E54E13" w:rsidRDefault="00E54E13">
      <w:pPr>
        <w:spacing w:after="40" w:line="40" w:lineRule="exact"/>
        <w:rPr>
          <w:rFonts w:hint="eastAsia"/>
        </w:rPr>
      </w:pPr>
    </w:p>
    <w:p w14:paraId="123CD71C" w14:textId="77777777" w:rsidR="00E54E13" w:rsidRDefault="00000000">
      <w:pPr>
        <w:pStyle w:val="FormHint"/>
        <w:rPr>
          <w:rFonts w:hint="eastAsia"/>
        </w:rPr>
      </w:pPr>
      <w:r>
        <w:t>Una delega per attività individuate non coincide con un trasferimento generico di tutte le responsabilità del RI. Non firmare riscontri soltanto pianificati e non eseguiti.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F5A754B" w14:textId="77777777">
        <w:trPr>
          <w:tblHeader/>
          <w:jc w:val="center"/>
        </w:trPr>
        <w:tc>
          <w:tcPr>
            <w:tcW w:w="3250" w:type="dxa"/>
            <w:shd w:val="clear" w:color="auto" w:fill="12324B"/>
          </w:tcPr>
          <w:p w14:paraId="4314F735" w14:textId="77777777" w:rsidR="00E54E13" w:rsidRDefault="00000000">
            <w:pPr>
              <w:spacing w:before="30" w:after="30" w:line="228" w:lineRule="exact"/>
              <w:rPr>
                <w:rFonts w:hint="eastAsia"/>
              </w:rPr>
            </w:pPr>
            <w:r>
              <w:rPr>
                <w:b/>
                <w:color w:val="FFFFFF"/>
                <w:sz w:val="17"/>
              </w:rPr>
              <w:t>RI</w:t>
            </w:r>
          </w:p>
        </w:tc>
        <w:tc>
          <w:tcPr>
            <w:tcW w:w="3250" w:type="dxa"/>
            <w:shd w:val="clear" w:color="auto" w:fill="12324B"/>
          </w:tcPr>
          <w:p w14:paraId="165C8246" w14:textId="77777777" w:rsidR="00E54E13" w:rsidRDefault="00000000">
            <w:pPr>
              <w:spacing w:before="30" w:after="30" w:line="228" w:lineRule="exact"/>
              <w:rPr>
                <w:rFonts w:hint="eastAsia"/>
              </w:rPr>
            </w:pPr>
            <w:r>
              <w:rPr>
                <w:b/>
                <w:color w:val="FFFFFF"/>
                <w:sz w:val="17"/>
              </w:rPr>
              <w:t>Esecutori per i riscontri</w:t>
            </w:r>
          </w:p>
        </w:tc>
        <w:tc>
          <w:tcPr>
            <w:tcW w:w="3250" w:type="dxa"/>
            <w:shd w:val="clear" w:color="auto" w:fill="12324B"/>
          </w:tcPr>
          <w:p w14:paraId="75FE7EFC" w14:textId="77777777" w:rsidR="00E54E13" w:rsidRDefault="00000000">
            <w:pPr>
              <w:spacing w:before="30" w:after="30" w:line="228" w:lineRule="exact"/>
              <w:rPr>
                <w:rFonts w:hint="eastAsia"/>
              </w:rPr>
            </w:pPr>
            <w:r>
              <w:rPr>
                <w:b/>
                <w:color w:val="FFFFFF"/>
                <w:sz w:val="17"/>
              </w:rPr>
              <w:t>Data</w:t>
            </w:r>
          </w:p>
        </w:tc>
      </w:tr>
      <w:tr w:rsidR="00E54E13" w14:paraId="53BDF91E" w14:textId="77777777">
        <w:trPr>
          <w:cantSplit/>
          <w:trHeight w:val="567"/>
          <w:jc w:val="center"/>
        </w:trPr>
        <w:tc>
          <w:tcPr>
            <w:tcW w:w="3250" w:type="dxa"/>
            <w:vAlign w:val="center"/>
          </w:tcPr>
          <w:p w14:paraId="0C529FE2"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8CC4837"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FFB38C7" w14:textId="77777777" w:rsidR="00E54E13" w:rsidRDefault="00000000">
            <w:pPr>
              <w:spacing w:before="30" w:after="30" w:line="228" w:lineRule="exact"/>
              <w:rPr>
                <w:rFonts w:hint="eastAsia"/>
              </w:rPr>
            </w:pPr>
            <w:r>
              <w:rPr>
                <w:sz w:val="17"/>
              </w:rPr>
              <w:t>____ / ____ / ______</w:t>
            </w:r>
          </w:p>
        </w:tc>
      </w:tr>
    </w:tbl>
    <w:p w14:paraId="3A0AD109" w14:textId="77777777" w:rsidR="00E54E13" w:rsidRDefault="00E54E13">
      <w:pPr>
        <w:spacing w:after="40" w:line="40" w:lineRule="exact"/>
        <w:rPr>
          <w:rFonts w:hint="eastAsia"/>
        </w:rPr>
      </w:pPr>
    </w:p>
    <w:p w14:paraId="4C0217A4" w14:textId="77777777" w:rsidR="00E54E13" w:rsidRDefault="00000000">
      <w:pPr>
        <w:pStyle w:val="Source"/>
        <w:rPr>
          <w:rFonts w:hint="eastAsia"/>
        </w:rPr>
      </w:pPr>
      <w:r>
        <w:t>Modello originale [AZ]. Base: INAIL 2026, pp. 3–4. I campi vuoti non costituiscono una verifica positiva.</w:t>
      </w:r>
    </w:p>
    <w:p w14:paraId="0751D276" w14:textId="77777777" w:rsidR="00E54E13" w:rsidRDefault="00000000">
      <w:pPr>
        <w:pStyle w:val="Eyebrow"/>
        <w:keepNext/>
        <w:pageBreakBefore/>
        <w:rPr>
          <w:rFonts w:hint="eastAsia"/>
        </w:rPr>
      </w:pPr>
      <w:r>
        <w:t>PARTE II  /  ALLEGATO OPERATIVO [AZ]</w:t>
      </w:r>
    </w:p>
    <w:p w14:paraId="6903B136" w14:textId="77777777" w:rsidR="00E54E13" w:rsidRDefault="00000000">
      <w:pPr>
        <w:pStyle w:val="Titolo1"/>
      </w:pPr>
      <w:bookmarkStart w:id="51" w:name="B52_A15"/>
      <w:r>
        <w:t>A15  Piano di intervento – PI</w:t>
      </w:r>
      <w:bookmarkEnd w:id="51"/>
    </w:p>
    <w:p w14:paraId="4DB2553C" w14:textId="77777777" w:rsidR="00E54E13" w:rsidRDefault="00000000">
      <w:pPr>
        <w:pStyle w:val="FormHint"/>
        <w:rPr>
          <w:rFonts w:hint="eastAsia"/>
        </w:rPr>
      </w:pPr>
      <w:r>
        <w:t>Scheda 1 di 2. Descrivere come verrà eseguito il lavoro e con quali misure, attrezzature e persone.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C821986" w14:textId="77777777">
        <w:trPr>
          <w:cantSplit/>
          <w:trHeight w:val="346"/>
          <w:jc w:val="center"/>
        </w:trPr>
        <w:tc>
          <w:tcPr>
            <w:tcW w:w="2891" w:type="dxa"/>
            <w:shd w:val="clear" w:color="auto" w:fill="EDF3F9"/>
            <w:vAlign w:val="center"/>
          </w:tcPr>
          <w:p w14:paraId="4D7CB8DC" w14:textId="77777777" w:rsidR="00E54E13" w:rsidRDefault="00000000">
            <w:pPr>
              <w:spacing w:before="30" w:after="30" w:line="236" w:lineRule="exact"/>
              <w:rPr>
                <w:rFonts w:hint="eastAsia"/>
              </w:rPr>
            </w:pPr>
            <w:r>
              <w:rPr>
                <w:b/>
                <w:sz w:val="18"/>
              </w:rPr>
              <w:t>Azienda / unità</w:t>
            </w:r>
          </w:p>
        </w:tc>
        <w:tc>
          <w:tcPr>
            <w:tcW w:w="6860" w:type="dxa"/>
            <w:vAlign w:val="center"/>
          </w:tcPr>
          <w:p w14:paraId="44CCB680" w14:textId="77777777" w:rsidR="00E54E13" w:rsidRDefault="00000000">
            <w:pPr>
              <w:spacing w:before="30" w:after="30" w:line="236" w:lineRule="exact"/>
              <w:rPr>
                <w:rFonts w:hint="eastAsia"/>
              </w:rPr>
            </w:pPr>
            <w:sdt>
              <w:sdtPr>
                <w:alias w:val="ragione sociale e sede"/>
                <w:tag w:val="campo_209"/>
                <w:id w:val="100209"/>
                <w:text w:multiLine="1"/>
              </w:sdtPr>
              <w:sdtContent>
                <w:r>
                  <w:rPr>
                    <w:color w:val="007E87"/>
                    <w:sz w:val="19"/>
                  </w:rPr>
                  <w:t>[ragione sociale e sede]</w:t>
                </w:r>
              </w:sdtContent>
            </w:sdt>
          </w:p>
        </w:tc>
      </w:tr>
      <w:tr w:rsidR="00E54E13" w14:paraId="6C6A407F" w14:textId="77777777">
        <w:trPr>
          <w:cantSplit/>
          <w:trHeight w:val="346"/>
          <w:jc w:val="center"/>
        </w:trPr>
        <w:tc>
          <w:tcPr>
            <w:tcW w:w="2891" w:type="dxa"/>
            <w:shd w:val="clear" w:color="auto" w:fill="EDF3F9"/>
            <w:vAlign w:val="center"/>
          </w:tcPr>
          <w:p w14:paraId="261A1F65"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33326F4" w14:textId="77777777" w:rsidR="00E54E13" w:rsidRDefault="00000000">
            <w:pPr>
              <w:spacing w:before="30" w:after="30" w:line="236" w:lineRule="exact"/>
              <w:rPr>
                <w:rFonts w:hint="eastAsia"/>
              </w:rPr>
            </w:pPr>
            <w:sdt>
              <w:sdtPr>
                <w:alias w:val="codice, revisione e data"/>
                <w:tag w:val="campo_210"/>
                <w:id w:val="100210"/>
                <w:text w:multiLine="1"/>
              </w:sdtPr>
              <w:sdtContent>
                <w:r>
                  <w:rPr>
                    <w:color w:val="007E87"/>
                    <w:sz w:val="19"/>
                  </w:rPr>
                  <w:t>[codice, revisione e data]</w:t>
                </w:r>
              </w:sdtContent>
            </w:sdt>
          </w:p>
        </w:tc>
      </w:tr>
      <w:tr w:rsidR="00E54E13" w14:paraId="22A9D392" w14:textId="77777777">
        <w:trPr>
          <w:cantSplit/>
          <w:trHeight w:val="346"/>
          <w:jc w:val="center"/>
        </w:trPr>
        <w:tc>
          <w:tcPr>
            <w:tcW w:w="2891" w:type="dxa"/>
            <w:shd w:val="clear" w:color="auto" w:fill="EDF3F9"/>
            <w:vAlign w:val="center"/>
          </w:tcPr>
          <w:p w14:paraId="43392A85" w14:textId="77777777" w:rsidR="00E54E13" w:rsidRDefault="00000000">
            <w:pPr>
              <w:spacing w:before="30" w:after="30" w:line="236" w:lineRule="exact"/>
              <w:rPr>
                <w:rFonts w:hint="eastAsia"/>
              </w:rPr>
            </w:pPr>
            <w:r>
              <w:rPr>
                <w:b/>
                <w:sz w:val="18"/>
              </w:rPr>
              <w:t>Lavoro / impianto</w:t>
            </w:r>
          </w:p>
        </w:tc>
        <w:tc>
          <w:tcPr>
            <w:tcW w:w="6860" w:type="dxa"/>
            <w:vAlign w:val="center"/>
          </w:tcPr>
          <w:p w14:paraId="0320F6D4" w14:textId="77777777" w:rsidR="00E54E13" w:rsidRDefault="00000000">
            <w:pPr>
              <w:spacing w:before="30" w:after="30" w:line="236" w:lineRule="exact"/>
              <w:rPr>
                <w:rFonts w:hint="eastAsia"/>
              </w:rPr>
            </w:pPr>
            <w:sdt>
              <w:sdtPr>
                <w:alias w:val="codice lavoro e parte interessata"/>
                <w:tag w:val="campo_211"/>
                <w:id w:val="100211"/>
                <w:text w:multiLine="1"/>
              </w:sdtPr>
              <w:sdtContent>
                <w:r>
                  <w:rPr>
                    <w:color w:val="007E87"/>
                    <w:sz w:val="19"/>
                  </w:rPr>
                  <w:t>[codice lavoro e parte interessata]</w:t>
                </w:r>
              </w:sdtContent>
            </w:sdt>
          </w:p>
        </w:tc>
      </w:tr>
    </w:tbl>
    <w:p w14:paraId="6826567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CF94A9B" w14:textId="77777777">
        <w:trPr>
          <w:cantSplit/>
          <w:trHeight w:val="386"/>
          <w:jc w:val="center"/>
        </w:trPr>
        <w:tc>
          <w:tcPr>
            <w:tcW w:w="2891" w:type="dxa"/>
            <w:shd w:val="clear" w:color="auto" w:fill="EDF3F9"/>
            <w:vAlign w:val="center"/>
          </w:tcPr>
          <w:p w14:paraId="21D0F113" w14:textId="77777777" w:rsidR="00E54E13" w:rsidRDefault="00000000">
            <w:pPr>
              <w:spacing w:before="30" w:after="30" w:line="236" w:lineRule="exact"/>
              <w:rPr>
                <w:rFonts w:hint="eastAsia"/>
              </w:rPr>
            </w:pPr>
            <w:r>
              <w:rPr>
                <w:b/>
                <w:sz w:val="18"/>
              </w:rPr>
              <w:t>PES redattrice / GL / RLE</w:t>
            </w:r>
          </w:p>
        </w:tc>
        <w:tc>
          <w:tcPr>
            <w:tcW w:w="6860" w:type="dxa"/>
            <w:vAlign w:val="center"/>
          </w:tcPr>
          <w:p w14:paraId="67BD1C73" w14:textId="77777777" w:rsidR="00E54E13" w:rsidRDefault="00000000">
            <w:pPr>
              <w:spacing w:before="30" w:after="30" w:line="236" w:lineRule="exact"/>
              <w:rPr>
                <w:rFonts w:hint="eastAsia"/>
              </w:rPr>
            </w:pPr>
            <w:sdt>
              <w:sdtPr>
                <w:alias w:val="nominativi e qualifiche pertinenti"/>
                <w:tag w:val="campo_212"/>
                <w:id w:val="100212"/>
                <w:text w:multiLine="1"/>
              </w:sdtPr>
              <w:sdtContent>
                <w:r>
                  <w:rPr>
                    <w:color w:val="007E87"/>
                    <w:sz w:val="19"/>
                  </w:rPr>
                  <w:t>[nominativi e qualifiche pertinenti]</w:t>
                </w:r>
              </w:sdtContent>
            </w:sdt>
          </w:p>
        </w:tc>
      </w:tr>
      <w:tr w:rsidR="00E54E13" w14:paraId="6B4E8C04" w14:textId="77777777">
        <w:trPr>
          <w:cantSplit/>
          <w:trHeight w:val="386"/>
          <w:jc w:val="center"/>
        </w:trPr>
        <w:tc>
          <w:tcPr>
            <w:tcW w:w="2891" w:type="dxa"/>
            <w:shd w:val="clear" w:color="auto" w:fill="EDF3F9"/>
            <w:vAlign w:val="center"/>
          </w:tcPr>
          <w:p w14:paraId="62B00C8D" w14:textId="77777777" w:rsidR="00E54E13" w:rsidRDefault="00000000">
            <w:pPr>
              <w:spacing w:before="30" w:after="30" w:line="236" w:lineRule="exact"/>
              <w:rPr>
                <w:rFonts w:hint="eastAsia"/>
              </w:rPr>
            </w:pPr>
            <w:r>
              <w:rPr>
                <w:b/>
                <w:sz w:val="18"/>
              </w:rPr>
              <w:t>Obiettivo e metodo</w:t>
            </w:r>
          </w:p>
        </w:tc>
        <w:tc>
          <w:tcPr>
            <w:tcW w:w="6860" w:type="dxa"/>
            <w:shd w:val="clear" w:color="auto" w:fill="F6F8FA"/>
            <w:vAlign w:val="center"/>
          </w:tcPr>
          <w:p w14:paraId="16DE5AD0" w14:textId="77777777" w:rsidR="00E54E13" w:rsidRDefault="00000000">
            <w:pPr>
              <w:spacing w:before="30" w:after="30" w:line="236" w:lineRule="exact"/>
              <w:rPr>
                <w:rFonts w:hint="eastAsia"/>
              </w:rPr>
            </w:pPr>
            <w:sdt>
              <w:sdtPr>
                <w:alias w:val="tipo di intervento e istruzione applicabile"/>
                <w:tag w:val="campo_213"/>
                <w:id w:val="100213"/>
                <w:text w:multiLine="1"/>
              </w:sdtPr>
              <w:sdtContent>
                <w:r>
                  <w:rPr>
                    <w:color w:val="007E87"/>
                    <w:sz w:val="19"/>
                  </w:rPr>
                  <w:t>[tipo di intervento e istruzione applicabile]</w:t>
                </w:r>
              </w:sdtContent>
            </w:sdt>
          </w:p>
        </w:tc>
      </w:tr>
      <w:tr w:rsidR="00E54E13" w14:paraId="764DC314" w14:textId="77777777">
        <w:trPr>
          <w:cantSplit/>
          <w:trHeight w:val="386"/>
          <w:jc w:val="center"/>
        </w:trPr>
        <w:tc>
          <w:tcPr>
            <w:tcW w:w="2891" w:type="dxa"/>
            <w:shd w:val="clear" w:color="auto" w:fill="EDF3F9"/>
            <w:vAlign w:val="center"/>
          </w:tcPr>
          <w:p w14:paraId="3F5E66F8" w14:textId="77777777" w:rsidR="00E54E13" w:rsidRDefault="00000000">
            <w:pPr>
              <w:spacing w:before="30" w:after="30" w:line="236" w:lineRule="exact"/>
              <w:rPr>
                <w:rFonts w:hint="eastAsia"/>
              </w:rPr>
            </w:pPr>
            <w:r>
              <w:rPr>
                <w:b/>
                <w:sz w:val="18"/>
              </w:rPr>
              <w:t>Spazio di lavoro</w:t>
            </w:r>
          </w:p>
        </w:tc>
        <w:tc>
          <w:tcPr>
            <w:tcW w:w="6860" w:type="dxa"/>
            <w:vAlign w:val="center"/>
          </w:tcPr>
          <w:p w14:paraId="23A11921" w14:textId="77777777" w:rsidR="00E54E13" w:rsidRDefault="00000000">
            <w:pPr>
              <w:spacing w:before="30" w:after="30" w:line="236" w:lineRule="exact"/>
              <w:rPr>
                <w:rFonts w:hint="eastAsia"/>
              </w:rPr>
            </w:pPr>
            <w:sdt>
              <w:sdtPr>
                <w:alias w:val="confini, accessi, delimitazioni e parti attive prossime"/>
                <w:tag w:val="campo_214"/>
                <w:id w:val="100214"/>
                <w:text w:multiLine="1"/>
              </w:sdtPr>
              <w:sdtContent>
                <w:r>
                  <w:rPr>
                    <w:color w:val="007E87"/>
                    <w:sz w:val="19"/>
                  </w:rPr>
                  <w:t>[confini, accessi, delimitazioni e parti attive prossime]</w:t>
                </w:r>
              </w:sdtContent>
            </w:sdt>
          </w:p>
        </w:tc>
      </w:tr>
      <w:tr w:rsidR="00E54E13" w14:paraId="1EBEBF1E" w14:textId="77777777">
        <w:trPr>
          <w:cantSplit/>
          <w:trHeight w:val="386"/>
          <w:jc w:val="center"/>
        </w:trPr>
        <w:tc>
          <w:tcPr>
            <w:tcW w:w="2891" w:type="dxa"/>
            <w:shd w:val="clear" w:color="auto" w:fill="EDF3F9"/>
            <w:vAlign w:val="center"/>
          </w:tcPr>
          <w:p w14:paraId="2041CA08" w14:textId="77777777" w:rsidR="00E54E13" w:rsidRDefault="00000000">
            <w:pPr>
              <w:spacing w:before="30" w:after="30" w:line="236" w:lineRule="exact"/>
              <w:rPr>
                <w:rFonts w:hint="eastAsia"/>
              </w:rPr>
            </w:pPr>
            <w:r>
              <w:rPr>
                <w:b/>
                <w:sz w:val="18"/>
              </w:rPr>
              <w:t>Condizioni ricevute</w:t>
            </w:r>
          </w:p>
        </w:tc>
        <w:tc>
          <w:tcPr>
            <w:tcW w:w="6860" w:type="dxa"/>
            <w:shd w:val="clear" w:color="auto" w:fill="F6F8FA"/>
            <w:vAlign w:val="center"/>
          </w:tcPr>
          <w:p w14:paraId="16F060D0" w14:textId="77777777" w:rsidR="00E54E13" w:rsidRDefault="00000000">
            <w:pPr>
              <w:spacing w:before="30" w:after="30" w:line="236" w:lineRule="exact"/>
              <w:rPr>
                <w:rFonts w:hint="eastAsia"/>
              </w:rPr>
            </w:pPr>
            <w:sdt>
              <w:sdtPr>
                <w:alias w:val="PdL e consegna previsti o richiamati"/>
                <w:tag w:val="campo_215"/>
                <w:id w:val="100215"/>
                <w:text w:multiLine="1"/>
              </w:sdtPr>
              <w:sdtContent>
                <w:r>
                  <w:rPr>
                    <w:color w:val="007E87"/>
                    <w:sz w:val="19"/>
                  </w:rPr>
                  <w:t>[PdL e consegna previsti o richiamati]</w:t>
                </w:r>
              </w:sdtContent>
            </w:sdt>
          </w:p>
        </w:tc>
      </w:tr>
    </w:tbl>
    <w:p w14:paraId="16B6942E"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061"/>
        <w:gridCol w:w="6690"/>
      </w:tblGrid>
      <w:tr w:rsidR="00E54E13" w14:paraId="55CC234E" w14:textId="77777777">
        <w:trPr>
          <w:tblHeader/>
          <w:jc w:val="center"/>
        </w:trPr>
        <w:tc>
          <w:tcPr>
            <w:tcW w:w="3061" w:type="dxa"/>
            <w:shd w:val="clear" w:color="auto" w:fill="12324B"/>
          </w:tcPr>
          <w:p w14:paraId="755F579D" w14:textId="77777777" w:rsidR="00E54E13" w:rsidRDefault="00000000">
            <w:pPr>
              <w:spacing w:before="30" w:after="30" w:line="232" w:lineRule="exact"/>
              <w:rPr>
                <w:rFonts w:hint="eastAsia"/>
              </w:rPr>
            </w:pPr>
            <w:r>
              <w:rPr>
                <w:b/>
                <w:color w:val="FFFFFF"/>
                <w:sz w:val="18"/>
              </w:rPr>
              <w:t>Misura / risorsa</w:t>
            </w:r>
          </w:p>
        </w:tc>
        <w:tc>
          <w:tcPr>
            <w:tcW w:w="6690" w:type="dxa"/>
            <w:shd w:val="clear" w:color="auto" w:fill="12324B"/>
          </w:tcPr>
          <w:p w14:paraId="65B116FF" w14:textId="77777777" w:rsidR="00E54E13" w:rsidRDefault="00000000">
            <w:pPr>
              <w:spacing w:before="30" w:after="30" w:line="232" w:lineRule="exact"/>
              <w:rPr>
                <w:rFonts w:hint="eastAsia"/>
              </w:rPr>
            </w:pPr>
            <w:r>
              <w:rPr>
                <w:b/>
                <w:color w:val="FFFFFF"/>
                <w:sz w:val="18"/>
              </w:rPr>
              <w:t>Specifica e riferimento verificato</w:t>
            </w:r>
          </w:p>
        </w:tc>
      </w:tr>
      <w:tr w:rsidR="00E54E13" w14:paraId="29E5EC5B" w14:textId="77777777">
        <w:trPr>
          <w:cantSplit/>
          <w:trHeight w:val="595"/>
          <w:jc w:val="center"/>
        </w:trPr>
        <w:tc>
          <w:tcPr>
            <w:tcW w:w="3061" w:type="dxa"/>
            <w:vAlign w:val="center"/>
          </w:tcPr>
          <w:p w14:paraId="13734C0B" w14:textId="77777777" w:rsidR="00E54E13" w:rsidRDefault="00000000">
            <w:pPr>
              <w:spacing w:before="30" w:after="30" w:line="232" w:lineRule="exact"/>
              <w:rPr>
                <w:rFonts w:hint="eastAsia"/>
              </w:rPr>
            </w:pPr>
            <w:r>
              <w:rPr>
                <w:sz w:val="18"/>
              </w:rPr>
              <w:t>DPI necessari</w:t>
            </w:r>
          </w:p>
        </w:tc>
        <w:tc>
          <w:tcPr>
            <w:tcW w:w="6690" w:type="dxa"/>
            <w:vAlign w:val="center"/>
          </w:tcPr>
          <w:p w14:paraId="4938FA44" w14:textId="77777777" w:rsidR="00E54E13" w:rsidRDefault="00000000">
            <w:pPr>
              <w:spacing w:before="30" w:after="30" w:line="232" w:lineRule="exact"/>
              <w:rPr>
                <w:rFonts w:hint="eastAsia"/>
              </w:rPr>
            </w:pPr>
            <w:r>
              <w:rPr>
                <w:sz w:val="18"/>
              </w:rPr>
              <w:t>[dispositivo, prestazioni, limiti e motivazione tecnica]</w:t>
            </w:r>
          </w:p>
        </w:tc>
      </w:tr>
      <w:tr w:rsidR="00E54E13" w14:paraId="3E6E3D19" w14:textId="77777777">
        <w:trPr>
          <w:cantSplit/>
          <w:trHeight w:val="595"/>
          <w:jc w:val="center"/>
        </w:trPr>
        <w:tc>
          <w:tcPr>
            <w:tcW w:w="3061" w:type="dxa"/>
            <w:shd w:val="clear" w:color="auto" w:fill="F6F8FA"/>
            <w:vAlign w:val="center"/>
          </w:tcPr>
          <w:p w14:paraId="74A916E1" w14:textId="77777777" w:rsidR="00E54E13" w:rsidRDefault="00000000">
            <w:pPr>
              <w:spacing w:before="30" w:after="30" w:line="232" w:lineRule="exact"/>
              <w:rPr>
                <w:rFonts w:hint="eastAsia"/>
              </w:rPr>
            </w:pPr>
            <w:r>
              <w:rPr>
                <w:sz w:val="18"/>
              </w:rPr>
              <w:t>Attrezzature e strumenti</w:t>
            </w:r>
          </w:p>
        </w:tc>
        <w:tc>
          <w:tcPr>
            <w:tcW w:w="6690" w:type="dxa"/>
            <w:shd w:val="clear" w:color="auto" w:fill="F6F8FA"/>
            <w:vAlign w:val="center"/>
          </w:tcPr>
          <w:p w14:paraId="15DF9BF2" w14:textId="77777777" w:rsidR="00E54E13" w:rsidRDefault="00000000">
            <w:pPr>
              <w:spacing w:before="30" w:after="30" w:line="232" w:lineRule="exact"/>
              <w:rPr>
                <w:rFonts w:hint="eastAsia"/>
              </w:rPr>
            </w:pPr>
            <w:r>
              <w:rPr>
                <w:sz w:val="18"/>
              </w:rPr>
              <w:t>[identificazione e controlli pertinenti]</w:t>
            </w:r>
          </w:p>
        </w:tc>
      </w:tr>
      <w:tr w:rsidR="00E54E13" w14:paraId="50C7E269" w14:textId="77777777">
        <w:trPr>
          <w:cantSplit/>
          <w:trHeight w:val="595"/>
          <w:jc w:val="center"/>
        </w:trPr>
        <w:tc>
          <w:tcPr>
            <w:tcW w:w="3061" w:type="dxa"/>
            <w:vAlign w:val="center"/>
          </w:tcPr>
          <w:p w14:paraId="262ACC0A" w14:textId="77777777" w:rsidR="00E54E13" w:rsidRDefault="00000000">
            <w:pPr>
              <w:spacing w:before="30" w:after="30" w:line="232" w:lineRule="exact"/>
              <w:rPr>
                <w:rFonts w:hint="eastAsia"/>
              </w:rPr>
            </w:pPr>
            <w:r>
              <w:rPr>
                <w:sz w:val="18"/>
              </w:rPr>
              <w:t>Barriere e protettori</w:t>
            </w:r>
          </w:p>
        </w:tc>
        <w:tc>
          <w:tcPr>
            <w:tcW w:w="6690" w:type="dxa"/>
            <w:vAlign w:val="center"/>
          </w:tcPr>
          <w:p w14:paraId="52E25AF2" w14:textId="77777777" w:rsidR="00E54E13" w:rsidRDefault="00000000">
            <w:pPr>
              <w:spacing w:before="30" w:after="30" w:line="232" w:lineRule="exact"/>
              <w:rPr>
                <w:rFonts w:hint="eastAsia"/>
              </w:rPr>
            </w:pPr>
            <w:r>
              <w:rPr>
                <w:sz w:val="18"/>
              </w:rPr>
              <w:t>[posizione, funzione e controllo]</w:t>
            </w:r>
          </w:p>
        </w:tc>
      </w:tr>
      <w:tr w:rsidR="00E54E13" w14:paraId="01B014DD" w14:textId="77777777">
        <w:trPr>
          <w:cantSplit/>
          <w:trHeight w:val="595"/>
          <w:jc w:val="center"/>
        </w:trPr>
        <w:tc>
          <w:tcPr>
            <w:tcW w:w="3061" w:type="dxa"/>
            <w:shd w:val="clear" w:color="auto" w:fill="F6F8FA"/>
            <w:vAlign w:val="center"/>
          </w:tcPr>
          <w:p w14:paraId="1F45B096" w14:textId="77777777" w:rsidR="00E54E13" w:rsidRDefault="00000000">
            <w:pPr>
              <w:spacing w:before="30" w:after="30" w:line="232" w:lineRule="exact"/>
              <w:rPr>
                <w:rFonts w:hint="eastAsia"/>
              </w:rPr>
            </w:pPr>
            <w:r>
              <w:rPr>
                <w:sz w:val="18"/>
              </w:rPr>
              <w:t>Terre di lavoro, se previste</w:t>
            </w:r>
          </w:p>
        </w:tc>
        <w:tc>
          <w:tcPr>
            <w:tcW w:w="6690" w:type="dxa"/>
            <w:shd w:val="clear" w:color="auto" w:fill="F6F8FA"/>
            <w:vAlign w:val="center"/>
          </w:tcPr>
          <w:p w14:paraId="4F94272F" w14:textId="77777777" w:rsidR="00E54E13" w:rsidRDefault="00000000">
            <w:pPr>
              <w:spacing w:before="30" w:after="30" w:line="232" w:lineRule="exact"/>
              <w:rPr>
                <w:rFonts w:hint="eastAsia"/>
              </w:rPr>
            </w:pPr>
            <w:r>
              <w:rPr>
                <w:sz w:val="18"/>
              </w:rPr>
              <w:t>[numero, posizione o motivazione N.A.]</w:t>
            </w:r>
          </w:p>
        </w:tc>
      </w:tr>
      <w:tr w:rsidR="00E54E13" w14:paraId="5A971F8E" w14:textId="77777777">
        <w:trPr>
          <w:cantSplit/>
          <w:trHeight w:val="595"/>
          <w:jc w:val="center"/>
        </w:trPr>
        <w:tc>
          <w:tcPr>
            <w:tcW w:w="3061" w:type="dxa"/>
            <w:vAlign w:val="center"/>
          </w:tcPr>
          <w:p w14:paraId="5B1D0D25" w14:textId="77777777" w:rsidR="00E54E13" w:rsidRDefault="00000000">
            <w:pPr>
              <w:spacing w:before="30" w:after="30" w:line="232" w:lineRule="exact"/>
              <w:rPr>
                <w:rFonts w:hint="eastAsia"/>
              </w:rPr>
            </w:pPr>
            <w:r>
              <w:rPr>
                <w:sz w:val="18"/>
              </w:rPr>
              <w:t>Distanze</w:t>
            </w:r>
          </w:p>
        </w:tc>
        <w:tc>
          <w:tcPr>
            <w:tcW w:w="6690" w:type="dxa"/>
            <w:vAlign w:val="center"/>
          </w:tcPr>
          <w:p w14:paraId="048E1A64" w14:textId="77777777" w:rsidR="00E54E13" w:rsidRDefault="00000000">
            <w:pPr>
              <w:spacing w:before="30" w:after="30" w:line="232" w:lineRule="exact"/>
              <w:rPr>
                <w:rFonts w:hint="eastAsia"/>
              </w:rPr>
            </w:pPr>
            <w:r>
              <w:rPr>
                <w:sz w:val="18"/>
              </w:rPr>
              <w:t>[valore, unità, fonte/punto e verificatore]</w:t>
            </w:r>
          </w:p>
        </w:tc>
      </w:tr>
    </w:tbl>
    <w:p w14:paraId="72A2716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E3A6CAF" w14:textId="77777777">
        <w:trPr>
          <w:cantSplit/>
          <w:trHeight w:val="386"/>
          <w:jc w:val="center"/>
        </w:trPr>
        <w:tc>
          <w:tcPr>
            <w:tcW w:w="2891" w:type="dxa"/>
            <w:shd w:val="clear" w:color="auto" w:fill="EDF3F9"/>
            <w:vAlign w:val="center"/>
          </w:tcPr>
          <w:p w14:paraId="5CE4C4E5" w14:textId="77777777" w:rsidR="00E54E13" w:rsidRDefault="00000000">
            <w:pPr>
              <w:spacing w:before="30" w:after="30" w:line="236" w:lineRule="exact"/>
              <w:rPr>
                <w:rFonts w:hint="eastAsia"/>
              </w:rPr>
            </w:pPr>
            <w:r>
              <w:rPr>
                <w:b/>
                <w:sz w:val="18"/>
              </w:rPr>
              <w:t>Supervisione</w:t>
            </w:r>
          </w:p>
        </w:tc>
        <w:tc>
          <w:tcPr>
            <w:tcW w:w="6860" w:type="dxa"/>
            <w:vAlign w:val="center"/>
          </w:tcPr>
          <w:p w14:paraId="4F626E9D" w14:textId="77777777" w:rsidR="00E54E13" w:rsidRDefault="00000000">
            <w:pPr>
              <w:spacing w:before="30" w:after="30" w:line="236" w:lineRule="exact"/>
              <w:rPr>
                <w:rFonts w:hint="eastAsia"/>
              </w:rPr>
            </w:pPr>
            <w:sdt>
              <w:sdtPr>
                <w:alias w:val="tipo definito dal GL e RLE incaricato"/>
                <w:tag w:val="campo_216"/>
                <w:id w:val="100216"/>
                <w:text w:multiLine="1"/>
              </w:sdtPr>
              <w:sdtContent>
                <w:r>
                  <w:rPr>
                    <w:color w:val="007E87"/>
                    <w:sz w:val="19"/>
                  </w:rPr>
                  <w:t>[tipo definito dal GL e RLE incaricato]</w:t>
                </w:r>
              </w:sdtContent>
            </w:sdt>
          </w:p>
        </w:tc>
      </w:tr>
    </w:tbl>
    <w:p w14:paraId="72681B6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9A8F028" w14:textId="77777777">
        <w:trPr>
          <w:tblHeader/>
          <w:jc w:val="center"/>
        </w:trPr>
        <w:tc>
          <w:tcPr>
            <w:tcW w:w="3250" w:type="dxa"/>
            <w:shd w:val="clear" w:color="auto" w:fill="12324B"/>
          </w:tcPr>
          <w:p w14:paraId="1EF080EF" w14:textId="77777777" w:rsidR="00E54E13" w:rsidRDefault="00000000">
            <w:pPr>
              <w:spacing w:before="30" w:after="30" w:line="228" w:lineRule="exact"/>
              <w:rPr>
                <w:rFonts w:hint="eastAsia"/>
              </w:rPr>
            </w:pPr>
            <w:r>
              <w:rPr>
                <w:b/>
                <w:color w:val="FFFFFF"/>
                <w:sz w:val="17"/>
              </w:rPr>
              <w:t>PES redattrice</w:t>
            </w:r>
          </w:p>
        </w:tc>
        <w:tc>
          <w:tcPr>
            <w:tcW w:w="3250" w:type="dxa"/>
            <w:shd w:val="clear" w:color="auto" w:fill="12324B"/>
          </w:tcPr>
          <w:p w14:paraId="0B8F18FC" w14:textId="77777777" w:rsidR="00E54E13" w:rsidRDefault="00000000">
            <w:pPr>
              <w:spacing w:before="30" w:after="30" w:line="228" w:lineRule="exact"/>
              <w:rPr>
                <w:rFonts w:hint="eastAsia"/>
              </w:rPr>
            </w:pPr>
            <w:r>
              <w:rPr>
                <w:b/>
                <w:color w:val="FFFFFF"/>
                <w:sz w:val="17"/>
              </w:rPr>
              <w:t>RLE per recepimento/condivisione</w:t>
            </w:r>
          </w:p>
        </w:tc>
        <w:tc>
          <w:tcPr>
            <w:tcW w:w="3250" w:type="dxa"/>
            <w:shd w:val="clear" w:color="auto" w:fill="12324B"/>
          </w:tcPr>
          <w:p w14:paraId="0BBE2BF4" w14:textId="77777777" w:rsidR="00E54E13" w:rsidRDefault="00000000">
            <w:pPr>
              <w:spacing w:before="30" w:after="30" w:line="228" w:lineRule="exact"/>
              <w:rPr>
                <w:rFonts w:hint="eastAsia"/>
              </w:rPr>
            </w:pPr>
            <w:r>
              <w:rPr>
                <w:b/>
                <w:color w:val="FFFFFF"/>
                <w:sz w:val="17"/>
              </w:rPr>
              <w:t>Data</w:t>
            </w:r>
          </w:p>
        </w:tc>
      </w:tr>
      <w:tr w:rsidR="00E54E13" w14:paraId="4AA939E5" w14:textId="77777777">
        <w:trPr>
          <w:cantSplit/>
          <w:trHeight w:val="567"/>
          <w:jc w:val="center"/>
        </w:trPr>
        <w:tc>
          <w:tcPr>
            <w:tcW w:w="3250" w:type="dxa"/>
            <w:vAlign w:val="center"/>
          </w:tcPr>
          <w:p w14:paraId="0111F112"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859FE6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F819E79" w14:textId="77777777" w:rsidR="00E54E13" w:rsidRDefault="00000000">
            <w:pPr>
              <w:spacing w:before="30" w:after="30" w:line="228" w:lineRule="exact"/>
              <w:rPr>
                <w:rFonts w:hint="eastAsia"/>
              </w:rPr>
            </w:pPr>
            <w:r>
              <w:rPr>
                <w:sz w:val="17"/>
              </w:rPr>
              <w:t>____ / ____ / ______</w:t>
            </w:r>
          </w:p>
        </w:tc>
      </w:tr>
    </w:tbl>
    <w:p w14:paraId="591EF5A5" w14:textId="77777777" w:rsidR="00E54E13" w:rsidRDefault="00E54E13">
      <w:pPr>
        <w:spacing w:after="40" w:line="40" w:lineRule="exact"/>
        <w:rPr>
          <w:rFonts w:hint="eastAsia"/>
        </w:rPr>
      </w:pPr>
    </w:p>
    <w:p w14:paraId="13C2AF3C" w14:textId="77777777" w:rsidR="00E54E13" w:rsidRDefault="00000000">
      <w:pPr>
        <w:pStyle w:val="Source"/>
        <w:rPr>
          <w:rFonts w:hint="eastAsia"/>
        </w:rPr>
      </w:pPr>
      <w:r>
        <w:t>Modello originale [AZ]. Base: INAIL 2026, pp. 3–4. I campi vuoti non costituiscono una verifica positiva.</w:t>
      </w:r>
    </w:p>
    <w:p w14:paraId="2EC940AD" w14:textId="77777777" w:rsidR="00E54E13" w:rsidRDefault="00000000">
      <w:pPr>
        <w:pStyle w:val="Eyebrow"/>
        <w:keepNext/>
        <w:pageBreakBefore/>
        <w:rPr>
          <w:rFonts w:hint="eastAsia"/>
        </w:rPr>
      </w:pPr>
      <w:r>
        <w:t>PARTE II  /  ALLEGATO OPERATIVO [AZ]</w:t>
      </w:r>
    </w:p>
    <w:p w14:paraId="79C3094E" w14:textId="77777777" w:rsidR="00E54E13" w:rsidRDefault="00000000">
      <w:pPr>
        <w:pStyle w:val="Titolo1"/>
      </w:pPr>
      <w:bookmarkStart w:id="52" w:name="B53_A15"/>
      <w:r>
        <w:t>A15  PI: sequenze, compiti e punti di controllo</w:t>
      </w:r>
      <w:bookmarkEnd w:id="52"/>
    </w:p>
    <w:p w14:paraId="4A48FB15" w14:textId="77777777" w:rsidR="00E54E13" w:rsidRDefault="00000000">
      <w:pPr>
        <w:pStyle w:val="FormHint"/>
        <w:rPr>
          <w:rFonts w:hint="eastAsia"/>
        </w:rPr>
      </w:pPr>
      <w:r>
        <w:t>Scheda 2 di 2. Collegare le sequenze a un’istruzione specifica; indicare condizioni per interrompere il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4817032" w14:textId="77777777">
        <w:trPr>
          <w:cantSplit/>
          <w:trHeight w:val="346"/>
          <w:jc w:val="center"/>
        </w:trPr>
        <w:tc>
          <w:tcPr>
            <w:tcW w:w="2891" w:type="dxa"/>
            <w:shd w:val="clear" w:color="auto" w:fill="EDF3F9"/>
            <w:vAlign w:val="center"/>
          </w:tcPr>
          <w:p w14:paraId="6CD5374F" w14:textId="77777777" w:rsidR="00E54E13" w:rsidRDefault="00000000">
            <w:pPr>
              <w:spacing w:before="30" w:after="30" w:line="236" w:lineRule="exact"/>
              <w:rPr>
                <w:rFonts w:hint="eastAsia"/>
              </w:rPr>
            </w:pPr>
            <w:r>
              <w:rPr>
                <w:b/>
                <w:sz w:val="18"/>
              </w:rPr>
              <w:t>Azienda / unità</w:t>
            </w:r>
          </w:p>
        </w:tc>
        <w:tc>
          <w:tcPr>
            <w:tcW w:w="6860" w:type="dxa"/>
            <w:vAlign w:val="center"/>
          </w:tcPr>
          <w:p w14:paraId="4AB7B401" w14:textId="77777777" w:rsidR="00E54E13" w:rsidRDefault="00000000">
            <w:pPr>
              <w:spacing w:before="30" w:after="30" w:line="236" w:lineRule="exact"/>
              <w:rPr>
                <w:rFonts w:hint="eastAsia"/>
              </w:rPr>
            </w:pPr>
            <w:sdt>
              <w:sdtPr>
                <w:alias w:val="ragione sociale e sede"/>
                <w:tag w:val="campo_218"/>
                <w:id w:val="100218"/>
                <w:text w:multiLine="1"/>
              </w:sdtPr>
              <w:sdtContent>
                <w:r>
                  <w:rPr>
                    <w:color w:val="007E87"/>
                    <w:sz w:val="19"/>
                  </w:rPr>
                  <w:t>[ragione sociale e sede]</w:t>
                </w:r>
              </w:sdtContent>
            </w:sdt>
          </w:p>
        </w:tc>
      </w:tr>
      <w:tr w:rsidR="00E54E13" w14:paraId="198AF123" w14:textId="77777777">
        <w:trPr>
          <w:cantSplit/>
          <w:trHeight w:val="346"/>
          <w:jc w:val="center"/>
        </w:trPr>
        <w:tc>
          <w:tcPr>
            <w:tcW w:w="2891" w:type="dxa"/>
            <w:shd w:val="clear" w:color="auto" w:fill="EDF3F9"/>
            <w:vAlign w:val="center"/>
          </w:tcPr>
          <w:p w14:paraId="74B9DBDE"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934CC36" w14:textId="77777777" w:rsidR="00E54E13" w:rsidRDefault="00000000">
            <w:pPr>
              <w:spacing w:before="30" w:after="30" w:line="236" w:lineRule="exact"/>
              <w:rPr>
                <w:rFonts w:hint="eastAsia"/>
              </w:rPr>
            </w:pPr>
            <w:sdt>
              <w:sdtPr>
                <w:alias w:val="codice, revisione e data"/>
                <w:tag w:val="campo_219"/>
                <w:id w:val="100219"/>
                <w:text w:multiLine="1"/>
              </w:sdtPr>
              <w:sdtContent>
                <w:r>
                  <w:rPr>
                    <w:color w:val="007E87"/>
                    <w:sz w:val="19"/>
                  </w:rPr>
                  <w:t>[codice, revisione e data]</w:t>
                </w:r>
              </w:sdtContent>
            </w:sdt>
          </w:p>
        </w:tc>
      </w:tr>
      <w:tr w:rsidR="00E54E13" w14:paraId="2D287A3E" w14:textId="77777777">
        <w:trPr>
          <w:cantSplit/>
          <w:trHeight w:val="346"/>
          <w:jc w:val="center"/>
        </w:trPr>
        <w:tc>
          <w:tcPr>
            <w:tcW w:w="2891" w:type="dxa"/>
            <w:shd w:val="clear" w:color="auto" w:fill="EDF3F9"/>
            <w:vAlign w:val="center"/>
          </w:tcPr>
          <w:p w14:paraId="02518411" w14:textId="77777777" w:rsidR="00E54E13" w:rsidRDefault="00000000">
            <w:pPr>
              <w:spacing w:before="30" w:after="30" w:line="236" w:lineRule="exact"/>
              <w:rPr>
                <w:rFonts w:hint="eastAsia"/>
              </w:rPr>
            </w:pPr>
            <w:r>
              <w:rPr>
                <w:b/>
                <w:sz w:val="18"/>
              </w:rPr>
              <w:t>Lavoro / impianto</w:t>
            </w:r>
          </w:p>
        </w:tc>
        <w:tc>
          <w:tcPr>
            <w:tcW w:w="6860" w:type="dxa"/>
            <w:vAlign w:val="center"/>
          </w:tcPr>
          <w:p w14:paraId="0C442412" w14:textId="77777777" w:rsidR="00E54E13" w:rsidRDefault="00000000">
            <w:pPr>
              <w:spacing w:before="30" w:after="30" w:line="236" w:lineRule="exact"/>
              <w:rPr>
                <w:rFonts w:hint="eastAsia"/>
              </w:rPr>
            </w:pPr>
            <w:sdt>
              <w:sdtPr>
                <w:alias w:val="codice lavoro e parte interessata"/>
                <w:tag w:val="campo_220"/>
                <w:id w:val="100220"/>
                <w:text w:multiLine="1"/>
              </w:sdtPr>
              <w:sdtContent>
                <w:r>
                  <w:rPr>
                    <w:color w:val="007E87"/>
                    <w:sz w:val="19"/>
                  </w:rPr>
                  <w:t>[codice lavoro e parte interessata]</w:t>
                </w:r>
              </w:sdtContent>
            </w:sdt>
          </w:p>
        </w:tc>
      </w:tr>
    </w:tbl>
    <w:p w14:paraId="04E673BC"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24"/>
        <w:gridCol w:w="3969"/>
        <w:gridCol w:w="2268"/>
        <w:gridCol w:w="2891"/>
      </w:tblGrid>
      <w:tr w:rsidR="00E54E13" w14:paraId="07A49201" w14:textId="77777777">
        <w:trPr>
          <w:tblHeader/>
          <w:jc w:val="center"/>
        </w:trPr>
        <w:tc>
          <w:tcPr>
            <w:tcW w:w="624" w:type="dxa"/>
            <w:shd w:val="clear" w:color="auto" w:fill="12324B"/>
          </w:tcPr>
          <w:p w14:paraId="17F2A803" w14:textId="77777777" w:rsidR="00E54E13" w:rsidRDefault="00000000">
            <w:pPr>
              <w:spacing w:before="30" w:after="30" w:line="228" w:lineRule="exact"/>
              <w:rPr>
                <w:rFonts w:hint="eastAsia"/>
              </w:rPr>
            </w:pPr>
            <w:r>
              <w:rPr>
                <w:b/>
                <w:color w:val="FFFFFF"/>
                <w:sz w:val="17"/>
              </w:rPr>
              <w:t>Fase</w:t>
            </w:r>
          </w:p>
        </w:tc>
        <w:tc>
          <w:tcPr>
            <w:tcW w:w="3969" w:type="dxa"/>
            <w:shd w:val="clear" w:color="auto" w:fill="12324B"/>
          </w:tcPr>
          <w:p w14:paraId="53243978" w14:textId="77777777" w:rsidR="00E54E13" w:rsidRDefault="00000000">
            <w:pPr>
              <w:spacing w:before="30" w:after="30" w:line="228" w:lineRule="exact"/>
              <w:rPr>
                <w:rFonts w:hint="eastAsia"/>
              </w:rPr>
            </w:pPr>
            <w:r>
              <w:rPr>
                <w:b/>
                <w:color w:val="FFFFFF"/>
                <w:sz w:val="17"/>
              </w:rPr>
              <w:t>Attività / riferimento tecnico</w:t>
            </w:r>
          </w:p>
        </w:tc>
        <w:tc>
          <w:tcPr>
            <w:tcW w:w="2268" w:type="dxa"/>
            <w:shd w:val="clear" w:color="auto" w:fill="12324B"/>
          </w:tcPr>
          <w:p w14:paraId="2FBD7F88" w14:textId="77777777" w:rsidR="00E54E13" w:rsidRDefault="00000000">
            <w:pPr>
              <w:spacing w:before="30" w:after="30" w:line="228" w:lineRule="exact"/>
              <w:rPr>
                <w:rFonts w:hint="eastAsia"/>
              </w:rPr>
            </w:pPr>
            <w:r>
              <w:rPr>
                <w:b/>
                <w:color w:val="FFFFFF"/>
                <w:sz w:val="17"/>
              </w:rPr>
              <w:t>Addetto e requisito</w:t>
            </w:r>
          </w:p>
        </w:tc>
        <w:tc>
          <w:tcPr>
            <w:tcW w:w="2891" w:type="dxa"/>
            <w:shd w:val="clear" w:color="auto" w:fill="12324B"/>
          </w:tcPr>
          <w:p w14:paraId="13D258C7" w14:textId="77777777" w:rsidR="00E54E13" w:rsidRDefault="00000000">
            <w:pPr>
              <w:spacing w:before="30" w:after="30" w:line="228" w:lineRule="exact"/>
              <w:rPr>
                <w:rFonts w:hint="eastAsia"/>
              </w:rPr>
            </w:pPr>
            <w:r>
              <w:rPr>
                <w:b/>
                <w:color w:val="FFFFFF"/>
                <w:sz w:val="17"/>
              </w:rPr>
              <w:t>Misure / punto di controllo</w:t>
            </w:r>
          </w:p>
        </w:tc>
      </w:tr>
      <w:tr w:rsidR="00E54E13" w14:paraId="19C1A120" w14:textId="77777777">
        <w:trPr>
          <w:cantSplit/>
          <w:trHeight w:val="822"/>
          <w:jc w:val="center"/>
        </w:trPr>
        <w:tc>
          <w:tcPr>
            <w:tcW w:w="624" w:type="dxa"/>
            <w:vAlign w:val="center"/>
          </w:tcPr>
          <w:p w14:paraId="4F81DD52" w14:textId="77777777" w:rsidR="00E54E13" w:rsidRDefault="00000000">
            <w:pPr>
              <w:spacing w:before="30" w:after="30" w:line="228" w:lineRule="exact"/>
              <w:rPr>
                <w:rFonts w:hint="eastAsia"/>
              </w:rPr>
            </w:pPr>
            <w:r>
              <w:rPr>
                <w:sz w:val="17"/>
              </w:rPr>
              <w:t>1</w:t>
            </w:r>
          </w:p>
        </w:tc>
        <w:tc>
          <w:tcPr>
            <w:tcW w:w="3969" w:type="dxa"/>
            <w:vAlign w:val="center"/>
          </w:tcPr>
          <w:p w14:paraId="44146C07" w14:textId="77777777" w:rsidR="00E54E13" w:rsidRDefault="00000000">
            <w:pPr>
              <w:spacing w:before="30" w:after="30" w:line="228" w:lineRule="exact"/>
              <w:rPr>
                <w:rFonts w:hint="eastAsia"/>
              </w:rPr>
            </w:pPr>
            <w:r>
              <w:rPr>
                <w:sz w:val="17"/>
              </w:rPr>
              <w:t>[da compilare]</w:t>
            </w:r>
          </w:p>
        </w:tc>
        <w:tc>
          <w:tcPr>
            <w:tcW w:w="2268" w:type="dxa"/>
            <w:vAlign w:val="center"/>
          </w:tcPr>
          <w:p w14:paraId="5E812F31" w14:textId="77777777" w:rsidR="00E54E13" w:rsidRDefault="00000000">
            <w:pPr>
              <w:spacing w:before="30" w:after="30" w:line="228" w:lineRule="exact"/>
              <w:rPr>
                <w:rFonts w:hint="eastAsia"/>
              </w:rPr>
            </w:pPr>
            <w:r>
              <w:rPr>
                <w:sz w:val="17"/>
              </w:rPr>
              <w:t>[da compilare]</w:t>
            </w:r>
          </w:p>
        </w:tc>
        <w:tc>
          <w:tcPr>
            <w:tcW w:w="2891" w:type="dxa"/>
            <w:vAlign w:val="center"/>
          </w:tcPr>
          <w:p w14:paraId="1CFC6529" w14:textId="77777777" w:rsidR="00E54E13" w:rsidRDefault="00000000">
            <w:pPr>
              <w:spacing w:before="30" w:after="30" w:line="228" w:lineRule="exact"/>
              <w:rPr>
                <w:rFonts w:hint="eastAsia"/>
              </w:rPr>
            </w:pPr>
            <w:r>
              <w:rPr>
                <w:sz w:val="17"/>
              </w:rPr>
              <w:t>[da compilare]</w:t>
            </w:r>
          </w:p>
        </w:tc>
      </w:tr>
      <w:tr w:rsidR="00E54E13" w14:paraId="7A9CBF4B" w14:textId="77777777">
        <w:trPr>
          <w:cantSplit/>
          <w:trHeight w:val="822"/>
          <w:jc w:val="center"/>
        </w:trPr>
        <w:tc>
          <w:tcPr>
            <w:tcW w:w="624" w:type="dxa"/>
            <w:shd w:val="clear" w:color="auto" w:fill="F6F8FA"/>
            <w:vAlign w:val="center"/>
          </w:tcPr>
          <w:p w14:paraId="344F0A30" w14:textId="77777777" w:rsidR="00E54E13" w:rsidRDefault="00000000">
            <w:pPr>
              <w:spacing w:before="30" w:after="30" w:line="228" w:lineRule="exact"/>
              <w:rPr>
                <w:rFonts w:hint="eastAsia"/>
              </w:rPr>
            </w:pPr>
            <w:r>
              <w:rPr>
                <w:sz w:val="17"/>
              </w:rPr>
              <w:t>2</w:t>
            </w:r>
          </w:p>
        </w:tc>
        <w:tc>
          <w:tcPr>
            <w:tcW w:w="3969" w:type="dxa"/>
            <w:shd w:val="clear" w:color="auto" w:fill="F6F8FA"/>
            <w:vAlign w:val="center"/>
          </w:tcPr>
          <w:p w14:paraId="5746AACE" w14:textId="77777777" w:rsidR="00E54E13" w:rsidRDefault="00000000">
            <w:pPr>
              <w:spacing w:before="30" w:after="30" w:line="228" w:lineRule="exact"/>
              <w:rPr>
                <w:rFonts w:hint="eastAsia"/>
              </w:rPr>
            </w:pPr>
            <w:r>
              <w:rPr>
                <w:sz w:val="17"/>
              </w:rPr>
              <w:t>[da compilare]</w:t>
            </w:r>
          </w:p>
        </w:tc>
        <w:tc>
          <w:tcPr>
            <w:tcW w:w="2268" w:type="dxa"/>
            <w:shd w:val="clear" w:color="auto" w:fill="F6F8FA"/>
            <w:vAlign w:val="center"/>
          </w:tcPr>
          <w:p w14:paraId="4D1372BB" w14:textId="77777777" w:rsidR="00E54E13" w:rsidRDefault="00000000">
            <w:pPr>
              <w:spacing w:before="30" w:after="30" w:line="228" w:lineRule="exact"/>
              <w:rPr>
                <w:rFonts w:hint="eastAsia"/>
              </w:rPr>
            </w:pPr>
            <w:r>
              <w:rPr>
                <w:sz w:val="17"/>
              </w:rPr>
              <w:t>[da compilare]</w:t>
            </w:r>
          </w:p>
        </w:tc>
        <w:tc>
          <w:tcPr>
            <w:tcW w:w="2891" w:type="dxa"/>
            <w:shd w:val="clear" w:color="auto" w:fill="F6F8FA"/>
            <w:vAlign w:val="center"/>
          </w:tcPr>
          <w:p w14:paraId="7E255E39" w14:textId="77777777" w:rsidR="00E54E13" w:rsidRDefault="00000000">
            <w:pPr>
              <w:spacing w:before="30" w:after="30" w:line="228" w:lineRule="exact"/>
              <w:rPr>
                <w:rFonts w:hint="eastAsia"/>
              </w:rPr>
            </w:pPr>
            <w:r>
              <w:rPr>
                <w:sz w:val="17"/>
              </w:rPr>
              <w:t>[da compilare]</w:t>
            </w:r>
          </w:p>
        </w:tc>
      </w:tr>
      <w:tr w:rsidR="00E54E13" w14:paraId="30542E52" w14:textId="77777777">
        <w:trPr>
          <w:cantSplit/>
          <w:trHeight w:val="822"/>
          <w:jc w:val="center"/>
        </w:trPr>
        <w:tc>
          <w:tcPr>
            <w:tcW w:w="624" w:type="dxa"/>
            <w:vAlign w:val="center"/>
          </w:tcPr>
          <w:p w14:paraId="6A63938F" w14:textId="77777777" w:rsidR="00E54E13" w:rsidRDefault="00000000">
            <w:pPr>
              <w:spacing w:before="30" w:after="30" w:line="228" w:lineRule="exact"/>
              <w:rPr>
                <w:rFonts w:hint="eastAsia"/>
              </w:rPr>
            </w:pPr>
            <w:r>
              <w:rPr>
                <w:sz w:val="17"/>
              </w:rPr>
              <w:t>3</w:t>
            </w:r>
          </w:p>
        </w:tc>
        <w:tc>
          <w:tcPr>
            <w:tcW w:w="3969" w:type="dxa"/>
            <w:vAlign w:val="center"/>
          </w:tcPr>
          <w:p w14:paraId="0920C3C6" w14:textId="77777777" w:rsidR="00E54E13" w:rsidRDefault="00000000">
            <w:pPr>
              <w:spacing w:before="30" w:after="30" w:line="228" w:lineRule="exact"/>
              <w:rPr>
                <w:rFonts w:hint="eastAsia"/>
              </w:rPr>
            </w:pPr>
            <w:r>
              <w:rPr>
                <w:sz w:val="17"/>
              </w:rPr>
              <w:t>[da compilare]</w:t>
            </w:r>
          </w:p>
        </w:tc>
        <w:tc>
          <w:tcPr>
            <w:tcW w:w="2268" w:type="dxa"/>
            <w:vAlign w:val="center"/>
          </w:tcPr>
          <w:p w14:paraId="490328D8" w14:textId="77777777" w:rsidR="00E54E13" w:rsidRDefault="00000000">
            <w:pPr>
              <w:spacing w:before="30" w:after="30" w:line="228" w:lineRule="exact"/>
              <w:rPr>
                <w:rFonts w:hint="eastAsia"/>
              </w:rPr>
            </w:pPr>
            <w:r>
              <w:rPr>
                <w:sz w:val="17"/>
              </w:rPr>
              <w:t>[da compilare]</w:t>
            </w:r>
          </w:p>
        </w:tc>
        <w:tc>
          <w:tcPr>
            <w:tcW w:w="2891" w:type="dxa"/>
            <w:vAlign w:val="center"/>
          </w:tcPr>
          <w:p w14:paraId="1942BCDD" w14:textId="77777777" w:rsidR="00E54E13" w:rsidRDefault="00000000">
            <w:pPr>
              <w:spacing w:before="30" w:after="30" w:line="228" w:lineRule="exact"/>
              <w:rPr>
                <w:rFonts w:hint="eastAsia"/>
              </w:rPr>
            </w:pPr>
            <w:r>
              <w:rPr>
                <w:sz w:val="17"/>
              </w:rPr>
              <w:t>[da compilare]</w:t>
            </w:r>
          </w:p>
        </w:tc>
      </w:tr>
      <w:tr w:rsidR="00E54E13" w14:paraId="1EE878DC" w14:textId="77777777">
        <w:trPr>
          <w:cantSplit/>
          <w:trHeight w:val="822"/>
          <w:jc w:val="center"/>
        </w:trPr>
        <w:tc>
          <w:tcPr>
            <w:tcW w:w="624" w:type="dxa"/>
            <w:shd w:val="clear" w:color="auto" w:fill="F6F8FA"/>
            <w:vAlign w:val="center"/>
          </w:tcPr>
          <w:p w14:paraId="2881D6EF" w14:textId="77777777" w:rsidR="00E54E13" w:rsidRDefault="00000000">
            <w:pPr>
              <w:spacing w:before="30" w:after="30" w:line="228" w:lineRule="exact"/>
              <w:rPr>
                <w:rFonts w:hint="eastAsia"/>
              </w:rPr>
            </w:pPr>
            <w:r>
              <w:rPr>
                <w:sz w:val="17"/>
              </w:rPr>
              <w:t>4</w:t>
            </w:r>
          </w:p>
        </w:tc>
        <w:tc>
          <w:tcPr>
            <w:tcW w:w="3969" w:type="dxa"/>
            <w:shd w:val="clear" w:color="auto" w:fill="F6F8FA"/>
            <w:vAlign w:val="center"/>
          </w:tcPr>
          <w:p w14:paraId="181F4BD2" w14:textId="77777777" w:rsidR="00E54E13" w:rsidRDefault="00000000">
            <w:pPr>
              <w:spacing w:before="30" w:after="30" w:line="228" w:lineRule="exact"/>
              <w:rPr>
                <w:rFonts w:hint="eastAsia"/>
              </w:rPr>
            </w:pPr>
            <w:r>
              <w:rPr>
                <w:sz w:val="17"/>
              </w:rPr>
              <w:t>[da compilare]</w:t>
            </w:r>
          </w:p>
        </w:tc>
        <w:tc>
          <w:tcPr>
            <w:tcW w:w="2268" w:type="dxa"/>
            <w:shd w:val="clear" w:color="auto" w:fill="F6F8FA"/>
            <w:vAlign w:val="center"/>
          </w:tcPr>
          <w:p w14:paraId="03AC6539" w14:textId="77777777" w:rsidR="00E54E13" w:rsidRDefault="00000000">
            <w:pPr>
              <w:spacing w:before="30" w:after="30" w:line="228" w:lineRule="exact"/>
              <w:rPr>
                <w:rFonts w:hint="eastAsia"/>
              </w:rPr>
            </w:pPr>
            <w:r>
              <w:rPr>
                <w:sz w:val="17"/>
              </w:rPr>
              <w:t>[da compilare]</w:t>
            </w:r>
          </w:p>
        </w:tc>
        <w:tc>
          <w:tcPr>
            <w:tcW w:w="2891" w:type="dxa"/>
            <w:shd w:val="clear" w:color="auto" w:fill="F6F8FA"/>
            <w:vAlign w:val="center"/>
          </w:tcPr>
          <w:p w14:paraId="07B3FC73" w14:textId="77777777" w:rsidR="00E54E13" w:rsidRDefault="00000000">
            <w:pPr>
              <w:spacing w:before="30" w:after="30" w:line="228" w:lineRule="exact"/>
              <w:rPr>
                <w:rFonts w:hint="eastAsia"/>
              </w:rPr>
            </w:pPr>
            <w:r>
              <w:rPr>
                <w:sz w:val="17"/>
              </w:rPr>
              <w:t>[da compilare]</w:t>
            </w:r>
          </w:p>
        </w:tc>
      </w:tr>
    </w:tbl>
    <w:p w14:paraId="5771426C"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23D29F5" w14:textId="77777777">
        <w:trPr>
          <w:cantSplit/>
          <w:trHeight w:val="386"/>
          <w:jc w:val="center"/>
        </w:trPr>
        <w:tc>
          <w:tcPr>
            <w:tcW w:w="2891" w:type="dxa"/>
            <w:shd w:val="clear" w:color="auto" w:fill="EDF3F9"/>
            <w:vAlign w:val="center"/>
          </w:tcPr>
          <w:p w14:paraId="2F0E1369" w14:textId="77777777" w:rsidR="00E54E13" w:rsidRDefault="00000000">
            <w:pPr>
              <w:spacing w:before="30" w:after="30" w:line="236" w:lineRule="exact"/>
              <w:rPr>
                <w:rFonts w:hint="eastAsia"/>
              </w:rPr>
            </w:pPr>
            <w:r>
              <w:rPr>
                <w:b/>
                <w:sz w:val="18"/>
              </w:rPr>
              <w:t>Comunicazioni</w:t>
            </w:r>
          </w:p>
        </w:tc>
        <w:tc>
          <w:tcPr>
            <w:tcW w:w="6860" w:type="dxa"/>
            <w:vAlign w:val="center"/>
          </w:tcPr>
          <w:p w14:paraId="4A0B6561" w14:textId="77777777" w:rsidR="00E54E13" w:rsidRDefault="00000000">
            <w:pPr>
              <w:spacing w:before="30" w:after="30" w:line="236" w:lineRule="exact"/>
              <w:rPr>
                <w:rFonts w:hint="eastAsia"/>
              </w:rPr>
            </w:pPr>
            <w:sdt>
              <w:sdtPr>
                <w:alias w:val="persone, canali, conferme e recapiti"/>
                <w:tag w:val="campo_221"/>
                <w:id w:val="100221"/>
                <w:text w:multiLine="1"/>
              </w:sdtPr>
              <w:sdtContent>
                <w:r>
                  <w:rPr>
                    <w:color w:val="007E87"/>
                    <w:sz w:val="19"/>
                  </w:rPr>
                  <w:t>[persone, canali, conferme e recapiti]</w:t>
                </w:r>
              </w:sdtContent>
            </w:sdt>
          </w:p>
        </w:tc>
      </w:tr>
      <w:tr w:rsidR="00E54E13" w14:paraId="4895BB46" w14:textId="77777777">
        <w:trPr>
          <w:cantSplit/>
          <w:trHeight w:val="386"/>
          <w:jc w:val="center"/>
        </w:trPr>
        <w:tc>
          <w:tcPr>
            <w:tcW w:w="2891" w:type="dxa"/>
            <w:shd w:val="clear" w:color="auto" w:fill="EDF3F9"/>
            <w:vAlign w:val="center"/>
          </w:tcPr>
          <w:p w14:paraId="6F7F6F2C" w14:textId="77777777" w:rsidR="00E54E13" w:rsidRDefault="00000000">
            <w:pPr>
              <w:spacing w:before="30" w:after="30" w:line="236" w:lineRule="exact"/>
              <w:rPr>
                <w:rFonts w:hint="eastAsia"/>
              </w:rPr>
            </w:pPr>
            <w:r>
              <w:rPr>
                <w:b/>
                <w:sz w:val="18"/>
              </w:rPr>
              <w:t>Sorveglianza, se necessaria</w:t>
            </w:r>
          </w:p>
        </w:tc>
        <w:tc>
          <w:tcPr>
            <w:tcW w:w="6860" w:type="dxa"/>
            <w:shd w:val="clear" w:color="auto" w:fill="F6F8FA"/>
            <w:vAlign w:val="center"/>
          </w:tcPr>
          <w:p w14:paraId="06D8DCA8" w14:textId="77777777" w:rsidR="00E54E13" w:rsidRDefault="00000000">
            <w:pPr>
              <w:spacing w:before="30" w:after="30" w:line="236" w:lineRule="exact"/>
              <w:rPr>
                <w:rFonts w:hint="eastAsia"/>
              </w:rPr>
            </w:pPr>
            <w:sdt>
              <w:sdtPr>
                <w:alias w:val="persona PES/PAV e persone sorvegliate"/>
                <w:tag w:val="campo_222"/>
                <w:id w:val="100222"/>
                <w:text w:multiLine="1"/>
              </w:sdtPr>
              <w:sdtContent>
                <w:r>
                  <w:rPr>
                    <w:color w:val="007E87"/>
                    <w:sz w:val="19"/>
                  </w:rPr>
                  <w:t>[persona PES/PAV e persone sorvegliate]</w:t>
                </w:r>
              </w:sdtContent>
            </w:sdt>
          </w:p>
        </w:tc>
      </w:tr>
      <w:tr w:rsidR="00E54E13" w14:paraId="7975BB80" w14:textId="77777777">
        <w:trPr>
          <w:cantSplit/>
          <w:trHeight w:val="386"/>
          <w:jc w:val="center"/>
        </w:trPr>
        <w:tc>
          <w:tcPr>
            <w:tcW w:w="2891" w:type="dxa"/>
            <w:shd w:val="clear" w:color="auto" w:fill="EDF3F9"/>
            <w:vAlign w:val="center"/>
          </w:tcPr>
          <w:p w14:paraId="333E46A5" w14:textId="77777777" w:rsidR="00E54E13" w:rsidRDefault="00000000">
            <w:pPr>
              <w:spacing w:before="30" w:after="30" w:line="236" w:lineRule="exact"/>
              <w:rPr>
                <w:rFonts w:hint="eastAsia"/>
              </w:rPr>
            </w:pPr>
            <w:r>
              <w:rPr>
                <w:b/>
                <w:sz w:val="18"/>
              </w:rPr>
              <w:t>Criteri di sospensione</w:t>
            </w:r>
          </w:p>
        </w:tc>
        <w:tc>
          <w:tcPr>
            <w:tcW w:w="6860" w:type="dxa"/>
            <w:vAlign w:val="center"/>
          </w:tcPr>
          <w:p w14:paraId="7728F617" w14:textId="77777777" w:rsidR="00E54E13" w:rsidRDefault="00000000">
            <w:pPr>
              <w:spacing w:before="30" w:after="30" w:line="236" w:lineRule="exact"/>
              <w:rPr>
                <w:rFonts w:hint="eastAsia"/>
              </w:rPr>
            </w:pPr>
            <w:sdt>
              <w:sdtPr>
                <w:alias w:val="condizioni che impongono arresto e rivalutazione"/>
                <w:tag w:val="campo_223"/>
                <w:id w:val="100223"/>
                <w:text w:multiLine="1"/>
              </w:sdtPr>
              <w:sdtContent>
                <w:r>
                  <w:rPr>
                    <w:color w:val="007E87"/>
                    <w:sz w:val="19"/>
                  </w:rPr>
                  <w:t>[condizioni che impongono arresto e rivalutazione]</w:t>
                </w:r>
              </w:sdtContent>
            </w:sdt>
          </w:p>
        </w:tc>
      </w:tr>
      <w:tr w:rsidR="00E54E13" w14:paraId="1812B112" w14:textId="77777777">
        <w:trPr>
          <w:cantSplit/>
          <w:trHeight w:val="386"/>
          <w:jc w:val="center"/>
        </w:trPr>
        <w:tc>
          <w:tcPr>
            <w:tcW w:w="2891" w:type="dxa"/>
            <w:shd w:val="clear" w:color="auto" w:fill="EDF3F9"/>
            <w:vAlign w:val="center"/>
          </w:tcPr>
          <w:p w14:paraId="34A7141D" w14:textId="77777777" w:rsidR="00E54E13" w:rsidRDefault="00000000">
            <w:pPr>
              <w:spacing w:before="30" w:after="30" w:line="236" w:lineRule="exact"/>
              <w:rPr>
                <w:rFonts w:hint="eastAsia"/>
              </w:rPr>
            </w:pPr>
            <w:r>
              <w:rPr>
                <w:b/>
                <w:sz w:val="18"/>
              </w:rPr>
              <w:t>Prove / variazioni</w:t>
            </w:r>
          </w:p>
        </w:tc>
        <w:tc>
          <w:tcPr>
            <w:tcW w:w="6860" w:type="dxa"/>
            <w:shd w:val="clear" w:color="auto" w:fill="F6F8FA"/>
            <w:vAlign w:val="center"/>
          </w:tcPr>
          <w:p w14:paraId="08BB64B2" w14:textId="77777777" w:rsidR="00E54E13" w:rsidRDefault="00000000">
            <w:pPr>
              <w:spacing w:before="30" w:after="30" w:line="236" w:lineRule="exact"/>
              <w:rPr>
                <w:rFonts w:hint="eastAsia"/>
              </w:rPr>
            </w:pPr>
            <w:sdt>
              <w:sdtPr>
                <w:alias w:val="riferimento A19 e misure specifiche"/>
                <w:tag w:val="campo_224"/>
                <w:id w:val="100224"/>
                <w:text w:multiLine="1"/>
              </w:sdtPr>
              <w:sdtContent>
                <w:r>
                  <w:rPr>
                    <w:color w:val="007E87"/>
                    <w:sz w:val="19"/>
                  </w:rPr>
                  <w:t>[riferimento A19 e misure specifiche]</w:t>
                </w:r>
              </w:sdtContent>
            </w:sdt>
          </w:p>
        </w:tc>
      </w:tr>
      <w:tr w:rsidR="00E54E13" w14:paraId="0DBA07FE" w14:textId="77777777">
        <w:trPr>
          <w:cantSplit/>
          <w:trHeight w:val="386"/>
          <w:jc w:val="center"/>
        </w:trPr>
        <w:tc>
          <w:tcPr>
            <w:tcW w:w="2891" w:type="dxa"/>
            <w:shd w:val="clear" w:color="auto" w:fill="EDF3F9"/>
            <w:vAlign w:val="center"/>
          </w:tcPr>
          <w:p w14:paraId="201FC00E" w14:textId="77777777" w:rsidR="00E54E13" w:rsidRDefault="00000000">
            <w:pPr>
              <w:spacing w:before="30" w:after="30" w:line="236" w:lineRule="exact"/>
              <w:rPr>
                <w:rFonts w:hint="eastAsia"/>
              </w:rPr>
            </w:pPr>
            <w:r>
              <w:rPr>
                <w:b/>
                <w:sz w:val="18"/>
              </w:rPr>
              <w:t>Termine e restituzione</w:t>
            </w:r>
          </w:p>
        </w:tc>
        <w:tc>
          <w:tcPr>
            <w:tcW w:w="6860" w:type="dxa"/>
            <w:vAlign w:val="center"/>
          </w:tcPr>
          <w:p w14:paraId="7D179B9E" w14:textId="77777777" w:rsidR="00E54E13" w:rsidRDefault="00000000">
            <w:pPr>
              <w:spacing w:before="30" w:after="30" w:line="236" w:lineRule="exact"/>
              <w:rPr>
                <w:rFonts w:hint="eastAsia"/>
              </w:rPr>
            </w:pPr>
            <w:sdt>
              <w:sdtPr>
                <w:alias w:val="controlli e collegamento ad A20"/>
                <w:tag w:val="campo_225"/>
                <w:id w:val="100225"/>
                <w:text w:multiLine="1"/>
              </w:sdtPr>
              <w:sdtContent>
                <w:r>
                  <w:rPr>
                    <w:color w:val="007E87"/>
                    <w:sz w:val="19"/>
                  </w:rPr>
                  <w:t>[controlli e collegamento ad A20]</w:t>
                </w:r>
              </w:sdtContent>
            </w:sdt>
          </w:p>
        </w:tc>
      </w:tr>
    </w:tbl>
    <w:p w14:paraId="34D15E09" w14:textId="77777777" w:rsidR="00E54E13" w:rsidRDefault="00E54E13">
      <w:pPr>
        <w:spacing w:after="40" w:line="40" w:lineRule="exact"/>
        <w:rPr>
          <w:rFonts w:hint="eastAsia"/>
        </w:rPr>
      </w:pPr>
    </w:p>
    <w:p w14:paraId="5F11530A" w14:textId="77777777" w:rsidR="00E54E13" w:rsidRDefault="00000000">
      <w:pPr>
        <w:pStyle w:val="FormHint"/>
        <w:rPr>
          <w:rFonts w:hint="eastAsia"/>
        </w:rPr>
      </w:pPr>
      <w:r>
        <w:t>Il RLE può partecipare ai lavori solo se il tipo di supervisione lo consente. In supervisione personale non svolge contemporaneamente altre attività.</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70F42DBE" w14:textId="77777777">
        <w:trPr>
          <w:tblHeader/>
          <w:jc w:val="center"/>
        </w:trPr>
        <w:tc>
          <w:tcPr>
            <w:tcW w:w="3250" w:type="dxa"/>
            <w:shd w:val="clear" w:color="auto" w:fill="12324B"/>
          </w:tcPr>
          <w:p w14:paraId="36AB8352" w14:textId="77777777" w:rsidR="00E54E13" w:rsidRDefault="00000000">
            <w:pPr>
              <w:spacing w:before="30" w:after="30" w:line="228" w:lineRule="exact"/>
              <w:rPr>
                <w:rFonts w:hint="eastAsia"/>
              </w:rPr>
            </w:pPr>
            <w:r>
              <w:rPr>
                <w:b/>
                <w:color w:val="FFFFFF"/>
                <w:sz w:val="17"/>
              </w:rPr>
              <w:t>GL per organizzazione</w:t>
            </w:r>
          </w:p>
        </w:tc>
        <w:tc>
          <w:tcPr>
            <w:tcW w:w="3250" w:type="dxa"/>
            <w:shd w:val="clear" w:color="auto" w:fill="12324B"/>
          </w:tcPr>
          <w:p w14:paraId="6CD9AEB6" w14:textId="77777777" w:rsidR="00E54E13" w:rsidRDefault="00000000">
            <w:pPr>
              <w:spacing w:before="30" w:after="30" w:line="228" w:lineRule="exact"/>
              <w:rPr>
                <w:rFonts w:hint="eastAsia"/>
              </w:rPr>
            </w:pPr>
            <w:r>
              <w:rPr>
                <w:b/>
                <w:color w:val="FFFFFF"/>
                <w:sz w:val="17"/>
              </w:rPr>
              <w:t>RLE</w:t>
            </w:r>
          </w:p>
        </w:tc>
        <w:tc>
          <w:tcPr>
            <w:tcW w:w="3250" w:type="dxa"/>
            <w:shd w:val="clear" w:color="auto" w:fill="12324B"/>
          </w:tcPr>
          <w:p w14:paraId="761078B8" w14:textId="77777777" w:rsidR="00E54E13" w:rsidRDefault="00000000">
            <w:pPr>
              <w:spacing w:before="30" w:after="30" w:line="228" w:lineRule="exact"/>
              <w:rPr>
                <w:rFonts w:hint="eastAsia"/>
              </w:rPr>
            </w:pPr>
            <w:r>
              <w:rPr>
                <w:b/>
                <w:color w:val="FFFFFF"/>
                <w:sz w:val="17"/>
              </w:rPr>
              <w:t>Data</w:t>
            </w:r>
          </w:p>
        </w:tc>
      </w:tr>
      <w:tr w:rsidR="00E54E13" w14:paraId="7CAE4ADE" w14:textId="77777777">
        <w:trPr>
          <w:cantSplit/>
          <w:trHeight w:val="567"/>
          <w:jc w:val="center"/>
        </w:trPr>
        <w:tc>
          <w:tcPr>
            <w:tcW w:w="3250" w:type="dxa"/>
            <w:vAlign w:val="center"/>
          </w:tcPr>
          <w:p w14:paraId="628BB87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52FF94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C7C03E5" w14:textId="77777777" w:rsidR="00E54E13" w:rsidRDefault="00000000">
            <w:pPr>
              <w:spacing w:before="30" w:after="30" w:line="228" w:lineRule="exact"/>
              <w:rPr>
                <w:rFonts w:hint="eastAsia"/>
              </w:rPr>
            </w:pPr>
            <w:r>
              <w:rPr>
                <w:sz w:val="17"/>
              </w:rPr>
              <w:t>____ / ____ / ______</w:t>
            </w:r>
          </w:p>
        </w:tc>
      </w:tr>
    </w:tbl>
    <w:p w14:paraId="457B2F51" w14:textId="77777777" w:rsidR="00E54E13" w:rsidRDefault="00E54E13">
      <w:pPr>
        <w:spacing w:after="40" w:line="40" w:lineRule="exact"/>
        <w:rPr>
          <w:rFonts w:hint="eastAsia"/>
        </w:rPr>
      </w:pPr>
    </w:p>
    <w:p w14:paraId="21D31C41" w14:textId="77777777" w:rsidR="00E54E13" w:rsidRDefault="00000000">
      <w:pPr>
        <w:pStyle w:val="Source"/>
        <w:rPr>
          <w:rFonts w:hint="eastAsia"/>
        </w:rPr>
      </w:pPr>
      <w:r>
        <w:t>Modello originale [AZ]. Base: INAIL 2026, pp. 3–4. I campi vuoti non costituiscono una verifica positiva.</w:t>
      </w:r>
    </w:p>
    <w:p w14:paraId="3AEFBDAF" w14:textId="77777777" w:rsidR="00E54E13" w:rsidRDefault="00000000">
      <w:pPr>
        <w:pStyle w:val="Eyebrow"/>
        <w:keepNext/>
        <w:pageBreakBefore/>
        <w:rPr>
          <w:rFonts w:hint="eastAsia"/>
        </w:rPr>
      </w:pPr>
      <w:r>
        <w:t>PARTE II  /  ALLEGATO OPERATIVO [AZ]</w:t>
      </w:r>
    </w:p>
    <w:p w14:paraId="1A4CB4C6" w14:textId="77777777" w:rsidR="00E54E13" w:rsidRDefault="00000000">
      <w:pPr>
        <w:pStyle w:val="Titolo1"/>
      </w:pPr>
      <w:bookmarkStart w:id="53" w:name="B54_A16"/>
      <w:r>
        <w:t>A16  Consegna dell’impianto RI → RLE</w:t>
      </w:r>
      <w:bookmarkEnd w:id="53"/>
    </w:p>
    <w:p w14:paraId="0BBFCD60" w14:textId="77777777" w:rsidR="00E54E13" w:rsidRDefault="00000000">
      <w:pPr>
        <w:pStyle w:val="FormHint"/>
        <w:rPr>
          <w:rFonts w:hint="eastAsia"/>
        </w:rPr>
      </w:pPr>
      <w:r>
        <w:t>Documentare la consegna quando RI e RLE non coincidono. Identificare esattamente la parte consegnata.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6F2F79A" w14:textId="77777777">
        <w:trPr>
          <w:cantSplit/>
          <w:trHeight w:val="346"/>
          <w:jc w:val="center"/>
        </w:trPr>
        <w:tc>
          <w:tcPr>
            <w:tcW w:w="2891" w:type="dxa"/>
            <w:shd w:val="clear" w:color="auto" w:fill="EDF3F9"/>
            <w:vAlign w:val="center"/>
          </w:tcPr>
          <w:p w14:paraId="58368D40" w14:textId="77777777" w:rsidR="00E54E13" w:rsidRDefault="00000000">
            <w:pPr>
              <w:spacing w:before="30" w:after="30" w:line="236" w:lineRule="exact"/>
              <w:rPr>
                <w:rFonts w:hint="eastAsia"/>
              </w:rPr>
            </w:pPr>
            <w:r>
              <w:rPr>
                <w:b/>
                <w:sz w:val="18"/>
              </w:rPr>
              <w:t>Azienda / unità</w:t>
            </w:r>
          </w:p>
        </w:tc>
        <w:tc>
          <w:tcPr>
            <w:tcW w:w="6860" w:type="dxa"/>
            <w:vAlign w:val="center"/>
          </w:tcPr>
          <w:p w14:paraId="3FD5C4FD" w14:textId="77777777" w:rsidR="00E54E13" w:rsidRDefault="00000000">
            <w:pPr>
              <w:spacing w:before="30" w:after="30" w:line="236" w:lineRule="exact"/>
              <w:rPr>
                <w:rFonts w:hint="eastAsia"/>
              </w:rPr>
            </w:pPr>
            <w:sdt>
              <w:sdtPr>
                <w:alias w:val="ragione sociale e sede"/>
                <w:tag w:val="campo_227"/>
                <w:id w:val="100227"/>
                <w:text w:multiLine="1"/>
              </w:sdtPr>
              <w:sdtContent>
                <w:r>
                  <w:rPr>
                    <w:color w:val="007E87"/>
                    <w:sz w:val="19"/>
                  </w:rPr>
                  <w:t>[ragione sociale e sede]</w:t>
                </w:r>
              </w:sdtContent>
            </w:sdt>
          </w:p>
        </w:tc>
      </w:tr>
      <w:tr w:rsidR="00E54E13" w14:paraId="772171F1" w14:textId="77777777">
        <w:trPr>
          <w:cantSplit/>
          <w:trHeight w:val="346"/>
          <w:jc w:val="center"/>
        </w:trPr>
        <w:tc>
          <w:tcPr>
            <w:tcW w:w="2891" w:type="dxa"/>
            <w:shd w:val="clear" w:color="auto" w:fill="EDF3F9"/>
            <w:vAlign w:val="center"/>
          </w:tcPr>
          <w:p w14:paraId="321192AF"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734FED7" w14:textId="77777777" w:rsidR="00E54E13" w:rsidRDefault="00000000">
            <w:pPr>
              <w:spacing w:before="30" w:after="30" w:line="236" w:lineRule="exact"/>
              <w:rPr>
                <w:rFonts w:hint="eastAsia"/>
              </w:rPr>
            </w:pPr>
            <w:sdt>
              <w:sdtPr>
                <w:alias w:val="codice, revisione e data"/>
                <w:tag w:val="campo_228"/>
                <w:id w:val="100228"/>
                <w:text w:multiLine="1"/>
              </w:sdtPr>
              <w:sdtContent>
                <w:r>
                  <w:rPr>
                    <w:color w:val="007E87"/>
                    <w:sz w:val="19"/>
                  </w:rPr>
                  <w:t>[codice, revisione e data]</w:t>
                </w:r>
              </w:sdtContent>
            </w:sdt>
          </w:p>
        </w:tc>
      </w:tr>
      <w:tr w:rsidR="00E54E13" w14:paraId="03729990" w14:textId="77777777">
        <w:trPr>
          <w:cantSplit/>
          <w:trHeight w:val="346"/>
          <w:jc w:val="center"/>
        </w:trPr>
        <w:tc>
          <w:tcPr>
            <w:tcW w:w="2891" w:type="dxa"/>
            <w:shd w:val="clear" w:color="auto" w:fill="EDF3F9"/>
            <w:vAlign w:val="center"/>
          </w:tcPr>
          <w:p w14:paraId="591D23B5" w14:textId="77777777" w:rsidR="00E54E13" w:rsidRDefault="00000000">
            <w:pPr>
              <w:spacing w:before="30" w:after="30" w:line="236" w:lineRule="exact"/>
              <w:rPr>
                <w:rFonts w:hint="eastAsia"/>
              </w:rPr>
            </w:pPr>
            <w:r>
              <w:rPr>
                <w:b/>
                <w:sz w:val="18"/>
              </w:rPr>
              <w:t>Lavoro / impianto</w:t>
            </w:r>
          </w:p>
        </w:tc>
        <w:tc>
          <w:tcPr>
            <w:tcW w:w="6860" w:type="dxa"/>
            <w:vAlign w:val="center"/>
          </w:tcPr>
          <w:p w14:paraId="4DEFCC04" w14:textId="77777777" w:rsidR="00E54E13" w:rsidRDefault="00000000">
            <w:pPr>
              <w:spacing w:before="30" w:after="30" w:line="236" w:lineRule="exact"/>
              <w:rPr>
                <w:rFonts w:hint="eastAsia"/>
              </w:rPr>
            </w:pPr>
            <w:sdt>
              <w:sdtPr>
                <w:alias w:val="codice lavoro e parte interessata"/>
                <w:tag w:val="campo_229"/>
                <w:id w:val="100229"/>
                <w:text w:multiLine="1"/>
              </w:sdtPr>
              <w:sdtContent>
                <w:r>
                  <w:rPr>
                    <w:color w:val="007E87"/>
                    <w:sz w:val="19"/>
                  </w:rPr>
                  <w:t>[codice lavoro e parte interessata]</w:t>
                </w:r>
              </w:sdtContent>
            </w:sdt>
          </w:p>
        </w:tc>
      </w:tr>
    </w:tbl>
    <w:p w14:paraId="5E79D03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B75B97C" w14:textId="77777777">
        <w:trPr>
          <w:cantSplit/>
          <w:trHeight w:val="386"/>
          <w:jc w:val="center"/>
        </w:trPr>
        <w:tc>
          <w:tcPr>
            <w:tcW w:w="2891" w:type="dxa"/>
            <w:shd w:val="clear" w:color="auto" w:fill="EDF3F9"/>
            <w:vAlign w:val="center"/>
          </w:tcPr>
          <w:p w14:paraId="023518C9" w14:textId="77777777" w:rsidR="00E54E13" w:rsidRDefault="00000000">
            <w:pPr>
              <w:spacing w:before="30" w:after="30" w:line="236" w:lineRule="exact"/>
              <w:rPr>
                <w:rFonts w:hint="eastAsia"/>
              </w:rPr>
            </w:pPr>
            <w:r>
              <w:rPr>
                <w:b/>
                <w:sz w:val="18"/>
              </w:rPr>
              <w:t>RI / RLE</w:t>
            </w:r>
          </w:p>
        </w:tc>
        <w:tc>
          <w:tcPr>
            <w:tcW w:w="6860" w:type="dxa"/>
            <w:vAlign w:val="center"/>
          </w:tcPr>
          <w:p w14:paraId="4A048BD8" w14:textId="77777777" w:rsidR="00E54E13" w:rsidRDefault="00000000">
            <w:pPr>
              <w:spacing w:before="30" w:after="30" w:line="236" w:lineRule="exact"/>
              <w:rPr>
                <w:rFonts w:hint="eastAsia"/>
              </w:rPr>
            </w:pPr>
            <w:sdt>
              <w:sdtPr>
                <w:alias w:val="nominativi e recapiti"/>
                <w:tag w:val="campo_230"/>
                <w:id w:val="100230"/>
                <w:text w:multiLine="1"/>
              </w:sdtPr>
              <w:sdtContent>
                <w:r>
                  <w:rPr>
                    <w:color w:val="007E87"/>
                    <w:sz w:val="19"/>
                  </w:rPr>
                  <w:t>[nominativi e recapiti]</w:t>
                </w:r>
              </w:sdtContent>
            </w:sdt>
          </w:p>
        </w:tc>
      </w:tr>
      <w:tr w:rsidR="00E54E13" w14:paraId="0EE29A76" w14:textId="77777777">
        <w:trPr>
          <w:cantSplit/>
          <w:trHeight w:val="386"/>
          <w:jc w:val="center"/>
        </w:trPr>
        <w:tc>
          <w:tcPr>
            <w:tcW w:w="2891" w:type="dxa"/>
            <w:shd w:val="clear" w:color="auto" w:fill="EDF3F9"/>
            <w:vAlign w:val="center"/>
          </w:tcPr>
          <w:p w14:paraId="5E59969F" w14:textId="77777777" w:rsidR="00E54E13" w:rsidRDefault="00000000">
            <w:pPr>
              <w:spacing w:before="30" w:after="30" w:line="236" w:lineRule="exact"/>
              <w:rPr>
                <w:rFonts w:hint="eastAsia"/>
              </w:rPr>
            </w:pPr>
            <w:r>
              <w:rPr>
                <w:b/>
                <w:sz w:val="18"/>
              </w:rPr>
              <w:t>Parte consegnata e confini</w:t>
            </w:r>
          </w:p>
        </w:tc>
        <w:tc>
          <w:tcPr>
            <w:tcW w:w="6860" w:type="dxa"/>
            <w:shd w:val="clear" w:color="auto" w:fill="F6F8FA"/>
            <w:vAlign w:val="center"/>
          </w:tcPr>
          <w:p w14:paraId="2DF44407" w14:textId="77777777" w:rsidR="00E54E13" w:rsidRDefault="00000000">
            <w:pPr>
              <w:spacing w:before="30" w:after="30" w:line="236" w:lineRule="exact"/>
              <w:rPr>
                <w:rFonts w:hint="eastAsia"/>
              </w:rPr>
            </w:pPr>
            <w:sdt>
              <w:sdtPr>
                <w:alias w:val="impianto, limiti e parti escluse"/>
                <w:tag w:val="campo_231"/>
                <w:id w:val="100231"/>
                <w:text w:multiLine="1"/>
              </w:sdtPr>
              <w:sdtContent>
                <w:r>
                  <w:rPr>
                    <w:color w:val="007E87"/>
                    <w:sz w:val="19"/>
                  </w:rPr>
                  <w:t>[impianto, limiti e parti escluse]</w:t>
                </w:r>
              </w:sdtContent>
            </w:sdt>
          </w:p>
        </w:tc>
      </w:tr>
      <w:tr w:rsidR="00E54E13" w14:paraId="03491FB9" w14:textId="77777777">
        <w:trPr>
          <w:cantSplit/>
          <w:trHeight w:val="386"/>
          <w:jc w:val="center"/>
        </w:trPr>
        <w:tc>
          <w:tcPr>
            <w:tcW w:w="2891" w:type="dxa"/>
            <w:shd w:val="clear" w:color="auto" w:fill="EDF3F9"/>
            <w:vAlign w:val="center"/>
          </w:tcPr>
          <w:p w14:paraId="264C5325" w14:textId="77777777" w:rsidR="00E54E13" w:rsidRDefault="00000000">
            <w:pPr>
              <w:spacing w:before="30" w:after="30" w:line="236" w:lineRule="exact"/>
              <w:rPr>
                <w:rFonts w:hint="eastAsia"/>
              </w:rPr>
            </w:pPr>
            <w:r>
              <w:rPr>
                <w:b/>
                <w:sz w:val="18"/>
              </w:rPr>
              <w:t>Documentazione applicabile</w:t>
            </w:r>
          </w:p>
        </w:tc>
        <w:tc>
          <w:tcPr>
            <w:tcW w:w="6860" w:type="dxa"/>
            <w:vAlign w:val="center"/>
          </w:tcPr>
          <w:p w14:paraId="591E87B5" w14:textId="77777777" w:rsidR="00E54E13" w:rsidRDefault="00000000">
            <w:pPr>
              <w:spacing w:before="30" w:after="30" w:line="236" w:lineRule="exact"/>
              <w:rPr>
                <w:rFonts w:hint="eastAsia"/>
              </w:rPr>
            </w:pPr>
            <w:sdt>
              <w:sdtPr>
                <w:alias w:val="PdL, PI, istruzioni e revisioni"/>
                <w:tag w:val="campo_232"/>
                <w:id w:val="100232"/>
                <w:text w:multiLine="1"/>
              </w:sdtPr>
              <w:sdtContent>
                <w:r>
                  <w:rPr>
                    <w:color w:val="007E87"/>
                    <w:sz w:val="19"/>
                  </w:rPr>
                  <w:t>[PdL, PI, istruzioni e revisioni]</w:t>
                </w:r>
              </w:sdtContent>
            </w:sdt>
          </w:p>
        </w:tc>
      </w:tr>
      <w:tr w:rsidR="00E54E13" w14:paraId="056292FA" w14:textId="77777777">
        <w:trPr>
          <w:cantSplit/>
          <w:trHeight w:val="386"/>
          <w:jc w:val="center"/>
        </w:trPr>
        <w:tc>
          <w:tcPr>
            <w:tcW w:w="2891" w:type="dxa"/>
            <w:shd w:val="clear" w:color="auto" w:fill="EDF3F9"/>
            <w:vAlign w:val="center"/>
          </w:tcPr>
          <w:p w14:paraId="27529E14" w14:textId="77777777" w:rsidR="00E54E13" w:rsidRDefault="00000000">
            <w:pPr>
              <w:spacing w:before="30" w:after="30" w:line="236" w:lineRule="exact"/>
              <w:rPr>
                <w:rFonts w:hint="eastAsia"/>
              </w:rPr>
            </w:pPr>
            <w:r>
              <w:rPr>
                <w:b/>
                <w:sz w:val="18"/>
              </w:rPr>
              <w:t>Condizioni dell’impianto</w:t>
            </w:r>
          </w:p>
        </w:tc>
        <w:tc>
          <w:tcPr>
            <w:tcW w:w="6860" w:type="dxa"/>
            <w:shd w:val="clear" w:color="auto" w:fill="F6F8FA"/>
            <w:vAlign w:val="center"/>
          </w:tcPr>
          <w:p w14:paraId="27871CA4" w14:textId="77777777" w:rsidR="00E54E13" w:rsidRDefault="00000000">
            <w:pPr>
              <w:spacing w:before="30" w:after="30" w:line="236" w:lineRule="exact"/>
              <w:rPr>
                <w:rFonts w:hint="eastAsia"/>
              </w:rPr>
            </w:pPr>
            <w:sdt>
              <w:sdtPr>
                <w:alias w:val="assetto definito e misure predisposte"/>
                <w:tag w:val="campo_233"/>
                <w:id w:val="100233"/>
                <w:text w:multiLine="1"/>
              </w:sdtPr>
              <w:sdtContent>
                <w:r>
                  <w:rPr>
                    <w:color w:val="007E87"/>
                    <w:sz w:val="19"/>
                  </w:rPr>
                  <w:t>[assetto definito e misure predisposte]</w:t>
                </w:r>
              </w:sdtContent>
            </w:sdt>
          </w:p>
        </w:tc>
      </w:tr>
      <w:tr w:rsidR="00E54E13" w14:paraId="5483E140" w14:textId="77777777">
        <w:trPr>
          <w:cantSplit/>
          <w:trHeight w:val="386"/>
          <w:jc w:val="center"/>
        </w:trPr>
        <w:tc>
          <w:tcPr>
            <w:tcW w:w="2891" w:type="dxa"/>
            <w:shd w:val="clear" w:color="auto" w:fill="EDF3F9"/>
            <w:vAlign w:val="center"/>
          </w:tcPr>
          <w:p w14:paraId="31AD3AAB" w14:textId="77777777" w:rsidR="00E54E13" w:rsidRDefault="00000000">
            <w:pPr>
              <w:spacing w:before="30" w:after="30" w:line="236" w:lineRule="exact"/>
              <w:rPr>
                <w:rFonts w:hint="eastAsia"/>
              </w:rPr>
            </w:pPr>
            <w:r>
              <w:rPr>
                <w:b/>
                <w:sz w:val="18"/>
              </w:rPr>
              <w:t>Rischi residui / vincoli</w:t>
            </w:r>
          </w:p>
        </w:tc>
        <w:tc>
          <w:tcPr>
            <w:tcW w:w="6860" w:type="dxa"/>
            <w:vAlign w:val="center"/>
          </w:tcPr>
          <w:p w14:paraId="5DB06E49" w14:textId="77777777" w:rsidR="00E54E13" w:rsidRDefault="00000000">
            <w:pPr>
              <w:spacing w:before="30" w:after="30" w:line="236" w:lineRule="exact"/>
              <w:rPr>
                <w:rFonts w:hint="eastAsia"/>
              </w:rPr>
            </w:pPr>
            <w:sdt>
              <w:sdtPr>
                <w:alias w:val="condizioni da mantenere, parti prossime e limitazioni"/>
                <w:tag w:val="campo_234"/>
                <w:id w:val="100234"/>
                <w:text w:multiLine="1"/>
              </w:sdtPr>
              <w:sdtContent>
                <w:r>
                  <w:rPr>
                    <w:color w:val="007E87"/>
                    <w:sz w:val="19"/>
                  </w:rPr>
                  <w:t>[condizioni da mantenere, parti prossime e limitazioni]</w:t>
                </w:r>
              </w:sdtContent>
            </w:sdt>
          </w:p>
        </w:tc>
      </w:tr>
    </w:tbl>
    <w:p w14:paraId="62654251" w14:textId="77777777" w:rsidR="00E54E13" w:rsidRDefault="00E54E13">
      <w:pPr>
        <w:spacing w:after="40" w:line="40" w:lineRule="exact"/>
        <w:rPr>
          <w:rFonts w:hint="eastAsia"/>
        </w:rPr>
      </w:pPr>
    </w:p>
    <w:p w14:paraId="61AE171C" w14:textId="77777777" w:rsidR="00E54E13" w:rsidRDefault="00000000">
      <w:pPr>
        <w:pStyle w:val="Titolo3"/>
      </w:pPr>
      <w:r>
        <w:t>Dichiarazione del RI</w:t>
      </w:r>
    </w:p>
    <w:p w14:paraId="6EB96669" w14:textId="77777777" w:rsidR="00E54E13" w:rsidRDefault="00000000">
      <w:pPr>
        <w:rPr>
          <w:rFonts w:hint="eastAsia"/>
        </w:rPr>
      </w:pPr>
      <w:r>
        <w:t>Il RI comunica che la parte di impianto identificata si trova nella condizione prevista per i lavori indicati e ne autorizza l’inizio, nei limiti delle condizioni e dei documenti richiamati.</w:t>
      </w:r>
    </w:p>
    <w:p w14:paraId="599AB0CC" w14:textId="77777777" w:rsidR="00E54E13" w:rsidRDefault="00000000">
      <w:pPr>
        <w:pStyle w:val="Titolo3"/>
      </w:pPr>
      <w:r>
        <w:t>Presa in carico del RLE</w:t>
      </w:r>
    </w:p>
    <w:p w14:paraId="1E7D5642" w14:textId="77777777" w:rsidR="00E54E13" w:rsidRDefault="00000000">
      <w:pPr>
        <w:rPr>
          <w:rFonts w:hint="eastAsia"/>
        </w:rPr>
      </w:pPr>
      <w:r>
        <w:t>Il RLE dichiara di aver ricevuto le informazioni e la documentazione pertinenti e di aver compreso condizioni, confini e vincoli. Le verifiche e le misure di propria competenza prima dell’esecuzione sono documentate nei riferimenti sotto indicati.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1170FF0" w14:textId="77777777">
        <w:trPr>
          <w:cantSplit/>
          <w:trHeight w:val="386"/>
          <w:jc w:val="center"/>
        </w:trPr>
        <w:tc>
          <w:tcPr>
            <w:tcW w:w="2891" w:type="dxa"/>
            <w:shd w:val="clear" w:color="auto" w:fill="EDF3F9"/>
            <w:vAlign w:val="center"/>
          </w:tcPr>
          <w:p w14:paraId="4962D4C7" w14:textId="77777777" w:rsidR="00E54E13" w:rsidRDefault="00000000">
            <w:pPr>
              <w:spacing w:before="30" w:after="30" w:line="236" w:lineRule="exact"/>
              <w:rPr>
                <w:rFonts w:hint="eastAsia"/>
              </w:rPr>
            </w:pPr>
            <w:r>
              <w:rPr>
                <w:b/>
                <w:sz w:val="18"/>
              </w:rPr>
              <w:t>Verifiche RLE / documenti</w:t>
            </w:r>
          </w:p>
        </w:tc>
        <w:tc>
          <w:tcPr>
            <w:tcW w:w="6860" w:type="dxa"/>
            <w:vAlign w:val="center"/>
          </w:tcPr>
          <w:p w14:paraId="6F89B5F9" w14:textId="77777777" w:rsidR="00E54E13" w:rsidRDefault="00000000">
            <w:pPr>
              <w:spacing w:before="30" w:after="30" w:line="236" w:lineRule="exact"/>
              <w:rPr>
                <w:rFonts w:hint="eastAsia"/>
              </w:rPr>
            </w:pPr>
            <w:sdt>
              <w:sdtPr>
                <w:alias w:val="assenza di tensione nei lavori fuori tensione; altre misure pertinenti"/>
                <w:tag w:val="campo_235"/>
                <w:id w:val="100235"/>
                <w:text w:multiLine="1"/>
              </w:sdtPr>
              <w:sdtContent>
                <w:r>
                  <w:rPr>
                    <w:color w:val="007E87"/>
                    <w:sz w:val="19"/>
                  </w:rPr>
                  <w:t>[assenza di tensione nei lavori fuori tensione; altre misure pertinenti]</w:t>
                </w:r>
              </w:sdtContent>
            </w:sdt>
          </w:p>
        </w:tc>
      </w:tr>
      <w:tr w:rsidR="00E54E13" w14:paraId="5FDC673C" w14:textId="77777777">
        <w:trPr>
          <w:cantSplit/>
          <w:trHeight w:val="386"/>
          <w:jc w:val="center"/>
        </w:trPr>
        <w:tc>
          <w:tcPr>
            <w:tcW w:w="2891" w:type="dxa"/>
            <w:shd w:val="clear" w:color="auto" w:fill="EDF3F9"/>
            <w:vAlign w:val="center"/>
          </w:tcPr>
          <w:p w14:paraId="3CCB350B" w14:textId="77777777" w:rsidR="00E54E13" w:rsidRDefault="00000000">
            <w:pPr>
              <w:spacing w:before="30" w:after="30" w:line="236" w:lineRule="exact"/>
              <w:rPr>
                <w:rFonts w:hint="eastAsia"/>
              </w:rPr>
            </w:pPr>
            <w:r>
              <w:rPr>
                <w:b/>
                <w:sz w:val="18"/>
              </w:rPr>
              <w:t>Data e ora consegna</w:t>
            </w:r>
          </w:p>
        </w:tc>
        <w:tc>
          <w:tcPr>
            <w:tcW w:w="6860" w:type="dxa"/>
            <w:shd w:val="clear" w:color="auto" w:fill="F6F8FA"/>
            <w:vAlign w:val="center"/>
          </w:tcPr>
          <w:p w14:paraId="5ABEAC14" w14:textId="77777777" w:rsidR="00E54E13" w:rsidRDefault="00000000">
            <w:pPr>
              <w:spacing w:before="30" w:after="30" w:line="236" w:lineRule="exact"/>
              <w:rPr>
                <w:rFonts w:hint="eastAsia"/>
              </w:rPr>
            </w:pPr>
            <w:sdt>
              <w:sdtPr>
                <w:alias w:val="giorno, ora e modalità di comunicazione"/>
                <w:tag w:val="campo_236"/>
                <w:id w:val="100236"/>
                <w:text w:multiLine="1"/>
              </w:sdtPr>
              <w:sdtContent>
                <w:r>
                  <w:rPr>
                    <w:color w:val="007E87"/>
                    <w:sz w:val="19"/>
                  </w:rPr>
                  <w:t>[giorno, ora e modalità di comunicazione]</w:t>
                </w:r>
              </w:sdtContent>
            </w:sdt>
          </w:p>
        </w:tc>
      </w:tr>
      <w:tr w:rsidR="00E54E13" w14:paraId="5F5CCE32" w14:textId="77777777">
        <w:trPr>
          <w:cantSplit/>
          <w:trHeight w:val="386"/>
          <w:jc w:val="center"/>
        </w:trPr>
        <w:tc>
          <w:tcPr>
            <w:tcW w:w="2891" w:type="dxa"/>
            <w:shd w:val="clear" w:color="auto" w:fill="EDF3F9"/>
            <w:vAlign w:val="center"/>
          </w:tcPr>
          <w:p w14:paraId="25715F2F" w14:textId="77777777" w:rsidR="00E54E13" w:rsidRDefault="00000000">
            <w:pPr>
              <w:spacing w:before="30" w:after="30" w:line="236" w:lineRule="exact"/>
              <w:rPr>
                <w:rFonts w:hint="eastAsia"/>
              </w:rPr>
            </w:pPr>
            <w:r>
              <w:rPr>
                <w:b/>
                <w:sz w:val="18"/>
              </w:rPr>
              <w:t>Esito</w:t>
            </w:r>
          </w:p>
        </w:tc>
        <w:tc>
          <w:tcPr>
            <w:tcW w:w="6860" w:type="dxa"/>
            <w:vAlign w:val="center"/>
          </w:tcPr>
          <w:p w14:paraId="095D679E" w14:textId="77777777" w:rsidR="00E54E13" w:rsidRDefault="00000000">
            <w:pPr>
              <w:spacing w:before="30" w:after="30" w:line="236" w:lineRule="exact"/>
              <w:rPr>
                <w:rFonts w:hint="eastAsia"/>
              </w:rPr>
            </w:pPr>
            <w:sdt>
              <w:sdtPr>
                <w:alias w:val="presa in carico / consegna non accettata; motivazione"/>
                <w:tag w:val="campo_237"/>
                <w:id w:val="100237"/>
                <w:text w:multiLine="1"/>
              </w:sdtPr>
              <w:sdtContent>
                <w:r>
                  <w:rPr>
                    <w:color w:val="007E87"/>
                    <w:sz w:val="19"/>
                  </w:rPr>
                  <w:t>[presa in carico / consegna non accettata; motivazione]</w:t>
                </w:r>
              </w:sdtContent>
            </w:sdt>
          </w:p>
        </w:tc>
      </w:tr>
    </w:tbl>
    <w:p w14:paraId="065F3E0B"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0A97F504" w14:textId="77777777">
        <w:tc>
          <w:tcPr>
            <w:tcW w:w="9752" w:type="dxa"/>
            <w:shd w:val="clear" w:color="auto" w:fill="FCEFEF"/>
            <w:tcMar>
              <w:top w:w="110" w:type="dxa"/>
              <w:left w:w="150" w:type="dxa"/>
              <w:bottom w:w="110" w:type="dxa"/>
              <w:right w:w="150" w:type="dxa"/>
            </w:tcMar>
          </w:tcPr>
          <w:p w14:paraId="0EDBD25D" w14:textId="77777777" w:rsidR="00E54E13" w:rsidRDefault="00000000">
            <w:pPr>
              <w:spacing w:after="80"/>
              <w:rPr>
                <w:rFonts w:hint="eastAsia"/>
              </w:rPr>
            </w:pPr>
            <w:r>
              <w:rPr>
                <w:b/>
                <w:color w:val="A93D3A"/>
              </w:rPr>
              <w:t>CONSEGNA NON ACCETTATA</w:t>
            </w:r>
          </w:p>
          <w:p w14:paraId="2221ED43" w14:textId="77777777" w:rsidR="00E54E13" w:rsidRDefault="00000000">
            <w:pPr>
              <w:spacing w:after="20" w:line="250" w:lineRule="exact"/>
              <w:rPr>
                <w:rFonts w:hint="eastAsia"/>
              </w:rPr>
            </w:pPr>
            <w:r>
              <w:rPr>
                <w:sz w:val="18"/>
              </w:rPr>
              <w:t>In caso di incongruenze non si inizia il lavoro: si richiede al RI il chiarimento o la revisione delle condizioni.</w:t>
            </w:r>
          </w:p>
        </w:tc>
      </w:tr>
    </w:tbl>
    <w:p w14:paraId="029F4D7C"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D2B1C16" w14:textId="77777777">
        <w:trPr>
          <w:tblHeader/>
          <w:jc w:val="center"/>
        </w:trPr>
        <w:tc>
          <w:tcPr>
            <w:tcW w:w="3250" w:type="dxa"/>
            <w:shd w:val="clear" w:color="auto" w:fill="12324B"/>
          </w:tcPr>
          <w:p w14:paraId="346C35E9" w14:textId="77777777" w:rsidR="00E54E13" w:rsidRDefault="00000000">
            <w:pPr>
              <w:spacing w:before="30" w:after="30" w:line="228" w:lineRule="exact"/>
              <w:rPr>
                <w:rFonts w:hint="eastAsia"/>
              </w:rPr>
            </w:pPr>
            <w:r>
              <w:rPr>
                <w:b/>
                <w:color w:val="FFFFFF"/>
                <w:sz w:val="17"/>
              </w:rPr>
              <w:t>RI consegnante</w:t>
            </w:r>
          </w:p>
        </w:tc>
        <w:tc>
          <w:tcPr>
            <w:tcW w:w="3250" w:type="dxa"/>
            <w:shd w:val="clear" w:color="auto" w:fill="12324B"/>
          </w:tcPr>
          <w:p w14:paraId="365CF766" w14:textId="77777777" w:rsidR="00E54E13" w:rsidRDefault="00000000">
            <w:pPr>
              <w:spacing w:before="30" w:after="30" w:line="228" w:lineRule="exact"/>
              <w:rPr>
                <w:rFonts w:hint="eastAsia"/>
              </w:rPr>
            </w:pPr>
            <w:r>
              <w:rPr>
                <w:b/>
                <w:color w:val="FFFFFF"/>
                <w:sz w:val="17"/>
              </w:rPr>
              <w:t>RLE ricevente</w:t>
            </w:r>
          </w:p>
        </w:tc>
        <w:tc>
          <w:tcPr>
            <w:tcW w:w="3250" w:type="dxa"/>
            <w:shd w:val="clear" w:color="auto" w:fill="12324B"/>
          </w:tcPr>
          <w:p w14:paraId="278BE709" w14:textId="77777777" w:rsidR="00E54E13" w:rsidRDefault="00000000">
            <w:pPr>
              <w:spacing w:before="30" w:after="30" w:line="228" w:lineRule="exact"/>
              <w:rPr>
                <w:rFonts w:hint="eastAsia"/>
              </w:rPr>
            </w:pPr>
            <w:r>
              <w:rPr>
                <w:b/>
                <w:color w:val="FFFFFF"/>
                <w:sz w:val="17"/>
              </w:rPr>
              <w:t>Data / ora</w:t>
            </w:r>
          </w:p>
        </w:tc>
      </w:tr>
      <w:tr w:rsidR="00E54E13" w14:paraId="282E7099" w14:textId="77777777">
        <w:trPr>
          <w:cantSplit/>
          <w:trHeight w:val="567"/>
          <w:jc w:val="center"/>
        </w:trPr>
        <w:tc>
          <w:tcPr>
            <w:tcW w:w="3250" w:type="dxa"/>
            <w:vAlign w:val="center"/>
          </w:tcPr>
          <w:p w14:paraId="39E14D5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360B1D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F923CAB" w14:textId="77777777" w:rsidR="00E54E13" w:rsidRDefault="00000000">
            <w:pPr>
              <w:spacing w:before="30" w:after="30" w:line="228" w:lineRule="exact"/>
              <w:rPr>
                <w:rFonts w:hint="eastAsia"/>
              </w:rPr>
            </w:pPr>
            <w:r>
              <w:rPr>
                <w:sz w:val="17"/>
              </w:rPr>
              <w:t>____ / ____ / ______  __:__</w:t>
            </w:r>
          </w:p>
        </w:tc>
      </w:tr>
    </w:tbl>
    <w:p w14:paraId="18A25675" w14:textId="77777777" w:rsidR="00E54E13" w:rsidRDefault="00E54E13">
      <w:pPr>
        <w:spacing w:after="40" w:line="40" w:lineRule="exact"/>
        <w:rPr>
          <w:rFonts w:hint="eastAsia"/>
        </w:rPr>
      </w:pPr>
    </w:p>
    <w:p w14:paraId="26DB74D0" w14:textId="77777777" w:rsidR="00E54E13" w:rsidRDefault="00000000">
      <w:pPr>
        <w:pStyle w:val="Source"/>
        <w:rPr>
          <w:rFonts w:hint="eastAsia"/>
        </w:rPr>
      </w:pPr>
      <w:r>
        <w:t>Modello originale [AZ]. Base: INAIL 2026, pp. 3–4. I campi vuoti non costituiscono una verifica positiva.</w:t>
      </w:r>
    </w:p>
    <w:p w14:paraId="4C1D0CC7" w14:textId="77777777" w:rsidR="00E54E13" w:rsidRDefault="00000000">
      <w:pPr>
        <w:pStyle w:val="Eyebrow"/>
        <w:keepNext/>
        <w:pageBreakBefore/>
        <w:rPr>
          <w:rFonts w:hint="eastAsia"/>
        </w:rPr>
      </w:pPr>
      <w:r>
        <w:t>PARTE II  /  ALLEGATO OPERATIVO [AZ]</w:t>
      </w:r>
    </w:p>
    <w:p w14:paraId="1180177F" w14:textId="77777777" w:rsidR="00E54E13" w:rsidRDefault="00000000">
      <w:pPr>
        <w:pStyle w:val="Titolo1"/>
      </w:pPr>
      <w:bookmarkStart w:id="54" w:name="B55_A17"/>
      <w:r>
        <w:t>A17  Briefing pre-lavoro e registro degli addetti</w:t>
      </w:r>
      <w:bookmarkEnd w:id="54"/>
    </w:p>
    <w:p w14:paraId="7A121782" w14:textId="77777777" w:rsidR="00E54E13" w:rsidRDefault="00000000">
      <w:pPr>
        <w:pStyle w:val="FormHint"/>
        <w:rPr>
          <w:rFonts w:hint="eastAsia"/>
        </w:rPr>
      </w:pPr>
      <w:r>
        <w:t>Svolgere il confronto prima dell’attività. La firma documenta la partecipazione, non sostituisce le competenze.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132D6D8" w14:textId="77777777">
        <w:trPr>
          <w:cantSplit/>
          <w:trHeight w:val="346"/>
          <w:jc w:val="center"/>
        </w:trPr>
        <w:tc>
          <w:tcPr>
            <w:tcW w:w="2891" w:type="dxa"/>
            <w:shd w:val="clear" w:color="auto" w:fill="EDF3F9"/>
            <w:vAlign w:val="center"/>
          </w:tcPr>
          <w:p w14:paraId="231CD528" w14:textId="77777777" w:rsidR="00E54E13" w:rsidRDefault="00000000">
            <w:pPr>
              <w:spacing w:before="30" w:after="30" w:line="236" w:lineRule="exact"/>
              <w:rPr>
                <w:rFonts w:hint="eastAsia"/>
              </w:rPr>
            </w:pPr>
            <w:r>
              <w:rPr>
                <w:b/>
                <w:sz w:val="18"/>
              </w:rPr>
              <w:t>Azienda / unità</w:t>
            </w:r>
          </w:p>
        </w:tc>
        <w:tc>
          <w:tcPr>
            <w:tcW w:w="6860" w:type="dxa"/>
            <w:vAlign w:val="center"/>
          </w:tcPr>
          <w:p w14:paraId="242A2DFC" w14:textId="77777777" w:rsidR="00E54E13" w:rsidRDefault="00000000">
            <w:pPr>
              <w:spacing w:before="30" w:after="30" w:line="236" w:lineRule="exact"/>
              <w:rPr>
                <w:rFonts w:hint="eastAsia"/>
              </w:rPr>
            </w:pPr>
            <w:sdt>
              <w:sdtPr>
                <w:alias w:val="ragione sociale e sede"/>
                <w:tag w:val="campo_239"/>
                <w:id w:val="100239"/>
                <w:text w:multiLine="1"/>
              </w:sdtPr>
              <w:sdtContent>
                <w:r>
                  <w:rPr>
                    <w:color w:val="007E87"/>
                    <w:sz w:val="19"/>
                  </w:rPr>
                  <w:t>[ragione sociale e sede]</w:t>
                </w:r>
              </w:sdtContent>
            </w:sdt>
          </w:p>
        </w:tc>
      </w:tr>
      <w:tr w:rsidR="00E54E13" w14:paraId="77C289AB" w14:textId="77777777">
        <w:trPr>
          <w:cantSplit/>
          <w:trHeight w:val="346"/>
          <w:jc w:val="center"/>
        </w:trPr>
        <w:tc>
          <w:tcPr>
            <w:tcW w:w="2891" w:type="dxa"/>
            <w:shd w:val="clear" w:color="auto" w:fill="EDF3F9"/>
            <w:vAlign w:val="center"/>
          </w:tcPr>
          <w:p w14:paraId="1668DC16"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FCFF3A3" w14:textId="77777777" w:rsidR="00E54E13" w:rsidRDefault="00000000">
            <w:pPr>
              <w:spacing w:before="30" w:after="30" w:line="236" w:lineRule="exact"/>
              <w:rPr>
                <w:rFonts w:hint="eastAsia"/>
              </w:rPr>
            </w:pPr>
            <w:sdt>
              <w:sdtPr>
                <w:alias w:val="codice, revisione e data"/>
                <w:tag w:val="campo_240"/>
                <w:id w:val="100240"/>
                <w:text w:multiLine="1"/>
              </w:sdtPr>
              <w:sdtContent>
                <w:r>
                  <w:rPr>
                    <w:color w:val="007E87"/>
                    <w:sz w:val="19"/>
                  </w:rPr>
                  <w:t>[codice, revisione e data]</w:t>
                </w:r>
              </w:sdtContent>
            </w:sdt>
          </w:p>
        </w:tc>
      </w:tr>
      <w:tr w:rsidR="00E54E13" w14:paraId="1FB792C7" w14:textId="77777777">
        <w:trPr>
          <w:cantSplit/>
          <w:trHeight w:val="346"/>
          <w:jc w:val="center"/>
        </w:trPr>
        <w:tc>
          <w:tcPr>
            <w:tcW w:w="2891" w:type="dxa"/>
            <w:shd w:val="clear" w:color="auto" w:fill="EDF3F9"/>
            <w:vAlign w:val="center"/>
          </w:tcPr>
          <w:p w14:paraId="7D28585B" w14:textId="77777777" w:rsidR="00E54E13" w:rsidRDefault="00000000">
            <w:pPr>
              <w:spacing w:before="30" w:after="30" w:line="236" w:lineRule="exact"/>
              <w:rPr>
                <w:rFonts w:hint="eastAsia"/>
              </w:rPr>
            </w:pPr>
            <w:r>
              <w:rPr>
                <w:b/>
                <w:sz w:val="18"/>
              </w:rPr>
              <w:t>Lavoro / impianto</w:t>
            </w:r>
          </w:p>
        </w:tc>
        <w:tc>
          <w:tcPr>
            <w:tcW w:w="6860" w:type="dxa"/>
            <w:vAlign w:val="center"/>
          </w:tcPr>
          <w:p w14:paraId="0FD2A95A" w14:textId="77777777" w:rsidR="00E54E13" w:rsidRDefault="00000000">
            <w:pPr>
              <w:spacing w:before="30" w:after="30" w:line="236" w:lineRule="exact"/>
              <w:rPr>
                <w:rFonts w:hint="eastAsia"/>
              </w:rPr>
            </w:pPr>
            <w:sdt>
              <w:sdtPr>
                <w:alias w:val="codice lavoro e parte interessata"/>
                <w:tag w:val="campo_241"/>
                <w:id w:val="100241"/>
                <w:text w:multiLine="1"/>
              </w:sdtPr>
              <w:sdtContent>
                <w:r>
                  <w:rPr>
                    <w:color w:val="007E87"/>
                    <w:sz w:val="19"/>
                  </w:rPr>
                  <w:t>[codice lavoro e parte interessata]</w:t>
                </w:r>
              </w:sdtContent>
            </w:sdt>
          </w:p>
        </w:tc>
      </w:tr>
    </w:tbl>
    <w:p w14:paraId="60868ECB"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99EDFCF" w14:textId="77777777">
        <w:trPr>
          <w:cantSplit/>
          <w:trHeight w:val="386"/>
          <w:jc w:val="center"/>
        </w:trPr>
        <w:tc>
          <w:tcPr>
            <w:tcW w:w="2891" w:type="dxa"/>
            <w:shd w:val="clear" w:color="auto" w:fill="EDF3F9"/>
            <w:vAlign w:val="center"/>
          </w:tcPr>
          <w:p w14:paraId="2520EBEC" w14:textId="77777777" w:rsidR="00E54E13" w:rsidRDefault="00000000">
            <w:pPr>
              <w:spacing w:before="30" w:after="30" w:line="236" w:lineRule="exact"/>
              <w:rPr>
                <w:rFonts w:hint="eastAsia"/>
              </w:rPr>
            </w:pPr>
            <w:r>
              <w:rPr>
                <w:b/>
                <w:sz w:val="18"/>
              </w:rPr>
              <w:t>RLE / data e ora</w:t>
            </w:r>
          </w:p>
        </w:tc>
        <w:tc>
          <w:tcPr>
            <w:tcW w:w="6860" w:type="dxa"/>
            <w:vAlign w:val="center"/>
          </w:tcPr>
          <w:p w14:paraId="7B077EF8" w14:textId="77777777" w:rsidR="00E54E13" w:rsidRDefault="00000000">
            <w:pPr>
              <w:spacing w:before="30" w:after="30" w:line="236" w:lineRule="exact"/>
              <w:rPr>
                <w:rFonts w:hint="eastAsia"/>
              </w:rPr>
            </w:pPr>
            <w:sdt>
              <w:sdtPr>
                <w:alias w:val="nominativo e momento del briefing"/>
                <w:tag w:val="campo_242"/>
                <w:id w:val="100242"/>
                <w:text w:multiLine="1"/>
              </w:sdtPr>
              <w:sdtContent>
                <w:r>
                  <w:rPr>
                    <w:color w:val="007E87"/>
                    <w:sz w:val="19"/>
                  </w:rPr>
                  <w:t>[nominativo e momento del briefing]</w:t>
                </w:r>
              </w:sdtContent>
            </w:sdt>
          </w:p>
        </w:tc>
      </w:tr>
      <w:tr w:rsidR="00E54E13" w14:paraId="4958CA5E" w14:textId="77777777">
        <w:trPr>
          <w:cantSplit/>
          <w:trHeight w:val="386"/>
          <w:jc w:val="center"/>
        </w:trPr>
        <w:tc>
          <w:tcPr>
            <w:tcW w:w="2891" w:type="dxa"/>
            <w:shd w:val="clear" w:color="auto" w:fill="EDF3F9"/>
            <w:vAlign w:val="center"/>
          </w:tcPr>
          <w:p w14:paraId="0EFD01D0" w14:textId="77777777" w:rsidR="00E54E13" w:rsidRDefault="00000000">
            <w:pPr>
              <w:spacing w:before="30" w:after="30" w:line="236" w:lineRule="exact"/>
              <w:rPr>
                <w:rFonts w:hint="eastAsia"/>
              </w:rPr>
            </w:pPr>
            <w:r>
              <w:rPr>
                <w:b/>
                <w:sz w:val="18"/>
              </w:rPr>
              <w:t>Documenti illustrati</w:t>
            </w:r>
          </w:p>
        </w:tc>
        <w:tc>
          <w:tcPr>
            <w:tcW w:w="6860" w:type="dxa"/>
            <w:shd w:val="clear" w:color="auto" w:fill="F6F8FA"/>
            <w:vAlign w:val="center"/>
          </w:tcPr>
          <w:p w14:paraId="1B3B3479" w14:textId="77777777" w:rsidR="00E54E13" w:rsidRDefault="00000000">
            <w:pPr>
              <w:spacing w:before="30" w:after="30" w:line="236" w:lineRule="exact"/>
              <w:rPr>
                <w:rFonts w:hint="eastAsia"/>
              </w:rPr>
            </w:pPr>
            <w:sdt>
              <w:sdtPr>
                <w:alias w:val="PdL, PI, istruzioni, consegna e relative revisioni"/>
                <w:tag w:val="campo_243"/>
                <w:id w:val="100243"/>
                <w:text w:multiLine="1"/>
              </w:sdtPr>
              <w:sdtContent>
                <w:r>
                  <w:rPr>
                    <w:color w:val="007E87"/>
                    <w:sz w:val="19"/>
                  </w:rPr>
                  <w:t>[PdL, PI, istruzioni, consegna e relative revisioni]</w:t>
                </w:r>
              </w:sdtContent>
            </w:sdt>
          </w:p>
        </w:tc>
      </w:tr>
    </w:tbl>
    <w:p w14:paraId="6E584BC4" w14:textId="77777777" w:rsidR="00E54E13" w:rsidRDefault="00E54E13">
      <w:pPr>
        <w:spacing w:after="40" w:line="40" w:lineRule="exact"/>
        <w:rPr>
          <w:rFonts w:hint="eastAsia"/>
        </w:rPr>
      </w:pPr>
    </w:p>
    <w:p w14:paraId="4C5F9351" w14:textId="77777777" w:rsidR="00E54E13" w:rsidRDefault="00000000">
      <w:pPr>
        <w:pStyle w:val="Titolo3"/>
      </w:pPr>
      <w:r>
        <w:t>Argomenti del briefing</w:t>
      </w:r>
    </w:p>
    <w:p w14:paraId="09A360AC" w14:textId="77777777" w:rsidR="00E54E13" w:rsidRDefault="00000000">
      <w:pPr>
        <w:rPr>
          <w:rFonts w:hint="eastAsia"/>
        </w:rPr>
      </w:pPr>
      <w:r>
        <w:t>[ ] Obiettivo, impianto e confini   [ ] Condizioni e parti attive prossime</w:t>
      </w:r>
      <w:r>
        <w:br/>
        <w:t>[ ] Compiti e sequenze   [ ] Attrezzature, DPI e protezioni</w:t>
      </w:r>
      <w:r>
        <w:br/>
        <w:t>[ ] Supervisione / sorveglianza   [ ] Comunicazioni e conferme</w:t>
      </w:r>
      <w:r>
        <w:br/>
        <w:t>[ ] Condizioni di arresto   [ ] Emergenza e recapiti</w:t>
      </w:r>
      <w:r>
        <w:br/>
        <w:t>[ ] Termine, restituzione e divieto di modifiche non coordinate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154"/>
        <w:gridCol w:w="3061"/>
        <w:gridCol w:w="2381"/>
        <w:gridCol w:w="2154"/>
      </w:tblGrid>
      <w:tr w:rsidR="00E54E13" w14:paraId="1E4D2C73" w14:textId="77777777">
        <w:trPr>
          <w:tblHeader/>
          <w:jc w:val="center"/>
        </w:trPr>
        <w:tc>
          <w:tcPr>
            <w:tcW w:w="2154" w:type="dxa"/>
            <w:shd w:val="clear" w:color="auto" w:fill="12324B"/>
          </w:tcPr>
          <w:p w14:paraId="5BC05C95" w14:textId="77777777" w:rsidR="00E54E13" w:rsidRDefault="00000000">
            <w:pPr>
              <w:spacing w:before="30" w:after="30" w:line="230" w:lineRule="exact"/>
              <w:rPr>
                <w:rFonts w:hint="eastAsia"/>
              </w:rPr>
            </w:pPr>
            <w:r>
              <w:rPr>
                <w:b/>
                <w:color w:val="FFFFFF"/>
                <w:sz w:val="17"/>
              </w:rPr>
              <w:t>Addetto</w:t>
            </w:r>
          </w:p>
        </w:tc>
        <w:tc>
          <w:tcPr>
            <w:tcW w:w="3061" w:type="dxa"/>
            <w:shd w:val="clear" w:color="auto" w:fill="12324B"/>
          </w:tcPr>
          <w:p w14:paraId="7DAC9F82" w14:textId="77777777" w:rsidR="00E54E13" w:rsidRDefault="00000000">
            <w:pPr>
              <w:spacing w:before="30" w:after="30" w:line="230" w:lineRule="exact"/>
              <w:rPr>
                <w:rFonts w:hint="eastAsia"/>
              </w:rPr>
            </w:pPr>
            <w:r>
              <w:rPr>
                <w:b/>
                <w:color w:val="FFFFFF"/>
                <w:sz w:val="17"/>
              </w:rPr>
              <w:t>Compito</w:t>
            </w:r>
          </w:p>
        </w:tc>
        <w:tc>
          <w:tcPr>
            <w:tcW w:w="2381" w:type="dxa"/>
            <w:shd w:val="clear" w:color="auto" w:fill="12324B"/>
          </w:tcPr>
          <w:p w14:paraId="62704732" w14:textId="77777777" w:rsidR="00E54E13" w:rsidRDefault="00000000">
            <w:pPr>
              <w:spacing w:before="30" w:after="30" w:line="230" w:lineRule="exact"/>
              <w:rPr>
                <w:rFonts w:hint="eastAsia"/>
              </w:rPr>
            </w:pPr>
            <w:r>
              <w:rPr>
                <w:b/>
                <w:color w:val="FFFFFF"/>
                <w:sz w:val="17"/>
              </w:rPr>
              <w:t>Qualifica / idoneità pertinente</w:t>
            </w:r>
          </w:p>
        </w:tc>
        <w:tc>
          <w:tcPr>
            <w:tcW w:w="2154" w:type="dxa"/>
            <w:shd w:val="clear" w:color="auto" w:fill="12324B"/>
          </w:tcPr>
          <w:p w14:paraId="08682481" w14:textId="77777777" w:rsidR="00E54E13" w:rsidRDefault="00000000">
            <w:pPr>
              <w:spacing w:before="30" w:after="30" w:line="230" w:lineRule="exact"/>
              <w:rPr>
                <w:rFonts w:hint="eastAsia"/>
              </w:rPr>
            </w:pPr>
            <w:r>
              <w:rPr>
                <w:b/>
                <w:color w:val="FFFFFF"/>
                <w:sz w:val="17"/>
              </w:rPr>
              <w:t>Firma partecipazione</w:t>
            </w:r>
          </w:p>
        </w:tc>
      </w:tr>
      <w:tr w:rsidR="00E54E13" w14:paraId="3393466F" w14:textId="77777777">
        <w:trPr>
          <w:cantSplit/>
          <w:trHeight w:val="567"/>
          <w:jc w:val="center"/>
        </w:trPr>
        <w:tc>
          <w:tcPr>
            <w:tcW w:w="2154" w:type="dxa"/>
            <w:vAlign w:val="center"/>
          </w:tcPr>
          <w:p w14:paraId="11AF0B7A" w14:textId="77777777" w:rsidR="00E54E13" w:rsidRDefault="00000000">
            <w:pPr>
              <w:spacing w:before="30" w:after="30" w:line="230" w:lineRule="exact"/>
              <w:rPr>
                <w:rFonts w:hint="eastAsia"/>
              </w:rPr>
            </w:pPr>
            <w:r>
              <w:rPr>
                <w:sz w:val="17"/>
              </w:rPr>
              <w:t>[da compilare]</w:t>
            </w:r>
          </w:p>
        </w:tc>
        <w:tc>
          <w:tcPr>
            <w:tcW w:w="3061" w:type="dxa"/>
            <w:vAlign w:val="center"/>
          </w:tcPr>
          <w:p w14:paraId="0357F6AE" w14:textId="77777777" w:rsidR="00E54E13" w:rsidRDefault="00000000">
            <w:pPr>
              <w:spacing w:before="30" w:after="30" w:line="230" w:lineRule="exact"/>
              <w:rPr>
                <w:rFonts w:hint="eastAsia"/>
              </w:rPr>
            </w:pPr>
            <w:r>
              <w:rPr>
                <w:sz w:val="17"/>
              </w:rPr>
              <w:t>[da compilare]</w:t>
            </w:r>
          </w:p>
        </w:tc>
        <w:tc>
          <w:tcPr>
            <w:tcW w:w="2381" w:type="dxa"/>
            <w:vAlign w:val="center"/>
          </w:tcPr>
          <w:p w14:paraId="609F1CE4" w14:textId="77777777" w:rsidR="00E54E13" w:rsidRDefault="00000000">
            <w:pPr>
              <w:spacing w:before="30" w:after="30" w:line="230" w:lineRule="exact"/>
              <w:rPr>
                <w:rFonts w:hint="eastAsia"/>
              </w:rPr>
            </w:pPr>
            <w:r>
              <w:rPr>
                <w:sz w:val="17"/>
              </w:rPr>
              <w:t>[da compilare]</w:t>
            </w:r>
          </w:p>
        </w:tc>
        <w:tc>
          <w:tcPr>
            <w:tcW w:w="2154" w:type="dxa"/>
            <w:vAlign w:val="center"/>
          </w:tcPr>
          <w:p w14:paraId="5324530F" w14:textId="77777777" w:rsidR="00E54E13" w:rsidRDefault="00000000">
            <w:pPr>
              <w:spacing w:before="30" w:after="30" w:line="230" w:lineRule="exact"/>
              <w:rPr>
                <w:rFonts w:hint="eastAsia"/>
              </w:rPr>
            </w:pPr>
            <w:r>
              <w:rPr>
                <w:sz w:val="17"/>
              </w:rPr>
              <w:t>[da compilare]</w:t>
            </w:r>
          </w:p>
        </w:tc>
      </w:tr>
      <w:tr w:rsidR="00E54E13" w14:paraId="6CF23FD7" w14:textId="77777777">
        <w:trPr>
          <w:cantSplit/>
          <w:trHeight w:val="567"/>
          <w:jc w:val="center"/>
        </w:trPr>
        <w:tc>
          <w:tcPr>
            <w:tcW w:w="2154" w:type="dxa"/>
            <w:shd w:val="clear" w:color="auto" w:fill="F6F8FA"/>
            <w:vAlign w:val="center"/>
          </w:tcPr>
          <w:p w14:paraId="3401DDF3" w14:textId="77777777" w:rsidR="00E54E13" w:rsidRDefault="00000000">
            <w:pPr>
              <w:spacing w:before="30" w:after="30" w:line="230" w:lineRule="exact"/>
              <w:rPr>
                <w:rFonts w:hint="eastAsia"/>
              </w:rPr>
            </w:pPr>
            <w:r>
              <w:rPr>
                <w:sz w:val="17"/>
              </w:rPr>
              <w:t>[da compilare]</w:t>
            </w:r>
          </w:p>
        </w:tc>
        <w:tc>
          <w:tcPr>
            <w:tcW w:w="3061" w:type="dxa"/>
            <w:shd w:val="clear" w:color="auto" w:fill="F6F8FA"/>
            <w:vAlign w:val="center"/>
          </w:tcPr>
          <w:p w14:paraId="46AC9402" w14:textId="77777777" w:rsidR="00E54E13" w:rsidRDefault="00000000">
            <w:pPr>
              <w:spacing w:before="30" w:after="30" w:line="230" w:lineRule="exact"/>
              <w:rPr>
                <w:rFonts w:hint="eastAsia"/>
              </w:rPr>
            </w:pPr>
            <w:r>
              <w:rPr>
                <w:sz w:val="17"/>
              </w:rPr>
              <w:t>[da compilare]</w:t>
            </w:r>
          </w:p>
        </w:tc>
        <w:tc>
          <w:tcPr>
            <w:tcW w:w="2381" w:type="dxa"/>
            <w:shd w:val="clear" w:color="auto" w:fill="F6F8FA"/>
            <w:vAlign w:val="center"/>
          </w:tcPr>
          <w:p w14:paraId="65B6FDAC" w14:textId="77777777" w:rsidR="00E54E13" w:rsidRDefault="00000000">
            <w:pPr>
              <w:spacing w:before="30" w:after="30" w:line="230" w:lineRule="exact"/>
              <w:rPr>
                <w:rFonts w:hint="eastAsia"/>
              </w:rPr>
            </w:pPr>
            <w:r>
              <w:rPr>
                <w:sz w:val="17"/>
              </w:rPr>
              <w:t>[da compilare]</w:t>
            </w:r>
          </w:p>
        </w:tc>
        <w:tc>
          <w:tcPr>
            <w:tcW w:w="2154" w:type="dxa"/>
            <w:shd w:val="clear" w:color="auto" w:fill="F6F8FA"/>
            <w:vAlign w:val="center"/>
          </w:tcPr>
          <w:p w14:paraId="382E8D5F" w14:textId="77777777" w:rsidR="00E54E13" w:rsidRDefault="00000000">
            <w:pPr>
              <w:spacing w:before="30" w:after="30" w:line="230" w:lineRule="exact"/>
              <w:rPr>
                <w:rFonts w:hint="eastAsia"/>
              </w:rPr>
            </w:pPr>
            <w:r>
              <w:rPr>
                <w:sz w:val="17"/>
              </w:rPr>
              <w:t>[da compilare]</w:t>
            </w:r>
          </w:p>
        </w:tc>
      </w:tr>
      <w:tr w:rsidR="00E54E13" w14:paraId="6DBDB9E4" w14:textId="77777777">
        <w:trPr>
          <w:cantSplit/>
          <w:trHeight w:val="567"/>
          <w:jc w:val="center"/>
        </w:trPr>
        <w:tc>
          <w:tcPr>
            <w:tcW w:w="2154" w:type="dxa"/>
            <w:vAlign w:val="center"/>
          </w:tcPr>
          <w:p w14:paraId="2487FC24" w14:textId="77777777" w:rsidR="00E54E13" w:rsidRDefault="00000000">
            <w:pPr>
              <w:spacing w:before="30" w:after="30" w:line="230" w:lineRule="exact"/>
              <w:rPr>
                <w:rFonts w:hint="eastAsia"/>
              </w:rPr>
            </w:pPr>
            <w:r>
              <w:rPr>
                <w:sz w:val="17"/>
              </w:rPr>
              <w:t>[da compilare]</w:t>
            </w:r>
          </w:p>
        </w:tc>
        <w:tc>
          <w:tcPr>
            <w:tcW w:w="3061" w:type="dxa"/>
            <w:vAlign w:val="center"/>
          </w:tcPr>
          <w:p w14:paraId="0FE0AD40" w14:textId="77777777" w:rsidR="00E54E13" w:rsidRDefault="00000000">
            <w:pPr>
              <w:spacing w:before="30" w:after="30" w:line="230" w:lineRule="exact"/>
              <w:rPr>
                <w:rFonts w:hint="eastAsia"/>
              </w:rPr>
            </w:pPr>
            <w:r>
              <w:rPr>
                <w:sz w:val="17"/>
              </w:rPr>
              <w:t>[da compilare]</w:t>
            </w:r>
          </w:p>
        </w:tc>
        <w:tc>
          <w:tcPr>
            <w:tcW w:w="2381" w:type="dxa"/>
            <w:vAlign w:val="center"/>
          </w:tcPr>
          <w:p w14:paraId="39631E42" w14:textId="77777777" w:rsidR="00E54E13" w:rsidRDefault="00000000">
            <w:pPr>
              <w:spacing w:before="30" w:after="30" w:line="230" w:lineRule="exact"/>
              <w:rPr>
                <w:rFonts w:hint="eastAsia"/>
              </w:rPr>
            </w:pPr>
            <w:r>
              <w:rPr>
                <w:sz w:val="17"/>
              </w:rPr>
              <w:t>[da compilare]</w:t>
            </w:r>
          </w:p>
        </w:tc>
        <w:tc>
          <w:tcPr>
            <w:tcW w:w="2154" w:type="dxa"/>
            <w:vAlign w:val="center"/>
          </w:tcPr>
          <w:p w14:paraId="2A8C91AF" w14:textId="77777777" w:rsidR="00E54E13" w:rsidRDefault="00000000">
            <w:pPr>
              <w:spacing w:before="30" w:after="30" w:line="230" w:lineRule="exact"/>
              <w:rPr>
                <w:rFonts w:hint="eastAsia"/>
              </w:rPr>
            </w:pPr>
            <w:r>
              <w:rPr>
                <w:sz w:val="17"/>
              </w:rPr>
              <w:t>[da compilare]</w:t>
            </w:r>
          </w:p>
        </w:tc>
      </w:tr>
      <w:tr w:rsidR="00E54E13" w14:paraId="69EC827A" w14:textId="77777777">
        <w:trPr>
          <w:cantSplit/>
          <w:trHeight w:val="567"/>
          <w:jc w:val="center"/>
        </w:trPr>
        <w:tc>
          <w:tcPr>
            <w:tcW w:w="2154" w:type="dxa"/>
            <w:shd w:val="clear" w:color="auto" w:fill="F6F8FA"/>
            <w:vAlign w:val="center"/>
          </w:tcPr>
          <w:p w14:paraId="22915F6F" w14:textId="77777777" w:rsidR="00E54E13" w:rsidRDefault="00000000">
            <w:pPr>
              <w:spacing w:before="30" w:after="30" w:line="230" w:lineRule="exact"/>
              <w:rPr>
                <w:rFonts w:hint="eastAsia"/>
              </w:rPr>
            </w:pPr>
            <w:r>
              <w:rPr>
                <w:sz w:val="17"/>
              </w:rPr>
              <w:t>[da compilare]</w:t>
            </w:r>
          </w:p>
        </w:tc>
        <w:tc>
          <w:tcPr>
            <w:tcW w:w="3061" w:type="dxa"/>
            <w:shd w:val="clear" w:color="auto" w:fill="F6F8FA"/>
            <w:vAlign w:val="center"/>
          </w:tcPr>
          <w:p w14:paraId="3E06E5B0" w14:textId="77777777" w:rsidR="00E54E13" w:rsidRDefault="00000000">
            <w:pPr>
              <w:spacing w:before="30" w:after="30" w:line="230" w:lineRule="exact"/>
              <w:rPr>
                <w:rFonts w:hint="eastAsia"/>
              </w:rPr>
            </w:pPr>
            <w:r>
              <w:rPr>
                <w:sz w:val="17"/>
              </w:rPr>
              <w:t>[da compilare]</w:t>
            </w:r>
          </w:p>
        </w:tc>
        <w:tc>
          <w:tcPr>
            <w:tcW w:w="2381" w:type="dxa"/>
            <w:shd w:val="clear" w:color="auto" w:fill="F6F8FA"/>
            <w:vAlign w:val="center"/>
          </w:tcPr>
          <w:p w14:paraId="29A66BE7" w14:textId="77777777" w:rsidR="00E54E13" w:rsidRDefault="00000000">
            <w:pPr>
              <w:spacing w:before="30" w:after="30" w:line="230" w:lineRule="exact"/>
              <w:rPr>
                <w:rFonts w:hint="eastAsia"/>
              </w:rPr>
            </w:pPr>
            <w:r>
              <w:rPr>
                <w:sz w:val="17"/>
              </w:rPr>
              <w:t>[da compilare]</w:t>
            </w:r>
          </w:p>
        </w:tc>
        <w:tc>
          <w:tcPr>
            <w:tcW w:w="2154" w:type="dxa"/>
            <w:shd w:val="clear" w:color="auto" w:fill="F6F8FA"/>
            <w:vAlign w:val="center"/>
          </w:tcPr>
          <w:p w14:paraId="70864406" w14:textId="77777777" w:rsidR="00E54E13" w:rsidRDefault="00000000">
            <w:pPr>
              <w:spacing w:before="30" w:after="30" w:line="230" w:lineRule="exact"/>
              <w:rPr>
                <w:rFonts w:hint="eastAsia"/>
              </w:rPr>
            </w:pPr>
            <w:r>
              <w:rPr>
                <w:sz w:val="17"/>
              </w:rPr>
              <w:t>[da compilare]</w:t>
            </w:r>
          </w:p>
        </w:tc>
      </w:tr>
    </w:tbl>
    <w:p w14:paraId="31567C88" w14:textId="77777777" w:rsidR="00E54E13" w:rsidRDefault="00E54E13">
      <w:pPr>
        <w:spacing w:after="40" w:line="40" w:lineRule="exact"/>
        <w:rPr>
          <w:rFonts w:hint="eastAsia"/>
        </w:rPr>
      </w:pPr>
    </w:p>
    <w:p w14:paraId="5DF42AB2" w14:textId="77777777" w:rsidR="00E54E13" w:rsidRDefault="00000000">
      <w:pPr>
        <w:pStyle w:val="Titolo3"/>
      </w:pPr>
      <w:r>
        <w:t>Domande, dubbi e verifica della comprensione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376F67FF" w14:textId="77777777">
        <w:trPr>
          <w:cantSplit/>
          <w:trHeight w:val="658"/>
          <w:jc w:val="center"/>
        </w:trPr>
        <w:tc>
          <w:tcPr>
            <w:tcW w:w="9751" w:type="dxa"/>
            <w:vAlign w:val="center"/>
          </w:tcPr>
          <w:p w14:paraId="7B16DED4" w14:textId="77777777" w:rsidR="00E54E13" w:rsidRDefault="00000000">
            <w:pPr>
              <w:spacing w:before="30" w:after="30" w:line="234" w:lineRule="exact"/>
              <w:rPr>
                <w:rFonts w:hint="eastAsia"/>
              </w:rPr>
            </w:pPr>
            <w:sdt>
              <w:sdtPr>
                <w:alias w:val="compilare o richiamare un allegato identificato"/>
                <w:tag w:val="campo_244"/>
                <w:id w:val="100244"/>
                <w:text w:multiLine="1"/>
              </w:sdtPr>
              <w:sdtContent>
                <w:r>
                  <w:rPr>
                    <w:color w:val="007E87"/>
                    <w:sz w:val="19"/>
                  </w:rPr>
                  <w:t>[compilare o richiamare un allegato identificato]</w:t>
                </w:r>
              </w:sdtContent>
            </w:sdt>
          </w:p>
        </w:tc>
      </w:tr>
    </w:tbl>
    <w:p w14:paraId="47F57A9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C6A328C" w14:textId="77777777">
        <w:trPr>
          <w:cantSplit/>
          <w:trHeight w:val="386"/>
          <w:jc w:val="center"/>
        </w:trPr>
        <w:tc>
          <w:tcPr>
            <w:tcW w:w="2891" w:type="dxa"/>
            <w:shd w:val="clear" w:color="auto" w:fill="EDF3F9"/>
            <w:vAlign w:val="center"/>
          </w:tcPr>
          <w:p w14:paraId="2F6C4A8C" w14:textId="77777777" w:rsidR="00E54E13" w:rsidRDefault="00000000">
            <w:pPr>
              <w:spacing w:before="30" w:after="30" w:line="236" w:lineRule="exact"/>
              <w:rPr>
                <w:rFonts w:hint="eastAsia"/>
              </w:rPr>
            </w:pPr>
            <w:r>
              <w:rPr>
                <w:b/>
                <w:sz w:val="18"/>
              </w:rPr>
              <w:t>Condizioni per procedere</w:t>
            </w:r>
          </w:p>
        </w:tc>
        <w:tc>
          <w:tcPr>
            <w:tcW w:w="6860" w:type="dxa"/>
            <w:vAlign w:val="center"/>
          </w:tcPr>
          <w:p w14:paraId="68749AF9" w14:textId="77777777" w:rsidR="00E54E13" w:rsidRDefault="00000000">
            <w:pPr>
              <w:spacing w:before="30" w:after="30" w:line="236" w:lineRule="exact"/>
              <w:rPr>
                <w:rFonts w:hint="eastAsia"/>
              </w:rPr>
            </w:pPr>
            <w:sdt>
              <w:sdtPr>
                <w:alias w:val="confermate / non confermate e motivo"/>
                <w:tag w:val="campo_245"/>
                <w:id w:val="100245"/>
                <w:text w:multiLine="1"/>
              </w:sdtPr>
              <w:sdtContent>
                <w:r>
                  <w:rPr>
                    <w:color w:val="007E87"/>
                    <w:sz w:val="19"/>
                  </w:rPr>
                  <w:t>[confermate / non confermate e motivo]</w:t>
                </w:r>
              </w:sdtContent>
            </w:sdt>
          </w:p>
        </w:tc>
      </w:tr>
    </w:tbl>
    <w:p w14:paraId="71221ADE" w14:textId="77777777" w:rsidR="00E54E13" w:rsidRDefault="00E54E13">
      <w:pPr>
        <w:spacing w:after="40" w:line="40" w:lineRule="exact"/>
        <w:rPr>
          <w:rFonts w:hint="eastAsia"/>
        </w:rPr>
      </w:pPr>
    </w:p>
    <w:p w14:paraId="446DBA13" w14:textId="77777777" w:rsidR="00E54E13" w:rsidRDefault="00000000">
      <w:pPr>
        <w:pStyle w:val="FormHint"/>
        <w:rPr>
          <w:rFonts w:hint="eastAsia"/>
        </w:rPr>
      </w:pPr>
      <w:r>
        <w:t>Per una PAV esplicitare le informazioni specifiche ricevute e la PES di riferimento. La gestione di una PEC richiede misure effettive: il briefing non le attribuisce la qualifica.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7E5519F1" w14:textId="77777777">
        <w:trPr>
          <w:tblHeader/>
          <w:jc w:val="center"/>
        </w:trPr>
        <w:tc>
          <w:tcPr>
            <w:tcW w:w="3250" w:type="dxa"/>
            <w:shd w:val="clear" w:color="auto" w:fill="12324B"/>
          </w:tcPr>
          <w:p w14:paraId="40883575" w14:textId="77777777" w:rsidR="00E54E13" w:rsidRDefault="00000000">
            <w:pPr>
              <w:spacing w:before="30" w:after="30" w:line="228" w:lineRule="exact"/>
              <w:rPr>
                <w:rFonts w:hint="eastAsia"/>
              </w:rPr>
            </w:pPr>
            <w:r>
              <w:rPr>
                <w:b/>
                <w:color w:val="FFFFFF"/>
                <w:sz w:val="17"/>
              </w:rPr>
              <w:t>RLE</w:t>
            </w:r>
          </w:p>
        </w:tc>
        <w:tc>
          <w:tcPr>
            <w:tcW w:w="3250" w:type="dxa"/>
            <w:shd w:val="clear" w:color="auto" w:fill="12324B"/>
          </w:tcPr>
          <w:p w14:paraId="44779914" w14:textId="77777777" w:rsidR="00E54E13" w:rsidRDefault="00000000">
            <w:pPr>
              <w:spacing w:before="30" w:after="30" w:line="228" w:lineRule="exact"/>
              <w:rPr>
                <w:rFonts w:hint="eastAsia"/>
              </w:rPr>
            </w:pPr>
            <w:r>
              <w:rPr>
                <w:b/>
                <w:color w:val="FFFFFF"/>
                <w:sz w:val="17"/>
              </w:rPr>
              <w:t>Eventuale PES/PAV sorvegliante</w:t>
            </w:r>
          </w:p>
        </w:tc>
        <w:tc>
          <w:tcPr>
            <w:tcW w:w="3250" w:type="dxa"/>
            <w:shd w:val="clear" w:color="auto" w:fill="12324B"/>
          </w:tcPr>
          <w:p w14:paraId="3B386A5C" w14:textId="77777777" w:rsidR="00E54E13" w:rsidRDefault="00000000">
            <w:pPr>
              <w:spacing w:before="30" w:after="30" w:line="228" w:lineRule="exact"/>
              <w:rPr>
                <w:rFonts w:hint="eastAsia"/>
              </w:rPr>
            </w:pPr>
            <w:r>
              <w:rPr>
                <w:b/>
                <w:color w:val="FFFFFF"/>
                <w:sz w:val="17"/>
              </w:rPr>
              <w:t>Data</w:t>
            </w:r>
          </w:p>
        </w:tc>
      </w:tr>
      <w:tr w:rsidR="00E54E13" w14:paraId="1D1D10B9" w14:textId="77777777">
        <w:trPr>
          <w:cantSplit/>
          <w:trHeight w:val="567"/>
          <w:jc w:val="center"/>
        </w:trPr>
        <w:tc>
          <w:tcPr>
            <w:tcW w:w="3250" w:type="dxa"/>
            <w:vAlign w:val="center"/>
          </w:tcPr>
          <w:p w14:paraId="21D1408B"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3A5D01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B2BDF2A" w14:textId="77777777" w:rsidR="00E54E13" w:rsidRDefault="00000000">
            <w:pPr>
              <w:spacing w:before="30" w:after="30" w:line="228" w:lineRule="exact"/>
              <w:rPr>
                <w:rFonts w:hint="eastAsia"/>
              </w:rPr>
            </w:pPr>
            <w:r>
              <w:rPr>
                <w:sz w:val="17"/>
              </w:rPr>
              <w:t>____ / ____ / ______</w:t>
            </w:r>
          </w:p>
        </w:tc>
      </w:tr>
    </w:tbl>
    <w:p w14:paraId="7F17411A" w14:textId="77777777" w:rsidR="00E54E13" w:rsidRDefault="00E54E13">
      <w:pPr>
        <w:spacing w:after="40" w:line="40" w:lineRule="exact"/>
        <w:rPr>
          <w:rFonts w:hint="eastAsia"/>
        </w:rPr>
      </w:pPr>
    </w:p>
    <w:p w14:paraId="3A296F9E" w14:textId="77777777" w:rsidR="00E54E13" w:rsidRDefault="00000000">
      <w:pPr>
        <w:pStyle w:val="Source"/>
        <w:rPr>
          <w:rFonts w:hint="eastAsia"/>
        </w:rPr>
      </w:pPr>
      <w:r>
        <w:t>Modello originale [AZ]. Base: INAIL 2026, pp. 1–4. I campi vuoti non costituiscono una verifica positiva.</w:t>
      </w:r>
    </w:p>
    <w:p w14:paraId="62ABCCE6" w14:textId="77777777" w:rsidR="00E54E13" w:rsidRDefault="00000000">
      <w:pPr>
        <w:pStyle w:val="Eyebrow"/>
        <w:keepNext/>
        <w:pageBreakBefore/>
        <w:rPr>
          <w:rFonts w:hint="eastAsia"/>
        </w:rPr>
      </w:pPr>
      <w:r>
        <w:t>PARTE II  /  ALLEGATO OPERATIVO [AZ]</w:t>
      </w:r>
    </w:p>
    <w:p w14:paraId="73E07ED9" w14:textId="77777777" w:rsidR="00E54E13" w:rsidRDefault="00000000">
      <w:pPr>
        <w:pStyle w:val="Titolo1"/>
      </w:pPr>
      <w:bookmarkStart w:id="55" w:name="B56_A18"/>
      <w:r>
        <w:t>A18  Supervisione, sorveglianza e controlli in campo</w:t>
      </w:r>
      <w:bookmarkEnd w:id="55"/>
    </w:p>
    <w:p w14:paraId="066F4F3C" w14:textId="77777777" w:rsidR="00E54E13" w:rsidRDefault="00000000">
      <w:pPr>
        <w:pStyle w:val="FormHint"/>
        <w:rPr>
          <w:rFonts w:hint="eastAsia"/>
        </w:rPr>
      </w:pPr>
      <w:r>
        <w:t>Registrare controlli significativi e anomalie; il modulo non sostituisce il presidio effettivo.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45BB02C" w14:textId="77777777">
        <w:trPr>
          <w:cantSplit/>
          <w:trHeight w:val="346"/>
          <w:jc w:val="center"/>
        </w:trPr>
        <w:tc>
          <w:tcPr>
            <w:tcW w:w="2891" w:type="dxa"/>
            <w:shd w:val="clear" w:color="auto" w:fill="EDF3F9"/>
            <w:vAlign w:val="center"/>
          </w:tcPr>
          <w:p w14:paraId="773F62C5" w14:textId="77777777" w:rsidR="00E54E13" w:rsidRDefault="00000000">
            <w:pPr>
              <w:spacing w:before="30" w:after="30" w:line="236" w:lineRule="exact"/>
              <w:rPr>
                <w:rFonts w:hint="eastAsia"/>
              </w:rPr>
            </w:pPr>
            <w:r>
              <w:rPr>
                <w:b/>
                <w:sz w:val="18"/>
              </w:rPr>
              <w:t>Azienda / unità</w:t>
            </w:r>
          </w:p>
        </w:tc>
        <w:tc>
          <w:tcPr>
            <w:tcW w:w="6860" w:type="dxa"/>
            <w:vAlign w:val="center"/>
          </w:tcPr>
          <w:p w14:paraId="55BD25B0" w14:textId="77777777" w:rsidR="00E54E13" w:rsidRDefault="00000000">
            <w:pPr>
              <w:spacing w:before="30" w:after="30" w:line="236" w:lineRule="exact"/>
              <w:rPr>
                <w:rFonts w:hint="eastAsia"/>
              </w:rPr>
            </w:pPr>
            <w:sdt>
              <w:sdtPr>
                <w:alias w:val="ragione sociale e sede"/>
                <w:tag w:val="campo_247"/>
                <w:id w:val="100247"/>
                <w:text w:multiLine="1"/>
              </w:sdtPr>
              <w:sdtContent>
                <w:r>
                  <w:rPr>
                    <w:color w:val="007E87"/>
                    <w:sz w:val="19"/>
                  </w:rPr>
                  <w:t>[ragione sociale e sede]</w:t>
                </w:r>
              </w:sdtContent>
            </w:sdt>
          </w:p>
        </w:tc>
      </w:tr>
      <w:tr w:rsidR="00E54E13" w14:paraId="1CDE9817" w14:textId="77777777">
        <w:trPr>
          <w:cantSplit/>
          <w:trHeight w:val="346"/>
          <w:jc w:val="center"/>
        </w:trPr>
        <w:tc>
          <w:tcPr>
            <w:tcW w:w="2891" w:type="dxa"/>
            <w:shd w:val="clear" w:color="auto" w:fill="EDF3F9"/>
            <w:vAlign w:val="center"/>
          </w:tcPr>
          <w:p w14:paraId="5C825CA7"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0295640" w14:textId="77777777" w:rsidR="00E54E13" w:rsidRDefault="00000000">
            <w:pPr>
              <w:spacing w:before="30" w:after="30" w:line="236" w:lineRule="exact"/>
              <w:rPr>
                <w:rFonts w:hint="eastAsia"/>
              </w:rPr>
            </w:pPr>
            <w:sdt>
              <w:sdtPr>
                <w:alias w:val="codice, revisione e data"/>
                <w:tag w:val="campo_248"/>
                <w:id w:val="100248"/>
                <w:text w:multiLine="1"/>
              </w:sdtPr>
              <w:sdtContent>
                <w:r>
                  <w:rPr>
                    <w:color w:val="007E87"/>
                    <w:sz w:val="19"/>
                  </w:rPr>
                  <w:t>[codice, revisione e data]</w:t>
                </w:r>
              </w:sdtContent>
            </w:sdt>
          </w:p>
        </w:tc>
      </w:tr>
      <w:tr w:rsidR="00E54E13" w14:paraId="4EC170CD" w14:textId="77777777">
        <w:trPr>
          <w:cantSplit/>
          <w:trHeight w:val="346"/>
          <w:jc w:val="center"/>
        </w:trPr>
        <w:tc>
          <w:tcPr>
            <w:tcW w:w="2891" w:type="dxa"/>
            <w:shd w:val="clear" w:color="auto" w:fill="EDF3F9"/>
            <w:vAlign w:val="center"/>
          </w:tcPr>
          <w:p w14:paraId="227D5EBC" w14:textId="77777777" w:rsidR="00E54E13" w:rsidRDefault="00000000">
            <w:pPr>
              <w:spacing w:before="30" w:after="30" w:line="236" w:lineRule="exact"/>
              <w:rPr>
                <w:rFonts w:hint="eastAsia"/>
              </w:rPr>
            </w:pPr>
            <w:r>
              <w:rPr>
                <w:b/>
                <w:sz w:val="18"/>
              </w:rPr>
              <w:t>Lavoro / impianto</w:t>
            </w:r>
          </w:p>
        </w:tc>
        <w:tc>
          <w:tcPr>
            <w:tcW w:w="6860" w:type="dxa"/>
            <w:vAlign w:val="center"/>
          </w:tcPr>
          <w:p w14:paraId="3EA80480" w14:textId="77777777" w:rsidR="00E54E13" w:rsidRDefault="00000000">
            <w:pPr>
              <w:spacing w:before="30" w:after="30" w:line="236" w:lineRule="exact"/>
              <w:rPr>
                <w:rFonts w:hint="eastAsia"/>
              </w:rPr>
            </w:pPr>
            <w:sdt>
              <w:sdtPr>
                <w:alias w:val="codice lavoro e parte interessata"/>
                <w:tag w:val="campo_249"/>
                <w:id w:val="100249"/>
                <w:text w:multiLine="1"/>
              </w:sdtPr>
              <w:sdtContent>
                <w:r>
                  <w:rPr>
                    <w:color w:val="007E87"/>
                    <w:sz w:val="19"/>
                  </w:rPr>
                  <w:t>[codice lavoro e parte interessata]</w:t>
                </w:r>
              </w:sdtContent>
            </w:sdt>
          </w:p>
        </w:tc>
      </w:tr>
    </w:tbl>
    <w:p w14:paraId="6E113B31"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6F323C6" w14:textId="77777777">
        <w:trPr>
          <w:cantSplit/>
          <w:trHeight w:val="386"/>
          <w:jc w:val="center"/>
        </w:trPr>
        <w:tc>
          <w:tcPr>
            <w:tcW w:w="2891" w:type="dxa"/>
            <w:shd w:val="clear" w:color="auto" w:fill="EDF3F9"/>
            <w:vAlign w:val="center"/>
          </w:tcPr>
          <w:p w14:paraId="2618B506" w14:textId="77777777" w:rsidR="00E54E13" w:rsidRDefault="00000000">
            <w:pPr>
              <w:spacing w:before="30" w:after="30" w:line="236" w:lineRule="exact"/>
              <w:rPr>
                <w:rFonts w:hint="eastAsia"/>
              </w:rPr>
            </w:pPr>
            <w:r>
              <w:rPr>
                <w:b/>
                <w:sz w:val="18"/>
              </w:rPr>
              <w:t>RLE e supervisione</w:t>
            </w:r>
          </w:p>
        </w:tc>
        <w:tc>
          <w:tcPr>
            <w:tcW w:w="6860" w:type="dxa"/>
            <w:vAlign w:val="center"/>
          </w:tcPr>
          <w:p w14:paraId="1CE56227" w14:textId="77777777" w:rsidR="00E54E13" w:rsidRDefault="00000000">
            <w:pPr>
              <w:spacing w:before="30" w:after="30" w:line="236" w:lineRule="exact"/>
              <w:rPr>
                <w:rFonts w:hint="eastAsia"/>
              </w:rPr>
            </w:pPr>
            <w:sdt>
              <w:sdtPr>
                <w:alias w:val="sul posto / personale; riferimento alla scelta del GL"/>
                <w:tag w:val="campo_250"/>
                <w:id w:val="100250"/>
                <w:text w:multiLine="1"/>
              </w:sdtPr>
              <w:sdtContent>
                <w:r>
                  <w:rPr>
                    <w:color w:val="007E87"/>
                    <w:sz w:val="19"/>
                  </w:rPr>
                  <w:t>[sul posto / personale; riferimento alla scelta del GL]</w:t>
                </w:r>
              </w:sdtContent>
            </w:sdt>
          </w:p>
        </w:tc>
      </w:tr>
      <w:tr w:rsidR="00E54E13" w14:paraId="7EE10AC0" w14:textId="77777777">
        <w:trPr>
          <w:cantSplit/>
          <w:trHeight w:val="386"/>
          <w:jc w:val="center"/>
        </w:trPr>
        <w:tc>
          <w:tcPr>
            <w:tcW w:w="2891" w:type="dxa"/>
            <w:shd w:val="clear" w:color="auto" w:fill="EDF3F9"/>
            <w:vAlign w:val="center"/>
          </w:tcPr>
          <w:p w14:paraId="58B01FD8" w14:textId="77777777" w:rsidR="00E54E13" w:rsidRDefault="00000000">
            <w:pPr>
              <w:spacing w:before="30" w:after="30" w:line="236" w:lineRule="exact"/>
              <w:rPr>
                <w:rFonts w:hint="eastAsia"/>
              </w:rPr>
            </w:pPr>
            <w:r>
              <w:rPr>
                <w:b/>
                <w:sz w:val="18"/>
              </w:rPr>
              <w:t>Sorveglianza se prevista</w:t>
            </w:r>
          </w:p>
        </w:tc>
        <w:tc>
          <w:tcPr>
            <w:tcW w:w="6860" w:type="dxa"/>
            <w:shd w:val="clear" w:color="auto" w:fill="F6F8FA"/>
            <w:vAlign w:val="center"/>
          </w:tcPr>
          <w:p w14:paraId="77C29528" w14:textId="77777777" w:rsidR="00E54E13" w:rsidRDefault="00000000">
            <w:pPr>
              <w:spacing w:before="30" w:after="30" w:line="236" w:lineRule="exact"/>
              <w:rPr>
                <w:rFonts w:hint="eastAsia"/>
              </w:rPr>
            </w:pPr>
            <w:sdt>
              <w:sdtPr>
                <w:alias w:val="PES/PAV incaricata e persone interessate"/>
                <w:tag w:val="campo_251"/>
                <w:id w:val="100251"/>
                <w:text w:multiLine="1"/>
              </w:sdtPr>
              <w:sdtContent>
                <w:r>
                  <w:rPr>
                    <w:color w:val="007E87"/>
                    <w:sz w:val="19"/>
                  </w:rPr>
                  <w:t>[PES/PAV incaricata e persone interessate]</w:t>
                </w:r>
              </w:sdtContent>
            </w:sdt>
          </w:p>
        </w:tc>
      </w:tr>
    </w:tbl>
    <w:p w14:paraId="1A66654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1587"/>
        <w:gridCol w:w="4252"/>
        <w:gridCol w:w="3912"/>
      </w:tblGrid>
      <w:tr w:rsidR="00E54E13" w14:paraId="4EF05FE5" w14:textId="77777777">
        <w:trPr>
          <w:tblHeader/>
          <w:jc w:val="center"/>
        </w:trPr>
        <w:tc>
          <w:tcPr>
            <w:tcW w:w="1587" w:type="dxa"/>
            <w:shd w:val="clear" w:color="auto" w:fill="12324B"/>
          </w:tcPr>
          <w:p w14:paraId="6547520B" w14:textId="77777777" w:rsidR="00E54E13" w:rsidRDefault="00000000">
            <w:pPr>
              <w:spacing w:before="30" w:after="30" w:line="234" w:lineRule="exact"/>
              <w:rPr>
                <w:rFonts w:hint="eastAsia"/>
              </w:rPr>
            </w:pPr>
            <w:r>
              <w:rPr>
                <w:b/>
                <w:color w:val="FFFFFF"/>
                <w:sz w:val="18"/>
              </w:rPr>
              <w:t>Momento / ora</w:t>
            </w:r>
          </w:p>
        </w:tc>
        <w:tc>
          <w:tcPr>
            <w:tcW w:w="4252" w:type="dxa"/>
            <w:shd w:val="clear" w:color="auto" w:fill="12324B"/>
          </w:tcPr>
          <w:p w14:paraId="7C234B41" w14:textId="77777777" w:rsidR="00E54E13" w:rsidRDefault="00000000">
            <w:pPr>
              <w:spacing w:before="30" w:after="30" w:line="234" w:lineRule="exact"/>
              <w:rPr>
                <w:rFonts w:hint="eastAsia"/>
              </w:rPr>
            </w:pPr>
            <w:r>
              <w:rPr>
                <w:b/>
                <w:color w:val="FFFFFF"/>
                <w:sz w:val="18"/>
              </w:rPr>
              <w:t>Condizione verificata</w:t>
            </w:r>
          </w:p>
        </w:tc>
        <w:tc>
          <w:tcPr>
            <w:tcW w:w="3912" w:type="dxa"/>
            <w:shd w:val="clear" w:color="auto" w:fill="12324B"/>
          </w:tcPr>
          <w:p w14:paraId="710B05F4" w14:textId="77777777" w:rsidR="00E54E13" w:rsidRDefault="00000000">
            <w:pPr>
              <w:spacing w:before="30" w:after="30" w:line="234" w:lineRule="exact"/>
              <w:rPr>
                <w:rFonts w:hint="eastAsia"/>
              </w:rPr>
            </w:pPr>
            <w:r>
              <w:rPr>
                <w:b/>
                <w:color w:val="FFFFFF"/>
                <w:sz w:val="18"/>
              </w:rPr>
              <w:t>Esito / misura adottata</w:t>
            </w:r>
          </w:p>
        </w:tc>
      </w:tr>
      <w:tr w:rsidR="00E54E13" w14:paraId="07E888A7" w14:textId="77777777">
        <w:trPr>
          <w:cantSplit/>
          <w:trHeight w:val="652"/>
          <w:jc w:val="center"/>
        </w:trPr>
        <w:tc>
          <w:tcPr>
            <w:tcW w:w="1587" w:type="dxa"/>
            <w:vAlign w:val="center"/>
          </w:tcPr>
          <w:p w14:paraId="769BB093" w14:textId="77777777" w:rsidR="00E54E13" w:rsidRDefault="00000000">
            <w:pPr>
              <w:spacing w:before="30" w:after="30" w:line="234" w:lineRule="exact"/>
              <w:rPr>
                <w:rFonts w:hint="eastAsia"/>
              </w:rPr>
            </w:pPr>
            <w:r>
              <w:rPr>
                <w:sz w:val="18"/>
              </w:rPr>
              <w:t>[da compilare]</w:t>
            </w:r>
          </w:p>
        </w:tc>
        <w:tc>
          <w:tcPr>
            <w:tcW w:w="4252" w:type="dxa"/>
            <w:vAlign w:val="center"/>
          </w:tcPr>
          <w:p w14:paraId="4DD1F62E" w14:textId="77777777" w:rsidR="00E54E13" w:rsidRDefault="00000000">
            <w:pPr>
              <w:spacing w:before="30" w:after="30" w:line="234" w:lineRule="exact"/>
              <w:rPr>
                <w:rFonts w:hint="eastAsia"/>
              </w:rPr>
            </w:pPr>
            <w:r>
              <w:rPr>
                <w:sz w:val="18"/>
              </w:rPr>
              <w:t>[da compilare]</w:t>
            </w:r>
          </w:p>
        </w:tc>
        <w:tc>
          <w:tcPr>
            <w:tcW w:w="3912" w:type="dxa"/>
            <w:vAlign w:val="center"/>
          </w:tcPr>
          <w:p w14:paraId="0ADE2971" w14:textId="77777777" w:rsidR="00E54E13" w:rsidRDefault="00000000">
            <w:pPr>
              <w:spacing w:before="30" w:after="30" w:line="234" w:lineRule="exact"/>
              <w:rPr>
                <w:rFonts w:hint="eastAsia"/>
              </w:rPr>
            </w:pPr>
            <w:r>
              <w:rPr>
                <w:sz w:val="18"/>
              </w:rPr>
              <w:t>[da compilare]</w:t>
            </w:r>
          </w:p>
        </w:tc>
      </w:tr>
      <w:tr w:rsidR="00E54E13" w14:paraId="637EE385" w14:textId="77777777">
        <w:trPr>
          <w:cantSplit/>
          <w:trHeight w:val="652"/>
          <w:jc w:val="center"/>
        </w:trPr>
        <w:tc>
          <w:tcPr>
            <w:tcW w:w="1587" w:type="dxa"/>
            <w:shd w:val="clear" w:color="auto" w:fill="F6F8FA"/>
            <w:vAlign w:val="center"/>
          </w:tcPr>
          <w:p w14:paraId="7ECF35C5" w14:textId="77777777" w:rsidR="00E54E13" w:rsidRDefault="00000000">
            <w:pPr>
              <w:spacing w:before="30" w:after="30" w:line="234" w:lineRule="exact"/>
              <w:rPr>
                <w:rFonts w:hint="eastAsia"/>
              </w:rPr>
            </w:pPr>
            <w:r>
              <w:rPr>
                <w:sz w:val="18"/>
              </w:rPr>
              <w:t>[da compilare]</w:t>
            </w:r>
          </w:p>
        </w:tc>
        <w:tc>
          <w:tcPr>
            <w:tcW w:w="4252" w:type="dxa"/>
            <w:shd w:val="clear" w:color="auto" w:fill="F6F8FA"/>
            <w:vAlign w:val="center"/>
          </w:tcPr>
          <w:p w14:paraId="6E4ED53A" w14:textId="77777777" w:rsidR="00E54E13" w:rsidRDefault="00000000">
            <w:pPr>
              <w:spacing w:before="30" w:after="30" w:line="234" w:lineRule="exact"/>
              <w:rPr>
                <w:rFonts w:hint="eastAsia"/>
              </w:rPr>
            </w:pPr>
            <w:r>
              <w:rPr>
                <w:sz w:val="18"/>
              </w:rPr>
              <w:t>[da compilare]</w:t>
            </w:r>
          </w:p>
        </w:tc>
        <w:tc>
          <w:tcPr>
            <w:tcW w:w="3912" w:type="dxa"/>
            <w:shd w:val="clear" w:color="auto" w:fill="F6F8FA"/>
            <w:vAlign w:val="center"/>
          </w:tcPr>
          <w:p w14:paraId="61570C47" w14:textId="77777777" w:rsidR="00E54E13" w:rsidRDefault="00000000">
            <w:pPr>
              <w:spacing w:before="30" w:after="30" w:line="234" w:lineRule="exact"/>
              <w:rPr>
                <w:rFonts w:hint="eastAsia"/>
              </w:rPr>
            </w:pPr>
            <w:r>
              <w:rPr>
                <w:sz w:val="18"/>
              </w:rPr>
              <w:t>[da compilare]</w:t>
            </w:r>
          </w:p>
        </w:tc>
      </w:tr>
      <w:tr w:rsidR="00E54E13" w14:paraId="04A336AB" w14:textId="77777777">
        <w:trPr>
          <w:cantSplit/>
          <w:trHeight w:val="652"/>
          <w:jc w:val="center"/>
        </w:trPr>
        <w:tc>
          <w:tcPr>
            <w:tcW w:w="1587" w:type="dxa"/>
            <w:vAlign w:val="center"/>
          </w:tcPr>
          <w:p w14:paraId="15EB5C75" w14:textId="77777777" w:rsidR="00E54E13" w:rsidRDefault="00000000">
            <w:pPr>
              <w:spacing w:before="30" w:after="30" w:line="234" w:lineRule="exact"/>
              <w:rPr>
                <w:rFonts w:hint="eastAsia"/>
              </w:rPr>
            </w:pPr>
            <w:r>
              <w:rPr>
                <w:sz w:val="18"/>
              </w:rPr>
              <w:t>[da compilare]</w:t>
            </w:r>
          </w:p>
        </w:tc>
        <w:tc>
          <w:tcPr>
            <w:tcW w:w="4252" w:type="dxa"/>
            <w:vAlign w:val="center"/>
          </w:tcPr>
          <w:p w14:paraId="0146A0A4" w14:textId="77777777" w:rsidR="00E54E13" w:rsidRDefault="00000000">
            <w:pPr>
              <w:spacing w:before="30" w:after="30" w:line="234" w:lineRule="exact"/>
              <w:rPr>
                <w:rFonts w:hint="eastAsia"/>
              </w:rPr>
            </w:pPr>
            <w:r>
              <w:rPr>
                <w:sz w:val="18"/>
              </w:rPr>
              <w:t>[da compilare]</w:t>
            </w:r>
          </w:p>
        </w:tc>
        <w:tc>
          <w:tcPr>
            <w:tcW w:w="3912" w:type="dxa"/>
            <w:vAlign w:val="center"/>
          </w:tcPr>
          <w:p w14:paraId="0D8D6688" w14:textId="77777777" w:rsidR="00E54E13" w:rsidRDefault="00000000">
            <w:pPr>
              <w:spacing w:before="30" w:after="30" w:line="234" w:lineRule="exact"/>
              <w:rPr>
                <w:rFonts w:hint="eastAsia"/>
              </w:rPr>
            </w:pPr>
            <w:r>
              <w:rPr>
                <w:sz w:val="18"/>
              </w:rPr>
              <w:t>[da compilare]</w:t>
            </w:r>
          </w:p>
        </w:tc>
      </w:tr>
      <w:tr w:rsidR="00E54E13" w14:paraId="19ECE7BF" w14:textId="77777777">
        <w:trPr>
          <w:cantSplit/>
          <w:trHeight w:val="652"/>
          <w:jc w:val="center"/>
        </w:trPr>
        <w:tc>
          <w:tcPr>
            <w:tcW w:w="1587" w:type="dxa"/>
            <w:shd w:val="clear" w:color="auto" w:fill="F6F8FA"/>
            <w:vAlign w:val="center"/>
          </w:tcPr>
          <w:p w14:paraId="0474F323" w14:textId="77777777" w:rsidR="00E54E13" w:rsidRDefault="00000000">
            <w:pPr>
              <w:spacing w:before="30" w:after="30" w:line="234" w:lineRule="exact"/>
              <w:rPr>
                <w:rFonts w:hint="eastAsia"/>
              </w:rPr>
            </w:pPr>
            <w:r>
              <w:rPr>
                <w:sz w:val="18"/>
              </w:rPr>
              <w:t>[da compilare]</w:t>
            </w:r>
          </w:p>
        </w:tc>
        <w:tc>
          <w:tcPr>
            <w:tcW w:w="4252" w:type="dxa"/>
            <w:shd w:val="clear" w:color="auto" w:fill="F6F8FA"/>
            <w:vAlign w:val="center"/>
          </w:tcPr>
          <w:p w14:paraId="15A0399B" w14:textId="77777777" w:rsidR="00E54E13" w:rsidRDefault="00000000">
            <w:pPr>
              <w:spacing w:before="30" w:after="30" w:line="234" w:lineRule="exact"/>
              <w:rPr>
                <w:rFonts w:hint="eastAsia"/>
              </w:rPr>
            </w:pPr>
            <w:r>
              <w:rPr>
                <w:sz w:val="18"/>
              </w:rPr>
              <w:t>[da compilare]</w:t>
            </w:r>
          </w:p>
        </w:tc>
        <w:tc>
          <w:tcPr>
            <w:tcW w:w="3912" w:type="dxa"/>
            <w:shd w:val="clear" w:color="auto" w:fill="F6F8FA"/>
            <w:vAlign w:val="center"/>
          </w:tcPr>
          <w:p w14:paraId="3ECEADC3" w14:textId="77777777" w:rsidR="00E54E13" w:rsidRDefault="00000000">
            <w:pPr>
              <w:spacing w:before="30" w:after="30" w:line="234" w:lineRule="exact"/>
              <w:rPr>
                <w:rFonts w:hint="eastAsia"/>
              </w:rPr>
            </w:pPr>
            <w:r>
              <w:rPr>
                <w:sz w:val="18"/>
              </w:rPr>
              <w:t>[da compilare]</w:t>
            </w:r>
          </w:p>
        </w:tc>
      </w:tr>
      <w:tr w:rsidR="00E54E13" w14:paraId="1FFDB6FC" w14:textId="77777777">
        <w:trPr>
          <w:cantSplit/>
          <w:trHeight w:val="652"/>
          <w:jc w:val="center"/>
        </w:trPr>
        <w:tc>
          <w:tcPr>
            <w:tcW w:w="1587" w:type="dxa"/>
            <w:vAlign w:val="center"/>
          </w:tcPr>
          <w:p w14:paraId="30835AB6" w14:textId="77777777" w:rsidR="00E54E13" w:rsidRDefault="00000000">
            <w:pPr>
              <w:spacing w:before="30" w:after="30" w:line="234" w:lineRule="exact"/>
              <w:rPr>
                <w:rFonts w:hint="eastAsia"/>
              </w:rPr>
            </w:pPr>
            <w:r>
              <w:rPr>
                <w:sz w:val="18"/>
              </w:rPr>
              <w:t>[da compilare]</w:t>
            </w:r>
          </w:p>
        </w:tc>
        <w:tc>
          <w:tcPr>
            <w:tcW w:w="4252" w:type="dxa"/>
            <w:vAlign w:val="center"/>
          </w:tcPr>
          <w:p w14:paraId="3A3BC72B" w14:textId="77777777" w:rsidR="00E54E13" w:rsidRDefault="00000000">
            <w:pPr>
              <w:spacing w:before="30" w:after="30" w:line="234" w:lineRule="exact"/>
              <w:rPr>
                <w:rFonts w:hint="eastAsia"/>
              </w:rPr>
            </w:pPr>
            <w:r>
              <w:rPr>
                <w:sz w:val="18"/>
              </w:rPr>
              <w:t>[da compilare]</w:t>
            </w:r>
          </w:p>
        </w:tc>
        <w:tc>
          <w:tcPr>
            <w:tcW w:w="3912" w:type="dxa"/>
            <w:vAlign w:val="center"/>
          </w:tcPr>
          <w:p w14:paraId="2254884D" w14:textId="77777777" w:rsidR="00E54E13" w:rsidRDefault="00000000">
            <w:pPr>
              <w:spacing w:before="30" w:after="30" w:line="234" w:lineRule="exact"/>
              <w:rPr>
                <w:rFonts w:hint="eastAsia"/>
              </w:rPr>
            </w:pPr>
            <w:r>
              <w:rPr>
                <w:sz w:val="18"/>
              </w:rPr>
              <w:t>[da compilare]</w:t>
            </w:r>
          </w:p>
        </w:tc>
      </w:tr>
    </w:tbl>
    <w:p w14:paraId="6361A02F" w14:textId="77777777" w:rsidR="00E54E13" w:rsidRDefault="00E54E13">
      <w:pPr>
        <w:spacing w:after="40" w:line="40" w:lineRule="exact"/>
        <w:rPr>
          <w:rFonts w:hint="eastAsia"/>
        </w:rPr>
      </w:pPr>
    </w:p>
    <w:p w14:paraId="334B2595" w14:textId="77777777" w:rsidR="00E54E13" w:rsidRDefault="00000000">
      <w:pPr>
        <w:pStyle w:val="Titolo3"/>
      </w:pPr>
      <w:r>
        <w:t>Punti di attenzione</w:t>
      </w:r>
    </w:p>
    <w:p w14:paraId="64ED9E4B" w14:textId="77777777" w:rsidR="00E54E13" w:rsidRDefault="00000000">
      <w:pPr>
        <w:rPr>
          <w:rFonts w:hint="eastAsia"/>
        </w:rPr>
      </w:pPr>
      <w:r>
        <w:t>[ ] Condizioni iniziali e mantenimento dell’assetto</w:t>
      </w:r>
      <w:r>
        <w:br/>
        <w:t>[ ] Presenza del RLE e compatibilità delle attività svolte</w:t>
      </w:r>
      <w:r>
        <w:br/>
        <w:t>[ ] Delimitazioni, protezioni e distanze previste</w:t>
      </w:r>
      <w:r>
        <w:br/>
        <w:t>[ ] Uso di DPI, attrezzature e vestiario</w:t>
      </w:r>
      <w:r>
        <w:br/>
        <w:t>[ ] Compiti e comportamento degli operatori</w:t>
      </w:r>
      <w:r>
        <w:br/>
        <w:t>[ ] Condizioni ambientali e interferenze</w:t>
      </w:r>
      <w:r>
        <w:br/>
        <w:t>[ ] Informazioni e documenti coerenti con il lavoro effettivo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BBC449E" w14:textId="77777777">
        <w:trPr>
          <w:cantSplit/>
          <w:trHeight w:val="386"/>
          <w:jc w:val="center"/>
        </w:trPr>
        <w:tc>
          <w:tcPr>
            <w:tcW w:w="2891" w:type="dxa"/>
            <w:shd w:val="clear" w:color="auto" w:fill="EDF3F9"/>
            <w:vAlign w:val="center"/>
          </w:tcPr>
          <w:p w14:paraId="0ADE82EF" w14:textId="77777777" w:rsidR="00E54E13" w:rsidRDefault="00000000">
            <w:pPr>
              <w:spacing w:before="30" w:after="30" w:line="236" w:lineRule="exact"/>
              <w:rPr>
                <w:rFonts w:hint="eastAsia"/>
              </w:rPr>
            </w:pPr>
            <w:r>
              <w:rPr>
                <w:b/>
                <w:sz w:val="18"/>
              </w:rPr>
              <w:t>Anomalie / sospensioni</w:t>
            </w:r>
          </w:p>
        </w:tc>
        <w:tc>
          <w:tcPr>
            <w:tcW w:w="6860" w:type="dxa"/>
            <w:vAlign w:val="center"/>
          </w:tcPr>
          <w:p w14:paraId="1551BC94" w14:textId="77777777" w:rsidR="00E54E13" w:rsidRDefault="00000000">
            <w:pPr>
              <w:spacing w:before="30" w:after="30" w:line="236" w:lineRule="exact"/>
              <w:rPr>
                <w:rFonts w:hint="eastAsia"/>
              </w:rPr>
            </w:pPr>
            <w:sdt>
              <w:sdtPr>
                <w:alias w:val="richiamo A19 o A23"/>
                <w:tag w:val="campo_252"/>
                <w:id w:val="100252"/>
                <w:text w:multiLine="1"/>
              </w:sdtPr>
              <w:sdtContent>
                <w:r>
                  <w:rPr>
                    <w:color w:val="007E87"/>
                    <w:sz w:val="19"/>
                  </w:rPr>
                  <w:t>[richiamo A19 o A23]</w:t>
                </w:r>
              </w:sdtContent>
            </w:sdt>
          </w:p>
        </w:tc>
      </w:tr>
      <w:tr w:rsidR="00E54E13" w14:paraId="7B540CD0" w14:textId="77777777">
        <w:trPr>
          <w:cantSplit/>
          <w:trHeight w:val="386"/>
          <w:jc w:val="center"/>
        </w:trPr>
        <w:tc>
          <w:tcPr>
            <w:tcW w:w="2891" w:type="dxa"/>
            <w:shd w:val="clear" w:color="auto" w:fill="EDF3F9"/>
            <w:vAlign w:val="center"/>
          </w:tcPr>
          <w:p w14:paraId="00A14CDA" w14:textId="77777777" w:rsidR="00E54E13" w:rsidRDefault="00000000">
            <w:pPr>
              <w:spacing w:before="30" w:after="30" w:line="236" w:lineRule="exact"/>
              <w:rPr>
                <w:rFonts w:hint="eastAsia"/>
              </w:rPr>
            </w:pPr>
            <w:r>
              <w:rPr>
                <w:b/>
                <w:sz w:val="18"/>
              </w:rPr>
              <w:t>Conclusione dei controlli</w:t>
            </w:r>
          </w:p>
        </w:tc>
        <w:tc>
          <w:tcPr>
            <w:tcW w:w="6860" w:type="dxa"/>
            <w:shd w:val="clear" w:color="auto" w:fill="F6F8FA"/>
            <w:vAlign w:val="center"/>
          </w:tcPr>
          <w:p w14:paraId="470DE697" w14:textId="77777777" w:rsidR="00E54E13" w:rsidRDefault="00000000">
            <w:pPr>
              <w:spacing w:before="30" w:after="30" w:line="236" w:lineRule="exact"/>
              <w:rPr>
                <w:rFonts w:hint="eastAsia"/>
              </w:rPr>
            </w:pPr>
            <w:sdt>
              <w:sdtPr>
                <w:alias w:val="esito e condizioni da mantenere"/>
                <w:tag w:val="campo_253"/>
                <w:id w:val="100253"/>
                <w:text w:multiLine="1"/>
              </w:sdtPr>
              <w:sdtContent>
                <w:r>
                  <w:rPr>
                    <w:color w:val="007E87"/>
                    <w:sz w:val="19"/>
                  </w:rPr>
                  <w:t>[esito e condizioni da mantenere]</w:t>
                </w:r>
              </w:sdtContent>
            </w:sdt>
          </w:p>
        </w:tc>
      </w:tr>
    </w:tbl>
    <w:p w14:paraId="627C8AAF"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66387182" w14:textId="77777777">
        <w:trPr>
          <w:tblHeader/>
          <w:jc w:val="center"/>
        </w:trPr>
        <w:tc>
          <w:tcPr>
            <w:tcW w:w="3250" w:type="dxa"/>
            <w:shd w:val="clear" w:color="auto" w:fill="12324B"/>
          </w:tcPr>
          <w:p w14:paraId="5EE156FB" w14:textId="77777777" w:rsidR="00E54E13" w:rsidRDefault="00000000">
            <w:pPr>
              <w:spacing w:before="30" w:after="30" w:line="228" w:lineRule="exact"/>
              <w:rPr>
                <w:rFonts w:hint="eastAsia"/>
              </w:rPr>
            </w:pPr>
            <w:r>
              <w:rPr>
                <w:b/>
                <w:color w:val="FFFFFF"/>
                <w:sz w:val="17"/>
              </w:rPr>
              <w:t>RLE</w:t>
            </w:r>
          </w:p>
        </w:tc>
        <w:tc>
          <w:tcPr>
            <w:tcW w:w="3250" w:type="dxa"/>
            <w:shd w:val="clear" w:color="auto" w:fill="12324B"/>
          </w:tcPr>
          <w:p w14:paraId="05D2BB3F" w14:textId="77777777" w:rsidR="00E54E13" w:rsidRDefault="00000000">
            <w:pPr>
              <w:spacing w:before="30" w:after="30" w:line="228" w:lineRule="exact"/>
              <w:rPr>
                <w:rFonts w:hint="eastAsia"/>
              </w:rPr>
            </w:pPr>
            <w:r>
              <w:rPr>
                <w:b/>
                <w:color w:val="FFFFFF"/>
                <w:sz w:val="17"/>
              </w:rPr>
              <w:t>Sorvegliante, se presente</w:t>
            </w:r>
          </w:p>
        </w:tc>
        <w:tc>
          <w:tcPr>
            <w:tcW w:w="3250" w:type="dxa"/>
            <w:shd w:val="clear" w:color="auto" w:fill="12324B"/>
          </w:tcPr>
          <w:p w14:paraId="00660E1F" w14:textId="77777777" w:rsidR="00E54E13" w:rsidRDefault="00000000">
            <w:pPr>
              <w:spacing w:before="30" w:after="30" w:line="228" w:lineRule="exact"/>
              <w:rPr>
                <w:rFonts w:hint="eastAsia"/>
              </w:rPr>
            </w:pPr>
            <w:r>
              <w:rPr>
                <w:b/>
                <w:color w:val="FFFFFF"/>
                <w:sz w:val="17"/>
              </w:rPr>
              <w:t>Data</w:t>
            </w:r>
          </w:p>
        </w:tc>
      </w:tr>
      <w:tr w:rsidR="00E54E13" w14:paraId="61234DA9" w14:textId="77777777">
        <w:trPr>
          <w:cantSplit/>
          <w:trHeight w:val="567"/>
          <w:jc w:val="center"/>
        </w:trPr>
        <w:tc>
          <w:tcPr>
            <w:tcW w:w="3250" w:type="dxa"/>
            <w:vAlign w:val="center"/>
          </w:tcPr>
          <w:p w14:paraId="1E67758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215649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9C18BF8" w14:textId="77777777" w:rsidR="00E54E13" w:rsidRDefault="00000000">
            <w:pPr>
              <w:spacing w:before="30" w:after="30" w:line="228" w:lineRule="exact"/>
              <w:rPr>
                <w:rFonts w:hint="eastAsia"/>
              </w:rPr>
            </w:pPr>
            <w:r>
              <w:rPr>
                <w:sz w:val="17"/>
              </w:rPr>
              <w:t>____ / ____ / ______</w:t>
            </w:r>
          </w:p>
        </w:tc>
      </w:tr>
    </w:tbl>
    <w:p w14:paraId="22672F71" w14:textId="77777777" w:rsidR="00E54E13" w:rsidRDefault="00E54E13">
      <w:pPr>
        <w:spacing w:after="40" w:line="40" w:lineRule="exact"/>
        <w:rPr>
          <w:rFonts w:hint="eastAsia"/>
        </w:rPr>
      </w:pPr>
    </w:p>
    <w:p w14:paraId="6B93D18C" w14:textId="77777777" w:rsidR="00E54E13" w:rsidRDefault="00000000">
      <w:pPr>
        <w:pStyle w:val="Source"/>
        <w:rPr>
          <w:rFonts w:hint="eastAsia"/>
        </w:rPr>
      </w:pPr>
      <w:r>
        <w:t>Modello originale [AZ]. Base: INAIL 2026, compiti del RLE, p. 3; controlli, p. 4. I campi vuoti non costituiscono una verifica positiva.</w:t>
      </w:r>
    </w:p>
    <w:p w14:paraId="20DADD59" w14:textId="77777777" w:rsidR="00E54E13" w:rsidRDefault="00000000">
      <w:pPr>
        <w:pStyle w:val="Eyebrow"/>
        <w:keepNext/>
        <w:pageBreakBefore/>
        <w:rPr>
          <w:rFonts w:hint="eastAsia"/>
        </w:rPr>
      </w:pPr>
      <w:r>
        <w:t>PARTE II  /  ALLEGATO OPERATIVO [AZ]</w:t>
      </w:r>
    </w:p>
    <w:p w14:paraId="076A71FB" w14:textId="77777777" w:rsidR="00E54E13" w:rsidRDefault="00000000">
      <w:pPr>
        <w:pStyle w:val="Titolo1"/>
      </w:pPr>
      <w:bookmarkStart w:id="56" w:name="B57_A19"/>
      <w:r>
        <w:t>A19  Prove, variazioni, sospensione e ripresa</w:t>
      </w:r>
      <w:bookmarkEnd w:id="56"/>
    </w:p>
    <w:p w14:paraId="19A36B13" w14:textId="77777777" w:rsidR="00E54E13" w:rsidRDefault="00000000">
      <w:pPr>
        <w:pStyle w:val="FormHint"/>
        <w:rPr>
          <w:rFonts w:hint="eastAsia"/>
        </w:rPr>
      </w:pPr>
      <w:r>
        <w:t>Scheda 1 di 2. Coordinare ogni variazione pertinente dell’assetto con RI e RLE; aggiornare i documenti interessati.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4312C32" w14:textId="77777777">
        <w:trPr>
          <w:cantSplit/>
          <w:trHeight w:val="346"/>
          <w:jc w:val="center"/>
        </w:trPr>
        <w:tc>
          <w:tcPr>
            <w:tcW w:w="2891" w:type="dxa"/>
            <w:shd w:val="clear" w:color="auto" w:fill="EDF3F9"/>
            <w:vAlign w:val="center"/>
          </w:tcPr>
          <w:p w14:paraId="2D4F76EB" w14:textId="77777777" w:rsidR="00E54E13" w:rsidRDefault="00000000">
            <w:pPr>
              <w:spacing w:before="30" w:after="30" w:line="236" w:lineRule="exact"/>
              <w:rPr>
                <w:rFonts w:hint="eastAsia"/>
              </w:rPr>
            </w:pPr>
            <w:r>
              <w:rPr>
                <w:b/>
                <w:sz w:val="18"/>
              </w:rPr>
              <w:t>Azienda / unità</w:t>
            </w:r>
          </w:p>
        </w:tc>
        <w:tc>
          <w:tcPr>
            <w:tcW w:w="6860" w:type="dxa"/>
            <w:vAlign w:val="center"/>
          </w:tcPr>
          <w:p w14:paraId="5C91E5FE" w14:textId="77777777" w:rsidR="00E54E13" w:rsidRDefault="00000000">
            <w:pPr>
              <w:spacing w:before="30" w:after="30" w:line="236" w:lineRule="exact"/>
              <w:rPr>
                <w:rFonts w:hint="eastAsia"/>
              </w:rPr>
            </w:pPr>
            <w:sdt>
              <w:sdtPr>
                <w:alias w:val="ragione sociale e sede"/>
                <w:tag w:val="campo_255"/>
                <w:id w:val="100255"/>
                <w:text w:multiLine="1"/>
              </w:sdtPr>
              <w:sdtContent>
                <w:r>
                  <w:rPr>
                    <w:color w:val="007E87"/>
                    <w:sz w:val="19"/>
                  </w:rPr>
                  <w:t>[ragione sociale e sede]</w:t>
                </w:r>
              </w:sdtContent>
            </w:sdt>
          </w:p>
        </w:tc>
      </w:tr>
      <w:tr w:rsidR="00E54E13" w14:paraId="4D2FD966" w14:textId="77777777">
        <w:trPr>
          <w:cantSplit/>
          <w:trHeight w:val="346"/>
          <w:jc w:val="center"/>
        </w:trPr>
        <w:tc>
          <w:tcPr>
            <w:tcW w:w="2891" w:type="dxa"/>
            <w:shd w:val="clear" w:color="auto" w:fill="EDF3F9"/>
            <w:vAlign w:val="center"/>
          </w:tcPr>
          <w:p w14:paraId="4D795BB8"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3C08EB7" w14:textId="77777777" w:rsidR="00E54E13" w:rsidRDefault="00000000">
            <w:pPr>
              <w:spacing w:before="30" w:after="30" w:line="236" w:lineRule="exact"/>
              <w:rPr>
                <w:rFonts w:hint="eastAsia"/>
              </w:rPr>
            </w:pPr>
            <w:sdt>
              <w:sdtPr>
                <w:alias w:val="codice, revisione e data"/>
                <w:tag w:val="campo_256"/>
                <w:id w:val="100256"/>
                <w:text w:multiLine="1"/>
              </w:sdtPr>
              <w:sdtContent>
                <w:r>
                  <w:rPr>
                    <w:color w:val="007E87"/>
                    <w:sz w:val="19"/>
                  </w:rPr>
                  <w:t>[codice, revisione e data]</w:t>
                </w:r>
              </w:sdtContent>
            </w:sdt>
          </w:p>
        </w:tc>
      </w:tr>
      <w:tr w:rsidR="00E54E13" w14:paraId="2B32614C" w14:textId="77777777">
        <w:trPr>
          <w:cantSplit/>
          <w:trHeight w:val="346"/>
          <w:jc w:val="center"/>
        </w:trPr>
        <w:tc>
          <w:tcPr>
            <w:tcW w:w="2891" w:type="dxa"/>
            <w:shd w:val="clear" w:color="auto" w:fill="EDF3F9"/>
            <w:vAlign w:val="center"/>
          </w:tcPr>
          <w:p w14:paraId="3FB3EC81" w14:textId="77777777" w:rsidR="00E54E13" w:rsidRDefault="00000000">
            <w:pPr>
              <w:spacing w:before="30" w:after="30" w:line="236" w:lineRule="exact"/>
              <w:rPr>
                <w:rFonts w:hint="eastAsia"/>
              </w:rPr>
            </w:pPr>
            <w:r>
              <w:rPr>
                <w:b/>
                <w:sz w:val="18"/>
              </w:rPr>
              <w:t>Lavoro / impianto</w:t>
            </w:r>
          </w:p>
        </w:tc>
        <w:tc>
          <w:tcPr>
            <w:tcW w:w="6860" w:type="dxa"/>
            <w:vAlign w:val="center"/>
          </w:tcPr>
          <w:p w14:paraId="7484F185" w14:textId="77777777" w:rsidR="00E54E13" w:rsidRDefault="00000000">
            <w:pPr>
              <w:spacing w:before="30" w:after="30" w:line="236" w:lineRule="exact"/>
              <w:rPr>
                <w:rFonts w:hint="eastAsia"/>
              </w:rPr>
            </w:pPr>
            <w:sdt>
              <w:sdtPr>
                <w:alias w:val="codice lavoro e parte interessata"/>
                <w:tag w:val="campo_257"/>
                <w:id w:val="100257"/>
                <w:text w:multiLine="1"/>
              </w:sdtPr>
              <w:sdtContent>
                <w:r>
                  <w:rPr>
                    <w:color w:val="007E87"/>
                    <w:sz w:val="19"/>
                  </w:rPr>
                  <w:t>[codice lavoro e parte interessata]</w:t>
                </w:r>
              </w:sdtContent>
            </w:sdt>
          </w:p>
        </w:tc>
      </w:tr>
    </w:tbl>
    <w:p w14:paraId="46CB5C5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2C38656" w14:textId="77777777">
        <w:trPr>
          <w:cantSplit/>
          <w:trHeight w:val="386"/>
          <w:jc w:val="center"/>
        </w:trPr>
        <w:tc>
          <w:tcPr>
            <w:tcW w:w="2891" w:type="dxa"/>
            <w:shd w:val="clear" w:color="auto" w:fill="EDF3F9"/>
            <w:vAlign w:val="center"/>
          </w:tcPr>
          <w:p w14:paraId="02A1D371" w14:textId="77777777" w:rsidR="00E54E13" w:rsidRDefault="00000000">
            <w:pPr>
              <w:spacing w:before="30" w:after="30" w:line="236" w:lineRule="exact"/>
              <w:rPr>
                <w:rFonts w:hint="eastAsia"/>
              </w:rPr>
            </w:pPr>
            <w:r>
              <w:rPr>
                <w:b/>
                <w:sz w:val="18"/>
              </w:rPr>
              <w:t>Evento</w:t>
            </w:r>
          </w:p>
        </w:tc>
        <w:tc>
          <w:tcPr>
            <w:tcW w:w="6860" w:type="dxa"/>
            <w:vAlign w:val="center"/>
          </w:tcPr>
          <w:p w14:paraId="15395020" w14:textId="77777777" w:rsidR="00E54E13" w:rsidRDefault="00000000">
            <w:pPr>
              <w:spacing w:before="30" w:after="30" w:line="236" w:lineRule="exact"/>
              <w:rPr>
                <w:rFonts w:hint="eastAsia"/>
              </w:rPr>
            </w:pPr>
            <w:sdt>
              <w:sdtPr>
                <w:alias w:val="prova / verifica / anomalia / sospensione / ripresa"/>
                <w:tag w:val="campo_258"/>
                <w:id w:val="100258"/>
                <w:text w:multiLine="1"/>
              </w:sdtPr>
              <w:sdtContent>
                <w:r>
                  <w:rPr>
                    <w:color w:val="007E87"/>
                    <w:sz w:val="19"/>
                  </w:rPr>
                  <w:t>[prova / verifica / anomalia / sospensione / ripresa]</w:t>
                </w:r>
              </w:sdtContent>
            </w:sdt>
          </w:p>
        </w:tc>
      </w:tr>
      <w:tr w:rsidR="00E54E13" w14:paraId="22C9ABD2" w14:textId="77777777">
        <w:trPr>
          <w:cantSplit/>
          <w:trHeight w:val="386"/>
          <w:jc w:val="center"/>
        </w:trPr>
        <w:tc>
          <w:tcPr>
            <w:tcW w:w="2891" w:type="dxa"/>
            <w:shd w:val="clear" w:color="auto" w:fill="EDF3F9"/>
            <w:vAlign w:val="center"/>
          </w:tcPr>
          <w:p w14:paraId="32057041" w14:textId="77777777" w:rsidR="00E54E13" w:rsidRDefault="00000000">
            <w:pPr>
              <w:spacing w:before="30" w:after="30" w:line="236" w:lineRule="exact"/>
              <w:rPr>
                <w:rFonts w:hint="eastAsia"/>
              </w:rPr>
            </w:pPr>
            <w:r>
              <w:rPr>
                <w:b/>
                <w:sz w:val="18"/>
              </w:rPr>
              <w:t>Motivo e condizioni iniziali</w:t>
            </w:r>
          </w:p>
        </w:tc>
        <w:tc>
          <w:tcPr>
            <w:tcW w:w="6860" w:type="dxa"/>
            <w:shd w:val="clear" w:color="auto" w:fill="F6F8FA"/>
            <w:vAlign w:val="center"/>
          </w:tcPr>
          <w:p w14:paraId="15B02D61" w14:textId="77777777" w:rsidR="00E54E13" w:rsidRDefault="00000000">
            <w:pPr>
              <w:spacing w:before="30" w:after="30" w:line="236" w:lineRule="exact"/>
              <w:rPr>
                <w:rFonts w:hint="eastAsia"/>
              </w:rPr>
            </w:pPr>
            <w:sdt>
              <w:sdtPr>
                <w:alias w:val="descrivere lo stato del lavoro"/>
                <w:tag w:val="campo_259"/>
                <w:id w:val="100259"/>
                <w:text w:multiLine="1"/>
              </w:sdtPr>
              <w:sdtContent>
                <w:r>
                  <w:rPr>
                    <w:color w:val="007E87"/>
                    <w:sz w:val="19"/>
                  </w:rPr>
                  <w:t>[descrivere lo stato del lavoro]</w:t>
                </w:r>
              </w:sdtContent>
            </w:sdt>
          </w:p>
        </w:tc>
      </w:tr>
      <w:tr w:rsidR="00E54E13" w14:paraId="47D98BFE" w14:textId="77777777">
        <w:trPr>
          <w:cantSplit/>
          <w:trHeight w:val="386"/>
          <w:jc w:val="center"/>
        </w:trPr>
        <w:tc>
          <w:tcPr>
            <w:tcW w:w="2891" w:type="dxa"/>
            <w:shd w:val="clear" w:color="auto" w:fill="EDF3F9"/>
            <w:vAlign w:val="center"/>
          </w:tcPr>
          <w:p w14:paraId="2DD15901" w14:textId="77777777" w:rsidR="00E54E13" w:rsidRDefault="00000000">
            <w:pPr>
              <w:spacing w:before="30" w:after="30" w:line="236" w:lineRule="exact"/>
              <w:rPr>
                <w:rFonts w:hint="eastAsia"/>
              </w:rPr>
            </w:pPr>
            <w:r>
              <w:rPr>
                <w:b/>
                <w:sz w:val="18"/>
              </w:rPr>
              <w:t>Variazione proposta</w:t>
            </w:r>
          </w:p>
        </w:tc>
        <w:tc>
          <w:tcPr>
            <w:tcW w:w="6860" w:type="dxa"/>
            <w:vAlign w:val="center"/>
          </w:tcPr>
          <w:p w14:paraId="53503A4D" w14:textId="77777777" w:rsidR="00E54E13" w:rsidRDefault="00000000">
            <w:pPr>
              <w:spacing w:before="30" w:after="30" w:line="236" w:lineRule="exact"/>
              <w:rPr>
                <w:rFonts w:hint="eastAsia"/>
              </w:rPr>
            </w:pPr>
            <w:sdt>
              <w:sdtPr>
                <w:alias w:val="assetto temporaneo, confini e durata"/>
                <w:tag w:val="campo_260"/>
                <w:id w:val="100260"/>
                <w:text w:multiLine="1"/>
              </w:sdtPr>
              <w:sdtContent>
                <w:r>
                  <w:rPr>
                    <w:color w:val="007E87"/>
                    <w:sz w:val="19"/>
                  </w:rPr>
                  <w:t>[assetto temporaneo, confini e durata]</w:t>
                </w:r>
              </w:sdtContent>
            </w:sdt>
          </w:p>
        </w:tc>
      </w:tr>
      <w:tr w:rsidR="00E54E13" w14:paraId="4C23C4C2" w14:textId="77777777">
        <w:trPr>
          <w:cantSplit/>
          <w:trHeight w:val="386"/>
          <w:jc w:val="center"/>
        </w:trPr>
        <w:tc>
          <w:tcPr>
            <w:tcW w:w="2891" w:type="dxa"/>
            <w:shd w:val="clear" w:color="auto" w:fill="EDF3F9"/>
            <w:vAlign w:val="center"/>
          </w:tcPr>
          <w:p w14:paraId="7FDC57F3" w14:textId="77777777" w:rsidR="00E54E13" w:rsidRDefault="00000000">
            <w:pPr>
              <w:spacing w:before="30" w:after="30" w:line="236" w:lineRule="exact"/>
              <w:rPr>
                <w:rFonts w:hint="eastAsia"/>
              </w:rPr>
            </w:pPr>
            <w:r>
              <w:rPr>
                <w:b/>
                <w:sz w:val="18"/>
              </w:rPr>
              <w:t>Persone / requisiti</w:t>
            </w:r>
          </w:p>
        </w:tc>
        <w:tc>
          <w:tcPr>
            <w:tcW w:w="6860" w:type="dxa"/>
            <w:shd w:val="clear" w:color="auto" w:fill="F6F8FA"/>
            <w:vAlign w:val="center"/>
          </w:tcPr>
          <w:p w14:paraId="43270CD3" w14:textId="77777777" w:rsidR="00E54E13" w:rsidRDefault="00000000">
            <w:pPr>
              <w:spacing w:before="30" w:after="30" w:line="236" w:lineRule="exact"/>
              <w:rPr>
                <w:rFonts w:hint="eastAsia"/>
              </w:rPr>
            </w:pPr>
            <w:sdt>
              <w:sdtPr>
                <w:alias w:val="RI, RLE, operatori e condizioni di idoneità se pertinenti"/>
                <w:tag w:val="campo_261"/>
                <w:id w:val="100261"/>
                <w:text w:multiLine="1"/>
              </w:sdtPr>
              <w:sdtContent>
                <w:r>
                  <w:rPr>
                    <w:color w:val="007E87"/>
                    <w:sz w:val="19"/>
                  </w:rPr>
                  <w:t>[RI, RLE, operatori e condizioni di idoneità se pertinenti]</w:t>
                </w:r>
              </w:sdtContent>
            </w:sdt>
          </w:p>
        </w:tc>
      </w:tr>
      <w:tr w:rsidR="00E54E13" w14:paraId="2823077B" w14:textId="77777777">
        <w:trPr>
          <w:cantSplit/>
          <w:trHeight w:val="386"/>
          <w:jc w:val="center"/>
        </w:trPr>
        <w:tc>
          <w:tcPr>
            <w:tcW w:w="2891" w:type="dxa"/>
            <w:shd w:val="clear" w:color="auto" w:fill="EDF3F9"/>
            <w:vAlign w:val="center"/>
          </w:tcPr>
          <w:p w14:paraId="1340129B" w14:textId="77777777" w:rsidR="00E54E13" w:rsidRDefault="00000000">
            <w:pPr>
              <w:spacing w:before="30" w:after="30" w:line="236" w:lineRule="exact"/>
              <w:rPr>
                <w:rFonts w:hint="eastAsia"/>
              </w:rPr>
            </w:pPr>
            <w:r>
              <w:rPr>
                <w:b/>
                <w:sz w:val="18"/>
              </w:rPr>
              <w:t>Misure e documenti</w:t>
            </w:r>
          </w:p>
        </w:tc>
        <w:tc>
          <w:tcPr>
            <w:tcW w:w="6860" w:type="dxa"/>
            <w:vAlign w:val="center"/>
          </w:tcPr>
          <w:p w14:paraId="1C168CC4" w14:textId="77777777" w:rsidR="00E54E13" w:rsidRDefault="00000000">
            <w:pPr>
              <w:spacing w:before="30" w:after="30" w:line="236" w:lineRule="exact"/>
              <w:rPr>
                <w:rFonts w:hint="eastAsia"/>
              </w:rPr>
            </w:pPr>
            <w:sdt>
              <w:sdtPr>
                <w:alias w:val="protezioni, istruzioni, piani e revisioni"/>
                <w:tag w:val="campo_262"/>
                <w:id w:val="100262"/>
                <w:text w:multiLine="1"/>
              </w:sdtPr>
              <w:sdtContent>
                <w:r>
                  <w:rPr>
                    <w:color w:val="007E87"/>
                    <w:sz w:val="19"/>
                  </w:rPr>
                  <w:t>[protezioni, istruzioni, piani e revisioni]</w:t>
                </w:r>
              </w:sdtContent>
            </w:sdt>
          </w:p>
        </w:tc>
      </w:tr>
      <w:tr w:rsidR="00E54E13" w14:paraId="0E69881E" w14:textId="77777777">
        <w:trPr>
          <w:cantSplit/>
          <w:trHeight w:val="386"/>
          <w:jc w:val="center"/>
        </w:trPr>
        <w:tc>
          <w:tcPr>
            <w:tcW w:w="2891" w:type="dxa"/>
            <w:shd w:val="clear" w:color="auto" w:fill="EDF3F9"/>
            <w:vAlign w:val="center"/>
          </w:tcPr>
          <w:p w14:paraId="62E2D013" w14:textId="77777777" w:rsidR="00E54E13" w:rsidRDefault="00000000">
            <w:pPr>
              <w:spacing w:before="30" w:after="30" w:line="236" w:lineRule="exact"/>
              <w:rPr>
                <w:rFonts w:hint="eastAsia"/>
              </w:rPr>
            </w:pPr>
            <w:r>
              <w:rPr>
                <w:b/>
                <w:sz w:val="18"/>
              </w:rPr>
              <w:t>Comunicazioni</w:t>
            </w:r>
          </w:p>
        </w:tc>
        <w:tc>
          <w:tcPr>
            <w:tcW w:w="6860" w:type="dxa"/>
            <w:shd w:val="clear" w:color="auto" w:fill="F6F8FA"/>
            <w:vAlign w:val="center"/>
          </w:tcPr>
          <w:p w14:paraId="3255534D" w14:textId="77777777" w:rsidR="00E54E13" w:rsidRDefault="00000000">
            <w:pPr>
              <w:spacing w:before="30" w:after="30" w:line="236" w:lineRule="exact"/>
              <w:rPr>
                <w:rFonts w:hint="eastAsia"/>
              </w:rPr>
            </w:pPr>
            <w:sdt>
              <w:sdtPr>
                <w:alias w:val="persone informate, canale, data e ora"/>
                <w:tag w:val="campo_263"/>
                <w:id w:val="100263"/>
                <w:text w:multiLine="1"/>
              </w:sdtPr>
              <w:sdtContent>
                <w:r>
                  <w:rPr>
                    <w:color w:val="007E87"/>
                    <w:sz w:val="19"/>
                  </w:rPr>
                  <w:t>[persone informate, canale, data e ora]</w:t>
                </w:r>
              </w:sdtContent>
            </w:sdt>
          </w:p>
        </w:tc>
      </w:tr>
    </w:tbl>
    <w:p w14:paraId="0197A3E5" w14:textId="77777777" w:rsidR="00E54E13" w:rsidRDefault="00E54E13">
      <w:pPr>
        <w:spacing w:after="40" w:line="40" w:lineRule="exact"/>
        <w:rPr>
          <w:rFonts w:hint="eastAsia"/>
        </w:rPr>
      </w:pPr>
    </w:p>
    <w:p w14:paraId="31773620" w14:textId="77777777" w:rsidR="00E54E13" w:rsidRDefault="00000000">
      <w:pPr>
        <w:pStyle w:val="Titolo3"/>
      </w:pPr>
      <w:r>
        <w:t>Registrazione dell’evento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4649"/>
        <w:gridCol w:w="1701"/>
        <w:gridCol w:w="3402"/>
      </w:tblGrid>
      <w:tr w:rsidR="00E54E13" w14:paraId="03497F27" w14:textId="77777777">
        <w:trPr>
          <w:tblHeader/>
          <w:jc w:val="center"/>
        </w:trPr>
        <w:tc>
          <w:tcPr>
            <w:tcW w:w="4649" w:type="dxa"/>
            <w:shd w:val="clear" w:color="auto" w:fill="12324B"/>
          </w:tcPr>
          <w:p w14:paraId="45642A5D" w14:textId="77777777" w:rsidR="00E54E13" w:rsidRDefault="00000000">
            <w:pPr>
              <w:spacing w:before="30" w:after="30" w:line="230" w:lineRule="exact"/>
              <w:rPr>
                <w:rFonts w:hint="eastAsia"/>
              </w:rPr>
            </w:pPr>
            <w:r>
              <w:rPr>
                <w:b/>
                <w:color w:val="FFFFFF"/>
                <w:sz w:val="17"/>
              </w:rPr>
              <w:t>Passaggio</w:t>
            </w:r>
          </w:p>
        </w:tc>
        <w:tc>
          <w:tcPr>
            <w:tcW w:w="1701" w:type="dxa"/>
            <w:shd w:val="clear" w:color="auto" w:fill="12324B"/>
          </w:tcPr>
          <w:p w14:paraId="2EBA14BB" w14:textId="77777777" w:rsidR="00E54E13" w:rsidRDefault="00000000">
            <w:pPr>
              <w:spacing w:before="30" w:after="30" w:line="230" w:lineRule="exact"/>
              <w:rPr>
                <w:rFonts w:hint="eastAsia"/>
              </w:rPr>
            </w:pPr>
            <w:r>
              <w:rPr>
                <w:b/>
                <w:color w:val="FFFFFF"/>
                <w:sz w:val="17"/>
              </w:rPr>
              <w:t>Data / ora</w:t>
            </w:r>
          </w:p>
        </w:tc>
        <w:tc>
          <w:tcPr>
            <w:tcW w:w="3402" w:type="dxa"/>
            <w:shd w:val="clear" w:color="auto" w:fill="12324B"/>
          </w:tcPr>
          <w:p w14:paraId="33BA0B1F" w14:textId="77777777" w:rsidR="00E54E13" w:rsidRDefault="00000000">
            <w:pPr>
              <w:spacing w:before="30" w:after="30" w:line="230" w:lineRule="exact"/>
              <w:rPr>
                <w:rFonts w:hint="eastAsia"/>
              </w:rPr>
            </w:pPr>
            <w:r>
              <w:rPr>
                <w:b/>
                <w:color w:val="FFFFFF"/>
                <w:sz w:val="17"/>
              </w:rPr>
              <w:t>Responsabile / riscontro</w:t>
            </w:r>
          </w:p>
        </w:tc>
      </w:tr>
      <w:tr w:rsidR="00E54E13" w14:paraId="018EF764" w14:textId="77777777">
        <w:trPr>
          <w:cantSplit/>
          <w:trHeight w:val="510"/>
          <w:jc w:val="center"/>
        </w:trPr>
        <w:tc>
          <w:tcPr>
            <w:tcW w:w="4649" w:type="dxa"/>
            <w:vAlign w:val="center"/>
          </w:tcPr>
          <w:p w14:paraId="359FBB4F" w14:textId="77777777" w:rsidR="00E54E13" w:rsidRDefault="00000000">
            <w:pPr>
              <w:spacing w:before="30" w:after="30" w:line="230" w:lineRule="exact"/>
              <w:rPr>
                <w:rFonts w:hint="eastAsia"/>
              </w:rPr>
            </w:pPr>
            <w:r>
              <w:rPr>
                <w:sz w:val="17"/>
              </w:rPr>
              <w:t>Sospensione / predisposizione</w:t>
            </w:r>
          </w:p>
        </w:tc>
        <w:tc>
          <w:tcPr>
            <w:tcW w:w="1701" w:type="dxa"/>
            <w:vAlign w:val="center"/>
          </w:tcPr>
          <w:p w14:paraId="4BE18BC2" w14:textId="77777777" w:rsidR="00E54E13" w:rsidRDefault="00000000">
            <w:pPr>
              <w:spacing w:before="30" w:after="30" w:line="230" w:lineRule="exact"/>
              <w:rPr>
                <w:rFonts w:hint="eastAsia"/>
              </w:rPr>
            </w:pPr>
            <w:r>
              <w:rPr>
                <w:sz w:val="17"/>
              </w:rPr>
              <w:t>[compilare]</w:t>
            </w:r>
          </w:p>
        </w:tc>
        <w:tc>
          <w:tcPr>
            <w:tcW w:w="3402" w:type="dxa"/>
            <w:vAlign w:val="center"/>
          </w:tcPr>
          <w:p w14:paraId="26BB7BF4" w14:textId="77777777" w:rsidR="00E54E13" w:rsidRDefault="00000000">
            <w:pPr>
              <w:spacing w:before="30" w:after="30" w:line="230" w:lineRule="exact"/>
              <w:rPr>
                <w:rFonts w:hint="eastAsia"/>
              </w:rPr>
            </w:pPr>
            <w:r>
              <w:rPr>
                <w:sz w:val="17"/>
              </w:rPr>
              <w:t>[compilare]</w:t>
            </w:r>
          </w:p>
        </w:tc>
      </w:tr>
      <w:tr w:rsidR="00E54E13" w14:paraId="28219C70" w14:textId="77777777">
        <w:trPr>
          <w:cantSplit/>
          <w:trHeight w:val="510"/>
          <w:jc w:val="center"/>
        </w:trPr>
        <w:tc>
          <w:tcPr>
            <w:tcW w:w="4649" w:type="dxa"/>
            <w:shd w:val="clear" w:color="auto" w:fill="F6F8FA"/>
            <w:vAlign w:val="center"/>
          </w:tcPr>
          <w:p w14:paraId="64B57032" w14:textId="77777777" w:rsidR="00E54E13" w:rsidRDefault="00000000">
            <w:pPr>
              <w:spacing w:before="30" w:after="30" w:line="230" w:lineRule="exact"/>
              <w:rPr>
                <w:rFonts w:hint="eastAsia"/>
              </w:rPr>
            </w:pPr>
            <w:r>
              <w:rPr>
                <w:sz w:val="17"/>
              </w:rPr>
              <w:t>Prova o variazione effettuata</w:t>
            </w:r>
          </w:p>
        </w:tc>
        <w:tc>
          <w:tcPr>
            <w:tcW w:w="1701" w:type="dxa"/>
            <w:shd w:val="clear" w:color="auto" w:fill="F6F8FA"/>
            <w:vAlign w:val="center"/>
          </w:tcPr>
          <w:p w14:paraId="1F9E2933" w14:textId="77777777" w:rsidR="00E54E13" w:rsidRDefault="00000000">
            <w:pPr>
              <w:spacing w:before="30" w:after="30" w:line="230" w:lineRule="exact"/>
              <w:rPr>
                <w:rFonts w:hint="eastAsia"/>
              </w:rPr>
            </w:pPr>
            <w:r>
              <w:rPr>
                <w:sz w:val="17"/>
              </w:rPr>
              <w:t>[compilare]</w:t>
            </w:r>
          </w:p>
        </w:tc>
        <w:tc>
          <w:tcPr>
            <w:tcW w:w="3402" w:type="dxa"/>
            <w:shd w:val="clear" w:color="auto" w:fill="F6F8FA"/>
            <w:vAlign w:val="center"/>
          </w:tcPr>
          <w:p w14:paraId="119F5236" w14:textId="77777777" w:rsidR="00E54E13" w:rsidRDefault="00000000">
            <w:pPr>
              <w:spacing w:before="30" w:after="30" w:line="230" w:lineRule="exact"/>
              <w:rPr>
                <w:rFonts w:hint="eastAsia"/>
              </w:rPr>
            </w:pPr>
            <w:r>
              <w:rPr>
                <w:sz w:val="17"/>
              </w:rPr>
              <w:t>[compilare]</w:t>
            </w:r>
          </w:p>
        </w:tc>
      </w:tr>
      <w:tr w:rsidR="00E54E13" w14:paraId="5F4E2174" w14:textId="77777777">
        <w:trPr>
          <w:cantSplit/>
          <w:trHeight w:val="510"/>
          <w:jc w:val="center"/>
        </w:trPr>
        <w:tc>
          <w:tcPr>
            <w:tcW w:w="4649" w:type="dxa"/>
            <w:vAlign w:val="center"/>
          </w:tcPr>
          <w:p w14:paraId="2C7B3EB8" w14:textId="77777777" w:rsidR="00E54E13" w:rsidRDefault="00000000">
            <w:pPr>
              <w:spacing w:before="30" w:after="30" w:line="230" w:lineRule="exact"/>
              <w:rPr>
                <w:rFonts w:hint="eastAsia"/>
              </w:rPr>
            </w:pPr>
            <w:r>
              <w:rPr>
                <w:sz w:val="17"/>
              </w:rPr>
              <w:t>Ripristino e verifica condizioni</w:t>
            </w:r>
          </w:p>
        </w:tc>
        <w:tc>
          <w:tcPr>
            <w:tcW w:w="1701" w:type="dxa"/>
            <w:vAlign w:val="center"/>
          </w:tcPr>
          <w:p w14:paraId="0F21DE02" w14:textId="77777777" w:rsidR="00E54E13" w:rsidRDefault="00000000">
            <w:pPr>
              <w:spacing w:before="30" w:after="30" w:line="230" w:lineRule="exact"/>
              <w:rPr>
                <w:rFonts w:hint="eastAsia"/>
              </w:rPr>
            </w:pPr>
            <w:r>
              <w:rPr>
                <w:sz w:val="17"/>
              </w:rPr>
              <w:t>[compilare]</w:t>
            </w:r>
          </w:p>
        </w:tc>
        <w:tc>
          <w:tcPr>
            <w:tcW w:w="3402" w:type="dxa"/>
            <w:vAlign w:val="center"/>
          </w:tcPr>
          <w:p w14:paraId="214E98F1" w14:textId="77777777" w:rsidR="00E54E13" w:rsidRDefault="00000000">
            <w:pPr>
              <w:spacing w:before="30" w:after="30" w:line="230" w:lineRule="exact"/>
              <w:rPr>
                <w:rFonts w:hint="eastAsia"/>
              </w:rPr>
            </w:pPr>
            <w:r>
              <w:rPr>
                <w:sz w:val="17"/>
              </w:rPr>
              <w:t>[compilare]</w:t>
            </w:r>
          </w:p>
        </w:tc>
      </w:tr>
      <w:tr w:rsidR="00E54E13" w14:paraId="11DDC0B5" w14:textId="77777777">
        <w:trPr>
          <w:cantSplit/>
          <w:trHeight w:val="510"/>
          <w:jc w:val="center"/>
        </w:trPr>
        <w:tc>
          <w:tcPr>
            <w:tcW w:w="4649" w:type="dxa"/>
            <w:shd w:val="clear" w:color="auto" w:fill="F6F8FA"/>
            <w:vAlign w:val="center"/>
          </w:tcPr>
          <w:p w14:paraId="5366390E" w14:textId="77777777" w:rsidR="00E54E13" w:rsidRDefault="00000000">
            <w:pPr>
              <w:spacing w:before="30" w:after="30" w:line="230" w:lineRule="exact"/>
              <w:rPr>
                <w:rFonts w:hint="eastAsia"/>
              </w:rPr>
            </w:pPr>
            <w:r>
              <w:rPr>
                <w:sz w:val="17"/>
              </w:rPr>
              <w:t>Decisione RLE di ripresa o mantenimento sospensione</w:t>
            </w:r>
          </w:p>
        </w:tc>
        <w:tc>
          <w:tcPr>
            <w:tcW w:w="1701" w:type="dxa"/>
            <w:shd w:val="clear" w:color="auto" w:fill="F6F8FA"/>
            <w:vAlign w:val="center"/>
          </w:tcPr>
          <w:p w14:paraId="13A7A6BB" w14:textId="77777777" w:rsidR="00E54E13" w:rsidRDefault="00000000">
            <w:pPr>
              <w:spacing w:before="30" w:after="30" w:line="230" w:lineRule="exact"/>
              <w:rPr>
                <w:rFonts w:hint="eastAsia"/>
              </w:rPr>
            </w:pPr>
            <w:r>
              <w:rPr>
                <w:sz w:val="17"/>
              </w:rPr>
              <w:t>[compilare]</w:t>
            </w:r>
          </w:p>
        </w:tc>
        <w:tc>
          <w:tcPr>
            <w:tcW w:w="3402" w:type="dxa"/>
            <w:shd w:val="clear" w:color="auto" w:fill="F6F8FA"/>
            <w:vAlign w:val="center"/>
          </w:tcPr>
          <w:p w14:paraId="21B402D7" w14:textId="77777777" w:rsidR="00E54E13" w:rsidRDefault="00000000">
            <w:pPr>
              <w:spacing w:before="30" w:after="30" w:line="230" w:lineRule="exact"/>
              <w:rPr>
                <w:rFonts w:hint="eastAsia"/>
              </w:rPr>
            </w:pPr>
            <w:r>
              <w:rPr>
                <w:sz w:val="17"/>
              </w:rPr>
              <w:t>[compilare]</w:t>
            </w:r>
          </w:p>
        </w:tc>
      </w:tr>
    </w:tbl>
    <w:p w14:paraId="0336A7FD" w14:textId="77777777" w:rsidR="00E54E13" w:rsidRDefault="00E54E13">
      <w:pPr>
        <w:spacing w:after="40" w:line="40" w:lineRule="exact"/>
        <w:rPr>
          <w:rFonts w:hint="eastAsia"/>
        </w:rPr>
      </w:pPr>
    </w:p>
    <w:p w14:paraId="62D74C48" w14:textId="77777777" w:rsidR="00E54E13" w:rsidRDefault="00000000">
      <w:pPr>
        <w:pStyle w:val="Titolo3"/>
      </w:pPr>
      <w:r>
        <w:t>Condizioni finali e attività ancora vietate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387812EC" w14:textId="77777777">
        <w:trPr>
          <w:cantSplit/>
          <w:trHeight w:val="658"/>
          <w:jc w:val="center"/>
        </w:trPr>
        <w:tc>
          <w:tcPr>
            <w:tcW w:w="9751" w:type="dxa"/>
            <w:vAlign w:val="center"/>
          </w:tcPr>
          <w:p w14:paraId="789648E9" w14:textId="77777777" w:rsidR="00E54E13" w:rsidRDefault="00000000">
            <w:pPr>
              <w:spacing w:before="30" w:after="30" w:line="234" w:lineRule="exact"/>
              <w:rPr>
                <w:rFonts w:hint="eastAsia"/>
              </w:rPr>
            </w:pPr>
            <w:sdt>
              <w:sdtPr>
                <w:alias w:val="compilare o richiamare un allegato identificato"/>
                <w:tag w:val="campo_264"/>
                <w:id w:val="100264"/>
                <w:text w:multiLine="1"/>
              </w:sdtPr>
              <w:sdtContent>
                <w:r>
                  <w:rPr>
                    <w:color w:val="007E87"/>
                    <w:sz w:val="19"/>
                  </w:rPr>
                  <w:t>[compilare o richiamare un allegato identificato]</w:t>
                </w:r>
              </w:sdtContent>
            </w:sdt>
          </w:p>
        </w:tc>
      </w:tr>
    </w:tbl>
    <w:p w14:paraId="717AC05F"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FCDDABC" w14:textId="77777777">
        <w:trPr>
          <w:tblHeader/>
          <w:jc w:val="center"/>
        </w:trPr>
        <w:tc>
          <w:tcPr>
            <w:tcW w:w="3250" w:type="dxa"/>
            <w:shd w:val="clear" w:color="auto" w:fill="12324B"/>
          </w:tcPr>
          <w:p w14:paraId="0D32F826" w14:textId="77777777" w:rsidR="00E54E13" w:rsidRDefault="00000000">
            <w:pPr>
              <w:spacing w:before="30" w:after="30" w:line="228" w:lineRule="exact"/>
              <w:rPr>
                <w:rFonts w:hint="eastAsia"/>
              </w:rPr>
            </w:pPr>
            <w:r>
              <w:rPr>
                <w:b/>
                <w:color w:val="FFFFFF"/>
                <w:sz w:val="17"/>
              </w:rPr>
              <w:t>RI per l’assetto</w:t>
            </w:r>
          </w:p>
        </w:tc>
        <w:tc>
          <w:tcPr>
            <w:tcW w:w="3250" w:type="dxa"/>
            <w:shd w:val="clear" w:color="auto" w:fill="12324B"/>
          </w:tcPr>
          <w:p w14:paraId="77667230" w14:textId="77777777" w:rsidR="00E54E13" w:rsidRDefault="00000000">
            <w:pPr>
              <w:spacing w:before="30" w:after="30" w:line="228" w:lineRule="exact"/>
              <w:rPr>
                <w:rFonts w:hint="eastAsia"/>
              </w:rPr>
            </w:pPr>
            <w:r>
              <w:rPr>
                <w:b/>
                <w:color w:val="FFFFFF"/>
                <w:sz w:val="17"/>
              </w:rPr>
              <w:t>RLE per il lavoro</w:t>
            </w:r>
          </w:p>
        </w:tc>
        <w:tc>
          <w:tcPr>
            <w:tcW w:w="3250" w:type="dxa"/>
            <w:shd w:val="clear" w:color="auto" w:fill="12324B"/>
          </w:tcPr>
          <w:p w14:paraId="303797F8" w14:textId="77777777" w:rsidR="00E54E13" w:rsidRDefault="00000000">
            <w:pPr>
              <w:spacing w:before="30" w:after="30" w:line="228" w:lineRule="exact"/>
              <w:rPr>
                <w:rFonts w:hint="eastAsia"/>
              </w:rPr>
            </w:pPr>
            <w:r>
              <w:rPr>
                <w:b/>
                <w:color w:val="FFFFFF"/>
                <w:sz w:val="17"/>
              </w:rPr>
              <w:t>Data</w:t>
            </w:r>
          </w:p>
        </w:tc>
      </w:tr>
      <w:tr w:rsidR="00E54E13" w14:paraId="764D3C19" w14:textId="77777777">
        <w:trPr>
          <w:cantSplit/>
          <w:trHeight w:val="567"/>
          <w:jc w:val="center"/>
        </w:trPr>
        <w:tc>
          <w:tcPr>
            <w:tcW w:w="3250" w:type="dxa"/>
            <w:vAlign w:val="center"/>
          </w:tcPr>
          <w:p w14:paraId="774D4FB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BF8DFA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5A8C2FD" w14:textId="77777777" w:rsidR="00E54E13" w:rsidRDefault="00000000">
            <w:pPr>
              <w:spacing w:before="30" w:after="30" w:line="228" w:lineRule="exact"/>
              <w:rPr>
                <w:rFonts w:hint="eastAsia"/>
              </w:rPr>
            </w:pPr>
            <w:r>
              <w:rPr>
                <w:sz w:val="17"/>
              </w:rPr>
              <w:t>____ / ____ / ______</w:t>
            </w:r>
          </w:p>
        </w:tc>
      </w:tr>
    </w:tbl>
    <w:p w14:paraId="0C078345" w14:textId="77777777" w:rsidR="00E54E13" w:rsidRDefault="00E54E13">
      <w:pPr>
        <w:spacing w:after="40" w:line="40" w:lineRule="exact"/>
        <w:rPr>
          <w:rFonts w:hint="eastAsia"/>
        </w:rPr>
      </w:pPr>
    </w:p>
    <w:p w14:paraId="1743AF08" w14:textId="77777777" w:rsidR="00E54E13" w:rsidRDefault="00000000">
      <w:pPr>
        <w:pStyle w:val="Source"/>
        <w:rPr>
          <w:rFonts w:hint="eastAsia"/>
        </w:rPr>
      </w:pPr>
      <w:r>
        <w:t>Modello originale [AZ]. Base: INAIL 2026, pp. 3–4. I campi vuoti non costituiscono una verifica positiva.</w:t>
      </w:r>
    </w:p>
    <w:p w14:paraId="1A9E8BE4" w14:textId="77777777" w:rsidR="00E54E13" w:rsidRDefault="00000000">
      <w:pPr>
        <w:pStyle w:val="Eyebrow"/>
        <w:keepNext/>
        <w:pageBreakBefore/>
        <w:rPr>
          <w:rFonts w:hint="eastAsia"/>
        </w:rPr>
      </w:pPr>
      <w:r>
        <w:t>PARTE II  /  ALLEGATO OPERATIVO [AZ]</w:t>
      </w:r>
    </w:p>
    <w:p w14:paraId="4F697654" w14:textId="77777777" w:rsidR="00E54E13" w:rsidRDefault="00000000">
      <w:pPr>
        <w:pStyle w:val="Titolo1"/>
      </w:pPr>
      <w:bookmarkStart w:id="57" w:name="B58_A19"/>
      <w:r>
        <w:t>A19  Passaggio di responsabilità fra RLE</w:t>
      </w:r>
      <w:bookmarkEnd w:id="57"/>
    </w:p>
    <w:p w14:paraId="1BED5FD1" w14:textId="77777777" w:rsidR="00E54E13" w:rsidRDefault="00000000">
      <w:pPr>
        <w:pStyle w:val="FormHint"/>
        <w:rPr>
          <w:rFonts w:hint="eastAsia"/>
        </w:rPr>
      </w:pPr>
      <w:r>
        <w:t>Scheda 2 di 2. Aggiornare il documento di consegna, se presente. Garantire continuità della supervisione.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07CDAC6" w14:textId="77777777">
        <w:trPr>
          <w:cantSplit/>
          <w:trHeight w:val="346"/>
          <w:jc w:val="center"/>
        </w:trPr>
        <w:tc>
          <w:tcPr>
            <w:tcW w:w="2891" w:type="dxa"/>
            <w:shd w:val="clear" w:color="auto" w:fill="EDF3F9"/>
            <w:vAlign w:val="center"/>
          </w:tcPr>
          <w:p w14:paraId="7C818C98" w14:textId="77777777" w:rsidR="00E54E13" w:rsidRDefault="00000000">
            <w:pPr>
              <w:spacing w:before="30" w:after="30" w:line="236" w:lineRule="exact"/>
              <w:rPr>
                <w:rFonts w:hint="eastAsia"/>
              </w:rPr>
            </w:pPr>
            <w:r>
              <w:rPr>
                <w:b/>
                <w:sz w:val="18"/>
              </w:rPr>
              <w:t>Azienda / unità</w:t>
            </w:r>
          </w:p>
        </w:tc>
        <w:tc>
          <w:tcPr>
            <w:tcW w:w="6860" w:type="dxa"/>
            <w:vAlign w:val="center"/>
          </w:tcPr>
          <w:p w14:paraId="10FBA1DA" w14:textId="77777777" w:rsidR="00E54E13" w:rsidRDefault="00000000">
            <w:pPr>
              <w:spacing w:before="30" w:after="30" w:line="236" w:lineRule="exact"/>
              <w:rPr>
                <w:rFonts w:hint="eastAsia"/>
              </w:rPr>
            </w:pPr>
            <w:sdt>
              <w:sdtPr>
                <w:alias w:val="ragione sociale e sede"/>
                <w:tag w:val="campo_266"/>
                <w:id w:val="100266"/>
                <w:text w:multiLine="1"/>
              </w:sdtPr>
              <w:sdtContent>
                <w:r>
                  <w:rPr>
                    <w:color w:val="007E87"/>
                    <w:sz w:val="19"/>
                  </w:rPr>
                  <w:t>[ragione sociale e sede]</w:t>
                </w:r>
              </w:sdtContent>
            </w:sdt>
          </w:p>
        </w:tc>
      </w:tr>
      <w:tr w:rsidR="00E54E13" w14:paraId="7B6C2399" w14:textId="77777777">
        <w:trPr>
          <w:cantSplit/>
          <w:trHeight w:val="346"/>
          <w:jc w:val="center"/>
        </w:trPr>
        <w:tc>
          <w:tcPr>
            <w:tcW w:w="2891" w:type="dxa"/>
            <w:shd w:val="clear" w:color="auto" w:fill="EDF3F9"/>
            <w:vAlign w:val="center"/>
          </w:tcPr>
          <w:p w14:paraId="70E1A8B5"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1C120C3C" w14:textId="77777777" w:rsidR="00E54E13" w:rsidRDefault="00000000">
            <w:pPr>
              <w:spacing w:before="30" w:after="30" w:line="236" w:lineRule="exact"/>
              <w:rPr>
                <w:rFonts w:hint="eastAsia"/>
              </w:rPr>
            </w:pPr>
            <w:sdt>
              <w:sdtPr>
                <w:alias w:val="codice, revisione e data"/>
                <w:tag w:val="campo_267"/>
                <w:id w:val="100267"/>
                <w:text w:multiLine="1"/>
              </w:sdtPr>
              <w:sdtContent>
                <w:r>
                  <w:rPr>
                    <w:color w:val="007E87"/>
                    <w:sz w:val="19"/>
                  </w:rPr>
                  <w:t>[codice, revisione e data]</w:t>
                </w:r>
              </w:sdtContent>
            </w:sdt>
          </w:p>
        </w:tc>
      </w:tr>
      <w:tr w:rsidR="00E54E13" w14:paraId="392F8A78" w14:textId="77777777">
        <w:trPr>
          <w:cantSplit/>
          <w:trHeight w:val="346"/>
          <w:jc w:val="center"/>
        </w:trPr>
        <w:tc>
          <w:tcPr>
            <w:tcW w:w="2891" w:type="dxa"/>
            <w:shd w:val="clear" w:color="auto" w:fill="EDF3F9"/>
            <w:vAlign w:val="center"/>
          </w:tcPr>
          <w:p w14:paraId="7E9EA18F" w14:textId="77777777" w:rsidR="00E54E13" w:rsidRDefault="00000000">
            <w:pPr>
              <w:spacing w:before="30" w:after="30" w:line="236" w:lineRule="exact"/>
              <w:rPr>
                <w:rFonts w:hint="eastAsia"/>
              </w:rPr>
            </w:pPr>
            <w:r>
              <w:rPr>
                <w:b/>
                <w:sz w:val="18"/>
              </w:rPr>
              <w:t>Lavoro / impianto</w:t>
            </w:r>
          </w:p>
        </w:tc>
        <w:tc>
          <w:tcPr>
            <w:tcW w:w="6860" w:type="dxa"/>
            <w:vAlign w:val="center"/>
          </w:tcPr>
          <w:p w14:paraId="26A8EA41" w14:textId="77777777" w:rsidR="00E54E13" w:rsidRDefault="00000000">
            <w:pPr>
              <w:spacing w:before="30" w:after="30" w:line="236" w:lineRule="exact"/>
              <w:rPr>
                <w:rFonts w:hint="eastAsia"/>
              </w:rPr>
            </w:pPr>
            <w:sdt>
              <w:sdtPr>
                <w:alias w:val="codice lavoro e parte interessata"/>
                <w:tag w:val="campo_268"/>
                <w:id w:val="100268"/>
                <w:text w:multiLine="1"/>
              </w:sdtPr>
              <w:sdtContent>
                <w:r>
                  <w:rPr>
                    <w:color w:val="007E87"/>
                    <w:sz w:val="19"/>
                  </w:rPr>
                  <w:t>[codice lavoro e parte interessata]</w:t>
                </w:r>
              </w:sdtContent>
            </w:sdt>
          </w:p>
        </w:tc>
      </w:tr>
    </w:tbl>
    <w:p w14:paraId="6FDFE2A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1C8E08D" w14:textId="77777777">
        <w:trPr>
          <w:cantSplit/>
          <w:trHeight w:val="386"/>
          <w:jc w:val="center"/>
        </w:trPr>
        <w:tc>
          <w:tcPr>
            <w:tcW w:w="2891" w:type="dxa"/>
            <w:shd w:val="clear" w:color="auto" w:fill="EDF3F9"/>
            <w:vAlign w:val="center"/>
          </w:tcPr>
          <w:p w14:paraId="7B07F2D1" w14:textId="77777777" w:rsidR="00E54E13" w:rsidRDefault="00000000">
            <w:pPr>
              <w:spacing w:before="30" w:after="30" w:line="236" w:lineRule="exact"/>
              <w:rPr>
                <w:rFonts w:hint="eastAsia"/>
              </w:rPr>
            </w:pPr>
            <w:r>
              <w:rPr>
                <w:b/>
                <w:sz w:val="18"/>
              </w:rPr>
              <w:t>RLE uscente / subentrante</w:t>
            </w:r>
          </w:p>
        </w:tc>
        <w:tc>
          <w:tcPr>
            <w:tcW w:w="6860" w:type="dxa"/>
            <w:vAlign w:val="center"/>
          </w:tcPr>
          <w:p w14:paraId="7AFB3262" w14:textId="77777777" w:rsidR="00E54E13" w:rsidRDefault="00000000">
            <w:pPr>
              <w:spacing w:before="30" w:after="30" w:line="236" w:lineRule="exact"/>
              <w:rPr>
                <w:rFonts w:hint="eastAsia"/>
              </w:rPr>
            </w:pPr>
            <w:sdt>
              <w:sdtPr>
                <w:alias w:val="nominativi e qualifiche pertinenti"/>
                <w:tag w:val="campo_269"/>
                <w:id w:val="100269"/>
                <w:text w:multiLine="1"/>
              </w:sdtPr>
              <w:sdtContent>
                <w:r>
                  <w:rPr>
                    <w:color w:val="007E87"/>
                    <w:sz w:val="19"/>
                  </w:rPr>
                  <w:t>[nominativi e qualifiche pertinenti]</w:t>
                </w:r>
              </w:sdtContent>
            </w:sdt>
          </w:p>
        </w:tc>
      </w:tr>
      <w:tr w:rsidR="00E54E13" w14:paraId="5D2708C3" w14:textId="77777777">
        <w:trPr>
          <w:cantSplit/>
          <w:trHeight w:val="386"/>
          <w:jc w:val="center"/>
        </w:trPr>
        <w:tc>
          <w:tcPr>
            <w:tcW w:w="2891" w:type="dxa"/>
            <w:shd w:val="clear" w:color="auto" w:fill="EDF3F9"/>
            <w:vAlign w:val="center"/>
          </w:tcPr>
          <w:p w14:paraId="625B39F1" w14:textId="77777777" w:rsidR="00E54E13" w:rsidRDefault="00000000">
            <w:pPr>
              <w:spacing w:before="30" w:after="30" w:line="236" w:lineRule="exact"/>
              <w:rPr>
                <w:rFonts w:hint="eastAsia"/>
              </w:rPr>
            </w:pPr>
            <w:r>
              <w:rPr>
                <w:b/>
                <w:sz w:val="18"/>
              </w:rPr>
              <w:t>Designazione del subentrante</w:t>
            </w:r>
          </w:p>
        </w:tc>
        <w:tc>
          <w:tcPr>
            <w:tcW w:w="6860" w:type="dxa"/>
            <w:shd w:val="clear" w:color="auto" w:fill="F6F8FA"/>
            <w:vAlign w:val="center"/>
          </w:tcPr>
          <w:p w14:paraId="60CABFA5" w14:textId="77777777" w:rsidR="00E54E13" w:rsidRDefault="00000000">
            <w:pPr>
              <w:spacing w:before="30" w:after="30" w:line="236" w:lineRule="exact"/>
              <w:rPr>
                <w:rFonts w:hint="eastAsia"/>
              </w:rPr>
            </w:pPr>
            <w:sdt>
              <w:sdtPr>
                <w:alias w:val="GL designante e riferimento all’incarico"/>
                <w:tag w:val="campo_270"/>
                <w:id w:val="100270"/>
                <w:text w:multiLine="1"/>
              </w:sdtPr>
              <w:sdtContent>
                <w:r>
                  <w:rPr>
                    <w:color w:val="007E87"/>
                    <w:sz w:val="19"/>
                  </w:rPr>
                  <w:t>[GL designante e riferimento all’incarico]</w:t>
                </w:r>
              </w:sdtContent>
            </w:sdt>
          </w:p>
        </w:tc>
      </w:tr>
      <w:tr w:rsidR="00E54E13" w14:paraId="771F7E2B" w14:textId="77777777">
        <w:trPr>
          <w:cantSplit/>
          <w:trHeight w:val="386"/>
          <w:jc w:val="center"/>
        </w:trPr>
        <w:tc>
          <w:tcPr>
            <w:tcW w:w="2891" w:type="dxa"/>
            <w:shd w:val="clear" w:color="auto" w:fill="EDF3F9"/>
            <w:vAlign w:val="center"/>
          </w:tcPr>
          <w:p w14:paraId="3D88094A" w14:textId="77777777" w:rsidR="00E54E13" w:rsidRDefault="00000000">
            <w:pPr>
              <w:spacing w:before="30" w:after="30" w:line="236" w:lineRule="exact"/>
              <w:rPr>
                <w:rFonts w:hint="eastAsia"/>
              </w:rPr>
            </w:pPr>
            <w:r>
              <w:rPr>
                <w:b/>
                <w:sz w:val="18"/>
              </w:rPr>
              <w:t>Momento del passaggio</w:t>
            </w:r>
          </w:p>
        </w:tc>
        <w:tc>
          <w:tcPr>
            <w:tcW w:w="6860" w:type="dxa"/>
            <w:vAlign w:val="center"/>
          </w:tcPr>
          <w:p w14:paraId="26D93DAB" w14:textId="77777777" w:rsidR="00E54E13" w:rsidRDefault="00000000">
            <w:pPr>
              <w:spacing w:before="30" w:after="30" w:line="236" w:lineRule="exact"/>
              <w:rPr>
                <w:rFonts w:hint="eastAsia"/>
              </w:rPr>
            </w:pPr>
            <w:sdt>
              <w:sdtPr>
                <w:alias w:val="data e ora effettive"/>
                <w:tag w:val="campo_271"/>
                <w:id w:val="100271"/>
                <w:text w:multiLine="1"/>
              </w:sdtPr>
              <w:sdtContent>
                <w:r>
                  <w:rPr>
                    <w:color w:val="007E87"/>
                    <w:sz w:val="19"/>
                  </w:rPr>
                  <w:t>[data e ora effettive]</w:t>
                </w:r>
              </w:sdtContent>
            </w:sdt>
          </w:p>
        </w:tc>
      </w:tr>
      <w:tr w:rsidR="00E54E13" w14:paraId="6682A6B7" w14:textId="77777777">
        <w:trPr>
          <w:cantSplit/>
          <w:trHeight w:val="386"/>
          <w:jc w:val="center"/>
        </w:trPr>
        <w:tc>
          <w:tcPr>
            <w:tcW w:w="2891" w:type="dxa"/>
            <w:shd w:val="clear" w:color="auto" w:fill="EDF3F9"/>
            <w:vAlign w:val="center"/>
          </w:tcPr>
          <w:p w14:paraId="0E38288B" w14:textId="77777777" w:rsidR="00E54E13" w:rsidRDefault="00000000">
            <w:pPr>
              <w:spacing w:before="30" w:after="30" w:line="236" w:lineRule="exact"/>
              <w:rPr>
                <w:rFonts w:hint="eastAsia"/>
              </w:rPr>
            </w:pPr>
            <w:r>
              <w:rPr>
                <w:b/>
                <w:sz w:val="18"/>
              </w:rPr>
              <w:t>Condizioni dell’impianto</w:t>
            </w:r>
          </w:p>
        </w:tc>
        <w:tc>
          <w:tcPr>
            <w:tcW w:w="6860" w:type="dxa"/>
            <w:shd w:val="clear" w:color="auto" w:fill="F6F8FA"/>
            <w:vAlign w:val="center"/>
          </w:tcPr>
          <w:p w14:paraId="1B7805C9" w14:textId="77777777" w:rsidR="00E54E13" w:rsidRDefault="00000000">
            <w:pPr>
              <w:spacing w:before="30" w:after="30" w:line="236" w:lineRule="exact"/>
              <w:rPr>
                <w:rFonts w:hint="eastAsia"/>
              </w:rPr>
            </w:pPr>
            <w:sdt>
              <w:sdtPr>
                <w:alias w:val="assetto, misure, confini e parti residue"/>
                <w:tag w:val="campo_272"/>
                <w:id w:val="100272"/>
                <w:text w:multiLine="1"/>
              </w:sdtPr>
              <w:sdtContent>
                <w:r>
                  <w:rPr>
                    <w:color w:val="007E87"/>
                    <w:sz w:val="19"/>
                  </w:rPr>
                  <w:t>[assetto, misure, confini e parti residue]</w:t>
                </w:r>
              </w:sdtContent>
            </w:sdt>
          </w:p>
        </w:tc>
      </w:tr>
      <w:tr w:rsidR="00E54E13" w14:paraId="29F41DCD" w14:textId="77777777">
        <w:trPr>
          <w:cantSplit/>
          <w:trHeight w:val="386"/>
          <w:jc w:val="center"/>
        </w:trPr>
        <w:tc>
          <w:tcPr>
            <w:tcW w:w="2891" w:type="dxa"/>
            <w:shd w:val="clear" w:color="auto" w:fill="EDF3F9"/>
            <w:vAlign w:val="center"/>
          </w:tcPr>
          <w:p w14:paraId="3D42AB3F" w14:textId="77777777" w:rsidR="00E54E13" w:rsidRDefault="00000000">
            <w:pPr>
              <w:spacing w:before="30" w:after="30" w:line="236" w:lineRule="exact"/>
              <w:rPr>
                <w:rFonts w:hint="eastAsia"/>
              </w:rPr>
            </w:pPr>
            <w:r>
              <w:rPr>
                <w:b/>
                <w:sz w:val="18"/>
              </w:rPr>
              <w:t>Stato di avanzamento</w:t>
            </w:r>
          </w:p>
        </w:tc>
        <w:tc>
          <w:tcPr>
            <w:tcW w:w="6860" w:type="dxa"/>
            <w:vAlign w:val="center"/>
          </w:tcPr>
          <w:p w14:paraId="41B077E3" w14:textId="77777777" w:rsidR="00E54E13" w:rsidRDefault="00000000">
            <w:pPr>
              <w:spacing w:before="30" w:after="30" w:line="236" w:lineRule="exact"/>
              <w:rPr>
                <w:rFonts w:hint="eastAsia"/>
              </w:rPr>
            </w:pPr>
            <w:sdt>
              <w:sdtPr>
                <w:alias w:val="operazioni concluse e da completare"/>
                <w:tag w:val="campo_273"/>
                <w:id w:val="100273"/>
                <w:text w:multiLine="1"/>
              </w:sdtPr>
              <w:sdtContent>
                <w:r>
                  <w:rPr>
                    <w:color w:val="007E87"/>
                    <w:sz w:val="19"/>
                  </w:rPr>
                  <w:t>[operazioni concluse e da completare]</w:t>
                </w:r>
              </w:sdtContent>
            </w:sdt>
          </w:p>
        </w:tc>
      </w:tr>
    </w:tbl>
    <w:p w14:paraId="15280F40" w14:textId="77777777" w:rsidR="00E54E13" w:rsidRDefault="00E54E13">
      <w:pPr>
        <w:spacing w:after="40" w:line="40" w:lineRule="exact"/>
        <w:rPr>
          <w:rFonts w:hint="eastAsia"/>
        </w:rPr>
      </w:pPr>
    </w:p>
    <w:p w14:paraId="3CDDD28E" w14:textId="77777777" w:rsidR="00E54E13" w:rsidRDefault="00000000">
      <w:pPr>
        <w:pStyle w:val="Titolo3"/>
      </w:pPr>
      <w:r>
        <w:t>Informazioni trasferite</w:t>
      </w:r>
    </w:p>
    <w:p w14:paraId="24E3764B" w14:textId="77777777" w:rsidR="00E54E13" w:rsidRDefault="00000000">
      <w:pPr>
        <w:rPr>
          <w:rFonts w:hint="eastAsia"/>
        </w:rPr>
      </w:pPr>
      <w:r>
        <w:t>[ ] Condizioni dell’impianto   [ ] Stato dei lavori</w:t>
      </w:r>
      <w:r>
        <w:br/>
        <w:t>[ ] Misure di sicurezza adottate   [ ] Rischi e limitazioni residue</w:t>
      </w:r>
      <w:r>
        <w:br/>
        <w:t>[ ] Persone presenti e rispettivi compiti   [ ] Attrezzature e protezioni</w:t>
      </w:r>
      <w:r>
        <w:br/>
        <w:t>[ ] Prove/variazioni in corso   [ ] Documentazione e comunicazioni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F9BEA21" w14:textId="77777777">
        <w:trPr>
          <w:cantSplit/>
          <w:trHeight w:val="386"/>
          <w:jc w:val="center"/>
        </w:trPr>
        <w:tc>
          <w:tcPr>
            <w:tcW w:w="2891" w:type="dxa"/>
            <w:shd w:val="clear" w:color="auto" w:fill="EDF3F9"/>
            <w:vAlign w:val="center"/>
          </w:tcPr>
          <w:p w14:paraId="453DD384" w14:textId="77777777" w:rsidR="00E54E13" w:rsidRDefault="00000000">
            <w:pPr>
              <w:spacing w:before="30" w:after="30" w:line="236" w:lineRule="exact"/>
              <w:rPr>
                <w:rFonts w:hint="eastAsia"/>
              </w:rPr>
            </w:pPr>
            <w:r>
              <w:rPr>
                <w:b/>
                <w:sz w:val="18"/>
              </w:rPr>
              <w:t>Documenti trasferiti</w:t>
            </w:r>
          </w:p>
        </w:tc>
        <w:tc>
          <w:tcPr>
            <w:tcW w:w="6860" w:type="dxa"/>
            <w:vAlign w:val="center"/>
          </w:tcPr>
          <w:p w14:paraId="6FE85899" w14:textId="77777777" w:rsidR="00E54E13" w:rsidRDefault="00000000">
            <w:pPr>
              <w:spacing w:before="30" w:after="30" w:line="236" w:lineRule="exact"/>
              <w:rPr>
                <w:rFonts w:hint="eastAsia"/>
              </w:rPr>
            </w:pPr>
            <w:sdt>
              <w:sdtPr>
                <w:alias w:val="identificativi e revisioni"/>
                <w:tag w:val="campo_274"/>
                <w:id w:val="100274"/>
                <w:text w:multiLine="1"/>
              </w:sdtPr>
              <w:sdtContent>
                <w:r>
                  <w:rPr>
                    <w:color w:val="007E87"/>
                    <w:sz w:val="19"/>
                  </w:rPr>
                  <w:t>[identificativi e revisioni]</w:t>
                </w:r>
              </w:sdtContent>
            </w:sdt>
          </w:p>
        </w:tc>
      </w:tr>
      <w:tr w:rsidR="00E54E13" w14:paraId="5DF9562D" w14:textId="77777777">
        <w:trPr>
          <w:cantSplit/>
          <w:trHeight w:val="386"/>
          <w:jc w:val="center"/>
        </w:trPr>
        <w:tc>
          <w:tcPr>
            <w:tcW w:w="2891" w:type="dxa"/>
            <w:shd w:val="clear" w:color="auto" w:fill="EDF3F9"/>
            <w:vAlign w:val="center"/>
          </w:tcPr>
          <w:p w14:paraId="5B71DA44" w14:textId="77777777" w:rsidR="00E54E13" w:rsidRDefault="00000000">
            <w:pPr>
              <w:spacing w:before="30" w:after="30" w:line="236" w:lineRule="exact"/>
              <w:rPr>
                <w:rFonts w:hint="eastAsia"/>
              </w:rPr>
            </w:pPr>
            <w:r>
              <w:rPr>
                <w:b/>
                <w:sz w:val="18"/>
              </w:rPr>
              <w:t>Documento di consegna aggiornato</w:t>
            </w:r>
          </w:p>
        </w:tc>
        <w:tc>
          <w:tcPr>
            <w:tcW w:w="6860" w:type="dxa"/>
            <w:shd w:val="clear" w:color="auto" w:fill="F6F8FA"/>
            <w:vAlign w:val="center"/>
          </w:tcPr>
          <w:p w14:paraId="39CF3A38" w14:textId="77777777" w:rsidR="00E54E13" w:rsidRDefault="00000000">
            <w:pPr>
              <w:spacing w:before="30" w:after="30" w:line="236" w:lineRule="exact"/>
              <w:rPr>
                <w:rFonts w:hint="eastAsia"/>
              </w:rPr>
            </w:pPr>
            <w:sdt>
              <w:sdtPr>
                <w:alias w:val="codice o motivazione di assenza"/>
                <w:tag w:val="campo_275"/>
                <w:id w:val="100275"/>
                <w:text w:multiLine="1"/>
              </w:sdtPr>
              <w:sdtContent>
                <w:r>
                  <w:rPr>
                    <w:color w:val="007E87"/>
                    <w:sz w:val="19"/>
                  </w:rPr>
                  <w:t>[codice o motivazione di assenza]</w:t>
                </w:r>
              </w:sdtContent>
            </w:sdt>
          </w:p>
        </w:tc>
      </w:tr>
      <w:tr w:rsidR="00E54E13" w14:paraId="454694BD" w14:textId="77777777">
        <w:trPr>
          <w:cantSplit/>
          <w:trHeight w:val="386"/>
          <w:jc w:val="center"/>
        </w:trPr>
        <w:tc>
          <w:tcPr>
            <w:tcW w:w="2891" w:type="dxa"/>
            <w:shd w:val="clear" w:color="auto" w:fill="EDF3F9"/>
            <w:vAlign w:val="center"/>
          </w:tcPr>
          <w:p w14:paraId="416BE266" w14:textId="77777777" w:rsidR="00E54E13" w:rsidRDefault="00000000">
            <w:pPr>
              <w:spacing w:before="30" w:after="30" w:line="236" w:lineRule="exact"/>
              <w:rPr>
                <w:rFonts w:hint="eastAsia"/>
              </w:rPr>
            </w:pPr>
            <w:r>
              <w:rPr>
                <w:b/>
                <w:sz w:val="18"/>
              </w:rPr>
              <w:t>Dubbi o aspetti pendenti</w:t>
            </w:r>
          </w:p>
        </w:tc>
        <w:tc>
          <w:tcPr>
            <w:tcW w:w="6860" w:type="dxa"/>
            <w:vAlign w:val="center"/>
          </w:tcPr>
          <w:p w14:paraId="62D94C07" w14:textId="77777777" w:rsidR="00E54E13" w:rsidRDefault="00000000">
            <w:pPr>
              <w:spacing w:before="30" w:after="30" w:line="236" w:lineRule="exact"/>
              <w:rPr>
                <w:rFonts w:hint="eastAsia"/>
              </w:rPr>
            </w:pPr>
            <w:sdt>
              <w:sdtPr>
                <w:alias w:val="condizioni da risolvere prima della prosecuzione"/>
                <w:tag w:val="campo_276"/>
                <w:id w:val="100276"/>
                <w:text w:multiLine="1"/>
              </w:sdtPr>
              <w:sdtContent>
                <w:r>
                  <w:rPr>
                    <w:color w:val="007E87"/>
                    <w:sz w:val="19"/>
                  </w:rPr>
                  <w:t>[condizioni da risolvere prima della prosecuzione]</w:t>
                </w:r>
              </w:sdtContent>
            </w:sdt>
          </w:p>
        </w:tc>
      </w:tr>
    </w:tbl>
    <w:p w14:paraId="3FC4FB97"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12884C1D" w14:textId="77777777">
        <w:tc>
          <w:tcPr>
            <w:tcW w:w="9752" w:type="dxa"/>
            <w:shd w:val="clear" w:color="auto" w:fill="FFF5E3"/>
            <w:tcMar>
              <w:top w:w="110" w:type="dxa"/>
              <w:left w:w="150" w:type="dxa"/>
              <w:bottom w:w="110" w:type="dxa"/>
              <w:right w:w="150" w:type="dxa"/>
            </w:tcMar>
          </w:tcPr>
          <w:p w14:paraId="02F49D09" w14:textId="77777777" w:rsidR="00E54E13" w:rsidRDefault="00000000">
            <w:pPr>
              <w:spacing w:after="80"/>
              <w:rPr>
                <w:rFonts w:hint="eastAsia"/>
              </w:rPr>
            </w:pPr>
            <w:r>
              <w:rPr>
                <w:b/>
                <w:color w:val="AA761B"/>
              </w:rPr>
              <w:t>PRESA IN CARICO CONSAPEVOLE</w:t>
            </w:r>
          </w:p>
          <w:p w14:paraId="7D391930" w14:textId="77777777" w:rsidR="00E54E13" w:rsidRDefault="00000000">
            <w:pPr>
              <w:spacing w:after="20" w:line="250" w:lineRule="exact"/>
              <w:rPr>
                <w:rFonts w:hint="eastAsia"/>
              </w:rPr>
            </w:pPr>
            <w:r>
              <w:rPr>
                <w:sz w:val="18"/>
              </w:rPr>
              <w:t>Il subentrante conferma di avere ricevuto e compreso le informazioni. Se non può garantire la supervisione necessaria, il lavoro non prosegue.</w:t>
            </w:r>
          </w:p>
        </w:tc>
      </w:tr>
    </w:tbl>
    <w:p w14:paraId="11DCC0E4"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F89FCA7" w14:textId="77777777">
        <w:trPr>
          <w:tblHeader/>
          <w:jc w:val="center"/>
        </w:trPr>
        <w:tc>
          <w:tcPr>
            <w:tcW w:w="3250" w:type="dxa"/>
            <w:shd w:val="clear" w:color="auto" w:fill="12324B"/>
          </w:tcPr>
          <w:p w14:paraId="5CE0A1D3" w14:textId="77777777" w:rsidR="00E54E13" w:rsidRDefault="00000000">
            <w:pPr>
              <w:spacing w:before="30" w:after="30" w:line="228" w:lineRule="exact"/>
              <w:rPr>
                <w:rFonts w:hint="eastAsia"/>
              </w:rPr>
            </w:pPr>
            <w:r>
              <w:rPr>
                <w:b/>
                <w:color w:val="FFFFFF"/>
                <w:sz w:val="17"/>
              </w:rPr>
              <w:t>RLE uscente</w:t>
            </w:r>
          </w:p>
        </w:tc>
        <w:tc>
          <w:tcPr>
            <w:tcW w:w="3250" w:type="dxa"/>
            <w:shd w:val="clear" w:color="auto" w:fill="12324B"/>
          </w:tcPr>
          <w:p w14:paraId="30AD01EE" w14:textId="77777777" w:rsidR="00E54E13" w:rsidRDefault="00000000">
            <w:pPr>
              <w:spacing w:before="30" w:after="30" w:line="228" w:lineRule="exact"/>
              <w:rPr>
                <w:rFonts w:hint="eastAsia"/>
              </w:rPr>
            </w:pPr>
            <w:r>
              <w:rPr>
                <w:b/>
                <w:color w:val="FFFFFF"/>
                <w:sz w:val="17"/>
              </w:rPr>
              <w:t>RLE subentrante</w:t>
            </w:r>
          </w:p>
        </w:tc>
        <w:tc>
          <w:tcPr>
            <w:tcW w:w="3250" w:type="dxa"/>
            <w:shd w:val="clear" w:color="auto" w:fill="12324B"/>
          </w:tcPr>
          <w:p w14:paraId="782FDEF9" w14:textId="77777777" w:rsidR="00E54E13" w:rsidRDefault="00000000">
            <w:pPr>
              <w:spacing w:before="30" w:after="30" w:line="228" w:lineRule="exact"/>
              <w:rPr>
                <w:rFonts w:hint="eastAsia"/>
              </w:rPr>
            </w:pPr>
            <w:r>
              <w:rPr>
                <w:b/>
                <w:color w:val="FFFFFF"/>
                <w:sz w:val="17"/>
              </w:rPr>
              <w:t>Data / ora</w:t>
            </w:r>
          </w:p>
        </w:tc>
      </w:tr>
      <w:tr w:rsidR="00E54E13" w14:paraId="39644B78" w14:textId="77777777">
        <w:trPr>
          <w:cantSplit/>
          <w:trHeight w:val="567"/>
          <w:jc w:val="center"/>
        </w:trPr>
        <w:tc>
          <w:tcPr>
            <w:tcW w:w="3250" w:type="dxa"/>
            <w:vAlign w:val="center"/>
          </w:tcPr>
          <w:p w14:paraId="4BAE78CB"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F5CF3A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2BFD8F04" w14:textId="77777777" w:rsidR="00E54E13" w:rsidRDefault="00000000">
            <w:pPr>
              <w:spacing w:before="30" w:after="30" w:line="228" w:lineRule="exact"/>
              <w:rPr>
                <w:rFonts w:hint="eastAsia"/>
              </w:rPr>
            </w:pPr>
            <w:r>
              <w:rPr>
                <w:sz w:val="17"/>
              </w:rPr>
              <w:t>____ / ____ / ______  __:__</w:t>
            </w:r>
          </w:p>
        </w:tc>
      </w:tr>
    </w:tbl>
    <w:p w14:paraId="57B00B37" w14:textId="77777777" w:rsidR="00E54E13" w:rsidRDefault="00E54E13">
      <w:pPr>
        <w:spacing w:after="40" w:line="40" w:lineRule="exact"/>
        <w:rPr>
          <w:rFonts w:hint="eastAsia"/>
        </w:rPr>
      </w:pPr>
    </w:p>
    <w:p w14:paraId="17AB27E8" w14:textId="77777777" w:rsidR="00E54E13" w:rsidRDefault="00000000">
      <w:pPr>
        <w:pStyle w:val="Source"/>
        <w:rPr>
          <w:rFonts w:hint="eastAsia"/>
        </w:rPr>
      </w:pPr>
      <w:r>
        <w:t>Modello originale [AZ]. Base: INAIL 2026, p. 3 e prosecuzione a p. 4. I campi vuoti non costituiscono una verifica positiva.</w:t>
      </w:r>
    </w:p>
    <w:p w14:paraId="1C26AA7A" w14:textId="77777777" w:rsidR="00E54E13" w:rsidRDefault="00000000">
      <w:pPr>
        <w:pStyle w:val="Eyebrow"/>
        <w:keepNext/>
        <w:pageBreakBefore/>
        <w:rPr>
          <w:rFonts w:hint="eastAsia"/>
        </w:rPr>
      </w:pPr>
      <w:r>
        <w:t>PARTE II  /  ALLEGATO OPERATIVO [AZ]</w:t>
      </w:r>
    </w:p>
    <w:p w14:paraId="1266D0D5" w14:textId="77777777" w:rsidR="00E54E13" w:rsidRDefault="00000000">
      <w:pPr>
        <w:pStyle w:val="Titolo1"/>
      </w:pPr>
      <w:bookmarkStart w:id="58" w:name="B59_A20"/>
      <w:r>
        <w:t>A20  Restituzione dell’impianto RLE → RI</w:t>
      </w:r>
      <w:bookmarkEnd w:id="58"/>
    </w:p>
    <w:p w14:paraId="0D662BF0" w14:textId="77777777" w:rsidR="00E54E13" w:rsidRDefault="00000000">
      <w:pPr>
        <w:pStyle w:val="FormHint"/>
        <w:rPr>
          <w:rFonts w:hint="eastAsia"/>
        </w:rPr>
      </w:pPr>
      <w:r>
        <w:t>Documentare la restituzione se la consegna è stata documentata. Non attestare condizioni non realizzate.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4FA805F8" w14:textId="77777777">
        <w:trPr>
          <w:cantSplit/>
          <w:trHeight w:val="346"/>
          <w:jc w:val="center"/>
        </w:trPr>
        <w:tc>
          <w:tcPr>
            <w:tcW w:w="2891" w:type="dxa"/>
            <w:shd w:val="clear" w:color="auto" w:fill="EDF3F9"/>
            <w:vAlign w:val="center"/>
          </w:tcPr>
          <w:p w14:paraId="23B03E47" w14:textId="77777777" w:rsidR="00E54E13" w:rsidRDefault="00000000">
            <w:pPr>
              <w:spacing w:before="30" w:after="30" w:line="236" w:lineRule="exact"/>
              <w:rPr>
                <w:rFonts w:hint="eastAsia"/>
              </w:rPr>
            </w:pPr>
            <w:r>
              <w:rPr>
                <w:b/>
                <w:sz w:val="18"/>
              </w:rPr>
              <w:t>Azienda / unità</w:t>
            </w:r>
          </w:p>
        </w:tc>
        <w:tc>
          <w:tcPr>
            <w:tcW w:w="6860" w:type="dxa"/>
            <w:vAlign w:val="center"/>
          </w:tcPr>
          <w:p w14:paraId="3B51E416" w14:textId="77777777" w:rsidR="00E54E13" w:rsidRDefault="00000000">
            <w:pPr>
              <w:spacing w:before="30" w:after="30" w:line="236" w:lineRule="exact"/>
              <w:rPr>
                <w:rFonts w:hint="eastAsia"/>
              </w:rPr>
            </w:pPr>
            <w:sdt>
              <w:sdtPr>
                <w:alias w:val="ragione sociale e sede"/>
                <w:tag w:val="campo_278"/>
                <w:id w:val="100278"/>
                <w:text w:multiLine="1"/>
              </w:sdtPr>
              <w:sdtContent>
                <w:r>
                  <w:rPr>
                    <w:color w:val="007E87"/>
                    <w:sz w:val="19"/>
                  </w:rPr>
                  <w:t>[ragione sociale e sede]</w:t>
                </w:r>
              </w:sdtContent>
            </w:sdt>
          </w:p>
        </w:tc>
      </w:tr>
      <w:tr w:rsidR="00E54E13" w14:paraId="1C7D45B0" w14:textId="77777777">
        <w:trPr>
          <w:cantSplit/>
          <w:trHeight w:val="346"/>
          <w:jc w:val="center"/>
        </w:trPr>
        <w:tc>
          <w:tcPr>
            <w:tcW w:w="2891" w:type="dxa"/>
            <w:shd w:val="clear" w:color="auto" w:fill="EDF3F9"/>
            <w:vAlign w:val="center"/>
          </w:tcPr>
          <w:p w14:paraId="7BF9DD19"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3BA3F866" w14:textId="77777777" w:rsidR="00E54E13" w:rsidRDefault="00000000">
            <w:pPr>
              <w:spacing w:before="30" w:after="30" w:line="236" w:lineRule="exact"/>
              <w:rPr>
                <w:rFonts w:hint="eastAsia"/>
              </w:rPr>
            </w:pPr>
            <w:sdt>
              <w:sdtPr>
                <w:alias w:val="codice, revisione e data"/>
                <w:tag w:val="campo_279"/>
                <w:id w:val="100279"/>
                <w:text w:multiLine="1"/>
              </w:sdtPr>
              <w:sdtContent>
                <w:r>
                  <w:rPr>
                    <w:color w:val="007E87"/>
                    <w:sz w:val="19"/>
                  </w:rPr>
                  <w:t>[codice, revisione e data]</w:t>
                </w:r>
              </w:sdtContent>
            </w:sdt>
          </w:p>
        </w:tc>
      </w:tr>
      <w:tr w:rsidR="00E54E13" w14:paraId="5C4E6745" w14:textId="77777777">
        <w:trPr>
          <w:cantSplit/>
          <w:trHeight w:val="346"/>
          <w:jc w:val="center"/>
        </w:trPr>
        <w:tc>
          <w:tcPr>
            <w:tcW w:w="2891" w:type="dxa"/>
            <w:shd w:val="clear" w:color="auto" w:fill="EDF3F9"/>
            <w:vAlign w:val="center"/>
          </w:tcPr>
          <w:p w14:paraId="0CE7223E" w14:textId="77777777" w:rsidR="00E54E13" w:rsidRDefault="00000000">
            <w:pPr>
              <w:spacing w:before="30" w:after="30" w:line="236" w:lineRule="exact"/>
              <w:rPr>
                <w:rFonts w:hint="eastAsia"/>
              </w:rPr>
            </w:pPr>
            <w:r>
              <w:rPr>
                <w:b/>
                <w:sz w:val="18"/>
              </w:rPr>
              <w:t>Lavoro / impianto</w:t>
            </w:r>
          </w:p>
        </w:tc>
        <w:tc>
          <w:tcPr>
            <w:tcW w:w="6860" w:type="dxa"/>
            <w:vAlign w:val="center"/>
          </w:tcPr>
          <w:p w14:paraId="1A196BEF" w14:textId="77777777" w:rsidR="00E54E13" w:rsidRDefault="00000000">
            <w:pPr>
              <w:spacing w:before="30" w:after="30" w:line="236" w:lineRule="exact"/>
              <w:rPr>
                <w:rFonts w:hint="eastAsia"/>
              </w:rPr>
            </w:pPr>
            <w:sdt>
              <w:sdtPr>
                <w:alias w:val="codice lavoro e parte interessata"/>
                <w:tag w:val="campo_280"/>
                <w:id w:val="100280"/>
                <w:text w:multiLine="1"/>
              </w:sdtPr>
              <w:sdtContent>
                <w:r>
                  <w:rPr>
                    <w:color w:val="007E87"/>
                    <w:sz w:val="19"/>
                  </w:rPr>
                  <w:t>[codice lavoro e parte interessata]</w:t>
                </w:r>
              </w:sdtContent>
            </w:sdt>
          </w:p>
        </w:tc>
      </w:tr>
    </w:tbl>
    <w:p w14:paraId="46DCABC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DB3F21F" w14:textId="77777777">
        <w:trPr>
          <w:cantSplit/>
          <w:trHeight w:val="386"/>
          <w:jc w:val="center"/>
        </w:trPr>
        <w:tc>
          <w:tcPr>
            <w:tcW w:w="2891" w:type="dxa"/>
            <w:shd w:val="clear" w:color="auto" w:fill="EDF3F9"/>
            <w:vAlign w:val="center"/>
          </w:tcPr>
          <w:p w14:paraId="1AB7498A" w14:textId="77777777" w:rsidR="00E54E13" w:rsidRDefault="00000000">
            <w:pPr>
              <w:spacing w:before="30" w:after="30" w:line="236" w:lineRule="exact"/>
              <w:rPr>
                <w:rFonts w:hint="eastAsia"/>
              </w:rPr>
            </w:pPr>
            <w:r>
              <w:rPr>
                <w:b/>
                <w:sz w:val="18"/>
              </w:rPr>
              <w:t>RI / RLE</w:t>
            </w:r>
          </w:p>
        </w:tc>
        <w:tc>
          <w:tcPr>
            <w:tcW w:w="6860" w:type="dxa"/>
            <w:vAlign w:val="center"/>
          </w:tcPr>
          <w:p w14:paraId="048CEEDB" w14:textId="77777777" w:rsidR="00E54E13" w:rsidRDefault="00000000">
            <w:pPr>
              <w:spacing w:before="30" w:after="30" w:line="236" w:lineRule="exact"/>
              <w:rPr>
                <w:rFonts w:hint="eastAsia"/>
              </w:rPr>
            </w:pPr>
            <w:sdt>
              <w:sdtPr>
                <w:alias w:val="nominativi"/>
                <w:tag w:val="campo_281"/>
                <w:id w:val="100281"/>
                <w:text w:multiLine="1"/>
              </w:sdtPr>
              <w:sdtContent>
                <w:r>
                  <w:rPr>
                    <w:color w:val="007E87"/>
                    <w:sz w:val="19"/>
                  </w:rPr>
                  <w:t>[nominativi]</w:t>
                </w:r>
              </w:sdtContent>
            </w:sdt>
          </w:p>
        </w:tc>
      </w:tr>
      <w:tr w:rsidR="00E54E13" w14:paraId="22C1E2CC" w14:textId="77777777">
        <w:trPr>
          <w:cantSplit/>
          <w:trHeight w:val="386"/>
          <w:jc w:val="center"/>
        </w:trPr>
        <w:tc>
          <w:tcPr>
            <w:tcW w:w="2891" w:type="dxa"/>
            <w:shd w:val="clear" w:color="auto" w:fill="EDF3F9"/>
            <w:vAlign w:val="center"/>
          </w:tcPr>
          <w:p w14:paraId="6B5C4954" w14:textId="77777777" w:rsidR="00E54E13" w:rsidRDefault="00000000">
            <w:pPr>
              <w:spacing w:before="30" w:after="30" w:line="236" w:lineRule="exact"/>
              <w:rPr>
                <w:rFonts w:hint="eastAsia"/>
              </w:rPr>
            </w:pPr>
            <w:r>
              <w:rPr>
                <w:b/>
                <w:sz w:val="18"/>
              </w:rPr>
              <w:t>Consegna di riferimento</w:t>
            </w:r>
          </w:p>
        </w:tc>
        <w:tc>
          <w:tcPr>
            <w:tcW w:w="6860" w:type="dxa"/>
            <w:shd w:val="clear" w:color="auto" w:fill="F6F8FA"/>
            <w:vAlign w:val="center"/>
          </w:tcPr>
          <w:p w14:paraId="4E7612F3" w14:textId="77777777" w:rsidR="00E54E13" w:rsidRDefault="00000000">
            <w:pPr>
              <w:spacing w:before="30" w:after="30" w:line="236" w:lineRule="exact"/>
              <w:rPr>
                <w:rFonts w:hint="eastAsia"/>
              </w:rPr>
            </w:pPr>
            <w:sdt>
              <w:sdtPr>
                <w:alias w:val="codice A16, data e parte interessata"/>
                <w:tag w:val="campo_282"/>
                <w:id w:val="100282"/>
                <w:text w:multiLine="1"/>
              </w:sdtPr>
              <w:sdtContent>
                <w:r>
                  <w:rPr>
                    <w:color w:val="007E87"/>
                    <w:sz w:val="19"/>
                  </w:rPr>
                  <w:t>[codice A16, data e parte interessata]</w:t>
                </w:r>
              </w:sdtContent>
            </w:sdt>
          </w:p>
        </w:tc>
      </w:tr>
      <w:tr w:rsidR="00E54E13" w14:paraId="45FE2A27" w14:textId="77777777">
        <w:trPr>
          <w:cantSplit/>
          <w:trHeight w:val="386"/>
          <w:jc w:val="center"/>
        </w:trPr>
        <w:tc>
          <w:tcPr>
            <w:tcW w:w="2891" w:type="dxa"/>
            <w:shd w:val="clear" w:color="auto" w:fill="EDF3F9"/>
            <w:vAlign w:val="center"/>
          </w:tcPr>
          <w:p w14:paraId="032682E1" w14:textId="77777777" w:rsidR="00E54E13" w:rsidRDefault="00000000">
            <w:pPr>
              <w:spacing w:before="30" w:after="30" w:line="236" w:lineRule="exact"/>
              <w:rPr>
                <w:rFonts w:hint="eastAsia"/>
              </w:rPr>
            </w:pPr>
            <w:r>
              <w:rPr>
                <w:b/>
                <w:sz w:val="18"/>
              </w:rPr>
              <w:t>Lavori eseguiti</w:t>
            </w:r>
          </w:p>
        </w:tc>
        <w:tc>
          <w:tcPr>
            <w:tcW w:w="6860" w:type="dxa"/>
            <w:vAlign w:val="center"/>
          </w:tcPr>
          <w:p w14:paraId="7777B240" w14:textId="77777777" w:rsidR="00E54E13" w:rsidRDefault="00000000">
            <w:pPr>
              <w:spacing w:before="30" w:after="30" w:line="236" w:lineRule="exact"/>
              <w:rPr>
                <w:rFonts w:hint="eastAsia"/>
              </w:rPr>
            </w:pPr>
            <w:sdt>
              <w:sdtPr>
                <w:alias w:val="descrizione e documenti finali"/>
                <w:tag w:val="campo_283"/>
                <w:id w:val="100283"/>
                <w:text w:multiLine="1"/>
              </w:sdtPr>
              <w:sdtContent>
                <w:r>
                  <w:rPr>
                    <w:color w:val="007E87"/>
                    <w:sz w:val="19"/>
                  </w:rPr>
                  <w:t>[descrizione e documenti finali]</w:t>
                </w:r>
              </w:sdtContent>
            </w:sdt>
          </w:p>
        </w:tc>
      </w:tr>
    </w:tbl>
    <w:p w14:paraId="42A3F01C" w14:textId="77777777" w:rsidR="00E54E13" w:rsidRDefault="00E54E13">
      <w:pPr>
        <w:spacing w:after="40" w:line="40" w:lineRule="exact"/>
        <w:rPr>
          <w:rFonts w:hint="eastAsia"/>
        </w:rPr>
      </w:pPr>
    </w:p>
    <w:p w14:paraId="263F4920" w14:textId="77777777" w:rsidR="00E54E13" w:rsidRDefault="00000000">
      <w:pPr>
        <w:pStyle w:val="Titolo3"/>
      </w:pPr>
      <w:r>
        <w:t>Condizioni per la restituzione ordinaria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463"/>
        <w:gridCol w:w="3288"/>
      </w:tblGrid>
      <w:tr w:rsidR="00E54E13" w14:paraId="57EF9324" w14:textId="77777777">
        <w:trPr>
          <w:tblHeader/>
          <w:jc w:val="center"/>
        </w:trPr>
        <w:tc>
          <w:tcPr>
            <w:tcW w:w="6463" w:type="dxa"/>
            <w:shd w:val="clear" w:color="auto" w:fill="12324B"/>
          </w:tcPr>
          <w:p w14:paraId="64E51A21" w14:textId="77777777" w:rsidR="00E54E13" w:rsidRDefault="00000000">
            <w:pPr>
              <w:spacing w:before="30" w:after="30" w:line="234" w:lineRule="exact"/>
              <w:rPr>
                <w:rFonts w:hint="eastAsia"/>
              </w:rPr>
            </w:pPr>
            <w:r>
              <w:rPr>
                <w:b/>
                <w:color w:val="FFFFFF"/>
                <w:sz w:val="18"/>
              </w:rPr>
              <w:t>Condizione verificata</w:t>
            </w:r>
          </w:p>
        </w:tc>
        <w:tc>
          <w:tcPr>
            <w:tcW w:w="3288" w:type="dxa"/>
            <w:shd w:val="clear" w:color="auto" w:fill="12324B"/>
          </w:tcPr>
          <w:p w14:paraId="44284518" w14:textId="77777777" w:rsidR="00E54E13" w:rsidRDefault="00000000">
            <w:pPr>
              <w:spacing w:before="30" w:after="30" w:line="234" w:lineRule="exact"/>
              <w:rPr>
                <w:rFonts w:hint="eastAsia"/>
              </w:rPr>
            </w:pPr>
            <w:r>
              <w:rPr>
                <w:b/>
                <w:color w:val="FFFFFF"/>
                <w:sz w:val="18"/>
              </w:rPr>
              <w:t>Esito / evidenza</w:t>
            </w:r>
          </w:p>
        </w:tc>
      </w:tr>
      <w:tr w:rsidR="00E54E13" w14:paraId="7D80AF91" w14:textId="77777777">
        <w:trPr>
          <w:cantSplit/>
          <w:jc w:val="center"/>
        </w:trPr>
        <w:tc>
          <w:tcPr>
            <w:tcW w:w="6463" w:type="dxa"/>
            <w:vAlign w:val="center"/>
          </w:tcPr>
          <w:p w14:paraId="1CECBBB9" w14:textId="77777777" w:rsidR="00E54E13" w:rsidRDefault="00000000">
            <w:pPr>
              <w:spacing w:before="30" w:after="30" w:line="234" w:lineRule="exact"/>
              <w:rPr>
                <w:rFonts w:hint="eastAsia"/>
              </w:rPr>
            </w:pPr>
            <w:r>
              <w:rPr>
                <w:sz w:val="18"/>
              </w:rPr>
              <w:t>Lavori terminati e persone allontanate dalla parte interessata</w:t>
            </w:r>
          </w:p>
        </w:tc>
        <w:tc>
          <w:tcPr>
            <w:tcW w:w="3288" w:type="dxa"/>
            <w:vAlign w:val="center"/>
          </w:tcPr>
          <w:p w14:paraId="40EA7469" w14:textId="77777777" w:rsidR="00E54E13" w:rsidRDefault="00000000">
            <w:pPr>
              <w:spacing w:before="30" w:after="30" w:line="234" w:lineRule="exact"/>
              <w:rPr>
                <w:rFonts w:hint="eastAsia"/>
              </w:rPr>
            </w:pPr>
            <w:r>
              <w:rPr>
                <w:sz w:val="18"/>
              </w:rPr>
              <w:t>[ ] Sì [ ] No</w:t>
            </w:r>
            <w:r>
              <w:rPr>
                <w:sz w:val="18"/>
              </w:rPr>
              <w:br/>
              <w:t>[riscontro]</w:t>
            </w:r>
          </w:p>
        </w:tc>
      </w:tr>
      <w:tr w:rsidR="00E54E13" w14:paraId="2B451136" w14:textId="77777777">
        <w:trPr>
          <w:cantSplit/>
          <w:jc w:val="center"/>
        </w:trPr>
        <w:tc>
          <w:tcPr>
            <w:tcW w:w="6463" w:type="dxa"/>
            <w:shd w:val="clear" w:color="auto" w:fill="F6F8FA"/>
            <w:vAlign w:val="center"/>
          </w:tcPr>
          <w:p w14:paraId="4CDC3C32" w14:textId="77777777" w:rsidR="00E54E13" w:rsidRDefault="00000000">
            <w:pPr>
              <w:spacing w:before="30" w:after="30" w:line="234" w:lineRule="exact"/>
              <w:rPr>
                <w:rFonts w:hint="eastAsia"/>
              </w:rPr>
            </w:pPr>
            <w:r>
              <w:rPr>
                <w:sz w:val="18"/>
              </w:rPr>
              <w:t>Misure temporanee di lavoro rimosse secondo le istruzioni previste</w:t>
            </w:r>
          </w:p>
        </w:tc>
        <w:tc>
          <w:tcPr>
            <w:tcW w:w="3288" w:type="dxa"/>
            <w:shd w:val="clear" w:color="auto" w:fill="F6F8FA"/>
            <w:vAlign w:val="center"/>
          </w:tcPr>
          <w:p w14:paraId="37FE2102" w14:textId="77777777" w:rsidR="00E54E13" w:rsidRDefault="00000000">
            <w:pPr>
              <w:spacing w:before="30" w:after="30" w:line="234" w:lineRule="exact"/>
              <w:rPr>
                <w:rFonts w:hint="eastAsia"/>
              </w:rPr>
            </w:pPr>
            <w:r>
              <w:rPr>
                <w:sz w:val="18"/>
              </w:rPr>
              <w:t>[ ] Sì [ ] No</w:t>
            </w:r>
            <w:r>
              <w:rPr>
                <w:sz w:val="18"/>
              </w:rPr>
              <w:br/>
              <w:t>[riscontro]</w:t>
            </w:r>
          </w:p>
        </w:tc>
      </w:tr>
      <w:tr w:rsidR="00E54E13" w14:paraId="26CA73C2" w14:textId="77777777">
        <w:trPr>
          <w:cantSplit/>
          <w:jc w:val="center"/>
        </w:trPr>
        <w:tc>
          <w:tcPr>
            <w:tcW w:w="6463" w:type="dxa"/>
            <w:vAlign w:val="center"/>
          </w:tcPr>
          <w:p w14:paraId="13B20309" w14:textId="77777777" w:rsidR="00E54E13" w:rsidRDefault="00000000">
            <w:pPr>
              <w:spacing w:before="30" w:after="30" w:line="234" w:lineRule="exact"/>
              <w:rPr>
                <w:rFonts w:hint="eastAsia"/>
              </w:rPr>
            </w:pPr>
            <w:r>
              <w:rPr>
                <w:sz w:val="18"/>
              </w:rPr>
              <w:t>Normale assetto di esercizio ripristinato</w:t>
            </w:r>
          </w:p>
        </w:tc>
        <w:tc>
          <w:tcPr>
            <w:tcW w:w="3288" w:type="dxa"/>
            <w:vAlign w:val="center"/>
          </w:tcPr>
          <w:p w14:paraId="2F2B2F83" w14:textId="77777777" w:rsidR="00E54E13" w:rsidRDefault="00000000">
            <w:pPr>
              <w:spacing w:before="30" w:after="30" w:line="234" w:lineRule="exact"/>
              <w:rPr>
                <w:rFonts w:hint="eastAsia"/>
              </w:rPr>
            </w:pPr>
            <w:r>
              <w:rPr>
                <w:sz w:val="18"/>
              </w:rPr>
              <w:t>[ ] Sì [ ] No</w:t>
            </w:r>
            <w:r>
              <w:rPr>
                <w:sz w:val="18"/>
              </w:rPr>
              <w:br/>
              <w:t>[riscontro]</w:t>
            </w:r>
          </w:p>
        </w:tc>
      </w:tr>
      <w:tr w:rsidR="00E54E13" w14:paraId="4DF26B90" w14:textId="77777777">
        <w:trPr>
          <w:cantSplit/>
          <w:jc w:val="center"/>
        </w:trPr>
        <w:tc>
          <w:tcPr>
            <w:tcW w:w="6463" w:type="dxa"/>
            <w:shd w:val="clear" w:color="auto" w:fill="F6F8FA"/>
            <w:vAlign w:val="center"/>
          </w:tcPr>
          <w:p w14:paraId="3FC791AC" w14:textId="77777777" w:rsidR="00E54E13" w:rsidRDefault="00000000">
            <w:pPr>
              <w:spacing w:before="30" w:after="30" w:line="234" w:lineRule="exact"/>
              <w:rPr>
                <w:rFonts w:hint="eastAsia"/>
              </w:rPr>
            </w:pPr>
            <w:r>
              <w:rPr>
                <w:sz w:val="18"/>
              </w:rPr>
              <w:t>Informazioni finali comunicate al RI</w:t>
            </w:r>
          </w:p>
        </w:tc>
        <w:tc>
          <w:tcPr>
            <w:tcW w:w="3288" w:type="dxa"/>
            <w:shd w:val="clear" w:color="auto" w:fill="F6F8FA"/>
            <w:vAlign w:val="center"/>
          </w:tcPr>
          <w:p w14:paraId="662C562A" w14:textId="77777777" w:rsidR="00E54E13" w:rsidRDefault="00000000">
            <w:pPr>
              <w:spacing w:before="30" w:after="30" w:line="234" w:lineRule="exact"/>
              <w:rPr>
                <w:rFonts w:hint="eastAsia"/>
              </w:rPr>
            </w:pPr>
            <w:r>
              <w:rPr>
                <w:sz w:val="18"/>
              </w:rPr>
              <w:t>[ ] Sì [ ] No</w:t>
            </w:r>
            <w:r>
              <w:rPr>
                <w:sz w:val="18"/>
              </w:rPr>
              <w:br/>
              <w:t>[riscontro]</w:t>
            </w:r>
          </w:p>
        </w:tc>
      </w:tr>
    </w:tbl>
    <w:p w14:paraId="6815592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DB555CD" w14:textId="77777777">
        <w:trPr>
          <w:cantSplit/>
          <w:trHeight w:val="386"/>
          <w:jc w:val="center"/>
        </w:trPr>
        <w:tc>
          <w:tcPr>
            <w:tcW w:w="2891" w:type="dxa"/>
            <w:shd w:val="clear" w:color="auto" w:fill="EDF3F9"/>
            <w:vAlign w:val="center"/>
          </w:tcPr>
          <w:p w14:paraId="16098E27" w14:textId="77777777" w:rsidR="00E54E13" w:rsidRDefault="00000000">
            <w:pPr>
              <w:spacing w:before="30" w:after="30" w:line="236" w:lineRule="exact"/>
              <w:rPr>
                <w:rFonts w:hint="eastAsia"/>
              </w:rPr>
            </w:pPr>
            <w:r>
              <w:rPr>
                <w:b/>
                <w:sz w:val="18"/>
              </w:rPr>
              <w:t>Data / ora restituzione</w:t>
            </w:r>
          </w:p>
        </w:tc>
        <w:tc>
          <w:tcPr>
            <w:tcW w:w="6860" w:type="dxa"/>
            <w:vAlign w:val="center"/>
          </w:tcPr>
          <w:p w14:paraId="079F1A01" w14:textId="77777777" w:rsidR="00E54E13" w:rsidRDefault="00000000">
            <w:pPr>
              <w:spacing w:before="30" w:after="30" w:line="236" w:lineRule="exact"/>
              <w:rPr>
                <w:rFonts w:hint="eastAsia"/>
              </w:rPr>
            </w:pPr>
            <w:sdt>
              <w:sdtPr>
                <w:alias w:val="momento e modalità della comunicazione"/>
                <w:tag w:val="campo_284"/>
                <w:id w:val="100284"/>
                <w:text w:multiLine="1"/>
              </w:sdtPr>
              <w:sdtContent>
                <w:r>
                  <w:rPr>
                    <w:color w:val="007E87"/>
                    <w:sz w:val="19"/>
                  </w:rPr>
                  <w:t>[momento e modalità della comunicazione]</w:t>
                </w:r>
              </w:sdtContent>
            </w:sdt>
          </w:p>
        </w:tc>
      </w:tr>
      <w:tr w:rsidR="00E54E13" w14:paraId="3AD539A3" w14:textId="77777777">
        <w:trPr>
          <w:cantSplit/>
          <w:trHeight w:val="386"/>
          <w:jc w:val="center"/>
        </w:trPr>
        <w:tc>
          <w:tcPr>
            <w:tcW w:w="2891" w:type="dxa"/>
            <w:shd w:val="clear" w:color="auto" w:fill="EDF3F9"/>
            <w:vAlign w:val="center"/>
          </w:tcPr>
          <w:p w14:paraId="30A99794" w14:textId="77777777" w:rsidR="00E54E13" w:rsidRDefault="00000000">
            <w:pPr>
              <w:spacing w:before="30" w:after="30" w:line="236" w:lineRule="exact"/>
              <w:rPr>
                <w:rFonts w:hint="eastAsia"/>
              </w:rPr>
            </w:pPr>
            <w:r>
              <w:rPr>
                <w:b/>
                <w:sz w:val="18"/>
              </w:rPr>
              <w:t>Esito</w:t>
            </w:r>
          </w:p>
        </w:tc>
        <w:tc>
          <w:tcPr>
            <w:tcW w:w="6860" w:type="dxa"/>
            <w:shd w:val="clear" w:color="auto" w:fill="F6F8FA"/>
            <w:vAlign w:val="center"/>
          </w:tcPr>
          <w:p w14:paraId="7528D736" w14:textId="77777777" w:rsidR="00E54E13" w:rsidRDefault="00000000">
            <w:pPr>
              <w:spacing w:before="30" w:after="30" w:line="236" w:lineRule="exact"/>
              <w:rPr>
                <w:rFonts w:hint="eastAsia"/>
              </w:rPr>
            </w:pPr>
            <w:sdt>
              <w:sdtPr>
                <w:alias w:val="restituzione ordinaria / mantenimento stato non ordinario"/>
                <w:tag w:val="campo_285"/>
                <w:id w:val="100285"/>
                <w:text w:multiLine="1"/>
              </w:sdtPr>
              <w:sdtContent>
                <w:r>
                  <w:rPr>
                    <w:color w:val="007E87"/>
                    <w:sz w:val="19"/>
                  </w:rPr>
                  <w:t>[restituzione ordinaria / mantenimento stato non ordinario]</w:t>
                </w:r>
              </w:sdtContent>
            </w:sdt>
          </w:p>
        </w:tc>
      </w:tr>
    </w:tbl>
    <w:p w14:paraId="21110858" w14:textId="77777777" w:rsidR="00E54E13" w:rsidRDefault="00E54E13">
      <w:pPr>
        <w:spacing w:after="40" w:line="40" w:lineRule="exact"/>
        <w:rPr>
          <w:rFonts w:hint="eastAsia"/>
        </w:rPr>
      </w:pPr>
    </w:p>
    <w:p w14:paraId="2579E18D" w14:textId="77777777" w:rsidR="00E54E13" w:rsidRDefault="00000000">
      <w:pPr>
        <w:pStyle w:val="Titolo3"/>
      </w:pPr>
      <w:r>
        <w:t>Limitazioni, anomalie residue o stato non ordinario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44DA7921" w14:textId="77777777">
        <w:trPr>
          <w:cantSplit/>
          <w:trHeight w:val="658"/>
          <w:jc w:val="center"/>
        </w:trPr>
        <w:tc>
          <w:tcPr>
            <w:tcW w:w="9751" w:type="dxa"/>
            <w:vAlign w:val="center"/>
          </w:tcPr>
          <w:p w14:paraId="4FCE9FEF" w14:textId="77777777" w:rsidR="00E54E13" w:rsidRDefault="00000000">
            <w:pPr>
              <w:spacing w:before="30" w:after="30" w:line="234" w:lineRule="exact"/>
              <w:rPr>
                <w:rFonts w:hint="eastAsia"/>
              </w:rPr>
            </w:pPr>
            <w:sdt>
              <w:sdtPr>
                <w:alias w:val="compilare o richiamare un allegato identificato"/>
                <w:tag w:val="campo_286"/>
                <w:id w:val="100286"/>
                <w:text w:multiLine="1"/>
              </w:sdtPr>
              <w:sdtContent>
                <w:r>
                  <w:rPr>
                    <w:color w:val="007E87"/>
                    <w:sz w:val="19"/>
                  </w:rPr>
                  <w:t>[compilare o richiamare un allegato identificato]</w:t>
                </w:r>
              </w:sdtContent>
            </w:sdt>
          </w:p>
        </w:tc>
      </w:tr>
    </w:tbl>
    <w:p w14:paraId="0C65B0A5" w14:textId="77777777" w:rsidR="00E54E13" w:rsidRDefault="00E54E13">
      <w:pPr>
        <w:spacing w:after="40" w:line="40" w:lineRule="exact"/>
        <w:rPr>
          <w:rFonts w:hint="eastAsia"/>
        </w:rPr>
      </w:pPr>
    </w:p>
    <w:p w14:paraId="3436729F" w14:textId="77777777" w:rsidR="00E54E13" w:rsidRDefault="00000000">
      <w:pPr>
        <w:pStyle w:val="FormHint"/>
        <w:rPr>
          <w:rFonts w:hint="eastAsia"/>
        </w:rPr>
      </w:pPr>
      <w:r>
        <w:t>Se non è possibile attestare il ripristino ordinario, descrivere lo stato sicuro effettivo, le parti non disponibili e il passaggio di responsabilità; non autorizzare implicitamente la ripresa del normale esercizio. Per tali casi applicare la gestione aziendale delle variazioni.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EFAB57A" w14:textId="77777777">
        <w:trPr>
          <w:tblHeader/>
          <w:jc w:val="center"/>
        </w:trPr>
        <w:tc>
          <w:tcPr>
            <w:tcW w:w="3250" w:type="dxa"/>
            <w:shd w:val="clear" w:color="auto" w:fill="12324B"/>
          </w:tcPr>
          <w:p w14:paraId="27D81EF2" w14:textId="77777777" w:rsidR="00E54E13" w:rsidRDefault="00000000">
            <w:pPr>
              <w:spacing w:before="30" w:after="30" w:line="228" w:lineRule="exact"/>
              <w:rPr>
                <w:rFonts w:hint="eastAsia"/>
              </w:rPr>
            </w:pPr>
            <w:r>
              <w:rPr>
                <w:b/>
                <w:color w:val="FFFFFF"/>
                <w:sz w:val="17"/>
              </w:rPr>
              <w:t>RLE restituente</w:t>
            </w:r>
          </w:p>
        </w:tc>
        <w:tc>
          <w:tcPr>
            <w:tcW w:w="3250" w:type="dxa"/>
            <w:shd w:val="clear" w:color="auto" w:fill="12324B"/>
          </w:tcPr>
          <w:p w14:paraId="2927F3F2" w14:textId="77777777" w:rsidR="00E54E13" w:rsidRDefault="00000000">
            <w:pPr>
              <w:spacing w:before="30" w:after="30" w:line="228" w:lineRule="exact"/>
              <w:rPr>
                <w:rFonts w:hint="eastAsia"/>
              </w:rPr>
            </w:pPr>
            <w:r>
              <w:rPr>
                <w:b/>
                <w:color w:val="FFFFFF"/>
                <w:sz w:val="17"/>
              </w:rPr>
              <w:t>RI ricevente</w:t>
            </w:r>
          </w:p>
        </w:tc>
        <w:tc>
          <w:tcPr>
            <w:tcW w:w="3250" w:type="dxa"/>
            <w:shd w:val="clear" w:color="auto" w:fill="12324B"/>
          </w:tcPr>
          <w:p w14:paraId="7CC65012" w14:textId="77777777" w:rsidR="00E54E13" w:rsidRDefault="00000000">
            <w:pPr>
              <w:spacing w:before="30" w:after="30" w:line="228" w:lineRule="exact"/>
              <w:rPr>
                <w:rFonts w:hint="eastAsia"/>
              </w:rPr>
            </w:pPr>
            <w:r>
              <w:rPr>
                <w:b/>
                <w:color w:val="FFFFFF"/>
                <w:sz w:val="17"/>
              </w:rPr>
              <w:t>Data / ora</w:t>
            </w:r>
          </w:p>
        </w:tc>
      </w:tr>
      <w:tr w:rsidR="00E54E13" w14:paraId="078B75E9" w14:textId="77777777">
        <w:trPr>
          <w:cantSplit/>
          <w:trHeight w:val="567"/>
          <w:jc w:val="center"/>
        </w:trPr>
        <w:tc>
          <w:tcPr>
            <w:tcW w:w="3250" w:type="dxa"/>
            <w:vAlign w:val="center"/>
          </w:tcPr>
          <w:p w14:paraId="5310FBB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D96432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89AD935" w14:textId="77777777" w:rsidR="00E54E13" w:rsidRDefault="00000000">
            <w:pPr>
              <w:spacing w:before="30" w:after="30" w:line="228" w:lineRule="exact"/>
              <w:rPr>
                <w:rFonts w:hint="eastAsia"/>
              </w:rPr>
            </w:pPr>
            <w:r>
              <w:rPr>
                <w:sz w:val="17"/>
              </w:rPr>
              <w:t>____ / ____ / ______  __:__</w:t>
            </w:r>
          </w:p>
        </w:tc>
      </w:tr>
    </w:tbl>
    <w:p w14:paraId="0C373334" w14:textId="77777777" w:rsidR="00E54E13" w:rsidRDefault="00E54E13">
      <w:pPr>
        <w:spacing w:after="40" w:line="40" w:lineRule="exact"/>
        <w:rPr>
          <w:rFonts w:hint="eastAsia"/>
        </w:rPr>
      </w:pPr>
    </w:p>
    <w:p w14:paraId="3CB41746" w14:textId="77777777" w:rsidR="00E54E13" w:rsidRDefault="00000000">
      <w:pPr>
        <w:pStyle w:val="Source"/>
        <w:rPr>
          <w:rFonts w:hint="eastAsia"/>
        </w:rPr>
      </w:pPr>
      <w:r>
        <w:t>Modello originale [AZ]. Base: INAIL 2026, p. 4. I campi vuoti non costituiscono una verifica positiva.</w:t>
      </w:r>
    </w:p>
    <w:p w14:paraId="63EDB9E9" w14:textId="77777777" w:rsidR="00E54E13" w:rsidRDefault="00000000">
      <w:pPr>
        <w:pStyle w:val="Eyebrow"/>
        <w:keepNext/>
        <w:pageBreakBefore/>
        <w:rPr>
          <w:rFonts w:hint="eastAsia"/>
        </w:rPr>
      </w:pPr>
      <w:r>
        <w:t>PARTE II  /  ALLEGATO OPERATIVO [AZ]</w:t>
      </w:r>
    </w:p>
    <w:p w14:paraId="3202058C" w14:textId="77777777" w:rsidR="00E54E13" w:rsidRDefault="00000000">
      <w:pPr>
        <w:pStyle w:val="Titolo1"/>
      </w:pPr>
      <w:bookmarkStart w:id="59" w:name="B60_A21"/>
      <w:r>
        <w:t>A21  DPI e protezioni: selezione e controlli</w:t>
      </w:r>
      <w:bookmarkEnd w:id="59"/>
    </w:p>
    <w:p w14:paraId="129BA6E6" w14:textId="77777777" w:rsidR="00E54E13" w:rsidRDefault="00000000">
      <w:pPr>
        <w:pStyle w:val="FormHint"/>
        <w:rPr>
          <w:rFonts w:hint="eastAsia"/>
        </w:rPr>
      </w:pPr>
      <w:r>
        <w:t>Scheda 1 di 2. La selezione tecnica deve provenire dalla valutazione e dalle istruzioni applicabili, non dalla sola qualifica PES/PAV.</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7F9536A" w14:textId="77777777">
        <w:trPr>
          <w:cantSplit/>
          <w:trHeight w:val="346"/>
          <w:jc w:val="center"/>
        </w:trPr>
        <w:tc>
          <w:tcPr>
            <w:tcW w:w="2891" w:type="dxa"/>
            <w:shd w:val="clear" w:color="auto" w:fill="EDF3F9"/>
            <w:vAlign w:val="center"/>
          </w:tcPr>
          <w:p w14:paraId="785E93A0" w14:textId="77777777" w:rsidR="00E54E13" w:rsidRDefault="00000000">
            <w:pPr>
              <w:spacing w:before="30" w:after="30" w:line="236" w:lineRule="exact"/>
              <w:rPr>
                <w:rFonts w:hint="eastAsia"/>
              </w:rPr>
            </w:pPr>
            <w:r>
              <w:rPr>
                <w:b/>
                <w:sz w:val="18"/>
              </w:rPr>
              <w:t>Azienda / unità</w:t>
            </w:r>
          </w:p>
        </w:tc>
        <w:tc>
          <w:tcPr>
            <w:tcW w:w="6860" w:type="dxa"/>
            <w:vAlign w:val="center"/>
          </w:tcPr>
          <w:p w14:paraId="5F526BAA" w14:textId="77777777" w:rsidR="00E54E13" w:rsidRDefault="00000000">
            <w:pPr>
              <w:spacing w:before="30" w:after="30" w:line="236" w:lineRule="exact"/>
              <w:rPr>
                <w:rFonts w:hint="eastAsia"/>
              </w:rPr>
            </w:pPr>
            <w:sdt>
              <w:sdtPr>
                <w:alias w:val="ragione sociale e sede"/>
                <w:tag w:val="campo_288"/>
                <w:id w:val="100288"/>
                <w:text w:multiLine="1"/>
              </w:sdtPr>
              <w:sdtContent>
                <w:r>
                  <w:rPr>
                    <w:color w:val="007E87"/>
                    <w:sz w:val="19"/>
                  </w:rPr>
                  <w:t>[ragione sociale e sede]</w:t>
                </w:r>
              </w:sdtContent>
            </w:sdt>
          </w:p>
        </w:tc>
      </w:tr>
      <w:tr w:rsidR="00E54E13" w14:paraId="623EF966" w14:textId="77777777">
        <w:trPr>
          <w:cantSplit/>
          <w:trHeight w:val="346"/>
          <w:jc w:val="center"/>
        </w:trPr>
        <w:tc>
          <w:tcPr>
            <w:tcW w:w="2891" w:type="dxa"/>
            <w:shd w:val="clear" w:color="auto" w:fill="EDF3F9"/>
            <w:vAlign w:val="center"/>
          </w:tcPr>
          <w:p w14:paraId="3301F09C"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C78681C" w14:textId="77777777" w:rsidR="00E54E13" w:rsidRDefault="00000000">
            <w:pPr>
              <w:spacing w:before="30" w:after="30" w:line="236" w:lineRule="exact"/>
              <w:rPr>
                <w:rFonts w:hint="eastAsia"/>
              </w:rPr>
            </w:pPr>
            <w:sdt>
              <w:sdtPr>
                <w:alias w:val="codice, revisione e data"/>
                <w:tag w:val="campo_289"/>
                <w:id w:val="100289"/>
                <w:text w:multiLine="1"/>
              </w:sdtPr>
              <w:sdtContent>
                <w:r>
                  <w:rPr>
                    <w:color w:val="007E87"/>
                    <w:sz w:val="19"/>
                  </w:rPr>
                  <w:t>[codice, revisione e data]</w:t>
                </w:r>
              </w:sdtContent>
            </w:sdt>
          </w:p>
        </w:tc>
      </w:tr>
      <w:tr w:rsidR="00E54E13" w14:paraId="03CFE0A0" w14:textId="77777777">
        <w:trPr>
          <w:cantSplit/>
          <w:trHeight w:val="346"/>
          <w:jc w:val="center"/>
        </w:trPr>
        <w:tc>
          <w:tcPr>
            <w:tcW w:w="2891" w:type="dxa"/>
            <w:shd w:val="clear" w:color="auto" w:fill="EDF3F9"/>
            <w:vAlign w:val="center"/>
          </w:tcPr>
          <w:p w14:paraId="24F2A861" w14:textId="77777777" w:rsidR="00E54E13" w:rsidRDefault="00000000">
            <w:pPr>
              <w:spacing w:before="30" w:after="30" w:line="236" w:lineRule="exact"/>
              <w:rPr>
                <w:rFonts w:hint="eastAsia"/>
              </w:rPr>
            </w:pPr>
            <w:r>
              <w:rPr>
                <w:b/>
                <w:sz w:val="18"/>
              </w:rPr>
              <w:t>Lavoro / impianto</w:t>
            </w:r>
          </w:p>
        </w:tc>
        <w:tc>
          <w:tcPr>
            <w:tcW w:w="6860" w:type="dxa"/>
            <w:vAlign w:val="center"/>
          </w:tcPr>
          <w:p w14:paraId="0C32616A" w14:textId="77777777" w:rsidR="00E54E13" w:rsidRDefault="00000000">
            <w:pPr>
              <w:spacing w:before="30" w:after="30" w:line="236" w:lineRule="exact"/>
              <w:rPr>
                <w:rFonts w:hint="eastAsia"/>
              </w:rPr>
            </w:pPr>
            <w:sdt>
              <w:sdtPr>
                <w:alias w:val="codice lavoro e parte interessata"/>
                <w:tag w:val="campo_290"/>
                <w:id w:val="100290"/>
                <w:text w:multiLine="1"/>
              </w:sdtPr>
              <w:sdtContent>
                <w:r>
                  <w:rPr>
                    <w:color w:val="007E87"/>
                    <w:sz w:val="19"/>
                  </w:rPr>
                  <w:t>[codice lavoro e parte interessata]</w:t>
                </w:r>
              </w:sdtContent>
            </w:sdt>
          </w:p>
        </w:tc>
      </w:tr>
    </w:tbl>
    <w:p w14:paraId="58E907AE"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EBC0FBE" w14:textId="77777777">
        <w:trPr>
          <w:cantSplit/>
          <w:trHeight w:val="386"/>
          <w:jc w:val="center"/>
        </w:trPr>
        <w:tc>
          <w:tcPr>
            <w:tcW w:w="2891" w:type="dxa"/>
            <w:shd w:val="clear" w:color="auto" w:fill="EDF3F9"/>
            <w:vAlign w:val="center"/>
          </w:tcPr>
          <w:p w14:paraId="7ED888D5" w14:textId="77777777" w:rsidR="00E54E13" w:rsidRDefault="00000000">
            <w:pPr>
              <w:spacing w:before="30" w:after="30" w:line="236" w:lineRule="exact"/>
              <w:rPr>
                <w:rFonts w:hint="eastAsia"/>
              </w:rPr>
            </w:pPr>
            <w:r>
              <w:rPr>
                <w:b/>
                <w:sz w:val="18"/>
              </w:rPr>
              <w:t>Valutazione / istruzione</w:t>
            </w:r>
          </w:p>
        </w:tc>
        <w:tc>
          <w:tcPr>
            <w:tcW w:w="6860" w:type="dxa"/>
            <w:vAlign w:val="center"/>
          </w:tcPr>
          <w:p w14:paraId="54063F6D" w14:textId="77777777" w:rsidR="00E54E13" w:rsidRDefault="00000000">
            <w:pPr>
              <w:spacing w:before="30" w:after="30" w:line="236" w:lineRule="exact"/>
              <w:rPr>
                <w:rFonts w:hint="eastAsia"/>
              </w:rPr>
            </w:pPr>
            <w:sdt>
              <w:sdtPr>
                <w:alias w:val="documenti e revisioni che giustificano la selezione"/>
                <w:tag w:val="campo_291"/>
                <w:id w:val="100291"/>
                <w:text w:multiLine="1"/>
              </w:sdtPr>
              <w:sdtContent>
                <w:r>
                  <w:rPr>
                    <w:color w:val="007E87"/>
                    <w:sz w:val="19"/>
                  </w:rPr>
                  <w:t>[documenti e revisioni che giustificano la selezione]</w:t>
                </w:r>
              </w:sdtContent>
            </w:sdt>
          </w:p>
        </w:tc>
      </w:tr>
      <w:tr w:rsidR="00E54E13" w14:paraId="09D5D07E" w14:textId="77777777">
        <w:trPr>
          <w:cantSplit/>
          <w:trHeight w:val="386"/>
          <w:jc w:val="center"/>
        </w:trPr>
        <w:tc>
          <w:tcPr>
            <w:tcW w:w="2891" w:type="dxa"/>
            <w:shd w:val="clear" w:color="auto" w:fill="EDF3F9"/>
            <w:vAlign w:val="center"/>
          </w:tcPr>
          <w:p w14:paraId="5FB4A903" w14:textId="77777777" w:rsidR="00E54E13" w:rsidRDefault="00000000">
            <w:pPr>
              <w:spacing w:before="30" w:after="30" w:line="236" w:lineRule="exact"/>
              <w:rPr>
                <w:rFonts w:hint="eastAsia"/>
              </w:rPr>
            </w:pPr>
            <w:r>
              <w:rPr>
                <w:b/>
                <w:sz w:val="18"/>
              </w:rPr>
              <w:t>Verificatore della selezione</w:t>
            </w:r>
          </w:p>
        </w:tc>
        <w:tc>
          <w:tcPr>
            <w:tcW w:w="6860" w:type="dxa"/>
            <w:shd w:val="clear" w:color="auto" w:fill="F6F8FA"/>
            <w:vAlign w:val="center"/>
          </w:tcPr>
          <w:p w14:paraId="30C4D2C0" w14:textId="77777777" w:rsidR="00E54E13" w:rsidRDefault="00000000">
            <w:pPr>
              <w:spacing w:before="30" w:after="30" w:line="236" w:lineRule="exact"/>
              <w:rPr>
                <w:rFonts w:hint="eastAsia"/>
              </w:rPr>
            </w:pPr>
            <w:sdt>
              <w:sdtPr>
                <w:alias w:val="nominativo e competenza"/>
                <w:tag w:val="campo_292"/>
                <w:id w:val="100292"/>
                <w:text w:multiLine="1"/>
              </w:sdtPr>
              <w:sdtContent>
                <w:r>
                  <w:rPr>
                    <w:color w:val="007E87"/>
                    <w:sz w:val="19"/>
                  </w:rPr>
                  <w:t>[nominativo e competenza]</w:t>
                </w:r>
              </w:sdtContent>
            </w:sdt>
          </w:p>
        </w:tc>
      </w:tr>
    </w:tbl>
    <w:p w14:paraId="6AAC22D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098"/>
        <w:gridCol w:w="3005"/>
        <w:gridCol w:w="2438"/>
        <w:gridCol w:w="2211"/>
      </w:tblGrid>
      <w:tr w:rsidR="00E54E13" w14:paraId="0ECD1440" w14:textId="77777777">
        <w:trPr>
          <w:tblHeader/>
          <w:jc w:val="center"/>
        </w:trPr>
        <w:tc>
          <w:tcPr>
            <w:tcW w:w="2098" w:type="dxa"/>
            <w:shd w:val="clear" w:color="auto" w:fill="12324B"/>
          </w:tcPr>
          <w:p w14:paraId="68C1DE0F" w14:textId="77777777" w:rsidR="00E54E13" w:rsidRDefault="00000000">
            <w:pPr>
              <w:spacing w:before="30" w:after="30" w:line="228" w:lineRule="exact"/>
              <w:rPr>
                <w:rFonts w:hint="eastAsia"/>
              </w:rPr>
            </w:pPr>
            <w:r>
              <w:rPr>
                <w:b/>
                <w:color w:val="FFFFFF"/>
                <w:sz w:val="17"/>
              </w:rPr>
              <w:t>DPI / protezione</w:t>
            </w:r>
          </w:p>
        </w:tc>
        <w:tc>
          <w:tcPr>
            <w:tcW w:w="3005" w:type="dxa"/>
            <w:shd w:val="clear" w:color="auto" w:fill="12324B"/>
          </w:tcPr>
          <w:p w14:paraId="7070CF9F" w14:textId="77777777" w:rsidR="00E54E13" w:rsidRDefault="00000000">
            <w:pPr>
              <w:spacing w:before="30" w:after="30" w:line="228" w:lineRule="exact"/>
              <w:rPr>
                <w:rFonts w:hint="eastAsia"/>
              </w:rPr>
            </w:pPr>
            <w:r>
              <w:rPr>
                <w:b/>
                <w:color w:val="FFFFFF"/>
                <w:sz w:val="17"/>
              </w:rPr>
              <w:t>Prestazione e impiego previsto</w:t>
            </w:r>
          </w:p>
        </w:tc>
        <w:tc>
          <w:tcPr>
            <w:tcW w:w="2438" w:type="dxa"/>
            <w:shd w:val="clear" w:color="auto" w:fill="12324B"/>
          </w:tcPr>
          <w:p w14:paraId="32D9EF5D" w14:textId="77777777" w:rsidR="00E54E13" w:rsidRDefault="00000000">
            <w:pPr>
              <w:spacing w:before="30" w:after="30" w:line="228" w:lineRule="exact"/>
              <w:rPr>
                <w:rFonts w:hint="eastAsia"/>
              </w:rPr>
            </w:pPr>
            <w:r>
              <w:rPr>
                <w:b/>
                <w:color w:val="FFFFFF"/>
                <w:sz w:val="17"/>
              </w:rPr>
              <w:t>Identificativo / istruzione</w:t>
            </w:r>
          </w:p>
        </w:tc>
        <w:tc>
          <w:tcPr>
            <w:tcW w:w="2211" w:type="dxa"/>
            <w:shd w:val="clear" w:color="auto" w:fill="12324B"/>
          </w:tcPr>
          <w:p w14:paraId="6DC08C23" w14:textId="77777777" w:rsidR="00E54E13" w:rsidRDefault="00000000">
            <w:pPr>
              <w:spacing w:before="30" w:after="30" w:line="228" w:lineRule="exact"/>
              <w:rPr>
                <w:rFonts w:hint="eastAsia"/>
              </w:rPr>
            </w:pPr>
            <w:r>
              <w:rPr>
                <w:b/>
                <w:color w:val="FFFFFF"/>
                <w:sz w:val="17"/>
              </w:rPr>
              <w:t>Stato / verifica</w:t>
            </w:r>
          </w:p>
        </w:tc>
      </w:tr>
      <w:tr w:rsidR="00E54E13" w14:paraId="65FDB468" w14:textId="77777777">
        <w:trPr>
          <w:cantSplit/>
          <w:trHeight w:val="765"/>
          <w:jc w:val="center"/>
        </w:trPr>
        <w:tc>
          <w:tcPr>
            <w:tcW w:w="2098" w:type="dxa"/>
            <w:vAlign w:val="center"/>
          </w:tcPr>
          <w:p w14:paraId="6C8EA6B3" w14:textId="77777777" w:rsidR="00E54E13" w:rsidRDefault="00000000">
            <w:pPr>
              <w:spacing w:before="30" w:after="30" w:line="228" w:lineRule="exact"/>
              <w:rPr>
                <w:rFonts w:hint="eastAsia"/>
              </w:rPr>
            </w:pPr>
            <w:r>
              <w:rPr>
                <w:sz w:val="17"/>
              </w:rPr>
              <w:t>[da compilare]</w:t>
            </w:r>
          </w:p>
        </w:tc>
        <w:tc>
          <w:tcPr>
            <w:tcW w:w="3005" w:type="dxa"/>
            <w:vAlign w:val="center"/>
          </w:tcPr>
          <w:p w14:paraId="379E1DDC" w14:textId="77777777" w:rsidR="00E54E13" w:rsidRDefault="00000000">
            <w:pPr>
              <w:spacing w:before="30" w:after="30" w:line="228" w:lineRule="exact"/>
              <w:rPr>
                <w:rFonts w:hint="eastAsia"/>
              </w:rPr>
            </w:pPr>
            <w:r>
              <w:rPr>
                <w:sz w:val="17"/>
              </w:rPr>
              <w:t>[da compilare]</w:t>
            </w:r>
          </w:p>
        </w:tc>
        <w:tc>
          <w:tcPr>
            <w:tcW w:w="2438" w:type="dxa"/>
            <w:vAlign w:val="center"/>
          </w:tcPr>
          <w:p w14:paraId="47EC4C13" w14:textId="77777777" w:rsidR="00E54E13" w:rsidRDefault="00000000">
            <w:pPr>
              <w:spacing w:before="30" w:after="30" w:line="228" w:lineRule="exact"/>
              <w:rPr>
                <w:rFonts w:hint="eastAsia"/>
              </w:rPr>
            </w:pPr>
            <w:r>
              <w:rPr>
                <w:sz w:val="17"/>
              </w:rPr>
              <w:t>[da compilare]</w:t>
            </w:r>
          </w:p>
        </w:tc>
        <w:tc>
          <w:tcPr>
            <w:tcW w:w="2211" w:type="dxa"/>
            <w:vAlign w:val="center"/>
          </w:tcPr>
          <w:p w14:paraId="4F2F55DC" w14:textId="77777777" w:rsidR="00E54E13" w:rsidRDefault="00000000">
            <w:pPr>
              <w:spacing w:before="30" w:after="30" w:line="228" w:lineRule="exact"/>
              <w:rPr>
                <w:rFonts w:hint="eastAsia"/>
              </w:rPr>
            </w:pPr>
            <w:r>
              <w:rPr>
                <w:sz w:val="17"/>
              </w:rPr>
              <w:t>[da compilare]</w:t>
            </w:r>
          </w:p>
        </w:tc>
      </w:tr>
      <w:tr w:rsidR="00E54E13" w14:paraId="54D56779" w14:textId="77777777">
        <w:trPr>
          <w:cantSplit/>
          <w:trHeight w:val="765"/>
          <w:jc w:val="center"/>
        </w:trPr>
        <w:tc>
          <w:tcPr>
            <w:tcW w:w="2098" w:type="dxa"/>
            <w:shd w:val="clear" w:color="auto" w:fill="F6F8FA"/>
            <w:vAlign w:val="center"/>
          </w:tcPr>
          <w:p w14:paraId="50FEF1AA" w14:textId="77777777" w:rsidR="00E54E13" w:rsidRDefault="00000000">
            <w:pPr>
              <w:spacing w:before="30" w:after="30" w:line="228" w:lineRule="exact"/>
              <w:rPr>
                <w:rFonts w:hint="eastAsia"/>
              </w:rPr>
            </w:pPr>
            <w:r>
              <w:rPr>
                <w:sz w:val="17"/>
              </w:rPr>
              <w:t>[da compilare]</w:t>
            </w:r>
          </w:p>
        </w:tc>
        <w:tc>
          <w:tcPr>
            <w:tcW w:w="3005" w:type="dxa"/>
            <w:shd w:val="clear" w:color="auto" w:fill="F6F8FA"/>
            <w:vAlign w:val="center"/>
          </w:tcPr>
          <w:p w14:paraId="5F89F893" w14:textId="77777777" w:rsidR="00E54E13" w:rsidRDefault="00000000">
            <w:pPr>
              <w:spacing w:before="30" w:after="30" w:line="228" w:lineRule="exact"/>
              <w:rPr>
                <w:rFonts w:hint="eastAsia"/>
              </w:rPr>
            </w:pPr>
            <w:r>
              <w:rPr>
                <w:sz w:val="17"/>
              </w:rPr>
              <w:t>[da compilare]</w:t>
            </w:r>
          </w:p>
        </w:tc>
        <w:tc>
          <w:tcPr>
            <w:tcW w:w="2438" w:type="dxa"/>
            <w:shd w:val="clear" w:color="auto" w:fill="F6F8FA"/>
            <w:vAlign w:val="center"/>
          </w:tcPr>
          <w:p w14:paraId="4B11F5DF" w14:textId="77777777" w:rsidR="00E54E13" w:rsidRDefault="00000000">
            <w:pPr>
              <w:spacing w:before="30" w:after="30" w:line="228" w:lineRule="exact"/>
              <w:rPr>
                <w:rFonts w:hint="eastAsia"/>
              </w:rPr>
            </w:pPr>
            <w:r>
              <w:rPr>
                <w:sz w:val="17"/>
              </w:rPr>
              <w:t>[da compilare]</w:t>
            </w:r>
          </w:p>
        </w:tc>
        <w:tc>
          <w:tcPr>
            <w:tcW w:w="2211" w:type="dxa"/>
            <w:shd w:val="clear" w:color="auto" w:fill="F6F8FA"/>
            <w:vAlign w:val="center"/>
          </w:tcPr>
          <w:p w14:paraId="0B123705" w14:textId="77777777" w:rsidR="00E54E13" w:rsidRDefault="00000000">
            <w:pPr>
              <w:spacing w:before="30" w:after="30" w:line="228" w:lineRule="exact"/>
              <w:rPr>
                <w:rFonts w:hint="eastAsia"/>
              </w:rPr>
            </w:pPr>
            <w:r>
              <w:rPr>
                <w:sz w:val="17"/>
              </w:rPr>
              <w:t>[da compilare]</w:t>
            </w:r>
          </w:p>
        </w:tc>
      </w:tr>
      <w:tr w:rsidR="00E54E13" w14:paraId="69925BF3" w14:textId="77777777">
        <w:trPr>
          <w:cantSplit/>
          <w:trHeight w:val="765"/>
          <w:jc w:val="center"/>
        </w:trPr>
        <w:tc>
          <w:tcPr>
            <w:tcW w:w="2098" w:type="dxa"/>
            <w:vAlign w:val="center"/>
          </w:tcPr>
          <w:p w14:paraId="19EF70B0" w14:textId="77777777" w:rsidR="00E54E13" w:rsidRDefault="00000000">
            <w:pPr>
              <w:spacing w:before="30" w:after="30" w:line="228" w:lineRule="exact"/>
              <w:rPr>
                <w:rFonts w:hint="eastAsia"/>
              </w:rPr>
            </w:pPr>
            <w:r>
              <w:rPr>
                <w:sz w:val="17"/>
              </w:rPr>
              <w:t>[da compilare]</w:t>
            </w:r>
          </w:p>
        </w:tc>
        <w:tc>
          <w:tcPr>
            <w:tcW w:w="3005" w:type="dxa"/>
            <w:vAlign w:val="center"/>
          </w:tcPr>
          <w:p w14:paraId="11C2E0B7" w14:textId="77777777" w:rsidR="00E54E13" w:rsidRDefault="00000000">
            <w:pPr>
              <w:spacing w:before="30" w:after="30" w:line="228" w:lineRule="exact"/>
              <w:rPr>
                <w:rFonts w:hint="eastAsia"/>
              </w:rPr>
            </w:pPr>
            <w:r>
              <w:rPr>
                <w:sz w:val="17"/>
              </w:rPr>
              <w:t>[da compilare]</w:t>
            </w:r>
          </w:p>
        </w:tc>
        <w:tc>
          <w:tcPr>
            <w:tcW w:w="2438" w:type="dxa"/>
            <w:vAlign w:val="center"/>
          </w:tcPr>
          <w:p w14:paraId="7C33789C" w14:textId="77777777" w:rsidR="00E54E13" w:rsidRDefault="00000000">
            <w:pPr>
              <w:spacing w:before="30" w:after="30" w:line="228" w:lineRule="exact"/>
              <w:rPr>
                <w:rFonts w:hint="eastAsia"/>
              </w:rPr>
            </w:pPr>
            <w:r>
              <w:rPr>
                <w:sz w:val="17"/>
              </w:rPr>
              <w:t>[da compilare]</w:t>
            </w:r>
          </w:p>
        </w:tc>
        <w:tc>
          <w:tcPr>
            <w:tcW w:w="2211" w:type="dxa"/>
            <w:vAlign w:val="center"/>
          </w:tcPr>
          <w:p w14:paraId="5DA6F859" w14:textId="77777777" w:rsidR="00E54E13" w:rsidRDefault="00000000">
            <w:pPr>
              <w:spacing w:before="30" w:after="30" w:line="228" w:lineRule="exact"/>
              <w:rPr>
                <w:rFonts w:hint="eastAsia"/>
              </w:rPr>
            </w:pPr>
            <w:r>
              <w:rPr>
                <w:sz w:val="17"/>
              </w:rPr>
              <w:t>[da compilare]</w:t>
            </w:r>
          </w:p>
        </w:tc>
      </w:tr>
      <w:tr w:rsidR="00E54E13" w14:paraId="6A26150A" w14:textId="77777777">
        <w:trPr>
          <w:cantSplit/>
          <w:trHeight w:val="765"/>
          <w:jc w:val="center"/>
        </w:trPr>
        <w:tc>
          <w:tcPr>
            <w:tcW w:w="2098" w:type="dxa"/>
            <w:shd w:val="clear" w:color="auto" w:fill="F6F8FA"/>
            <w:vAlign w:val="center"/>
          </w:tcPr>
          <w:p w14:paraId="2EDE6F84" w14:textId="77777777" w:rsidR="00E54E13" w:rsidRDefault="00000000">
            <w:pPr>
              <w:spacing w:before="30" w:after="30" w:line="228" w:lineRule="exact"/>
              <w:rPr>
                <w:rFonts w:hint="eastAsia"/>
              </w:rPr>
            </w:pPr>
            <w:r>
              <w:rPr>
                <w:sz w:val="17"/>
              </w:rPr>
              <w:t>[da compilare]</w:t>
            </w:r>
          </w:p>
        </w:tc>
        <w:tc>
          <w:tcPr>
            <w:tcW w:w="3005" w:type="dxa"/>
            <w:shd w:val="clear" w:color="auto" w:fill="F6F8FA"/>
            <w:vAlign w:val="center"/>
          </w:tcPr>
          <w:p w14:paraId="2668E68F" w14:textId="77777777" w:rsidR="00E54E13" w:rsidRDefault="00000000">
            <w:pPr>
              <w:spacing w:before="30" w:after="30" w:line="228" w:lineRule="exact"/>
              <w:rPr>
                <w:rFonts w:hint="eastAsia"/>
              </w:rPr>
            </w:pPr>
            <w:r>
              <w:rPr>
                <w:sz w:val="17"/>
              </w:rPr>
              <w:t>[da compilare]</w:t>
            </w:r>
          </w:p>
        </w:tc>
        <w:tc>
          <w:tcPr>
            <w:tcW w:w="2438" w:type="dxa"/>
            <w:shd w:val="clear" w:color="auto" w:fill="F6F8FA"/>
            <w:vAlign w:val="center"/>
          </w:tcPr>
          <w:p w14:paraId="2161B9FE" w14:textId="77777777" w:rsidR="00E54E13" w:rsidRDefault="00000000">
            <w:pPr>
              <w:spacing w:before="30" w:after="30" w:line="228" w:lineRule="exact"/>
              <w:rPr>
                <w:rFonts w:hint="eastAsia"/>
              </w:rPr>
            </w:pPr>
            <w:r>
              <w:rPr>
                <w:sz w:val="17"/>
              </w:rPr>
              <w:t>[da compilare]</w:t>
            </w:r>
          </w:p>
        </w:tc>
        <w:tc>
          <w:tcPr>
            <w:tcW w:w="2211" w:type="dxa"/>
            <w:shd w:val="clear" w:color="auto" w:fill="F6F8FA"/>
            <w:vAlign w:val="center"/>
          </w:tcPr>
          <w:p w14:paraId="3D290809" w14:textId="77777777" w:rsidR="00E54E13" w:rsidRDefault="00000000">
            <w:pPr>
              <w:spacing w:before="30" w:after="30" w:line="228" w:lineRule="exact"/>
              <w:rPr>
                <w:rFonts w:hint="eastAsia"/>
              </w:rPr>
            </w:pPr>
            <w:r>
              <w:rPr>
                <w:sz w:val="17"/>
              </w:rPr>
              <w:t>[da compilare]</w:t>
            </w:r>
          </w:p>
        </w:tc>
      </w:tr>
    </w:tbl>
    <w:p w14:paraId="5201FD51" w14:textId="77777777" w:rsidR="00E54E13" w:rsidRDefault="00E54E13">
      <w:pPr>
        <w:spacing w:after="40" w:line="40" w:lineRule="exact"/>
        <w:rPr>
          <w:rFonts w:hint="eastAsia"/>
        </w:rPr>
      </w:pPr>
    </w:p>
    <w:p w14:paraId="316000B7" w14:textId="77777777" w:rsidR="00E54E13" w:rsidRDefault="00000000">
      <w:pPr>
        <w:pStyle w:val="Titolo3"/>
      </w:pPr>
      <w:r>
        <w:t>Verifiche prima dell’impiego</w:t>
      </w:r>
    </w:p>
    <w:p w14:paraId="4B0842B9" w14:textId="77777777" w:rsidR="00E54E13" w:rsidRDefault="00000000">
      <w:pPr>
        <w:rPr>
          <w:rFonts w:hint="eastAsia"/>
        </w:rPr>
      </w:pPr>
      <w:r>
        <w:t>[ ] Dispositivo disponibile e coerente con la selezione</w:t>
      </w:r>
      <w:r>
        <w:br/>
        <w:t>[ ] Integrità e condizioni d’uso verificate secondo le istruzioni</w:t>
      </w:r>
      <w:r>
        <w:br/>
        <w:t>[ ] Compatibilità con gli altri dispositivi considerata</w:t>
      </w:r>
      <w:r>
        <w:br/>
        <w:t>[ ] Operatore informato e addestrato all’uso previsto</w:t>
      </w:r>
      <w:r>
        <w:br/>
        <w:t>[ ] Limiti e condizioni ambientali rispettati</w:t>
      </w:r>
      <w:r>
        <w:br/>
        <w:t>[ ] Verifiche periodiche applicabili non scadute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38DA177" w14:textId="77777777">
        <w:trPr>
          <w:cantSplit/>
          <w:trHeight w:val="386"/>
          <w:jc w:val="center"/>
        </w:trPr>
        <w:tc>
          <w:tcPr>
            <w:tcW w:w="2891" w:type="dxa"/>
            <w:shd w:val="clear" w:color="auto" w:fill="EDF3F9"/>
            <w:vAlign w:val="center"/>
          </w:tcPr>
          <w:p w14:paraId="16F48FAC" w14:textId="77777777" w:rsidR="00E54E13" w:rsidRDefault="00000000">
            <w:pPr>
              <w:spacing w:before="30" w:after="30" w:line="236" w:lineRule="exact"/>
              <w:rPr>
                <w:rFonts w:hint="eastAsia"/>
              </w:rPr>
            </w:pPr>
            <w:r>
              <w:rPr>
                <w:b/>
                <w:sz w:val="18"/>
              </w:rPr>
              <w:t>Anomalie ed esclusioni</w:t>
            </w:r>
          </w:p>
        </w:tc>
        <w:tc>
          <w:tcPr>
            <w:tcW w:w="6860" w:type="dxa"/>
            <w:vAlign w:val="center"/>
          </w:tcPr>
          <w:p w14:paraId="3F387281" w14:textId="77777777" w:rsidR="00E54E13" w:rsidRDefault="00000000">
            <w:pPr>
              <w:spacing w:before="30" w:after="30" w:line="236" w:lineRule="exact"/>
              <w:rPr>
                <w:rFonts w:hint="eastAsia"/>
              </w:rPr>
            </w:pPr>
            <w:sdt>
              <w:sdtPr>
                <w:alias w:val="dispositivi da non utilizzare e azioni"/>
                <w:tag w:val="campo_293"/>
                <w:id w:val="100293"/>
                <w:text w:multiLine="1"/>
              </w:sdtPr>
              <w:sdtContent>
                <w:r>
                  <w:rPr>
                    <w:color w:val="007E87"/>
                    <w:sz w:val="19"/>
                  </w:rPr>
                  <w:t>[dispositivi da non utilizzare e azioni]</w:t>
                </w:r>
              </w:sdtContent>
            </w:sdt>
          </w:p>
        </w:tc>
      </w:tr>
      <w:tr w:rsidR="00E54E13" w14:paraId="057D5EB7" w14:textId="77777777">
        <w:trPr>
          <w:cantSplit/>
          <w:trHeight w:val="386"/>
          <w:jc w:val="center"/>
        </w:trPr>
        <w:tc>
          <w:tcPr>
            <w:tcW w:w="2891" w:type="dxa"/>
            <w:shd w:val="clear" w:color="auto" w:fill="EDF3F9"/>
            <w:vAlign w:val="center"/>
          </w:tcPr>
          <w:p w14:paraId="1B7853EF" w14:textId="77777777" w:rsidR="00E54E13" w:rsidRDefault="00000000">
            <w:pPr>
              <w:spacing w:before="30" w:after="30" w:line="236" w:lineRule="exact"/>
              <w:rPr>
                <w:rFonts w:hint="eastAsia"/>
              </w:rPr>
            </w:pPr>
            <w:r>
              <w:rPr>
                <w:b/>
                <w:sz w:val="18"/>
              </w:rPr>
              <w:t>Sostituzione / riammissione</w:t>
            </w:r>
          </w:p>
        </w:tc>
        <w:tc>
          <w:tcPr>
            <w:tcW w:w="6860" w:type="dxa"/>
            <w:shd w:val="clear" w:color="auto" w:fill="F6F8FA"/>
            <w:vAlign w:val="center"/>
          </w:tcPr>
          <w:p w14:paraId="7238BB7B" w14:textId="77777777" w:rsidR="00E54E13" w:rsidRDefault="00000000">
            <w:pPr>
              <w:spacing w:before="30" w:after="30" w:line="236" w:lineRule="exact"/>
              <w:rPr>
                <w:rFonts w:hint="eastAsia"/>
              </w:rPr>
            </w:pPr>
            <w:sdt>
              <w:sdtPr>
                <w:alias w:val="riferimento della verifica e responsabile"/>
                <w:tag w:val="campo_294"/>
                <w:id w:val="100294"/>
                <w:text w:multiLine="1"/>
              </w:sdtPr>
              <w:sdtContent>
                <w:r>
                  <w:rPr>
                    <w:color w:val="007E87"/>
                    <w:sz w:val="19"/>
                  </w:rPr>
                  <w:t>[riferimento della verifica e responsabile]</w:t>
                </w:r>
              </w:sdtContent>
            </w:sdt>
          </w:p>
        </w:tc>
      </w:tr>
    </w:tbl>
    <w:p w14:paraId="35A73DDD" w14:textId="77777777" w:rsidR="00E54E13" w:rsidRDefault="00E54E13">
      <w:pPr>
        <w:spacing w:after="40" w:line="40" w:lineRule="exact"/>
        <w:rPr>
          <w:rFonts w:hint="eastAsia"/>
        </w:rPr>
      </w:pPr>
    </w:p>
    <w:p w14:paraId="6BFD27A4" w14:textId="77777777" w:rsidR="00E54E13" w:rsidRDefault="00000000">
      <w:pPr>
        <w:pStyle w:val="FormHint"/>
        <w:rPr>
          <w:rFonts w:hint="eastAsia"/>
        </w:rPr>
      </w:pPr>
      <w:r>
        <w:t>Non fissare classi di protezione dall’arco o intervalli di verifica non supportati dalle fonti tecniche pertinenti.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053FD4D2" w14:textId="77777777">
        <w:trPr>
          <w:tblHeader/>
          <w:jc w:val="center"/>
        </w:trPr>
        <w:tc>
          <w:tcPr>
            <w:tcW w:w="3250" w:type="dxa"/>
            <w:shd w:val="clear" w:color="auto" w:fill="12324B"/>
          </w:tcPr>
          <w:p w14:paraId="69E6AF0B"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51D62B90"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205202BD" w14:textId="77777777" w:rsidR="00E54E13" w:rsidRDefault="00000000">
            <w:pPr>
              <w:spacing w:before="30" w:after="30" w:line="228" w:lineRule="exact"/>
              <w:rPr>
                <w:rFonts w:hint="eastAsia"/>
              </w:rPr>
            </w:pPr>
            <w:r>
              <w:rPr>
                <w:b/>
                <w:color w:val="FFFFFF"/>
                <w:sz w:val="17"/>
              </w:rPr>
              <w:t>Data</w:t>
            </w:r>
          </w:p>
        </w:tc>
      </w:tr>
      <w:tr w:rsidR="00E54E13" w14:paraId="12F95210" w14:textId="77777777">
        <w:trPr>
          <w:cantSplit/>
          <w:trHeight w:val="567"/>
          <w:jc w:val="center"/>
        </w:trPr>
        <w:tc>
          <w:tcPr>
            <w:tcW w:w="3250" w:type="dxa"/>
            <w:vAlign w:val="center"/>
          </w:tcPr>
          <w:p w14:paraId="7CD42CB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2C3692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DA6CC52" w14:textId="77777777" w:rsidR="00E54E13" w:rsidRDefault="00000000">
            <w:pPr>
              <w:spacing w:before="30" w:after="30" w:line="228" w:lineRule="exact"/>
              <w:rPr>
                <w:rFonts w:hint="eastAsia"/>
              </w:rPr>
            </w:pPr>
            <w:r>
              <w:rPr>
                <w:sz w:val="17"/>
              </w:rPr>
              <w:t>____ / ____ / ______</w:t>
            </w:r>
          </w:p>
        </w:tc>
      </w:tr>
    </w:tbl>
    <w:p w14:paraId="01CDF55A" w14:textId="77777777" w:rsidR="00E54E13" w:rsidRDefault="00E54E13">
      <w:pPr>
        <w:spacing w:after="40" w:line="40" w:lineRule="exact"/>
        <w:rPr>
          <w:rFonts w:hint="eastAsia"/>
        </w:rPr>
      </w:pPr>
    </w:p>
    <w:p w14:paraId="554A2063" w14:textId="77777777" w:rsidR="00E54E13" w:rsidRDefault="00000000">
      <w:pPr>
        <w:pStyle w:val="Source"/>
        <w:rPr>
          <w:rFonts w:hint="eastAsia"/>
        </w:rPr>
      </w:pPr>
      <w:r>
        <w:t>Modello originale [AZ]. Base: INAIL 2026, pp. 2–3 e 6. I campi vuoti non costituiscono una verifica positiva.</w:t>
      </w:r>
    </w:p>
    <w:p w14:paraId="17C953A1" w14:textId="77777777" w:rsidR="00E54E13" w:rsidRDefault="00000000">
      <w:pPr>
        <w:pStyle w:val="Eyebrow"/>
        <w:keepNext/>
        <w:pageBreakBefore/>
        <w:rPr>
          <w:rFonts w:hint="eastAsia"/>
        </w:rPr>
      </w:pPr>
      <w:r>
        <w:t>PARTE II  /  ALLEGATO OPERATIVO [AZ]</w:t>
      </w:r>
    </w:p>
    <w:p w14:paraId="219A13EB" w14:textId="77777777" w:rsidR="00E54E13" w:rsidRDefault="00000000">
      <w:pPr>
        <w:pStyle w:val="Titolo1"/>
      </w:pPr>
      <w:bookmarkStart w:id="60" w:name="B61_A21"/>
      <w:r>
        <w:t>A21  Attrezzature e strumenti: registro e idoneità d’uso</w:t>
      </w:r>
      <w:bookmarkEnd w:id="60"/>
    </w:p>
    <w:p w14:paraId="2EFADC57" w14:textId="77777777" w:rsidR="00E54E13" w:rsidRDefault="00000000">
      <w:pPr>
        <w:pStyle w:val="FormHint"/>
        <w:rPr>
          <w:rFonts w:hint="eastAsia"/>
        </w:rPr>
      </w:pPr>
      <w:r>
        <w:t>Scheda 2 di 2. Identificare istruzioni e verifiche pertinenti al dispositivo e al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49BB93A" w14:textId="77777777">
        <w:trPr>
          <w:cantSplit/>
          <w:trHeight w:val="346"/>
          <w:jc w:val="center"/>
        </w:trPr>
        <w:tc>
          <w:tcPr>
            <w:tcW w:w="2891" w:type="dxa"/>
            <w:shd w:val="clear" w:color="auto" w:fill="EDF3F9"/>
            <w:vAlign w:val="center"/>
          </w:tcPr>
          <w:p w14:paraId="68E3B165" w14:textId="77777777" w:rsidR="00E54E13" w:rsidRDefault="00000000">
            <w:pPr>
              <w:spacing w:before="30" w:after="30" w:line="236" w:lineRule="exact"/>
              <w:rPr>
                <w:rFonts w:hint="eastAsia"/>
              </w:rPr>
            </w:pPr>
            <w:r>
              <w:rPr>
                <w:b/>
                <w:sz w:val="18"/>
              </w:rPr>
              <w:t>Azienda / unità</w:t>
            </w:r>
          </w:p>
        </w:tc>
        <w:tc>
          <w:tcPr>
            <w:tcW w:w="6860" w:type="dxa"/>
            <w:vAlign w:val="center"/>
          </w:tcPr>
          <w:p w14:paraId="02196DF3" w14:textId="77777777" w:rsidR="00E54E13" w:rsidRDefault="00000000">
            <w:pPr>
              <w:spacing w:before="30" w:after="30" w:line="236" w:lineRule="exact"/>
              <w:rPr>
                <w:rFonts w:hint="eastAsia"/>
              </w:rPr>
            </w:pPr>
            <w:sdt>
              <w:sdtPr>
                <w:alias w:val="ragione sociale e sede"/>
                <w:tag w:val="campo_296"/>
                <w:id w:val="100296"/>
                <w:text w:multiLine="1"/>
              </w:sdtPr>
              <w:sdtContent>
                <w:r>
                  <w:rPr>
                    <w:color w:val="007E87"/>
                    <w:sz w:val="19"/>
                  </w:rPr>
                  <w:t>[ragione sociale e sede]</w:t>
                </w:r>
              </w:sdtContent>
            </w:sdt>
          </w:p>
        </w:tc>
      </w:tr>
      <w:tr w:rsidR="00E54E13" w14:paraId="515A645B" w14:textId="77777777">
        <w:trPr>
          <w:cantSplit/>
          <w:trHeight w:val="346"/>
          <w:jc w:val="center"/>
        </w:trPr>
        <w:tc>
          <w:tcPr>
            <w:tcW w:w="2891" w:type="dxa"/>
            <w:shd w:val="clear" w:color="auto" w:fill="EDF3F9"/>
            <w:vAlign w:val="center"/>
          </w:tcPr>
          <w:p w14:paraId="051DB786"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01644CD" w14:textId="77777777" w:rsidR="00E54E13" w:rsidRDefault="00000000">
            <w:pPr>
              <w:spacing w:before="30" w:after="30" w:line="236" w:lineRule="exact"/>
              <w:rPr>
                <w:rFonts w:hint="eastAsia"/>
              </w:rPr>
            </w:pPr>
            <w:sdt>
              <w:sdtPr>
                <w:alias w:val="codice, revisione e data"/>
                <w:tag w:val="campo_297"/>
                <w:id w:val="100297"/>
                <w:text w:multiLine="1"/>
              </w:sdtPr>
              <w:sdtContent>
                <w:r>
                  <w:rPr>
                    <w:color w:val="007E87"/>
                    <w:sz w:val="19"/>
                  </w:rPr>
                  <w:t>[codice, revisione e data]</w:t>
                </w:r>
              </w:sdtContent>
            </w:sdt>
          </w:p>
        </w:tc>
      </w:tr>
      <w:tr w:rsidR="00E54E13" w14:paraId="5258BC79" w14:textId="77777777">
        <w:trPr>
          <w:cantSplit/>
          <w:trHeight w:val="346"/>
          <w:jc w:val="center"/>
        </w:trPr>
        <w:tc>
          <w:tcPr>
            <w:tcW w:w="2891" w:type="dxa"/>
            <w:shd w:val="clear" w:color="auto" w:fill="EDF3F9"/>
            <w:vAlign w:val="center"/>
          </w:tcPr>
          <w:p w14:paraId="13C8E8E1" w14:textId="77777777" w:rsidR="00E54E13" w:rsidRDefault="00000000">
            <w:pPr>
              <w:spacing w:before="30" w:after="30" w:line="236" w:lineRule="exact"/>
              <w:rPr>
                <w:rFonts w:hint="eastAsia"/>
              </w:rPr>
            </w:pPr>
            <w:r>
              <w:rPr>
                <w:b/>
                <w:sz w:val="18"/>
              </w:rPr>
              <w:t>Lavoro / impianto</w:t>
            </w:r>
          </w:p>
        </w:tc>
        <w:tc>
          <w:tcPr>
            <w:tcW w:w="6860" w:type="dxa"/>
            <w:vAlign w:val="center"/>
          </w:tcPr>
          <w:p w14:paraId="1D9AAFD8" w14:textId="77777777" w:rsidR="00E54E13" w:rsidRDefault="00000000">
            <w:pPr>
              <w:spacing w:before="30" w:after="30" w:line="236" w:lineRule="exact"/>
              <w:rPr>
                <w:rFonts w:hint="eastAsia"/>
              </w:rPr>
            </w:pPr>
            <w:sdt>
              <w:sdtPr>
                <w:alias w:val="codice lavoro e parte interessata"/>
                <w:tag w:val="campo_298"/>
                <w:id w:val="100298"/>
                <w:text w:multiLine="1"/>
              </w:sdtPr>
              <w:sdtContent>
                <w:r>
                  <w:rPr>
                    <w:color w:val="007E87"/>
                    <w:sz w:val="19"/>
                  </w:rPr>
                  <w:t>[codice lavoro e parte interessata]</w:t>
                </w:r>
              </w:sdtContent>
            </w:sdt>
          </w:p>
        </w:tc>
      </w:tr>
    </w:tbl>
    <w:p w14:paraId="314340FB"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154"/>
        <w:gridCol w:w="2891"/>
        <w:gridCol w:w="2778"/>
        <w:gridCol w:w="1928"/>
      </w:tblGrid>
      <w:tr w:rsidR="00E54E13" w14:paraId="1A3A4850" w14:textId="77777777">
        <w:trPr>
          <w:tblHeader/>
          <w:jc w:val="center"/>
        </w:trPr>
        <w:tc>
          <w:tcPr>
            <w:tcW w:w="2154" w:type="dxa"/>
            <w:shd w:val="clear" w:color="auto" w:fill="12324B"/>
          </w:tcPr>
          <w:p w14:paraId="7C209A8C" w14:textId="77777777" w:rsidR="00E54E13" w:rsidRDefault="00000000">
            <w:pPr>
              <w:spacing w:before="30" w:after="30" w:line="228" w:lineRule="exact"/>
              <w:rPr>
                <w:rFonts w:hint="eastAsia"/>
              </w:rPr>
            </w:pPr>
            <w:r>
              <w:rPr>
                <w:b/>
                <w:color w:val="FFFFFF"/>
                <w:sz w:val="17"/>
              </w:rPr>
              <w:t>Dispositivo / ID</w:t>
            </w:r>
          </w:p>
        </w:tc>
        <w:tc>
          <w:tcPr>
            <w:tcW w:w="2891" w:type="dxa"/>
            <w:shd w:val="clear" w:color="auto" w:fill="12324B"/>
          </w:tcPr>
          <w:p w14:paraId="09D5E400" w14:textId="77777777" w:rsidR="00E54E13" w:rsidRDefault="00000000">
            <w:pPr>
              <w:spacing w:before="30" w:after="30" w:line="228" w:lineRule="exact"/>
              <w:rPr>
                <w:rFonts w:hint="eastAsia"/>
              </w:rPr>
            </w:pPr>
            <w:r>
              <w:rPr>
                <w:b/>
                <w:color w:val="FFFFFF"/>
                <w:sz w:val="17"/>
              </w:rPr>
              <w:t>Uso previsto e limiti</w:t>
            </w:r>
          </w:p>
        </w:tc>
        <w:tc>
          <w:tcPr>
            <w:tcW w:w="2778" w:type="dxa"/>
            <w:shd w:val="clear" w:color="auto" w:fill="12324B"/>
          </w:tcPr>
          <w:p w14:paraId="6D988048" w14:textId="77777777" w:rsidR="00E54E13" w:rsidRDefault="00000000">
            <w:pPr>
              <w:spacing w:before="30" w:after="30" w:line="228" w:lineRule="exact"/>
              <w:rPr>
                <w:rFonts w:hint="eastAsia"/>
              </w:rPr>
            </w:pPr>
            <w:r>
              <w:rPr>
                <w:b/>
                <w:color w:val="FFFFFF"/>
                <w:sz w:val="17"/>
              </w:rPr>
              <w:t>Istruzioni / verifiche richieste</w:t>
            </w:r>
          </w:p>
        </w:tc>
        <w:tc>
          <w:tcPr>
            <w:tcW w:w="1928" w:type="dxa"/>
            <w:shd w:val="clear" w:color="auto" w:fill="12324B"/>
          </w:tcPr>
          <w:p w14:paraId="0E7E3169" w14:textId="77777777" w:rsidR="00E54E13" w:rsidRDefault="00000000">
            <w:pPr>
              <w:spacing w:before="30" w:after="30" w:line="228" w:lineRule="exact"/>
              <w:rPr>
                <w:rFonts w:hint="eastAsia"/>
              </w:rPr>
            </w:pPr>
            <w:r>
              <w:rPr>
                <w:b/>
                <w:color w:val="FFFFFF"/>
                <w:sz w:val="17"/>
              </w:rPr>
              <w:t>Ultimo controllo / prossimo</w:t>
            </w:r>
          </w:p>
        </w:tc>
      </w:tr>
      <w:tr w:rsidR="00E54E13" w14:paraId="1B2D9D9C" w14:textId="77777777">
        <w:trPr>
          <w:cantSplit/>
          <w:trHeight w:val="794"/>
          <w:jc w:val="center"/>
        </w:trPr>
        <w:tc>
          <w:tcPr>
            <w:tcW w:w="2154" w:type="dxa"/>
            <w:vAlign w:val="center"/>
          </w:tcPr>
          <w:p w14:paraId="48F4DD42" w14:textId="77777777" w:rsidR="00E54E13" w:rsidRDefault="00000000">
            <w:pPr>
              <w:spacing w:before="30" w:after="30" w:line="228" w:lineRule="exact"/>
              <w:rPr>
                <w:rFonts w:hint="eastAsia"/>
              </w:rPr>
            </w:pPr>
            <w:r>
              <w:rPr>
                <w:sz w:val="17"/>
              </w:rPr>
              <w:t>[da compilare]</w:t>
            </w:r>
          </w:p>
        </w:tc>
        <w:tc>
          <w:tcPr>
            <w:tcW w:w="2891" w:type="dxa"/>
            <w:vAlign w:val="center"/>
          </w:tcPr>
          <w:p w14:paraId="74D90FA7" w14:textId="77777777" w:rsidR="00E54E13" w:rsidRDefault="00000000">
            <w:pPr>
              <w:spacing w:before="30" w:after="30" w:line="228" w:lineRule="exact"/>
              <w:rPr>
                <w:rFonts w:hint="eastAsia"/>
              </w:rPr>
            </w:pPr>
            <w:r>
              <w:rPr>
                <w:sz w:val="17"/>
              </w:rPr>
              <w:t>[da compilare]</w:t>
            </w:r>
          </w:p>
        </w:tc>
        <w:tc>
          <w:tcPr>
            <w:tcW w:w="2778" w:type="dxa"/>
            <w:vAlign w:val="center"/>
          </w:tcPr>
          <w:p w14:paraId="463A8256" w14:textId="77777777" w:rsidR="00E54E13" w:rsidRDefault="00000000">
            <w:pPr>
              <w:spacing w:before="30" w:after="30" w:line="228" w:lineRule="exact"/>
              <w:rPr>
                <w:rFonts w:hint="eastAsia"/>
              </w:rPr>
            </w:pPr>
            <w:r>
              <w:rPr>
                <w:sz w:val="17"/>
              </w:rPr>
              <w:t>[da compilare]</w:t>
            </w:r>
          </w:p>
        </w:tc>
        <w:tc>
          <w:tcPr>
            <w:tcW w:w="1928" w:type="dxa"/>
            <w:vAlign w:val="center"/>
          </w:tcPr>
          <w:p w14:paraId="4DA70312" w14:textId="77777777" w:rsidR="00E54E13" w:rsidRDefault="00000000">
            <w:pPr>
              <w:spacing w:before="30" w:after="30" w:line="228" w:lineRule="exact"/>
              <w:rPr>
                <w:rFonts w:hint="eastAsia"/>
              </w:rPr>
            </w:pPr>
            <w:r>
              <w:rPr>
                <w:sz w:val="17"/>
              </w:rPr>
              <w:t>[da compilare]</w:t>
            </w:r>
          </w:p>
        </w:tc>
      </w:tr>
      <w:tr w:rsidR="00E54E13" w14:paraId="70C631E1" w14:textId="77777777">
        <w:trPr>
          <w:cantSplit/>
          <w:trHeight w:val="794"/>
          <w:jc w:val="center"/>
        </w:trPr>
        <w:tc>
          <w:tcPr>
            <w:tcW w:w="2154" w:type="dxa"/>
            <w:shd w:val="clear" w:color="auto" w:fill="F6F8FA"/>
            <w:vAlign w:val="center"/>
          </w:tcPr>
          <w:p w14:paraId="40043BDE" w14:textId="77777777" w:rsidR="00E54E13" w:rsidRDefault="00000000">
            <w:pPr>
              <w:spacing w:before="30" w:after="30" w:line="228" w:lineRule="exact"/>
              <w:rPr>
                <w:rFonts w:hint="eastAsia"/>
              </w:rPr>
            </w:pPr>
            <w:r>
              <w:rPr>
                <w:sz w:val="17"/>
              </w:rPr>
              <w:t>[da compilare]</w:t>
            </w:r>
          </w:p>
        </w:tc>
        <w:tc>
          <w:tcPr>
            <w:tcW w:w="2891" w:type="dxa"/>
            <w:shd w:val="clear" w:color="auto" w:fill="F6F8FA"/>
            <w:vAlign w:val="center"/>
          </w:tcPr>
          <w:p w14:paraId="7D799773" w14:textId="77777777" w:rsidR="00E54E13" w:rsidRDefault="00000000">
            <w:pPr>
              <w:spacing w:before="30" w:after="30" w:line="228" w:lineRule="exact"/>
              <w:rPr>
                <w:rFonts w:hint="eastAsia"/>
              </w:rPr>
            </w:pPr>
            <w:r>
              <w:rPr>
                <w:sz w:val="17"/>
              </w:rPr>
              <w:t>[da compilare]</w:t>
            </w:r>
          </w:p>
        </w:tc>
        <w:tc>
          <w:tcPr>
            <w:tcW w:w="2778" w:type="dxa"/>
            <w:shd w:val="clear" w:color="auto" w:fill="F6F8FA"/>
            <w:vAlign w:val="center"/>
          </w:tcPr>
          <w:p w14:paraId="3CB414E2" w14:textId="77777777" w:rsidR="00E54E13" w:rsidRDefault="00000000">
            <w:pPr>
              <w:spacing w:before="30" w:after="30" w:line="228" w:lineRule="exact"/>
              <w:rPr>
                <w:rFonts w:hint="eastAsia"/>
              </w:rPr>
            </w:pPr>
            <w:r>
              <w:rPr>
                <w:sz w:val="17"/>
              </w:rPr>
              <w:t>[da compilare]</w:t>
            </w:r>
          </w:p>
        </w:tc>
        <w:tc>
          <w:tcPr>
            <w:tcW w:w="1928" w:type="dxa"/>
            <w:shd w:val="clear" w:color="auto" w:fill="F6F8FA"/>
            <w:vAlign w:val="center"/>
          </w:tcPr>
          <w:p w14:paraId="6391F08D" w14:textId="77777777" w:rsidR="00E54E13" w:rsidRDefault="00000000">
            <w:pPr>
              <w:spacing w:before="30" w:after="30" w:line="228" w:lineRule="exact"/>
              <w:rPr>
                <w:rFonts w:hint="eastAsia"/>
              </w:rPr>
            </w:pPr>
            <w:r>
              <w:rPr>
                <w:sz w:val="17"/>
              </w:rPr>
              <w:t>[da compilare]</w:t>
            </w:r>
          </w:p>
        </w:tc>
      </w:tr>
      <w:tr w:rsidR="00E54E13" w14:paraId="4F3E1565" w14:textId="77777777">
        <w:trPr>
          <w:cantSplit/>
          <w:trHeight w:val="794"/>
          <w:jc w:val="center"/>
        </w:trPr>
        <w:tc>
          <w:tcPr>
            <w:tcW w:w="2154" w:type="dxa"/>
            <w:vAlign w:val="center"/>
          </w:tcPr>
          <w:p w14:paraId="7E746AB6" w14:textId="77777777" w:rsidR="00E54E13" w:rsidRDefault="00000000">
            <w:pPr>
              <w:spacing w:before="30" w:after="30" w:line="228" w:lineRule="exact"/>
              <w:rPr>
                <w:rFonts w:hint="eastAsia"/>
              </w:rPr>
            </w:pPr>
            <w:r>
              <w:rPr>
                <w:sz w:val="17"/>
              </w:rPr>
              <w:t>[da compilare]</w:t>
            </w:r>
          </w:p>
        </w:tc>
        <w:tc>
          <w:tcPr>
            <w:tcW w:w="2891" w:type="dxa"/>
            <w:vAlign w:val="center"/>
          </w:tcPr>
          <w:p w14:paraId="532ED090" w14:textId="77777777" w:rsidR="00E54E13" w:rsidRDefault="00000000">
            <w:pPr>
              <w:spacing w:before="30" w:after="30" w:line="228" w:lineRule="exact"/>
              <w:rPr>
                <w:rFonts w:hint="eastAsia"/>
              </w:rPr>
            </w:pPr>
            <w:r>
              <w:rPr>
                <w:sz w:val="17"/>
              </w:rPr>
              <w:t>[da compilare]</w:t>
            </w:r>
          </w:p>
        </w:tc>
        <w:tc>
          <w:tcPr>
            <w:tcW w:w="2778" w:type="dxa"/>
            <w:vAlign w:val="center"/>
          </w:tcPr>
          <w:p w14:paraId="4603F54F" w14:textId="77777777" w:rsidR="00E54E13" w:rsidRDefault="00000000">
            <w:pPr>
              <w:spacing w:before="30" w:after="30" w:line="228" w:lineRule="exact"/>
              <w:rPr>
                <w:rFonts w:hint="eastAsia"/>
              </w:rPr>
            </w:pPr>
            <w:r>
              <w:rPr>
                <w:sz w:val="17"/>
              </w:rPr>
              <w:t>[da compilare]</w:t>
            </w:r>
          </w:p>
        </w:tc>
        <w:tc>
          <w:tcPr>
            <w:tcW w:w="1928" w:type="dxa"/>
            <w:vAlign w:val="center"/>
          </w:tcPr>
          <w:p w14:paraId="20E6BF1A" w14:textId="77777777" w:rsidR="00E54E13" w:rsidRDefault="00000000">
            <w:pPr>
              <w:spacing w:before="30" w:after="30" w:line="228" w:lineRule="exact"/>
              <w:rPr>
                <w:rFonts w:hint="eastAsia"/>
              </w:rPr>
            </w:pPr>
            <w:r>
              <w:rPr>
                <w:sz w:val="17"/>
              </w:rPr>
              <w:t>[da compilare]</w:t>
            </w:r>
          </w:p>
        </w:tc>
      </w:tr>
      <w:tr w:rsidR="00E54E13" w14:paraId="0CF85AAF" w14:textId="77777777">
        <w:trPr>
          <w:cantSplit/>
          <w:trHeight w:val="794"/>
          <w:jc w:val="center"/>
        </w:trPr>
        <w:tc>
          <w:tcPr>
            <w:tcW w:w="2154" w:type="dxa"/>
            <w:shd w:val="clear" w:color="auto" w:fill="F6F8FA"/>
            <w:vAlign w:val="center"/>
          </w:tcPr>
          <w:p w14:paraId="1BC7B270" w14:textId="77777777" w:rsidR="00E54E13" w:rsidRDefault="00000000">
            <w:pPr>
              <w:spacing w:before="30" w:after="30" w:line="228" w:lineRule="exact"/>
              <w:rPr>
                <w:rFonts w:hint="eastAsia"/>
              </w:rPr>
            </w:pPr>
            <w:r>
              <w:rPr>
                <w:sz w:val="17"/>
              </w:rPr>
              <w:t>[da compilare]</w:t>
            </w:r>
          </w:p>
        </w:tc>
        <w:tc>
          <w:tcPr>
            <w:tcW w:w="2891" w:type="dxa"/>
            <w:shd w:val="clear" w:color="auto" w:fill="F6F8FA"/>
            <w:vAlign w:val="center"/>
          </w:tcPr>
          <w:p w14:paraId="571537FF" w14:textId="77777777" w:rsidR="00E54E13" w:rsidRDefault="00000000">
            <w:pPr>
              <w:spacing w:before="30" w:after="30" w:line="228" w:lineRule="exact"/>
              <w:rPr>
                <w:rFonts w:hint="eastAsia"/>
              </w:rPr>
            </w:pPr>
            <w:r>
              <w:rPr>
                <w:sz w:val="17"/>
              </w:rPr>
              <w:t>[da compilare]</w:t>
            </w:r>
          </w:p>
        </w:tc>
        <w:tc>
          <w:tcPr>
            <w:tcW w:w="2778" w:type="dxa"/>
            <w:shd w:val="clear" w:color="auto" w:fill="F6F8FA"/>
            <w:vAlign w:val="center"/>
          </w:tcPr>
          <w:p w14:paraId="64120C26" w14:textId="77777777" w:rsidR="00E54E13" w:rsidRDefault="00000000">
            <w:pPr>
              <w:spacing w:before="30" w:after="30" w:line="228" w:lineRule="exact"/>
              <w:rPr>
                <w:rFonts w:hint="eastAsia"/>
              </w:rPr>
            </w:pPr>
            <w:r>
              <w:rPr>
                <w:sz w:val="17"/>
              </w:rPr>
              <w:t>[da compilare]</w:t>
            </w:r>
          </w:p>
        </w:tc>
        <w:tc>
          <w:tcPr>
            <w:tcW w:w="1928" w:type="dxa"/>
            <w:shd w:val="clear" w:color="auto" w:fill="F6F8FA"/>
            <w:vAlign w:val="center"/>
          </w:tcPr>
          <w:p w14:paraId="2368F7D5" w14:textId="77777777" w:rsidR="00E54E13" w:rsidRDefault="00000000">
            <w:pPr>
              <w:spacing w:before="30" w:after="30" w:line="228" w:lineRule="exact"/>
              <w:rPr>
                <w:rFonts w:hint="eastAsia"/>
              </w:rPr>
            </w:pPr>
            <w:r>
              <w:rPr>
                <w:sz w:val="17"/>
              </w:rPr>
              <w:t>[da compilare]</w:t>
            </w:r>
          </w:p>
        </w:tc>
      </w:tr>
    </w:tbl>
    <w:p w14:paraId="2EBB96CF"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D0608A1" w14:textId="77777777">
        <w:trPr>
          <w:cantSplit/>
          <w:trHeight w:val="386"/>
          <w:jc w:val="center"/>
        </w:trPr>
        <w:tc>
          <w:tcPr>
            <w:tcW w:w="2891" w:type="dxa"/>
            <w:shd w:val="clear" w:color="auto" w:fill="EDF3F9"/>
            <w:vAlign w:val="center"/>
          </w:tcPr>
          <w:p w14:paraId="6D95559E" w14:textId="77777777" w:rsidR="00E54E13" w:rsidRDefault="00000000">
            <w:pPr>
              <w:spacing w:before="30" w:after="30" w:line="236" w:lineRule="exact"/>
              <w:rPr>
                <w:rFonts w:hint="eastAsia"/>
              </w:rPr>
            </w:pPr>
            <w:r>
              <w:rPr>
                <w:b/>
                <w:sz w:val="18"/>
              </w:rPr>
              <w:t>Controllo prima dell’uso</w:t>
            </w:r>
          </w:p>
        </w:tc>
        <w:tc>
          <w:tcPr>
            <w:tcW w:w="6860" w:type="dxa"/>
            <w:vAlign w:val="center"/>
          </w:tcPr>
          <w:p w14:paraId="1502871C" w14:textId="77777777" w:rsidR="00E54E13" w:rsidRDefault="00000000">
            <w:pPr>
              <w:spacing w:before="30" w:after="30" w:line="236" w:lineRule="exact"/>
              <w:rPr>
                <w:rFonts w:hint="eastAsia"/>
              </w:rPr>
            </w:pPr>
            <w:sdt>
              <w:sdtPr>
                <w:alias w:val="chi, quando, modalità e risultato"/>
                <w:tag w:val="campo_299"/>
                <w:id w:val="100299"/>
                <w:text w:multiLine="1"/>
              </w:sdtPr>
              <w:sdtContent>
                <w:r>
                  <w:rPr>
                    <w:color w:val="007E87"/>
                    <w:sz w:val="19"/>
                  </w:rPr>
                  <w:t>[chi, quando, modalità e risultato]</w:t>
                </w:r>
              </w:sdtContent>
            </w:sdt>
          </w:p>
        </w:tc>
      </w:tr>
      <w:tr w:rsidR="00E54E13" w14:paraId="4B82DFBA" w14:textId="77777777">
        <w:trPr>
          <w:cantSplit/>
          <w:trHeight w:val="386"/>
          <w:jc w:val="center"/>
        </w:trPr>
        <w:tc>
          <w:tcPr>
            <w:tcW w:w="2891" w:type="dxa"/>
            <w:shd w:val="clear" w:color="auto" w:fill="EDF3F9"/>
            <w:vAlign w:val="center"/>
          </w:tcPr>
          <w:p w14:paraId="0B85B899" w14:textId="77777777" w:rsidR="00E54E13" w:rsidRDefault="00000000">
            <w:pPr>
              <w:spacing w:before="30" w:after="30" w:line="236" w:lineRule="exact"/>
              <w:rPr>
                <w:rFonts w:hint="eastAsia"/>
              </w:rPr>
            </w:pPr>
            <w:r>
              <w:rPr>
                <w:b/>
                <w:sz w:val="18"/>
              </w:rPr>
              <w:t>Strumenti per verifiche elettriche</w:t>
            </w:r>
          </w:p>
        </w:tc>
        <w:tc>
          <w:tcPr>
            <w:tcW w:w="6860" w:type="dxa"/>
            <w:shd w:val="clear" w:color="auto" w:fill="F6F8FA"/>
            <w:vAlign w:val="center"/>
          </w:tcPr>
          <w:p w14:paraId="24076A39" w14:textId="77777777" w:rsidR="00E54E13" w:rsidRDefault="00000000">
            <w:pPr>
              <w:spacing w:before="30" w:after="30" w:line="236" w:lineRule="exact"/>
              <w:rPr>
                <w:rFonts w:hint="eastAsia"/>
              </w:rPr>
            </w:pPr>
            <w:sdt>
              <w:sdtPr>
                <w:alias w:val="modello e idoneità per le misure previste nell’istruzione"/>
                <w:tag w:val="campo_300"/>
                <w:id w:val="100300"/>
                <w:text w:multiLine="1"/>
              </w:sdtPr>
              <w:sdtContent>
                <w:r>
                  <w:rPr>
                    <w:color w:val="007E87"/>
                    <w:sz w:val="19"/>
                  </w:rPr>
                  <w:t>[modello e idoneità per le misure previste nell’istruzione]</w:t>
                </w:r>
              </w:sdtContent>
            </w:sdt>
          </w:p>
        </w:tc>
      </w:tr>
      <w:tr w:rsidR="00E54E13" w14:paraId="7D1C9A07" w14:textId="77777777">
        <w:trPr>
          <w:cantSplit/>
          <w:trHeight w:val="386"/>
          <w:jc w:val="center"/>
        </w:trPr>
        <w:tc>
          <w:tcPr>
            <w:tcW w:w="2891" w:type="dxa"/>
            <w:shd w:val="clear" w:color="auto" w:fill="EDF3F9"/>
            <w:vAlign w:val="center"/>
          </w:tcPr>
          <w:p w14:paraId="76CDC64C" w14:textId="77777777" w:rsidR="00E54E13" w:rsidRDefault="00000000">
            <w:pPr>
              <w:spacing w:before="30" w:after="30" w:line="236" w:lineRule="exact"/>
              <w:rPr>
                <w:rFonts w:hint="eastAsia"/>
              </w:rPr>
            </w:pPr>
            <w:r>
              <w:rPr>
                <w:b/>
                <w:sz w:val="18"/>
              </w:rPr>
              <w:t>Conservazione e custodia</w:t>
            </w:r>
          </w:p>
        </w:tc>
        <w:tc>
          <w:tcPr>
            <w:tcW w:w="6860" w:type="dxa"/>
            <w:vAlign w:val="center"/>
          </w:tcPr>
          <w:p w14:paraId="4F3D48BF" w14:textId="77777777" w:rsidR="00E54E13" w:rsidRDefault="00000000">
            <w:pPr>
              <w:spacing w:before="30" w:after="30" w:line="236" w:lineRule="exact"/>
              <w:rPr>
                <w:rFonts w:hint="eastAsia"/>
              </w:rPr>
            </w:pPr>
            <w:sdt>
              <w:sdtPr>
                <w:alias w:val="modalità e responsabile"/>
                <w:tag w:val="campo_301"/>
                <w:id w:val="100301"/>
                <w:text w:multiLine="1"/>
              </w:sdtPr>
              <w:sdtContent>
                <w:r>
                  <w:rPr>
                    <w:color w:val="007E87"/>
                    <w:sz w:val="19"/>
                  </w:rPr>
                  <w:t>[modalità e responsabile]</w:t>
                </w:r>
              </w:sdtContent>
            </w:sdt>
          </w:p>
        </w:tc>
      </w:tr>
      <w:tr w:rsidR="00E54E13" w14:paraId="03E75E03" w14:textId="77777777">
        <w:trPr>
          <w:cantSplit/>
          <w:trHeight w:val="386"/>
          <w:jc w:val="center"/>
        </w:trPr>
        <w:tc>
          <w:tcPr>
            <w:tcW w:w="2891" w:type="dxa"/>
            <w:shd w:val="clear" w:color="auto" w:fill="EDF3F9"/>
            <w:vAlign w:val="center"/>
          </w:tcPr>
          <w:p w14:paraId="4D4E0C28" w14:textId="77777777" w:rsidR="00E54E13" w:rsidRDefault="00000000">
            <w:pPr>
              <w:spacing w:before="30" w:after="30" w:line="236" w:lineRule="exact"/>
              <w:rPr>
                <w:rFonts w:hint="eastAsia"/>
              </w:rPr>
            </w:pPr>
            <w:r>
              <w:rPr>
                <w:b/>
                <w:sz w:val="18"/>
              </w:rPr>
              <w:t>Dispositivi non utilizzabili</w:t>
            </w:r>
          </w:p>
        </w:tc>
        <w:tc>
          <w:tcPr>
            <w:tcW w:w="6860" w:type="dxa"/>
            <w:shd w:val="clear" w:color="auto" w:fill="F6F8FA"/>
            <w:vAlign w:val="center"/>
          </w:tcPr>
          <w:p w14:paraId="4635400F" w14:textId="77777777" w:rsidR="00E54E13" w:rsidRDefault="00000000">
            <w:pPr>
              <w:spacing w:before="30" w:after="30" w:line="236" w:lineRule="exact"/>
              <w:rPr>
                <w:rFonts w:hint="eastAsia"/>
              </w:rPr>
            </w:pPr>
            <w:sdt>
              <w:sdtPr>
                <w:alias w:val="identificativo, segnalazione e segregazione aziendale"/>
                <w:tag w:val="campo_302"/>
                <w:id w:val="100302"/>
                <w:text w:multiLine="1"/>
              </w:sdtPr>
              <w:sdtContent>
                <w:r>
                  <w:rPr>
                    <w:color w:val="007E87"/>
                    <w:sz w:val="19"/>
                  </w:rPr>
                  <w:t>[identificativo, segnalazione e segregazione aziendale]</w:t>
                </w:r>
              </w:sdtContent>
            </w:sdt>
          </w:p>
        </w:tc>
      </w:tr>
    </w:tbl>
    <w:p w14:paraId="5E0E5568" w14:textId="77777777" w:rsidR="00E54E13" w:rsidRDefault="00E54E13">
      <w:pPr>
        <w:spacing w:after="40" w:line="40" w:lineRule="exact"/>
        <w:rPr>
          <w:rFonts w:hint="eastAsia"/>
        </w:rPr>
      </w:pPr>
    </w:p>
    <w:p w14:paraId="66EF5916" w14:textId="77777777" w:rsidR="00E54E13" w:rsidRDefault="00000000">
      <w:pPr>
        <w:pStyle w:val="Titolo3"/>
      </w:pPr>
      <w:r>
        <w:t>Azioni, sostituzioni e verifica di riammissione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44F5FA5C" w14:textId="77777777">
        <w:trPr>
          <w:cantSplit/>
          <w:trHeight w:val="658"/>
          <w:jc w:val="center"/>
        </w:trPr>
        <w:tc>
          <w:tcPr>
            <w:tcW w:w="9751" w:type="dxa"/>
            <w:vAlign w:val="center"/>
          </w:tcPr>
          <w:p w14:paraId="073986D3" w14:textId="77777777" w:rsidR="00E54E13" w:rsidRDefault="00000000">
            <w:pPr>
              <w:spacing w:before="30" w:after="30" w:line="234" w:lineRule="exact"/>
              <w:rPr>
                <w:rFonts w:hint="eastAsia"/>
              </w:rPr>
            </w:pPr>
            <w:sdt>
              <w:sdtPr>
                <w:alias w:val="compilare o richiamare un allegato identificato"/>
                <w:tag w:val="campo_303"/>
                <w:id w:val="100303"/>
                <w:text w:multiLine="1"/>
              </w:sdtPr>
              <w:sdtContent>
                <w:r>
                  <w:rPr>
                    <w:color w:val="007E87"/>
                    <w:sz w:val="19"/>
                  </w:rPr>
                  <w:t>[compilare o richiamare un allegato identificato]</w:t>
                </w:r>
              </w:sdtContent>
            </w:sdt>
          </w:p>
        </w:tc>
      </w:tr>
    </w:tbl>
    <w:p w14:paraId="2B926D9F" w14:textId="77777777" w:rsidR="00E54E13" w:rsidRDefault="00E54E13">
      <w:pPr>
        <w:spacing w:after="40" w:line="40" w:lineRule="exact"/>
        <w:rPr>
          <w:rFonts w:hint="eastAsia"/>
        </w:rPr>
      </w:pPr>
    </w:p>
    <w:p w14:paraId="2B842A34" w14:textId="77777777" w:rsidR="00E54E13" w:rsidRDefault="00000000">
      <w:pPr>
        <w:pStyle w:val="FormHint"/>
        <w:rPr>
          <w:rFonts w:hint="eastAsia"/>
        </w:rPr>
      </w:pPr>
      <w:r>
        <w:t>Le scadenze sono derivate dalle disposizioni applicabili, dalle indicazioni del fabbricante e dalle valutazioni pertinenti. Non è previsto nel documento INAIL un unico intervallo di verifica per tutte le attrezzature.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FDB0F94" w14:textId="77777777">
        <w:trPr>
          <w:tblHeader/>
          <w:jc w:val="center"/>
        </w:trPr>
        <w:tc>
          <w:tcPr>
            <w:tcW w:w="3250" w:type="dxa"/>
            <w:shd w:val="clear" w:color="auto" w:fill="12324B"/>
          </w:tcPr>
          <w:p w14:paraId="0853E4A3"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1576E93B"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0DDE2FC3" w14:textId="77777777" w:rsidR="00E54E13" w:rsidRDefault="00000000">
            <w:pPr>
              <w:spacing w:before="30" w:after="30" w:line="228" w:lineRule="exact"/>
              <w:rPr>
                <w:rFonts w:hint="eastAsia"/>
              </w:rPr>
            </w:pPr>
            <w:r>
              <w:rPr>
                <w:b/>
                <w:color w:val="FFFFFF"/>
                <w:sz w:val="17"/>
              </w:rPr>
              <w:t>Data</w:t>
            </w:r>
          </w:p>
        </w:tc>
      </w:tr>
      <w:tr w:rsidR="00E54E13" w14:paraId="07CEE5E7" w14:textId="77777777">
        <w:trPr>
          <w:cantSplit/>
          <w:trHeight w:val="567"/>
          <w:jc w:val="center"/>
        </w:trPr>
        <w:tc>
          <w:tcPr>
            <w:tcW w:w="3250" w:type="dxa"/>
            <w:vAlign w:val="center"/>
          </w:tcPr>
          <w:p w14:paraId="31F15C09"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36492C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45E7C2F" w14:textId="77777777" w:rsidR="00E54E13" w:rsidRDefault="00000000">
            <w:pPr>
              <w:spacing w:before="30" w:after="30" w:line="228" w:lineRule="exact"/>
              <w:rPr>
                <w:rFonts w:hint="eastAsia"/>
              </w:rPr>
            </w:pPr>
            <w:r>
              <w:rPr>
                <w:sz w:val="17"/>
              </w:rPr>
              <w:t>____ / ____ / ______</w:t>
            </w:r>
          </w:p>
        </w:tc>
      </w:tr>
    </w:tbl>
    <w:p w14:paraId="275685B1" w14:textId="77777777" w:rsidR="00E54E13" w:rsidRDefault="00E54E13">
      <w:pPr>
        <w:spacing w:after="40" w:line="40" w:lineRule="exact"/>
        <w:rPr>
          <w:rFonts w:hint="eastAsia"/>
        </w:rPr>
      </w:pPr>
    </w:p>
    <w:p w14:paraId="3D53A8AC" w14:textId="77777777" w:rsidR="00E54E13" w:rsidRDefault="00000000">
      <w:pPr>
        <w:pStyle w:val="Source"/>
        <w:rPr>
          <w:rFonts w:hint="eastAsia"/>
        </w:rPr>
      </w:pPr>
      <w:r>
        <w:t>Modello originale [AZ]. Base: INAIL 2026, pp. 2–3 e 6. I campi vuoti non costituiscono una verifica positiva.</w:t>
      </w:r>
    </w:p>
    <w:p w14:paraId="4D7AB25D" w14:textId="77777777" w:rsidR="00E54E13" w:rsidRDefault="00000000">
      <w:pPr>
        <w:pStyle w:val="Eyebrow"/>
        <w:keepNext/>
        <w:pageBreakBefore/>
        <w:rPr>
          <w:rFonts w:hint="eastAsia"/>
        </w:rPr>
      </w:pPr>
      <w:r>
        <w:t>PARTE II  /  ALLEGATO OPERATIVO [AZ]</w:t>
      </w:r>
    </w:p>
    <w:p w14:paraId="7719787E" w14:textId="77777777" w:rsidR="00E54E13" w:rsidRDefault="00000000">
      <w:pPr>
        <w:pStyle w:val="Titolo1"/>
      </w:pPr>
      <w:bookmarkStart w:id="61" w:name="B62_A22"/>
      <w:r>
        <w:t>A22  Verifica dei requisiti di imprese e autonomi</w:t>
      </w:r>
      <w:bookmarkEnd w:id="61"/>
    </w:p>
    <w:p w14:paraId="27306A64" w14:textId="77777777" w:rsidR="00E54E13" w:rsidRDefault="00000000">
      <w:pPr>
        <w:pStyle w:val="FormHint"/>
        <w:rPr>
          <w:rFonts w:hint="eastAsia"/>
        </w:rPr>
      </w:pPr>
      <w:r>
        <w:t>Scheda 1 di 2. Riguarda i requisiti per il lavoro elettrico affidato; integra e non sostituisce le altre verifiche applicabili all’appalto.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ABE2D32" w14:textId="77777777">
        <w:trPr>
          <w:cantSplit/>
          <w:trHeight w:val="346"/>
          <w:jc w:val="center"/>
        </w:trPr>
        <w:tc>
          <w:tcPr>
            <w:tcW w:w="2891" w:type="dxa"/>
            <w:shd w:val="clear" w:color="auto" w:fill="EDF3F9"/>
            <w:vAlign w:val="center"/>
          </w:tcPr>
          <w:p w14:paraId="076E5878" w14:textId="77777777" w:rsidR="00E54E13" w:rsidRDefault="00000000">
            <w:pPr>
              <w:spacing w:before="30" w:after="30" w:line="236" w:lineRule="exact"/>
              <w:rPr>
                <w:rFonts w:hint="eastAsia"/>
              </w:rPr>
            </w:pPr>
            <w:r>
              <w:rPr>
                <w:b/>
                <w:sz w:val="18"/>
              </w:rPr>
              <w:t>Azienda / unità</w:t>
            </w:r>
          </w:p>
        </w:tc>
        <w:tc>
          <w:tcPr>
            <w:tcW w:w="6860" w:type="dxa"/>
            <w:vAlign w:val="center"/>
          </w:tcPr>
          <w:p w14:paraId="2F44BAC7" w14:textId="77777777" w:rsidR="00E54E13" w:rsidRDefault="00000000">
            <w:pPr>
              <w:spacing w:before="30" w:after="30" w:line="236" w:lineRule="exact"/>
              <w:rPr>
                <w:rFonts w:hint="eastAsia"/>
              </w:rPr>
            </w:pPr>
            <w:sdt>
              <w:sdtPr>
                <w:alias w:val="ragione sociale e sede"/>
                <w:tag w:val="campo_305"/>
                <w:id w:val="100305"/>
                <w:text w:multiLine="1"/>
              </w:sdtPr>
              <w:sdtContent>
                <w:r>
                  <w:rPr>
                    <w:color w:val="007E87"/>
                    <w:sz w:val="19"/>
                  </w:rPr>
                  <w:t>[ragione sociale e sede]</w:t>
                </w:r>
              </w:sdtContent>
            </w:sdt>
          </w:p>
        </w:tc>
      </w:tr>
      <w:tr w:rsidR="00E54E13" w14:paraId="41163484" w14:textId="77777777">
        <w:trPr>
          <w:cantSplit/>
          <w:trHeight w:val="346"/>
          <w:jc w:val="center"/>
        </w:trPr>
        <w:tc>
          <w:tcPr>
            <w:tcW w:w="2891" w:type="dxa"/>
            <w:shd w:val="clear" w:color="auto" w:fill="EDF3F9"/>
            <w:vAlign w:val="center"/>
          </w:tcPr>
          <w:p w14:paraId="6CD8CD40"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446F447" w14:textId="77777777" w:rsidR="00E54E13" w:rsidRDefault="00000000">
            <w:pPr>
              <w:spacing w:before="30" w:after="30" w:line="236" w:lineRule="exact"/>
              <w:rPr>
                <w:rFonts w:hint="eastAsia"/>
              </w:rPr>
            </w:pPr>
            <w:sdt>
              <w:sdtPr>
                <w:alias w:val="codice, revisione e data"/>
                <w:tag w:val="campo_306"/>
                <w:id w:val="100306"/>
                <w:text w:multiLine="1"/>
              </w:sdtPr>
              <w:sdtContent>
                <w:r>
                  <w:rPr>
                    <w:color w:val="007E87"/>
                    <w:sz w:val="19"/>
                  </w:rPr>
                  <w:t>[codice, revisione e data]</w:t>
                </w:r>
              </w:sdtContent>
            </w:sdt>
          </w:p>
        </w:tc>
      </w:tr>
      <w:tr w:rsidR="00E54E13" w14:paraId="758766DC" w14:textId="77777777">
        <w:trPr>
          <w:cantSplit/>
          <w:trHeight w:val="346"/>
          <w:jc w:val="center"/>
        </w:trPr>
        <w:tc>
          <w:tcPr>
            <w:tcW w:w="2891" w:type="dxa"/>
            <w:shd w:val="clear" w:color="auto" w:fill="EDF3F9"/>
            <w:vAlign w:val="center"/>
          </w:tcPr>
          <w:p w14:paraId="0BE974F0" w14:textId="77777777" w:rsidR="00E54E13" w:rsidRDefault="00000000">
            <w:pPr>
              <w:spacing w:before="30" w:after="30" w:line="236" w:lineRule="exact"/>
              <w:rPr>
                <w:rFonts w:hint="eastAsia"/>
              </w:rPr>
            </w:pPr>
            <w:r>
              <w:rPr>
                <w:b/>
                <w:sz w:val="18"/>
              </w:rPr>
              <w:t>Lavoro / impianto</w:t>
            </w:r>
          </w:p>
        </w:tc>
        <w:tc>
          <w:tcPr>
            <w:tcW w:w="6860" w:type="dxa"/>
            <w:vAlign w:val="center"/>
          </w:tcPr>
          <w:p w14:paraId="1637CB85" w14:textId="77777777" w:rsidR="00E54E13" w:rsidRDefault="00000000">
            <w:pPr>
              <w:spacing w:before="30" w:after="30" w:line="236" w:lineRule="exact"/>
              <w:rPr>
                <w:rFonts w:hint="eastAsia"/>
              </w:rPr>
            </w:pPr>
            <w:sdt>
              <w:sdtPr>
                <w:alias w:val="codice lavoro e parte interessata"/>
                <w:tag w:val="campo_307"/>
                <w:id w:val="100307"/>
                <w:text w:multiLine="1"/>
              </w:sdtPr>
              <w:sdtContent>
                <w:r>
                  <w:rPr>
                    <w:color w:val="007E87"/>
                    <w:sz w:val="19"/>
                  </w:rPr>
                  <w:t>[codice lavoro e parte interessata]</w:t>
                </w:r>
              </w:sdtContent>
            </w:sdt>
          </w:p>
        </w:tc>
      </w:tr>
    </w:tbl>
    <w:p w14:paraId="6681F2F1"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9D69036" w14:textId="77777777">
        <w:trPr>
          <w:cantSplit/>
          <w:trHeight w:val="386"/>
          <w:jc w:val="center"/>
        </w:trPr>
        <w:tc>
          <w:tcPr>
            <w:tcW w:w="2891" w:type="dxa"/>
            <w:shd w:val="clear" w:color="auto" w:fill="EDF3F9"/>
            <w:vAlign w:val="center"/>
          </w:tcPr>
          <w:p w14:paraId="2251EC7B" w14:textId="77777777" w:rsidR="00E54E13" w:rsidRDefault="00000000">
            <w:pPr>
              <w:spacing w:before="30" w:after="30" w:line="236" w:lineRule="exact"/>
              <w:rPr>
                <w:rFonts w:hint="eastAsia"/>
              </w:rPr>
            </w:pPr>
            <w:r>
              <w:rPr>
                <w:b/>
                <w:sz w:val="18"/>
              </w:rPr>
              <w:t>Impresa / lavoratore autonomo</w:t>
            </w:r>
          </w:p>
        </w:tc>
        <w:tc>
          <w:tcPr>
            <w:tcW w:w="6860" w:type="dxa"/>
            <w:vAlign w:val="center"/>
          </w:tcPr>
          <w:p w14:paraId="3BE9F7DC" w14:textId="77777777" w:rsidR="00E54E13" w:rsidRDefault="00000000">
            <w:pPr>
              <w:spacing w:before="30" w:after="30" w:line="236" w:lineRule="exact"/>
              <w:rPr>
                <w:rFonts w:hint="eastAsia"/>
              </w:rPr>
            </w:pPr>
            <w:sdt>
              <w:sdtPr>
                <w:alias w:val="denominazione, referente e recapito"/>
                <w:tag w:val="campo_308"/>
                <w:id w:val="100308"/>
                <w:text w:multiLine="1"/>
              </w:sdtPr>
              <w:sdtContent>
                <w:r>
                  <w:rPr>
                    <w:color w:val="007E87"/>
                    <w:sz w:val="19"/>
                  </w:rPr>
                  <w:t>[denominazione, referente e recapito]</w:t>
                </w:r>
              </w:sdtContent>
            </w:sdt>
          </w:p>
        </w:tc>
      </w:tr>
      <w:tr w:rsidR="00E54E13" w14:paraId="35C5BCBD" w14:textId="77777777">
        <w:trPr>
          <w:cantSplit/>
          <w:trHeight w:val="386"/>
          <w:jc w:val="center"/>
        </w:trPr>
        <w:tc>
          <w:tcPr>
            <w:tcW w:w="2891" w:type="dxa"/>
            <w:shd w:val="clear" w:color="auto" w:fill="EDF3F9"/>
            <w:vAlign w:val="center"/>
          </w:tcPr>
          <w:p w14:paraId="57672090" w14:textId="77777777" w:rsidR="00E54E13" w:rsidRDefault="00000000">
            <w:pPr>
              <w:spacing w:before="30" w:after="30" w:line="236" w:lineRule="exact"/>
              <w:rPr>
                <w:rFonts w:hint="eastAsia"/>
              </w:rPr>
            </w:pPr>
            <w:r>
              <w:rPr>
                <w:b/>
                <w:sz w:val="18"/>
              </w:rPr>
              <w:t>Lavoro affidato</w:t>
            </w:r>
          </w:p>
        </w:tc>
        <w:tc>
          <w:tcPr>
            <w:tcW w:w="6860" w:type="dxa"/>
            <w:shd w:val="clear" w:color="auto" w:fill="F6F8FA"/>
            <w:vAlign w:val="center"/>
          </w:tcPr>
          <w:p w14:paraId="2A590FF4" w14:textId="77777777" w:rsidR="00E54E13" w:rsidRDefault="00000000">
            <w:pPr>
              <w:spacing w:before="30" w:after="30" w:line="236" w:lineRule="exact"/>
              <w:rPr>
                <w:rFonts w:hint="eastAsia"/>
              </w:rPr>
            </w:pPr>
            <w:sdt>
              <w:sdtPr>
                <w:alias w:val="attività, impianto e confini"/>
                <w:tag w:val="campo_309"/>
                <w:id w:val="100309"/>
                <w:text w:multiLine="1"/>
              </w:sdtPr>
              <w:sdtContent>
                <w:r>
                  <w:rPr>
                    <w:color w:val="007E87"/>
                    <w:sz w:val="19"/>
                  </w:rPr>
                  <w:t>[attività, impianto e confini]</w:t>
                </w:r>
              </w:sdtContent>
            </w:sdt>
          </w:p>
        </w:tc>
      </w:tr>
      <w:tr w:rsidR="00E54E13" w14:paraId="272EBE65" w14:textId="77777777">
        <w:trPr>
          <w:cantSplit/>
          <w:trHeight w:val="386"/>
          <w:jc w:val="center"/>
        </w:trPr>
        <w:tc>
          <w:tcPr>
            <w:tcW w:w="2891" w:type="dxa"/>
            <w:shd w:val="clear" w:color="auto" w:fill="EDF3F9"/>
            <w:vAlign w:val="center"/>
          </w:tcPr>
          <w:p w14:paraId="7DE661DE" w14:textId="77777777" w:rsidR="00E54E13" w:rsidRDefault="00000000">
            <w:pPr>
              <w:spacing w:before="30" w:after="30" w:line="236" w:lineRule="exact"/>
              <w:rPr>
                <w:rFonts w:hint="eastAsia"/>
              </w:rPr>
            </w:pPr>
            <w:r>
              <w:rPr>
                <w:b/>
                <w:sz w:val="18"/>
              </w:rPr>
              <w:t>Responsabili delle interfacce</w:t>
            </w:r>
          </w:p>
        </w:tc>
        <w:tc>
          <w:tcPr>
            <w:tcW w:w="6860" w:type="dxa"/>
            <w:vAlign w:val="center"/>
          </w:tcPr>
          <w:p w14:paraId="0A457F3B" w14:textId="77777777" w:rsidR="00E54E13" w:rsidRDefault="00000000">
            <w:pPr>
              <w:spacing w:before="30" w:after="30" w:line="236" w:lineRule="exact"/>
              <w:rPr>
                <w:rFonts w:hint="eastAsia"/>
              </w:rPr>
            </w:pPr>
            <w:sdt>
              <w:sdtPr>
                <w:alias w:val="GI/RI/GL/RLE e rispettive organizzazioni"/>
                <w:tag w:val="campo_310"/>
                <w:id w:val="100310"/>
                <w:text w:multiLine="1"/>
              </w:sdtPr>
              <w:sdtContent>
                <w:r>
                  <w:rPr>
                    <w:color w:val="007E87"/>
                    <w:sz w:val="19"/>
                  </w:rPr>
                  <w:t>[GI/RI/GL/RLE e rispettive organizzazioni]</w:t>
                </w:r>
              </w:sdtContent>
            </w:sdt>
          </w:p>
        </w:tc>
      </w:tr>
    </w:tbl>
    <w:p w14:paraId="474AF8D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443"/>
        <w:gridCol w:w="4309"/>
      </w:tblGrid>
      <w:tr w:rsidR="00E54E13" w14:paraId="21421E1A" w14:textId="77777777">
        <w:trPr>
          <w:tblHeader/>
          <w:jc w:val="center"/>
        </w:trPr>
        <w:tc>
          <w:tcPr>
            <w:tcW w:w="5443" w:type="dxa"/>
            <w:shd w:val="clear" w:color="auto" w:fill="12324B"/>
          </w:tcPr>
          <w:p w14:paraId="223A1DC3" w14:textId="77777777" w:rsidR="00E54E13" w:rsidRDefault="00000000">
            <w:pPr>
              <w:spacing w:before="30" w:after="30" w:line="232" w:lineRule="exact"/>
              <w:rPr>
                <w:rFonts w:hint="eastAsia"/>
              </w:rPr>
            </w:pPr>
            <w:r>
              <w:rPr>
                <w:b/>
                <w:color w:val="FFFFFF"/>
                <w:sz w:val="18"/>
              </w:rPr>
              <w:t>Evidenza richiesta</w:t>
            </w:r>
          </w:p>
        </w:tc>
        <w:tc>
          <w:tcPr>
            <w:tcW w:w="4309" w:type="dxa"/>
            <w:shd w:val="clear" w:color="auto" w:fill="12324B"/>
          </w:tcPr>
          <w:p w14:paraId="2A9495C3" w14:textId="77777777" w:rsidR="00E54E13" w:rsidRDefault="00000000">
            <w:pPr>
              <w:spacing w:before="30" w:after="30" w:line="232" w:lineRule="exact"/>
              <w:rPr>
                <w:rFonts w:hint="eastAsia"/>
              </w:rPr>
            </w:pPr>
            <w:r>
              <w:rPr>
                <w:b/>
                <w:color w:val="FFFFFF"/>
                <w:sz w:val="18"/>
              </w:rPr>
              <w:t>Documenti esaminati / esito</w:t>
            </w:r>
          </w:p>
        </w:tc>
      </w:tr>
      <w:tr w:rsidR="00E54E13" w14:paraId="3F67F39A" w14:textId="77777777">
        <w:trPr>
          <w:cantSplit/>
          <w:trHeight w:val="539"/>
          <w:jc w:val="center"/>
        </w:trPr>
        <w:tc>
          <w:tcPr>
            <w:tcW w:w="5443" w:type="dxa"/>
            <w:vAlign w:val="center"/>
          </w:tcPr>
          <w:p w14:paraId="00899122" w14:textId="77777777" w:rsidR="00E54E13" w:rsidRDefault="00000000">
            <w:pPr>
              <w:spacing w:before="30" w:after="30" w:line="232" w:lineRule="exact"/>
              <w:rPr>
                <w:rFonts w:hint="eastAsia"/>
              </w:rPr>
            </w:pPr>
            <w:r>
              <w:rPr>
                <w:sz w:val="18"/>
              </w:rPr>
              <w:t>Personale impiegato e competenze per l’attività</w:t>
            </w:r>
          </w:p>
        </w:tc>
        <w:tc>
          <w:tcPr>
            <w:tcW w:w="4309" w:type="dxa"/>
            <w:vAlign w:val="center"/>
          </w:tcPr>
          <w:p w14:paraId="389175FB" w14:textId="77777777" w:rsidR="00E54E13" w:rsidRDefault="00000000">
            <w:pPr>
              <w:spacing w:before="30" w:after="30" w:line="232" w:lineRule="exact"/>
              <w:rPr>
                <w:rFonts w:hint="eastAsia"/>
              </w:rPr>
            </w:pPr>
            <w:r>
              <w:rPr>
                <w:sz w:val="18"/>
              </w:rPr>
              <w:t>[compilare]</w:t>
            </w:r>
          </w:p>
        </w:tc>
      </w:tr>
      <w:tr w:rsidR="00E54E13" w14:paraId="276A9107" w14:textId="77777777">
        <w:trPr>
          <w:cantSplit/>
          <w:trHeight w:val="539"/>
          <w:jc w:val="center"/>
        </w:trPr>
        <w:tc>
          <w:tcPr>
            <w:tcW w:w="5443" w:type="dxa"/>
            <w:shd w:val="clear" w:color="auto" w:fill="F6F8FA"/>
            <w:vAlign w:val="center"/>
          </w:tcPr>
          <w:p w14:paraId="11F942F3" w14:textId="77777777" w:rsidR="00E54E13" w:rsidRDefault="00000000">
            <w:pPr>
              <w:spacing w:before="30" w:after="30" w:line="232" w:lineRule="exact"/>
              <w:rPr>
                <w:rFonts w:hint="eastAsia"/>
              </w:rPr>
            </w:pPr>
            <w:r>
              <w:rPr>
                <w:sz w:val="18"/>
              </w:rPr>
              <w:t>Attribuzioni PES/PAV del rispettivo datore di lavoro</w:t>
            </w:r>
          </w:p>
        </w:tc>
        <w:tc>
          <w:tcPr>
            <w:tcW w:w="4309" w:type="dxa"/>
            <w:shd w:val="clear" w:color="auto" w:fill="F6F8FA"/>
            <w:vAlign w:val="center"/>
          </w:tcPr>
          <w:p w14:paraId="228A1C40" w14:textId="77777777" w:rsidR="00E54E13" w:rsidRDefault="00000000">
            <w:pPr>
              <w:spacing w:before="30" w:after="30" w:line="232" w:lineRule="exact"/>
              <w:rPr>
                <w:rFonts w:hint="eastAsia"/>
              </w:rPr>
            </w:pPr>
            <w:r>
              <w:rPr>
                <w:sz w:val="18"/>
              </w:rPr>
              <w:t>[compilare oppure autocertificazione pertinente]</w:t>
            </w:r>
          </w:p>
        </w:tc>
      </w:tr>
      <w:tr w:rsidR="00E54E13" w14:paraId="60F2D467" w14:textId="77777777">
        <w:trPr>
          <w:cantSplit/>
          <w:trHeight w:val="539"/>
          <w:jc w:val="center"/>
        </w:trPr>
        <w:tc>
          <w:tcPr>
            <w:tcW w:w="5443" w:type="dxa"/>
            <w:vAlign w:val="center"/>
          </w:tcPr>
          <w:p w14:paraId="3E4A81D9" w14:textId="77777777" w:rsidR="00E54E13" w:rsidRDefault="00000000">
            <w:pPr>
              <w:spacing w:before="30" w:after="30" w:line="232" w:lineRule="exact"/>
              <w:rPr>
                <w:rFonts w:hint="eastAsia"/>
              </w:rPr>
            </w:pPr>
            <w:r>
              <w:rPr>
                <w:sz w:val="18"/>
              </w:rPr>
              <w:t>Idoneità e autorizzazioni BT, se necessarie</w:t>
            </w:r>
          </w:p>
        </w:tc>
        <w:tc>
          <w:tcPr>
            <w:tcW w:w="4309" w:type="dxa"/>
            <w:vAlign w:val="center"/>
          </w:tcPr>
          <w:p w14:paraId="4B644689" w14:textId="77777777" w:rsidR="00E54E13" w:rsidRDefault="00000000">
            <w:pPr>
              <w:spacing w:before="30" w:after="30" w:line="232" w:lineRule="exact"/>
              <w:rPr>
                <w:rFonts w:hint="eastAsia"/>
              </w:rPr>
            </w:pPr>
            <w:r>
              <w:rPr>
                <w:sz w:val="18"/>
              </w:rPr>
              <w:t>[compilare]</w:t>
            </w:r>
          </w:p>
        </w:tc>
      </w:tr>
      <w:tr w:rsidR="00E54E13" w14:paraId="2DC536A0" w14:textId="77777777">
        <w:trPr>
          <w:cantSplit/>
          <w:trHeight w:val="539"/>
          <w:jc w:val="center"/>
        </w:trPr>
        <w:tc>
          <w:tcPr>
            <w:tcW w:w="5443" w:type="dxa"/>
            <w:shd w:val="clear" w:color="auto" w:fill="F6F8FA"/>
            <w:vAlign w:val="center"/>
          </w:tcPr>
          <w:p w14:paraId="5ECB5D11" w14:textId="77777777" w:rsidR="00E54E13" w:rsidRDefault="00000000">
            <w:pPr>
              <w:spacing w:before="30" w:after="30" w:line="232" w:lineRule="exact"/>
              <w:rPr>
                <w:rFonts w:hint="eastAsia"/>
              </w:rPr>
            </w:pPr>
            <w:r>
              <w:rPr>
                <w:sz w:val="18"/>
              </w:rPr>
              <w:t>Formazione, pratica e aggiornamenti pertinenti</w:t>
            </w:r>
          </w:p>
        </w:tc>
        <w:tc>
          <w:tcPr>
            <w:tcW w:w="4309" w:type="dxa"/>
            <w:shd w:val="clear" w:color="auto" w:fill="F6F8FA"/>
            <w:vAlign w:val="center"/>
          </w:tcPr>
          <w:p w14:paraId="3ABE335C" w14:textId="77777777" w:rsidR="00E54E13" w:rsidRDefault="00000000">
            <w:pPr>
              <w:spacing w:before="30" w:after="30" w:line="232" w:lineRule="exact"/>
              <w:rPr>
                <w:rFonts w:hint="eastAsia"/>
              </w:rPr>
            </w:pPr>
            <w:r>
              <w:rPr>
                <w:sz w:val="18"/>
              </w:rPr>
              <w:t>[compilare]</w:t>
            </w:r>
          </w:p>
        </w:tc>
      </w:tr>
      <w:tr w:rsidR="00E54E13" w14:paraId="5D74185E" w14:textId="77777777">
        <w:trPr>
          <w:cantSplit/>
          <w:trHeight w:val="539"/>
          <w:jc w:val="center"/>
        </w:trPr>
        <w:tc>
          <w:tcPr>
            <w:tcW w:w="5443" w:type="dxa"/>
            <w:vAlign w:val="center"/>
          </w:tcPr>
          <w:p w14:paraId="01CD68AD" w14:textId="77777777" w:rsidR="00E54E13" w:rsidRDefault="00000000">
            <w:pPr>
              <w:spacing w:before="30" w:after="30" w:line="232" w:lineRule="exact"/>
              <w:rPr>
                <w:rFonts w:hint="eastAsia"/>
              </w:rPr>
            </w:pPr>
            <w:r>
              <w:rPr>
                <w:sz w:val="18"/>
              </w:rPr>
              <w:t>Procedure, attrezzature e DPI disponibili</w:t>
            </w:r>
          </w:p>
        </w:tc>
        <w:tc>
          <w:tcPr>
            <w:tcW w:w="4309" w:type="dxa"/>
            <w:vAlign w:val="center"/>
          </w:tcPr>
          <w:p w14:paraId="40357270" w14:textId="77777777" w:rsidR="00E54E13" w:rsidRDefault="00000000">
            <w:pPr>
              <w:spacing w:before="30" w:after="30" w:line="232" w:lineRule="exact"/>
              <w:rPr>
                <w:rFonts w:hint="eastAsia"/>
              </w:rPr>
            </w:pPr>
            <w:r>
              <w:rPr>
                <w:sz w:val="18"/>
              </w:rPr>
              <w:t>[compilare]</w:t>
            </w:r>
          </w:p>
        </w:tc>
      </w:tr>
      <w:tr w:rsidR="00E54E13" w14:paraId="420A6EB5" w14:textId="77777777">
        <w:trPr>
          <w:cantSplit/>
          <w:trHeight w:val="539"/>
          <w:jc w:val="center"/>
        </w:trPr>
        <w:tc>
          <w:tcPr>
            <w:tcW w:w="5443" w:type="dxa"/>
            <w:shd w:val="clear" w:color="auto" w:fill="F6F8FA"/>
            <w:vAlign w:val="center"/>
          </w:tcPr>
          <w:p w14:paraId="49D7AB49" w14:textId="77777777" w:rsidR="00E54E13" w:rsidRDefault="00000000">
            <w:pPr>
              <w:spacing w:before="30" w:after="30" w:line="232" w:lineRule="exact"/>
              <w:rPr>
                <w:rFonts w:hint="eastAsia"/>
              </w:rPr>
            </w:pPr>
            <w:r>
              <w:rPr>
                <w:sz w:val="18"/>
              </w:rPr>
              <w:t>Coordinamento interferenze e comunicazioni</w:t>
            </w:r>
          </w:p>
        </w:tc>
        <w:tc>
          <w:tcPr>
            <w:tcW w:w="4309" w:type="dxa"/>
            <w:shd w:val="clear" w:color="auto" w:fill="F6F8FA"/>
            <w:vAlign w:val="center"/>
          </w:tcPr>
          <w:p w14:paraId="71D2E0E4" w14:textId="77777777" w:rsidR="00E54E13" w:rsidRDefault="00000000">
            <w:pPr>
              <w:spacing w:before="30" w:after="30" w:line="232" w:lineRule="exact"/>
              <w:rPr>
                <w:rFonts w:hint="eastAsia"/>
              </w:rPr>
            </w:pPr>
            <w:r>
              <w:rPr>
                <w:sz w:val="18"/>
              </w:rPr>
              <w:t>[compilare]</w:t>
            </w:r>
          </w:p>
        </w:tc>
      </w:tr>
    </w:tbl>
    <w:p w14:paraId="2545F48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7AE56F4" w14:textId="77777777">
        <w:trPr>
          <w:cantSplit/>
          <w:trHeight w:val="386"/>
          <w:jc w:val="center"/>
        </w:trPr>
        <w:tc>
          <w:tcPr>
            <w:tcW w:w="2891" w:type="dxa"/>
            <w:shd w:val="clear" w:color="auto" w:fill="EDF3F9"/>
            <w:vAlign w:val="center"/>
          </w:tcPr>
          <w:p w14:paraId="07C3235C" w14:textId="77777777" w:rsidR="00E54E13" w:rsidRDefault="00000000">
            <w:pPr>
              <w:spacing w:before="30" w:after="30" w:line="236" w:lineRule="exact"/>
              <w:rPr>
                <w:rFonts w:hint="eastAsia"/>
              </w:rPr>
            </w:pPr>
            <w:r>
              <w:rPr>
                <w:b/>
                <w:sz w:val="18"/>
              </w:rPr>
              <w:t>Integrazioni / condizioni</w:t>
            </w:r>
          </w:p>
        </w:tc>
        <w:tc>
          <w:tcPr>
            <w:tcW w:w="6860" w:type="dxa"/>
            <w:vAlign w:val="center"/>
          </w:tcPr>
          <w:p w14:paraId="64303000" w14:textId="77777777" w:rsidR="00E54E13" w:rsidRDefault="00000000">
            <w:pPr>
              <w:spacing w:before="30" w:after="30" w:line="236" w:lineRule="exact"/>
              <w:rPr>
                <w:rFonts w:hint="eastAsia"/>
              </w:rPr>
            </w:pPr>
            <w:sdt>
              <w:sdtPr>
                <w:alias w:val="carenze da risolvere prima dell’affidamento operativo"/>
                <w:tag w:val="campo_311"/>
                <w:id w:val="100311"/>
                <w:text w:multiLine="1"/>
              </w:sdtPr>
              <w:sdtContent>
                <w:r>
                  <w:rPr>
                    <w:color w:val="007E87"/>
                    <w:sz w:val="19"/>
                  </w:rPr>
                  <w:t>[carenze da risolvere prima dell’affidamento operativo]</w:t>
                </w:r>
              </w:sdtContent>
            </w:sdt>
          </w:p>
        </w:tc>
      </w:tr>
      <w:tr w:rsidR="00E54E13" w14:paraId="77A47848" w14:textId="77777777">
        <w:trPr>
          <w:cantSplit/>
          <w:trHeight w:val="386"/>
          <w:jc w:val="center"/>
        </w:trPr>
        <w:tc>
          <w:tcPr>
            <w:tcW w:w="2891" w:type="dxa"/>
            <w:shd w:val="clear" w:color="auto" w:fill="EDF3F9"/>
            <w:vAlign w:val="center"/>
          </w:tcPr>
          <w:p w14:paraId="664A9825" w14:textId="77777777" w:rsidR="00E54E13" w:rsidRDefault="00000000">
            <w:pPr>
              <w:spacing w:before="30" w:after="30" w:line="236" w:lineRule="exact"/>
              <w:rPr>
                <w:rFonts w:hint="eastAsia"/>
              </w:rPr>
            </w:pPr>
            <w:r>
              <w:rPr>
                <w:b/>
                <w:sz w:val="18"/>
              </w:rPr>
              <w:t>Esito verifica elettrica</w:t>
            </w:r>
          </w:p>
        </w:tc>
        <w:tc>
          <w:tcPr>
            <w:tcW w:w="6860" w:type="dxa"/>
            <w:shd w:val="clear" w:color="auto" w:fill="F6F8FA"/>
            <w:vAlign w:val="center"/>
          </w:tcPr>
          <w:p w14:paraId="56BBA48C" w14:textId="77777777" w:rsidR="00E54E13" w:rsidRDefault="00000000">
            <w:pPr>
              <w:spacing w:before="30" w:after="30" w:line="236" w:lineRule="exact"/>
              <w:rPr>
                <w:rFonts w:hint="eastAsia"/>
              </w:rPr>
            </w:pPr>
            <w:sdt>
              <w:sdtPr>
                <w:alias w:val="adeguato per l’ambito / da integrare / non adeguato"/>
                <w:tag w:val="campo_312"/>
                <w:id w:val="100312"/>
                <w:text w:multiLine="1"/>
              </w:sdtPr>
              <w:sdtContent>
                <w:r>
                  <w:rPr>
                    <w:color w:val="007E87"/>
                    <w:sz w:val="19"/>
                  </w:rPr>
                  <w:t>[adeguato per l’ambito / da integrare / non adeguato]</w:t>
                </w:r>
              </w:sdtContent>
            </w:sdt>
          </w:p>
        </w:tc>
      </w:tr>
    </w:tbl>
    <w:p w14:paraId="7BA751CC" w14:textId="77777777" w:rsidR="00E54E13" w:rsidRDefault="00E54E13">
      <w:pPr>
        <w:spacing w:after="40" w:line="40" w:lineRule="exact"/>
        <w:rPr>
          <w:rFonts w:hint="eastAsia"/>
        </w:rPr>
      </w:pPr>
    </w:p>
    <w:p w14:paraId="5CF9F1D3" w14:textId="77777777" w:rsidR="00E54E13" w:rsidRDefault="00000000">
      <w:pPr>
        <w:pStyle w:val="FormHint"/>
        <w:rPr>
          <w:rFonts w:hint="eastAsia"/>
        </w:rPr>
      </w:pPr>
      <w:r>
        <w:t>Il committente non attribuisce qualifiche ai dipendenti dell’impresa esterna in sostituzione del loro datore di lavoro. Verificare il campo reale delle evidenze.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0A61909D" w14:textId="77777777">
        <w:trPr>
          <w:tblHeader/>
          <w:jc w:val="center"/>
        </w:trPr>
        <w:tc>
          <w:tcPr>
            <w:tcW w:w="3250" w:type="dxa"/>
            <w:shd w:val="clear" w:color="auto" w:fill="12324B"/>
          </w:tcPr>
          <w:p w14:paraId="7BBF0916" w14:textId="77777777" w:rsidR="00E54E13" w:rsidRDefault="00000000">
            <w:pPr>
              <w:spacing w:before="30" w:after="30" w:line="228" w:lineRule="exact"/>
              <w:rPr>
                <w:rFonts w:hint="eastAsia"/>
              </w:rPr>
            </w:pPr>
            <w:r>
              <w:rPr>
                <w:b/>
                <w:color w:val="FFFFFF"/>
                <w:sz w:val="17"/>
              </w:rPr>
              <w:t>Verificatore del committente</w:t>
            </w:r>
          </w:p>
        </w:tc>
        <w:tc>
          <w:tcPr>
            <w:tcW w:w="3250" w:type="dxa"/>
            <w:shd w:val="clear" w:color="auto" w:fill="12324B"/>
          </w:tcPr>
          <w:p w14:paraId="6ACC7E3C" w14:textId="77777777" w:rsidR="00E54E13" w:rsidRDefault="00000000">
            <w:pPr>
              <w:spacing w:before="30" w:after="30" w:line="228" w:lineRule="exact"/>
              <w:rPr>
                <w:rFonts w:hint="eastAsia"/>
              </w:rPr>
            </w:pPr>
            <w:r>
              <w:rPr>
                <w:b/>
                <w:color w:val="FFFFFF"/>
                <w:sz w:val="17"/>
              </w:rPr>
              <w:t>Referente impresa / autonomo</w:t>
            </w:r>
          </w:p>
        </w:tc>
        <w:tc>
          <w:tcPr>
            <w:tcW w:w="3250" w:type="dxa"/>
            <w:shd w:val="clear" w:color="auto" w:fill="12324B"/>
          </w:tcPr>
          <w:p w14:paraId="4213BDB5" w14:textId="77777777" w:rsidR="00E54E13" w:rsidRDefault="00000000">
            <w:pPr>
              <w:spacing w:before="30" w:after="30" w:line="228" w:lineRule="exact"/>
              <w:rPr>
                <w:rFonts w:hint="eastAsia"/>
              </w:rPr>
            </w:pPr>
            <w:r>
              <w:rPr>
                <w:b/>
                <w:color w:val="FFFFFF"/>
                <w:sz w:val="17"/>
              </w:rPr>
              <w:t>Data</w:t>
            </w:r>
          </w:p>
        </w:tc>
      </w:tr>
      <w:tr w:rsidR="00E54E13" w14:paraId="0AAB4C3C" w14:textId="77777777">
        <w:trPr>
          <w:cantSplit/>
          <w:trHeight w:val="567"/>
          <w:jc w:val="center"/>
        </w:trPr>
        <w:tc>
          <w:tcPr>
            <w:tcW w:w="3250" w:type="dxa"/>
            <w:vAlign w:val="center"/>
          </w:tcPr>
          <w:p w14:paraId="5BF591E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6EC2875"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CD8F7E7" w14:textId="77777777" w:rsidR="00E54E13" w:rsidRDefault="00000000">
            <w:pPr>
              <w:spacing w:before="30" w:after="30" w:line="228" w:lineRule="exact"/>
              <w:rPr>
                <w:rFonts w:hint="eastAsia"/>
              </w:rPr>
            </w:pPr>
            <w:r>
              <w:rPr>
                <w:sz w:val="17"/>
              </w:rPr>
              <w:t>____ / ____ / ______</w:t>
            </w:r>
          </w:p>
        </w:tc>
      </w:tr>
    </w:tbl>
    <w:p w14:paraId="6898622D" w14:textId="77777777" w:rsidR="00E54E13" w:rsidRDefault="00E54E13">
      <w:pPr>
        <w:spacing w:after="40" w:line="40" w:lineRule="exact"/>
        <w:rPr>
          <w:rFonts w:hint="eastAsia"/>
        </w:rPr>
      </w:pPr>
    </w:p>
    <w:p w14:paraId="38FB4405" w14:textId="77777777" w:rsidR="00E54E13" w:rsidRDefault="00000000">
      <w:pPr>
        <w:pStyle w:val="Source"/>
        <w:rPr>
          <w:rFonts w:hint="eastAsia"/>
        </w:rPr>
      </w:pPr>
      <w:r>
        <w:t>Modello originale [AZ]. Base: INAIL 2026, pp. 1–2 e 5. I campi vuoti non costituiscono una verifica positiva.</w:t>
      </w:r>
    </w:p>
    <w:p w14:paraId="1A6D4E55" w14:textId="77777777" w:rsidR="00E54E13" w:rsidRDefault="00000000">
      <w:pPr>
        <w:pStyle w:val="Eyebrow"/>
        <w:keepNext/>
        <w:pageBreakBefore/>
        <w:rPr>
          <w:rFonts w:hint="eastAsia"/>
        </w:rPr>
      </w:pPr>
      <w:r>
        <w:t>PARTE II  /  ALLEGATO OPERATIVO [AZ]</w:t>
      </w:r>
    </w:p>
    <w:p w14:paraId="6E62D689" w14:textId="77777777" w:rsidR="00E54E13" w:rsidRDefault="00000000">
      <w:pPr>
        <w:pStyle w:val="Titolo1"/>
      </w:pPr>
      <w:bookmarkStart w:id="62" w:name="B63_A22"/>
      <w:r>
        <w:t>A22  Dichiarazione di datore operativo o autonomo</w:t>
      </w:r>
      <w:bookmarkEnd w:id="62"/>
    </w:p>
    <w:p w14:paraId="60CD46CB" w14:textId="77777777" w:rsidR="00E54E13" w:rsidRDefault="00000000">
      <w:pPr>
        <w:pStyle w:val="FormHint"/>
        <w:rPr>
          <w:rFonts w:hint="eastAsia"/>
        </w:rPr>
      </w:pPr>
      <w:r>
        <w:t>Scheda 2 di 2. Utilizzabile quando il committente richiede l’autocertificazione; allegare documentazione pertinente.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1E96779" w14:textId="77777777">
        <w:trPr>
          <w:cantSplit/>
          <w:trHeight w:val="346"/>
          <w:jc w:val="center"/>
        </w:trPr>
        <w:tc>
          <w:tcPr>
            <w:tcW w:w="2891" w:type="dxa"/>
            <w:shd w:val="clear" w:color="auto" w:fill="EDF3F9"/>
            <w:vAlign w:val="center"/>
          </w:tcPr>
          <w:p w14:paraId="3E21D1DB" w14:textId="77777777" w:rsidR="00E54E13" w:rsidRDefault="00000000">
            <w:pPr>
              <w:spacing w:before="30" w:after="30" w:line="236" w:lineRule="exact"/>
              <w:rPr>
                <w:rFonts w:hint="eastAsia"/>
              </w:rPr>
            </w:pPr>
            <w:r>
              <w:rPr>
                <w:b/>
                <w:sz w:val="18"/>
              </w:rPr>
              <w:t>Azienda / unità</w:t>
            </w:r>
          </w:p>
        </w:tc>
        <w:tc>
          <w:tcPr>
            <w:tcW w:w="6860" w:type="dxa"/>
            <w:vAlign w:val="center"/>
          </w:tcPr>
          <w:p w14:paraId="327C9EEB" w14:textId="77777777" w:rsidR="00E54E13" w:rsidRDefault="00000000">
            <w:pPr>
              <w:spacing w:before="30" w:after="30" w:line="236" w:lineRule="exact"/>
              <w:rPr>
                <w:rFonts w:hint="eastAsia"/>
              </w:rPr>
            </w:pPr>
            <w:sdt>
              <w:sdtPr>
                <w:alias w:val="ragione sociale e sede"/>
                <w:tag w:val="campo_314"/>
                <w:id w:val="100314"/>
                <w:text w:multiLine="1"/>
              </w:sdtPr>
              <w:sdtContent>
                <w:r>
                  <w:rPr>
                    <w:color w:val="007E87"/>
                    <w:sz w:val="19"/>
                  </w:rPr>
                  <w:t>[ragione sociale e sede]</w:t>
                </w:r>
              </w:sdtContent>
            </w:sdt>
          </w:p>
        </w:tc>
      </w:tr>
      <w:tr w:rsidR="00E54E13" w14:paraId="09C6F514" w14:textId="77777777">
        <w:trPr>
          <w:cantSplit/>
          <w:trHeight w:val="346"/>
          <w:jc w:val="center"/>
        </w:trPr>
        <w:tc>
          <w:tcPr>
            <w:tcW w:w="2891" w:type="dxa"/>
            <w:shd w:val="clear" w:color="auto" w:fill="EDF3F9"/>
            <w:vAlign w:val="center"/>
          </w:tcPr>
          <w:p w14:paraId="22337F73"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CAD273C" w14:textId="77777777" w:rsidR="00E54E13" w:rsidRDefault="00000000">
            <w:pPr>
              <w:spacing w:before="30" w:after="30" w:line="236" w:lineRule="exact"/>
              <w:rPr>
                <w:rFonts w:hint="eastAsia"/>
              </w:rPr>
            </w:pPr>
            <w:sdt>
              <w:sdtPr>
                <w:alias w:val="codice, revisione e data"/>
                <w:tag w:val="campo_315"/>
                <w:id w:val="100315"/>
                <w:text w:multiLine="1"/>
              </w:sdtPr>
              <w:sdtContent>
                <w:r>
                  <w:rPr>
                    <w:color w:val="007E87"/>
                    <w:sz w:val="19"/>
                  </w:rPr>
                  <w:t>[codice, revisione e data]</w:t>
                </w:r>
              </w:sdtContent>
            </w:sdt>
          </w:p>
        </w:tc>
      </w:tr>
    </w:tbl>
    <w:p w14:paraId="30B4B04C"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C04C4FB" w14:textId="77777777">
        <w:trPr>
          <w:cantSplit/>
          <w:trHeight w:val="386"/>
          <w:jc w:val="center"/>
        </w:trPr>
        <w:tc>
          <w:tcPr>
            <w:tcW w:w="2891" w:type="dxa"/>
            <w:shd w:val="clear" w:color="auto" w:fill="EDF3F9"/>
            <w:vAlign w:val="center"/>
          </w:tcPr>
          <w:p w14:paraId="1EDC17A6" w14:textId="77777777" w:rsidR="00E54E13" w:rsidRDefault="00000000">
            <w:pPr>
              <w:spacing w:before="30" w:after="30" w:line="236" w:lineRule="exact"/>
              <w:rPr>
                <w:rFonts w:hint="eastAsia"/>
              </w:rPr>
            </w:pPr>
            <w:r>
              <w:rPr>
                <w:b/>
                <w:sz w:val="18"/>
              </w:rPr>
              <w:t>Dichiarante</w:t>
            </w:r>
          </w:p>
        </w:tc>
        <w:tc>
          <w:tcPr>
            <w:tcW w:w="6860" w:type="dxa"/>
            <w:vAlign w:val="center"/>
          </w:tcPr>
          <w:p w14:paraId="7C83EC14" w14:textId="77777777" w:rsidR="00E54E13" w:rsidRDefault="00000000">
            <w:pPr>
              <w:spacing w:before="30" w:after="30" w:line="236" w:lineRule="exact"/>
              <w:rPr>
                <w:rFonts w:hint="eastAsia"/>
              </w:rPr>
            </w:pPr>
            <w:sdt>
              <w:sdtPr>
                <w:alias w:val="nome, funzione / attività autonoma e recapito"/>
                <w:tag w:val="campo_316"/>
                <w:id w:val="100316"/>
                <w:text w:multiLine="1"/>
              </w:sdtPr>
              <w:sdtContent>
                <w:r>
                  <w:rPr>
                    <w:color w:val="007E87"/>
                    <w:sz w:val="19"/>
                  </w:rPr>
                  <w:t>[nome, funzione / attività autonoma e recapito]</w:t>
                </w:r>
              </w:sdtContent>
            </w:sdt>
          </w:p>
        </w:tc>
      </w:tr>
      <w:tr w:rsidR="00E54E13" w14:paraId="480E2259" w14:textId="77777777">
        <w:trPr>
          <w:cantSplit/>
          <w:trHeight w:val="386"/>
          <w:jc w:val="center"/>
        </w:trPr>
        <w:tc>
          <w:tcPr>
            <w:tcW w:w="2891" w:type="dxa"/>
            <w:shd w:val="clear" w:color="auto" w:fill="EDF3F9"/>
            <w:vAlign w:val="center"/>
          </w:tcPr>
          <w:p w14:paraId="0E05CBFF" w14:textId="77777777" w:rsidR="00E54E13" w:rsidRDefault="00000000">
            <w:pPr>
              <w:spacing w:before="30" w:after="30" w:line="236" w:lineRule="exact"/>
              <w:rPr>
                <w:rFonts w:hint="eastAsia"/>
              </w:rPr>
            </w:pPr>
            <w:r>
              <w:rPr>
                <w:b/>
                <w:sz w:val="18"/>
              </w:rPr>
              <w:t>Committente / lavoro</w:t>
            </w:r>
          </w:p>
        </w:tc>
        <w:tc>
          <w:tcPr>
            <w:tcW w:w="6860" w:type="dxa"/>
            <w:shd w:val="clear" w:color="auto" w:fill="F6F8FA"/>
            <w:vAlign w:val="center"/>
          </w:tcPr>
          <w:p w14:paraId="0F6F9E07" w14:textId="77777777" w:rsidR="00E54E13" w:rsidRDefault="00000000">
            <w:pPr>
              <w:spacing w:before="30" w:after="30" w:line="236" w:lineRule="exact"/>
              <w:rPr>
                <w:rFonts w:hint="eastAsia"/>
              </w:rPr>
            </w:pPr>
            <w:sdt>
              <w:sdtPr>
                <w:alias w:val="soggetto richiedente, impianto e attività"/>
                <w:tag w:val="campo_317"/>
                <w:id w:val="100317"/>
                <w:text w:multiLine="1"/>
              </w:sdtPr>
              <w:sdtContent>
                <w:r>
                  <w:rPr>
                    <w:color w:val="007E87"/>
                    <w:sz w:val="19"/>
                  </w:rPr>
                  <w:t>[soggetto richiedente, impianto e attività]</w:t>
                </w:r>
              </w:sdtContent>
            </w:sdt>
          </w:p>
        </w:tc>
      </w:tr>
      <w:tr w:rsidR="00E54E13" w14:paraId="3CAB87C3" w14:textId="77777777">
        <w:trPr>
          <w:cantSplit/>
          <w:trHeight w:val="386"/>
          <w:jc w:val="center"/>
        </w:trPr>
        <w:tc>
          <w:tcPr>
            <w:tcW w:w="2891" w:type="dxa"/>
            <w:shd w:val="clear" w:color="auto" w:fill="EDF3F9"/>
            <w:vAlign w:val="center"/>
          </w:tcPr>
          <w:p w14:paraId="614885D3" w14:textId="77777777" w:rsidR="00E54E13" w:rsidRDefault="00000000">
            <w:pPr>
              <w:spacing w:before="30" w:after="30" w:line="236" w:lineRule="exact"/>
              <w:rPr>
                <w:rFonts w:hint="eastAsia"/>
              </w:rPr>
            </w:pPr>
            <w:r>
              <w:rPr>
                <w:b/>
                <w:sz w:val="18"/>
              </w:rPr>
              <w:t>Condizione dichiarata</w:t>
            </w:r>
          </w:p>
        </w:tc>
        <w:tc>
          <w:tcPr>
            <w:tcW w:w="6860" w:type="dxa"/>
            <w:vAlign w:val="center"/>
          </w:tcPr>
          <w:p w14:paraId="3642D328" w14:textId="77777777" w:rsidR="00E54E13" w:rsidRDefault="00000000">
            <w:pPr>
              <w:spacing w:before="30" w:after="30" w:line="236" w:lineRule="exact"/>
              <w:rPr>
                <w:rFonts w:hint="eastAsia"/>
              </w:rPr>
            </w:pPr>
            <w:sdt>
              <w:sdtPr>
                <w:alias w:val="PES / PAV; eventuale idoneità sotto tensione BT specificata"/>
                <w:tag w:val="campo_318"/>
                <w:id w:val="100318"/>
                <w:text w:multiLine="1"/>
              </w:sdtPr>
              <w:sdtContent>
                <w:r>
                  <w:rPr>
                    <w:color w:val="007E87"/>
                    <w:sz w:val="19"/>
                  </w:rPr>
                  <w:t>[PES / PAV; eventuale idoneità sotto tensione BT specificata]</w:t>
                </w:r>
              </w:sdtContent>
            </w:sdt>
          </w:p>
        </w:tc>
      </w:tr>
    </w:tbl>
    <w:p w14:paraId="1B8422B4" w14:textId="77777777" w:rsidR="00E54E13" w:rsidRDefault="00E54E13">
      <w:pPr>
        <w:spacing w:after="40" w:line="40" w:lineRule="exact"/>
        <w:rPr>
          <w:rFonts w:hint="eastAsia"/>
        </w:rPr>
      </w:pPr>
    </w:p>
    <w:p w14:paraId="37340538" w14:textId="77777777" w:rsidR="00E54E13" w:rsidRDefault="00000000">
      <w:pPr>
        <w:rPr>
          <w:rFonts w:hint="eastAsia"/>
        </w:rPr>
      </w:pPr>
      <w:r>
        <w:t>Il dichiarante attesta, per le sole attività e nei limiti descritti, il possesso delle conoscenze e dell’esperienza pertinenti alla condizione dichiarata. La documentazione sotto elencata ne costituisce la base verificabile; non viene formulata una dichiarazione generica per ogni possibile lavoro elettrico.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4535"/>
        <w:gridCol w:w="5216"/>
      </w:tblGrid>
      <w:tr w:rsidR="00E54E13" w14:paraId="57F9E979" w14:textId="77777777">
        <w:trPr>
          <w:tblHeader/>
          <w:jc w:val="center"/>
        </w:trPr>
        <w:tc>
          <w:tcPr>
            <w:tcW w:w="4535" w:type="dxa"/>
            <w:shd w:val="clear" w:color="auto" w:fill="12324B"/>
          </w:tcPr>
          <w:p w14:paraId="61B9072A" w14:textId="77777777" w:rsidR="00E54E13" w:rsidRDefault="00000000">
            <w:pPr>
              <w:spacing w:before="30" w:after="30" w:line="234" w:lineRule="exact"/>
              <w:rPr>
                <w:rFonts w:hint="eastAsia"/>
              </w:rPr>
            </w:pPr>
            <w:r>
              <w:rPr>
                <w:b/>
                <w:color w:val="FFFFFF"/>
                <w:sz w:val="18"/>
              </w:rPr>
              <w:t>Elemento documentato</w:t>
            </w:r>
          </w:p>
        </w:tc>
        <w:tc>
          <w:tcPr>
            <w:tcW w:w="5216" w:type="dxa"/>
            <w:shd w:val="clear" w:color="auto" w:fill="12324B"/>
          </w:tcPr>
          <w:p w14:paraId="1254BD96" w14:textId="77777777" w:rsidR="00E54E13" w:rsidRDefault="00000000">
            <w:pPr>
              <w:spacing w:before="30" w:after="30" w:line="234" w:lineRule="exact"/>
              <w:rPr>
                <w:rFonts w:hint="eastAsia"/>
              </w:rPr>
            </w:pPr>
            <w:r>
              <w:rPr>
                <w:b/>
                <w:color w:val="FFFFFF"/>
                <w:sz w:val="18"/>
              </w:rPr>
              <w:t>Riferimento ed evidenza</w:t>
            </w:r>
          </w:p>
        </w:tc>
      </w:tr>
      <w:tr w:rsidR="00E54E13" w14:paraId="3B099087" w14:textId="77777777">
        <w:trPr>
          <w:cantSplit/>
          <w:trHeight w:val="539"/>
          <w:jc w:val="center"/>
        </w:trPr>
        <w:tc>
          <w:tcPr>
            <w:tcW w:w="4535" w:type="dxa"/>
            <w:vAlign w:val="center"/>
          </w:tcPr>
          <w:p w14:paraId="297EB9D3" w14:textId="77777777" w:rsidR="00E54E13" w:rsidRDefault="00000000">
            <w:pPr>
              <w:spacing w:before="30" w:after="30" w:line="234" w:lineRule="exact"/>
              <w:rPr>
                <w:rFonts w:hint="eastAsia"/>
              </w:rPr>
            </w:pPr>
            <w:r>
              <w:rPr>
                <w:sz w:val="18"/>
              </w:rPr>
              <w:t>Conoscenze teoriche, pratiche e legislative</w:t>
            </w:r>
          </w:p>
        </w:tc>
        <w:tc>
          <w:tcPr>
            <w:tcW w:w="5216" w:type="dxa"/>
            <w:vAlign w:val="center"/>
          </w:tcPr>
          <w:p w14:paraId="7DAB9895" w14:textId="77777777" w:rsidR="00E54E13" w:rsidRDefault="00000000">
            <w:pPr>
              <w:spacing w:before="30" w:after="30" w:line="234" w:lineRule="exact"/>
              <w:rPr>
                <w:rFonts w:hint="eastAsia"/>
              </w:rPr>
            </w:pPr>
            <w:r>
              <w:rPr>
                <w:sz w:val="18"/>
              </w:rPr>
              <w:t>[compilare]</w:t>
            </w:r>
          </w:p>
        </w:tc>
      </w:tr>
      <w:tr w:rsidR="00E54E13" w14:paraId="400656A8" w14:textId="77777777">
        <w:trPr>
          <w:cantSplit/>
          <w:trHeight w:val="539"/>
          <w:jc w:val="center"/>
        </w:trPr>
        <w:tc>
          <w:tcPr>
            <w:tcW w:w="4535" w:type="dxa"/>
            <w:shd w:val="clear" w:color="auto" w:fill="F6F8FA"/>
            <w:vAlign w:val="center"/>
          </w:tcPr>
          <w:p w14:paraId="78FA6361" w14:textId="77777777" w:rsidR="00E54E13" w:rsidRDefault="00000000">
            <w:pPr>
              <w:spacing w:before="30" w:after="30" w:line="234" w:lineRule="exact"/>
              <w:rPr>
                <w:rFonts w:hint="eastAsia"/>
              </w:rPr>
            </w:pPr>
            <w:r>
              <w:rPr>
                <w:sz w:val="18"/>
              </w:rPr>
              <w:t>Percorsi formativi e relativi risultati</w:t>
            </w:r>
          </w:p>
        </w:tc>
        <w:tc>
          <w:tcPr>
            <w:tcW w:w="5216" w:type="dxa"/>
            <w:shd w:val="clear" w:color="auto" w:fill="F6F8FA"/>
            <w:vAlign w:val="center"/>
          </w:tcPr>
          <w:p w14:paraId="38C3865C" w14:textId="77777777" w:rsidR="00E54E13" w:rsidRDefault="00000000">
            <w:pPr>
              <w:spacing w:before="30" w:after="30" w:line="234" w:lineRule="exact"/>
              <w:rPr>
                <w:rFonts w:hint="eastAsia"/>
              </w:rPr>
            </w:pPr>
            <w:r>
              <w:rPr>
                <w:sz w:val="18"/>
              </w:rPr>
              <w:t>[compilare]</w:t>
            </w:r>
          </w:p>
        </w:tc>
      </w:tr>
      <w:tr w:rsidR="00E54E13" w14:paraId="1178B883" w14:textId="77777777">
        <w:trPr>
          <w:cantSplit/>
          <w:trHeight w:val="539"/>
          <w:jc w:val="center"/>
        </w:trPr>
        <w:tc>
          <w:tcPr>
            <w:tcW w:w="4535" w:type="dxa"/>
            <w:vAlign w:val="center"/>
          </w:tcPr>
          <w:p w14:paraId="4E373FB3" w14:textId="77777777" w:rsidR="00E54E13" w:rsidRDefault="00000000">
            <w:pPr>
              <w:spacing w:before="30" w:after="30" w:line="234" w:lineRule="exact"/>
              <w:rPr>
                <w:rFonts w:hint="eastAsia"/>
              </w:rPr>
            </w:pPr>
            <w:r>
              <w:rPr>
                <w:sz w:val="18"/>
              </w:rPr>
              <w:t>Esperienze lavorative e ruoli</w:t>
            </w:r>
          </w:p>
        </w:tc>
        <w:tc>
          <w:tcPr>
            <w:tcW w:w="5216" w:type="dxa"/>
            <w:vAlign w:val="center"/>
          </w:tcPr>
          <w:p w14:paraId="3893999C" w14:textId="77777777" w:rsidR="00E54E13" w:rsidRDefault="00000000">
            <w:pPr>
              <w:spacing w:before="30" w:after="30" w:line="234" w:lineRule="exact"/>
              <w:rPr>
                <w:rFonts w:hint="eastAsia"/>
              </w:rPr>
            </w:pPr>
            <w:r>
              <w:rPr>
                <w:sz w:val="18"/>
              </w:rPr>
              <w:t>[compilare]</w:t>
            </w:r>
          </w:p>
        </w:tc>
      </w:tr>
      <w:tr w:rsidR="00E54E13" w14:paraId="481C72E9" w14:textId="77777777">
        <w:trPr>
          <w:cantSplit/>
          <w:trHeight w:val="539"/>
          <w:jc w:val="center"/>
        </w:trPr>
        <w:tc>
          <w:tcPr>
            <w:tcW w:w="4535" w:type="dxa"/>
            <w:shd w:val="clear" w:color="auto" w:fill="F6F8FA"/>
            <w:vAlign w:val="center"/>
          </w:tcPr>
          <w:p w14:paraId="5F4B2DF7" w14:textId="77777777" w:rsidR="00E54E13" w:rsidRDefault="00000000">
            <w:pPr>
              <w:spacing w:before="30" w:after="30" w:line="234" w:lineRule="exact"/>
              <w:rPr>
                <w:rFonts w:hint="eastAsia"/>
              </w:rPr>
            </w:pPr>
            <w:r>
              <w:rPr>
                <w:sz w:val="18"/>
              </w:rPr>
              <w:t>Tipologie di impianti conosciuti</w:t>
            </w:r>
          </w:p>
        </w:tc>
        <w:tc>
          <w:tcPr>
            <w:tcW w:w="5216" w:type="dxa"/>
            <w:shd w:val="clear" w:color="auto" w:fill="F6F8FA"/>
            <w:vAlign w:val="center"/>
          </w:tcPr>
          <w:p w14:paraId="622F354B" w14:textId="77777777" w:rsidR="00E54E13" w:rsidRDefault="00000000">
            <w:pPr>
              <w:spacing w:before="30" w:after="30" w:line="234" w:lineRule="exact"/>
              <w:rPr>
                <w:rFonts w:hint="eastAsia"/>
              </w:rPr>
            </w:pPr>
            <w:r>
              <w:rPr>
                <w:sz w:val="18"/>
              </w:rPr>
              <w:t>[compilare]</w:t>
            </w:r>
          </w:p>
        </w:tc>
      </w:tr>
      <w:tr w:rsidR="00E54E13" w14:paraId="22664C9F" w14:textId="77777777">
        <w:trPr>
          <w:cantSplit/>
          <w:trHeight w:val="539"/>
          <w:jc w:val="center"/>
        </w:trPr>
        <w:tc>
          <w:tcPr>
            <w:tcW w:w="4535" w:type="dxa"/>
            <w:vAlign w:val="center"/>
          </w:tcPr>
          <w:p w14:paraId="0671275F" w14:textId="77777777" w:rsidR="00E54E13" w:rsidRDefault="00000000">
            <w:pPr>
              <w:spacing w:before="30" w:after="30" w:line="234" w:lineRule="exact"/>
              <w:rPr>
                <w:rFonts w:hint="eastAsia"/>
              </w:rPr>
            </w:pPr>
            <w:r>
              <w:rPr>
                <w:sz w:val="18"/>
              </w:rPr>
              <w:t>Per eventuale idoneità BT: lavori e pratica specifica</w:t>
            </w:r>
          </w:p>
        </w:tc>
        <w:tc>
          <w:tcPr>
            <w:tcW w:w="5216" w:type="dxa"/>
            <w:vAlign w:val="center"/>
          </w:tcPr>
          <w:p w14:paraId="3E000901" w14:textId="77777777" w:rsidR="00E54E13" w:rsidRDefault="00000000">
            <w:pPr>
              <w:spacing w:before="30" w:after="30" w:line="234" w:lineRule="exact"/>
              <w:rPr>
                <w:rFonts w:hint="eastAsia"/>
              </w:rPr>
            </w:pPr>
            <w:r>
              <w:rPr>
                <w:sz w:val="18"/>
              </w:rPr>
              <w:t>[compilare oppure non dichiarata]</w:t>
            </w:r>
          </w:p>
        </w:tc>
      </w:tr>
    </w:tbl>
    <w:p w14:paraId="499640C2" w14:textId="77777777" w:rsidR="00E54E13" w:rsidRDefault="00E54E13">
      <w:pPr>
        <w:spacing w:after="40" w:line="40" w:lineRule="exact"/>
        <w:rPr>
          <w:rFonts w:hint="eastAsia"/>
        </w:rPr>
      </w:pPr>
    </w:p>
    <w:p w14:paraId="243F39E1" w14:textId="77777777" w:rsidR="00E54E13" w:rsidRDefault="00000000">
      <w:pPr>
        <w:pStyle w:val="Titolo3"/>
      </w:pPr>
      <w:r>
        <w:t>Ambito, limitazioni e attività escluse dalla dichiarazione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0C5E03AF" w14:textId="77777777">
        <w:trPr>
          <w:cantSplit/>
          <w:trHeight w:val="658"/>
          <w:jc w:val="center"/>
        </w:trPr>
        <w:tc>
          <w:tcPr>
            <w:tcW w:w="9751" w:type="dxa"/>
            <w:vAlign w:val="center"/>
          </w:tcPr>
          <w:p w14:paraId="289C39B1" w14:textId="77777777" w:rsidR="00E54E13" w:rsidRDefault="00000000">
            <w:pPr>
              <w:spacing w:before="30" w:after="30" w:line="234" w:lineRule="exact"/>
              <w:rPr>
                <w:rFonts w:hint="eastAsia"/>
              </w:rPr>
            </w:pPr>
            <w:sdt>
              <w:sdtPr>
                <w:alias w:val="compilare o richiamare un allegato identificato"/>
                <w:tag w:val="campo_319"/>
                <w:id w:val="100319"/>
                <w:text w:multiLine="1"/>
              </w:sdtPr>
              <w:sdtContent>
                <w:r>
                  <w:rPr>
                    <w:color w:val="007E87"/>
                    <w:sz w:val="19"/>
                  </w:rPr>
                  <w:t>[compilare o richiamare un allegato identificato]</w:t>
                </w:r>
              </w:sdtContent>
            </w:sdt>
          </w:p>
        </w:tc>
      </w:tr>
    </w:tbl>
    <w:p w14:paraId="0DC015E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1C1081D" w14:textId="77777777">
        <w:trPr>
          <w:cantSplit/>
          <w:trHeight w:val="386"/>
          <w:jc w:val="center"/>
        </w:trPr>
        <w:tc>
          <w:tcPr>
            <w:tcW w:w="2891" w:type="dxa"/>
            <w:shd w:val="clear" w:color="auto" w:fill="EDF3F9"/>
            <w:vAlign w:val="center"/>
          </w:tcPr>
          <w:p w14:paraId="1D14599E" w14:textId="77777777" w:rsidR="00E54E13" w:rsidRDefault="00000000">
            <w:pPr>
              <w:spacing w:before="30" w:after="30" w:line="236" w:lineRule="exact"/>
              <w:rPr>
                <w:rFonts w:hint="eastAsia"/>
              </w:rPr>
            </w:pPr>
            <w:r>
              <w:rPr>
                <w:b/>
                <w:sz w:val="18"/>
              </w:rPr>
              <w:t>Elenco allegati</w:t>
            </w:r>
          </w:p>
        </w:tc>
        <w:tc>
          <w:tcPr>
            <w:tcW w:w="6860" w:type="dxa"/>
            <w:vAlign w:val="center"/>
          </w:tcPr>
          <w:p w14:paraId="30BEC60F" w14:textId="77777777" w:rsidR="00E54E13" w:rsidRDefault="00000000">
            <w:pPr>
              <w:spacing w:before="30" w:after="30" w:line="236" w:lineRule="exact"/>
              <w:rPr>
                <w:rFonts w:hint="eastAsia"/>
              </w:rPr>
            </w:pPr>
            <w:sdt>
              <w:sdtPr>
                <w:alias w:val="identificativi dei documenti esibiti"/>
                <w:tag w:val="campo_320"/>
                <w:id w:val="100320"/>
                <w:text w:multiLine="1"/>
              </w:sdtPr>
              <w:sdtContent>
                <w:r>
                  <w:rPr>
                    <w:color w:val="007E87"/>
                    <w:sz w:val="19"/>
                  </w:rPr>
                  <w:t>[identificativi dei documenti esibiti]</w:t>
                </w:r>
              </w:sdtContent>
            </w:sdt>
          </w:p>
        </w:tc>
      </w:tr>
    </w:tbl>
    <w:p w14:paraId="0561122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91DCC6E" w14:textId="77777777">
        <w:trPr>
          <w:tblHeader/>
          <w:jc w:val="center"/>
        </w:trPr>
        <w:tc>
          <w:tcPr>
            <w:tcW w:w="3250" w:type="dxa"/>
            <w:shd w:val="clear" w:color="auto" w:fill="12324B"/>
          </w:tcPr>
          <w:p w14:paraId="780174C5" w14:textId="77777777" w:rsidR="00E54E13" w:rsidRDefault="00000000">
            <w:pPr>
              <w:spacing w:before="30" w:after="30" w:line="228" w:lineRule="exact"/>
              <w:rPr>
                <w:rFonts w:hint="eastAsia"/>
              </w:rPr>
            </w:pPr>
            <w:r>
              <w:rPr>
                <w:b/>
                <w:color w:val="FFFFFF"/>
                <w:sz w:val="17"/>
              </w:rPr>
              <w:t>Dichiarante</w:t>
            </w:r>
          </w:p>
        </w:tc>
        <w:tc>
          <w:tcPr>
            <w:tcW w:w="3250" w:type="dxa"/>
            <w:shd w:val="clear" w:color="auto" w:fill="12324B"/>
          </w:tcPr>
          <w:p w14:paraId="6AE9A246" w14:textId="77777777" w:rsidR="00E54E13" w:rsidRDefault="00000000">
            <w:pPr>
              <w:spacing w:before="30" w:after="30" w:line="228" w:lineRule="exact"/>
              <w:rPr>
                <w:rFonts w:hint="eastAsia"/>
              </w:rPr>
            </w:pPr>
            <w:r>
              <w:rPr>
                <w:b/>
                <w:color w:val="FFFFFF"/>
                <w:sz w:val="17"/>
              </w:rPr>
              <w:t>Ricevuto / verificato dal committente</w:t>
            </w:r>
          </w:p>
        </w:tc>
        <w:tc>
          <w:tcPr>
            <w:tcW w:w="3250" w:type="dxa"/>
            <w:shd w:val="clear" w:color="auto" w:fill="12324B"/>
          </w:tcPr>
          <w:p w14:paraId="2003493F" w14:textId="77777777" w:rsidR="00E54E13" w:rsidRDefault="00000000">
            <w:pPr>
              <w:spacing w:before="30" w:after="30" w:line="228" w:lineRule="exact"/>
              <w:rPr>
                <w:rFonts w:hint="eastAsia"/>
              </w:rPr>
            </w:pPr>
            <w:r>
              <w:rPr>
                <w:b/>
                <w:color w:val="FFFFFF"/>
                <w:sz w:val="17"/>
              </w:rPr>
              <w:t>Data</w:t>
            </w:r>
          </w:p>
        </w:tc>
      </w:tr>
      <w:tr w:rsidR="00E54E13" w14:paraId="60D9B750" w14:textId="77777777">
        <w:trPr>
          <w:cantSplit/>
          <w:trHeight w:val="567"/>
          <w:jc w:val="center"/>
        </w:trPr>
        <w:tc>
          <w:tcPr>
            <w:tcW w:w="3250" w:type="dxa"/>
            <w:vAlign w:val="center"/>
          </w:tcPr>
          <w:p w14:paraId="473869E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A44C4B9"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B3BD150" w14:textId="77777777" w:rsidR="00E54E13" w:rsidRDefault="00000000">
            <w:pPr>
              <w:spacing w:before="30" w:after="30" w:line="228" w:lineRule="exact"/>
              <w:rPr>
                <w:rFonts w:hint="eastAsia"/>
              </w:rPr>
            </w:pPr>
            <w:r>
              <w:rPr>
                <w:sz w:val="17"/>
              </w:rPr>
              <w:t>____ / ____ / ______</w:t>
            </w:r>
          </w:p>
        </w:tc>
      </w:tr>
    </w:tbl>
    <w:p w14:paraId="1B5A5C52" w14:textId="77777777" w:rsidR="00E54E13" w:rsidRDefault="00E54E13">
      <w:pPr>
        <w:spacing w:after="40" w:line="40" w:lineRule="exact"/>
        <w:rPr>
          <w:rFonts w:hint="eastAsia"/>
        </w:rPr>
      </w:pPr>
    </w:p>
    <w:p w14:paraId="74946A9C" w14:textId="77777777" w:rsidR="00E54E13" w:rsidRDefault="00000000">
      <w:pPr>
        <w:pStyle w:val="Source"/>
        <w:rPr>
          <w:rFonts w:hint="eastAsia"/>
        </w:rPr>
      </w:pPr>
      <w:r>
        <w:t>Modello originale [AZ]. Base: INAIL 2026, p. 2 e p. 5. I campi vuoti non costituiscono una verifica positiva.</w:t>
      </w:r>
    </w:p>
    <w:p w14:paraId="7CCAE50B" w14:textId="77777777" w:rsidR="00E54E13" w:rsidRDefault="00000000">
      <w:pPr>
        <w:pStyle w:val="Eyebrow"/>
        <w:keepNext/>
        <w:pageBreakBefore/>
        <w:rPr>
          <w:rFonts w:hint="eastAsia"/>
        </w:rPr>
      </w:pPr>
      <w:r>
        <w:t>PARTE II  /  ALLEGATO OPERATIVO [AZ]</w:t>
      </w:r>
    </w:p>
    <w:p w14:paraId="0EC1D94D" w14:textId="77777777" w:rsidR="00E54E13" w:rsidRDefault="00000000">
      <w:pPr>
        <w:pStyle w:val="Titolo1"/>
      </w:pPr>
      <w:bookmarkStart w:id="63" w:name="B64_A23"/>
      <w:r>
        <w:t>A23  Scheda di interfaccia con l’emergenza</w:t>
      </w:r>
      <w:bookmarkEnd w:id="63"/>
    </w:p>
    <w:p w14:paraId="3DBA0DA7" w14:textId="77777777" w:rsidR="00E54E13" w:rsidRDefault="00000000">
      <w:pPr>
        <w:pStyle w:val="FormHint"/>
        <w:rPr>
          <w:rFonts w:hint="eastAsia"/>
        </w:rPr>
      </w:pPr>
      <w:r>
        <w:t>Scheda 1 di 2. Completare e verificare prima del lavoro. Non è un piano di emergenza né un protocollo sanitario.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EEE62DF" w14:textId="77777777">
        <w:trPr>
          <w:cantSplit/>
          <w:trHeight w:val="346"/>
          <w:jc w:val="center"/>
        </w:trPr>
        <w:tc>
          <w:tcPr>
            <w:tcW w:w="2891" w:type="dxa"/>
            <w:shd w:val="clear" w:color="auto" w:fill="EDF3F9"/>
            <w:vAlign w:val="center"/>
          </w:tcPr>
          <w:p w14:paraId="25AA9FBA" w14:textId="77777777" w:rsidR="00E54E13" w:rsidRDefault="00000000">
            <w:pPr>
              <w:spacing w:before="30" w:after="30" w:line="236" w:lineRule="exact"/>
              <w:rPr>
                <w:rFonts w:hint="eastAsia"/>
              </w:rPr>
            </w:pPr>
            <w:r>
              <w:rPr>
                <w:b/>
                <w:sz w:val="18"/>
              </w:rPr>
              <w:t>Azienda / unità</w:t>
            </w:r>
          </w:p>
        </w:tc>
        <w:tc>
          <w:tcPr>
            <w:tcW w:w="6860" w:type="dxa"/>
            <w:vAlign w:val="center"/>
          </w:tcPr>
          <w:p w14:paraId="1DBE772B" w14:textId="77777777" w:rsidR="00E54E13" w:rsidRDefault="00000000">
            <w:pPr>
              <w:spacing w:before="30" w:after="30" w:line="236" w:lineRule="exact"/>
              <w:rPr>
                <w:rFonts w:hint="eastAsia"/>
              </w:rPr>
            </w:pPr>
            <w:sdt>
              <w:sdtPr>
                <w:alias w:val="ragione sociale e sede"/>
                <w:tag w:val="campo_322"/>
                <w:id w:val="100322"/>
                <w:text w:multiLine="1"/>
              </w:sdtPr>
              <w:sdtContent>
                <w:r>
                  <w:rPr>
                    <w:color w:val="007E87"/>
                    <w:sz w:val="19"/>
                  </w:rPr>
                  <w:t>[ragione sociale e sede]</w:t>
                </w:r>
              </w:sdtContent>
            </w:sdt>
          </w:p>
        </w:tc>
      </w:tr>
      <w:tr w:rsidR="00E54E13" w14:paraId="568B3B97" w14:textId="77777777">
        <w:trPr>
          <w:cantSplit/>
          <w:trHeight w:val="346"/>
          <w:jc w:val="center"/>
        </w:trPr>
        <w:tc>
          <w:tcPr>
            <w:tcW w:w="2891" w:type="dxa"/>
            <w:shd w:val="clear" w:color="auto" w:fill="EDF3F9"/>
            <w:vAlign w:val="center"/>
          </w:tcPr>
          <w:p w14:paraId="0A53CBF9"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4BC4C375" w14:textId="77777777" w:rsidR="00E54E13" w:rsidRDefault="00000000">
            <w:pPr>
              <w:spacing w:before="30" w:after="30" w:line="236" w:lineRule="exact"/>
              <w:rPr>
                <w:rFonts w:hint="eastAsia"/>
              </w:rPr>
            </w:pPr>
            <w:sdt>
              <w:sdtPr>
                <w:alias w:val="codice, revisione e data"/>
                <w:tag w:val="campo_323"/>
                <w:id w:val="100323"/>
                <w:text w:multiLine="1"/>
              </w:sdtPr>
              <w:sdtContent>
                <w:r>
                  <w:rPr>
                    <w:color w:val="007E87"/>
                    <w:sz w:val="19"/>
                  </w:rPr>
                  <w:t>[codice, revisione e data]</w:t>
                </w:r>
              </w:sdtContent>
            </w:sdt>
          </w:p>
        </w:tc>
      </w:tr>
      <w:tr w:rsidR="00E54E13" w14:paraId="122B8068" w14:textId="77777777">
        <w:trPr>
          <w:cantSplit/>
          <w:trHeight w:val="346"/>
          <w:jc w:val="center"/>
        </w:trPr>
        <w:tc>
          <w:tcPr>
            <w:tcW w:w="2891" w:type="dxa"/>
            <w:shd w:val="clear" w:color="auto" w:fill="EDF3F9"/>
            <w:vAlign w:val="center"/>
          </w:tcPr>
          <w:p w14:paraId="3679F2C3" w14:textId="77777777" w:rsidR="00E54E13" w:rsidRDefault="00000000">
            <w:pPr>
              <w:spacing w:before="30" w:after="30" w:line="236" w:lineRule="exact"/>
              <w:rPr>
                <w:rFonts w:hint="eastAsia"/>
              </w:rPr>
            </w:pPr>
            <w:r>
              <w:rPr>
                <w:b/>
                <w:sz w:val="18"/>
              </w:rPr>
              <w:t>Lavoro / impianto</w:t>
            </w:r>
          </w:p>
        </w:tc>
        <w:tc>
          <w:tcPr>
            <w:tcW w:w="6860" w:type="dxa"/>
            <w:vAlign w:val="center"/>
          </w:tcPr>
          <w:p w14:paraId="7F62F3AF" w14:textId="77777777" w:rsidR="00E54E13" w:rsidRDefault="00000000">
            <w:pPr>
              <w:spacing w:before="30" w:after="30" w:line="236" w:lineRule="exact"/>
              <w:rPr>
                <w:rFonts w:hint="eastAsia"/>
              </w:rPr>
            </w:pPr>
            <w:sdt>
              <w:sdtPr>
                <w:alias w:val="codice lavoro e parte interessata"/>
                <w:tag w:val="campo_324"/>
                <w:id w:val="100324"/>
                <w:text w:multiLine="1"/>
              </w:sdtPr>
              <w:sdtContent>
                <w:r>
                  <w:rPr>
                    <w:color w:val="007E87"/>
                    <w:sz w:val="19"/>
                  </w:rPr>
                  <w:t>[codice lavoro e parte interessata]</w:t>
                </w:r>
              </w:sdtContent>
            </w:sdt>
          </w:p>
        </w:tc>
      </w:tr>
    </w:tbl>
    <w:p w14:paraId="29E9C4C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07CEDBA" w14:textId="77777777">
        <w:trPr>
          <w:cantSplit/>
          <w:trHeight w:val="386"/>
          <w:jc w:val="center"/>
        </w:trPr>
        <w:tc>
          <w:tcPr>
            <w:tcW w:w="2891" w:type="dxa"/>
            <w:shd w:val="clear" w:color="auto" w:fill="EDF3F9"/>
            <w:vAlign w:val="center"/>
          </w:tcPr>
          <w:p w14:paraId="082E4269" w14:textId="77777777" w:rsidR="00E54E13" w:rsidRDefault="00000000">
            <w:pPr>
              <w:spacing w:before="30" w:after="30" w:line="236" w:lineRule="exact"/>
              <w:rPr>
                <w:rFonts w:hint="eastAsia"/>
              </w:rPr>
            </w:pPr>
            <w:r>
              <w:rPr>
                <w:b/>
                <w:sz w:val="18"/>
              </w:rPr>
              <w:t>Piano aziendale di riferimento</w:t>
            </w:r>
          </w:p>
        </w:tc>
        <w:tc>
          <w:tcPr>
            <w:tcW w:w="6860" w:type="dxa"/>
            <w:vAlign w:val="center"/>
          </w:tcPr>
          <w:p w14:paraId="71B67A40" w14:textId="77777777" w:rsidR="00E54E13" w:rsidRDefault="00000000">
            <w:pPr>
              <w:spacing w:before="30" w:after="30" w:line="236" w:lineRule="exact"/>
              <w:rPr>
                <w:rFonts w:hint="eastAsia"/>
              </w:rPr>
            </w:pPr>
            <w:sdt>
              <w:sdtPr>
                <w:alias w:val="codice, revisione e ubicazione"/>
                <w:tag w:val="campo_325"/>
                <w:id w:val="100325"/>
                <w:text w:multiLine="1"/>
              </w:sdtPr>
              <w:sdtContent>
                <w:r>
                  <w:rPr>
                    <w:color w:val="007E87"/>
                    <w:sz w:val="19"/>
                  </w:rPr>
                  <w:t>[codice, revisione e ubicazione]</w:t>
                </w:r>
              </w:sdtContent>
            </w:sdt>
          </w:p>
        </w:tc>
      </w:tr>
      <w:tr w:rsidR="00E54E13" w14:paraId="059A51E4" w14:textId="77777777">
        <w:trPr>
          <w:cantSplit/>
          <w:trHeight w:val="386"/>
          <w:jc w:val="center"/>
        </w:trPr>
        <w:tc>
          <w:tcPr>
            <w:tcW w:w="2891" w:type="dxa"/>
            <w:shd w:val="clear" w:color="auto" w:fill="EDF3F9"/>
            <w:vAlign w:val="center"/>
          </w:tcPr>
          <w:p w14:paraId="53B8B171" w14:textId="77777777" w:rsidR="00E54E13" w:rsidRDefault="00000000">
            <w:pPr>
              <w:spacing w:before="30" w:after="30" w:line="236" w:lineRule="exact"/>
              <w:rPr>
                <w:rFonts w:hint="eastAsia"/>
              </w:rPr>
            </w:pPr>
            <w:r>
              <w:rPr>
                <w:b/>
                <w:sz w:val="18"/>
              </w:rPr>
              <w:t>RLE / RI / referente emergenza</w:t>
            </w:r>
          </w:p>
        </w:tc>
        <w:tc>
          <w:tcPr>
            <w:tcW w:w="6860" w:type="dxa"/>
            <w:shd w:val="clear" w:color="auto" w:fill="F6F8FA"/>
            <w:vAlign w:val="center"/>
          </w:tcPr>
          <w:p w14:paraId="6F7C10B8" w14:textId="77777777" w:rsidR="00E54E13" w:rsidRDefault="00000000">
            <w:pPr>
              <w:spacing w:before="30" w:after="30" w:line="236" w:lineRule="exact"/>
              <w:rPr>
                <w:rFonts w:hint="eastAsia"/>
              </w:rPr>
            </w:pPr>
            <w:sdt>
              <w:sdtPr>
                <w:alias w:val="nominativi e recapiti verificati"/>
                <w:tag w:val="campo_326"/>
                <w:id w:val="100326"/>
                <w:text w:multiLine="1"/>
              </w:sdtPr>
              <w:sdtContent>
                <w:r>
                  <w:rPr>
                    <w:color w:val="007E87"/>
                    <w:sz w:val="19"/>
                  </w:rPr>
                  <w:t>[nominativi e recapiti verificati]</w:t>
                </w:r>
              </w:sdtContent>
            </w:sdt>
          </w:p>
        </w:tc>
      </w:tr>
      <w:tr w:rsidR="00E54E13" w14:paraId="2BBFA02F" w14:textId="77777777">
        <w:trPr>
          <w:cantSplit/>
          <w:trHeight w:val="386"/>
          <w:jc w:val="center"/>
        </w:trPr>
        <w:tc>
          <w:tcPr>
            <w:tcW w:w="2891" w:type="dxa"/>
            <w:shd w:val="clear" w:color="auto" w:fill="EDF3F9"/>
            <w:vAlign w:val="center"/>
          </w:tcPr>
          <w:p w14:paraId="0C4452CD" w14:textId="77777777" w:rsidR="00E54E13" w:rsidRDefault="00000000">
            <w:pPr>
              <w:spacing w:before="30" w:after="30" w:line="236" w:lineRule="exact"/>
              <w:rPr>
                <w:rFonts w:hint="eastAsia"/>
              </w:rPr>
            </w:pPr>
            <w:r>
              <w:rPr>
                <w:b/>
                <w:sz w:val="18"/>
              </w:rPr>
              <w:t>Allarme interno</w:t>
            </w:r>
          </w:p>
        </w:tc>
        <w:tc>
          <w:tcPr>
            <w:tcW w:w="6860" w:type="dxa"/>
            <w:vAlign w:val="center"/>
          </w:tcPr>
          <w:p w14:paraId="34293414" w14:textId="77777777" w:rsidR="00E54E13" w:rsidRDefault="00000000">
            <w:pPr>
              <w:spacing w:before="30" w:after="30" w:line="236" w:lineRule="exact"/>
              <w:rPr>
                <w:rFonts w:hint="eastAsia"/>
              </w:rPr>
            </w:pPr>
            <w:sdt>
              <w:sdtPr>
                <w:alias w:val="modalità e numero/canale verificato"/>
                <w:tag w:val="campo_327"/>
                <w:id w:val="100327"/>
                <w:text w:multiLine="1"/>
              </w:sdtPr>
              <w:sdtContent>
                <w:r>
                  <w:rPr>
                    <w:color w:val="007E87"/>
                    <w:sz w:val="19"/>
                  </w:rPr>
                  <w:t>[modalità e numero/canale verificato]</w:t>
                </w:r>
              </w:sdtContent>
            </w:sdt>
          </w:p>
        </w:tc>
      </w:tr>
      <w:tr w:rsidR="00E54E13" w14:paraId="24D916F0" w14:textId="77777777">
        <w:trPr>
          <w:cantSplit/>
          <w:trHeight w:val="386"/>
          <w:jc w:val="center"/>
        </w:trPr>
        <w:tc>
          <w:tcPr>
            <w:tcW w:w="2891" w:type="dxa"/>
            <w:shd w:val="clear" w:color="auto" w:fill="EDF3F9"/>
            <w:vAlign w:val="center"/>
          </w:tcPr>
          <w:p w14:paraId="7170F866" w14:textId="77777777" w:rsidR="00E54E13" w:rsidRDefault="00000000">
            <w:pPr>
              <w:spacing w:before="30" w:after="30" w:line="236" w:lineRule="exact"/>
              <w:rPr>
                <w:rFonts w:hint="eastAsia"/>
              </w:rPr>
            </w:pPr>
            <w:r>
              <w:rPr>
                <w:b/>
                <w:sz w:val="18"/>
              </w:rPr>
              <w:t>Soccorso pubblico</w:t>
            </w:r>
          </w:p>
        </w:tc>
        <w:tc>
          <w:tcPr>
            <w:tcW w:w="6860" w:type="dxa"/>
            <w:shd w:val="clear" w:color="auto" w:fill="F6F8FA"/>
            <w:vAlign w:val="center"/>
          </w:tcPr>
          <w:p w14:paraId="15F64C48" w14:textId="77777777" w:rsidR="00E54E13" w:rsidRDefault="00000000">
            <w:pPr>
              <w:spacing w:before="30" w:after="30" w:line="236" w:lineRule="exact"/>
              <w:rPr>
                <w:rFonts w:hint="eastAsia"/>
              </w:rPr>
            </w:pPr>
            <w:sdt>
              <w:sdtPr>
                <w:alias w:val="numero da utilizzare e informazioni da comunicare, verificati localmente"/>
                <w:tag w:val="campo_328"/>
                <w:id w:val="100328"/>
                <w:text w:multiLine="1"/>
              </w:sdtPr>
              <w:sdtContent>
                <w:r>
                  <w:rPr>
                    <w:color w:val="007E87"/>
                    <w:sz w:val="19"/>
                  </w:rPr>
                  <w:t>[numero da utilizzare e informazioni da comunicare, verificati localmente]</w:t>
                </w:r>
              </w:sdtContent>
            </w:sdt>
          </w:p>
        </w:tc>
      </w:tr>
      <w:tr w:rsidR="00E54E13" w14:paraId="6C3C0476" w14:textId="77777777">
        <w:trPr>
          <w:cantSplit/>
          <w:trHeight w:val="386"/>
          <w:jc w:val="center"/>
        </w:trPr>
        <w:tc>
          <w:tcPr>
            <w:tcW w:w="2891" w:type="dxa"/>
            <w:shd w:val="clear" w:color="auto" w:fill="EDF3F9"/>
            <w:vAlign w:val="center"/>
          </w:tcPr>
          <w:p w14:paraId="3751B22E" w14:textId="77777777" w:rsidR="00E54E13" w:rsidRDefault="00000000">
            <w:pPr>
              <w:spacing w:before="30" w:after="30" w:line="236" w:lineRule="exact"/>
              <w:rPr>
                <w:rFonts w:hint="eastAsia"/>
              </w:rPr>
            </w:pPr>
            <w:r>
              <w:rPr>
                <w:b/>
                <w:sz w:val="18"/>
              </w:rPr>
              <w:t>Ubicazione e accesso</w:t>
            </w:r>
          </w:p>
        </w:tc>
        <w:tc>
          <w:tcPr>
            <w:tcW w:w="6860" w:type="dxa"/>
            <w:vAlign w:val="center"/>
          </w:tcPr>
          <w:p w14:paraId="542D6301" w14:textId="77777777" w:rsidR="00E54E13" w:rsidRDefault="00000000">
            <w:pPr>
              <w:spacing w:before="30" w:after="30" w:line="236" w:lineRule="exact"/>
              <w:rPr>
                <w:rFonts w:hint="eastAsia"/>
              </w:rPr>
            </w:pPr>
            <w:sdt>
              <w:sdtPr>
                <w:alias w:val="indirizzo, ingresso, punto di incontro e referente accesso"/>
                <w:tag w:val="campo_329"/>
                <w:id w:val="100329"/>
                <w:text w:multiLine="1"/>
              </w:sdtPr>
              <w:sdtContent>
                <w:r>
                  <w:rPr>
                    <w:color w:val="007E87"/>
                    <w:sz w:val="19"/>
                  </w:rPr>
                  <w:t>[indirizzo, ingresso, punto di incontro e referente accesso]</w:t>
                </w:r>
              </w:sdtContent>
            </w:sdt>
          </w:p>
        </w:tc>
      </w:tr>
      <w:tr w:rsidR="00E54E13" w14:paraId="441C0360" w14:textId="77777777">
        <w:trPr>
          <w:cantSplit/>
          <w:trHeight w:val="386"/>
          <w:jc w:val="center"/>
        </w:trPr>
        <w:tc>
          <w:tcPr>
            <w:tcW w:w="2891" w:type="dxa"/>
            <w:shd w:val="clear" w:color="auto" w:fill="EDF3F9"/>
            <w:vAlign w:val="center"/>
          </w:tcPr>
          <w:p w14:paraId="558420AC" w14:textId="77777777" w:rsidR="00E54E13" w:rsidRDefault="00000000">
            <w:pPr>
              <w:spacing w:before="30" w:after="30" w:line="236" w:lineRule="exact"/>
              <w:rPr>
                <w:rFonts w:hint="eastAsia"/>
              </w:rPr>
            </w:pPr>
            <w:r>
              <w:rPr>
                <w:b/>
                <w:sz w:val="18"/>
              </w:rPr>
              <w:t>Addetti e presidi</w:t>
            </w:r>
          </w:p>
        </w:tc>
        <w:tc>
          <w:tcPr>
            <w:tcW w:w="6860" w:type="dxa"/>
            <w:shd w:val="clear" w:color="auto" w:fill="F6F8FA"/>
            <w:vAlign w:val="center"/>
          </w:tcPr>
          <w:p w14:paraId="48E63F6D" w14:textId="77777777" w:rsidR="00E54E13" w:rsidRDefault="00000000">
            <w:pPr>
              <w:spacing w:before="30" w:after="30" w:line="236" w:lineRule="exact"/>
              <w:rPr>
                <w:rFonts w:hint="eastAsia"/>
              </w:rPr>
            </w:pPr>
            <w:sdt>
              <w:sdtPr>
                <w:alias w:val="persone incaricate e collocazione dei presidi pertinenti"/>
                <w:tag w:val="campo_330"/>
                <w:id w:val="100330"/>
                <w:text w:multiLine="1"/>
              </w:sdtPr>
              <w:sdtContent>
                <w:r>
                  <w:rPr>
                    <w:color w:val="007E87"/>
                    <w:sz w:val="19"/>
                  </w:rPr>
                  <w:t>[persone incaricate e collocazione dei presidi pertinenti]</w:t>
                </w:r>
              </w:sdtContent>
            </w:sdt>
          </w:p>
        </w:tc>
      </w:tr>
      <w:tr w:rsidR="00E54E13" w14:paraId="74861F08" w14:textId="77777777">
        <w:trPr>
          <w:cantSplit/>
          <w:trHeight w:val="386"/>
          <w:jc w:val="center"/>
        </w:trPr>
        <w:tc>
          <w:tcPr>
            <w:tcW w:w="2891" w:type="dxa"/>
            <w:shd w:val="clear" w:color="auto" w:fill="EDF3F9"/>
            <w:vAlign w:val="center"/>
          </w:tcPr>
          <w:p w14:paraId="01BA5E5C" w14:textId="77777777" w:rsidR="00E54E13" w:rsidRDefault="00000000">
            <w:pPr>
              <w:spacing w:before="30" w:after="30" w:line="236" w:lineRule="exact"/>
              <w:rPr>
                <w:rFonts w:hint="eastAsia"/>
              </w:rPr>
            </w:pPr>
            <w:r>
              <w:rPr>
                <w:b/>
                <w:sz w:val="18"/>
              </w:rPr>
              <w:t>Messa in sicurezza elettrica</w:t>
            </w:r>
          </w:p>
        </w:tc>
        <w:tc>
          <w:tcPr>
            <w:tcW w:w="6860" w:type="dxa"/>
            <w:vAlign w:val="center"/>
          </w:tcPr>
          <w:p w14:paraId="65C292C9" w14:textId="77777777" w:rsidR="00E54E13" w:rsidRDefault="00000000">
            <w:pPr>
              <w:spacing w:before="30" w:after="30" w:line="236" w:lineRule="exact"/>
              <w:rPr>
                <w:rFonts w:hint="eastAsia"/>
              </w:rPr>
            </w:pPr>
            <w:sdt>
              <w:sdtPr>
                <w:alias w:val="istruzione specifica e soggetti competenti autorizzati"/>
                <w:tag w:val="campo_331"/>
                <w:id w:val="100331"/>
                <w:text w:multiLine="1"/>
              </w:sdtPr>
              <w:sdtContent>
                <w:r>
                  <w:rPr>
                    <w:color w:val="007E87"/>
                    <w:sz w:val="19"/>
                  </w:rPr>
                  <w:t>[istruzione specifica e soggetti competenti autorizzati]</w:t>
                </w:r>
              </w:sdtContent>
            </w:sdt>
          </w:p>
        </w:tc>
      </w:tr>
    </w:tbl>
    <w:p w14:paraId="586169F8"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356A1331" w14:textId="77777777">
        <w:tc>
          <w:tcPr>
            <w:tcW w:w="9752" w:type="dxa"/>
            <w:shd w:val="clear" w:color="auto" w:fill="FCEFEF"/>
            <w:tcMar>
              <w:top w:w="110" w:type="dxa"/>
              <w:left w:w="150" w:type="dxa"/>
              <w:bottom w:w="110" w:type="dxa"/>
              <w:right w:w="150" w:type="dxa"/>
            </w:tcMar>
          </w:tcPr>
          <w:p w14:paraId="2C2B36DF" w14:textId="77777777" w:rsidR="00E54E13" w:rsidRDefault="00000000">
            <w:pPr>
              <w:spacing w:after="80"/>
              <w:rPr>
                <w:rFonts w:hint="eastAsia"/>
              </w:rPr>
            </w:pPr>
            <w:r>
              <w:rPr>
                <w:b/>
                <w:color w:val="A93D3A"/>
              </w:rPr>
              <w:t>IN CASO DI EVENTO [AZ]</w:t>
            </w:r>
          </w:p>
          <w:p w14:paraId="10E4D272" w14:textId="77777777" w:rsidR="00E54E13" w:rsidRDefault="00000000">
            <w:pPr>
              <w:spacing w:after="20" w:line="250" w:lineRule="exact"/>
              <w:rPr>
                <w:rFonts w:hint="eastAsia"/>
              </w:rPr>
            </w:pPr>
            <w:r>
              <w:rPr>
                <w:sz w:val="18"/>
              </w:rPr>
              <w:t>Interrompere il lavoro in sicurezza, avvisare e attivare il piano. Non entrare in una zona elettricamente pericolosa per un soccorso improvvisato e non toccare una persona ancora esposta al rischio elettrico. Gli interventi elettrici e di soccorso devono essere affidati alle persone competenti secondo il piano.</w:t>
            </w:r>
          </w:p>
        </w:tc>
      </w:tr>
    </w:tbl>
    <w:p w14:paraId="416F05FC" w14:textId="77777777" w:rsidR="00E54E13" w:rsidRDefault="00E54E13">
      <w:pPr>
        <w:spacing w:after="20" w:line="40" w:lineRule="exact"/>
        <w:rPr>
          <w:rFonts w:hint="eastAsia"/>
        </w:rPr>
      </w:pPr>
    </w:p>
    <w:p w14:paraId="5B455D73" w14:textId="77777777" w:rsidR="00E54E13" w:rsidRDefault="00000000">
      <w:pPr>
        <w:pStyle w:val="Titolo3"/>
      </w:pPr>
      <w:r>
        <w:t>Vincoli specifici del sito e informazioni essenziali ai soccorritori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328AD451" w14:textId="77777777">
        <w:trPr>
          <w:cantSplit/>
          <w:trHeight w:val="658"/>
          <w:jc w:val="center"/>
        </w:trPr>
        <w:tc>
          <w:tcPr>
            <w:tcW w:w="9751" w:type="dxa"/>
            <w:vAlign w:val="center"/>
          </w:tcPr>
          <w:p w14:paraId="0F1EFADE" w14:textId="77777777" w:rsidR="00E54E13" w:rsidRDefault="00000000">
            <w:pPr>
              <w:spacing w:before="30" w:after="30" w:line="234" w:lineRule="exact"/>
              <w:rPr>
                <w:rFonts w:hint="eastAsia"/>
              </w:rPr>
            </w:pPr>
            <w:sdt>
              <w:sdtPr>
                <w:alias w:val="compilare o richiamare un allegato identificato"/>
                <w:tag w:val="campo_332"/>
                <w:id w:val="100332"/>
                <w:text w:multiLine="1"/>
              </w:sdtPr>
              <w:sdtContent>
                <w:r>
                  <w:rPr>
                    <w:color w:val="007E87"/>
                    <w:sz w:val="19"/>
                  </w:rPr>
                  <w:t>[compilare o richiamare un allegato identificato]</w:t>
                </w:r>
              </w:sdtContent>
            </w:sdt>
          </w:p>
        </w:tc>
      </w:tr>
    </w:tbl>
    <w:p w14:paraId="12FFEDB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4689D02" w14:textId="77777777">
        <w:trPr>
          <w:cantSplit/>
          <w:trHeight w:val="386"/>
          <w:jc w:val="center"/>
        </w:trPr>
        <w:tc>
          <w:tcPr>
            <w:tcW w:w="2891" w:type="dxa"/>
            <w:shd w:val="clear" w:color="auto" w:fill="EDF3F9"/>
            <w:vAlign w:val="center"/>
          </w:tcPr>
          <w:p w14:paraId="7F4F2120" w14:textId="77777777" w:rsidR="00E54E13" w:rsidRDefault="00000000">
            <w:pPr>
              <w:spacing w:before="30" w:after="30" w:line="236" w:lineRule="exact"/>
              <w:rPr>
                <w:rFonts w:hint="eastAsia"/>
              </w:rPr>
            </w:pPr>
            <w:r>
              <w:rPr>
                <w:b/>
                <w:sz w:val="18"/>
              </w:rPr>
              <w:t>Verifica dei recapiti e delle interfacce</w:t>
            </w:r>
          </w:p>
        </w:tc>
        <w:tc>
          <w:tcPr>
            <w:tcW w:w="6860" w:type="dxa"/>
            <w:vAlign w:val="center"/>
          </w:tcPr>
          <w:p w14:paraId="19B6C9CE" w14:textId="77777777" w:rsidR="00E54E13" w:rsidRDefault="00000000">
            <w:pPr>
              <w:spacing w:before="30" w:after="30" w:line="236" w:lineRule="exact"/>
              <w:rPr>
                <w:rFonts w:hint="eastAsia"/>
              </w:rPr>
            </w:pPr>
            <w:sdt>
              <w:sdtPr>
                <w:alias w:val="data, verificatore ed esito"/>
                <w:tag w:val="campo_333"/>
                <w:id w:val="100333"/>
                <w:text w:multiLine="1"/>
              </w:sdtPr>
              <w:sdtContent>
                <w:r>
                  <w:rPr>
                    <w:color w:val="007E87"/>
                    <w:sz w:val="19"/>
                  </w:rPr>
                  <w:t>[data, verificatore ed esito]</w:t>
                </w:r>
              </w:sdtContent>
            </w:sdt>
          </w:p>
        </w:tc>
      </w:tr>
    </w:tbl>
    <w:p w14:paraId="0C5C1FE9"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80AA6F5" w14:textId="77777777">
        <w:trPr>
          <w:tblHeader/>
          <w:jc w:val="center"/>
        </w:trPr>
        <w:tc>
          <w:tcPr>
            <w:tcW w:w="3250" w:type="dxa"/>
            <w:shd w:val="clear" w:color="auto" w:fill="12324B"/>
          </w:tcPr>
          <w:p w14:paraId="4540DA60" w14:textId="77777777" w:rsidR="00E54E13" w:rsidRDefault="00000000">
            <w:pPr>
              <w:spacing w:before="30" w:after="30" w:line="228" w:lineRule="exact"/>
              <w:rPr>
                <w:rFonts w:hint="eastAsia"/>
              </w:rPr>
            </w:pPr>
            <w:r>
              <w:rPr>
                <w:b/>
                <w:color w:val="FFFFFF"/>
                <w:sz w:val="17"/>
              </w:rPr>
              <w:t>Referente emergenza</w:t>
            </w:r>
          </w:p>
        </w:tc>
        <w:tc>
          <w:tcPr>
            <w:tcW w:w="3250" w:type="dxa"/>
            <w:shd w:val="clear" w:color="auto" w:fill="12324B"/>
          </w:tcPr>
          <w:p w14:paraId="64067F92" w14:textId="77777777" w:rsidR="00E54E13" w:rsidRDefault="00000000">
            <w:pPr>
              <w:spacing w:before="30" w:after="30" w:line="228" w:lineRule="exact"/>
              <w:rPr>
                <w:rFonts w:hint="eastAsia"/>
              </w:rPr>
            </w:pPr>
            <w:r>
              <w:rPr>
                <w:b/>
                <w:color w:val="FFFFFF"/>
                <w:sz w:val="17"/>
              </w:rPr>
              <w:t>RLE per presa visione</w:t>
            </w:r>
          </w:p>
        </w:tc>
        <w:tc>
          <w:tcPr>
            <w:tcW w:w="3250" w:type="dxa"/>
            <w:shd w:val="clear" w:color="auto" w:fill="12324B"/>
          </w:tcPr>
          <w:p w14:paraId="6858F70D" w14:textId="77777777" w:rsidR="00E54E13" w:rsidRDefault="00000000">
            <w:pPr>
              <w:spacing w:before="30" w:after="30" w:line="228" w:lineRule="exact"/>
              <w:rPr>
                <w:rFonts w:hint="eastAsia"/>
              </w:rPr>
            </w:pPr>
            <w:r>
              <w:rPr>
                <w:b/>
                <w:color w:val="FFFFFF"/>
                <w:sz w:val="17"/>
              </w:rPr>
              <w:t>Data</w:t>
            </w:r>
          </w:p>
        </w:tc>
      </w:tr>
      <w:tr w:rsidR="00E54E13" w14:paraId="30B86ADF" w14:textId="77777777">
        <w:trPr>
          <w:cantSplit/>
          <w:trHeight w:val="567"/>
          <w:jc w:val="center"/>
        </w:trPr>
        <w:tc>
          <w:tcPr>
            <w:tcW w:w="3250" w:type="dxa"/>
            <w:vAlign w:val="center"/>
          </w:tcPr>
          <w:p w14:paraId="0BB3DAC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DDD9D2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09E1A660" w14:textId="77777777" w:rsidR="00E54E13" w:rsidRDefault="00000000">
            <w:pPr>
              <w:spacing w:before="30" w:after="30" w:line="228" w:lineRule="exact"/>
              <w:rPr>
                <w:rFonts w:hint="eastAsia"/>
              </w:rPr>
            </w:pPr>
            <w:r>
              <w:rPr>
                <w:sz w:val="17"/>
              </w:rPr>
              <w:t>____ / ____ / ______</w:t>
            </w:r>
          </w:p>
        </w:tc>
      </w:tr>
    </w:tbl>
    <w:p w14:paraId="2DE8B71E" w14:textId="77777777" w:rsidR="00E54E13" w:rsidRDefault="00E54E13">
      <w:pPr>
        <w:spacing w:after="40" w:line="40" w:lineRule="exact"/>
        <w:rPr>
          <w:rFonts w:hint="eastAsia"/>
        </w:rPr>
      </w:pPr>
    </w:p>
    <w:p w14:paraId="53C5C606" w14:textId="77777777" w:rsidR="00E54E13" w:rsidRDefault="00000000">
      <w:pPr>
        <w:pStyle w:val="Source"/>
        <w:rPr>
          <w:rFonts w:hint="eastAsia"/>
        </w:rPr>
      </w:pPr>
      <w:r>
        <w:t>Modello originale [AZ]. Base: INAIL 2026, cenni di soccorso, p. 2; compiti del RLE, p. 3. I campi vuoti non costituiscono una verifica positiva.</w:t>
      </w:r>
    </w:p>
    <w:p w14:paraId="654AC2FF" w14:textId="77777777" w:rsidR="00E54E13" w:rsidRDefault="00000000">
      <w:pPr>
        <w:pStyle w:val="Eyebrow"/>
        <w:keepNext/>
        <w:pageBreakBefore/>
        <w:rPr>
          <w:rFonts w:hint="eastAsia"/>
        </w:rPr>
      </w:pPr>
      <w:r>
        <w:t>PARTE II  /  ALLEGATO OPERATIVO [AZ]</w:t>
      </w:r>
    </w:p>
    <w:p w14:paraId="0027A348" w14:textId="77777777" w:rsidR="00E54E13" w:rsidRDefault="00000000">
      <w:pPr>
        <w:pStyle w:val="Titolo1"/>
      </w:pPr>
      <w:bookmarkStart w:id="64" w:name="B65_A23"/>
      <w:r>
        <w:t>A23  Segnalazione di evento o quasi incidente</w:t>
      </w:r>
      <w:bookmarkEnd w:id="64"/>
    </w:p>
    <w:p w14:paraId="0BAFB130" w14:textId="77777777" w:rsidR="00E54E13" w:rsidRDefault="00000000">
      <w:pPr>
        <w:pStyle w:val="FormHint"/>
        <w:rPr>
          <w:rFonts w:hint="eastAsia"/>
        </w:rPr>
      </w:pPr>
      <w:r>
        <w:t>Scheda 2 di 2. Raccogliere fatti e misure; non includere dettagli sanitari non necessari.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9B174AC" w14:textId="77777777">
        <w:trPr>
          <w:cantSplit/>
          <w:trHeight w:val="346"/>
          <w:jc w:val="center"/>
        </w:trPr>
        <w:tc>
          <w:tcPr>
            <w:tcW w:w="2891" w:type="dxa"/>
            <w:shd w:val="clear" w:color="auto" w:fill="EDF3F9"/>
            <w:vAlign w:val="center"/>
          </w:tcPr>
          <w:p w14:paraId="6E2D4279" w14:textId="77777777" w:rsidR="00E54E13" w:rsidRDefault="00000000">
            <w:pPr>
              <w:spacing w:before="30" w:after="30" w:line="236" w:lineRule="exact"/>
              <w:rPr>
                <w:rFonts w:hint="eastAsia"/>
              </w:rPr>
            </w:pPr>
            <w:r>
              <w:rPr>
                <w:b/>
                <w:sz w:val="18"/>
              </w:rPr>
              <w:t>Azienda / unità</w:t>
            </w:r>
          </w:p>
        </w:tc>
        <w:tc>
          <w:tcPr>
            <w:tcW w:w="6860" w:type="dxa"/>
            <w:vAlign w:val="center"/>
          </w:tcPr>
          <w:p w14:paraId="595C0179" w14:textId="77777777" w:rsidR="00E54E13" w:rsidRDefault="00000000">
            <w:pPr>
              <w:spacing w:before="30" w:after="30" w:line="236" w:lineRule="exact"/>
              <w:rPr>
                <w:rFonts w:hint="eastAsia"/>
              </w:rPr>
            </w:pPr>
            <w:sdt>
              <w:sdtPr>
                <w:alias w:val="ragione sociale e sede"/>
                <w:tag w:val="campo_335"/>
                <w:id w:val="100335"/>
                <w:text w:multiLine="1"/>
              </w:sdtPr>
              <w:sdtContent>
                <w:r>
                  <w:rPr>
                    <w:color w:val="007E87"/>
                    <w:sz w:val="19"/>
                  </w:rPr>
                  <w:t>[ragione sociale e sede]</w:t>
                </w:r>
              </w:sdtContent>
            </w:sdt>
          </w:p>
        </w:tc>
      </w:tr>
      <w:tr w:rsidR="00E54E13" w14:paraId="0F0BE304" w14:textId="77777777">
        <w:trPr>
          <w:cantSplit/>
          <w:trHeight w:val="346"/>
          <w:jc w:val="center"/>
        </w:trPr>
        <w:tc>
          <w:tcPr>
            <w:tcW w:w="2891" w:type="dxa"/>
            <w:shd w:val="clear" w:color="auto" w:fill="EDF3F9"/>
            <w:vAlign w:val="center"/>
          </w:tcPr>
          <w:p w14:paraId="67D5ABAB"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0B27C060" w14:textId="77777777" w:rsidR="00E54E13" w:rsidRDefault="00000000">
            <w:pPr>
              <w:spacing w:before="30" w:after="30" w:line="236" w:lineRule="exact"/>
              <w:rPr>
                <w:rFonts w:hint="eastAsia"/>
              </w:rPr>
            </w:pPr>
            <w:sdt>
              <w:sdtPr>
                <w:alias w:val="codice, revisione e data"/>
                <w:tag w:val="campo_336"/>
                <w:id w:val="100336"/>
                <w:text w:multiLine="1"/>
              </w:sdtPr>
              <w:sdtContent>
                <w:r>
                  <w:rPr>
                    <w:color w:val="007E87"/>
                    <w:sz w:val="19"/>
                  </w:rPr>
                  <w:t>[codice, revisione e data]</w:t>
                </w:r>
              </w:sdtContent>
            </w:sdt>
          </w:p>
        </w:tc>
      </w:tr>
      <w:tr w:rsidR="00E54E13" w14:paraId="726DAD9F" w14:textId="77777777">
        <w:trPr>
          <w:cantSplit/>
          <w:trHeight w:val="346"/>
          <w:jc w:val="center"/>
        </w:trPr>
        <w:tc>
          <w:tcPr>
            <w:tcW w:w="2891" w:type="dxa"/>
            <w:shd w:val="clear" w:color="auto" w:fill="EDF3F9"/>
            <w:vAlign w:val="center"/>
          </w:tcPr>
          <w:p w14:paraId="5610D683" w14:textId="77777777" w:rsidR="00E54E13" w:rsidRDefault="00000000">
            <w:pPr>
              <w:spacing w:before="30" w:after="30" w:line="236" w:lineRule="exact"/>
              <w:rPr>
                <w:rFonts w:hint="eastAsia"/>
              </w:rPr>
            </w:pPr>
            <w:r>
              <w:rPr>
                <w:b/>
                <w:sz w:val="18"/>
              </w:rPr>
              <w:t>Lavoro / impianto</w:t>
            </w:r>
          </w:p>
        </w:tc>
        <w:tc>
          <w:tcPr>
            <w:tcW w:w="6860" w:type="dxa"/>
            <w:vAlign w:val="center"/>
          </w:tcPr>
          <w:p w14:paraId="5F02330F" w14:textId="77777777" w:rsidR="00E54E13" w:rsidRDefault="00000000">
            <w:pPr>
              <w:spacing w:before="30" w:after="30" w:line="236" w:lineRule="exact"/>
              <w:rPr>
                <w:rFonts w:hint="eastAsia"/>
              </w:rPr>
            </w:pPr>
            <w:sdt>
              <w:sdtPr>
                <w:alias w:val="codice lavoro e parte interessata"/>
                <w:tag w:val="campo_337"/>
                <w:id w:val="100337"/>
                <w:text w:multiLine="1"/>
              </w:sdtPr>
              <w:sdtContent>
                <w:r>
                  <w:rPr>
                    <w:color w:val="007E87"/>
                    <w:sz w:val="19"/>
                  </w:rPr>
                  <w:t>[codice lavoro e parte interessata]</w:t>
                </w:r>
              </w:sdtContent>
            </w:sdt>
          </w:p>
        </w:tc>
      </w:tr>
    </w:tbl>
    <w:p w14:paraId="74AAB188"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16A90A9" w14:textId="77777777">
        <w:trPr>
          <w:cantSplit/>
          <w:trHeight w:val="386"/>
          <w:jc w:val="center"/>
        </w:trPr>
        <w:tc>
          <w:tcPr>
            <w:tcW w:w="2891" w:type="dxa"/>
            <w:shd w:val="clear" w:color="auto" w:fill="EDF3F9"/>
            <w:vAlign w:val="center"/>
          </w:tcPr>
          <w:p w14:paraId="5369A983" w14:textId="77777777" w:rsidR="00E54E13" w:rsidRDefault="00000000">
            <w:pPr>
              <w:spacing w:before="30" w:after="30" w:line="236" w:lineRule="exact"/>
              <w:rPr>
                <w:rFonts w:hint="eastAsia"/>
              </w:rPr>
            </w:pPr>
            <w:r>
              <w:rPr>
                <w:b/>
                <w:sz w:val="18"/>
              </w:rPr>
              <w:t>Data, ora e segnalante</w:t>
            </w:r>
          </w:p>
        </w:tc>
        <w:tc>
          <w:tcPr>
            <w:tcW w:w="6860" w:type="dxa"/>
            <w:vAlign w:val="center"/>
          </w:tcPr>
          <w:p w14:paraId="1798F137" w14:textId="77777777" w:rsidR="00E54E13" w:rsidRDefault="00000000">
            <w:pPr>
              <w:spacing w:before="30" w:after="30" w:line="236" w:lineRule="exact"/>
              <w:rPr>
                <w:rFonts w:hint="eastAsia"/>
              </w:rPr>
            </w:pPr>
            <w:sdt>
              <w:sdtPr>
                <w:alias w:val="identificazione dell’evento"/>
                <w:tag w:val="campo_338"/>
                <w:id w:val="100338"/>
                <w:text w:multiLine="1"/>
              </w:sdtPr>
              <w:sdtContent>
                <w:r>
                  <w:rPr>
                    <w:color w:val="007E87"/>
                    <w:sz w:val="19"/>
                  </w:rPr>
                  <w:t>[identificazione dell’evento]</w:t>
                </w:r>
              </w:sdtContent>
            </w:sdt>
          </w:p>
        </w:tc>
      </w:tr>
      <w:tr w:rsidR="00E54E13" w14:paraId="47EC3D28" w14:textId="77777777">
        <w:trPr>
          <w:cantSplit/>
          <w:trHeight w:val="386"/>
          <w:jc w:val="center"/>
        </w:trPr>
        <w:tc>
          <w:tcPr>
            <w:tcW w:w="2891" w:type="dxa"/>
            <w:shd w:val="clear" w:color="auto" w:fill="EDF3F9"/>
            <w:vAlign w:val="center"/>
          </w:tcPr>
          <w:p w14:paraId="503CA0C0" w14:textId="77777777" w:rsidR="00E54E13" w:rsidRDefault="00000000">
            <w:pPr>
              <w:spacing w:before="30" w:after="30" w:line="236" w:lineRule="exact"/>
              <w:rPr>
                <w:rFonts w:hint="eastAsia"/>
              </w:rPr>
            </w:pPr>
            <w:r>
              <w:rPr>
                <w:b/>
                <w:sz w:val="18"/>
              </w:rPr>
              <w:t>Tipo di evento</w:t>
            </w:r>
          </w:p>
        </w:tc>
        <w:tc>
          <w:tcPr>
            <w:tcW w:w="6860" w:type="dxa"/>
            <w:shd w:val="clear" w:color="auto" w:fill="F6F8FA"/>
            <w:vAlign w:val="center"/>
          </w:tcPr>
          <w:p w14:paraId="40EFBB2B" w14:textId="77777777" w:rsidR="00E54E13" w:rsidRDefault="00000000">
            <w:pPr>
              <w:spacing w:before="30" w:after="30" w:line="236" w:lineRule="exact"/>
              <w:rPr>
                <w:rFonts w:hint="eastAsia"/>
              </w:rPr>
            </w:pPr>
            <w:sdt>
              <w:sdtPr>
                <w:alias w:val="anomalia / quasi incidente / incidente / altra segnalazione"/>
                <w:tag w:val="campo_339"/>
                <w:id w:val="100339"/>
                <w:text w:multiLine="1"/>
              </w:sdtPr>
              <w:sdtContent>
                <w:r>
                  <w:rPr>
                    <w:color w:val="007E87"/>
                    <w:sz w:val="19"/>
                  </w:rPr>
                  <w:t>[anomalia / quasi incidente / incidente / altra segnalazione]</w:t>
                </w:r>
              </w:sdtContent>
            </w:sdt>
          </w:p>
        </w:tc>
      </w:tr>
      <w:tr w:rsidR="00E54E13" w14:paraId="7973D734" w14:textId="77777777">
        <w:trPr>
          <w:cantSplit/>
          <w:trHeight w:val="386"/>
          <w:jc w:val="center"/>
        </w:trPr>
        <w:tc>
          <w:tcPr>
            <w:tcW w:w="2891" w:type="dxa"/>
            <w:shd w:val="clear" w:color="auto" w:fill="EDF3F9"/>
            <w:vAlign w:val="center"/>
          </w:tcPr>
          <w:p w14:paraId="4CF30DE2" w14:textId="77777777" w:rsidR="00E54E13" w:rsidRDefault="00000000">
            <w:pPr>
              <w:spacing w:before="30" w:after="30" w:line="236" w:lineRule="exact"/>
              <w:rPr>
                <w:rFonts w:hint="eastAsia"/>
              </w:rPr>
            </w:pPr>
            <w:r>
              <w:rPr>
                <w:b/>
                <w:sz w:val="18"/>
              </w:rPr>
              <w:t>Persone e funzioni informate</w:t>
            </w:r>
          </w:p>
        </w:tc>
        <w:tc>
          <w:tcPr>
            <w:tcW w:w="6860" w:type="dxa"/>
            <w:vAlign w:val="center"/>
          </w:tcPr>
          <w:p w14:paraId="23687597" w14:textId="77777777" w:rsidR="00E54E13" w:rsidRDefault="00000000">
            <w:pPr>
              <w:spacing w:before="30" w:after="30" w:line="236" w:lineRule="exact"/>
              <w:rPr>
                <w:rFonts w:hint="eastAsia"/>
              </w:rPr>
            </w:pPr>
            <w:sdt>
              <w:sdtPr>
                <w:alias w:val="RLE, RI e altri destinatari pertinenti"/>
                <w:tag w:val="campo_340"/>
                <w:id w:val="100340"/>
                <w:text w:multiLine="1"/>
              </w:sdtPr>
              <w:sdtContent>
                <w:r>
                  <w:rPr>
                    <w:color w:val="007E87"/>
                    <w:sz w:val="19"/>
                  </w:rPr>
                  <w:t>[RLE, RI e altri destinatari pertinenti]</w:t>
                </w:r>
              </w:sdtContent>
            </w:sdt>
          </w:p>
        </w:tc>
      </w:tr>
    </w:tbl>
    <w:p w14:paraId="6C13CC51" w14:textId="77777777" w:rsidR="00E54E13" w:rsidRDefault="00E54E13">
      <w:pPr>
        <w:spacing w:after="40" w:line="40" w:lineRule="exact"/>
        <w:rPr>
          <w:rFonts w:hint="eastAsia"/>
        </w:rPr>
      </w:pPr>
    </w:p>
    <w:p w14:paraId="4E9224F4" w14:textId="77777777" w:rsidR="00E54E13" w:rsidRDefault="00000000">
      <w:pPr>
        <w:pStyle w:val="Titolo3"/>
      </w:pPr>
      <w:r>
        <w:t>Descrizione dei fatti e delle condizioni effettive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43D8FE14" w14:textId="77777777">
        <w:trPr>
          <w:cantSplit/>
          <w:trHeight w:val="986"/>
          <w:jc w:val="center"/>
        </w:trPr>
        <w:tc>
          <w:tcPr>
            <w:tcW w:w="9751" w:type="dxa"/>
            <w:vAlign w:val="center"/>
          </w:tcPr>
          <w:p w14:paraId="57A08346" w14:textId="77777777" w:rsidR="00E54E13" w:rsidRDefault="00000000">
            <w:pPr>
              <w:spacing w:before="30" w:after="30" w:line="234" w:lineRule="exact"/>
              <w:rPr>
                <w:rFonts w:hint="eastAsia"/>
              </w:rPr>
            </w:pPr>
            <w:sdt>
              <w:sdtPr>
                <w:alias w:val="compilare o richiamare un allegato identificato"/>
                <w:tag w:val="campo_341"/>
                <w:id w:val="100341"/>
                <w:text w:multiLine="1"/>
              </w:sdtPr>
              <w:sdtContent>
                <w:r>
                  <w:rPr>
                    <w:color w:val="007E87"/>
                    <w:sz w:val="19"/>
                  </w:rPr>
                  <w:t>[compilare o richiamare un allegato identificato]</w:t>
                </w:r>
              </w:sdtContent>
            </w:sdt>
          </w:p>
        </w:tc>
      </w:tr>
    </w:tbl>
    <w:p w14:paraId="76982373" w14:textId="77777777" w:rsidR="00E54E13" w:rsidRDefault="00E54E13">
      <w:pPr>
        <w:spacing w:after="40" w:line="40" w:lineRule="exact"/>
        <w:rPr>
          <w:rFonts w:hint="eastAsia"/>
        </w:rPr>
      </w:pPr>
    </w:p>
    <w:p w14:paraId="4594D8FB" w14:textId="77777777" w:rsidR="00E54E13" w:rsidRDefault="00000000">
      <w:pPr>
        <w:pStyle w:val="Titolo3"/>
      </w:pPr>
      <w:r>
        <w:t>Misure immediate, sospensione e condizioni residue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25FE1AE4" w14:textId="77777777">
        <w:trPr>
          <w:cantSplit/>
          <w:trHeight w:val="658"/>
          <w:jc w:val="center"/>
        </w:trPr>
        <w:tc>
          <w:tcPr>
            <w:tcW w:w="9751" w:type="dxa"/>
            <w:vAlign w:val="center"/>
          </w:tcPr>
          <w:p w14:paraId="7A54E5BA" w14:textId="77777777" w:rsidR="00E54E13" w:rsidRDefault="00000000">
            <w:pPr>
              <w:spacing w:before="30" w:after="30" w:line="234" w:lineRule="exact"/>
              <w:rPr>
                <w:rFonts w:hint="eastAsia"/>
              </w:rPr>
            </w:pPr>
            <w:sdt>
              <w:sdtPr>
                <w:alias w:val="compilare o richiamare un allegato identificato"/>
                <w:tag w:val="campo_342"/>
                <w:id w:val="100342"/>
                <w:text w:multiLine="1"/>
              </w:sdtPr>
              <w:sdtContent>
                <w:r>
                  <w:rPr>
                    <w:color w:val="007E87"/>
                    <w:sz w:val="19"/>
                  </w:rPr>
                  <w:t>[compilare o richiamare un allegato identificato]</w:t>
                </w:r>
              </w:sdtContent>
            </w:sdt>
          </w:p>
        </w:tc>
      </w:tr>
    </w:tbl>
    <w:p w14:paraId="205A5C4B"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EA9DD90" w14:textId="77777777">
        <w:trPr>
          <w:cantSplit/>
          <w:trHeight w:val="386"/>
          <w:jc w:val="center"/>
        </w:trPr>
        <w:tc>
          <w:tcPr>
            <w:tcW w:w="2891" w:type="dxa"/>
            <w:shd w:val="clear" w:color="auto" w:fill="EDF3F9"/>
            <w:vAlign w:val="center"/>
          </w:tcPr>
          <w:p w14:paraId="45937D51" w14:textId="77777777" w:rsidR="00E54E13" w:rsidRDefault="00000000">
            <w:pPr>
              <w:spacing w:before="30" w:after="30" w:line="236" w:lineRule="exact"/>
              <w:rPr>
                <w:rFonts w:hint="eastAsia"/>
              </w:rPr>
            </w:pPr>
            <w:r>
              <w:rPr>
                <w:b/>
                <w:sz w:val="18"/>
              </w:rPr>
              <w:t>Documenti / evidenze disponibili</w:t>
            </w:r>
          </w:p>
        </w:tc>
        <w:tc>
          <w:tcPr>
            <w:tcW w:w="6860" w:type="dxa"/>
            <w:vAlign w:val="center"/>
          </w:tcPr>
          <w:p w14:paraId="463B5E9F" w14:textId="77777777" w:rsidR="00E54E13" w:rsidRDefault="00000000">
            <w:pPr>
              <w:spacing w:before="30" w:after="30" w:line="236" w:lineRule="exact"/>
              <w:rPr>
                <w:rFonts w:hint="eastAsia"/>
              </w:rPr>
            </w:pPr>
            <w:sdt>
              <w:sdtPr>
                <w:alias w:val="foto autorizzate, piani, registrazioni e altri riferimenti"/>
                <w:tag w:val="campo_343"/>
                <w:id w:val="100343"/>
                <w:text w:multiLine="1"/>
              </w:sdtPr>
              <w:sdtContent>
                <w:r>
                  <w:rPr>
                    <w:color w:val="007E87"/>
                    <w:sz w:val="19"/>
                  </w:rPr>
                  <w:t>[foto autorizzate, piani, registrazioni e altri riferimenti]</w:t>
                </w:r>
              </w:sdtContent>
            </w:sdt>
          </w:p>
        </w:tc>
      </w:tr>
      <w:tr w:rsidR="00E54E13" w14:paraId="03653873" w14:textId="77777777">
        <w:trPr>
          <w:cantSplit/>
          <w:trHeight w:val="386"/>
          <w:jc w:val="center"/>
        </w:trPr>
        <w:tc>
          <w:tcPr>
            <w:tcW w:w="2891" w:type="dxa"/>
            <w:shd w:val="clear" w:color="auto" w:fill="EDF3F9"/>
            <w:vAlign w:val="center"/>
          </w:tcPr>
          <w:p w14:paraId="05A5DB6C" w14:textId="77777777" w:rsidR="00E54E13" w:rsidRDefault="00000000">
            <w:pPr>
              <w:spacing w:before="30" w:after="30" w:line="236" w:lineRule="exact"/>
              <w:rPr>
                <w:rFonts w:hint="eastAsia"/>
              </w:rPr>
            </w:pPr>
            <w:r>
              <w:rPr>
                <w:b/>
                <w:sz w:val="18"/>
              </w:rPr>
              <w:t>Analisi e azioni successive</w:t>
            </w:r>
          </w:p>
        </w:tc>
        <w:tc>
          <w:tcPr>
            <w:tcW w:w="6860" w:type="dxa"/>
            <w:shd w:val="clear" w:color="auto" w:fill="F6F8FA"/>
            <w:vAlign w:val="center"/>
          </w:tcPr>
          <w:p w14:paraId="46DF6652" w14:textId="77777777" w:rsidR="00E54E13" w:rsidRDefault="00000000">
            <w:pPr>
              <w:spacing w:before="30" w:after="30" w:line="236" w:lineRule="exact"/>
              <w:rPr>
                <w:rFonts w:hint="eastAsia"/>
              </w:rPr>
            </w:pPr>
            <w:sdt>
              <w:sdtPr>
                <w:alias w:val="responsabili, tempi e richiami ad A25/A27"/>
                <w:tag w:val="campo_344"/>
                <w:id w:val="100344"/>
                <w:text w:multiLine="1"/>
              </w:sdtPr>
              <w:sdtContent>
                <w:r>
                  <w:rPr>
                    <w:color w:val="007E87"/>
                    <w:sz w:val="19"/>
                  </w:rPr>
                  <w:t>[responsabili, tempi e richiami ad A25/A27]</w:t>
                </w:r>
              </w:sdtContent>
            </w:sdt>
          </w:p>
        </w:tc>
      </w:tr>
      <w:tr w:rsidR="00E54E13" w14:paraId="15C07E33" w14:textId="77777777">
        <w:trPr>
          <w:cantSplit/>
          <w:trHeight w:val="386"/>
          <w:jc w:val="center"/>
        </w:trPr>
        <w:tc>
          <w:tcPr>
            <w:tcW w:w="2891" w:type="dxa"/>
            <w:shd w:val="clear" w:color="auto" w:fill="EDF3F9"/>
            <w:vAlign w:val="center"/>
          </w:tcPr>
          <w:p w14:paraId="5D335364" w14:textId="77777777" w:rsidR="00E54E13" w:rsidRDefault="00000000">
            <w:pPr>
              <w:spacing w:before="30" w:after="30" w:line="236" w:lineRule="exact"/>
              <w:rPr>
                <w:rFonts w:hint="eastAsia"/>
              </w:rPr>
            </w:pPr>
            <w:r>
              <w:rPr>
                <w:b/>
                <w:sz w:val="18"/>
              </w:rPr>
              <w:t>Ripresa</w:t>
            </w:r>
          </w:p>
        </w:tc>
        <w:tc>
          <w:tcPr>
            <w:tcW w:w="6860" w:type="dxa"/>
            <w:vAlign w:val="center"/>
          </w:tcPr>
          <w:p w14:paraId="15130556" w14:textId="77777777" w:rsidR="00E54E13" w:rsidRDefault="00000000">
            <w:pPr>
              <w:spacing w:before="30" w:after="30" w:line="236" w:lineRule="exact"/>
              <w:rPr>
                <w:rFonts w:hint="eastAsia"/>
              </w:rPr>
            </w:pPr>
            <w:sdt>
              <w:sdtPr>
                <w:alias w:val="non consentita / consentita dopo verifiche; riferimento A19"/>
                <w:tag w:val="campo_345"/>
                <w:id w:val="100345"/>
                <w:text w:multiLine="1"/>
              </w:sdtPr>
              <w:sdtContent>
                <w:r>
                  <w:rPr>
                    <w:color w:val="007E87"/>
                    <w:sz w:val="19"/>
                  </w:rPr>
                  <w:t>[non consentita / consentita dopo verifiche; riferimento A19]</w:t>
                </w:r>
              </w:sdtContent>
            </w:sdt>
          </w:p>
        </w:tc>
      </w:tr>
    </w:tbl>
    <w:p w14:paraId="14B628B9" w14:textId="77777777" w:rsidR="00E54E13" w:rsidRDefault="00E54E13">
      <w:pPr>
        <w:spacing w:after="40" w:line="40" w:lineRule="exact"/>
        <w:rPr>
          <w:rFonts w:hint="eastAsia"/>
        </w:rPr>
      </w:pPr>
    </w:p>
    <w:p w14:paraId="2B44EB8B" w14:textId="77777777" w:rsidR="00E54E13" w:rsidRDefault="00000000">
      <w:pPr>
        <w:pStyle w:val="FormHint"/>
        <w:rPr>
          <w:rFonts w:hint="eastAsia"/>
        </w:rPr>
      </w:pPr>
      <w:r>
        <w:t>La segnalazione non sostituisce eventuali comunicazioni o adempimenti previsti dalle disposizioni applicabili; l’azienda ne valuta separatamente la necessità. Le sole firme su questa scheda non autorizzano la ripresa.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ECBD78D" w14:textId="77777777">
        <w:trPr>
          <w:tblHeader/>
          <w:jc w:val="center"/>
        </w:trPr>
        <w:tc>
          <w:tcPr>
            <w:tcW w:w="3250" w:type="dxa"/>
            <w:shd w:val="clear" w:color="auto" w:fill="12324B"/>
          </w:tcPr>
          <w:p w14:paraId="0E0CFF07"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23A0669E"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5B8D8247" w14:textId="77777777" w:rsidR="00E54E13" w:rsidRDefault="00000000">
            <w:pPr>
              <w:spacing w:before="30" w:after="30" w:line="228" w:lineRule="exact"/>
              <w:rPr>
                <w:rFonts w:hint="eastAsia"/>
              </w:rPr>
            </w:pPr>
            <w:r>
              <w:rPr>
                <w:b/>
                <w:color w:val="FFFFFF"/>
                <w:sz w:val="17"/>
              </w:rPr>
              <w:t>Data</w:t>
            </w:r>
          </w:p>
        </w:tc>
      </w:tr>
      <w:tr w:rsidR="00E54E13" w14:paraId="786DCB25" w14:textId="77777777">
        <w:trPr>
          <w:cantSplit/>
          <w:trHeight w:val="567"/>
          <w:jc w:val="center"/>
        </w:trPr>
        <w:tc>
          <w:tcPr>
            <w:tcW w:w="3250" w:type="dxa"/>
            <w:vAlign w:val="center"/>
          </w:tcPr>
          <w:p w14:paraId="4D191C6E"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7648A7E"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721D825" w14:textId="77777777" w:rsidR="00E54E13" w:rsidRDefault="00000000">
            <w:pPr>
              <w:spacing w:before="30" w:after="30" w:line="228" w:lineRule="exact"/>
              <w:rPr>
                <w:rFonts w:hint="eastAsia"/>
              </w:rPr>
            </w:pPr>
            <w:r>
              <w:rPr>
                <w:sz w:val="17"/>
              </w:rPr>
              <w:t>____ / ____ / ______</w:t>
            </w:r>
          </w:p>
        </w:tc>
      </w:tr>
    </w:tbl>
    <w:p w14:paraId="27174420" w14:textId="77777777" w:rsidR="00E54E13" w:rsidRDefault="00E54E13">
      <w:pPr>
        <w:spacing w:after="40" w:line="40" w:lineRule="exact"/>
        <w:rPr>
          <w:rFonts w:hint="eastAsia"/>
        </w:rPr>
      </w:pPr>
    </w:p>
    <w:p w14:paraId="429D58DD" w14:textId="77777777" w:rsidR="00E54E13" w:rsidRDefault="00000000">
      <w:pPr>
        <w:pStyle w:val="Source"/>
        <w:rPr>
          <w:rFonts w:hint="eastAsia"/>
        </w:rPr>
      </w:pPr>
      <w:r>
        <w:t>Modello originale [AZ]. Base: INAIL 2026, compiti decisionali del RLE, p. 3; mantenimento requisiti, p. 6. I campi vuoti non costituiscono una verifica positiva.</w:t>
      </w:r>
    </w:p>
    <w:p w14:paraId="2966FCF0" w14:textId="77777777" w:rsidR="00E54E13" w:rsidRDefault="00000000">
      <w:pPr>
        <w:pStyle w:val="Eyebrow"/>
        <w:keepNext/>
        <w:pageBreakBefore/>
        <w:rPr>
          <w:rFonts w:hint="eastAsia"/>
        </w:rPr>
      </w:pPr>
      <w:r>
        <w:t>PARTE II  /  ALLEGATO OPERATIVO [AZ]</w:t>
      </w:r>
    </w:p>
    <w:p w14:paraId="6F02572E" w14:textId="77777777" w:rsidR="00E54E13" w:rsidRDefault="00000000">
      <w:pPr>
        <w:pStyle w:val="Titolo1"/>
      </w:pPr>
      <w:bookmarkStart w:id="65" w:name="B66_A24"/>
      <w:r>
        <w:t>A24  Riesame delle qualifiche e dell’idoneità</w:t>
      </w:r>
      <w:bookmarkEnd w:id="65"/>
    </w:p>
    <w:p w14:paraId="47D7714D" w14:textId="77777777" w:rsidR="00E54E13" w:rsidRDefault="00000000">
      <w:pPr>
        <w:pStyle w:val="FormHint"/>
        <w:rPr>
          <w:rFonts w:hint="eastAsia"/>
        </w:rPr>
      </w:pPr>
      <w:r>
        <w:t>Il riesame annuale dell’idoneità sotto tensione è una buona pratica; non confonderlo con una scadenza automatica.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C0E73A1" w14:textId="77777777">
        <w:trPr>
          <w:cantSplit/>
          <w:trHeight w:val="346"/>
          <w:jc w:val="center"/>
        </w:trPr>
        <w:tc>
          <w:tcPr>
            <w:tcW w:w="2891" w:type="dxa"/>
            <w:shd w:val="clear" w:color="auto" w:fill="EDF3F9"/>
            <w:vAlign w:val="center"/>
          </w:tcPr>
          <w:p w14:paraId="2F227EE6" w14:textId="77777777" w:rsidR="00E54E13" w:rsidRDefault="00000000">
            <w:pPr>
              <w:spacing w:before="30" w:after="30" w:line="236" w:lineRule="exact"/>
              <w:rPr>
                <w:rFonts w:hint="eastAsia"/>
              </w:rPr>
            </w:pPr>
            <w:r>
              <w:rPr>
                <w:b/>
                <w:sz w:val="18"/>
              </w:rPr>
              <w:t>Azienda / unità</w:t>
            </w:r>
          </w:p>
        </w:tc>
        <w:tc>
          <w:tcPr>
            <w:tcW w:w="6860" w:type="dxa"/>
            <w:vAlign w:val="center"/>
          </w:tcPr>
          <w:p w14:paraId="596B14EB" w14:textId="77777777" w:rsidR="00E54E13" w:rsidRDefault="00000000">
            <w:pPr>
              <w:spacing w:before="30" w:after="30" w:line="236" w:lineRule="exact"/>
              <w:rPr>
                <w:rFonts w:hint="eastAsia"/>
              </w:rPr>
            </w:pPr>
            <w:sdt>
              <w:sdtPr>
                <w:alias w:val="ragione sociale e sede"/>
                <w:tag w:val="campo_347"/>
                <w:id w:val="100347"/>
                <w:text w:multiLine="1"/>
              </w:sdtPr>
              <w:sdtContent>
                <w:r>
                  <w:rPr>
                    <w:color w:val="007E87"/>
                    <w:sz w:val="19"/>
                  </w:rPr>
                  <w:t>[ragione sociale e sede]</w:t>
                </w:r>
              </w:sdtContent>
            </w:sdt>
          </w:p>
        </w:tc>
      </w:tr>
      <w:tr w:rsidR="00E54E13" w14:paraId="739047FA" w14:textId="77777777">
        <w:trPr>
          <w:cantSplit/>
          <w:trHeight w:val="346"/>
          <w:jc w:val="center"/>
        </w:trPr>
        <w:tc>
          <w:tcPr>
            <w:tcW w:w="2891" w:type="dxa"/>
            <w:shd w:val="clear" w:color="auto" w:fill="EDF3F9"/>
            <w:vAlign w:val="center"/>
          </w:tcPr>
          <w:p w14:paraId="5176D5C8"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6F441E1" w14:textId="77777777" w:rsidR="00E54E13" w:rsidRDefault="00000000">
            <w:pPr>
              <w:spacing w:before="30" w:after="30" w:line="236" w:lineRule="exact"/>
              <w:rPr>
                <w:rFonts w:hint="eastAsia"/>
              </w:rPr>
            </w:pPr>
            <w:sdt>
              <w:sdtPr>
                <w:alias w:val="codice, revisione e data"/>
                <w:tag w:val="campo_348"/>
                <w:id w:val="100348"/>
                <w:text w:multiLine="1"/>
              </w:sdtPr>
              <w:sdtContent>
                <w:r>
                  <w:rPr>
                    <w:color w:val="007E87"/>
                    <w:sz w:val="19"/>
                  </w:rPr>
                  <w:t>[codice, revisione e data]</w:t>
                </w:r>
              </w:sdtContent>
            </w:sdt>
          </w:p>
        </w:tc>
      </w:tr>
      <w:tr w:rsidR="00E54E13" w14:paraId="6E6ED919" w14:textId="77777777">
        <w:trPr>
          <w:cantSplit/>
          <w:trHeight w:val="346"/>
          <w:jc w:val="center"/>
        </w:trPr>
        <w:tc>
          <w:tcPr>
            <w:tcW w:w="2891" w:type="dxa"/>
            <w:shd w:val="clear" w:color="auto" w:fill="EDF3F9"/>
            <w:vAlign w:val="center"/>
          </w:tcPr>
          <w:p w14:paraId="0126299A"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30169C17" w14:textId="77777777" w:rsidR="00E54E13" w:rsidRDefault="00000000">
            <w:pPr>
              <w:spacing w:before="30" w:after="30" w:line="236" w:lineRule="exact"/>
              <w:rPr>
                <w:rFonts w:hint="eastAsia"/>
              </w:rPr>
            </w:pPr>
            <w:sdt>
              <w:sdtPr>
                <w:alias w:val="nome, matricola e mansione"/>
                <w:tag w:val="campo_349"/>
                <w:id w:val="100349"/>
                <w:text w:multiLine="1"/>
              </w:sdtPr>
              <w:sdtContent>
                <w:r>
                  <w:rPr>
                    <w:color w:val="007E87"/>
                    <w:sz w:val="19"/>
                  </w:rPr>
                  <w:t>[nome, matricola e mansione]</w:t>
                </w:r>
              </w:sdtContent>
            </w:sdt>
          </w:p>
        </w:tc>
      </w:tr>
    </w:tbl>
    <w:p w14:paraId="2D8B890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EF7A158" w14:textId="77777777">
        <w:trPr>
          <w:cantSplit/>
          <w:trHeight w:val="386"/>
          <w:jc w:val="center"/>
        </w:trPr>
        <w:tc>
          <w:tcPr>
            <w:tcW w:w="2891" w:type="dxa"/>
            <w:shd w:val="clear" w:color="auto" w:fill="EDF3F9"/>
            <w:vAlign w:val="center"/>
          </w:tcPr>
          <w:p w14:paraId="5D13E9C4" w14:textId="77777777" w:rsidR="00E54E13" w:rsidRDefault="00000000">
            <w:pPr>
              <w:spacing w:before="30" w:after="30" w:line="236" w:lineRule="exact"/>
              <w:rPr>
                <w:rFonts w:hint="eastAsia"/>
              </w:rPr>
            </w:pPr>
            <w:r>
              <w:rPr>
                <w:b/>
                <w:sz w:val="18"/>
              </w:rPr>
              <w:t>Motivo e periodo</w:t>
            </w:r>
          </w:p>
        </w:tc>
        <w:tc>
          <w:tcPr>
            <w:tcW w:w="6860" w:type="dxa"/>
            <w:vAlign w:val="center"/>
          </w:tcPr>
          <w:p w14:paraId="5FFBEE73" w14:textId="77777777" w:rsidR="00E54E13" w:rsidRDefault="00000000">
            <w:pPr>
              <w:spacing w:before="30" w:after="30" w:line="236" w:lineRule="exact"/>
              <w:rPr>
                <w:rFonts w:hint="eastAsia"/>
              </w:rPr>
            </w:pPr>
            <w:sdt>
              <w:sdtPr>
                <w:alias w:val="riesame programmato / cambiamento / carenza / altro"/>
                <w:tag w:val="campo_350"/>
                <w:id w:val="100350"/>
                <w:text w:multiLine="1"/>
              </w:sdtPr>
              <w:sdtContent>
                <w:r>
                  <w:rPr>
                    <w:color w:val="007E87"/>
                    <w:sz w:val="19"/>
                  </w:rPr>
                  <w:t>[riesame programmato / cambiamento / carenza / altro]</w:t>
                </w:r>
              </w:sdtContent>
            </w:sdt>
          </w:p>
        </w:tc>
      </w:tr>
      <w:tr w:rsidR="00E54E13" w14:paraId="4DC3407D" w14:textId="77777777">
        <w:trPr>
          <w:cantSplit/>
          <w:trHeight w:val="386"/>
          <w:jc w:val="center"/>
        </w:trPr>
        <w:tc>
          <w:tcPr>
            <w:tcW w:w="2891" w:type="dxa"/>
            <w:shd w:val="clear" w:color="auto" w:fill="EDF3F9"/>
            <w:vAlign w:val="center"/>
          </w:tcPr>
          <w:p w14:paraId="5CF59890" w14:textId="77777777" w:rsidR="00E54E13" w:rsidRDefault="00000000">
            <w:pPr>
              <w:spacing w:before="30" w:after="30" w:line="236" w:lineRule="exact"/>
              <w:rPr>
                <w:rFonts w:hint="eastAsia"/>
              </w:rPr>
            </w:pPr>
            <w:r>
              <w:rPr>
                <w:b/>
                <w:sz w:val="18"/>
              </w:rPr>
              <w:t>Atti in esame</w:t>
            </w:r>
          </w:p>
        </w:tc>
        <w:tc>
          <w:tcPr>
            <w:tcW w:w="6860" w:type="dxa"/>
            <w:shd w:val="clear" w:color="auto" w:fill="F6F8FA"/>
            <w:vAlign w:val="center"/>
          </w:tcPr>
          <w:p w14:paraId="54EAC638" w14:textId="77777777" w:rsidR="00E54E13" w:rsidRDefault="00000000">
            <w:pPr>
              <w:spacing w:before="30" w:after="30" w:line="236" w:lineRule="exact"/>
              <w:rPr>
                <w:rFonts w:hint="eastAsia"/>
              </w:rPr>
            </w:pPr>
            <w:sdt>
              <w:sdtPr>
                <w:alias w:val="PES/PAV, idoneità, autorizzazioni e relativi ambiti"/>
                <w:tag w:val="campo_351"/>
                <w:id w:val="100351"/>
                <w:text w:multiLine="1"/>
              </w:sdtPr>
              <w:sdtContent>
                <w:r>
                  <w:rPr>
                    <w:color w:val="007E87"/>
                    <w:sz w:val="19"/>
                  </w:rPr>
                  <w:t>[PES/PAV, idoneità, autorizzazioni e relativi ambiti]</w:t>
                </w:r>
              </w:sdtContent>
            </w:sdt>
          </w:p>
        </w:tc>
      </w:tr>
    </w:tbl>
    <w:p w14:paraId="568DD5B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329"/>
        <w:gridCol w:w="4422"/>
      </w:tblGrid>
      <w:tr w:rsidR="00E54E13" w14:paraId="2D164711" w14:textId="77777777">
        <w:trPr>
          <w:tblHeader/>
          <w:jc w:val="center"/>
        </w:trPr>
        <w:tc>
          <w:tcPr>
            <w:tcW w:w="5329" w:type="dxa"/>
            <w:shd w:val="clear" w:color="auto" w:fill="12324B"/>
          </w:tcPr>
          <w:p w14:paraId="1A4C0926" w14:textId="77777777" w:rsidR="00E54E13" w:rsidRDefault="00000000">
            <w:pPr>
              <w:spacing w:before="30" w:after="30" w:line="234" w:lineRule="exact"/>
              <w:rPr>
                <w:rFonts w:hint="eastAsia"/>
              </w:rPr>
            </w:pPr>
            <w:r>
              <w:rPr>
                <w:b/>
                <w:color w:val="FFFFFF"/>
                <w:sz w:val="18"/>
              </w:rPr>
              <w:t>Aspetto</w:t>
            </w:r>
          </w:p>
        </w:tc>
        <w:tc>
          <w:tcPr>
            <w:tcW w:w="4422" w:type="dxa"/>
            <w:shd w:val="clear" w:color="auto" w:fill="12324B"/>
          </w:tcPr>
          <w:p w14:paraId="7207B777" w14:textId="77777777" w:rsidR="00E54E13" w:rsidRDefault="00000000">
            <w:pPr>
              <w:spacing w:before="30" w:after="30" w:line="234" w:lineRule="exact"/>
              <w:rPr>
                <w:rFonts w:hint="eastAsia"/>
              </w:rPr>
            </w:pPr>
            <w:r>
              <w:rPr>
                <w:b/>
                <w:color w:val="FFFFFF"/>
                <w:sz w:val="18"/>
              </w:rPr>
              <w:t>Evidenze attuali / esito</w:t>
            </w:r>
          </w:p>
        </w:tc>
      </w:tr>
      <w:tr w:rsidR="00E54E13" w14:paraId="663A3034" w14:textId="77777777">
        <w:trPr>
          <w:cantSplit/>
          <w:trHeight w:val="510"/>
          <w:jc w:val="center"/>
        </w:trPr>
        <w:tc>
          <w:tcPr>
            <w:tcW w:w="5329" w:type="dxa"/>
            <w:vAlign w:val="center"/>
          </w:tcPr>
          <w:p w14:paraId="4AB13450" w14:textId="77777777" w:rsidR="00E54E13" w:rsidRDefault="00000000">
            <w:pPr>
              <w:spacing w:before="30" w:after="30" w:line="234" w:lineRule="exact"/>
              <w:rPr>
                <w:rFonts w:hint="eastAsia"/>
              </w:rPr>
            </w:pPr>
            <w:r>
              <w:rPr>
                <w:sz w:val="18"/>
              </w:rPr>
              <w:t>Attività effettive coerenti con l’ambito riconosciuto</w:t>
            </w:r>
          </w:p>
        </w:tc>
        <w:tc>
          <w:tcPr>
            <w:tcW w:w="4422" w:type="dxa"/>
            <w:vAlign w:val="center"/>
          </w:tcPr>
          <w:p w14:paraId="0B30B270" w14:textId="77777777" w:rsidR="00E54E13" w:rsidRDefault="00000000">
            <w:pPr>
              <w:spacing w:before="30" w:after="30" w:line="234" w:lineRule="exact"/>
              <w:rPr>
                <w:rFonts w:hint="eastAsia"/>
              </w:rPr>
            </w:pPr>
            <w:r>
              <w:rPr>
                <w:sz w:val="18"/>
              </w:rPr>
              <w:t>[compilare]</w:t>
            </w:r>
          </w:p>
        </w:tc>
      </w:tr>
      <w:tr w:rsidR="00E54E13" w14:paraId="69B0C597" w14:textId="77777777">
        <w:trPr>
          <w:cantSplit/>
          <w:trHeight w:val="510"/>
          <w:jc w:val="center"/>
        </w:trPr>
        <w:tc>
          <w:tcPr>
            <w:tcW w:w="5329" w:type="dxa"/>
            <w:shd w:val="clear" w:color="auto" w:fill="F6F8FA"/>
            <w:vAlign w:val="center"/>
          </w:tcPr>
          <w:p w14:paraId="61581999" w14:textId="77777777" w:rsidR="00E54E13" w:rsidRDefault="00000000">
            <w:pPr>
              <w:spacing w:before="30" w:after="30" w:line="234" w:lineRule="exact"/>
              <w:rPr>
                <w:rFonts w:hint="eastAsia"/>
              </w:rPr>
            </w:pPr>
            <w:r>
              <w:rPr>
                <w:sz w:val="18"/>
              </w:rPr>
              <w:t>Aggiornamento formativo pertinente</w:t>
            </w:r>
          </w:p>
        </w:tc>
        <w:tc>
          <w:tcPr>
            <w:tcW w:w="4422" w:type="dxa"/>
            <w:shd w:val="clear" w:color="auto" w:fill="F6F8FA"/>
            <w:vAlign w:val="center"/>
          </w:tcPr>
          <w:p w14:paraId="0BDAF334" w14:textId="77777777" w:rsidR="00E54E13" w:rsidRDefault="00000000">
            <w:pPr>
              <w:spacing w:before="30" w:after="30" w:line="234" w:lineRule="exact"/>
              <w:rPr>
                <w:rFonts w:hint="eastAsia"/>
              </w:rPr>
            </w:pPr>
            <w:r>
              <w:rPr>
                <w:sz w:val="18"/>
              </w:rPr>
              <w:t>[compilare]</w:t>
            </w:r>
          </w:p>
        </w:tc>
      </w:tr>
      <w:tr w:rsidR="00E54E13" w14:paraId="1F31770C" w14:textId="77777777">
        <w:trPr>
          <w:cantSplit/>
          <w:trHeight w:val="510"/>
          <w:jc w:val="center"/>
        </w:trPr>
        <w:tc>
          <w:tcPr>
            <w:tcW w:w="5329" w:type="dxa"/>
            <w:vAlign w:val="center"/>
          </w:tcPr>
          <w:p w14:paraId="3D99186F" w14:textId="77777777" w:rsidR="00E54E13" w:rsidRDefault="00000000">
            <w:pPr>
              <w:spacing w:before="30" w:after="30" w:line="234" w:lineRule="exact"/>
              <w:rPr>
                <w:rFonts w:hint="eastAsia"/>
              </w:rPr>
            </w:pPr>
            <w:r>
              <w:rPr>
                <w:sz w:val="18"/>
              </w:rPr>
              <w:t>Pratica recente e addestramenti necessari</w:t>
            </w:r>
          </w:p>
        </w:tc>
        <w:tc>
          <w:tcPr>
            <w:tcW w:w="4422" w:type="dxa"/>
            <w:vAlign w:val="center"/>
          </w:tcPr>
          <w:p w14:paraId="354B275A" w14:textId="77777777" w:rsidR="00E54E13" w:rsidRDefault="00000000">
            <w:pPr>
              <w:spacing w:before="30" w:after="30" w:line="234" w:lineRule="exact"/>
              <w:rPr>
                <w:rFonts w:hint="eastAsia"/>
              </w:rPr>
            </w:pPr>
            <w:r>
              <w:rPr>
                <w:sz w:val="18"/>
              </w:rPr>
              <w:t>[compilare; nessuna soglia universale di inattività]</w:t>
            </w:r>
          </w:p>
        </w:tc>
      </w:tr>
      <w:tr w:rsidR="00E54E13" w14:paraId="0186EEE5" w14:textId="77777777">
        <w:trPr>
          <w:cantSplit/>
          <w:trHeight w:val="510"/>
          <w:jc w:val="center"/>
        </w:trPr>
        <w:tc>
          <w:tcPr>
            <w:tcW w:w="5329" w:type="dxa"/>
            <w:shd w:val="clear" w:color="auto" w:fill="F6F8FA"/>
            <w:vAlign w:val="center"/>
          </w:tcPr>
          <w:p w14:paraId="47B0C88C" w14:textId="77777777" w:rsidR="00E54E13" w:rsidRDefault="00000000">
            <w:pPr>
              <w:spacing w:before="30" w:after="30" w:line="234" w:lineRule="exact"/>
              <w:rPr>
                <w:rFonts w:hint="eastAsia"/>
              </w:rPr>
            </w:pPr>
            <w:r>
              <w:rPr>
                <w:sz w:val="18"/>
              </w:rPr>
              <w:t>Conoscenza di procedure o impianti modificati</w:t>
            </w:r>
          </w:p>
        </w:tc>
        <w:tc>
          <w:tcPr>
            <w:tcW w:w="4422" w:type="dxa"/>
            <w:shd w:val="clear" w:color="auto" w:fill="F6F8FA"/>
            <w:vAlign w:val="center"/>
          </w:tcPr>
          <w:p w14:paraId="640A7DBF" w14:textId="77777777" w:rsidR="00E54E13" w:rsidRDefault="00000000">
            <w:pPr>
              <w:spacing w:before="30" w:after="30" w:line="234" w:lineRule="exact"/>
              <w:rPr>
                <w:rFonts w:hint="eastAsia"/>
              </w:rPr>
            </w:pPr>
            <w:r>
              <w:rPr>
                <w:sz w:val="18"/>
              </w:rPr>
              <w:t>[compilare]</w:t>
            </w:r>
          </w:p>
        </w:tc>
      </w:tr>
      <w:tr w:rsidR="00E54E13" w14:paraId="19BBF481" w14:textId="77777777">
        <w:trPr>
          <w:cantSplit/>
          <w:trHeight w:val="510"/>
          <w:jc w:val="center"/>
        </w:trPr>
        <w:tc>
          <w:tcPr>
            <w:tcW w:w="5329" w:type="dxa"/>
            <w:vAlign w:val="center"/>
          </w:tcPr>
          <w:p w14:paraId="308766E3" w14:textId="77777777" w:rsidR="00E54E13" w:rsidRDefault="00000000">
            <w:pPr>
              <w:spacing w:before="30" w:after="30" w:line="234" w:lineRule="exact"/>
              <w:rPr>
                <w:rFonts w:hint="eastAsia"/>
              </w:rPr>
            </w:pPr>
            <w:r>
              <w:rPr>
                <w:sz w:val="18"/>
              </w:rPr>
              <w:t>Comportamenti e caratteristiche personali pertinenti</w:t>
            </w:r>
          </w:p>
        </w:tc>
        <w:tc>
          <w:tcPr>
            <w:tcW w:w="4422" w:type="dxa"/>
            <w:vAlign w:val="center"/>
          </w:tcPr>
          <w:p w14:paraId="5582E5EF" w14:textId="77777777" w:rsidR="00E54E13" w:rsidRDefault="00000000">
            <w:pPr>
              <w:spacing w:before="30" w:after="30" w:line="234" w:lineRule="exact"/>
              <w:rPr>
                <w:rFonts w:hint="eastAsia"/>
              </w:rPr>
            </w:pPr>
            <w:r>
              <w:rPr>
                <w:sz w:val="18"/>
              </w:rPr>
              <w:t>[compilare]</w:t>
            </w:r>
          </w:p>
        </w:tc>
      </w:tr>
      <w:tr w:rsidR="00E54E13" w14:paraId="5C086615" w14:textId="77777777">
        <w:trPr>
          <w:cantSplit/>
          <w:trHeight w:val="510"/>
          <w:jc w:val="center"/>
        </w:trPr>
        <w:tc>
          <w:tcPr>
            <w:tcW w:w="5329" w:type="dxa"/>
            <w:shd w:val="clear" w:color="auto" w:fill="F6F8FA"/>
            <w:vAlign w:val="center"/>
          </w:tcPr>
          <w:p w14:paraId="5A9FBF98" w14:textId="77777777" w:rsidR="00E54E13" w:rsidRDefault="00000000">
            <w:pPr>
              <w:spacing w:before="30" w:after="30" w:line="234" w:lineRule="exact"/>
              <w:rPr>
                <w:rFonts w:hint="eastAsia"/>
              </w:rPr>
            </w:pPr>
            <w:r>
              <w:rPr>
                <w:sz w:val="18"/>
              </w:rPr>
              <w:t>Limitazioni operative o requisiti da rivalutare</w:t>
            </w:r>
          </w:p>
        </w:tc>
        <w:tc>
          <w:tcPr>
            <w:tcW w:w="4422" w:type="dxa"/>
            <w:shd w:val="clear" w:color="auto" w:fill="F6F8FA"/>
            <w:vAlign w:val="center"/>
          </w:tcPr>
          <w:p w14:paraId="3D86160B" w14:textId="77777777" w:rsidR="00E54E13" w:rsidRDefault="00000000">
            <w:pPr>
              <w:spacing w:before="30" w:after="30" w:line="234" w:lineRule="exact"/>
              <w:rPr>
                <w:rFonts w:hint="eastAsia"/>
              </w:rPr>
            </w:pPr>
            <w:r>
              <w:rPr>
                <w:sz w:val="18"/>
              </w:rPr>
              <w:t>[compilare, senza diagnosi]</w:t>
            </w:r>
          </w:p>
        </w:tc>
      </w:tr>
    </w:tbl>
    <w:p w14:paraId="49411569" w14:textId="77777777" w:rsidR="00E54E13" w:rsidRDefault="00E54E13">
      <w:pPr>
        <w:spacing w:after="40" w:line="40" w:lineRule="exact"/>
        <w:rPr>
          <w:rFonts w:hint="eastAsia"/>
        </w:rPr>
      </w:pPr>
    </w:p>
    <w:p w14:paraId="60DF388E" w14:textId="77777777" w:rsidR="00E54E13" w:rsidRDefault="00000000">
      <w:pPr>
        <w:pStyle w:val="Titolo3"/>
      </w:pPr>
      <w:r>
        <w:t>Esito motivato del datore di lavoro</w:t>
      </w:r>
    </w:p>
    <w:p w14:paraId="6E899080" w14:textId="77777777" w:rsidR="00E54E13" w:rsidRDefault="00000000">
      <w:pPr>
        <w:rPr>
          <w:rFonts w:hint="eastAsia"/>
        </w:rPr>
      </w:pPr>
      <w:r>
        <w:t>[ ] Conferma per l’ambito esistente   [ ] Conferma con limitazioni</w:t>
      </w:r>
      <w:r>
        <w:br/>
        <w:t>[ ] Integrazione formativa/pratica prima dell’assegnazione</w:t>
      </w:r>
      <w:r>
        <w:br/>
        <w:t>[ ] Sospensione / revoca da formalizzare con A25</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E6700ED" w14:textId="77777777">
        <w:trPr>
          <w:cantSplit/>
          <w:trHeight w:val="386"/>
          <w:jc w:val="center"/>
        </w:trPr>
        <w:tc>
          <w:tcPr>
            <w:tcW w:w="2891" w:type="dxa"/>
            <w:shd w:val="clear" w:color="auto" w:fill="EDF3F9"/>
            <w:vAlign w:val="center"/>
          </w:tcPr>
          <w:p w14:paraId="2E797470" w14:textId="77777777" w:rsidR="00E54E13" w:rsidRDefault="00000000">
            <w:pPr>
              <w:spacing w:before="30" w:after="30" w:line="236" w:lineRule="exact"/>
              <w:rPr>
                <w:rFonts w:hint="eastAsia"/>
              </w:rPr>
            </w:pPr>
            <w:r>
              <w:rPr>
                <w:b/>
                <w:sz w:val="18"/>
              </w:rPr>
              <w:t>Motivazione / seguito</w:t>
            </w:r>
          </w:p>
        </w:tc>
        <w:tc>
          <w:tcPr>
            <w:tcW w:w="6860" w:type="dxa"/>
            <w:vAlign w:val="center"/>
          </w:tcPr>
          <w:p w14:paraId="0474C2EF" w14:textId="77777777" w:rsidR="00E54E13" w:rsidRDefault="00000000">
            <w:pPr>
              <w:spacing w:before="30" w:after="30" w:line="236" w:lineRule="exact"/>
              <w:rPr>
                <w:rFonts w:hint="eastAsia"/>
              </w:rPr>
            </w:pPr>
            <w:sdt>
              <w:sdtPr>
                <w:alias w:val="atti da aggiornare e azioni"/>
                <w:tag w:val="campo_352"/>
                <w:id w:val="100352"/>
                <w:text w:multiLine="1"/>
              </w:sdtPr>
              <w:sdtContent>
                <w:r>
                  <w:rPr>
                    <w:color w:val="007E87"/>
                    <w:sz w:val="19"/>
                  </w:rPr>
                  <w:t>[atti da aggiornare e azioni]</w:t>
                </w:r>
              </w:sdtContent>
            </w:sdt>
          </w:p>
        </w:tc>
      </w:tr>
      <w:tr w:rsidR="00E54E13" w14:paraId="3DC25234" w14:textId="77777777">
        <w:trPr>
          <w:cantSplit/>
          <w:trHeight w:val="386"/>
          <w:jc w:val="center"/>
        </w:trPr>
        <w:tc>
          <w:tcPr>
            <w:tcW w:w="2891" w:type="dxa"/>
            <w:shd w:val="clear" w:color="auto" w:fill="EDF3F9"/>
            <w:vAlign w:val="center"/>
          </w:tcPr>
          <w:p w14:paraId="209B3D1F" w14:textId="77777777" w:rsidR="00E54E13" w:rsidRDefault="00000000">
            <w:pPr>
              <w:spacing w:before="30" w:after="30" w:line="236" w:lineRule="exact"/>
              <w:rPr>
                <w:rFonts w:hint="eastAsia"/>
              </w:rPr>
            </w:pPr>
            <w:r>
              <w:rPr>
                <w:b/>
                <w:sz w:val="18"/>
              </w:rPr>
              <w:t>Prossimo controllo</w:t>
            </w:r>
          </w:p>
        </w:tc>
        <w:tc>
          <w:tcPr>
            <w:tcW w:w="6860" w:type="dxa"/>
            <w:shd w:val="clear" w:color="auto" w:fill="F6F8FA"/>
            <w:vAlign w:val="center"/>
          </w:tcPr>
          <w:p w14:paraId="7E848A80" w14:textId="77777777" w:rsidR="00E54E13" w:rsidRDefault="00000000">
            <w:pPr>
              <w:spacing w:before="30" w:after="30" w:line="236" w:lineRule="exact"/>
              <w:rPr>
                <w:rFonts w:hint="eastAsia"/>
              </w:rPr>
            </w:pPr>
            <w:sdt>
              <w:sdtPr>
                <w:alias w:val="data o evento che attiva il riesame"/>
                <w:tag w:val="campo_353"/>
                <w:id w:val="100353"/>
                <w:text w:multiLine="1"/>
              </w:sdtPr>
              <w:sdtContent>
                <w:r>
                  <w:rPr>
                    <w:color w:val="007E87"/>
                    <w:sz w:val="19"/>
                  </w:rPr>
                  <w:t>[data o evento che attiva il riesame]</w:t>
                </w:r>
              </w:sdtContent>
            </w:sdt>
          </w:p>
        </w:tc>
      </w:tr>
    </w:tbl>
    <w:p w14:paraId="62D8588D"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7A7AED24" w14:textId="77777777">
        <w:trPr>
          <w:tblHeader/>
          <w:jc w:val="center"/>
        </w:trPr>
        <w:tc>
          <w:tcPr>
            <w:tcW w:w="3250" w:type="dxa"/>
            <w:shd w:val="clear" w:color="auto" w:fill="12324B"/>
          </w:tcPr>
          <w:p w14:paraId="20C9F3E3"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7E9E1D0F"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12CDC13D" w14:textId="77777777" w:rsidR="00E54E13" w:rsidRDefault="00000000">
            <w:pPr>
              <w:spacing w:before="30" w:after="30" w:line="228" w:lineRule="exact"/>
              <w:rPr>
                <w:rFonts w:hint="eastAsia"/>
              </w:rPr>
            </w:pPr>
            <w:r>
              <w:rPr>
                <w:b/>
                <w:color w:val="FFFFFF"/>
                <w:sz w:val="17"/>
              </w:rPr>
              <w:t>Data</w:t>
            </w:r>
          </w:p>
        </w:tc>
      </w:tr>
      <w:tr w:rsidR="00E54E13" w14:paraId="0ABC4FA8" w14:textId="77777777">
        <w:trPr>
          <w:cantSplit/>
          <w:trHeight w:val="567"/>
          <w:jc w:val="center"/>
        </w:trPr>
        <w:tc>
          <w:tcPr>
            <w:tcW w:w="3250" w:type="dxa"/>
            <w:vAlign w:val="center"/>
          </w:tcPr>
          <w:p w14:paraId="58E86FD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8169AF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642C640" w14:textId="77777777" w:rsidR="00E54E13" w:rsidRDefault="00000000">
            <w:pPr>
              <w:spacing w:before="30" w:after="30" w:line="228" w:lineRule="exact"/>
              <w:rPr>
                <w:rFonts w:hint="eastAsia"/>
              </w:rPr>
            </w:pPr>
            <w:r>
              <w:rPr>
                <w:sz w:val="17"/>
              </w:rPr>
              <w:t>____ / ____ / ______</w:t>
            </w:r>
          </w:p>
        </w:tc>
      </w:tr>
    </w:tbl>
    <w:p w14:paraId="7548A1AA" w14:textId="77777777" w:rsidR="00E54E13" w:rsidRDefault="00E54E13">
      <w:pPr>
        <w:spacing w:after="40" w:line="40" w:lineRule="exact"/>
        <w:rPr>
          <w:rFonts w:hint="eastAsia"/>
        </w:rPr>
      </w:pPr>
    </w:p>
    <w:p w14:paraId="7E6EFB74" w14:textId="77777777" w:rsidR="00E54E13" w:rsidRDefault="00000000">
      <w:pPr>
        <w:pStyle w:val="Source"/>
        <w:rPr>
          <w:rFonts w:hint="eastAsia"/>
        </w:rPr>
      </w:pPr>
      <w:r>
        <w:t>Modello originale [AZ]. Base: INAIL 2026, pp. 2, 3 e 6. I campi vuoti non costituiscono una verifica positiva.</w:t>
      </w:r>
    </w:p>
    <w:p w14:paraId="02B1855C" w14:textId="77777777" w:rsidR="00E54E13" w:rsidRDefault="00000000">
      <w:pPr>
        <w:pStyle w:val="Eyebrow"/>
        <w:keepNext/>
        <w:pageBreakBefore/>
        <w:rPr>
          <w:rFonts w:hint="eastAsia"/>
        </w:rPr>
      </w:pPr>
      <w:r>
        <w:t>PARTE II  /  ALLEGATO OPERATIVO [AZ]</w:t>
      </w:r>
    </w:p>
    <w:p w14:paraId="6F55C368" w14:textId="77777777" w:rsidR="00E54E13" w:rsidRDefault="00000000">
      <w:pPr>
        <w:pStyle w:val="Titolo1"/>
      </w:pPr>
      <w:bookmarkStart w:id="66" w:name="B67_A25"/>
      <w:r>
        <w:t>A25  Limitazione, sospensione, revoca o riammissione</w:t>
      </w:r>
      <w:bookmarkEnd w:id="66"/>
    </w:p>
    <w:p w14:paraId="48365456" w14:textId="77777777" w:rsidR="00E54E13" w:rsidRDefault="00000000">
      <w:pPr>
        <w:pStyle w:val="FormHint"/>
        <w:rPr>
          <w:rFonts w:hint="eastAsia"/>
        </w:rPr>
      </w:pPr>
      <w:r>
        <w:t>Formalizzare la decisione per l’ambito interessato e aggiornare immediatamente le assegnazioni.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7BA9023" w14:textId="77777777">
        <w:trPr>
          <w:cantSplit/>
          <w:trHeight w:val="346"/>
          <w:jc w:val="center"/>
        </w:trPr>
        <w:tc>
          <w:tcPr>
            <w:tcW w:w="2891" w:type="dxa"/>
            <w:shd w:val="clear" w:color="auto" w:fill="EDF3F9"/>
            <w:vAlign w:val="center"/>
          </w:tcPr>
          <w:p w14:paraId="674E32D8" w14:textId="77777777" w:rsidR="00E54E13" w:rsidRDefault="00000000">
            <w:pPr>
              <w:spacing w:before="30" w:after="30" w:line="236" w:lineRule="exact"/>
              <w:rPr>
                <w:rFonts w:hint="eastAsia"/>
              </w:rPr>
            </w:pPr>
            <w:r>
              <w:rPr>
                <w:b/>
                <w:sz w:val="18"/>
              </w:rPr>
              <w:t>Azienda / unità</w:t>
            </w:r>
          </w:p>
        </w:tc>
        <w:tc>
          <w:tcPr>
            <w:tcW w:w="6860" w:type="dxa"/>
            <w:vAlign w:val="center"/>
          </w:tcPr>
          <w:p w14:paraId="3E016CE0" w14:textId="77777777" w:rsidR="00E54E13" w:rsidRDefault="00000000">
            <w:pPr>
              <w:spacing w:before="30" w:after="30" w:line="236" w:lineRule="exact"/>
              <w:rPr>
                <w:rFonts w:hint="eastAsia"/>
              </w:rPr>
            </w:pPr>
            <w:sdt>
              <w:sdtPr>
                <w:alias w:val="ragione sociale e sede"/>
                <w:tag w:val="campo_355"/>
                <w:id w:val="100355"/>
                <w:text w:multiLine="1"/>
              </w:sdtPr>
              <w:sdtContent>
                <w:r>
                  <w:rPr>
                    <w:color w:val="007E87"/>
                    <w:sz w:val="19"/>
                  </w:rPr>
                  <w:t>[ragione sociale e sede]</w:t>
                </w:r>
              </w:sdtContent>
            </w:sdt>
          </w:p>
        </w:tc>
      </w:tr>
      <w:tr w:rsidR="00E54E13" w14:paraId="4DF9F939" w14:textId="77777777">
        <w:trPr>
          <w:cantSplit/>
          <w:trHeight w:val="346"/>
          <w:jc w:val="center"/>
        </w:trPr>
        <w:tc>
          <w:tcPr>
            <w:tcW w:w="2891" w:type="dxa"/>
            <w:shd w:val="clear" w:color="auto" w:fill="EDF3F9"/>
            <w:vAlign w:val="center"/>
          </w:tcPr>
          <w:p w14:paraId="2B38627C"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D270BBC" w14:textId="77777777" w:rsidR="00E54E13" w:rsidRDefault="00000000">
            <w:pPr>
              <w:spacing w:before="30" w:after="30" w:line="236" w:lineRule="exact"/>
              <w:rPr>
                <w:rFonts w:hint="eastAsia"/>
              </w:rPr>
            </w:pPr>
            <w:sdt>
              <w:sdtPr>
                <w:alias w:val="codice, revisione e data"/>
                <w:tag w:val="campo_356"/>
                <w:id w:val="100356"/>
                <w:text w:multiLine="1"/>
              </w:sdtPr>
              <w:sdtContent>
                <w:r>
                  <w:rPr>
                    <w:color w:val="007E87"/>
                    <w:sz w:val="19"/>
                  </w:rPr>
                  <w:t>[codice, revisione e data]</w:t>
                </w:r>
              </w:sdtContent>
            </w:sdt>
          </w:p>
        </w:tc>
      </w:tr>
      <w:tr w:rsidR="00E54E13" w14:paraId="0385DD0C" w14:textId="77777777">
        <w:trPr>
          <w:cantSplit/>
          <w:trHeight w:val="346"/>
          <w:jc w:val="center"/>
        </w:trPr>
        <w:tc>
          <w:tcPr>
            <w:tcW w:w="2891" w:type="dxa"/>
            <w:shd w:val="clear" w:color="auto" w:fill="EDF3F9"/>
            <w:vAlign w:val="center"/>
          </w:tcPr>
          <w:p w14:paraId="09DAD5F4"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2B4EA7BE" w14:textId="77777777" w:rsidR="00E54E13" w:rsidRDefault="00000000">
            <w:pPr>
              <w:spacing w:before="30" w:after="30" w:line="236" w:lineRule="exact"/>
              <w:rPr>
                <w:rFonts w:hint="eastAsia"/>
              </w:rPr>
            </w:pPr>
            <w:sdt>
              <w:sdtPr>
                <w:alias w:val="nome, matricola e mansione"/>
                <w:tag w:val="campo_357"/>
                <w:id w:val="100357"/>
                <w:text w:multiLine="1"/>
              </w:sdtPr>
              <w:sdtContent>
                <w:r>
                  <w:rPr>
                    <w:color w:val="007E87"/>
                    <w:sz w:val="19"/>
                  </w:rPr>
                  <w:t>[nome, matricola e mansione]</w:t>
                </w:r>
              </w:sdtContent>
            </w:sdt>
          </w:p>
        </w:tc>
      </w:tr>
    </w:tbl>
    <w:p w14:paraId="417DD19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4CBFF80" w14:textId="77777777">
        <w:trPr>
          <w:cantSplit/>
          <w:trHeight w:val="386"/>
          <w:jc w:val="center"/>
        </w:trPr>
        <w:tc>
          <w:tcPr>
            <w:tcW w:w="2891" w:type="dxa"/>
            <w:shd w:val="clear" w:color="auto" w:fill="EDF3F9"/>
            <w:vAlign w:val="center"/>
          </w:tcPr>
          <w:p w14:paraId="12DEDC49" w14:textId="77777777" w:rsidR="00E54E13" w:rsidRDefault="00000000">
            <w:pPr>
              <w:spacing w:before="30" w:after="30" w:line="236" w:lineRule="exact"/>
              <w:rPr>
                <w:rFonts w:hint="eastAsia"/>
              </w:rPr>
            </w:pPr>
            <w:r>
              <w:rPr>
                <w:b/>
                <w:sz w:val="18"/>
              </w:rPr>
              <w:t>Atto / riconoscimento interessato</w:t>
            </w:r>
          </w:p>
        </w:tc>
        <w:tc>
          <w:tcPr>
            <w:tcW w:w="6860" w:type="dxa"/>
            <w:vAlign w:val="center"/>
          </w:tcPr>
          <w:p w14:paraId="0AB5A01C" w14:textId="77777777" w:rsidR="00E54E13" w:rsidRDefault="00000000">
            <w:pPr>
              <w:spacing w:before="30" w:after="30" w:line="236" w:lineRule="exact"/>
              <w:rPr>
                <w:rFonts w:hint="eastAsia"/>
              </w:rPr>
            </w:pPr>
            <w:sdt>
              <w:sdtPr>
                <w:alias w:val="qualifica, idoneità o autorizzazione e riferimento"/>
                <w:tag w:val="campo_358"/>
                <w:id w:val="100358"/>
                <w:text w:multiLine="1"/>
              </w:sdtPr>
              <w:sdtContent>
                <w:r>
                  <w:rPr>
                    <w:color w:val="007E87"/>
                    <w:sz w:val="19"/>
                  </w:rPr>
                  <w:t>[qualifica, idoneità o autorizzazione e riferimento]</w:t>
                </w:r>
              </w:sdtContent>
            </w:sdt>
          </w:p>
        </w:tc>
      </w:tr>
      <w:tr w:rsidR="00E54E13" w14:paraId="63F35737" w14:textId="77777777">
        <w:trPr>
          <w:cantSplit/>
          <w:trHeight w:val="386"/>
          <w:jc w:val="center"/>
        </w:trPr>
        <w:tc>
          <w:tcPr>
            <w:tcW w:w="2891" w:type="dxa"/>
            <w:shd w:val="clear" w:color="auto" w:fill="EDF3F9"/>
            <w:vAlign w:val="center"/>
          </w:tcPr>
          <w:p w14:paraId="5115CD95" w14:textId="77777777" w:rsidR="00E54E13" w:rsidRDefault="00000000">
            <w:pPr>
              <w:spacing w:before="30" w:after="30" w:line="236" w:lineRule="exact"/>
              <w:rPr>
                <w:rFonts w:hint="eastAsia"/>
              </w:rPr>
            </w:pPr>
            <w:r>
              <w:rPr>
                <w:b/>
                <w:sz w:val="18"/>
              </w:rPr>
              <w:t>Decisione</w:t>
            </w:r>
          </w:p>
        </w:tc>
        <w:tc>
          <w:tcPr>
            <w:tcW w:w="6860" w:type="dxa"/>
            <w:shd w:val="clear" w:color="auto" w:fill="F6F8FA"/>
            <w:vAlign w:val="center"/>
          </w:tcPr>
          <w:p w14:paraId="4C7C9F2D" w14:textId="77777777" w:rsidR="00E54E13" w:rsidRDefault="00000000">
            <w:pPr>
              <w:spacing w:before="30" w:after="30" w:line="236" w:lineRule="exact"/>
              <w:rPr>
                <w:rFonts w:hint="eastAsia"/>
              </w:rPr>
            </w:pPr>
            <w:sdt>
              <w:sdtPr>
                <w:alias w:val="limitazione / sospensione / revoca / riammissione"/>
                <w:tag w:val="campo_359"/>
                <w:id w:val="100359"/>
                <w:text w:multiLine="1"/>
              </w:sdtPr>
              <w:sdtContent>
                <w:r>
                  <w:rPr>
                    <w:color w:val="007E87"/>
                    <w:sz w:val="19"/>
                  </w:rPr>
                  <w:t>[limitazione / sospensione / revoca / riammissione]</w:t>
                </w:r>
              </w:sdtContent>
            </w:sdt>
          </w:p>
        </w:tc>
      </w:tr>
      <w:tr w:rsidR="00E54E13" w14:paraId="22EEE8CB" w14:textId="77777777">
        <w:trPr>
          <w:cantSplit/>
          <w:trHeight w:val="386"/>
          <w:jc w:val="center"/>
        </w:trPr>
        <w:tc>
          <w:tcPr>
            <w:tcW w:w="2891" w:type="dxa"/>
            <w:shd w:val="clear" w:color="auto" w:fill="EDF3F9"/>
            <w:vAlign w:val="center"/>
          </w:tcPr>
          <w:p w14:paraId="0965B8F8" w14:textId="77777777" w:rsidR="00E54E13" w:rsidRDefault="00000000">
            <w:pPr>
              <w:spacing w:before="30" w:after="30" w:line="236" w:lineRule="exact"/>
              <w:rPr>
                <w:rFonts w:hint="eastAsia"/>
              </w:rPr>
            </w:pPr>
            <w:r>
              <w:rPr>
                <w:b/>
                <w:sz w:val="18"/>
              </w:rPr>
              <w:t>Attività e limiti interessati</w:t>
            </w:r>
          </w:p>
        </w:tc>
        <w:tc>
          <w:tcPr>
            <w:tcW w:w="6860" w:type="dxa"/>
            <w:vAlign w:val="center"/>
          </w:tcPr>
          <w:p w14:paraId="1E75A95C" w14:textId="77777777" w:rsidR="00E54E13" w:rsidRDefault="00000000">
            <w:pPr>
              <w:spacing w:before="30" w:after="30" w:line="236" w:lineRule="exact"/>
              <w:rPr>
                <w:rFonts w:hint="eastAsia"/>
              </w:rPr>
            </w:pPr>
            <w:sdt>
              <w:sdtPr>
                <w:alias w:val="ambito esatto; eventuali attività ancora consentite"/>
                <w:tag w:val="campo_360"/>
                <w:id w:val="100360"/>
                <w:text w:multiLine="1"/>
              </w:sdtPr>
              <w:sdtContent>
                <w:r>
                  <w:rPr>
                    <w:color w:val="007E87"/>
                    <w:sz w:val="19"/>
                  </w:rPr>
                  <w:t>[ambito esatto; eventuali attività ancora consentite]</w:t>
                </w:r>
              </w:sdtContent>
            </w:sdt>
          </w:p>
        </w:tc>
      </w:tr>
      <w:tr w:rsidR="00E54E13" w14:paraId="4D5227BF" w14:textId="77777777">
        <w:trPr>
          <w:cantSplit/>
          <w:trHeight w:val="386"/>
          <w:jc w:val="center"/>
        </w:trPr>
        <w:tc>
          <w:tcPr>
            <w:tcW w:w="2891" w:type="dxa"/>
            <w:shd w:val="clear" w:color="auto" w:fill="EDF3F9"/>
            <w:vAlign w:val="center"/>
          </w:tcPr>
          <w:p w14:paraId="42657A54" w14:textId="77777777" w:rsidR="00E54E13" w:rsidRDefault="00000000">
            <w:pPr>
              <w:spacing w:before="30" w:after="30" w:line="236" w:lineRule="exact"/>
              <w:rPr>
                <w:rFonts w:hint="eastAsia"/>
              </w:rPr>
            </w:pPr>
            <w:r>
              <w:rPr>
                <w:b/>
                <w:sz w:val="18"/>
              </w:rPr>
              <w:t>Motivazione ed evidenze</w:t>
            </w:r>
          </w:p>
        </w:tc>
        <w:tc>
          <w:tcPr>
            <w:tcW w:w="6860" w:type="dxa"/>
            <w:shd w:val="clear" w:color="auto" w:fill="F6F8FA"/>
            <w:vAlign w:val="center"/>
          </w:tcPr>
          <w:p w14:paraId="4A12C667" w14:textId="77777777" w:rsidR="00E54E13" w:rsidRDefault="00000000">
            <w:pPr>
              <w:spacing w:before="30" w:after="30" w:line="236" w:lineRule="exact"/>
              <w:rPr>
                <w:rFonts w:hint="eastAsia"/>
              </w:rPr>
            </w:pPr>
            <w:sdt>
              <w:sdtPr>
                <w:alias w:val="fatti, verifiche e documenti, senza dati sanitari non necessari"/>
                <w:tag w:val="campo_361"/>
                <w:id w:val="100361"/>
                <w:text w:multiLine="1"/>
              </w:sdtPr>
              <w:sdtContent>
                <w:r>
                  <w:rPr>
                    <w:color w:val="007E87"/>
                    <w:sz w:val="19"/>
                  </w:rPr>
                  <w:t>[fatti, verifiche e documenti, senza dati sanitari non necessari]</w:t>
                </w:r>
              </w:sdtContent>
            </w:sdt>
          </w:p>
        </w:tc>
      </w:tr>
      <w:tr w:rsidR="00E54E13" w14:paraId="0CA505EC" w14:textId="77777777">
        <w:trPr>
          <w:cantSplit/>
          <w:trHeight w:val="386"/>
          <w:jc w:val="center"/>
        </w:trPr>
        <w:tc>
          <w:tcPr>
            <w:tcW w:w="2891" w:type="dxa"/>
            <w:shd w:val="clear" w:color="auto" w:fill="EDF3F9"/>
            <w:vAlign w:val="center"/>
          </w:tcPr>
          <w:p w14:paraId="63CBAB6B" w14:textId="77777777" w:rsidR="00E54E13" w:rsidRDefault="00000000">
            <w:pPr>
              <w:spacing w:before="30" w:after="30" w:line="236" w:lineRule="exact"/>
              <w:rPr>
                <w:rFonts w:hint="eastAsia"/>
              </w:rPr>
            </w:pPr>
            <w:r>
              <w:rPr>
                <w:b/>
                <w:sz w:val="18"/>
              </w:rPr>
              <w:t>Decorrenza</w:t>
            </w:r>
          </w:p>
        </w:tc>
        <w:tc>
          <w:tcPr>
            <w:tcW w:w="6860" w:type="dxa"/>
            <w:vAlign w:val="center"/>
          </w:tcPr>
          <w:p w14:paraId="177C0A54" w14:textId="77777777" w:rsidR="00E54E13" w:rsidRDefault="00000000">
            <w:pPr>
              <w:spacing w:before="30" w:after="30" w:line="236" w:lineRule="exact"/>
              <w:rPr>
                <w:rFonts w:hint="eastAsia"/>
              </w:rPr>
            </w:pPr>
            <w:sdt>
              <w:sdtPr>
                <w:alias w:val="data e ora di efficacia se rilevanti"/>
                <w:tag w:val="campo_362"/>
                <w:id w:val="100362"/>
                <w:text w:multiLine="1"/>
              </w:sdtPr>
              <w:sdtContent>
                <w:r>
                  <w:rPr>
                    <w:color w:val="007E87"/>
                    <w:sz w:val="19"/>
                  </w:rPr>
                  <w:t>[data e ora di efficacia se rilevanti]</w:t>
                </w:r>
              </w:sdtContent>
            </w:sdt>
          </w:p>
        </w:tc>
      </w:tr>
    </w:tbl>
    <w:p w14:paraId="31E0D433" w14:textId="77777777" w:rsidR="00E54E13" w:rsidRDefault="00E54E13">
      <w:pPr>
        <w:spacing w:after="40" w:line="40" w:lineRule="exact"/>
        <w:rPr>
          <w:rFonts w:hint="eastAsia"/>
        </w:rPr>
      </w:pPr>
    </w:p>
    <w:p w14:paraId="19397B7A" w14:textId="77777777" w:rsidR="00E54E13" w:rsidRDefault="00000000">
      <w:pPr>
        <w:pStyle w:val="Titolo3"/>
      </w:pPr>
      <w:r>
        <w:t>Condizioni da soddisfare e percorso per una nuova valutazione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9751"/>
      </w:tblGrid>
      <w:tr w:rsidR="00E54E13" w14:paraId="120F40BE" w14:textId="77777777">
        <w:trPr>
          <w:cantSplit/>
          <w:trHeight w:val="986"/>
          <w:jc w:val="center"/>
        </w:trPr>
        <w:tc>
          <w:tcPr>
            <w:tcW w:w="9751" w:type="dxa"/>
            <w:vAlign w:val="center"/>
          </w:tcPr>
          <w:p w14:paraId="4D42ADB8" w14:textId="77777777" w:rsidR="00E54E13" w:rsidRDefault="00000000">
            <w:pPr>
              <w:spacing w:before="30" w:after="30" w:line="234" w:lineRule="exact"/>
              <w:rPr>
                <w:rFonts w:hint="eastAsia"/>
              </w:rPr>
            </w:pPr>
            <w:sdt>
              <w:sdtPr>
                <w:alias w:val="compilare o richiamare un allegato identificato"/>
                <w:tag w:val="campo_363"/>
                <w:id w:val="100363"/>
                <w:text w:multiLine="1"/>
              </w:sdtPr>
              <w:sdtContent>
                <w:r>
                  <w:rPr>
                    <w:color w:val="007E87"/>
                    <w:sz w:val="19"/>
                  </w:rPr>
                  <w:t>[compilare o richiamare un allegato identificato]</w:t>
                </w:r>
              </w:sdtContent>
            </w:sdt>
          </w:p>
        </w:tc>
      </w:tr>
    </w:tbl>
    <w:p w14:paraId="6E3364C7"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43C0F516" w14:textId="77777777">
        <w:trPr>
          <w:cantSplit/>
          <w:trHeight w:val="386"/>
          <w:jc w:val="center"/>
        </w:trPr>
        <w:tc>
          <w:tcPr>
            <w:tcW w:w="2891" w:type="dxa"/>
            <w:shd w:val="clear" w:color="auto" w:fill="EDF3F9"/>
            <w:vAlign w:val="center"/>
          </w:tcPr>
          <w:p w14:paraId="44AE297E" w14:textId="77777777" w:rsidR="00E54E13" w:rsidRDefault="00000000">
            <w:pPr>
              <w:spacing w:before="30" w:after="30" w:line="236" w:lineRule="exact"/>
              <w:rPr>
                <w:rFonts w:hint="eastAsia"/>
              </w:rPr>
            </w:pPr>
            <w:r>
              <w:rPr>
                <w:b/>
                <w:sz w:val="18"/>
              </w:rPr>
              <w:t>Responsabili e termine</w:t>
            </w:r>
          </w:p>
        </w:tc>
        <w:tc>
          <w:tcPr>
            <w:tcW w:w="6860" w:type="dxa"/>
            <w:vAlign w:val="center"/>
          </w:tcPr>
          <w:p w14:paraId="687AA2B5" w14:textId="77777777" w:rsidR="00E54E13" w:rsidRDefault="00000000">
            <w:pPr>
              <w:spacing w:before="30" w:after="30" w:line="236" w:lineRule="exact"/>
              <w:rPr>
                <w:rFonts w:hint="eastAsia"/>
              </w:rPr>
            </w:pPr>
            <w:sdt>
              <w:sdtPr>
                <w:alias w:val="azioni, tutor/formatore e data di verifica"/>
                <w:tag w:val="campo_364"/>
                <w:id w:val="100364"/>
                <w:text w:multiLine="1"/>
              </w:sdtPr>
              <w:sdtContent>
                <w:r>
                  <w:rPr>
                    <w:color w:val="007E87"/>
                    <w:sz w:val="19"/>
                  </w:rPr>
                  <w:t>[azioni, tutor/formatore e data di verifica]</w:t>
                </w:r>
              </w:sdtContent>
            </w:sdt>
          </w:p>
        </w:tc>
      </w:tr>
      <w:tr w:rsidR="00E54E13" w14:paraId="16C82835" w14:textId="77777777">
        <w:trPr>
          <w:cantSplit/>
          <w:trHeight w:val="386"/>
          <w:jc w:val="center"/>
        </w:trPr>
        <w:tc>
          <w:tcPr>
            <w:tcW w:w="2891" w:type="dxa"/>
            <w:shd w:val="clear" w:color="auto" w:fill="EDF3F9"/>
            <w:vAlign w:val="center"/>
          </w:tcPr>
          <w:p w14:paraId="5C872615" w14:textId="77777777" w:rsidR="00E54E13" w:rsidRDefault="00000000">
            <w:pPr>
              <w:spacing w:before="30" w:after="30" w:line="236" w:lineRule="exact"/>
              <w:rPr>
                <w:rFonts w:hint="eastAsia"/>
              </w:rPr>
            </w:pPr>
            <w:r>
              <w:rPr>
                <w:b/>
                <w:sz w:val="18"/>
              </w:rPr>
              <w:t>Riammissione, se applicabile</w:t>
            </w:r>
          </w:p>
        </w:tc>
        <w:tc>
          <w:tcPr>
            <w:tcW w:w="6860" w:type="dxa"/>
            <w:shd w:val="clear" w:color="auto" w:fill="F6F8FA"/>
            <w:vAlign w:val="center"/>
          </w:tcPr>
          <w:p w14:paraId="47CCCC58" w14:textId="77777777" w:rsidR="00E54E13" w:rsidRDefault="00000000">
            <w:pPr>
              <w:spacing w:before="30" w:after="30" w:line="236" w:lineRule="exact"/>
              <w:rPr>
                <w:rFonts w:hint="eastAsia"/>
              </w:rPr>
            </w:pPr>
            <w:sdt>
              <w:sdtPr>
                <w:alias w:val="evidenze esaminate e nuovi atti necessari"/>
                <w:tag w:val="campo_365"/>
                <w:id w:val="100365"/>
                <w:text w:multiLine="1"/>
              </w:sdtPr>
              <w:sdtContent>
                <w:r>
                  <w:rPr>
                    <w:color w:val="007E87"/>
                    <w:sz w:val="19"/>
                  </w:rPr>
                  <w:t>[evidenze esaminate e nuovi atti necessari]</w:t>
                </w:r>
              </w:sdtContent>
            </w:sdt>
          </w:p>
        </w:tc>
      </w:tr>
      <w:tr w:rsidR="00E54E13" w14:paraId="6CC6B721" w14:textId="77777777">
        <w:trPr>
          <w:cantSplit/>
          <w:trHeight w:val="386"/>
          <w:jc w:val="center"/>
        </w:trPr>
        <w:tc>
          <w:tcPr>
            <w:tcW w:w="2891" w:type="dxa"/>
            <w:shd w:val="clear" w:color="auto" w:fill="EDF3F9"/>
            <w:vAlign w:val="center"/>
          </w:tcPr>
          <w:p w14:paraId="17BB43BC" w14:textId="77777777" w:rsidR="00E54E13" w:rsidRDefault="00000000">
            <w:pPr>
              <w:spacing w:before="30" w:after="30" w:line="236" w:lineRule="exact"/>
              <w:rPr>
                <w:rFonts w:hint="eastAsia"/>
              </w:rPr>
            </w:pPr>
            <w:r>
              <w:rPr>
                <w:b/>
                <w:sz w:val="18"/>
              </w:rPr>
              <w:t>Comunicazioni effettuate</w:t>
            </w:r>
          </w:p>
        </w:tc>
        <w:tc>
          <w:tcPr>
            <w:tcW w:w="6860" w:type="dxa"/>
            <w:vAlign w:val="center"/>
          </w:tcPr>
          <w:p w14:paraId="06224BE8" w14:textId="77777777" w:rsidR="00E54E13" w:rsidRDefault="00000000">
            <w:pPr>
              <w:spacing w:before="30" w:after="30" w:line="236" w:lineRule="exact"/>
              <w:rPr>
                <w:rFonts w:hint="eastAsia"/>
              </w:rPr>
            </w:pPr>
            <w:sdt>
              <w:sdtPr>
                <w:alias w:val="lavoratore, GL, RLE e altre funzioni interessate"/>
                <w:tag w:val="campo_366"/>
                <w:id w:val="100366"/>
                <w:text w:multiLine="1"/>
              </w:sdtPr>
              <w:sdtContent>
                <w:r>
                  <w:rPr>
                    <w:color w:val="007E87"/>
                    <w:sz w:val="19"/>
                  </w:rPr>
                  <w:t>[lavoratore, GL, RLE e altre funzioni interessate]</w:t>
                </w:r>
              </w:sdtContent>
            </w:sdt>
          </w:p>
        </w:tc>
      </w:tr>
      <w:tr w:rsidR="00E54E13" w14:paraId="7F3CCE45" w14:textId="77777777">
        <w:trPr>
          <w:cantSplit/>
          <w:trHeight w:val="386"/>
          <w:jc w:val="center"/>
        </w:trPr>
        <w:tc>
          <w:tcPr>
            <w:tcW w:w="2891" w:type="dxa"/>
            <w:shd w:val="clear" w:color="auto" w:fill="EDF3F9"/>
            <w:vAlign w:val="center"/>
          </w:tcPr>
          <w:p w14:paraId="1E6C6181" w14:textId="77777777" w:rsidR="00E54E13" w:rsidRDefault="00000000">
            <w:pPr>
              <w:spacing w:before="30" w:after="30" w:line="236" w:lineRule="exact"/>
              <w:rPr>
                <w:rFonts w:hint="eastAsia"/>
              </w:rPr>
            </w:pPr>
            <w:r>
              <w:rPr>
                <w:b/>
                <w:sz w:val="18"/>
              </w:rPr>
              <w:t>Registro aggiornato</w:t>
            </w:r>
          </w:p>
        </w:tc>
        <w:tc>
          <w:tcPr>
            <w:tcW w:w="6860" w:type="dxa"/>
            <w:shd w:val="clear" w:color="auto" w:fill="F6F8FA"/>
            <w:vAlign w:val="center"/>
          </w:tcPr>
          <w:p w14:paraId="3EE556B9" w14:textId="77777777" w:rsidR="00E54E13" w:rsidRDefault="00000000">
            <w:pPr>
              <w:spacing w:before="30" w:after="30" w:line="236" w:lineRule="exact"/>
              <w:rPr>
                <w:rFonts w:hint="eastAsia"/>
              </w:rPr>
            </w:pPr>
            <w:sdt>
              <w:sdtPr>
                <w:alias w:val="A11, data e responsabile"/>
                <w:tag w:val="campo_367"/>
                <w:id w:val="100367"/>
                <w:text w:multiLine="1"/>
              </w:sdtPr>
              <w:sdtContent>
                <w:r>
                  <w:rPr>
                    <w:color w:val="007E87"/>
                    <w:sz w:val="19"/>
                  </w:rPr>
                  <w:t>[A11, data e responsabile]</w:t>
                </w:r>
              </w:sdtContent>
            </w:sdt>
          </w:p>
        </w:tc>
      </w:tr>
    </w:tbl>
    <w:p w14:paraId="5AC22FD1" w14:textId="77777777" w:rsidR="00E54E13" w:rsidRDefault="00E54E13">
      <w:pPr>
        <w:spacing w:after="40" w:line="40" w:lineRule="exact"/>
        <w:rPr>
          <w:rFonts w:hint="eastAsia"/>
        </w:rPr>
      </w:pPr>
    </w:p>
    <w:p w14:paraId="66B13D6A" w14:textId="77777777" w:rsidR="00E54E13" w:rsidRDefault="00000000">
      <w:pPr>
        <w:pStyle w:val="FormHint"/>
        <w:rPr>
          <w:rFonts w:hint="eastAsia"/>
        </w:rPr>
      </w:pPr>
      <w:r>
        <w:t>Il datore di lavoro dispone l’esito indicato. La riammissione non deriva automaticamente dalla frequenza di un recupero o dal decorso del tempo: occorre la verifica delle condizioni e la formalizzazione dei riconoscimenti necessari.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6A7A4412" w14:textId="77777777">
        <w:trPr>
          <w:tblHeader/>
          <w:jc w:val="center"/>
        </w:trPr>
        <w:tc>
          <w:tcPr>
            <w:tcW w:w="3250" w:type="dxa"/>
            <w:shd w:val="clear" w:color="auto" w:fill="12324B"/>
          </w:tcPr>
          <w:p w14:paraId="388DF934"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399E16BC" w14:textId="77777777" w:rsidR="00E54E13" w:rsidRDefault="00000000">
            <w:pPr>
              <w:spacing w:before="30" w:after="30" w:line="228" w:lineRule="exact"/>
              <w:rPr>
                <w:rFonts w:hint="eastAsia"/>
              </w:rPr>
            </w:pPr>
            <w:r>
              <w:rPr>
                <w:b/>
                <w:color w:val="FFFFFF"/>
                <w:sz w:val="17"/>
              </w:rPr>
              <w:t>Lavoratore per ricezione</w:t>
            </w:r>
          </w:p>
        </w:tc>
        <w:tc>
          <w:tcPr>
            <w:tcW w:w="3250" w:type="dxa"/>
            <w:shd w:val="clear" w:color="auto" w:fill="12324B"/>
          </w:tcPr>
          <w:p w14:paraId="00DAF1C8" w14:textId="77777777" w:rsidR="00E54E13" w:rsidRDefault="00000000">
            <w:pPr>
              <w:spacing w:before="30" w:after="30" w:line="228" w:lineRule="exact"/>
              <w:rPr>
                <w:rFonts w:hint="eastAsia"/>
              </w:rPr>
            </w:pPr>
            <w:r>
              <w:rPr>
                <w:b/>
                <w:color w:val="FFFFFF"/>
                <w:sz w:val="17"/>
              </w:rPr>
              <w:t>Data</w:t>
            </w:r>
          </w:p>
        </w:tc>
      </w:tr>
      <w:tr w:rsidR="00E54E13" w14:paraId="5029BE9A" w14:textId="77777777">
        <w:trPr>
          <w:cantSplit/>
          <w:trHeight w:val="567"/>
          <w:jc w:val="center"/>
        </w:trPr>
        <w:tc>
          <w:tcPr>
            <w:tcW w:w="3250" w:type="dxa"/>
            <w:vAlign w:val="center"/>
          </w:tcPr>
          <w:p w14:paraId="6F924C2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A7FF212"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9767314" w14:textId="77777777" w:rsidR="00E54E13" w:rsidRDefault="00000000">
            <w:pPr>
              <w:spacing w:before="30" w:after="30" w:line="228" w:lineRule="exact"/>
              <w:rPr>
                <w:rFonts w:hint="eastAsia"/>
              </w:rPr>
            </w:pPr>
            <w:r>
              <w:rPr>
                <w:sz w:val="17"/>
              </w:rPr>
              <w:t>____ / ____ / ______</w:t>
            </w:r>
          </w:p>
        </w:tc>
      </w:tr>
    </w:tbl>
    <w:p w14:paraId="6C81E8FE" w14:textId="77777777" w:rsidR="00E54E13" w:rsidRDefault="00E54E13">
      <w:pPr>
        <w:spacing w:after="40" w:line="40" w:lineRule="exact"/>
        <w:rPr>
          <w:rFonts w:hint="eastAsia"/>
        </w:rPr>
      </w:pPr>
    </w:p>
    <w:p w14:paraId="4ED44A50" w14:textId="77777777" w:rsidR="00E54E13" w:rsidRDefault="00000000">
      <w:pPr>
        <w:pStyle w:val="Source"/>
        <w:rPr>
          <w:rFonts w:hint="eastAsia"/>
        </w:rPr>
      </w:pPr>
      <w:r>
        <w:t>Modello originale [AZ]. Base: INAIL 2026, pp. 2 e 6. I campi vuoti non costituiscono una verifica positiva.</w:t>
      </w:r>
    </w:p>
    <w:p w14:paraId="4133CA96" w14:textId="77777777" w:rsidR="00E54E13" w:rsidRDefault="00000000">
      <w:pPr>
        <w:pStyle w:val="Eyebrow"/>
        <w:keepNext/>
        <w:pageBreakBefore/>
        <w:rPr>
          <w:rFonts w:hint="eastAsia"/>
        </w:rPr>
      </w:pPr>
      <w:r>
        <w:t>PARTE II  /  ALLEGATO OPERATIVO [AZ]</w:t>
      </w:r>
    </w:p>
    <w:p w14:paraId="7AEFA911" w14:textId="77777777" w:rsidR="00E54E13" w:rsidRDefault="00000000">
      <w:pPr>
        <w:pStyle w:val="Titolo1"/>
      </w:pPr>
      <w:bookmarkStart w:id="67" w:name="B68_A26"/>
      <w:r>
        <w:t>A26  Audit del sistema: persone e competenze</w:t>
      </w:r>
      <w:bookmarkEnd w:id="67"/>
    </w:p>
    <w:p w14:paraId="5735E371" w14:textId="77777777" w:rsidR="00E54E13" w:rsidRDefault="00000000">
      <w:pPr>
        <w:pStyle w:val="FormHint"/>
        <w:rPr>
          <w:rFonts w:hint="eastAsia"/>
        </w:rPr>
      </w:pPr>
      <w:r>
        <w:t>Scheda 1 di 2. Checklist aziendale; evidenziare carenze, documenti esaminati e necessità di sospendere attività.</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695DEAC" w14:textId="77777777">
        <w:trPr>
          <w:cantSplit/>
          <w:trHeight w:val="346"/>
          <w:jc w:val="center"/>
        </w:trPr>
        <w:tc>
          <w:tcPr>
            <w:tcW w:w="2891" w:type="dxa"/>
            <w:shd w:val="clear" w:color="auto" w:fill="EDF3F9"/>
            <w:vAlign w:val="center"/>
          </w:tcPr>
          <w:p w14:paraId="4963400A" w14:textId="77777777" w:rsidR="00E54E13" w:rsidRDefault="00000000">
            <w:pPr>
              <w:spacing w:before="30" w:after="30" w:line="236" w:lineRule="exact"/>
              <w:rPr>
                <w:rFonts w:hint="eastAsia"/>
              </w:rPr>
            </w:pPr>
            <w:r>
              <w:rPr>
                <w:b/>
                <w:sz w:val="18"/>
              </w:rPr>
              <w:t>Azienda / unità</w:t>
            </w:r>
          </w:p>
        </w:tc>
        <w:tc>
          <w:tcPr>
            <w:tcW w:w="6860" w:type="dxa"/>
            <w:vAlign w:val="center"/>
          </w:tcPr>
          <w:p w14:paraId="7F9C9F3D" w14:textId="77777777" w:rsidR="00E54E13" w:rsidRDefault="00000000">
            <w:pPr>
              <w:spacing w:before="30" w:after="30" w:line="236" w:lineRule="exact"/>
              <w:rPr>
                <w:rFonts w:hint="eastAsia"/>
              </w:rPr>
            </w:pPr>
            <w:sdt>
              <w:sdtPr>
                <w:alias w:val="ragione sociale e sede"/>
                <w:tag w:val="campo_369"/>
                <w:id w:val="100369"/>
                <w:text w:multiLine="1"/>
              </w:sdtPr>
              <w:sdtContent>
                <w:r>
                  <w:rPr>
                    <w:color w:val="007E87"/>
                    <w:sz w:val="19"/>
                  </w:rPr>
                  <w:t>[ragione sociale e sede]</w:t>
                </w:r>
              </w:sdtContent>
            </w:sdt>
          </w:p>
        </w:tc>
      </w:tr>
      <w:tr w:rsidR="00E54E13" w14:paraId="01347ACA" w14:textId="77777777">
        <w:trPr>
          <w:cantSplit/>
          <w:trHeight w:val="346"/>
          <w:jc w:val="center"/>
        </w:trPr>
        <w:tc>
          <w:tcPr>
            <w:tcW w:w="2891" w:type="dxa"/>
            <w:shd w:val="clear" w:color="auto" w:fill="EDF3F9"/>
            <w:vAlign w:val="center"/>
          </w:tcPr>
          <w:p w14:paraId="2E8C3B89"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4D4C272" w14:textId="77777777" w:rsidR="00E54E13" w:rsidRDefault="00000000">
            <w:pPr>
              <w:spacing w:before="30" w:after="30" w:line="236" w:lineRule="exact"/>
              <w:rPr>
                <w:rFonts w:hint="eastAsia"/>
              </w:rPr>
            </w:pPr>
            <w:sdt>
              <w:sdtPr>
                <w:alias w:val="codice, revisione e data"/>
                <w:tag w:val="campo_370"/>
                <w:id w:val="100370"/>
                <w:text w:multiLine="1"/>
              </w:sdtPr>
              <w:sdtContent>
                <w:r>
                  <w:rPr>
                    <w:color w:val="007E87"/>
                    <w:sz w:val="19"/>
                  </w:rPr>
                  <w:t>[codice, revisione e data]</w:t>
                </w:r>
              </w:sdtContent>
            </w:sdt>
          </w:p>
        </w:tc>
      </w:tr>
    </w:tbl>
    <w:p w14:paraId="5557560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3D40C53" w14:textId="77777777">
        <w:trPr>
          <w:cantSplit/>
          <w:trHeight w:val="386"/>
          <w:jc w:val="center"/>
        </w:trPr>
        <w:tc>
          <w:tcPr>
            <w:tcW w:w="2891" w:type="dxa"/>
            <w:shd w:val="clear" w:color="auto" w:fill="EDF3F9"/>
            <w:vAlign w:val="center"/>
          </w:tcPr>
          <w:p w14:paraId="128BF854" w14:textId="77777777" w:rsidR="00E54E13" w:rsidRDefault="00000000">
            <w:pPr>
              <w:spacing w:before="30" w:after="30" w:line="236" w:lineRule="exact"/>
              <w:rPr>
                <w:rFonts w:hint="eastAsia"/>
              </w:rPr>
            </w:pPr>
            <w:r>
              <w:rPr>
                <w:b/>
                <w:sz w:val="18"/>
              </w:rPr>
              <w:t>Audit e campione</w:t>
            </w:r>
          </w:p>
        </w:tc>
        <w:tc>
          <w:tcPr>
            <w:tcW w:w="6860" w:type="dxa"/>
            <w:vAlign w:val="center"/>
          </w:tcPr>
          <w:p w14:paraId="1EC26CC9" w14:textId="77777777" w:rsidR="00E54E13" w:rsidRDefault="00000000">
            <w:pPr>
              <w:spacing w:before="30" w:after="30" w:line="236" w:lineRule="exact"/>
              <w:rPr>
                <w:rFonts w:hint="eastAsia"/>
              </w:rPr>
            </w:pPr>
            <w:sdt>
              <w:sdtPr>
                <w:alias w:val="periodo, auditor, persone e attività campionate"/>
                <w:tag w:val="campo_371"/>
                <w:id w:val="100371"/>
                <w:text w:multiLine="1"/>
              </w:sdtPr>
              <w:sdtContent>
                <w:r>
                  <w:rPr>
                    <w:color w:val="007E87"/>
                    <w:sz w:val="19"/>
                  </w:rPr>
                  <w:t>[periodo, auditor, persone e attività campionate]</w:t>
                </w:r>
              </w:sdtContent>
            </w:sdt>
          </w:p>
        </w:tc>
      </w:tr>
    </w:tbl>
    <w:p w14:paraId="18E99390"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406"/>
        <w:gridCol w:w="3345"/>
      </w:tblGrid>
      <w:tr w:rsidR="00E54E13" w14:paraId="6970D7AE" w14:textId="77777777">
        <w:trPr>
          <w:tblHeader/>
          <w:jc w:val="center"/>
        </w:trPr>
        <w:tc>
          <w:tcPr>
            <w:tcW w:w="6406" w:type="dxa"/>
            <w:shd w:val="clear" w:color="auto" w:fill="12324B"/>
          </w:tcPr>
          <w:p w14:paraId="53CEB2C2" w14:textId="77777777" w:rsidR="00E54E13" w:rsidRDefault="00000000">
            <w:pPr>
              <w:spacing w:before="30" w:after="30" w:line="228" w:lineRule="exact"/>
              <w:rPr>
                <w:rFonts w:hint="eastAsia"/>
              </w:rPr>
            </w:pPr>
            <w:r>
              <w:rPr>
                <w:b/>
                <w:color w:val="FFFFFF"/>
                <w:sz w:val="17"/>
              </w:rPr>
              <w:t>Punto di controllo</w:t>
            </w:r>
          </w:p>
        </w:tc>
        <w:tc>
          <w:tcPr>
            <w:tcW w:w="3345" w:type="dxa"/>
            <w:shd w:val="clear" w:color="auto" w:fill="12324B"/>
          </w:tcPr>
          <w:p w14:paraId="3BACA633" w14:textId="77777777" w:rsidR="00E54E13" w:rsidRDefault="00000000">
            <w:pPr>
              <w:spacing w:before="30" w:after="30" w:line="228" w:lineRule="exact"/>
              <w:rPr>
                <w:rFonts w:hint="eastAsia"/>
              </w:rPr>
            </w:pPr>
            <w:r>
              <w:rPr>
                <w:b/>
                <w:color w:val="FFFFFF"/>
                <w:sz w:val="17"/>
              </w:rPr>
              <w:t>Esito e riferimento</w:t>
            </w:r>
          </w:p>
        </w:tc>
      </w:tr>
      <w:tr w:rsidR="00E54E13" w14:paraId="5087F80E" w14:textId="77777777">
        <w:trPr>
          <w:cantSplit/>
          <w:jc w:val="center"/>
        </w:trPr>
        <w:tc>
          <w:tcPr>
            <w:tcW w:w="6406" w:type="dxa"/>
            <w:vAlign w:val="center"/>
          </w:tcPr>
          <w:p w14:paraId="290F104B" w14:textId="77777777" w:rsidR="00E54E13" w:rsidRDefault="00000000">
            <w:pPr>
              <w:spacing w:before="30" w:after="30" w:line="228" w:lineRule="exact"/>
              <w:rPr>
                <w:rFonts w:hint="eastAsia"/>
              </w:rPr>
            </w:pPr>
            <w:r>
              <w:rPr>
                <w:sz w:val="17"/>
              </w:rPr>
              <w:t>Attività e impianti censiti; perimetro della procedura definito</w:t>
            </w:r>
          </w:p>
        </w:tc>
        <w:tc>
          <w:tcPr>
            <w:tcW w:w="3345" w:type="dxa"/>
            <w:vAlign w:val="center"/>
          </w:tcPr>
          <w:p w14:paraId="41F0DE2B"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BF6B4BF" w14:textId="77777777">
        <w:trPr>
          <w:cantSplit/>
          <w:jc w:val="center"/>
        </w:trPr>
        <w:tc>
          <w:tcPr>
            <w:tcW w:w="6406" w:type="dxa"/>
            <w:shd w:val="clear" w:color="auto" w:fill="F6F8FA"/>
            <w:vAlign w:val="center"/>
          </w:tcPr>
          <w:p w14:paraId="0B440229" w14:textId="77777777" w:rsidR="00E54E13" w:rsidRDefault="00000000">
            <w:pPr>
              <w:spacing w:before="30" w:after="30" w:line="228" w:lineRule="exact"/>
              <w:rPr>
                <w:rFonts w:hint="eastAsia"/>
              </w:rPr>
            </w:pPr>
            <w:r>
              <w:rPr>
                <w:sz w:val="17"/>
              </w:rPr>
              <w:t>Corrispondenza tra lavori assegnati e competenze</w:t>
            </w:r>
          </w:p>
        </w:tc>
        <w:tc>
          <w:tcPr>
            <w:tcW w:w="3345" w:type="dxa"/>
            <w:shd w:val="clear" w:color="auto" w:fill="F6F8FA"/>
            <w:vAlign w:val="center"/>
          </w:tcPr>
          <w:p w14:paraId="4B13A6E6"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6B98A5C" w14:textId="77777777">
        <w:trPr>
          <w:cantSplit/>
          <w:jc w:val="center"/>
        </w:trPr>
        <w:tc>
          <w:tcPr>
            <w:tcW w:w="6406" w:type="dxa"/>
            <w:vAlign w:val="center"/>
          </w:tcPr>
          <w:p w14:paraId="5280F281" w14:textId="77777777" w:rsidR="00E54E13" w:rsidRDefault="00000000">
            <w:pPr>
              <w:spacing w:before="30" w:after="30" w:line="228" w:lineRule="exact"/>
              <w:rPr>
                <w:rFonts w:hint="eastAsia"/>
              </w:rPr>
            </w:pPr>
            <w:r>
              <w:rPr>
                <w:sz w:val="17"/>
              </w:rPr>
              <w:t>Evidenze di istruzione, esperienza e caratteristiche personali</w:t>
            </w:r>
          </w:p>
        </w:tc>
        <w:tc>
          <w:tcPr>
            <w:tcW w:w="3345" w:type="dxa"/>
            <w:vAlign w:val="center"/>
          </w:tcPr>
          <w:p w14:paraId="37E42704"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9FD9521" w14:textId="77777777">
        <w:trPr>
          <w:cantSplit/>
          <w:jc w:val="center"/>
        </w:trPr>
        <w:tc>
          <w:tcPr>
            <w:tcW w:w="6406" w:type="dxa"/>
            <w:shd w:val="clear" w:color="auto" w:fill="F6F8FA"/>
            <w:vAlign w:val="center"/>
          </w:tcPr>
          <w:p w14:paraId="56FDD751" w14:textId="77777777" w:rsidR="00E54E13" w:rsidRDefault="00000000">
            <w:pPr>
              <w:spacing w:before="30" w:after="30" w:line="228" w:lineRule="exact"/>
              <w:rPr>
                <w:rFonts w:hint="eastAsia"/>
              </w:rPr>
            </w:pPr>
            <w:r>
              <w:rPr>
                <w:sz w:val="17"/>
              </w:rPr>
              <w:t>Formazione teorica con modalità coerenti e risultati documentati</w:t>
            </w:r>
          </w:p>
        </w:tc>
        <w:tc>
          <w:tcPr>
            <w:tcW w:w="3345" w:type="dxa"/>
            <w:shd w:val="clear" w:color="auto" w:fill="F6F8FA"/>
            <w:vAlign w:val="center"/>
          </w:tcPr>
          <w:p w14:paraId="633A2DD8"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01F7C47D" w14:textId="77777777">
        <w:trPr>
          <w:cantSplit/>
          <w:jc w:val="center"/>
        </w:trPr>
        <w:tc>
          <w:tcPr>
            <w:tcW w:w="6406" w:type="dxa"/>
            <w:vAlign w:val="center"/>
          </w:tcPr>
          <w:p w14:paraId="204EEEC7" w14:textId="77777777" w:rsidR="00E54E13" w:rsidRDefault="00000000">
            <w:pPr>
              <w:spacing w:before="30" w:after="30" w:line="228" w:lineRule="exact"/>
              <w:rPr>
                <w:rFonts w:hint="eastAsia"/>
              </w:rPr>
            </w:pPr>
            <w:r>
              <w:rPr>
                <w:sz w:val="17"/>
              </w:rPr>
              <w:t>Capacità pratiche pertinenti e addestramenti documentati</w:t>
            </w:r>
          </w:p>
        </w:tc>
        <w:tc>
          <w:tcPr>
            <w:tcW w:w="3345" w:type="dxa"/>
            <w:vAlign w:val="center"/>
          </w:tcPr>
          <w:p w14:paraId="0F2B0F54"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62D3C7D7" w14:textId="77777777">
        <w:trPr>
          <w:cantSplit/>
          <w:jc w:val="center"/>
        </w:trPr>
        <w:tc>
          <w:tcPr>
            <w:tcW w:w="6406" w:type="dxa"/>
            <w:shd w:val="clear" w:color="auto" w:fill="F6F8FA"/>
            <w:vAlign w:val="center"/>
          </w:tcPr>
          <w:p w14:paraId="1939A104" w14:textId="77777777" w:rsidR="00E54E13" w:rsidRDefault="00000000">
            <w:pPr>
              <w:spacing w:before="30" w:after="30" w:line="228" w:lineRule="exact"/>
              <w:rPr>
                <w:rFonts w:hint="eastAsia"/>
              </w:rPr>
            </w:pPr>
            <w:r>
              <w:rPr>
                <w:sz w:val="17"/>
              </w:rPr>
              <w:t>Attribuzioni PES/PAV scritte, con ambiti e limiti</w:t>
            </w:r>
          </w:p>
        </w:tc>
        <w:tc>
          <w:tcPr>
            <w:tcW w:w="3345" w:type="dxa"/>
            <w:shd w:val="clear" w:color="auto" w:fill="F6F8FA"/>
            <w:vAlign w:val="center"/>
          </w:tcPr>
          <w:p w14:paraId="52E2D35F"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7281AD2" w14:textId="77777777">
        <w:trPr>
          <w:cantSplit/>
          <w:jc w:val="center"/>
        </w:trPr>
        <w:tc>
          <w:tcPr>
            <w:tcW w:w="6406" w:type="dxa"/>
            <w:vAlign w:val="center"/>
          </w:tcPr>
          <w:p w14:paraId="71A66542" w14:textId="77777777" w:rsidR="00E54E13" w:rsidRDefault="00000000">
            <w:pPr>
              <w:spacing w:before="30" w:after="30" w:line="228" w:lineRule="exact"/>
              <w:rPr>
                <w:rFonts w:hint="eastAsia"/>
              </w:rPr>
            </w:pPr>
            <w:r>
              <w:rPr>
                <w:sz w:val="17"/>
              </w:rPr>
              <w:t>Sotto tensione: valutazione e attestazione di idoneità scritta</w:t>
            </w:r>
          </w:p>
        </w:tc>
        <w:tc>
          <w:tcPr>
            <w:tcW w:w="3345" w:type="dxa"/>
            <w:vAlign w:val="center"/>
          </w:tcPr>
          <w:p w14:paraId="1787933C"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6C10BDC" w14:textId="77777777">
        <w:trPr>
          <w:cantSplit/>
          <w:jc w:val="center"/>
        </w:trPr>
        <w:tc>
          <w:tcPr>
            <w:tcW w:w="6406" w:type="dxa"/>
            <w:shd w:val="clear" w:color="auto" w:fill="F6F8FA"/>
            <w:vAlign w:val="center"/>
          </w:tcPr>
          <w:p w14:paraId="6899C2B4" w14:textId="77777777" w:rsidR="00E54E13" w:rsidRDefault="00000000">
            <w:pPr>
              <w:spacing w:before="30" w:after="30" w:line="228" w:lineRule="exact"/>
              <w:rPr>
                <w:rFonts w:hint="eastAsia"/>
              </w:rPr>
            </w:pPr>
            <w:r>
              <w:rPr>
                <w:sz w:val="17"/>
              </w:rPr>
              <w:t>Sotto tensione: autorizzazione coerente con attività effettive</w:t>
            </w:r>
          </w:p>
        </w:tc>
        <w:tc>
          <w:tcPr>
            <w:tcW w:w="3345" w:type="dxa"/>
            <w:shd w:val="clear" w:color="auto" w:fill="F6F8FA"/>
            <w:vAlign w:val="center"/>
          </w:tcPr>
          <w:p w14:paraId="6DCF5A1D"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C22A044" w14:textId="77777777">
        <w:trPr>
          <w:cantSplit/>
          <w:jc w:val="center"/>
        </w:trPr>
        <w:tc>
          <w:tcPr>
            <w:tcW w:w="6406" w:type="dxa"/>
            <w:vAlign w:val="center"/>
          </w:tcPr>
          <w:p w14:paraId="76F0E48A" w14:textId="77777777" w:rsidR="00E54E13" w:rsidRDefault="00000000">
            <w:pPr>
              <w:spacing w:before="30" w:after="30" w:line="228" w:lineRule="exact"/>
              <w:rPr>
                <w:rFonts w:hint="eastAsia"/>
              </w:rPr>
            </w:pPr>
            <w:r>
              <w:rPr>
                <w:sz w:val="17"/>
              </w:rPr>
              <w:t>Aggiornamenti, pratica e riesami distintamente gestiti</w:t>
            </w:r>
          </w:p>
        </w:tc>
        <w:tc>
          <w:tcPr>
            <w:tcW w:w="3345" w:type="dxa"/>
            <w:vAlign w:val="center"/>
          </w:tcPr>
          <w:p w14:paraId="127C785F"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6B340D3C" w14:textId="77777777">
        <w:trPr>
          <w:cantSplit/>
          <w:jc w:val="center"/>
        </w:trPr>
        <w:tc>
          <w:tcPr>
            <w:tcW w:w="6406" w:type="dxa"/>
            <w:shd w:val="clear" w:color="auto" w:fill="F6F8FA"/>
            <w:vAlign w:val="center"/>
          </w:tcPr>
          <w:p w14:paraId="676B1CAE" w14:textId="77777777" w:rsidR="00E54E13" w:rsidRDefault="00000000">
            <w:pPr>
              <w:spacing w:before="30" w:after="30" w:line="228" w:lineRule="exact"/>
              <w:rPr>
                <w:rFonts w:hint="eastAsia"/>
              </w:rPr>
            </w:pPr>
            <w:r>
              <w:rPr>
                <w:sz w:val="17"/>
              </w:rPr>
              <w:t>Limitazioni/revoche recepite nelle assegnazioni</w:t>
            </w:r>
          </w:p>
        </w:tc>
        <w:tc>
          <w:tcPr>
            <w:tcW w:w="3345" w:type="dxa"/>
            <w:shd w:val="clear" w:color="auto" w:fill="F6F8FA"/>
            <w:vAlign w:val="center"/>
          </w:tcPr>
          <w:p w14:paraId="13382019" w14:textId="77777777" w:rsidR="00E54E13" w:rsidRDefault="00000000">
            <w:pPr>
              <w:spacing w:before="30" w:after="30" w:line="228" w:lineRule="exact"/>
              <w:rPr>
                <w:rFonts w:hint="eastAsia"/>
              </w:rPr>
            </w:pPr>
            <w:r>
              <w:rPr>
                <w:sz w:val="17"/>
              </w:rPr>
              <w:t>[ ] C [ ] NC [ ] N.A.</w:t>
            </w:r>
            <w:r>
              <w:rPr>
                <w:sz w:val="17"/>
              </w:rPr>
              <w:br/>
              <w:t>Rif.: ______________</w:t>
            </w:r>
          </w:p>
        </w:tc>
      </w:tr>
    </w:tbl>
    <w:p w14:paraId="46ECB2CE"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259AD23" w14:textId="77777777">
        <w:trPr>
          <w:cantSplit/>
          <w:trHeight w:val="386"/>
          <w:jc w:val="center"/>
        </w:trPr>
        <w:tc>
          <w:tcPr>
            <w:tcW w:w="2891" w:type="dxa"/>
            <w:shd w:val="clear" w:color="auto" w:fill="EDF3F9"/>
            <w:vAlign w:val="center"/>
          </w:tcPr>
          <w:p w14:paraId="019453FE" w14:textId="77777777" w:rsidR="00E54E13" w:rsidRDefault="00000000">
            <w:pPr>
              <w:spacing w:before="30" w:after="30" w:line="236" w:lineRule="exact"/>
              <w:rPr>
                <w:rFonts w:hint="eastAsia"/>
              </w:rPr>
            </w:pPr>
            <w:r>
              <w:rPr>
                <w:b/>
                <w:sz w:val="18"/>
              </w:rPr>
              <w:t>Carenze critiche / azioni immediate</w:t>
            </w:r>
          </w:p>
        </w:tc>
        <w:tc>
          <w:tcPr>
            <w:tcW w:w="6860" w:type="dxa"/>
            <w:vAlign w:val="center"/>
          </w:tcPr>
          <w:p w14:paraId="3266F1DE" w14:textId="77777777" w:rsidR="00E54E13" w:rsidRDefault="00000000">
            <w:pPr>
              <w:spacing w:before="30" w:after="30" w:line="236" w:lineRule="exact"/>
              <w:rPr>
                <w:rFonts w:hint="eastAsia"/>
              </w:rPr>
            </w:pPr>
            <w:sdt>
              <w:sdtPr>
                <w:alias w:val="attività da non avviare o da sospendere"/>
                <w:tag w:val="campo_372"/>
                <w:id w:val="100372"/>
                <w:text w:multiLine="1"/>
              </w:sdtPr>
              <w:sdtContent>
                <w:r>
                  <w:rPr>
                    <w:color w:val="007E87"/>
                    <w:sz w:val="19"/>
                  </w:rPr>
                  <w:t>[attività da non avviare o da sospendere]</w:t>
                </w:r>
              </w:sdtContent>
            </w:sdt>
          </w:p>
        </w:tc>
      </w:tr>
    </w:tbl>
    <w:p w14:paraId="3553F4BD" w14:textId="77777777" w:rsidR="00E54E13" w:rsidRDefault="00E54E13">
      <w:pPr>
        <w:spacing w:after="40" w:line="40" w:lineRule="exact"/>
        <w:rPr>
          <w:rFonts w:hint="eastAsia"/>
        </w:rPr>
      </w:pPr>
    </w:p>
    <w:p w14:paraId="70E0D0C2" w14:textId="77777777" w:rsidR="00E54E13" w:rsidRDefault="00000000">
      <w:pPr>
        <w:pStyle w:val="FormHint"/>
        <w:rPr>
          <w:rFonts w:hint="eastAsia"/>
        </w:rPr>
      </w:pPr>
      <w:r>
        <w:t>C = conforme al criterio verificato; NC = non conforme; N.A. = non applicabile con motivazione. Non calcolare una “qualifica percentuale” dall’esito dell’audit.</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5A1B0DCE" w14:textId="77777777">
        <w:trPr>
          <w:tblHeader/>
          <w:jc w:val="center"/>
        </w:trPr>
        <w:tc>
          <w:tcPr>
            <w:tcW w:w="3250" w:type="dxa"/>
            <w:shd w:val="clear" w:color="auto" w:fill="12324B"/>
          </w:tcPr>
          <w:p w14:paraId="7BB59FB7"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01BD3408"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5281D6D2" w14:textId="77777777" w:rsidR="00E54E13" w:rsidRDefault="00000000">
            <w:pPr>
              <w:spacing w:before="30" w:after="30" w:line="228" w:lineRule="exact"/>
              <w:rPr>
                <w:rFonts w:hint="eastAsia"/>
              </w:rPr>
            </w:pPr>
            <w:r>
              <w:rPr>
                <w:b/>
                <w:color w:val="FFFFFF"/>
                <w:sz w:val="17"/>
              </w:rPr>
              <w:t>Data</w:t>
            </w:r>
          </w:p>
        </w:tc>
      </w:tr>
      <w:tr w:rsidR="00E54E13" w14:paraId="6793DA73" w14:textId="77777777">
        <w:trPr>
          <w:cantSplit/>
          <w:trHeight w:val="567"/>
          <w:jc w:val="center"/>
        </w:trPr>
        <w:tc>
          <w:tcPr>
            <w:tcW w:w="3250" w:type="dxa"/>
            <w:vAlign w:val="center"/>
          </w:tcPr>
          <w:p w14:paraId="5AED8EAC"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687397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CB49A64" w14:textId="77777777" w:rsidR="00E54E13" w:rsidRDefault="00000000">
            <w:pPr>
              <w:spacing w:before="30" w:after="30" w:line="228" w:lineRule="exact"/>
              <w:rPr>
                <w:rFonts w:hint="eastAsia"/>
              </w:rPr>
            </w:pPr>
            <w:r>
              <w:rPr>
                <w:sz w:val="17"/>
              </w:rPr>
              <w:t>____ / ____ / ______</w:t>
            </w:r>
          </w:p>
        </w:tc>
      </w:tr>
    </w:tbl>
    <w:p w14:paraId="2E304BD0" w14:textId="77777777" w:rsidR="00E54E13" w:rsidRDefault="00E54E13">
      <w:pPr>
        <w:spacing w:after="40" w:line="40" w:lineRule="exact"/>
        <w:rPr>
          <w:rFonts w:hint="eastAsia"/>
        </w:rPr>
      </w:pPr>
    </w:p>
    <w:p w14:paraId="0DD942D5" w14:textId="77777777" w:rsidR="00E54E13" w:rsidRDefault="00000000">
      <w:pPr>
        <w:pStyle w:val="Source"/>
        <w:rPr>
          <w:rFonts w:hint="eastAsia"/>
        </w:rPr>
      </w:pPr>
      <w:r>
        <w:t>Modello originale [AZ]. Base: INAIL 2026, pp. 1–3 e 5–6. I campi vuoti non costituiscono una verifica positiva.</w:t>
      </w:r>
    </w:p>
    <w:p w14:paraId="62E597CE" w14:textId="77777777" w:rsidR="00E54E13" w:rsidRDefault="00000000">
      <w:pPr>
        <w:pStyle w:val="Eyebrow"/>
        <w:keepNext/>
        <w:pageBreakBefore/>
        <w:rPr>
          <w:rFonts w:hint="eastAsia"/>
        </w:rPr>
      </w:pPr>
      <w:r>
        <w:t>PARTE II  /  ALLEGATO OPERATIVO [AZ]</w:t>
      </w:r>
    </w:p>
    <w:p w14:paraId="1CFD9D0B" w14:textId="77777777" w:rsidR="00E54E13" w:rsidRDefault="00000000">
      <w:pPr>
        <w:pStyle w:val="Titolo1"/>
      </w:pPr>
      <w:bookmarkStart w:id="68" w:name="B69_A26"/>
      <w:r>
        <w:t>A26  Audit del sistema: organizzazione e lavori</w:t>
      </w:r>
      <w:bookmarkEnd w:id="68"/>
    </w:p>
    <w:p w14:paraId="487E755B" w14:textId="77777777" w:rsidR="00E54E13" w:rsidRDefault="00000000">
      <w:pPr>
        <w:pStyle w:val="FormHint"/>
        <w:rPr>
          <w:rFonts w:hint="eastAsia"/>
        </w:rPr>
      </w:pPr>
      <w:r>
        <w:t>Scheda 2 di 2. Affiancare alla verifica documentale riscontri sulle attività effettive.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26DA310" w14:textId="77777777">
        <w:trPr>
          <w:cantSplit/>
          <w:trHeight w:val="346"/>
          <w:jc w:val="center"/>
        </w:trPr>
        <w:tc>
          <w:tcPr>
            <w:tcW w:w="2891" w:type="dxa"/>
            <w:shd w:val="clear" w:color="auto" w:fill="EDF3F9"/>
            <w:vAlign w:val="center"/>
          </w:tcPr>
          <w:p w14:paraId="3668ED0A" w14:textId="77777777" w:rsidR="00E54E13" w:rsidRDefault="00000000">
            <w:pPr>
              <w:spacing w:before="30" w:after="30" w:line="236" w:lineRule="exact"/>
              <w:rPr>
                <w:rFonts w:hint="eastAsia"/>
              </w:rPr>
            </w:pPr>
            <w:r>
              <w:rPr>
                <w:b/>
                <w:sz w:val="18"/>
              </w:rPr>
              <w:t>Azienda / unità</w:t>
            </w:r>
          </w:p>
        </w:tc>
        <w:tc>
          <w:tcPr>
            <w:tcW w:w="6860" w:type="dxa"/>
            <w:vAlign w:val="center"/>
          </w:tcPr>
          <w:p w14:paraId="725A6F52" w14:textId="77777777" w:rsidR="00E54E13" w:rsidRDefault="00000000">
            <w:pPr>
              <w:spacing w:before="30" w:after="30" w:line="236" w:lineRule="exact"/>
              <w:rPr>
                <w:rFonts w:hint="eastAsia"/>
              </w:rPr>
            </w:pPr>
            <w:sdt>
              <w:sdtPr>
                <w:alias w:val="ragione sociale e sede"/>
                <w:tag w:val="campo_374"/>
                <w:id w:val="100374"/>
                <w:text w:multiLine="1"/>
              </w:sdtPr>
              <w:sdtContent>
                <w:r>
                  <w:rPr>
                    <w:color w:val="007E87"/>
                    <w:sz w:val="19"/>
                  </w:rPr>
                  <w:t>[ragione sociale e sede]</w:t>
                </w:r>
              </w:sdtContent>
            </w:sdt>
          </w:p>
        </w:tc>
      </w:tr>
      <w:tr w:rsidR="00E54E13" w14:paraId="2D771CFD" w14:textId="77777777">
        <w:trPr>
          <w:cantSplit/>
          <w:trHeight w:val="346"/>
          <w:jc w:val="center"/>
        </w:trPr>
        <w:tc>
          <w:tcPr>
            <w:tcW w:w="2891" w:type="dxa"/>
            <w:shd w:val="clear" w:color="auto" w:fill="EDF3F9"/>
            <w:vAlign w:val="center"/>
          </w:tcPr>
          <w:p w14:paraId="13156379"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3695D773" w14:textId="77777777" w:rsidR="00E54E13" w:rsidRDefault="00000000">
            <w:pPr>
              <w:spacing w:before="30" w:after="30" w:line="236" w:lineRule="exact"/>
              <w:rPr>
                <w:rFonts w:hint="eastAsia"/>
              </w:rPr>
            </w:pPr>
            <w:sdt>
              <w:sdtPr>
                <w:alias w:val="codice, revisione e data"/>
                <w:tag w:val="campo_375"/>
                <w:id w:val="100375"/>
                <w:text w:multiLine="1"/>
              </w:sdtPr>
              <w:sdtContent>
                <w:r>
                  <w:rPr>
                    <w:color w:val="007E87"/>
                    <w:sz w:val="19"/>
                  </w:rPr>
                  <w:t>[codice, revisione e data]</w:t>
                </w:r>
              </w:sdtContent>
            </w:sdt>
          </w:p>
        </w:tc>
      </w:tr>
    </w:tbl>
    <w:p w14:paraId="4D9FD0F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D562704" w14:textId="77777777">
        <w:trPr>
          <w:cantSplit/>
          <w:trHeight w:val="386"/>
          <w:jc w:val="center"/>
        </w:trPr>
        <w:tc>
          <w:tcPr>
            <w:tcW w:w="2891" w:type="dxa"/>
            <w:shd w:val="clear" w:color="auto" w:fill="EDF3F9"/>
            <w:vAlign w:val="center"/>
          </w:tcPr>
          <w:p w14:paraId="071FFF94" w14:textId="77777777" w:rsidR="00E54E13" w:rsidRDefault="00000000">
            <w:pPr>
              <w:spacing w:before="30" w:after="30" w:line="236" w:lineRule="exact"/>
              <w:rPr>
                <w:rFonts w:hint="eastAsia"/>
              </w:rPr>
            </w:pPr>
            <w:r>
              <w:rPr>
                <w:b/>
                <w:sz w:val="18"/>
              </w:rPr>
              <w:t>Audit / lavori campionati</w:t>
            </w:r>
          </w:p>
        </w:tc>
        <w:tc>
          <w:tcPr>
            <w:tcW w:w="6860" w:type="dxa"/>
            <w:vAlign w:val="center"/>
          </w:tcPr>
          <w:p w14:paraId="719C898F" w14:textId="77777777" w:rsidR="00E54E13" w:rsidRDefault="00000000">
            <w:pPr>
              <w:spacing w:before="30" w:after="30" w:line="236" w:lineRule="exact"/>
              <w:rPr>
                <w:rFonts w:hint="eastAsia"/>
              </w:rPr>
            </w:pPr>
            <w:sdt>
              <w:sdtPr>
                <w:alias w:val="identificativo e documenti di riferimento"/>
                <w:tag w:val="campo_376"/>
                <w:id w:val="100376"/>
                <w:text w:multiLine="1"/>
              </w:sdtPr>
              <w:sdtContent>
                <w:r>
                  <w:rPr>
                    <w:color w:val="007E87"/>
                    <w:sz w:val="19"/>
                  </w:rPr>
                  <w:t>[identificativo e documenti di riferimento]</w:t>
                </w:r>
              </w:sdtContent>
            </w:sdt>
          </w:p>
        </w:tc>
      </w:tr>
    </w:tbl>
    <w:p w14:paraId="0D2385DE"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406"/>
        <w:gridCol w:w="3345"/>
      </w:tblGrid>
      <w:tr w:rsidR="00E54E13" w14:paraId="342CC8F7" w14:textId="77777777">
        <w:trPr>
          <w:tblHeader/>
          <w:jc w:val="center"/>
        </w:trPr>
        <w:tc>
          <w:tcPr>
            <w:tcW w:w="6406" w:type="dxa"/>
            <w:shd w:val="clear" w:color="auto" w:fill="12324B"/>
          </w:tcPr>
          <w:p w14:paraId="26D35F14" w14:textId="77777777" w:rsidR="00E54E13" w:rsidRDefault="00000000">
            <w:pPr>
              <w:spacing w:before="30" w:after="30" w:line="228" w:lineRule="exact"/>
              <w:rPr>
                <w:rFonts w:hint="eastAsia"/>
              </w:rPr>
            </w:pPr>
            <w:r>
              <w:rPr>
                <w:b/>
                <w:color w:val="FFFFFF"/>
                <w:sz w:val="17"/>
              </w:rPr>
              <w:t>Punto di controllo</w:t>
            </w:r>
          </w:p>
        </w:tc>
        <w:tc>
          <w:tcPr>
            <w:tcW w:w="3345" w:type="dxa"/>
            <w:shd w:val="clear" w:color="auto" w:fill="12324B"/>
          </w:tcPr>
          <w:p w14:paraId="15F35C68" w14:textId="77777777" w:rsidR="00E54E13" w:rsidRDefault="00000000">
            <w:pPr>
              <w:spacing w:before="30" w:after="30" w:line="228" w:lineRule="exact"/>
              <w:rPr>
                <w:rFonts w:hint="eastAsia"/>
              </w:rPr>
            </w:pPr>
            <w:r>
              <w:rPr>
                <w:b/>
                <w:color w:val="FFFFFF"/>
                <w:sz w:val="17"/>
              </w:rPr>
              <w:t>Esito e riferimento</w:t>
            </w:r>
          </w:p>
        </w:tc>
      </w:tr>
      <w:tr w:rsidR="00E54E13" w14:paraId="2974BB38" w14:textId="77777777">
        <w:trPr>
          <w:cantSplit/>
          <w:jc w:val="center"/>
        </w:trPr>
        <w:tc>
          <w:tcPr>
            <w:tcW w:w="6406" w:type="dxa"/>
            <w:vAlign w:val="center"/>
          </w:tcPr>
          <w:p w14:paraId="352674A3" w14:textId="77777777" w:rsidR="00E54E13" w:rsidRDefault="00000000">
            <w:pPr>
              <w:spacing w:before="30" w:after="30" w:line="228" w:lineRule="exact"/>
              <w:rPr>
                <w:rFonts w:hint="eastAsia"/>
              </w:rPr>
            </w:pPr>
            <w:r>
              <w:rPr>
                <w:sz w:val="17"/>
              </w:rPr>
              <w:t>RI, GL e RLE individuati; requisiti e designanti chiari</w:t>
            </w:r>
          </w:p>
        </w:tc>
        <w:tc>
          <w:tcPr>
            <w:tcW w:w="3345" w:type="dxa"/>
            <w:vAlign w:val="center"/>
          </w:tcPr>
          <w:p w14:paraId="1F5560F1"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4D11C463" w14:textId="77777777">
        <w:trPr>
          <w:cantSplit/>
          <w:jc w:val="center"/>
        </w:trPr>
        <w:tc>
          <w:tcPr>
            <w:tcW w:w="6406" w:type="dxa"/>
            <w:shd w:val="clear" w:color="auto" w:fill="F6F8FA"/>
            <w:vAlign w:val="center"/>
          </w:tcPr>
          <w:p w14:paraId="7E3F199F" w14:textId="77777777" w:rsidR="00E54E13" w:rsidRDefault="00000000">
            <w:pPr>
              <w:spacing w:before="30" w:after="30" w:line="228" w:lineRule="exact"/>
              <w:rPr>
                <w:rFonts w:hint="eastAsia"/>
              </w:rPr>
            </w:pPr>
            <w:r>
              <w:rPr>
                <w:sz w:val="17"/>
              </w:rPr>
              <w:t>Analisi preliminare e scelta metodologica condivisa</w:t>
            </w:r>
          </w:p>
        </w:tc>
        <w:tc>
          <w:tcPr>
            <w:tcW w:w="3345" w:type="dxa"/>
            <w:shd w:val="clear" w:color="auto" w:fill="F6F8FA"/>
            <w:vAlign w:val="center"/>
          </w:tcPr>
          <w:p w14:paraId="55C6F780"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7B036723" w14:textId="77777777">
        <w:trPr>
          <w:cantSplit/>
          <w:jc w:val="center"/>
        </w:trPr>
        <w:tc>
          <w:tcPr>
            <w:tcW w:w="6406" w:type="dxa"/>
            <w:vAlign w:val="center"/>
          </w:tcPr>
          <w:p w14:paraId="3DA7F078" w14:textId="77777777" w:rsidR="00E54E13" w:rsidRDefault="00000000">
            <w:pPr>
              <w:spacing w:before="30" w:after="30" w:line="228" w:lineRule="exact"/>
              <w:rPr>
                <w:rFonts w:hint="eastAsia"/>
              </w:rPr>
            </w:pPr>
            <w:r>
              <w:rPr>
                <w:sz w:val="17"/>
              </w:rPr>
              <w:t>PdL/PI applicabili, coerenti e aggiornati</w:t>
            </w:r>
          </w:p>
        </w:tc>
        <w:tc>
          <w:tcPr>
            <w:tcW w:w="3345" w:type="dxa"/>
            <w:vAlign w:val="center"/>
          </w:tcPr>
          <w:p w14:paraId="6EC0F1A6"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092B018F" w14:textId="77777777">
        <w:trPr>
          <w:cantSplit/>
          <w:jc w:val="center"/>
        </w:trPr>
        <w:tc>
          <w:tcPr>
            <w:tcW w:w="6406" w:type="dxa"/>
            <w:shd w:val="clear" w:color="auto" w:fill="F6F8FA"/>
            <w:vAlign w:val="center"/>
          </w:tcPr>
          <w:p w14:paraId="4C98910A" w14:textId="77777777" w:rsidR="00E54E13" w:rsidRDefault="00000000">
            <w:pPr>
              <w:spacing w:before="30" w:after="30" w:line="228" w:lineRule="exact"/>
              <w:rPr>
                <w:rFonts w:hint="eastAsia"/>
              </w:rPr>
            </w:pPr>
            <w:r>
              <w:rPr>
                <w:sz w:val="17"/>
              </w:rPr>
              <w:t>Istruzioni specifiche complete; distanze e DPI verificati</w:t>
            </w:r>
          </w:p>
        </w:tc>
        <w:tc>
          <w:tcPr>
            <w:tcW w:w="3345" w:type="dxa"/>
            <w:shd w:val="clear" w:color="auto" w:fill="F6F8FA"/>
            <w:vAlign w:val="center"/>
          </w:tcPr>
          <w:p w14:paraId="1401190F"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2E35E9FF" w14:textId="77777777">
        <w:trPr>
          <w:cantSplit/>
          <w:jc w:val="center"/>
        </w:trPr>
        <w:tc>
          <w:tcPr>
            <w:tcW w:w="6406" w:type="dxa"/>
            <w:vAlign w:val="center"/>
          </w:tcPr>
          <w:p w14:paraId="51E78BC3" w14:textId="77777777" w:rsidR="00E54E13" w:rsidRDefault="00000000">
            <w:pPr>
              <w:spacing w:before="30" w:after="30" w:line="228" w:lineRule="exact"/>
              <w:rPr>
                <w:rFonts w:hint="eastAsia"/>
              </w:rPr>
            </w:pPr>
            <w:r>
              <w:rPr>
                <w:sz w:val="17"/>
              </w:rPr>
              <w:t>Consegna documentata quando RI e RLE non coincidono</w:t>
            </w:r>
          </w:p>
        </w:tc>
        <w:tc>
          <w:tcPr>
            <w:tcW w:w="3345" w:type="dxa"/>
            <w:vAlign w:val="center"/>
          </w:tcPr>
          <w:p w14:paraId="3AE99640"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23B49143" w14:textId="77777777">
        <w:trPr>
          <w:cantSplit/>
          <w:jc w:val="center"/>
        </w:trPr>
        <w:tc>
          <w:tcPr>
            <w:tcW w:w="6406" w:type="dxa"/>
            <w:shd w:val="clear" w:color="auto" w:fill="F6F8FA"/>
            <w:vAlign w:val="center"/>
          </w:tcPr>
          <w:p w14:paraId="655E9FD2" w14:textId="77777777" w:rsidR="00E54E13" w:rsidRDefault="00000000">
            <w:pPr>
              <w:spacing w:before="30" w:after="30" w:line="228" w:lineRule="exact"/>
              <w:rPr>
                <w:rFonts w:hint="eastAsia"/>
              </w:rPr>
            </w:pPr>
            <w:r>
              <w:rPr>
                <w:sz w:val="17"/>
              </w:rPr>
              <w:t>RLE presente e supervisione realmente esercitata</w:t>
            </w:r>
          </w:p>
        </w:tc>
        <w:tc>
          <w:tcPr>
            <w:tcW w:w="3345" w:type="dxa"/>
            <w:shd w:val="clear" w:color="auto" w:fill="F6F8FA"/>
            <w:vAlign w:val="center"/>
          </w:tcPr>
          <w:p w14:paraId="7A26205D"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5ACA06FD" w14:textId="77777777">
        <w:trPr>
          <w:cantSplit/>
          <w:jc w:val="center"/>
        </w:trPr>
        <w:tc>
          <w:tcPr>
            <w:tcW w:w="6406" w:type="dxa"/>
            <w:vAlign w:val="center"/>
          </w:tcPr>
          <w:p w14:paraId="61358C62" w14:textId="77777777" w:rsidR="00E54E13" w:rsidRDefault="00000000">
            <w:pPr>
              <w:spacing w:before="30" w:after="30" w:line="228" w:lineRule="exact"/>
              <w:rPr>
                <w:rFonts w:hint="eastAsia"/>
              </w:rPr>
            </w:pPr>
            <w:r>
              <w:rPr>
                <w:sz w:val="17"/>
              </w:rPr>
              <w:t>Sorveglianza e gestione delle PEC coerenti con l’attività</w:t>
            </w:r>
          </w:p>
        </w:tc>
        <w:tc>
          <w:tcPr>
            <w:tcW w:w="3345" w:type="dxa"/>
            <w:vAlign w:val="center"/>
          </w:tcPr>
          <w:p w14:paraId="5E576BA8"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74446A93" w14:textId="77777777">
        <w:trPr>
          <w:cantSplit/>
          <w:jc w:val="center"/>
        </w:trPr>
        <w:tc>
          <w:tcPr>
            <w:tcW w:w="6406" w:type="dxa"/>
            <w:shd w:val="clear" w:color="auto" w:fill="F6F8FA"/>
            <w:vAlign w:val="center"/>
          </w:tcPr>
          <w:p w14:paraId="137AF486" w14:textId="77777777" w:rsidR="00E54E13" w:rsidRDefault="00000000">
            <w:pPr>
              <w:spacing w:before="30" w:after="30" w:line="228" w:lineRule="exact"/>
              <w:rPr>
                <w:rFonts w:hint="eastAsia"/>
              </w:rPr>
            </w:pPr>
            <w:r>
              <w:rPr>
                <w:sz w:val="17"/>
              </w:rPr>
              <w:t>DPI/strumenti disponibili e controlli pertinenti eseguiti</w:t>
            </w:r>
          </w:p>
        </w:tc>
        <w:tc>
          <w:tcPr>
            <w:tcW w:w="3345" w:type="dxa"/>
            <w:shd w:val="clear" w:color="auto" w:fill="F6F8FA"/>
            <w:vAlign w:val="center"/>
          </w:tcPr>
          <w:p w14:paraId="6F037FA2"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138E2306" w14:textId="77777777">
        <w:trPr>
          <w:cantSplit/>
          <w:jc w:val="center"/>
        </w:trPr>
        <w:tc>
          <w:tcPr>
            <w:tcW w:w="6406" w:type="dxa"/>
            <w:vAlign w:val="center"/>
          </w:tcPr>
          <w:p w14:paraId="7FB98C00" w14:textId="77777777" w:rsidR="00E54E13" w:rsidRDefault="00000000">
            <w:pPr>
              <w:spacing w:before="30" w:after="30" w:line="228" w:lineRule="exact"/>
              <w:rPr>
                <w:rFonts w:hint="eastAsia"/>
              </w:rPr>
            </w:pPr>
            <w:r>
              <w:rPr>
                <w:sz w:val="17"/>
              </w:rPr>
              <w:t>Prove, sospensioni e cambi RLE gestiti e comunicati</w:t>
            </w:r>
          </w:p>
        </w:tc>
        <w:tc>
          <w:tcPr>
            <w:tcW w:w="3345" w:type="dxa"/>
            <w:vAlign w:val="center"/>
          </w:tcPr>
          <w:p w14:paraId="0C3CCCEC" w14:textId="77777777" w:rsidR="00E54E13" w:rsidRDefault="00000000">
            <w:pPr>
              <w:spacing w:before="30" w:after="30" w:line="228" w:lineRule="exact"/>
              <w:rPr>
                <w:rFonts w:hint="eastAsia"/>
              </w:rPr>
            </w:pPr>
            <w:r>
              <w:rPr>
                <w:sz w:val="17"/>
              </w:rPr>
              <w:t>[ ] C [ ] NC [ ] N.A.</w:t>
            </w:r>
            <w:r>
              <w:rPr>
                <w:sz w:val="17"/>
              </w:rPr>
              <w:br/>
              <w:t>Rif.: ______________</w:t>
            </w:r>
          </w:p>
        </w:tc>
      </w:tr>
      <w:tr w:rsidR="00E54E13" w14:paraId="563DB214" w14:textId="77777777">
        <w:trPr>
          <w:cantSplit/>
          <w:jc w:val="center"/>
        </w:trPr>
        <w:tc>
          <w:tcPr>
            <w:tcW w:w="6406" w:type="dxa"/>
            <w:shd w:val="clear" w:color="auto" w:fill="F6F8FA"/>
            <w:vAlign w:val="center"/>
          </w:tcPr>
          <w:p w14:paraId="4EE253E0" w14:textId="77777777" w:rsidR="00E54E13" w:rsidRDefault="00000000">
            <w:pPr>
              <w:spacing w:before="30" w:after="30" w:line="228" w:lineRule="exact"/>
              <w:rPr>
                <w:rFonts w:hint="eastAsia"/>
              </w:rPr>
            </w:pPr>
            <w:r>
              <w:rPr>
                <w:sz w:val="17"/>
              </w:rPr>
              <w:t>Restituzione, imprese esterne, emergenza e archivio gestiti</w:t>
            </w:r>
          </w:p>
        </w:tc>
        <w:tc>
          <w:tcPr>
            <w:tcW w:w="3345" w:type="dxa"/>
            <w:shd w:val="clear" w:color="auto" w:fill="F6F8FA"/>
            <w:vAlign w:val="center"/>
          </w:tcPr>
          <w:p w14:paraId="5BB8A924" w14:textId="77777777" w:rsidR="00E54E13" w:rsidRDefault="00000000">
            <w:pPr>
              <w:spacing w:before="30" w:after="30" w:line="228" w:lineRule="exact"/>
              <w:rPr>
                <w:rFonts w:hint="eastAsia"/>
              </w:rPr>
            </w:pPr>
            <w:r>
              <w:rPr>
                <w:sz w:val="17"/>
              </w:rPr>
              <w:t>[ ] C [ ] NC [ ] N.A.</w:t>
            </w:r>
            <w:r>
              <w:rPr>
                <w:sz w:val="17"/>
              </w:rPr>
              <w:br/>
              <w:t>Rif.: ______________</w:t>
            </w:r>
          </w:p>
        </w:tc>
      </w:tr>
    </w:tbl>
    <w:p w14:paraId="17E5879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539AF4B" w14:textId="77777777">
        <w:trPr>
          <w:cantSplit/>
          <w:trHeight w:val="386"/>
          <w:jc w:val="center"/>
        </w:trPr>
        <w:tc>
          <w:tcPr>
            <w:tcW w:w="2891" w:type="dxa"/>
            <w:shd w:val="clear" w:color="auto" w:fill="EDF3F9"/>
            <w:vAlign w:val="center"/>
          </w:tcPr>
          <w:p w14:paraId="5B8FECB8" w14:textId="77777777" w:rsidR="00E54E13" w:rsidRDefault="00000000">
            <w:pPr>
              <w:spacing w:before="30" w:after="30" w:line="236" w:lineRule="exact"/>
              <w:rPr>
                <w:rFonts w:hint="eastAsia"/>
              </w:rPr>
            </w:pPr>
            <w:r>
              <w:rPr>
                <w:b/>
                <w:sz w:val="18"/>
              </w:rPr>
              <w:t>Esito e azioni</w:t>
            </w:r>
          </w:p>
        </w:tc>
        <w:tc>
          <w:tcPr>
            <w:tcW w:w="6860" w:type="dxa"/>
            <w:vAlign w:val="center"/>
          </w:tcPr>
          <w:p w14:paraId="3B793D83" w14:textId="77777777" w:rsidR="00E54E13" w:rsidRDefault="00000000">
            <w:pPr>
              <w:spacing w:before="30" w:after="30" w:line="236" w:lineRule="exact"/>
              <w:rPr>
                <w:rFonts w:hint="eastAsia"/>
              </w:rPr>
            </w:pPr>
            <w:sdt>
              <w:sdtPr>
                <w:alias w:val="richiamo A27; responsabili e tempi di verifica"/>
                <w:tag w:val="campo_377"/>
                <w:id w:val="100377"/>
                <w:text w:multiLine="1"/>
              </w:sdtPr>
              <w:sdtContent>
                <w:r>
                  <w:rPr>
                    <w:color w:val="007E87"/>
                    <w:sz w:val="19"/>
                  </w:rPr>
                  <w:t>[richiamo A27; responsabili e tempi di verifica]</w:t>
                </w:r>
              </w:sdtContent>
            </w:sdt>
          </w:p>
        </w:tc>
      </w:tr>
    </w:tbl>
    <w:p w14:paraId="0106AEE2"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CE7684E" w14:textId="77777777">
        <w:trPr>
          <w:tblHeader/>
          <w:jc w:val="center"/>
        </w:trPr>
        <w:tc>
          <w:tcPr>
            <w:tcW w:w="3250" w:type="dxa"/>
            <w:shd w:val="clear" w:color="auto" w:fill="12324B"/>
          </w:tcPr>
          <w:p w14:paraId="786FD762"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75A6CF26"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1B65D6A0" w14:textId="77777777" w:rsidR="00E54E13" w:rsidRDefault="00000000">
            <w:pPr>
              <w:spacing w:before="30" w:after="30" w:line="228" w:lineRule="exact"/>
              <w:rPr>
                <w:rFonts w:hint="eastAsia"/>
              </w:rPr>
            </w:pPr>
            <w:r>
              <w:rPr>
                <w:b/>
                <w:color w:val="FFFFFF"/>
                <w:sz w:val="17"/>
              </w:rPr>
              <w:t>Data</w:t>
            </w:r>
          </w:p>
        </w:tc>
      </w:tr>
      <w:tr w:rsidR="00E54E13" w14:paraId="72291930" w14:textId="77777777">
        <w:trPr>
          <w:cantSplit/>
          <w:trHeight w:val="567"/>
          <w:jc w:val="center"/>
        </w:trPr>
        <w:tc>
          <w:tcPr>
            <w:tcW w:w="3250" w:type="dxa"/>
            <w:vAlign w:val="center"/>
          </w:tcPr>
          <w:p w14:paraId="44994A4F"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47C48799"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992DCAF" w14:textId="77777777" w:rsidR="00E54E13" w:rsidRDefault="00000000">
            <w:pPr>
              <w:spacing w:before="30" w:after="30" w:line="228" w:lineRule="exact"/>
              <w:rPr>
                <w:rFonts w:hint="eastAsia"/>
              </w:rPr>
            </w:pPr>
            <w:r>
              <w:rPr>
                <w:sz w:val="17"/>
              </w:rPr>
              <w:t>____ / ____ / ______</w:t>
            </w:r>
          </w:p>
        </w:tc>
      </w:tr>
    </w:tbl>
    <w:p w14:paraId="2DB82AB1" w14:textId="77777777" w:rsidR="00E54E13" w:rsidRDefault="00E54E13">
      <w:pPr>
        <w:spacing w:after="40" w:line="40" w:lineRule="exact"/>
        <w:rPr>
          <w:rFonts w:hint="eastAsia"/>
        </w:rPr>
      </w:pPr>
    </w:p>
    <w:p w14:paraId="0D4AA3A4" w14:textId="77777777" w:rsidR="00E54E13" w:rsidRDefault="00000000">
      <w:pPr>
        <w:pStyle w:val="Source"/>
        <w:rPr>
          <w:rFonts w:hint="eastAsia"/>
        </w:rPr>
      </w:pPr>
      <w:r>
        <w:t>Modello originale [AZ]. Base: INAIL 2026, pp. 2–4 e 6. I campi vuoti non costituiscono una verifica positiva.</w:t>
      </w:r>
    </w:p>
    <w:p w14:paraId="03748E2B" w14:textId="77777777" w:rsidR="00E54E13" w:rsidRDefault="00000000">
      <w:pPr>
        <w:pStyle w:val="Eyebrow"/>
        <w:keepNext/>
        <w:pageBreakBefore/>
        <w:rPr>
          <w:rFonts w:hint="eastAsia"/>
        </w:rPr>
      </w:pPr>
      <w:r>
        <w:t>PARTE II  /  ALLEGATO OPERATIVO [AZ]</w:t>
      </w:r>
    </w:p>
    <w:p w14:paraId="297EB4F4" w14:textId="77777777" w:rsidR="00E54E13" w:rsidRDefault="00000000">
      <w:pPr>
        <w:pStyle w:val="Titolo1"/>
      </w:pPr>
      <w:bookmarkStart w:id="69" w:name="B70_A27"/>
      <w:r>
        <w:t>A27  Indicatori, azioni e verifica di efficacia</w:t>
      </w:r>
      <w:bookmarkEnd w:id="69"/>
    </w:p>
    <w:p w14:paraId="7CF0CA5B" w14:textId="77777777" w:rsidR="00E54E13" w:rsidRDefault="00000000">
      <w:pPr>
        <w:pStyle w:val="FormHint"/>
        <w:rPr>
          <w:rFonts w:hint="eastAsia"/>
        </w:rPr>
      </w:pPr>
      <w:r>
        <w:t>Strumento gestionale aziendale: i KPI non misurano il rischio elettrico né attribuiscono qualifiche.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263000B9" w14:textId="77777777">
        <w:trPr>
          <w:cantSplit/>
          <w:trHeight w:val="346"/>
          <w:jc w:val="center"/>
        </w:trPr>
        <w:tc>
          <w:tcPr>
            <w:tcW w:w="2891" w:type="dxa"/>
            <w:shd w:val="clear" w:color="auto" w:fill="EDF3F9"/>
            <w:vAlign w:val="center"/>
          </w:tcPr>
          <w:p w14:paraId="3C8FFD78" w14:textId="77777777" w:rsidR="00E54E13" w:rsidRDefault="00000000">
            <w:pPr>
              <w:spacing w:before="30" w:after="30" w:line="236" w:lineRule="exact"/>
              <w:rPr>
                <w:rFonts w:hint="eastAsia"/>
              </w:rPr>
            </w:pPr>
            <w:r>
              <w:rPr>
                <w:b/>
                <w:sz w:val="18"/>
              </w:rPr>
              <w:t>Azienda / unità</w:t>
            </w:r>
          </w:p>
        </w:tc>
        <w:tc>
          <w:tcPr>
            <w:tcW w:w="6860" w:type="dxa"/>
            <w:vAlign w:val="center"/>
          </w:tcPr>
          <w:p w14:paraId="7AFBBA89" w14:textId="77777777" w:rsidR="00E54E13" w:rsidRDefault="00000000">
            <w:pPr>
              <w:spacing w:before="30" w:after="30" w:line="236" w:lineRule="exact"/>
              <w:rPr>
                <w:rFonts w:hint="eastAsia"/>
              </w:rPr>
            </w:pPr>
            <w:sdt>
              <w:sdtPr>
                <w:alias w:val="ragione sociale e sede"/>
                <w:tag w:val="campo_379"/>
                <w:id w:val="100379"/>
                <w:text w:multiLine="1"/>
              </w:sdtPr>
              <w:sdtContent>
                <w:r>
                  <w:rPr>
                    <w:color w:val="007E87"/>
                    <w:sz w:val="19"/>
                  </w:rPr>
                  <w:t>[ragione sociale e sede]</w:t>
                </w:r>
              </w:sdtContent>
            </w:sdt>
          </w:p>
        </w:tc>
      </w:tr>
      <w:tr w:rsidR="00E54E13" w14:paraId="42BA84EA" w14:textId="77777777">
        <w:trPr>
          <w:cantSplit/>
          <w:trHeight w:val="346"/>
          <w:jc w:val="center"/>
        </w:trPr>
        <w:tc>
          <w:tcPr>
            <w:tcW w:w="2891" w:type="dxa"/>
            <w:shd w:val="clear" w:color="auto" w:fill="EDF3F9"/>
            <w:vAlign w:val="center"/>
          </w:tcPr>
          <w:p w14:paraId="1A9882DD"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7E120F7" w14:textId="77777777" w:rsidR="00E54E13" w:rsidRDefault="00000000">
            <w:pPr>
              <w:spacing w:before="30" w:after="30" w:line="236" w:lineRule="exact"/>
              <w:rPr>
                <w:rFonts w:hint="eastAsia"/>
              </w:rPr>
            </w:pPr>
            <w:sdt>
              <w:sdtPr>
                <w:alias w:val="codice, revisione e data"/>
                <w:tag w:val="campo_380"/>
                <w:id w:val="100380"/>
                <w:text w:multiLine="1"/>
              </w:sdtPr>
              <w:sdtContent>
                <w:r>
                  <w:rPr>
                    <w:color w:val="007E87"/>
                    <w:sz w:val="19"/>
                  </w:rPr>
                  <w:t>[codice, revisione e data]</w:t>
                </w:r>
              </w:sdtContent>
            </w:sdt>
          </w:p>
        </w:tc>
      </w:tr>
    </w:tbl>
    <w:p w14:paraId="0889CF0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7ED030E" w14:textId="77777777">
        <w:trPr>
          <w:cantSplit/>
          <w:trHeight w:val="386"/>
          <w:jc w:val="center"/>
        </w:trPr>
        <w:tc>
          <w:tcPr>
            <w:tcW w:w="2891" w:type="dxa"/>
            <w:shd w:val="clear" w:color="auto" w:fill="EDF3F9"/>
            <w:vAlign w:val="center"/>
          </w:tcPr>
          <w:p w14:paraId="29D877CB" w14:textId="77777777" w:rsidR="00E54E13" w:rsidRDefault="00000000">
            <w:pPr>
              <w:spacing w:before="30" w:after="30" w:line="236" w:lineRule="exact"/>
              <w:rPr>
                <w:rFonts w:hint="eastAsia"/>
              </w:rPr>
            </w:pPr>
            <w:r>
              <w:rPr>
                <w:b/>
                <w:sz w:val="18"/>
              </w:rPr>
              <w:t>Periodo e campione</w:t>
            </w:r>
          </w:p>
        </w:tc>
        <w:tc>
          <w:tcPr>
            <w:tcW w:w="6860" w:type="dxa"/>
            <w:vAlign w:val="center"/>
          </w:tcPr>
          <w:p w14:paraId="70787352" w14:textId="77777777" w:rsidR="00E54E13" w:rsidRDefault="00000000">
            <w:pPr>
              <w:spacing w:before="30" w:after="30" w:line="236" w:lineRule="exact"/>
              <w:rPr>
                <w:rFonts w:hint="eastAsia"/>
              </w:rPr>
            </w:pPr>
            <w:sdt>
              <w:sdtPr>
                <w:alias w:val="intervallo, fonte dati, criteri e responsabile"/>
                <w:tag w:val="campo_381"/>
                <w:id w:val="100381"/>
                <w:text w:multiLine="1"/>
              </w:sdtPr>
              <w:sdtContent>
                <w:r>
                  <w:rPr>
                    <w:color w:val="007E87"/>
                    <w:sz w:val="19"/>
                  </w:rPr>
                  <w:t>[intervallo, fonte dati, criteri e responsabile]</w:t>
                </w:r>
              </w:sdtContent>
            </w:sdt>
          </w:p>
        </w:tc>
      </w:tr>
    </w:tbl>
    <w:p w14:paraId="3A9B0A1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685"/>
        <w:gridCol w:w="1757"/>
        <w:gridCol w:w="1757"/>
        <w:gridCol w:w="2551"/>
      </w:tblGrid>
      <w:tr w:rsidR="00E54E13" w14:paraId="7710B74D" w14:textId="77777777">
        <w:trPr>
          <w:tblHeader/>
          <w:jc w:val="center"/>
        </w:trPr>
        <w:tc>
          <w:tcPr>
            <w:tcW w:w="3685" w:type="dxa"/>
            <w:shd w:val="clear" w:color="auto" w:fill="12324B"/>
          </w:tcPr>
          <w:p w14:paraId="68DE5A82" w14:textId="77777777" w:rsidR="00E54E13" w:rsidRDefault="00000000">
            <w:pPr>
              <w:spacing w:before="30" w:after="30" w:line="230" w:lineRule="exact"/>
              <w:rPr>
                <w:rFonts w:hint="eastAsia"/>
              </w:rPr>
            </w:pPr>
            <w:r>
              <w:rPr>
                <w:b/>
                <w:color w:val="FFFFFF"/>
                <w:sz w:val="17"/>
              </w:rPr>
              <w:t>Indicatore</w:t>
            </w:r>
          </w:p>
        </w:tc>
        <w:tc>
          <w:tcPr>
            <w:tcW w:w="1757" w:type="dxa"/>
            <w:shd w:val="clear" w:color="auto" w:fill="12324B"/>
          </w:tcPr>
          <w:p w14:paraId="354324BD" w14:textId="77777777" w:rsidR="00E54E13" w:rsidRDefault="00000000">
            <w:pPr>
              <w:spacing w:before="30" w:after="30" w:line="230" w:lineRule="exact"/>
              <w:rPr>
                <w:rFonts w:hint="eastAsia"/>
              </w:rPr>
            </w:pPr>
            <w:r>
              <w:rPr>
                <w:b/>
                <w:color w:val="FFFFFF"/>
                <w:sz w:val="17"/>
              </w:rPr>
              <w:t>Numeratore</w:t>
            </w:r>
          </w:p>
        </w:tc>
        <w:tc>
          <w:tcPr>
            <w:tcW w:w="1757" w:type="dxa"/>
            <w:shd w:val="clear" w:color="auto" w:fill="12324B"/>
          </w:tcPr>
          <w:p w14:paraId="6BE535A2" w14:textId="77777777" w:rsidR="00E54E13" w:rsidRDefault="00000000">
            <w:pPr>
              <w:spacing w:before="30" w:after="30" w:line="230" w:lineRule="exact"/>
              <w:rPr>
                <w:rFonts w:hint="eastAsia"/>
              </w:rPr>
            </w:pPr>
            <w:r>
              <w:rPr>
                <w:b/>
                <w:color w:val="FFFFFF"/>
                <w:sz w:val="17"/>
              </w:rPr>
              <w:t>Denominatore</w:t>
            </w:r>
          </w:p>
        </w:tc>
        <w:tc>
          <w:tcPr>
            <w:tcW w:w="2551" w:type="dxa"/>
            <w:shd w:val="clear" w:color="auto" w:fill="12324B"/>
          </w:tcPr>
          <w:p w14:paraId="534772EC" w14:textId="77777777" w:rsidR="00E54E13" w:rsidRDefault="00000000">
            <w:pPr>
              <w:spacing w:before="30" w:after="30" w:line="230" w:lineRule="exact"/>
              <w:rPr>
                <w:rFonts w:hint="eastAsia"/>
              </w:rPr>
            </w:pPr>
            <w:r>
              <w:rPr>
                <w:b/>
                <w:color w:val="FFFFFF"/>
                <w:sz w:val="17"/>
              </w:rPr>
              <w:t>Risultato / obiettivo</w:t>
            </w:r>
          </w:p>
        </w:tc>
      </w:tr>
      <w:tr w:rsidR="00E54E13" w14:paraId="773108C7" w14:textId="77777777">
        <w:trPr>
          <w:cantSplit/>
          <w:trHeight w:val="442"/>
          <w:jc w:val="center"/>
        </w:trPr>
        <w:tc>
          <w:tcPr>
            <w:tcW w:w="3685" w:type="dxa"/>
            <w:vAlign w:val="center"/>
          </w:tcPr>
          <w:p w14:paraId="5754F092" w14:textId="77777777" w:rsidR="00E54E13" w:rsidRDefault="00000000">
            <w:pPr>
              <w:spacing w:before="30" w:after="30" w:line="230" w:lineRule="exact"/>
              <w:rPr>
                <w:rFonts w:hint="eastAsia"/>
              </w:rPr>
            </w:pPr>
            <w:r>
              <w:rPr>
                <w:sz w:val="17"/>
              </w:rPr>
              <w:t>Copertura attribuzioni</w:t>
            </w:r>
          </w:p>
        </w:tc>
        <w:tc>
          <w:tcPr>
            <w:tcW w:w="1757" w:type="dxa"/>
            <w:vAlign w:val="center"/>
          </w:tcPr>
          <w:p w14:paraId="709DE495" w14:textId="77777777" w:rsidR="00E54E13" w:rsidRDefault="00000000">
            <w:pPr>
              <w:spacing w:before="30" w:after="30" w:line="230" w:lineRule="exact"/>
              <w:rPr>
                <w:rFonts w:hint="eastAsia"/>
              </w:rPr>
            </w:pPr>
            <w:r>
              <w:rPr>
                <w:sz w:val="17"/>
              </w:rPr>
              <w:t>[ ]</w:t>
            </w:r>
          </w:p>
        </w:tc>
        <w:tc>
          <w:tcPr>
            <w:tcW w:w="1757" w:type="dxa"/>
            <w:vAlign w:val="center"/>
          </w:tcPr>
          <w:p w14:paraId="74571645" w14:textId="77777777" w:rsidR="00E54E13" w:rsidRDefault="00000000">
            <w:pPr>
              <w:spacing w:before="30" w:after="30" w:line="230" w:lineRule="exact"/>
              <w:rPr>
                <w:rFonts w:hint="eastAsia"/>
              </w:rPr>
            </w:pPr>
            <w:r>
              <w:rPr>
                <w:sz w:val="17"/>
              </w:rPr>
              <w:t>[ ]</w:t>
            </w:r>
          </w:p>
        </w:tc>
        <w:tc>
          <w:tcPr>
            <w:tcW w:w="2551" w:type="dxa"/>
            <w:vAlign w:val="center"/>
          </w:tcPr>
          <w:p w14:paraId="4BFE55DE" w14:textId="77777777" w:rsidR="00E54E13" w:rsidRDefault="00000000">
            <w:pPr>
              <w:spacing w:before="30" w:after="30" w:line="230" w:lineRule="exact"/>
              <w:rPr>
                <w:rFonts w:hint="eastAsia"/>
              </w:rPr>
            </w:pPr>
            <w:r>
              <w:rPr>
                <w:sz w:val="17"/>
              </w:rPr>
              <w:t>[ ]</w:t>
            </w:r>
          </w:p>
        </w:tc>
      </w:tr>
      <w:tr w:rsidR="00E54E13" w14:paraId="2D6F509C" w14:textId="77777777">
        <w:trPr>
          <w:cantSplit/>
          <w:trHeight w:val="442"/>
          <w:jc w:val="center"/>
        </w:trPr>
        <w:tc>
          <w:tcPr>
            <w:tcW w:w="3685" w:type="dxa"/>
            <w:shd w:val="clear" w:color="auto" w:fill="F6F8FA"/>
            <w:vAlign w:val="center"/>
          </w:tcPr>
          <w:p w14:paraId="2F2AA00C" w14:textId="77777777" w:rsidR="00E54E13" w:rsidRDefault="00000000">
            <w:pPr>
              <w:spacing w:before="30" w:after="30" w:line="230" w:lineRule="exact"/>
              <w:rPr>
                <w:rFonts w:hint="eastAsia"/>
              </w:rPr>
            </w:pPr>
            <w:r>
              <w:rPr>
                <w:sz w:val="17"/>
              </w:rPr>
              <w:t>Aggiornamenti pertinenti nei termini</w:t>
            </w:r>
          </w:p>
        </w:tc>
        <w:tc>
          <w:tcPr>
            <w:tcW w:w="1757" w:type="dxa"/>
            <w:shd w:val="clear" w:color="auto" w:fill="F6F8FA"/>
            <w:vAlign w:val="center"/>
          </w:tcPr>
          <w:p w14:paraId="114AB99D" w14:textId="77777777" w:rsidR="00E54E13" w:rsidRDefault="00000000">
            <w:pPr>
              <w:spacing w:before="30" w:after="30" w:line="230" w:lineRule="exact"/>
              <w:rPr>
                <w:rFonts w:hint="eastAsia"/>
              </w:rPr>
            </w:pPr>
            <w:r>
              <w:rPr>
                <w:sz w:val="17"/>
              </w:rPr>
              <w:t>[ ]</w:t>
            </w:r>
          </w:p>
        </w:tc>
        <w:tc>
          <w:tcPr>
            <w:tcW w:w="1757" w:type="dxa"/>
            <w:shd w:val="clear" w:color="auto" w:fill="F6F8FA"/>
            <w:vAlign w:val="center"/>
          </w:tcPr>
          <w:p w14:paraId="7ABF79EC" w14:textId="77777777" w:rsidR="00E54E13" w:rsidRDefault="00000000">
            <w:pPr>
              <w:spacing w:before="30" w:after="30" w:line="230" w:lineRule="exact"/>
              <w:rPr>
                <w:rFonts w:hint="eastAsia"/>
              </w:rPr>
            </w:pPr>
            <w:r>
              <w:rPr>
                <w:sz w:val="17"/>
              </w:rPr>
              <w:t>[ ]</w:t>
            </w:r>
          </w:p>
        </w:tc>
        <w:tc>
          <w:tcPr>
            <w:tcW w:w="2551" w:type="dxa"/>
            <w:shd w:val="clear" w:color="auto" w:fill="F6F8FA"/>
            <w:vAlign w:val="center"/>
          </w:tcPr>
          <w:p w14:paraId="1EB5544A" w14:textId="77777777" w:rsidR="00E54E13" w:rsidRDefault="00000000">
            <w:pPr>
              <w:spacing w:before="30" w:after="30" w:line="230" w:lineRule="exact"/>
              <w:rPr>
                <w:rFonts w:hint="eastAsia"/>
              </w:rPr>
            </w:pPr>
            <w:r>
              <w:rPr>
                <w:sz w:val="17"/>
              </w:rPr>
              <w:t>[ ]</w:t>
            </w:r>
          </w:p>
        </w:tc>
      </w:tr>
      <w:tr w:rsidR="00E54E13" w14:paraId="4576E772" w14:textId="77777777">
        <w:trPr>
          <w:cantSplit/>
          <w:trHeight w:val="442"/>
          <w:jc w:val="center"/>
        </w:trPr>
        <w:tc>
          <w:tcPr>
            <w:tcW w:w="3685" w:type="dxa"/>
            <w:vAlign w:val="center"/>
          </w:tcPr>
          <w:p w14:paraId="22742D37" w14:textId="77777777" w:rsidR="00E54E13" w:rsidRDefault="00000000">
            <w:pPr>
              <w:spacing w:before="30" w:after="30" w:line="230" w:lineRule="exact"/>
              <w:rPr>
                <w:rFonts w:hint="eastAsia"/>
              </w:rPr>
            </w:pPr>
            <w:r>
              <w:rPr>
                <w:sz w:val="17"/>
              </w:rPr>
              <w:t>Idoneità/autorizzazioni BT coerenti</w:t>
            </w:r>
          </w:p>
        </w:tc>
        <w:tc>
          <w:tcPr>
            <w:tcW w:w="1757" w:type="dxa"/>
            <w:vAlign w:val="center"/>
          </w:tcPr>
          <w:p w14:paraId="5DF767D4" w14:textId="77777777" w:rsidR="00E54E13" w:rsidRDefault="00000000">
            <w:pPr>
              <w:spacing w:before="30" w:after="30" w:line="230" w:lineRule="exact"/>
              <w:rPr>
                <w:rFonts w:hint="eastAsia"/>
              </w:rPr>
            </w:pPr>
            <w:r>
              <w:rPr>
                <w:sz w:val="17"/>
              </w:rPr>
              <w:t>[ ]</w:t>
            </w:r>
          </w:p>
        </w:tc>
        <w:tc>
          <w:tcPr>
            <w:tcW w:w="1757" w:type="dxa"/>
            <w:vAlign w:val="center"/>
          </w:tcPr>
          <w:p w14:paraId="7757097A" w14:textId="77777777" w:rsidR="00E54E13" w:rsidRDefault="00000000">
            <w:pPr>
              <w:spacing w:before="30" w:after="30" w:line="230" w:lineRule="exact"/>
              <w:rPr>
                <w:rFonts w:hint="eastAsia"/>
              </w:rPr>
            </w:pPr>
            <w:r>
              <w:rPr>
                <w:sz w:val="17"/>
              </w:rPr>
              <w:t>[ ]</w:t>
            </w:r>
          </w:p>
        </w:tc>
        <w:tc>
          <w:tcPr>
            <w:tcW w:w="2551" w:type="dxa"/>
            <w:vAlign w:val="center"/>
          </w:tcPr>
          <w:p w14:paraId="611388E0" w14:textId="77777777" w:rsidR="00E54E13" w:rsidRDefault="00000000">
            <w:pPr>
              <w:spacing w:before="30" w:after="30" w:line="230" w:lineRule="exact"/>
              <w:rPr>
                <w:rFonts w:hint="eastAsia"/>
              </w:rPr>
            </w:pPr>
            <w:r>
              <w:rPr>
                <w:sz w:val="17"/>
              </w:rPr>
              <w:t>[ ]</w:t>
            </w:r>
          </w:p>
        </w:tc>
      </w:tr>
      <w:tr w:rsidR="00E54E13" w14:paraId="3FFCDD8D" w14:textId="77777777">
        <w:trPr>
          <w:cantSplit/>
          <w:trHeight w:val="442"/>
          <w:jc w:val="center"/>
        </w:trPr>
        <w:tc>
          <w:tcPr>
            <w:tcW w:w="3685" w:type="dxa"/>
            <w:shd w:val="clear" w:color="auto" w:fill="F6F8FA"/>
            <w:vAlign w:val="center"/>
          </w:tcPr>
          <w:p w14:paraId="7D99D3BB" w14:textId="77777777" w:rsidR="00E54E13" w:rsidRDefault="00000000">
            <w:pPr>
              <w:spacing w:before="30" w:after="30" w:line="230" w:lineRule="exact"/>
              <w:rPr>
                <w:rFonts w:hint="eastAsia"/>
              </w:rPr>
            </w:pPr>
            <w:r>
              <w:rPr>
                <w:sz w:val="17"/>
              </w:rPr>
              <w:t>Completezza dossier applicabili</w:t>
            </w:r>
          </w:p>
        </w:tc>
        <w:tc>
          <w:tcPr>
            <w:tcW w:w="1757" w:type="dxa"/>
            <w:shd w:val="clear" w:color="auto" w:fill="F6F8FA"/>
            <w:vAlign w:val="center"/>
          </w:tcPr>
          <w:p w14:paraId="115CAC8A" w14:textId="77777777" w:rsidR="00E54E13" w:rsidRDefault="00000000">
            <w:pPr>
              <w:spacing w:before="30" w:after="30" w:line="230" w:lineRule="exact"/>
              <w:rPr>
                <w:rFonts w:hint="eastAsia"/>
              </w:rPr>
            </w:pPr>
            <w:r>
              <w:rPr>
                <w:sz w:val="17"/>
              </w:rPr>
              <w:t>[ ]</w:t>
            </w:r>
          </w:p>
        </w:tc>
        <w:tc>
          <w:tcPr>
            <w:tcW w:w="1757" w:type="dxa"/>
            <w:shd w:val="clear" w:color="auto" w:fill="F6F8FA"/>
            <w:vAlign w:val="center"/>
          </w:tcPr>
          <w:p w14:paraId="2B53EA7F" w14:textId="77777777" w:rsidR="00E54E13" w:rsidRDefault="00000000">
            <w:pPr>
              <w:spacing w:before="30" w:after="30" w:line="230" w:lineRule="exact"/>
              <w:rPr>
                <w:rFonts w:hint="eastAsia"/>
              </w:rPr>
            </w:pPr>
            <w:r>
              <w:rPr>
                <w:sz w:val="17"/>
              </w:rPr>
              <w:t>[ ]</w:t>
            </w:r>
          </w:p>
        </w:tc>
        <w:tc>
          <w:tcPr>
            <w:tcW w:w="2551" w:type="dxa"/>
            <w:shd w:val="clear" w:color="auto" w:fill="F6F8FA"/>
            <w:vAlign w:val="center"/>
          </w:tcPr>
          <w:p w14:paraId="4D57E519" w14:textId="77777777" w:rsidR="00E54E13" w:rsidRDefault="00000000">
            <w:pPr>
              <w:spacing w:before="30" w:after="30" w:line="230" w:lineRule="exact"/>
              <w:rPr>
                <w:rFonts w:hint="eastAsia"/>
              </w:rPr>
            </w:pPr>
            <w:r>
              <w:rPr>
                <w:sz w:val="17"/>
              </w:rPr>
              <w:t>[ ]</w:t>
            </w:r>
          </w:p>
        </w:tc>
      </w:tr>
      <w:tr w:rsidR="00E54E13" w14:paraId="01BCAE0E" w14:textId="77777777">
        <w:trPr>
          <w:cantSplit/>
          <w:trHeight w:val="442"/>
          <w:jc w:val="center"/>
        </w:trPr>
        <w:tc>
          <w:tcPr>
            <w:tcW w:w="3685" w:type="dxa"/>
            <w:vAlign w:val="center"/>
          </w:tcPr>
          <w:p w14:paraId="62CC5285" w14:textId="77777777" w:rsidR="00E54E13" w:rsidRDefault="00000000">
            <w:pPr>
              <w:spacing w:before="30" w:after="30" w:line="230" w:lineRule="exact"/>
              <w:rPr>
                <w:rFonts w:hint="eastAsia"/>
              </w:rPr>
            </w:pPr>
            <w:r>
              <w:rPr>
                <w:sz w:val="17"/>
              </w:rPr>
              <w:t>Azioni chiuse entro il termine</w:t>
            </w:r>
          </w:p>
        </w:tc>
        <w:tc>
          <w:tcPr>
            <w:tcW w:w="1757" w:type="dxa"/>
            <w:vAlign w:val="center"/>
          </w:tcPr>
          <w:p w14:paraId="5386B286" w14:textId="77777777" w:rsidR="00E54E13" w:rsidRDefault="00000000">
            <w:pPr>
              <w:spacing w:before="30" w:after="30" w:line="230" w:lineRule="exact"/>
              <w:rPr>
                <w:rFonts w:hint="eastAsia"/>
              </w:rPr>
            </w:pPr>
            <w:r>
              <w:rPr>
                <w:sz w:val="17"/>
              </w:rPr>
              <w:t>[ ]</w:t>
            </w:r>
          </w:p>
        </w:tc>
        <w:tc>
          <w:tcPr>
            <w:tcW w:w="1757" w:type="dxa"/>
            <w:vAlign w:val="center"/>
          </w:tcPr>
          <w:p w14:paraId="717BA255" w14:textId="77777777" w:rsidR="00E54E13" w:rsidRDefault="00000000">
            <w:pPr>
              <w:spacing w:before="30" w:after="30" w:line="230" w:lineRule="exact"/>
              <w:rPr>
                <w:rFonts w:hint="eastAsia"/>
              </w:rPr>
            </w:pPr>
            <w:r>
              <w:rPr>
                <w:sz w:val="17"/>
              </w:rPr>
              <w:t>[ ]</w:t>
            </w:r>
          </w:p>
        </w:tc>
        <w:tc>
          <w:tcPr>
            <w:tcW w:w="2551" w:type="dxa"/>
            <w:vAlign w:val="center"/>
          </w:tcPr>
          <w:p w14:paraId="2F0F870C" w14:textId="77777777" w:rsidR="00E54E13" w:rsidRDefault="00000000">
            <w:pPr>
              <w:spacing w:before="30" w:after="30" w:line="230" w:lineRule="exact"/>
              <w:rPr>
                <w:rFonts w:hint="eastAsia"/>
              </w:rPr>
            </w:pPr>
            <w:r>
              <w:rPr>
                <w:sz w:val="17"/>
              </w:rPr>
              <w:t>[ ]</w:t>
            </w:r>
          </w:p>
        </w:tc>
      </w:tr>
    </w:tbl>
    <w:p w14:paraId="3E6E08A2" w14:textId="77777777" w:rsidR="00E54E13" w:rsidRDefault="00E54E13">
      <w:pPr>
        <w:spacing w:after="40" w:line="40" w:lineRule="exact"/>
        <w:rPr>
          <w:rFonts w:hint="eastAsia"/>
        </w:rPr>
      </w:pPr>
    </w:p>
    <w:p w14:paraId="1E4DF583" w14:textId="77777777" w:rsidR="00E54E13" w:rsidRDefault="00000000">
      <w:pPr>
        <w:pStyle w:val="FormHint"/>
        <w:rPr>
          <w:rFonts w:hint="eastAsia"/>
        </w:rPr>
      </w:pPr>
      <w:r>
        <w:t>Per gli indicatori percentuali: numeratore / denominatore × 100. Se il denominatore è zero indicare N.A. Definizioni complete nella sezione 24 della procedura. Le soglie sono aziendali. Non interpretare l’assenza di segnalazioni come prova di sicurezza.</w:t>
      </w:r>
    </w:p>
    <w:p w14:paraId="2FD07816" w14:textId="77777777" w:rsidR="00E54E13" w:rsidRDefault="00000000">
      <w:pPr>
        <w:pStyle w:val="Titolo3"/>
      </w:pPr>
      <w:r>
        <w:t>Piano di miglioramento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608"/>
        <w:gridCol w:w="2835"/>
        <w:gridCol w:w="1871"/>
        <w:gridCol w:w="2438"/>
      </w:tblGrid>
      <w:tr w:rsidR="00E54E13" w14:paraId="449F3028" w14:textId="77777777">
        <w:trPr>
          <w:tblHeader/>
          <w:jc w:val="center"/>
        </w:trPr>
        <w:tc>
          <w:tcPr>
            <w:tcW w:w="2608" w:type="dxa"/>
            <w:shd w:val="clear" w:color="auto" w:fill="12324B"/>
          </w:tcPr>
          <w:p w14:paraId="6B9BA122" w14:textId="77777777" w:rsidR="00E54E13" w:rsidRDefault="00000000">
            <w:pPr>
              <w:spacing w:before="30" w:after="30" w:line="228" w:lineRule="exact"/>
              <w:rPr>
                <w:rFonts w:hint="eastAsia"/>
              </w:rPr>
            </w:pPr>
            <w:r>
              <w:rPr>
                <w:b/>
                <w:color w:val="FFFFFF"/>
                <w:sz w:val="17"/>
              </w:rPr>
              <w:t>Carenza / causa</w:t>
            </w:r>
          </w:p>
        </w:tc>
        <w:tc>
          <w:tcPr>
            <w:tcW w:w="2835" w:type="dxa"/>
            <w:shd w:val="clear" w:color="auto" w:fill="12324B"/>
          </w:tcPr>
          <w:p w14:paraId="4C817795" w14:textId="77777777" w:rsidR="00E54E13" w:rsidRDefault="00000000">
            <w:pPr>
              <w:spacing w:before="30" w:after="30" w:line="228" w:lineRule="exact"/>
              <w:rPr>
                <w:rFonts w:hint="eastAsia"/>
              </w:rPr>
            </w:pPr>
            <w:r>
              <w:rPr>
                <w:b/>
                <w:color w:val="FFFFFF"/>
                <w:sz w:val="17"/>
              </w:rPr>
              <w:t>Azione / responsabile</w:t>
            </w:r>
          </w:p>
        </w:tc>
        <w:tc>
          <w:tcPr>
            <w:tcW w:w="1871" w:type="dxa"/>
            <w:shd w:val="clear" w:color="auto" w:fill="12324B"/>
          </w:tcPr>
          <w:p w14:paraId="1DD56E11" w14:textId="77777777" w:rsidR="00E54E13" w:rsidRDefault="00000000">
            <w:pPr>
              <w:spacing w:before="30" w:after="30" w:line="228" w:lineRule="exact"/>
              <w:rPr>
                <w:rFonts w:hint="eastAsia"/>
              </w:rPr>
            </w:pPr>
            <w:r>
              <w:rPr>
                <w:b/>
                <w:color w:val="FFFFFF"/>
                <w:sz w:val="17"/>
              </w:rPr>
              <w:t>Termine e chiusura</w:t>
            </w:r>
          </w:p>
        </w:tc>
        <w:tc>
          <w:tcPr>
            <w:tcW w:w="2438" w:type="dxa"/>
            <w:shd w:val="clear" w:color="auto" w:fill="12324B"/>
          </w:tcPr>
          <w:p w14:paraId="1FEC3AF9" w14:textId="77777777" w:rsidR="00E54E13" w:rsidRDefault="00000000">
            <w:pPr>
              <w:spacing w:before="30" w:after="30" w:line="228" w:lineRule="exact"/>
              <w:rPr>
                <w:rFonts w:hint="eastAsia"/>
              </w:rPr>
            </w:pPr>
            <w:r>
              <w:rPr>
                <w:b/>
                <w:color w:val="FFFFFF"/>
                <w:sz w:val="17"/>
              </w:rPr>
              <w:t>Verifica di efficacia</w:t>
            </w:r>
          </w:p>
        </w:tc>
      </w:tr>
      <w:tr w:rsidR="00E54E13" w14:paraId="4C060043" w14:textId="77777777">
        <w:trPr>
          <w:cantSplit/>
          <w:trHeight w:val="709"/>
          <w:jc w:val="center"/>
        </w:trPr>
        <w:tc>
          <w:tcPr>
            <w:tcW w:w="2608" w:type="dxa"/>
            <w:vAlign w:val="center"/>
          </w:tcPr>
          <w:p w14:paraId="2A07563C" w14:textId="77777777" w:rsidR="00E54E13" w:rsidRDefault="00000000">
            <w:pPr>
              <w:spacing w:before="30" w:after="30" w:line="228" w:lineRule="exact"/>
              <w:rPr>
                <w:rFonts w:hint="eastAsia"/>
              </w:rPr>
            </w:pPr>
            <w:r>
              <w:rPr>
                <w:sz w:val="17"/>
              </w:rPr>
              <w:t>[da compilare]</w:t>
            </w:r>
          </w:p>
        </w:tc>
        <w:tc>
          <w:tcPr>
            <w:tcW w:w="2835" w:type="dxa"/>
            <w:vAlign w:val="center"/>
          </w:tcPr>
          <w:p w14:paraId="7683FE41" w14:textId="77777777" w:rsidR="00E54E13" w:rsidRDefault="00000000">
            <w:pPr>
              <w:spacing w:before="30" w:after="30" w:line="228" w:lineRule="exact"/>
              <w:rPr>
                <w:rFonts w:hint="eastAsia"/>
              </w:rPr>
            </w:pPr>
            <w:r>
              <w:rPr>
                <w:sz w:val="17"/>
              </w:rPr>
              <w:t>[da compilare]</w:t>
            </w:r>
          </w:p>
        </w:tc>
        <w:tc>
          <w:tcPr>
            <w:tcW w:w="1871" w:type="dxa"/>
            <w:vAlign w:val="center"/>
          </w:tcPr>
          <w:p w14:paraId="40BE083D" w14:textId="77777777" w:rsidR="00E54E13" w:rsidRDefault="00000000">
            <w:pPr>
              <w:spacing w:before="30" w:after="30" w:line="228" w:lineRule="exact"/>
              <w:rPr>
                <w:rFonts w:hint="eastAsia"/>
              </w:rPr>
            </w:pPr>
            <w:r>
              <w:rPr>
                <w:sz w:val="17"/>
              </w:rPr>
              <w:t>[da compilare]</w:t>
            </w:r>
          </w:p>
        </w:tc>
        <w:tc>
          <w:tcPr>
            <w:tcW w:w="2438" w:type="dxa"/>
            <w:vAlign w:val="center"/>
          </w:tcPr>
          <w:p w14:paraId="554ED31E" w14:textId="77777777" w:rsidR="00E54E13" w:rsidRDefault="00000000">
            <w:pPr>
              <w:spacing w:before="30" w:after="30" w:line="228" w:lineRule="exact"/>
              <w:rPr>
                <w:rFonts w:hint="eastAsia"/>
              </w:rPr>
            </w:pPr>
            <w:r>
              <w:rPr>
                <w:sz w:val="17"/>
              </w:rPr>
              <w:t>[da compilare]</w:t>
            </w:r>
          </w:p>
        </w:tc>
      </w:tr>
      <w:tr w:rsidR="00E54E13" w14:paraId="70FD3731" w14:textId="77777777">
        <w:trPr>
          <w:cantSplit/>
          <w:trHeight w:val="709"/>
          <w:jc w:val="center"/>
        </w:trPr>
        <w:tc>
          <w:tcPr>
            <w:tcW w:w="2608" w:type="dxa"/>
            <w:shd w:val="clear" w:color="auto" w:fill="F6F8FA"/>
            <w:vAlign w:val="center"/>
          </w:tcPr>
          <w:p w14:paraId="1D44E66E" w14:textId="77777777" w:rsidR="00E54E13" w:rsidRDefault="00000000">
            <w:pPr>
              <w:spacing w:before="30" w:after="30" w:line="228" w:lineRule="exact"/>
              <w:rPr>
                <w:rFonts w:hint="eastAsia"/>
              </w:rPr>
            </w:pPr>
            <w:r>
              <w:rPr>
                <w:sz w:val="17"/>
              </w:rPr>
              <w:t>[da compilare]</w:t>
            </w:r>
          </w:p>
        </w:tc>
        <w:tc>
          <w:tcPr>
            <w:tcW w:w="2835" w:type="dxa"/>
            <w:shd w:val="clear" w:color="auto" w:fill="F6F8FA"/>
            <w:vAlign w:val="center"/>
          </w:tcPr>
          <w:p w14:paraId="7748C680" w14:textId="77777777" w:rsidR="00E54E13" w:rsidRDefault="00000000">
            <w:pPr>
              <w:spacing w:before="30" w:after="30" w:line="228" w:lineRule="exact"/>
              <w:rPr>
                <w:rFonts w:hint="eastAsia"/>
              </w:rPr>
            </w:pPr>
            <w:r>
              <w:rPr>
                <w:sz w:val="17"/>
              </w:rPr>
              <w:t>[da compilare]</w:t>
            </w:r>
          </w:p>
        </w:tc>
        <w:tc>
          <w:tcPr>
            <w:tcW w:w="1871" w:type="dxa"/>
            <w:shd w:val="clear" w:color="auto" w:fill="F6F8FA"/>
            <w:vAlign w:val="center"/>
          </w:tcPr>
          <w:p w14:paraId="3DF413B6" w14:textId="77777777" w:rsidR="00E54E13" w:rsidRDefault="00000000">
            <w:pPr>
              <w:spacing w:before="30" w:after="30" w:line="228" w:lineRule="exact"/>
              <w:rPr>
                <w:rFonts w:hint="eastAsia"/>
              </w:rPr>
            </w:pPr>
            <w:r>
              <w:rPr>
                <w:sz w:val="17"/>
              </w:rPr>
              <w:t>[da compilare]</w:t>
            </w:r>
          </w:p>
        </w:tc>
        <w:tc>
          <w:tcPr>
            <w:tcW w:w="2438" w:type="dxa"/>
            <w:shd w:val="clear" w:color="auto" w:fill="F6F8FA"/>
            <w:vAlign w:val="center"/>
          </w:tcPr>
          <w:p w14:paraId="57A506A8" w14:textId="77777777" w:rsidR="00E54E13" w:rsidRDefault="00000000">
            <w:pPr>
              <w:spacing w:before="30" w:after="30" w:line="228" w:lineRule="exact"/>
              <w:rPr>
                <w:rFonts w:hint="eastAsia"/>
              </w:rPr>
            </w:pPr>
            <w:r>
              <w:rPr>
                <w:sz w:val="17"/>
              </w:rPr>
              <w:t>[da compilare]</w:t>
            </w:r>
          </w:p>
        </w:tc>
      </w:tr>
      <w:tr w:rsidR="00E54E13" w14:paraId="40DA15C2" w14:textId="77777777">
        <w:trPr>
          <w:cantSplit/>
          <w:trHeight w:val="709"/>
          <w:jc w:val="center"/>
        </w:trPr>
        <w:tc>
          <w:tcPr>
            <w:tcW w:w="2608" w:type="dxa"/>
            <w:vAlign w:val="center"/>
          </w:tcPr>
          <w:p w14:paraId="3D3B3CAD" w14:textId="77777777" w:rsidR="00E54E13" w:rsidRDefault="00000000">
            <w:pPr>
              <w:spacing w:before="30" w:after="30" w:line="228" w:lineRule="exact"/>
              <w:rPr>
                <w:rFonts w:hint="eastAsia"/>
              </w:rPr>
            </w:pPr>
            <w:r>
              <w:rPr>
                <w:sz w:val="17"/>
              </w:rPr>
              <w:t>[da compilare]</w:t>
            </w:r>
          </w:p>
        </w:tc>
        <w:tc>
          <w:tcPr>
            <w:tcW w:w="2835" w:type="dxa"/>
            <w:vAlign w:val="center"/>
          </w:tcPr>
          <w:p w14:paraId="249385A7" w14:textId="77777777" w:rsidR="00E54E13" w:rsidRDefault="00000000">
            <w:pPr>
              <w:spacing w:before="30" w:after="30" w:line="228" w:lineRule="exact"/>
              <w:rPr>
                <w:rFonts w:hint="eastAsia"/>
              </w:rPr>
            </w:pPr>
            <w:r>
              <w:rPr>
                <w:sz w:val="17"/>
              </w:rPr>
              <w:t>[da compilare]</w:t>
            </w:r>
          </w:p>
        </w:tc>
        <w:tc>
          <w:tcPr>
            <w:tcW w:w="1871" w:type="dxa"/>
            <w:vAlign w:val="center"/>
          </w:tcPr>
          <w:p w14:paraId="4A7B121D" w14:textId="77777777" w:rsidR="00E54E13" w:rsidRDefault="00000000">
            <w:pPr>
              <w:spacing w:before="30" w:after="30" w:line="228" w:lineRule="exact"/>
              <w:rPr>
                <w:rFonts w:hint="eastAsia"/>
              </w:rPr>
            </w:pPr>
            <w:r>
              <w:rPr>
                <w:sz w:val="17"/>
              </w:rPr>
              <w:t>[da compilare]</w:t>
            </w:r>
          </w:p>
        </w:tc>
        <w:tc>
          <w:tcPr>
            <w:tcW w:w="2438" w:type="dxa"/>
            <w:vAlign w:val="center"/>
          </w:tcPr>
          <w:p w14:paraId="6E72B015" w14:textId="77777777" w:rsidR="00E54E13" w:rsidRDefault="00000000">
            <w:pPr>
              <w:spacing w:before="30" w:after="30" w:line="228" w:lineRule="exact"/>
              <w:rPr>
                <w:rFonts w:hint="eastAsia"/>
              </w:rPr>
            </w:pPr>
            <w:r>
              <w:rPr>
                <w:sz w:val="17"/>
              </w:rPr>
              <w:t>[da compilare]</w:t>
            </w:r>
          </w:p>
        </w:tc>
      </w:tr>
    </w:tbl>
    <w:p w14:paraId="09817E55"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E409DA0" w14:textId="77777777">
        <w:trPr>
          <w:cantSplit/>
          <w:trHeight w:val="386"/>
          <w:jc w:val="center"/>
        </w:trPr>
        <w:tc>
          <w:tcPr>
            <w:tcW w:w="2891" w:type="dxa"/>
            <w:shd w:val="clear" w:color="auto" w:fill="EDF3F9"/>
            <w:vAlign w:val="center"/>
          </w:tcPr>
          <w:p w14:paraId="47D847F6" w14:textId="77777777" w:rsidR="00E54E13" w:rsidRDefault="00000000">
            <w:pPr>
              <w:spacing w:before="30" w:after="30" w:line="236" w:lineRule="exact"/>
              <w:rPr>
                <w:rFonts w:hint="eastAsia"/>
              </w:rPr>
            </w:pPr>
            <w:r>
              <w:rPr>
                <w:b/>
                <w:sz w:val="18"/>
              </w:rPr>
              <w:t>Decisioni del riesame</w:t>
            </w:r>
          </w:p>
        </w:tc>
        <w:tc>
          <w:tcPr>
            <w:tcW w:w="6860" w:type="dxa"/>
            <w:vAlign w:val="center"/>
          </w:tcPr>
          <w:p w14:paraId="4F4D9457" w14:textId="77777777" w:rsidR="00E54E13" w:rsidRDefault="00000000">
            <w:pPr>
              <w:spacing w:before="30" w:after="30" w:line="236" w:lineRule="exact"/>
              <w:rPr>
                <w:rFonts w:hint="eastAsia"/>
              </w:rPr>
            </w:pPr>
            <w:sdt>
              <w:sdtPr>
                <w:alias w:val="risorse, priorità e ulteriori verifiche"/>
                <w:tag w:val="campo_382"/>
                <w:id w:val="100382"/>
                <w:text w:multiLine="1"/>
              </w:sdtPr>
              <w:sdtContent>
                <w:r>
                  <w:rPr>
                    <w:color w:val="007E87"/>
                    <w:sz w:val="19"/>
                  </w:rPr>
                  <w:t>[risorse, priorità e ulteriori verifiche]</w:t>
                </w:r>
              </w:sdtContent>
            </w:sdt>
          </w:p>
        </w:tc>
      </w:tr>
    </w:tbl>
    <w:p w14:paraId="3FEC0307"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22A2C501" w14:textId="77777777">
        <w:trPr>
          <w:tblHeader/>
          <w:jc w:val="center"/>
        </w:trPr>
        <w:tc>
          <w:tcPr>
            <w:tcW w:w="3250" w:type="dxa"/>
            <w:shd w:val="clear" w:color="auto" w:fill="12324B"/>
          </w:tcPr>
          <w:p w14:paraId="5C3CFFC7" w14:textId="77777777" w:rsidR="00E54E13" w:rsidRDefault="00000000">
            <w:pPr>
              <w:spacing w:before="30" w:after="30" w:line="228" w:lineRule="exact"/>
              <w:rPr>
                <w:rFonts w:hint="eastAsia"/>
              </w:rPr>
            </w:pPr>
            <w:r>
              <w:rPr>
                <w:b/>
                <w:color w:val="FFFFFF"/>
                <w:sz w:val="17"/>
              </w:rPr>
              <w:t>Compilato da</w:t>
            </w:r>
          </w:p>
        </w:tc>
        <w:tc>
          <w:tcPr>
            <w:tcW w:w="3250" w:type="dxa"/>
            <w:shd w:val="clear" w:color="auto" w:fill="12324B"/>
          </w:tcPr>
          <w:p w14:paraId="2B2D6623" w14:textId="77777777" w:rsidR="00E54E13" w:rsidRDefault="00000000">
            <w:pPr>
              <w:spacing w:before="30" w:after="30" w:line="228" w:lineRule="exact"/>
              <w:rPr>
                <w:rFonts w:hint="eastAsia"/>
              </w:rPr>
            </w:pPr>
            <w:r>
              <w:rPr>
                <w:b/>
                <w:color w:val="FFFFFF"/>
                <w:sz w:val="17"/>
              </w:rPr>
              <w:t>Verificato da</w:t>
            </w:r>
          </w:p>
        </w:tc>
        <w:tc>
          <w:tcPr>
            <w:tcW w:w="3250" w:type="dxa"/>
            <w:shd w:val="clear" w:color="auto" w:fill="12324B"/>
          </w:tcPr>
          <w:p w14:paraId="07B41553" w14:textId="77777777" w:rsidR="00E54E13" w:rsidRDefault="00000000">
            <w:pPr>
              <w:spacing w:before="30" w:after="30" w:line="228" w:lineRule="exact"/>
              <w:rPr>
                <w:rFonts w:hint="eastAsia"/>
              </w:rPr>
            </w:pPr>
            <w:r>
              <w:rPr>
                <w:b/>
                <w:color w:val="FFFFFF"/>
                <w:sz w:val="17"/>
              </w:rPr>
              <w:t>Data</w:t>
            </w:r>
          </w:p>
        </w:tc>
      </w:tr>
      <w:tr w:rsidR="00E54E13" w14:paraId="0217D1FD" w14:textId="77777777">
        <w:trPr>
          <w:cantSplit/>
          <w:trHeight w:val="567"/>
          <w:jc w:val="center"/>
        </w:trPr>
        <w:tc>
          <w:tcPr>
            <w:tcW w:w="3250" w:type="dxa"/>
            <w:vAlign w:val="center"/>
          </w:tcPr>
          <w:p w14:paraId="596C8583"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34ADDBD"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A296BC2" w14:textId="77777777" w:rsidR="00E54E13" w:rsidRDefault="00000000">
            <w:pPr>
              <w:spacing w:before="30" w:after="30" w:line="228" w:lineRule="exact"/>
              <w:rPr>
                <w:rFonts w:hint="eastAsia"/>
              </w:rPr>
            </w:pPr>
            <w:r>
              <w:rPr>
                <w:sz w:val="17"/>
              </w:rPr>
              <w:t>____ / ____ / ______</w:t>
            </w:r>
          </w:p>
        </w:tc>
      </w:tr>
    </w:tbl>
    <w:p w14:paraId="66DF8896" w14:textId="77777777" w:rsidR="00E54E13" w:rsidRDefault="00E54E13">
      <w:pPr>
        <w:spacing w:after="40" w:line="40" w:lineRule="exact"/>
        <w:rPr>
          <w:rFonts w:hint="eastAsia"/>
        </w:rPr>
      </w:pPr>
    </w:p>
    <w:p w14:paraId="2887CCBF" w14:textId="77777777" w:rsidR="00E54E13" w:rsidRDefault="00000000">
      <w:pPr>
        <w:pStyle w:val="Source"/>
        <w:rPr>
          <w:rFonts w:hint="eastAsia"/>
        </w:rPr>
      </w:pPr>
      <w:r>
        <w:t>Modello originale [AZ]. Base: INAIL 2026, principi di gestione e mantenimento, pp. 1–6. I campi vuoti non costituiscono una verifica positiva.</w:t>
      </w:r>
    </w:p>
    <w:p w14:paraId="7CC6753A" w14:textId="77777777" w:rsidR="00E54E13" w:rsidRDefault="00000000">
      <w:pPr>
        <w:pStyle w:val="Eyebrow"/>
        <w:keepNext/>
        <w:pageBreakBefore/>
        <w:rPr>
          <w:rFonts w:hint="eastAsia"/>
        </w:rPr>
      </w:pPr>
      <w:r>
        <w:t>PARTE II  /  ALLEGATO OPERATIVO [AZ]</w:t>
      </w:r>
    </w:p>
    <w:p w14:paraId="648C3AF6" w14:textId="77777777" w:rsidR="00E54E13" w:rsidRDefault="00000000">
      <w:pPr>
        <w:pStyle w:val="Titolo1"/>
      </w:pPr>
      <w:bookmarkStart w:id="70" w:name="B71_A28"/>
      <w:r>
        <w:t>A28  Verifica di adozione e riferimenti applicabili</w:t>
      </w:r>
      <w:bookmarkEnd w:id="70"/>
    </w:p>
    <w:p w14:paraId="72BEEA2C" w14:textId="77777777" w:rsidR="00E54E13" w:rsidRDefault="00000000">
      <w:pPr>
        <w:pStyle w:val="FormHint"/>
        <w:rPr>
          <w:rFonts w:hint="eastAsia"/>
        </w:rPr>
      </w:pPr>
      <w:r>
        <w:t>Il presente modello non è già approvato. Chiudere le verifiche prima della decorrenza aziendale.</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EF72A99" w14:textId="77777777">
        <w:trPr>
          <w:cantSplit/>
          <w:trHeight w:val="346"/>
          <w:jc w:val="center"/>
        </w:trPr>
        <w:tc>
          <w:tcPr>
            <w:tcW w:w="2891" w:type="dxa"/>
            <w:shd w:val="clear" w:color="auto" w:fill="EDF3F9"/>
            <w:vAlign w:val="center"/>
          </w:tcPr>
          <w:p w14:paraId="212A8F06" w14:textId="77777777" w:rsidR="00E54E13" w:rsidRDefault="00000000">
            <w:pPr>
              <w:spacing w:before="30" w:after="30" w:line="236" w:lineRule="exact"/>
              <w:rPr>
                <w:rFonts w:hint="eastAsia"/>
              </w:rPr>
            </w:pPr>
            <w:r>
              <w:rPr>
                <w:b/>
                <w:sz w:val="18"/>
              </w:rPr>
              <w:t>Azienda / unità</w:t>
            </w:r>
          </w:p>
        </w:tc>
        <w:tc>
          <w:tcPr>
            <w:tcW w:w="6860" w:type="dxa"/>
            <w:vAlign w:val="center"/>
          </w:tcPr>
          <w:p w14:paraId="78BDA887" w14:textId="77777777" w:rsidR="00E54E13" w:rsidRDefault="00000000">
            <w:pPr>
              <w:spacing w:before="30" w:after="30" w:line="236" w:lineRule="exact"/>
              <w:rPr>
                <w:rFonts w:hint="eastAsia"/>
              </w:rPr>
            </w:pPr>
            <w:sdt>
              <w:sdtPr>
                <w:alias w:val="ragione sociale e sede"/>
                <w:tag w:val="campo_384"/>
                <w:id w:val="100384"/>
                <w:text w:multiLine="1"/>
              </w:sdtPr>
              <w:sdtContent>
                <w:r>
                  <w:rPr>
                    <w:color w:val="007E87"/>
                    <w:sz w:val="19"/>
                  </w:rPr>
                  <w:t>[ragione sociale e sede]</w:t>
                </w:r>
              </w:sdtContent>
            </w:sdt>
          </w:p>
        </w:tc>
      </w:tr>
      <w:tr w:rsidR="00E54E13" w14:paraId="1DF184E7" w14:textId="77777777">
        <w:trPr>
          <w:cantSplit/>
          <w:trHeight w:val="346"/>
          <w:jc w:val="center"/>
        </w:trPr>
        <w:tc>
          <w:tcPr>
            <w:tcW w:w="2891" w:type="dxa"/>
            <w:shd w:val="clear" w:color="auto" w:fill="EDF3F9"/>
            <w:vAlign w:val="center"/>
          </w:tcPr>
          <w:p w14:paraId="0B29E443"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6126860D" w14:textId="77777777" w:rsidR="00E54E13" w:rsidRDefault="00000000">
            <w:pPr>
              <w:spacing w:before="30" w:after="30" w:line="236" w:lineRule="exact"/>
              <w:rPr>
                <w:rFonts w:hint="eastAsia"/>
              </w:rPr>
            </w:pPr>
            <w:sdt>
              <w:sdtPr>
                <w:alias w:val="codice, revisione e data"/>
                <w:tag w:val="campo_385"/>
                <w:id w:val="100385"/>
                <w:text w:multiLine="1"/>
              </w:sdtPr>
              <w:sdtContent>
                <w:r>
                  <w:rPr>
                    <w:color w:val="007E87"/>
                    <w:sz w:val="19"/>
                  </w:rPr>
                  <w:t>[codice, revisione e data]</w:t>
                </w:r>
              </w:sdtContent>
            </w:sdt>
          </w:p>
        </w:tc>
      </w:tr>
    </w:tbl>
    <w:p w14:paraId="55846623"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6576"/>
        <w:gridCol w:w="3175"/>
      </w:tblGrid>
      <w:tr w:rsidR="00E54E13" w14:paraId="677D672E" w14:textId="77777777">
        <w:trPr>
          <w:tblHeader/>
          <w:jc w:val="center"/>
        </w:trPr>
        <w:tc>
          <w:tcPr>
            <w:tcW w:w="6576" w:type="dxa"/>
            <w:shd w:val="clear" w:color="auto" w:fill="12324B"/>
          </w:tcPr>
          <w:p w14:paraId="534F2CD9" w14:textId="77777777" w:rsidR="00E54E13" w:rsidRDefault="00000000">
            <w:pPr>
              <w:spacing w:before="30" w:after="30" w:line="224" w:lineRule="exact"/>
              <w:rPr>
                <w:rFonts w:hint="eastAsia"/>
              </w:rPr>
            </w:pPr>
            <w:r>
              <w:rPr>
                <w:b/>
                <w:color w:val="FFFFFF"/>
                <w:sz w:val="17"/>
              </w:rPr>
              <w:t>Condizione di adozione</w:t>
            </w:r>
          </w:p>
        </w:tc>
        <w:tc>
          <w:tcPr>
            <w:tcW w:w="3175" w:type="dxa"/>
            <w:shd w:val="clear" w:color="auto" w:fill="12324B"/>
          </w:tcPr>
          <w:p w14:paraId="1F785C66" w14:textId="77777777" w:rsidR="00E54E13" w:rsidRDefault="00000000">
            <w:pPr>
              <w:spacing w:before="30" w:after="30" w:line="224" w:lineRule="exact"/>
              <w:rPr>
                <w:rFonts w:hint="eastAsia"/>
              </w:rPr>
            </w:pPr>
            <w:r>
              <w:rPr>
                <w:b/>
                <w:color w:val="FFFFFF"/>
                <w:sz w:val="17"/>
              </w:rPr>
              <w:t>Esito / riferimento</w:t>
            </w:r>
          </w:p>
        </w:tc>
      </w:tr>
      <w:tr w:rsidR="00E54E13" w14:paraId="2204E29C" w14:textId="77777777">
        <w:trPr>
          <w:cantSplit/>
          <w:jc w:val="center"/>
        </w:trPr>
        <w:tc>
          <w:tcPr>
            <w:tcW w:w="6576" w:type="dxa"/>
            <w:vAlign w:val="center"/>
          </w:tcPr>
          <w:p w14:paraId="50EC3D68" w14:textId="77777777" w:rsidR="00E54E13" w:rsidRDefault="00000000">
            <w:pPr>
              <w:spacing w:before="30" w:after="30" w:line="224" w:lineRule="exact"/>
              <w:rPr>
                <w:rFonts w:hint="eastAsia"/>
              </w:rPr>
            </w:pPr>
            <w:r>
              <w:rPr>
                <w:sz w:val="17"/>
              </w:rPr>
              <w:t>Azienda, perimetro e attività effettivamente inclusi identificati</w:t>
            </w:r>
          </w:p>
        </w:tc>
        <w:tc>
          <w:tcPr>
            <w:tcW w:w="3175" w:type="dxa"/>
            <w:vAlign w:val="center"/>
          </w:tcPr>
          <w:p w14:paraId="11FC95A0" w14:textId="77777777" w:rsidR="00E54E13" w:rsidRDefault="00000000">
            <w:pPr>
              <w:spacing w:before="30" w:after="30" w:line="224" w:lineRule="exact"/>
              <w:rPr>
                <w:rFonts w:hint="eastAsia"/>
              </w:rPr>
            </w:pPr>
            <w:r>
              <w:rPr>
                <w:sz w:val="17"/>
              </w:rPr>
              <w:t>[ ] Sì [ ] No   Rif.: ______</w:t>
            </w:r>
          </w:p>
        </w:tc>
      </w:tr>
      <w:tr w:rsidR="00E54E13" w14:paraId="33333ABF" w14:textId="77777777">
        <w:trPr>
          <w:cantSplit/>
          <w:jc w:val="center"/>
        </w:trPr>
        <w:tc>
          <w:tcPr>
            <w:tcW w:w="6576" w:type="dxa"/>
            <w:shd w:val="clear" w:color="auto" w:fill="F6F8FA"/>
            <w:vAlign w:val="center"/>
          </w:tcPr>
          <w:p w14:paraId="30763917" w14:textId="77777777" w:rsidR="00E54E13" w:rsidRDefault="00000000">
            <w:pPr>
              <w:spacing w:before="30" w:after="30" w:line="224" w:lineRule="exact"/>
              <w:rPr>
                <w:rFonts w:hint="eastAsia"/>
              </w:rPr>
            </w:pPr>
            <w:r>
              <w:rPr>
                <w:sz w:val="17"/>
              </w:rPr>
              <w:t>DVR e documenti aziendali pertinenti collegati</w:t>
            </w:r>
          </w:p>
        </w:tc>
        <w:tc>
          <w:tcPr>
            <w:tcW w:w="3175" w:type="dxa"/>
            <w:shd w:val="clear" w:color="auto" w:fill="F6F8FA"/>
            <w:vAlign w:val="center"/>
          </w:tcPr>
          <w:p w14:paraId="4278E698" w14:textId="77777777" w:rsidR="00E54E13" w:rsidRDefault="00000000">
            <w:pPr>
              <w:spacing w:before="30" w:after="30" w:line="224" w:lineRule="exact"/>
              <w:rPr>
                <w:rFonts w:hint="eastAsia"/>
              </w:rPr>
            </w:pPr>
            <w:r>
              <w:rPr>
                <w:sz w:val="17"/>
              </w:rPr>
              <w:t>[ ] Sì [ ] No   Rif.: ______</w:t>
            </w:r>
          </w:p>
        </w:tc>
      </w:tr>
      <w:tr w:rsidR="00E54E13" w14:paraId="52CEBE86" w14:textId="77777777">
        <w:trPr>
          <w:cantSplit/>
          <w:jc w:val="center"/>
        </w:trPr>
        <w:tc>
          <w:tcPr>
            <w:tcW w:w="6576" w:type="dxa"/>
            <w:vAlign w:val="center"/>
          </w:tcPr>
          <w:p w14:paraId="4F618FF2" w14:textId="77777777" w:rsidR="00E54E13" w:rsidRDefault="00000000">
            <w:pPr>
              <w:spacing w:before="30" w:after="30" w:line="224" w:lineRule="exact"/>
              <w:rPr>
                <w:rFonts w:hint="eastAsia"/>
              </w:rPr>
            </w:pPr>
            <w:r>
              <w:rPr>
                <w:sz w:val="17"/>
              </w:rPr>
              <w:t>Testo legislativo vigente verificato per gli obblighi applicabili</w:t>
            </w:r>
          </w:p>
        </w:tc>
        <w:tc>
          <w:tcPr>
            <w:tcW w:w="3175" w:type="dxa"/>
            <w:vAlign w:val="center"/>
          </w:tcPr>
          <w:p w14:paraId="6CDC1998" w14:textId="77777777" w:rsidR="00E54E13" w:rsidRDefault="00000000">
            <w:pPr>
              <w:spacing w:before="30" w:after="30" w:line="224" w:lineRule="exact"/>
              <w:rPr>
                <w:rFonts w:hint="eastAsia"/>
              </w:rPr>
            </w:pPr>
            <w:r>
              <w:rPr>
                <w:sz w:val="17"/>
              </w:rPr>
              <w:t>[ ] Sì [ ] No   Rif.: ______</w:t>
            </w:r>
          </w:p>
        </w:tc>
      </w:tr>
      <w:tr w:rsidR="00E54E13" w14:paraId="297EE8CF" w14:textId="77777777">
        <w:trPr>
          <w:cantSplit/>
          <w:jc w:val="center"/>
        </w:trPr>
        <w:tc>
          <w:tcPr>
            <w:tcW w:w="6576" w:type="dxa"/>
            <w:shd w:val="clear" w:color="auto" w:fill="F6F8FA"/>
            <w:vAlign w:val="center"/>
          </w:tcPr>
          <w:p w14:paraId="60700081" w14:textId="77777777" w:rsidR="00E54E13" w:rsidRDefault="00000000">
            <w:pPr>
              <w:spacing w:before="30" w:after="30" w:line="224" w:lineRule="exact"/>
              <w:rPr>
                <w:rFonts w:hint="eastAsia"/>
              </w:rPr>
            </w:pPr>
            <w:r>
              <w:rPr>
                <w:sz w:val="17"/>
              </w:rPr>
              <w:t>CEI 11-27 integrale disponibile e verificata per i lavori</w:t>
            </w:r>
          </w:p>
        </w:tc>
        <w:tc>
          <w:tcPr>
            <w:tcW w:w="3175" w:type="dxa"/>
            <w:shd w:val="clear" w:color="auto" w:fill="F6F8FA"/>
            <w:vAlign w:val="center"/>
          </w:tcPr>
          <w:p w14:paraId="43D04F4C" w14:textId="77777777" w:rsidR="00E54E13" w:rsidRDefault="00000000">
            <w:pPr>
              <w:spacing w:before="30" w:after="30" w:line="224" w:lineRule="exact"/>
              <w:rPr>
                <w:rFonts w:hint="eastAsia"/>
              </w:rPr>
            </w:pPr>
            <w:r>
              <w:rPr>
                <w:sz w:val="17"/>
              </w:rPr>
              <w:t>[ ] Sì [ ] No   Rif.: ______</w:t>
            </w:r>
          </w:p>
        </w:tc>
      </w:tr>
      <w:tr w:rsidR="00E54E13" w14:paraId="13E2D12B" w14:textId="77777777">
        <w:trPr>
          <w:cantSplit/>
          <w:jc w:val="center"/>
        </w:trPr>
        <w:tc>
          <w:tcPr>
            <w:tcW w:w="6576" w:type="dxa"/>
            <w:vAlign w:val="center"/>
          </w:tcPr>
          <w:p w14:paraId="04B60AA5" w14:textId="77777777" w:rsidR="00E54E13" w:rsidRDefault="00000000">
            <w:pPr>
              <w:spacing w:before="30" w:after="30" w:line="224" w:lineRule="exact"/>
              <w:rPr>
                <w:rFonts w:hint="eastAsia"/>
              </w:rPr>
            </w:pPr>
            <w:r>
              <w:rPr>
                <w:sz w:val="17"/>
              </w:rPr>
              <w:t>Errata Corrige CEI 11-27;EC e altri aggiornamenti valutati</w:t>
            </w:r>
          </w:p>
        </w:tc>
        <w:tc>
          <w:tcPr>
            <w:tcW w:w="3175" w:type="dxa"/>
            <w:vAlign w:val="center"/>
          </w:tcPr>
          <w:p w14:paraId="56C30D51" w14:textId="77777777" w:rsidR="00E54E13" w:rsidRDefault="00000000">
            <w:pPr>
              <w:spacing w:before="30" w:after="30" w:line="224" w:lineRule="exact"/>
              <w:rPr>
                <w:rFonts w:hint="eastAsia"/>
              </w:rPr>
            </w:pPr>
            <w:r>
              <w:rPr>
                <w:sz w:val="17"/>
              </w:rPr>
              <w:t>[ ] Sì [ ] No   Rif.: ______</w:t>
            </w:r>
          </w:p>
        </w:tc>
      </w:tr>
      <w:tr w:rsidR="00E54E13" w14:paraId="621063B8" w14:textId="77777777">
        <w:trPr>
          <w:cantSplit/>
          <w:jc w:val="center"/>
        </w:trPr>
        <w:tc>
          <w:tcPr>
            <w:tcW w:w="6576" w:type="dxa"/>
            <w:shd w:val="clear" w:color="auto" w:fill="F6F8FA"/>
            <w:vAlign w:val="center"/>
          </w:tcPr>
          <w:p w14:paraId="7F7F11F2" w14:textId="77777777" w:rsidR="00E54E13" w:rsidRDefault="00000000">
            <w:pPr>
              <w:spacing w:before="30" w:after="30" w:line="224" w:lineRule="exact"/>
              <w:rPr>
                <w:rFonts w:hint="eastAsia"/>
              </w:rPr>
            </w:pPr>
            <w:r>
              <w:rPr>
                <w:sz w:val="17"/>
              </w:rPr>
              <w:t>Riferimenti impiantistici e istruzioni specifiche definiti</w:t>
            </w:r>
          </w:p>
        </w:tc>
        <w:tc>
          <w:tcPr>
            <w:tcW w:w="3175" w:type="dxa"/>
            <w:shd w:val="clear" w:color="auto" w:fill="F6F8FA"/>
            <w:vAlign w:val="center"/>
          </w:tcPr>
          <w:p w14:paraId="48E05B03" w14:textId="77777777" w:rsidR="00E54E13" w:rsidRDefault="00000000">
            <w:pPr>
              <w:spacing w:before="30" w:after="30" w:line="224" w:lineRule="exact"/>
              <w:rPr>
                <w:rFonts w:hint="eastAsia"/>
              </w:rPr>
            </w:pPr>
            <w:r>
              <w:rPr>
                <w:sz w:val="17"/>
              </w:rPr>
              <w:t>[ ] Sì [ ] No   Rif.: ______</w:t>
            </w:r>
          </w:p>
        </w:tc>
      </w:tr>
      <w:tr w:rsidR="00E54E13" w14:paraId="4C7B8C56" w14:textId="77777777">
        <w:trPr>
          <w:cantSplit/>
          <w:jc w:val="center"/>
        </w:trPr>
        <w:tc>
          <w:tcPr>
            <w:tcW w:w="6576" w:type="dxa"/>
            <w:vAlign w:val="center"/>
          </w:tcPr>
          <w:p w14:paraId="29CE7DAF" w14:textId="77777777" w:rsidR="00E54E13" w:rsidRDefault="00000000">
            <w:pPr>
              <w:spacing w:before="30" w:after="30" w:line="224" w:lineRule="exact"/>
              <w:rPr>
                <w:rFonts w:hint="eastAsia"/>
              </w:rPr>
            </w:pPr>
            <w:r>
              <w:rPr>
                <w:sz w:val="17"/>
              </w:rPr>
              <w:t>Qualifiche, idoneità e autorizzazioni reali verificate</w:t>
            </w:r>
          </w:p>
        </w:tc>
        <w:tc>
          <w:tcPr>
            <w:tcW w:w="3175" w:type="dxa"/>
            <w:vAlign w:val="center"/>
          </w:tcPr>
          <w:p w14:paraId="71B8755E" w14:textId="77777777" w:rsidR="00E54E13" w:rsidRDefault="00000000">
            <w:pPr>
              <w:spacing w:before="30" w:after="30" w:line="224" w:lineRule="exact"/>
              <w:rPr>
                <w:rFonts w:hint="eastAsia"/>
              </w:rPr>
            </w:pPr>
            <w:r>
              <w:rPr>
                <w:sz w:val="17"/>
              </w:rPr>
              <w:t>[ ] Sì [ ] No   Rif.: ______</w:t>
            </w:r>
          </w:p>
        </w:tc>
      </w:tr>
      <w:tr w:rsidR="00E54E13" w14:paraId="7531728C" w14:textId="77777777">
        <w:trPr>
          <w:cantSplit/>
          <w:jc w:val="center"/>
        </w:trPr>
        <w:tc>
          <w:tcPr>
            <w:tcW w:w="6576" w:type="dxa"/>
            <w:shd w:val="clear" w:color="auto" w:fill="F6F8FA"/>
            <w:vAlign w:val="center"/>
          </w:tcPr>
          <w:p w14:paraId="3AC39C61" w14:textId="77777777" w:rsidR="00E54E13" w:rsidRDefault="00000000">
            <w:pPr>
              <w:spacing w:before="30" w:after="30" w:line="224" w:lineRule="exact"/>
              <w:rPr>
                <w:rFonts w:hint="eastAsia"/>
              </w:rPr>
            </w:pPr>
            <w:r>
              <w:rPr>
                <w:sz w:val="17"/>
              </w:rPr>
              <w:t>GI/RI/GL/RLE e modalità di supervisione individuati</w:t>
            </w:r>
          </w:p>
        </w:tc>
        <w:tc>
          <w:tcPr>
            <w:tcW w:w="3175" w:type="dxa"/>
            <w:shd w:val="clear" w:color="auto" w:fill="F6F8FA"/>
            <w:vAlign w:val="center"/>
          </w:tcPr>
          <w:p w14:paraId="7D53069B" w14:textId="77777777" w:rsidR="00E54E13" w:rsidRDefault="00000000">
            <w:pPr>
              <w:spacing w:before="30" w:after="30" w:line="224" w:lineRule="exact"/>
              <w:rPr>
                <w:rFonts w:hint="eastAsia"/>
              </w:rPr>
            </w:pPr>
            <w:r>
              <w:rPr>
                <w:sz w:val="17"/>
              </w:rPr>
              <w:t>[ ] Sì [ ] No   Rif.: ______</w:t>
            </w:r>
          </w:p>
        </w:tc>
      </w:tr>
      <w:tr w:rsidR="00E54E13" w14:paraId="29FEE318" w14:textId="77777777">
        <w:trPr>
          <w:cantSplit/>
          <w:jc w:val="center"/>
        </w:trPr>
        <w:tc>
          <w:tcPr>
            <w:tcW w:w="6576" w:type="dxa"/>
            <w:vAlign w:val="center"/>
          </w:tcPr>
          <w:p w14:paraId="05046A03" w14:textId="77777777" w:rsidR="00E54E13" w:rsidRDefault="00000000">
            <w:pPr>
              <w:spacing w:before="30" w:after="30" w:line="224" w:lineRule="exact"/>
              <w:rPr>
                <w:rFonts w:hint="eastAsia"/>
              </w:rPr>
            </w:pPr>
            <w:r>
              <w:rPr>
                <w:sz w:val="17"/>
              </w:rPr>
              <w:t>DPI, attrezzature, distanze e misure tecniche definiti</w:t>
            </w:r>
          </w:p>
        </w:tc>
        <w:tc>
          <w:tcPr>
            <w:tcW w:w="3175" w:type="dxa"/>
            <w:vAlign w:val="center"/>
          </w:tcPr>
          <w:p w14:paraId="1563A007" w14:textId="77777777" w:rsidR="00E54E13" w:rsidRDefault="00000000">
            <w:pPr>
              <w:spacing w:before="30" w:after="30" w:line="224" w:lineRule="exact"/>
              <w:rPr>
                <w:rFonts w:hint="eastAsia"/>
              </w:rPr>
            </w:pPr>
            <w:r>
              <w:rPr>
                <w:sz w:val="17"/>
              </w:rPr>
              <w:t>[ ] Sì [ ] No   Rif.: ______</w:t>
            </w:r>
          </w:p>
        </w:tc>
      </w:tr>
      <w:tr w:rsidR="00E54E13" w14:paraId="2E835C03" w14:textId="77777777">
        <w:trPr>
          <w:cantSplit/>
          <w:jc w:val="center"/>
        </w:trPr>
        <w:tc>
          <w:tcPr>
            <w:tcW w:w="6576" w:type="dxa"/>
            <w:shd w:val="clear" w:color="auto" w:fill="F6F8FA"/>
            <w:vAlign w:val="center"/>
          </w:tcPr>
          <w:p w14:paraId="325ACC30" w14:textId="77777777" w:rsidR="00E54E13" w:rsidRDefault="00000000">
            <w:pPr>
              <w:spacing w:before="30" w:after="30" w:line="224" w:lineRule="exact"/>
              <w:rPr>
                <w:rFonts w:hint="eastAsia"/>
              </w:rPr>
            </w:pPr>
            <w:r>
              <w:rPr>
                <w:sz w:val="17"/>
              </w:rPr>
              <w:t>Interferenze, appaltatori ed emergenza coordinati</w:t>
            </w:r>
          </w:p>
        </w:tc>
        <w:tc>
          <w:tcPr>
            <w:tcW w:w="3175" w:type="dxa"/>
            <w:shd w:val="clear" w:color="auto" w:fill="F6F8FA"/>
            <w:vAlign w:val="center"/>
          </w:tcPr>
          <w:p w14:paraId="60581751" w14:textId="77777777" w:rsidR="00E54E13" w:rsidRDefault="00000000">
            <w:pPr>
              <w:spacing w:before="30" w:after="30" w:line="224" w:lineRule="exact"/>
              <w:rPr>
                <w:rFonts w:hint="eastAsia"/>
              </w:rPr>
            </w:pPr>
            <w:r>
              <w:rPr>
                <w:sz w:val="17"/>
              </w:rPr>
              <w:t>[ ] Sì [ ] No   Rif.: ______</w:t>
            </w:r>
          </w:p>
        </w:tc>
      </w:tr>
      <w:tr w:rsidR="00E54E13" w14:paraId="70A6BF11" w14:textId="77777777">
        <w:trPr>
          <w:cantSplit/>
          <w:jc w:val="center"/>
        </w:trPr>
        <w:tc>
          <w:tcPr>
            <w:tcW w:w="6576" w:type="dxa"/>
            <w:vAlign w:val="center"/>
          </w:tcPr>
          <w:p w14:paraId="006DB3EA" w14:textId="77777777" w:rsidR="00E54E13" w:rsidRDefault="00000000">
            <w:pPr>
              <w:spacing w:before="30" w:after="30" w:line="224" w:lineRule="exact"/>
              <w:rPr>
                <w:rFonts w:hint="eastAsia"/>
              </w:rPr>
            </w:pPr>
            <w:r>
              <w:rPr>
                <w:sz w:val="17"/>
              </w:rPr>
              <w:t>Moduli, archiviazione e responsabilità di aggiornamento definiti</w:t>
            </w:r>
          </w:p>
        </w:tc>
        <w:tc>
          <w:tcPr>
            <w:tcW w:w="3175" w:type="dxa"/>
            <w:vAlign w:val="center"/>
          </w:tcPr>
          <w:p w14:paraId="0B9BBCCD" w14:textId="77777777" w:rsidR="00E54E13" w:rsidRDefault="00000000">
            <w:pPr>
              <w:spacing w:before="30" w:after="30" w:line="224" w:lineRule="exact"/>
              <w:rPr>
                <w:rFonts w:hint="eastAsia"/>
              </w:rPr>
            </w:pPr>
            <w:r>
              <w:rPr>
                <w:sz w:val="17"/>
              </w:rPr>
              <w:t>[ ] Sì [ ] No   Rif.: ______</w:t>
            </w:r>
          </w:p>
        </w:tc>
      </w:tr>
      <w:tr w:rsidR="00E54E13" w14:paraId="22FC3CA2" w14:textId="77777777">
        <w:trPr>
          <w:cantSplit/>
          <w:jc w:val="center"/>
        </w:trPr>
        <w:tc>
          <w:tcPr>
            <w:tcW w:w="6576" w:type="dxa"/>
            <w:shd w:val="clear" w:color="auto" w:fill="F6F8FA"/>
            <w:vAlign w:val="center"/>
          </w:tcPr>
          <w:p w14:paraId="47FCD62A" w14:textId="77777777" w:rsidR="00E54E13" w:rsidRDefault="00000000">
            <w:pPr>
              <w:spacing w:before="30" w:after="30" w:line="224" w:lineRule="exact"/>
              <w:rPr>
                <w:rFonts w:hint="eastAsia"/>
              </w:rPr>
            </w:pPr>
            <w:r>
              <w:rPr>
                <w:sz w:val="17"/>
              </w:rPr>
              <w:t>Informazione degli interessati e approvazioni raccolte</w:t>
            </w:r>
          </w:p>
        </w:tc>
        <w:tc>
          <w:tcPr>
            <w:tcW w:w="3175" w:type="dxa"/>
            <w:shd w:val="clear" w:color="auto" w:fill="F6F8FA"/>
            <w:vAlign w:val="center"/>
          </w:tcPr>
          <w:p w14:paraId="49B0E98A" w14:textId="77777777" w:rsidR="00E54E13" w:rsidRDefault="00000000">
            <w:pPr>
              <w:spacing w:before="30" w:after="30" w:line="224" w:lineRule="exact"/>
              <w:rPr>
                <w:rFonts w:hint="eastAsia"/>
              </w:rPr>
            </w:pPr>
            <w:r>
              <w:rPr>
                <w:sz w:val="17"/>
              </w:rPr>
              <w:t>[ ] Sì [ ] No   Rif.: ______</w:t>
            </w:r>
          </w:p>
        </w:tc>
      </w:tr>
    </w:tbl>
    <w:p w14:paraId="41AEE31A"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33D092F" w14:textId="77777777">
        <w:trPr>
          <w:cantSplit/>
          <w:trHeight w:val="386"/>
          <w:jc w:val="center"/>
        </w:trPr>
        <w:tc>
          <w:tcPr>
            <w:tcW w:w="2891" w:type="dxa"/>
            <w:shd w:val="clear" w:color="auto" w:fill="EDF3F9"/>
            <w:vAlign w:val="center"/>
          </w:tcPr>
          <w:p w14:paraId="6D4B2486" w14:textId="77777777" w:rsidR="00E54E13" w:rsidRDefault="00000000">
            <w:pPr>
              <w:spacing w:before="30" w:after="30" w:line="236" w:lineRule="exact"/>
              <w:rPr>
                <w:rFonts w:hint="eastAsia"/>
              </w:rPr>
            </w:pPr>
            <w:r>
              <w:rPr>
                <w:b/>
                <w:sz w:val="18"/>
              </w:rPr>
              <w:t>Verifica normativa</w:t>
            </w:r>
          </w:p>
        </w:tc>
        <w:tc>
          <w:tcPr>
            <w:tcW w:w="6860" w:type="dxa"/>
            <w:vAlign w:val="center"/>
          </w:tcPr>
          <w:p w14:paraId="76C51ED7" w14:textId="77777777" w:rsidR="00E54E13" w:rsidRDefault="00000000">
            <w:pPr>
              <w:spacing w:before="30" w:after="30" w:line="236" w:lineRule="exact"/>
              <w:rPr>
                <w:rFonts w:hint="eastAsia"/>
              </w:rPr>
            </w:pPr>
            <w:sdt>
              <w:sdtPr>
                <w:alias w:val="verificatore, data, edizioni e correzioni esaminate"/>
                <w:tag w:val="campo_386"/>
                <w:id w:val="100386"/>
                <w:text w:multiLine="1"/>
              </w:sdtPr>
              <w:sdtContent>
                <w:r>
                  <w:rPr>
                    <w:color w:val="007E87"/>
                    <w:sz w:val="19"/>
                  </w:rPr>
                  <w:t>[verificatore, data, edizioni e correzioni esaminate]</w:t>
                </w:r>
              </w:sdtContent>
            </w:sdt>
          </w:p>
        </w:tc>
      </w:tr>
      <w:tr w:rsidR="00E54E13" w14:paraId="215FB2DC" w14:textId="77777777">
        <w:trPr>
          <w:cantSplit/>
          <w:trHeight w:val="386"/>
          <w:jc w:val="center"/>
        </w:trPr>
        <w:tc>
          <w:tcPr>
            <w:tcW w:w="2891" w:type="dxa"/>
            <w:shd w:val="clear" w:color="auto" w:fill="EDF3F9"/>
            <w:vAlign w:val="center"/>
          </w:tcPr>
          <w:p w14:paraId="5795F2EA" w14:textId="77777777" w:rsidR="00E54E13" w:rsidRDefault="00000000">
            <w:pPr>
              <w:spacing w:before="30" w:after="30" w:line="236" w:lineRule="exact"/>
              <w:rPr>
                <w:rFonts w:hint="eastAsia"/>
              </w:rPr>
            </w:pPr>
            <w:r>
              <w:rPr>
                <w:b/>
                <w:sz w:val="18"/>
              </w:rPr>
              <w:t>Attività escluse / carenze</w:t>
            </w:r>
          </w:p>
        </w:tc>
        <w:tc>
          <w:tcPr>
            <w:tcW w:w="6860" w:type="dxa"/>
            <w:shd w:val="clear" w:color="auto" w:fill="F6F8FA"/>
            <w:vAlign w:val="center"/>
          </w:tcPr>
          <w:p w14:paraId="2E94E69C" w14:textId="77777777" w:rsidR="00E54E13" w:rsidRDefault="00000000">
            <w:pPr>
              <w:spacing w:before="30" w:after="30" w:line="236" w:lineRule="exact"/>
              <w:rPr>
                <w:rFonts w:hint="eastAsia"/>
              </w:rPr>
            </w:pPr>
            <w:sdt>
              <w:sdtPr>
                <w:alias w:val="ambiti non attivabili e motivazione"/>
                <w:tag w:val="campo_387"/>
                <w:id w:val="100387"/>
                <w:text w:multiLine="1"/>
              </w:sdtPr>
              <w:sdtContent>
                <w:r>
                  <w:rPr>
                    <w:color w:val="007E87"/>
                    <w:sz w:val="19"/>
                  </w:rPr>
                  <w:t>[ambiti non attivabili e motivazione]</w:t>
                </w:r>
              </w:sdtContent>
            </w:sdt>
          </w:p>
        </w:tc>
      </w:tr>
      <w:tr w:rsidR="00E54E13" w14:paraId="0084F390" w14:textId="77777777">
        <w:trPr>
          <w:cantSplit/>
          <w:trHeight w:val="386"/>
          <w:jc w:val="center"/>
        </w:trPr>
        <w:tc>
          <w:tcPr>
            <w:tcW w:w="2891" w:type="dxa"/>
            <w:shd w:val="clear" w:color="auto" w:fill="EDF3F9"/>
            <w:vAlign w:val="center"/>
          </w:tcPr>
          <w:p w14:paraId="6F5D60A2" w14:textId="77777777" w:rsidR="00E54E13" w:rsidRDefault="00000000">
            <w:pPr>
              <w:spacing w:before="30" w:after="30" w:line="236" w:lineRule="exact"/>
              <w:rPr>
                <w:rFonts w:hint="eastAsia"/>
              </w:rPr>
            </w:pPr>
            <w:r>
              <w:rPr>
                <w:b/>
                <w:sz w:val="18"/>
              </w:rPr>
              <w:t>Decisione aziendale</w:t>
            </w:r>
          </w:p>
        </w:tc>
        <w:tc>
          <w:tcPr>
            <w:tcW w:w="6860" w:type="dxa"/>
            <w:vAlign w:val="center"/>
          </w:tcPr>
          <w:p w14:paraId="6C512853" w14:textId="77777777" w:rsidR="00E54E13" w:rsidRDefault="00000000">
            <w:pPr>
              <w:spacing w:before="30" w:after="30" w:line="236" w:lineRule="exact"/>
              <w:rPr>
                <w:rFonts w:hint="eastAsia"/>
              </w:rPr>
            </w:pPr>
            <w:sdt>
              <w:sdtPr>
                <w:alias w:val="adozione per il solo ambito pronto / non adottare; decorrenza"/>
                <w:tag w:val="campo_388"/>
                <w:id w:val="100388"/>
                <w:text w:multiLine="1"/>
              </w:sdtPr>
              <w:sdtContent>
                <w:r>
                  <w:rPr>
                    <w:color w:val="007E87"/>
                    <w:sz w:val="19"/>
                  </w:rPr>
                  <w:t>[adozione per il solo ambito pronto / non adottare; decorrenza]</w:t>
                </w:r>
              </w:sdtContent>
            </w:sdt>
          </w:p>
        </w:tc>
      </w:tr>
    </w:tbl>
    <w:p w14:paraId="07809516" w14:textId="77777777" w:rsidR="00E54E13" w:rsidRDefault="00E54E13">
      <w:pPr>
        <w:spacing w:after="40" w:line="40" w:lineRule="exact"/>
        <w:rPr>
          <w:rFonts w:hint="eastAsia"/>
        </w:rPr>
      </w:pPr>
    </w:p>
    <w:p w14:paraId="6AE42231" w14:textId="77777777" w:rsidR="00E54E13" w:rsidRDefault="00000000">
      <w:pPr>
        <w:pStyle w:val="FormHint"/>
        <w:rPr>
          <w:rFonts w:hint="eastAsia"/>
        </w:rPr>
      </w:pPr>
      <w:r>
        <w:t>La presenza delle schede CEI nel catalogo non sostituisce l’esame dei testi integrali. Nessuna verifica normativa o tecnica viene presunta conclusa.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0C2281E" w14:textId="77777777">
        <w:trPr>
          <w:tblHeader/>
          <w:jc w:val="center"/>
        </w:trPr>
        <w:tc>
          <w:tcPr>
            <w:tcW w:w="3250" w:type="dxa"/>
            <w:shd w:val="clear" w:color="auto" w:fill="12324B"/>
          </w:tcPr>
          <w:p w14:paraId="4D0095CB" w14:textId="77777777" w:rsidR="00E54E13" w:rsidRDefault="00000000">
            <w:pPr>
              <w:spacing w:before="30" w:after="30" w:line="228" w:lineRule="exact"/>
              <w:rPr>
                <w:rFonts w:hint="eastAsia"/>
              </w:rPr>
            </w:pPr>
            <w:r>
              <w:rPr>
                <w:b/>
                <w:color w:val="FFFFFF"/>
                <w:sz w:val="17"/>
              </w:rPr>
              <w:t>Verificatore tecnico</w:t>
            </w:r>
          </w:p>
        </w:tc>
        <w:tc>
          <w:tcPr>
            <w:tcW w:w="3250" w:type="dxa"/>
            <w:shd w:val="clear" w:color="auto" w:fill="12324B"/>
          </w:tcPr>
          <w:p w14:paraId="2A7F62D7" w14:textId="77777777" w:rsidR="00E54E13" w:rsidRDefault="00000000">
            <w:pPr>
              <w:spacing w:before="30" w:after="30" w:line="228" w:lineRule="exact"/>
              <w:rPr>
                <w:rFonts w:hint="eastAsia"/>
              </w:rPr>
            </w:pPr>
            <w:r>
              <w:rPr>
                <w:b/>
                <w:color w:val="FFFFFF"/>
                <w:sz w:val="17"/>
              </w:rPr>
              <w:t>Datore di lavoro</w:t>
            </w:r>
          </w:p>
        </w:tc>
        <w:tc>
          <w:tcPr>
            <w:tcW w:w="3250" w:type="dxa"/>
            <w:shd w:val="clear" w:color="auto" w:fill="12324B"/>
          </w:tcPr>
          <w:p w14:paraId="73FFA0A1" w14:textId="77777777" w:rsidR="00E54E13" w:rsidRDefault="00000000">
            <w:pPr>
              <w:spacing w:before="30" w:after="30" w:line="228" w:lineRule="exact"/>
              <w:rPr>
                <w:rFonts w:hint="eastAsia"/>
              </w:rPr>
            </w:pPr>
            <w:r>
              <w:rPr>
                <w:b/>
                <w:color w:val="FFFFFF"/>
                <w:sz w:val="17"/>
              </w:rPr>
              <w:t>Data</w:t>
            </w:r>
          </w:p>
        </w:tc>
      </w:tr>
      <w:tr w:rsidR="00E54E13" w14:paraId="22CAB573" w14:textId="77777777">
        <w:trPr>
          <w:cantSplit/>
          <w:trHeight w:val="567"/>
          <w:jc w:val="center"/>
        </w:trPr>
        <w:tc>
          <w:tcPr>
            <w:tcW w:w="3250" w:type="dxa"/>
            <w:vAlign w:val="center"/>
          </w:tcPr>
          <w:p w14:paraId="2389C27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6F63894"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EE56E70" w14:textId="77777777" w:rsidR="00E54E13" w:rsidRDefault="00000000">
            <w:pPr>
              <w:spacing w:before="30" w:after="30" w:line="228" w:lineRule="exact"/>
              <w:rPr>
                <w:rFonts w:hint="eastAsia"/>
              </w:rPr>
            </w:pPr>
            <w:r>
              <w:rPr>
                <w:sz w:val="17"/>
              </w:rPr>
              <w:t>____ / ____ / ______</w:t>
            </w:r>
          </w:p>
        </w:tc>
      </w:tr>
    </w:tbl>
    <w:p w14:paraId="559FD2CB" w14:textId="77777777" w:rsidR="00E54E13" w:rsidRDefault="00E54E13">
      <w:pPr>
        <w:spacing w:after="40" w:line="40" w:lineRule="exact"/>
        <w:rPr>
          <w:rFonts w:hint="eastAsia"/>
        </w:rPr>
      </w:pPr>
    </w:p>
    <w:p w14:paraId="6F66A3AA" w14:textId="77777777" w:rsidR="00E54E13" w:rsidRDefault="00000000">
      <w:pPr>
        <w:pStyle w:val="Source"/>
        <w:rPr>
          <w:rFonts w:hint="eastAsia"/>
        </w:rPr>
      </w:pPr>
      <w:r>
        <w:t>Modello originale [AZ]. Base: INAIL 2026, pp. 1–7; metadati catalogo CEI [E1–E2]. I campi vuoti non costituiscono una verifica positiva.</w:t>
      </w:r>
    </w:p>
    <w:p w14:paraId="4FA19C81" w14:textId="77777777" w:rsidR="00E54E13" w:rsidRDefault="00000000">
      <w:pPr>
        <w:pStyle w:val="Eyebrow"/>
        <w:keepNext/>
        <w:pageBreakBefore/>
        <w:rPr>
          <w:rFonts w:hint="eastAsia"/>
        </w:rPr>
      </w:pPr>
      <w:r>
        <w:t>PARTE II  /  ALLEGATO OPERATIVO [AZ]</w:t>
      </w:r>
    </w:p>
    <w:p w14:paraId="05FDE280" w14:textId="77777777" w:rsidR="00E54E13" w:rsidRDefault="00000000">
      <w:pPr>
        <w:pStyle w:val="Titolo1"/>
      </w:pPr>
      <w:bookmarkStart w:id="71" w:name="B72_A29"/>
      <w:r>
        <w:t>A29  Istruzione operativa specifica dell’attività</w:t>
      </w:r>
      <w:bookmarkEnd w:id="71"/>
    </w:p>
    <w:p w14:paraId="77E6EF9C" w14:textId="77777777" w:rsidR="00E54E13" w:rsidRDefault="00000000">
      <w:pPr>
        <w:pStyle w:val="FormHint"/>
        <w:rPr>
          <w:rFonts w:hint="eastAsia"/>
        </w:rPr>
      </w:pPr>
      <w:r>
        <w:t>Scheda 1 di 2. Modello da redigere e verificare da persona competente. Non è eseguibile finché mancano dati e condizioni tecniche essenziali.</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696CA5F8" w14:textId="77777777">
        <w:trPr>
          <w:cantSplit/>
          <w:trHeight w:val="346"/>
          <w:jc w:val="center"/>
        </w:trPr>
        <w:tc>
          <w:tcPr>
            <w:tcW w:w="2891" w:type="dxa"/>
            <w:shd w:val="clear" w:color="auto" w:fill="EDF3F9"/>
            <w:vAlign w:val="center"/>
          </w:tcPr>
          <w:p w14:paraId="71832CD4" w14:textId="77777777" w:rsidR="00E54E13" w:rsidRDefault="00000000">
            <w:pPr>
              <w:spacing w:before="30" w:after="30" w:line="236" w:lineRule="exact"/>
              <w:rPr>
                <w:rFonts w:hint="eastAsia"/>
              </w:rPr>
            </w:pPr>
            <w:r>
              <w:rPr>
                <w:b/>
                <w:sz w:val="18"/>
              </w:rPr>
              <w:t>Azienda / unità</w:t>
            </w:r>
          </w:p>
        </w:tc>
        <w:tc>
          <w:tcPr>
            <w:tcW w:w="6860" w:type="dxa"/>
            <w:vAlign w:val="center"/>
          </w:tcPr>
          <w:p w14:paraId="505BB647" w14:textId="77777777" w:rsidR="00E54E13" w:rsidRDefault="00000000">
            <w:pPr>
              <w:spacing w:before="30" w:after="30" w:line="236" w:lineRule="exact"/>
              <w:rPr>
                <w:rFonts w:hint="eastAsia"/>
              </w:rPr>
            </w:pPr>
            <w:sdt>
              <w:sdtPr>
                <w:alias w:val="ragione sociale e sede"/>
                <w:tag w:val="campo_390"/>
                <w:id w:val="100390"/>
                <w:text w:multiLine="1"/>
              </w:sdtPr>
              <w:sdtContent>
                <w:r>
                  <w:rPr>
                    <w:color w:val="007E87"/>
                    <w:sz w:val="19"/>
                  </w:rPr>
                  <w:t>[ragione sociale e sede]</w:t>
                </w:r>
              </w:sdtContent>
            </w:sdt>
          </w:p>
        </w:tc>
      </w:tr>
      <w:tr w:rsidR="00E54E13" w14:paraId="648C11BE" w14:textId="77777777">
        <w:trPr>
          <w:cantSplit/>
          <w:trHeight w:val="346"/>
          <w:jc w:val="center"/>
        </w:trPr>
        <w:tc>
          <w:tcPr>
            <w:tcW w:w="2891" w:type="dxa"/>
            <w:shd w:val="clear" w:color="auto" w:fill="EDF3F9"/>
            <w:vAlign w:val="center"/>
          </w:tcPr>
          <w:p w14:paraId="082815AE"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04D46DFC" w14:textId="77777777" w:rsidR="00E54E13" w:rsidRDefault="00000000">
            <w:pPr>
              <w:spacing w:before="30" w:after="30" w:line="236" w:lineRule="exact"/>
              <w:rPr>
                <w:rFonts w:hint="eastAsia"/>
              </w:rPr>
            </w:pPr>
            <w:sdt>
              <w:sdtPr>
                <w:alias w:val="codice, revisione e data"/>
                <w:tag w:val="campo_391"/>
                <w:id w:val="100391"/>
                <w:text w:multiLine="1"/>
              </w:sdtPr>
              <w:sdtContent>
                <w:r>
                  <w:rPr>
                    <w:color w:val="007E87"/>
                    <w:sz w:val="19"/>
                  </w:rPr>
                  <w:t>[codice, revisione e data]</w:t>
                </w:r>
              </w:sdtContent>
            </w:sdt>
          </w:p>
        </w:tc>
      </w:tr>
      <w:tr w:rsidR="00E54E13" w14:paraId="023B7063" w14:textId="77777777">
        <w:trPr>
          <w:cantSplit/>
          <w:trHeight w:val="346"/>
          <w:jc w:val="center"/>
        </w:trPr>
        <w:tc>
          <w:tcPr>
            <w:tcW w:w="2891" w:type="dxa"/>
            <w:shd w:val="clear" w:color="auto" w:fill="EDF3F9"/>
            <w:vAlign w:val="center"/>
          </w:tcPr>
          <w:p w14:paraId="6C91A4E0" w14:textId="77777777" w:rsidR="00E54E13" w:rsidRDefault="00000000">
            <w:pPr>
              <w:spacing w:before="30" w:after="30" w:line="236" w:lineRule="exact"/>
              <w:rPr>
                <w:rFonts w:hint="eastAsia"/>
              </w:rPr>
            </w:pPr>
            <w:r>
              <w:rPr>
                <w:b/>
                <w:sz w:val="18"/>
              </w:rPr>
              <w:t>Lavoro / impianto</w:t>
            </w:r>
          </w:p>
        </w:tc>
        <w:tc>
          <w:tcPr>
            <w:tcW w:w="6860" w:type="dxa"/>
            <w:vAlign w:val="center"/>
          </w:tcPr>
          <w:p w14:paraId="2A6F1312" w14:textId="77777777" w:rsidR="00E54E13" w:rsidRDefault="00000000">
            <w:pPr>
              <w:spacing w:before="30" w:after="30" w:line="236" w:lineRule="exact"/>
              <w:rPr>
                <w:rFonts w:hint="eastAsia"/>
              </w:rPr>
            </w:pPr>
            <w:sdt>
              <w:sdtPr>
                <w:alias w:val="codice lavoro e parte interessata"/>
                <w:tag w:val="campo_392"/>
                <w:id w:val="100392"/>
                <w:text w:multiLine="1"/>
              </w:sdtPr>
              <w:sdtContent>
                <w:r>
                  <w:rPr>
                    <w:color w:val="007E87"/>
                    <w:sz w:val="19"/>
                  </w:rPr>
                  <w:t>[codice lavoro e parte interessata]</w:t>
                </w:r>
              </w:sdtContent>
            </w:sdt>
          </w:p>
        </w:tc>
      </w:tr>
    </w:tbl>
    <w:p w14:paraId="3D532715"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0D3A596E" w14:textId="77777777">
        <w:trPr>
          <w:cantSplit/>
          <w:trHeight w:val="386"/>
          <w:jc w:val="center"/>
        </w:trPr>
        <w:tc>
          <w:tcPr>
            <w:tcW w:w="2891" w:type="dxa"/>
            <w:shd w:val="clear" w:color="auto" w:fill="EDF3F9"/>
            <w:vAlign w:val="center"/>
          </w:tcPr>
          <w:p w14:paraId="3A0F3569" w14:textId="77777777" w:rsidR="00E54E13" w:rsidRDefault="00000000">
            <w:pPr>
              <w:spacing w:before="30" w:after="30" w:line="236" w:lineRule="exact"/>
              <w:rPr>
                <w:rFonts w:hint="eastAsia"/>
              </w:rPr>
            </w:pPr>
            <w:r>
              <w:rPr>
                <w:b/>
                <w:sz w:val="18"/>
              </w:rPr>
              <w:t>Codice IOL / revisione</w:t>
            </w:r>
          </w:p>
        </w:tc>
        <w:tc>
          <w:tcPr>
            <w:tcW w:w="6860" w:type="dxa"/>
            <w:vAlign w:val="center"/>
          </w:tcPr>
          <w:p w14:paraId="7480D362" w14:textId="77777777" w:rsidR="00E54E13" w:rsidRDefault="00000000">
            <w:pPr>
              <w:spacing w:before="30" w:after="30" w:line="236" w:lineRule="exact"/>
              <w:rPr>
                <w:rFonts w:hint="eastAsia"/>
              </w:rPr>
            </w:pPr>
            <w:sdt>
              <w:sdtPr>
                <w:alias w:val="identificativo e versione dell’istruzione"/>
                <w:tag w:val="campo_393"/>
                <w:id w:val="100393"/>
                <w:text w:multiLine="1"/>
              </w:sdtPr>
              <w:sdtContent>
                <w:r>
                  <w:rPr>
                    <w:color w:val="007E87"/>
                    <w:sz w:val="19"/>
                  </w:rPr>
                  <w:t>[identificativo e versione dell’istruzione]</w:t>
                </w:r>
              </w:sdtContent>
            </w:sdt>
          </w:p>
        </w:tc>
      </w:tr>
      <w:tr w:rsidR="00E54E13" w14:paraId="2FE7A881" w14:textId="77777777">
        <w:trPr>
          <w:cantSplit/>
          <w:trHeight w:val="386"/>
          <w:jc w:val="center"/>
        </w:trPr>
        <w:tc>
          <w:tcPr>
            <w:tcW w:w="2891" w:type="dxa"/>
            <w:shd w:val="clear" w:color="auto" w:fill="EDF3F9"/>
            <w:vAlign w:val="center"/>
          </w:tcPr>
          <w:p w14:paraId="12858A22" w14:textId="77777777" w:rsidR="00E54E13" w:rsidRDefault="00000000">
            <w:pPr>
              <w:spacing w:before="30" w:after="30" w:line="236" w:lineRule="exact"/>
              <w:rPr>
                <w:rFonts w:hint="eastAsia"/>
              </w:rPr>
            </w:pPr>
            <w:r>
              <w:rPr>
                <w:b/>
                <w:sz w:val="18"/>
              </w:rPr>
              <w:t>Redazione e verifica tecnica</w:t>
            </w:r>
          </w:p>
        </w:tc>
        <w:tc>
          <w:tcPr>
            <w:tcW w:w="6860" w:type="dxa"/>
            <w:shd w:val="clear" w:color="auto" w:fill="F6F8FA"/>
            <w:vAlign w:val="center"/>
          </w:tcPr>
          <w:p w14:paraId="28110488" w14:textId="77777777" w:rsidR="00E54E13" w:rsidRDefault="00000000">
            <w:pPr>
              <w:spacing w:before="30" w:after="30" w:line="236" w:lineRule="exact"/>
              <w:rPr>
                <w:rFonts w:hint="eastAsia"/>
              </w:rPr>
            </w:pPr>
            <w:sdt>
              <w:sdtPr>
                <w:alias w:val="nominativi, competenze e approvazioni"/>
                <w:tag w:val="campo_394"/>
                <w:id w:val="100394"/>
                <w:text w:multiLine="1"/>
              </w:sdtPr>
              <w:sdtContent>
                <w:r>
                  <w:rPr>
                    <w:color w:val="007E87"/>
                    <w:sz w:val="19"/>
                  </w:rPr>
                  <w:t>[nominativi, competenze e approvazioni]</w:t>
                </w:r>
              </w:sdtContent>
            </w:sdt>
          </w:p>
        </w:tc>
      </w:tr>
      <w:tr w:rsidR="00E54E13" w14:paraId="02B5AD96" w14:textId="77777777">
        <w:trPr>
          <w:cantSplit/>
          <w:trHeight w:val="386"/>
          <w:jc w:val="center"/>
        </w:trPr>
        <w:tc>
          <w:tcPr>
            <w:tcW w:w="2891" w:type="dxa"/>
            <w:shd w:val="clear" w:color="auto" w:fill="EDF3F9"/>
            <w:vAlign w:val="center"/>
          </w:tcPr>
          <w:p w14:paraId="65382132" w14:textId="77777777" w:rsidR="00E54E13" w:rsidRDefault="00000000">
            <w:pPr>
              <w:spacing w:before="30" w:after="30" w:line="236" w:lineRule="exact"/>
              <w:rPr>
                <w:rFonts w:hint="eastAsia"/>
              </w:rPr>
            </w:pPr>
            <w:r>
              <w:rPr>
                <w:b/>
                <w:sz w:val="18"/>
              </w:rPr>
              <w:t>Attività e campo di validità</w:t>
            </w:r>
          </w:p>
        </w:tc>
        <w:tc>
          <w:tcPr>
            <w:tcW w:w="6860" w:type="dxa"/>
            <w:vAlign w:val="center"/>
          </w:tcPr>
          <w:p w14:paraId="355E6E2E" w14:textId="77777777" w:rsidR="00E54E13" w:rsidRDefault="00000000">
            <w:pPr>
              <w:spacing w:before="30" w:after="30" w:line="236" w:lineRule="exact"/>
              <w:rPr>
                <w:rFonts w:hint="eastAsia"/>
              </w:rPr>
            </w:pPr>
            <w:sdt>
              <w:sdtPr>
                <w:alias w:val="impianti, componenti, tensioni e limiti"/>
                <w:tag w:val="campo_395"/>
                <w:id w:val="100395"/>
                <w:text w:multiLine="1"/>
              </w:sdtPr>
              <w:sdtContent>
                <w:r>
                  <w:rPr>
                    <w:color w:val="007E87"/>
                    <w:sz w:val="19"/>
                  </w:rPr>
                  <w:t>[impianti, componenti, tensioni e limiti]</w:t>
                </w:r>
              </w:sdtContent>
            </w:sdt>
          </w:p>
        </w:tc>
      </w:tr>
      <w:tr w:rsidR="00E54E13" w14:paraId="1245DE81" w14:textId="77777777">
        <w:trPr>
          <w:cantSplit/>
          <w:trHeight w:val="386"/>
          <w:jc w:val="center"/>
        </w:trPr>
        <w:tc>
          <w:tcPr>
            <w:tcW w:w="2891" w:type="dxa"/>
            <w:shd w:val="clear" w:color="auto" w:fill="EDF3F9"/>
            <w:vAlign w:val="center"/>
          </w:tcPr>
          <w:p w14:paraId="0ED102ED" w14:textId="77777777" w:rsidR="00E54E13" w:rsidRDefault="00000000">
            <w:pPr>
              <w:spacing w:before="30" w:after="30" w:line="236" w:lineRule="exact"/>
              <w:rPr>
                <w:rFonts w:hint="eastAsia"/>
              </w:rPr>
            </w:pPr>
            <w:r>
              <w:rPr>
                <w:b/>
                <w:sz w:val="18"/>
              </w:rPr>
              <w:t>Riferimenti</w:t>
            </w:r>
          </w:p>
        </w:tc>
        <w:tc>
          <w:tcPr>
            <w:tcW w:w="6860" w:type="dxa"/>
            <w:shd w:val="clear" w:color="auto" w:fill="F6F8FA"/>
            <w:vAlign w:val="center"/>
          </w:tcPr>
          <w:p w14:paraId="0369F0C1" w14:textId="77777777" w:rsidR="00E54E13" w:rsidRDefault="00000000">
            <w:pPr>
              <w:spacing w:before="30" w:after="30" w:line="236" w:lineRule="exact"/>
              <w:rPr>
                <w:rFonts w:hint="eastAsia"/>
              </w:rPr>
            </w:pPr>
            <w:sdt>
              <w:sdtPr>
                <w:alias w:val="norme, punti applicabili, schemi e manuali"/>
                <w:tag w:val="campo_396"/>
                <w:id w:val="100396"/>
                <w:text w:multiLine="1"/>
              </w:sdtPr>
              <w:sdtContent>
                <w:r>
                  <w:rPr>
                    <w:color w:val="007E87"/>
                    <w:sz w:val="19"/>
                  </w:rPr>
                  <w:t>[norme, punti applicabili, schemi e manuali]</w:t>
                </w:r>
              </w:sdtContent>
            </w:sdt>
          </w:p>
        </w:tc>
      </w:tr>
      <w:tr w:rsidR="00E54E13" w14:paraId="797F99E6" w14:textId="77777777">
        <w:trPr>
          <w:cantSplit/>
          <w:trHeight w:val="386"/>
          <w:jc w:val="center"/>
        </w:trPr>
        <w:tc>
          <w:tcPr>
            <w:tcW w:w="2891" w:type="dxa"/>
            <w:shd w:val="clear" w:color="auto" w:fill="EDF3F9"/>
            <w:vAlign w:val="center"/>
          </w:tcPr>
          <w:p w14:paraId="1D75ABCB" w14:textId="77777777" w:rsidR="00E54E13" w:rsidRDefault="00000000">
            <w:pPr>
              <w:spacing w:before="30" w:after="30" w:line="236" w:lineRule="exact"/>
              <w:rPr>
                <w:rFonts w:hint="eastAsia"/>
              </w:rPr>
            </w:pPr>
            <w:r>
              <w:rPr>
                <w:b/>
                <w:sz w:val="18"/>
              </w:rPr>
              <w:t>Prerequisiti del personale</w:t>
            </w:r>
          </w:p>
        </w:tc>
        <w:tc>
          <w:tcPr>
            <w:tcW w:w="6860" w:type="dxa"/>
            <w:vAlign w:val="center"/>
          </w:tcPr>
          <w:p w14:paraId="464C55AD" w14:textId="77777777" w:rsidR="00E54E13" w:rsidRDefault="00000000">
            <w:pPr>
              <w:spacing w:before="30" w:after="30" w:line="236" w:lineRule="exact"/>
              <w:rPr>
                <w:rFonts w:hint="eastAsia"/>
              </w:rPr>
            </w:pPr>
            <w:sdt>
              <w:sdtPr>
                <w:alias w:val="qualifica, idoneità/autorizzazioni e ruoli richiesti"/>
                <w:tag w:val="campo_397"/>
                <w:id w:val="100397"/>
                <w:text w:multiLine="1"/>
              </w:sdtPr>
              <w:sdtContent>
                <w:r>
                  <w:rPr>
                    <w:color w:val="007E87"/>
                    <w:sz w:val="19"/>
                  </w:rPr>
                  <w:t>[qualifica, idoneità/autorizzazioni e ruoli richiesti]</w:t>
                </w:r>
              </w:sdtContent>
            </w:sdt>
          </w:p>
        </w:tc>
      </w:tr>
      <w:tr w:rsidR="00E54E13" w14:paraId="07E91C79" w14:textId="77777777">
        <w:trPr>
          <w:cantSplit/>
          <w:trHeight w:val="386"/>
          <w:jc w:val="center"/>
        </w:trPr>
        <w:tc>
          <w:tcPr>
            <w:tcW w:w="2891" w:type="dxa"/>
            <w:shd w:val="clear" w:color="auto" w:fill="EDF3F9"/>
            <w:vAlign w:val="center"/>
          </w:tcPr>
          <w:p w14:paraId="2F3FF468" w14:textId="77777777" w:rsidR="00E54E13" w:rsidRDefault="00000000">
            <w:pPr>
              <w:spacing w:before="30" w:after="30" w:line="236" w:lineRule="exact"/>
              <w:rPr>
                <w:rFonts w:hint="eastAsia"/>
              </w:rPr>
            </w:pPr>
            <w:r>
              <w:rPr>
                <w:b/>
                <w:sz w:val="18"/>
              </w:rPr>
              <w:t>Stato iniziale e condizioni ammissibili</w:t>
            </w:r>
          </w:p>
        </w:tc>
        <w:tc>
          <w:tcPr>
            <w:tcW w:w="6860" w:type="dxa"/>
            <w:shd w:val="clear" w:color="auto" w:fill="F6F8FA"/>
            <w:vAlign w:val="center"/>
          </w:tcPr>
          <w:p w14:paraId="43900A54" w14:textId="77777777" w:rsidR="00E54E13" w:rsidRDefault="00000000">
            <w:pPr>
              <w:spacing w:before="30" w:after="30" w:line="236" w:lineRule="exact"/>
              <w:rPr>
                <w:rFonts w:hint="eastAsia"/>
              </w:rPr>
            </w:pPr>
            <w:sdt>
              <w:sdtPr>
                <w:alias w:val="condizioni tecniche e ambientali prima dell’intervento"/>
                <w:tag w:val="campo_398"/>
                <w:id w:val="100398"/>
                <w:text w:multiLine="1"/>
              </w:sdtPr>
              <w:sdtContent>
                <w:r>
                  <w:rPr>
                    <w:color w:val="007E87"/>
                    <w:sz w:val="19"/>
                  </w:rPr>
                  <w:t>[condizioni tecniche e ambientali prima dell’intervento]</w:t>
                </w:r>
              </w:sdtContent>
            </w:sdt>
          </w:p>
        </w:tc>
      </w:tr>
    </w:tbl>
    <w:p w14:paraId="14F60D46"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4025"/>
        <w:gridCol w:w="5726"/>
      </w:tblGrid>
      <w:tr w:rsidR="00E54E13" w14:paraId="5BB07ACE" w14:textId="77777777">
        <w:trPr>
          <w:tblHeader/>
          <w:jc w:val="center"/>
        </w:trPr>
        <w:tc>
          <w:tcPr>
            <w:tcW w:w="4025" w:type="dxa"/>
            <w:shd w:val="clear" w:color="auto" w:fill="12324B"/>
          </w:tcPr>
          <w:p w14:paraId="3E67FC90" w14:textId="77777777" w:rsidR="00E54E13" w:rsidRDefault="00000000">
            <w:pPr>
              <w:spacing w:before="30" w:after="30" w:line="230" w:lineRule="exact"/>
              <w:rPr>
                <w:rFonts w:hint="eastAsia"/>
              </w:rPr>
            </w:pPr>
            <w:r>
              <w:rPr>
                <w:b/>
                <w:color w:val="FFFFFF"/>
                <w:sz w:val="17"/>
              </w:rPr>
              <w:t>Elemento tecnico da definire</w:t>
            </w:r>
          </w:p>
        </w:tc>
        <w:tc>
          <w:tcPr>
            <w:tcW w:w="5726" w:type="dxa"/>
            <w:shd w:val="clear" w:color="auto" w:fill="12324B"/>
          </w:tcPr>
          <w:p w14:paraId="3650FAC0" w14:textId="77777777" w:rsidR="00E54E13" w:rsidRDefault="00000000">
            <w:pPr>
              <w:spacing w:before="30" w:after="30" w:line="230" w:lineRule="exact"/>
              <w:rPr>
                <w:rFonts w:hint="eastAsia"/>
              </w:rPr>
            </w:pPr>
            <w:r>
              <w:rPr>
                <w:b/>
                <w:color w:val="FFFFFF"/>
                <w:sz w:val="17"/>
              </w:rPr>
              <w:t>Specifiche verificate e fonte</w:t>
            </w:r>
          </w:p>
        </w:tc>
      </w:tr>
      <w:tr w:rsidR="00E54E13" w14:paraId="427CF47D" w14:textId="77777777">
        <w:trPr>
          <w:cantSplit/>
          <w:trHeight w:val="567"/>
          <w:jc w:val="center"/>
        </w:trPr>
        <w:tc>
          <w:tcPr>
            <w:tcW w:w="4025" w:type="dxa"/>
            <w:vAlign w:val="center"/>
          </w:tcPr>
          <w:p w14:paraId="1C640F9F" w14:textId="77777777" w:rsidR="00E54E13" w:rsidRDefault="00000000">
            <w:pPr>
              <w:spacing w:before="30" w:after="30" w:line="230" w:lineRule="exact"/>
              <w:rPr>
                <w:rFonts w:hint="eastAsia"/>
              </w:rPr>
            </w:pPr>
            <w:r>
              <w:rPr>
                <w:sz w:val="17"/>
              </w:rPr>
              <w:t>Confini, parti attive prossime e distanze</w:t>
            </w:r>
          </w:p>
        </w:tc>
        <w:tc>
          <w:tcPr>
            <w:tcW w:w="5726" w:type="dxa"/>
            <w:vAlign w:val="center"/>
          </w:tcPr>
          <w:p w14:paraId="45B817FC" w14:textId="77777777" w:rsidR="00E54E13" w:rsidRDefault="00000000">
            <w:pPr>
              <w:spacing w:before="30" w:after="30" w:line="230" w:lineRule="exact"/>
              <w:rPr>
                <w:rFonts w:hint="eastAsia"/>
              </w:rPr>
            </w:pPr>
            <w:r>
              <w:rPr>
                <w:sz w:val="17"/>
              </w:rPr>
              <w:t>[valori/unità, condizioni, norma/punto e verificatore]</w:t>
            </w:r>
          </w:p>
        </w:tc>
      </w:tr>
      <w:tr w:rsidR="00E54E13" w14:paraId="76C422FD" w14:textId="77777777">
        <w:trPr>
          <w:cantSplit/>
          <w:trHeight w:val="567"/>
          <w:jc w:val="center"/>
        </w:trPr>
        <w:tc>
          <w:tcPr>
            <w:tcW w:w="4025" w:type="dxa"/>
            <w:shd w:val="clear" w:color="auto" w:fill="F6F8FA"/>
            <w:vAlign w:val="center"/>
          </w:tcPr>
          <w:p w14:paraId="4EBC465C" w14:textId="77777777" w:rsidR="00E54E13" w:rsidRDefault="00000000">
            <w:pPr>
              <w:spacing w:before="30" w:after="30" w:line="230" w:lineRule="exact"/>
              <w:rPr>
                <w:rFonts w:hint="eastAsia"/>
              </w:rPr>
            </w:pPr>
            <w:r>
              <w:rPr>
                <w:sz w:val="17"/>
              </w:rPr>
              <w:t>Misure, protezioni, DPI e attrezzature</w:t>
            </w:r>
          </w:p>
        </w:tc>
        <w:tc>
          <w:tcPr>
            <w:tcW w:w="5726" w:type="dxa"/>
            <w:shd w:val="clear" w:color="auto" w:fill="F6F8FA"/>
            <w:vAlign w:val="center"/>
          </w:tcPr>
          <w:p w14:paraId="27E4274B" w14:textId="77777777" w:rsidR="00E54E13" w:rsidRDefault="00000000">
            <w:pPr>
              <w:spacing w:before="30" w:after="30" w:line="230" w:lineRule="exact"/>
              <w:rPr>
                <w:rFonts w:hint="eastAsia"/>
              </w:rPr>
            </w:pPr>
            <w:r>
              <w:rPr>
                <w:sz w:val="17"/>
              </w:rPr>
              <w:t>[selezione motivata, prestazioni e istruzioni]</w:t>
            </w:r>
          </w:p>
        </w:tc>
      </w:tr>
      <w:tr w:rsidR="00E54E13" w14:paraId="231291C1" w14:textId="77777777">
        <w:trPr>
          <w:cantSplit/>
          <w:trHeight w:val="567"/>
          <w:jc w:val="center"/>
        </w:trPr>
        <w:tc>
          <w:tcPr>
            <w:tcW w:w="4025" w:type="dxa"/>
            <w:vAlign w:val="center"/>
          </w:tcPr>
          <w:p w14:paraId="5D7F2D55" w14:textId="77777777" w:rsidR="00E54E13" w:rsidRDefault="00000000">
            <w:pPr>
              <w:spacing w:before="30" w:after="30" w:line="230" w:lineRule="exact"/>
              <w:rPr>
                <w:rFonts w:hint="eastAsia"/>
              </w:rPr>
            </w:pPr>
            <w:r>
              <w:rPr>
                <w:sz w:val="17"/>
              </w:rPr>
              <w:t>Interfaccia PdL/PI e consegna</w:t>
            </w:r>
          </w:p>
        </w:tc>
        <w:tc>
          <w:tcPr>
            <w:tcW w:w="5726" w:type="dxa"/>
            <w:vAlign w:val="center"/>
          </w:tcPr>
          <w:p w14:paraId="72FB0598" w14:textId="77777777" w:rsidR="00E54E13" w:rsidRDefault="00000000">
            <w:pPr>
              <w:spacing w:before="30" w:after="30" w:line="230" w:lineRule="exact"/>
              <w:rPr>
                <w:rFonts w:hint="eastAsia"/>
              </w:rPr>
            </w:pPr>
            <w:r>
              <w:rPr>
                <w:sz w:val="17"/>
              </w:rPr>
              <w:t>[documenti e condizioni]</w:t>
            </w:r>
          </w:p>
        </w:tc>
      </w:tr>
      <w:tr w:rsidR="00E54E13" w14:paraId="74A78771" w14:textId="77777777">
        <w:trPr>
          <w:cantSplit/>
          <w:trHeight w:val="567"/>
          <w:jc w:val="center"/>
        </w:trPr>
        <w:tc>
          <w:tcPr>
            <w:tcW w:w="4025" w:type="dxa"/>
            <w:shd w:val="clear" w:color="auto" w:fill="F6F8FA"/>
            <w:vAlign w:val="center"/>
          </w:tcPr>
          <w:p w14:paraId="1A6E6492" w14:textId="77777777" w:rsidR="00E54E13" w:rsidRDefault="00000000">
            <w:pPr>
              <w:spacing w:before="30" w:after="30" w:line="230" w:lineRule="exact"/>
              <w:rPr>
                <w:rFonts w:hint="eastAsia"/>
              </w:rPr>
            </w:pPr>
            <w:r>
              <w:rPr>
                <w:sz w:val="17"/>
              </w:rPr>
              <w:t>Comunicazioni, supervisione ed emergenza</w:t>
            </w:r>
          </w:p>
        </w:tc>
        <w:tc>
          <w:tcPr>
            <w:tcW w:w="5726" w:type="dxa"/>
            <w:shd w:val="clear" w:color="auto" w:fill="F6F8FA"/>
            <w:vAlign w:val="center"/>
          </w:tcPr>
          <w:p w14:paraId="1814E525" w14:textId="77777777" w:rsidR="00E54E13" w:rsidRDefault="00000000">
            <w:pPr>
              <w:spacing w:before="30" w:after="30" w:line="230" w:lineRule="exact"/>
              <w:rPr>
                <w:rFonts w:hint="eastAsia"/>
              </w:rPr>
            </w:pPr>
            <w:r>
              <w:rPr>
                <w:sz w:val="17"/>
              </w:rPr>
              <w:t>[persone, controllo e piano di riferimento]</w:t>
            </w:r>
          </w:p>
        </w:tc>
      </w:tr>
    </w:tbl>
    <w:p w14:paraId="5A03F36F" w14:textId="77777777" w:rsidR="00E54E13" w:rsidRDefault="00E54E13">
      <w:pPr>
        <w:spacing w:after="40" w:line="40" w:lineRule="exact"/>
        <w:rPr>
          <w:rFonts w:hint="eastAsia"/>
        </w:rPr>
      </w:pPr>
    </w:p>
    <w:tbl>
      <w:tblPr>
        <w:tblW w:w="0" w:type="auto"/>
        <w:tblLayout w:type="fixed"/>
        <w:tblLook w:val="04A0" w:firstRow="1" w:lastRow="0" w:firstColumn="1" w:lastColumn="0" w:noHBand="0" w:noVBand="1"/>
      </w:tblPr>
      <w:tblGrid>
        <w:gridCol w:w="9752"/>
      </w:tblGrid>
      <w:tr w:rsidR="00E54E13" w14:paraId="5736646B" w14:textId="77777777">
        <w:tc>
          <w:tcPr>
            <w:tcW w:w="9752" w:type="dxa"/>
            <w:shd w:val="clear" w:color="auto" w:fill="FCEFEF"/>
            <w:tcMar>
              <w:top w:w="110" w:type="dxa"/>
              <w:left w:w="150" w:type="dxa"/>
              <w:bottom w:w="110" w:type="dxa"/>
              <w:right w:w="150" w:type="dxa"/>
            </w:tcMar>
          </w:tcPr>
          <w:p w14:paraId="649ECD0D" w14:textId="77777777" w:rsidR="00E54E13" w:rsidRDefault="00000000">
            <w:pPr>
              <w:spacing w:after="80"/>
              <w:rPr>
                <w:rFonts w:hint="eastAsia"/>
              </w:rPr>
            </w:pPr>
            <w:r>
              <w:rPr>
                <w:b/>
                <w:color w:val="A93D3A"/>
              </w:rPr>
              <w:t>ISTRUZIONE NON ANCORA OPERATIVA</w:t>
            </w:r>
          </w:p>
          <w:p w14:paraId="3B2D62DC" w14:textId="77777777" w:rsidR="00E54E13" w:rsidRDefault="00000000">
            <w:pPr>
              <w:spacing w:after="20" w:line="250" w:lineRule="exact"/>
              <w:rPr>
                <w:rFonts w:hint="eastAsia"/>
              </w:rPr>
            </w:pPr>
            <w:r>
              <w:rPr>
                <w:sz w:val="18"/>
              </w:rPr>
              <w:t>Una descrizione incompleta o una distanza/DPI non verificata impediscono di utilizzare la scheda come istruzione di lavoro.</w:t>
            </w:r>
          </w:p>
        </w:tc>
      </w:tr>
    </w:tbl>
    <w:p w14:paraId="5CB7362F" w14:textId="77777777" w:rsidR="00E54E13" w:rsidRDefault="00E54E13">
      <w:pPr>
        <w:spacing w:after="2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1C4B0F72" w14:textId="77777777">
        <w:trPr>
          <w:tblHeader/>
          <w:jc w:val="center"/>
        </w:trPr>
        <w:tc>
          <w:tcPr>
            <w:tcW w:w="3250" w:type="dxa"/>
            <w:shd w:val="clear" w:color="auto" w:fill="12324B"/>
          </w:tcPr>
          <w:p w14:paraId="7BA696B1" w14:textId="77777777" w:rsidR="00E54E13" w:rsidRDefault="00000000">
            <w:pPr>
              <w:spacing w:before="30" w:after="30" w:line="228" w:lineRule="exact"/>
              <w:rPr>
                <w:rFonts w:hint="eastAsia"/>
              </w:rPr>
            </w:pPr>
            <w:r>
              <w:rPr>
                <w:b/>
                <w:color w:val="FFFFFF"/>
                <w:sz w:val="17"/>
              </w:rPr>
              <w:t>Redattore competente</w:t>
            </w:r>
          </w:p>
        </w:tc>
        <w:tc>
          <w:tcPr>
            <w:tcW w:w="3250" w:type="dxa"/>
            <w:shd w:val="clear" w:color="auto" w:fill="12324B"/>
          </w:tcPr>
          <w:p w14:paraId="40EFFA8A" w14:textId="77777777" w:rsidR="00E54E13" w:rsidRDefault="00000000">
            <w:pPr>
              <w:spacing w:before="30" w:after="30" w:line="228" w:lineRule="exact"/>
              <w:rPr>
                <w:rFonts w:hint="eastAsia"/>
              </w:rPr>
            </w:pPr>
            <w:r>
              <w:rPr>
                <w:b/>
                <w:color w:val="FFFFFF"/>
                <w:sz w:val="17"/>
              </w:rPr>
              <w:t>Verificatore / approvazione aziendale</w:t>
            </w:r>
          </w:p>
        </w:tc>
        <w:tc>
          <w:tcPr>
            <w:tcW w:w="3250" w:type="dxa"/>
            <w:shd w:val="clear" w:color="auto" w:fill="12324B"/>
          </w:tcPr>
          <w:p w14:paraId="516B4BE2" w14:textId="77777777" w:rsidR="00E54E13" w:rsidRDefault="00000000">
            <w:pPr>
              <w:spacing w:before="30" w:after="30" w:line="228" w:lineRule="exact"/>
              <w:rPr>
                <w:rFonts w:hint="eastAsia"/>
              </w:rPr>
            </w:pPr>
            <w:r>
              <w:rPr>
                <w:b/>
                <w:color w:val="FFFFFF"/>
                <w:sz w:val="17"/>
              </w:rPr>
              <w:t>Data</w:t>
            </w:r>
          </w:p>
        </w:tc>
      </w:tr>
      <w:tr w:rsidR="00E54E13" w14:paraId="48F5FA1D" w14:textId="77777777">
        <w:trPr>
          <w:cantSplit/>
          <w:trHeight w:val="567"/>
          <w:jc w:val="center"/>
        </w:trPr>
        <w:tc>
          <w:tcPr>
            <w:tcW w:w="3250" w:type="dxa"/>
            <w:vAlign w:val="center"/>
          </w:tcPr>
          <w:p w14:paraId="069C42F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33C09F5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FADC89C" w14:textId="77777777" w:rsidR="00E54E13" w:rsidRDefault="00000000">
            <w:pPr>
              <w:spacing w:before="30" w:after="30" w:line="228" w:lineRule="exact"/>
              <w:rPr>
                <w:rFonts w:hint="eastAsia"/>
              </w:rPr>
            </w:pPr>
            <w:r>
              <w:rPr>
                <w:sz w:val="17"/>
              </w:rPr>
              <w:t>____ / ____ / ______</w:t>
            </w:r>
          </w:p>
        </w:tc>
      </w:tr>
    </w:tbl>
    <w:p w14:paraId="1F8904AD" w14:textId="77777777" w:rsidR="00E54E13" w:rsidRDefault="00E54E13">
      <w:pPr>
        <w:spacing w:after="40" w:line="40" w:lineRule="exact"/>
        <w:rPr>
          <w:rFonts w:hint="eastAsia"/>
        </w:rPr>
      </w:pPr>
    </w:p>
    <w:p w14:paraId="66852807" w14:textId="77777777" w:rsidR="00E54E13" w:rsidRDefault="00000000">
      <w:pPr>
        <w:pStyle w:val="Source"/>
        <w:rPr>
          <w:rFonts w:hint="eastAsia"/>
        </w:rPr>
      </w:pPr>
      <w:r>
        <w:t>Modello originale [AZ]. Base: INAIL 2026, contenuti dei livelli formativi e piani, pp. 2–6. I campi vuoti non costituiscono una verifica positiva.</w:t>
      </w:r>
    </w:p>
    <w:p w14:paraId="1D5D83D0" w14:textId="77777777" w:rsidR="00E54E13" w:rsidRDefault="00000000">
      <w:pPr>
        <w:pStyle w:val="Eyebrow"/>
        <w:keepNext/>
        <w:pageBreakBefore/>
        <w:rPr>
          <w:rFonts w:hint="eastAsia"/>
        </w:rPr>
      </w:pPr>
      <w:r>
        <w:t>PARTE II  /  ALLEGATO OPERATIVO [AZ]</w:t>
      </w:r>
    </w:p>
    <w:p w14:paraId="2796924A" w14:textId="77777777" w:rsidR="00E54E13" w:rsidRDefault="00000000">
      <w:pPr>
        <w:pStyle w:val="Titolo1"/>
      </w:pPr>
      <w:bookmarkStart w:id="72" w:name="B73_A29"/>
      <w:r>
        <w:t>A29  Istruzione specifica: sequenze e verifiche</w:t>
      </w:r>
      <w:bookmarkEnd w:id="72"/>
    </w:p>
    <w:p w14:paraId="5676DE8C" w14:textId="77777777" w:rsidR="00E54E13" w:rsidRDefault="00000000">
      <w:pPr>
        <w:pStyle w:val="FormHint"/>
        <w:rPr>
          <w:rFonts w:hint="eastAsia"/>
        </w:rPr>
      </w:pPr>
      <w:r>
        <w:t>Scheda 2 di 2. Inserire operazioni definite sui riferimenti tecnici reali; non ricopiare sequenze generiche senza verifica.</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74C5DCF8" w14:textId="77777777">
        <w:trPr>
          <w:cantSplit/>
          <w:trHeight w:val="346"/>
          <w:jc w:val="center"/>
        </w:trPr>
        <w:tc>
          <w:tcPr>
            <w:tcW w:w="2891" w:type="dxa"/>
            <w:shd w:val="clear" w:color="auto" w:fill="EDF3F9"/>
            <w:vAlign w:val="center"/>
          </w:tcPr>
          <w:p w14:paraId="29448D82" w14:textId="77777777" w:rsidR="00E54E13" w:rsidRDefault="00000000">
            <w:pPr>
              <w:spacing w:before="30" w:after="30" w:line="236" w:lineRule="exact"/>
              <w:rPr>
                <w:rFonts w:hint="eastAsia"/>
              </w:rPr>
            </w:pPr>
            <w:r>
              <w:rPr>
                <w:b/>
                <w:sz w:val="18"/>
              </w:rPr>
              <w:t>Azienda / unità</w:t>
            </w:r>
          </w:p>
        </w:tc>
        <w:tc>
          <w:tcPr>
            <w:tcW w:w="6860" w:type="dxa"/>
            <w:vAlign w:val="center"/>
          </w:tcPr>
          <w:p w14:paraId="45F5763D" w14:textId="77777777" w:rsidR="00E54E13" w:rsidRDefault="00000000">
            <w:pPr>
              <w:spacing w:before="30" w:after="30" w:line="236" w:lineRule="exact"/>
              <w:rPr>
                <w:rFonts w:hint="eastAsia"/>
              </w:rPr>
            </w:pPr>
            <w:sdt>
              <w:sdtPr>
                <w:alias w:val="ragione sociale e sede"/>
                <w:tag w:val="campo_400"/>
                <w:id w:val="100400"/>
                <w:text w:multiLine="1"/>
              </w:sdtPr>
              <w:sdtContent>
                <w:r>
                  <w:rPr>
                    <w:color w:val="007E87"/>
                    <w:sz w:val="19"/>
                  </w:rPr>
                  <w:t>[ragione sociale e sede]</w:t>
                </w:r>
              </w:sdtContent>
            </w:sdt>
          </w:p>
        </w:tc>
      </w:tr>
      <w:tr w:rsidR="00E54E13" w14:paraId="30CD7A1C" w14:textId="77777777">
        <w:trPr>
          <w:cantSplit/>
          <w:trHeight w:val="346"/>
          <w:jc w:val="center"/>
        </w:trPr>
        <w:tc>
          <w:tcPr>
            <w:tcW w:w="2891" w:type="dxa"/>
            <w:shd w:val="clear" w:color="auto" w:fill="EDF3F9"/>
            <w:vAlign w:val="center"/>
          </w:tcPr>
          <w:p w14:paraId="65BB1BFD"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562DA987" w14:textId="77777777" w:rsidR="00E54E13" w:rsidRDefault="00000000">
            <w:pPr>
              <w:spacing w:before="30" w:after="30" w:line="236" w:lineRule="exact"/>
              <w:rPr>
                <w:rFonts w:hint="eastAsia"/>
              </w:rPr>
            </w:pPr>
            <w:sdt>
              <w:sdtPr>
                <w:alias w:val="codice, revisione e data"/>
                <w:tag w:val="campo_401"/>
                <w:id w:val="100401"/>
                <w:text w:multiLine="1"/>
              </w:sdtPr>
              <w:sdtContent>
                <w:r>
                  <w:rPr>
                    <w:color w:val="007E87"/>
                    <w:sz w:val="19"/>
                  </w:rPr>
                  <w:t>[codice, revisione e data]</w:t>
                </w:r>
              </w:sdtContent>
            </w:sdt>
          </w:p>
        </w:tc>
      </w:tr>
      <w:tr w:rsidR="00E54E13" w14:paraId="68941D9F" w14:textId="77777777">
        <w:trPr>
          <w:cantSplit/>
          <w:trHeight w:val="346"/>
          <w:jc w:val="center"/>
        </w:trPr>
        <w:tc>
          <w:tcPr>
            <w:tcW w:w="2891" w:type="dxa"/>
            <w:shd w:val="clear" w:color="auto" w:fill="EDF3F9"/>
            <w:vAlign w:val="center"/>
          </w:tcPr>
          <w:p w14:paraId="55D24462" w14:textId="77777777" w:rsidR="00E54E13" w:rsidRDefault="00000000">
            <w:pPr>
              <w:spacing w:before="30" w:after="30" w:line="236" w:lineRule="exact"/>
              <w:rPr>
                <w:rFonts w:hint="eastAsia"/>
              </w:rPr>
            </w:pPr>
            <w:r>
              <w:rPr>
                <w:b/>
                <w:sz w:val="18"/>
              </w:rPr>
              <w:t>Lavoro / impianto</w:t>
            </w:r>
          </w:p>
        </w:tc>
        <w:tc>
          <w:tcPr>
            <w:tcW w:w="6860" w:type="dxa"/>
            <w:vAlign w:val="center"/>
          </w:tcPr>
          <w:p w14:paraId="7E9656FD" w14:textId="77777777" w:rsidR="00E54E13" w:rsidRDefault="00000000">
            <w:pPr>
              <w:spacing w:before="30" w:after="30" w:line="236" w:lineRule="exact"/>
              <w:rPr>
                <w:rFonts w:hint="eastAsia"/>
              </w:rPr>
            </w:pPr>
            <w:sdt>
              <w:sdtPr>
                <w:alias w:val="codice lavoro e parte interessata"/>
                <w:tag w:val="campo_402"/>
                <w:id w:val="100402"/>
                <w:text w:multiLine="1"/>
              </w:sdtPr>
              <w:sdtContent>
                <w:r>
                  <w:rPr>
                    <w:color w:val="007E87"/>
                    <w:sz w:val="19"/>
                  </w:rPr>
                  <w:t>[codice lavoro e parte interessata]</w:t>
                </w:r>
              </w:sdtContent>
            </w:sdt>
          </w:p>
        </w:tc>
      </w:tr>
    </w:tbl>
    <w:p w14:paraId="1541446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67"/>
        <w:gridCol w:w="4025"/>
        <w:gridCol w:w="2835"/>
        <w:gridCol w:w="2324"/>
      </w:tblGrid>
      <w:tr w:rsidR="00E54E13" w14:paraId="2F00B05D" w14:textId="77777777">
        <w:trPr>
          <w:tblHeader/>
          <w:jc w:val="center"/>
        </w:trPr>
        <w:tc>
          <w:tcPr>
            <w:tcW w:w="567" w:type="dxa"/>
            <w:shd w:val="clear" w:color="auto" w:fill="12324B"/>
          </w:tcPr>
          <w:p w14:paraId="03E96BD3" w14:textId="77777777" w:rsidR="00E54E13" w:rsidRDefault="00000000">
            <w:pPr>
              <w:spacing w:before="30" w:after="30" w:line="228" w:lineRule="exact"/>
              <w:rPr>
                <w:rFonts w:hint="eastAsia"/>
              </w:rPr>
            </w:pPr>
            <w:r>
              <w:rPr>
                <w:b/>
                <w:color w:val="FFFFFF"/>
                <w:sz w:val="17"/>
              </w:rPr>
              <w:t>Fase</w:t>
            </w:r>
          </w:p>
        </w:tc>
        <w:tc>
          <w:tcPr>
            <w:tcW w:w="4025" w:type="dxa"/>
            <w:shd w:val="clear" w:color="auto" w:fill="12324B"/>
          </w:tcPr>
          <w:p w14:paraId="2CDA39AC" w14:textId="77777777" w:rsidR="00E54E13" w:rsidRDefault="00000000">
            <w:pPr>
              <w:spacing w:before="30" w:after="30" w:line="228" w:lineRule="exact"/>
              <w:rPr>
                <w:rFonts w:hint="eastAsia"/>
              </w:rPr>
            </w:pPr>
            <w:r>
              <w:rPr>
                <w:b/>
                <w:color w:val="FFFFFF"/>
                <w:sz w:val="17"/>
              </w:rPr>
              <w:t>Operazione e condizione</w:t>
            </w:r>
          </w:p>
        </w:tc>
        <w:tc>
          <w:tcPr>
            <w:tcW w:w="2835" w:type="dxa"/>
            <w:shd w:val="clear" w:color="auto" w:fill="12324B"/>
          </w:tcPr>
          <w:p w14:paraId="4AE341EB" w14:textId="77777777" w:rsidR="00E54E13" w:rsidRDefault="00000000">
            <w:pPr>
              <w:spacing w:before="30" w:after="30" w:line="228" w:lineRule="exact"/>
              <w:rPr>
                <w:rFonts w:hint="eastAsia"/>
              </w:rPr>
            </w:pPr>
            <w:r>
              <w:rPr>
                <w:b/>
                <w:color w:val="FFFFFF"/>
                <w:sz w:val="17"/>
              </w:rPr>
              <w:t>Misure / verifiche</w:t>
            </w:r>
          </w:p>
        </w:tc>
        <w:tc>
          <w:tcPr>
            <w:tcW w:w="2324" w:type="dxa"/>
            <w:shd w:val="clear" w:color="auto" w:fill="12324B"/>
          </w:tcPr>
          <w:p w14:paraId="0B64A453" w14:textId="77777777" w:rsidR="00E54E13" w:rsidRDefault="00000000">
            <w:pPr>
              <w:spacing w:before="30" w:after="30" w:line="228" w:lineRule="exact"/>
              <w:rPr>
                <w:rFonts w:hint="eastAsia"/>
              </w:rPr>
            </w:pPr>
            <w:r>
              <w:rPr>
                <w:b/>
                <w:color w:val="FFFFFF"/>
                <w:sz w:val="17"/>
              </w:rPr>
              <w:t>Responsabile / criterio di esito</w:t>
            </w:r>
          </w:p>
        </w:tc>
      </w:tr>
      <w:tr w:rsidR="00E54E13" w14:paraId="298ED748" w14:textId="77777777">
        <w:trPr>
          <w:cantSplit/>
          <w:trHeight w:val="879"/>
          <w:jc w:val="center"/>
        </w:trPr>
        <w:tc>
          <w:tcPr>
            <w:tcW w:w="567" w:type="dxa"/>
            <w:vAlign w:val="center"/>
          </w:tcPr>
          <w:p w14:paraId="487A99B4" w14:textId="77777777" w:rsidR="00E54E13" w:rsidRDefault="00000000">
            <w:pPr>
              <w:spacing w:before="30" w:after="30" w:line="228" w:lineRule="exact"/>
              <w:rPr>
                <w:rFonts w:hint="eastAsia"/>
              </w:rPr>
            </w:pPr>
            <w:r>
              <w:rPr>
                <w:sz w:val="17"/>
              </w:rPr>
              <w:t>1</w:t>
            </w:r>
          </w:p>
        </w:tc>
        <w:tc>
          <w:tcPr>
            <w:tcW w:w="4025" w:type="dxa"/>
            <w:vAlign w:val="center"/>
          </w:tcPr>
          <w:p w14:paraId="226777E4" w14:textId="77777777" w:rsidR="00E54E13" w:rsidRDefault="00000000">
            <w:pPr>
              <w:spacing w:before="30" w:after="30" w:line="228" w:lineRule="exact"/>
              <w:rPr>
                <w:rFonts w:hint="eastAsia"/>
              </w:rPr>
            </w:pPr>
            <w:r>
              <w:rPr>
                <w:sz w:val="17"/>
              </w:rPr>
              <w:t>[da compilare]</w:t>
            </w:r>
          </w:p>
        </w:tc>
        <w:tc>
          <w:tcPr>
            <w:tcW w:w="2835" w:type="dxa"/>
            <w:vAlign w:val="center"/>
          </w:tcPr>
          <w:p w14:paraId="766F3613" w14:textId="77777777" w:rsidR="00E54E13" w:rsidRDefault="00000000">
            <w:pPr>
              <w:spacing w:before="30" w:after="30" w:line="228" w:lineRule="exact"/>
              <w:rPr>
                <w:rFonts w:hint="eastAsia"/>
              </w:rPr>
            </w:pPr>
            <w:r>
              <w:rPr>
                <w:sz w:val="17"/>
              </w:rPr>
              <w:t>[da compilare]</w:t>
            </w:r>
          </w:p>
        </w:tc>
        <w:tc>
          <w:tcPr>
            <w:tcW w:w="2324" w:type="dxa"/>
            <w:vAlign w:val="center"/>
          </w:tcPr>
          <w:p w14:paraId="237A6559" w14:textId="77777777" w:rsidR="00E54E13" w:rsidRDefault="00000000">
            <w:pPr>
              <w:spacing w:before="30" w:after="30" w:line="228" w:lineRule="exact"/>
              <w:rPr>
                <w:rFonts w:hint="eastAsia"/>
              </w:rPr>
            </w:pPr>
            <w:r>
              <w:rPr>
                <w:sz w:val="17"/>
              </w:rPr>
              <w:t>[da compilare]</w:t>
            </w:r>
          </w:p>
        </w:tc>
      </w:tr>
      <w:tr w:rsidR="00E54E13" w14:paraId="272C3B17" w14:textId="77777777">
        <w:trPr>
          <w:cantSplit/>
          <w:trHeight w:val="879"/>
          <w:jc w:val="center"/>
        </w:trPr>
        <w:tc>
          <w:tcPr>
            <w:tcW w:w="567" w:type="dxa"/>
            <w:shd w:val="clear" w:color="auto" w:fill="F6F8FA"/>
            <w:vAlign w:val="center"/>
          </w:tcPr>
          <w:p w14:paraId="67E5B7BA" w14:textId="77777777" w:rsidR="00E54E13" w:rsidRDefault="00000000">
            <w:pPr>
              <w:spacing w:before="30" w:after="30" w:line="228" w:lineRule="exact"/>
              <w:rPr>
                <w:rFonts w:hint="eastAsia"/>
              </w:rPr>
            </w:pPr>
            <w:r>
              <w:rPr>
                <w:sz w:val="17"/>
              </w:rPr>
              <w:t>2</w:t>
            </w:r>
          </w:p>
        </w:tc>
        <w:tc>
          <w:tcPr>
            <w:tcW w:w="4025" w:type="dxa"/>
            <w:shd w:val="clear" w:color="auto" w:fill="F6F8FA"/>
            <w:vAlign w:val="center"/>
          </w:tcPr>
          <w:p w14:paraId="72C63ADA" w14:textId="77777777" w:rsidR="00E54E13" w:rsidRDefault="00000000">
            <w:pPr>
              <w:spacing w:before="30" w:after="30" w:line="228" w:lineRule="exact"/>
              <w:rPr>
                <w:rFonts w:hint="eastAsia"/>
              </w:rPr>
            </w:pPr>
            <w:r>
              <w:rPr>
                <w:sz w:val="17"/>
              </w:rPr>
              <w:t>[da compilare]</w:t>
            </w:r>
          </w:p>
        </w:tc>
        <w:tc>
          <w:tcPr>
            <w:tcW w:w="2835" w:type="dxa"/>
            <w:shd w:val="clear" w:color="auto" w:fill="F6F8FA"/>
            <w:vAlign w:val="center"/>
          </w:tcPr>
          <w:p w14:paraId="39CCA6B2" w14:textId="77777777" w:rsidR="00E54E13" w:rsidRDefault="00000000">
            <w:pPr>
              <w:spacing w:before="30" w:after="30" w:line="228" w:lineRule="exact"/>
              <w:rPr>
                <w:rFonts w:hint="eastAsia"/>
              </w:rPr>
            </w:pPr>
            <w:r>
              <w:rPr>
                <w:sz w:val="17"/>
              </w:rPr>
              <w:t>[da compilare]</w:t>
            </w:r>
          </w:p>
        </w:tc>
        <w:tc>
          <w:tcPr>
            <w:tcW w:w="2324" w:type="dxa"/>
            <w:shd w:val="clear" w:color="auto" w:fill="F6F8FA"/>
            <w:vAlign w:val="center"/>
          </w:tcPr>
          <w:p w14:paraId="7B23CAE9" w14:textId="77777777" w:rsidR="00E54E13" w:rsidRDefault="00000000">
            <w:pPr>
              <w:spacing w:before="30" w:after="30" w:line="228" w:lineRule="exact"/>
              <w:rPr>
                <w:rFonts w:hint="eastAsia"/>
              </w:rPr>
            </w:pPr>
            <w:r>
              <w:rPr>
                <w:sz w:val="17"/>
              </w:rPr>
              <w:t>[da compilare]</w:t>
            </w:r>
          </w:p>
        </w:tc>
      </w:tr>
      <w:tr w:rsidR="00E54E13" w14:paraId="04E233D1" w14:textId="77777777">
        <w:trPr>
          <w:cantSplit/>
          <w:trHeight w:val="879"/>
          <w:jc w:val="center"/>
        </w:trPr>
        <w:tc>
          <w:tcPr>
            <w:tcW w:w="567" w:type="dxa"/>
            <w:vAlign w:val="center"/>
          </w:tcPr>
          <w:p w14:paraId="66E3B14D" w14:textId="77777777" w:rsidR="00E54E13" w:rsidRDefault="00000000">
            <w:pPr>
              <w:spacing w:before="30" w:after="30" w:line="228" w:lineRule="exact"/>
              <w:rPr>
                <w:rFonts w:hint="eastAsia"/>
              </w:rPr>
            </w:pPr>
            <w:r>
              <w:rPr>
                <w:sz w:val="17"/>
              </w:rPr>
              <w:t>3</w:t>
            </w:r>
          </w:p>
        </w:tc>
        <w:tc>
          <w:tcPr>
            <w:tcW w:w="4025" w:type="dxa"/>
            <w:vAlign w:val="center"/>
          </w:tcPr>
          <w:p w14:paraId="4815CFE8" w14:textId="77777777" w:rsidR="00E54E13" w:rsidRDefault="00000000">
            <w:pPr>
              <w:spacing w:before="30" w:after="30" w:line="228" w:lineRule="exact"/>
              <w:rPr>
                <w:rFonts w:hint="eastAsia"/>
              </w:rPr>
            </w:pPr>
            <w:r>
              <w:rPr>
                <w:sz w:val="17"/>
              </w:rPr>
              <w:t>[da compilare]</w:t>
            </w:r>
          </w:p>
        </w:tc>
        <w:tc>
          <w:tcPr>
            <w:tcW w:w="2835" w:type="dxa"/>
            <w:vAlign w:val="center"/>
          </w:tcPr>
          <w:p w14:paraId="07D5D791" w14:textId="77777777" w:rsidR="00E54E13" w:rsidRDefault="00000000">
            <w:pPr>
              <w:spacing w:before="30" w:after="30" w:line="228" w:lineRule="exact"/>
              <w:rPr>
                <w:rFonts w:hint="eastAsia"/>
              </w:rPr>
            </w:pPr>
            <w:r>
              <w:rPr>
                <w:sz w:val="17"/>
              </w:rPr>
              <w:t>[da compilare]</w:t>
            </w:r>
          </w:p>
        </w:tc>
        <w:tc>
          <w:tcPr>
            <w:tcW w:w="2324" w:type="dxa"/>
            <w:vAlign w:val="center"/>
          </w:tcPr>
          <w:p w14:paraId="31BB98D0" w14:textId="77777777" w:rsidR="00E54E13" w:rsidRDefault="00000000">
            <w:pPr>
              <w:spacing w:before="30" w:after="30" w:line="228" w:lineRule="exact"/>
              <w:rPr>
                <w:rFonts w:hint="eastAsia"/>
              </w:rPr>
            </w:pPr>
            <w:r>
              <w:rPr>
                <w:sz w:val="17"/>
              </w:rPr>
              <w:t>[da compilare]</w:t>
            </w:r>
          </w:p>
        </w:tc>
      </w:tr>
      <w:tr w:rsidR="00E54E13" w14:paraId="260D673A" w14:textId="77777777">
        <w:trPr>
          <w:cantSplit/>
          <w:trHeight w:val="879"/>
          <w:jc w:val="center"/>
        </w:trPr>
        <w:tc>
          <w:tcPr>
            <w:tcW w:w="567" w:type="dxa"/>
            <w:shd w:val="clear" w:color="auto" w:fill="F6F8FA"/>
            <w:vAlign w:val="center"/>
          </w:tcPr>
          <w:p w14:paraId="74EA7AA4" w14:textId="77777777" w:rsidR="00E54E13" w:rsidRDefault="00000000">
            <w:pPr>
              <w:spacing w:before="30" w:after="30" w:line="228" w:lineRule="exact"/>
              <w:rPr>
                <w:rFonts w:hint="eastAsia"/>
              </w:rPr>
            </w:pPr>
            <w:r>
              <w:rPr>
                <w:sz w:val="17"/>
              </w:rPr>
              <w:t>4</w:t>
            </w:r>
          </w:p>
        </w:tc>
        <w:tc>
          <w:tcPr>
            <w:tcW w:w="4025" w:type="dxa"/>
            <w:shd w:val="clear" w:color="auto" w:fill="F6F8FA"/>
            <w:vAlign w:val="center"/>
          </w:tcPr>
          <w:p w14:paraId="626FDBBD" w14:textId="77777777" w:rsidR="00E54E13" w:rsidRDefault="00000000">
            <w:pPr>
              <w:spacing w:before="30" w:after="30" w:line="228" w:lineRule="exact"/>
              <w:rPr>
                <w:rFonts w:hint="eastAsia"/>
              </w:rPr>
            </w:pPr>
            <w:r>
              <w:rPr>
                <w:sz w:val="17"/>
              </w:rPr>
              <w:t>[da compilare]</w:t>
            </w:r>
          </w:p>
        </w:tc>
        <w:tc>
          <w:tcPr>
            <w:tcW w:w="2835" w:type="dxa"/>
            <w:shd w:val="clear" w:color="auto" w:fill="F6F8FA"/>
            <w:vAlign w:val="center"/>
          </w:tcPr>
          <w:p w14:paraId="784DCCBB" w14:textId="77777777" w:rsidR="00E54E13" w:rsidRDefault="00000000">
            <w:pPr>
              <w:spacing w:before="30" w:after="30" w:line="228" w:lineRule="exact"/>
              <w:rPr>
                <w:rFonts w:hint="eastAsia"/>
              </w:rPr>
            </w:pPr>
            <w:r>
              <w:rPr>
                <w:sz w:val="17"/>
              </w:rPr>
              <w:t>[da compilare]</w:t>
            </w:r>
          </w:p>
        </w:tc>
        <w:tc>
          <w:tcPr>
            <w:tcW w:w="2324" w:type="dxa"/>
            <w:shd w:val="clear" w:color="auto" w:fill="F6F8FA"/>
            <w:vAlign w:val="center"/>
          </w:tcPr>
          <w:p w14:paraId="5BB4116D" w14:textId="77777777" w:rsidR="00E54E13" w:rsidRDefault="00000000">
            <w:pPr>
              <w:spacing w:before="30" w:after="30" w:line="228" w:lineRule="exact"/>
              <w:rPr>
                <w:rFonts w:hint="eastAsia"/>
              </w:rPr>
            </w:pPr>
            <w:r>
              <w:rPr>
                <w:sz w:val="17"/>
              </w:rPr>
              <w:t>[da compilare]</w:t>
            </w:r>
          </w:p>
        </w:tc>
      </w:tr>
      <w:tr w:rsidR="00E54E13" w14:paraId="5388D51C" w14:textId="77777777">
        <w:trPr>
          <w:cantSplit/>
          <w:trHeight w:val="879"/>
          <w:jc w:val="center"/>
        </w:trPr>
        <w:tc>
          <w:tcPr>
            <w:tcW w:w="567" w:type="dxa"/>
            <w:vAlign w:val="center"/>
          </w:tcPr>
          <w:p w14:paraId="6B3DF3BC" w14:textId="77777777" w:rsidR="00E54E13" w:rsidRDefault="00000000">
            <w:pPr>
              <w:spacing w:before="30" w:after="30" w:line="228" w:lineRule="exact"/>
              <w:rPr>
                <w:rFonts w:hint="eastAsia"/>
              </w:rPr>
            </w:pPr>
            <w:r>
              <w:rPr>
                <w:sz w:val="17"/>
              </w:rPr>
              <w:t>5</w:t>
            </w:r>
          </w:p>
        </w:tc>
        <w:tc>
          <w:tcPr>
            <w:tcW w:w="4025" w:type="dxa"/>
            <w:vAlign w:val="center"/>
          </w:tcPr>
          <w:p w14:paraId="42BC6111" w14:textId="77777777" w:rsidR="00E54E13" w:rsidRDefault="00000000">
            <w:pPr>
              <w:spacing w:before="30" w:after="30" w:line="228" w:lineRule="exact"/>
              <w:rPr>
                <w:rFonts w:hint="eastAsia"/>
              </w:rPr>
            </w:pPr>
            <w:r>
              <w:rPr>
                <w:sz w:val="17"/>
              </w:rPr>
              <w:t>[da compilare]</w:t>
            </w:r>
          </w:p>
        </w:tc>
        <w:tc>
          <w:tcPr>
            <w:tcW w:w="2835" w:type="dxa"/>
            <w:vAlign w:val="center"/>
          </w:tcPr>
          <w:p w14:paraId="4FE4A70F" w14:textId="77777777" w:rsidR="00E54E13" w:rsidRDefault="00000000">
            <w:pPr>
              <w:spacing w:before="30" w:after="30" w:line="228" w:lineRule="exact"/>
              <w:rPr>
                <w:rFonts w:hint="eastAsia"/>
              </w:rPr>
            </w:pPr>
            <w:r>
              <w:rPr>
                <w:sz w:val="17"/>
              </w:rPr>
              <w:t>[da compilare]</w:t>
            </w:r>
          </w:p>
        </w:tc>
        <w:tc>
          <w:tcPr>
            <w:tcW w:w="2324" w:type="dxa"/>
            <w:vAlign w:val="center"/>
          </w:tcPr>
          <w:p w14:paraId="11E9DB25" w14:textId="77777777" w:rsidR="00E54E13" w:rsidRDefault="00000000">
            <w:pPr>
              <w:spacing w:before="30" w:after="30" w:line="228" w:lineRule="exact"/>
              <w:rPr>
                <w:rFonts w:hint="eastAsia"/>
              </w:rPr>
            </w:pPr>
            <w:r>
              <w:rPr>
                <w:sz w:val="17"/>
              </w:rPr>
              <w:t>[da compilare]</w:t>
            </w:r>
          </w:p>
        </w:tc>
      </w:tr>
    </w:tbl>
    <w:p w14:paraId="436475A1"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50EBBFB" w14:textId="77777777">
        <w:trPr>
          <w:cantSplit/>
          <w:trHeight w:val="386"/>
          <w:jc w:val="center"/>
        </w:trPr>
        <w:tc>
          <w:tcPr>
            <w:tcW w:w="2891" w:type="dxa"/>
            <w:shd w:val="clear" w:color="auto" w:fill="EDF3F9"/>
            <w:vAlign w:val="center"/>
          </w:tcPr>
          <w:p w14:paraId="00016EE5" w14:textId="77777777" w:rsidR="00E54E13" w:rsidRDefault="00000000">
            <w:pPr>
              <w:spacing w:before="30" w:after="30" w:line="236" w:lineRule="exact"/>
              <w:rPr>
                <w:rFonts w:hint="eastAsia"/>
              </w:rPr>
            </w:pPr>
            <w:r>
              <w:rPr>
                <w:b/>
                <w:sz w:val="18"/>
              </w:rPr>
              <w:t>Condizioni di arresto</w:t>
            </w:r>
          </w:p>
        </w:tc>
        <w:tc>
          <w:tcPr>
            <w:tcW w:w="6860" w:type="dxa"/>
            <w:vAlign w:val="center"/>
          </w:tcPr>
          <w:p w14:paraId="5207ECA8" w14:textId="77777777" w:rsidR="00E54E13" w:rsidRDefault="00000000">
            <w:pPr>
              <w:spacing w:before="30" w:after="30" w:line="236" w:lineRule="exact"/>
              <w:rPr>
                <w:rFonts w:hint="eastAsia"/>
              </w:rPr>
            </w:pPr>
            <w:sdt>
              <w:sdtPr>
                <w:alias w:val="anomalie e criteri che impediscono di proseguire"/>
                <w:tag w:val="campo_403"/>
                <w:id w:val="100403"/>
                <w:text w:multiLine="1"/>
              </w:sdtPr>
              <w:sdtContent>
                <w:r>
                  <w:rPr>
                    <w:color w:val="007E87"/>
                    <w:sz w:val="19"/>
                  </w:rPr>
                  <w:t>[anomalie e criteri che impediscono di proseguire]</w:t>
                </w:r>
              </w:sdtContent>
            </w:sdt>
          </w:p>
        </w:tc>
      </w:tr>
      <w:tr w:rsidR="00E54E13" w14:paraId="5AF7F539" w14:textId="77777777">
        <w:trPr>
          <w:cantSplit/>
          <w:trHeight w:val="386"/>
          <w:jc w:val="center"/>
        </w:trPr>
        <w:tc>
          <w:tcPr>
            <w:tcW w:w="2891" w:type="dxa"/>
            <w:shd w:val="clear" w:color="auto" w:fill="EDF3F9"/>
            <w:vAlign w:val="center"/>
          </w:tcPr>
          <w:p w14:paraId="714E5071" w14:textId="77777777" w:rsidR="00E54E13" w:rsidRDefault="00000000">
            <w:pPr>
              <w:spacing w:before="30" w:after="30" w:line="236" w:lineRule="exact"/>
              <w:rPr>
                <w:rFonts w:hint="eastAsia"/>
              </w:rPr>
            </w:pPr>
            <w:r>
              <w:rPr>
                <w:b/>
                <w:sz w:val="18"/>
              </w:rPr>
              <w:t>Prove / variazioni / ripresa</w:t>
            </w:r>
          </w:p>
        </w:tc>
        <w:tc>
          <w:tcPr>
            <w:tcW w:w="6860" w:type="dxa"/>
            <w:shd w:val="clear" w:color="auto" w:fill="F6F8FA"/>
            <w:vAlign w:val="center"/>
          </w:tcPr>
          <w:p w14:paraId="6470EB18" w14:textId="77777777" w:rsidR="00E54E13" w:rsidRDefault="00000000">
            <w:pPr>
              <w:spacing w:before="30" w:after="30" w:line="236" w:lineRule="exact"/>
              <w:rPr>
                <w:rFonts w:hint="eastAsia"/>
              </w:rPr>
            </w:pPr>
            <w:sdt>
              <w:sdtPr>
                <w:alias w:val="istruzioni e coordinamento con RI/RLE"/>
                <w:tag w:val="campo_404"/>
                <w:id w:val="100404"/>
                <w:text w:multiLine="1"/>
              </w:sdtPr>
              <w:sdtContent>
                <w:r>
                  <w:rPr>
                    <w:color w:val="007E87"/>
                    <w:sz w:val="19"/>
                  </w:rPr>
                  <w:t>[istruzioni e coordinamento con RI/RLE]</w:t>
                </w:r>
              </w:sdtContent>
            </w:sdt>
          </w:p>
        </w:tc>
      </w:tr>
      <w:tr w:rsidR="00E54E13" w14:paraId="477E2BFC" w14:textId="77777777">
        <w:trPr>
          <w:cantSplit/>
          <w:trHeight w:val="386"/>
          <w:jc w:val="center"/>
        </w:trPr>
        <w:tc>
          <w:tcPr>
            <w:tcW w:w="2891" w:type="dxa"/>
            <w:shd w:val="clear" w:color="auto" w:fill="EDF3F9"/>
            <w:vAlign w:val="center"/>
          </w:tcPr>
          <w:p w14:paraId="75876F0F" w14:textId="77777777" w:rsidR="00E54E13" w:rsidRDefault="00000000">
            <w:pPr>
              <w:spacing w:before="30" w:after="30" w:line="236" w:lineRule="exact"/>
              <w:rPr>
                <w:rFonts w:hint="eastAsia"/>
              </w:rPr>
            </w:pPr>
            <w:r>
              <w:rPr>
                <w:b/>
                <w:sz w:val="18"/>
              </w:rPr>
              <w:t>Conclusione e restituzione</w:t>
            </w:r>
          </w:p>
        </w:tc>
        <w:tc>
          <w:tcPr>
            <w:tcW w:w="6860" w:type="dxa"/>
            <w:vAlign w:val="center"/>
          </w:tcPr>
          <w:p w14:paraId="67BC8D1B" w14:textId="77777777" w:rsidR="00E54E13" w:rsidRDefault="00000000">
            <w:pPr>
              <w:spacing w:before="30" w:after="30" w:line="236" w:lineRule="exact"/>
              <w:rPr>
                <w:rFonts w:hint="eastAsia"/>
              </w:rPr>
            </w:pPr>
            <w:sdt>
              <w:sdtPr>
                <w:alias w:val="controlli finali e stato da comunicare"/>
                <w:tag w:val="campo_405"/>
                <w:id w:val="100405"/>
                <w:text w:multiLine="1"/>
              </w:sdtPr>
              <w:sdtContent>
                <w:r>
                  <w:rPr>
                    <w:color w:val="007E87"/>
                    <w:sz w:val="19"/>
                  </w:rPr>
                  <w:t>[controlli finali e stato da comunicare]</w:t>
                </w:r>
              </w:sdtContent>
            </w:sdt>
          </w:p>
        </w:tc>
      </w:tr>
      <w:tr w:rsidR="00E54E13" w14:paraId="197748F0" w14:textId="77777777">
        <w:trPr>
          <w:cantSplit/>
          <w:trHeight w:val="386"/>
          <w:jc w:val="center"/>
        </w:trPr>
        <w:tc>
          <w:tcPr>
            <w:tcW w:w="2891" w:type="dxa"/>
            <w:shd w:val="clear" w:color="auto" w:fill="EDF3F9"/>
            <w:vAlign w:val="center"/>
          </w:tcPr>
          <w:p w14:paraId="4E6A40F5" w14:textId="77777777" w:rsidR="00E54E13" w:rsidRDefault="00000000">
            <w:pPr>
              <w:spacing w:before="30" w:after="30" w:line="236" w:lineRule="exact"/>
              <w:rPr>
                <w:rFonts w:hint="eastAsia"/>
              </w:rPr>
            </w:pPr>
            <w:r>
              <w:rPr>
                <w:b/>
                <w:sz w:val="18"/>
              </w:rPr>
              <w:t>Riesame dell’istruzione</w:t>
            </w:r>
          </w:p>
        </w:tc>
        <w:tc>
          <w:tcPr>
            <w:tcW w:w="6860" w:type="dxa"/>
            <w:shd w:val="clear" w:color="auto" w:fill="F6F8FA"/>
            <w:vAlign w:val="center"/>
          </w:tcPr>
          <w:p w14:paraId="5D4ACBBF" w14:textId="77777777" w:rsidR="00E54E13" w:rsidRDefault="00000000">
            <w:pPr>
              <w:spacing w:before="30" w:after="30" w:line="236" w:lineRule="exact"/>
              <w:rPr>
                <w:rFonts w:hint="eastAsia"/>
              </w:rPr>
            </w:pPr>
            <w:sdt>
              <w:sdtPr>
                <w:alias w:val="eventi che richiedono aggiornamento"/>
                <w:tag w:val="campo_406"/>
                <w:id w:val="100406"/>
                <w:text w:multiLine="1"/>
              </w:sdtPr>
              <w:sdtContent>
                <w:r>
                  <w:rPr>
                    <w:color w:val="007E87"/>
                    <w:sz w:val="19"/>
                  </w:rPr>
                  <w:t>[eventi che richiedono aggiornamento]</w:t>
                </w:r>
              </w:sdtContent>
            </w:sdt>
          </w:p>
        </w:tc>
      </w:tr>
    </w:tbl>
    <w:p w14:paraId="1035DDE8" w14:textId="77777777" w:rsidR="00E54E13" w:rsidRDefault="00E54E13">
      <w:pPr>
        <w:spacing w:after="40" w:line="40" w:lineRule="exact"/>
        <w:rPr>
          <w:rFonts w:hint="eastAsia"/>
        </w:rPr>
      </w:pPr>
    </w:p>
    <w:p w14:paraId="7D8EC207" w14:textId="77777777" w:rsidR="00E54E13" w:rsidRDefault="00000000">
      <w:pPr>
        <w:pStyle w:val="Titolo3"/>
      </w:pPr>
      <w:r>
        <w:t>Verifica prima dell’approvazione</w:t>
      </w:r>
    </w:p>
    <w:p w14:paraId="68B681F3" w14:textId="77777777" w:rsidR="00E54E13" w:rsidRDefault="00000000">
      <w:pPr>
        <w:rPr>
          <w:rFonts w:hint="eastAsia"/>
        </w:rPr>
      </w:pPr>
      <w:r>
        <w:t>[ ] Coerenza con l’impianto verificata</w:t>
      </w:r>
      <w:r>
        <w:br/>
        <w:t>[ ] Parametri tecnici e distanze verificati su fonti identificate</w:t>
      </w:r>
      <w:r>
        <w:br/>
        <w:t>[ ] DPI e attrezzature adeguati e disponibili</w:t>
      </w:r>
      <w:r>
        <w:br/>
        <w:t>[ ] Competenze e ruoli compatibili</w:t>
      </w:r>
      <w:r>
        <w:br/>
        <w:t>[ ] Nessun campo essenziale lasciato indefinito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0805A239" w14:textId="77777777">
        <w:trPr>
          <w:tblHeader/>
          <w:jc w:val="center"/>
        </w:trPr>
        <w:tc>
          <w:tcPr>
            <w:tcW w:w="3250" w:type="dxa"/>
            <w:shd w:val="clear" w:color="auto" w:fill="12324B"/>
          </w:tcPr>
          <w:p w14:paraId="3CA42769" w14:textId="77777777" w:rsidR="00E54E13" w:rsidRDefault="00000000">
            <w:pPr>
              <w:spacing w:before="30" w:after="30" w:line="228" w:lineRule="exact"/>
              <w:rPr>
                <w:rFonts w:hint="eastAsia"/>
              </w:rPr>
            </w:pPr>
            <w:r>
              <w:rPr>
                <w:b/>
                <w:color w:val="FFFFFF"/>
                <w:sz w:val="17"/>
              </w:rPr>
              <w:t>Redattore competente</w:t>
            </w:r>
          </w:p>
        </w:tc>
        <w:tc>
          <w:tcPr>
            <w:tcW w:w="3250" w:type="dxa"/>
            <w:shd w:val="clear" w:color="auto" w:fill="12324B"/>
          </w:tcPr>
          <w:p w14:paraId="0088C2B6" w14:textId="77777777" w:rsidR="00E54E13" w:rsidRDefault="00000000">
            <w:pPr>
              <w:spacing w:before="30" w:after="30" w:line="228" w:lineRule="exact"/>
              <w:rPr>
                <w:rFonts w:hint="eastAsia"/>
              </w:rPr>
            </w:pPr>
            <w:r>
              <w:rPr>
                <w:b/>
                <w:color w:val="FFFFFF"/>
                <w:sz w:val="17"/>
              </w:rPr>
              <w:t>Verificatore / approvazione aziendale</w:t>
            </w:r>
          </w:p>
        </w:tc>
        <w:tc>
          <w:tcPr>
            <w:tcW w:w="3250" w:type="dxa"/>
            <w:shd w:val="clear" w:color="auto" w:fill="12324B"/>
          </w:tcPr>
          <w:p w14:paraId="19A2723F" w14:textId="77777777" w:rsidR="00E54E13" w:rsidRDefault="00000000">
            <w:pPr>
              <w:spacing w:before="30" w:after="30" w:line="228" w:lineRule="exact"/>
              <w:rPr>
                <w:rFonts w:hint="eastAsia"/>
              </w:rPr>
            </w:pPr>
            <w:r>
              <w:rPr>
                <w:b/>
                <w:color w:val="FFFFFF"/>
                <w:sz w:val="17"/>
              </w:rPr>
              <w:t>Data</w:t>
            </w:r>
          </w:p>
        </w:tc>
      </w:tr>
      <w:tr w:rsidR="00E54E13" w14:paraId="32048BBF" w14:textId="77777777">
        <w:trPr>
          <w:cantSplit/>
          <w:trHeight w:val="567"/>
          <w:jc w:val="center"/>
        </w:trPr>
        <w:tc>
          <w:tcPr>
            <w:tcW w:w="3250" w:type="dxa"/>
            <w:vAlign w:val="center"/>
          </w:tcPr>
          <w:p w14:paraId="5B2D20B0"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6D4BD61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1602F55" w14:textId="77777777" w:rsidR="00E54E13" w:rsidRDefault="00000000">
            <w:pPr>
              <w:spacing w:before="30" w:after="30" w:line="228" w:lineRule="exact"/>
              <w:rPr>
                <w:rFonts w:hint="eastAsia"/>
              </w:rPr>
            </w:pPr>
            <w:r>
              <w:rPr>
                <w:sz w:val="17"/>
              </w:rPr>
              <w:t>____ / ____ / ______</w:t>
            </w:r>
          </w:p>
        </w:tc>
      </w:tr>
    </w:tbl>
    <w:p w14:paraId="7371FD3E" w14:textId="77777777" w:rsidR="00E54E13" w:rsidRDefault="00E54E13">
      <w:pPr>
        <w:spacing w:after="40" w:line="40" w:lineRule="exact"/>
        <w:rPr>
          <w:rFonts w:hint="eastAsia"/>
        </w:rPr>
      </w:pPr>
    </w:p>
    <w:p w14:paraId="770D3213" w14:textId="77777777" w:rsidR="00E54E13" w:rsidRDefault="00000000">
      <w:pPr>
        <w:pStyle w:val="Source"/>
        <w:rPr>
          <w:rFonts w:hint="eastAsia"/>
        </w:rPr>
      </w:pPr>
      <w:r>
        <w:t>Modello originale [AZ]. Base: INAIL 2026, pp. 2–6; dettaglio della sequenza da fonti tecniche aziendali. I campi vuoti non costituiscono una verifica positiva.</w:t>
      </w:r>
    </w:p>
    <w:p w14:paraId="5046FB29" w14:textId="77777777" w:rsidR="00E54E13" w:rsidRDefault="00000000">
      <w:pPr>
        <w:pStyle w:val="Eyebrow"/>
        <w:keepNext/>
        <w:pageBreakBefore/>
        <w:rPr>
          <w:rFonts w:hint="eastAsia"/>
        </w:rPr>
      </w:pPr>
      <w:r>
        <w:t>PARTE II  /  ALLEGATO OPERATIVO [AZ]</w:t>
      </w:r>
    </w:p>
    <w:p w14:paraId="4E1E4243" w14:textId="77777777" w:rsidR="00E54E13" w:rsidRDefault="00000000">
      <w:pPr>
        <w:pStyle w:val="Titolo1"/>
      </w:pPr>
      <w:bookmarkStart w:id="73" w:name="B74_A30"/>
      <w:r>
        <w:t>A30  Verifica di apprendimento: concetti fondamentali</w:t>
      </w:r>
      <w:bookmarkEnd w:id="73"/>
    </w:p>
    <w:p w14:paraId="79E0F388" w14:textId="77777777" w:rsidR="00E54E13" w:rsidRDefault="00000000">
      <w:pPr>
        <w:pStyle w:val="FormHint"/>
        <w:rPr>
          <w:rFonts w:hint="eastAsia"/>
        </w:rPr>
      </w:pPr>
      <w:r>
        <w:t>Scheda 1 di 3. Questionario aziendale proposto, non test ufficiale INAIL. Non sostituisce addestramento e valutazione del datore di lavoro.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5907AC28" w14:textId="77777777">
        <w:trPr>
          <w:cantSplit/>
          <w:trHeight w:val="346"/>
          <w:jc w:val="center"/>
        </w:trPr>
        <w:tc>
          <w:tcPr>
            <w:tcW w:w="2891" w:type="dxa"/>
            <w:shd w:val="clear" w:color="auto" w:fill="EDF3F9"/>
            <w:vAlign w:val="center"/>
          </w:tcPr>
          <w:p w14:paraId="45EB9786" w14:textId="77777777" w:rsidR="00E54E13" w:rsidRDefault="00000000">
            <w:pPr>
              <w:spacing w:before="30" w:after="30" w:line="236" w:lineRule="exact"/>
              <w:rPr>
                <w:rFonts w:hint="eastAsia"/>
              </w:rPr>
            </w:pPr>
            <w:r>
              <w:rPr>
                <w:b/>
                <w:sz w:val="18"/>
              </w:rPr>
              <w:t>Azienda / unità</w:t>
            </w:r>
          </w:p>
        </w:tc>
        <w:tc>
          <w:tcPr>
            <w:tcW w:w="6860" w:type="dxa"/>
            <w:vAlign w:val="center"/>
          </w:tcPr>
          <w:p w14:paraId="7A20D7E7" w14:textId="77777777" w:rsidR="00E54E13" w:rsidRDefault="00000000">
            <w:pPr>
              <w:spacing w:before="30" w:after="30" w:line="236" w:lineRule="exact"/>
              <w:rPr>
                <w:rFonts w:hint="eastAsia"/>
              </w:rPr>
            </w:pPr>
            <w:sdt>
              <w:sdtPr>
                <w:alias w:val="ragione sociale e sede"/>
                <w:tag w:val="campo_408"/>
                <w:id w:val="100408"/>
                <w:text w:multiLine="1"/>
              </w:sdtPr>
              <w:sdtContent>
                <w:r>
                  <w:rPr>
                    <w:color w:val="007E87"/>
                    <w:sz w:val="19"/>
                  </w:rPr>
                  <w:t>[ragione sociale e sede]</w:t>
                </w:r>
              </w:sdtContent>
            </w:sdt>
          </w:p>
        </w:tc>
      </w:tr>
      <w:tr w:rsidR="00E54E13" w14:paraId="467BB1E9" w14:textId="77777777">
        <w:trPr>
          <w:cantSplit/>
          <w:trHeight w:val="346"/>
          <w:jc w:val="center"/>
        </w:trPr>
        <w:tc>
          <w:tcPr>
            <w:tcW w:w="2891" w:type="dxa"/>
            <w:shd w:val="clear" w:color="auto" w:fill="EDF3F9"/>
            <w:vAlign w:val="center"/>
          </w:tcPr>
          <w:p w14:paraId="16646276"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2421F9DF" w14:textId="77777777" w:rsidR="00E54E13" w:rsidRDefault="00000000">
            <w:pPr>
              <w:spacing w:before="30" w:after="30" w:line="236" w:lineRule="exact"/>
              <w:rPr>
                <w:rFonts w:hint="eastAsia"/>
              </w:rPr>
            </w:pPr>
            <w:sdt>
              <w:sdtPr>
                <w:alias w:val="codice, revisione e data"/>
                <w:tag w:val="campo_409"/>
                <w:id w:val="100409"/>
                <w:text w:multiLine="1"/>
              </w:sdtPr>
              <w:sdtContent>
                <w:r>
                  <w:rPr>
                    <w:color w:val="007E87"/>
                    <w:sz w:val="19"/>
                  </w:rPr>
                  <w:t>[codice, revisione e data]</w:t>
                </w:r>
              </w:sdtContent>
            </w:sdt>
          </w:p>
        </w:tc>
      </w:tr>
      <w:tr w:rsidR="00E54E13" w14:paraId="68DEF75D" w14:textId="77777777">
        <w:trPr>
          <w:cantSplit/>
          <w:trHeight w:val="346"/>
          <w:jc w:val="center"/>
        </w:trPr>
        <w:tc>
          <w:tcPr>
            <w:tcW w:w="2891" w:type="dxa"/>
            <w:shd w:val="clear" w:color="auto" w:fill="EDF3F9"/>
            <w:vAlign w:val="center"/>
          </w:tcPr>
          <w:p w14:paraId="1264FF94"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47AD92A1" w14:textId="77777777" w:rsidR="00E54E13" w:rsidRDefault="00000000">
            <w:pPr>
              <w:spacing w:before="30" w:after="30" w:line="236" w:lineRule="exact"/>
              <w:rPr>
                <w:rFonts w:hint="eastAsia"/>
              </w:rPr>
            </w:pPr>
            <w:sdt>
              <w:sdtPr>
                <w:alias w:val="nome, matricola e mansione"/>
                <w:tag w:val="campo_410"/>
                <w:id w:val="100410"/>
                <w:text w:multiLine="1"/>
              </w:sdtPr>
              <w:sdtContent>
                <w:r>
                  <w:rPr>
                    <w:color w:val="007E87"/>
                    <w:sz w:val="19"/>
                  </w:rPr>
                  <w:t>[nome, matricola e mansione]</w:t>
                </w:r>
              </w:sdtContent>
            </w:sdt>
          </w:p>
        </w:tc>
      </w:tr>
    </w:tbl>
    <w:p w14:paraId="4CC4928F"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2F31871" w14:textId="77777777">
        <w:trPr>
          <w:cantSplit/>
          <w:trHeight w:val="386"/>
          <w:jc w:val="center"/>
        </w:trPr>
        <w:tc>
          <w:tcPr>
            <w:tcW w:w="2891" w:type="dxa"/>
            <w:shd w:val="clear" w:color="auto" w:fill="EDF3F9"/>
            <w:vAlign w:val="center"/>
          </w:tcPr>
          <w:p w14:paraId="2C3767BE" w14:textId="77777777" w:rsidR="00E54E13" w:rsidRDefault="00000000">
            <w:pPr>
              <w:spacing w:before="30" w:after="30" w:line="236" w:lineRule="exact"/>
              <w:rPr>
                <w:rFonts w:hint="eastAsia"/>
              </w:rPr>
            </w:pPr>
            <w:r>
              <w:rPr>
                <w:b/>
                <w:sz w:val="18"/>
              </w:rPr>
              <w:t>Percorso e valutatore</w:t>
            </w:r>
          </w:p>
        </w:tc>
        <w:tc>
          <w:tcPr>
            <w:tcW w:w="6860" w:type="dxa"/>
            <w:vAlign w:val="center"/>
          </w:tcPr>
          <w:p w14:paraId="6493BE29" w14:textId="77777777" w:rsidR="00E54E13" w:rsidRDefault="00000000">
            <w:pPr>
              <w:spacing w:before="30" w:after="30" w:line="236" w:lineRule="exact"/>
              <w:rPr>
                <w:rFonts w:hint="eastAsia"/>
              </w:rPr>
            </w:pPr>
            <w:sdt>
              <w:sdtPr>
                <w:alias w:val="corso/livello, data e nominativo"/>
                <w:tag w:val="campo_411"/>
                <w:id w:val="100411"/>
                <w:text w:multiLine="1"/>
              </w:sdtPr>
              <w:sdtContent>
                <w:r>
                  <w:rPr>
                    <w:color w:val="007E87"/>
                    <w:sz w:val="19"/>
                  </w:rPr>
                  <w:t>[corso/livello, data e nominativo]</w:t>
                </w:r>
              </w:sdtContent>
            </w:sdt>
          </w:p>
        </w:tc>
      </w:tr>
    </w:tbl>
    <w:p w14:paraId="12FD6FF6" w14:textId="77777777" w:rsidR="00E54E13" w:rsidRDefault="00E54E13">
      <w:pPr>
        <w:spacing w:after="40" w:line="40" w:lineRule="exact"/>
        <w:rPr>
          <w:rFonts w:hint="eastAsia"/>
        </w:rPr>
      </w:pPr>
    </w:p>
    <w:p w14:paraId="1FBCD9BB" w14:textId="77777777" w:rsidR="00E54E13" w:rsidRDefault="00000000">
      <w:pPr>
        <w:pStyle w:val="Titolo3"/>
      </w:pPr>
      <w:r>
        <w:t>1. Chi attribuisce PES/PAV a un dipendente?</w:t>
      </w:r>
    </w:p>
    <w:p w14:paraId="2AF9989A" w14:textId="77777777" w:rsidR="00E54E13" w:rsidRDefault="00000000">
      <w:pPr>
        <w:rPr>
          <w:rFonts w:hint="eastAsia"/>
        </w:rPr>
      </w:pPr>
      <w:r>
        <w:t>[ ] Il solo ente che rilascia l’attestato</w:t>
      </w:r>
      <w:r>
        <w:br/>
        <w:t>[ ] Il datore di lavoro dopo la valutazione dei requisiti</w:t>
      </w:r>
      <w:r>
        <w:br/>
        <w:t>[ ] Il lavoratore con una propria dichiarazione</w:t>
      </w:r>
    </w:p>
    <w:p w14:paraId="4460123A" w14:textId="77777777" w:rsidR="00E54E13" w:rsidRDefault="00000000">
      <w:pPr>
        <w:pStyle w:val="Titolo3"/>
      </w:pPr>
      <w:r>
        <w:t>2. Un attestato rende automaticamente PES?</w:t>
      </w:r>
    </w:p>
    <w:p w14:paraId="34A82372" w14:textId="77777777" w:rsidR="00E54E13" w:rsidRDefault="00000000">
      <w:pPr>
        <w:rPr>
          <w:rFonts w:hint="eastAsia"/>
        </w:rPr>
      </w:pPr>
      <w:r>
        <w:t>[ ] Sì, indipendentemente dall’esperienza</w:t>
      </w:r>
      <w:r>
        <w:br/>
        <w:t>[ ] No: occorre la valutazione complessiva e l’atto aziendale</w:t>
      </w:r>
    </w:p>
    <w:p w14:paraId="3164A73A" w14:textId="77777777" w:rsidR="00E54E13" w:rsidRDefault="00000000">
      <w:pPr>
        <w:pStyle w:val="Titolo3"/>
      </w:pPr>
      <w:r>
        <w:t>3. A cosa si riferiscono le 10 ore del livello 1A?</w:t>
      </w:r>
    </w:p>
    <w:p w14:paraId="7D703B9A" w14:textId="77777777" w:rsidR="00E54E13" w:rsidRDefault="00000000">
      <w:pPr>
        <w:rPr>
          <w:rFonts w:hint="eastAsia"/>
        </w:rPr>
      </w:pPr>
      <w:r>
        <w:t>[ ] Alla durata complessiva sempre sufficiente per PES/PAV</w:t>
      </w:r>
      <w:r>
        <w:br/>
        <w:t>[ ] Alla durata minima raccomandata della preparazione teorica</w:t>
      </w:r>
    </w:p>
    <w:p w14:paraId="55AB737D" w14:textId="77777777" w:rsidR="00E54E13" w:rsidRDefault="00000000">
      <w:pPr>
        <w:pStyle w:val="Titolo3"/>
      </w:pPr>
      <w:r>
        <w:t>4. Per 1B e 2B il documento fissa ore universali?</w:t>
      </w:r>
    </w:p>
    <w:p w14:paraId="2D7A55A8" w14:textId="77777777" w:rsidR="00E54E13" w:rsidRDefault="00000000">
      <w:pPr>
        <w:rPr>
          <w:rFonts w:hint="eastAsia"/>
        </w:rPr>
      </w:pPr>
      <w:r>
        <w:t>[ ] Sì</w:t>
      </w:r>
      <w:r>
        <w:br/>
        <w:t>[ ] No: le capacità vanno acquisite in un tempo adeguato alle attività</w:t>
      </w:r>
    </w:p>
    <w:p w14:paraId="4934E04D" w14:textId="77777777" w:rsidR="00E54E13" w:rsidRDefault="00000000">
      <w:pPr>
        <w:pStyle w:val="Titolo3"/>
      </w:pPr>
      <w:r>
        <w:t>5. Quale modalità è prevista per la teoria specifica CEI 11-27?</w:t>
      </w:r>
    </w:p>
    <w:p w14:paraId="0C8DD4C0" w14:textId="77777777" w:rsidR="00E54E13" w:rsidRDefault="00000000">
      <w:pPr>
        <w:rPr>
          <w:rFonts w:hint="eastAsia"/>
        </w:rPr>
      </w:pPr>
      <w:r>
        <w:t>[ ] Solo videolezioni preregistrate</w:t>
      </w:r>
      <w:r>
        <w:br/>
        <w:t>[ ] Presenza oppure sincrona con webcam attiva</w:t>
      </w:r>
    </w:p>
    <w:p w14:paraId="38277702" w14:textId="77777777" w:rsidR="00E54E13" w:rsidRDefault="00000000">
      <w:pPr>
        <w:pStyle w:val="Titolo3"/>
      </w:pPr>
      <w:r>
        <w:t>6. Una PES può per questo solo fatto lavorare sotto tensione?</w:t>
      </w:r>
    </w:p>
    <w:p w14:paraId="5D0D567A" w14:textId="77777777" w:rsidR="00E54E13" w:rsidRDefault="00000000">
      <w:pPr>
        <w:rPr>
          <w:rFonts w:hint="eastAsia"/>
        </w:rPr>
      </w:pPr>
      <w:r>
        <w:t>[ ] Sì, su qualsiasi impianto BT</w:t>
      </w:r>
      <w:r>
        <w:br/>
        <w:t>[ ] No: servono ulteriore idoneità, autorizzazione e condizioni applicabili</w:t>
      </w:r>
    </w:p>
    <w:p w14:paraId="63BB5C7C" w14:textId="77777777" w:rsidR="00E54E13" w:rsidRDefault="00000000">
      <w:pPr>
        <w:pStyle w:val="Source"/>
        <w:rPr>
          <w:rFonts w:hint="eastAsia"/>
        </w:rPr>
      </w:pPr>
      <w:r>
        <w:t>Base delle domande: INAIL 2026, pp. 1–3 e 5–6. Il valutatore registra eventuali incomprensioni e le azioni necessarie.</w:t>
      </w:r>
    </w:p>
    <w:p w14:paraId="25D7FCE8" w14:textId="77777777" w:rsidR="00E54E13" w:rsidRDefault="00000000">
      <w:pPr>
        <w:pStyle w:val="Eyebrow"/>
        <w:keepNext/>
        <w:pageBreakBefore/>
        <w:rPr>
          <w:rFonts w:hint="eastAsia"/>
        </w:rPr>
      </w:pPr>
      <w:r>
        <w:t>PARTE II  /  ALLEGATO OPERATIVO [AZ]</w:t>
      </w:r>
    </w:p>
    <w:p w14:paraId="6A0E0D6C" w14:textId="77777777" w:rsidR="00E54E13" w:rsidRDefault="00000000">
      <w:pPr>
        <w:pStyle w:val="Titolo1"/>
      </w:pPr>
      <w:bookmarkStart w:id="74" w:name="B75_A30"/>
      <w:r>
        <w:t>A30  Verifica di apprendimento: situazioni operative</w:t>
      </w:r>
      <w:bookmarkEnd w:id="74"/>
    </w:p>
    <w:p w14:paraId="3825CA77" w14:textId="77777777" w:rsidR="00E54E13" w:rsidRDefault="00000000">
      <w:pPr>
        <w:pStyle w:val="FormHint"/>
        <w:rPr>
          <w:rFonts w:hint="eastAsia"/>
        </w:rPr>
      </w:pPr>
      <w:r>
        <w:t>Scheda 2 di 3. Rispondere motivando brevemente. Le risposte incerte su condizioni critiche richiedono approfondimento.</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3994F4AF" w14:textId="77777777">
        <w:trPr>
          <w:cantSplit/>
          <w:trHeight w:val="346"/>
          <w:jc w:val="center"/>
        </w:trPr>
        <w:tc>
          <w:tcPr>
            <w:tcW w:w="2891" w:type="dxa"/>
            <w:shd w:val="clear" w:color="auto" w:fill="EDF3F9"/>
            <w:vAlign w:val="center"/>
          </w:tcPr>
          <w:p w14:paraId="1CD51618" w14:textId="77777777" w:rsidR="00E54E13" w:rsidRDefault="00000000">
            <w:pPr>
              <w:spacing w:before="30" w:after="30" w:line="236" w:lineRule="exact"/>
              <w:rPr>
                <w:rFonts w:hint="eastAsia"/>
              </w:rPr>
            </w:pPr>
            <w:r>
              <w:rPr>
                <w:b/>
                <w:sz w:val="18"/>
              </w:rPr>
              <w:t>Azienda / unità</w:t>
            </w:r>
          </w:p>
        </w:tc>
        <w:tc>
          <w:tcPr>
            <w:tcW w:w="6860" w:type="dxa"/>
            <w:vAlign w:val="center"/>
          </w:tcPr>
          <w:p w14:paraId="35BD488C" w14:textId="77777777" w:rsidR="00E54E13" w:rsidRDefault="00000000">
            <w:pPr>
              <w:spacing w:before="30" w:after="30" w:line="236" w:lineRule="exact"/>
              <w:rPr>
                <w:rFonts w:hint="eastAsia"/>
              </w:rPr>
            </w:pPr>
            <w:sdt>
              <w:sdtPr>
                <w:alias w:val="ragione sociale e sede"/>
                <w:tag w:val="campo_413"/>
                <w:id w:val="100413"/>
                <w:text w:multiLine="1"/>
              </w:sdtPr>
              <w:sdtContent>
                <w:r>
                  <w:rPr>
                    <w:color w:val="007E87"/>
                    <w:sz w:val="19"/>
                  </w:rPr>
                  <w:t>[ragione sociale e sede]</w:t>
                </w:r>
              </w:sdtContent>
            </w:sdt>
          </w:p>
        </w:tc>
      </w:tr>
      <w:tr w:rsidR="00E54E13" w14:paraId="26257D67" w14:textId="77777777">
        <w:trPr>
          <w:cantSplit/>
          <w:trHeight w:val="346"/>
          <w:jc w:val="center"/>
        </w:trPr>
        <w:tc>
          <w:tcPr>
            <w:tcW w:w="2891" w:type="dxa"/>
            <w:shd w:val="clear" w:color="auto" w:fill="EDF3F9"/>
            <w:vAlign w:val="center"/>
          </w:tcPr>
          <w:p w14:paraId="227B9E8A" w14:textId="77777777" w:rsidR="00E54E13" w:rsidRDefault="00000000">
            <w:pPr>
              <w:spacing w:before="30" w:after="30" w:line="236" w:lineRule="exact"/>
              <w:rPr>
                <w:rFonts w:hint="eastAsia"/>
              </w:rPr>
            </w:pPr>
            <w:r>
              <w:rPr>
                <w:b/>
                <w:sz w:val="18"/>
              </w:rPr>
              <w:t>Identificativo scheda</w:t>
            </w:r>
          </w:p>
        </w:tc>
        <w:tc>
          <w:tcPr>
            <w:tcW w:w="6860" w:type="dxa"/>
            <w:shd w:val="clear" w:color="auto" w:fill="F6F8FA"/>
            <w:vAlign w:val="center"/>
          </w:tcPr>
          <w:p w14:paraId="7B7DDA1D" w14:textId="77777777" w:rsidR="00E54E13" w:rsidRDefault="00000000">
            <w:pPr>
              <w:spacing w:before="30" w:after="30" w:line="236" w:lineRule="exact"/>
              <w:rPr>
                <w:rFonts w:hint="eastAsia"/>
              </w:rPr>
            </w:pPr>
            <w:sdt>
              <w:sdtPr>
                <w:alias w:val="codice, revisione e data"/>
                <w:tag w:val="campo_414"/>
                <w:id w:val="100414"/>
                <w:text w:multiLine="1"/>
              </w:sdtPr>
              <w:sdtContent>
                <w:r>
                  <w:rPr>
                    <w:color w:val="007E87"/>
                    <w:sz w:val="19"/>
                  </w:rPr>
                  <w:t>[codice, revisione e data]</w:t>
                </w:r>
              </w:sdtContent>
            </w:sdt>
          </w:p>
        </w:tc>
      </w:tr>
      <w:tr w:rsidR="00E54E13" w14:paraId="424A3F17" w14:textId="77777777">
        <w:trPr>
          <w:cantSplit/>
          <w:trHeight w:val="346"/>
          <w:jc w:val="center"/>
        </w:trPr>
        <w:tc>
          <w:tcPr>
            <w:tcW w:w="2891" w:type="dxa"/>
            <w:shd w:val="clear" w:color="auto" w:fill="EDF3F9"/>
            <w:vAlign w:val="center"/>
          </w:tcPr>
          <w:p w14:paraId="07489D6E" w14:textId="77777777" w:rsidR="00E54E13" w:rsidRDefault="00000000">
            <w:pPr>
              <w:spacing w:before="30" w:after="30" w:line="236" w:lineRule="exact"/>
              <w:rPr>
                <w:rFonts w:hint="eastAsia"/>
              </w:rPr>
            </w:pPr>
            <w:r>
              <w:rPr>
                <w:b/>
                <w:sz w:val="18"/>
              </w:rPr>
              <w:t>Lavoratore / mansione</w:t>
            </w:r>
          </w:p>
        </w:tc>
        <w:tc>
          <w:tcPr>
            <w:tcW w:w="6860" w:type="dxa"/>
            <w:vAlign w:val="center"/>
          </w:tcPr>
          <w:p w14:paraId="07CC439B" w14:textId="77777777" w:rsidR="00E54E13" w:rsidRDefault="00000000">
            <w:pPr>
              <w:spacing w:before="30" w:after="30" w:line="236" w:lineRule="exact"/>
              <w:rPr>
                <w:rFonts w:hint="eastAsia"/>
              </w:rPr>
            </w:pPr>
            <w:sdt>
              <w:sdtPr>
                <w:alias w:val="nome, matricola e mansione"/>
                <w:tag w:val="campo_415"/>
                <w:id w:val="100415"/>
                <w:text w:multiLine="1"/>
              </w:sdtPr>
              <w:sdtContent>
                <w:r>
                  <w:rPr>
                    <w:color w:val="007E87"/>
                    <w:sz w:val="19"/>
                  </w:rPr>
                  <w:t>[nome, matricola e mansione]</w:t>
                </w:r>
              </w:sdtContent>
            </w:sdt>
          </w:p>
        </w:tc>
      </w:tr>
    </w:tbl>
    <w:p w14:paraId="35632E85" w14:textId="77777777" w:rsidR="00E54E13" w:rsidRDefault="00E54E13">
      <w:pPr>
        <w:spacing w:after="40" w:line="40" w:lineRule="exact"/>
        <w:rPr>
          <w:rFonts w:hint="eastAsia"/>
        </w:rPr>
      </w:pPr>
    </w:p>
    <w:p w14:paraId="38FC8400" w14:textId="77777777" w:rsidR="00E54E13" w:rsidRDefault="00000000">
      <w:pPr>
        <w:pStyle w:val="Titolo3"/>
      </w:pPr>
      <w:r>
        <w:t>7. Il GL coincide con il RLE: quale requisito è necessario?</w:t>
      </w:r>
    </w:p>
    <w:p w14:paraId="4A60CC1E" w14:textId="77777777" w:rsidR="00E54E13" w:rsidRDefault="00000000">
      <w:pPr>
        <w:rPr>
          <w:rFonts w:hint="eastAsia"/>
        </w:rPr>
      </w:pPr>
      <w:r>
        <w:t>Risposta e motivo: ________________________________________________</w:t>
      </w:r>
    </w:p>
    <w:p w14:paraId="7E8365C0" w14:textId="77777777" w:rsidR="00E54E13" w:rsidRDefault="00000000">
      <w:pPr>
        <w:rPr>
          <w:rFonts w:hint="eastAsia"/>
        </w:rPr>
      </w:pPr>
      <w:r>
        <w:t>________________________________________________________________</w:t>
      </w:r>
    </w:p>
    <w:p w14:paraId="11E36233" w14:textId="77777777" w:rsidR="00E54E13" w:rsidRDefault="00000000">
      <w:pPr>
        <w:pStyle w:val="Titolo3"/>
      </w:pPr>
      <w:r>
        <w:t>8. Il RLE svolge supervisione personale: può eseguire altre attività nello stesso momento?</w:t>
      </w:r>
    </w:p>
    <w:p w14:paraId="5B3B0449" w14:textId="77777777" w:rsidR="00E54E13" w:rsidRDefault="00000000">
      <w:pPr>
        <w:rPr>
          <w:rFonts w:hint="eastAsia"/>
        </w:rPr>
      </w:pPr>
      <w:r>
        <w:t>Risposta e motivo: ________________________________________________</w:t>
      </w:r>
    </w:p>
    <w:p w14:paraId="0220427C" w14:textId="77777777" w:rsidR="00E54E13" w:rsidRDefault="00000000">
      <w:pPr>
        <w:rPr>
          <w:rFonts w:hint="eastAsia"/>
        </w:rPr>
      </w:pPr>
      <w:r>
        <w:t>________________________________________________________________</w:t>
      </w:r>
    </w:p>
    <w:p w14:paraId="2AA339FB" w14:textId="77777777" w:rsidR="00E54E13" w:rsidRDefault="00000000">
      <w:pPr>
        <w:pStyle w:val="Titolo3"/>
      </w:pPr>
      <w:r>
        <w:t>9. RI e RLE sono persone diverse: come si gestisce la consegna?</w:t>
      </w:r>
    </w:p>
    <w:p w14:paraId="52F42F19" w14:textId="77777777" w:rsidR="00E54E13" w:rsidRDefault="00000000">
      <w:pPr>
        <w:rPr>
          <w:rFonts w:hint="eastAsia"/>
        </w:rPr>
      </w:pPr>
      <w:r>
        <w:t>Risposta e motivo: ________________________________________________</w:t>
      </w:r>
    </w:p>
    <w:p w14:paraId="7CBFA58C" w14:textId="77777777" w:rsidR="00E54E13" w:rsidRDefault="00000000">
      <w:pPr>
        <w:rPr>
          <w:rFonts w:hint="eastAsia"/>
        </w:rPr>
      </w:pPr>
      <w:r>
        <w:t>________________________________________________________________</w:t>
      </w:r>
    </w:p>
    <w:p w14:paraId="5F3EF966" w14:textId="77777777" w:rsidR="00E54E13" w:rsidRDefault="00000000">
      <w:pPr>
        <w:pStyle w:val="Titolo3"/>
      </w:pPr>
      <w:r>
        <w:t>10. Un corso indica due aggiornamenti obbligatori distinti da quattro ore per tutti. È una conclusione automatica del documento?</w:t>
      </w:r>
    </w:p>
    <w:p w14:paraId="0DF29C8B" w14:textId="77777777" w:rsidR="00E54E13" w:rsidRDefault="00000000">
      <w:pPr>
        <w:rPr>
          <w:rFonts w:hint="eastAsia"/>
        </w:rPr>
      </w:pPr>
      <w:r>
        <w:t>Risposta e motivo: ________________________________________________</w:t>
      </w:r>
    </w:p>
    <w:p w14:paraId="2F6C35D9" w14:textId="77777777" w:rsidR="00E54E13" w:rsidRDefault="00000000">
      <w:pPr>
        <w:rPr>
          <w:rFonts w:hint="eastAsia"/>
        </w:rPr>
      </w:pPr>
      <w:r>
        <w:t>________________________________________________________________</w:t>
      </w:r>
    </w:p>
    <w:p w14:paraId="655A85E5" w14:textId="77777777" w:rsidR="00E54E13" w:rsidRDefault="00000000">
      <w:pPr>
        <w:pStyle w:val="Titolo3"/>
      </w:pPr>
      <w:r>
        <w:t>11. Il riesame annuale dell’idoneità sotto tensione equivale a una scadenza automatica dopo un anno?</w:t>
      </w:r>
    </w:p>
    <w:p w14:paraId="5CCF87A5" w14:textId="77777777" w:rsidR="00E54E13" w:rsidRDefault="00000000">
      <w:pPr>
        <w:rPr>
          <w:rFonts w:hint="eastAsia"/>
        </w:rPr>
      </w:pPr>
      <w:r>
        <w:t>Risposta e motivo: ________________________________________________</w:t>
      </w:r>
    </w:p>
    <w:p w14:paraId="20939C89" w14:textId="77777777" w:rsidR="00E54E13" w:rsidRDefault="00000000">
      <w:pPr>
        <w:rPr>
          <w:rFonts w:hint="eastAsia"/>
        </w:rPr>
      </w:pPr>
      <w:r>
        <w:t>________________________________________________________________</w:t>
      </w:r>
    </w:p>
    <w:p w14:paraId="59E8F435" w14:textId="77777777" w:rsidR="00E54E13" w:rsidRDefault="00000000">
      <w:pPr>
        <w:pStyle w:val="Titolo3"/>
      </w:pPr>
      <w:r>
        <w:t>12. Durante il lavoro l’assetto non coincide più con quello ricevuto. Che cosa occorre fare?</w:t>
      </w:r>
    </w:p>
    <w:p w14:paraId="58ED772F" w14:textId="77777777" w:rsidR="00E54E13" w:rsidRDefault="00000000">
      <w:pPr>
        <w:rPr>
          <w:rFonts w:hint="eastAsia"/>
        </w:rPr>
      </w:pPr>
      <w:r>
        <w:t>Risposta e motivo: ________________________________________________</w:t>
      </w:r>
    </w:p>
    <w:p w14:paraId="29022F6D" w14:textId="77777777" w:rsidR="00E54E13" w:rsidRDefault="00000000">
      <w:pPr>
        <w:rPr>
          <w:rFonts w:hint="eastAsia"/>
        </w:rPr>
      </w:pPr>
      <w:r>
        <w:t>________________________________________________________________</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435A81F" w14:textId="77777777">
        <w:trPr>
          <w:tblHeader/>
          <w:jc w:val="center"/>
        </w:trPr>
        <w:tc>
          <w:tcPr>
            <w:tcW w:w="3250" w:type="dxa"/>
            <w:shd w:val="clear" w:color="auto" w:fill="12324B"/>
          </w:tcPr>
          <w:p w14:paraId="53E22AE9" w14:textId="77777777" w:rsidR="00E54E13" w:rsidRDefault="00000000">
            <w:pPr>
              <w:spacing w:before="30" w:after="30" w:line="228" w:lineRule="exact"/>
              <w:rPr>
                <w:rFonts w:hint="eastAsia"/>
              </w:rPr>
            </w:pPr>
            <w:r>
              <w:rPr>
                <w:b/>
                <w:color w:val="FFFFFF"/>
                <w:sz w:val="17"/>
              </w:rPr>
              <w:t>Lavoratore</w:t>
            </w:r>
          </w:p>
        </w:tc>
        <w:tc>
          <w:tcPr>
            <w:tcW w:w="3250" w:type="dxa"/>
            <w:shd w:val="clear" w:color="auto" w:fill="12324B"/>
          </w:tcPr>
          <w:p w14:paraId="2694FCF8" w14:textId="77777777" w:rsidR="00E54E13" w:rsidRDefault="00000000">
            <w:pPr>
              <w:spacing w:before="30" w:after="30" w:line="228" w:lineRule="exact"/>
              <w:rPr>
                <w:rFonts w:hint="eastAsia"/>
              </w:rPr>
            </w:pPr>
            <w:r>
              <w:rPr>
                <w:b/>
                <w:color w:val="FFFFFF"/>
                <w:sz w:val="17"/>
              </w:rPr>
              <w:t>Valutatore</w:t>
            </w:r>
          </w:p>
        </w:tc>
        <w:tc>
          <w:tcPr>
            <w:tcW w:w="3250" w:type="dxa"/>
            <w:shd w:val="clear" w:color="auto" w:fill="12324B"/>
          </w:tcPr>
          <w:p w14:paraId="3CB98525" w14:textId="77777777" w:rsidR="00E54E13" w:rsidRDefault="00000000">
            <w:pPr>
              <w:spacing w:before="30" w:after="30" w:line="228" w:lineRule="exact"/>
              <w:rPr>
                <w:rFonts w:hint="eastAsia"/>
              </w:rPr>
            </w:pPr>
            <w:r>
              <w:rPr>
                <w:b/>
                <w:color w:val="FFFFFF"/>
                <w:sz w:val="17"/>
              </w:rPr>
              <w:t>Data</w:t>
            </w:r>
          </w:p>
        </w:tc>
      </w:tr>
      <w:tr w:rsidR="00E54E13" w14:paraId="24C616D1" w14:textId="77777777">
        <w:trPr>
          <w:cantSplit/>
          <w:trHeight w:val="567"/>
          <w:jc w:val="center"/>
        </w:trPr>
        <w:tc>
          <w:tcPr>
            <w:tcW w:w="3250" w:type="dxa"/>
            <w:vAlign w:val="center"/>
          </w:tcPr>
          <w:p w14:paraId="097F7246"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94FA611"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7FA2D4AE" w14:textId="77777777" w:rsidR="00E54E13" w:rsidRDefault="00000000">
            <w:pPr>
              <w:spacing w:before="30" w:after="30" w:line="228" w:lineRule="exact"/>
              <w:rPr>
                <w:rFonts w:hint="eastAsia"/>
              </w:rPr>
            </w:pPr>
            <w:r>
              <w:rPr>
                <w:sz w:val="17"/>
              </w:rPr>
              <w:t>____ / ____ / ______</w:t>
            </w:r>
          </w:p>
        </w:tc>
      </w:tr>
    </w:tbl>
    <w:p w14:paraId="5E66104A" w14:textId="77777777" w:rsidR="00E54E13" w:rsidRDefault="00E54E13">
      <w:pPr>
        <w:spacing w:after="40" w:line="40" w:lineRule="exact"/>
        <w:rPr>
          <w:rFonts w:hint="eastAsia"/>
        </w:rPr>
      </w:pPr>
    </w:p>
    <w:p w14:paraId="0C8BC1D9" w14:textId="77777777" w:rsidR="00E54E13" w:rsidRDefault="00000000">
      <w:pPr>
        <w:pStyle w:val="Source"/>
        <w:rPr>
          <w:rFonts w:hint="eastAsia"/>
        </w:rPr>
      </w:pPr>
      <w:r>
        <w:t>Base: INAIL 2026, pp. 3–6. Il flusso aziendale di gestione delle anomalie è descritto in PR-EL-01, sezione 19.</w:t>
      </w:r>
    </w:p>
    <w:p w14:paraId="689868F0" w14:textId="77777777" w:rsidR="00E54E13" w:rsidRDefault="00000000">
      <w:pPr>
        <w:pStyle w:val="Eyebrow"/>
        <w:keepNext/>
        <w:pageBreakBefore/>
        <w:rPr>
          <w:rFonts w:hint="eastAsia"/>
        </w:rPr>
      </w:pPr>
      <w:r>
        <w:t>PARTE II  /  ALLEGATO OPERATIVO [AZ]</w:t>
      </w:r>
    </w:p>
    <w:p w14:paraId="39FEA77D" w14:textId="77777777" w:rsidR="00E54E13" w:rsidRDefault="00000000">
      <w:pPr>
        <w:pStyle w:val="Titolo1"/>
      </w:pPr>
      <w:bookmarkStart w:id="75" w:name="B76_A30"/>
      <w:r>
        <w:t>A30  Soluzioni commentate e giudizio formativo</w:t>
      </w:r>
      <w:bookmarkEnd w:id="75"/>
    </w:p>
    <w:p w14:paraId="796C3A40" w14:textId="77777777" w:rsidR="00E54E13" w:rsidRDefault="00000000">
      <w:pPr>
        <w:pStyle w:val="FormHint"/>
        <w:rPr>
          <w:rFonts w:hint="eastAsia"/>
        </w:rPr>
      </w:pPr>
      <w:r>
        <w:t>Scheda 3 di 3. Scheda per il valutatore. I risultati non attribuiscono automaticamente qualifiche o idoneità.</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510"/>
        <w:gridCol w:w="9241"/>
      </w:tblGrid>
      <w:tr w:rsidR="00E54E13" w14:paraId="34692C5F" w14:textId="77777777">
        <w:trPr>
          <w:tblHeader/>
          <w:jc w:val="center"/>
        </w:trPr>
        <w:tc>
          <w:tcPr>
            <w:tcW w:w="510" w:type="dxa"/>
            <w:shd w:val="clear" w:color="auto" w:fill="12324B"/>
          </w:tcPr>
          <w:p w14:paraId="4803B345" w14:textId="77777777" w:rsidR="00E54E13" w:rsidRDefault="00000000">
            <w:pPr>
              <w:spacing w:before="30" w:after="30" w:line="228" w:lineRule="exact"/>
              <w:rPr>
                <w:rFonts w:hint="eastAsia"/>
              </w:rPr>
            </w:pPr>
            <w:r>
              <w:rPr>
                <w:b/>
                <w:color w:val="FFFFFF"/>
                <w:sz w:val="17"/>
              </w:rPr>
              <w:t>N.</w:t>
            </w:r>
          </w:p>
        </w:tc>
        <w:tc>
          <w:tcPr>
            <w:tcW w:w="9241" w:type="dxa"/>
            <w:shd w:val="clear" w:color="auto" w:fill="12324B"/>
          </w:tcPr>
          <w:p w14:paraId="51012805" w14:textId="77777777" w:rsidR="00E54E13" w:rsidRDefault="00000000">
            <w:pPr>
              <w:spacing w:before="30" w:after="30" w:line="228" w:lineRule="exact"/>
              <w:rPr>
                <w:rFonts w:hint="eastAsia"/>
              </w:rPr>
            </w:pPr>
            <w:r>
              <w:rPr>
                <w:b/>
                <w:color w:val="FFFFFF"/>
                <w:sz w:val="17"/>
              </w:rPr>
              <w:t>Risposta attesa e criterio di discussione</w:t>
            </w:r>
          </w:p>
        </w:tc>
      </w:tr>
      <w:tr w:rsidR="00E54E13" w14:paraId="739EF0E0" w14:textId="77777777">
        <w:trPr>
          <w:cantSplit/>
          <w:jc w:val="center"/>
        </w:trPr>
        <w:tc>
          <w:tcPr>
            <w:tcW w:w="510" w:type="dxa"/>
            <w:vAlign w:val="center"/>
          </w:tcPr>
          <w:p w14:paraId="41D80936" w14:textId="77777777" w:rsidR="00E54E13" w:rsidRDefault="00000000">
            <w:pPr>
              <w:spacing w:before="30" w:after="30" w:line="228" w:lineRule="exact"/>
              <w:rPr>
                <w:rFonts w:hint="eastAsia"/>
              </w:rPr>
            </w:pPr>
            <w:r>
              <w:rPr>
                <w:sz w:val="17"/>
              </w:rPr>
              <w:t>1</w:t>
            </w:r>
          </w:p>
        </w:tc>
        <w:tc>
          <w:tcPr>
            <w:tcW w:w="9241" w:type="dxa"/>
            <w:vAlign w:val="center"/>
          </w:tcPr>
          <w:p w14:paraId="17E62826" w14:textId="77777777" w:rsidR="00E54E13" w:rsidRDefault="00000000">
            <w:pPr>
              <w:spacing w:before="30" w:after="30" w:line="228" w:lineRule="exact"/>
              <w:rPr>
                <w:rFonts w:hint="eastAsia"/>
              </w:rPr>
            </w:pPr>
            <w:r>
              <w:rPr>
                <w:sz w:val="17"/>
              </w:rPr>
              <w:t>Datore di lavoro, dopo la valutazione dei requisiti; attribuzione scritta riferita ai lavori. [I1, p. 2]</w:t>
            </w:r>
          </w:p>
        </w:tc>
      </w:tr>
      <w:tr w:rsidR="00E54E13" w14:paraId="5254E77B" w14:textId="77777777">
        <w:trPr>
          <w:cantSplit/>
          <w:jc w:val="center"/>
        </w:trPr>
        <w:tc>
          <w:tcPr>
            <w:tcW w:w="510" w:type="dxa"/>
            <w:shd w:val="clear" w:color="auto" w:fill="F6F8FA"/>
            <w:vAlign w:val="center"/>
          </w:tcPr>
          <w:p w14:paraId="338BAE9F" w14:textId="77777777" w:rsidR="00E54E13" w:rsidRDefault="00000000">
            <w:pPr>
              <w:spacing w:before="30" w:after="30" w:line="228" w:lineRule="exact"/>
              <w:rPr>
                <w:rFonts w:hint="eastAsia"/>
              </w:rPr>
            </w:pPr>
            <w:r>
              <w:rPr>
                <w:sz w:val="17"/>
              </w:rPr>
              <w:t>2</w:t>
            </w:r>
          </w:p>
        </w:tc>
        <w:tc>
          <w:tcPr>
            <w:tcW w:w="9241" w:type="dxa"/>
            <w:shd w:val="clear" w:color="auto" w:fill="F6F8FA"/>
            <w:vAlign w:val="center"/>
          </w:tcPr>
          <w:p w14:paraId="10B6DD4F" w14:textId="77777777" w:rsidR="00E54E13" w:rsidRDefault="00000000">
            <w:pPr>
              <w:spacing w:before="30" w:after="30" w:line="228" w:lineRule="exact"/>
              <w:rPr>
                <w:rFonts w:hint="eastAsia"/>
              </w:rPr>
            </w:pPr>
            <w:r>
              <w:rPr>
                <w:sz w:val="17"/>
              </w:rPr>
              <w:t>No. L’attestato documenta formazione e risultati, non esperienza e requisiti complessivi. [I1, pp. 1–2]</w:t>
            </w:r>
          </w:p>
        </w:tc>
      </w:tr>
      <w:tr w:rsidR="00E54E13" w14:paraId="5EB06A6D" w14:textId="77777777">
        <w:trPr>
          <w:cantSplit/>
          <w:jc w:val="center"/>
        </w:trPr>
        <w:tc>
          <w:tcPr>
            <w:tcW w:w="510" w:type="dxa"/>
            <w:vAlign w:val="center"/>
          </w:tcPr>
          <w:p w14:paraId="1E4133F9" w14:textId="77777777" w:rsidR="00E54E13" w:rsidRDefault="00000000">
            <w:pPr>
              <w:spacing w:before="30" w:after="30" w:line="228" w:lineRule="exact"/>
              <w:rPr>
                <w:rFonts w:hint="eastAsia"/>
              </w:rPr>
            </w:pPr>
            <w:r>
              <w:rPr>
                <w:sz w:val="17"/>
              </w:rPr>
              <w:t>3</w:t>
            </w:r>
          </w:p>
        </w:tc>
        <w:tc>
          <w:tcPr>
            <w:tcW w:w="9241" w:type="dxa"/>
            <w:vAlign w:val="center"/>
          </w:tcPr>
          <w:p w14:paraId="4673AC93" w14:textId="77777777" w:rsidR="00E54E13" w:rsidRDefault="00000000">
            <w:pPr>
              <w:spacing w:before="30" w:after="30" w:line="228" w:lineRule="exact"/>
              <w:rPr>
                <w:rFonts w:hint="eastAsia"/>
              </w:rPr>
            </w:pPr>
            <w:r>
              <w:rPr>
                <w:sz w:val="17"/>
              </w:rPr>
              <w:t>Durata minima raccomandata della teoria 1A; non durata totale sempre sufficiente. [I1, pp. 3 e 6]</w:t>
            </w:r>
          </w:p>
        </w:tc>
      </w:tr>
      <w:tr w:rsidR="00E54E13" w14:paraId="7F08A17F" w14:textId="77777777">
        <w:trPr>
          <w:cantSplit/>
          <w:jc w:val="center"/>
        </w:trPr>
        <w:tc>
          <w:tcPr>
            <w:tcW w:w="510" w:type="dxa"/>
            <w:shd w:val="clear" w:color="auto" w:fill="F6F8FA"/>
            <w:vAlign w:val="center"/>
          </w:tcPr>
          <w:p w14:paraId="30EFCE6F" w14:textId="77777777" w:rsidR="00E54E13" w:rsidRDefault="00000000">
            <w:pPr>
              <w:spacing w:before="30" w:after="30" w:line="228" w:lineRule="exact"/>
              <w:rPr>
                <w:rFonts w:hint="eastAsia"/>
              </w:rPr>
            </w:pPr>
            <w:r>
              <w:rPr>
                <w:sz w:val="17"/>
              </w:rPr>
              <w:t>4</w:t>
            </w:r>
          </w:p>
        </w:tc>
        <w:tc>
          <w:tcPr>
            <w:tcW w:w="9241" w:type="dxa"/>
            <w:shd w:val="clear" w:color="auto" w:fill="F6F8FA"/>
            <w:vAlign w:val="center"/>
          </w:tcPr>
          <w:p w14:paraId="7ACF554F" w14:textId="77777777" w:rsidR="00E54E13" w:rsidRDefault="00000000">
            <w:pPr>
              <w:spacing w:before="30" w:after="30" w:line="228" w:lineRule="exact"/>
              <w:rPr>
                <w:rFonts w:hint="eastAsia"/>
              </w:rPr>
            </w:pPr>
            <w:r>
              <w:rPr>
                <w:sz w:val="17"/>
              </w:rPr>
              <w:t>No. Il documento non indica durate universali 1B/2B; la pratica deve essere adeguata. [I1, p. 6]</w:t>
            </w:r>
          </w:p>
        </w:tc>
      </w:tr>
      <w:tr w:rsidR="00E54E13" w14:paraId="2E4B7E5B" w14:textId="77777777">
        <w:trPr>
          <w:cantSplit/>
          <w:jc w:val="center"/>
        </w:trPr>
        <w:tc>
          <w:tcPr>
            <w:tcW w:w="510" w:type="dxa"/>
            <w:vAlign w:val="center"/>
          </w:tcPr>
          <w:p w14:paraId="09287143" w14:textId="77777777" w:rsidR="00E54E13" w:rsidRDefault="00000000">
            <w:pPr>
              <w:spacing w:before="30" w:after="30" w:line="228" w:lineRule="exact"/>
              <w:rPr>
                <w:rFonts w:hint="eastAsia"/>
              </w:rPr>
            </w:pPr>
            <w:r>
              <w:rPr>
                <w:sz w:val="17"/>
              </w:rPr>
              <w:t>5</w:t>
            </w:r>
          </w:p>
        </w:tc>
        <w:tc>
          <w:tcPr>
            <w:tcW w:w="9241" w:type="dxa"/>
            <w:vAlign w:val="center"/>
          </w:tcPr>
          <w:p w14:paraId="6F8DCF02" w14:textId="77777777" w:rsidR="00E54E13" w:rsidRDefault="00000000">
            <w:pPr>
              <w:spacing w:before="30" w:after="30" w:line="228" w:lineRule="exact"/>
              <w:rPr>
                <w:rFonts w:hint="eastAsia"/>
              </w:rPr>
            </w:pPr>
            <w:r>
              <w:rPr>
                <w:sz w:val="17"/>
              </w:rPr>
              <w:t>Presenza o sincrona con webcam attiva; asincrona non ammessa per la teoria specifica trattata. [I1, p. 3]</w:t>
            </w:r>
          </w:p>
        </w:tc>
      </w:tr>
      <w:tr w:rsidR="00E54E13" w14:paraId="6A0CEAC5" w14:textId="77777777">
        <w:trPr>
          <w:cantSplit/>
          <w:jc w:val="center"/>
        </w:trPr>
        <w:tc>
          <w:tcPr>
            <w:tcW w:w="510" w:type="dxa"/>
            <w:shd w:val="clear" w:color="auto" w:fill="F6F8FA"/>
            <w:vAlign w:val="center"/>
          </w:tcPr>
          <w:p w14:paraId="213B4200" w14:textId="77777777" w:rsidR="00E54E13" w:rsidRDefault="00000000">
            <w:pPr>
              <w:spacing w:before="30" w:after="30" w:line="228" w:lineRule="exact"/>
              <w:rPr>
                <w:rFonts w:hint="eastAsia"/>
              </w:rPr>
            </w:pPr>
            <w:r>
              <w:rPr>
                <w:sz w:val="17"/>
              </w:rPr>
              <w:t>6</w:t>
            </w:r>
          </w:p>
        </w:tc>
        <w:tc>
          <w:tcPr>
            <w:tcW w:w="9241" w:type="dxa"/>
            <w:shd w:val="clear" w:color="auto" w:fill="F6F8FA"/>
            <w:vAlign w:val="center"/>
          </w:tcPr>
          <w:p w14:paraId="795FC4C6" w14:textId="77777777" w:rsidR="00E54E13" w:rsidRDefault="00000000">
            <w:pPr>
              <w:spacing w:before="30" w:after="30" w:line="228" w:lineRule="exact"/>
              <w:rPr>
                <w:rFonts w:hint="eastAsia"/>
              </w:rPr>
            </w:pPr>
            <w:r>
              <w:rPr>
                <w:sz w:val="17"/>
              </w:rPr>
              <w:t>No. PES/PAV è un presupposto, cui si aggiungono idoneità e autorizzazione per l’ambito e condizioni tecniche. [I1, p. 5]</w:t>
            </w:r>
          </w:p>
        </w:tc>
      </w:tr>
      <w:tr w:rsidR="00E54E13" w14:paraId="0E2912F3" w14:textId="77777777">
        <w:trPr>
          <w:cantSplit/>
          <w:jc w:val="center"/>
        </w:trPr>
        <w:tc>
          <w:tcPr>
            <w:tcW w:w="510" w:type="dxa"/>
            <w:vAlign w:val="center"/>
          </w:tcPr>
          <w:p w14:paraId="0C9777BD" w14:textId="77777777" w:rsidR="00E54E13" w:rsidRDefault="00000000">
            <w:pPr>
              <w:spacing w:before="30" w:after="30" w:line="228" w:lineRule="exact"/>
              <w:rPr>
                <w:rFonts w:hint="eastAsia"/>
              </w:rPr>
            </w:pPr>
            <w:r>
              <w:rPr>
                <w:sz w:val="17"/>
              </w:rPr>
              <w:t>7</w:t>
            </w:r>
          </w:p>
        </w:tc>
        <w:tc>
          <w:tcPr>
            <w:tcW w:w="9241" w:type="dxa"/>
            <w:vAlign w:val="center"/>
          </w:tcPr>
          <w:p w14:paraId="29D93DEA" w14:textId="77777777" w:rsidR="00E54E13" w:rsidRDefault="00000000">
            <w:pPr>
              <w:spacing w:before="30" w:after="30" w:line="228" w:lineRule="exact"/>
              <w:rPr>
                <w:rFonts w:hint="eastAsia"/>
              </w:rPr>
            </w:pPr>
            <w:r>
              <w:rPr>
                <w:sz w:val="17"/>
              </w:rPr>
              <w:t>La persona deve essere PES; il RLE possiede anche esperienza approfondita sugli impianti. [I1, p. 3]</w:t>
            </w:r>
          </w:p>
        </w:tc>
      </w:tr>
      <w:tr w:rsidR="00E54E13" w14:paraId="14C36468" w14:textId="77777777">
        <w:trPr>
          <w:cantSplit/>
          <w:jc w:val="center"/>
        </w:trPr>
        <w:tc>
          <w:tcPr>
            <w:tcW w:w="510" w:type="dxa"/>
            <w:shd w:val="clear" w:color="auto" w:fill="F6F8FA"/>
            <w:vAlign w:val="center"/>
          </w:tcPr>
          <w:p w14:paraId="58C8BF0E" w14:textId="77777777" w:rsidR="00E54E13" w:rsidRDefault="00000000">
            <w:pPr>
              <w:spacing w:before="30" w:after="30" w:line="228" w:lineRule="exact"/>
              <w:rPr>
                <w:rFonts w:hint="eastAsia"/>
              </w:rPr>
            </w:pPr>
            <w:r>
              <w:rPr>
                <w:sz w:val="17"/>
              </w:rPr>
              <w:t>8</w:t>
            </w:r>
          </w:p>
        </w:tc>
        <w:tc>
          <w:tcPr>
            <w:tcW w:w="9241" w:type="dxa"/>
            <w:shd w:val="clear" w:color="auto" w:fill="F6F8FA"/>
            <w:vAlign w:val="center"/>
          </w:tcPr>
          <w:p w14:paraId="28566091" w14:textId="77777777" w:rsidR="00E54E13" w:rsidRDefault="00000000">
            <w:pPr>
              <w:spacing w:before="30" w:after="30" w:line="228" w:lineRule="exact"/>
              <w:rPr>
                <w:rFonts w:hint="eastAsia"/>
              </w:rPr>
            </w:pPr>
            <w:r>
              <w:rPr>
                <w:sz w:val="17"/>
              </w:rPr>
              <w:t>No. Nella supervisione personale il RLE non svolge altre attività contemporaneamente. [I1, p. 4]</w:t>
            </w:r>
          </w:p>
        </w:tc>
      </w:tr>
      <w:tr w:rsidR="00E54E13" w14:paraId="64BA4695" w14:textId="77777777">
        <w:trPr>
          <w:cantSplit/>
          <w:jc w:val="center"/>
        </w:trPr>
        <w:tc>
          <w:tcPr>
            <w:tcW w:w="510" w:type="dxa"/>
            <w:vAlign w:val="center"/>
          </w:tcPr>
          <w:p w14:paraId="26EFB96F" w14:textId="77777777" w:rsidR="00E54E13" w:rsidRDefault="00000000">
            <w:pPr>
              <w:spacing w:before="30" w:after="30" w:line="228" w:lineRule="exact"/>
              <w:rPr>
                <w:rFonts w:hint="eastAsia"/>
              </w:rPr>
            </w:pPr>
            <w:r>
              <w:rPr>
                <w:sz w:val="17"/>
              </w:rPr>
              <w:t>9</w:t>
            </w:r>
          </w:p>
        </w:tc>
        <w:tc>
          <w:tcPr>
            <w:tcW w:w="9241" w:type="dxa"/>
            <w:vAlign w:val="center"/>
          </w:tcPr>
          <w:p w14:paraId="55A98E05" w14:textId="77777777" w:rsidR="00E54E13" w:rsidRDefault="00000000">
            <w:pPr>
              <w:spacing w:before="30" w:after="30" w:line="228" w:lineRule="exact"/>
              <w:rPr>
                <w:rFonts w:hint="eastAsia"/>
              </w:rPr>
            </w:pPr>
            <w:r>
              <w:rPr>
                <w:sz w:val="17"/>
              </w:rPr>
              <w:t>La consegna RI→RLE deve essere documentata; la restituzione lo sarà a sua volta. [I1, p. 4]</w:t>
            </w:r>
          </w:p>
        </w:tc>
      </w:tr>
      <w:tr w:rsidR="00E54E13" w14:paraId="5BBB47ED" w14:textId="77777777">
        <w:trPr>
          <w:cantSplit/>
          <w:jc w:val="center"/>
        </w:trPr>
        <w:tc>
          <w:tcPr>
            <w:tcW w:w="510" w:type="dxa"/>
            <w:shd w:val="clear" w:color="auto" w:fill="F6F8FA"/>
            <w:vAlign w:val="center"/>
          </w:tcPr>
          <w:p w14:paraId="5932AA21" w14:textId="77777777" w:rsidR="00E54E13" w:rsidRDefault="00000000">
            <w:pPr>
              <w:spacing w:before="30" w:after="30" w:line="228" w:lineRule="exact"/>
              <w:rPr>
                <w:rFonts w:hint="eastAsia"/>
              </w:rPr>
            </w:pPr>
            <w:r>
              <w:rPr>
                <w:sz w:val="17"/>
              </w:rPr>
              <w:t>10</w:t>
            </w:r>
          </w:p>
        </w:tc>
        <w:tc>
          <w:tcPr>
            <w:tcW w:w="9241" w:type="dxa"/>
            <w:shd w:val="clear" w:color="auto" w:fill="F6F8FA"/>
            <w:vAlign w:val="center"/>
          </w:tcPr>
          <w:p w14:paraId="07B59254" w14:textId="77777777" w:rsidR="00E54E13" w:rsidRDefault="00000000">
            <w:pPr>
              <w:spacing w:before="30" w:after="30" w:line="228" w:lineRule="exact"/>
              <w:rPr>
                <w:rFonts w:hint="eastAsia"/>
              </w:rPr>
            </w:pPr>
            <w:r>
              <w:rPr>
                <w:sz w:val="17"/>
              </w:rPr>
              <w:t>No. Il richiamo alle quattro ore non dimostra automaticamente due corsi separati per tutti; va verificata la copertura dei contenuti pertinenti. [I1, pp. 3 e 6]</w:t>
            </w:r>
          </w:p>
        </w:tc>
      </w:tr>
      <w:tr w:rsidR="00E54E13" w14:paraId="09CFDEEB" w14:textId="77777777">
        <w:trPr>
          <w:cantSplit/>
          <w:jc w:val="center"/>
        </w:trPr>
        <w:tc>
          <w:tcPr>
            <w:tcW w:w="510" w:type="dxa"/>
            <w:vAlign w:val="center"/>
          </w:tcPr>
          <w:p w14:paraId="3AC33DC4" w14:textId="77777777" w:rsidR="00E54E13" w:rsidRDefault="00000000">
            <w:pPr>
              <w:spacing w:before="30" w:after="30" w:line="228" w:lineRule="exact"/>
              <w:rPr>
                <w:rFonts w:hint="eastAsia"/>
              </w:rPr>
            </w:pPr>
            <w:r>
              <w:rPr>
                <w:sz w:val="17"/>
              </w:rPr>
              <w:t>11</w:t>
            </w:r>
          </w:p>
        </w:tc>
        <w:tc>
          <w:tcPr>
            <w:tcW w:w="9241" w:type="dxa"/>
            <w:vAlign w:val="center"/>
          </w:tcPr>
          <w:p w14:paraId="6F256CE7" w14:textId="77777777" w:rsidR="00E54E13" w:rsidRDefault="00000000">
            <w:pPr>
              <w:spacing w:before="30" w:after="30" w:line="228" w:lineRule="exact"/>
              <w:rPr>
                <w:rFonts w:hint="eastAsia"/>
              </w:rPr>
            </w:pPr>
            <w:r>
              <w:rPr>
                <w:sz w:val="17"/>
              </w:rPr>
              <w:t>No. È una buona pratica di riesame; l’idoneità è comunque verificata quando necessario. [I1, p. 6]</w:t>
            </w:r>
          </w:p>
        </w:tc>
      </w:tr>
      <w:tr w:rsidR="00E54E13" w14:paraId="668C2D12" w14:textId="77777777">
        <w:trPr>
          <w:cantSplit/>
          <w:jc w:val="center"/>
        </w:trPr>
        <w:tc>
          <w:tcPr>
            <w:tcW w:w="510" w:type="dxa"/>
            <w:shd w:val="clear" w:color="auto" w:fill="F6F8FA"/>
            <w:vAlign w:val="center"/>
          </w:tcPr>
          <w:p w14:paraId="06A7A0BC" w14:textId="77777777" w:rsidR="00E54E13" w:rsidRDefault="00000000">
            <w:pPr>
              <w:spacing w:before="30" w:after="30" w:line="228" w:lineRule="exact"/>
              <w:rPr>
                <w:rFonts w:hint="eastAsia"/>
              </w:rPr>
            </w:pPr>
            <w:r>
              <w:rPr>
                <w:sz w:val="17"/>
              </w:rPr>
              <w:t>12</w:t>
            </w:r>
          </w:p>
        </w:tc>
        <w:tc>
          <w:tcPr>
            <w:tcW w:w="9241" w:type="dxa"/>
            <w:shd w:val="clear" w:color="auto" w:fill="F6F8FA"/>
            <w:vAlign w:val="center"/>
          </w:tcPr>
          <w:p w14:paraId="67CE0B16" w14:textId="77777777" w:rsidR="00E54E13" w:rsidRDefault="00000000">
            <w:pPr>
              <w:spacing w:before="30" w:after="30" w:line="228" w:lineRule="exact"/>
              <w:rPr>
                <w:rFonts w:hint="eastAsia"/>
              </w:rPr>
            </w:pPr>
            <w:r>
              <w:rPr>
                <w:sz w:val="17"/>
              </w:rPr>
              <w:t>Non proseguire con condizioni incoerenti: sospendere in sicurezza, comunicare e rivalutare; ripresa dopo le verifiche e la decisione pertinente del RLE. [I1, pp. 3–4; flusso AZ]</w:t>
            </w:r>
          </w:p>
        </w:tc>
      </w:tr>
    </w:tbl>
    <w:p w14:paraId="2AAA02D4" w14:textId="77777777" w:rsidR="00E54E13" w:rsidRDefault="00E54E13">
      <w:pPr>
        <w:spacing w:after="40" w:line="40" w:lineRule="exact"/>
        <w:rPr>
          <w:rFonts w:hint="eastAsia"/>
        </w:rPr>
      </w:pP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2891"/>
        <w:gridCol w:w="6860"/>
      </w:tblGrid>
      <w:tr w:rsidR="00E54E13" w14:paraId="11CC9E2F" w14:textId="77777777">
        <w:trPr>
          <w:cantSplit/>
          <w:trHeight w:val="386"/>
          <w:jc w:val="center"/>
        </w:trPr>
        <w:tc>
          <w:tcPr>
            <w:tcW w:w="2891" w:type="dxa"/>
            <w:shd w:val="clear" w:color="auto" w:fill="EDF3F9"/>
            <w:vAlign w:val="center"/>
          </w:tcPr>
          <w:p w14:paraId="573B3915" w14:textId="77777777" w:rsidR="00E54E13" w:rsidRDefault="00000000">
            <w:pPr>
              <w:spacing w:before="30" w:after="30" w:line="236" w:lineRule="exact"/>
              <w:rPr>
                <w:rFonts w:hint="eastAsia"/>
              </w:rPr>
            </w:pPr>
            <w:r>
              <w:rPr>
                <w:b/>
                <w:sz w:val="18"/>
              </w:rPr>
              <w:t>Lavoratore / data</w:t>
            </w:r>
          </w:p>
        </w:tc>
        <w:tc>
          <w:tcPr>
            <w:tcW w:w="6860" w:type="dxa"/>
            <w:vAlign w:val="center"/>
          </w:tcPr>
          <w:p w14:paraId="1609D211" w14:textId="77777777" w:rsidR="00E54E13" w:rsidRDefault="00000000">
            <w:pPr>
              <w:spacing w:before="30" w:after="30" w:line="236" w:lineRule="exact"/>
              <w:rPr>
                <w:rFonts w:hint="eastAsia"/>
              </w:rPr>
            </w:pPr>
            <w:sdt>
              <w:sdtPr>
                <w:alias w:val="nominativo e data della verifica"/>
                <w:tag w:val="campo_417"/>
                <w:id w:val="100417"/>
                <w:text w:multiLine="1"/>
              </w:sdtPr>
              <w:sdtContent>
                <w:r>
                  <w:rPr>
                    <w:color w:val="007E87"/>
                    <w:sz w:val="19"/>
                  </w:rPr>
                  <w:t>[nominativo e data della verifica]</w:t>
                </w:r>
              </w:sdtContent>
            </w:sdt>
          </w:p>
        </w:tc>
      </w:tr>
      <w:tr w:rsidR="00E54E13" w14:paraId="4B093B7F" w14:textId="77777777">
        <w:trPr>
          <w:cantSplit/>
          <w:trHeight w:val="386"/>
          <w:jc w:val="center"/>
        </w:trPr>
        <w:tc>
          <w:tcPr>
            <w:tcW w:w="2891" w:type="dxa"/>
            <w:shd w:val="clear" w:color="auto" w:fill="EDF3F9"/>
            <w:vAlign w:val="center"/>
          </w:tcPr>
          <w:p w14:paraId="71DD39E7" w14:textId="77777777" w:rsidR="00E54E13" w:rsidRDefault="00000000">
            <w:pPr>
              <w:spacing w:before="30" w:after="30" w:line="236" w:lineRule="exact"/>
              <w:rPr>
                <w:rFonts w:hint="eastAsia"/>
              </w:rPr>
            </w:pPr>
            <w:r>
              <w:rPr>
                <w:b/>
                <w:sz w:val="18"/>
              </w:rPr>
              <w:t>Esito motivato</w:t>
            </w:r>
          </w:p>
        </w:tc>
        <w:tc>
          <w:tcPr>
            <w:tcW w:w="6860" w:type="dxa"/>
            <w:shd w:val="clear" w:color="auto" w:fill="F6F8FA"/>
            <w:vAlign w:val="center"/>
          </w:tcPr>
          <w:p w14:paraId="4F034209" w14:textId="77777777" w:rsidR="00E54E13" w:rsidRDefault="00000000">
            <w:pPr>
              <w:spacing w:before="30" w:after="30" w:line="236" w:lineRule="exact"/>
              <w:rPr>
                <w:rFonts w:hint="eastAsia"/>
              </w:rPr>
            </w:pPr>
            <w:sdt>
              <w:sdtPr>
                <w:alias w:val="conoscenze dimostrate, incertezze e integrazioni"/>
                <w:tag w:val="campo_418"/>
                <w:id w:val="100418"/>
                <w:text w:multiLine="1"/>
              </w:sdtPr>
              <w:sdtContent>
                <w:r>
                  <w:rPr>
                    <w:color w:val="007E87"/>
                    <w:sz w:val="19"/>
                  </w:rPr>
                  <w:t>[conoscenze dimostrate, incertezze e integrazioni]</w:t>
                </w:r>
              </w:sdtContent>
            </w:sdt>
          </w:p>
        </w:tc>
      </w:tr>
      <w:tr w:rsidR="00E54E13" w14:paraId="6FE92413" w14:textId="77777777">
        <w:trPr>
          <w:cantSplit/>
          <w:trHeight w:val="386"/>
          <w:jc w:val="center"/>
        </w:trPr>
        <w:tc>
          <w:tcPr>
            <w:tcW w:w="2891" w:type="dxa"/>
            <w:shd w:val="clear" w:color="auto" w:fill="EDF3F9"/>
            <w:vAlign w:val="center"/>
          </w:tcPr>
          <w:p w14:paraId="3C3C4404" w14:textId="77777777" w:rsidR="00E54E13" w:rsidRDefault="00000000">
            <w:pPr>
              <w:spacing w:before="30" w:after="30" w:line="236" w:lineRule="exact"/>
              <w:rPr>
                <w:rFonts w:hint="eastAsia"/>
              </w:rPr>
            </w:pPr>
            <w:r>
              <w:rPr>
                <w:b/>
                <w:sz w:val="18"/>
              </w:rPr>
              <w:t>Pratica e seguito</w:t>
            </w:r>
          </w:p>
        </w:tc>
        <w:tc>
          <w:tcPr>
            <w:tcW w:w="6860" w:type="dxa"/>
            <w:vAlign w:val="center"/>
          </w:tcPr>
          <w:p w14:paraId="6F0A0EDD" w14:textId="77777777" w:rsidR="00E54E13" w:rsidRDefault="00000000">
            <w:pPr>
              <w:spacing w:before="30" w:after="30" w:line="236" w:lineRule="exact"/>
              <w:rPr>
                <w:rFonts w:hint="eastAsia"/>
              </w:rPr>
            </w:pPr>
            <w:sdt>
              <w:sdtPr>
                <w:alias w:val="rimando ad A07; recuperi e nuova verifica"/>
                <w:tag w:val="campo_419"/>
                <w:id w:val="100419"/>
                <w:text w:multiLine="1"/>
              </w:sdtPr>
              <w:sdtContent>
                <w:r>
                  <w:rPr>
                    <w:color w:val="007E87"/>
                    <w:sz w:val="19"/>
                  </w:rPr>
                  <w:t>[rimando ad A07; recuperi e nuova verifica]</w:t>
                </w:r>
              </w:sdtContent>
            </w:sdt>
          </w:p>
        </w:tc>
      </w:tr>
    </w:tbl>
    <w:p w14:paraId="5E19ED67" w14:textId="77777777" w:rsidR="00E54E13" w:rsidRDefault="00E54E13">
      <w:pPr>
        <w:spacing w:after="40" w:line="40" w:lineRule="exact"/>
        <w:rPr>
          <w:rFonts w:hint="eastAsia"/>
        </w:rPr>
      </w:pPr>
    </w:p>
    <w:p w14:paraId="23B5760A" w14:textId="77777777" w:rsidR="00E54E13" w:rsidRDefault="00000000">
      <w:pPr>
        <w:pStyle w:val="FormHint"/>
        <w:rPr>
          <w:rFonts w:hint="eastAsia"/>
        </w:rPr>
      </w:pPr>
      <w:r>
        <w:t>Criterio aziendale proposto: discutere e recuperare tutte le risposte errate; non compensare un’incomprensione critica con risposte corrette su altri argomenti. Non è stabilita una soglia percentuale normativa o una conversione del voto in PES/PAV.</w:t>
      </w:r>
    </w:p>
    <w:tbl>
      <w:tblPr>
        <w:tblW w:w="0" w:type="auto"/>
        <w:jc w:val="center"/>
        <w:tblBorders>
          <w:top w:val="single" w:sz="4" w:space="0" w:color="CDD9E1"/>
          <w:left w:val="single" w:sz="4" w:space="0" w:color="CDD9E1"/>
          <w:bottom w:val="single" w:sz="4" w:space="0" w:color="CDD9E1"/>
          <w:right w:val="single" w:sz="4" w:space="0" w:color="CDD9E1"/>
          <w:insideH w:val="single" w:sz="4" w:space="0" w:color="CDD9E1"/>
          <w:insideV w:val="single" w:sz="4" w:space="0" w:color="CDD9E1"/>
        </w:tblBorders>
        <w:tblLayout w:type="fixed"/>
        <w:tblCellMar>
          <w:top w:w="65" w:type="dxa"/>
          <w:left w:w="85" w:type="dxa"/>
          <w:bottom w:w="65" w:type="dxa"/>
          <w:right w:w="85" w:type="dxa"/>
        </w:tblCellMar>
        <w:tblLook w:val="04A0" w:firstRow="1" w:lastRow="0" w:firstColumn="1" w:lastColumn="0" w:noHBand="0" w:noVBand="1"/>
      </w:tblPr>
      <w:tblGrid>
        <w:gridCol w:w="3250"/>
        <w:gridCol w:w="3250"/>
        <w:gridCol w:w="3250"/>
      </w:tblGrid>
      <w:tr w:rsidR="00E54E13" w14:paraId="31102DFF" w14:textId="77777777">
        <w:trPr>
          <w:tblHeader/>
          <w:jc w:val="center"/>
        </w:trPr>
        <w:tc>
          <w:tcPr>
            <w:tcW w:w="3250" w:type="dxa"/>
            <w:shd w:val="clear" w:color="auto" w:fill="12324B"/>
          </w:tcPr>
          <w:p w14:paraId="037E2D83" w14:textId="77777777" w:rsidR="00E54E13" w:rsidRDefault="00000000">
            <w:pPr>
              <w:spacing w:before="30" w:after="30" w:line="228" w:lineRule="exact"/>
              <w:rPr>
                <w:rFonts w:hint="eastAsia"/>
              </w:rPr>
            </w:pPr>
            <w:r>
              <w:rPr>
                <w:b/>
                <w:color w:val="FFFFFF"/>
                <w:sz w:val="17"/>
              </w:rPr>
              <w:t>Valutatore</w:t>
            </w:r>
          </w:p>
        </w:tc>
        <w:tc>
          <w:tcPr>
            <w:tcW w:w="3250" w:type="dxa"/>
            <w:shd w:val="clear" w:color="auto" w:fill="12324B"/>
          </w:tcPr>
          <w:p w14:paraId="1AA49FD5" w14:textId="77777777" w:rsidR="00E54E13" w:rsidRDefault="00000000">
            <w:pPr>
              <w:spacing w:before="30" w:after="30" w:line="228" w:lineRule="exact"/>
              <w:rPr>
                <w:rFonts w:hint="eastAsia"/>
              </w:rPr>
            </w:pPr>
            <w:r>
              <w:rPr>
                <w:b/>
                <w:color w:val="FFFFFF"/>
                <w:sz w:val="17"/>
              </w:rPr>
              <w:t>Lavoratore per presa visione</w:t>
            </w:r>
          </w:p>
        </w:tc>
        <w:tc>
          <w:tcPr>
            <w:tcW w:w="3250" w:type="dxa"/>
            <w:shd w:val="clear" w:color="auto" w:fill="12324B"/>
          </w:tcPr>
          <w:p w14:paraId="38946C6C" w14:textId="77777777" w:rsidR="00E54E13" w:rsidRDefault="00000000">
            <w:pPr>
              <w:spacing w:before="30" w:after="30" w:line="228" w:lineRule="exact"/>
              <w:rPr>
                <w:rFonts w:hint="eastAsia"/>
              </w:rPr>
            </w:pPr>
            <w:r>
              <w:rPr>
                <w:b/>
                <w:color w:val="FFFFFF"/>
                <w:sz w:val="17"/>
              </w:rPr>
              <w:t>Data</w:t>
            </w:r>
          </w:p>
        </w:tc>
      </w:tr>
      <w:tr w:rsidR="00E54E13" w14:paraId="34C43A8F" w14:textId="77777777">
        <w:trPr>
          <w:cantSplit/>
          <w:trHeight w:val="567"/>
          <w:jc w:val="center"/>
        </w:trPr>
        <w:tc>
          <w:tcPr>
            <w:tcW w:w="3250" w:type="dxa"/>
            <w:vAlign w:val="center"/>
          </w:tcPr>
          <w:p w14:paraId="54C1636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1A0F6978" w14:textId="77777777" w:rsidR="00E54E13" w:rsidRDefault="00000000">
            <w:pPr>
              <w:spacing w:before="30" w:after="30" w:line="228" w:lineRule="exact"/>
              <w:rPr>
                <w:rFonts w:hint="eastAsia"/>
              </w:rPr>
            </w:pPr>
            <w:r>
              <w:rPr>
                <w:sz w:val="17"/>
              </w:rPr>
              <w:t>Firma / nominativo: __________________</w:t>
            </w:r>
          </w:p>
        </w:tc>
        <w:tc>
          <w:tcPr>
            <w:tcW w:w="3250" w:type="dxa"/>
            <w:vAlign w:val="center"/>
          </w:tcPr>
          <w:p w14:paraId="5C4DEE85" w14:textId="77777777" w:rsidR="00E54E13" w:rsidRDefault="00000000">
            <w:pPr>
              <w:spacing w:before="30" w:after="30" w:line="228" w:lineRule="exact"/>
              <w:rPr>
                <w:rFonts w:hint="eastAsia"/>
              </w:rPr>
            </w:pPr>
            <w:r>
              <w:rPr>
                <w:sz w:val="17"/>
              </w:rPr>
              <w:t>____ / ____ / ______</w:t>
            </w:r>
          </w:p>
        </w:tc>
      </w:tr>
    </w:tbl>
    <w:p w14:paraId="67075C69" w14:textId="77777777" w:rsidR="00E54E13" w:rsidRDefault="00E54E13">
      <w:pPr>
        <w:spacing w:after="40" w:line="40" w:lineRule="exact"/>
        <w:rPr>
          <w:rFonts w:hint="eastAsia"/>
        </w:rPr>
      </w:pPr>
    </w:p>
    <w:sectPr w:rsidR="00E54E13" w:rsidSect="00034616">
      <w:headerReference w:type="default" r:id="rId18"/>
      <w:footerReference w:type="default" r:id="rId19"/>
      <w:pgSz w:w="11906" w:h="16838"/>
      <w:pgMar w:top="992" w:right="1077" w:bottom="964" w:left="1077" w:header="425"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BA447" w14:textId="77777777" w:rsidR="00F5619F" w:rsidRDefault="00F5619F">
      <w:pPr>
        <w:spacing w:after="0" w:line="240" w:lineRule="auto"/>
        <w:rPr>
          <w:rFonts w:hint="eastAsia"/>
        </w:rPr>
      </w:pPr>
      <w:r>
        <w:separator/>
      </w:r>
    </w:p>
  </w:endnote>
  <w:endnote w:type="continuationSeparator" w:id="0">
    <w:p w14:paraId="28420766" w14:textId="77777777" w:rsidR="00F5619F" w:rsidRDefault="00F5619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7AB9" w14:textId="77777777" w:rsidR="00E54E13" w:rsidRDefault="00000000">
    <w:pPr>
      <w:tabs>
        <w:tab w:val="right" w:pos="9751"/>
      </w:tabs>
      <w:spacing w:before="40"/>
      <w:rPr>
        <w:rFonts w:hint="eastAsia"/>
      </w:rPr>
    </w:pPr>
    <w:r>
      <w:rPr>
        <w:color w:val="607382"/>
        <w:sz w:val="14"/>
      </w:rPr>
      <w:t xml:space="preserve">MODELLO DA PERSONALIZZARE E </w:t>
    </w:r>
    <w:proofErr w:type="gramStart"/>
    <w:r>
      <w:rPr>
        <w:color w:val="607382"/>
        <w:sz w:val="14"/>
      </w:rPr>
      <w:t>APPROVARE  |</w:t>
    </w:r>
    <w:proofErr w:type="gramEnd"/>
    <w:r>
      <w:rPr>
        <w:color w:val="607382"/>
        <w:sz w:val="14"/>
      </w:rPr>
      <w:t xml:space="preserve">  09.10.2026</w:t>
    </w:r>
    <w:r>
      <w:rPr>
        <w:sz w:val="14"/>
      </w:rPr>
      <w:tab/>
    </w:r>
    <w:proofErr w:type="spellStart"/>
    <w:r>
      <w:rPr>
        <w:sz w:val="14"/>
      </w:rPr>
      <w:t>Pagina</w:t>
    </w:r>
    <w:proofErr w:type="spellEnd"/>
    <w:r>
      <w:rPr>
        <w:sz w:val="14"/>
      </w:rPr>
      <w:t xml:space="preserve"> </w:t>
    </w:r>
    <w:r>
      <w:fldChar w:fldCharType="begin"/>
    </w:r>
    <w:r>
      <w:instrText xml:space="preserve"> PAGE </w:instrText>
    </w:r>
    <w:r>
      <w:fldChar w:fldCharType="separate"/>
    </w:r>
    <w:r>
      <w:rPr>
        <w:sz w:val="16"/>
      </w:rPr>
      <w:t>1</w:t>
    </w:r>
    <w:r>
      <w:fldChar w:fldCharType="end"/>
    </w:r>
    <w:r>
      <w:rPr>
        <w:sz w:val="14"/>
      </w:rPr>
      <w:t xml:space="preserve"> di </w:t>
    </w:r>
    <w:fldSimple w:instr=" NUMPAGES ">
      <w:r>
        <w:rPr>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D493A" w14:textId="77777777" w:rsidR="00F5619F" w:rsidRDefault="00F5619F">
      <w:pPr>
        <w:spacing w:after="0" w:line="240" w:lineRule="auto"/>
        <w:rPr>
          <w:rFonts w:hint="eastAsia"/>
        </w:rPr>
      </w:pPr>
      <w:r>
        <w:separator/>
      </w:r>
    </w:p>
  </w:footnote>
  <w:footnote w:type="continuationSeparator" w:id="0">
    <w:p w14:paraId="09D3115F" w14:textId="77777777" w:rsidR="00F5619F" w:rsidRDefault="00F5619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EB00" w14:textId="77777777" w:rsidR="00E54E13" w:rsidRDefault="00000000">
    <w:pPr>
      <w:pBdr>
        <w:bottom w:val="single" w:sz="8" w:space="0" w:color="007E87"/>
      </w:pBdr>
      <w:tabs>
        <w:tab w:val="right" w:pos="9751"/>
      </w:tabs>
      <w:spacing w:after="60"/>
      <w:rPr>
        <w:rFonts w:hint="eastAsia"/>
      </w:rPr>
    </w:pPr>
    <w:r>
      <w:rPr>
        <w:b/>
        <w:color w:val="12324B"/>
        <w:sz w:val="16"/>
      </w:rPr>
      <w:t xml:space="preserve">SICUREZZA </w:t>
    </w:r>
    <w:proofErr w:type="gramStart"/>
    <w:r>
      <w:rPr>
        <w:b/>
        <w:color w:val="12324B"/>
        <w:sz w:val="16"/>
      </w:rPr>
      <w:t>ELETTRICA  /</w:t>
    </w:r>
    <w:proofErr w:type="gramEnd"/>
    <w:r>
      <w:rPr>
        <w:b/>
        <w:color w:val="12324B"/>
        <w:sz w:val="16"/>
      </w:rPr>
      <w:t xml:space="preserve">  PROCEDURA E ALLEGATI</w:t>
    </w:r>
    <w:r>
      <w:rPr>
        <w:color w:val="607382"/>
        <w:sz w:val="16"/>
      </w:rPr>
      <w:tab/>
      <w:t>PR-EL-</w:t>
    </w:r>
    <w:proofErr w:type="gramStart"/>
    <w:r>
      <w:rPr>
        <w:color w:val="607382"/>
        <w:sz w:val="16"/>
      </w:rPr>
      <w:t>01  ·</w:t>
    </w:r>
    <w:proofErr w:type="gramEnd"/>
    <w:r>
      <w:rPr>
        <w:color w:val="607382"/>
        <w:sz w:val="16"/>
      </w:rPr>
      <w:t xml:space="preserve">  REV. 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75727759">
    <w:abstractNumId w:val="8"/>
  </w:num>
  <w:num w:numId="2" w16cid:durableId="165899579">
    <w:abstractNumId w:val="6"/>
  </w:num>
  <w:num w:numId="3" w16cid:durableId="629360215">
    <w:abstractNumId w:val="5"/>
  </w:num>
  <w:num w:numId="4" w16cid:durableId="794297989">
    <w:abstractNumId w:val="4"/>
  </w:num>
  <w:num w:numId="5" w16cid:durableId="388463024">
    <w:abstractNumId w:val="7"/>
  </w:num>
  <w:num w:numId="6" w16cid:durableId="1436904314">
    <w:abstractNumId w:val="3"/>
  </w:num>
  <w:num w:numId="7" w16cid:durableId="1964772918">
    <w:abstractNumId w:val="2"/>
  </w:num>
  <w:num w:numId="8" w16cid:durableId="281885462">
    <w:abstractNumId w:val="1"/>
  </w:num>
  <w:num w:numId="9" w16cid:durableId="32533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7C3B"/>
    <w:rsid w:val="00A826ED"/>
    <w:rsid w:val="00AA1D8D"/>
    <w:rsid w:val="00B47730"/>
    <w:rsid w:val="00CB0664"/>
    <w:rsid w:val="00E54E13"/>
    <w:rsid w:val="00F561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372ED1"/>
  <w14:defaultImageDpi w14:val="300"/>
  <w15:docId w15:val="{C472A3EE-E570-4A21-BF5F-FD6B3749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10" w:line="268" w:lineRule="exact"/>
    </w:pPr>
    <w:rPr>
      <w:rFonts w:ascii="Lato" w:hAnsi="Lato"/>
      <w:color w:val="263D4D"/>
      <w:sz w:val="20"/>
    </w:rPr>
  </w:style>
  <w:style w:type="paragraph" w:styleId="Titolo1">
    <w:name w:val="heading 1"/>
    <w:basedOn w:val="Normale"/>
    <w:next w:val="Normale"/>
    <w:link w:val="Titolo1Carattere"/>
    <w:uiPriority w:val="9"/>
    <w:qFormat/>
    <w:rsid w:val="00FC693F"/>
    <w:pPr>
      <w:keepNext/>
      <w:keepLines/>
      <w:spacing w:before="60" w:after="120" w:line="460" w:lineRule="exact"/>
      <w:outlineLvl w:val="0"/>
    </w:pPr>
    <w:rPr>
      <w:rFonts w:asciiTheme="majorHAnsi" w:eastAsiaTheme="majorEastAsia" w:hAnsiTheme="majorHAnsi" w:cstheme="majorBidi"/>
      <w:b/>
      <w:bCs/>
      <w:color w:val="12324B"/>
      <w:sz w:val="40"/>
      <w:szCs w:val="28"/>
    </w:rPr>
  </w:style>
  <w:style w:type="paragraph" w:styleId="Titolo2">
    <w:name w:val="heading 2"/>
    <w:basedOn w:val="Normale"/>
    <w:next w:val="Normale"/>
    <w:link w:val="Titolo2Carattere"/>
    <w:uiPriority w:val="9"/>
    <w:unhideWhenUsed/>
    <w:qFormat/>
    <w:rsid w:val="00FC693F"/>
    <w:pPr>
      <w:keepNext/>
      <w:keepLines/>
      <w:spacing w:before="200" w:after="120"/>
      <w:outlineLvl w:val="1"/>
    </w:pPr>
    <w:rPr>
      <w:rFonts w:asciiTheme="majorHAnsi" w:eastAsiaTheme="majorEastAsia" w:hAnsiTheme="majorHAnsi" w:cstheme="majorBidi"/>
      <w:b/>
      <w:bCs/>
      <w:color w:val="007E87"/>
      <w:sz w:val="23"/>
      <w:szCs w:val="26"/>
    </w:rPr>
  </w:style>
  <w:style w:type="paragraph" w:styleId="Titolo3">
    <w:name w:val="heading 3"/>
    <w:basedOn w:val="Normale"/>
    <w:next w:val="Normale"/>
    <w:link w:val="Titolo3Carattere"/>
    <w:uiPriority w:val="9"/>
    <w:unhideWhenUsed/>
    <w:qFormat/>
    <w:rsid w:val="00FC693F"/>
    <w:pPr>
      <w:keepNext/>
      <w:keepLines/>
      <w:spacing w:before="200" w:after="120"/>
      <w:outlineLvl w:val="2"/>
    </w:pPr>
    <w:rPr>
      <w:rFonts w:asciiTheme="majorHAnsi" w:eastAsiaTheme="majorEastAsia" w:hAnsiTheme="majorHAnsi" w:cstheme="majorBidi"/>
      <w:b/>
      <w:bCs/>
      <w:color w:val="12324B"/>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200" w:after="120" w:line="240" w:lineRule="auto"/>
      <w:contextualSpacing/>
    </w:pPr>
    <w:rPr>
      <w:rFonts w:asciiTheme="majorHAnsi" w:eastAsiaTheme="majorEastAsia" w:hAnsiTheme="majorHAnsi" w:cstheme="majorBidi"/>
      <w:b/>
      <w:color w:val="12324B"/>
      <w:spacing w:val="5"/>
      <w:kern w:val="28"/>
      <w:sz w:val="6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after="100" w:line="204" w:lineRule="exact"/>
    </w:pPr>
    <w:rPr>
      <w:b/>
      <w:bCs/>
      <w:color w:val="607382"/>
      <w:sz w:val="16"/>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00" w:line="222" w:lineRule="exact"/>
    </w:pPr>
    <w:rPr>
      <w:rFonts w:ascii="Lato" w:hAnsi="Lato"/>
      <w:color w:val="607382"/>
      <w:sz w:val="17"/>
    </w:rPr>
  </w:style>
  <w:style w:type="paragraph" w:customStyle="1" w:styleId="Eyebrow">
    <w:name w:val="Eyebrow"/>
    <w:pPr>
      <w:spacing w:after="40" w:line="206" w:lineRule="exact"/>
    </w:pPr>
    <w:rPr>
      <w:rFonts w:ascii="Lato" w:hAnsi="Lato"/>
      <w:b/>
      <w:color w:val="007E87"/>
      <w:sz w:val="16"/>
    </w:rPr>
  </w:style>
  <w:style w:type="paragraph" w:customStyle="1" w:styleId="Source">
    <w:name w:val="Source"/>
    <w:pPr>
      <w:spacing w:before="140" w:after="100" w:line="208" w:lineRule="exact"/>
    </w:pPr>
    <w:rPr>
      <w:rFonts w:ascii="Lato" w:hAnsi="Lato"/>
      <w:color w:val="607382"/>
      <w:sz w:val="16"/>
    </w:rPr>
  </w:style>
  <w:style w:type="paragraph" w:customStyle="1" w:styleId="FormHint">
    <w:name w:val="FormHint"/>
    <w:pPr>
      <w:spacing w:after="100" w:line="222" w:lineRule="exact"/>
    </w:pPr>
    <w:rPr>
      <w:rFonts w:ascii="Lato" w:hAnsi="Lato"/>
      <w:i/>
      <w:color w:val="607382"/>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18564</Words>
  <Characters>112873</Characters>
  <Application>Microsoft Office Word</Application>
  <DocSecurity>0</DocSecurity>
  <Lines>3420</Lines>
  <Paragraphs>3056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Gestione delle competenze e della sicurezza nei lavori elettrici BT</dc:title>
  <dc:subject>Procedura aziendale e modulistica su base INAIL 2026 – PES/PAV</dc:subject>
  <dc:creator>benni</dc:creator>
  <cp:keywords>PES; PAV; INAIL 2026; CEI 11-27:2025; lavori elettrici BT; procedura</cp:keywords>
  <cp:lastModifiedBy>PAOLO BENNI</cp:lastModifiedBy>
  <cp:revision>2</cp:revision>
  <dcterms:created xsi:type="dcterms:W3CDTF">2013-12-23T23:15:00Z</dcterms:created>
  <dcterms:modified xsi:type="dcterms:W3CDTF">2026-10-09T16:56:00Z</dcterms:modified>
  <cp:category/>
</cp:coreProperties>
</file>