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290EF" w14:textId="77777777" w:rsidR="00F81D60" w:rsidRDefault="00000000">
      <w:pPr>
        <w:pStyle w:val="Small"/>
      </w:pPr>
      <w:r>
        <w:rPr>
          <w:b/>
          <w:color w:val="006B70"/>
        </w:rPr>
        <w:t>PROCEDURA AZIENDALE  |  ISO 45010:2026</w:t>
      </w:r>
    </w:p>
    <w:p w14:paraId="075EF38D" w14:textId="77777777" w:rsidR="00F81D60" w:rsidRDefault="00000000">
      <w:pPr>
        <w:pStyle w:val="Titolo1"/>
      </w:pPr>
      <w:bookmarkStart w:id="0" w:name="COVER"/>
      <w:r>
        <w:t>Salute mestruale e menopausa</w:t>
      </w:r>
      <w:r>
        <w:br/>
        <w:t>nei luoghi di lavoro</w:t>
      </w:r>
      <w:bookmarkEnd w:id="0"/>
    </w:p>
    <w:p w14:paraId="6873E0EA" w14:textId="4C8600A2" w:rsidR="006A345B" w:rsidRPr="006A345B" w:rsidRDefault="006A345B" w:rsidP="006A345B">
      <w:r>
        <w:rPr>
          <w:noProof/>
        </w:rPr>
        <w:drawing>
          <wp:inline distT="0" distB="0" distL="0" distR="0" wp14:anchorId="4BD33705" wp14:editId="37B3F5B4">
            <wp:extent cx="6336030" cy="3566160"/>
            <wp:effectExtent l="0" t="0" r="7620" b="0"/>
            <wp:docPr id="809983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8343" name="Immagine 80998343"/>
                    <pic:cNvPicPr/>
                  </pic:nvPicPr>
                  <pic:blipFill>
                    <a:blip r:embed="rId8"/>
                    <a:stretch>
                      <a:fillRect/>
                    </a:stretch>
                  </pic:blipFill>
                  <pic:spPr>
                    <a:xfrm>
                      <a:off x="0" y="0"/>
                      <a:ext cx="6336030" cy="3566160"/>
                    </a:xfrm>
                    <a:prstGeom prst="rect">
                      <a:avLst/>
                    </a:prstGeom>
                  </pic:spPr>
                </pic:pic>
              </a:graphicData>
            </a:graphic>
          </wp:inline>
        </w:drawing>
      </w:r>
    </w:p>
    <w:p w14:paraId="60B209B7" w14:textId="77777777" w:rsidR="00F81D60" w:rsidRDefault="00000000">
      <w:pPr>
        <w:pStyle w:val="Sottotitolo"/>
      </w:pPr>
      <w:r>
        <w:t>Sistema operativo di supporto, prevenzione e adattamento del lavoro</w:t>
      </w:r>
    </w:p>
    <w:p w14:paraId="292B92BD" w14:textId="77777777" w:rsidR="00F81D60" w:rsidRDefault="00F81D60"/>
    <w:p w14:paraId="07A92DA9" w14:textId="77777777" w:rsidR="00F81D60" w:rsidRDefault="00000000">
      <w:pPr>
        <w:pStyle w:val="Titolo"/>
      </w:pPr>
      <w:r>
        <w:t>PRO-MM-01</w:t>
      </w:r>
    </w:p>
    <w:p w14:paraId="00496D70" w14:textId="77777777" w:rsidR="00F81D60" w:rsidRDefault="00000000">
      <w:pPr>
        <w:pStyle w:val="Sottotitolo"/>
      </w:pPr>
      <w:r>
        <w:t>Procedura completa con strumenti di attuazione, modulistica compilabile, verifiche interne e raccordo con la checklist Excel.</w:t>
      </w:r>
    </w:p>
    <w:p w14:paraId="1BF80847" w14:textId="77777777" w:rsidR="00F81D60" w:rsidRDefault="00F81D60"/>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670E79B6" w14:textId="77777777">
        <w:trPr>
          <w:tblHeader/>
          <w:jc w:val="center"/>
        </w:trPr>
        <w:tc>
          <w:tcPr>
            <w:tcW w:w="2948" w:type="dxa"/>
            <w:shd w:val="clear" w:color="auto" w:fill="17324D"/>
            <w:vAlign w:val="center"/>
          </w:tcPr>
          <w:p w14:paraId="1562542E" w14:textId="77777777" w:rsidR="00F81D60" w:rsidRDefault="00000000">
            <w:pPr>
              <w:pStyle w:val="TableText"/>
              <w:spacing w:before="40" w:after="40"/>
            </w:pPr>
            <w:r>
              <w:rPr>
                <w:b/>
                <w:color w:val="FFFFFF"/>
              </w:rPr>
              <w:t>Campo</w:t>
            </w:r>
          </w:p>
        </w:tc>
        <w:tc>
          <w:tcPr>
            <w:tcW w:w="7030" w:type="dxa"/>
            <w:shd w:val="clear" w:color="auto" w:fill="17324D"/>
            <w:vAlign w:val="center"/>
          </w:tcPr>
          <w:p w14:paraId="7844160A" w14:textId="77777777" w:rsidR="00F81D60" w:rsidRDefault="00000000">
            <w:pPr>
              <w:pStyle w:val="TableText"/>
              <w:spacing w:before="40" w:after="40"/>
            </w:pPr>
            <w:r>
              <w:rPr>
                <w:b/>
                <w:color w:val="FFFFFF"/>
              </w:rPr>
              <w:t>Compilazione / decisione aziendale</w:t>
            </w:r>
          </w:p>
        </w:tc>
      </w:tr>
      <w:tr w:rsidR="00F81D60" w14:paraId="35C1A5A1" w14:textId="77777777">
        <w:trPr>
          <w:cantSplit/>
          <w:jc w:val="center"/>
        </w:trPr>
        <w:tc>
          <w:tcPr>
            <w:tcW w:w="2948" w:type="dxa"/>
            <w:vAlign w:val="center"/>
          </w:tcPr>
          <w:p w14:paraId="31603387" w14:textId="77777777" w:rsidR="00F81D60" w:rsidRDefault="00000000">
            <w:pPr>
              <w:pStyle w:val="TableText"/>
              <w:spacing w:before="40" w:after="40"/>
            </w:pPr>
            <w:r>
              <w:t>Organizzazione</w:t>
            </w:r>
          </w:p>
        </w:tc>
        <w:tc>
          <w:tcPr>
            <w:tcW w:w="7030" w:type="dxa"/>
            <w:vAlign w:val="center"/>
          </w:tcPr>
          <w:p w14:paraId="52A597E9" w14:textId="77777777" w:rsidR="00F81D60" w:rsidRDefault="00000000">
            <w:pPr>
              <w:pStyle w:val="TableText"/>
              <w:spacing w:before="40" w:after="40"/>
            </w:pPr>
            <w:r>
              <w:t>[denominazione / logo aziendale]</w:t>
            </w:r>
          </w:p>
        </w:tc>
      </w:tr>
      <w:tr w:rsidR="00F81D60" w14:paraId="7933E9A5" w14:textId="77777777">
        <w:trPr>
          <w:cantSplit/>
          <w:jc w:val="center"/>
        </w:trPr>
        <w:tc>
          <w:tcPr>
            <w:tcW w:w="2948" w:type="dxa"/>
            <w:shd w:val="clear" w:color="auto" w:fill="F5F7F9"/>
            <w:vAlign w:val="center"/>
          </w:tcPr>
          <w:p w14:paraId="60FBDF1D" w14:textId="77777777" w:rsidR="00F81D60" w:rsidRDefault="00000000">
            <w:pPr>
              <w:pStyle w:val="TableText"/>
              <w:spacing w:before="40" w:after="40"/>
            </w:pPr>
            <w:r>
              <w:t>Sedi e perimetro</w:t>
            </w:r>
          </w:p>
        </w:tc>
        <w:tc>
          <w:tcPr>
            <w:tcW w:w="7030" w:type="dxa"/>
            <w:shd w:val="clear" w:color="auto" w:fill="F5F7F9"/>
            <w:vAlign w:val="center"/>
          </w:tcPr>
          <w:p w14:paraId="39AB3C45" w14:textId="77777777" w:rsidR="00F81D60" w:rsidRDefault="00000000">
            <w:pPr>
              <w:pStyle w:val="TableText"/>
              <w:spacing w:before="40" w:after="40"/>
            </w:pPr>
            <w:r>
              <w:t>[compilare prima dell’adozione]</w:t>
            </w:r>
          </w:p>
        </w:tc>
      </w:tr>
      <w:tr w:rsidR="00F81D60" w14:paraId="5564C7E4" w14:textId="77777777">
        <w:trPr>
          <w:cantSplit/>
          <w:jc w:val="center"/>
        </w:trPr>
        <w:tc>
          <w:tcPr>
            <w:tcW w:w="2948" w:type="dxa"/>
            <w:vAlign w:val="center"/>
          </w:tcPr>
          <w:p w14:paraId="57976330" w14:textId="77777777" w:rsidR="00F81D60" w:rsidRDefault="00000000">
            <w:pPr>
              <w:pStyle w:val="TableText"/>
              <w:spacing w:before="40" w:after="40"/>
            </w:pPr>
            <w:r>
              <w:t>Revisione del modello</w:t>
            </w:r>
          </w:p>
        </w:tc>
        <w:tc>
          <w:tcPr>
            <w:tcW w:w="7030" w:type="dxa"/>
            <w:vAlign w:val="center"/>
          </w:tcPr>
          <w:p w14:paraId="65C51934" w14:textId="77777777" w:rsidR="00F81D60" w:rsidRDefault="00000000">
            <w:pPr>
              <w:pStyle w:val="TableText"/>
              <w:spacing w:before="40" w:after="40"/>
            </w:pPr>
            <w:r>
              <w:t>00 – 7 settembre 2026</w:t>
            </w:r>
          </w:p>
        </w:tc>
      </w:tr>
      <w:tr w:rsidR="00F81D60" w14:paraId="7AB72A92" w14:textId="77777777">
        <w:trPr>
          <w:cantSplit/>
          <w:jc w:val="center"/>
        </w:trPr>
        <w:tc>
          <w:tcPr>
            <w:tcW w:w="2948" w:type="dxa"/>
            <w:shd w:val="clear" w:color="auto" w:fill="F5F7F9"/>
            <w:vAlign w:val="center"/>
          </w:tcPr>
          <w:p w14:paraId="1655542A" w14:textId="77777777" w:rsidR="00F81D60" w:rsidRDefault="00000000">
            <w:pPr>
              <w:pStyle w:val="TableText"/>
              <w:spacing w:before="40" w:after="40"/>
            </w:pPr>
            <w:r>
              <w:t>Data di efficacia aziendale</w:t>
            </w:r>
          </w:p>
        </w:tc>
        <w:tc>
          <w:tcPr>
            <w:tcW w:w="7030" w:type="dxa"/>
            <w:shd w:val="clear" w:color="auto" w:fill="F5F7F9"/>
            <w:vAlign w:val="center"/>
          </w:tcPr>
          <w:p w14:paraId="628A9D08" w14:textId="77777777" w:rsidR="00F81D60" w:rsidRDefault="00000000">
            <w:pPr>
              <w:pStyle w:val="TableText"/>
              <w:spacing w:before="40" w:after="40"/>
            </w:pPr>
            <w:r>
              <w:t>[da approvare]</w:t>
            </w:r>
          </w:p>
        </w:tc>
      </w:tr>
      <w:tr w:rsidR="00F81D60" w14:paraId="3A09F8B3" w14:textId="77777777">
        <w:trPr>
          <w:cantSplit/>
          <w:jc w:val="center"/>
        </w:trPr>
        <w:tc>
          <w:tcPr>
            <w:tcW w:w="2948" w:type="dxa"/>
            <w:vAlign w:val="center"/>
          </w:tcPr>
          <w:p w14:paraId="5FE92E1B" w14:textId="77777777" w:rsidR="00F81D60" w:rsidRDefault="00000000">
            <w:pPr>
              <w:pStyle w:val="TableText"/>
              <w:spacing w:before="40" w:after="40"/>
            </w:pPr>
            <w:r>
              <w:t>Responsabile del processo</w:t>
            </w:r>
          </w:p>
        </w:tc>
        <w:tc>
          <w:tcPr>
            <w:tcW w:w="7030" w:type="dxa"/>
            <w:vAlign w:val="center"/>
          </w:tcPr>
          <w:p w14:paraId="0F9AA072" w14:textId="77777777" w:rsidR="00F81D60" w:rsidRDefault="00000000">
            <w:pPr>
              <w:pStyle w:val="TableText"/>
              <w:spacing w:before="40" w:after="40"/>
            </w:pPr>
            <w:r>
              <w:t>[nome, funzione, contatto]</w:t>
            </w:r>
          </w:p>
        </w:tc>
      </w:tr>
    </w:tbl>
    <w:p w14:paraId="2B96C937"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122302D7" w14:textId="77777777">
        <w:trPr>
          <w:tblHeader/>
          <w:jc w:val="center"/>
        </w:trPr>
        <w:tc>
          <w:tcPr>
            <w:tcW w:w="9978" w:type="dxa"/>
            <w:shd w:val="clear" w:color="auto" w:fill="17324D"/>
            <w:vAlign w:val="center"/>
          </w:tcPr>
          <w:p w14:paraId="52B202D2" w14:textId="77777777" w:rsidR="00F81D60" w:rsidRDefault="00000000">
            <w:pPr>
              <w:pStyle w:val="TableText"/>
              <w:spacing w:before="40" w:after="40"/>
            </w:pPr>
            <w:r>
              <w:rPr>
                <w:b/>
                <w:color w:val="FFFFFF"/>
                <w:sz w:val="19"/>
              </w:rPr>
              <w:t>STATO DEL DOCUMENTO</w:t>
            </w:r>
          </w:p>
        </w:tc>
      </w:tr>
      <w:tr w:rsidR="00F81D60" w14:paraId="3AD12558" w14:textId="77777777">
        <w:trPr>
          <w:cantSplit/>
          <w:jc w:val="center"/>
        </w:trPr>
        <w:tc>
          <w:tcPr>
            <w:tcW w:w="9978" w:type="dxa"/>
            <w:shd w:val="clear" w:color="auto" w:fill="EAF3F4"/>
            <w:vAlign w:val="center"/>
          </w:tcPr>
          <w:p w14:paraId="6430AFB2" w14:textId="77777777" w:rsidR="00F81D60" w:rsidRDefault="00000000">
            <w:pPr>
              <w:pStyle w:val="TableText"/>
              <w:spacing w:before="40" w:after="40"/>
            </w:pPr>
            <w:r>
              <w:rPr>
                <w:sz w:val="19"/>
              </w:rPr>
              <w:t>MODELLO DA PERSONALIZZARE, VERIFICARE E APPROVARE. Le firme, le nomine, i contatti, le basi del trattamento e i parametri aziendali non sono precompilati. La consegna del modello non equivale all’adozione della procedura.</w:t>
            </w:r>
          </w:p>
        </w:tc>
      </w:tr>
    </w:tbl>
    <w:p w14:paraId="0492671B" w14:textId="77777777" w:rsidR="00F81D60" w:rsidRDefault="00F81D60">
      <w:pPr>
        <w:spacing w:after="0"/>
      </w:pPr>
    </w:p>
    <w:p w14:paraId="7F8A2AE1" w14:textId="77777777" w:rsidR="00F81D60" w:rsidRDefault="00000000">
      <w:r>
        <w:rPr>
          <w:b/>
        </w:rPr>
        <w:lastRenderedPageBreak/>
        <w:t>30 allegati aziendali</w:t>
      </w:r>
      <w:r>
        <w:t xml:space="preserve"> • </w:t>
      </w:r>
      <w:r>
        <w:rPr>
          <w:b/>
        </w:rPr>
        <w:t>160 verifiche operative</w:t>
      </w:r>
      <w:r>
        <w:t xml:space="preserve"> • </w:t>
      </w:r>
      <w:r>
        <w:rPr>
          <w:b/>
        </w:rPr>
        <w:t>16 aree di audit</w:t>
      </w:r>
    </w:p>
    <w:p w14:paraId="729C0327" w14:textId="0DE5C313" w:rsidR="00F81D60" w:rsidRDefault="00000000">
      <w:pPr>
        <w:pStyle w:val="Reference"/>
      </w:pPr>
      <w:r>
        <w:t>Documento originale di applicazione, basato sull’EPUB ISO 45010:2026. Non è una traduzione ufficiale, un prodotto ISO, una certificazione o un protocollo sanitario.</w:t>
      </w:r>
    </w:p>
    <w:p w14:paraId="6631F477" w14:textId="42796AB9" w:rsidR="00F81D60" w:rsidRDefault="00F81D60"/>
    <w:p w14:paraId="257C5877" w14:textId="77777777" w:rsidR="00F81D60" w:rsidRDefault="00000000">
      <w:pPr>
        <w:pStyle w:val="Small"/>
      </w:pPr>
      <w:r>
        <w:rPr>
          <w:b/>
          <w:color w:val="006B70"/>
        </w:rPr>
        <w:t>GESTIONE DEL DOCUMENTO</w:t>
      </w:r>
    </w:p>
    <w:p w14:paraId="2E5AA1E7" w14:textId="77777777" w:rsidR="00F81D60" w:rsidRDefault="00000000">
      <w:pPr>
        <w:pStyle w:val="Titolo1"/>
      </w:pPr>
      <w:bookmarkStart w:id="1" w:name="CONTROL"/>
      <w:r>
        <w:t>Controllo, verifica e approvazione</w:t>
      </w:r>
      <w:bookmarkEnd w:id="1"/>
    </w:p>
    <w:p w14:paraId="6601D822" w14:textId="77777777" w:rsidR="00F81D60" w:rsidRDefault="00000000">
      <w:r>
        <w:t>L’organizzazione completa questa pagina e gli allegati A02, A18, A19 e A30 prima dell’entrata in vigore. Gli incarichi sono attribuiti a persone effettivamente competenti e autorizzate; la sola indicazione di una funzione in una matrice non conferisce deleghe o poteri di spesa.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268"/>
        <w:gridCol w:w="5215"/>
        <w:gridCol w:w="2494"/>
      </w:tblGrid>
      <w:tr w:rsidR="00F81D60" w14:paraId="76A8AFFE" w14:textId="77777777">
        <w:trPr>
          <w:tblHeader/>
          <w:jc w:val="center"/>
        </w:trPr>
        <w:tc>
          <w:tcPr>
            <w:tcW w:w="2268" w:type="dxa"/>
            <w:shd w:val="clear" w:color="auto" w:fill="17324D"/>
            <w:vAlign w:val="center"/>
          </w:tcPr>
          <w:p w14:paraId="6FCD798C" w14:textId="77777777" w:rsidR="00F81D60" w:rsidRDefault="00000000">
            <w:pPr>
              <w:pStyle w:val="TableText"/>
              <w:spacing w:before="40" w:after="40"/>
            </w:pPr>
            <w:r>
              <w:rPr>
                <w:b/>
                <w:color w:val="FFFFFF"/>
              </w:rPr>
              <w:t>Attività</w:t>
            </w:r>
          </w:p>
        </w:tc>
        <w:tc>
          <w:tcPr>
            <w:tcW w:w="5216" w:type="dxa"/>
            <w:shd w:val="clear" w:color="auto" w:fill="17324D"/>
            <w:vAlign w:val="center"/>
          </w:tcPr>
          <w:p w14:paraId="38BCF0F6" w14:textId="77777777" w:rsidR="00F81D60" w:rsidRDefault="00000000">
            <w:pPr>
              <w:pStyle w:val="TableText"/>
              <w:spacing w:before="40" w:after="40"/>
            </w:pPr>
            <w:r>
              <w:rPr>
                <w:b/>
                <w:color w:val="FFFFFF"/>
              </w:rPr>
              <w:t>Funzione / nominativo</w:t>
            </w:r>
          </w:p>
        </w:tc>
        <w:tc>
          <w:tcPr>
            <w:tcW w:w="2494" w:type="dxa"/>
            <w:shd w:val="clear" w:color="auto" w:fill="17324D"/>
            <w:vAlign w:val="center"/>
          </w:tcPr>
          <w:p w14:paraId="4374E602" w14:textId="77777777" w:rsidR="00F81D60" w:rsidRDefault="00000000">
            <w:pPr>
              <w:pStyle w:val="TableText"/>
              <w:spacing w:before="40" w:after="40"/>
            </w:pPr>
            <w:r>
              <w:rPr>
                <w:b/>
                <w:color w:val="FFFFFF"/>
              </w:rPr>
              <w:t>Data e firma</w:t>
            </w:r>
          </w:p>
        </w:tc>
      </w:tr>
      <w:tr w:rsidR="00F81D60" w14:paraId="2D492876" w14:textId="77777777">
        <w:trPr>
          <w:cantSplit/>
          <w:jc w:val="center"/>
        </w:trPr>
        <w:tc>
          <w:tcPr>
            <w:tcW w:w="2268" w:type="dxa"/>
            <w:vAlign w:val="center"/>
          </w:tcPr>
          <w:p w14:paraId="4074983D" w14:textId="77777777" w:rsidR="00F81D60" w:rsidRDefault="00000000">
            <w:pPr>
              <w:pStyle w:val="TableText"/>
              <w:spacing w:before="40" w:after="40"/>
            </w:pPr>
            <w:r>
              <w:t>Redazione e personalizzazione</w:t>
            </w:r>
          </w:p>
        </w:tc>
        <w:tc>
          <w:tcPr>
            <w:tcW w:w="5216" w:type="dxa"/>
            <w:vAlign w:val="center"/>
          </w:tcPr>
          <w:p w14:paraId="54012477" w14:textId="77777777" w:rsidR="00F81D60" w:rsidRDefault="00000000">
            <w:pPr>
              <w:pStyle w:val="TableText"/>
              <w:spacing w:before="40" w:after="40"/>
            </w:pPr>
            <w:r>
              <w:t>Responsabile del processo / HR: [compilare]</w:t>
            </w:r>
          </w:p>
        </w:tc>
        <w:tc>
          <w:tcPr>
            <w:tcW w:w="2494" w:type="dxa"/>
            <w:vAlign w:val="center"/>
          </w:tcPr>
          <w:p w14:paraId="4AE0CDEF" w14:textId="77777777" w:rsidR="00F81D60" w:rsidRDefault="00000000">
            <w:pPr>
              <w:pStyle w:val="TableText"/>
              <w:spacing w:before="40" w:after="40"/>
            </w:pPr>
            <w:r>
              <w:t>[compilare]</w:t>
            </w:r>
          </w:p>
        </w:tc>
      </w:tr>
      <w:tr w:rsidR="00F81D60" w14:paraId="68D9AA1A" w14:textId="77777777">
        <w:trPr>
          <w:cantSplit/>
          <w:jc w:val="center"/>
        </w:trPr>
        <w:tc>
          <w:tcPr>
            <w:tcW w:w="2268" w:type="dxa"/>
            <w:shd w:val="clear" w:color="auto" w:fill="F5F7F9"/>
            <w:vAlign w:val="center"/>
          </w:tcPr>
          <w:p w14:paraId="6AA1FA27" w14:textId="77777777" w:rsidR="00F81D60" w:rsidRDefault="00000000">
            <w:pPr>
              <w:pStyle w:val="TableText"/>
              <w:spacing w:before="40" w:after="40"/>
            </w:pPr>
            <w:r>
              <w:t>Verifica salute e sicurezza</w:t>
            </w:r>
          </w:p>
        </w:tc>
        <w:tc>
          <w:tcPr>
            <w:tcW w:w="5216" w:type="dxa"/>
            <w:shd w:val="clear" w:color="auto" w:fill="F5F7F9"/>
            <w:vAlign w:val="center"/>
          </w:tcPr>
          <w:p w14:paraId="6306885A" w14:textId="77777777" w:rsidR="00F81D60" w:rsidRDefault="00000000">
            <w:pPr>
              <w:pStyle w:val="TableText"/>
              <w:spacing w:before="40" w:after="40"/>
            </w:pPr>
            <w:r>
              <w:t>RSPP / funzione HSE: [compilare]</w:t>
            </w:r>
          </w:p>
        </w:tc>
        <w:tc>
          <w:tcPr>
            <w:tcW w:w="2494" w:type="dxa"/>
            <w:shd w:val="clear" w:color="auto" w:fill="F5F7F9"/>
            <w:vAlign w:val="center"/>
          </w:tcPr>
          <w:p w14:paraId="0CA9CAE7" w14:textId="77777777" w:rsidR="00F81D60" w:rsidRDefault="00000000">
            <w:pPr>
              <w:pStyle w:val="TableText"/>
              <w:spacing w:before="40" w:after="40"/>
            </w:pPr>
            <w:r>
              <w:t>[compilare]</w:t>
            </w:r>
          </w:p>
        </w:tc>
      </w:tr>
      <w:tr w:rsidR="00F81D60" w14:paraId="327520DD" w14:textId="77777777">
        <w:trPr>
          <w:cantSplit/>
          <w:jc w:val="center"/>
        </w:trPr>
        <w:tc>
          <w:tcPr>
            <w:tcW w:w="2268" w:type="dxa"/>
            <w:vAlign w:val="center"/>
          </w:tcPr>
          <w:p w14:paraId="015F8B67" w14:textId="77777777" w:rsidR="00F81D60" w:rsidRDefault="00000000">
            <w:pPr>
              <w:pStyle w:val="TableText"/>
              <w:spacing w:before="40" w:after="40"/>
            </w:pPr>
            <w:r>
              <w:t>Contributo sanitario, ove pertinente</w:t>
            </w:r>
          </w:p>
        </w:tc>
        <w:tc>
          <w:tcPr>
            <w:tcW w:w="5216" w:type="dxa"/>
            <w:vAlign w:val="center"/>
          </w:tcPr>
          <w:p w14:paraId="4973ADBB" w14:textId="77777777" w:rsidR="00F81D60" w:rsidRDefault="00000000">
            <w:pPr>
              <w:pStyle w:val="TableText"/>
              <w:spacing w:before="40" w:after="40"/>
            </w:pPr>
            <w:r>
              <w:t>Medico competente, nell’ambito delle proprie attribuzioni: [compilare / motivare N.A.]</w:t>
            </w:r>
          </w:p>
        </w:tc>
        <w:tc>
          <w:tcPr>
            <w:tcW w:w="2494" w:type="dxa"/>
            <w:vAlign w:val="center"/>
          </w:tcPr>
          <w:p w14:paraId="75DCCB6E" w14:textId="77777777" w:rsidR="00F81D60" w:rsidRDefault="00000000">
            <w:pPr>
              <w:pStyle w:val="TableText"/>
              <w:spacing w:before="40" w:after="40"/>
            </w:pPr>
            <w:r>
              <w:t>[compilare]</w:t>
            </w:r>
          </w:p>
        </w:tc>
      </w:tr>
      <w:tr w:rsidR="00F81D60" w14:paraId="50903778" w14:textId="77777777">
        <w:trPr>
          <w:cantSplit/>
          <w:jc w:val="center"/>
        </w:trPr>
        <w:tc>
          <w:tcPr>
            <w:tcW w:w="2268" w:type="dxa"/>
            <w:shd w:val="clear" w:color="auto" w:fill="F5F7F9"/>
            <w:vAlign w:val="center"/>
          </w:tcPr>
          <w:p w14:paraId="527A9952" w14:textId="77777777" w:rsidR="00F81D60" w:rsidRDefault="00000000">
            <w:pPr>
              <w:pStyle w:val="TableText"/>
              <w:spacing w:before="40" w:after="40"/>
            </w:pPr>
            <w:r>
              <w:t>Verifica privacy e contrattuale</w:t>
            </w:r>
          </w:p>
        </w:tc>
        <w:tc>
          <w:tcPr>
            <w:tcW w:w="5216" w:type="dxa"/>
            <w:shd w:val="clear" w:color="auto" w:fill="F5F7F9"/>
            <w:vAlign w:val="center"/>
          </w:tcPr>
          <w:p w14:paraId="4458D33A" w14:textId="77777777" w:rsidR="00F81D60" w:rsidRDefault="00000000">
            <w:pPr>
              <w:pStyle w:val="TableText"/>
              <w:spacing w:before="40" w:after="40"/>
            </w:pPr>
            <w:r>
              <w:t>Funzione privacy / consulenza competente; DPO ove designato: [compilare]</w:t>
            </w:r>
          </w:p>
        </w:tc>
        <w:tc>
          <w:tcPr>
            <w:tcW w:w="2494" w:type="dxa"/>
            <w:shd w:val="clear" w:color="auto" w:fill="F5F7F9"/>
            <w:vAlign w:val="center"/>
          </w:tcPr>
          <w:p w14:paraId="1EAC3C40" w14:textId="77777777" w:rsidR="00F81D60" w:rsidRDefault="00000000">
            <w:pPr>
              <w:pStyle w:val="TableText"/>
              <w:spacing w:before="40" w:after="40"/>
            </w:pPr>
            <w:r>
              <w:t>[compilare]</w:t>
            </w:r>
          </w:p>
        </w:tc>
      </w:tr>
      <w:tr w:rsidR="00F81D60" w14:paraId="53EB56CD" w14:textId="77777777">
        <w:trPr>
          <w:cantSplit/>
          <w:jc w:val="center"/>
        </w:trPr>
        <w:tc>
          <w:tcPr>
            <w:tcW w:w="2268" w:type="dxa"/>
            <w:vAlign w:val="center"/>
          </w:tcPr>
          <w:p w14:paraId="47ACD6BA" w14:textId="77777777" w:rsidR="00F81D60" w:rsidRDefault="00000000">
            <w:pPr>
              <w:pStyle w:val="TableText"/>
              <w:spacing w:before="40" w:after="40"/>
            </w:pPr>
            <w:r>
              <w:t>Consultazione</w:t>
            </w:r>
          </w:p>
        </w:tc>
        <w:tc>
          <w:tcPr>
            <w:tcW w:w="5216" w:type="dxa"/>
            <w:vAlign w:val="center"/>
          </w:tcPr>
          <w:p w14:paraId="4CB67922" w14:textId="77777777" w:rsidR="00F81D60" w:rsidRDefault="00000000">
            <w:pPr>
              <w:pStyle w:val="TableText"/>
              <w:spacing w:before="40" w:after="40"/>
            </w:pPr>
            <w:r>
              <w:t>RLS / RLST e rappresentanze pertinenti; verbale A05: [riferimento]</w:t>
            </w:r>
          </w:p>
        </w:tc>
        <w:tc>
          <w:tcPr>
            <w:tcW w:w="2494" w:type="dxa"/>
            <w:vAlign w:val="center"/>
          </w:tcPr>
          <w:p w14:paraId="0F51E5D8" w14:textId="77777777" w:rsidR="00F81D60" w:rsidRDefault="00000000">
            <w:pPr>
              <w:pStyle w:val="TableText"/>
              <w:spacing w:before="40" w:after="40"/>
            </w:pPr>
            <w:r>
              <w:t>[compilare]</w:t>
            </w:r>
          </w:p>
        </w:tc>
      </w:tr>
      <w:tr w:rsidR="00F81D60" w14:paraId="2F14450E" w14:textId="77777777">
        <w:trPr>
          <w:cantSplit/>
          <w:jc w:val="center"/>
        </w:trPr>
        <w:tc>
          <w:tcPr>
            <w:tcW w:w="2268" w:type="dxa"/>
            <w:shd w:val="clear" w:color="auto" w:fill="F5F7F9"/>
            <w:vAlign w:val="center"/>
          </w:tcPr>
          <w:p w14:paraId="066DCD52" w14:textId="77777777" w:rsidR="00F81D60" w:rsidRDefault="00000000">
            <w:pPr>
              <w:pStyle w:val="TableText"/>
              <w:spacing w:before="40" w:after="40"/>
            </w:pPr>
            <w:r>
              <w:t>Approvazione e risorse</w:t>
            </w:r>
          </w:p>
        </w:tc>
        <w:tc>
          <w:tcPr>
            <w:tcW w:w="5216" w:type="dxa"/>
            <w:shd w:val="clear" w:color="auto" w:fill="F5F7F9"/>
            <w:vAlign w:val="center"/>
          </w:tcPr>
          <w:p w14:paraId="3D6A63E8" w14:textId="77777777" w:rsidR="00F81D60" w:rsidRDefault="00000000">
            <w:pPr>
              <w:pStyle w:val="TableText"/>
              <w:spacing w:before="40" w:after="40"/>
            </w:pPr>
            <w:r>
              <w:t>Datore di lavoro / direzione competente: [compilare]</w:t>
            </w:r>
          </w:p>
        </w:tc>
        <w:tc>
          <w:tcPr>
            <w:tcW w:w="2494" w:type="dxa"/>
            <w:shd w:val="clear" w:color="auto" w:fill="F5F7F9"/>
            <w:vAlign w:val="center"/>
          </w:tcPr>
          <w:p w14:paraId="3587A010" w14:textId="77777777" w:rsidR="00F81D60" w:rsidRDefault="00000000">
            <w:pPr>
              <w:pStyle w:val="TableText"/>
              <w:spacing w:before="40" w:after="40"/>
            </w:pPr>
            <w:r>
              <w:t>[compilare]</w:t>
            </w:r>
          </w:p>
        </w:tc>
      </w:tr>
    </w:tbl>
    <w:p w14:paraId="37A9E940" w14:textId="77777777" w:rsidR="00F81D60" w:rsidRDefault="00F81D60">
      <w:pPr>
        <w:spacing w:after="0"/>
      </w:pPr>
    </w:p>
    <w:p w14:paraId="0C661AD0" w14:textId="77777777" w:rsidR="00F81D60" w:rsidRDefault="00000000">
      <w:pPr>
        <w:pStyle w:val="Titolo2"/>
      </w:pPr>
      <w:r>
        <w:t>Regole di efficacia</w:t>
      </w:r>
    </w:p>
    <w:p w14:paraId="441F59E1" w14:textId="77777777" w:rsidR="00F81D60" w:rsidRDefault="00000000">
      <w:r>
        <w:t>La direzione approva la versione aziendale e la relativa data di avvio, rende disponibili i canali riservati e assegna risorse, sostituti e competenze. La consultazione dei lavoratori non è una richiesta di comunicazione di condizioni sanitarie. Il medico competente contribuisce nei casi e nei limiti delle proprie attribuzioni, senza validare decisioni gestionali estranee alla propria funzione.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6A8498B9" w14:textId="77777777">
        <w:trPr>
          <w:tblHeader/>
          <w:jc w:val="center"/>
        </w:trPr>
        <w:tc>
          <w:tcPr>
            <w:tcW w:w="2948" w:type="dxa"/>
            <w:shd w:val="clear" w:color="auto" w:fill="17324D"/>
            <w:vAlign w:val="center"/>
          </w:tcPr>
          <w:p w14:paraId="01C7EF0C" w14:textId="77777777" w:rsidR="00F81D60" w:rsidRDefault="00000000">
            <w:pPr>
              <w:pStyle w:val="TableText"/>
              <w:spacing w:before="40" w:after="40"/>
            </w:pPr>
            <w:r>
              <w:rPr>
                <w:b/>
                <w:color w:val="FFFFFF"/>
              </w:rPr>
              <w:t>Campo</w:t>
            </w:r>
          </w:p>
        </w:tc>
        <w:tc>
          <w:tcPr>
            <w:tcW w:w="7030" w:type="dxa"/>
            <w:shd w:val="clear" w:color="auto" w:fill="17324D"/>
            <w:vAlign w:val="center"/>
          </w:tcPr>
          <w:p w14:paraId="6E2A5ED2" w14:textId="77777777" w:rsidR="00F81D60" w:rsidRDefault="00000000">
            <w:pPr>
              <w:pStyle w:val="TableText"/>
              <w:spacing w:before="40" w:after="40"/>
            </w:pPr>
            <w:r>
              <w:rPr>
                <w:b/>
                <w:color w:val="FFFFFF"/>
              </w:rPr>
              <w:t>Compilazione / decisione aziendale</w:t>
            </w:r>
          </w:p>
        </w:tc>
      </w:tr>
      <w:tr w:rsidR="00F81D60" w14:paraId="3F340AC6" w14:textId="77777777">
        <w:trPr>
          <w:cantSplit/>
          <w:jc w:val="center"/>
        </w:trPr>
        <w:tc>
          <w:tcPr>
            <w:tcW w:w="2948" w:type="dxa"/>
            <w:vAlign w:val="center"/>
          </w:tcPr>
          <w:p w14:paraId="7BE3DA7A" w14:textId="77777777" w:rsidR="00F81D60" w:rsidRDefault="00000000">
            <w:pPr>
              <w:pStyle w:val="TableText"/>
              <w:spacing w:before="40" w:after="40"/>
            </w:pPr>
            <w:r>
              <w:t>Versione / copia controllata</w:t>
            </w:r>
          </w:p>
        </w:tc>
        <w:tc>
          <w:tcPr>
            <w:tcW w:w="7030" w:type="dxa"/>
            <w:vAlign w:val="center"/>
          </w:tcPr>
          <w:p w14:paraId="6F418263" w14:textId="77777777" w:rsidR="00F81D60" w:rsidRDefault="00000000">
            <w:pPr>
              <w:pStyle w:val="TableText"/>
              <w:spacing w:before="40" w:after="40"/>
            </w:pPr>
            <w:r>
              <w:t>Codice: [ ]  •  archivio master: [ ]  •  custode: [ ]</w:t>
            </w:r>
          </w:p>
        </w:tc>
      </w:tr>
      <w:tr w:rsidR="00F81D60" w14:paraId="1713FFBC" w14:textId="77777777">
        <w:trPr>
          <w:cantSplit/>
          <w:jc w:val="center"/>
        </w:trPr>
        <w:tc>
          <w:tcPr>
            <w:tcW w:w="2948" w:type="dxa"/>
            <w:shd w:val="clear" w:color="auto" w:fill="F5F7F9"/>
            <w:vAlign w:val="center"/>
          </w:tcPr>
          <w:p w14:paraId="4A8E1CAE" w14:textId="77777777" w:rsidR="00F81D60" w:rsidRDefault="00000000">
            <w:pPr>
              <w:pStyle w:val="TableText"/>
              <w:spacing w:before="40" w:after="40"/>
            </w:pPr>
            <w:r>
              <w:t>Revisione precedente sostituita</w:t>
            </w:r>
          </w:p>
        </w:tc>
        <w:tc>
          <w:tcPr>
            <w:tcW w:w="7030" w:type="dxa"/>
            <w:shd w:val="clear" w:color="auto" w:fill="F5F7F9"/>
            <w:vAlign w:val="center"/>
          </w:tcPr>
          <w:p w14:paraId="48EF1561" w14:textId="77777777" w:rsidR="00F81D60" w:rsidRDefault="00000000">
            <w:pPr>
              <w:pStyle w:val="TableText"/>
              <w:spacing w:before="40" w:after="40"/>
            </w:pPr>
            <w:r>
              <w:t>[nessuna / identificare versione e ritiro copie]</w:t>
            </w:r>
          </w:p>
        </w:tc>
      </w:tr>
      <w:tr w:rsidR="00F81D60" w14:paraId="79F2C44D" w14:textId="77777777">
        <w:trPr>
          <w:cantSplit/>
          <w:jc w:val="center"/>
        </w:trPr>
        <w:tc>
          <w:tcPr>
            <w:tcW w:w="2948" w:type="dxa"/>
            <w:vAlign w:val="center"/>
          </w:tcPr>
          <w:p w14:paraId="75468C6F" w14:textId="77777777" w:rsidR="00F81D60" w:rsidRDefault="00000000">
            <w:pPr>
              <w:pStyle w:val="TableText"/>
              <w:spacing w:before="40" w:after="40"/>
            </w:pPr>
            <w:r>
              <w:t>Diffusione autorizzata</w:t>
            </w:r>
          </w:p>
        </w:tc>
        <w:tc>
          <w:tcPr>
            <w:tcW w:w="7030" w:type="dxa"/>
            <w:vAlign w:val="center"/>
          </w:tcPr>
          <w:p w14:paraId="2E8686EB" w14:textId="77777777" w:rsidR="00F81D60" w:rsidRDefault="00000000">
            <w:pPr>
              <w:pStyle w:val="TableText"/>
              <w:spacing w:before="40" w:after="40"/>
            </w:pPr>
            <w:r>
              <w:t>Procedura: interna. Allegati compilati: secondo classificazione A19.</w:t>
            </w:r>
          </w:p>
        </w:tc>
      </w:tr>
      <w:tr w:rsidR="00F81D60" w14:paraId="5F1A3542" w14:textId="77777777">
        <w:trPr>
          <w:cantSplit/>
          <w:jc w:val="center"/>
        </w:trPr>
        <w:tc>
          <w:tcPr>
            <w:tcW w:w="2948" w:type="dxa"/>
            <w:shd w:val="clear" w:color="auto" w:fill="F5F7F9"/>
            <w:vAlign w:val="center"/>
          </w:tcPr>
          <w:p w14:paraId="7161C37E" w14:textId="77777777" w:rsidR="00F81D60" w:rsidRDefault="00000000">
            <w:pPr>
              <w:pStyle w:val="TableText"/>
              <w:spacing w:before="40" w:after="40"/>
            </w:pPr>
            <w:r>
              <w:t>Prossimo riesame</w:t>
            </w:r>
          </w:p>
        </w:tc>
        <w:tc>
          <w:tcPr>
            <w:tcW w:w="7030" w:type="dxa"/>
            <w:shd w:val="clear" w:color="auto" w:fill="F5F7F9"/>
            <w:vAlign w:val="center"/>
          </w:tcPr>
          <w:p w14:paraId="4E95ACFD" w14:textId="77777777" w:rsidR="00F81D60" w:rsidRDefault="00000000">
            <w:pPr>
              <w:pStyle w:val="TableText"/>
              <w:spacing w:before="40" w:after="40"/>
            </w:pPr>
            <w:r>
              <w:t>[data] e comunque al verificarsi dei cambiamenti previsti dalla procedura.</w:t>
            </w:r>
          </w:p>
        </w:tc>
      </w:tr>
    </w:tbl>
    <w:p w14:paraId="0B7A0C8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1029DF6" w14:textId="77777777">
        <w:trPr>
          <w:tblHeader/>
          <w:jc w:val="center"/>
        </w:trPr>
        <w:tc>
          <w:tcPr>
            <w:tcW w:w="9978" w:type="dxa"/>
            <w:shd w:val="clear" w:color="auto" w:fill="17324D"/>
            <w:vAlign w:val="center"/>
          </w:tcPr>
          <w:p w14:paraId="643F71EE" w14:textId="77777777" w:rsidR="00F81D60" w:rsidRDefault="00000000">
            <w:pPr>
              <w:pStyle w:val="TableText"/>
              <w:spacing w:before="40" w:after="40"/>
            </w:pPr>
            <w:r>
              <w:rPr>
                <w:b/>
                <w:color w:val="FFFFFF"/>
                <w:sz w:val="19"/>
              </w:rPr>
              <w:t>PRIMA DI RACCOGLIERE DATI INDIVIDUALI</w:t>
            </w:r>
          </w:p>
        </w:tc>
      </w:tr>
      <w:tr w:rsidR="00F81D60" w14:paraId="2C0D62EE" w14:textId="77777777">
        <w:trPr>
          <w:cantSplit/>
          <w:jc w:val="center"/>
        </w:trPr>
        <w:tc>
          <w:tcPr>
            <w:tcW w:w="9978" w:type="dxa"/>
            <w:shd w:val="clear" w:color="auto" w:fill="EAF3F4"/>
            <w:vAlign w:val="center"/>
          </w:tcPr>
          <w:p w14:paraId="0C72D2CB" w14:textId="77777777" w:rsidR="00F81D60" w:rsidRDefault="00000000">
            <w:pPr>
              <w:pStyle w:val="TableText"/>
              <w:spacing w:before="40" w:after="40"/>
            </w:pPr>
            <w:r>
              <w:rPr>
                <w:sz w:val="19"/>
              </w:rPr>
              <w:t>Il percorso nominativo si attiva soltanto dopo aver definito informative, liceità, autorizzazioni, canali e conservazione. Restano attivabili le misure ambientali generali, la prevenzione e le procedure di emergenza già vigenti.</w:t>
            </w:r>
          </w:p>
        </w:tc>
      </w:tr>
    </w:tbl>
    <w:p w14:paraId="18990C3F" w14:textId="77777777" w:rsidR="00F81D60" w:rsidRDefault="00F81D60">
      <w:pPr>
        <w:spacing w:after="0"/>
      </w:pPr>
    </w:p>
    <w:p w14:paraId="427780D0" w14:textId="77777777" w:rsidR="00F81D60" w:rsidRDefault="00000000">
      <w:r>
        <w:br w:type="page"/>
      </w:r>
    </w:p>
    <w:p w14:paraId="7D9580AD" w14:textId="77777777" w:rsidR="00F81D60" w:rsidRDefault="00000000">
      <w:pPr>
        <w:pStyle w:val="Small"/>
      </w:pPr>
      <w:r>
        <w:rPr>
          <w:b/>
          <w:color w:val="006B70"/>
        </w:rPr>
        <w:t>PREFAZIONE</w:t>
      </w:r>
    </w:p>
    <w:p w14:paraId="6B767A3C" w14:textId="77777777" w:rsidR="00F81D60" w:rsidRDefault="00000000">
      <w:pPr>
        <w:pStyle w:val="Titolo1"/>
      </w:pPr>
      <w:bookmarkStart w:id="2" w:name="PREF1"/>
      <w:r>
        <w:t>Prefazione | Perché adottare questa procedura</w:t>
      </w:r>
      <w:bookmarkEnd w:id="2"/>
    </w:p>
    <w:p w14:paraId="3B3C46B5" w14:textId="77777777" w:rsidR="00F81D60" w:rsidRDefault="00000000">
      <w:pPr>
        <w:pStyle w:val="Reference"/>
      </w:pPr>
      <w:r>
        <w:t>Base documentale: [ISO] introduzione, § 4 e § 5.1. Le istruzioni operative e i moduli sono elaborazioni aziendali del modello [AZ].</w:t>
      </w:r>
    </w:p>
    <w:p w14:paraId="127171C9" w14:textId="77777777" w:rsidR="00F81D60" w:rsidRDefault="00000000">
      <w:r>
        <w:t>La salute e sicurezza sul lavoro richiede che mansioni, ambienti e modalità organizzative siano esaminati anche alla luce delle differenti esigenze delle persone. La ISO 45010:2026 affronta il rapporto tra lavoro, mestruazioni e menopausa con un’impostazione organizzativa: non propone un programma di diagnosi, non classifica automaticamente le persone come fragili e non presume una riduzione delle loro capacità professionali.</w:t>
      </w:r>
    </w:p>
    <w:p w14:paraId="2526F24E" w14:textId="77777777" w:rsidR="00F81D60" w:rsidRDefault="00000000">
      <w:r>
        <w:t>Mestruazioni e menopausa sono esperienze del corso della vita. Per molte persone la gestione è autonoma e privata e non richiede un sostegno ulteriore del datore di lavoro. In altre situazioni determinate manifestazioni o esigenze possono interagire con condizioni come la difficoltà di raggiungere i servizi, l’impossibilità di interrompere una sequenza lavorativa, la scarsa flessibilità dei turni, la vestibilità degli indumenti o un ambiente poco rispettoso. La procedura interviene su tali condizioni senza trasformare una normale esperienza fisiologica in una diagnosi aziendale.</w:t>
      </w:r>
    </w:p>
    <w:p w14:paraId="622A5C59" w14:textId="77777777" w:rsidR="00F81D60" w:rsidRDefault="00000000">
      <w:r>
        <w:t>L’interazione è reciproca. La persona può avere bisogno di gestire temporaneamente un diverso livello di comfort o un’esigenza di recupero; allo stesso tempo il lavoro può facilitare oppure ostacolare questa gestione. Un intervento efficace non si limita perciò a concedere un permesso o a mettere a disposizione un’informazione: verifica come è progettato il lavoro, quali margini di autonomia sono reali, se le misure sono accessibili in tutti i turni e se il sostegno è compatibile con le condizioni di sicurezza.</w:t>
      </w:r>
    </w:p>
    <w:p w14:paraId="0E259D26" w14:textId="77777777" w:rsidR="00F81D60" w:rsidRDefault="00000000">
      <w:pPr>
        <w:pStyle w:val="Titolo2"/>
      </w:pPr>
      <w:r>
        <w:t>Dalla disponibilità individuale a un processo affidabile</w:t>
      </w:r>
    </w:p>
    <w:p w14:paraId="540A73F9" w14:textId="77777777" w:rsidR="00F81D60" w:rsidRDefault="00000000">
      <w:r>
        <w:t>Affidare ogni decisione alla sensibilità del singolo responsabile può generare risposte disomogenee. Questa procedura stabilisce un percorso riconoscibile: ascolto, individuazione delle barriere, valutazione delle alternative, decisione motivata, attuazione, controllo e riesame. Indica chi agisce, quali informazioni sono necessarie e quali non devono essere raccolte, con quali registrazioni dimostrare l’attuazione e come affrontare una soluzione non efficace.</w:t>
      </w:r>
    </w:p>
    <w:p w14:paraId="30100800" w14:textId="77777777" w:rsidR="00F81D60" w:rsidRDefault="00000000">
      <w:r>
        <w:t>Un approccio strutturato non richiede che ogni persona presenti una domanda nominativa. Molte barriere si rimuovono con miglioramenti generali: servizi accessibili, prodotti disponibili in modo discreto, pause effettivamente gestibili, istruzioni chiare, spazi adeguati e responsabili preparati. Il canale individuale integra queste misure quando non sono sufficienti; non ne costituisce il presupposto.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6089726A" w14:textId="77777777">
        <w:trPr>
          <w:tblHeader/>
          <w:jc w:val="center"/>
        </w:trPr>
        <w:tc>
          <w:tcPr>
            <w:tcW w:w="9978" w:type="dxa"/>
            <w:shd w:val="clear" w:color="auto" w:fill="17324D"/>
            <w:vAlign w:val="center"/>
          </w:tcPr>
          <w:p w14:paraId="720FBB18" w14:textId="77777777" w:rsidR="00F81D60" w:rsidRDefault="00000000">
            <w:pPr>
              <w:pStyle w:val="TableText"/>
              <w:spacing w:before="40" w:after="40"/>
            </w:pPr>
            <w:r>
              <w:rPr>
                <w:b/>
                <w:color w:val="FFFFFF"/>
                <w:sz w:val="19"/>
              </w:rPr>
              <w:t>PRINCIPIO GUIDA</w:t>
            </w:r>
          </w:p>
        </w:tc>
      </w:tr>
      <w:tr w:rsidR="00F81D60" w14:paraId="0F4CCA8E" w14:textId="77777777">
        <w:trPr>
          <w:cantSplit/>
          <w:jc w:val="center"/>
        </w:trPr>
        <w:tc>
          <w:tcPr>
            <w:tcW w:w="9978" w:type="dxa"/>
            <w:shd w:val="clear" w:color="auto" w:fill="EAF3F4"/>
            <w:vAlign w:val="center"/>
          </w:tcPr>
          <w:p w14:paraId="13F73F87" w14:textId="77777777" w:rsidR="00F81D60" w:rsidRDefault="00000000">
            <w:pPr>
              <w:pStyle w:val="TableText"/>
              <w:spacing w:before="40" w:after="40"/>
            </w:pPr>
            <w:r>
              <w:rPr>
                <w:sz w:val="19"/>
              </w:rPr>
              <w:t>Valutare il lavoro e gli ostacoli concreti; non dedurre condizioni sanitarie dall’età, dal genere, dalle assenze o dall’aspetto della persona. Le misure sono proporzionate al bisogno e riesaminabili, senza stereotipi.</w:t>
            </w:r>
          </w:p>
        </w:tc>
      </w:tr>
    </w:tbl>
    <w:p w14:paraId="10035905" w14:textId="77777777" w:rsidR="00F81D60" w:rsidRDefault="00F81D60">
      <w:pPr>
        <w:spacing w:after="0"/>
      </w:pPr>
    </w:p>
    <w:p w14:paraId="6B7AC777" w14:textId="77777777" w:rsidR="00F81D60" w:rsidRDefault="00000000">
      <w:r>
        <w:br w:type="page"/>
      </w:r>
    </w:p>
    <w:p w14:paraId="60431857" w14:textId="77777777" w:rsidR="00F81D60" w:rsidRDefault="00000000">
      <w:pPr>
        <w:pStyle w:val="Small"/>
      </w:pPr>
      <w:r>
        <w:rPr>
          <w:b/>
          <w:color w:val="006B70"/>
        </w:rPr>
        <w:t>PREFAZIONE</w:t>
      </w:r>
    </w:p>
    <w:p w14:paraId="0909A20B" w14:textId="77777777" w:rsidR="00F81D60" w:rsidRDefault="00000000">
      <w:pPr>
        <w:pStyle w:val="Titolo1"/>
      </w:pPr>
      <w:bookmarkStart w:id="3" w:name="PREF2"/>
      <w:r>
        <w:t>Prefazione | Come usare il modello</w:t>
      </w:r>
      <w:bookmarkEnd w:id="3"/>
    </w:p>
    <w:p w14:paraId="519A2AB4" w14:textId="77777777" w:rsidR="00F81D60" w:rsidRDefault="00000000">
      <w:pPr>
        <w:pStyle w:val="Reference"/>
      </w:pPr>
      <w:r>
        <w:t>Base documentale: [ISO] §§ 5.3, 5.6, 5.9; allegati B, C e F; [XLS] GUIDA. Le istruzioni operative e i moduli sono elaborazioni aziendali del modello [AZ].</w:t>
      </w:r>
    </w:p>
    <w:p w14:paraId="226529C3" w14:textId="77777777" w:rsidR="00F81D60" w:rsidRDefault="00000000">
      <w:r>
        <w:t>Il documento è costruito per un uso congiunto da parte della direzione, della funzione risorse umane, del servizio di prevenzione e protezione, dei responsabili operativi, del medico competente ove coinvolto e delle rappresentanze dei lavoratori. Gli incarichi effettivi, le competenze e le modalità di collaborazione devono essere definiti dall’organizzazione: una PMI può accorpare più funzioni, ma non eliminare le garanzie di riservatezza, la verifica tecnica o un interlocutore alternativo in caso di conflitto.</w:t>
      </w:r>
    </w:p>
    <w:p w14:paraId="1DFFE6AC" w14:textId="77777777" w:rsidR="00F81D60" w:rsidRDefault="00000000">
      <w:r>
        <w:t>Il corpo della procedura descrive il processo; gli allegati forniscono gli strumenti per applicarlo. La numerazione A01–A30 identifica esclusivamente allegati aziendali di questo modello e non gli allegati A–G della ISO. I moduli sono editabili: si duplicano per il singolo sito, audit, intervento o periodo senza alterare il codice del modello. I campi tra parentesi quadre vanno completati o dichiarati non applicabili con motivazione; non devono restare in una copia dichiarata operativa.</w:t>
      </w:r>
    </w:p>
    <w:p w14:paraId="7D411D3D" w14:textId="77777777" w:rsidR="00F81D60" w:rsidRDefault="00000000">
      <w:pPr>
        <w:pStyle w:val="Titolo2"/>
      </w:pPr>
      <w:r>
        <w:t>Tre archivi distinti</w:t>
      </w:r>
    </w:p>
    <w:p w14:paraId="460B954F" w14:textId="77777777" w:rsidR="00F81D60" w:rsidRDefault="00000000">
      <w:r>
        <w:t>L’archivio del sistema contiene politiche, audit, interventi ambientali e dati aggregati. L’archivio degli adattamenti contiene soltanto i dati individuali minimi necessari, con accesso separato e controllato. La documentazione clinica segue il percorso sanitario competente e non viene allegata ai moduli gestionali. Anche un codice pratica è un dato personale quando è riconducibile a qualcuno: la pseudonimizzazione non equivale all’anonimato.</w:t>
      </w:r>
    </w:p>
    <w:p w14:paraId="456BE41F" w14:textId="77777777" w:rsidR="00F81D60" w:rsidRDefault="00000000">
      <w:r>
        <w:t>La checklist Excel e l’allegato A06 riguardano pratiche organizzative, non persone. Gli ID MM-001–MM-160 permettono di collegare riscontri e azioni senza trasferire nei registri di audit identità, diagnosi, racconti individuali o passaporti degli adattamenti. La versione Word consente l’uso su carta o in un sistema documentale; il file Excel agevola il monitoraggio con formule e indicatori. I due strumenti devono riferirsi allo stesso perimetro e alla stessa campagna di audit.</w:t>
      </w:r>
    </w:p>
    <w:p w14:paraId="571B4CBB" w14:textId="77777777" w:rsidR="00F81D60" w:rsidRDefault="00000000">
      <w:pPr>
        <w:pStyle w:val="Titolo2"/>
      </w:pPr>
      <w:r>
        <w:t>Misure proporzionate e verificabili</w:t>
      </w:r>
    </w:p>
    <w:p w14:paraId="4D5B891C" w14:textId="77777777" w:rsidR="00F81D60" w:rsidRDefault="00000000">
      <w:r>
        <w:t>Tempi di risposta, priorità, frequenze, punteggi e modelli di registrazione sono scelte gestionali proposte [AZ], non termini imposti dalla ISO. L’organizzazione li approva o li sostituisce con criteri coerenti con il proprio contesto. Nessun punteggio elevato compensa un rischio grave, una misura di protezione inefficace o un trattamento di dati non lecito.</w:t>
      </w:r>
    </w:p>
    <w:p w14:paraId="4BA7D595" w14:textId="77777777" w:rsidR="00F81D60" w:rsidRDefault="00000000">
      <w:r>
        <w:t>L’adozione non si esaurisce nella firma della procedura. Richiede una verifica iniziale delle condizioni, la disponibilità dei canali annunciati, la preparazione dei responsabili e la prova che una richiesta possa essere gestita senza indebite divulgazioni. Il riesame considera sia ciò che è stato realizzato sia ciò che, nella pratica, non funziona o non è raggiungibile dalle persone.</w:t>
      </w:r>
    </w:p>
    <w:p w14:paraId="00B989E1" w14:textId="77777777" w:rsidR="00F81D60" w:rsidRDefault="00000000">
      <w:pPr>
        <w:pStyle w:val="Reference"/>
      </w:pPr>
      <w:r>
        <w:t>I richiami giuridici esterni [IT] e [UE] sono un raccordo applicativo separato dalla fonte ISO. Non costituiscono un parere legale completo né una verifica di tutti gli obblighi del singolo settore o contratto.</w:t>
      </w:r>
    </w:p>
    <w:p w14:paraId="68EB1A8F" w14:textId="77777777" w:rsidR="00F81D60" w:rsidRDefault="00000000">
      <w:r>
        <w:br w:type="page"/>
      </w:r>
    </w:p>
    <w:p w14:paraId="1E66C508" w14:textId="77777777" w:rsidR="00F81D60" w:rsidRDefault="00000000">
      <w:pPr>
        <w:pStyle w:val="Small"/>
      </w:pPr>
      <w:r>
        <w:rPr>
          <w:b/>
          <w:color w:val="006B70"/>
        </w:rPr>
        <w:t>SCOPO DELLA PROCEDURA</w:t>
      </w:r>
    </w:p>
    <w:p w14:paraId="67A1841E" w14:textId="77777777" w:rsidR="00F81D60" w:rsidRDefault="00000000">
      <w:pPr>
        <w:pStyle w:val="Titolo1"/>
      </w:pPr>
      <w:bookmarkStart w:id="4" w:name="SCOPE"/>
      <w:r>
        <w:t>Scopo e risultati attesi</w:t>
      </w:r>
      <w:bookmarkEnd w:id="4"/>
    </w:p>
    <w:p w14:paraId="3A56664A" w14:textId="77777777" w:rsidR="00F81D60" w:rsidRDefault="00000000">
      <w:pPr>
        <w:pStyle w:val="Reference"/>
      </w:pPr>
      <w:r>
        <w:t>Base documentale: [ISO] § 1, § 4, §§ 5.1–5.9. Le istruzioni operative e i moduli sono elaborazioni aziendali del modello [AZ].</w:t>
      </w:r>
    </w:p>
    <w:p w14:paraId="1F9EF43C" w14:textId="77777777" w:rsidR="00F81D60" w:rsidRDefault="00000000">
      <w:r>
        <w:rPr>
          <w:b/>
        </w:rPr>
        <w:t>Scopo primario.</w:t>
      </w:r>
      <w:r>
        <w:t xml:space="preserve"> Definire un processo aziendale per prevenire e rimuovere barriere lavorative che possono ostacolare la gestione della salute mestruale e menopausale, consentendo alle persone di svolgere la propria attività in condizioni di sicurezza, dignità, riservatezza e pari opportunità.</w:t>
      </w:r>
    </w:p>
    <w:p w14:paraId="300C62FC" w14:textId="77777777" w:rsidR="00F81D60" w:rsidRDefault="00000000">
      <w:pPr>
        <w:pStyle w:val="Titolo2"/>
      </w:pPr>
      <w:r>
        <w:t>Obiettivi operativi</w:t>
      </w:r>
    </w:p>
    <w:p w14:paraId="663E386F" w14:textId="77777777" w:rsidR="00F81D60" w:rsidRDefault="00000000">
      <w:r>
        <w:t>La procedura permette di individuare condizioni ambientali e organizzative migliorabili; rendere chiari i punti di contatto; valutare richieste senza effettuare indagini cliniche; concordare adattamenti compatibili con mansione, rischi e assetto contrattuale; documentare decisioni e tempi; verificare l’effettivo beneficio; prevenire stigma, ritorsioni ed esclusioni dalla formazione o dalla progressione professionale.</w:t>
      </w:r>
    </w:p>
    <w:p w14:paraId="7C07E0D3" w14:textId="77777777" w:rsidR="00F81D60" w:rsidRDefault="00000000">
      <w:r>
        <w:t>Un ulteriore obiettivo è assicurare continuità: una misura utile non deve perdersi al cambio di responsabile, sede o turno. Il passaporto degli adattamenti e il riesame del cambiamento rendono tracciabile ciò che è concordato, limitando la ripetizione di informazioni private e verificando che l’adattamento resti appropriato nella nuova situazione.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6417028F" w14:textId="77777777">
        <w:trPr>
          <w:tblHeader/>
          <w:jc w:val="center"/>
        </w:trPr>
        <w:tc>
          <w:tcPr>
            <w:tcW w:w="2948" w:type="dxa"/>
            <w:shd w:val="clear" w:color="auto" w:fill="17324D"/>
            <w:vAlign w:val="center"/>
          </w:tcPr>
          <w:p w14:paraId="5548EB13" w14:textId="77777777" w:rsidR="00F81D60" w:rsidRDefault="00000000">
            <w:pPr>
              <w:pStyle w:val="TableText"/>
              <w:spacing w:before="40" w:after="40"/>
            </w:pPr>
            <w:r>
              <w:rPr>
                <w:b/>
                <w:color w:val="FFFFFF"/>
              </w:rPr>
              <w:t>Risultato atteso</w:t>
            </w:r>
          </w:p>
        </w:tc>
        <w:tc>
          <w:tcPr>
            <w:tcW w:w="7030" w:type="dxa"/>
            <w:shd w:val="clear" w:color="auto" w:fill="17324D"/>
            <w:vAlign w:val="center"/>
          </w:tcPr>
          <w:p w14:paraId="696F0B72" w14:textId="77777777" w:rsidR="00F81D60" w:rsidRDefault="00000000">
            <w:pPr>
              <w:pStyle w:val="TableText"/>
              <w:spacing w:before="40" w:after="40"/>
            </w:pPr>
            <w:r>
              <w:rPr>
                <w:b/>
                <w:color w:val="FFFFFF"/>
              </w:rPr>
              <w:t>Evidenza organizzativa</w:t>
            </w:r>
          </w:p>
        </w:tc>
      </w:tr>
      <w:tr w:rsidR="00F81D60" w14:paraId="1E1E91D2" w14:textId="77777777">
        <w:trPr>
          <w:cantSplit/>
          <w:jc w:val="center"/>
        </w:trPr>
        <w:tc>
          <w:tcPr>
            <w:tcW w:w="2948" w:type="dxa"/>
            <w:vAlign w:val="center"/>
          </w:tcPr>
          <w:p w14:paraId="61CA023C" w14:textId="77777777" w:rsidR="00F81D60" w:rsidRDefault="00000000">
            <w:pPr>
              <w:pStyle w:val="TableText"/>
              <w:spacing w:before="40" w:after="40"/>
            </w:pPr>
            <w:r>
              <w:t>Accesso praticabile al supporto</w:t>
            </w:r>
          </w:p>
        </w:tc>
        <w:tc>
          <w:tcPr>
            <w:tcW w:w="7030" w:type="dxa"/>
            <w:vAlign w:val="center"/>
          </w:tcPr>
          <w:p w14:paraId="1DC4B348" w14:textId="77777777" w:rsidR="00F81D60" w:rsidRDefault="00000000">
            <w:pPr>
              <w:pStyle w:val="TableText"/>
              <w:spacing w:before="40" w:after="40"/>
            </w:pPr>
            <w:r>
              <w:t>Canale principale e alternativo, comunicati e presidiati anche per chi non usa l’intranet.</w:t>
            </w:r>
          </w:p>
        </w:tc>
      </w:tr>
      <w:tr w:rsidR="00F81D60" w14:paraId="72618673" w14:textId="77777777">
        <w:trPr>
          <w:cantSplit/>
          <w:jc w:val="center"/>
        </w:trPr>
        <w:tc>
          <w:tcPr>
            <w:tcW w:w="2948" w:type="dxa"/>
            <w:shd w:val="clear" w:color="auto" w:fill="F5F7F9"/>
            <w:vAlign w:val="center"/>
          </w:tcPr>
          <w:p w14:paraId="15CCF5C4" w14:textId="77777777" w:rsidR="00F81D60" w:rsidRDefault="00000000">
            <w:pPr>
              <w:pStyle w:val="TableText"/>
              <w:spacing w:before="40" w:after="40"/>
            </w:pPr>
            <w:r>
              <w:t>Misure sicure e individualizzate</w:t>
            </w:r>
          </w:p>
        </w:tc>
        <w:tc>
          <w:tcPr>
            <w:tcW w:w="7030" w:type="dxa"/>
            <w:shd w:val="clear" w:color="auto" w:fill="F5F7F9"/>
            <w:vAlign w:val="center"/>
          </w:tcPr>
          <w:p w14:paraId="72FD16D3" w14:textId="77777777" w:rsidR="00F81D60" w:rsidRDefault="00000000">
            <w:pPr>
              <w:pStyle w:val="TableText"/>
              <w:spacing w:before="40" w:after="40"/>
            </w:pPr>
            <w:r>
              <w:t>Valutazione delle barriere e delle alternative; compatibilità tecnica; piano con responsabili e riesame.</w:t>
            </w:r>
          </w:p>
        </w:tc>
      </w:tr>
      <w:tr w:rsidR="00F81D60" w14:paraId="07029720" w14:textId="77777777">
        <w:trPr>
          <w:cantSplit/>
          <w:jc w:val="center"/>
        </w:trPr>
        <w:tc>
          <w:tcPr>
            <w:tcW w:w="2948" w:type="dxa"/>
            <w:vAlign w:val="center"/>
          </w:tcPr>
          <w:p w14:paraId="226FD5E7" w14:textId="77777777" w:rsidR="00F81D60" w:rsidRDefault="00000000">
            <w:pPr>
              <w:pStyle w:val="TableText"/>
              <w:spacing w:before="40" w:after="40"/>
            </w:pPr>
            <w:r>
              <w:t>Trattamento coerente delle richieste</w:t>
            </w:r>
          </w:p>
        </w:tc>
        <w:tc>
          <w:tcPr>
            <w:tcW w:w="7030" w:type="dxa"/>
            <w:vAlign w:val="center"/>
          </w:tcPr>
          <w:p w14:paraId="376DB697" w14:textId="77777777" w:rsidR="00F81D60" w:rsidRDefault="00000000">
            <w:pPr>
              <w:pStyle w:val="TableText"/>
              <w:spacing w:before="40" w:after="40"/>
            </w:pPr>
            <w:r>
              <w:t>Decisioni motivate e percorso di rivalutazione; nessun automatismo basato su età o genere.</w:t>
            </w:r>
          </w:p>
        </w:tc>
      </w:tr>
      <w:tr w:rsidR="00F81D60" w14:paraId="6DF8B2D1" w14:textId="77777777">
        <w:trPr>
          <w:cantSplit/>
          <w:jc w:val="center"/>
        </w:trPr>
        <w:tc>
          <w:tcPr>
            <w:tcW w:w="2948" w:type="dxa"/>
            <w:shd w:val="clear" w:color="auto" w:fill="F5F7F9"/>
            <w:vAlign w:val="center"/>
          </w:tcPr>
          <w:p w14:paraId="096C590E" w14:textId="77777777" w:rsidR="00F81D60" w:rsidRDefault="00000000">
            <w:pPr>
              <w:pStyle w:val="TableText"/>
              <w:spacing w:before="40" w:after="40"/>
            </w:pPr>
            <w:r>
              <w:t>Tutela delle informazioni</w:t>
            </w:r>
          </w:p>
        </w:tc>
        <w:tc>
          <w:tcPr>
            <w:tcW w:w="7030" w:type="dxa"/>
            <w:shd w:val="clear" w:color="auto" w:fill="F5F7F9"/>
            <w:vAlign w:val="center"/>
          </w:tcPr>
          <w:p w14:paraId="1CA12AEE" w14:textId="77777777" w:rsidR="00F81D60" w:rsidRDefault="00000000">
            <w:pPr>
              <w:pStyle w:val="TableText"/>
              <w:spacing w:before="40" w:after="40"/>
            </w:pPr>
            <w:r>
              <w:t>Flussi minimi autorizzati, informative completate, archivi separati e conservazione definita.</w:t>
            </w:r>
          </w:p>
        </w:tc>
      </w:tr>
      <w:tr w:rsidR="00F81D60" w14:paraId="0AF08E34" w14:textId="77777777">
        <w:trPr>
          <w:cantSplit/>
          <w:jc w:val="center"/>
        </w:trPr>
        <w:tc>
          <w:tcPr>
            <w:tcW w:w="2948" w:type="dxa"/>
            <w:vAlign w:val="center"/>
          </w:tcPr>
          <w:p w14:paraId="78F0EB44" w14:textId="77777777" w:rsidR="00F81D60" w:rsidRDefault="00000000">
            <w:pPr>
              <w:pStyle w:val="TableText"/>
              <w:spacing w:before="40" w:after="40"/>
            </w:pPr>
            <w:r>
              <w:t>Miglioramento dimostrabile</w:t>
            </w:r>
          </w:p>
        </w:tc>
        <w:tc>
          <w:tcPr>
            <w:tcW w:w="7030" w:type="dxa"/>
            <w:vAlign w:val="center"/>
          </w:tcPr>
          <w:p w14:paraId="4D7E8CE8" w14:textId="77777777" w:rsidR="00F81D60" w:rsidRDefault="00000000">
            <w:pPr>
              <w:pStyle w:val="TableText"/>
              <w:spacing w:before="40" w:after="40"/>
            </w:pPr>
            <w:r>
              <w:t>Baseline, azioni con prove, verifica dell’efficacia e riesame della direzione.</w:t>
            </w:r>
          </w:p>
        </w:tc>
      </w:tr>
    </w:tbl>
    <w:p w14:paraId="498C2646" w14:textId="77777777" w:rsidR="00F81D60" w:rsidRDefault="00F81D60">
      <w:pPr>
        <w:spacing w:after="0"/>
      </w:pPr>
    </w:p>
    <w:p w14:paraId="20A52CEA" w14:textId="77777777" w:rsidR="00F81D60" w:rsidRDefault="00000000">
      <w:pPr>
        <w:pStyle w:val="Titolo2"/>
      </w:pPr>
      <w:r>
        <w:t>Cosa la procedura non fa</w:t>
      </w:r>
    </w:p>
    <w:p w14:paraId="7BB8CC8B" w14:textId="77777777" w:rsidR="00F81D60" w:rsidRDefault="00000000">
      <w:r>
        <w:t>Non diagnostica né tratta sintomi; non stabilisce idoneità alla mansione; non introduce automaticamente sorveglianza sanitaria, congedi retribuiti, esenzioni dal lavoro notturno o diritti contrattuali ulteriori. Non sostituisce il DVR, la valutazione specialistica dei rischi, le procedure di emergenza, la disciplina sulla protezione dei dati o i percorsi di tutela previsti dall’ordinamento. L’andropausa è fuori dal campo della ISO 45010, pur potendo alcune misure generali essere utili anche ad altre esigenze.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2CBD2B4" w14:textId="77777777">
        <w:trPr>
          <w:tblHeader/>
          <w:jc w:val="center"/>
        </w:trPr>
        <w:tc>
          <w:tcPr>
            <w:tcW w:w="9978" w:type="dxa"/>
            <w:shd w:val="clear" w:color="auto" w:fill="17324D"/>
            <w:vAlign w:val="center"/>
          </w:tcPr>
          <w:p w14:paraId="7B8BF1E5" w14:textId="77777777" w:rsidR="00F81D60" w:rsidRDefault="00000000">
            <w:pPr>
              <w:pStyle w:val="TableText"/>
              <w:spacing w:before="40" w:after="40"/>
            </w:pPr>
            <w:r>
              <w:rPr>
                <w:b/>
                <w:color w:val="FFFFFF"/>
                <w:sz w:val="19"/>
              </w:rPr>
              <w:t>CRITERIO DI SUCCESSO</w:t>
            </w:r>
          </w:p>
        </w:tc>
      </w:tr>
      <w:tr w:rsidR="00F81D60" w14:paraId="7E8C1419" w14:textId="77777777">
        <w:trPr>
          <w:cantSplit/>
          <w:jc w:val="center"/>
        </w:trPr>
        <w:tc>
          <w:tcPr>
            <w:tcW w:w="9978" w:type="dxa"/>
            <w:shd w:val="clear" w:color="auto" w:fill="EAF3F4"/>
            <w:vAlign w:val="center"/>
          </w:tcPr>
          <w:p w14:paraId="205F2E9E" w14:textId="77777777" w:rsidR="00F81D60" w:rsidRDefault="00000000">
            <w:pPr>
              <w:pStyle w:val="TableText"/>
              <w:spacing w:before="40" w:after="40"/>
            </w:pPr>
            <w:r>
              <w:rPr>
                <w:sz w:val="19"/>
              </w:rPr>
              <w:t>Il successo non consiste nel numero di persone che dichiarano una condizione, ma nell’accessibilità e nell’efficacia dei supporti e nella rimozione delle barriere, senza effetti negativi sulla sicurezza o sui diritti.</w:t>
            </w:r>
          </w:p>
        </w:tc>
      </w:tr>
    </w:tbl>
    <w:p w14:paraId="5EEC05D5" w14:textId="77777777" w:rsidR="00F81D60" w:rsidRDefault="00F81D60">
      <w:pPr>
        <w:spacing w:after="0"/>
      </w:pPr>
    </w:p>
    <w:p w14:paraId="1FA894DF" w14:textId="77777777" w:rsidR="00F81D60" w:rsidRDefault="00000000">
      <w:r>
        <w:br w:type="page"/>
      </w:r>
    </w:p>
    <w:p w14:paraId="2163F658" w14:textId="77777777" w:rsidR="00F81D60" w:rsidRDefault="00000000">
      <w:pPr>
        <w:pStyle w:val="Small"/>
      </w:pPr>
      <w:r>
        <w:rPr>
          <w:b/>
          <w:color w:val="006B70"/>
        </w:rPr>
        <w:t>REGOLE DI APPLICAZIONE</w:t>
      </w:r>
    </w:p>
    <w:p w14:paraId="12EE64D0" w14:textId="77777777" w:rsidR="00F81D60" w:rsidRDefault="00000000">
      <w:pPr>
        <w:pStyle w:val="Titolo1"/>
      </w:pPr>
      <w:bookmarkStart w:id="5" w:name="TERMS"/>
      <w:r>
        <w:t>Campo di applicazione e termini</w:t>
      </w:r>
      <w:bookmarkEnd w:id="5"/>
    </w:p>
    <w:p w14:paraId="5E9E470B" w14:textId="77777777" w:rsidR="00F81D60" w:rsidRDefault="00000000">
      <w:pPr>
        <w:pStyle w:val="Reference"/>
      </w:pPr>
      <w:r>
        <w:t>Base documentale: [ISO] §§ 1, 3 e 5.7; allegato A. Le istruzioni operative e i moduli sono elaborazioni aziendali del modello [AZ].</w:t>
      </w:r>
    </w:p>
    <w:p w14:paraId="791855C6" w14:textId="77777777" w:rsidR="00F81D60" w:rsidRDefault="00000000">
      <w:r>
        <w:t>Il perimetro aziendale include le sedi e le attività definite in A02: lavoro in presenza e da remoto, siti variabili, lavoro mobile, turni, attività temporanee, part-time e contesti esterni. Per somministrati, appaltatori, tirocinanti e visitatori si precisano poteri, responsabilità e accordi applicabili, senza attribuire all’organizzazione poteri sanitari o contrattuali che non possiede. I candidati sono considerati nelle fasi di selezione e inserimento.</w:t>
      </w:r>
    </w:p>
    <w:p w14:paraId="359F7289" w14:textId="77777777" w:rsidR="00F81D60" w:rsidRDefault="00000000">
      <w:r>
        <w:t>L’accesso non dipende dal genere anagrafico, dall’età presunta o da una dichiarazione obbligatoria di menopausa. La procedura riconosce la diversità delle esperienze, incluse quelle di uomini transgender e persone non binarie, e le possibili interazioni con disabilità, neurodivergenze, cultura e precedenti adattamenti. Non è richiesto un censimento di tali caratteristiche.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381"/>
        <w:gridCol w:w="7596"/>
      </w:tblGrid>
      <w:tr w:rsidR="00F81D60" w14:paraId="60C05548" w14:textId="77777777">
        <w:trPr>
          <w:tblHeader/>
          <w:jc w:val="center"/>
        </w:trPr>
        <w:tc>
          <w:tcPr>
            <w:tcW w:w="2381" w:type="dxa"/>
            <w:shd w:val="clear" w:color="auto" w:fill="17324D"/>
            <w:vAlign w:val="center"/>
          </w:tcPr>
          <w:p w14:paraId="40F9B0EF" w14:textId="77777777" w:rsidR="00F81D60" w:rsidRDefault="00000000">
            <w:pPr>
              <w:pStyle w:val="TableText"/>
              <w:spacing w:before="40" w:after="40"/>
            </w:pPr>
            <w:r>
              <w:rPr>
                <w:b/>
                <w:color w:val="FFFFFF"/>
              </w:rPr>
              <w:t>Termine</w:t>
            </w:r>
          </w:p>
        </w:tc>
        <w:tc>
          <w:tcPr>
            <w:tcW w:w="7597" w:type="dxa"/>
            <w:shd w:val="clear" w:color="auto" w:fill="17324D"/>
            <w:vAlign w:val="center"/>
          </w:tcPr>
          <w:p w14:paraId="46059F62" w14:textId="77777777" w:rsidR="00F81D60" w:rsidRDefault="00000000">
            <w:pPr>
              <w:pStyle w:val="TableText"/>
              <w:spacing w:before="40" w:after="40"/>
            </w:pPr>
            <w:r>
              <w:rPr>
                <w:b/>
                <w:color w:val="FFFFFF"/>
              </w:rPr>
              <w:t>Significato operativo nel documento</w:t>
            </w:r>
          </w:p>
        </w:tc>
      </w:tr>
      <w:tr w:rsidR="00F81D60" w14:paraId="47F6F9BC" w14:textId="77777777">
        <w:trPr>
          <w:cantSplit/>
          <w:jc w:val="center"/>
        </w:trPr>
        <w:tc>
          <w:tcPr>
            <w:tcW w:w="2381" w:type="dxa"/>
            <w:vAlign w:val="center"/>
          </w:tcPr>
          <w:p w14:paraId="4D948D76" w14:textId="77777777" w:rsidR="00F81D60" w:rsidRDefault="00000000">
            <w:pPr>
              <w:pStyle w:val="TableText"/>
              <w:spacing w:before="40" w:after="40"/>
            </w:pPr>
            <w:r>
              <w:t>Salute mestruale e menopausale</w:t>
            </w:r>
          </w:p>
        </w:tc>
        <w:tc>
          <w:tcPr>
            <w:tcW w:w="7597" w:type="dxa"/>
            <w:vAlign w:val="center"/>
          </w:tcPr>
          <w:p w14:paraId="5703CDB2" w14:textId="77777777" w:rsidR="00F81D60" w:rsidRDefault="00000000">
            <w:pPr>
              <w:pStyle w:val="TableText"/>
              <w:spacing w:before="40" w:after="40"/>
            </w:pPr>
            <w:r>
              <w:t>Tema organizzativo relativo a esperienze, esigenze e condizioni di lavoro; non un’etichetta diagnostica.</w:t>
            </w:r>
          </w:p>
        </w:tc>
      </w:tr>
      <w:tr w:rsidR="00F81D60" w14:paraId="5AFBE181" w14:textId="77777777">
        <w:trPr>
          <w:cantSplit/>
          <w:jc w:val="center"/>
        </w:trPr>
        <w:tc>
          <w:tcPr>
            <w:tcW w:w="2381" w:type="dxa"/>
            <w:shd w:val="clear" w:color="auto" w:fill="F5F7F9"/>
            <w:vAlign w:val="center"/>
          </w:tcPr>
          <w:p w14:paraId="68D7737E" w14:textId="77777777" w:rsidR="00F81D60" w:rsidRDefault="00000000">
            <w:pPr>
              <w:pStyle w:val="TableText"/>
              <w:spacing w:before="40" w:after="40"/>
            </w:pPr>
            <w:r>
              <w:t>Menopausa</w:t>
            </w:r>
          </w:p>
        </w:tc>
        <w:tc>
          <w:tcPr>
            <w:tcW w:w="7597" w:type="dxa"/>
            <w:shd w:val="clear" w:color="auto" w:fill="F5F7F9"/>
            <w:vAlign w:val="center"/>
          </w:tcPr>
          <w:p w14:paraId="2C768C94" w14:textId="77777777" w:rsidR="00F81D60" w:rsidRDefault="00000000">
            <w:pPr>
              <w:pStyle w:val="TableText"/>
              <w:spacing w:before="40" w:after="40"/>
            </w:pPr>
            <w:r>
              <w:t>Nel significato esteso usato dalla fonte ISO, comprende l’esperienza della transizione; non è una classificazione clinica da affidare al manager.</w:t>
            </w:r>
          </w:p>
        </w:tc>
      </w:tr>
      <w:tr w:rsidR="00F81D60" w14:paraId="6751FFF3" w14:textId="77777777">
        <w:trPr>
          <w:cantSplit/>
          <w:jc w:val="center"/>
        </w:trPr>
        <w:tc>
          <w:tcPr>
            <w:tcW w:w="2381" w:type="dxa"/>
            <w:vAlign w:val="center"/>
          </w:tcPr>
          <w:p w14:paraId="0C07069B" w14:textId="77777777" w:rsidR="00F81D60" w:rsidRDefault="00000000">
            <w:pPr>
              <w:pStyle w:val="TableText"/>
              <w:spacing w:before="40" w:after="40"/>
            </w:pPr>
            <w:r>
              <w:t>Adattamento del lavoro</w:t>
            </w:r>
          </w:p>
        </w:tc>
        <w:tc>
          <w:tcPr>
            <w:tcW w:w="7597" w:type="dxa"/>
            <w:vAlign w:val="center"/>
          </w:tcPr>
          <w:p w14:paraId="04951BA3" w14:textId="77777777" w:rsidR="00F81D60" w:rsidRDefault="00000000">
            <w:pPr>
              <w:pStyle w:val="TableText"/>
              <w:spacing w:before="40" w:after="40"/>
            </w:pPr>
            <w:r>
              <w:t>Modifica proporzionata di ambiente, organizzazione, attrezzature o modalità operative. Il termine non presuppone automaticamente una specifica qualificazione giuridica.</w:t>
            </w:r>
          </w:p>
        </w:tc>
      </w:tr>
      <w:tr w:rsidR="00F81D60" w14:paraId="049C2E10" w14:textId="77777777">
        <w:trPr>
          <w:cantSplit/>
          <w:jc w:val="center"/>
        </w:trPr>
        <w:tc>
          <w:tcPr>
            <w:tcW w:w="2381" w:type="dxa"/>
            <w:shd w:val="clear" w:color="auto" w:fill="F5F7F9"/>
            <w:vAlign w:val="center"/>
          </w:tcPr>
          <w:p w14:paraId="4FD4EEE9" w14:textId="77777777" w:rsidR="00F81D60" w:rsidRDefault="00000000">
            <w:pPr>
              <w:pStyle w:val="TableText"/>
              <w:spacing w:before="40" w:after="40"/>
            </w:pPr>
            <w:r>
              <w:t>Referente del processo</w:t>
            </w:r>
          </w:p>
        </w:tc>
        <w:tc>
          <w:tcPr>
            <w:tcW w:w="7597" w:type="dxa"/>
            <w:shd w:val="clear" w:color="auto" w:fill="F5F7F9"/>
            <w:vAlign w:val="center"/>
          </w:tcPr>
          <w:p w14:paraId="36DE2E1F" w14:textId="77777777" w:rsidR="00F81D60" w:rsidRDefault="00000000">
            <w:pPr>
              <w:pStyle w:val="TableText"/>
              <w:spacing w:before="40" w:after="40"/>
            </w:pPr>
            <w:r>
              <w:t>Persona che coordina il programma e le richieste. Non sostituisce datore di lavoro, RSPP, RLS o medico competente.</w:t>
            </w:r>
          </w:p>
        </w:tc>
      </w:tr>
      <w:tr w:rsidR="00F81D60" w14:paraId="3D1F2220" w14:textId="77777777">
        <w:trPr>
          <w:cantSplit/>
          <w:jc w:val="center"/>
        </w:trPr>
        <w:tc>
          <w:tcPr>
            <w:tcW w:w="2381" w:type="dxa"/>
            <w:vAlign w:val="center"/>
          </w:tcPr>
          <w:p w14:paraId="769FC445" w14:textId="77777777" w:rsidR="00F81D60" w:rsidRDefault="00000000">
            <w:pPr>
              <w:pStyle w:val="TableText"/>
              <w:spacing w:before="40" w:after="40"/>
            </w:pPr>
            <w:r>
              <w:t>Passaporto degli adattamenti</w:t>
            </w:r>
          </w:p>
        </w:tc>
        <w:tc>
          <w:tcPr>
            <w:tcW w:w="7597" w:type="dxa"/>
            <w:vAlign w:val="center"/>
          </w:tcPr>
          <w:p w14:paraId="6A398E90" w14:textId="77777777" w:rsidR="00F81D60" w:rsidRDefault="00000000">
            <w:pPr>
              <w:pStyle w:val="TableText"/>
              <w:spacing w:before="40" w:after="40"/>
            </w:pPr>
            <w:r>
              <w:t>Documento concordato che descrive le misure operative e il loro riesame, mantenendone la continuità nei cambi di ruolo o responsabile.</w:t>
            </w:r>
          </w:p>
        </w:tc>
      </w:tr>
      <w:tr w:rsidR="00F81D60" w14:paraId="2A69198C" w14:textId="77777777">
        <w:trPr>
          <w:cantSplit/>
          <w:jc w:val="center"/>
        </w:trPr>
        <w:tc>
          <w:tcPr>
            <w:tcW w:w="2381" w:type="dxa"/>
            <w:shd w:val="clear" w:color="auto" w:fill="F5F7F9"/>
            <w:vAlign w:val="center"/>
          </w:tcPr>
          <w:p w14:paraId="6E6CEA1B" w14:textId="77777777" w:rsidR="00F81D60" w:rsidRDefault="00000000">
            <w:pPr>
              <w:pStyle w:val="TableText"/>
              <w:spacing w:before="40" w:after="40"/>
            </w:pPr>
            <w:r>
              <w:t>Informazione funzionale</w:t>
            </w:r>
          </w:p>
        </w:tc>
        <w:tc>
          <w:tcPr>
            <w:tcW w:w="7597" w:type="dxa"/>
            <w:shd w:val="clear" w:color="auto" w:fill="F5F7F9"/>
            <w:vAlign w:val="center"/>
          </w:tcPr>
          <w:p w14:paraId="635E0EC2" w14:textId="77777777" w:rsidR="00F81D60" w:rsidRDefault="00000000">
            <w:pPr>
              <w:pStyle w:val="TableText"/>
              <w:spacing w:before="40" w:after="40"/>
            </w:pPr>
            <w:r>
              <w:t>Descrizione dell’esigenza lavorativa o della misura: per esempio necessità di accesso tempestivo ai servizi. Può comunque rendere inferibile un dato sanitario.</w:t>
            </w:r>
          </w:p>
        </w:tc>
      </w:tr>
      <w:tr w:rsidR="00F81D60" w14:paraId="6735AE0A" w14:textId="77777777">
        <w:trPr>
          <w:cantSplit/>
          <w:jc w:val="center"/>
        </w:trPr>
        <w:tc>
          <w:tcPr>
            <w:tcW w:w="2381" w:type="dxa"/>
            <w:vAlign w:val="center"/>
          </w:tcPr>
          <w:p w14:paraId="1D05C702" w14:textId="77777777" w:rsidR="00F81D60" w:rsidRDefault="00000000">
            <w:pPr>
              <w:pStyle w:val="TableText"/>
              <w:spacing w:before="40" w:after="40"/>
            </w:pPr>
            <w:r>
              <w:t>Baseline / efficacia</w:t>
            </w:r>
          </w:p>
        </w:tc>
        <w:tc>
          <w:tcPr>
            <w:tcW w:w="7597" w:type="dxa"/>
            <w:vAlign w:val="center"/>
          </w:tcPr>
          <w:p w14:paraId="01B06595" w14:textId="77777777" w:rsidR="00F81D60" w:rsidRDefault="00000000">
            <w:pPr>
              <w:pStyle w:val="TableText"/>
              <w:spacing w:before="40" w:after="40"/>
            </w:pPr>
            <w:r>
              <w:t>Baseline: situazione iniziale documentata. Efficacia: esito della verifica rispetto al risultato atteso, distinto dall’esecuzione materiale.</w:t>
            </w:r>
          </w:p>
        </w:tc>
      </w:tr>
      <w:tr w:rsidR="00F81D60" w14:paraId="709E3A55" w14:textId="77777777">
        <w:trPr>
          <w:cantSplit/>
          <w:jc w:val="center"/>
        </w:trPr>
        <w:tc>
          <w:tcPr>
            <w:tcW w:w="2381" w:type="dxa"/>
            <w:shd w:val="clear" w:color="auto" w:fill="F5F7F9"/>
            <w:vAlign w:val="center"/>
          </w:tcPr>
          <w:p w14:paraId="11629639" w14:textId="77777777" w:rsidR="00F81D60" w:rsidRDefault="00000000">
            <w:pPr>
              <w:pStyle w:val="TableText"/>
              <w:spacing w:before="40" w:after="40"/>
            </w:pPr>
            <w:r>
              <w:t>ISO / XLS / AZ / IT-UE</w:t>
            </w:r>
          </w:p>
        </w:tc>
        <w:tc>
          <w:tcPr>
            <w:tcW w:w="7597" w:type="dxa"/>
            <w:shd w:val="clear" w:color="auto" w:fill="F5F7F9"/>
            <w:vAlign w:val="center"/>
          </w:tcPr>
          <w:p w14:paraId="0E29B1FF" w14:textId="77777777" w:rsidR="00F81D60" w:rsidRDefault="00000000">
            <w:pPr>
              <w:pStyle w:val="TableText"/>
              <w:spacing w:before="40" w:after="40"/>
            </w:pPr>
            <w:r>
              <w:t>ISO: fonte primaria. XLS: workbook fornito. AZ: scelta di questo modello. IT-UE: raccordo esterno con norme o fonti istituzionali.</w:t>
            </w:r>
          </w:p>
        </w:tc>
      </w:tr>
    </w:tbl>
    <w:p w14:paraId="0130BFA6" w14:textId="77777777" w:rsidR="00F81D60" w:rsidRDefault="00F81D60">
      <w:pPr>
        <w:spacing w:after="0"/>
      </w:pPr>
    </w:p>
    <w:p w14:paraId="46350504" w14:textId="77777777" w:rsidR="00F81D60" w:rsidRDefault="00000000">
      <w:pPr>
        <w:pStyle w:val="Reference"/>
      </w:pPr>
      <w:r>
        <w:t>La scelta di non comunicare informazioni personali non è prova dell’assenza di esigenze né ragione per eliminare le misure generali di supporto.</w:t>
      </w:r>
    </w:p>
    <w:p w14:paraId="7B0E4FC1" w14:textId="77777777" w:rsidR="00F81D60" w:rsidRDefault="00000000">
      <w:r>
        <w:br w:type="page"/>
      </w:r>
    </w:p>
    <w:p w14:paraId="6F169A98" w14:textId="77777777" w:rsidR="00F81D60" w:rsidRDefault="00000000">
      <w:pPr>
        <w:pStyle w:val="Small"/>
      </w:pPr>
      <w:r>
        <w:rPr>
          <w:b/>
          <w:color w:val="006B70"/>
        </w:rPr>
        <w:t>INDICE NAVIGABILE</w:t>
      </w:r>
    </w:p>
    <w:p w14:paraId="5135A03F" w14:textId="77777777" w:rsidR="00F81D60" w:rsidRDefault="00000000">
      <w:pPr>
        <w:pStyle w:val="Titolo1"/>
      </w:pPr>
      <w:bookmarkStart w:id="6" w:name="INDEX_MAIN"/>
      <w:r>
        <w:t>Indice della procedura</w:t>
      </w:r>
      <w:bookmarkEnd w:id="6"/>
    </w:p>
    <w:p w14:paraId="11516170" w14:textId="77777777" w:rsidR="00F81D60" w:rsidRDefault="00000000">
      <w:pPr>
        <w:pStyle w:val="Reference"/>
      </w:pPr>
      <w:r>
        <w:t>Selezionare il titolo per raggiungere la sezione. I rinvii di pagina sono campi Word aggiornabili con Ctrl+A, F9.</w:t>
      </w:r>
    </w:p>
    <w:p w14:paraId="7A13C346" w14:textId="77777777" w:rsidR="00F81D60" w:rsidRDefault="00000000">
      <w:pPr>
        <w:pStyle w:val="IndexEntry"/>
        <w:tabs>
          <w:tab w:val="right" w:pos="9893"/>
        </w:tabs>
      </w:pPr>
      <w:hyperlink w:anchor="PREF1">
        <w:r>
          <w:rPr>
            <w:color w:val="17324D"/>
          </w:rPr>
          <w:t>Prefazione e istruzioni d’uso</w:t>
        </w:r>
      </w:hyperlink>
      <w:r>
        <w:tab/>
      </w:r>
      <w:r>
        <w:fldChar w:fldCharType="begin"/>
      </w:r>
      <w:r>
        <w:instrText xml:space="preserve"> PAGEREF PREF1 \h </w:instrText>
      </w:r>
      <w:r>
        <w:fldChar w:fldCharType="separate"/>
      </w:r>
      <w:r w:rsidR="006A345B">
        <w:rPr>
          <w:noProof/>
        </w:rPr>
        <w:t>1</w:t>
      </w:r>
      <w:r>
        <w:fldChar w:fldCharType="end"/>
      </w:r>
    </w:p>
    <w:p w14:paraId="63376078" w14:textId="77777777" w:rsidR="00F81D60" w:rsidRDefault="00000000">
      <w:pPr>
        <w:pStyle w:val="IndexEntry"/>
        <w:tabs>
          <w:tab w:val="right" w:pos="9893"/>
        </w:tabs>
      </w:pPr>
      <w:hyperlink w:anchor="SCOPE">
        <w:r>
          <w:rPr>
            <w:color w:val="17324D"/>
          </w:rPr>
          <w:t>Scopo, perimetro e termini</w:t>
        </w:r>
      </w:hyperlink>
      <w:r>
        <w:tab/>
      </w:r>
      <w:r>
        <w:fldChar w:fldCharType="begin"/>
      </w:r>
      <w:r>
        <w:instrText xml:space="preserve"> PAGEREF SCOPE \h </w:instrText>
      </w:r>
      <w:r>
        <w:fldChar w:fldCharType="separate"/>
      </w:r>
      <w:r w:rsidR="006A345B">
        <w:rPr>
          <w:noProof/>
        </w:rPr>
        <w:t>1</w:t>
      </w:r>
      <w:r>
        <w:fldChar w:fldCharType="end"/>
      </w:r>
    </w:p>
    <w:p w14:paraId="5E7CC82A" w14:textId="77777777" w:rsidR="00F81D60" w:rsidRDefault="00000000">
      <w:pPr>
        <w:pStyle w:val="IndexEntry"/>
        <w:tabs>
          <w:tab w:val="right" w:pos="9893"/>
        </w:tabs>
      </w:pPr>
      <w:hyperlink w:anchor="P01">
        <w:r>
          <w:rPr>
            <w:color w:val="17324D"/>
          </w:rPr>
          <w:t>01. Governance e responsabilità</w:t>
        </w:r>
      </w:hyperlink>
      <w:r>
        <w:tab/>
      </w:r>
      <w:r>
        <w:fldChar w:fldCharType="begin"/>
      </w:r>
      <w:r>
        <w:instrText xml:space="preserve"> PAGEREF P01 \h </w:instrText>
      </w:r>
      <w:r>
        <w:fldChar w:fldCharType="separate"/>
      </w:r>
      <w:r w:rsidR="006A345B">
        <w:rPr>
          <w:noProof/>
        </w:rPr>
        <w:t>1</w:t>
      </w:r>
      <w:r>
        <w:fldChar w:fldCharType="end"/>
      </w:r>
    </w:p>
    <w:p w14:paraId="7417D4A9" w14:textId="77777777" w:rsidR="00F81D60" w:rsidRDefault="00000000">
      <w:pPr>
        <w:pStyle w:val="IndexEntry"/>
        <w:tabs>
          <w:tab w:val="right" w:pos="9893"/>
        </w:tabs>
      </w:pPr>
      <w:hyperlink w:anchor="P02">
        <w:r>
          <w:rPr>
            <w:color w:val="17324D"/>
          </w:rPr>
          <w:t>02. Avvio, baseline e consultazione</w:t>
        </w:r>
      </w:hyperlink>
      <w:r>
        <w:tab/>
      </w:r>
      <w:r>
        <w:fldChar w:fldCharType="begin"/>
      </w:r>
      <w:r>
        <w:instrText xml:space="preserve"> PAGEREF P02 \h </w:instrText>
      </w:r>
      <w:r>
        <w:fldChar w:fldCharType="separate"/>
      </w:r>
      <w:r w:rsidR="006A345B">
        <w:rPr>
          <w:noProof/>
        </w:rPr>
        <w:t>1</w:t>
      </w:r>
      <w:r>
        <w:fldChar w:fldCharType="end"/>
      </w:r>
    </w:p>
    <w:p w14:paraId="51465CB1" w14:textId="77777777" w:rsidR="00F81D60" w:rsidRDefault="00000000">
      <w:pPr>
        <w:pStyle w:val="IndexEntry"/>
        <w:tabs>
          <w:tab w:val="right" w:pos="9893"/>
        </w:tabs>
      </w:pPr>
      <w:hyperlink w:anchor="P03">
        <w:r>
          <w:rPr>
            <w:color w:val="17324D"/>
          </w:rPr>
          <w:t>03. Canali di accesso e accoglienza</w:t>
        </w:r>
      </w:hyperlink>
      <w:r>
        <w:tab/>
      </w:r>
      <w:r>
        <w:fldChar w:fldCharType="begin"/>
      </w:r>
      <w:r>
        <w:instrText xml:space="preserve"> PAGEREF P03 \h </w:instrText>
      </w:r>
      <w:r>
        <w:fldChar w:fldCharType="separate"/>
      </w:r>
      <w:r w:rsidR="006A345B">
        <w:rPr>
          <w:noProof/>
        </w:rPr>
        <w:t>1</w:t>
      </w:r>
      <w:r>
        <w:fldChar w:fldCharType="end"/>
      </w:r>
    </w:p>
    <w:p w14:paraId="135ED18A" w14:textId="77777777" w:rsidR="00F81D60" w:rsidRDefault="00000000">
      <w:pPr>
        <w:pStyle w:val="IndexEntry"/>
        <w:tabs>
          <w:tab w:val="right" w:pos="9893"/>
        </w:tabs>
      </w:pPr>
      <w:hyperlink w:anchor="P04">
        <w:r>
          <w:rPr>
            <w:color w:val="17324D"/>
          </w:rPr>
          <w:t>04. Presa in carico e tempi del processo</w:t>
        </w:r>
      </w:hyperlink>
      <w:r>
        <w:tab/>
      </w:r>
      <w:r>
        <w:fldChar w:fldCharType="begin"/>
      </w:r>
      <w:r>
        <w:instrText xml:space="preserve"> PAGEREF P04 \h </w:instrText>
      </w:r>
      <w:r>
        <w:fldChar w:fldCharType="separate"/>
      </w:r>
      <w:r w:rsidR="006A345B">
        <w:rPr>
          <w:noProof/>
        </w:rPr>
        <w:t>1</w:t>
      </w:r>
      <w:r>
        <w:fldChar w:fldCharType="end"/>
      </w:r>
    </w:p>
    <w:p w14:paraId="37994970" w14:textId="77777777" w:rsidR="00F81D60" w:rsidRDefault="00000000">
      <w:pPr>
        <w:pStyle w:val="IndexEntry"/>
        <w:tabs>
          <w:tab w:val="right" w:pos="9893"/>
        </w:tabs>
      </w:pPr>
      <w:hyperlink w:anchor="P05">
        <w:r>
          <w:rPr>
            <w:color w:val="17324D"/>
          </w:rPr>
          <w:t>05. Colloquio riservato</w:t>
        </w:r>
      </w:hyperlink>
      <w:r>
        <w:tab/>
      </w:r>
      <w:r>
        <w:fldChar w:fldCharType="begin"/>
      </w:r>
      <w:r>
        <w:instrText xml:space="preserve"> PAGEREF P05 \h </w:instrText>
      </w:r>
      <w:r>
        <w:fldChar w:fldCharType="separate"/>
      </w:r>
      <w:r w:rsidR="006A345B">
        <w:rPr>
          <w:noProof/>
        </w:rPr>
        <w:t>1</w:t>
      </w:r>
      <w:r>
        <w:fldChar w:fldCharType="end"/>
      </w:r>
    </w:p>
    <w:p w14:paraId="0EA33145" w14:textId="77777777" w:rsidR="00F81D60" w:rsidRDefault="00000000">
      <w:pPr>
        <w:pStyle w:val="IndexEntry"/>
        <w:tabs>
          <w:tab w:val="right" w:pos="9893"/>
        </w:tabs>
      </w:pPr>
      <w:hyperlink w:anchor="P06">
        <w:r>
          <w:rPr>
            <w:color w:val="17324D"/>
          </w:rPr>
          <w:t>06. Valutazione del lavoro e dei rischi</w:t>
        </w:r>
      </w:hyperlink>
      <w:r>
        <w:tab/>
      </w:r>
      <w:r>
        <w:fldChar w:fldCharType="begin"/>
      </w:r>
      <w:r>
        <w:instrText xml:space="preserve"> PAGEREF P06 \h </w:instrText>
      </w:r>
      <w:r>
        <w:fldChar w:fldCharType="separate"/>
      </w:r>
      <w:r w:rsidR="006A345B">
        <w:rPr>
          <w:noProof/>
        </w:rPr>
        <w:t>1</w:t>
      </w:r>
      <w:r>
        <w:fldChar w:fldCharType="end"/>
      </w:r>
    </w:p>
    <w:p w14:paraId="25A5E6E8" w14:textId="77777777" w:rsidR="00F81D60" w:rsidRDefault="00000000">
      <w:pPr>
        <w:pStyle w:val="IndexEntry"/>
        <w:tabs>
          <w:tab w:val="right" w:pos="9893"/>
        </w:tabs>
      </w:pPr>
      <w:hyperlink w:anchor="P07">
        <w:r>
          <w:rPr>
            <w:color w:val="17324D"/>
          </w:rPr>
          <w:t>07. Decisione e autorizzazione degli adattamenti</w:t>
        </w:r>
      </w:hyperlink>
      <w:r>
        <w:tab/>
      </w:r>
      <w:r>
        <w:fldChar w:fldCharType="begin"/>
      </w:r>
      <w:r>
        <w:instrText xml:space="preserve"> PAGEREF P07 \h </w:instrText>
      </w:r>
      <w:r>
        <w:fldChar w:fldCharType="separate"/>
      </w:r>
      <w:r w:rsidR="006A345B">
        <w:rPr>
          <w:noProof/>
        </w:rPr>
        <w:t>1</w:t>
      </w:r>
      <w:r>
        <w:fldChar w:fldCharType="end"/>
      </w:r>
    </w:p>
    <w:p w14:paraId="689806A7" w14:textId="77777777" w:rsidR="00F81D60" w:rsidRDefault="00000000">
      <w:pPr>
        <w:pStyle w:val="IndexEntry"/>
        <w:tabs>
          <w:tab w:val="right" w:pos="9893"/>
        </w:tabs>
      </w:pPr>
      <w:hyperlink w:anchor="P08">
        <w:r>
          <w:rPr>
            <w:color w:val="17324D"/>
          </w:rPr>
          <w:t>08. Servizi, prodotti e spazi</w:t>
        </w:r>
      </w:hyperlink>
      <w:r>
        <w:tab/>
      </w:r>
      <w:r>
        <w:fldChar w:fldCharType="begin"/>
      </w:r>
      <w:r>
        <w:instrText xml:space="preserve"> PAGEREF P08 \h </w:instrText>
      </w:r>
      <w:r>
        <w:fldChar w:fldCharType="separate"/>
      </w:r>
      <w:r w:rsidR="006A345B">
        <w:rPr>
          <w:noProof/>
        </w:rPr>
        <w:t>1</w:t>
      </w:r>
      <w:r>
        <w:fldChar w:fldCharType="end"/>
      </w:r>
    </w:p>
    <w:p w14:paraId="2B443399" w14:textId="77777777" w:rsidR="00F81D60" w:rsidRDefault="00000000">
      <w:pPr>
        <w:pStyle w:val="IndexEntry"/>
        <w:tabs>
          <w:tab w:val="right" w:pos="9893"/>
        </w:tabs>
      </w:pPr>
      <w:hyperlink w:anchor="P09">
        <w:r>
          <w:rPr>
            <w:color w:val="17324D"/>
          </w:rPr>
          <w:t>09. Condizioni ambientali e sensoriali</w:t>
        </w:r>
      </w:hyperlink>
      <w:r>
        <w:tab/>
      </w:r>
      <w:r>
        <w:fldChar w:fldCharType="begin"/>
      </w:r>
      <w:r>
        <w:instrText xml:space="preserve"> PAGEREF P09 \h </w:instrText>
      </w:r>
      <w:r>
        <w:fldChar w:fldCharType="separate"/>
      </w:r>
      <w:r w:rsidR="006A345B">
        <w:rPr>
          <w:noProof/>
        </w:rPr>
        <w:t>1</w:t>
      </w:r>
      <w:r>
        <w:fldChar w:fldCharType="end"/>
      </w:r>
    </w:p>
    <w:p w14:paraId="727C42E1" w14:textId="77777777" w:rsidR="00F81D60" w:rsidRDefault="00000000">
      <w:pPr>
        <w:pStyle w:val="IndexEntry"/>
        <w:tabs>
          <w:tab w:val="right" w:pos="9893"/>
        </w:tabs>
      </w:pPr>
      <w:hyperlink w:anchor="P10">
        <w:r>
          <w:rPr>
            <w:color w:val="17324D"/>
          </w:rPr>
          <w:t>10. Indumenti, uniformi e DPI</w:t>
        </w:r>
      </w:hyperlink>
      <w:r>
        <w:tab/>
      </w:r>
      <w:r>
        <w:fldChar w:fldCharType="begin"/>
      </w:r>
      <w:r>
        <w:instrText xml:space="preserve"> PAGEREF P10 \h </w:instrText>
      </w:r>
      <w:r>
        <w:fldChar w:fldCharType="separate"/>
      </w:r>
      <w:r w:rsidR="006A345B">
        <w:rPr>
          <w:noProof/>
        </w:rPr>
        <w:t>1</w:t>
      </w:r>
      <w:r>
        <w:fldChar w:fldCharType="end"/>
      </w:r>
    </w:p>
    <w:p w14:paraId="241EAAD3" w14:textId="77777777" w:rsidR="00F81D60" w:rsidRDefault="00000000">
      <w:pPr>
        <w:pStyle w:val="IndexEntry"/>
        <w:tabs>
          <w:tab w:val="right" w:pos="9893"/>
        </w:tabs>
      </w:pPr>
      <w:hyperlink w:anchor="P11">
        <w:r>
          <w:rPr>
            <w:color w:val="17324D"/>
          </w:rPr>
          <w:t>11. Orari, pause, turni e compiti</w:t>
        </w:r>
      </w:hyperlink>
      <w:r>
        <w:tab/>
      </w:r>
      <w:r>
        <w:fldChar w:fldCharType="begin"/>
      </w:r>
      <w:r>
        <w:instrText xml:space="preserve"> PAGEREF P11 \h </w:instrText>
      </w:r>
      <w:r>
        <w:fldChar w:fldCharType="separate"/>
      </w:r>
      <w:r w:rsidR="006A345B">
        <w:rPr>
          <w:noProof/>
        </w:rPr>
        <w:t>1</w:t>
      </w:r>
      <w:r>
        <w:fldChar w:fldCharType="end"/>
      </w:r>
    </w:p>
    <w:p w14:paraId="478C2882" w14:textId="77777777" w:rsidR="00F81D60" w:rsidRDefault="00000000">
      <w:pPr>
        <w:pStyle w:val="IndexEntry"/>
        <w:tabs>
          <w:tab w:val="right" w:pos="9893"/>
        </w:tabs>
      </w:pPr>
      <w:hyperlink w:anchor="P12">
        <w:r>
          <w:rPr>
            <w:color w:val="17324D"/>
          </w:rPr>
          <w:t>12. Attività critiche e situazioni urgenti</w:t>
        </w:r>
      </w:hyperlink>
      <w:r>
        <w:tab/>
      </w:r>
      <w:r>
        <w:fldChar w:fldCharType="begin"/>
      </w:r>
      <w:r>
        <w:instrText xml:space="preserve"> PAGEREF P12 \h </w:instrText>
      </w:r>
      <w:r>
        <w:fldChar w:fldCharType="separate"/>
      </w:r>
      <w:r w:rsidR="006A345B">
        <w:rPr>
          <w:noProof/>
        </w:rPr>
        <w:t>1</w:t>
      </w:r>
      <w:r>
        <w:fldChar w:fldCharType="end"/>
      </w:r>
    </w:p>
    <w:p w14:paraId="66FAE47B" w14:textId="77777777" w:rsidR="00F81D60" w:rsidRDefault="00000000">
      <w:pPr>
        <w:pStyle w:val="IndexEntry"/>
        <w:tabs>
          <w:tab w:val="right" w:pos="9893"/>
        </w:tabs>
      </w:pPr>
      <w:hyperlink w:anchor="P13">
        <w:r>
          <w:rPr>
            <w:color w:val="17324D"/>
          </w:rPr>
          <w:t>13. Piano individuale e passaporto</w:t>
        </w:r>
      </w:hyperlink>
      <w:r>
        <w:tab/>
      </w:r>
      <w:r>
        <w:fldChar w:fldCharType="begin"/>
      </w:r>
      <w:r>
        <w:instrText xml:space="preserve"> PAGEREF P13 \h </w:instrText>
      </w:r>
      <w:r>
        <w:fldChar w:fldCharType="separate"/>
      </w:r>
      <w:r w:rsidR="006A345B">
        <w:rPr>
          <w:noProof/>
        </w:rPr>
        <w:t>1</w:t>
      </w:r>
      <w:r>
        <w:fldChar w:fldCharType="end"/>
      </w:r>
    </w:p>
    <w:p w14:paraId="421C3A0B" w14:textId="77777777" w:rsidR="00F81D60" w:rsidRDefault="00000000">
      <w:pPr>
        <w:pStyle w:val="IndexEntry"/>
        <w:tabs>
          <w:tab w:val="right" w:pos="9893"/>
        </w:tabs>
      </w:pPr>
      <w:hyperlink w:anchor="P14">
        <w:r>
          <w:rPr>
            <w:color w:val="17324D"/>
          </w:rPr>
          <w:t>14. Riesame, efficacia e continuità</w:t>
        </w:r>
      </w:hyperlink>
      <w:r>
        <w:tab/>
      </w:r>
      <w:r>
        <w:fldChar w:fldCharType="begin"/>
      </w:r>
      <w:r>
        <w:instrText xml:space="preserve"> PAGEREF P14 \h </w:instrText>
      </w:r>
      <w:r>
        <w:fldChar w:fldCharType="separate"/>
      </w:r>
      <w:r w:rsidR="006A345B">
        <w:rPr>
          <w:noProof/>
        </w:rPr>
        <w:t>1</w:t>
      </w:r>
      <w:r>
        <w:fldChar w:fldCharType="end"/>
      </w:r>
    </w:p>
    <w:p w14:paraId="4FEB9F66" w14:textId="77777777" w:rsidR="00F81D60" w:rsidRDefault="00000000">
      <w:pPr>
        <w:pStyle w:val="IndexEntry"/>
        <w:tabs>
          <w:tab w:val="right" w:pos="9893"/>
        </w:tabs>
      </w:pPr>
      <w:hyperlink w:anchor="P15">
        <w:r>
          <w:rPr>
            <w:color w:val="17324D"/>
          </w:rPr>
          <w:t>15. Privacy e circolazione delle informazioni</w:t>
        </w:r>
      </w:hyperlink>
      <w:r>
        <w:tab/>
      </w:r>
      <w:r>
        <w:fldChar w:fldCharType="begin"/>
      </w:r>
      <w:r>
        <w:instrText xml:space="preserve"> PAGEREF P15 \h </w:instrText>
      </w:r>
      <w:r>
        <w:fldChar w:fldCharType="separate"/>
      </w:r>
      <w:r w:rsidR="006A345B">
        <w:rPr>
          <w:noProof/>
        </w:rPr>
        <w:t>1</w:t>
      </w:r>
      <w:r>
        <w:fldChar w:fldCharType="end"/>
      </w:r>
    </w:p>
    <w:p w14:paraId="1D4ED902" w14:textId="77777777" w:rsidR="00F81D60" w:rsidRDefault="00000000">
      <w:pPr>
        <w:pStyle w:val="IndexEntry"/>
        <w:tabs>
          <w:tab w:val="right" w:pos="9893"/>
        </w:tabs>
      </w:pPr>
      <w:hyperlink w:anchor="P16">
        <w:r>
          <w:rPr>
            <w:color w:val="17324D"/>
          </w:rPr>
          <w:t>16. Archivi, sicurezza e conservazione</w:t>
        </w:r>
      </w:hyperlink>
      <w:r>
        <w:tab/>
      </w:r>
      <w:r>
        <w:fldChar w:fldCharType="begin"/>
      </w:r>
      <w:r>
        <w:instrText xml:space="preserve"> PAGEREF P16 \h </w:instrText>
      </w:r>
      <w:r>
        <w:fldChar w:fldCharType="separate"/>
      </w:r>
      <w:r w:rsidR="006A345B">
        <w:rPr>
          <w:noProof/>
        </w:rPr>
        <w:t>1</w:t>
      </w:r>
      <w:r>
        <w:fldChar w:fldCharType="end"/>
      </w:r>
    </w:p>
    <w:p w14:paraId="74E7EA1B" w14:textId="77777777" w:rsidR="00F81D60" w:rsidRDefault="00000000">
      <w:pPr>
        <w:pStyle w:val="IndexEntry"/>
        <w:tabs>
          <w:tab w:val="right" w:pos="9893"/>
        </w:tabs>
      </w:pPr>
      <w:hyperlink w:anchor="P17">
        <w:r>
          <w:rPr>
            <w:color w:val="17324D"/>
          </w:rPr>
          <w:t>17. Inclusione e cultura organizzativa</w:t>
        </w:r>
      </w:hyperlink>
      <w:r>
        <w:tab/>
      </w:r>
      <w:r>
        <w:fldChar w:fldCharType="begin"/>
      </w:r>
      <w:r>
        <w:instrText xml:space="preserve"> PAGEREF P17 \h </w:instrText>
      </w:r>
      <w:r>
        <w:fldChar w:fldCharType="separate"/>
      </w:r>
      <w:r w:rsidR="006A345B">
        <w:rPr>
          <w:noProof/>
        </w:rPr>
        <w:t>1</w:t>
      </w:r>
      <w:r>
        <w:fldChar w:fldCharType="end"/>
      </w:r>
    </w:p>
    <w:p w14:paraId="000CF97C" w14:textId="77777777" w:rsidR="00F81D60" w:rsidRDefault="00000000">
      <w:pPr>
        <w:pStyle w:val="IndexEntry"/>
        <w:tabs>
          <w:tab w:val="right" w:pos="9893"/>
        </w:tabs>
      </w:pPr>
      <w:hyperlink w:anchor="P18">
        <w:r>
          <w:rPr>
            <w:color w:val="17324D"/>
          </w:rPr>
          <w:t>18. Segnalazioni, performance e riconsiderazione</w:t>
        </w:r>
      </w:hyperlink>
      <w:r>
        <w:tab/>
      </w:r>
      <w:r>
        <w:fldChar w:fldCharType="begin"/>
      </w:r>
      <w:r>
        <w:instrText xml:space="preserve"> PAGEREF P18 \h </w:instrText>
      </w:r>
      <w:r>
        <w:fldChar w:fldCharType="separate"/>
      </w:r>
      <w:r w:rsidR="006A345B">
        <w:rPr>
          <w:noProof/>
        </w:rPr>
        <w:t>1</w:t>
      </w:r>
      <w:r>
        <w:fldChar w:fldCharType="end"/>
      </w:r>
    </w:p>
    <w:p w14:paraId="0CCBBE46" w14:textId="77777777" w:rsidR="00F81D60" w:rsidRDefault="00000000">
      <w:pPr>
        <w:pStyle w:val="IndexEntry"/>
        <w:tabs>
          <w:tab w:val="right" w:pos="9893"/>
        </w:tabs>
      </w:pPr>
      <w:hyperlink w:anchor="P19">
        <w:r>
          <w:rPr>
            <w:color w:val="17324D"/>
          </w:rPr>
          <w:t>19. Selezione e inserimento</w:t>
        </w:r>
      </w:hyperlink>
      <w:r>
        <w:tab/>
      </w:r>
      <w:r>
        <w:fldChar w:fldCharType="begin"/>
      </w:r>
      <w:r>
        <w:instrText xml:space="preserve"> PAGEREF P19 \h </w:instrText>
      </w:r>
      <w:r>
        <w:fldChar w:fldCharType="separate"/>
      </w:r>
      <w:r w:rsidR="006A345B">
        <w:rPr>
          <w:noProof/>
        </w:rPr>
        <w:t>1</w:t>
      </w:r>
      <w:r>
        <w:fldChar w:fldCharType="end"/>
      </w:r>
    </w:p>
    <w:p w14:paraId="7F4F4E0E" w14:textId="77777777" w:rsidR="00F81D60" w:rsidRDefault="00000000">
      <w:pPr>
        <w:pStyle w:val="IndexEntry"/>
        <w:tabs>
          <w:tab w:val="right" w:pos="9893"/>
        </w:tabs>
      </w:pPr>
      <w:hyperlink w:anchor="P20">
        <w:r>
          <w:rPr>
            <w:color w:val="17324D"/>
          </w:rPr>
          <w:t>20. Formazione e comunicazione</w:t>
        </w:r>
      </w:hyperlink>
      <w:r>
        <w:tab/>
      </w:r>
      <w:r>
        <w:fldChar w:fldCharType="begin"/>
      </w:r>
      <w:r>
        <w:instrText xml:space="preserve"> PAGEREF P20 \h </w:instrText>
      </w:r>
      <w:r>
        <w:fldChar w:fldCharType="separate"/>
      </w:r>
      <w:r w:rsidR="006A345B">
        <w:rPr>
          <w:noProof/>
        </w:rPr>
        <w:t>1</w:t>
      </w:r>
      <w:r>
        <w:fldChar w:fldCharType="end"/>
      </w:r>
    </w:p>
    <w:p w14:paraId="207279A6" w14:textId="77777777" w:rsidR="00F81D60" w:rsidRDefault="00000000">
      <w:pPr>
        <w:pStyle w:val="IndexEntry"/>
        <w:tabs>
          <w:tab w:val="right" w:pos="9893"/>
        </w:tabs>
      </w:pPr>
      <w:hyperlink w:anchor="P21">
        <w:r>
          <w:rPr>
            <w:color w:val="17324D"/>
          </w:rPr>
          <w:t>21. Lavoro esterno, remoto e appalti</w:t>
        </w:r>
      </w:hyperlink>
      <w:r>
        <w:tab/>
      </w:r>
      <w:r>
        <w:fldChar w:fldCharType="begin"/>
      </w:r>
      <w:r>
        <w:instrText xml:space="preserve"> PAGEREF P21 \h </w:instrText>
      </w:r>
      <w:r>
        <w:fldChar w:fldCharType="separate"/>
      </w:r>
      <w:r w:rsidR="006A345B">
        <w:rPr>
          <w:noProof/>
        </w:rPr>
        <w:t>1</w:t>
      </w:r>
      <w:r>
        <w:fldChar w:fldCharType="end"/>
      </w:r>
    </w:p>
    <w:p w14:paraId="62B1A1CE" w14:textId="77777777" w:rsidR="00F81D60" w:rsidRDefault="00000000">
      <w:pPr>
        <w:pStyle w:val="IndexEntry"/>
        <w:tabs>
          <w:tab w:val="right" w:pos="9893"/>
        </w:tabs>
      </w:pPr>
      <w:hyperlink w:anchor="P22">
        <w:r>
          <w:rPr>
            <w:color w:val="17324D"/>
          </w:rPr>
          <w:t>22. Applicazione nelle PMI</w:t>
        </w:r>
      </w:hyperlink>
      <w:r>
        <w:tab/>
      </w:r>
      <w:r>
        <w:fldChar w:fldCharType="begin"/>
      </w:r>
      <w:r>
        <w:instrText xml:space="preserve"> PAGEREF P22 \h </w:instrText>
      </w:r>
      <w:r>
        <w:fldChar w:fldCharType="separate"/>
      </w:r>
      <w:r w:rsidR="006A345B">
        <w:rPr>
          <w:noProof/>
        </w:rPr>
        <w:t>1</w:t>
      </w:r>
      <w:r>
        <w:fldChar w:fldCharType="end"/>
      </w:r>
    </w:p>
    <w:p w14:paraId="53994722" w14:textId="77777777" w:rsidR="00F81D60" w:rsidRDefault="00000000">
      <w:pPr>
        <w:pStyle w:val="IndexEntry"/>
        <w:tabs>
          <w:tab w:val="right" w:pos="9893"/>
        </w:tabs>
      </w:pPr>
      <w:hyperlink w:anchor="P23">
        <w:r>
          <w:rPr>
            <w:color w:val="17324D"/>
          </w:rPr>
          <w:t>23. Audit e collegamento con Excel</w:t>
        </w:r>
      </w:hyperlink>
      <w:r>
        <w:tab/>
      </w:r>
      <w:r>
        <w:fldChar w:fldCharType="begin"/>
      </w:r>
      <w:r>
        <w:instrText xml:space="preserve"> PAGEREF P23 \h </w:instrText>
      </w:r>
      <w:r>
        <w:fldChar w:fldCharType="separate"/>
      </w:r>
      <w:r w:rsidR="006A345B">
        <w:rPr>
          <w:noProof/>
        </w:rPr>
        <w:t>1</w:t>
      </w:r>
      <w:r>
        <w:fldChar w:fldCharType="end"/>
      </w:r>
    </w:p>
    <w:p w14:paraId="3A4AC163" w14:textId="77777777" w:rsidR="00F81D60" w:rsidRDefault="00000000">
      <w:pPr>
        <w:pStyle w:val="IndexEntry"/>
        <w:tabs>
          <w:tab w:val="right" w:pos="9893"/>
        </w:tabs>
      </w:pPr>
      <w:hyperlink w:anchor="P24">
        <w:r>
          <w:rPr>
            <w:color w:val="17324D"/>
          </w:rPr>
          <w:t>24. Indicatori e riesame della direzione</w:t>
        </w:r>
      </w:hyperlink>
      <w:r>
        <w:tab/>
      </w:r>
      <w:r>
        <w:fldChar w:fldCharType="begin"/>
      </w:r>
      <w:r>
        <w:instrText xml:space="preserve"> PAGEREF P24 \h </w:instrText>
      </w:r>
      <w:r>
        <w:fldChar w:fldCharType="separate"/>
      </w:r>
      <w:r w:rsidR="006A345B">
        <w:rPr>
          <w:noProof/>
        </w:rPr>
        <w:t>1</w:t>
      </w:r>
      <w:r>
        <w:fldChar w:fldCharType="end"/>
      </w:r>
    </w:p>
    <w:p w14:paraId="60E9CB3B" w14:textId="77777777" w:rsidR="00F81D60" w:rsidRDefault="00000000">
      <w:pPr>
        <w:pStyle w:val="IndexEntry"/>
        <w:tabs>
          <w:tab w:val="right" w:pos="9893"/>
        </w:tabs>
      </w:pPr>
      <w:hyperlink w:anchor="P25">
        <w:r>
          <w:rPr>
            <w:color w:val="17324D"/>
          </w:rPr>
          <w:t>25. Controllo documentale e avvio operativo</w:t>
        </w:r>
      </w:hyperlink>
      <w:r>
        <w:tab/>
      </w:r>
      <w:r>
        <w:fldChar w:fldCharType="begin"/>
      </w:r>
      <w:r>
        <w:instrText xml:space="preserve"> PAGEREF P25 \h </w:instrText>
      </w:r>
      <w:r>
        <w:fldChar w:fldCharType="separate"/>
      </w:r>
      <w:r w:rsidR="006A345B">
        <w:rPr>
          <w:noProof/>
        </w:rPr>
        <w:t>1</w:t>
      </w:r>
      <w:r>
        <w:fldChar w:fldCharType="end"/>
      </w:r>
    </w:p>
    <w:p w14:paraId="04266F3A" w14:textId="77777777" w:rsidR="00F81D60" w:rsidRDefault="00000000">
      <w:pPr>
        <w:pStyle w:val="IndexEntry"/>
        <w:tabs>
          <w:tab w:val="right" w:pos="9893"/>
        </w:tabs>
      </w:pPr>
      <w:hyperlink w:anchor="SOURCES">
        <w:r>
          <w:rPr>
            <w:color w:val="17324D"/>
          </w:rPr>
          <w:t>Fonti, limiti e tracciabilità</w:t>
        </w:r>
      </w:hyperlink>
      <w:r>
        <w:tab/>
      </w:r>
      <w:r>
        <w:fldChar w:fldCharType="begin"/>
      </w:r>
      <w:r>
        <w:instrText xml:space="preserve"> PAGEREF SOURCES \h </w:instrText>
      </w:r>
      <w:r>
        <w:fldChar w:fldCharType="separate"/>
      </w:r>
      <w:r w:rsidR="006A345B">
        <w:rPr>
          <w:noProof/>
        </w:rPr>
        <w:t>1</w:t>
      </w:r>
      <w:r>
        <w:fldChar w:fldCharType="end"/>
      </w:r>
    </w:p>
    <w:p w14:paraId="5185C0E9" w14:textId="77777777" w:rsidR="00F81D60" w:rsidRDefault="00000000">
      <w:r>
        <w:br w:type="page"/>
      </w:r>
    </w:p>
    <w:p w14:paraId="1346975E" w14:textId="77777777" w:rsidR="00F81D60" w:rsidRDefault="00000000">
      <w:pPr>
        <w:pStyle w:val="Small"/>
      </w:pPr>
      <w:r>
        <w:rPr>
          <w:b/>
          <w:color w:val="006B70"/>
        </w:rPr>
        <w:t>INDICE NAVIGABILE</w:t>
      </w:r>
    </w:p>
    <w:p w14:paraId="1629BA22" w14:textId="77777777" w:rsidR="00F81D60" w:rsidRDefault="00000000">
      <w:pPr>
        <w:pStyle w:val="Titolo1"/>
      </w:pPr>
      <w:bookmarkStart w:id="7" w:name="INDEX_ANNEX"/>
      <w:r>
        <w:t>Indice degli allegati aziendali</w:t>
      </w:r>
      <w:bookmarkEnd w:id="7"/>
    </w:p>
    <w:p w14:paraId="59D65AAE" w14:textId="77777777" w:rsidR="00F81D60" w:rsidRDefault="00000000">
      <w:pPr>
        <w:pStyle w:val="Reference"/>
      </w:pPr>
      <w:r>
        <w:t>Selezionare il titolo per raggiungere la sezione. I rinvii di pagina sono campi Word aggiornabili con Ctrl+A, F9.</w:t>
      </w:r>
    </w:p>
    <w:p w14:paraId="0F61A51F" w14:textId="77777777" w:rsidR="00F81D60" w:rsidRDefault="00000000">
      <w:pPr>
        <w:pStyle w:val="IndexEntry"/>
        <w:tabs>
          <w:tab w:val="right" w:pos="9893"/>
        </w:tabs>
      </w:pPr>
      <w:hyperlink w:anchor="A01">
        <w:r>
          <w:rPr>
            <w:color w:val="17324D"/>
          </w:rPr>
          <w:t>A01. Carta a</w:t>
        </w:r>
        <w:r>
          <w:rPr>
            <w:color w:val="17324D"/>
          </w:rPr>
          <w:t>z</w:t>
        </w:r>
        <w:r>
          <w:rPr>
            <w:color w:val="17324D"/>
          </w:rPr>
          <w:t>iendale di impegno</w:t>
        </w:r>
      </w:hyperlink>
      <w:r>
        <w:tab/>
      </w:r>
      <w:r>
        <w:fldChar w:fldCharType="begin"/>
      </w:r>
      <w:r>
        <w:instrText xml:space="preserve"> PAGEREF A01 \h </w:instrText>
      </w:r>
      <w:r>
        <w:fldChar w:fldCharType="separate"/>
      </w:r>
      <w:r w:rsidR="006A345B">
        <w:rPr>
          <w:noProof/>
        </w:rPr>
        <w:t>1</w:t>
      </w:r>
      <w:r>
        <w:fldChar w:fldCharType="end"/>
      </w:r>
    </w:p>
    <w:p w14:paraId="30085CEC" w14:textId="77777777" w:rsidR="00F81D60" w:rsidRDefault="00000000">
      <w:pPr>
        <w:pStyle w:val="IndexEntry"/>
        <w:tabs>
          <w:tab w:val="right" w:pos="9893"/>
        </w:tabs>
      </w:pPr>
      <w:hyperlink w:anchor="A02_1">
        <w:r>
          <w:rPr>
            <w:color w:val="17324D"/>
          </w:rPr>
          <w:t>A02. Configurazione, perimetro e contatti</w:t>
        </w:r>
      </w:hyperlink>
      <w:r>
        <w:tab/>
      </w:r>
      <w:r>
        <w:fldChar w:fldCharType="begin"/>
      </w:r>
      <w:r>
        <w:instrText xml:space="preserve"> PAGEREF A02_1 \h </w:instrText>
      </w:r>
      <w:r>
        <w:fldChar w:fldCharType="separate"/>
      </w:r>
      <w:r w:rsidR="006A345B">
        <w:rPr>
          <w:noProof/>
        </w:rPr>
        <w:t>1</w:t>
      </w:r>
      <w:r>
        <w:fldChar w:fldCharType="end"/>
      </w:r>
    </w:p>
    <w:p w14:paraId="4BE18839" w14:textId="77777777" w:rsidR="00F81D60" w:rsidRDefault="00000000">
      <w:pPr>
        <w:pStyle w:val="IndexEntry"/>
        <w:tabs>
          <w:tab w:val="right" w:pos="9893"/>
        </w:tabs>
      </w:pPr>
      <w:hyperlink w:anchor="A03">
        <w:r>
          <w:rPr>
            <w:color w:val="17324D"/>
          </w:rPr>
          <w:t>A03. Matrice delle responsabilità</w:t>
        </w:r>
      </w:hyperlink>
      <w:r>
        <w:tab/>
      </w:r>
      <w:r>
        <w:fldChar w:fldCharType="begin"/>
      </w:r>
      <w:r>
        <w:instrText xml:space="preserve"> PAGEREF A03 \h </w:instrText>
      </w:r>
      <w:r>
        <w:fldChar w:fldCharType="separate"/>
      </w:r>
      <w:r w:rsidR="006A345B">
        <w:rPr>
          <w:noProof/>
        </w:rPr>
        <w:t>1</w:t>
      </w:r>
      <w:r>
        <w:fldChar w:fldCharType="end"/>
      </w:r>
    </w:p>
    <w:p w14:paraId="2633DF48" w14:textId="77777777" w:rsidR="00F81D60" w:rsidRDefault="00000000">
      <w:pPr>
        <w:pStyle w:val="IndexEntry"/>
        <w:tabs>
          <w:tab w:val="right" w:pos="9893"/>
        </w:tabs>
      </w:pPr>
      <w:hyperlink w:anchor="A04">
        <w:r>
          <w:rPr>
            <w:color w:val="17324D"/>
          </w:rPr>
          <w:t>A04. Piano di adozione e raccordo delle politiche</w:t>
        </w:r>
      </w:hyperlink>
      <w:r>
        <w:tab/>
      </w:r>
      <w:r>
        <w:fldChar w:fldCharType="begin"/>
      </w:r>
      <w:r>
        <w:instrText xml:space="preserve"> PAGEREF A04 \h </w:instrText>
      </w:r>
      <w:r>
        <w:fldChar w:fldCharType="separate"/>
      </w:r>
      <w:r w:rsidR="006A345B">
        <w:rPr>
          <w:noProof/>
        </w:rPr>
        <w:t>1</w:t>
      </w:r>
      <w:r>
        <w:fldChar w:fldCharType="end"/>
      </w:r>
    </w:p>
    <w:p w14:paraId="2F098833" w14:textId="77777777" w:rsidR="00F81D60" w:rsidRDefault="00000000">
      <w:pPr>
        <w:pStyle w:val="IndexEntry"/>
        <w:tabs>
          <w:tab w:val="right" w:pos="9893"/>
        </w:tabs>
      </w:pPr>
      <w:hyperlink w:anchor="A05">
        <w:r>
          <w:rPr>
            <w:color w:val="17324D"/>
          </w:rPr>
          <w:t>A05. Verbale di consultazione</w:t>
        </w:r>
      </w:hyperlink>
      <w:r>
        <w:tab/>
      </w:r>
      <w:r>
        <w:fldChar w:fldCharType="begin"/>
      </w:r>
      <w:r>
        <w:instrText xml:space="preserve"> PAGEREF A05 \h </w:instrText>
      </w:r>
      <w:r>
        <w:fldChar w:fldCharType="separate"/>
      </w:r>
      <w:r w:rsidR="006A345B">
        <w:rPr>
          <w:noProof/>
        </w:rPr>
        <w:t>1</w:t>
      </w:r>
      <w:r>
        <w:fldChar w:fldCharType="end"/>
      </w:r>
    </w:p>
    <w:p w14:paraId="1BBAEB77" w14:textId="77777777" w:rsidR="00F81D60" w:rsidRDefault="00000000">
      <w:pPr>
        <w:pStyle w:val="IndexEntry"/>
        <w:tabs>
          <w:tab w:val="right" w:pos="9893"/>
        </w:tabs>
      </w:pPr>
      <w:hyperlink w:anchor="A06_1">
        <w:r>
          <w:rPr>
            <w:color w:val="17324D"/>
          </w:rPr>
          <w:t>A06. Checklist integrale: 160 verifiche in 16 aree</w:t>
        </w:r>
      </w:hyperlink>
      <w:r>
        <w:tab/>
      </w:r>
      <w:r>
        <w:fldChar w:fldCharType="begin"/>
      </w:r>
      <w:r>
        <w:instrText xml:space="preserve"> PAGEREF A06_1 \h </w:instrText>
      </w:r>
      <w:r>
        <w:fldChar w:fldCharType="separate"/>
      </w:r>
      <w:r w:rsidR="006A345B">
        <w:rPr>
          <w:noProof/>
        </w:rPr>
        <w:t>1</w:t>
      </w:r>
      <w:r>
        <w:fldChar w:fldCharType="end"/>
      </w:r>
    </w:p>
    <w:p w14:paraId="6CE7ED06" w14:textId="77777777" w:rsidR="00F81D60" w:rsidRDefault="00000000">
      <w:pPr>
        <w:pStyle w:val="IndexEntry"/>
        <w:tabs>
          <w:tab w:val="right" w:pos="9893"/>
        </w:tabs>
      </w:pPr>
      <w:hyperlink w:anchor="A07">
        <w:r>
          <w:rPr>
            <w:color w:val="17324D"/>
          </w:rPr>
          <w:t>A07. Scheda di riscontro ed evidenze di audit</w:t>
        </w:r>
      </w:hyperlink>
      <w:r>
        <w:tab/>
      </w:r>
      <w:r>
        <w:fldChar w:fldCharType="begin"/>
      </w:r>
      <w:r>
        <w:instrText xml:space="preserve"> PAGEREF A07 \h </w:instrText>
      </w:r>
      <w:r>
        <w:fldChar w:fldCharType="separate"/>
      </w:r>
      <w:r w:rsidR="006A345B">
        <w:rPr>
          <w:noProof/>
        </w:rPr>
        <w:t>1</w:t>
      </w:r>
      <w:r>
        <w:fldChar w:fldCharType="end"/>
      </w:r>
    </w:p>
    <w:p w14:paraId="187CF33F" w14:textId="77777777" w:rsidR="00F81D60" w:rsidRDefault="00000000">
      <w:pPr>
        <w:pStyle w:val="IndexEntry"/>
        <w:tabs>
          <w:tab w:val="right" w:pos="9893"/>
        </w:tabs>
      </w:pPr>
      <w:hyperlink w:anchor="A08_1">
        <w:r>
          <w:rPr>
            <w:color w:val="17324D"/>
          </w:rPr>
          <w:t>A08. Analisi delle barriere e fattori di lavoro</w:t>
        </w:r>
      </w:hyperlink>
      <w:r>
        <w:tab/>
      </w:r>
      <w:r>
        <w:fldChar w:fldCharType="begin"/>
      </w:r>
      <w:r>
        <w:instrText xml:space="preserve"> PAGEREF A08_1 \h </w:instrText>
      </w:r>
      <w:r>
        <w:fldChar w:fldCharType="separate"/>
      </w:r>
      <w:r w:rsidR="006A345B">
        <w:rPr>
          <w:noProof/>
        </w:rPr>
        <w:t>1</w:t>
      </w:r>
      <w:r>
        <w:fldChar w:fldCharType="end"/>
      </w:r>
    </w:p>
    <w:p w14:paraId="0C8C794D" w14:textId="77777777" w:rsidR="00F81D60" w:rsidRDefault="00000000">
      <w:pPr>
        <w:pStyle w:val="IndexEntry"/>
        <w:tabs>
          <w:tab w:val="right" w:pos="9893"/>
        </w:tabs>
      </w:pPr>
      <w:hyperlink w:anchor="A09">
        <w:r>
          <w:rPr>
            <w:color w:val="17324D"/>
          </w:rPr>
          <w:t>A09. Richiesta riservata di supporto</w:t>
        </w:r>
      </w:hyperlink>
      <w:r>
        <w:tab/>
      </w:r>
      <w:r>
        <w:fldChar w:fldCharType="begin"/>
      </w:r>
      <w:r>
        <w:instrText xml:space="preserve"> PAGEREF A09 \h </w:instrText>
      </w:r>
      <w:r>
        <w:fldChar w:fldCharType="separate"/>
      </w:r>
      <w:r w:rsidR="006A345B">
        <w:rPr>
          <w:noProof/>
        </w:rPr>
        <w:t>1</w:t>
      </w:r>
      <w:r>
        <w:fldChar w:fldCharType="end"/>
      </w:r>
    </w:p>
    <w:p w14:paraId="04164868" w14:textId="77777777" w:rsidR="00F81D60" w:rsidRDefault="00000000">
      <w:pPr>
        <w:pStyle w:val="IndexEntry"/>
        <w:tabs>
          <w:tab w:val="right" w:pos="9893"/>
        </w:tabs>
      </w:pPr>
      <w:hyperlink w:anchor="A10_1">
        <w:r>
          <w:rPr>
            <w:color w:val="17324D"/>
          </w:rPr>
          <w:t>A10. Colloquio e accordi informativi</w:t>
        </w:r>
      </w:hyperlink>
      <w:r>
        <w:tab/>
      </w:r>
      <w:r>
        <w:fldChar w:fldCharType="begin"/>
      </w:r>
      <w:r>
        <w:instrText xml:space="preserve"> PAGEREF A10_1 \h </w:instrText>
      </w:r>
      <w:r>
        <w:fldChar w:fldCharType="separate"/>
      </w:r>
      <w:r w:rsidR="006A345B">
        <w:rPr>
          <w:noProof/>
        </w:rPr>
        <w:t>1</w:t>
      </w:r>
      <w:r>
        <w:fldChar w:fldCharType="end"/>
      </w:r>
    </w:p>
    <w:p w14:paraId="65E4718E" w14:textId="77777777" w:rsidR="00F81D60" w:rsidRDefault="00000000">
      <w:pPr>
        <w:pStyle w:val="IndexEntry"/>
        <w:tabs>
          <w:tab w:val="right" w:pos="9893"/>
        </w:tabs>
      </w:pPr>
      <w:hyperlink w:anchor="A11_1">
        <w:r>
          <w:rPr>
            <w:color w:val="17324D"/>
          </w:rPr>
          <w:t>A11. Valutazione tecnica dell’adattamento</w:t>
        </w:r>
      </w:hyperlink>
      <w:r>
        <w:tab/>
      </w:r>
      <w:r>
        <w:fldChar w:fldCharType="begin"/>
      </w:r>
      <w:r>
        <w:instrText xml:space="preserve"> PAGEREF A11_1 \h </w:instrText>
      </w:r>
      <w:r>
        <w:fldChar w:fldCharType="separate"/>
      </w:r>
      <w:r w:rsidR="006A345B">
        <w:rPr>
          <w:noProof/>
        </w:rPr>
        <w:t>1</w:t>
      </w:r>
      <w:r>
        <w:fldChar w:fldCharType="end"/>
      </w:r>
    </w:p>
    <w:p w14:paraId="07E54223" w14:textId="77777777" w:rsidR="00F81D60" w:rsidRDefault="00000000">
      <w:pPr>
        <w:pStyle w:val="IndexEntry"/>
        <w:tabs>
          <w:tab w:val="right" w:pos="9893"/>
        </w:tabs>
      </w:pPr>
      <w:hyperlink w:anchor="A12">
        <w:r>
          <w:rPr>
            <w:color w:val="17324D"/>
          </w:rPr>
          <w:t>A12. Decisione e piano di attuazione</w:t>
        </w:r>
      </w:hyperlink>
      <w:r>
        <w:tab/>
      </w:r>
      <w:r>
        <w:fldChar w:fldCharType="begin"/>
      </w:r>
      <w:r>
        <w:instrText xml:space="preserve"> PAGEREF A12 \h </w:instrText>
      </w:r>
      <w:r>
        <w:fldChar w:fldCharType="separate"/>
      </w:r>
      <w:r w:rsidR="006A345B">
        <w:rPr>
          <w:noProof/>
        </w:rPr>
        <w:t>1</w:t>
      </w:r>
      <w:r>
        <w:fldChar w:fldCharType="end"/>
      </w:r>
    </w:p>
    <w:p w14:paraId="0126DB43" w14:textId="77777777" w:rsidR="00F81D60" w:rsidRDefault="00000000">
      <w:pPr>
        <w:pStyle w:val="IndexEntry"/>
        <w:tabs>
          <w:tab w:val="right" w:pos="9893"/>
        </w:tabs>
      </w:pPr>
      <w:hyperlink w:anchor="A13_1">
        <w:r>
          <w:rPr>
            <w:color w:val="17324D"/>
          </w:rPr>
          <w:t>A13. Passaporto degli adattamenti</w:t>
        </w:r>
      </w:hyperlink>
      <w:r>
        <w:tab/>
      </w:r>
      <w:r>
        <w:fldChar w:fldCharType="begin"/>
      </w:r>
      <w:r>
        <w:instrText xml:space="preserve"> PAGEREF A13_1 \h </w:instrText>
      </w:r>
      <w:r>
        <w:fldChar w:fldCharType="separate"/>
      </w:r>
      <w:r w:rsidR="006A345B">
        <w:rPr>
          <w:noProof/>
        </w:rPr>
        <w:t>1</w:t>
      </w:r>
      <w:r>
        <w:fldChar w:fldCharType="end"/>
      </w:r>
    </w:p>
    <w:p w14:paraId="4AB642B3" w14:textId="77777777" w:rsidR="00F81D60" w:rsidRDefault="00000000">
      <w:pPr>
        <w:pStyle w:val="IndexEntry"/>
        <w:tabs>
          <w:tab w:val="right" w:pos="9893"/>
        </w:tabs>
      </w:pPr>
      <w:hyperlink w:anchor="A14">
        <w:r>
          <w:rPr>
            <w:color w:val="17324D"/>
          </w:rPr>
          <w:t>A14. Verifica dell’efficacia e continuità</w:t>
        </w:r>
      </w:hyperlink>
      <w:r>
        <w:tab/>
      </w:r>
      <w:r>
        <w:fldChar w:fldCharType="begin"/>
      </w:r>
      <w:r>
        <w:instrText xml:space="preserve"> PAGEREF A14 \h </w:instrText>
      </w:r>
      <w:r>
        <w:fldChar w:fldCharType="separate"/>
      </w:r>
      <w:r w:rsidR="006A345B">
        <w:rPr>
          <w:noProof/>
        </w:rPr>
        <w:t>1</w:t>
      </w:r>
      <w:r>
        <w:fldChar w:fldCharType="end"/>
      </w:r>
    </w:p>
    <w:p w14:paraId="4D29B10F" w14:textId="77777777" w:rsidR="00F81D60" w:rsidRDefault="00000000">
      <w:pPr>
        <w:pStyle w:val="IndexEntry"/>
        <w:tabs>
          <w:tab w:val="right" w:pos="9893"/>
        </w:tabs>
      </w:pPr>
      <w:hyperlink w:anchor="A15_1">
        <w:r>
          <w:rPr>
            <w:color w:val="17324D"/>
          </w:rPr>
          <w:t>A15. Controlli su servizi, acquisti e DPI</w:t>
        </w:r>
      </w:hyperlink>
      <w:r>
        <w:tab/>
      </w:r>
      <w:r>
        <w:fldChar w:fldCharType="begin"/>
      </w:r>
      <w:r>
        <w:instrText xml:space="preserve"> PAGEREF A15_1 \h </w:instrText>
      </w:r>
      <w:r>
        <w:fldChar w:fldCharType="separate"/>
      </w:r>
      <w:r w:rsidR="006A345B">
        <w:rPr>
          <w:noProof/>
        </w:rPr>
        <w:t>1</w:t>
      </w:r>
      <w:r>
        <w:fldChar w:fldCharType="end"/>
      </w:r>
    </w:p>
    <w:p w14:paraId="537A5E32" w14:textId="77777777" w:rsidR="00F81D60" w:rsidRDefault="00000000">
      <w:pPr>
        <w:pStyle w:val="IndexEntry"/>
        <w:tabs>
          <w:tab w:val="right" w:pos="9893"/>
        </w:tabs>
      </w:pPr>
      <w:hyperlink w:anchor="A16">
        <w:r>
          <w:rPr>
            <w:color w:val="17324D"/>
          </w:rPr>
          <w:t>A16. Piano di pausa, sostituzione e sicurezza</w:t>
        </w:r>
      </w:hyperlink>
      <w:r>
        <w:tab/>
      </w:r>
      <w:r>
        <w:fldChar w:fldCharType="begin"/>
      </w:r>
      <w:r>
        <w:instrText xml:space="preserve"> PAGEREF A16 \h </w:instrText>
      </w:r>
      <w:r>
        <w:fldChar w:fldCharType="separate"/>
      </w:r>
      <w:r w:rsidR="006A345B">
        <w:rPr>
          <w:noProof/>
        </w:rPr>
        <w:t>1</w:t>
      </w:r>
      <w:r>
        <w:fldChar w:fldCharType="end"/>
      </w:r>
    </w:p>
    <w:p w14:paraId="187C8486" w14:textId="77777777" w:rsidR="00F81D60" w:rsidRDefault="00000000">
      <w:pPr>
        <w:pStyle w:val="IndexEntry"/>
        <w:tabs>
          <w:tab w:val="right" w:pos="9893"/>
        </w:tabs>
      </w:pPr>
      <w:hyperlink w:anchor="A17_1">
        <w:r>
          <w:rPr>
            <w:color w:val="17324D"/>
          </w:rPr>
          <w:t>A17. Azioni di miglioramento e chiusura</w:t>
        </w:r>
      </w:hyperlink>
      <w:r>
        <w:tab/>
      </w:r>
      <w:r>
        <w:fldChar w:fldCharType="begin"/>
      </w:r>
      <w:r>
        <w:instrText xml:space="preserve"> PAGEREF A17_1 \h </w:instrText>
      </w:r>
      <w:r>
        <w:fldChar w:fldCharType="separate"/>
      </w:r>
      <w:r w:rsidR="006A345B">
        <w:rPr>
          <w:noProof/>
        </w:rPr>
        <w:t>1</w:t>
      </w:r>
      <w:r>
        <w:fldChar w:fldCharType="end"/>
      </w:r>
    </w:p>
    <w:p w14:paraId="7BF4D2C8" w14:textId="77777777" w:rsidR="00F81D60" w:rsidRDefault="00000000">
      <w:pPr>
        <w:pStyle w:val="IndexEntry"/>
        <w:tabs>
          <w:tab w:val="right" w:pos="9893"/>
        </w:tabs>
      </w:pPr>
      <w:hyperlink w:anchor="A18_1">
        <w:r>
          <w:rPr>
            <w:color w:val="17324D"/>
          </w:rPr>
          <w:t>A18. Scheda privacy e informativa da completare</w:t>
        </w:r>
      </w:hyperlink>
      <w:r>
        <w:tab/>
      </w:r>
      <w:r>
        <w:fldChar w:fldCharType="begin"/>
      </w:r>
      <w:r>
        <w:instrText xml:space="preserve"> PAGEREF A18_1 \h </w:instrText>
      </w:r>
      <w:r>
        <w:fldChar w:fldCharType="separate"/>
      </w:r>
      <w:r w:rsidR="006A345B">
        <w:rPr>
          <w:noProof/>
        </w:rPr>
        <w:t>1</w:t>
      </w:r>
      <w:r>
        <w:fldChar w:fldCharType="end"/>
      </w:r>
    </w:p>
    <w:p w14:paraId="7A473525" w14:textId="77777777" w:rsidR="00F81D60" w:rsidRDefault="00000000">
      <w:pPr>
        <w:pStyle w:val="IndexEntry"/>
        <w:tabs>
          <w:tab w:val="right" w:pos="9893"/>
        </w:tabs>
      </w:pPr>
      <w:hyperlink w:anchor="A19_1">
        <w:r>
          <w:rPr>
            <w:color w:val="17324D"/>
          </w:rPr>
          <w:t>A19. Accessi, conservazione e incidenti sui dati</w:t>
        </w:r>
      </w:hyperlink>
      <w:r>
        <w:tab/>
      </w:r>
      <w:r>
        <w:fldChar w:fldCharType="begin"/>
      </w:r>
      <w:r>
        <w:instrText xml:space="preserve"> PAGEREF A19_1 \h </w:instrText>
      </w:r>
      <w:r>
        <w:fldChar w:fldCharType="separate"/>
      </w:r>
      <w:r w:rsidR="006A345B">
        <w:rPr>
          <w:noProof/>
        </w:rPr>
        <w:t>1</w:t>
      </w:r>
      <w:r>
        <w:fldChar w:fldCharType="end"/>
      </w:r>
    </w:p>
    <w:p w14:paraId="18CEBB43" w14:textId="77777777" w:rsidR="00F81D60" w:rsidRDefault="00000000">
      <w:pPr>
        <w:pStyle w:val="IndexEntry"/>
        <w:tabs>
          <w:tab w:val="right" w:pos="9893"/>
        </w:tabs>
      </w:pPr>
      <w:hyperlink w:anchor="A20">
        <w:r>
          <w:rPr>
            <w:color w:val="17324D"/>
          </w:rPr>
          <w:t>A20. Segnalazione e richiesta di riconsiderazione</w:t>
        </w:r>
      </w:hyperlink>
      <w:r>
        <w:tab/>
      </w:r>
      <w:r>
        <w:fldChar w:fldCharType="begin"/>
      </w:r>
      <w:r>
        <w:instrText xml:space="preserve"> PAGEREF A20 \h </w:instrText>
      </w:r>
      <w:r>
        <w:fldChar w:fldCharType="separate"/>
      </w:r>
      <w:r w:rsidR="006A345B">
        <w:rPr>
          <w:noProof/>
        </w:rPr>
        <w:t>1</w:t>
      </w:r>
      <w:r>
        <w:fldChar w:fldCharType="end"/>
      </w:r>
    </w:p>
    <w:p w14:paraId="4DF2C5B1" w14:textId="77777777" w:rsidR="00F81D60" w:rsidRDefault="00000000">
      <w:pPr>
        <w:pStyle w:val="IndexEntry"/>
        <w:tabs>
          <w:tab w:val="right" w:pos="9893"/>
        </w:tabs>
      </w:pPr>
      <w:hyperlink w:anchor="A21">
        <w:r>
          <w:rPr>
            <w:color w:val="17324D"/>
          </w:rPr>
          <w:t>A21. Selezione e onboarding inclusivi</w:t>
        </w:r>
      </w:hyperlink>
      <w:r>
        <w:tab/>
      </w:r>
      <w:r>
        <w:fldChar w:fldCharType="begin"/>
      </w:r>
      <w:r>
        <w:instrText xml:space="preserve"> PAGEREF A21 \h </w:instrText>
      </w:r>
      <w:r>
        <w:fldChar w:fldCharType="separate"/>
      </w:r>
      <w:r w:rsidR="006A345B">
        <w:rPr>
          <w:noProof/>
        </w:rPr>
        <w:t>1</w:t>
      </w:r>
      <w:r>
        <w:fldChar w:fldCharType="end"/>
      </w:r>
    </w:p>
    <w:p w14:paraId="7596F4A9" w14:textId="77777777" w:rsidR="00F81D60" w:rsidRDefault="00000000">
      <w:pPr>
        <w:pStyle w:val="IndexEntry"/>
        <w:tabs>
          <w:tab w:val="right" w:pos="9893"/>
        </w:tabs>
      </w:pPr>
      <w:hyperlink w:anchor="A22_1">
        <w:r>
          <w:rPr>
            <w:color w:val="17324D"/>
          </w:rPr>
          <w:t>A22. Formazione, presenze e verifica apprendimento</w:t>
        </w:r>
      </w:hyperlink>
      <w:r>
        <w:tab/>
      </w:r>
      <w:r>
        <w:fldChar w:fldCharType="begin"/>
      </w:r>
      <w:r>
        <w:instrText xml:space="preserve"> PAGEREF A22_1 \h </w:instrText>
      </w:r>
      <w:r>
        <w:fldChar w:fldCharType="separate"/>
      </w:r>
      <w:r w:rsidR="006A345B">
        <w:rPr>
          <w:noProof/>
        </w:rPr>
        <w:t>1</w:t>
      </w:r>
      <w:r>
        <w:fldChar w:fldCharType="end"/>
      </w:r>
    </w:p>
    <w:p w14:paraId="3B34DDAC" w14:textId="77777777" w:rsidR="00F81D60" w:rsidRDefault="00000000">
      <w:pPr>
        <w:pStyle w:val="IndexEntry"/>
        <w:tabs>
          <w:tab w:val="right" w:pos="9893"/>
        </w:tabs>
      </w:pPr>
      <w:hyperlink w:anchor="A23">
        <w:r>
          <w:rPr>
            <w:color w:val="17324D"/>
          </w:rPr>
          <w:t>A23. Questionario sul supporto organizzativo</w:t>
        </w:r>
      </w:hyperlink>
      <w:r>
        <w:tab/>
      </w:r>
      <w:r>
        <w:fldChar w:fldCharType="begin"/>
      </w:r>
      <w:r>
        <w:instrText xml:space="preserve"> PAGEREF A23 \h </w:instrText>
      </w:r>
      <w:r>
        <w:fldChar w:fldCharType="separate"/>
      </w:r>
      <w:r w:rsidR="006A345B">
        <w:rPr>
          <w:noProof/>
        </w:rPr>
        <w:t>1</w:t>
      </w:r>
      <w:r>
        <w:fldChar w:fldCharType="end"/>
      </w:r>
    </w:p>
    <w:p w14:paraId="7628E713" w14:textId="77777777" w:rsidR="00F81D60" w:rsidRDefault="00000000">
      <w:pPr>
        <w:pStyle w:val="IndexEntry"/>
        <w:tabs>
          <w:tab w:val="right" w:pos="9893"/>
        </w:tabs>
      </w:pPr>
      <w:hyperlink w:anchor="A24_1">
        <w:r>
          <w:rPr>
            <w:color w:val="17324D"/>
          </w:rPr>
          <w:t>A24. Indicatori e verbale di riesame</w:t>
        </w:r>
      </w:hyperlink>
      <w:r>
        <w:tab/>
      </w:r>
      <w:r>
        <w:fldChar w:fldCharType="begin"/>
      </w:r>
      <w:r>
        <w:instrText xml:space="preserve"> PAGEREF A24_1 \h </w:instrText>
      </w:r>
      <w:r>
        <w:fldChar w:fldCharType="separate"/>
      </w:r>
      <w:r w:rsidR="006A345B">
        <w:rPr>
          <w:noProof/>
        </w:rPr>
        <w:t>1</w:t>
      </w:r>
      <w:r>
        <w:fldChar w:fldCharType="end"/>
      </w:r>
    </w:p>
    <w:p w14:paraId="1A35AAB5" w14:textId="77777777" w:rsidR="00F81D60" w:rsidRDefault="00000000">
      <w:pPr>
        <w:pStyle w:val="IndexEntry"/>
        <w:tabs>
          <w:tab w:val="right" w:pos="9893"/>
        </w:tabs>
      </w:pPr>
      <w:hyperlink w:anchor="A25_1">
        <w:r>
          <w:rPr>
            <w:color w:val="17324D"/>
          </w:rPr>
          <w:t>A25. Siti esterni, remoto e applicazione PMI</w:t>
        </w:r>
      </w:hyperlink>
      <w:r>
        <w:tab/>
      </w:r>
      <w:r>
        <w:fldChar w:fldCharType="begin"/>
      </w:r>
      <w:r>
        <w:instrText xml:space="preserve"> PAGEREF A25_1 \h </w:instrText>
      </w:r>
      <w:r>
        <w:fldChar w:fldCharType="separate"/>
      </w:r>
      <w:r w:rsidR="006A345B">
        <w:rPr>
          <w:noProof/>
        </w:rPr>
        <w:t>1</w:t>
      </w:r>
      <w:r>
        <w:fldChar w:fldCharType="end"/>
      </w:r>
    </w:p>
    <w:p w14:paraId="17E29D53" w14:textId="77777777" w:rsidR="00F81D60" w:rsidRDefault="00000000">
      <w:pPr>
        <w:pStyle w:val="IndexEntry"/>
        <w:tabs>
          <w:tab w:val="right" w:pos="9893"/>
        </w:tabs>
      </w:pPr>
      <w:hyperlink w:anchor="A26">
        <w:r>
          <w:rPr>
            <w:color w:val="17324D"/>
          </w:rPr>
          <w:t>A26. Revisioni, modifiche e distribuzione</w:t>
        </w:r>
      </w:hyperlink>
      <w:r>
        <w:tab/>
      </w:r>
      <w:r>
        <w:fldChar w:fldCharType="begin"/>
      </w:r>
      <w:r>
        <w:instrText xml:space="preserve"> PAGEREF A26 \h </w:instrText>
      </w:r>
      <w:r>
        <w:fldChar w:fldCharType="separate"/>
      </w:r>
      <w:r w:rsidR="006A345B">
        <w:rPr>
          <w:noProof/>
        </w:rPr>
        <w:t>1</w:t>
      </w:r>
      <w:r>
        <w:fldChar w:fldCharType="end"/>
      </w:r>
    </w:p>
    <w:p w14:paraId="6BBA3C23" w14:textId="77777777" w:rsidR="00F81D60" w:rsidRDefault="00000000">
      <w:pPr>
        <w:pStyle w:val="IndexEntry"/>
        <w:tabs>
          <w:tab w:val="right" w:pos="9893"/>
        </w:tabs>
      </w:pPr>
      <w:hyperlink w:anchor="A27_1">
        <w:r>
          <w:rPr>
            <w:color w:val="17324D"/>
          </w:rPr>
          <w:t>A27. Comunicazioni e guida per il personale</w:t>
        </w:r>
      </w:hyperlink>
      <w:r>
        <w:tab/>
      </w:r>
      <w:r>
        <w:fldChar w:fldCharType="begin"/>
      </w:r>
      <w:r>
        <w:instrText xml:space="preserve"> PAGEREF A27_1 \h </w:instrText>
      </w:r>
      <w:r>
        <w:fldChar w:fldCharType="separate"/>
      </w:r>
      <w:r w:rsidR="006A345B">
        <w:rPr>
          <w:noProof/>
        </w:rPr>
        <w:t>1</w:t>
      </w:r>
      <w:r>
        <w:fldChar w:fldCharType="end"/>
      </w:r>
    </w:p>
    <w:p w14:paraId="62A1F363" w14:textId="77777777" w:rsidR="00F81D60" w:rsidRDefault="00000000">
      <w:pPr>
        <w:pStyle w:val="IndexEntry"/>
        <w:tabs>
          <w:tab w:val="right" w:pos="9893"/>
        </w:tabs>
      </w:pPr>
      <w:hyperlink w:anchor="A28_1">
        <w:r>
          <w:rPr>
            <w:color w:val="17324D"/>
          </w:rPr>
          <w:t>A28. Esempio applicativo interamente fittizio</w:t>
        </w:r>
      </w:hyperlink>
      <w:r>
        <w:tab/>
      </w:r>
      <w:r>
        <w:fldChar w:fldCharType="begin"/>
      </w:r>
      <w:r>
        <w:instrText xml:space="preserve"> PAGEREF A28_1 \h </w:instrText>
      </w:r>
      <w:r>
        <w:fldChar w:fldCharType="separate"/>
      </w:r>
      <w:r w:rsidR="006A345B">
        <w:rPr>
          <w:noProof/>
        </w:rPr>
        <w:t>1</w:t>
      </w:r>
      <w:r>
        <w:fldChar w:fldCharType="end"/>
      </w:r>
    </w:p>
    <w:p w14:paraId="7A0313B9" w14:textId="77777777" w:rsidR="00F81D60" w:rsidRDefault="00000000">
      <w:pPr>
        <w:pStyle w:val="IndexEntry"/>
        <w:tabs>
          <w:tab w:val="right" w:pos="9893"/>
        </w:tabs>
      </w:pPr>
      <w:hyperlink w:anchor="A29_1">
        <w:r>
          <w:rPr>
            <w:color w:val="17324D"/>
          </w:rPr>
          <w:t>A29. Matrice di raccordo ISO / Excel / procedura</w:t>
        </w:r>
      </w:hyperlink>
      <w:r>
        <w:tab/>
      </w:r>
      <w:r>
        <w:fldChar w:fldCharType="begin"/>
      </w:r>
      <w:r>
        <w:instrText xml:space="preserve"> PAGEREF A29_1 \h </w:instrText>
      </w:r>
      <w:r>
        <w:fldChar w:fldCharType="separate"/>
      </w:r>
      <w:r w:rsidR="006A345B">
        <w:rPr>
          <w:noProof/>
        </w:rPr>
        <w:t>1</w:t>
      </w:r>
      <w:r>
        <w:fldChar w:fldCharType="end"/>
      </w:r>
    </w:p>
    <w:p w14:paraId="63189C96" w14:textId="77777777" w:rsidR="00F81D60" w:rsidRDefault="00000000">
      <w:pPr>
        <w:pStyle w:val="IndexEntry"/>
        <w:tabs>
          <w:tab w:val="right" w:pos="9893"/>
        </w:tabs>
      </w:pPr>
      <w:hyperlink w:anchor="A30">
        <w:r>
          <w:rPr>
            <w:color w:val="17324D"/>
          </w:rPr>
          <w:t>A30. Verifica di prontezza e autorizzazione all’avvio</w:t>
        </w:r>
      </w:hyperlink>
      <w:r>
        <w:tab/>
      </w:r>
      <w:r>
        <w:fldChar w:fldCharType="begin"/>
      </w:r>
      <w:r>
        <w:instrText xml:space="preserve"> PAGEREF A30 \h </w:instrText>
      </w:r>
      <w:r>
        <w:fldChar w:fldCharType="separate"/>
      </w:r>
      <w:r w:rsidR="006A345B">
        <w:rPr>
          <w:noProof/>
        </w:rPr>
        <w:t>1</w:t>
      </w:r>
      <w:r>
        <w:fldChar w:fldCharType="end"/>
      </w:r>
    </w:p>
    <w:p w14:paraId="423C146A" w14:textId="77777777" w:rsidR="00F81D60" w:rsidRDefault="00000000">
      <w:r>
        <w:br w:type="page"/>
      </w:r>
    </w:p>
    <w:p w14:paraId="15E7EBE5" w14:textId="77777777" w:rsidR="00F81D60" w:rsidRDefault="00000000">
      <w:pPr>
        <w:pStyle w:val="Small"/>
      </w:pPr>
      <w:r>
        <w:rPr>
          <w:b/>
          <w:color w:val="006B70"/>
        </w:rPr>
        <w:t>PROCEDURA</w:t>
      </w:r>
    </w:p>
    <w:p w14:paraId="7D516B4E" w14:textId="77777777" w:rsidR="00F81D60" w:rsidRDefault="00000000">
      <w:pPr>
        <w:pStyle w:val="Titolo1"/>
      </w:pPr>
      <w:bookmarkStart w:id="8" w:name="P01"/>
      <w:r>
        <w:t>01 | Governance e responsabilità</w:t>
      </w:r>
      <w:bookmarkEnd w:id="8"/>
    </w:p>
    <w:p w14:paraId="378E9B9A" w14:textId="77777777" w:rsidR="00F81D60" w:rsidRDefault="00000000">
      <w:pPr>
        <w:pStyle w:val="Reference"/>
      </w:pPr>
      <w:r>
        <w:t>Base documentale: [ISO] §§ 5.3, 5.4.2.3 e allegato F; [AZ] A02–A03. Le istruzioni operative e i moduli sono elaborazioni aziendali del modello [AZ].</w:t>
      </w:r>
    </w:p>
    <w:p w14:paraId="74F43DFB" w14:textId="77777777" w:rsidR="00F81D60" w:rsidRDefault="00000000">
      <w:r>
        <w:t>La direzione assume la titolarità del programma, ne approva il perimetro e rende disponibili risorse e autorità decisionali. Individua un responsabile del processo, un sostituto e un canale alternativo non subordinato alla persona che potrebbe essere oggetto di una segnalazione. L’eventuale gruppo di lavoro tratta problemi organizzativi e dati aggregati: non riceve automaticamente i fascicoli individuali.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551"/>
        <w:gridCol w:w="7426"/>
      </w:tblGrid>
      <w:tr w:rsidR="00F81D60" w14:paraId="28E53683" w14:textId="77777777">
        <w:trPr>
          <w:tblHeader/>
          <w:jc w:val="center"/>
        </w:trPr>
        <w:tc>
          <w:tcPr>
            <w:tcW w:w="2551" w:type="dxa"/>
            <w:shd w:val="clear" w:color="auto" w:fill="17324D"/>
            <w:vAlign w:val="center"/>
          </w:tcPr>
          <w:p w14:paraId="58FABA9F" w14:textId="77777777" w:rsidR="00F81D60" w:rsidRDefault="00000000">
            <w:pPr>
              <w:pStyle w:val="TableText"/>
              <w:spacing w:before="40" w:after="40"/>
            </w:pPr>
            <w:r>
              <w:rPr>
                <w:b/>
                <w:color w:val="FFFFFF"/>
              </w:rPr>
              <w:t>Funzione</w:t>
            </w:r>
          </w:p>
        </w:tc>
        <w:tc>
          <w:tcPr>
            <w:tcW w:w="7427" w:type="dxa"/>
            <w:shd w:val="clear" w:color="auto" w:fill="17324D"/>
            <w:vAlign w:val="center"/>
          </w:tcPr>
          <w:p w14:paraId="25D64A18" w14:textId="77777777" w:rsidR="00F81D60" w:rsidRDefault="00000000">
            <w:pPr>
              <w:pStyle w:val="TableText"/>
              <w:spacing w:before="40" w:after="40"/>
            </w:pPr>
            <w:r>
              <w:rPr>
                <w:b/>
                <w:color w:val="FFFFFF"/>
              </w:rPr>
              <w:t>Compiti operativi e confini</w:t>
            </w:r>
          </w:p>
        </w:tc>
      </w:tr>
      <w:tr w:rsidR="00F81D60" w14:paraId="080AF916" w14:textId="77777777">
        <w:trPr>
          <w:cantSplit/>
          <w:jc w:val="center"/>
        </w:trPr>
        <w:tc>
          <w:tcPr>
            <w:tcW w:w="2551" w:type="dxa"/>
            <w:vAlign w:val="center"/>
          </w:tcPr>
          <w:p w14:paraId="7C69177A" w14:textId="77777777" w:rsidR="00F81D60" w:rsidRDefault="00000000">
            <w:pPr>
              <w:pStyle w:val="TableText"/>
              <w:spacing w:before="40" w:after="40"/>
            </w:pPr>
            <w:r>
              <w:t>Datore di lavoro / direzione</w:t>
            </w:r>
          </w:p>
        </w:tc>
        <w:tc>
          <w:tcPr>
            <w:tcW w:w="7427" w:type="dxa"/>
            <w:vAlign w:val="center"/>
          </w:tcPr>
          <w:p w14:paraId="66B6A5FE" w14:textId="77777777" w:rsidR="00F81D60" w:rsidRDefault="00000000">
            <w:pPr>
              <w:pStyle w:val="TableText"/>
              <w:spacing w:before="40" w:after="40"/>
            </w:pPr>
            <w:r>
              <w:t>Approva politica, procedura, risorse e poteri; assicura l’integrazione nella prevenzione; decide gli interventi eccedenti le deleghe ordinarie; riesamina i risultati.</w:t>
            </w:r>
          </w:p>
        </w:tc>
      </w:tr>
      <w:tr w:rsidR="00F81D60" w14:paraId="15B67C47" w14:textId="77777777">
        <w:trPr>
          <w:cantSplit/>
          <w:jc w:val="center"/>
        </w:trPr>
        <w:tc>
          <w:tcPr>
            <w:tcW w:w="2551" w:type="dxa"/>
            <w:shd w:val="clear" w:color="auto" w:fill="F5F7F9"/>
            <w:vAlign w:val="center"/>
          </w:tcPr>
          <w:p w14:paraId="2802857A" w14:textId="77777777" w:rsidR="00F81D60" w:rsidRDefault="00000000">
            <w:pPr>
              <w:pStyle w:val="TableText"/>
              <w:spacing w:before="40" w:after="40"/>
            </w:pPr>
            <w:r>
              <w:t>Responsabile del processo / HR</w:t>
            </w:r>
          </w:p>
        </w:tc>
        <w:tc>
          <w:tcPr>
            <w:tcW w:w="7427" w:type="dxa"/>
            <w:shd w:val="clear" w:color="auto" w:fill="F5F7F9"/>
            <w:vAlign w:val="center"/>
          </w:tcPr>
          <w:p w14:paraId="03C773EA" w14:textId="77777777" w:rsidR="00F81D60" w:rsidRDefault="00000000">
            <w:pPr>
              <w:pStyle w:val="TableText"/>
              <w:spacing w:before="40" w:after="40"/>
            </w:pPr>
            <w:r>
              <w:t>Presidia le richieste, verifica completezza funzionale, coordina l’istruttoria, comunica la decisione, controlla scadenze e continuità. Non formula diagnosi.</w:t>
            </w:r>
          </w:p>
        </w:tc>
      </w:tr>
      <w:tr w:rsidR="00F81D60" w14:paraId="09673BDD" w14:textId="77777777">
        <w:trPr>
          <w:cantSplit/>
          <w:jc w:val="center"/>
        </w:trPr>
        <w:tc>
          <w:tcPr>
            <w:tcW w:w="2551" w:type="dxa"/>
            <w:vAlign w:val="center"/>
          </w:tcPr>
          <w:p w14:paraId="14CA5FFA" w14:textId="77777777" w:rsidR="00F81D60" w:rsidRDefault="00000000">
            <w:pPr>
              <w:pStyle w:val="TableText"/>
              <w:spacing w:before="40" w:after="40"/>
            </w:pPr>
            <w:r>
              <w:t>Dirigenti, manager e preposti</w:t>
            </w:r>
          </w:p>
        </w:tc>
        <w:tc>
          <w:tcPr>
            <w:tcW w:w="7427" w:type="dxa"/>
            <w:vAlign w:val="center"/>
          </w:tcPr>
          <w:p w14:paraId="32D0A56E" w14:textId="77777777" w:rsidR="00F81D60" w:rsidRDefault="00000000">
            <w:pPr>
              <w:pStyle w:val="TableText"/>
              <w:spacing w:before="40" w:after="40"/>
            </w:pPr>
            <w:r>
              <w:t>Rendono concretamente praticabili pause e adattamenti; gestiscono sostituzioni sicure; segnalano barriere. Ricevono solo le istruzioni pertinenti, non il racconto sanitario.</w:t>
            </w:r>
          </w:p>
        </w:tc>
      </w:tr>
      <w:tr w:rsidR="00F81D60" w14:paraId="49F30800" w14:textId="77777777">
        <w:trPr>
          <w:cantSplit/>
          <w:jc w:val="center"/>
        </w:trPr>
        <w:tc>
          <w:tcPr>
            <w:tcW w:w="2551" w:type="dxa"/>
            <w:shd w:val="clear" w:color="auto" w:fill="F5F7F9"/>
            <w:vAlign w:val="center"/>
          </w:tcPr>
          <w:p w14:paraId="58704B06" w14:textId="77777777" w:rsidR="00F81D60" w:rsidRDefault="00000000">
            <w:pPr>
              <w:pStyle w:val="TableText"/>
              <w:spacing w:before="40" w:after="40"/>
            </w:pPr>
            <w:r>
              <w:t>RSPP / HSE</w:t>
            </w:r>
          </w:p>
        </w:tc>
        <w:tc>
          <w:tcPr>
            <w:tcW w:w="7427" w:type="dxa"/>
            <w:shd w:val="clear" w:color="auto" w:fill="F5F7F9"/>
            <w:vAlign w:val="center"/>
          </w:tcPr>
          <w:p w14:paraId="66FB18CB" w14:textId="77777777" w:rsidR="00F81D60" w:rsidRDefault="00000000">
            <w:pPr>
              <w:pStyle w:val="TableText"/>
              <w:spacing w:before="40" w:after="40"/>
            </w:pPr>
            <w:r>
              <w:t>Analizza pericoli e compatibilità delle modifiche; propone prevenzione e controlli; raccorda con le valutazioni applicabili. Non attesta idoneità sanitaria.</w:t>
            </w:r>
          </w:p>
        </w:tc>
      </w:tr>
      <w:tr w:rsidR="00F81D60" w14:paraId="731AEBB6" w14:textId="77777777">
        <w:trPr>
          <w:cantSplit/>
          <w:jc w:val="center"/>
        </w:trPr>
        <w:tc>
          <w:tcPr>
            <w:tcW w:w="2551" w:type="dxa"/>
            <w:vAlign w:val="center"/>
          </w:tcPr>
          <w:p w14:paraId="0B86C331" w14:textId="77777777" w:rsidR="00F81D60" w:rsidRDefault="00000000">
            <w:pPr>
              <w:pStyle w:val="TableText"/>
              <w:spacing w:before="40" w:after="40"/>
            </w:pPr>
            <w:r>
              <w:t>Medico competente, ove coinvolto</w:t>
            </w:r>
          </w:p>
        </w:tc>
        <w:tc>
          <w:tcPr>
            <w:tcW w:w="7427" w:type="dxa"/>
            <w:vAlign w:val="center"/>
          </w:tcPr>
          <w:p w14:paraId="4BFAE473" w14:textId="77777777" w:rsidR="00F81D60" w:rsidRDefault="00000000">
            <w:pPr>
              <w:pStyle w:val="TableText"/>
              <w:spacing w:before="40" w:after="40"/>
            </w:pPr>
            <w:r>
              <w:t>Opera nel proprio ambito sanitario e con autonomia professionale; comunica quanto previsto per l’idoneità e le prescrizioni lavorative, non diagnosi o anamnesi ai manager. [IT2]</w:t>
            </w:r>
          </w:p>
        </w:tc>
      </w:tr>
      <w:tr w:rsidR="00F81D60" w14:paraId="6DCFC12D" w14:textId="77777777">
        <w:trPr>
          <w:cantSplit/>
          <w:jc w:val="center"/>
        </w:trPr>
        <w:tc>
          <w:tcPr>
            <w:tcW w:w="2551" w:type="dxa"/>
            <w:shd w:val="clear" w:color="auto" w:fill="F5F7F9"/>
            <w:vAlign w:val="center"/>
          </w:tcPr>
          <w:p w14:paraId="6AD1A072" w14:textId="77777777" w:rsidR="00F81D60" w:rsidRDefault="00000000">
            <w:pPr>
              <w:pStyle w:val="TableText"/>
              <w:spacing w:before="40" w:after="40"/>
            </w:pPr>
            <w:r>
              <w:t>RLS / RLST e rappresentanze</w:t>
            </w:r>
          </w:p>
        </w:tc>
        <w:tc>
          <w:tcPr>
            <w:tcW w:w="7427" w:type="dxa"/>
            <w:shd w:val="clear" w:color="auto" w:fill="F5F7F9"/>
            <w:vAlign w:val="center"/>
          </w:tcPr>
          <w:p w14:paraId="07053505" w14:textId="77777777" w:rsidR="00F81D60" w:rsidRDefault="00000000">
            <w:pPr>
              <w:pStyle w:val="TableText"/>
              <w:spacing w:before="40" w:after="40"/>
            </w:pPr>
            <w:r>
              <w:t>Contribuiscono alla consultazione e alle verifiche organizzative; possono supportare la persona secondo le sue scelte. Non accedono per ciò solo ai fascicoli individuali.</w:t>
            </w:r>
          </w:p>
        </w:tc>
      </w:tr>
      <w:tr w:rsidR="00F81D60" w14:paraId="1532FBAF" w14:textId="77777777">
        <w:trPr>
          <w:cantSplit/>
          <w:jc w:val="center"/>
        </w:trPr>
        <w:tc>
          <w:tcPr>
            <w:tcW w:w="2551" w:type="dxa"/>
            <w:vAlign w:val="center"/>
          </w:tcPr>
          <w:p w14:paraId="5632DCAC" w14:textId="77777777" w:rsidR="00F81D60" w:rsidRDefault="00000000">
            <w:pPr>
              <w:pStyle w:val="TableText"/>
              <w:spacing w:before="40" w:after="40"/>
            </w:pPr>
            <w:r>
              <w:t>Referente formato / rete di supporto</w:t>
            </w:r>
          </w:p>
        </w:tc>
        <w:tc>
          <w:tcPr>
            <w:tcW w:w="7427" w:type="dxa"/>
            <w:vAlign w:val="center"/>
          </w:tcPr>
          <w:p w14:paraId="7848A01A" w14:textId="77777777" w:rsidR="00F81D60" w:rsidRDefault="00000000">
            <w:pPr>
              <w:pStyle w:val="TableText"/>
              <w:spacing w:before="40" w:after="40"/>
            </w:pPr>
            <w:r>
              <w:t>Ascolta, orienta ai canali e accompagna se richiesto; non esercita consulenza clinica, psicoterapia o decisioni di idoneità.</w:t>
            </w:r>
          </w:p>
        </w:tc>
      </w:tr>
      <w:tr w:rsidR="00F81D60" w14:paraId="324F30A8" w14:textId="77777777">
        <w:trPr>
          <w:cantSplit/>
          <w:jc w:val="center"/>
        </w:trPr>
        <w:tc>
          <w:tcPr>
            <w:tcW w:w="2551" w:type="dxa"/>
            <w:shd w:val="clear" w:color="auto" w:fill="F5F7F9"/>
            <w:vAlign w:val="center"/>
          </w:tcPr>
          <w:p w14:paraId="5FEE3453" w14:textId="77777777" w:rsidR="00F81D60" w:rsidRDefault="00000000">
            <w:pPr>
              <w:pStyle w:val="TableText"/>
              <w:spacing w:before="40" w:after="40"/>
            </w:pPr>
            <w:r>
              <w:t>Privacy, IT, acquisti e manutenzione</w:t>
            </w:r>
          </w:p>
        </w:tc>
        <w:tc>
          <w:tcPr>
            <w:tcW w:w="7427" w:type="dxa"/>
            <w:shd w:val="clear" w:color="auto" w:fill="F5F7F9"/>
            <w:vAlign w:val="center"/>
          </w:tcPr>
          <w:p w14:paraId="505A467E" w14:textId="77777777" w:rsidR="00F81D60" w:rsidRDefault="00000000">
            <w:pPr>
              <w:pStyle w:val="TableText"/>
              <w:spacing w:before="40" w:after="40"/>
            </w:pPr>
            <w:r>
              <w:t>Definiscono, ciascuno per competenza, flussi leciti e sicuri, autorizzazioni, controlli tecnici, approvvigionamenti e manutenzioni.</w:t>
            </w:r>
          </w:p>
        </w:tc>
      </w:tr>
    </w:tbl>
    <w:p w14:paraId="230A718D" w14:textId="77777777" w:rsidR="00F81D60" w:rsidRDefault="00F81D60">
      <w:pPr>
        <w:spacing w:after="0"/>
      </w:pPr>
    </w:p>
    <w:p w14:paraId="62B303DD" w14:textId="77777777" w:rsidR="00F81D60" w:rsidRDefault="00000000">
      <w:pPr>
        <w:pStyle w:val="Titolo2"/>
      </w:pPr>
      <w:r>
        <w:t>Accountability e conflitti</w:t>
      </w:r>
    </w:p>
    <w:p w14:paraId="08A826BB" w14:textId="77777777" w:rsidR="00F81D60" w:rsidRDefault="00000000">
      <w:r>
        <w:t>Ogni attività ha un responsabile operativo e un soggetto con autorità per decidere. Le incompatibilità, l’assenza del titolare e l’indisponibilità del canale si gestiscono con il sostituto formalmente indicato. Il datore di lavoro mantiene gli obblighi non delegabili; la matrice A03 descrive il flusso interno e non sostituisce deleghe di funzione o nomine previste dalla legge.</w:t>
      </w:r>
    </w:p>
    <w:p w14:paraId="35E2878F" w14:textId="77777777" w:rsidR="00F81D60" w:rsidRDefault="00000000">
      <w:pPr>
        <w:pStyle w:val="Reference"/>
      </w:pPr>
      <w:r>
        <w:t>Registrazioni: A02 per nomine e contatti; A03 per assegnazioni; A04 per risorse e attuazione; A24 per il riesame. Il DPO, ove designato, fornisce consulenza e sorveglia: non diventa automaticamente il decisore operativo del trattamento.</w:t>
      </w:r>
    </w:p>
    <w:p w14:paraId="4E77588F" w14:textId="77777777" w:rsidR="00F81D60" w:rsidRDefault="00000000">
      <w:r>
        <w:br w:type="page"/>
      </w:r>
    </w:p>
    <w:p w14:paraId="538D3718" w14:textId="77777777" w:rsidR="00F81D60" w:rsidRDefault="00000000">
      <w:pPr>
        <w:pStyle w:val="Small"/>
      </w:pPr>
      <w:r>
        <w:rPr>
          <w:b/>
          <w:color w:val="006B70"/>
        </w:rPr>
        <w:t>PROCEDURA</w:t>
      </w:r>
    </w:p>
    <w:p w14:paraId="6B87890E" w14:textId="77777777" w:rsidR="00F81D60" w:rsidRDefault="00000000">
      <w:pPr>
        <w:pStyle w:val="Titolo1"/>
      </w:pPr>
      <w:bookmarkStart w:id="9" w:name="P02"/>
      <w:r>
        <w:t>02 | Avvio, baseline e consultazione</w:t>
      </w:r>
      <w:bookmarkEnd w:id="9"/>
    </w:p>
    <w:p w14:paraId="49A1C929" w14:textId="77777777" w:rsidR="00F81D60" w:rsidRDefault="00000000">
      <w:pPr>
        <w:pStyle w:val="Reference"/>
      </w:pPr>
      <w:r>
        <w:t>Base documentale: [ISO] §§ 4, 5.3.2.1, 5.8, 5.9.2.1; allegato C; [XLS] GUIDA. Le istruzioni operative e i moduli sono elaborazioni aziendali del modello [AZ].</w:t>
      </w:r>
    </w:p>
    <w:p w14:paraId="5EAEF319" w14:textId="77777777" w:rsidR="00F81D60" w:rsidRDefault="00000000">
      <w:pPr>
        <w:pStyle w:val="Titolo2"/>
      </w:pPr>
      <w:r>
        <w:t>2.1 Definire il contesto prima delle soluzioni</w:t>
      </w:r>
    </w:p>
    <w:p w14:paraId="78B0F1AD" w14:textId="77777777" w:rsidR="00F81D60" w:rsidRDefault="00000000">
      <w:r>
        <w:t>Il responsabile del processo censisce sedi, turni, mansioni, modalità di lavoro, vincoli di sicurezza e disponibilità dei servizi. L’analisi riguarda il lavoro effettivo: una toilette presente ma chiusa durante il turno notturno, una pausa ammessa ma senza sostituto o un contatto accessibile soltanto da intranet rappresentano barriere da registrare. Non è necessario identificare chi mestrua o chi attraversa la menopausa.</w:t>
      </w:r>
    </w:p>
    <w:p w14:paraId="373473C2" w14:textId="77777777" w:rsidR="00F81D60" w:rsidRDefault="00000000">
      <w:r>
        <w:t>Si raccolgono le politiche già applicabili: salute e sicurezza, orari e assenze, flessibilità, gestione delle prestazioni, inclusione, reclami, selezione, formazione, acquisti, privacy e lavoro remoto. A04 registra la coerenza, i conflitti e la revisione necessaria. Ogni esclusione di un sito o processo deve essere motivata; l’assenza di richieste non basta a escludere un’area.</w:t>
      </w:r>
    </w:p>
    <w:p w14:paraId="7249A154" w14:textId="77777777" w:rsidR="00F81D60" w:rsidRDefault="00000000">
      <w:pPr>
        <w:pStyle w:val="Titolo2"/>
      </w:pPr>
      <w:r>
        <w:t>2.2 Consultare senza sollecitare informazioni cliniche</w:t>
      </w:r>
    </w:p>
    <w:p w14:paraId="0DBF1B24" w14:textId="77777777" w:rsidR="00F81D60" w:rsidRDefault="00000000">
      <w:r>
        <w:t>La consultazione comprende differenti ruoli, turni e condizioni di lavoro, con RLS/RLST e rappresentanze pertinenti. Si propongono domande sulle barriere, sui canali, sull’accesso ai servizi e sulle misure preferite. La partecipazione a gruppi o testimonianze è volontaria; i verbali descrivono problemi e proposte senza attribuirli a persone identificabili. Per le realtà piccole si privilegiano osservazioni organizzative e colloqui protetti rispetto a segmentazioni statistiche reidentificanti.</w:t>
      </w:r>
    </w:p>
    <w:p w14:paraId="7780DEDC" w14:textId="77777777" w:rsidR="00F81D60" w:rsidRDefault="00000000">
      <w:pPr>
        <w:pStyle w:val="Titolo2"/>
      </w:pPr>
      <w:r>
        <w:t>2.3 Costruire e congelare la baseline</w:t>
      </w:r>
    </w:p>
    <w:p w14:paraId="25F29343" w14:textId="77777777" w:rsidR="00F81D60" w:rsidRDefault="00000000">
      <w:r>
        <w:t>La campagna iniziale impiega A06–A07 oppure il file Excel. Ogni controllo riceve un esito documentato; le incertezze restano “Da verificare”. I risultati iniziali vengono conservati con codice, perimetro e data. Le azioni successive sono gestite separatamente e non cancellano la situazione iniziale. Per confrontare periodi o sedi, si conservano le stesse definizioni oppure si documenta la variazione del perimetro.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665"/>
        <w:gridCol w:w="7312"/>
      </w:tblGrid>
      <w:tr w:rsidR="00F81D60" w14:paraId="7226B89A" w14:textId="77777777">
        <w:trPr>
          <w:tblHeader/>
          <w:jc w:val="center"/>
        </w:trPr>
        <w:tc>
          <w:tcPr>
            <w:tcW w:w="2665" w:type="dxa"/>
            <w:shd w:val="clear" w:color="auto" w:fill="17324D"/>
            <w:vAlign w:val="center"/>
          </w:tcPr>
          <w:p w14:paraId="66083632" w14:textId="77777777" w:rsidR="00F81D60" w:rsidRDefault="00000000">
            <w:pPr>
              <w:pStyle w:val="TableText"/>
              <w:spacing w:before="40" w:after="40"/>
            </w:pPr>
            <w:r>
              <w:rPr>
                <w:b/>
                <w:color w:val="FFFFFF"/>
              </w:rPr>
              <w:t>Passaggio</w:t>
            </w:r>
          </w:p>
        </w:tc>
        <w:tc>
          <w:tcPr>
            <w:tcW w:w="7313" w:type="dxa"/>
            <w:shd w:val="clear" w:color="auto" w:fill="17324D"/>
            <w:vAlign w:val="center"/>
          </w:tcPr>
          <w:p w14:paraId="64141998" w14:textId="77777777" w:rsidR="00F81D60" w:rsidRDefault="00000000">
            <w:pPr>
              <w:pStyle w:val="TableText"/>
              <w:spacing w:before="40" w:after="40"/>
            </w:pPr>
            <w:r>
              <w:rPr>
                <w:b/>
                <w:color w:val="FFFFFF"/>
              </w:rPr>
              <w:t>Output richiesto per proseguire</w:t>
            </w:r>
          </w:p>
        </w:tc>
      </w:tr>
      <w:tr w:rsidR="00F81D60" w14:paraId="01AA28CB" w14:textId="77777777">
        <w:trPr>
          <w:cantSplit/>
          <w:jc w:val="center"/>
        </w:trPr>
        <w:tc>
          <w:tcPr>
            <w:tcW w:w="2665" w:type="dxa"/>
            <w:vAlign w:val="center"/>
          </w:tcPr>
          <w:p w14:paraId="5284EAB9" w14:textId="77777777" w:rsidR="00F81D60" w:rsidRDefault="00000000">
            <w:pPr>
              <w:pStyle w:val="TableText"/>
              <w:spacing w:before="40" w:after="40"/>
            </w:pPr>
            <w:r>
              <w:t>Definizione contesto</w:t>
            </w:r>
          </w:p>
        </w:tc>
        <w:tc>
          <w:tcPr>
            <w:tcW w:w="7313" w:type="dxa"/>
            <w:vAlign w:val="center"/>
          </w:tcPr>
          <w:p w14:paraId="502DA1EF" w14:textId="77777777" w:rsidR="00F81D60" w:rsidRDefault="00000000">
            <w:pPr>
              <w:pStyle w:val="TableText"/>
              <w:spacing w:before="40" w:after="40"/>
            </w:pPr>
            <w:r>
              <w:t>A02 completo; elenco attività e vincoli; titolare e sostituto individuati.</w:t>
            </w:r>
          </w:p>
        </w:tc>
      </w:tr>
      <w:tr w:rsidR="00F81D60" w14:paraId="28139081" w14:textId="77777777">
        <w:trPr>
          <w:cantSplit/>
          <w:jc w:val="center"/>
        </w:trPr>
        <w:tc>
          <w:tcPr>
            <w:tcW w:w="2665" w:type="dxa"/>
            <w:shd w:val="clear" w:color="auto" w:fill="F5F7F9"/>
            <w:vAlign w:val="center"/>
          </w:tcPr>
          <w:p w14:paraId="77EB947D" w14:textId="77777777" w:rsidR="00F81D60" w:rsidRDefault="00000000">
            <w:pPr>
              <w:pStyle w:val="TableText"/>
              <w:spacing w:before="40" w:after="40"/>
            </w:pPr>
            <w:r>
              <w:t>Consultazione</w:t>
            </w:r>
          </w:p>
        </w:tc>
        <w:tc>
          <w:tcPr>
            <w:tcW w:w="7313" w:type="dxa"/>
            <w:shd w:val="clear" w:color="auto" w:fill="F5F7F9"/>
            <w:vAlign w:val="center"/>
          </w:tcPr>
          <w:p w14:paraId="23AC67B7" w14:textId="77777777" w:rsidR="00F81D60" w:rsidRDefault="00000000">
            <w:pPr>
              <w:pStyle w:val="TableText"/>
              <w:spacing w:before="40" w:after="40"/>
            </w:pPr>
            <w:r>
              <w:t>A05 con modalità, gruppi rappresentati, criticità, risposte e restituzione prevista.</w:t>
            </w:r>
          </w:p>
        </w:tc>
      </w:tr>
      <w:tr w:rsidR="00F81D60" w14:paraId="5B1C8964" w14:textId="77777777">
        <w:trPr>
          <w:cantSplit/>
          <w:jc w:val="center"/>
        </w:trPr>
        <w:tc>
          <w:tcPr>
            <w:tcW w:w="2665" w:type="dxa"/>
            <w:vAlign w:val="center"/>
          </w:tcPr>
          <w:p w14:paraId="119B611C" w14:textId="77777777" w:rsidR="00F81D60" w:rsidRDefault="00000000">
            <w:pPr>
              <w:pStyle w:val="TableText"/>
              <w:spacing w:before="40" w:after="40"/>
            </w:pPr>
            <w:r>
              <w:t>Valutazione iniziale</w:t>
            </w:r>
          </w:p>
        </w:tc>
        <w:tc>
          <w:tcPr>
            <w:tcW w:w="7313" w:type="dxa"/>
            <w:vAlign w:val="center"/>
          </w:tcPr>
          <w:p w14:paraId="10E92426" w14:textId="77777777" w:rsidR="00F81D60" w:rsidRDefault="00000000">
            <w:pPr>
              <w:pStyle w:val="TableText"/>
              <w:spacing w:before="40" w:after="40"/>
            </w:pPr>
            <w:r>
              <w:t>Checklist compilata e riscontri A07; barriere A08; questioni ancora aperte dichiarate.</w:t>
            </w:r>
          </w:p>
        </w:tc>
      </w:tr>
      <w:tr w:rsidR="00F81D60" w14:paraId="77EB3599" w14:textId="77777777">
        <w:trPr>
          <w:cantSplit/>
          <w:jc w:val="center"/>
        </w:trPr>
        <w:tc>
          <w:tcPr>
            <w:tcW w:w="2665" w:type="dxa"/>
            <w:shd w:val="clear" w:color="auto" w:fill="F5F7F9"/>
            <w:vAlign w:val="center"/>
          </w:tcPr>
          <w:p w14:paraId="70CF9505" w14:textId="77777777" w:rsidR="00F81D60" w:rsidRDefault="00000000">
            <w:pPr>
              <w:pStyle w:val="TableText"/>
              <w:spacing w:before="40" w:after="40"/>
            </w:pPr>
            <w:r>
              <w:t>Programmazione</w:t>
            </w:r>
          </w:p>
        </w:tc>
        <w:tc>
          <w:tcPr>
            <w:tcW w:w="7313" w:type="dxa"/>
            <w:shd w:val="clear" w:color="auto" w:fill="F5F7F9"/>
            <w:vAlign w:val="center"/>
          </w:tcPr>
          <w:p w14:paraId="6694DCE5" w14:textId="77777777" w:rsidR="00F81D60" w:rsidRDefault="00000000">
            <w:pPr>
              <w:pStyle w:val="TableText"/>
              <w:spacing w:before="40" w:after="40"/>
            </w:pPr>
            <w:r>
              <w:t>A04 e A17: priorità, misure immediate, risorse, responsabili e date approvate.</w:t>
            </w:r>
          </w:p>
        </w:tc>
      </w:tr>
    </w:tbl>
    <w:p w14:paraId="15742AD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5008139" w14:textId="77777777">
        <w:trPr>
          <w:tblHeader/>
          <w:jc w:val="center"/>
        </w:trPr>
        <w:tc>
          <w:tcPr>
            <w:tcW w:w="9978" w:type="dxa"/>
            <w:shd w:val="clear" w:color="auto" w:fill="17324D"/>
            <w:vAlign w:val="center"/>
          </w:tcPr>
          <w:p w14:paraId="249B4DB3" w14:textId="77777777" w:rsidR="00F81D60" w:rsidRDefault="00000000">
            <w:pPr>
              <w:pStyle w:val="TableText"/>
              <w:spacing w:before="40" w:after="40"/>
            </w:pPr>
            <w:r>
              <w:rPr>
                <w:b/>
                <w:color w:val="FFFFFF"/>
                <w:sz w:val="19"/>
              </w:rPr>
              <w:t>NON RINVIARE I PRESIDI ESSENZIALI</w:t>
            </w:r>
          </w:p>
        </w:tc>
      </w:tr>
      <w:tr w:rsidR="00F81D60" w14:paraId="1FED69B9" w14:textId="77777777">
        <w:trPr>
          <w:cantSplit/>
          <w:jc w:val="center"/>
        </w:trPr>
        <w:tc>
          <w:tcPr>
            <w:tcW w:w="9978" w:type="dxa"/>
            <w:shd w:val="clear" w:color="auto" w:fill="EAF3F4"/>
            <w:vAlign w:val="center"/>
          </w:tcPr>
          <w:p w14:paraId="2F6A6690" w14:textId="77777777" w:rsidR="00F81D60" w:rsidRDefault="00000000">
            <w:pPr>
              <w:pStyle w:val="TableText"/>
              <w:spacing w:before="40" w:after="40"/>
            </w:pPr>
            <w:r>
              <w:rPr>
                <w:sz w:val="19"/>
              </w:rPr>
              <w:t>La conclusione dell’audit non è un prerequisito per attivare misure urgenti di sicurezza, rendere accessibili servizi già disponibili o correggere una divulgazione indebita.</w:t>
            </w:r>
          </w:p>
        </w:tc>
      </w:tr>
    </w:tbl>
    <w:p w14:paraId="71FD95A7" w14:textId="77777777" w:rsidR="00F81D60" w:rsidRDefault="00F81D60">
      <w:pPr>
        <w:spacing w:after="0"/>
      </w:pPr>
    </w:p>
    <w:p w14:paraId="28631165" w14:textId="77777777" w:rsidR="00F81D60" w:rsidRDefault="00000000">
      <w:r>
        <w:br w:type="page"/>
      </w:r>
    </w:p>
    <w:p w14:paraId="7B9F0E8E" w14:textId="77777777" w:rsidR="00F81D60" w:rsidRDefault="00000000">
      <w:pPr>
        <w:pStyle w:val="Small"/>
      </w:pPr>
      <w:r>
        <w:rPr>
          <w:b/>
          <w:color w:val="006B70"/>
        </w:rPr>
        <w:t>PROCEDURA</w:t>
      </w:r>
    </w:p>
    <w:p w14:paraId="1FFE46A3" w14:textId="77777777" w:rsidR="00F81D60" w:rsidRDefault="00000000">
      <w:pPr>
        <w:pStyle w:val="Titolo1"/>
      </w:pPr>
      <w:bookmarkStart w:id="10" w:name="P03"/>
      <w:r>
        <w:t>03 | Canali di accesso e accoglienza</w:t>
      </w:r>
      <w:bookmarkEnd w:id="10"/>
    </w:p>
    <w:p w14:paraId="78E8A82A" w14:textId="77777777" w:rsidR="00F81D60" w:rsidRDefault="00000000">
      <w:pPr>
        <w:pStyle w:val="Reference"/>
      </w:pPr>
      <w:r>
        <w:t>Base documentale: [ISO] §§ 5.4.2.2, 5.6; allegato B.1.1. Le istruzioni operative e i moduli sono elaborazioni aziendali del modello [AZ].</w:t>
      </w:r>
    </w:p>
    <w:p w14:paraId="10884201" w14:textId="77777777" w:rsidR="00F81D60" w:rsidRDefault="00000000">
      <w:r>
        <w:t>Il personale deve poter chiedere un confronto senza dichiarare una diagnosi o utilizzare termini sanitari. L’organizzazione rende disponibili almeno un canale principale e un’alternativa riservata, specificandone orari di presidio, destinatari effettivi e sostituti. Sono previste modalità accessibili anche per chi lavora su turni, non ha account aziendale o incontra barriere linguistiche o digitali.</w:t>
      </w:r>
    </w:p>
    <w:p w14:paraId="5658E5D2" w14:textId="77777777" w:rsidR="00F81D60" w:rsidRDefault="00000000">
      <w:pPr>
        <w:pStyle w:val="Titolo2"/>
      </w:pPr>
      <w:r>
        <w:t>3.1 Accesso ordinario</w:t>
      </w:r>
    </w:p>
    <w:p w14:paraId="2B7591BE" w14:textId="77777777" w:rsidR="00F81D60" w:rsidRDefault="00000000">
      <w:r>
        <w:t>La richiesta può essere formulata oralmente o mediante A09. Chi la riceve chiarisce il proprio ruolo e i limiti della riservatezza, propone un momento dedicato e registra soltanto i dati minimi necessari al contatto e alla gestione. Una richiesta verbale non viene respinta perché priva di modulo. Il riepilogo scritto è verificato con la persona prima dell’inserimento nell’archivio autorizzato.</w:t>
      </w:r>
    </w:p>
    <w:p w14:paraId="5864E171" w14:textId="77777777" w:rsidR="00F81D60" w:rsidRDefault="00000000">
      <w:pPr>
        <w:pStyle w:val="Titolo2"/>
      </w:pPr>
      <w:r>
        <w:t>3.2 Interlocutore alternativo e accompagnamento</w:t>
      </w:r>
    </w:p>
    <w:p w14:paraId="31298777" w14:textId="77777777" w:rsidR="00F81D60" w:rsidRDefault="00000000">
      <w:r>
        <w:t>La persona può rivolgersi a HR, al referente formato o al canale alternativo indicato in A02, senza essere obbligata a passare dal superiore diretto. Può chiedere la presenza di un collega o rappresentante di fiducia, nei limiti delle regole applicabili. Si concordano modalità compatibili con lingua, accessibilità, cultura e preferenza comunicativa; nessuno deve spiegare o giustificare la propria identità di genere.</w:t>
      </w:r>
    </w:p>
    <w:p w14:paraId="213EAAC9" w14:textId="77777777" w:rsidR="00F81D60" w:rsidRDefault="00000000">
      <w:pPr>
        <w:pStyle w:val="Titolo2"/>
      </w:pPr>
      <w:r>
        <w:t>3.3 Segnalazioni indirette e iniziativa del manager</w:t>
      </w:r>
    </w:p>
    <w:p w14:paraId="7C2AB097" w14:textId="77777777" w:rsidR="00F81D60" w:rsidRDefault="00000000">
      <w:r>
        <w:t>Un manager che osserva difficoltà lavorative propone un colloquio sul benessere e sulle condizioni di lavoro, senza ipotizzare menopausa, mestruazioni o diagnosi. Una segnalazione di terzi non legittima raccolte di informazioni private. Si verifica se esiste una barriera organizzativa o una criticità di sicurezza e si informa la persona dell’opportunità di un confronto riservato.</w:t>
      </w:r>
    </w:p>
    <w:p w14:paraId="0CC58D51" w14:textId="77777777" w:rsidR="00F81D60" w:rsidRDefault="00000000">
      <w:pPr>
        <w:pStyle w:val="Titolo2"/>
      </w:pPr>
      <w:r>
        <w:t>3.4 Dati sanitari ricevuti spontaneamente</w:t>
      </w:r>
    </w:p>
    <w:p w14:paraId="11CB04AA" w14:textId="77777777" w:rsidR="00F81D60" w:rsidRDefault="00000000">
      <w:r>
        <w:t>Chi riceve referti, diagnosi o dettagli non necessari evita inoltri, duplicazioni e trascrizioni nei registri ordinari; avvisa la funzione autorizzata, protegge temporaneamente il documento e segue le istruzioni per indirizzarlo al canale sanitario appropriato o gestirne la rimozione lecita. Non si promette la cancellazione immediata senza considerare obblighi applicabili e gestione dell’eventuale incidente sui dati.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C1888A4" w14:textId="77777777">
        <w:trPr>
          <w:tblHeader/>
          <w:jc w:val="center"/>
        </w:trPr>
        <w:tc>
          <w:tcPr>
            <w:tcW w:w="9978" w:type="dxa"/>
            <w:shd w:val="clear" w:color="auto" w:fill="17324D"/>
            <w:vAlign w:val="center"/>
          </w:tcPr>
          <w:p w14:paraId="347EB5FD" w14:textId="77777777" w:rsidR="00F81D60" w:rsidRDefault="00000000">
            <w:pPr>
              <w:pStyle w:val="TableText"/>
              <w:spacing w:before="40" w:after="40"/>
            </w:pPr>
            <w:r>
              <w:rPr>
                <w:b/>
                <w:color w:val="FFFFFF"/>
                <w:sz w:val="19"/>
              </w:rPr>
              <w:t>REGOLA DI ACCOGLIENZA</w:t>
            </w:r>
          </w:p>
        </w:tc>
      </w:tr>
      <w:tr w:rsidR="00F81D60" w14:paraId="10A40A17" w14:textId="77777777">
        <w:trPr>
          <w:cantSplit/>
          <w:jc w:val="center"/>
        </w:trPr>
        <w:tc>
          <w:tcPr>
            <w:tcW w:w="9978" w:type="dxa"/>
            <w:shd w:val="clear" w:color="auto" w:fill="EAF3F4"/>
            <w:vAlign w:val="center"/>
          </w:tcPr>
          <w:p w14:paraId="543F04B2" w14:textId="77777777" w:rsidR="00F81D60" w:rsidRDefault="00000000">
            <w:pPr>
              <w:pStyle w:val="TableText"/>
              <w:spacing w:before="40" w:after="40"/>
            </w:pPr>
            <w:r>
              <w:rPr>
                <w:sz w:val="19"/>
              </w:rPr>
              <w:t>“Possiamo parlare delle condizioni di lavoro e di ciò che ti aiuterebbe. Non devi raccontare dettagli clinici. Prima di coinvolgere altre funzioni chiariremo quali informazioni sono necessarie e chi le riceverà.”</w:t>
            </w:r>
          </w:p>
        </w:tc>
      </w:tr>
    </w:tbl>
    <w:p w14:paraId="0023DDA4" w14:textId="77777777" w:rsidR="00F81D60" w:rsidRDefault="00F81D60">
      <w:pPr>
        <w:spacing w:after="0"/>
      </w:pPr>
    </w:p>
    <w:p w14:paraId="7AFA826A" w14:textId="77777777" w:rsidR="00F81D60" w:rsidRDefault="00000000">
      <w:pPr>
        <w:pStyle w:val="Reference"/>
      </w:pPr>
      <w:r>
        <w:t>La casella del supporto non deve essere una lista di distribuzione estesa. Nell’oggetto di e-mail, calendari e appuntamenti usare diciture neutre, quali “colloquio riservato” o “adattamento del lavoro”.</w:t>
      </w:r>
    </w:p>
    <w:p w14:paraId="776A124B" w14:textId="77777777" w:rsidR="00F81D60" w:rsidRDefault="00000000">
      <w:r>
        <w:br w:type="page"/>
      </w:r>
    </w:p>
    <w:p w14:paraId="3B4CC427" w14:textId="77777777" w:rsidR="00F81D60" w:rsidRDefault="00000000">
      <w:pPr>
        <w:pStyle w:val="Small"/>
      </w:pPr>
      <w:r>
        <w:rPr>
          <w:b/>
          <w:color w:val="006B70"/>
        </w:rPr>
        <w:t>PROCEDURA</w:t>
      </w:r>
    </w:p>
    <w:p w14:paraId="0B0DDE38" w14:textId="77777777" w:rsidR="00F81D60" w:rsidRDefault="00000000">
      <w:pPr>
        <w:pStyle w:val="Titolo1"/>
      </w:pPr>
      <w:bookmarkStart w:id="11" w:name="P04"/>
      <w:r>
        <w:t>04 | Presa in carico e tempi del processo</w:t>
      </w:r>
      <w:bookmarkEnd w:id="11"/>
    </w:p>
    <w:p w14:paraId="2E12B9DA" w14:textId="77777777" w:rsidR="00F81D60" w:rsidRDefault="00000000">
      <w:pPr>
        <w:pStyle w:val="Reference"/>
      </w:pPr>
      <w:r>
        <w:t>Base documentale: [ISO] §§ 5.3–5.6; [AZ] termini organizzativi proposti. Le istruzioni operative e i moduli sono elaborazioni aziendali del modello [AZ].</w:t>
      </w:r>
    </w:p>
    <w:p w14:paraId="1F7099D1" w14:textId="77777777" w:rsidR="00F81D60" w:rsidRDefault="00000000">
      <w:r>
        <w:t>La presa in carico distingue l’ordinaria richiesta di supporto dalle situazioni che richiedono l’attivazione immediata delle procedure di sicurezza, emergenza, tutela della persona o protezione dei dati. La classificazione è organizzativa, non un triage clinico. Non si chiede al manager di stabilire se un malessere derivi da menopausa o mestruazioni.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324"/>
        <w:gridCol w:w="5499"/>
        <w:gridCol w:w="2154"/>
      </w:tblGrid>
      <w:tr w:rsidR="00F81D60" w14:paraId="21AC0E88" w14:textId="77777777">
        <w:trPr>
          <w:tblHeader/>
          <w:jc w:val="center"/>
        </w:trPr>
        <w:tc>
          <w:tcPr>
            <w:tcW w:w="2324" w:type="dxa"/>
            <w:shd w:val="clear" w:color="auto" w:fill="17324D"/>
            <w:vAlign w:val="center"/>
          </w:tcPr>
          <w:p w14:paraId="3DC9B48D" w14:textId="77777777" w:rsidR="00F81D60" w:rsidRDefault="00000000">
            <w:pPr>
              <w:pStyle w:val="TableText"/>
              <w:spacing w:before="40" w:after="40"/>
            </w:pPr>
            <w:r>
              <w:rPr>
                <w:b/>
                <w:color w:val="FFFFFF"/>
              </w:rPr>
              <w:t>Evento / fase</w:t>
            </w:r>
          </w:p>
        </w:tc>
        <w:tc>
          <w:tcPr>
            <w:tcW w:w="5499" w:type="dxa"/>
            <w:shd w:val="clear" w:color="auto" w:fill="17324D"/>
            <w:vAlign w:val="center"/>
          </w:tcPr>
          <w:p w14:paraId="7E2065F4" w14:textId="77777777" w:rsidR="00F81D60" w:rsidRDefault="00000000">
            <w:pPr>
              <w:pStyle w:val="TableText"/>
              <w:spacing w:before="40" w:after="40"/>
            </w:pPr>
            <w:r>
              <w:rPr>
                <w:b/>
                <w:color w:val="FFFFFF"/>
              </w:rPr>
              <w:t>Regola proposta [AZ]</w:t>
            </w:r>
          </w:p>
        </w:tc>
        <w:tc>
          <w:tcPr>
            <w:tcW w:w="2154" w:type="dxa"/>
            <w:shd w:val="clear" w:color="auto" w:fill="17324D"/>
            <w:vAlign w:val="center"/>
          </w:tcPr>
          <w:p w14:paraId="3BF42E96" w14:textId="77777777" w:rsidR="00F81D60" w:rsidRDefault="00000000">
            <w:pPr>
              <w:pStyle w:val="TableText"/>
              <w:spacing w:before="40" w:after="40"/>
            </w:pPr>
            <w:r>
              <w:rPr>
                <w:b/>
                <w:color w:val="FFFFFF"/>
              </w:rPr>
              <w:t>Registrazione</w:t>
            </w:r>
          </w:p>
        </w:tc>
      </w:tr>
      <w:tr w:rsidR="00F81D60" w14:paraId="36400DC2" w14:textId="77777777">
        <w:trPr>
          <w:cantSplit/>
          <w:jc w:val="center"/>
        </w:trPr>
        <w:tc>
          <w:tcPr>
            <w:tcW w:w="2324" w:type="dxa"/>
            <w:vAlign w:val="center"/>
          </w:tcPr>
          <w:p w14:paraId="60B6294F" w14:textId="77777777" w:rsidR="00F81D60" w:rsidRDefault="00000000">
            <w:pPr>
              <w:pStyle w:val="TableText"/>
              <w:spacing w:before="40" w:after="40"/>
            </w:pPr>
            <w:r>
              <w:t>Pericolo o malessere acuto</w:t>
            </w:r>
          </w:p>
        </w:tc>
        <w:tc>
          <w:tcPr>
            <w:tcW w:w="5499" w:type="dxa"/>
            <w:vAlign w:val="center"/>
          </w:tcPr>
          <w:p w14:paraId="475B947D" w14:textId="77777777" w:rsidR="00F81D60" w:rsidRDefault="00000000">
            <w:pPr>
              <w:pStyle w:val="TableText"/>
              <w:spacing w:before="40" w:after="40"/>
            </w:pPr>
            <w:r>
              <w:t>Attivazione immediata dei presidi competenti; nessuna attesa dei tempi amministrativi.</w:t>
            </w:r>
          </w:p>
        </w:tc>
        <w:tc>
          <w:tcPr>
            <w:tcW w:w="2154" w:type="dxa"/>
            <w:vAlign w:val="center"/>
          </w:tcPr>
          <w:p w14:paraId="1F5C629E" w14:textId="77777777" w:rsidR="00F81D60" w:rsidRDefault="00000000">
            <w:pPr>
              <w:pStyle w:val="TableText"/>
              <w:spacing w:before="40" w:after="40"/>
            </w:pPr>
            <w:r>
              <w:t>Procedura di emergenza vigente; A16 per il piano preventivo.</w:t>
            </w:r>
          </w:p>
        </w:tc>
      </w:tr>
      <w:tr w:rsidR="00F81D60" w14:paraId="7AD4408E" w14:textId="77777777">
        <w:trPr>
          <w:cantSplit/>
          <w:jc w:val="center"/>
        </w:trPr>
        <w:tc>
          <w:tcPr>
            <w:tcW w:w="2324" w:type="dxa"/>
            <w:shd w:val="clear" w:color="auto" w:fill="F5F7F9"/>
            <w:vAlign w:val="center"/>
          </w:tcPr>
          <w:p w14:paraId="525C9475" w14:textId="77777777" w:rsidR="00F81D60" w:rsidRDefault="00000000">
            <w:pPr>
              <w:pStyle w:val="TableText"/>
              <w:spacing w:before="40" w:after="40"/>
            </w:pPr>
            <w:r>
              <w:t>Conferma ricezione</w:t>
            </w:r>
          </w:p>
        </w:tc>
        <w:tc>
          <w:tcPr>
            <w:tcW w:w="5499" w:type="dxa"/>
            <w:shd w:val="clear" w:color="auto" w:fill="F5F7F9"/>
            <w:vAlign w:val="center"/>
          </w:tcPr>
          <w:p w14:paraId="44B82332" w14:textId="77777777" w:rsidR="00F81D60" w:rsidRDefault="00000000">
            <w:pPr>
              <w:pStyle w:val="TableText"/>
              <w:spacing w:before="40" w:after="40"/>
            </w:pPr>
            <w:r>
              <w:t>Entro 2 giorni lavorativi: referente, canale, prossima fase e indicazioni privacy.</w:t>
            </w:r>
          </w:p>
        </w:tc>
        <w:tc>
          <w:tcPr>
            <w:tcW w:w="2154" w:type="dxa"/>
            <w:shd w:val="clear" w:color="auto" w:fill="F5F7F9"/>
            <w:vAlign w:val="center"/>
          </w:tcPr>
          <w:p w14:paraId="672B1512" w14:textId="77777777" w:rsidR="00F81D60" w:rsidRDefault="00000000">
            <w:pPr>
              <w:pStyle w:val="TableText"/>
              <w:spacing w:before="40" w:after="40"/>
            </w:pPr>
            <w:r>
              <w:t>A09; registro operativo riservato.</w:t>
            </w:r>
          </w:p>
        </w:tc>
      </w:tr>
      <w:tr w:rsidR="00F81D60" w14:paraId="37D39449" w14:textId="77777777">
        <w:trPr>
          <w:cantSplit/>
          <w:jc w:val="center"/>
        </w:trPr>
        <w:tc>
          <w:tcPr>
            <w:tcW w:w="2324" w:type="dxa"/>
            <w:vAlign w:val="center"/>
          </w:tcPr>
          <w:p w14:paraId="3BBD92CE" w14:textId="77777777" w:rsidR="00F81D60" w:rsidRDefault="00000000">
            <w:pPr>
              <w:pStyle w:val="TableText"/>
              <w:spacing w:before="40" w:after="40"/>
            </w:pPr>
            <w:r>
              <w:t>Primo colloquio</w:t>
            </w:r>
          </w:p>
        </w:tc>
        <w:tc>
          <w:tcPr>
            <w:tcW w:w="5499" w:type="dxa"/>
            <w:vAlign w:val="center"/>
          </w:tcPr>
          <w:p w14:paraId="72B5AF31" w14:textId="77777777" w:rsidR="00F81D60" w:rsidRDefault="00000000">
            <w:pPr>
              <w:pStyle w:val="TableText"/>
              <w:spacing w:before="40" w:after="40"/>
            </w:pPr>
            <w:r>
              <w:t>Entro 5 giorni lavorativi dalla richiesta, salvo accordo diverso o maggiore urgenza.</w:t>
            </w:r>
          </w:p>
        </w:tc>
        <w:tc>
          <w:tcPr>
            <w:tcW w:w="2154" w:type="dxa"/>
            <w:vAlign w:val="center"/>
          </w:tcPr>
          <w:p w14:paraId="3F0EDA25" w14:textId="77777777" w:rsidR="00F81D60" w:rsidRDefault="00000000">
            <w:pPr>
              <w:pStyle w:val="TableText"/>
              <w:spacing w:before="40" w:after="40"/>
            </w:pPr>
            <w:r>
              <w:t>A10; appuntamento neutro.</w:t>
            </w:r>
          </w:p>
        </w:tc>
      </w:tr>
      <w:tr w:rsidR="00F81D60" w14:paraId="19CF21B9" w14:textId="77777777">
        <w:trPr>
          <w:cantSplit/>
          <w:jc w:val="center"/>
        </w:trPr>
        <w:tc>
          <w:tcPr>
            <w:tcW w:w="2324" w:type="dxa"/>
            <w:shd w:val="clear" w:color="auto" w:fill="F5F7F9"/>
            <w:vAlign w:val="center"/>
          </w:tcPr>
          <w:p w14:paraId="4AEC7C00" w14:textId="77777777" w:rsidR="00F81D60" w:rsidRDefault="00000000">
            <w:pPr>
              <w:pStyle w:val="TableText"/>
              <w:spacing w:before="40" w:after="40"/>
            </w:pPr>
            <w:r>
              <w:t>Decisione o risposta interlocutoria</w:t>
            </w:r>
          </w:p>
        </w:tc>
        <w:tc>
          <w:tcPr>
            <w:tcW w:w="5499" w:type="dxa"/>
            <w:shd w:val="clear" w:color="auto" w:fill="F5F7F9"/>
            <w:vAlign w:val="center"/>
          </w:tcPr>
          <w:p w14:paraId="6D5DF0C7" w14:textId="77777777" w:rsidR="00F81D60" w:rsidRDefault="00000000">
            <w:pPr>
              <w:pStyle w:val="TableText"/>
              <w:spacing w:before="40" w:after="40"/>
            </w:pPr>
            <w:r>
              <w:t>Entro 10 giorni lavorativi dalla richiesta: esito oppure ostacolo, misura provvisoria e nuova data definita.</w:t>
            </w:r>
          </w:p>
        </w:tc>
        <w:tc>
          <w:tcPr>
            <w:tcW w:w="2154" w:type="dxa"/>
            <w:shd w:val="clear" w:color="auto" w:fill="F5F7F9"/>
            <w:vAlign w:val="center"/>
          </w:tcPr>
          <w:p w14:paraId="47EAE7E5" w14:textId="77777777" w:rsidR="00F81D60" w:rsidRDefault="00000000">
            <w:pPr>
              <w:pStyle w:val="TableText"/>
              <w:spacing w:before="40" w:after="40"/>
            </w:pPr>
            <w:r>
              <w:t>A11–A12.</w:t>
            </w:r>
          </w:p>
        </w:tc>
      </w:tr>
      <w:tr w:rsidR="00F81D60" w14:paraId="1345C0CC" w14:textId="77777777">
        <w:trPr>
          <w:cantSplit/>
          <w:jc w:val="center"/>
        </w:trPr>
        <w:tc>
          <w:tcPr>
            <w:tcW w:w="2324" w:type="dxa"/>
            <w:vAlign w:val="center"/>
          </w:tcPr>
          <w:p w14:paraId="3A4D6E67" w14:textId="77777777" w:rsidR="00F81D60" w:rsidRDefault="00000000">
            <w:pPr>
              <w:pStyle w:val="TableText"/>
              <w:spacing w:before="40" w:after="40"/>
            </w:pPr>
            <w:r>
              <w:t>Avvio adattamento</w:t>
            </w:r>
          </w:p>
        </w:tc>
        <w:tc>
          <w:tcPr>
            <w:tcW w:w="5499" w:type="dxa"/>
            <w:vAlign w:val="center"/>
          </w:tcPr>
          <w:p w14:paraId="47914819" w14:textId="77777777" w:rsidR="00F81D60" w:rsidRDefault="00000000">
            <w:pPr>
              <w:pStyle w:val="TableText"/>
              <w:spacing w:before="40" w:after="40"/>
            </w:pPr>
            <w:r>
              <w:t>Nella data concordata dopo le verifiche di sicurezza; priorità immediata se necessaria.</w:t>
            </w:r>
          </w:p>
        </w:tc>
        <w:tc>
          <w:tcPr>
            <w:tcW w:w="2154" w:type="dxa"/>
            <w:vAlign w:val="center"/>
          </w:tcPr>
          <w:p w14:paraId="2B87C964" w14:textId="77777777" w:rsidR="00F81D60" w:rsidRDefault="00000000">
            <w:pPr>
              <w:pStyle w:val="TableText"/>
              <w:spacing w:before="40" w:after="40"/>
            </w:pPr>
            <w:r>
              <w:t>A12–A13.</w:t>
            </w:r>
          </w:p>
        </w:tc>
      </w:tr>
      <w:tr w:rsidR="00F81D60" w14:paraId="5D4547C9" w14:textId="77777777">
        <w:trPr>
          <w:cantSplit/>
          <w:jc w:val="center"/>
        </w:trPr>
        <w:tc>
          <w:tcPr>
            <w:tcW w:w="2324" w:type="dxa"/>
            <w:shd w:val="clear" w:color="auto" w:fill="F5F7F9"/>
            <w:vAlign w:val="center"/>
          </w:tcPr>
          <w:p w14:paraId="7601FFD0" w14:textId="77777777" w:rsidR="00F81D60" w:rsidRDefault="00000000">
            <w:pPr>
              <w:pStyle w:val="TableText"/>
              <w:spacing w:before="40" w:after="40"/>
            </w:pPr>
            <w:r>
              <w:t>Prima verifica</w:t>
            </w:r>
          </w:p>
        </w:tc>
        <w:tc>
          <w:tcPr>
            <w:tcW w:w="5499" w:type="dxa"/>
            <w:shd w:val="clear" w:color="auto" w:fill="F5F7F9"/>
            <w:vAlign w:val="center"/>
          </w:tcPr>
          <w:p w14:paraId="45BFC71F" w14:textId="77777777" w:rsidR="00F81D60" w:rsidRDefault="00000000">
            <w:pPr>
              <w:pStyle w:val="TableText"/>
              <w:spacing w:before="40" w:after="40"/>
            </w:pPr>
            <w:r>
              <w:t>Indicativamente entro 2–4 settimane dall’avvio; prima se inefficacia, criticità o richiesta della persona.</w:t>
            </w:r>
          </w:p>
        </w:tc>
        <w:tc>
          <w:tcPr>
            <w:tcW w:w="2154" w:type="dxa"/>
            <w:shd w:val="clear" w:color="auto" w:fill="F5F7F9"/>
            <w:vAlign w:val="center"/>
          </w:tcPr>
          <w:p w14:paraId="6946D424" w14:textId="77777777" w:rsidR="00F81D60" w:rsidRDefault="00000000">
            <w:pPr>
              <w:pStyle w:val="TableText"/>
              <w:spacing w:before="40" w:after="40"/>
            </w:pPr>
            <w:r>
              <w:t>A14.</w:t>
            </w:r>
          </w:p>
        </w:tc>
      </w:tr>
      <w:tr w:rsidR="00F81D60" w14:paraId="2D832C8A" w14:textId="77777777">
        <w:trPr>
          <w:cantSplit/>
          <w:jc w:val="center"/>
        </w:trPr>
        <w:tc>
          <w:tcPr>
            <w:tcW w:w="2324" w:type="dxa"/>
            <w:vAlign w:val="center"/>
          </w:tcPr>
          <w:p w14:paraId="45DFDAA3" w14:textId="77777777" w:rsidR="00F81D60" w:rsidRDefault="00000000">
            <w:pPr>
              <w:pStyle w:val="TableText"/>
              <w:spacing w:before="40" w:after="40"/>
            </w:pPr>
            <w:r>
              <w:t>Riesame successivo</w:t>
            </w:r>
          </w:p>
        </w:tc>
        <w:tc>
          <w:tcPr>
            <w:tcW w:w="5499" w:type="dxa"/>
            <w:vAlign w:val="center"/>
          </w:tcPr>
          <w:p w14:paraId="37D37948" w14:textId="77777777" w:rsidR="00F81D60" w:rsidRDefault="00000000">
            <w:pPr>
              <w:pStyle w:val="TableText"/>
              <w:spacing w:before="40" w:after="40"/>
            </w:pPr>
            <w:r>
              <w:t>Data concordata, di norma entro 3 mesi nella fase iniziale; anticipato per cambiamenti.</w:t>
            </w:r>
          </w:p>
        </w:tc>
        <w:tc>
          <w:tcPr>
            <w:tcW w:w="2154" w:type="dxa"/>
            <w:vAlign w:val="center"/>
          </w:tcPr>
          <w:p w14:paraId="46E07F5F" w14:textId="77777777" w:rsidR="00F81D60" w:rsidRDefault="00000000">
            <w:pPr>
              <w:pStyle w:val="TableText"/>
              <w:spacing w:before="40" w:after="40"/>
            </w:pPr>
            <w:r>
              <w:t>A13–A14.</w:t>
            </w:r>
          </w:p>
        </w:tc>
      </w:tr>
      <w:tr w:rsidR="00F81D60" w14:paraId="6F597B13" w14:textId="77777777">
        <w:trPr>
          <w:cantSplit/>
          <w:jc w:val="center"/>
        </w:trPr>
        <w:tc>
          <w:tcPr>
            <w:tcW w:w="2324" w:type="dxa"/>
            <w:shd w:val="clear" w:color="auto" w:fill="F5F7F9"/>
            <w:vAlign w:val="center"/>
          </w:tcPr>
          <w:p w14:paraId="1C50797C" w14:textId="77777777" w:rsidR="00F81D60" w:rsidRDefault="00000000">
            <w:pPr>
              <w:pStyle w:val="TableText"/>
              <w:spacing w:before="40" w:after="40"/>
            </w:pPr>
            <w:r>
              <w:t>Riconsiderazione</w:t>
            </w:r>
          </w:p>
        </w:tc>
        <w:tc>
          <w:tcPr>
            <w:tcW w:w="5499" w:type="dxa"/>
            <w:shd w:val="clear" w:color="auto" w:fill="F5F7F9"/>
            <w:vAlign w:val="center"/>
          </w:tcPr>
          <w:p w14:paraId="56514B3C" w14:textId="77777777" w:rsidR="00F81D60" w:rsidRDefault="00000000">
            <w:pPr>
              <w:pStyle w:val="TableText"/>
              <w:spacing w:before="40" w:after="40"/>
            </w:pPr>
            <w:r>
              <w:t>Riscontro alla richiesta entro 10 giorni lavorativi; motivare eventuale istruttoria più lunga.</w:t>
            </w:r>
          </w:p>
        </w:tc>
        <w:tc>
          <w:tcPr>
            <w:tcW w:w="2154" w:type="dxa"/>
            <w:shd w:val="clear" w:color="auto" w:fill="F5F7F9"/>
            <w:vAlign w:val="center"/>
          </w:tcPr>
          <w:p w14:paraId="07C017B0" w14:textId="77777777" w:rsidR="00F81D60" w:rsidRDefault="00000000">
            <w:pPr>
              <w:pStyle w:val="TableText"/>
              <w:spacing w:before="40" w:after="40"/>
            </w:pPr>
            <w:r>
              <w:t>A20.</w:t>
            </w:r>
          </w:p>
        </w:tc>
      </w:tr>
    </w:tbl>
    <w:p w14:paraId="56D37453" w14:textId="77777777" w:rsidR="00F81D60" w:rsidRDefault="00F81D60">
      <w:pPr>
        <w:spacing w:after="0"/>
      </w:pPr>
    </w:p>
    <w:p w14:paraId="092267B3" w14:textId="77777777" w:rsidR="00F81D60" w:rsidRDefault="00000000">
      <w:r>
        <w:t>I termini vanno approvati in A02, chiarendo quali giorni sono lavorativi per l’organizzazione e chi presidia le assenze dei referenti. Non sono prescrizioni ISO o termini legali. Le scadenze di legge eventualmente pertinenti prevalgono. La richiesta non si considera accolta per silenzio; il mancato riscontro attiva il sostituto o la direzione.</w:t>
      </w:r>
    </w:p>
    <w:p w14:paraId="07F105D0" w14:textId="77777777" w:rsidR="00F81D60" w:rsidRDefault="00000000">
      <w:pPr>
        <w:pStyle w:val="Titolo2"/>
      </w:pPr>
      <w:r>
        <w:t>Gestione delle attese</w:t>
      </w:r>
    </w:p>
    <w:p w14:paraId="4478B07D" w14:textId="77777777" w:rsidR="00F81D60" w:rsidRDefault="00000000">
      <w:r>
        <w:t>Una richiesta incompleta non viene chiusa automaticamente. Si chiarisce quali informazioni funzionali mancano, perché servono e come fornirle senza referti clinici. Se è necessaria una verifica specialistica, si concorda una misura temporanea sicura e si aggiorna la persona. Tempi, costi o vincoli tecnici non devono restare motivazioni generiche di rinvio.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51AAA212" w14:textId="77777777">
        <w:trPr>
          <w:tblHeader/>
          <w:jc w:val="center"/>
        </w:trPr>
        <w:tc>
          <w:tcPr>
            <w:tcW w:w="9978" w:type="dxa"/>
            <w:shd w:val="clear" w:color="auto" w:fill="17324D"/>
            <w:vAlign w:val="center"/>
          </w:tcPr>
          <w:p w14:paraId="65178087" w14:textId="77777777" w:rsidR="00F81D60" w:rsidRDefault="00000000">
            <w:pPr>
              <w:pStyle w:val="TableText"/>
              <w:spacing w:before="40" w:after="40"/>
            </w:pPr>
            <w:r>
              <w:rPr>
                <w:b/>
                <w:color w:val="FFFFFF"/>
                <w:sz w:val="19"/>
              </w:rPr>
              <w:t>DUE SCALE TEMPORALI DIVERSE</w:t>
            </w:r>
          </w:p>
        </w:tc>
      </w:tr>
      <w:tr w:rsidR="00F81D60" w14:paraId="33B51914" w14:textId="77777777">
        <w:trPr>
          <w:cantSplit/>
          <w:jc w:val="center"/>
        </w:trPr>
        <w:tc>
          <w:tcPr>
            <w:tcW w:w="9978" w:type="dxa"/>
            <w:shd w:val="clear" w:color="auto" w:fill="EAF3F4"/>
            <w:vAlign w:val="center"/>
          </w:tcPr>
          <w:p w14:paraId="1A185D04" w14:textId="77777777" w:rsidR="00F81D60" w:rsidRDefault="00000000">
            <w:pPr>
              <w:pStyle w:val="TableText"/>
              <w:spacing w:before="40" w:after="40"/>
            </w:pPr>
            <w:r>
              <w:rPr>
                <w:sz w:val="19"/>
              </w:rPr>
              <w:t>Questi tempi di gestione delle richieste sono in giorni lavorativi. Le priorità P1–P4 del piano di miglioramento Excel utilizzano giorni di calendario: 0 / 30 / 60 / 90 come valori iniziali modificabili. Non confondere i due sistemi.</w:t>
            </w:r>
          </w:p>
        </w:tc>
      </w:tr>
    </w:tbl>
    <w:p w14:paraId="458FD7B3" w14:textId="77777777" w:rsidR="00F81D60" w:rsidRDefault="00F81D60">
      <w:pPr>
        <w:spacing w:after="0"/>
      </w:pPr>
    </w:p>
    <w:p w14:paraId="3A52DA26" w14:textId="77777777" w:rsidR="00F81D60" w:rsidRDefault="00000000">
      <w:r>
        <w:br w:type="page"/>
      </w:r>
    </w:p>
    <w:p w14:paraId="1787C1C4" w14:textId="77777777" w:rsidR="00F81D60" w:rsidRDefault="00000000">
      <w:pPr>
        <w:pStyle w:val="Small"/>
      </w:pPr>
      <w:r>
        <w:rPr>
          <w:b/>
          <w:color w:val="006B70"/>
        </w:rPr>
        <w:t>PROCEDURA</w:t>
      </w:r>
    </w:p>
    <w:p w14:paraId="4E214D80" w14:textId="77777777" w:rsidR="00F81D60" w:rsidRDefault="00000000">
      <w:pPr>
        <w:pStyle w:val="Titolo1"/>
      </w:pPr>
      <w:bookmarkStart w:id="12" w:name="P05"/>
      <w:r>
        <w:t>05 | Colloquio riservato e ascolto</w:t>
      </w:r>
      <w:bookmarkEnd w:id="12"/>
    </w:p>
    <w:p w14:paraId="6EA70469" w14:textId="77777777" w:rsidR="00F81D60" w:rsidRDefault="00000000">
      <w:pPr>
        <w:pStyle w:val="Reference"/>
      </w:pPr>
      <w:r>
        <w:t>Base documentale: [ISO] allegato B.1.1; §§ 5.6–5.7. Le istruzioni operative e i moduli sono elaborazioni aziendali del modello [AZ].</w:t>
      </w:r>
    </w:p>
    <w:p w14:paraId="186112FA" w14:textId="77777777" w:rsidR="00F81D60" w:rsidRDefault="00000000">
      <w:pPr>
        <w:pStyle w:val="Titolo2"/>
      </w:pPr>
      <w:r>
        <w:t>5.1 Preparazione</w:t>
      </w:r>
    </w:p>
    <w:p w14:paraId="5F21CAC6" w14:textId="77777777" w:rsidR="00F81D60" w:rsidRDefault="00000000">
      <w:r>
        <w:t>Il referente verifica la procedura e i propri limiti decisionali; prenota un ambiente riservato o un collegamento protetto; evita calendari con titoli rivelatori; lascia alla persona la scelta dell’eventuale accompagnatore. Presenta le informazioni sul trattamento dei dati e chiarisce che i dettagli clinici non sono richiesti. Non registra audio o video del colloquio.</w:t>
      </w:r>
    </w:p>
    <w:p w14:paraId="2E6CF27C" w14:textId="77777777" w:rsidR="00F81D60" w:rsidRDefault="00000000">
      <w:pPr>
        <w:pStyle w:val="Titolo2"/>
      </w:pPr>
      <w:r>
        <w:t>5.2 Conduzione</w:t>
      </w:r>
    </w:p>
    <w:p w14:paraId="249F4FBF" w14:textId="77777777" w:rsidR="00F81D60" w:rsidRDefault="00000000">
      <w:r>
        <w:t>Il colloquio parte dal lavoro: quali condizioni creano difficoltà, quando la barriera si presenta nell’attività, quali soluzioni hanno aiutato e quali misure non sono desiderate. Si utilizzano domande aperte e non suggestive, lasciando alla persona il controllo di ciò che intende condividere. L’ascolto non si traduce in diagnosi, confronto con esperienze altrui o suggerimento di cure, integratori e farmaci.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4989"/>
        <w:gridCol w:w="4988"/>
      </w:tblGrid>
      <w:tr w:rsidR="00F81D60" w14:paraId="5F76174B" w14:textId="77777777">
        <w:trPr>
          <w:tblHeader/>
          <w:jc w:val="center"/>
        </w:trPr>
        <w:tc>
          <w:tcPr>
            <w:tcW w:w="4989" w:type="dxa"/>
            <w:shd w:val="clear" w:color="auto" w:fill="17324D"/>
            <w:vAlign w:val="center"/>
          </w:tcPr>
          <w:p w14:paraId="0EC31DEB" w14:textId="77777777" w:rsidR="00F81D60" w:rsidRDefault="00000000">
            <w:pPr>
              <w:pStyle w:val="TableText"/>
              <w:spacing w:before="40" w:after="40"/>
            </w:pPr>
            <w:r>
              <w:rPr>
                <w:b/>
                <w:color w:val="FFFFFF"/>
              </w:rPr>
              <w:t>Domande utilizzabili</w:t>
            </w:r>
          </w:p>
        </w:tc>
        <w:tc>
          <w:tcPr>
            <w:tcW w:w="4989" w:type="dxa"/>
            <w:shd w:val="clear" w:color="auto" w:fill="17324D"/>
            <w:vAlign w:val="center"/>
          </w:tcPr>
          <w:p w14:paraId="6E5F7771" w14:textId="77777777" w:rsidR="00F81D60" w:rsidRDefault="00000000">
            <w:pPr>
              <w:pStyle w:val="TableText"/>
              <w:spacing w:before="40" w:after="40"/>
            </w:pPr>
            <w:r>
              <w:rPr>
                <w:b/>
                <w:color w:val="FFFFFF"/>
              </w:rPr>
              <w:t>Domande / comportamenti da evitare</w:t>
            </w:r>
          </w:p>
        </w:tc>
      </w:tr>
      <w:tr w:rsidR="00F81D60" w14:paraId="7E336759" w14:textId="77777777">
        <w:trPr>
          <w:cantSplit/>
          <w:jc w:val="center"/>
        </w:trPr>
        <w:tc>
          <w:tcPr>
            <w:tcW w:w="4989" w:type="dxa"/>
            <w:vAlign w:val="center"/>
          </w:tcPr>
          <w:p w14:paraId="50689227" w14:textId="77777777" w:rsidR="00F81D60" w:rsidRDefault="00000000">
            <w:pPr>
              <w:pStyle w:val="TableText"/>
              <w:spacing w:before="40" w:after="40"/>
            </w:pPr>
            <w:r>
              <w:t>Quale aspetto del lavoro vorresti modificare o rendere più gestibile?</w:t>
            </w:r>
          </w:p>
        </w:tc>
        <w:tc>
          <w:tcPr>
            <w:tcW w:w="4989" w:type="dxa"/>
            <w:vAlign w:val="center"/>
          </w:tcPr>
          <w:p w14:paraId="56BBD050" w14:textId="77777777" w:rsidR="00F81D60" w:rsidRDefault="00000000">
            <w:pPr>
              <w:pStyle w:val="TableText"/>
              <w:spacing w:before="40" w:after="40"/>
            </w:pPr>
            <w:r>
              <w:t>È sicuramente menopausa? A che età hai iniziato? Quando hai il ciclo?</w:t>
            </w:r>
          </w:p>
        </w:tc>
      </w:tr>
      <w:tr w:rsidR="00F81D60" w14:paraId="2DC19754" w14:textId="77777777">
        <w:trPr>
          <w:cantSplit/>
          <w:jc w:val="center"/>
        </w:trPr>
        <w:tc>
          <w:tcPr>
            <w:tcW w:w="4989" w:type="dxa"/>
            <w:shd w:val="clear" w:color="auto" w:fill="F5F7F9"/>
            <w:vAlign w:val="center"/>
          </w:tcPr>
          <w:p w14:paraId="1510BCD1" w14:textId="77777777" w:rsidR="00F81D60" w:rsidRDefault="00000000">
            <w:pPr>
              <w:pStyle w:val="TableText"/>
              <w:spacing w:before="40" w:after="40"/>
            </w:pPr>
            <w:r>
              <w:t>Quali soluzioni sarebbero per te utili e quali preferisci non adottare?</w:t>
            </w:r>
          </w:p>
        </w:tc>
        <w:tc>
          <w:tcPr>
            <w:tcW w:w="4989" w:type="dxa"/>
            <w:shd w:val="clear" w:color="auto" w:fill="F5F7F9"/>
            <w:vAlign w:val="center"/>
          </w:tcPr>
          <w:p w14:paraId="3E285E97" w14:textId="77777777" w:rsidR="00F81D60" w:rsidRDefault="00000000">
            <w:pPr>
              <w:pStyle w:val="TableText"/>
              <w:spacing w:before="40" w:after="40"/>
            </w:pPr>
            <w:r>
              <w:t>Ti mettiamo automaticamente a casa / su un ruolo meno impegnativo.</w:t>
            </w:r>
          </w:p>
        </w:tc>
      </w:tr>
      <w:tr w:rsidR="00F81D60" w14:paraId="2EF345BB" w14:textId="77777777">
        <w:trPr>
          <w:cantSplit/>
          <w:jc w:val="center"/>
        </w:trPr>
        <w:tc>
          <w:tcPr>
            <w:tcW w:w="4989" w:type="dxa"/>
            <w:vAlign w:val="center"/>
          </w:tcPr>
          <w:p w14:paraId="76D74E80" w14:textId="77777777" w:rsidR="00F81D60" w:rsidRDefault="00000000">
            <w:pPr>
              <w:pStyle w:val="TableText"/>
              <w:spacing w:before="40" w:after="40"/>
            </w:pPr>
            <w:r>
              <w:t>La pausa è concretamente possibile? Chi può garantire una sostituzione sicura?</w:t>
            </w:r>
          </w:p>
        </w:tc>
        <w:tc>
          <w:tcPr>
            <w:tcW w:w="4989" w:type="dxa"/>
            <w:vAlign w:val="center"/>
          </w:tcPr>
          <w:p w14:paraId="3CEB6E4D" w14:textId="77777777" w:rsidR="00F81D60" w:rsidRDefault="00000000">
            <w:pPr>
              <w:pStyle w:val="TableText"/>
              <w:spacing w:before="40" w:after="40"/>
            </w:pPr>
            <w:r>
              <w:t>Se tutti chiedessero pause, qui non lavorerebbe più nessuno.</w:t>
            </w:r>
          </w:p>
        </w:tc>
      </w:tr>
      <w:tr w:rsidR="00F81D60" w14:paraId="31A48653" w14:textId="77777777">
        <w:trPr>
          <w:cantSplit/>
          <w:jc w:val="center"/>
        </w:trPr>
        <w:tc>
          <w:tcPr>
            <w:tcW w:w="4989" w:type="dxa"/>
            <w:shd w:val="clear" w:color="auto" w:fill="F5F7F9"/>
            <w:vAlign w:val="center"/>
          </w:tcPr>
          <w:p w14:paraId="45C6F4E5" w14:textId="77777777" w:rsidR="00F81D60" w:rsidRDefault="00000000">
            <w:pPr>
              <w:pStyle w:val="TableText"/>
              <w:spacing w:before="40" w:after="40"/>
            </w:pPr>
            <w:r>
              <w:t>Quali sole istruzioni operative possiamo comunicare e a quali destinatari?</w:t>
            </w:r>
          </w:p>
        </w:tc>
        <w:tc>
          <w:tcPr>
            <w:tcW w:w="4989" w:type="dxa"/>
            <w:shd w:val="clear" w:color="auto" w:fill="F5F7F9"/>
            <w:vAlign w:val="center"/>
          </w:tcPr>
          <w:p w14:paraId="7CADC67C" w14:textId="77777777" w:rsidR="00F81D60" w:rsidRDefault="00000000">
            <w:pPr>
              <w:pStyle w:val="TableText"/>
              <w:spacing w:before="40" w:after="40"/>
            </w:pPr>
            <w:r>
              <w:t>Dal momento che ne hai parlato, lo riferirò a tutto il gruppo.</w:t>
            </w:r>
          </w:p>
        </w:tc>
      </w:tr>
      <w:tr w:rsidR="00F81D60" w14:paraId="09E6A42B" w14:textId="77777777">
        <w:trPr>
          <w:cantSplit/>
          <w:jc w:val="center"/>
        </w:trPr>
        <w:tc>
          <w:tcPr>
            <w:tcW w:w="4989" w:type="dxa"/>
            <w:vAlign w:val="center"/>
          </w:tcPr>
          <w:p w14:paraId="0FC1DA9F" w14:textId="77777777" w:rsidR="00F81D60" w:rsidRDefault="00000000">
            <w:pPr>
              <w:pStyle w:val="TableText"/>
              <w:spacing w:before="40" w:after="40"/>
            </w:pPr>
            <w:r>
              <w:t>Quando e con quale modalità desideri verificare se la misura funziona?</w:t>
            </w:r>
          </w:p>
        </w:tc>
        <w:tc>
          <w:tcPr>
            <w:tcW w:w="4989" w:type="dxa"/>
            <w:vAlign w:val="center"/>
          </w:tcPr>
          <w:p w14:paraId="1AECCFA5" w14:textId="77777777" w:rsidR="00F81D60" w:rsidRDefault="00000000">
            <w:pPr>
              <w:pStyle w:val="TableText"/>
              <w:spacing w:before="40" w:after="40"/>
            </w:pPr>
            <w:r>
              <w:t>Devi dimostrare che il sintomo si ripete o portare il referto al responsabile.</w:t>
            </w:r>
          </w:p>
        </w:tc>
      </w:tr>
    </w:tbl>
    <w:p w14:paraId="7034B413" w14:textId="77777777" w:rsidR="00F81D60" w:rsidRDefault="00F81D60">
      <w:pPr>
        <w:spacing w:after="0"/>
      </w:pPr>
    </w:p>
    <w:p w14:paraId="30ED2E6C" w14:textId="77777777" w:rsidR="00F81D60" w:rsidRDefault="00000000">
      <w:pPr>
        <w:pStyle w:val="Titolo2"/>
      </w:pPr>
      <w:r>
        <w:t>5.3 Riepilogo e accordi informativi</w:t>
      </w:r>
    </w:p>
    <w:p w14:paraId="161A9FE8" w14:textId="77777777" w:rsidR="00F81D60" w:rsidRDefault="00000000">
      <w:r>
        <w:t>Il referente legge il riepilogo funzionale, distingue misure possibili da quelle ancora da valutare, identifica soggetto competente e prossima data. Registra in A10 soltanto ostacoli lavorativi, opzioni, preferenze comunicative e seguito. La persona può correggere il riepilogo. Le firme attestano il confronto o l’accordo operativo, non un consenso generale al trattamento né una rinuncia ai diritti.</w:t>
      </w:r>
    </w:p>
    <w:p w14:paraId="16754360" w14:textId="77777777" w:rsidR="00F81D60" w:rsidRDefault="00000000">
      <w:r>
        <w:t>Se la persona descrive un problema sanitario che richiede valutazione professionale, il referente orienta ai servizi sanitari appropriati, compreso il medico competente quando pertinente. Non seleziona terapie, non chiede l’esito di una visita e non subordina una semplice misura generale all’avvenuta consultazione di un medico.</w:t>
      </w:r>
    </w:p>
    <w:p w14:paraId="2BA68747" w14:textId="77777777" w:rsidR="00F81D60" w:rsidRDefault="00000000">
      <w:pPr>
        <w:pStyle w:val="Reference"/>
      </w:pPr>
      <w:r>
        <w:t>Un rifiuto di parlare della propria salute non chiude il confronto sulle condizioni di lavoro. Si possono discutere barriere e adattamenti senza nominare la causa sanitaria.</w:t>
      </w:r>
    </w:p>
    <w:p w14:paraId="2EA07A9F" w14:textId="77777777" w:rsidR="00F81D60" w:rsidRDefault="00000000">
      <w:r>
        <w:br w:type="page"/>
      </w:r>
    </w:p>
    <w:p w14:paraId="5D8CF8B5" w14:textId="77777777" w:rsidR="00F81D60" w:rsidRDefault="00000000">
      <w:pPr>
        <w:pStyle w:val="Small"/>
      </w:pPr>
      <w:r>
        <w:rPr>
          <w:b/>
          <w:color w:val="006B70"/>
        </w:rPr>
        <w:t>PROCEDURA</w:t>
      </w:r>
    </w:p>
    <w:p w14:paraId="042E1485" w14:textId="77777777" w:rsidR="00F81D60" w:rsidRDefault="00000000">
      <w:pPr>
        <w:pStyle w:val="Titolo1"/>
      </w:pPr>
      <w:bookmarkStart w:id="13" w:name="P06"/>
      <w:r>
        <w:t>06 | Valutazione del lavoro e dei rischi</w:t>
      </w:r>
      <w:bookmarkEnd w:id="13"/>
    </w:p>
    <w:p w14:paraId="76D5E0D8" w14:textId="77777777" w:rsidR="00F81D60" w:rsidRDefault="00000000">
      <w:pPr>
        <w:pStyle w:val="Reference"/>
      </w:pPr>
      <w:r>
        <w:t>Base documentale: [ISO] § 5.2.1, § 5.3.2.1 e allegato B.4; [IT1] raccordo alla valutazione dei rischi. Le istruzioni operative e i moduli sono elaborazioni aziendali del modello [AZ].</w:t>
      </w:r>
    </w:p>
    <w:p w14:paraId="061FB6F5" w14:textId="77777777" w:rsidR="00F81D60" w:rsidRDefault="00000000">
      <w:r>
        <w:t>La valutazione parte da mansione, ambiente e organizzazione: individua i pericoli esistenti, le condizioni che ostacolano la gestione delle esigenze e gli eventuali rischi introdotti dalle modifiche. La persona contribuisce descrivendo gli ostacoli; RSPP/HSE e le funzioni tecniche esaminano gli aspetti di prevenzione; il medico competente interviene nell’ambito delle proprie attribuzioni. Gli esiti sanitari non sono sostituiti da una matrice gestionale.</w:t>
      </w:r>
    </w:p>
    <w:p w14:paraId="09BA8B7B" w14:textId="77777777" w:rsidR="00F81D60" w:rsidRDefault="00000000">
      <w:pPr>
        <w:pStyle w:val="Titolo2"/>
      </w:pPr>
      <w:r>
        <w:t>6.1 Analisi organizzativa generale</w:t>
      </w:r>
    </w:p>
    <w:p w14:paraId="5485A32E" w14:textId="77777777" w:rsidR="00F81D60" w:rsidRDefault="00000000">
      <w:r>
        <w:t>A08 descrive sito, turni, compiti reali, accesso ai servizi, posture, carichi, uniformi e DPI, condizioni ambientali e spazi di recupero. Si considerano anche controllo sul lavoro, supporto, relazioni, chiarezza del ruolo e gestione dei cambiamenti. Le informazioni derivano da sopralluoghi, documenti, consultazione e riscontri verificabili; non da supposizioni su genere o età dei lavoratori.</w:t>
      </w:r>
    </w:p>
    <w:p w14:paraId="25D21014" w14:textId="77777777" w:rsidR="00F81D60" w:rsidRDefault="00000000">
      <w:pPr>
        <w:pStyle w:val="Titolo2"/>
      </w:pPr>
      <w:r>
        <w:t>6.2 Analisi della modifica individuale</w:t>
      </w:r>
    </w:p>
    <w:p w14:paraId="06BF861E" w14:textId="77777777" w:rsidR="00F81D60" w:rsidRDefault="00000000">
      <w:r>
        <w:t>A11 confronta la situazione iniziale con quella proposta: obiettivo, misura, attività interessate, vincoli, pericoli residui, competenze necessarie e condizioni per l’avvio. Si considera il possibile effetto su colleghi e terzi, incluse le sostituzioni. Nessuna prova deve iniziare quando comporta una riduzione non valutata della protezione o viola prescrizioni applicabili.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608"/>
        <w:gridCol w:w="7369"/>
      </w:tblGrid>
      <w:tr w:rsidR="00F81D60" w14:paraId="55135296" w14:textId="77777777">
        <w:trPr>
          <w:tblHeader/>
          <w:jc w:val="center"/>
        </w:trPr>
        <w:tc>
          <w:tcPr>
            <w:tcW w:w="2608" w:type="dxa"/>
            <w:shd w:val="clear" w:color="auto" w:fill="17324D"/>
            <w:vAlign w:val="center"/>
          </w:tcPr>
          <w:p w14:paraId="7C88DEDF" w14:textId="77777777" w:rsidR="00F81D60" w:rsidRDefault="00000000">
            <w:pPr>
              <w:pStyle w:val="TableText"/>
              <w:spacing w:before="40" w:after="40"/>
            </w:pPr>
            <w:r>
              <w:rPr>
                <w:b/>
                <w:color w:val="FFFFFF"/>
              </w:rPr>
              <w:t>Verifica</w:t>
            </w:r>
          </w:p>
        </w:tc>
        <w:tc>
          <w:tcPr>
            <w:tcW w:w="7370" w:type="dxa"/>
            <w:shd w:val="clear" w:color="auto" w:fill="17324D"/>
            <w:vAlign w:val="center"/>
          </w:tcPr>
          <w:p w14:paraId="29DB1723" w14:textId="77777777" w:rsidR="00F81D60" w:rsidRDefault="00000000">
            <w:pPr>
              <w:pStyle w:val="TableText"/>
              <w:spacing w:before="40" w:after="40"/>
            </w:pPr>
            <w:r>
              <w:rPr>
                <w:b/>
                <w:color w:val="FFFFFF"/>
              </w:rPr>
              <w:t>Criterio operativo</w:t>
            </w:r>
          </w:p>
        </w:tc>
      </w:tr>
      <w:tr w:rsidR="00F81D60" w14:paraId="6CB59427" w14:textId="77777777">
        <w:trPr>
          <w:cantSplit/>
          <w:jc w:val="center"/>
        </w:trPr>
        <w:tc>
          <w:tcPr>
            <w:tcW w:w="2608" w:type="dxa"/>
            <w:vAlign w:val="center"/>
          </w:tcPr>
          <w:p w14:paraId="61541929" w14:textId="77777777" w:rsidR="00F81D60" w:rsidRDefault="00000000">
            <w:pPr>
              <w:pStyle w:val="TableText"/>
              <w:spacing w:before="40" w:after="40"/>
            </w:pPr>
            <w:r>
              <w:t>Necessità e proporzionalità</w:t>
            </w:r>
          </w:p>
        </w:tc>
        <w:tc>
          <w:tcPr>
            <w:tcW w:w="7370" w:type="dxa"/>
            <w:vAlign w:val="center"/>
          </w:tcPr>
          <w:p w14:paraId="72561D79" w14:textId="77777777" w:rsidR="00F81D60" w:rsidRDefault="00000000">
            <w:pPr>
              <w:pStyle w:val="TableText"/>
              <w:spacing w:before="40" w:after="40"/>
            </w:pPr>
            <w:r>
              <w:t>La modifica risponde a una barriera concreta; si esaminano alternative meno invasive e misure generali.</w:t>
            </w:r>
          </w:p>
        </w:tc>
      </w:tr>
      <w:tr w:rsidR="00F81D60" w14:paraId="6DBB4D05" w14:textId="77777777">
        <w:trPr>
          <w:cantSplit/>
          <w:jc w:val="center"/>
        </w:trPr>
        <w:tc>
          <w:tcPr>
            <w:tcW w:w="2608" w:type="dxa"/>
            <w:shd w:val="clear" w:color="auto" w:fill="F5F7F9"/>
            <w:vAlign w:val="center"/>
          </w:tcPr>
          <w:p w14:paraId="0D019D46" w14:textId="77777777" w:rsidR="00F81D60" w:rsidRDefault="00000000">
            <w:pPr>
              <w:pStyle w:val="TableText"/>
              <w:spacing w:before="40" w:after="40"/>
            </w:pPr>
            <w:r>
              <w:t>Compatibilità tecnica</w:t>
            </w:r>
          </w:p>
        </w:tc>
        <w:tc>
          <w:tcPr>
            <w:tcW w:w="7370" w:type="dxa"/>
            <w:shd w:val="clear" w:color="auto" w:fill="F5F7F9"/>
            <w:vAlign w:val="center"/>
          </w:tcPr>
          <w:p w14:paraId="11FB38B6" w14:textId="77777777" w:rsidR="00F81D60" w:rsidRDefault="00000000">
            <w:pPr>
              <w:pStyle w:val="TableText"/>
              <w:spacing w:before="40" w:after="40"/>
            </w:pPr>
            <w:r>
              <w:t>Non altera funzioni di protezione, vie di esodo, aspirazioni, allarmi, segregazioni o requisiti igienici.</w:t>
            </w:r>
          </w:p>
        </w:tc>
      </w:tr>
      <w:tr w:rsidR="00F81D60" w14:paraId="69B05712" w14:textId="77777777">
        <w:trPr>
          <w:cantSplit/>
          <w:jc w:val="center"/>
        </w:trPr>
        <w:tc>
          <w:tcPr>
            <w:tcW w:w="2608" w:type="dxa"/>
            <w:vAlign w:val="center"/>
          </w:tcPr>
          <w:p w14:paraId="4586ADC8" w14:textId="77777777" w:rsidR="00F81D60" w:rsidRDefault="00000000">
            <w:pPr>
              <w:pStyle w:val="TableText"/>
              <w:spacing w:before="40" w:after="40"/>
            </w:pPr>
            <w:r>
              <w:t>Compatibilità organizzativa</w:t>
            </w:r>
          </w:p>
        </w:tc>
        <w:tc>
          <w:tcPr>
            <w:tcW w:w="7370" w:type="dxa"/>
            <w:vAlign w:val="center"/>
          </w:tcPr>
          <w:p w14:paraId="5AC599F6" w14:textId="77777777" w:rsidR="00F81D60" w:rsidRDefault="00000000">
            <w:pPr>
              <w:pStyle w:val="TableText"/>
              <w:spacing w:before="40" w:after="40"/>
            </w:pPr>
            <w:r>
              <w:t>Copertura del ruolo, pausa, ripresa, consegne e responsabilità sono praticabili nel turno reale.</w:t>
            </w:r>
          </w:p>
        </w:tc>
      </w:tr>
      <w:tr w:rsidR="00F81D60" w14:paraId="4C108E09" w14:textId="77777777">
        <w:trPr>
          <w:cantSplit/>
          <w:jc w:val="center"/>
        </w:trPr>
        <w:tc>
          <w:tcPr>
            <w:tcW w:w="2608" w:type="dxa"/>
            <w:shd w:val="clear" w:color="auto" w:fill="F5F7F9"/>
            <w:vAlign w:val="center"/>
          </w:tcPr>
          <w:p w14:paraId="2D092C2D" w14:textId="77777777" w:rsidR="00F81D60" w:rsidRDefault="00000000">
            <w:pPr>
              <w:pStyle w:val="TableText"/>
              <w:spacing w:before="40" w:after="40"/>
            </w:pPr>
            <w:r>
              <w:t>Compatibilità sanitaria</w:t>
            </w:r>
          </w:p>
        </w:tc>
        <w:tc>
          <w:tcPr>
            <w:tcW w:w="7370" w:type="dxa"/>
            <w:shd w:val="clear" w:color="auto" w:fill="F5F7F9"/>
            <w:vAlign w:val="center"/>
          </w:tcPr>
          <w:p w14:paraId="53F07DA2" w14:textId="77777777" w:rsidR="00F81D60" w:rsidRDefault="00000000">
            <w:pPr>
              <w:pStyle w:val="TableText"/>
              <w:spacing w:before="40" w:after="40"/>
            </w:pPr>
            <w:r>
              <w:t>Eventuali prescrizioni lavorative applicabili sono rispettate; le valutazioni cliniche restano nel circuito sanitario.</w:t>
            </w:r>
          </w:p>
        </w:tc>
      </w:tr>
      <w:tr w:rsidR="00F81D60" w14:paraId="463F5FD1" w14:textId="77777777">
        <w:trPr>
          <w:cantSplit/>
          <w:jc w:val="center"/>
        </w:trPr>
        <w:tc>
          <w:tcPr>
            <w:tcW w:w="2608" w:type="dxa"/>
            <w:vAlign w:val="center"/>
          </w:tcPr>
          <w:p w14:paraId="3225D579" w14:textId="77777777" w:rsidR="00F81D60" w:rsidRDefault="00000000">
            <w:pPr>
              <w:pStyle w:val="TableText"/>
              <w:spacing w:before="40" w:after="40"/>
            </w:pPr>
            <w:r>
              <w:t>Verificabilità</w:t>
            </w:r>
          </w:p>
        </w:tc>
        <w:tc>
          <w:tcPr>
            <w:tcW w:w="7370" w:type="dxa"/>
            <w:vAlign w:val="center"/>
          </w:tcPr>
          <w:p w14:paraId="707B5381" w14:textId="77777777" w:rsidR="00F81D60" w:rsidRDefault="00000000">
            <w:pPr>
              <w:pStyle w:val="TableText"/>
              <w:spacing w:before="40" w:after="40"/>
            </w:pPr>
            <w:r>
              <w:t>L’efficacia ha criteri osservabili e una data; i dati raccolti sono pertinenti e minimizzati.</w:t>
            </w:r>
          </w:p>
        </w:tc>
      </w:tr>
    </w:tbl>
    <w:p w14:paraId="084BBAC2"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5D85A745" w14:textId="77777777">
        <w:trPr>
          <w:tblHeader/>
          <w:jc w:val="center"/>
        </w:trPr>
        <w:tc>
          <w:tcPr>
            <w:tcW w:w="9978" w:type="dxa"/>
            <w:shd w:val="clear" w:color="auto" w:fill="17324D"/>
            <w:vAlign w:val="center"/>
          </w:tcPr>
          <w:p w14:paraId="5C48522E" w14:textId="77777777" w:rsidR="00F81D60" w:rsidRDefault="00000000">
            <w:pPr>
              <w:pStyle w:val="TableText"/>
              <w:spacing w:before="40" w:after="40"/>
            </w:pPr>
            <w:r>
              <w:rPr>
                <w:b/>
                <w:color w:val="FFFFFF"/>
                <w:sz w:val="19"/>
              </w:rPr>
              <w:t>RACCORDO CON IL DVR</w:t>
            </w:r>
          </w:p>
        </w:tc>
      </w:tr>
      <w:tr w:rsidR="00F81D60" w14:paraId="187573C1" w14:textId="77777777">
        <w:trPr>
          <w:cantSplit/>
          <w:jc w:val="center"/>
        </w:trPr>
        <w:tc>
          <w:tcPr>
            <w:tcW w:w="9978" w:type="dxa"/>
            <w:shd w:val="clear" w:color="auto" w:fill="EAF3F4"/>
            <w:vAlign w:val="center"/>
          </w:tcPr>
          <w:p w14:paraId="6B6EE5DE" w14:textId="77777777" w:rsidR="00F81D60" w:rsidRDefault="00000000">
            <w:pPr>
              <w:pStyle w:val="TableText"/>
              <w:spacing w:before="40" w:after="40"/>
            </w:pPr>
            <w:r>
              <w:rPr>
                <w:sz w:val="19"/>
              </w:rPr>
              <w:t>Le raccomandazioni ISO non sostituiscono il DVR. Quando l’analisi evidenzia modifiche significative ai fini della salute e sicurezza o altre causali pertinenti, il datore di lavoro attiva il processo di aggiornamento applicabile, con RSPP, medico competente nei casi previsti e consultazione del RLS. [IT1]</w:t>
            </w:r>
          </w:p>
        </w:tc>
      </w:tr>
    </w:tbl>
    <w:p w14:paraId="6CE68190" w14:textId="77777777" w:rsidR="00F81D60" w:rsidRDefault="00F81D60">
      <w:pPr>
        <w:spacing w:after="0"/>
      </w:pPr>
    </w:p>
    <w:p w14:paraId="620551F8" w14:textId="77777777" w:rsidR="00F81D60" w:rsidRDefault="00000000">
      <w:r>
        <w:br w:type="page"/>
      </w:r>
    </w:p>
    <w:p w14:paraId="01267D3A" w14:textId="77777777" w:rsidR="00F81D60" w:rsidRDefault="00000000">
      <w:pPr>
        <w:pStyle w:val="Small"/>
      </w:pPr>
      <w:r>
        <w:rPr>
          <w:b/>
          <w:color w:val="006B70"/>
        </w:rPr>
        <w:t>PROCEDURA</w:t>
      </w:r>
    </w:p>
    <w:p w14:paraId="3C9EBD4A" w14:textId="77777777" w:rsidR="00F81D60" w:rsidRDefault="00000000">
      <w:pPr>
        <w:pStyle w:val="Titolo1"/>
      </w:pPr>
      <w:bookmarkStart w:id="14" w:name="P06_B"/>
      <w:r>
        <w:t>06 | Fattori organizzativi e criteri di decisione</w:t>
      </w:r>
      <w:bookmarkEnd w:id="14"/>
    </w:p>
    <w:p w14:paraId="30D08199" w14:textId="77777777" w:rsidR="00F81D60" w:rsidRDefault="00000000">
      <w:pPr>
        <w:pStyle w:val="Reference"/>
      </w:pPr>
      <w:r>
        <w:t>Base documentale: [ISO] allegato B.4; § 5.7.2; [AZ] schema di istruttoria. Le istruzioni operative e i moduli sono elaborazioni aziendali del modello [AZ].</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701"/>
        <w:gridCol w:w="5271"/>
        <w:gridCol w:w="3005"/>
      </w:tblGrid>
      <w:tr w:rsidR="00F81D60" w14:paraId="766847F0" w14:textId="77777777">
        <w:trPr>
          <w:tblHeader/>
          <w:jc w:val="center"/>
        </w:trPr>
        <w:tc>
          <w:tcPr>
            <w:tcW w:w="1701" w:type="dxa"/>
            <w:shd w:val="clear" w:color="auto" w:fill="17324D"/>
            <w:vAlign w:val="center"/>
          </w:tcPr>
          <w:p w14:paraId="4A0894FC" w14:textId="77777777" w:rsidR="00F81D60" w:rsidRDefault="00000000">
            <w:pPr>
              <w:pStyle w:val="TableText"/>
              <w:spacing w:before="40" w:after="40"/>
            </w:pPr>
            <w:r>
              <w:rPr>
                <w:b/>
                <w:color w:val="FFFFFF"/>
              </w:rPr>
              <w:t>Fattore</w:t>
            </w:r>
          </w:p>
        </w:tc>
        <w:tc>
          <w:tcPr>
            <w:tcW w:w="5272" w:type="dxa"/>
            <w:shd w:val="clear" w:color="auto" w:fill="17324D"/>
            <w:vAlign w:val="center"/>
          </w:tcPr>
          <w:p w14:paraId="46486F8C" w14:textId="77777777" w:rsidR="00F81D60" w:rsidRDefault="00000000">
            <w:pPr>
              <w:pStyle w:val="TableText"/>
              <w:spacing w:before="40" w:after="40"/>
            </w:pPr>
            <w:r>
              <w:rPr>
                <w:b/>
                <w:color w:val="FFFFFF"/>
              </w:rPr>
              <w:t>Domande da esaminare</w:t>
            </w:r>
          </w:p>
        </w:tc>
        <w:tc>
          <w:tcPr>
            <w:tcW w:w="3005" w:type="dxa"/>
            <w:shd w:val="clear" w:color="auto" w:fill="17324D"/>
            <w:vAlign w:val="center"/>
          </w:tcPr>
          <w:p w14:paraId="63EC2C31" w14:textId="77777777" w:rsidR="00F81D60" w:rsidRDefault="00000000">
            <w:pPr>
              <w:pStyle w:val="TableText"/>
              <w:spacing w:before="40" w:after="40"/>
            </w:pPr>
            <w:r>
              <w:rPr>
                <w:b/>
                <w:color w:val="FFFFFF"/>
              </w:rPr>
              <w:t>Evidenza utile</w:t>
            </w:r>
          </w:p>
        </w:tc>
      </w:tr>
      <w:tr w:rsidR="00F81D60" w14:paraId="210C4200" w14:textId="77777777">
        <w:trPr>
          <w:cantSplit/>
          <w:jc w:val="center"/>
        </w:trPr>
        <w:tc>
          <w:tcPr>
            <w:tcW w:w="1701" w:type="dxa"/>
            <w:vAlign w:val="center"/>
          </w:tcPr>
          <w:p w14:paraId="199CB0DC" w14:textId="77777777" w:rsidR="00F81D60" w:rsidRDefault="00000000">
            <w:pPr>
              <w:pStyle w:val="TableText"/>
              <w:spacing w:before="40" w:after="40"/>
            </w:pPr>
            <w:r>
              <w:t>Richieste del lavoro</w:t>
            </w:r>
          </w:p>
        </w:tc>
        <w:tc>
          <w:tcPr>
            <w:tcW w:w="5272" w:type="dxa"/>
            <w:vAlign w:val="center"/>
          </w:tcPr>
          <w:p w14:paraId="2B39A657" w14:textId="77777777" w:rsidR="00F81D60" w:rsidRDefault="00000000">
            <w:pPr>
              <w:pStyle w:val="TableText"/>
              <w:spacing w:before="40" w:after="40"/>
            </w:pPr>
            <w:r>
              <w:t>Carico, ritmi e scadenze consentono gestione delle esigenze? Esistono posture o compiti fisici prolungati senza alternativa?</w:t>
            </w:r>
          </w:p>
        </w:tc>
        <w:tc>
          <w:tcPr>
            <w:tcW w:w="3005" w:type="dxa"/>
            <w:vAlign w:val="center"/>
          </w:tcPr>
          <w:p w14:paraId="5DAF16D8" w14:textId="77777777" w:rsidR="00F81D60" w:rsidRDefault="00000000">
            <w:pPr>
              <w:pStyle w:val="TableText"/>
              <w:spacing w:before="40" w:after="40"/>
            </w:pPr>
            <w:r>
              <w:t>Osservazione del ciclo, piano turni, istruzioni operative.</w:t>
            </w:r>
          </w:p>
        </w:tc>
      </w:tr>
      <w:tr w:rsidR="00F81D60" w14:paraId="688C8BA0" w14:textId="77777777">
        <w:trPr>
          <w:cantSplit/>
          <w:jc w:val="center"/>
        </w:trPr>
        <w:tc>
          <w:tcPr>
            <w:tcW w:w="1701" w:type="dxa"/>
            <w:shd w:val="clear" w:color="auto" w:fill="F5F7F9"/>
            <w:vAlign w:val="center"/>
          </w:tcPr>
          <w:p w14:paraId="6E4CB232" w14:textId="77777777" w:rsidR="00F81D60" w:rsidRDefault="00000000">
            <w:pPr>
              <w:pStyle w:val="TableText"/>
              <w:spacing w:before="40" w:after="40"/>
            </w:pPr>
            <w:r>
              <w:t>Controllo e autonomia</w:t>
            </w:r>
          </w:p>
        </w:tc>
        <w:tc>
          <w:tcPr>
            <w:tcW w:w="5272" w:type="dxa"/>
            <w:shd w:val="clear" w:color="auto" w:fill="F5F7F9"/>
            <w:vAlign w:val="center"/>
          </w:tcPr>
          <w:p w14:paraId="0F5D0AD9" w14:textId="77777777" w:rsidR="00F81D60" w:rsidRDefault="00000000">
            <w:pPr>
              <w:pStyle w:val="TableText"/>
              <w:spacing w:before="40" w:after="40"/>
            </w:pPr>
            <w:r>
              <w:t>È possibile scegliere una postazione, regolare l’ambiente o richiedere una pausa? I margini dichiarati sono reali?</w:t>
            </w:r>
          </w:p>
        </w:tc>
        <w:tc>
          <w:tcPr>
            <w:tcW w:w="3005" w:type="dxa"/>
            <w:shd w:val="clear" w:color="auto" w:fill="F5F7F9"/>
            <w:vAlign w:val="center"/>
          </w:tcPr>
          <w:p w14:paraId="7F75E2D9" w14:textId="77777777" w:rsidR="00F81D60" w:rsidRDefault="00000000">
            <w:pPr>
              <w:pStyle w:val="TableText"/>
              <w:spacing w:before="40" w:after="40"/>
            </w:pPr>
            <w:r>
              <w:t>Test del canale di richiesta; verifica dei poteri del preposto.</w:t>
            </w:r>
          </w:p>
        </w:tc>
      </w:tr>
      <w:tr w:rsidR="00F81D60" w14:paraId="180A9F39" w14:textId="77777777">
        <w:trPr>
          <w:cantSplit/>
          <w:jc w:val="center"/>
        </w:trPr>
        <w:tc>
          <w:tcPr>
            <w:tcW w:w="1701" w:type="dxa"/>
            <w:vAlign w:val="center"/>
          </w:tcPr>
          <w:p w14:paraId="72D56F6F" w14:textId="77777777" w:rsidR="00F81D60" w:rsidRDefault="00000000">
            <w:pPr>
              <w:pStyle w:val="TableText"/>
              <w:spacing w:before="40" w:after="40"/>
            </w:pPr>
            <w:r>
              <w:t>Supporto</w:t>
            </w:r>
          </w:p>
        </w:tc>
        <w:tc>
          <w:tcPr>
            <w:tcW w:w="5272" w:type="dxa"/>
            <w:vAlign w:val="center"/>
          </w:tcPr>
          <w:p w14:paraId="0120EE43" w14:textId="77777777" w:rsidR="00F81D60" w:rsidRDefault="00000000">
            <w:pPr>
              <w:pStyle w:val="TableText"/>
              <w:spacing w:before="40" w:after="40"/>
            </w:pPr>
            <w:r>
              <w:t>Sono disponibili persone, strumenti e informazioni attendibili? Esiste un sostituto del referente?</w:t>
            </w:r>
          </w:p>
        </w:tc>
        <w:tc>
          <w:tcPr>
            <w:tcW w:w="3005" w:type="dxa"/>
            <w:vAlign w:val="center"/>
          </w:tcPr>
          <w:p w14:paraId="67613A68" w14:textId="77777777" w:rsidR="00F81D60" w:rsidRDefault="00000000">
            <w:pPr>
              <w:pStyle w:val="TableText"/>
              <w:spacing w:before="40" w:after="40"/>
            </w:pPr>
            <w:r>
              <w:t>Contatti, formazione, orari di presidio, disponibilità delle dotazioni.</w:t>
            </w:r>
          </w:p>
        </w:tc>
      </w:tr>
      <w:tr w:rsidR="00F81D60" w14:paraId="19375849" w14:textId="77777777">
        <w:trPr>
          <w:cantSplit/>
          <w:jc w:val="center"/>
        </w:trPr>
        <w:tc>
          <w:tcPr>
            <w:tcW w:w="1701" w:type="dxa"/>
            <w:shd w:val="clear" w:color="auto" w:fill="F5F7F9"/>
            <w:vAlign w:val="center"/>
          </w:tcPr>
          <w:p w14:paraId="6A8AFAD0" w14:textId="77777777" w:rsidR="00F81D60" w:rsidRDefault="00000000">
            <w:pPr>
              <w:pStyle w:val="TableText"/>
              <w:spacing w:before="40" w:after="40"/>
            </w:pPr>
            <w:r>
              <w:t>Relazioni</w:t>
            </w:r>
          </w:p>
        </w:tc>
        <w:tc>
          <w:tcPr>
            <w:tcW w:w="5272" w:type="dxa"/>
            <w:shd w:val="clear" w:color="auto" w:fill="F5F7F9"/>
            <w:vAlign w:val="center"/>
          </w:tcPr>
          <w:p w14:paraId="70C4E4BC" w14:textId="77777777" w:rsidR="00F81D60" w:rsidRDefault="00000000">
            <w:pPr>
              <w:pStyle w:val="TableText"/>
              <w:spacing w:before="40" w:after="40"/>
            </w:pPr>
            <w:r>
              <w:t>Commenti, stigma o dinamiche di potere scoraggiano le richieste? Il canale alternativo è indipendente?</w:t>
            </w:r>
          </w:p>
        </w:tc>
        <w:tc>
          <w:tcPr>
            <w:tcW w:w="3005" w:type="dxa"/>
            <w:shd w:val="clear" w:color="auto" w:fill="F5F7F9"/>
            <w:vAlign w:val="center"/>
          </w:tcPr>
          <w:p w14:paraId="4C880512" w14:textId="77777777" w:rsidR="00F81D60" w:rsidRDefault="00000000">
            <w:pPr>
              <w:pStyle w:val="TableText"/>
              <w:spacing w:before="40" w:after="40"/>
            </w:pPr>
            <w:r>
              <w:t>Consultazione non identificante; segnalazioni aggregate.</w:t>
            </w:r>
          </w:p>
        </w:tc>
      </w:tr>
      <w:tr w:rsidR="00F81D60" w14:paraId="2F033CAB" w14:textId="77777777">
        <w:trPr>
          <w:cantSplit/>
          <w:jc w:val="center"/>
        </w:trPr>
        <w:tc>
          <w:tcPr>
            <w:tcW w:w="1701" w:type="dxa"/>
            <w:vAlign w:val="center"/>
          </w:tcPr>
          <w:p w14:paraId="7B42ACB3" w14:textId="77777777" w:rsidR="00F81D60" w:rsidRDefault="00000000">
            <w:pPr>
              <w:pStyle w:val="TableText"/>
              <w:spacing w:before="40" w:after="40"/>
            </w:pPr>
            <w:r>
              <w:t>Ruolo</w:t>
            </w:r>
          </w:p>
        </w:tc>
        <w:tc>
          <w:tcPr>
            <w:tcW w:w="5272" w:type="dxa"/>
            <w:vAlign w:val="center"/>
          </w:tcPr>
          <w:p w14:paraId="47E85A78" w14:textId="77777777" w:rsidR="00F81D60" w:rsidRDefault="00000000">
            <w:pPr>
              <w:pStyle w:val="TableText"/>
              <w:spacing w:before="40" w:after="40"/>
            </w:pPr>
            <w:r>
              <w:t>Le aspettative sono chiare? Vi sono compiti critici per i quali servono consegne e sostituzioni specifiche?</w:t>
            </w:r>
          </w:p>
        </w:tc>
        <w:tc>
          <w:tcPr>
            <w:tcW w:w="3005" w:type="dxa"/>
            <w:vAlign w:val="center"/>
          </w:tcPr>
          <w:p w14:paraId="37E388C8" w14:textId="77777777" w:rsidR="00F81D60" w:rsidRDefault="00000000">
            <w:pPr>
              <w:pStyle w:val="TableText"/>
              <w:spacing w:before="40" w:after="40"/>
            </w:pPr>
            <w:r>
              <w:t>Descrizione mansione, requisiti di competenza, procedure di sicurezza.</w:t>
            </w:r>
          </w:p>
        </w:tc>
      </w:tr>
      <w:tr w:rsidR="00F81D60" w14:paraId="06188F16" w14:textId="77777777">
        <w:trPr>
          <w:cantSplit/>
          <w:jc w:val="center"/>
        </w:trPr>
        <w:tc>
          <w:tcPr>
            <w:tcW w:w="1701" w:type="dxa"/>
            <w:shd w:val="clear" w:color="auto" w:fill="F5F7F9"/>
            <w:vAlign w:val="center"/>
          </w:tcPr>
          <w:p w14:paraId="2A3B480F" w14:textId="77777777" w:rsidR="00F81D60" w:rsidRDefault="00000000">
            <w:pPr>
              <w:pStyle w:val="TableText"/>
              <w:spacing w:before="40" w:after="40"/>
            </w:pPr>
            <w:r>
              <w:t>Cambiamento</w:t>
            </w:r>
          </w:p>
        </w:tc>
        <w:tc>
          <w:tcPr>
            <w:tcW w:w="5272" w:type="dxa"/>
            <w:shd w:val="clear" w:color="auto" w:fill="F5F7F9"/>
            <w:vAlign w:val="center"/>
          </w:tcPr>
          <w:p w14:paraId="3F483C6B" w14:textId="77777777" w:rsidR="00F81D60" w:rsidRDefault="00000000">
            <w:pPr>
              <w:pStyle w:val="TableText"/>
              <w:spacing w:before="40" w:after="40"/>
            </w:pPr>
            <w:r>
              <w:t>Una nuova turnazione, uniforme o sede modifica l’accessibilità delle misure? Si rivalutano gli adattamenti già presenti?</w:t>
            </w:r>
          </w:p>
        </w:tc>
        <w:tc>
          <w:tcPr>
            <w:tcW w:w="3005" w:type="dxa"/>
            <w:shd w:val="clear" w:color="auto" w:fill="F5F7F9"/>
            <w:vAlign w:val="center"/>
          </w:tcPr>
          <w:p w14:paraId="5142ADF6" w14:textId="77777777" w:rsidR="00F81D60" w:rsidRDefault="00000000">
            <w:pPr>
              <w:pStyle w:val="TableText"/>
              <w:spacing w:before="40" w:after="40"/>
            </w:pPr>
            <w:r>
              <w:t>A26, A11 aggiornato, verbali di riesame.</w:t>
            </w:r>
          </w:p>
        </w:tc>
      </w:tr>
    </w:tbl>
    <w:p w14:paraId="7735F4DD" w14:textId="77777777" w:rsidR="00F81D60" w:rsidRDefault="00F81D60">
      <w:pPr>
        <w:spacing w:after="0"/>
      </w:pPr>
    </w:p>
    <w:p w14:paraId="6BFFB320" w14:textId="77777777" w:rsidR="00F81D60" w:rsidRDefault="00000000">
      <w:pPr>
        <w:pStyle w:val="Titolo2"/>
      </w:pPr>
      <w:r>
        <w:t>Non usare un punteggio sanitario</w:t>
      </w:r>
    </w:p>
    <w:p w14:paraId="4B87C1BE" w14:textId="77777777" w:rsidR="00F81D60" w:rsidRDefault="00000000">
      <w:r>
        <w:t>Il modello non attribuisce probabilità o gravità ai sintomi e non produce un “rischio menopausa” numerico. Quando serve una valutazione specialistica di microclima, ergonomia, movimentazione, agenti o altri rischi, si impiegano i metodi pertinenti e i professionisti competenti. L’assenza di una diagnosi comunicata non impedisce di correggere un ostacolo ambientale verificato.</w:t>
      </w:r>
    </w:p>
    <w:p w14:paraId="32207E40" w14:textId="77777777" w:rsidR="00F81D60" w:rsidRDefault="00000000">
      <w:pPr>
        <w:pStyle w:val="Titolo2"/>
      </w:pPr>
      <w:r>
        <w:t>Esito dell’istruttoria tecnica</w:t>
      </w:r>
    </w:p>
    <w:p w14:paraId="23982A21" w14:textId="77777777" w:rsidR="00F81D60" w:rsidRDefault="00000000">
      <w:r>
        <w:t>L’istruttoria conclude: compatibile e avviabile; compatibile con condizioni esplicite; non ancora valutabile; non compatibile nella configurazione proposta. Negli ultimi due casi si indicano informazioni mancanti, pericoli e alternative concrete. Il diniego tecnico riguarda una configurazione, non il diritto della persona a chiedere supporto o una valutazione sanitaria competente.</w:t>
      </w:r>
    </w:p>
    <w:p w14:paraId="1F94F567" w14:textId="77777777" w:rsidR="00F81D60" w:rsidRDefault="00000000">
      <w:r>
        <w:t>Le misure organizzative transitorie possono essere attivate se già valutate e sicure. Non costituiscono un giudizio di idoneità e non modificano unilateralmente i diritti economici o contrattuali. Le condizioni di ripresa di un’attività critica devono essere comprensibili al preposto e alla persona e coerenti con le procedure esistenti.</w:t>
      </w:r>
    </w:p>
    <w:p w14:paraId="309739D9" w14:textId="77777777" w:rsidR="00F81D60" w:rsidRDefault="00000000">
      <w:r>
        <w:br w:type="page"/>
      </w:r>
    </w:p>
    <w:p w14:paraId="349313F9" w14:textId="77777777" w:rsidR="00F81D60" w:rsidRDefault="00000000">
      <w:pPr>
        <w:pStyle w:val="Small"/>
      </w:pPr>
      <w:r>
        <w:rPr>
          <w:b/>
          <w:color w:val="006B70"/>
        </w:rPr>
        <w:t>PROCEDURA</w:t>
      </w:r>
    </w:p>
    <w:p w14:paraId="0971FEA4" w14:textId="77777777" w:rsidR="00F81D60" w:rsidRDefault="00000000">
      <w:pPr>
        <w:pStyle w:val="Titolo1"/>
      </w:pPr>
      <w:bookmarkStart w:id="15" w:name="P07"/>
      <w:r>
        <w:t>07 | Decisione e autorizzazione degli adattamenti</w:t>
      </w:r>
      <w:bookmarkEnd w:id="15"/>
    </w:p>
    <w:p w14:paraId="7542A27B" w14:textId="77777777" w:rsidR="00F81D60" w:rsidRDefault="00000000">
      <w:pPr>
        <w:pStyle w:val="Reference"/>
      </w:pPr>
      <w:r>
        <w:t>Base documentale: [ISO] §§ 5.2–5.5 e allegato B; [AZ] A11–A12. Le istruzioni operative e i moduli sono elaborazioni aziendali del modello [AZ].</w:t>
      </w:r>
    </w:p>
    <w:p w14:paraId="18603EC6" w14:textId="77777777" w:rsidR="00F81D60" w:rsidRDefault="00000000">
      <w:r>
        <w:t>L’adattamento è scelto insieme alla persona, valutando efficacia attesa, sicurezza, accessibilità, impatto organizzativo e riservatezza. Non si presume che il lavoro da casa, una riduzione dell’orario o un cambiamento di ruolo siano desiderati. Le preferenze sono esaminate senza promettere soluzioni prima delle necessarie verifiche.</w:t>
      </w:r>
    </w:p>
    <w:p w14:paraId="3F54EF99" w14:textId="77777777" w:rsidR="00F81D60" w:rsidRDefault="00000000">
      <w:pPr>
        <w:pStyle w:val="Titolo2"/>
      </w:pPr>
      <w:r>
        <w:t>7.1 Contenuti della decisione</w:t>
      </w:r>
    </w:p>
    <w:p w14:paraId="387886DE" w14:textId="77777777" w:rsidR="00F81D60" w:rsidRDefault="00000000">
      <w:r>
        <w:t>A12 riporta la barriera, le opzioni esaminate, la soluzione deliberata, le condizioni per avviarla, il responsabile dell’attuazione e del controllo, la decorrenza, il riesame e le sole istruzioni da trasmettere agli esecutori. Costi e autorizzazioni sono tracciati nel circuito gestionale; eventuali informazioni identificanti restano nel fascicolo riservato.</w:t>
      </w:r>
    </w:p>
    <w:p w14:paraId="02DAB4AA" w14:textId="77777777" w:rsidR="00F81D60" w:rsidRDefault="00000000">
      <w:pPr>
        <w:pStyle w:val="Titolo2"/>
      </w:pPr>
      <w:r>
        <w:t>7.2 Alternative, rinvio e non accoglimento</w:t>
      </w:r>
    </w:p>
    <w:p w14:paraId="1B519236" w14:textId="77777777" w:rsidR="00F81D60" w:rsidRDefault="00000000">
      <w:r>
        <w:t>Se una proposta non è compatibile, la decisione spiega il vincolo concreto e le alternative valutate: per esempio sostituzione programmata invece di abbandono della postazione, modifica della fonte di calore invece di rimozione del DPI, diversa collocazione della pausa invece di un turno incompatibile con i riposi applicabili. “Esigenze di servizio” o “costi elevati” non sono motivazioni sufficienti senza istruttoria e indicazione del percorso successivo.</w:t>
      </w:r>
    </w:p>
    <w:p w14:paraId="2362DACB" w14:textId="77777777" w:rsidR="00F81D60" w:rsidRDefault="00000000">
      <w:r>
        <w:t>Un rinvio richiede una data, un responsabile e una misura provvisoria quando praticabile. Se la misura comporta variazioni di orario, sede, mansione, trattamento economico o istituti contrattuali, HR verifica il quadro applicabile e formalizza l’accordo necessario. La procedura non introduce autonomamente nuove fattispecie di permesso retribuito.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91"/>
        <w:gridCol w:w="7086"/>
      </w:tblGrid>
      <w:tr w:rsidR="00F81D60" w14:paraId="3976F0EA" w14:textId="77777777">
        <w:trPr>
          <w:tblHeader/>
          <w:jc w:val="center"/>
        </w:trPr>
        <w:tc>
          <w:tcPr>
            <w:tcW w:w="2891" w:type="dxa"/>
            <w:shd w:val="clear" w:color="auto" w:fill="17324D"/>
            <w:vAlign w:val="center"/>
          </w:tcPr>
          <w:p w14:paraId="22705891" w14:textId="77777777" w:rsidR="00F81D60" w:rsidRDefault="00000000">
            <w:pPr>
              <w:pStyle w:val="TableText"/>
              <w:spacing w:before="40" w:after="40"/>
            </w:pPr>
            <w:r>
              <w:rPr>
                <w:b/>
                <w:color w:val="FFFFFF"/>
              </w:rPr>
              <w:t>Condizione</w:t>
            </w:r>
          </w:p>
        </w:tc>
        <w:tc>
          <w:tcPr>
            <w:tcW w:w="7087" w:type="dxa"/>
            <w:shd w:val="clear" w:color="auto" w:fill="17324D"/>
            <w:vAlign w:val="center"/>
          </w:tcPr>
          <w:p w14:paraId="4B027CB4" w14:textId="77777777" w:rsidR="00F81D60" w:rsidRDefault="00000000">
            <w:pPr>
              <w:pStyle w:val="TableText"/>
              <w:spacing w:before="40" w:after="40"/>
            </w:pPr>
            <w:r>
              <w:rPr>
                <w:b/>
                <w:color w:val="FFFFFF"/>
              </w:rPr>
              <w:t>Decisione da assumere</w:t>
            </w:r>
          </w:p>
        </w:tc>
      </w:tr>
      <w:tr w:rsidR="00F81D60" w14:paraId="1FE09F9C" w14:textId="77777777">
        <w:trPr>
          <w:cantSplit/>
          <w:jc w:val="center"/>
        </w:trPr>
        <w:tc>
          <w:tcPr>
            <w:tcW w:w="2891" w:type="dxa"/>
            <w:vAlign w:val="center"/>
          </w:tcPr>
          <w:p w14:paraId="23050D96" w14:textId="77777777" w:rsidR="00F81D60" w:rsidRDefault="00000000">
            <w:pPr>
              <w:pStyle w:val="TableText"/>
              <w:spacing w:before="40" w:after="40"/>
            </w:pPr>
            <w:r>
              <w:t>Misura semplice già verificata</w:t>
            </w:r>
          </w:p>
        </w:tc>
        <w:tc>
          <w:tcPr>
            <w:tcW w:w="7087" w:type="dxa"/>
            <w:vAlign w:val="center"/>
          </w:tcPr>
          <w:p w14:paraId="13E6FF66" w14:textId="77777777" w:rsidR="00F81D60" w:rsidRDefault="00000000">
            <w:pPr>
              <w:pStyle w:val="TableText"/>
              <w:spacing w:before="40" w:after="40"/>
            </w:pPr>
            <w:r>
              <w:t>Autorizzare nel perimetro dei poteri assegnati; documentare attuazione e controllo proporzionato.</w:t>
            </w:r>
          </w:p>
        </w:tc>
      </w:tr>
      <w:tr w:rsidR="00F81D60" w14:paraId="5296E975" w14:textId="77777777">
        <w:trPr>
          <w:cantSplit/>
          <w:jc w:val="center"/>
        </w:trPr>
        <w:tc>
          <w:tcPr>
            <w:tcW w:w="2891" w:type="dxa"/>
            <w:shd w:val="clear" w:color="auto" w:fill="F5F7F9"/>
            <w:vAlign w:val="center"/>
          </w:tcPr>
          <w:p w14:paraId="0757D5F4" w14:textId="77777777" w:rsidR="00F81D60" w:rsidRDefault="00000000">
            <w:pPr>
              <w:pStyle w:val="TableText"/>
              <w:spacing w:before="40" w:after="40"/>
            </w:pPr>
            <w:r>
              <w:t>Modifica a rischio tecnico o organizzativo</w:t>
            </w:r>
          </w:p>
        </w:tc>
        <w:tc>
          <w:tcPr>
            <w:tcW w:w="7087" w:type="dxa"/>
            <w:shd w:val="clear" w:color="auto" w:fill="F5F7F9"/>
            <w:vAlign w:val="center"/>
          </w:tcPr>
          <w:p w14:paraId="4FB7A08C" w14:textId="77777777" w:rsidR="00F81D60" w:rsidRDefault="00000000">
            <w:pPr>
              <w:pStyle w:val="TableText"/>
              <w:spacing w:before="40" w:after="40"/>
            </w:pPr>
            <w:r>
              <w:t>Completare A11 e i controlli specialistici; vietare avvio non valutato.</w:t>
            </w:r>
          </w:p>
        </w:tc>
      </w:tr>
      <w:tr w:rsidR="00F81D60" w14:paraId="071DDCB0" w14:textId="77777777">
        <w:trPr>
          <w:cantSplit/>
          <w:jc w:val="center"/>
        </w:trPr>
        <w:tc>
          <w:tcPr>
            <w:tcW w:w="2891" w:type="dxa"/>
            <w:vAlign w:val="center"/>
          </w:tcPr>
          <w:p w14:paraId="02871C1A" w14:textId="77777777" w:rsidR="00F81D60" w:rsidRDefault="00000000">
            <w:pPr>
              <w:pStyle w:val="TableText"/>
              <w:spacing w:before="40" w:after="40"/>
            </w:pPr>
            <w:r>
              <w:t>Prescrizione lavorativa competente</w:t>
            </w:r>
          </w:p>
        </w:tc>
        <w:tc>
          <w:tcPr>
            <w:tcW w:w="7087" w:type="dxa"/>
            <w:vAlign w:val="center"/>
          </w:tcPr>
          <w:p w14:paraId="144DC8D2" w14:textId="77777777" w:rsidR="00F81D60" w:rsidRDefault="00000000">
            <w:pPr>
              <w:pStyle w:val="TableText"/>
              <w:spacing w:before="40" w:after="40"/>
            </w:pPr>
            <w:r>
              <w:t>Attuare nel relativo percorso di legge e sicurezza; non sostituirla con un accordo informale.</w:t>
            </w:r>
          </w:p>
        </w:tc>
      </w:tr>
      <w:tr w:rsidR="00F81D60" w14:paraId="48A9C2FE" w14:textId="77777777">
        <w:trPr>
          <w:cantSplit/>
          <w:jc w:val="center"/>
        </w:trPr>
        <w:tc>
          <w:tcPr>
            <w:tcW w:w="2891" w:type="dxa"/>
            <w:shd w:val="clear" w:color="auto" w:fill="F5F7F9"/>
            <w:vAlign w:val="center"/>
          </w:tcPr>
          <w:p w14:paraId="1FA7FF7E" w14:textId="77777777" w:rsidR="00F81D60" w:rsidRDefault="00000000">
            <w:pPr>
              <w:pStyle w:val="TableText"/>
              <w:spacing w:before="40" w:after="40"/>
            </w:pPr>
            <w:r>
              <w:t>Dissenso della persona</w:t>
            </w:r>
          </w:p>
        </w:tc>
        <w:tc>
          <w:tcPr>
            <w:tcW w:w="7087" w:type="dxa"/>
            <w:shd w:val="clear" w:color="auto" w:fill="F5F7F9"/>
            <w:vAlign w:val="center"/>
          </w:tcPr>
          <w:p w14:paraId="0B01370E" w14:textId="77777777" w:rsidR="00F81D60" w:rsidRDefault="00000000">
            <w:pPr>
              <w:pStyle w:val="TableText"/>
              <w:spacing w:before="40" w:after="40"/>
            </w:pPr>
            <w:r>
              <w:t>Registrare il dissenso senza dettagli clinici; chiarire opzioni, tutela e canale di riconsiderazione A20.</w:t>
            </w:r>
          </w:p>
        </w:tc>
      </w:tr>
    </w:tbl>
    <w:p w14:paraId="33AA58E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57E7850B" w14:textId="77777777">
        <w:trPr>
          <w:tblHeader/>
          <w:jc w:val="center"/>
        </w:trPr>
        <w:tc>
          <w:tcPr>
            <w:tcW w:w="9978" w:type="dxa"/>
            <w:shd w:val="clear" w:color="auto" w:fill="17324D"/>
            <w:vAlign w:val="center"/>
          </w:tcPr>
          <w:p w14:paraId="2920519C" w14:textId="77777777" w:rsidR="00F81D60" w:rsidRDefault="00000000">
            <w:pPr>
              <w:pStyle w:val="TableText"/>
              <w:spacing w:before="40" w:after="40"/>
            </w:pPr>
            <w:r>
              <w:rPr>
                <w:b/>
                <w:color w:val="FFFFFF"/>
                <w:sz w:val="19"/>
              </w:rPr>
              <w:t>DECISIONE TRACCIATA, NON CONSENSO GENERALE</w:t>
            </w:r>
          </w:p>
        </w:tc>
      </w:tr>
      <w:tr w:rsidR="00F81D60" w14:paraId="44998406" w14:textId="77777777">
        <w:trPr>
          <w:cantSplit/>
          <w:jc w:val="center"/>
        </w:trPr>
        <w:tc>
          <w:tcPr>
            <w:tcW w:w="9978" w:type="dxa"/>
            <w:shd w:val="clear" w:color="auto" w:fill="EAF3F4"/>
            <w:vAlign w:val="center"/>
          </w:tcPr>
          <w:p w14:paraId="67E7D9C0" w14:textId="77777777" w:rsidR="00F81D60" w:rsidRDefault="00000000">
            <w:pPr>
              <w:pStyle w:val="TableText"/>
              <w:spacing w:before="40" w:after="40"/>
            </w:pPr>
            <w:r>
              <w:rPr>
                <w:sz w:val="19"/>
              </w:rPr>
              <w:t>La sottoscrizione di A12 conferma la conoscenza o l’accordo sull’organizzazione del lavoro. Non autorizza automaticamente la diffusione di informazioni sanitarie, non certifica idoneità e non contiene rinunce a diritti.</w:t>
            </w:r>
          </w:p>
        </w:tc>
      </w:tr>
    </w:tbl>
    <w:p w14:paraId="506ABBE3" w14:textId="77777777" w:rsidR="00F81D60" w:rsidRDefault="00F81D60">
      <w:pPr>
        <w:spacing w:after="0"/>
      </w:pPr>
    </w:p>
    <w:p w14:paraId="29B6C7E9" w14:textId="77777777" w:rsidR="00F81D60" w:rsidRDefault="00000000">
      <w:r>
        <w:br w:type="page"/>
      </w:r>
    </w:p>
    <w:p w14:paraId="64200451" w14:textId="77777777" w:rsidR="00F81D60" w:rsidRDefault="00000000">
      <w:pPr>
        <w:pStyle w:val="Small"/>
      </w:pPr>
      <w:r>
        <w:rPr>
          <w:b/>
          <w:color w:val="006B70"/>
        </w:rPr>
        <w:t>PROCEDURA</w:t>
      </w:r>
    </w:p>
    <w:p w14:paraId="3B528CFD" w14:textId="77777777" w:rsidR="00F81D60" w:rsidRDefault="00000000">
      <w:pPr>
        <w:pStyle w:val="Titolo1"/>
      </w:pPr>
      <w:bookmarkStart w:id="16" w:name="P08"/>
      <w:r>
        <w:t>08 | Servizi, prodotti e spazi di recupero</w:t>
      </w:r>
      <w:bookmarkEnd w:id="16"/>
    </w:p>
    <w:p w14:paraId="68F79F86" w14:textId="77777777" w:rsidR="00F81D60" w:rsidRDefault="00000000">
      <w:pPr>
        <w:pStyle w:val="Reference"/>
      </w:pPr>
      <w:r>
        <w:t>Base documentale: [ISO] § 5.2.2.1 e § 5.7.2.2. Le istruzioni operative e i moduli sono elaborazioni aziendali del modello [AZ].</w:t>
      </w:r>
    </w:p>
    <w:p w14:paraId="7EAFBACE" w14:textId="77777777" w:rsidR="00F81D60" w:rsidRDefault="00000000">
      <w:pPr>
        <w:pStyle w:val="Titolo2"/>
      </w:pPr>
      <w:r>
        <w:t>8.1 Servizi realmente accessibili</w:t>
      </w:r>
    </w:p>
    <w:p w14:paraId="369E7CF4" w14:textId="77777777" w:rsidR="00F81D60" w:rsidRDefault="00000000">
      <w:r>
        <w:t>Manutenzione e responsabili di sito verificano disponibilità, pulizia, privacy, acqua e percorsi di accesso in tutti i turni. Il controllo considera lavori esterni, cantieri, trasferte e personale mobile. Ove praticabile, si valutano servizi autonomi con lavabo interno e appoggi utili per la gestione dei prodotti. L’accessibilità non si dimostra con la sola planimetria: si verifica apertura, chiavi, tempi di percorrenza e possibilità effettiva di lasciare la mansione in sicurezza.</w:t>
      </w:r>
    </w:p>
    <w:p w14:paraId="792C69E3" w14:textId="77777777" w:rsidR="00F81D60" w:rsidRDefault="00000000">
      <w:pPr>
        <w:pStyle w:val="Titolo2"/>
      </w:pPr>
      <w:r>
        <w:t>8.2 Prodotti e smaltimento</w:t>
      </w:r>
    </w:p>
    <w:p w14:paraId="37E73415" w14:textId="77777777" w:rsidR="00F81D60" w:rsidRDefault="00000000">
      <w:r>
        <w:t>L’organizzazione definisce disponibilità gratuita e discreta di prodotti mestruali, modalità di rifornimento e stoccaggio protetto. I prodotti sono accessibili senza richiesta nominativa o registrazione del prelievo; i controlli riguardano scorte e integrità. Si rendono disponibili sistemi di conferimento igienici nei servizi e negli spogliatoi pertinenti, inclusi quelli neutri rispetto al genere. Si definiscono pulizia, svuotamento e gestione mediante i normali circuiti applicabili.</w:t>
      </w:r>
    </w:p>
    <w:p w14:paraId="3BC5E4F8" w14:textId="77777777" w:rsidR="00F81D60" w:rsidRDefault="00000000">
      <w:pPr>
        <w:pStyle w:val="Titolo2"/>
      </w:pPr>
      <w:r>
        <w:t>8.3 Spazi, sedute e postazioni</w:t>
      </w:r>
    </w:p>
    <w:p w14:paraId="31EDC1AE" w14:textId="77777777" w:rsidR="00F81D60" w:rsidRDefault="00000000">
      <w:r>
        <w:t>Si individuano luoghi per un breve recupero, tranquilli e riservati, senza trasformarli in locali sanitari non autorizzati. Le sedute e le opportunità di movimento si valutano per lavori sedentari e in piedi; nessuna seduta temporanea deve intralciare vie di esodo o zone operative. Per postazioni condivise si forniscono informazioni su temperatura relativa, luce, rumore, servizi e aree tranquille, evitando mappe che identifichino chi usa un adattamento.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402"/>
        <w:gridCol w:w="6575"/>
      </w:tblGrid>
      <w:tr w:rsidR="00F81D60" w14:paraId="7AF91F0B" w14:textId="77777777">
        <w:trPr>
          <w:tblHeader/>
          <w:jc w:val="center"/>
        </w:trPr>
        <w:tc>
          <w:tcPr>
            <w:tcW w:w="3402" w:type="dxa"/>
            <w:shd w:val="clear" w:color="auto" w:fill="17324D"/>
            <w:vAlign w:val="center"/>
          </w:tcPr>
          <w:p w14:paraId="092C03E9" w14:textId="77777777" w:rsidR="00F81D60" w:rsidRDefault="00000000">
            <w:pPr>
              <w:pStyle w:val="TableText"/>
              <w:spacing w:before="40" w:after="40"/>
            </w:pPr>
            <w:r>
              <w:rPr>
                <w:b/>
                <w:color w:val="FFFFFF"/>
              </w:rPr>
              <w:t>Controllo di esercizio</w:t>
            </w:r>
          </w:p>
        </w:tc>
        <w:tc>
          <w:tcPr>
            <w:tcW w:w="6576" w:type="dxa"/>
            <w:shd w:val="clear" w:color="auto" w:fill="17324D"/>
            <w:vAlign w:val="center"/>
          </w:tcPr>
          <w:p w14:paraId="789EB0FF" w14:textId="77777777" w:rsidR="00F81D60" w:rsidRDefault="00000000">
            <w:pPr>
              <w:pStyle w:val="TableText"/>
              <w:spacing w:before="40" w:after="40"/>
            </w:pPr>
            <w:r>
              <w:rPr>
                <w:b/>
                <w:color w:val="FFFFFF"/>
              </w:rPr>
              <w:t>Responsabile / prova</w:t>
            </w:r>
          </w:p>
        </w:tc>
      </w:tr>
      <w:tr w:rsidR="00F81D60" w14:paraId="11E0AA7A" w14:textId="77777777">
        <w:trPr>
          <w:cantSplit/>
          <w:jc w:val="center"/>
        </w:trPr>
        <w:tc>
          <w:tcPr>
            <w:tcW w:w="3402" w:type="dxa"/>
            <w:vAlign w:val="center"/>
          </w:tcPr>
          <w:p w14:paraId="4228E54D" w14:textId="77777777" w:rsidR="00F81D60" w:rsidRDefault="00000000">
            <w:pPr>
              <w:pStyle w:val="TableText"/>
              <w:spacing w:before="40" w:after="40"/>
            </w:pPr>
            <w:r>
              <w:t>Apertura e pulizia per turno</w:t>
            </w:r>
          </w:p>
        </w:tc>
        <w:tc>
          <w:tcPr>
            <w:tcW w:w="6576" w:type="dxa"/>
            <w:vAlign w:val="center"/>
          </w:tcPr>
          <w:p w14:paraId="35F1A200" w14:textId="77777777" w:rsidR="00F81D60" w:rsidRDefault="00000000">
            <w:pPr>
              <w:pStyle w:val="TableText"/>
              <w:spacing w:before="40" w:after="40"/>
            </w:pPr>
            <w:r>
              <w:t>Responsabile sito: check A15 e segnalazione di indisponibilità.</w:t>
            </w:r>
          </w:p>
        </w:tc>
      </w:tr>
      <w:tr w:rsidR="00F81D60" w14:paraId="6E028D73" w14:textId="77777777">
        <w:trPr>
          <w:cantSplit/>
          <w:jc w:val="center"/>
        </w:trPr>
        <w:tc>
          <w:tcPr>
            <w:tcW w:w="3402" w:type="dxa"/>
            <w:shd w:val="clear" w:color="auto" w:fill="F5F7F9"/>
            <w:vAlign w:val="center"/>
          </w:tcPr>
          <w:p w14:paraId="72F8C0F1" w14:textId="77777777" w:rsidR="00F81D60" w:rsidRDefault="00000000">
            <w:pPr>
              <w:pStyle w:val="TableText"/>
              <w:spacing w:before="40" w:after="40"/>
            </w:pPr>
            <w:r>
              <w:t>Rifornimento e integrità prodotti</w:t>
            </w:r>
          </w:p>
        </w:tc>
        <w:tc>
          <w:tcPr>
            <w:tcW w:w="6576" w:type="dxa"/>
            <w:shd w:val="clear" w:color="auto" w:fill="F5F7F9"/>
            <w:vAlign w:val="center"/>
          </w:tcPr>
          <w:p w14:paraId="4C0EC759" w14:textId="77777777" w:rsidR="00F81D60" w:rsidRDefault="00000000">
            <w:pPr>
              <w:pStyle w:val="TableText"/>
              <w:spacing w:before="40" w:after="40"/>
            </w:pPr>
            <w:r>
              <w:t>Addetto designato: livello minimo approvato, data controllo, reintegro; nessun registro utilizzatori.</w:t>
            </w:r>
          </w:p>
        </w:tc>
      </w:tr>
      <w:tr w:rsidR="00F81D60" w14:paraId="267A34C1" w14:textId="77777777">
        <w:trPr>
          <w:cantSplit/>
          <w:jc w:val="center"/>
        </w:trPr>
        <w:tc>
          <w:tcPr>
            <w:tcW w:w="3402" w:type="dxa"/>
            <w:vAlign w:val="center"/>
          </w:tcPr>
          <w:p w14:paraId="72F97919" w14:textId="77777777" w:rsidR="00F81D60" w:rsidRDefault="00000000">
            <w:pPr>
              <w:pStyle w:val="TableText"/>
              <w:spacing w:before="40" w:after="40"/>
            </w:pPr>
            <w:r>
              <w:t>Smaltimento e manutenzione</w:t>
            </w:r>
          </w:p>
        </w:tc>
        <w:tc>
          <w:tcPr>
            <w:tcW w:w="6576" w:type="dxa"/>
            <w:vAlign w:val="center"/>
          </w:tcPr>
          <w:p w14:paraId="67A7ABE4" w14:textId="77777777" w:rsidR="00F81D60" w:rsidRDefault="00000000">
            <w:pPr>
              <w:pStyle w:val="TableText"/>
              <w:spacing w:before="40" w:after="40"/>
            </w:pPr>
            <w:r>
              <w:t>Facility / servizio incaricato: frequenza, esito, anomalia e completamento.</w:t>
            </w:r>
          </w:p>
        </w:tc>
      </w:tr>
      <w:tr w:rsidR="00F81D60" w14:paraId="5C55F42B" w14:textId="77777777">
        <w:trPr>
          <w:cantSplit/>
          <w:jc w:val="center"/>
        </w:trPr>
        <w:tc>
          <w:tcPr>
            <w:tcW w:w="3402" w:type="dxa"/>
            <w:shd w:val="clear" w:color="auto" w:fill="F5F7F9"/>
            <w:vAlign w:val="center"/>
          </w:tcPr>
          <w:p w14:paraId="39468B4F" w14:textId="77777777" w:rsidR="00F81D60" w:rsidRDefault="00000000">
            <w:pPr>
              <w:pStyle w:val="TableText"/>
              <w:spacing w:before="40" w:after="40"/>
            </w:pPr>
            <w:r>
              <w:t>Spazi di recupero e cambio</w:t>
            </w:r>
          </w:p>
        </w:tc>
        <w:tc>
          <w:tcPr>
            <w:tcW w:w="6576" w:type="dxa"/>
            <w:shd w:val="clear" w:color="auto" w:fill="F5F7F9"/>
            <w:vAlign w:val="center"/>
          </w:tcPr>
          <w:p w14:paraId="625B1C34" w14:textId="77777777" w:rsidR="00F81D60" w:rsidRDefault="00000000">
            <w:pPr>
              <w:pStyle w:val="TableText"/>
              <w:spacing w:before="40" w:after="40"/>
            </w:pPr>
            <w:r>
              <w:t>Responsabile sito: disponibilità, privacy, istruzioni d’uso e compatibilità con emergenze.</w:t>
            </w:r>
          </w:p>
        </w:tc>
      </w:tr>
      <w:tr w:rsidR="00F81D60" w14:paraId="150D972A" w14:textId="77777777">
        <w:trPr>
          <w:cantSplit/>
          <w:jc w:val="center"/>
        </w:trPr>
        <w:tc>
          <w:tcPr>
            <w:tcW w:w="3402" w:type="dxa"/>
            <w:vAlign w:val="center"/>
          </w:tcPr>
          <w:p w14:paraId="68850A6F" w14:textId="77777777" w:rsidR="00F81D60" w:rsidRDefault="00000000">
            <w:pPr>
              <w:pStyle w:val="TableText"/>
              <w:spacing w:before="40" w:after="40"/>
            </w:pPr>
            <w:r>
              <w:t>Guasto o indisponibilità</w:t>
            </w:r>
          </w:p>
        </w:tc>
        <w:tc>
          <w:tcPr>
            <w:tcW w:w="6576" w:type="dxa"/>
            <w:vAlign w:val="center"/>
          </w:tcPr>
          <w:p w14:paraId="52EE24FB" w14:textId="77777777" w:rsidR="00F81D60" w:rsidRDefault="00000000">
            <w:pPr>
              <w:pStyle w:val="TableText"/>
              <w:spacing w:before="40" w:after="40"/>
            </w:pPr>
            <w:r>
              <w:t>Alternativa immediatamente comunicata; ticket tecnico neutro e data di ripristino.</w:t>
            </w:r>
          </w:p>
        </w:tc>
      </w:tr>
    </w:tbl>
    <w:p w14:paraId="456CE1E7" w14:textId="77777777" w:rsidR="00F81D60" w:rsidRDefault="00F81D60">
      <w:pPr>
        <w:spacing w:after="0"/>
      </w:pPr>
    </w:p>
    <w:p w14:paraId="7D2324DE" w14:textId="77777777" w:rsidR="00F81D60" w:rsidRDefault="00000000">
      <w:r>
        <w:t>Prima di interventi edilizi, acquisti o rinnovi dei servizi, la funzione competente consulta gli utilizzatori senza richiedere dichiarazioni sanitarie. Le migliorie sono integrate nel capitolato e nel collaudo, non lasciate alla sola valutazione estetica. A15 registra l’esito e A17 le anomalie da risolvere.</w:t>
      </w:r>
    </w:p>
    <w:p w14:paraId="484A6391" w14:textId="77777777" w:rsidR="00F81D60" w:rsidRDefault="00000000">
      <w:r>
        <w:br w:type="page"/>
      </w:r>
    </w:p>
    <w:p w14:paraId="68DA8285" w14:textId="77777777" w:rsidR="00F81D60" w:rsidRDefault="00000000">
      <w:pPr>
        <w:pStyle w:val="Small"/>
      </w:pPr>
      <w:r>
        <w:rPr>
          <w:b/>
          <w:color w:val="006B70"/>
        </w:rPr>
        <w:t>PROCEDURA</w:t>
      </w:r>
    </w:p>
    <w:p w14:paraId="21CE2825" w14:textId="77777777" w:rsidR="00F81D60" w:rsidRDefault="00000000">
      <w:pPr>
        <w:pStyle w:val="Titolo1"/>
      </w:pPr>
      <w:bookmarkStart w:id="17" w:name="P09"/>
      <w:r>
        <w:t>09 | Condizioni ambientali e sensoriali</w:t>
      </w:r>
      <w:bookmarkEnd w:id="17"/>
    </w:p>
    <w:p w14:paraId="7CE6E8A2" w14:textId="77777777" w:rsidR="00F81D60" w:rsidRDefault="00000000">
      <w:pPr>
        <w:pStyle w:val="Reference"/>
      </w:pPr>
      <w:r>
        <w:t>Base documentale: [ISO] § 5.2.2.2 e § 5.7.2.4; [AZ] cautele tecniche. Le istruzioni operative e i moduli sono elaborazioni aziendali del modello [AZ].</w:t>
      </w:r>
    </w:p>
    <w:p w14:paraId="41777CD9" w14:textId="77777777" w:rsidR="00F81D60" w:rsidRDefault="00000000">
      <w:r>
        <w:t>Le modifiche ambientali perseguono comfort e accessibilità senza alterare i controlli di sicurezza. Non esiste, in questo modello, una temperatura universale per la menopausa o un limite speciale desunto dalla ISO 45010. Le condizioni microclimatiche e gli altri agenti sono valutati con i metodi e gli obblighi pertinenti alla mansione.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701"/>
        <w:gridCol w:w="3968"/>
        <w:gridCol w:w="4308"/>
      </w:tblGrid>
      <w:tr w:rsidR="00F81D60" w14:paraId="1B924C77" w14:textId="77777777">
        <w:trPr>
          <w:tblHeader/>
          <w:jc w:val="center"/>
        </w:trPr>
        <w:tc>
          <w:tcPr>
            <w:tcW w:w="1701" w:type="dxa"/>
            <w:shd w:val="clear" w:color="auto" w:fill="17324D"/>
            <w:vAlign w:val="center"/>
          </w:tcPr>
          <w:p w14:paraId="1FFD5D30" w14:textId="77777777" w:rsidR="00F81D60" w:rsidRDefault="00000000">
            <w:pPr>
              <w:pStyle w:val="TableText"/>
              <w:spacing w:before="40" w:after="40"/>
            </w:pPr>
            <w:r>
              <w:rPr>
                <w:b/>
                <w:color w:val="FFFFFF"/>
              </w:rPr>
              <w:t>Ambito</w:t>
            </w:r>
          </w:p>
        </w:tc>
        <w:tc>
          <w:tcPr>
            <w:tcW w:w="3969" w:type="dxa"/>
            <w:shd w:val="clear" w:color="auto" w:fill="17324D"/>
            <w:vAlign w:val="center"/>
          </w:tcPr>
          <w:p w14:paraId="55ECB16F" w14:textId="77777777" w:rsidR="00F81D60" w:rsidRDefault="00000000">
            <w:pPr>
              <w:pStyle w:val="TableText"/>
              <w:spacing w:before="40" w:after="40"/>
            </w:pPr>
            <w:r>
              <w:rPr>
                <w:b/>
                <w:color w:val="FFFFFF"/>
              </w:rPr>
              <w:t>Possibili soluzioni da valutare</w:t>
            </w:r>
          </w:p>
        </w:tc>
        <w:tc>
          <w:tcPr>
            <w:tcW w:w="4309" w:type="dxa"/>
            <w:shd w:val="clear" w:color="auto" w:fill="17324D"/>
            <w:vAlign w:val="center"/>
          </w:tcPr>
          <w:p w14:paraId="745FD599" w14:textId="77777777" w:rsidR="00F81D60" w:rsidRDefault="00000000">
            <w:pPr>
              <w:pStyle w:val="TableText"/>
              <w:spacing w:before="40" w:after="40"/>
            </w:pPr>
            <w:r>
              <w:rPr>
                <w:b/>
                <w:color w:val="FFFFFF"/>
              </w:rPr>
              <w:t>Verifica prima dell’attuazione</w:t>
            </w:r>
          </w:p>
        </w:tc>
      </w:tr>
      <w:tr w:rsidR="00F81D60" w14:paraId="489F6B5B" w14:textId="77777777">
        <w:trPr>
          <w:cantSplit/>
          <w:jc w:val="center"/>
        </w:trPr>
        <w:tc>
          <w:tcPr>
            <w:tcW w:w="1701" w:type="dxa"/>
            <w:vAlign w:val="center"/>
          </w:tcPr>
          <w:p w14:paraId="568C2AB3" w14:textId="77777777" w:rsidR="00F81D60" w:rsidRDefault="00000000">
            <w:pPr>
              <w:pStyle w:val="TableText"/>
              <w:spacing w:before="40" w:after="40"/>
            </w:pPr>
            <w:r>
              <w:t>Temperatura e aria</w:t>
            </w:r>
          </w:p>
        </w:tc>
        <w:tc>
          <w:tcPr>
            <w:tcW w:w="3969" w:type="dxa"/>
            <w:vAlign w:val="center"/>
          </w:tcPr>
          <w:p w14:paraId="5A4EFB14" w14:textId="77777777" w:rsidR="00F81D60" w:rsidRDefault="00000000">
            <w:pPr>
              <w:pStyle w:val="TableText"/>
              <w:spacing w:before="40" w:after="40"/>
            </w:pPr>
            <w:r>
              <w:t>Regolazione locale, aree più fresche o calde, ventilazione, pause in ambiente idoneo.</w:t>
            </w:r>
          </w:p>
        </w:tc>
        <w:tc>
          <w:tcPr>
            <w:tcW w:w="4309" w:type="dxa"/>
            <w:vAlign w:val="center"/>
          </w:tcPr>
          <w:p w14:paraId="2303173E" w14:textId="77777777" w:rsidR="00F81D60" w:rsidRDefault="00000000">
            <w:pPr>
              <w:pStyle w:val="TableText"/>
              <w:spacing w:before="40" w:after="40"/>
            </w:pPr>
            <w:r>
              <w:t>Non interferire con aspirazioni, compartimentazioni, contaminanti, processi o sicurezza elettrica; niente dispositivi non autorizzati.</w:t>
            </w:r>
          </w:p>
        </w:tc>
      </w:tr>
      <w:tr w:rsidR="00F81D60" w14:paraId="7F29152C" w14:textId="77777777">
        <w:trPr>
          <w:cantSplit/>
          <w:jc w:val="center"/>
        </w:trPr>
        <w:tc>
          <w:tcPr>
            <w:tcW w:w="1701" w:type="dxa"/>
            <w:shd w:val="clear" w:color="auto" w:fill="F5F7F9"/>
            <w:vAlign w:val="center"/>
          </w:tcPr>
          <w:p w14:paraId="26E666FD" w14:textId="77777777" w:rsidR="00F81D60" w:rsidRDefault="00000000">
            <w:pPr>
              <w:pStyle w:val="TableText"/>
              <w:spacing w:before="40" w:after="40"/>
            </w:pPr>
            <w:r>
              <w:t>Luce e abbagliamento</w:t>
            </w:r>
          </w:p>
        </w:tc>
        <w:tc>
          <w:tcPr>
            <w:tcW w:w="3969" w:type="dxa"/>
            <w:shd w:val="clear" w:color="auto" w:fill="F5F7F9"/>
            <w:vAlign w:val="center"/>
          </w:tcPr>
          <w:p w14:paraId="7009C515" w14:textId="77777777" w:rsidR="00F81D60" w:rsidRDefault="00000000">
            <w:pPr>
              <w:pStyle w:val="TableText"/>
              <w:spacing w:before="40" w:after="40"/>
            </w:pPr>
            <w:r>
              <w:t>Schermature, orientamento della postazione, regolazioni locali compatibili.</w:t>
            </w:r>
          </w:p>
        </w:tc>
        <w:tc>
          <w:tcPr>
            <w:tcW w:w="4309" w:type="dxa"/>
            <w:shd w:val="clear" w:color="auto" w:fill="F5F7F9"/>
            <w:vAlign w:val="center"/>
          </w:tcPr>
          <w:p w14:paraId="41DABA47" w14:textId="77777777" w:rsidR="00F81D60" w:rsidRDefault="00000000">
            <w:pPr>
              <w:pStyle w:val="TableText"/>
              <w:spacing w:before="40" w:after="40"/>
            </w:pPr>
            <w:r>
              <w:t>Visibilità, requisiti del compito, vie di transito e segnalazioni devono restare adeguati.</w:t>
            </w:r>
          </w:p>
        </w:tc>
      </w:tr>
      <w:tr w:rsidR="00F81D60" w14:paraId="55E28143" w14:textId="77777777">
        <w:trPr>
          <w:cantSplit/>
          <w:jc w:val="center"/>
        </w:trPr>
        <w:tc>
          <w:tcPr>
            <w:tcW w:w="1701" w:type="dxa"/>
            <w:vAlign w:val="center"/>
          </w:tcPr>
          <w:p w14:paraId="661E41F4" w14:textId="77777777" w:rsidR="00F81D60" w:rsidRDefault="00000000">
            <w:pPr>
              <w:pStyle w:val="TableText"/>
              <w:spacing w:before="40" w:after="40"/>
            </w:pPr>
            <w:r>
              <w:t>Rumore e distrazioni</w:t>
            </w:r>
          </w:p>
        </w:tc>
        <w:tc>
          <w:tcPr>
            <w:tcW w:w="3969" w:type="dxa"/>
            <w:vAlign w:val="center"/>
          </w:tcPr>
          <w:p w14:paraId="31D508FB" w14:textId="77777777" w:rsidR="00F81D60" w:rsidRDefault="00000000">
            <w:pPr>
              <w:pStyle w:val="TableText"/>
              <w:spacing w:before="40" w:after="40"/>
            </w:pPr>
            <w:r>
              <w:t>Aree a minore disturbo, diversa collocazione di alcune attività, riduzione delle sorgenti.</w:t>
            </w:r>
          </w:p>
        </w:tc>
        <w:tc>
          <w:tcPr>
            <w:tcW w:w="4309" w:type="dxa"/>
            <w:vAlign w:val="center"/>
          </w:tcPr>
          <w:p w14:paraId="54C648C5" w14:textId="77777777" w:rsidR="00F81D60" w:rsidRDefault="00000000">
            <w:pPr>
              <w:pStyle w:val="TableText"/>
              <w:spacing w:before="40" w:after="40"/>
            </w:pPr>
            <w:r>
              <w:t>Non attenuare allarmi o comunicazioni di sicurezza; non sostituire la protezione uditiva prescritta con soluzioni non idonee.</w:t>
            </w:r>
          </w:p>
        </w:tc>
      </w:tr>
      <w:tr w:rsidR="00F81D60" w14:paraId="243D9638" w14:textId="77777777">
        <w:trPr>
          <w:cantSplit/>
          <w:jc w:val="center"/>
        </w:trPr>
        <w:tc>
          <w:tcPr>
            <w:tcW w:w="1701" w:type="dxa"/>
            <w:shd w:val="clear" w:color="auto" w:fill="F5F7F9"/>
            <w:vAlign w:val="center"/>
          </w:tcPr>
          <w:p w14:paraId="6D85BD0E" w14:textId="77777777" w:rsidR="00F81D60" w:rsidRDefault="00000000">
            <w:pPr>
              <w:pStyle w:val="TableText"/>
              <w:spacing w:before="40" w:after="40"/>
            </w:pPr>
            <w:r>
              <w:t>Odori e sensibilità sensoriale</w:t>
            </w:r>
          </w:p>
        </w:tc>
        <w:tc>
          <w:tcPr>
            <w:tcW w:w="3969" w:type="dxa"/>
            <w:shd w:val="clear" w:color="auto" w:fill="F5F7F9"/>
            <w:vAlign w:val="center"/>
          </w:tcPr>
          <w:p w14:paraId="3EB2BA7F" w14:textId="77777777" w:rsidR="00F81D60" w:rsidRDefault="00000000">
            <w:pPr>
              <w:pStyle w:val="TableText"/>
              <w:spacing w:before="40" w:after="40"/>
            </w:pPr>
            <w:r>
              <w:t>Esame delle sorgenti e dei prodotti utilizzati; collocazione delle aree ristoro; scelte meno disturbanti.</w:t>
            </w:r>
          </w:p>
        </w:tc>
        <w:tc>
          <w:tcPr>
            <w:tcW w:w="4309" w:type="dxa"/>
            <w:shd w:val="clear" w:color="auto" w:fill="F5F7F9"/>
            <w:vAlign w:val="center"/>
          </w:tcPr>
          <w:p w14:paraId="69A97014" w14:textId="77777777" w:rsidR="00F81D60" w:rsidRDefault="00000000">
            <w:pPr>
              <w:pStyle w:val="TableText"/>
              <w:spacing w:before="40" w:after="40"/>
            </w:pPr>
            <w:r>
              <w:t>Non mascherare con profumazioni un problema di contaminazione; verificare rischi chimici e requisiti igienici.</w:t>
            </w:r>
          </w:p>
        </w:tc>
      </w:tr>
      <w:tr w:rsidR="00F81D60" w14:paraId="398E5464" w14:textId="77777777">
        <w:trPr>
          <w:cantSplit/>
          <w:jc w:val="center"/>
        </w:trPr>
        <w:tc>
          <w:tcPr>
            <w:tcW w:w="1701" w:type="dxa"/>
            <w:vAlign w:val="center"/>
          </w:tcPr>
          <w:p w14:paraId="69B8ABD9" w14:textId="77777777" w:rsidR="00F81D60" w:rsidRDefault="00000000">
            <w:pPr>
              <w:pStyle w:val="TableText"/>
              <w:spacing w:before="40" w:after="40"/>
            </w:pPr>
            <w:r>
              <w:t>Acqua e ristoro</w:t>
            </w:r>
          </w:p>
        </w:tc>
        <w:tc>
          <w:tcPr>
            <w:tcW w:w="3969" w:type="dxa"/>
            <w:vAlign w:val="center"/>
          </w:tcPr>
          <w:p w14:paraId="6CA584F0" w14:textId="77777777" w:rsidR="00F81D60" w:rsidRDefault="00000000">
            <w:pPr>
              <w:pStyle w:val="TableText"/>
              <w:spacing w:before="40" w:after="40"/>
            </w:pPr>
            <w:r>
              <w:t>Accesso ad acqua potabile e bevande, possibilità di consumare uno spuntino nelle aree idonee.</w:t>
            </w:r>
          </w:p>
        </w:tc>
        <w:tc>
          <w:tcPr>
            <w:tcW w:w="4309" w:type="dxa"/>
            <w:vAlign w:val="center"/>
          </w:tcPr>
          <w:p w14:paraId="24E9D49D" w14:textId="77777777" w:rsidR="00F81D60" w:rsidRDefault="00000000">
            <w:pPr>
              <w:pStyle w:val="TableText"/>
              <w:spacing w:before="40" w:after="40"/>
            </w:pPr>
            <w:r>
              <w:t>Rispettare separazione da aree contaminate, igiene e procedure alimentari applicabili.</w:t>
            </w:r>
          </w:p>
        </w:tc>
      </w:tr>
      <w:tr w:rsidR="00F81D60" w14:paraId="41F1B465" w14:textId="77777777">
        <w:trPr>
          <w:cantSplit/>
          <w:jc w:val="center"/>
        </w:trPr>
        <w:tc>
          <w:tcPr>
            <w:tcW w:w="1701" w:type="dxa"/>
            <w:shd w:val="clear" w:color="auto" w:fill="F5F7F9"/>
            <w:vAlign w:val="center"/>
          </w:tcPr>
          <w:p w14:paraId="24485380" w14:textId="77777777" w:rsidR="00F81D60" w:rsidRDefault="00000000">
            <w:pPr>
              <w:pStyle w:val="TableText"/>
              <w:spacing w:before="40" w:after="40"/>
            </w:pPr>
            <w:r>
              <w:t>Arredi e materiali</w:t>
            </w:r>
          </w:p>
        </w:tc>
        <w:tc>
          <w:tcPr>
            <w:tcW w:w="3969" w:type="dxa"/>
            <w:shd w:val="clear" w:color="auto" w:fill="F5F7F9"/>
            <w:vAlign w:val="center"/>
          </w:tcPr>
          <w:p w14:paraId="05B820CF" w14:textId="77777777" w:rsidR="00F81D60" w:rsidRDefault="00000000">
            <w:pPr>
              <w:pStyle w:val="TableText"/>
              <w:spacing w:before="40" w:after="40"/>
            </w:pPr>
            <w:r>
              <w:t>Materiali pulibili e confortevoli, sedute adatte, superfici gestibili.</w:t>
            </w:r>
          </w:p>
        </w:tc>
        <w:tc>
          <w:tcPr>
            <w:tcW w:w="4309" w:type="dxa"/>
            <w:shd w:val="clear" w:color="auto" w:fill="F5F7F9"/>
            <w:vAlign w:val="center"/>
          </w:tcPr>
          <w:p w14:paraId="03CF475F" w14:textId="77777777" w:rsidR="00F81D60" w:rsidRDefault="00000000">
            <w:pPr>
              <w:pStyle w:val="TableText"/>
              <w:spacing w:before="40" w:after="40"/>
            </w:pPr>
            <w:r>
              <w:t>Controllare pulizia, stabilità, requisiti antincendio e condizioni d’uso.</w:t>
            </w:r>
          </w:p>
        </w:tc>
      </w:tr>
    </w:tbl>
    <w:p w14:paraId="70A258F6" w14:textId="77777777" w:rsidR="00F81D60" w:rsidRDefault="00F81D60">
      <w:pPr>
        <w:spacing w:after="0"/>
      </w:pPr>
    </w:p>
    <w:p w14:paraId="1F3BC024" w14:textId="77777777" w:rsidR="00F81D60" w:rsidRDefault="00000000">
      <w:pPr>
        <w:pStyle w:val="Titolo2"/>
      </w:pPr>
      <w:r>
        <w:t>Prova e accettazione</w:t>
      </w:r>
    </w:p>
    <w:p w14:paraId="5246F8C6" w14:textId="77777777" w:rsidR="00F81D60" w:rsidRDefault="00000000">
      <w:r>
        <w:t>Una modifica si prova nella situazione di uso reale e nel turno interessato, concordando il riscontro con la persona o il gruppo senza raccogliere dettagli clinici. Il tecnico registra condizioni iniziali, configurazione modificata, effetti su altri compiti e risultato. Un miglioramento percepito non autorizza a ignorare un nuovo rischio.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F8D475A" w14:textId="77777777">
        <w:trPr>
          <w:tblHeader/>
          <w:jc w:val="center"/>
        </w:trPr>
        <w:tc>
          <w:tcPr>
            <w:tcW w:w="9978" w:type="dxa"/>
            <w:shd w:val="clear" w:color="auto" w:fill="17324D"/>
            <w:vAlign w:val="center"/>
          </w:tcPr>
          <w:p w14:paraId="07C299A7" w14:textId="77777777" w:rsidR="00F81D60" w:rsidRDefault="00000000">
            <w:pPr>
              <w:pStyle w:val="TableText"/>
              <w:spacing w:before="40" w:after="40"/>
            </w:pPr>
            <w:r>
              <w:rPr>
                <w:b/>
                <w:color w:val="FFFFFF"/>
                <w:sz w:val="19"/>
              </w:rPr>
              <w:t>NESSUN AUTOMATISMO FISICO</w:t>
            </w:r>
          </w:p>
        </w:tc>
      </w:tr>
      <w:tr w:rsidR="00F81D60" w14:paraId="1835FD4C" w14:textId="77777777">
        <w:trPr>
          <w:cantSplit/>
          <w:jc w:val="center"/>
        </w:trPr>
        <w:tc>
          <w:tcPr>
            <w:tcW w:w="9978" w:type="dxa"/>
            <w:shd w:val="clear" w:color="auto" w:fill="EAF3F4"/>
            <w:vAlign w:val="center"/>
          </w:tcPr>
          <w:p w14:paraId="79F71D8F" w14:textId="77777777" w:rsidR="00F81D60" w:rsidRDefault="00000000">
            <w:pPr>
              <w:pStyle w:val="TableText"/>
              <w:spacing w:before="40" w:after="40"/>
            </w:pPr>
            <w:r>
              <w:rPr>
                <w:sz w:val="19"/>
              </w:rPr>
              <w:t>Cambiare il colore della luce può influire sulla percezione dell’ambiente ma non sostituisce la gestione di una sorgente di calore. Un ventilatore, una fonte termica o un ausilio personale richiedono verifica del contesto prima dell’uso. Queste sono cautele applicative [AZ], non prestazioni tecniche attribuite alla ISO.</w:t>
            </w:r>
          </w:p>
        </w:tc>
      </w:tr>
    </w:tbl>
    <w:p w14:paraId="6A431A4F" w14:textId="77777777" w:rsidR="00F81D60" w:rsidRDefault="00F81D60">
      <w:pPr>
        <w:spacing w:after="0"/>
      </w:pPr>
    </w:p>
    <w:p w14:paraId="2B553067" w14:textId="77777777" w:rsidR="00F81D60" w:rsidRDefault="00000000">
      <w:r>
        <w:br w:type="page"/>
      </w:r>
    </w:p>
    <w:p w14:paraId="7E2EA1E0" w14:textId="77777777" w:rsidR="00F81D60" w:rsidRDefault="00000000">
      <w:pPr>
        <w:pStyle w:val="Small"/>
      </w:pPr>
      <w:r>
        <w:rPr>
          <w:b/>
          <w:color w:val="006B70"/>
        </w:rPr>
        <w:t>PROCEDURA</w:t>
      </w:r>
    </w:p>
    <w:p w14:paraId="5E0512FF" w14:textId="77777777" w:rsidR="00F81D60" w:rsidRDefault="00000000">
      <w:pPr>
        <w:pStyle w:val="Titolo1"/>
      </w:pPr>
      <w:bookmarkStart w:id="18" w:name="P10"/>
      <w:r>
        <w:t>10 | Indumenti, uniformi e DPI</w:t>
      </w:r>
      <w:bookmarkEnd w:id="18"/>
    </w:p>
    <w:p w14:paraId="03B6ADF6" w14:textId="77777777" w:rsidR="00F81D60" w:rsidRDefault="00000000">
      <w:pPr>
        <w:pStyle w:val="Reference"/>
      </w:pPr>
      <w:r>
        <w:t>Base documentale: [ISO] § 5.2.2.3, § 5.5.2.2 e allegato B.4. Le istruzioni operative e i moduli sono elaborazioni aziendali del modello [AZ].</w:t>
      </w:r>
    </w:p>
    <w:p w14:paraId="123C6A5F" w14:textId="77777777" w:rsidR="00F81D60" w:rsidRDefault="00000000">
      <w:pPr>
        <w:pStyle w:val="Titolo2"/>
      </w:pPr>
      <w:r>
        <w:t>10.1 Valutare le esigenze concrete</w:t>
      </w:r>
    </w:p>
    <w:p w14:paraId="32C9743D" w14:textId="77777777" w:rsidR="00F81D60" w:rsidRDefault="00000000">
      <w:r>
        <w:t>Acquisti, HSE e utilizzatori esaminano vestibilità, regolazione della taglia, facilità di cambio, traspirazione, disponibilità di ricambi e accesso ai servizi. Si valutano, quando compatibili, colori più scuri e taglie regolabili per le uniformi. La scelta di tessuti confortevoli non prevale sui requisiti protettivi della mansione, sulle condizioni di contaminazione o sulle istruzioni di uso e lavaggio.</w:t>
      </w:r>
    </w:p>
    <w:p w14:paraId="757D04B3" w14:textId="77777777" w:rsidR="00F81D60" w:rsidRDefault="00000000">
      <w:pPr>
        <w:pStyle w:val="Titolo2"/>
      </w:pPr>
      <w:r>
        <w:t>10.2 Nessuna modifica artigianale del DPI</w:t>
      </w:r>
    </w:p>
    <w:p w14:paraId="582A3E3D" w14:textId="77777777" w:rsidR="00F81D60" w:rsidRDefault="00000000">
      <w:r>
        <w:t>Non sono consentiti tagli, forature, sostituzioni di componenti, allentamenti impropri o rimozioni in zona di rischio per migliorare il comfort. Eventuali alternative sono selezionate verificando protezione richiesta, taglia, vestibilità, compatibilità con altri DPI e istruzioni del fabbricante. Prove di adattamento o tenuta, quando pertinenti, restano quelle previste dal dispositivo e dal rischio; A15 non le sostituisce.</w:t>
      </w:r>
    </w:p>
    <w:p w14:paraId="67A283B3" w14:textId="77777777" w:rsidR="00F81D60" w:rsidRDefault="00000000">
      <w:r>
        <w:t>Per ridurre il tempo continuativo di utilizzo, si può riprogettare l’attività o prevedere pause in area sicura, assicurando consegne, svestizione e rivestizione corretti. Non si sospende la protezione finché permane l’esposizione. Se una proposta non può essere resa sicura, si analizzano misure tecniche, organizzative o compiti alternativi tramite A11.</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35"/>
        <w:gridCol w:w="7142"/>
      </w:tblGrid>
      <w:tr w:rsidR="00F81D60" w14:paraId="12488ECB" w14:textId="77777777">
        <w:trPr>
          <w:tblHeader/>
          <w:jc w:val="center"/>
        </w:trPr>
        <w:tc>
          <w:tcPr>
            <w:tcW w:w="2835" w:type="dxa"/>
            <w:shd w:val="clear" w:color="auto" w:fill="17324D"/>
            <w:vAlign w:val="center"/>
          </w:tcPr>
          <w:p w14:paraId="60A34630" w14:textId="77777777" w:rsidR="00F81D60" w:rsidRDefault="00000000">
            <w:pPr>
              <w:pStyle w:val="TableText"/>
              <w:spacing w:before="40" w:after="40"/>
            </w:pPr>
            <w:r>
              <w:rPr>
                <w:b/>
                <w:color w:val="FFFFFF"/>
              </w:rPr>
              <w:t>Passaggio</w:t>
            </w:r>
          </w:p>
        </w:tc>
        <w:tc>
          <w:tcPr>
            <w:tcW w:w="7143" w:type="dxa"/>
            <w:shd w:val="clear" w:color="auto" w:fill="17324D"/>
            <w:vAlign w:val="center"/>
          </w:tcPr>
          <w:p w14:paraId="72C8894F" w14:textId="77777777" w:rsidR="00F81D60" w:rsidRDefault="00000000">
            <w:pPr>
              <w:pStyle w:val="TableText"/>
              <w:spacing w:before="40" w:after="40"/>
            </w:pPr>
            <w:r>
              <w:rPr>
                <w:b/>
                <w:color w:val="FFFFFF"/>
              </w:rPr>
              <w:t>Documentazione minima</w:t>
            </w:r>
          </w:p>
        </w:tc>
      </w:tr>
      <w:tr w:rsidR="00F81D60" w14:paraId="7D9EEBA0" w14:textId="77777777">
        <w:trPr>
          <w:cantSplit/>
          <w:jc w:val="center"/>
        </w:trPr>
        <w:tc>
          <w:tcPr>
            <w:tcW w:w="2835" w:type="dxa"/>
            <w:vAlign w:val="center"/>
          </w:tcPr>
          <w:p w14:paraId="049AB53A" w14:textId="77777777" w:rsidR="00F81D60" w:rsidRDefault="00000000">
            <w:pPr>
              <w:pStyle w:val="TableText"/>
              <w:spacing w:before="40" w:after="40"/>
            </w:pPr>
            <w:r>
              <w:t>Esigenza funzionale</w:t>
            </w:r>
          </w:p>
        </w:tc>
        <w:tc>
          <w:tcPr>
            <w:tcW w:w="7143" w:type="dxa"/>
            <w:vAlign w:val="center"/>
          </w:tcPr>
          <w:p w14:paraId="3E271D61" w14:textId="77777777" w:rsidR="00F81D60" w:rsidRDefault="00000000">
            <w:pPr>
              <w:pStyle w:val="TableText"/>
              <w:spacing w:before="40" w:after="40"/>
            </w:pPr>
            <w:r>
              <w:t>Problema di vestibilità, comfort, cambio o gestione della mansione, senza diagnosi.</w:t>
            </w:r>
          </w:p>
        </w:tc>
      </w:tr>
      <w:tr w:rsidR="00F81D60" w14:paraId="636996C6" w14:textId="77777777">
        <w:trPr>
          <w:cantSplit/>
          <w:jc w:val="center"/>
        </w:trPr>
        <w:tc>
          <w:tcPr>
            <w:tcW w:w="2835" w:type="dxa"/>
            <w:shd w:val="clear" w:color="auto" w:fill="F5F7F9"/>
            <w:vAlign w:val="center"/>
          </w:tcPr>
          <w:p w14:paraId="54C24DB6" w14:textId="77777777" w:rsidR="00F81D60" w:rsidRDefault="00000000">
            <w:pPr>
              <w:pStyle w:val="TableText"/>
              <w:spacing w:before="40" w:after="40"/>
            </w:pPr>
            <w:r>
              <w:t>Verifica del prodotto</w:t>
            </w:r>
          </w:p>
        </w:tc>
        <w:tc>
          <w:tcPr>
            <w:tcW w:w="7143" w:type="dxa"/>
            <w:shd w:val="clear" w:color="auto" w:fill="F5F7F9"/>
            <w:vAlign w:val="center"/>
          </w:tcPr>
          <w:p w14:paraId="3D2C313C" w14:textId="77777777" w:rsidR="00F81D60" w:rsidRDefault="00000000">
            <w:pPr>
              <w:pStyle w:val="TableText"/>
              <w:spacing w:before="40" w:after="40"/>
            </w:pPr>
            <w:r>
              <w:t>Codice modello, istruzioni pertinenti, protezione e compatibilità; qualificazione di chi valuta.</w:t>
            </w:r>
          </w:p>
        </w:tc>
      </w:tr>
      <w:tr w:rsidR="00F81D60" w14:paraId="440FD546" w14:textId="77777777">
        <w:trPr>
          <w:cantSplit/>
          <w:jc w:val="center"/>
        </w:trPr>
        <w:tc>
          <w:tcPr>
            <w:tcW w:w="2835" w:type="dxa"/>
            <w:vAlign w:val="center"/>
          </w:tcPr>
          <w:p w14:paraId="64CA0ACF" w14:textId="77777777" w:rsidR="00F81D60" w:rsidRDefault="00000000">
            <w:pPr>
              <w:pStyle w:val="TableText"/>
              <w:spacing w:before="40" w:after="40"/>
            </w:pPr>
            <w:r>
              <w:t>Prova controllata</w:t>
            </w:r>
          </w:p>
        </w:tc>
        <w:tc>
          <w:tcPr>
            <w:tcW w:w="7143" w:type="dxa"/>
            <w:vAlign w:val="center"/>
          </w:tcPr>
          <w:p w14:paraId="360DA215" w14:textId="77777777" w:rsidR="00F81D60" w:rsidRDefault="00000000">
            <w:pPr>
              <w:pStyle w:val="TableText"/>
              <w:spacing w:before="40" w:after="40"/>
            </w:pPr>
            <w:r>
              <w:t>Contesto, attività, addestramento, condizioni di arresto e riscontro dell’utilizzatore.</w:t>
            </w:r>
          </w:p>
        </w:tc>
      </w:tr>
      <w:tr w:rsidR="00F81D60" w14:paraId="3198AF97" w14:textId="77777777">
        <w:trPr>
          <w:cantSplit/>
          <w:jc w:val="center"/>
        </w:trPr>
        <w:tc>
          <w:tcPr>
            <w:tcW w:w="2835" w:type="dxa"/>
            <w:shd w:val="clear" w:color="auto" w:fill="F5F7F9"/>
            <w:vAlign w:val="center"/>
          </w:tcPr>
          <w:p w14:paraId="2E75A982" w14:textId="77777777" w:rsidR="00F81D60" w:rsidRDefault="00000000">
            <w:pPr>
              <w:pStyle w:val="TableText"/>
              <w:spacing w:before="40" w:after="40"/>
            </w:pPr>
            <w:r>
              <w:t>Approvazione</w:t>
            </w:r>
          </w:p>
        </w:tc>
        <w:tc>
          <w:tcPr>
            <w:tcW w:w="7143" w:type="dxa"/>
            <w:shd w:val="clear" w:color="auto" w:fill="F5F7F9"/>
            <w:vAlign w:val="center"/>
          </w:tcPr>
          <w:p w14:paraId="72F4BA36" w14:textId="77777777" w:rsidR="00F81D60" w:rsidRDefault="00000000">
            <w:pPr>
              <w:pStyle w:val="TableText"/>
              <w:spacing w:before="40" w:after="40"/>
            </w:pPr>
            <w:r>
              <w:t>Funzione tecnica competente; autorizzazione acquisto e aggiornamento delle istruzioni.</w:t>
            </w:r>
          </w:p>
        </w:tc>
      </w:tr>
      <w:tr w:rsidR="00F81D60" w14:paraId="60DEBC50" w14:textId="77777777">
        <w:trPr>
          <w:cantSplit/>
          <w:jc w:val="center"/>
        </w:trPr>
        <w:tc>
          <w:tcPr>
            <w:tcW w:w="2835" w:type="dxa"/>
            <w:vAlign w:val="center"/>
          </w:tcPr>
          <w:p w14:paraId="49950501" w14:textId="77777777" w:rsidR="00F81D60" w:rsidRDefault="00000000">
            <w:pPr>
              <w:pStyle w:val="TableText"/>
              <w:spacing w:before="40" w:after="40"/>
            </w:pPr>
            <w:r>
              <w:t>Rifornimenti e manutenzione</w:t>
            </w:r>
          </w:p>
        </w:tc>
        <w:tc>
          <w:tcPr>
            <w:tcW w:w="7143" w:type="dxa"/>
            <w:vAlign w:val="center"/>
          </w:tcPr>
          <w:p w14:paraId="74EDC656" w14:textId="77777777" w:rsidR="00F81D60" w:rsidRDefault="00000000">
            <w:pPr>
              <w:pStyle w:val="TableText"/>
              <w:spacing w:before="40" w:after="40"/>
            </w:pPr>
            <w:r>
              <w:t>Scorte taglie e ricambi; frequenze di controllo; procedura di sostituzione.</w:t>
            </w:r>
          </w:p>
        </w:tc>
      </w:tr>
    </w:tbl>
    <w:p w14:paraId="5BEB38A1" w14:textId="77777777" w:rsidR="00F81D60" w:rsidRDefault="00F81D60">
      <w:pPr>
        <w:spacing w:after="0"/>
      </w:pPr>
    </w:p>
    <w:p w14:paraId="69E86415" w14:textId="77777777" w:rsidR="00F81D60" w:rsidRDefault="00000000">
      <w:pPr>
        <w:pStyle w:val="Titolo2"/>
      </w:pPr>
      <w:r>
        <w:t>Privacy nelle operazioni di cambio e lavaggio</w:t>
      </w:r>
    </w:p>
    <w:p w14:paraId="1354738A" w14:textId="77777777" w:rsidR="00F81D60" w:rsidRDefault="00000000">
      <w:r>
        <w:t>Gli spazi di cambio sono discreti e i ricambi non richiedono spiegazioni pubbliche. Nei sistemi di lavanderia obbligatoria si esaminano i possibili episodi di divulgazione involontaria e si limita l’accesso a capi, etichette e note personali. I ticket di lavanderia o acquisto indicano il servizio richiesto, non informazioni sul ciclo o sullo stato menopausale.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0EAB74C" w14:textId="77777777">
        <w:trPr>
          <w:tblHeader/>
          <w:jc w:val="center"/>
        </w:trPr>
        <w:tc>
          <w:tcPr>
            <w:tcW w:w="9978" w:type="dxa"/>
            <w:shd w:val="clear" w:color="auto" w:fill="17324D"/>
            <w:vAlign w:val="center"/>
          </w:tcPr>
          <w:p w14:paraId="29E13CEA" w14:textId="77777777" w:rsidR="00F81D60" w:rsidRDefault="00000000">
            <w:pPr>
              <w:pStyle w:val="TableText"/>
              <w:spacing w:before="40" w:after="40"/>
            </w:pPr>
            <w:r>
              <w:rPr>
                <w:b/>
                <w:color w:val="FFFFFF"/>
                <w:sz w:val="19"/>
              </w:rPr>
              <w:t>CONDIZIONE NON NEGOZIABILE</w:t>
            </w:r>
          </w:p>
        </w:tc>
      </w:tr>
      <w:tr w:rsidR="00F81D60" w14:paraId="55A9CD99" w14:textId="77777777">
        <w:trPr>
          <w:cantSplit/>
          <w:jc w:val="center"/>
        </w:trPr>
        <w:tc>
          <w:tcPr>
            <w:tcW w:w="9978" w:type="dxa"/>
            <w:shd w:val="clear" w:color="auto" w:fill="EAF3F4"/>
            <w:vAlign w:val="center"/>
          </w:tcPr>
          <w:p w14:paraId="0786B3BB" w14:textId="77777777" w:rsidR="00F81D60" w:rsidRDefault="00000000">
            <w:pPr>
              <w:pStyle w:val="TableText"/>
              <w:spacing w:before="40" w:after="40"/>
            </w:pPr>
            <w:r>
              <w:rPr>
                <w:sz w:val="19"/>
              </w:rPr>
              <w:t>Ogni adattamento deve mantenere l’efficacia delle misure di prevenzione e protezione. Il comfort non giustifica l’esposizione della persona, dei colleghi o di terzi a un rischio non controllato.</w:t>
            </w:r>
          </w:p>
        </w:tc>
      </w:tr>
    </w:tbl>
    <w:p w14:paraId="6E41370D" w14:textId="77777777" w:rsidR="00F81D60" w:rsidRDefault="00F81D60">
      <w:pPr>
        <w:spacing w:after="0"/>
      </w:pPr>
    </w:p>
    <w:p w14:paraId="56E9F112" w14:textId="77777777" w:rsidR="00F81D60" w:rsidRDefault="00000000">
      <w:r>
        <w:br w:type="page"/>
      </w:r>
    </w:p>
    <w:p w14:paraId="67D22969" w14:textId="77777777" w:rsidR="00F81D60" w:rsidRDefault="00000000">
      <w:pPr>
        <w:pStyle w:val="Small"/>
      </w:pPr>
      <w:r>
        <w:rPr>
          <w:b/>
          <w:color w:val="006B70"/>
        </w:rPr>
        <w:t>PROCEDURA</w:t>
      </w:r>
    </w:p>
    <w:p w14:paraId="048B943D" w14:textId="77777777" w:rsidR="00F81D60" w:rsidRDefault="00000000">
      <w:pPr>
        <w:pStyle w:val="Titolo1"/>
      </w:pPr>
      <w:bookmarkStart w:id="19" w:name="P11"/>
      <w:r>
        <w:t>11 | Orari, pause, turni e compiti</w:t>
      </w:r>
      <w:bookmarkEnd w:id="19"/>
    </w:p>
    <w:p w14:paraId="79C29BA2" w14:textId="77777777" w:rsidR="00F81D60" w:rsidRDefault="00000000">
      <w:pPr>
        <w:pStyle w:val="Reference"/>
      </w:pPr>
      <w:r>
        <w:t>Base documentale: [ISO] § 5.5.2 e allegato B.1.2; [AZ] raccordo operativo. Le istruzioni operative e i moduli sono elaborazioni aziendali del modello [AZ].</w:t>
      </w:r>
    </w:p>
    <w:p w14:paraId="39D98DE3" w14:textId="77777777" w:rsidR="00F81D60" w:rsidRDefault="00000000">
      <w:pPr>
        <w:pStyle w:val="Titolo2"/>
      </w:pPr>
      <w:r>
        <w:t>11.1 Flessibilità praticabile</w:t>
      </w:r>
    </w:p>
    <w:p w14:paraId="6A251700" w14:textId="77777777" w:rsidR="00F81D60" w:rsidRDefault="00000000">
      <w:r>
        <w:t>Il manager e HR esaminano pause frazionate, inizio o fine flessibili, diversa distribuzione dei compiti, spazi tra riunioni e lavoro remoto dove compatibile. La scelta deve rispondere al bisogno espresso: non si presume che una persona voglia assentarsi per l’intera giornata, lavorare da casa o rinunciare a compiti qualificanti. I cambiamenti sono concordati, definiti e riesaminati.</w:t>
      </w:r>
    </w:p>
    <w:p w14:paraId="2BF05D87" w14:textId="77777777" w:rsidR="00F81D60" w:rsidRDefault="00000000">
      <w:r>
        <w:t>L’eventuale uso di brevi permessi o “microleave”, contemplato tra le opzioni della fonte ISO, richiede una decisione aziendale coerente con legge, contratto collettivo, accordi e sistemi di rilevazione. La procedura non istituisce un congedo mestruale retribuito. HR indica in A02 gli istituti realmente utilizzabili, le autorizzazioni, il trattamento economico e le modalità di registrazione, senza codici che rivelino inutilmente la condizione personale.</w:t>
      </w:r>
    </w:p>
    <w:p w14:paraId="3F40C78E" w14:textId="77777777" w:rsidR="00F81D60" w:rsidRDefault="00000000">
      <w:pPr>
        <w:pStyle w:val="Titolo2"/>
      </w:pPr>
      <w:r>
        <w:t>11.2 Pause e sostituzioni</w:t>
      </w:r>
    </w:p>
    <w:p w14:paraId="33345F50" w14:textId="77777777" w:rsidR="00F81D60" w:rsidRDefault="00000000">
      <w:r>
        <w:t>Il responsabile definisce come chiedere e avviare una pausa, chi assume il controllo del compito, quali consegne servono e dove la persona può recarsi. Quando il ruolo non può essere lasciato senza presidio, A16 descrive un sistema di sostituzione e l’alternativa in caso di indisponibilità. Non si deve costringere la persona a rendere pubblica una motivazione sanitaria per ottenere copertura.</w:t>
      </w:r>
    </w:p>
    <w:p w14:paraId="7B3959E6" w14:textId="77777777" w:rsidR="00F81D60" w:rsidRDefault="00000000">
      <w:pPr>
        <w:pStyle w:val="Titolo2"/>
      </w:pPr>
      <w:r>
        <w:t>11.3 Turnazioni e riposi</w:t>
      </w:r>
    </w:p>
    <w:p w14:paraId="623AC497" w14:textId="77777777" w:rsidR="00F81D60" w:rsidRDefault="00000000">
      <w:r>
        <w:t>Le proposte sono valutate rispetto a riposi, orari, competenze, esposizioni e carichi della squadra. Il cambiamento del lavoro notturno non è automatico per età o genere. Le condizioni sanitarie che richiedono un giudizio competente seguono il percorso applicabile. L’accumulo di ore o lo scambio di turni non deve generare affaticamento aggiuntivo o violare limiti e accordi pertinenti.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23F7913" w14:textId="77777777">
        <w:trPr>
          <w:tblHeader/>
          <w:jc w:val="center"/>
        </w:trPr>
        <w:tc>
          <w:tcPr>
            <w:tcW w:w="2948" w:type="dxa"/>
            <w:shd w:val="clear" w:color="auto" w:fill="17324D"/>
            <w:vAlign w:val="center"/>
          </w:tcPr>
          <w:p w14:paraId="0394AE66" w14:textId="77777777" w:rsidR="00F81D60" w:rsidRDefault="00000000">
            <w:pPr>
              <w:pStyle w:val="TableText"/>
              <w:spacing w:before="40" w:after="40"/>
            </w:pPr>
            <w:r>
              <w:rPr>
                <w:b/>
                <w:color w:val="FFFFFF"/>
              </w:rPr>
              <w:t>Tipo di intervento</w:t>
            </w:r>
          </w:p>
        </w:tc>
        <w:tc>
          <w:tcPr>
            <w:tcW w:w="7030" w:type="dxa"/>
            <w:shd w:val="clear" w:color="auto" w:fill="17324D"/>
            <w:vAlign w:val="center"/>
          </w:tcPr>
          <w:p w14:paraId="79F334DA" w14:textId="77777777" w:rsidR="00F81D60" w:rsidRDefault="00000000">
            <w:pPr>
              <w:pStyle w:val="TableText"/>
              <w:spacing w:before="40" w:after="40"/>
            </w:pPr>
            <w:r>
              <w:rPr>
                <w:b/>
                <w:color w:val="FFFFFF"/>
              </w:rPr>
              <w:t>Condizioni da esplicitare</w:t>
            </w:r>
          </w:p>
        </w:tc>
      </w:tr>
      <w:tr w:rsidR="00F81D60" w14:paraId="19F5DD10" w14:textId="77777777">
        <w:trPr>
          <w:cantSplit/>
          <w:jc w:val="center"/>
        </w:trPr>
        <w:tc>
          <w:tcPr>
            <w:tcW w:w="2948" w:type="dxa"/>
            <w:vAlign w:val="center"/>
          </w:tcPr>
          <w:p w14:paraId="58147457" w14:textId="77777777" w:rsidR="00F81D60" w:rsidRDefault="00000000">
            <w:pPr>
              <w:pStyle w:val="TableText"/>
              <w:spacing w:before="40" w:after="40"/>
            </w:pPr>
            <w:r>
              <w:t>Pausa flessibile</w:t>
            </w:r>
          </w:p>
        </w:tc>
        <w:tc>
          <w:tcPr>
            <w:tcW w:w="7030" w:type="dxa"/>
            <w:vAlign w:val="center"/>
          </w:tcPr>
          <w:p w14:paraId="23C00E6B" w14:textId="77777777" w:rsidR="00F81D60" w:rsidRDefault="00000000">
            <w:pPr>
              <w:pStyle w:val="TableText"/>
              <w:spacing w:before="40" w:after="40"/>
            </w:pPr>
            <w:r>
              <w:t>Modalità di richiesta, sostituto, consegna, area sicura, ripresa e registrazione neutra.</w:t>
            </w:r>
          </w:p>
        </w:tc>
      </w:tr>
      <w:tr w:rsidR="00F81D60" w14:paraId="474BAC55" w14:textId="77777777">
        <w:trPr>
          <w:cantSplit/>
          <w:jc w:val="center"/>
        </w:trPr>
        <w:tc>
          <w:tcPr>
            <w:tcW w:w="2948" w:type="dxa"/>
            <w:shd w:val="clear" w:color="auto" w:fill="F5F7F9"/>
            <w:vAlign w:val="center"/>
          </w:tcPr>
          <w:p w14:paraId="082E7F84" w14:textId="77777777" w:rsidR="00F81D60" w:rsidRDefault="00000000">
            <w:pPr>
              <w:pStyle w:val="TableText"/>
              <w:spacing w:before="40" w:after="40"/>
            </w:pPr>
            <w:r>
              <w:t>Variazione di orario / remoto</w:t>
            </w:r>
          </w:p>
        </w:tc>
        <w:tc>
          <w:tcPr>
            <w:tcW w:w="7030" w:type="dxa"/>
            <w:shd w:val="clear" w:color="auto" w:fill="F5F7F9"/>
            <w:vAlign w:val="center"/>
          </w:tcPr>
          <w:p w14:paraId="7ADE901D" w14:textId="77777777" w:rsidR="00F81D60" w:rsidRDefault="00000000">
            <w:pPr>
              <w:pStyle w:val="TableText"/>
              <w:spacing w:before="40" w:after="40"/>
            </w:pPr>
            <w:r>
              <w:t>Attività eleggibili, periodo, approvazioni, reperibilità, accordi e strumenti.</w:t>
            </w:r>
          </w:p>
        </w:tc>
      </w:tr>
      <w:tr w:rsidR="00F81D60" w14:paraId="52D7A2EA" w14:textId="77777777">
        <w:trPr>
          <w:cantSplit/>
          <w:jc w:val="center"/>
        </w:trPr>
        <w:tc>
          <w:tcPr>
            <w:tcW w:w="2948" w:type="dxa"/>
            <w:vAlign w:val="center"/>
          </w:tcPr>
          <w:p w14:paraId="3D1F2633" w14:textId="77777777" w:rsidR="00F81D60" w:rsidRDefault="00000000">
            <w:pPr>
              <w:pStyle w:val="TableText"/>
              <w:spacing w:before="40" w:after="40"/>
            </w:pPr>
            <w:r>
              <w:t>Riduzione temporanea di alcune richieste</w:t>
            </w:r>
          </w:p>
        </w:tc>
        <w:tc>
          <w:tcPr>
            <w:tcW w:w="7030" w:type="dxa"/>
            <w:vAlign w:val="center"/>
          </w:tcPr>
          <w:p w14:paraId="6F094CE3" w14:textId="77777777" w:rsidR="00F81D60" w:rsidRDefault="00000000">
            <w:pPr>
              <w:pStyle w:val="TableText"/>
              <w:spacing w:before="40" w:after="40"/>
            </w:pPr>
            <w:r>
              <w:t>Compiti modificati, obiettivi professionali mantenuti, distribuzione del carico e riesame.</w:t>
            </w:r>
          </w:p>
        </w:tc>
      </w:tr>
      <w:tr w:rsidR="00F81D60" w14:paraId="2C11C6EA" w14:textId="77777777">
        <w:trPr>
          <w:cantSplit/>
          <w:jc w:val="center"/>
        </w:trPr>
        <w:tc>
          <w:tcPr>
            <w:tcW w:w="2948" w:type="dxa"/>
            <w:shd w:val="clear" w:color="auto" w:fill="F5F7F9"/>
            <w:vAlign w:val="center"/>
          </w:tcPr>
          <w:p w14:paraId="3591CDFD" w14:textId="77777777" w:rsidR="00F81D60" w:rsidRDefault="00000000">
            <w:pPr>
              <w:pStyle w:val="TableText"/>
              <w:spacing w:before="40" w:after="40"/>
            </w:pPr>
            <w:r>
              <w:t>Ausili organizzativi</w:t>
            </w:r>
          </w:p>
        </w:tc>
        <w:tc>
          <w:tcPr>
            <w:tcW w:w="7030" w:type="dxa"/>
            <w:shd w:val="clear" w:color="auto" w:fill="F5F7F9"/>
            <w:vAlign w:val="center"/>
          </w:tcPr>
          <w:p w14:paraId="35983ABA" w14:textId="77777777" w:rsidR="00F81D60" w:rsidRDefault="00000000">
            <w:pPr>
              <w:pStyle w:val="TableText"/>
              <w:spacing w:before="40" w:after="40"/>
            </w:pPr>
            <w:r>
              <w:t>Istruzioni scritte, promemoria, minori interruzioni, riunioni distribuite; verifica privacy degli strumenti digitali.</w:t>
            </w:r>
          </w:p>
        </w:tc>
      </w:tr>
    </w:tbl>
    <w:p w14:paraId="4108D494" w14:textId="77777777" w:rsidR="00F81D60" w:rsidRDefault="00F81D60">
      <w:pPr>
        <w:spacing w:after="0"/>
      </w:pPr>
    </w:p>
    <w:p w14:paraId="0ACFF5E1" w14:textId="77777777" w:rsidR="00F81D60" w:rsidRDefault="00000000">
      <w:pPr>
        <w:pStyle w:val="Reference"/>
      </w:pPr>
      <w:r>
        <w:t>Le misure vanno spiegate alla squadra solo per quanto necessario all’organizzazione. Non è necessario comunicare perché una specifica persona usufruisce di una determinata flessibilità.</w:t>
      </w:r>
    </w:p>
    <w:p w14:paraId="6718707C" w14:textId="77777777" w:rsidR="00F81D60" w:rsidRDefault="00000000">
      <w:r>
        <w:br w:type="page"/>
      </w:r>
    </w:p>
    <w:p w14:paraId="2FA02448" w14:textId="77777777" w:rsidR="00F81D60" w:rsidRDefault="00000000">
      <w:pPr>
        <w:pStyle w:val="Small"/>
      </w:pPr>
      <w:r>
        <w:rPr>
          <w:b/>
          <w:color w:val="006B70"/>
        </w:rPr>
        <w:t>PROCEDURA</w:t>
      </w:r>
    </w:p>
    <w:p w14:paraId="2D9CB2D4" w14:textId="77777777" w:rsidR="00F81D60" w:rsidRDefault="00000000">
      <w:pPr>
        <w:pStyle w:val="Titolo1"/>
      </w:pPr>
      <w:bookmarkStart w:id="20" w:name="P11_B"/>
      <w:r>
        <w:t>11 | Progettazione del lavoro e coperture</w:t>
      </w:r>
      <w:bookmarkEnd w:id="20"/>
    </w:p>
    <w:p w14:paraId="6F852C3B" w14:textId="77777777" w:rsidR="00F81D60" w:rsidRDefault="00000000">
      <w:pPr>
        <w:pStyle w:val="Reference"/>
      </w:pPr>
      <w:r>
        <w:t>Base documentale: [ISO] § 5.5.2.2; allegati B.2–B.4 e D.2. Le istruzioni operative e i moduli sono elaborazioni aziendali del modello [AZ].</w:t>
      </w:r>
    </w:p>
    <w:p w14:paraId="62FEBCA2" w14:textId="77777777" w:rsidR="00F81D60" w:rsidRDefault="00000000">
      <w:r>
        <w:t>L’adattamento dei compiti non deve diventare una dequalificazione informale. Il manager descrive gli obiettivi essenziali della mansione e distingue le attività realmente vincolate da quelle modificabili. La soluzione può riguardare sequenza, durata, luogo, attrezzature, supporto o modalità di comunicazione, senza eliminare automaticamente formazione, responsabilità o occasioni di sviluppo.</w:t>
      </w:r>
    </w:p>
    <w:p w14:paraId="61976D97" w14:textId="77777777" w:rsidR="00F81D60" w:rsidRDefault="00000000">
      <w:pPr>
        <w:pStyle w:val="Titolo2"/>
      </w:pPr>
      <w:r>
        <w:t>Analizzare il compito, non etichettare la persona</w:t>
      </w:r>
    </w:p>
    <w:p w14:paraId="0954126D" w14:textId="77777777" w:rsidR="00F81D60" w:rsidRDefault="00000000">
      <w:r>
        <w:t>Per ogni attività si valuta la possibilità di alternare posture e impegno fisico, disporre di ausili, ridurre intervalli prolungati senza accesso ai servizi, limitare riunioni consecutive o contenere le distrazioni. Il ricorso a compiti temporaneamente diversi richiede verifica di competenza, formazione, rischio e compatibilità con l’assetto contrattuale. Non si affida alla persona un’attività “leggera” solo perché apparentemente meno impegnativa.</w:t>
      </w:r>
    </w:p>
    <w:p w14:paraId="79538788" w14:textId="77777777" w:rsidR="00F81D60" w:rsidRDefault="00000000">
      <w:pPr>
        <w:pStyle w:val="Titolo2"/>
      </w:pPr>
      <w:r>
        <w:t>Verificare la squadra</w:t>
      </w:r>
    </w:p>
    <w:p w14:paraId="1483657E" w14:textId="77777777" w:rsidR="00F81D60" w:rsidRDefault="00000000">
      <w:r>
        <w:t>Il piano deve considerare chi copre la postazione, per quanto tempo e con quali competenze. La distribuzione del lavoro non deve trasferire un’esposizione non controllata ad altri. Gli interventi generali, come una migliore organizzazione delle sostituzioni, possono ridurre attriti e la percezione di trattamenti arbitrari. La comunicazione alla squadra riguarda la regola organizzativa e non la causa individuale.</w:t>
      </w:r>
    </w:p>
    <w:p w14:paraId="0FD95AA2" w14:textId="77777777" w:rsidR="00F81D60" w:rsidRDefault="00000000">
      <w:pPr>
        <w:pStyle w:val="Titolo2"/>
      </w:pPr>
      <w:r>
        <w:t>Gestire istruzioni e strumenti</w:t>
      </w:r>
    </w:p>
    <w:p w14:paraId="2076B3BF" w14:textId="77777777" w:rsidR="00F81D60" w:rsidRDefault="00000000">
      <w:r>
        <w:t>Le istruzioni sono disponibili in forma chiara e consultabile; per attività complesse si possono utilizzare liste di controllo e promemoria già compatibili con il sistema. Strumenti digitali di annotazione o trascrizione non sono introdotti senza verifica di riservatezza, sicurezza e diritti delle persone coinvolte. Un ausilio non deve raccogliere informazioni sanitarie o registrare conversazioni per finalità ulteriori.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551"/>
        <w:gridCol w:w="7426"/>
      </w:tblGrid>
      <w:tr w:rsidR="00F81D60" w14:paraId="6EDF3D50" w14:textId="77777777">
        <w:trPr>
          <w:tblHeader/>
          <w:jc w:val="center"/>
        </w:trPr>
        <w:tc>
          <w:tcPr>
            <w:tcW w:w="2551" w:type="dxa"/>
            <w:shd w:val="clear" w:color="auto" w:fill="17324D"/>
            <w:vAlign w:val="center"/>
          </w:tcPr>
          <w:p w14:paraId="04DA7763" w14:textId="77777777" w:rsidR="00F81D60" w:rsidRDefault="00000000">
            <w:pPr>
              <w:pStyle w:val="TableText"/>
              <w:spacing w:before="40" w:after="40"/>
            </w:pPr>
            <w:r>
              <w:rPr>
                <w:b/>
                <w:color w:val="FFFFFF"/>
              </w:rPr>
              <w:t>Criterio di riesame</w:t>
            </w:r>
          </w:p>
        </w:tc>
        <w:tc>
          <w:tcPr>
            <w:tcW w:w="7427" w:type="dxa"/>
            <w:shd w:val="clear" w:color="auto" w:fill="17324D"/>
            <w:vAlign w:val="center"/>
          </w:tcPr>
          <w:p w14:paraId="4C22D201" w14:textId="77777777" w:rsidR="00F81D60" w:rsidRDefault="00000000">
            <w:pPr>
              <w:pStyle w:val="TableText"/>
              <w:spacing w:before="40" w:after="40"/>
            </w:pPr>
            <w:r>
              <w:rPr>
                <w:b/>
                <w:color w:val="FFFFFF"/>
              </w:rPr>
              <w:t>Domanda di controllo</w:t>
            </w:r>
          </w:p>
        </w:tc>
      </w:tr>
      <w:tr w:rsidR="00F81D60" w14:paraId="541E2B7B" w14:textId="77777777">
        <w:trPr>
          <w:cantSplit/>
          <w:jc w:val="center"/>
        </w:trPr>
        <w:tc>
          <w:tcPr>
            <w:tcW w:w="2551" w:type="dxa"/>
            <w:vAlign w:val="center"/>
          </w:tcPr>
          <w:p w14:paraId="054014CF" w14:textId="77777777" w:rsidR="00F81D60" w:rsidRDefault="00000000">
            <w:pPr>
              <w:pStyle w:val="TableText"/>
              <w:spacing w:before="40" w:after="40"/>
            </w:pPr>
            <w:r>
              <w:t>Effettiva utilità</w:t>
            </w:r>
          </w:p>
        </w:tc>
        <w:tc>
          <w:tcPr>
            <w:tcW w:w="7427" w:type="dxa"/>
            <w:vAlign w:val="center"/>
          </w:tcPr>
          <w:p w14:paraId="066B0EA9" w14:textId="77777777" w:rsidR="00F81D60" w:rsidRDefault="00000000">
            <w:pPr>
              <w:pStyle w:val="TableText"/>
              <w:spacing w:before="40" w:after="40"/>
            </w:pPr>
            <w:r>
              <w:t>La modifica permette di gestire la barriera per cui è stata adottata?</w:t>
            </w:r>
          </w:p>
        </w:tc>
      </w:tr>
      <w:tr w:rsidR="00F81D60" w14:paraId="44401B7F" w14:textId="77777777">
        <w:trPr>
          <w:cantSplit/>
          <w:jc w:val="center"/>
        </w:trPr>
        <w:tc>
          <w:tcPr>
            <w:tcW w:w="2551" w:type="dxa"/>
            <w:shd w:val="clear" w:color="auto" w:fill="F5F7F9"/>
            <w:vAlign w:val="center"/>
          </w:tcPr>
          <w:p w14:paraId="2476EF78" w14:textId="77777777" w:rsidR="00F81D60" w:rsidRDefault="00000000">
            <w:pPr>
              <w:pStyle w:val="TableText"/>
              <w:spacing w:before="40" w:after="40"/>
            </w:pPr>
            <w:r>
              <w:t>Sicurezza</w:t>
            </w:r>
          </w:p>
        </w:tc>
        <w:tc>
          <w:tcPr>
            <w:tcW w:w="7427" w:type="dxa"/>
            <w:shd w:val="clear" w:color="auto" w:fill="F5F7F9"/>
            <w:vAlign w:val="center"/>
          </w:tcPr>
          <w:p w14:paraId="01CD83A6" w14:textId="77777777" w:rsidR="00F81D60" w:rsidRDefault="00000000">
            <w:pPr>
              <w:pStyle w:val="TableText"/>
              <w:spacing w:before="40" w:after="40"/>
            </w:pPr>
            <w:r>
              <w:t>Le consegne e le coperture funzionano in tutti i turni previsti?</w:t>
            </w:r>
          </w:p>
        </w:tc>
      </w:tr>
      <w:tr w:rsidR="00F81D60" w14:paraId="5254E070" w14:textId="77777777">
        <w:trPr>
          <w:cantSplit/>
          <w:jc w:val="center"/>
        </w:trPr>
        <w:tc>
          <w:tcPr>
            <w:tcW w:w="2551" w:type="dxa"/>
            <w:vAlign w:val="center"/>
          </w:tcPr>
          <w:p w14:paraId="6A6BA6B6" w14:textId="77777777" w:rsidR="00F81D60" w:rsidRDefault="00000000">
            <w:pPr>
              <w:pStyle w:val="TableText"/>
              <w:spacing w:before="40" w:after="40"/>
            </w:pPr>
            <w:r>
              <w:t>Equità</w:t>
            </w:r>
          </w:p>
        </w:tc>
        <w:tc>
          <w:tcPr>
            <w:tcW w:w="7427" w:type="dxa"/>
            <w:vAlign w:val="center"/>
          </w:tcPr>
          <w:p w14:paraId="3EE78137" w14:textId="77777777" w:rsidR="00F81D60" w:rsidRDefault="00000000">
            <w:pPr>
              <w:pStyle w:val="TableText"/>
              <w:spacing w:before="40" w:after="40"/>
            </w:pPr>
            <w:r>
              <w:t>La persona mantiene accesso a formazione, progetti, valutazione e sviluppo?</w:t>
            </w:r>
          </w:p>
        </w:tc>
      </w:tr>
      <w:tr w:rsidR="00F81D60" w14:paraId="711ADC8C" w14:textId="77777777">
        <w:trPr>
          <w:cantSplit/>
          <w:jc w:val="center"/>
        </w:trPr>
        <w:tc>
          <w:tcPr>
            <w:tcW w:w="2551" w:type="dxa"/>
            <w:shd w:val="clear" w:color="auto" w:fill="F5F7F9"/>
            <w:vAlign w:val="center"/>
          </w:tcPr>
          <w:p w14:paraId="1D331124" w14:textId="77777777" w:rsidR="00F81D60" w:rsidRDefault="00000000">
            <w:pPr>
              <w:pStyle w:val="TableText"/>
              <w:spacing w:before="40" w:after="40"/>
            </w:pPr>
            <w:r>
              <w:t>Sostenibilità</w:t>
            </w:r>
          </w:p>
        </w:tc>
        <w:tc>
          <w:tcPr>
            <w:tcW w:w="7427" w:type="dxa"/>
            <w:shd w:val="clear" w:color="auto" w:fill="F5F7F9"/>
            <w:vAlign w:val="center"/>
          </w:tcPr>
          <w:p w14:paraId="4B254D7F" w14:textId="77777777" w:rsidR="00F81D60" w:rsidRDefault="00000000">
            <w:pPr>
              <w:pStyle w:val="TableText"/>
              <w:spacing w:before="40" w:after="40"/>
            </w:pPr>
            <w:r>
              <w:t>L’organizzazione dispone stabilmente di risorse oppure sta dipendendo da favori informali?</w:t>
            </w:r>
          </w:p>
        </w:tc>
      </w:tr>
      <w:tr w:rsidR="00F81D60" w14:paraId="001A469E" w14:textId="77777777">
        <w:trPr>
          <w:cantSplit/>
          <w:jc w:val="center"/>
        </w:trPr>
        <w:tc>
          <w:tcPr>
            <w:tcW w:w="2551" w:type="dxa"/>
            <w:vAlign w:val="center"/>
          </w:tcPr>
          <w:p w14:paraId="2E8BD7C7" w14:textId="77777777" w:rsidR="00F81D60" w:rsidRDefault="00000000">
            <w:pPr>
              <w:pStyle w:val="TableText"/>
              <w:spacing w:before="40" w:after="40"/>
            </w:pPr>
            <w:r>
              <w:t>Reversibilità / continuità</w:t>
            </w:r>
          </w:p>
        </w:tc>
        <w:tc>
          <w:tcPr>
            <w:tcW w:w="7427" w:type="dxa"/>
            <w:vAlign w:val="center"/>
          </w:tcPr>
          <w:p w14:paraId="45E1BCF1" w14:textId="77777777" w:rsidR="00F81D60" w:rsidRDefault="00000000">
            <w:pPr>
              <w:pStyle w:val="TableText"/>
              <w:spacing w:before="40" w:after="40"/>
            </w:pPr>
            <w:r>
              <w:t>La modifica può essere mantenuta, sostituita o conclusa senza interrompere il supporto?</w:t>
            </w:r>
          </w:p>
        </w:tc>
      </w:tr>
    </w:tbl>
    <w:p w14:paraId="0B13BF7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249433A7" w14:textId="77777777">
        <w:trPr>
          <w:tblHeader/>
          <w:jc w:val="center"/>
        </w:trPr>
        <w:tc>
          <w:tcPr>
            <w:tcW w:w="9978" w:type="dxa"/>
            <w:shd w:val="clear" w:color="auto" w:fill="17324D"/>
            <w:vAlign w:val="center"/>
          </w:tcPr>
          <w:p w14:paraId="0FA413B1" w14:textId="77777777" w:rsidR="00F81D60" w:rsidRDefault="00000000">
            <w:pPr>
              <w:pStyle w:val="TableText"/>
              <w:spacing w:before="40" w:after="40"/>
            </w:pPr>
            <w:r>
              <w:rPr>
                <w:b/>
                <w:color w:val="FFFFFF"/>
                <w:sz w:val="19"/>
              </w:rPr>
              <w:t>REGOLA PER IL MANAGER</w:t>
            </w:r>
          </w:p>
        </w:tc>
      </w:tr>
      <w:tr w:rsidR="00F81D60" w14:paraId="4155FF51" w14:textId="77777777">
        <w:trPr>
          <w:cantSplit/>
          <w:jc w:val="center"/>
        </w:trPr>
        <w:tc>
          <w:tcPr>
            <w:tcW w:w="9978" w:type="dxa"/>
            <w:shd w:val="clear" w:color="auto" w:fill="EAF3F4"/>
            <w:vAlign w:val="center"/>
          </w:tcPr>
          <w:p w14:paraId="648E4766" w14:textId="77777777" w:rsidR="00F81D60" w:rsidRDefault="00000000">
            <w:pPr>
              <w:pStyle w:val="TableText"/>
              <w:spacing w:before="40" w:after="40"/>
            </w:pPr>
            <w:r>
              <w:rPr>
                <w:sz w:val="19"/>
              </w:rPr>
              <w:t>Concordare obiettivi realistici e modalità di lavoro sicure. Non ridurre automaticamente aspettative professionali, accesso alla formazione o possibilità di avanzamento sulla base di mestruazioni o menopausa.</w:t>
            </w:r>
          </w:p>
        </w:tc>
      </w:tr>
    </w:tbl>
    <w:p w14:paraId="1B308DC3" w14:textId="77777777" w:rsidR="00F81D60" w:rsidRDefault="00F81D60">
      <w:pPr>
        <w:spacing w:after="0"/>
      </w:pPr>
    </w:p>
    <w:p w14:paraId="30BB2252" w14:textId="77777777" w:rsidR="00F81D60" w:rsidRDefault="00000000">
      <w:r>
        <w:br w:type="page"/>
      </w:r>
    </w:p>
    <w:p w14:paraId="16206B46" w14:textId="77777777" w:rsidR="00F81D60" w:rsidRDefault="00000000">
      <w:pPr>
        <w:pStyle w:val="Small"/>
      </w:pPr>
      <w:r>
        <w:rPr>
          <w:b/>
          <w:color w:val="006B70"/>
        </w:rPr>
        <w:t>PROCEDURA</w:t>
      </w:r>
    </w:p>
    <w:p w14:paraId="74C01AD8" w14:textId="77777777" w:rsidR="00F81D60" w:rsidRDefault="00000000">
      <w:pPr>
        <w:pStyle w:val="Titolo1"/>
      </w:pPr>
      <w:bookmarkStart w:id="21" w:name="P12"/>
      <w:r>
        <w:t>12 | Attività critiche e situazioni urgenti</w:t>
      </w:r>
      <w:bookmarkEnd w:id="21"/>
    </w:p>
    <w:p w14:paraId="08D2B613" w14:textId="77777777" w:rsidR="00F81D60" w:rsidRDefault="00000000">
      <w:pPr>
        <w:pStyle w:val="Reference"/>
      </w:pPr>
      <w:r>
        <w:t>Base documentale: [ISO] allegato B.1.2 e B.4; [AZ] raccordo alle procedure di emergenza. Le istruzioni operative e i moduli sono elaborazioni aziendali del modello [AZ].</w:t>
      </w:r>
    </w:p>
    <w:p w14:paraId="169FB612" w14:textId="77777777" w:rsidR="00F81D60" w:rsidRDefault="00000000">
      <w:r>
        <w:t>Per guida, conduzione di impianti, lavori in quota, movimentazione pericolosa, attività isolate o altre mansioni critiche, la pianificazione deve prevedere come interrompere o trasferire un compito in sicurezza. La necessità di un adattamento non significa inidoneità; tuttavia nessuna urgenza organizzativa giustifica la permanenza in un’attività quando non può essere svolta in sicurezza.</w:t>
      </w:r>
    </w:p>
    <w:p w14:paraId="081888BD" w14:textId="77777777" w:rsidR="00F81D60" w:rsidRDefault="00000000">
      <w:pPr>
        <w:pStyle w:val="Titolo2"/>
      </w:pPr>
      <w:r>
        <w:t>12.1 Preparazione preventiva</w:t>
      </w:r>
    </w:p>
    <w:p w14:paraId="304276FB" w14:textId="77777777" w:rsidR="00F81D60" w:rsidRDefault="00000000">
      <w:r>
        <w:t>Il responsabile di attività individua modalità di chiamata, sostituto qualificato, consegne, messa in sicurezza, area di attesa e procedura di ripresa. Verifica che tali modalità siano raggiungibili dal personale esterno e nei turni non ordinari. Le informazioni distribuite sono operative: non contengono calendari mestruali, diagnosi o elenchi di persone ritenute a rischio per il solo genere.</w:t>
      </w:r>
    </w:p>
    <w:p w14:paraId="00DB3721" w14:textId="77777777" w:rsidR="00F81D60" w:rsidRDefault="00000000">
      <w:pPr>
        <w:pStyle w:val="Titolo2"/>
      </w:pPr>
      <w:r>
        <w:t>12.2 Durante un episodio</w:t>
      </w:r>
    </w:p>
    <w:p w14:paraId="74DEAC73" w14:textId="77777777" w:rsidR="00F81D60" w:rsidRDefault="00000000">
      <w:r>
        <w:t>La persona segnala la difficoltà con il canale previsto. Il preposto applica le istruzioni di sicurezza e attiva la sostituzione o l’arresto sicuro del processo; non impone di completare il compito prima di gestire il problema. Se si presenta un malessere acuto o una situazione potenzialmente emergenziale, si attivano gli addetti e i servizi previsti dal piano aziendale. Non si attribuisce automaticamente l’episodio a mestruazioni o menopausa.</w:t>
      </w:r>
    </w:p>
    <w:p w14:paraId="1D8AB237" w14:textId="77777777" w:rsidR="00F81D60" w:rsidRDefault="00000000">
      <w:pPr>
        <w:pStyle w:val="Titolo2"/>
      </w:pPr>
      <w:r>
        <w:t>12.3 Ripresa e verifica</w:t>
      </w:r>
    </w:p>
    <w:p w14:paraId="6CE39F5A" w14:textId="77777777" w:rsidR="00F81D60" w:rsidRDefault="00000000">
      <w:r>
        <w:t>La ripresa dipende dalle condizioni effettive di sicurezza, dalle procedure e dagli eventuali adempimenti sanitari applicabili. Un modulo di supporto non sostituisce un giudizio medico né autorizza a riprendere una mansione in contrasto con prescrizioni. Si registra l’evento nel circuito appropriato con i soli dati necessari; l’audit del programma riceve, se utile, soltanto una criticità organizzativa non identificante.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061"/>
        <w:gridCol w:w="6916"/>
      </w:tblGrid>
      <w:tr w:rsidR="00F81D60" w14:paraId="1107B740" w14:textId="77777777">
        <w:trPr>
          <w:tblHeader/>
          <w:jc w:val="center"/>
        </w:trPr>
        <w:tc>
          <w:tcPr>
            <w:tcW w:w="3061" w:type="dxa"/>
            <w:shd w:val="clear" w:color="auto" w:fill="17324D"/>
            <w:vAlign w:val="center"/>
          </w:tcPr>
          <w:p w14:paraId="73652273" w14:textId="77777777" w:rsidR="00F81D60" w:rsidRDefault="00000000">
            <w:pPr>
              <w:pStyle w:val="TableText"/>
              <w:spacing w:before="40" w:after="40"/>
            </w:pPr>
            <w:r>
              <w:rPr>
                <w:b/>
                <w:color w:val="FFFFFF"/>
              </w:rPr>
              <w:t>Circostanza</w:t>
            </w:r>
          </w:p>
        </w:tc>
        <w:tc>
          <w:tcPr>
            <w:tcW w:w="6917" w:type="dxa"/>
            <w:shd w:val="clear" w:color="auto" w:fill="17324D"/>
            <w:vAlign w:val="center"/>
          </w:tcPr>
          <w:p w14:paraId="09E77F35" w14:textId="77777777" w:rsidR="00F81D60" w:rsidRDefault="00000000">
            <w:pPr>
              <w:pStyle w:val="TableText"/>
              <w:spacing w:before="40" w:after="40"/>
            </w:pPr>
            <w:r>
              <w:rPr>
                <w:b/>
                <w:color w:val="FFFFFF"/>
              </w:rPr>
              <w:t>Comportamento operativo</w:t>
            </w:r>
          </w:p>
        </w:tc>
      </w:tr>
      <w:tr w:rsidR="00F81D60" w14:paraId="4CEA4DB8" w14:textId="77777777">
        <w:trPr>
          <w:cantSplit/>
          <w:jc w:val="center"/>
        </w:trPr>
        <w:tc>
          <w:tcPr>
            <w:tcW w:w="3061" w:type="dxa"/>
            <w:vAlign w:val="center"/>
          </w:tcPr>
          <w:p w14:paraId="700DBF0E" w14:textId="77777777" w:rsidR="00F81D60" w:rsidRDefault="00000000">
            <w:pPr>
              <w:pStyle w:val="TableText"/>
              <w:spacing w:before="40" w:after="40"/>
            </w:pPr>
            <w:r>
              <w:t>Pausa necessaria, attività non critica</w:t>
            </w:r>
          </w:p>
        </w:tc>
        <w:tc>
          <w:tcPr>
            <w:tcW w:w="6917" w:type="dxa"/>
            <w:vAlign w:val="center"/>
          </w:tcPr>
          <w:p w14:paraId="5A676DC0" w14:textId="77777777" w:rsidR="00F81D60" w:rsidRDefault="00000000">
            <w:pPr>
              <w:pStyle w:val="TableText"/>
              <w:spacing w:before="40" w:after="40"/>
            </w:pPr>
            <w:r>
              <w:t>Attivare la modalità concordata, assicurare privacy e verificare la praticabilità della ripresa.</w:t>
            </w:r>
          </w:p>
        </w:tc>
      </w:tr>
      <w:tr w:rsidR="00F81D60" w14:paraId="2D7BA7BB" w14:textId="77777777">
        <w:trPr>
          <w:cantSplit/>
          <w:jc w:val="center"/>
        </w:trPr>
        <w:tc>
          <w:tcPr>
            <w:tcW w:w="3061" w:type="dxa"/>
            <w:shd w:val="clear" w:color="auto" w:fill="F5F7F9"/>
            <w:vAlign w:val="center"/>
          </w:tcPr>
          <w:p w14:paraId="53B4660E" w14:textId="77777777" w:rsidR="00F81D60" w:rsidRDefault="00000000">
            <w:pPr>
              <w:pStyle w:val="TableText"/>
              <w:spacing w:before="40" w:after="40"/>
            </w:pPr>
            <w:r>
              <w:t>Pausa necessaria, attività da presidiare</w:t>
            </w:r>
          </w:p>
        </w:tc>
        <w:tc>
          <w:tcPr>
            <w:tcW w:w="6917" w:type="dxa"/>
            <w:shd w:val="clear" w:color="auto" w:fill="F5F7F9"/>
            <w:vAlign w:val="center"/>
          </w:tcPr>
          <w:p w14:paraId="4ABC1B99" w14:textId="77777777" w:rsidR="00F81D60" w:rsidRDefault="00000000">
            <w:pPr>
              <w:pStyle w:val="TableText"/>
              <w:spacing w:before="40" w:after="40"/>
            </w:pPr>
            <w:r>
              <w:t>Consegna a soggetto qualificato o messa in sicurezza secondo istruzioni; non abbandono incontrollato.</w:t>
            </w:r>
          </w:p>
        </w:tc>
      </w:tr>
      <w:tr w:rsidR="00F81D60" w14:paraId="4BFBEA8C" w14:textId="77777777">
        <w:trPr>
          <w:cantSplit/>
          <w:jc w:val="center"/>
        </w:trPr>
        <w:tc>
          <w:tcPr>
            <w:tcW w:w="3061" w:type="dxa"/>
            <w:vAlign w:val="center"/>
          </w:tcPr>
          <w:p w14:paraId="7BDE8107" w14:textId="77777777" w:rsidR="00F81D60" w:rsidRDefault="00000000">
            <w:pPr>
              <w:pStyle w:val="TableText"/>
              <w:spacing w:before="40" w:after="40"/>
            </w:pPr>
            <w:r>
              <w:t>Sostituto indisponibile</w:t>
            </w:r>
          </w:p>
        </w:tc>
        <w:tc>
          <w:tcPr>
            <w:tcW w:w="6917" w:type="dxa"/>
            <w:vAlign w:val="center"/>
          </w:tcPr>
          <w:p w14:paraId="2208F06B" w14:textId="77777777" w:rsidR="00F81D60" w:rsidRDefault="00000000">
            <w:pPr>
              <w:pStyle w:val="TableText"/>
              <w:spacing w:before="40" w:after="40"/>
            </w:pPr>
            <w:r>
              <w:t>Applicare l’alternativa preventiva A16; segnalare la carenza organizzativa per correzione.</w:t>
            </w:r>
          </w:p>
        </w:tc>
      </w:tr>
      <w:tr w:rsidR="00F81D60" w14:paraId="4CF1DC79" w14:textId="77777777">
        <w:trPr>
          <w:cantSplit/>
          <w:jc w:val="center"/>
        </w:trPr>
        <w:tc>
          <w:tcPr>
            <w:tcW w:w="3061" w:type="dxa"/>
            <w:shd w:val="clear" w:color="auto" w:fill="F5F7F9"/>
            <w:vAlign w:val="center"/>
          </w:tcPr>
          <w:p w14:paraId="1A61E71C" w14:textId="77777777" w:rsidR="00F81D60" w:rsidRDefault="00000000">
            <w:pPr>
              <w:pStyle w:val="TableText"/>
              <w:spacing w:before="40" w:after="40"/>
            </w:pPr>
            <w:r>
              <w:t>Malessere acuto / pericolo</w:t>
            </w:r>
          </w:p>
        </w:tc>
        <w:tc>
          <w:tcPr>
            <w:tcW w:w="6917" w:type="dxa"/>
            <w:shd w:val="clear" w:color="auto" w:fill="F5F7F9"/>
            <w:vAlign w:val="center"/>
          </w:tcPr>
          <w:p w14:paraId="38EBE661" w14:textId="77777777" w:rsidR="00F81D60" w:rsidRDefault="00000000">
            <w:pPr>
              <w:pStyle w:val="TableText"/>
              <w:spacing w:before="40" w:after="40"/>
            </w:pPr>
            <w:r>
              <w:t>Attivare senza ritardo le procedure di emergenza competenti; nessuna attesa della pratica HR.</w:t>
            </w:r>
          </w:p>
        </w:tc>
      </w:tr>
    </w:tbl>
    <w:p w14:paraId="75A3E180" w14:textId="77777777" w:rsidR="00F81D60" w:rsidRDefault="00F81D60">
      <w:pPr>
        <w:spacing w:after="0"/>
      </w:pPr>
    </w:p>
    <w:p w14:paraId="2B0ED9A5" w14:textId="77777777" w:rsidR="00F81D60" w:rsidRDefault="00000000">
      <w:pPr>
        <w:pStyle w:val="Reference"/>
      </w:pPr>
      <w:r>
        <w:t>Questo capitolo non contiene istruzioni cliniche di primo soccorso. I riferimenti, i numeri e le modalità di attivazione del piano aziendale devono essere completati in A02 e A16 e mantenuti aggiornati.</w:t>
      </w:r>
    </w:p>
    <w:p w14:paraId="73C06961" w14:textId="77777777" w:rsidR="00F81D60" w:rsidRDefault="00000000">
      <w:r>
        <w:br w:type="page"/>
      </w:r>
    </w:p>
    <w:p w14:paraId="3797914B" w14:textId="77777777" w:rsidR="00F81D60" w:rsidRDefault="00000000">
      <w:pPr>
        <w:pStyle w:val="Small"/>
      </w:pPr>
      <w:r>
        <w:rPr>
          <w:b/>
          <w:color w:val="006B70"/>
        </w:rPr>
        <w:t>PROCEDURA</w:t>
      </w:r>
    </w:p>
    <w:p w14:paraId="4CADC92E" w14:textId="77777777" w:rsidR="00F81D60" w:rsidRDefault="00000000">
      <w:pPr>
        <w:pStyle w:val="Titolo1"/>
      </w:pPr>
      <w:bookmarkStart w:id="22" w:name="P13"/>
      <w:r>
        <w:t>13 | Piano individuale e passaporto</w:t>
      </w:r>
      <w:bookmarkEnd w:id="22"/>
    </w:p>
    <w:p w14:paraId="420BC8DF" w14:textId="77777777" w:rsidR="00F81D60" w:rsidRDefault="00000000">
      <w:pPr>
        <w:pStyle w:val="Reference"/>
      </w:pPr>
      <w:r>
        <w:t>Base documentale: [ISO] § 3.14, § 5.3.2.2 e § 5.7.2.3. Le istruzioni operative e i moduli sono elaborazioni aziendali del modello [AZ].</w:t>
      </w:r>
    </w:p>
    <w:p w14:paraId="5925E0B6" w14:textId="77777777" w:rsidR="00F81D60" w:rsidRDefault="00000000">
      <w:r>
        <w:t>Il passaporto degli adattamenti A13 conserva ciò che è necessario per attuare e mantenere la soluzione concordata. Non è una cartella clinica, una certificazione di idoneità o un diritto di accesso generalizzato ai dati della persona. Può contenere informazioni personali delicate anche se non nomina la causa sanitaria: si conserva con accessi limitati secondo A18–A19.</w:t>
      </w:r>
    </w:p>
    <w:p w14:paraId="1D2A8DD2" w14:textId="77777777" w:rsidR="00F81D60" w:rsidRDefault="00000000">
      <w:pPr>
        <w:pStyle w:val="Titolo2"/>
      </w:pPr>
      <w:r>
        <w:t>13.1 Contenuti essenziali</w:t>
      </w:r>
    </w:p>
    <w:p w14:paraId="048F73C1" w14:textId="77777777" w:rsidR="00F81D60" w:rsidRDefault="00000000">
      <w:r>
        <w:t>Il passaporto identifica la persona nel solo circuito autorizzato e descrive sede e attività, adattamenti in vigore, condizioni di utilizzo, referenti, eventuali limiti operativi, periodo e data di riesame. Riporta chi riceve quali istruzioni e dove si trova la versione vigente. Diagnosi, referti, terapie, andamento del ciclo e dettagli intimi non sono previsti dai campi del modello.</w:t>
      </w:r>
    </w:p>
    <w:p w14:paraId="0E586B03" w14:textId="77777777" w:rsidR="00F81D60" w:rsidRDefault="00000000">
      <w:pPr>
        <w:pStyle w:val="Titolo2"/>
      </w:pPr>
      <w:r>
        <w:t>13.2 Creazione e condivisione</w:t>
      </w:r>
    </w:p>
    <w:p w14:paraId="710E18E5" w14:textId="77777777" w:rsidR="00F81D60" w:rsidRDefault="00000000">
      <w:r>
        <w:t>La persona e il referente verificano insieme la chiarezza del documento. Al responsabile operativo si comunica un estratto con la misura e le condizioni necessarie, non l’intero fascicolo. Le preferenze di riservatezza sono registrate, distinguendo comunicazioni volontarie da flussi strettamente necessari e leciti. La semplice presentazione della richiesta non autorizza ulteriori diffusione o riutilizzo.</w:t>
      </w:r>
    </w:p>
    <w:p w14:paraId="44DDFBFB" w14:textId="77777777" w:rsidR="00F81D60" w:rsidRDefault="00000000">
      <w:pPr>
        <w:pStyle w:val="Titolo2"/>
      </w:pPr>
      <w:r>
        <w:t>13.3 Cambio di manager, ruolo o sede</w:t>
      </w:r>
    </w:p>
    <w:p w14:paraId="1318B084" w14:textId="77777777" w:rsidR="00F81D60" w:rsidRDefault="00000000">
      <w:r>
        <w:t>Prima del cambiamento si verifica quali adattamenti restano applicabili, chi deve conoscerli e quali nuove condizioni richiedono un esame tecnico. Si informa la persona del trasferimento delle sole istruzioni necessarie; il nuovo responsabile conferma di poterle applicare e la versione precedente viene ritirata dal circuito operativo. L’interessato non deve ripetere dettagli privati per conservare una misura già documentata.</w:t>
      </w:r>
    </w:p>
    <w:p w14:paraId="353873BF" w14:textId="77777777" w:rsidR="00F81D60" w:rsidRDefault="00000000">
      <w:pPr>
        <w:pStyle w:val="Titolo2"/>
      </w:pPr>
      <w:r>
        <w:t>13.4 Copia della persona e controllo delle versioni</w:t>
      </w:r>
    </w:p>
    <w:p w14:paraId="51BD3E47" w14:textId="77777777" w:rsidR="00F81D60" w:rsidRDefault="00000000">
      <w:r>
        <w:t>Alla persona viene fornita una copia attraverso un canale sicuro concordato. Le modifiche indicano data, motivo organizzativo, approvazione e decorrenza. La conservazione di versioni precedenti è limitata alle finalità documentate; gli esecutori usano soltanto la versione vigente. Non si inserisce il passaporto in cartelle condivise di reparto, in bacheche o nel file Excel di audit.</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15F60B42" w14:textId="77777777">
        <w:trPr>
          <w:tblHeader/>
          <w:jc w:val="center"/>
        </w:trPr>
        <w:tc>
          <w:tcPr>
            <w:tcW w:w="9978" w:type="dxa"/>
            <w:shd w:val="clear" w:color="auto" w:fill="17324D"/>
            <w:vAlign w:val="center"/>
          </w:tcPr>
          <w:p w14:paraId="640B061A" w14:textId="77777777" w:rsidR="00F81D60" w:rsidRDefault="00000000">
            <w:pPr>
              <w:pStyle w:val="TableText"/>
              <w:spacing w:before="40" w:after="40"/>
            </w:pPr>
            <w:r>
              <w:rPr>
                <w:b/>
                <w:color w:val="FFFFFF"/>
                <w:sz w:val="19"/>
              </w:rPr>
              <w:t>PASSAPORTO FACOLTATIVO, SUPPORTO NON CONDIZIONATO</w:t>
            </w:r>
          </w:p>
        </w:tc>
      </w:tr>
      <w:tr w:rsidR="00F81D60" w14:paraId="68973474" w14:textId="77777777">
        <w:trPr>
          <w:cantSplit/>
          <w:jc w:val="center"/>
        </w:trPr>
        <w:tc>
          <w:tcPr>
            <w:tcW w:w="9978" w:type="dxa"/>
            <w:shd w:val="clear" w:color="auto" w:fill="EAF3F4"/>
            <w:vAlign w:val="center"/>
          </w:tcPr>
          <w:p w14:paraId="1B1AA777" w14:textId="77777777" w:rsidR="00F81D60" w:rsidRDefault="00000000">
            <w:pPr>
              <w:pStyle w:val="TableText"/>
              <w:spacing w:before="40" w:after="40"/>
            </w:pPr>
            <w:r>
              <w:rPr>
                <w:sz w:val="19"/>
              </w:rPr>
              <w:t>Il documento è uno strumento di continuità. Una misura semplice e sicura può essere gestita con una registrazione proporzionata, senza imporre una raccolta estesa di dati. Restano necessarie le istruzioni indispensabili per organizzare il lavoro e la relativa base di liceità.</w:t>
            </w:r>
          </w:p>
        </w:tc>
      </w:tr>
    </w:tbl>
    <w:p w14:paraId="0BC43723" w14:textId="77777777" w:rsidR="00F81D60" w:rsidRDefault="00F81D60">
      <w:pPr>
        <w:spacing w:after="0"/>
      </w:pPr>
    </w:p>
    <w:p w14:paraId="0183E9E6" w14:textId="77777777" w:rsidR="00F81D60" w:rsidRDefault="00000000">
      <w:r>
        <w:br w:type="page"/>
      </w:r>
    </w:p>
    <w:p w14:paraId="3CB0C82A" w14:textId="77777777" w:rsidR="00F81D60" w:rsidRDefault="00000000">
      <w:pPr>
        <w:pStyle w:val="Small"/>
      </w:pPr>
      <w:r>
        <w:rPr>
          <w:b/>
          <w:color w:val="006B70"/>
        </w:rPr>
        <w:t>PROCEDURA</w:t>
      </w:r>
    </w:p>
    <w:p w14:paraId="64FBC228" w14:textId="77777777" w:rsidR="00F81D60" w:rsidRDefault="00000000">
      <w:pPr>
        <w:pStyle w:val="Titolo1"/>
      </w:pPr>
      <w:bookmarkStart w:id="23" w:name="P14"/>
      <w:r>
        <w:t>14 | Riesame, efficacia e continuità</w:t>
      </w:r>
      <w:bookmarkEnd w:id="23"/>
    </w:p>
    <w:p w14:paraId="2954681A" w14:textId="77777777" w:rsidR="00F81D60" w:rsidRDefault="00000000">
      <w:pPr>
        <w:pStyle w:val="Reference"/>
      </w:pPr>
      <w:r>
        <w:t>Base documentale: [ISO] § 5.3.2.3, § 5.5.1 e § 5.9; [AZ] A14. Le istruzioni operative e i moduli sono elaborazioni aziendali del modello [AZ].</w:t>
      </w:r>
    </w:p>
    <w:p w14:paraId="262A72AE" w14:textId="77777777" w:rsidR="00F81D60" w:rsidRDefault="00000000">
      <w:pPr>
        <w:pStyle w:val="Titolo2"/>
      </w:pPr>
      <w:r>
        <w:t>14.1 Attuazione ed efficacia sono diverse</w:t>
      </w:r>
    </w:p>
    <w:p w14:paraId="457E50C2" w14:textId="77777777" w:rsidR="00F81D60" w:rsidRDefault="00000000">
      <w:r>
        <w:t>Una misura è attuata quando è stata realmente introdotta e resa disponibile. È efficace quando, in un periodo e contesto definiti, raggiunge il risultato atteso senza nuovi effetti negativi. La presenza di una firma o l’acquisto di un dispositivo non dimostrano da soli l’efficacia. Il riscontro della persona riguarda l’utilità lavorativa, non la prova di guarigione o il miglioramento clinico.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665"/>
        <w:gridCol w:w="7312"/>
      </w:tblGrid>
      <w:tr w:rsidR="00F81D60" w14:paraId="2C53C5D3" w14:textId="77777777">
        <w:trPr>
          <w:tblHeader/>
          <w:jc w:val="center"/>
        </w:trPr>
        <w:tc>
          <w:tcPr>
            <w:tcW w:w="2665" w:type="dxa"/>
            <w:shd w:val="clear" w:color="auto" w:fill="17324D"/>
            <w:vAlign w:val="center"/>
          </w:tcPr>
          <w:p w14:paraId="19ECEA43" w14:textId="77777777" w:rsidR="00F81D60" w:rsidRDefault="00000000">
            <w:pPr>
              <w:pStyle w:val="TableText"/>
              <w:spacing w:before="40" w:after="40"/>
            </w:pPr>
            <w:r>
              <w:rPr>
                <w:b/>
                <w:color w:val="FFFFFF"/>
              </w:rPr>
              <w:t>Verifica</w:t>
            </w:r>
          </w:p>
        </w:tc>
        <w:tc>
          <w:tcPr>
            <w:tcW w:w="7313" w:type="dxa"/>
            <w:shd w:val="clear" w:color="auto" w:fill="17324D"/>
            <w:vAlign w:val="center"/>
          </w:tcPr>
          <w:p w14:paraId="30E3C044" w14:textId="77777777" w:rsidR="00F81D60" w:rsidRDefault="00000000">
            <w:pPr>
              <w:pStyle w:val="TableText"/>
              <w:spacing w:before="40" w:after="40"/>
            </w:pPr>
            <w:r>
              <w:rPr>
                <w:b/>
                <w:color w:val="FFFFFF"/>
              </w:rPr>
              <w:t>Evidenza da ricercare</w:t>
            </w:r>
          </w:p>
        </w:tc>
      </w:tr>
      <w:tr w:rsidR="00F81D60" w14:paraId="4ED60B8A" w14:textId="77777777">
        <w:trPr>
          <w:cantSplit/>
          <w:jc w:val="center"/>
        </w:trPr>
        <w:tc>
          <w:tcPr>
            <w:tcW w:w="2665" w:type="dxa"/>
            <w:vAlign w:val="center"/>
          </w:tcPr>
          <w:p w14:paraId="24D8F051" w14:textId="77777777" w:rsidR="00F81D60" w:rsidRDefault="00000000">
            <w:pPr>
              <w:pStyle w:val="TableText"/>
              <w:spacing w:before="40" w:after="40"/>
            </w:pPr>
            <w:r>
              <w:t>Disponibilità</w:t>
            </w:r>
          </w:p>
        </w:tc>
        <w:tc>
          <w:tcPr>
            <w:tcW w:w="7313" w:type="dxa"/>
            <w:vAlign w:val="center"/>
          </w:tcPr>
          <w:p w14:paraId="318823E6" w14:textId="77777777" w:rsidR="00F81D60" w:rsidRDefault="00000000">
            <w:pPr>
              <w:pStyle w:val="TableText"/>
              <w:spacing w:before="40" w:after="40"/>
            </w:pPr>
            <w:r>
              <w:t>La misura esiste e funziona nei turni e luoghi interessati; il sostituto è effettivamente reperibile.</w:t>
            </w:r>
          </w:p>
        </w:tc>
      </w:tr>
      <w:tr w:rsidR="00F81D60" w14:paraId="48AE7617" w14:textId="77777777">
        <w:trPr>
          <w:cantSplit/>
          <w:jc w:val="center"/>
        </w:trPr>
        <w:tc>
          <w:tcPr>
            <w:tcW w:w="2665" w:type="dxa"/>
            <w:shd w:val="clear" w:color="auto" w:fill="F5F7F9"/>
            <w:vAlign w:val="center"/>
          </w:tcPr>
          <w:p w14:paraId="048596EF" w14:textId="77777777" w:rsidR="00F81D60" w:rsidRDefault="00000000">
            <w:pPr>
              <w:pStyle w:val="TableText"/>
              <w:spacing w:before="40" w:after="40"/>
            </w:pPr>
            <w:r>
              <w:t>Utilità</w:t>
            </w:r>
          </w:p>
        </w:tc>
        <w:tc>
          <w:tcPr>
            <w:tcW w:w="7313" w:type="dxa"/>
            <w:shd w:val="clear" w:color="auto" w:fill="F5F7F9"/>
            <w:vAlign w:val="center"/>
          </w:tcPr>
          <w:p w14:paraId="13FC1496" w14:textId="77777777" w:rsidR="00F81D60" w:rsidRDefault="00000000">
            <w:pPr>
              <w:pStyle w:val="TableText"/>
              <w:spacing w:before="40" w:after="40"/>
            </w:pPr>
            <w:r>
              <w:t>La barriera individuata è stata ridotta; la persona descrive ciò che funziona e ciò che resta critico.</w:t>
            </w:r>
          </w:p>
        </w:tc>
      </w:tr>
      <w:tr w:rsidR="00F81D60" w14:paraId="4F6C7098" w14:textId="77777777">
        <w:trPr>
          <w:cantSplit/>
          <w:jc w:val="center"/>
        </w:trPr>
        <w:tc>
          <w:tcPr>
            <w:tcW w:w="2665" w:type="dxa"/>
            <w:vAlign w:val="center"/>
          </w:tcPr>
          <w:p w14:paraId="67F521A7" w14:textId="77777777" w:rsidR="00F81D60" w:rsidRDefault="00000000">
            <w:pPr>
              <w:pStyle w:val="TableText"/>
              <w:spacing w:before="40" w:after="40"/>
            </w:pPr>
            <w:r>
              <w:t>Sicurezza</w:t>
            </w:r>
          </w:p>
        </w:tc>
        <w:tc>
          <w:tcPr>
            <w:tcW w:w="7313" w:type="dxa"/>
            <w:vAlign w:val="center"/>
          </w:tcPr>
          <w:p w14:paraId="4218E094" w14:textId="77777777" w:rsidR="00F81D60" w:rsidRDefault="00000000">
            <w:pPr>
              <w:pStyle w:val="TableText"/>
              <w:spacing w:before="40" w:after="40"/>
            </w:pPr>
            <w:r>
              <w:t>Nessuna riduzione della protezione o nuovo problema non gestito; prescrizioni applicabili rispettate.</w:t>
            </w:r>
          </w:p>
        </w:tc>
      </w:tr>
      <w:tr w:rsidR="00F81D60" w14:paraId="48C2F1F6" w14:textId="77777777">
        <w:trPr>
          <w:cantSplit/>
          <w:jc w:val="center"/>
        </w:trPr>
        <w:tc>
          <w:tcPr>
            <w:tcW w:w="2665" w:type="dxa"/>
            <w:shd w:val="clear" w:color="auto" w:fill="F5F7F9"/>
            <w:vAlign w:val="center"/>
          </w:tcPr>
          <w:p w14:paraId="0E286777" w14:textId="77777777" w:rsidR="00F81D60" w:rsidRDefault="00000000">
            <w:pPr>
              <w:pStyle w:val="TableText"/>
              <w:spacing w:before="40" w:after="40"/>
            </w:pPr>
            <w:r>
              <w:t>Riservatezza</w:t>
            </w:r>
          </w:p>
        </w:tc>
        <w:tc>
          <w:tcPr>
            <w:tcW w:w="7313" w:type="dxa"/>
            <w:shd w:val="clear" w:color="auto" w:fill="F5F7F9"/>
            <w:vAlign w:val="center"/>
          </w:tcPr>
          <w:p w14:paraId="3F15F774" w14:textId="77777777" w:rsidR="00F81D60" w:rsidRDefault="00000000">
            <w:pPr>
              <w:pStyle w:val="TableText"/>
              <w:spacing w:before="40" w:after="40"/>
            </w:pPr>
            <w:r>
              <w:t>Nessuna diffusione superflua; gli esecutori conoscono le sole istruzioni necessarie.</w:t>
            </w:r>
          </w:p>
        </w:tc>
      </w:tr>
      <w:tr w:rsidR="00F81D60" w14:paraId="0AD82912" w14:textId="77777777">
        <w:trPr>
          <w:cantSplit/>
          <w:jc w:val="center"/>
        </w:trPr>
        <w:tc>
          <w:tcPr>
            <w:tcW w:w="2665" w:type="dxa"/>
            <w:vAlign w:val="center"/>
          </w:tcPr>
          <w:p w14:paraId="79C93584" w14:textId="77777777" w:rsidR="00F81D60" w:rsidRDefault="00000000">
            <w:pPr>
              <w:pStyle w:val="TableText"/>
              <w:spacing w:before="40" w:after="40"/>
            </w:pPr>
            <w:r>
              <w:t>Equità e sostenibilità</w:t>
            </w:r>
          </w:p>
        </w:tc>
        <w:tc>
          <w:tcPr>
            <w:tcW w:w="7313" w:type="dxa"/>
            <w:vAlign w:val="center"/>
          </w:tcPr>
          <w:p w14:paraId="37171046" w14:textId="77777777" w:rsidR="00F81D60" w:rsidRDefault="00000000">
            <w:pPr>
              <w:pStyle w:val="TableText"/>
              <w:spacing w:before="40" w:after="40"/>
            </w:pPr>
            <w:r>
              <w:t>Accesso a formazione e opportunità mantenuto; carichi della squadra gestiti; risorse confermate.</w:t>
            </w:r>
          </w:p>
        </w:tc>
      </w:tr>
    </w:tbl>
    <w:p w14:paraId="21AC50A3" w14:textId="77777777" w:rsidR="00F81D60" w:rsidRDefault="00F81D60">
      <w:pPr>
        <w:spacing w:after="0"/>
      </w:pPr>
    </w:p>
    <w:p w14:paraId="6A9E406C" w14:textId="77777777" w:rsidR="00F81D60" w:rsidRDefault="00000000">
      <w:pPr>
        <w:pStyle w:val="Titolo2"/>
      </w:pPr>
      <w:r>
        <w:t>14.2 Decisioni possibili</w:t>
      </w:r>
    </w:p>
    <w:p w14:paraId="541A6CD0" w14:textId="77777777" w:rsidR="00F81D60" w:rsidRDefault="00000000">
      <w:r>
        <w:t>A14 conclude: mantenere; modificare; sostituire; prolungare il periodo di prova; cessare con motivazione e modalità sicura. La mancata efficacia richiede una nuova analisi e non giustifica la chiusura automatica della richiesta. La sospensione di una specifica configurazione per ragioni di sicurezza richiede, ove praticabile, un’alternativa e una data di riesame.</w:t>
      </w:r>
    </w:p>
    <w:p w14:paraId="14CD51E4" w14:textId="77777777" w:rsidR="00F81D60" w:rsidRDefault="00000000">
      <w:pPr>
        <w:pStyle w:val="Titolo2"/>
      </w:pPr>
      <w:r>
        <w:t>14.3 Riesame anticipato</w:t>
      </w:r>
    </w:p>
    <w:p w14:paraId="23CB41A4" w14:textId="77777777" w:rsidR="00F81D60" w:rsidRDefault="00000000">
      <w:r>
        <w:t>Si riapre la valutazione quando la persona segnala nuove esigenze, cambia mansione o responsabile, si modificano turni, ambienti, DPI o processi, emerge un incidente, una barriera o una criticità privacy. Il riesame ordinario non deve ritardare un intervento urgente. Non è necessario attendere un peggioramento documentato da referti per riesaminare un ostacolo lavorativo.</w:t>
      </w:r>
    </w:p>
    <w:p w14:paraId="47A1F1B1" w14:textId="77777777" w:rsidR="00F81D60" w:rsidRDefault="00000000">
      <w:r>
        <w:t>La conclusione del supporto avviene con comunicazione chiara, verifica delle condizioni operative e aggiornamento degli accessi e della conservazione. Non è una dimissione sanitaria. Se la persona ritira una richiesta, si documenta solo quanto necessario e si valutano separatamente gli eventuali obblighi di sicurezza ancora presenti.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6BD039F7" w14:textId="77777777">
        <w:trPr>
          <w:tblHeader/>
          <w:jc w:val="center"/>
        </w:trPr>
        <w:tc>
          <w:tcPr>
            <w:tcW w:w="9978" w:type="dxa"/>
            <w:shd w:val="clear" w:color="auto" w:fill="17324D"/>
            <w:vAlign w:val="center"/>
          </w:tcPr>
          <w:p w14:paraId="2AC1E739" w14:textId="77777777" w:rsidR="00F81D60" w:rsidRDefault="00000000">
            <w:pPr>
              <w:pStyle w:val="TableText"/>
              <w:spacing w:before="40" w:after="40"/>
            </w:pPr>
            <w:r>
              <w:rPr>
                <w:b/>
                <w:color w:val="FFFFFF"/>
                <w:sz w:val="19"/>
              </w:rPr>
              <w:t>CHIUSURA INDIVIDUALE E CHIUSURA DELL’AUDIT</w:t>
            </w:r>
          </w:p>
        </w:tc>
      </w:tr>
      <w:tr w:rsidR="00F81D60" w14:paraId="4D5A3D6F" w14:textId="77777777">
        <w:trPr>
          <w:cantSplit/>
          <w:jc w:val="center"/>
        </w:trPr>
        <w:tc>
          <w:tcPr>
            <w:tcW w:w="9978" w:type="dxa"/>
            <w:shd w:val="clear" w:color="auto" w:fill="EAF3F4"/>
            <w:vAlign w:val="center"/>
          </w:tcPr>
          <w:p w14:paraId="2E4CA4C7" w14:textId="77777777" w:rsidR="00F81D60" w:rsidRDefault="00000000">
            <w:pPr>
              <w:pStyle w:val="TableText"/>
              <w:spacing w:before="40" w:after="40"/>
            </w:pPr>
            <w:r>
              <w:rPr>
                <w:sz w:val="19"/>
              </w:rPr>
              <w:t>Il seguito della pratica individuale resta nel circuito riservato. Un’azione organizzativa collegata, come il ripristino di un servizio, si chiude in A17 o Excel con prove non identificanti. Non copiare il passaporto nella checklist per giustificare una chiusura.</w:t>
            </w:r>
          </w:p>
        </w:tc>
      </w:tr>
    </w:tbl>
    <w:p w14:paraId="19F3AEAF" w14:textId="77777777" w:rsidR="00F81D60" w:rsidRDefault="00F81D60">
      <w:pPr>
        <w:spacing w:after="0"/>
      </w:pPr>
    </w:p>
    <w:p w14:paraId="34811D82" w14:textId="77777777" w:rsidR="00F81D60" w:rsidRDefault="00000000">
      <w:r>
        <w:br w:type="page"/>
      </w:r>
    </w:p>
    <w:p w14:paraId="5855C4F7" w14:textId="77777777" w:rsidR="00F81D60" w:rsidRDefault="00000000">
      <w:pPr>
        <w:pStyle w:val="Small"/>
      </w:pPr>
      <w:r>
        <w:rPr>
          <w:b/>
          <w:color w:val="006B70"/>
        </w:rPr>
        <w:t>PROCEDURA</w:t>
      </w:r>
    </w:p>
    <w:p w14:paraId="6D720F2B" w14:textId="77777777" w:rsidR="00F81D60" w:rsidRDefault="00000000">
      <w:pPr>
        <w:pStyle w:val="Titolo1"/>
      </w:pPr>
      <w:bookmarkStart w:id="24" w:name="P15"/>
      <w:r>
        <w:t>15 | Privacy: liceità e minimizzazione</w:t>
      </w:r>
      <w:bookmarkEnd w:id="24"/>
    </w:p>
    <w:p w14:paraId="4BBCE3D9" w14:textId="77777777" w:rsidR="00F81D60" w:rsidRDefault="00000000">
      <w:pPr>
        <w:pStyle w:val="Reference"/>
      </w:pPr>
      <w:r>
        <w:t>Base documentale: [ISO] § 5.6 e § 5.9; [UE1] GDPR; [IT2] Garante. Le istruzioni operative e i moduli sono elaborazioni aziendali del modello [AZ].</w:t>
      </w:r>
    </w:p>
    <w:p w14:paraId="287DE628" w14:textId="77777777" w:rsidR="00F81D60" w:rsidRDefault="00000000">
      <w:r>
        <w:t>La riservatezza è parte del processo, non una formula da aggiungere alla fine. Prima di attivare raccolte nominative, il titolare del trattamento identifica finalità, dati strettamente necessari, destinatari, basi giuridiche, tempi, misure e informative. A18 richiede una valutazione per ciascun flusso: richiesta di adattamento, gestione del rapporto, medicina del lavoro, reclamo, statistica o servizio volontario non sono automaticamente lo stesso trattamento.</w:t>
      </w:r>
    </w:p>
    <w:p w14:paraId="00F35CB5" w14:textId="77777777" w:rsidR="00F81D60" w:rsidRDefault="00000000">
      <w:pPr>
        <w:pStyle w:val="Titolo2"/>
      </w:pPr>
      <w:r>
        <w:t>15.1 Dati necessari e dati da escludere</w:t>
      </w:r>
    </w:p>
    <w:p w14:paraId="13384CDF" w14:textId="77777777" w:rsidR="00F81D60" w:rsidRDefault="00000000">
      <w:r>
        <w:t>Per la gestione organizzativa sono normalmente sufficienti contatto, ruolo interessato, barriera, misura richiesta, decisione e riesame. Il modello esclude campi per diagnosi, terapie, esami, calendario del ciclo, storia riproduttiva o identità di genere. Ciò non rende automaticamente ordinari tutti i dati residui: anche la descrizione di un adattamento può rivelare informazioni sulla salute e va valutata come tale.</w:t>
      </w:r>
    </w:p>
    <w:p w14:paraId="71E9B491" w14:textId="77777777" w:rsidR="00F81D60" w:rsidRDefault="00000000">
      <w:pPr>
        <w:pStyle w:val="Titolo2"/>
      </w:pPr>
      <w:r>
        <w:t>15.2 Basi del trattamento e autorizzazioni</w:t>
      </w:r>
    </w:p>
    <w:p w14:paraId="2DC114CD" w14:textId="77777777" w:rsidR="00F81D60" w:rsidRDefault="00000000">
      <w:r>
        <w:t>L’informativa A18 non può essere distribuita con basi giuridiche indefinite. La funzione competente completa il presupposto dell’articolo 6 GDPR e, se si trattano categorie particolari, la pertinente condizione dell’articolo 9 e le norme di supporto. Non basta richiamare genericamente “la ISO” o raccogliere una firma. L’eventuale consenso deve essere valutato nel reale contesto lavorativo e non usato come scorciatoia per ottenere dati non necessari. [UE1]</w:t>
      </w:r>
    </w:p>
    <w:p w14:paraId="6347D0EA" w14:textId="77777777" w:rsidR="00F81D60" w:rsidRDefault="00000000">
      <w:pPr>
        <w:pStyle w:val="Titolo2"/>
      </w:pPr>
      <w:r>
        <w:t>15.3 Separazione sanitaria</w:t>
      </w:r>
    </w:p>
    <w:p w14:paraId="5526960B" w14:textId="77777777" w:rsidR="00F81D60" w:rsidRDefault="00000000">
      <w:r>
        <w:t>I dettagli clinici destinati al professionista sanitario non entrano nei registri gestionali. Il rapporto con il medico competente rispetta autonomia, competenze e flussi previsti dal quadro applicabile; il datore di lavoro e i responsabili ricevono quanto necessario all’attuazione delle prescrizioni lavorative, non diagnosi o anamnesi. La fonte del Garante richiamata distingue tali circuiti. [IT2]</w:t>
      </w:r>
    </w:p>
    <w:p w14:paraId="4457198F" w14:textId="77777777" w:rsidR="00F81D60" w:rsidRDefault="00000000">
      <w:pPr>
        <w:pStyle w:val="Titolo2"/>
      </w:pPr>
      <w:r>
        <w:t>15.4 Informare prima di raccogliere</w:t>
      </w:r>
    </w:p>
    <w:p w14:paraId="5C7C5C90" w14:textId="77777777" w:rsidR="00F81D60" w:rsidRDefault="00000000">
      <w:r>
        <w:t>Alla persona sono spiegati destinatari effettivi, finalità, conseguenze del mancato conferimento dei dati necessari, diritti, tempi o criteri di conservazione e limiti della riservatezza. Le informazioni sono rese accessibili e comprensibili. La presa visione non è consenso; la richiesta di supporto non autorizza l’uso per valutazioni di performance, marketing sanitario o analisi individuali estranee.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25DD4BCE" w14:textId="77777777">
        <w:trPr>
          <w:tblHeader/>
          <w:jc w:val="center"/>
        </w:trPr>
        <w:tc>
          <w:tcPr>
            <w:tcW w:w="9978" w:type="dxa"/>
            <w:shd w:val="clear" w:color="auto" w:fill="17324D"/>
            <w:vAlign w:val="center"/>
          </w:tcPr>
          <w:p w14:paraId="29F7E372" w14:textId="77777777" w:rsidR="00F81D60" w:rsidRDefault="00000000">
            <w:pPr>
              <w:pStyle w:val="TableText"/>
              <w:spacing w:before="40" w:after="40"/>
            </w:pPr>
            <w:r>
              <w:rPr>
                <w:b/>
                <w:color w:val="FFFFFF"/>
                <w:sz w:val="19"/>
              </w:rPr>
              <w:t>CONDIZIONE DI ATTIVAZIONE</w:t>
            </w:r>
          </w:p>
        </w:tc>
      </w:tr>
      <w:tr w:rsidR="00F81D60" w14:paraId="058ECF82" w14:textId="77777777">
        <w:trPr>
          <w:cantSplit/>
          <w:jc w:val="center"/>
        </w:trPr>
        <w:tc>
          <w:tcPr>
            <w:tcW w:w="9978" w:type="dxa"/>
            <w:shd w:val="clear" w:color="auto" w:fill="EAF3F4"/>
            <w:vAlign w:val="center"/>
          </w:tcPr>
          <w:p w14:paraId="35B1EAF0" w14:textId="77777777" w:rsidR="00F81D60" w:rsidRDefault="00000000">
            <w:pPr>
              <w:pStyle w:val="TableText"/>
              <w:spacing w:before="40" w:after="40"/>
            </w:pPr>
            <w:r>
              <w:rPr>
                <w:sz w:val="19"/>
              </w:rPr>
              <w:t>Se un flusso nominativo non ha una base di liceità individuata o non è necessario, non lo si attiva. Si privilegia una soluzione organizzativa con meno dati e si mantiene il ricorso ai canali sanitari appropriati e ai presidi di sicurezza già operativi.</w:t>
            </w:r>
          </w:p>
        </w:tc>
      </w:tr>
    </w:tbl>
    <w:p w14:paraId="52BB6B4B" w14:textId="77777777" w:rsidR="00F81D60" w:rsidRDefault="00F81D60">
      <w:pPr>
        <w:spacing w:after="0"/>
      </w:pPr>
    </w:p>
    <w:p w14:paraId="7B0FF781" w14:textId="77777777" w:rsidR="00F81D60" w:rsidRDefault="00000000">
      <w:r>
        <w:br w:type="page"/>
      </w:r>
    </w:p>
    <w:p w14:paraId="2E971935" w14:textId="77777777" w:rsidR="00F81D60" w:rsidRDefault="00000000">
      <w:pPr>
        <w:pStyle w:val="Small"/>
      </w:pPr>
      <w:r>
        <w:rPr>
          <w:b/>
          <w:color w:val="006B70"/>
        </w:rPr>
        <w:t>PROCEDURA</w:t>
      </w:r>
    </w:p>
    <w:p w14:paraId="75AEDE24" w14:textId="77777777" w:rsidR="00F81D60" w:rsidRDefault="00000000">
      <w:pPr>
        <w:pStyle w:val="Titolo1"/>
      </w:pPr>
      <w:bookmarkStart w:id="25" w:name="P15_B"/>
      <w:r>
        <w:t>15 | Condivisioni, strumenti digitali e limiti</w:t>
      </w:r>
      <w:bookmarkEnd w:id="25"/>
    </w:p>
    <w:p w14:paraId="508D0DC1" w14:textId="77777777" w:rsidR="00F81D60" w:rsidRDefault="00000000">
      <w:pPr>
        <w:pStyle w:val="Reference"/>
      </w:pPr>
      <w:r>
        <w:t>Base documentale: [ISO] §§ 5.4.2.2, 5.6.2 e 5.9; [UE1] GDPR; [AZ] presidi del modello. Le istruzioni operative e i moduli sono elaborazioni aziendali del modello [AZ].</w:t>
      </w:r>
    </w:p>
    <w:p w14:paraId="4E55768F" w14:textId="77777777" w:rsidR="00F81D60" w:rsidRDefault="00000000">
      <w:pPr>
        <w:pStyle w:val="Titolo2"/>
      </w:pPr>
      <w:r>
        <w:t>15.5 Condivisione minima e trasparente</w:t>
      </w:r>
    </w:p>
    <w:p w14:paraId="3FB236CC" w14:textId="77777777" w:rsidR="00F81D60" w:rsidRDefault="00000000">
      <w:r>
        <w:t>Prima di coinvolgere un’altra funzione, il referente chiarisce quali informazioni servono e chi le riceverà. La comunicazione volontaria di una condizione sanitaria richiede il rispetto delle scelte della persona e delle condizioni di liceità; non si presume un’autorizzazione implicita. Per flussi imposti dalla legge o strettamente necessari alla sicurezza, la funzione competente individua presupposti e contenuto minimo, informando la persona nei limiti applicabili. Non si promette segretezza assoluta.</w:t>
      </w:r>
    </w:p>
    <w:p w14:paraId="32ED0AB3" w14:textId="77777777" w:rsidR="00F81D60" w:rsidRDefault="00000000">
      <w:r>
        <w:t>Le preferenze riportate in A10 e A13 orientano la gestione delle informazioni, ma non costituiscono automaticamente un consenso GDPR né possono impedire un obbligo di legge. Quando una misura non può essere attuata senza una specifica istruzione al preposto, si spiega il motivo e si cerca la modalità meno rivelatrice. Il documento sanitario completo non deve essere trasmesso per comodità amministrativa.</w:t>
      </w:r>
    </w:p>
    <w:p w14:paraId="4AC03FA8" w14:textId="77777777" w:rsidR="00F81D60" w:rsidRDefault="00000000">
      <w:pPr>
        <w:pStyle w:val="Titolo2"/>
      </w:pPr>
      <w:r>
        <w:t>15.6 App, piattaforme e servizi esterni</w:t>
      </w:r>
    </w:p>
    <w:p w14:paraId="4C56E693" w14:textId="77777777" w:rsidR="00F81D60" w:rsidRDefault="00000000">
      <w:r>
        <w:t>L’uso di un’app di benessere o monitoraggio non è condizione per ottenere supporto. Non sono richiesti screenshot, report sul ciclo, accesso al profilo personale o collegamenti al sistema HR. Prima di proporre un servizio, privacy e IT valutano finalità, ruoli del fornitore, dati, sicurezza, accessi, trasferimenti e necessità di ulteriori valutazioni. L’eventuale utilizzo individuale è volontario e distinto dall’audit aziendale.</w:t>
      </w:r>
    </w:p>
    <w:p w14:paraId="3CD86760" w14:textId="77777777" w:rsidR="00F81D60" w:rsidRDefault="00000000">
      <w:pPr>
        <w:pStyle w:val="Titolo2"/>
      </w:pPr>
      <w:r>
        <w:t>15.7 Gruppi di supporto e comunicazioni</w:t>
      </w:r>
    </w:p>
    <w:p w14:paraId="55029CC6" w14:textId="77777777" w:rsidR="00F81D60" w:rsidRDefault="00000000">
      <w:r>
        <w:t>Le regole di riservatezza sono esplicitate, ma non si garantisce ciò che i partecipanti possono autonomamente divulgare. Non si registrano incontri o testimonianze personali per finalità formative. La partecipazione non viene resa pubblica come indicatore di una condizione. Eventuali materiali pubblici usano contributi autorizzati con verifica specifica; non si riutilizzano storie raccolte per una richiesta di supporto.</w:t>
      </w:r>
    </w:p>
    <w:p w14:paraId="60453C08" w14:textId="77777777" w:rsidR="00F81D60" w:rsidRDefault="00000000">
      <w:pPr>
        <w:pStyle w:val="Titolo2"/>
      </w:pPr>
      <w:r>
        <w:t>15.8 Dati aggregati e rischio di identificazione</w:t>
      </w:r>
    </w:p>
    <w:p w14:paraId="5B1CF285" w14:textId="77777777" w:rsidR="00F81D60" w:rsidRDefault="00000000">
      <w:r>
        <w:t>Un conteggio per reparto può rivelare una persona quando il gruppo è piccolo. Non si producono incroci per età, genere, turni o caratteristiche protette senza necessità e valutazione del rischio. Si aggregano più periodi o unità, si eliminano dettagli e commenti riconoscibili oppure si omette la pubblicazione. Una soglia numerica da sola non garantisce l’anonimato; un codice pratica resta pseudonimo finché è ricollegabile.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B9F083A" w14:textId="77777777">
        <w:trPr>
          <w:tblHeader/>
          <w:jc w:val="center"/>
        </w:trPr>
        <w:tc>
          <w:tcPr>
            <w:tcW w:w="9978" w:type="dxa"/>
            <w:shd w:val="clear" w:color="auto" w:fill="17324D"/>
            <w:vAlign w:val="center"/>
          </w:tcPr>
          <w:p w14:paraId="0090BC93" w14:textId="77777777" w:rsidR="00F81D60" w:rsidRDefault="00000000">
            <w:pPr>
              <w:pStyle w:val="TableText"/>
              <w:spacing w:before="40" w:after="40"/>
            </w:pPr>
            <w:r>
              <w:rPr>
                <w:b/>
                <w:color w:val="FFFFFF"/>
                <w:sz w:val="19"/>
              </w:rPr>
              <w:t>USI ESCLUSI DAL MODELLO</w:t>
            </w:r>
          </w:p>
        </w:tc>
      </w:tr>
      <w:tr w:rsidR="00F81D60" w14:paraId="65978E07" w14:textId="77777777">
        <w:trPr>
          <w:cantSplit/>
          <w:jc w:val="center"/>
        </w:trPr>
        <w:tc>
          <w:tcPr>
            <w:tcW w:w="9978" w:type="dxa"/>
            <w:shd w:val="clear" w:color="auto" w:fill="EAF3F4"/>
            <w:vAlign w:val="center"/>
          </w:tcPr>
          <w:p w14:paraId="2F0B7516" w14:textId="77777777" w:rsidR="00F81D60" w:rsidRDefault="00000000">
            <w:pPr>
              <w:pStyle w:val="TableText"/>
              <w:spacing w:before="40" w:after="40"/>
            </w:pPr>
            <w:r>
              <w:rPr>
                <w:sz w:val="19"/>
              </w:rPr>
              <w:t>Nessun monitoraggio del ciclo, profilazione sanitaria del personale, ranking delle persone, punteggio di produttività basato sulle richieste o condivisione dei fascicoli con i gruppi di lavoro. I registri di formazione attestano frequenza, non stato di salute.</w:t>
            </w:r>
          </w:p>
        </w:tc>
      </w:tr>
    </w:tbl>
    <w:p w14:paraId="023095DD" w14:textId="77777777" w:rsidR="00F81D60" w:rsidRDefault="00F81D60">
      <w:pPr>
        <w:spacing w:after="0"/>
      </w:pPr>
    </w:p>
    <w:p w14:paraId="1CF1E14E" w14:textId="77777777" w:rsidR="00F81D60" w:rsidRDefault="00000000">
      <w:r>
        <w:br w:type="page"/>
      </w:r>
    </w:p>
    <w:p w14:paraId="065D32A7" w14:textId="77777777" w:rsidR="00F81D60" w:rsidRDefault="00000000">
      <w:pPr>
        <w:pStyle w:val="Small"/>
      </w:pPr>
      <w:r>
        <w:rPr>
          <w:b/>
          <w:color w:val="006B70"/>
        </w:rPr>
        <w:t>PROCEDURA</w:t>
      </w:r>
    </w:p>
    <w:p w14:paraId="406CD575" w14:textId="77777777" w:rsidR="00F81D60" w:rsidRDefault="00000000">
      <w:pPr>
        <w:pStyle w:val="Titolo1"/>
      </w:pPr>
      <w:bookmarkStart w:id="26" w:name="P16"/>
      <w:r>
        <w:t>16 | Archivi, sicurezza e conservazione</w:t>
      </w:r>
      <w:bookmarkEnd w:id="26"/>
    </w:p>
    <w:p w14:paraId="2A45CA76" w14:textId="77777777" w:rsidR="00F81D60" w:rsidRDefault="00000000">
      <w:pPr>
        <w:pStyle w:val="Reference"/>
      </w:pPr>
      <w:r>
        <w:t>Base documentale: [ISO] § 5.6.2; [UE1] GDPR; [XLS] GUIDA; [AZ] A19. Le istruzioni operative e i moduli sono elaborazioni aziendali del modello [AZ].</w:t>
      </w:r>
    </w:p>
    <w:p w14:paraId="5274EC5B" w14:textId="77777777" w:rsidR="00F81D60" w:rsidRDefault="00000000">
      <w:r>
        <w:t>Il responsabile del processo e la funzione privacy definiscono un’architettura documentale proporzionata al contesto. I colori delle celle, una dicitura “riservato” o una password comunicata insieme al file non sostituiscono l’effettiva gestione degli accessi. L’archivio master, i destinatari, le copie locali e i backup sono governati da regole verificabili.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040"/>
        <w:gridCol w:w="3515"/>
        <w:gridCol w:w="4422"/>
      </w:tblGrid>
      <w:tr w:rsidR="00F81D60" w14:paraId="37294196" w14:textId="77777777">
        <w:trPr>
          <w:tblHeader/>
          <w:jc w:val="center"/>
        </w:trPr>
        <w:tc>
          <w:tcPr>
            <w:tcW w:w="2041" w:type="dxa"/>
            <w:shd w:val="clear" w:color="auto" w:fill="17324D"/>
            <w:vAlign w:val="center"/>
          </w:tcPr>
          <w:p w14:paraId="6A9C3094" w14:textId="77777777" w:rsidR="00F81D60" w:rsidRDefault="00000000">
            <w:pPr>
              <w:pStyle w:val="TableText"/>
              <w:spacing w:before="40" w:after="40"/>
            </w:pPr>
            <w:r>
              <w:rPr>
                <w:b/>
                <w:color w:val="FFFFFF"/>
              </w:rPr>
              <w:t>Archivio</w:t>
            </w:r>
          </w:p>
        </w:tc>
        <w:tc>
          <w:tcPr>
            <w:tcW w:w="3515" w:type="dxa"/>
            <w:shd w:val="clear" w:color="auto" w:fill="17324D"/>
            <w:vAlign w:val="center"/>
          </w:tcPr>
          <w:p w14:paraId="05008F96" w14:textId="77777777" w:rsidR="00F81D60" w:rsidRDefault="00000000">
            <w:pPr>
              <w:pStyle w:val="TableText"/>
              <w:spacing w:before="40" w:after="40"/>
            </w:pPr>
            <w:r>
              <w:rPr>
                <w:b/>
                <w:color w:val="FFFFFF"/>
              </w:rPr>
              <w:t>Contenuti</w:t>
            </w:r>
          </w:p>
        </w:tc>
        <w:tc>
          <w:tcPr>
            <w:tcW w:w="4422" w:type="dxa"/>
            <w:shd w:val="clear" w:color="auto" w:fill="17324D"/>
            <w:vAlign w:val="center"/>
          </w:tcPr>
          <w:p w14:paraId="01911D9A" w14:textId="77777777" w:rsidR="00F81D60" w:rsidRDefault="00000000">
            <w:pPr>
              <w:pStyle w:val="TableText"/>
              <w:spacing w:before="40" w:after="40"/>
            </w:pPr>
            <w:r>
              <w:rPr>
                <w:b/>
                <w:color w:val="FFFFFF"/>
              </w:rPr>
              <w:t>Accesso e cautele</w:t>
            </w:r>
          </w:p>
        </w:tc>
      </w:tr>
      <w:tr w:rsidR="00F81D60" w14:paraId="73992127" w14:textId="77777777">
        <w:trPr>
          <w:cantSplit/>
          <w:jc w:val="center"/>
        </w:trPr>
        <w:tc>
          <w:tcPr>
            <w:tcW w:w="2041" w:type="dxa"/>
            <w:vAlign w:val="center"/>
          </w:tcPr>
          <w:p w14:paraId="44C5EA84" w14:textId="77777777" w:rsidR="00F81D60" w:rsidRDefault="00000000">
            <w:pPr>
              <w:pStyle w:val="TableText"/>
              <w:spacing w:before="40" w:after="40"/>
            </w:pPr>
            <w:r>
              <w:t>Sistema / audit</w:t>
            </w:r>
          </w:p>
        </w:tc>
        <w:tc>
          <w:tcPr>
            <w:tcW w:w="3515" w:type="dxa"/>
            <w:vAlign w:val="center"/>
          </w:tcPr>
          <w:p w14:paraId="77C292C8" w14:textId="77777777" w:rsidR="00F81D60" w:rsidRDefault="00000000">
            <w:pPr>
              <w:pStyle w:val="TableText"/>
              <w:spacing w:before="40" w:after="40"/>
            </w:pPr>
            <w:r>
              <w:t>Procedure, checklist, evidenze organizzative, piani e KPI aggregati.</w:t>
            </w:r>
          </w:p>
        </w:tc>
        <w:tc>
          <w:tcPr>
            <w:tcW w:w="4422" w:type="dxa"/>
            <w:vAlign w:val="center"/>
          </w:tcPr>
          <w:p w14:paraId="7E85F1C5" w14:textId="77777777" w:rsidR="00F81D60" w:rsidRDefault="00000000">
            <w:pPr>
              <w:pStyle w:val="TableText"/>
              <w:spacing w:before="40" w:after="40"/>
            </w:pPr>
            <w:r>
              <w:t>Soli autorizzati di sistema; nessuna identità o descrizione clinica di chi chiede supporto.</w:t>
            </w:r>
          </w:p>
        </w:tc>
      </w:tr>
      <w:tr w:rsidR="00F81D60" w14:paraId="342E2579" w14:textId="77777777">
        <w:trPr>
          <w:cantSplit/>
          <w:jc w:val="center"/>
        </w:trPr>
        <w:tc>
          <w:tcPr>
            <w:tcW w:w="2041" w:type="dxa"/>
            <w:shd w:val="clear" w:color="auto" w:fill="F5F7F9"/>
            <w:vAlign w:val="center"/>
          </w:tcPr>
          <w:p w14:paraId="5499C87B" w14:textId="77777777" w:rsidR="00F81D60" w:rsidRDefault="00000000">
            <w:pPr>
              <w:pStyle w:val="TableText"/>
              <w:spacing w:before="40" w:after="40"/>
            </w:pPr>
            <w:r>
              <w:t>Adattamenti individuali</w:t>
            </w:r>
          </w:p>
        </w:tc>
        <w:tc>
          <w:tcPr>
            <w:tcW w:w="3515" w:type="dxa"/>
            <w:shd w:val="clear" w:color="auto" w:fill="F5F7F9"/>
            <w:vAlign w:val="center"/>
          </w:tcPr>
          <w:p w14:paraId="2AAD0581" w14:textId="77777777" w:rsidR="00F81D60" w:rsidRDefault="00000000">
            <w:pPr>
              <w:pStyle w:val="TableText"/>
              <w:spacing w:before="40" w:after="40"/>
            </w:pPr>
            <w:r>
              <w:t>Richiesta, colloquio funzionale, decisione, passaporto e riesame.</w:t>
            </w:r>
          </w:p>
        </w:tc>
        <w:tc>
          <w:tcPr>
            <w:tcW w:w="4422" w:type="dxa"/>
            <w:shd w:val="clear" w:color="auto" w:fill="F5F7F9"/>
            <w:vAlign w:val="center"/>
          </w:tcPr>
          <w:p w14:paraId="4AB8F224" w14:textId="77777777" w:rsidR="00F81D60" w:rsidRDefault="00000000">
            <w:pPr>
              <w:pStyle w:val="TableText"/>
              <w:spacing w:before="40" w:after="40"/>
            </w:pPr>
            <w:r>
              <w:t>Accesso ristretto; estratti minimi agli esecutori; dati clinici esclusi.</w:t>
            </w:r>
          </w:p>
        </w:tc>
      </w:tr>
      <w:tr w:rsidR="00F81D60" w14:paraId="36739095" w14:textId="77777777">
        <w:trPr>
          <w:cantSplit/>
          <w:jc w:val="center"/>
        </w:trPr>
        <w:tc>
          <w:tcPr>
            <w:tcW w:w="2041" w:type="dxa"/>
            <w:vAlign w:val="center"/>
          </w:tcPr>
          <w:p w14:paraId="696056FD" w14:textId="77777777" w:rsidR="00F81D60" w:rsidRDefault="00000000">
            <w:pPr>
              <w:pStyle w:val="TableText"/>
              <w:spacing w:before="40" w:after="40"/>
            </w:pPr>
            <w:r>
              <w:t>Circuito sanitario</w:t>
            </w:r>
          </w:p>
        </w:tc>
        <w:tc>
          <w:tcPr>
            <w:tcW w:w="3515" w:type="dxa"/>
            <w:vAlign w:val="center"/>
          </w:tcPr>
          <w:p w14:paraId="2FF6256B" w14:textId="77777777" w:rsidR="00F81D60" w:rsidRDefault="00000000">
            <w:pPr>
              <w:pStyle w:val="TableText"/>
              <w:spacing w:before="40" w:after="40"/>
            </w:pPr>
            <w:r>
              <w:t>Documentazione gestita dal professionista competente.</w:t>
            </w:r>
          </w:p>
        </w:tc>
        <w:tc>
          <w:tcPr>
            <w:tcW w:w="4422" w:type="dxa"/>
            <w:vAlign w:val="center"/>
          </w:tcPr>
          <w:p w14:paraId="110636DE" w14:textId="77777777" w:rsidR="00F81D60" w:rsidRDefault="00000000">
            <w:pPr>
              <w:pStyle w:val="TableText"/>
              <w:spacing w:before="40" w:after="40"/>
            </w:pPr>
            <w:r>
              <w:t>Separazione e regole proprie; nessuna copia nell’Excel o nel fascicolo ordinario del manager.</w:t>
            </w:r>
          </w:p>
        </w:tc>
      </w:tr>
      <w:tr w:rsidR="00F81D60" w14:paraId="7F9A7D83" w14:textId="77777777">
        <w:trPr>
          <w:cantSplit/>
          <w:jc w:val="center"/>
        </w:trPr>
        <w:tc>
          <w:tcPr>
            <w:tcW w:w="2041" w:type="dxa"/>
            <w:shd w:val="clear" w:color="auto" w:fill="F5F7F9"/>
            <w:vAlign w:val="center"/>
          </w:tcPr>
          <w:p w14:paraId="0A7E64DF" w14:textId="77777777" w:rsidR="00F81D60" w:rsidRDefault="00000000">
            <w:pPr>
              <w:pStyle w:val="TableText"/>
              <w:spacing w:before="40" w:after="40"/>
            </w:pPr>
            <w:r>
              <w:t>Reclami / segnalazioni</w:t>
            </w:r>
          </w:p>
        </w:tc>
        <w:tc>
          <w:tcPr>
            <w:tcW w:w="3515" w:type="dxa"/>
            <w:shd w:val="clear" w:color="auto" w:fill="F5F7F9"/>
            <w:vAlign w:val="center"/>
          </w:tcPr>
          <w:p w14:paraId="2DF07017" w14:textId="77777777" w:rsidR="00F81D60" w:rsidRDefault="00000000">
            <w:pPr>
              <w:pStyle w:val="TableText"/>
              <w:spacing w:before="40" w:after="40"/>
            </w:pPr>
            <w:r>
              <w:t>Istruttoria su condotte e tutele, con accesso per ruolo.</w:t>
            </w:r>
          </w:p>
        </w:tc>
        <w:tc>
          <w:tcPr>
            <w:tcW w:w="4422" w:type="dxa"/>
            <w:shd w:val="clear" w:color="auto" w:fill="F5F7F9"/>
            <w:vAlign w:val="center"/>
          </w:tcPr>
          <w:p w14:paraId="7C08FB38" w14:textId="77777777" w:rsidR="00F81D60" w:rsidRDefault="00000000">
            <w:pPr>
              <w:pStyle w:val="TableText"/>
              <w:spacing w:before="40" w:after="40"/>
            </w:pPr>
            <w:r>
              <w:t>Separata dal programma di benessere; preservare diritti di tutte le parti.</w:t>
            </w:r>
          </w:p>
        </w:tc>
      </w:tr>
    </w:tbl>
    <w:p w14:paraId="64CE19A0" w14:textId="77777777" w:rsidR="00F81D60" w:rsidRDefault="00F81D60">
      <w:pPr>
        <w:spacing w:after="0"/>
      </w:pPr>
    </w:p>
    <w:p w14:paraId="51BA05E3" w14:textId="77777777" w:rsidR="00F81D60" w:rsidRDefault="00000000">
      <w:pPr>
        <w:pStyle w:val="Titolo2"/>
      </w:pPr>
      <w:r>
        <w:t>Controlli minimi del modello</w:t>
      </w:r>
    </w:p>
    <w:p w14:paraId="6880AB7B" w14:textId="77777777" w:rsidR="00F81D60" w:rsidRDefault="00000000">
      <w:r>
        <w:t>Assegnare autorizzazioni nominative e riesaminarle ai cambi di ruolo; utilizzare canali protetti e dispositivi aziendali autorizzati; evitare invii in copia estesa e chat di reparto; proteggere documenti cartacei; limitare export e copie; mantenere backup e procedure di ripristino; definire la gestione di accessi non autorizzati e richieste degli interessati. Le configurazioni concrete sono approvate da privacy e IT.</w:t>
      </w:r>
    </w:p>
    <w:p w14:paraId="2B3F7B9B" w14:textId="77777777" w:rsidR="00F81D60" w:rsidRDefault="00000000">
      <w:pPr>
        <w:pStyle w:val="Titolo2"/>
      </w:pPr>
      <w:r>
        <w:t>Conservazione</w:t>
      </w:r>
    </w:p>
    <w:p w14:paraId="3D75AEB1" w14:textId="77777777" w:rsidR="00F81D60" w:rsidRDefault="00000000">
      <w:r>
        <w:t>A19 indica per ciascuna categoria finalità, inizio del periodo, durata o criterio, riesame, eventuale blocco per esigenze legittime e cancellazione. Non esiste una durata unica “ISO 45010” applicabile a tutti i documenti. Il modello non assegna arbitrariamente dieci anni a ogni modulo. I termini obbligatori per documenti sanitari o altri atti restano nel relativo circuito e vanno verificati separatamente.</w:t>
      </w:r>
    </w:p>
    <w:p w14:paraId="66BB9DC8" w14:textId="77777777" w:rsidR="00F81D60" w:rsidRDefault="00000000">
      <w:pPr>
        <w:pStyle w:val="Titolo2"/>
      </w:pPr>
      <w:r>
        <w:t>Incidenti e ritiro delle copie</w:t>
      </w:r>
    </w:p>
    <w:p w14:paraId="46A0E78F" w14:textId="77777777" w:rsidR="00F81D60" w:rsidRDefault="00000000">
      <w:r>
        <w:t>Un invio errato o un accesso improprio si segnala subito alla funzione privacy secondo il canale aziendale; si contiene l’evento senza alterare impropriamente le evidenze e si valutano gli adempimenti pertinenti. La chiusura di una pratica o il cambio di manager attivano il riesame delle copie e degli accessi. Non basta cancellare una riga dall’Excel per eliminare copie e backup.</w:t>
      </w:r>
    </w:p>
    <w:p w14:paraId="25E033FD" w14:textId="77777777" w:rsidR="00F81D60" w:rsidRDefault="00000000">
      <w:r>
        <w:br w:type="page"/>
      </w:r>
    </w:p>
    <w:p w14:paraId="25373EFD" w14:textId="77777777" w:rsidR="00F81D60" w:rsidRDefault="00000000">
      <w:pPr>
        <w:pStyle w:val="Small"/>
      </w:pPr>
      <w:r>
        <w:rPr>
          <w:b/>
          <w:color w:val="006B70"/>
        </w:rPr>
        <w:t>PROCEDURA</w:t>
      </w:r>
    </w:p>
    <w:p w14:paraId="53782DBA" w14:textId="77777777" w:rsidR="00F81D60" w:rsidRDefault="00000000">
      <w:pPr>
        <w:pStyle w:val="Titolo1"/>
      </w:pPr>
      <w:bookmarkStart w:id="27" w:name="P17"/>
      <w:r>
        <w:t>17 | Inclusione e cultura organizzativa</w:t>
      </w:r>
      <w:bookmarkEnd w:id="27"/>
    </w:p>
    <w:p w14:paraId="447F0CCA" w14:textId="77777777" w:rsidR="00F81D60" w:rsidRDefault="00000000">
      <w:pPr>
        <w:pStyle w:val="Reference"/>
      </w:pPr>
      <w:r>
        <w:t>Base documentale: [ISO] §§ 5.4 e 5.7; allegati A ed E. Le istruzioni operative e i moduli sono elaborazioni aziendali del modello [AZ].</w:t>
      </w:r>
    </w:p>
    <w:p w14:paraId="591A8184" w14:textId="77777777" w:rsidR="00F81D60" w:rsidRDefault="00000000">
      <w:r>
        <w:t>L’organizzazione promuove un ambiente nel quale sia possibile chiedere supporto senza vergogna, confronto forzato o giudizio. Le iniziative si rivolgono a tutta la popolazione aziendale, perché la qualità dell’ambiente dipende da comportamenti collettivi. La partecipazione alle iniziative non autorizza a dedurre una condizione personale.</w:t>
      </w:r>
    </w:p>
    <w:p w14:paraId="68E78083" w14:textId="77777777" w:rsidR="00F81D60" w:rsidRDefault="00000000">
      <w:pPr>
        <w:pStyle w:val="Titolo2"/>
      </w:pPr>
      <w:r>
        <w:t>17.1 Linguaggio e comportamenti</w:t>
      </w:r>
    </w:p>
    <w:p w14:paraId="143A2072" w14:textId="77777777" w:rsidR="00F81D60" w:rsidRDefault="00000000">
      <w:r>
        <w:t>Politiche e comunicazioni evitano espressioni degradanti, stereotipi sull’età, associazioni automatiche tra sintomi e scarsa affidabilità o riferimenti a mestruazioni e menopausa come “problemi delle donne”. Si utilizza un linguaggio rispettoso e comprensibile, riconoscendo le donne e le altre persone che possono vivere queste esperienze senza negare esigenze specifiche o imporre dichiarazioni di identità.</w:t>
      </w:r>
    </w:p>
    <w:p w14:paraId="14FB7CC0" w14:textId="77777777" w:rsidR="00F81D60" w:rsidRDefault="00000000">
      <w:pPr>
        <w:pStyle w:val="Titolo2"/>
      </w:pPr>
      <w:r>
        <w:t>17.2 Intersezioni e accessibilità</w:t>
      </w:r>
    </w:p>
    <w:p w14:paraId="0EED823B" w14:textId="77777777" w:rsidR="00F81D60" w:rsidRDefault="00000000">
      <w:r>
        <w:t>Le misure tengono conto, quando emergono nel confronto, di disabilità, neurodivergenze, differenze linguistiche e culturali e adattamenti già in vigore. Si verifica se un nuovo intervento ostacola una soluzione precedente. Non si raccolgono preventivamente dati su religione, orientamento o identità per costruire un profilo: si chiede quale soluzione lavorativa è utile e quale modalità di confronto risulta accessibile.</w:t>
      </w:r>
    </w:p>
    <w:p w14:paraId="48A9D8EA" w14:textId="77777777" w:rsidR="00F81D60" w:rsidRDefault="00000000">
      <w:pPr>
        <w:pStyle w:val="Titolo2"/>
      </w:pPr>
      <w:r>
        <w:t>17.3 Referenti e reti di supporto</w:t>
      </w:r>
    </w:p>
    <w:p w14:paraId="36F36DCA" w14:textId="77777777" w:rsidR="00F81D60" w:rsidRDefault="00000000">
      <w:r>
        <w:t>Un referente formato dispone di ruolo, tempi e supervisione definiti, oltre a un percorso di invio verso HR, HSE o servizi sanitari competenti. Il ruolo è di ascolto e orientamento, non di consulenza clinica o psicologica. L’eventuale rete di pari stabilisce regole di partecipazione, riservatezza, limiti dei consigli e gestione degli episodi di disagio; non si trasforma in un canale obbligatorio per ottenere una misura.</w:t>
      </w:r>
    </w:p>
    <w:p w14:paraId="33C79DA0" w14:textId="77777777" w:rsidR="00F81D60" w:rsidRDefault="00000000">
      <w:pPr>
        <w:pStyle w:val="Titolo2"/>
      </w:pPr>
      <w:r>
        <w:t>17.4 Informazioni attendibili</w:t>
      </w:r>
    </w:p>
    <w:p w14:paraId="0BF6C24B" w14:textId="77777777" w:rsidR="00F81D60" w:rsidRDefault="00000000">
      <w:r>
        <w:t>Materiali e relatori sono selezionati per competenza e affidabilità. Le informazioni sanitarie vengono affidate a professionisti qualificati; prodotti e trattamenti non vengono promossi come soluzione aziendale standard. I casi didattici sono fittizi o privi di identificabilità; nessuno è chiamato a raccontare un’esperienza personale per dimostrare l’utilità del programma.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512824BB" w14:textId="77777777">
        <w:trPr>
          <w:tblHeader/>
          <w:jc w:val="center"/>
        </w:trPr>
        <w:tc>
          <w:tcPr>
            <w:tcW w:w="9978" w:type="dxa"/>
            <w:shd w:val="clear" w:color="auto" w:fill="17324D"/>
            <w:vAlign w:val="center"/>
          </w:tcPr>
          <w:p w14:paraId="14886F72" w14:textId="77777777" w:rsidR="00F81D60" w:rsidRDefault="00000000">
            <w:pPr>
              <w:pStyle w:val="TableText"/>
              <w:spacing w:before="40" w:after="40"/>
            </w:pPr>
            <w:r>
              <w:rPr>
                <w:b/>
                <w:color w:val="FFFFFF"/>
                <w:sz w:val="19"/>
              </w:rPr>
              <w:t>INCLUSIONE NON SIGNIFICA DIVULGAZIONE</w:t>
            </w:r>
          </w:p>
        </w:tc>
      </w:tr>
      <w:tr w:rsidR="00F81D60" w14:paraId="427A95FD" w14:textId="77777777">
        <w:trPr>
          <w:cantSplit/>
          <w:jc w:val="center"/>
        </w:trPr>
        <w:tc>
          <w:tcPr>
            <w:tcW w:w="9978" w:type="dxa"/>
            <w:shd w:val="clear" w:color="auto" w:fill="EAF3F4"/>
            <w:vAlign w:val="center"/>
          </w:tcPr>
          <w:p w14:paraId="0C15FC3E" w14:textId="77777777" w:rsidR="00F81D60" w:rsidRDefault="00000000">
            <w:pPr>
              <w:pStyle w:val="TableText"/>
              <w:spacing w:before="40" w:after="40"/>
            </w:pPr>
            <w:r>
              <w:rPr>
                <w:sz w:val="19"/>
              </w:rPr>
              <w:t>Una cultura aperta offre la possibilità di parlare e la possibilità di non farlo. Il bisogno di discrezione è compatibile con un’organizzazione inclusiva e non deve essere interpretato come mancata collaborazione.</w:t>
            </w:r>
          </w:p>
        </w:tc>
      </w:tr>
    </w:tbl>
    <w:p w14:paraId="73D8DEFA" w14:textId="77777777" w:rsidR="00F81D60" w:rsidRDefault="00F81D60">
      <w:pPr>
        <w:spacing w:after="0"/>
      </w:pPr>
    </w:p>
    <w:p w14:paraId="61EF1561" w14:textId="77777777" w:rsidR="00F81D60" w:rsidRDefault="00000000">
      <w:pPr>
        <w:pStyle w:val="Reference"/>
      </w:pPr>
      <w:r>
        <w:t>Controlli: A06 aree 06 e 09; A22 formazione; A23 ascolto organizzativo; A27 comunicazione. Le misure sul linguaggio non sostituiscono l’effettiva rimozione delle barriere lavorative.</w:t>
      </w:r>
    </w:p>
    <w:p w14:paraId="2C140E1F" w14:textId="77777777" w:rsidR="00F81D60" w:rsidRDefault="00000000">
      <w:r>
        <w:br w:type="page"/>
      </w:r>
    </w:p>
    <w:p w14:paraId="186E739C" w14:textId="77777777" w:rsidR="00F81D60" w:rsidRDefault="00000000">
      <w:pPr>
        <w:pStyle w:val="Small"/>
      </w:pPr>
      <w:r>
        <w:rPr>
          <w:b/>
          <w:color w:val="006B70"/>
        </w:rPr>
        <w:t>PROCEDURA</w:t>
      </w:r>
    </w:p>
    <w:p w14:paraId="6055F1ED" w14:textId="77777777" w:rsidR="00F81D60" w:rsidRDefault="00000000">
      <w:pPr>
        <w:pStyle w:val="Titolo1"/>
      </w:pPr>
      <w:bookmarkStart w:id="28" w:name="P18"/>
      <w:r>
        <w:t>18 | Segnalazioni, performance e riconsiderazione</w:t>
      </w:r>
      <w:bookmarkEnd w:id="28"/>
    </w:p>
    <w:p w14:paraId="5C2EEB29" w14:textId="77777777" w:rsidR="00F81D60" w:rsidRDefault="00000000">
      <w:pPr>
        <w:pStyle w:val="Reference"/>
      </w:pPr>
      <w:r>
        <w:t>Base documentale: [ISO] § 5.4.1 e allegati B.2–B.3; [IT3] quadro antidiscriminatorio; [AZ] A20. Le istruzioni operative e i moduli sono elaborazioni aziendali del modello [AZ].</w:t>
      </w:r>
    </w:p>
    <w:p w14:paraId="0F006A7A" w14:textId="77777777" w:rsidR="00F81D60" w:rsidRDefault="00000000">
      <w:pPr>
        <w:pStyle w:val="Titolo2"/>
      </w:pPr>
      <w:r>
        <w:t>18.1 Comportamenti non tollerati</w:t>
      </w:r>
    </w:p>
    <w:p w14:paraId="1E0170FC" w14:textId="77777777" w:rsidR="00F81D60" w:rsidRDefault="00000000">
      <w:r>
        <w:t>Il modello vieta derisione, umiliazione, battute lesive, divulgazione non autorizzata, pressioni a raccontare dettagli intimi e ritorsioni verso chi chiede supporto o segnala una criticità. Le segnalazioni sono gestite attraverso i canali e le procedure applicabili, tutelando riservatezza, imparzialità e diritti delle persone coinvolte. L’assenza di una prova completa nella prima comunicazione non giustifica il rifiuto di esaminarla.</w:t>
      </w:r>
    </w:p>
    <w:p w14:paraId="385842E6" w14:textId="77777777" w:rsidR="00F81D60" w:rsidRDefault="00000000">
      <w:pPr>
        <w:pStyle w:val="Titolo2"/>
      </w:pPr>
      <w:r>
        <w:t>18.2 Canale alternativo e istruttoria</w:t>
      </w:r>
    </w:p>
    <w:p w14:paraId="2D0B32BE" w14:textId="77777777" w:rsidR="00F81D60" w:rsidRDefault="00000000">
      <w:r>
        <w:t>A20 consente di descrivere il fatto o chiedere la riconsiderazione di una decisione. Se il responsabile ordinario è coinvolto, l’istruttoria è affidata al sostituto indipendente indicato in A02. Si definiscono soggetti autorizzati, tutela immediata se necessaria, accertamenti, aggiornamenti e risposta motivata. Il programma non si sostituisce alle procedure disciplinari, al whistleblowing quando applicabile o agli altri canali di tutela.</w:t>
      </w:r>
    </w:p>
    <w:p w14:paraId="21A67DEA" w14:textId="77777777" w:rsidR="00F81D60" w:rsidRDefault="00000000">
      <w:pPr>
        <w:pStyle w:val="Titolo2"/>
      </w:pPr>
      <w:r>
        <w:t>18.3 Valutazione della prestazione</w:t>
      </w:r>
    </w:p>
    <w:p w14:paraId="0B393A26" w14:textId="77777777" w:rsidR="00F81D60" w:rsidRDefault="00000000">
      <w:r>
        <w:t>La valutazione riguarda obiettivi e condizioni lavorative effettive. Prima di attribuire una riduzione di performance a mancanza di impegno, il manager verifica ostacoli, supporti concordati e loro attuazione. Non diagnostica cause sanitarie e non usa l’accesso al supporto come elemento negativo. La modifica temporanea di compiti o orari non comporta di per sé esclusione da formazione e sviluppo.</w:t>
      </w:r>
    </w:p>
    <w:p w14:paraId="2D7889DD" w14:textId="77777777" w:rsidR="00F81D60" w:rsidRDefault="00000000">
      <w:pPr>
        <w:pStyle w:val="Titolo2"/>
      </w:pPr>
      <w:r>
        <w:t>18.4 Assenze e soglie automatiche</w:t>
      </w:r>
    </w:p>
    <w:p w14:paraId="044DB6C2" w14:textId="77777777" w:rsidR="00F81D60" w:rsidRDefault="00000000">
      <w:r>
        <w:t>HR esamina se i sistemi di gestione delle assenze o le soglie di allerta producano svantaggi ingiustificati. Un indicatore può attivare un confronto protetto, non deve trasformarsi automaticamente in una sanzione o in una deduzione sulla salute. Eventuali discipline su permessi, assenze e tutele specifiche vanno verificate nel quadro legale e contrattuale applicabile, senza introdurre registrazioni cliniche superflue.</w:t>
      </w:r>
    </w:p>
    <w:p w14:paraId="3468F14A" w14:textId="77777777" w:rsidR="00F81D60" w:rsidRDefault="00000000">
      <w:pPr>
        <w:pStyle w:val="Titolo2"/>
      </w:pPr>
      <w:r>
        <w:t>18.5 Esito e seguito</w:t>
      </w:r>
    </w:p>
    <w:p w14:paraId="38FD824B" w14:textId="77777777" w:rsidR="00F81D60" w:rsidRDefault="00000000">
      <w:r>
        <w:t>La risposta indica decisione, motivi, azioni, responsabili, data di verifica e modalità di ulteriore riesame. Non si impone una mediazione diretta quando inappropriata né si chiede alla persona di rinunciare a tutele esterne. La chiusura amministrativa della segnalazione non elimina l’eventuale necessità di correggere una barriera organizzativa.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6B7C1375" w14:textId="77777777">
        <w:trPr>
          <w:tblHeader/>
          <w:jc w:val="center"/>
        </w:trPr>
        <w:tc>
          <w:tcPr>
            <w:tcW w:w="9978" w:type="dxa"/>
            <w:shd w:val="clear" w:color="auto" w:fill="17324D"/>
            <w:vAlign w:val="center"/>
          </w:tcPr>
          <w:p w14:paraId="707C4BFD" w14:textId="77777777" w:rsidR="00F81D60" w:rsidRDefault="00000000">
            <w:pPr>
              <w:pStyle w:val="TableText"/>
              <w:spacing w:before="40" w:after="40"/>
            </w:pPr>
            <w:r>
              <w:rPr>
                <w:b/>
                <w:color w:val="FFFFFF"/>
                <w:sz w:val="19"/>
              </w:rPr>
              <w:t>PROTEZIONE DALLE RITORSIONI</w:t>
            </w:r>
          </w:p>
        </w:tc>
      </w:tr>
      <w:tr w:rsidR="00F81D60" w14:paraId="24D6730F" w14:textId="77777777">
        <w:trPr>
          <w:cantSplit/>
          <w:jc w:val="center"/>
        </w:trPr>
        <w:tc>
          <w:tcPr>
            <w:tcW w:w="9978" w:type="dxa"/>
            <w:shd w:val="clear" w:color="auto" w:fill="EAF3F4"/>
            <w:vAlign w:val="center"/>
          </w:tcPr>
          <w:p w14:paraId="120354BC" w14:textId="77777777" w:rsidR="00F81D60" w:rsidRDefault="00000000">
            <w:pPr>
              <w:pStyle w:val="TableText"/>
              <w:spacing w:before="40" w:after="40"/>
            </w:pPr>
            <w:r>
              <w:rPr>
                <w:sz w:val="19"/>
              </w:rPr>
              <w:t>Il referente verifica, nei limiti dei dati necessari, che l’uso dei canali non sia seguito da esclusioni, penalizzazioni o diffusione di informazioni. Le osservazioni sono trattate nel circuito autorizzato, non nella dashboard pubblica del programma.</w:t>
            </w:r>
          </w:p>
        </w:tc>
      </w:tr>
    </w:tbl>
    <w:p w14:paraId="5208DA38" w14:textId="77777777" w:rsidR="00F81D60" w:rsidRDefault="00F81D60">
      <w:pPr>
        <w:spacing w:after="0"/>
      </w:pPr>
    </w:p>
    <w:p w14:paraId="38A87308" w14:textId="77777777" w:rsidR="00F81D60" w:rsidRDefault="00000000">
      <w:r>
        <w:br w:type="page"/>
      </w:r>
    </w:p>
    <w:p w14:paraId="3151C7D5" w14:textId="77777777" w:rsidR="00F81D60" w:rsidRDefault="00000000">
      <w:pPr>
        <w:pStyle w:val="Small"/>
      </w:pPr>
      <w:r>
        <w:rPr>
          <w:b/>
          <w:color w:val="006B70"/>
        </w:rPr>
        <w:t>PROCEDURA</w:t>
      </w:r>
    </w:p>
    <w:p w14:paraId="296C0CA0" w14:textId="77777777" w:rsidR="00F81D60" w:rsidRDefault="00000000">
      <w:pPr>
        <w:pStyle w:val="Titolo1"/>
      </w:pPr>
      <w:bookmarkStart w:id="29" w:name="P19"/>
      <w:r>
        <w:t>19 | Selezione e inserimento</w:t>
      </w:r>
      <w:bookmarkEnd w:id="29"/>
    </w:p>
    <w:p w14:paraId="312D0C39" w14:textId="77777777" w:rsidR="00F81D60" w:rsidRDefault="00000000">
      <w:pPr>
        <w:pStyle w:val="Reference"/>
      </w:pPr>
      <w:r>
        <w:t>Base documentale: [ISO] allegato D; §§ 5.3.2.3 e 5.7. Le istruzioni operative e i moduli sono elaborazioni aziendali del modello [AZ].</w:t>
      </w:r>
    </w:p>
    <w:p w14:paraId="283AC618" w14:textId="77777777" w:rsidR="00F81D60" w:rsidRDefault="00000000">
      <w:r>
        <w:t>Il supporto è considerato lungo l’intero ciclo lavorativo. La funzione selezione verifica descrizioni di ruolo, annunci, prove, colloqui e onboarding, rimuovendo barriere non necessarie senza modificare arbitrariamente gli obiettivi essenziali della mansione.</w:t>
      </w:r>
    </w:p>
    <w:p w14:paraId="71CE42F5" w14:textId="77777777" w:rsidR="00F81D60" w:rsidRDefault="00000000">
      <w:pPr>
        <w:pStyle w:val="Titolo2"/>
      </w:pPr>
      <w:r>
        <w:t>19.1 Progettazione e annuncio</w:t>
      </w:r>
    </w:p>
    <w:p w14:paraId="10EBB2B5" w14:textId="77777777" w:rsidR="00F81D60" w:rsidRDefault="00000000">
      <w:r>
        <w:t>La job description descrive compiti effettivi, vincoli essenziali e margini di flessibilità. Si rivedono formulazioni che suggeriscano idoneità sulla base di età o genere. Gli annunci possono indicare la disponibilità di un canale per gli adattamenti del processo di selezione e il riferimento alla politica aziendale; non chiedono informazioni su mestruazioni, menopausa, fertilità o terapie.</w:t>
      </w:r>
    </w:p>
    <w:p w14:paraId="3D338D6A" w14:textId="77777777" w:rsidR="00F81D60" w:rsidRDefault="00000000">
      <w:pPr>
        <w:pStyle w:val="Titolo2"/>
      </w:pPr>
      <w:r>
        <w:t>19.2 Prove e colloqui</w:t>
      </w:r>
    </w:p>
    <w:p w14:paraId="7DC4F62B" w14:textId="77777777" w:rsidR="00F81D60" w:rsidRDefault="00000000">
      <w:r>
        <w:t>Prima dell’appuntamento si comunicano durata, ambiente, accesso ai servizi, disponibilità di acqua e modalità per richiedere una pausa o un adattamento. Le istruzioni sono chiare; prove prolungate vengono esaminate per verificare necessità e possibilità di pause. In caso di impedimento si valuta un’alternativa compatibile, senza sollecitare dettagli clinici non necessari o penalizzare la sola richiesta di adattamento.</w:t>
      </w:r>
    </w:p>
    <w:p w14:paraId="0824C796" w14:textId="77777777" w:rsidR="00F81D60" w:rsidRDefault="00000000">
      <w:pPr>
        <w:pStyle w:val="Titolo2"/>
      </w:pPr>
      <w:r>
        <w:t>19.3 Valutazione imparziale</w:t>
      </w:r>
    </w:p>
    <w:p w14:paraId="060971A1" w14:textId="77777777" w:rsidR="00F81D60" w:rsidRDefault="00000000">
      <w:r>
        <w:t>I selezionatori sono formati sui criteri di valutazione e sui limiti delle domande. L’esito professionale è distinto dalla richiesta di supporto, che segue un canale separato. Gli eventuali adempimenti sanitari seguono il percorso applicabile e non sono sostituiti dal colloquio di selezione. Non si deduce una condizione sanitaria dalla richiesta di una postazione o di una pausa.</w:t>
      </w:r>
    </w:p>
    <w:p w14:paraId="3358E071" w14:textId="77777777" w:rsidR="00F81D60" w:rsidRDefault="00000000">
      <w:pPr>
        <w:pStyle w:val="Titolo2"/>
      </w:pPr>
      <w:r>
        <w:t>19.4 Inserimento</w:t>
      </w:r>
    </w:p>
    <w:p w14:paraId="73A7164E" w14:textId="77777777" w:rsidR="00F81D60" w:rsidRDefault="00000000">
      <w:r>
        <w:t>Il nuovo personale riceve informazioni su canali, referenti, misure generali, regole di riservatezza e gestione delle urgenze. Gli adattamenti concordati sono verificati nella mansione reale e non copiati automaticamente dal processo di selezione. Quando cambia il datore di lavoro, nessun passaporto o fascicolo viene acquisito senza necessità e verifica del trattamento.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35"/>
        <w:gridCol w:w="7142"/>
      </w:tblGrid>
      <w:tr w:rsidR="00F81D60" w14:paraId="62673595" w14:textId="77777777">
        <w:trPr>
          <w:tblHeader/>
          <w:jc w:val="center"/>
        </w:trPr>
        <w:tc>
          <w:tcPr>
            <w:tcW w:w="2835" w:type="dxa"/>
            <w:shd w:val="clear" w:color="auto" w:fill="17324D"/>
            <w:vAlign w:val="center"/>
          </w:tcPr>
          <w:p w14:paraId="6C0FA492" w14:textId="77777777" w:rsidR="00F81D60" w:rsidRDefault="00000000">
            <w:pPr>
              <w:pStyle w:val="TableText"/>
              <w:spacing w:before="40" w:after="40"/>
            </w:pPr>
            <w:r>
              <w:rPr>
                <w:b/>
                <w:color w:val="FFFFFF"/>
              </w:rPr>
              <w:t>Fase</w:t>
            </w:r>
          </w:p>
        </w:tc>
        <w:tc>
          <w:tcPr>
            <w:tcW w:w="7143" w:type="dxa"/>
            <w:shd w:val="clear" w:color="auto" w:fill="17324D"/>
            <w:vAlign w:val="center"/>
          </w:tcPr>
          <w:p w14:paraId="2F296728" w14:textId="77777777" w:rsidR="00F81D60" w:rsidRDefault="00000000">
            <w:pPr>
              <w:pStyle w:val="TableText"/>
              <w:spacing w:before="40" w:after="40"/>
            </w:pPr>
            <w:r>
              <w:rPr>
                <w:b/>
                <w:color w:val="FFFFFF"/>
              </w:rPr>
              <w:t>Controllo A21</w:t>
            </w:r>
          </w:p>
        </w:tc>
      </w:tr>
      <w:tr w:rsidR="00F81D60" w14:paraId="0B471F26" w14:textId="77777777">
        <w:trPr>
          <w:cantSplit/>
          <w:jc w:val="center"/>
        </w:trPr>
        <w:tc>
          <w:tcPr>
            <w:tcW w:w="2835" w:type="dxa"/>
            <w:vAlign w:val="center"/>
          </w:tcPr>
          <w:p w14:paraId="2C7F7CFB" w14:textId="77777777" w:rsidR="00F81D60" w:rsidRDefault="00000000">
            <w:pPr>
              <w:pStyle w:val="TableText"/>
              <w:spacing w:before="40" w:after="40"/>
            </w:pPr>
            <w:r>
              <w:t>Descrizione del ruolo</w:t>
            </w:r>
          </w:p>
        </w:tc>
        <w:tc>
          <w:tcPr>
            <w:tcW w:w="7143" w:type="dxa"/>
            <w:vAlign w:val="center"/>
          </w:tcPr>
          <w:p w14:paraId="31EA7995" w14:textId="77777777" w:rsidR="00F81D60" w:rsidRDefault="00000000">
            <w:pPr>
              <w:pStyle w:val="TableText"/>
              <w:spacing w:before="40" w:after="40"/>
            </w:pPr>
            <w:r>
              <w:t>Essenzialità dei requisiti; margini di adattamento; rischi e attività reali.</w:t>
            </w:r>
          </w:p>
        </w:tc>
      </w:tr>
      <w:tr w:rsidR="00F81D60" w14:paraId="6C16B01A" w14:textId="77777777">
        <w:trPr>
          <w:cantSplit/>
          <w:jc w:val="center"/>
        </w:trPr>
        <w:tc>
          <w:tcPr>
            <w:tcW w:w="2835" w:type="dxa"/>
            <w:shd w:val="clear" w:color="auto" w:fill="F5F7F9"/>
            <w:vAlign w:val="center"/>
          </w:tcPr>
          <w:p w14:paraId="4282BC5D" w14:textId="77777777" w:rsidR="00F81D60" w:rsidRDefault="00000000">
            <w:pPr>
              <w:pStyle w:val="TableText"/>
              <w:spacing w:before="40" w:after="40"/>
            </w:pPr>
            <w:r>
              <w:t>Annuncio / invito</w:t>
            </w:r>
          </w:p>
        </w:tc>
        <w:tc>
          <w:tcPr>
            <w:tcW w:w="7143" w:type="dxa"/>
            <w:shd w:val="clear" w:color="auto" w:fill="F5F7F9"/>
            <w:vAlign w:val="center"/>
          </w:tcPr>
          <w:p w14:paraId="2C81012C" w14:textId="77777777" w:rsidR="00F81D60" w:rsidRDefault="00000000">
            <w:pPr>
              <w:pStyle w:val="TableText"/>
              <w:spacing w:before="40" w:after="40"/>
            </w:pPr>
            <w:r>
              <w:t>Linguaggio, canale neutro, accessibilità e informazione preventiva.</w:t>
            </w:r>
          </w:p>
        </w:tc>
      </w:tr>
      <w:tr w:rsidR="00F81D60" w14:paraId="57E4AA96" w14:textId="77777777">
        <w:trPr>
          <w:cantSplit/>
          <w:jc w:val="center"/>
        </w:trPr>
        <w:tc>
          <w:tcPr>
            <w:tcW w:w="2835" w:type="dxa"/>
            <w:vAlign w:val="center"/>
          </w:tcPr>
          <w:p w14:paraId="3D6EBB59" w14:textId="77777777" w:rsidR="00F81D60" w:rsidRDefault="00000000">
            <w:pPr>
              <w:pStyle w:val="TableText"/>
              <w:spacing w:before="40" w:after="40"/>
            </w:pPr>
            <w:r>
              <w:t>Prove / valutazione</w:t>
            </w:r>
          </w:p>
        </w:tc>
        <w:tc>
          <w:tcPr>
            <w:tcW w:w="7143" w:type="dxa"/>
            <w:vAlign w:val="center"/>
          </w:tcPr>
          <w:p w14:paraId="5C16205E" w14:textId="77777777" w:rsidR="00F81D60" w:rsidRDefault="00000000">
            <w:pPr>
              <w:pStyle w:val="TableText"/>
              <w:spacing w:before="40" w:after="40"/>
            </w:pPr>
            <w:r>
              <w:t>Criteri coerenti, pause e alternative; dati del supporto separati.</w:t>
            </w:r>
          </w:p>
        </w:tc>
      </w:tr>
      <w:tr w:rsidR="00F81D60" w14:paraId="3A7BEB86" w14:textId="77777777">
        <w:trPr>
          <w:cantSplit/>
          <w:jc w:val="center"/>
        </w:trPr>
        <w:tc>
          <w:tcPr>
            <w:tcW w:w="2835" w:type="dxa"/>
            <w:shd w:val="clear" w:color="auto" w:fill="F5F7F9"/>
            <w:vAlign w:val="center"/>
          </w:tcPr>
          <w:p w14:paraId="7A7120AB" w14:textId="77777777" w:rsidR="00F81D60" w:rsidRDefault="00000000">
            <w:pPr>
              <w:pStyle w:val="TableText"/>
              <w:spacing w:before="40" w:after="40"/>
            </w:pPr>
            <w:r>
              <w:t>Onboarding</w:t>
            </w:r>
          </w:p>
        </w:tc>
        <w:tc>
          <w:tcPr>
            <w:tcW w:w="7143" w:type="dxa"/>
            <w:shd w:val="clear" w:color="auto" w:fill="F5F7F9"/>
            <w:vAlign w:val="center"/>
          </w:tcPr>
          <w:p w14:paraId="60FF3AB4" w14:textId="77777777" w:rsidR="00F81D60" w:rsidRDefault="00000000">
            <w:pPr>
              <w:pStyle w:val="TableText"/>
              <w:spacing w:before="40" w:after="40"/>
            </w:pPr>
            <w:r>
              <w:t>Referenti, istruzioni, verifica della misura e formazione necessaria.</w:t>
            </w:r>
          </w:p>
        </w:tc>
      </w:tr>
    </w:tbl>
    <w:p w14:paraId="3F074F3E" w14:textId="77777777" w:rsidR="00F81D60" w:rsidRDefault="00F81D60">
      <w:pPr>
        <w:spacing w:after="0"/>
      </w:pPr>
    </w:p>
    <w:p w14:paraId="1677D604" w14:textId="77777777" w:rsidR="00F81D60" w:rsidRDefault="00000000">
      <w:r>
        <w:br w:type="page"/>
      </w:r>
    </w:p>
    <w:p w14:paraId="0E5A1ECA" w14:textId="77777777" w:rsidR="00F81D60" w:rsidRDefault="00000000">
      <w:pPr>
        <w:pStyle w:val="Small"/>
      </w:pPr>
      <w:r>
        <w:rPr>
          <w:b/>
          <w:color w:val="006B70"/>
        </w:rPr>
        <w:t>PROCEDURA</w:t>
      </w:r>
    </w:p>
    <w:p w14:paraId="325BDBDD" w14:textId="77777777" w:rsidR="00F81D60" w:rsidRDefault="00000000">
      <w:pPr>
        <w:pStyle w:val="Titolo1"/>
      </w:pPr>
      <w:bookmarkStart w:id="30" w:name="P20"/>
      <w:r>
        <w:t>20 | Formazione e comunicazione</w:t>
      </w:r>
      <w:bookmarkEnd w:id="30"/>
    </w:p>
    <w:p w14:paraId="090E74C5" w14:textId="77777777" w:rsidR="00F81D60" w:rsidRDefault="00000000">
      <w:pPr>
        <w:pStyle w:val="Reference"/>
      </w:pPr>
      <w:r>
        <w:t>Base documentale: [ISO] § 5.4.2.1 e allegato E.2–E.4. Le istruzioni operative e i moduli sono elaborazioni aziendali del modello [AZ].</w:t>
      </w:r>
    </w:p>
    <w:p w14:paraId="0AA267FC" w14:textId="77777777" w:rsidR="00F81D60" w:rsidRDefault="00000000">
      <w:r>
        <w:t>La formazione è commisurata al ruolo e deve preparare all’azione. Una campagna informativa non rende automaticamente un manager capace di condurre colloqui riservati o valutare modifiche a un DPI. Il piano A22 distingue destinatari, obiettivi, contenuti, docente competente, verifica e aggiornamento; le durate proposte sono scelte aziendali, non requisiti ISO.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721"/>
        <w:gridCol w:w="7256"/>
      </w:tblGrid>
      <w:tr w:rsidR="00F81D60" w14:paraId="79A0626A" w14:textId="77777777">
        <w:trPr>
          <w:tblHeader/>
          <w:jc w:val="center"/>
        </w:trPr>
        <w:tc>
          <w:tcPr>
            <w:tcW w:w="2721" w:type="dxa"/>
            <w:shd w:val="clear" w:color="auto" w:fill="17324D"/>
            <w:vAlign w:val="center"/>
          </w:tcPr>
          <w:p w14:paraId="137BEDCA" w14:textId="77777777" w:rsidR="00F81D60" w:rsidRDefault="00000000">
            <w:pPr>
              <w:pStyle w:val="TableText"/>
              <w:spacing w:before="40" w:after="40"/>
            </w:pPr>
            <w:r>
              <w:rPr>
                <w:b/>
                <w:color w:val="FFFFFF"/>
              </w:rPr>
              <w:t>Destinatari</w:t>
            </w:r>
          </w:p>
        </w:tc>
        <w:tc>
          <w:tcPr>
            <w:tcW w:w="7257" w:type="dxa"/>
            <w:shd w:val="clear" w:color="auto" w:fill="17324D"/>
            <w:vAlign w:val="center"/>
          </w:tcPr>
          <w:p w14:paraId="145E1D8D" w14:textId="77777777" w:rsidR="00F81D60" w:rsidRDefault="00000000">
            <w:pPr>
              <w:pStyle w:val="TableText"/>
              <w:spacing w:before="40" w:after="40"/>
            </w:pPr>
            <w:r>
              <w:rPr>
                <w:b/>
                <w:color w:val="FFFFFF"/>
              </w:rPr>
              <w:t>Risultato pratico atteso</w:t>
            </w:r>
          </w:p>
        </w:tc>
      </w:tr>
      <w:tr w:rsidR="00F81D60" w14:paraId="6DD684BD" w14:textId="77777777">
        <w:trPr>
          <w:cantSplit/>
          <w:jc w:val="center"/>
        </w:trPr>
        <w:tc>
          <w:tcPr>
            <w:tcW w:w="2721" w:type="dxa"/>
            <w:vAlign w:val="center"/>
          </w:tcPr>
          <w:p w14:paraId="18EC858E" w14:textId="77777777" w:rsidR="00F81D60" w:rsidRDefault="00000000">
            <w:pPr>
              <w:pStyle w:val="TableText"/>
              <w:spacing w:before="40" w:after="40"/>
            </w:pPr>
            <w:r>
              <w:t>Direzione e HR</w:t>
            </w:r>
          </w:p>
        </w:tc>
        <w:tc>
          <w:tcPr>
            <w:tcW w:w="7257" w:type="dxa"/>
            <w:vAlign w:val="center"/>
          </w:tcPr>
          <w:p w14:paraId="44CC549B" w14:textId="77777777" w:rsidR="00F81D60" w:rsidRDefault="00000000">
            <w:pPr>
              <w:pStyle w:val="TableText"/>
              <w:spacing w:before="40" w:after="40"/>
            </w:pPr>
            <w:r>
              <w:t>Definire risorse, canali, governance, tutele e processi coerenti; evitare automatismi su assenze e carriera.</w:t>
            </w:r>
          </w:p>
        </w:tc>
      </w:tr>
      <w:tr w:rsidR="00F81D60" w14:paraId="7B5B9FB1" w14:textId="77777777">
        <w:trPr>
          <w:cantSplit/>
          <w:jc w:val="center"/>
        </w:trPr>
        <w:tc>
          <w:tcPr>
            <w:tcW w:w="2721" w:type="dxa"/>
            <w:shd w:val="clear" w:color="auto" w:fill="F5F7F9"/>
            <w:vAlign w:val="center"/>
          </w:tcPr>
          <w:p w14:paraId="59AF3CF8" w14:textId="77777777" w:rsidR="00F81D60" w:rsidRDefault="00000000">
            <w:pPr>
              <w:pStyle w:val="TableText"/>
              <w:spacing w:before="40" w:after="40"/>
            </w:pPr>
            <w:r>
              <w:t>Manager e preposti</w:t>
            </w:r>
          </w:p>
        </w:tc>
        <w:tc>
          <w:tcPr>
            <w:tcW w:w="7257" w:type="dxa"/>
            <w:shd w:val="clear" w:color="auto" w:fill="F5F7F9"/>
            <w:vAlign w:val="center"/>
          </w:tcPr>
          <w:p w14:paraId="32C2EF1B" w14:textId="77777777" w:rsidR="00F81D60" w:rsidRDefault="00000000">
            <w:pPr>
              <w:pStyle w:val="TableText"/>
              <w:spacing w:before="40" w:after="40"/>
            </w:pPr>
            <w:r>
              <w:t>Accogliere una richiesta, non chiedere diagnosi, organizzare una pausa sicura, attuare la decisione e riconoscere quando coinvolgere altre funzioni.</w:t>
            </w:r>
          </w:p>
        </w:tc>
      </w:tr>
      <w:tr w:rsidR="00F81D60" w14:paraId="15CA1332" w14:textId="77777777">
        <w:trPr>
          <w:cantSplit/>
          <w:jc w:val="center"/>
        </w:trPr>
        <w:tc>
          <w:tcPr>
            <w:tcW w:w="2721" w:type="dxa"/>
            <w:vAlign w:val="center"/>
          </w:tcPr>
          <w:p w14:paraId="050A550C" w14:textId="77777777" w:rsidR="00F81D60" w:rsidRDefault="00000000">
            <w:pPr>
              <w:pStyle w:val="TableText"/>
              <w:spacing w:before="40" w:after="40"/>
            </w:pPr>
            <w:r>
              <w:t>Referenti di supporto</w:t>
            </w:r>
          </w:p>
        </w:tc>
        <w:tc>
          <w:tcPr>
            <w:tcW w:w="7257" w:type="dxa"/>
            <w:vAlign w:val="center"/>
          </w:tcPr>
          <w:p w14:paraId="786D57B1" w14:textId="77777777" w:rsidR="00F81D60" w:rsidRDefault="00000000">
            <w:pPr>
              <w:pStyle w:val="TableText"/>
              <w:spacing w:before="40" w:after="40"/>
            </w:pPr>
            <w:r>
              <w:t>Ascoltare, comprendere limiti e riservatezza, orientare a fonti qualificate, gestire il proprio carico e i conflitti.</w:t>
            </w:r>
          </w:p>
        </w:tc>
      </w:tr>
      <w:tr w:rsidR="00F81D60" w14:paraId="60AFD464" w14:textId="77777777">
        <w:trPr>
          <w:cantSplit/>
          <w:jc w:val="center"/>
        </w:trPr>
        <w:tc>
          <w:tcPr>
            <w:tcW w:w="2721" w:type="dxa"/>
            <w:shd w:val="clear" w:color="auto" w:fill="F5F7F9"/>
            <w:vAlign w:val="center"/>
          </w:tcPr>
          <w:p w14:paraId="044F1C3E" w14:textId="77777777" w:rsidR="00F81D60" w:rsidRDefault="00000000">
            <w:pPr>
              <w:pStyle w:val="TableText"/>
              <w:spacing w:before="40" w:after="40"/>
            </w:pPr>
            <w:r>
              <w:t>HSE, facility, acquisti e IT</w:t>
            </w:r>
          </w:p>
        </w:tc>
        <w:tc>
          <w:tcPr>
            <w:tcW w:w="7257" w:type="dxa"/>
            <w:shd w:val="clear" w:color="auto" w:fill="F5F7F9"/>
            <w:vAlign w:val="center"/>
          </w:tcPr>
          <w:p w14:paraId="69FB170A" w14:textId="77777777" w:rsidR="00F81D60" w:rsidRDefault="00000000">
            <w:pPr>
              <w:pStyle w:val="TableText"/>
              <w:spacing w:before="40" w:after="40"/>
            </w:pPr>
            <w:r>
              <w:t>Valutare gli effetti tecnici e informativi delle modifiche; selezionare prodotti e strumenti compatibili.</w:t>
            </w:r>
          </w:p>
        </w:tc>
      </w:tr>
      <w:tr w:rsidR="00F81D60" w14:paraId="6752C057" w14:textId="77777777">
        <w:trPr>
          <w:cantSplit/>
          <w:jc w:val="center"/>
        </w:trPr>
        <w:tc>
          <w:tcPr>
            <w:tcW w:w="2721" w:type="dxa"/>
            <w:vAlign w:val="center"/>
          </w:tcPr>
          <w:p w14:paraId="5473E089" w14:textId="77777777" w:rsidR="00F81D60" w:rsidRDefault="00000000">
            <w:pPr>
              <w:pStyle w:val="TableText"/>
              <w:spacing w:before="40" w:after="40"/>
            </w:pPr>
            <w:r>
              <w:t>Tutto il personale</w:t>
            </w:r>
          </w:p>
        </w:tc>
        <w:tc>
          <w:tcPr>
            <w:tcW w:w="7257" w:type="dxa"/>
            <w:vAlign w:val="center"/>
          </w:tcPr>
          <w:p w14:paraId="7C79CA4C" w14:textId="77777777" w:rsidR="00F81D60" w:rsidRDefault="00000000">
            <w:pPr>
              <w:pStyle w:val="TableText"/>
              <w:spacing w:before="40" w:after="40"/>
            </w:pPr>
            <w:r>
              <w:t>Conoscere canali, misure generali, comportamenti rispettosi e modalità per segnalare barriere.</w:t>
            </w:r>
          </w:p>
        </w:tc>
      </w:tr>
    </w:tbl>
    <w:p w14:paraId="6CA9B7D3" w14:textId="77777777" w:rsidR="00F81D60" w:rsidRDefault="00F81D60">
      <w:pPr>
        <w:spacing w:after="0"/>
      </w:pPr>
    </w:p>
    <w:p w14:paraId="45FDFAE9" w14:textId="77777777" w:rsidR="00F81D60" w:rsidRDefault="00000000">
      <w:pPr>
        <w:pStyle w:val="Titolo2"/>
      </w:pPr>
      <w:r>
        <w:t>Pianificazione e verifica</w:t>
      </w:r>
    </w:p>
    <w:p w14:paraId="3B8F8DCB" w14:textId="77777777" w:rsidR="00F81D60" w:rsidRDefault="00000000">
      <w:r>
        <w:t>HR e referenti sono preparati prima del lancio generalizzato dei canali. I materiali includono esempi fittizi, esercizi su colloqui e rischi, e verifica di apprendimento A22. Per chi non supera le verifiche pratiche essenziali è prevista integrazione formativa prima dell’attribuzione autonoma del ruolo. Gli aggiornamenti seguono cambiamenti della procedura, problemi osservati e nuovi compiti.</w:t>
      </w:r>
    </w:p>
    <w:p w14:paraId="0D3F73B9" w14:textId="77777777" w:rsidR="00F81D60" w:rsidRDefault="00000000">
      <w:pPr>
        <w:pStyle w:val="Titolo2"/>
      </w:pPr>
      <w:r>
        <w:t>Accessibilità e partecipazione</w:t>
      </w:r>
    </w:p>
    <w:p w14:paraId="564744EA" w14:textId="77777777" w:rsidR="00F81D60" w:rsidRDefault="00000000">
      <w:r>
        <w:t>Si prevedono edizioni per turni, materiali leggibili e modalità compatibili con lingua e accessibilità. L’eventuale obbligatorietà della formazione di ruolo è decisa dall’organizzazione nel quadro applicabile; resta volontaria la condivisione di esperienze personali. I registri di presenza non indicano chi utilizza il supporto o quale condizione vive.</w:t>
      </w:r>
    </w:p>
    <w:p w14:paraId="072BB481" w14:textId="77777777" w:rsidR="00F81D60" w:rsidRDefault="00000000">
      <w:pPr>
        <w:pStyle w:val="Titolo2"/>
      </w:pPr>
      <w:r>
        <w:t>Comunicazione verificata</w:t>
      </w:r>
    </w:p>
    <w:p w14:paraId="32B87721" w14:textId="77777777" w:rsidR="00F81D60" w:rsidRDefault="00000000">
      <w:r>
        <w:t>Ogni messaggio annuncia solo misure realmente operative, riporta contatti validi e spiega che non sono richieste diagnosi. La disponibilità dei canali è verificata prima della pubblicazione. Si riesaminano intranet, bacheche, kit di ingresso e comunicazioni ai fornitori per evitare versioni contraddittorie.</w:t>
      </w:r>
    </w:p>
    <w:p w14:paraId="69BF04A7" w14:textId="77777777" w:rsidR="00F81D60" w:rsidRDefault="00000000">
      <w:pPr>
        <w:pStyle w:val="Reference"/>
      </w:pPr>
      <w:r>
        <w:t>A22 comprende piano, registro e test con soluzioni; A27 contiene testi pronti da personalizzare. La formazione su questo programma non sostituisce la formazione obbligatoria prevista per la sicurezza o per specifiche mansioni.</w:t>
      </w:r>
    </w:p>
    <w:p w14:paraId="60226870" w14:textId="77777777" w:rsidR="00F81D60" w:rsidRDefault="00000000">
      <w:r>
        <w:br w:type="page"/>
      </w:r>
    </w:p>
    <w:p w14:paraId="230D6E80" w14:textId="77777777" w:rsidR="00F81D60" w:rsidRDefault="00000000">
      <w:pPr>
        <w:pStyle w:val="Small"/>
      </w:pPr>
      <w:r>
        <w:rPr>
          <w:b/>
          <w:color w:val="006B70"/>
        </w:rPr>
        <w:t>PROCEDURA</w:t>
      </w:r>
    </w:p>
    <w:p w14:paraId="5554E7DC" w14:textId="77777777" w:rsidR="00F81D60" w:rsidRDefault="00000000">
      <w:pPr>
        <w:pStyle w:val="Titolo1"/>
      </w:pPr>
      <w:bookmarkStart w:id="31" w:name="P21"/>
      <w:r>
        <w:t>21 | Lavoro esterno, remoto e appalti</w:t>
      </w:r>
      <w:bookmarkEnd w:id="31"/>
    </w:p>
    <w:p w14:paraId="354FC813" w14:textId="77777777" w:rsidR="00F81D60" w:rsidRDefault="00000000">
      <w:pPr>
        <w:pStyle w:val="Reference"/>
      </w:pPr>
      <w:r>
        <w:t>Base documentale: [ISO] §§ 5.2.1, 5.2.2, 5.5; allegato B.4. Le istruzioni operative e i moduli sono elaborazioni aziendali del modello [AZ].</w:t>
      </w:r>
    </w:p>
    <w:p w14:paraId="50BB62FC" w14:textId="77777777" w:rsidR="00F81D60" w:rsidRDefault="00000000">
      <w:pPr>
        <w:pStyle w:val="Titolo2"/>
      </w:pPr>
      <w:r>
        <w:t>21.1 Sedi variabili e personale mobile</w:t>
      </w:r>
    </w:p>
    <w:p w14:paraId="3FD12E78" w14:textId="77777777" w:rsidR="00F81D60" w:rsidRDefault="00000000">
      <w:r>
        <w:t>Prima di trasferte e lavori fuori sede, il responsabile verifica disponibilità di servizi, acqua, spazi di cambio o recupero, pause e modalità di contatto. Non è sufficiente presumere che la struttura ospitante abbia servizi adeguati. Le informazioni operative sono accessibili alla squadra senza identificare utilizzatori o motivazioni personali; le carenze sono affrontate con il referente del sito e con alternative concrete.</w:t>
      </w:r>
    </w:p>
    <w:p w14:paraId="56F09206" w14:textId="77777777" w:rsidR="00F81D60" w:rsidRDefault="00000000">
      <w:pPr>
        <w:pStyle w:val="Titolo2"/>
      </w:pPr>
      <w:r>
        <w:t>21.2 Lavoro remoto e isolato</w:t>
      </w:r>
    </w:p>
    <w:p w14:paraId="661EE79D" w14:textId="77777777" w:rsidR="00F81D60" w:rsidRDefault="00000000">
      <w:r>
        <w:t>Il lavoro a distanza non è una soluzione obbligatoria né automaticamente più confortevole. Si verificano strumenti, organizzazione, pause, comunicazioni e condizioni compatibili con il lavoro. Non si richiedono foto di ambienti privati o videochiamate per controllare sintomi. Per attività isolate sono chiariti il canale di richiesta di aiuto e il raccordo alle procedure applicabili.</w:t>
      </w:r>
    </w:p>
    <w:p w14:paraId="4AA86067" w14:textId="77777777" w:rsidR="00F81D60" w:rsidRDefault="00000000">
      <w:pPr>
        <w:pStyle w:val="Titolo2"/>
      </w:pPr>
      <w:r>
        <w:t>21.3 Appaltatori e somministrazione</w:t>
      </w:r>
    </w:p>
    <w:p w14:paraId="38873E9D" w14:textId="77777777" w:rsidR="00F81D60" w:rsidRDefault="00000000">
      <w:r>
        <w:t>I diversi soggetti identificano chi gestisce aspetti ambientali, pause, turni, autorizzazioni e richieste individuali. L’organizzazione ospitante rende disponibili le informazioni sui servizi e sui presidi di sito; gli aspetti del rapporto di lavoro seguono le rispettive competenze. Il coordinamento non legittima lo scambio di diagnosi o di interi fascicoli personali.</w:t>
      </w:r>
    </w:p>
    <w:p w14:paraId="3779D5CB" w14:textId="77777777" w:rsidR="00F81D60" w:rsidRDefault="00000000">
      <w:pPr>
        <w:pStyle w:val="Titolo2"/>
      </w:pPr>
      <w:r>
        <w:t>21.4 Visitatori, tirocinanti e inserimenti temporanei</w:t>
      </w:r>
    </w:p>
    <w:p w14:paraId="580B8E88" w14:textId="77777777" w:rsidR="00F81D60" w:rsidRDefault="00000000">
      <w:r>
        <w:t>Il livello di applicazione è definito nel perimetro A02. Si assicurano istruzioni comprensibili e accesso ai servizi pertinenti, evitando che una permanenza breve renda invisibili le esigenze. Gli accompagnatori e i referenti di sito conoscono il canale da attivare per una richiesta senza sollecitare spiegazioni private.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005"/>
        <w:gridCol w:w="6972"/>
      </w:tblGrid>
      <w:tr w:rsidR="00F81D60" w14:paraId="5B7E1B71" w14:textId="77777777">
        <w:trPr>
          <w:tblHeader/>
          <w:jc w:val="center"/>
        </w:trPr>
        <w:tc>
          <w:tcPr>
            <w:tcW w:w="3005" w:type="dxa"/>
            <w:shd w:val="clear" w:color="auto" w:fill="17324D"/>
            <w:vAlign w:val="center"/>
          </w:tcPr>
          <w:p w14:paraId="4E67E3AD" w14:textId="77777777" w:rsidR="00F81D60" w:rsidRDefault="00000000">
            <w:pPr>
              <w:pStyle w:val="TableText"/>
              <w:spacing w:before="40" w:after="40"/>
            </w:pPr>
            <w:r>
              <w:rPr>
                <w:b/>
                <w:color w:val="FFFFFF"/>
              </w:rPr>
              <w:t>Verifica prima dell’attività</w:t>
            </w:r>
          </w:p>
        </w:tc>
        <w:tc>
          <w:tcPr>
            <w:tcW w:w="6973" w:type="dxa"/>
            <w:shd w:val="clear" w:color="auto" w:fill="17324D"/>
            <w:vAlign w:val="center"/>
          </w:tcPr>
          <w:p w14:paraId="02964FC0" w14:textId="77777777" w:rsidR="00F81D60" w:rsidRDefault="00000000">
            <w:pPr>
              <w:pStyle w:val="TableText"/>
              <w:spacing w:before="40" w:after="40"/>
            </w:pPr>
            <w:r>
              <w:rPr>
                <w:b/>
                <w:color w:val="FFFFFF"/>
              </w:rPr>
              <w:t>Esito da documentare in A25</w:t>
            </w:r>
          </w:p>
        </w:tc>
      </w:tr>
      <w:tr w:rsidR="00F81D60" w14:paraId="7EABB39B" w14:textId="77777777">
        <w:trPr>
          <w:cantSplit/>
          <w:jc w:val="center"/>
        </w:trPr>
        <w:tc>
          <w:tcPr>
            <w:tcW w:w="3005" w:type="dxa"/>
            <w:vAlign w:val="center"/>
          </w:tcPr>
          <w:p w14:paraId="0FEF9BB7" w14:textId="77777777" w:rsidR="00F81D60" w:rsidRDefault="00000000">
            <w:pPr>
              <w:pStyle w:val="TableText"/>
              <w:spacing w:before="40" w:after="40"/>
            </w:pPr>
            <w:r>
              <w:t>Servizi e logistica</w:t>
            </w:r>
          </w:p>
        </w:tc>
        <w:tc>
          <w:tcPr>
            <w:tcW w:w="6973" w:type="dxa"/>
            <w:vAlign w:val="center"/>
          </w:tcPr>
          <w:p w14:paraId="763587E8" w14:textId="77777777" w:rsidR="00F81D60" w:rsidRDefault="00000000">
            <w:pPr>
              <w:pStyle w:val="TableText"/>
              <w:spacing w:before="40" w:after="40"/>
            </w:pPr>
            <w:r>
              <w:t>Luogo, disponibilità nei turni, accesso, acqua, alternativa per indisponibilità.</w:t>
            </w:r>
          </w:p>
        </w:tc>
      </w:tr>
      <w:tr w:rsidR="00F81D60" w14:paraId="0039E75C" w14:textId="77777777">
        <w:trPr>
          <w:cantSplit/>
          <w:jc w:val="center"/>
        </w:trPr>
        <w:tc>
          <w:tcPr>
            <w:tcW w:w="3005" w:type="dxa"/>
            <w:shd w:val="clear" w:color="auto" w:fill="F5F7F9"/>
            <w:vAlign w:val="center"/>
          </w:tcPr>
          <w:p w14:paraId="1C1649E8" w14:textId="77777777" w:rsidR="00F81D60" w:rsidRDefault="00000000">
            <w:pPr>
              <w:pStyle w:val="TableText"/>
              <w:spacing w:before="40" w:after="40"/>
            </w:pPr>
            <w:r>
              <w:t>Ruoli e contatti</w:t>
            </w:r>
          </w:p>
        </w:tc>
        <w:tc>
          <w:tcPr>
            <w:tcW w:w="6973" w:type="dxa"/>
            <w:shd w:val="clear" w:color="auto" w:fill="F5F7F9"/>
            <w:vAlign w:val="center"/>
          </w:tcPr>
          <w:p w14:paraId="1E1E01DB" w14:textId="77777777" w:rsidR="00F81D60" w:rsidRDefault="00000000">
            <w:pPr>
              <w:pStyle w:val="TableText"/>
              <w:spacing w:before="40" w:after="40"/>
            </w:pPr>
            <w:r>
              <w:t>Datore di lavoro di riferimento, referente ospitante, preposto e canale riservato.</w:t>
            </w:r>
          </w:p>
        </w:tc>
      </w:tr>
      <w:tr w:rsidR="00F81D60" w14:paraId="337AFA8F" w14:textId="77777777">
        <w:trPr>
          <w:cantSplit/>
          <w:jc w:val="center"/>
        </w:trPr>
        <w:tc>
          <w:tcPr>
            <w:tcW w:w="3005" w:type="dxa"/>
            <w:vAlign w:val="center"/>
          </w:tcPr>
          <w:p w14:paraId="486D5BC2" w14:textId="77777777" w:rsidR="00F81D60" w:rsidRDefault="00000000">
            <w:pPr>
              <w:pStyle w:val="TableText"/>
              <w:spacing w:before="40" w:after="40"/>
            </w:pPr>
            <w:r>
              <w:t>Organizzazione e sicurezza</w:t>
            </w:r>
          </w:p>
        </w:tc>
        <w:tc>
          <w:tcPr>
            <w:tcW w:w="6973" w:type="dxa"/>
            <w:vAlign w:val="center"/>
          </w:tcPr>
          <w:p w14:paraId="2666092E" w14:textId="77777777" w:rsidR="00F81D60" w:rsidRDefault="00000000">
            <w:pPr>
              <w:pStyle w:val="TableText"/>
              <w:spacing w:before="40" w:after="40"/>
            </w:pPr>
            <w:r>
              <w:t>Possibilità di pausa, consegna, spazi sicuri e raccordo emergenze.</w:t>
            </w:r>
          </w:p>
        </w:tc>
      </w:tr>
      <w:tr w:rsidR="00F81D60" w14:paraId="6FCBDD05" w14:textId="77777777">
        <w:trPr>
          <w:cantSplit/>
          <w:jc w:val="center"/>
        </w:trPr>
        <w:tc>
          <w:tcPr>
            <w:tcW w:w="3005" w:type="dxa"/>
            <w:shd w:val="clear" w:color="auto" w:fill="F5F7F9"/>
            <w:vAlign w:val="center"/>
          </w:tcPr>
          <w:p w14:paraId="0FEB196B" w14:textId="77777777" w:rsidR="00F81D60" w:rsidRDefault="00000000">
            <w:pPr>
              <w:pStyle w:val="TableText"/>
              <w:spacing w:before="40" w:after="40"/>
            </w:pPr>
            <w:r>
              <w:t>Dati e informazioni</w:t>
            </w:r>
          </w:p>
        </w:tc>
        <w:tc>
          <w:tcPr>
            <w:tcW w:w="6973" w:type="dxa"/>
            <w:shd w:val="clear" w:color="auto" w:fill="F5F7F9"/>
            <w:vAlign w:val="center"/>
          </w:tcPr>
          <w:p w14:paraId="493ACCB3" w14:textId="77777777" w:rsidR="00F81D60" w:rsidRDefault="00000000">
            <w:pPr>
              <w:pStyle w:val="TableText"/>
              <w:spacing w:before="40" w:after="40"/>
            </w:pPr>
            <w:r>
              <w:t>Sole istruzioni necessarie; nessun trasferimento di informazioni cliniche tra organizzazioni.</w:t>
            </w:r>
          </w:p>
        </w:tc>
      </w:tr>
    </w:tbl>
    <w:p w14:paraId="7AEAFB87"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2842BE6D" w14:textId="77777777">
        <w:trPr>
          <w:tblHeader/>
          <w:jc w:val="center"/>
        </w:trPr>
        <w:tc>
          <w:tcPr>
            <w:tcW w:w="9978" w:type="dxa"/>
            <w:shd w:val="clear" w:color="auto" w:fill="17324D"/>
            <w:vAlign w:val="center"/>
          </w:tcPr>
          <w:p w14:paraId="23C06DD8" w14:textId="77777777" w:rsidR="00F81D60" w:rsidRDefault="00000000">
            <w:pPr>
              <w:pStyle w:val="TableText"/>
              <w:spacing w:before="40" w:after="40"/>
            </w:pPr>
            <w:r>
              <w:rPr>
                <w:b/>
                <w:color w:val="FFFFFF"/>
                <w:sz w:val="19"/>
              </w:rPr>
              <w:t>ESITO NEGATIVO</w:t>
            </w:r>
          </w:p>
        </w:tc>
      </w:tr>
      <w:tr w:rsidR="00F81D60" w14:paraId="6E72FA74" w14:textId="77777777">
        <w:trPr>
          <w:cantSplit/>
          <w:jc w:val="center"/>
        </w:trPr>
        <w:tc>
          <w:tcPr>
            <w:tcW w:w="9978" w:type="dxa"/>
            <w:shd w:val="clear" w:color="auto" w:fill="EAF3F4"/>
            <w:vAlign w:val="center"/>
          </w:tcPr>
          <w:p w14:paraId="239035F7" w14:textId="77777777" w:rsidR="00F81D60" w:rsidRDefault="00000000">
            <w:pPr>
              <w:pStyle w:val="TableText"/>
              <w:spacing w:before="40" w:after="40"/>
            </w:pPr>
            <w:r>
              <w:rPr>
                <w:sz w:val="19"/>
              </w:rPr>
              <w:t>Una barriera di sito si tratta come problema operativo da risolvere, non come onere della persona di adattarsi o divulgare la propria condizione al committente.</w:t>
            </w:r>
          </w:p>
        </w:tc>
      </w:tr>
    </w:tbl>
    <w:p w14:paraId="4BFF170C" w14:textId="77777777" w:rsidR="00F81D60" w:rsidRDefault="00F81D60">
      <w:pPr>
        <w:spacing w:after="0"/>
      </w:pPr>
    </w:p>
    <w:p w14:paraId="1423F836" w14:textId="77777777" w:rsidR="00F81D60" w:rsidRDefault="00000000">
      <w:r>
        <w:br w:type="page"/>
      </w:r>
    </w:p>
    <w:p w14:paraId="42F5E2B8" w14:textId="77777777" w:rsidR="00F81D60" w:rsidRDefault="00000000">
      <w:pPr>
        <w:pStyle w:val="Small"/>
      </w:pPr>
      <w:r>
        <w:rPr>
          <w:b/>
          <w:color w:val="006B70"/>
        </w:rPr>
        <w:t>PROCEDURA</w:t>
      </w:r>
    </w:p>
    <w:p w14:paraId="6E078209" w14:textId="77777777" w:rsidR="00F81D60" w:rsidRDefault="00000000">
      <w:pPr>
        <w:pStyle w:val="Titolo1"/>
      </w:pPr>
      <w:bookmarkStart w:id="32" w:name="P22"/>
      <w:r>
        <w:t>22 | Applicazione nelle piccole imprese</w:t>
      </w:r>
      <w:bookmarkEnd w:id="32"/>
    </w:p>
    <w:p w14:paraId="31148144" w14:textId="77777777" w:rsidR="00F81D60" w:rsidRDefault="00000000">
      <w:pPr>
        <w:pStyle w:val="Reference"/>
      </w:pPr>
      <w:r>
        <w:t>Base documentale: [ISO] § 5.8; [AZ] assetto proporzionato. Le istruzioni operative e i moduli sono elaborazioni aziendali del modello [AZ].</w:t>
      </w:r>
    </w:p>
    <w:p w14:paraId="7AAFDA0D" w14:textId="77777777" w:rsidR="00F81D60" w:rsidRDefault="00000000">
      <w:r>
        <w:t>Una piccola impresa può applicare la procedura senza creare strutture complesse. È possibile accorpare compiti gestionali e usare i moduli essenziali; non è invece corretto dichiarare non applicabile l’intero tema per mancanza di un ufficio HR o di richieste precedenti. La proporzionalità riguarda i mezzi, non l’eliminazione di ascolto, riservatezza e sicurezza.</w:t>
      </w:r>
    </w:p>
    <w:p w14:paraId="474D2872" w14:textId="77777777" w:rsidR="00F81D60" w:rsidRDefault="00000000">
      <w:pPr>
        <w:pStyle w:val="Titolo2"/>
      </w:pPr>
      <w:r>
        <w:t>Assetto minimo</w:t>
      </w:r>
    </w:p>
    <w:p w14:paraId="761583D7" w14:textId="77777777" w:rsidR="00F81D60" w:rsidRDefault="00000000">
      <w:r>
        <w:t>La direzione individua un referente e un’alternativa credibile, definisce i servizi disponibili, informa tutto il personale e concorda un percorso per eventuali richieste. RSPP e altri consulenti intervengono per le competenze necessarie. L’accesso ai dati non viene esteso a tutti perché l’organico è piccolo; anzi, si presta maggiore attenzione alla possibilità di riconoscere persone anche in dati apparentemente aggregati.</w:t>
      </w:r>
    </w:p>
    <w:p w14:paraId="326FB48F" w14:textId="77777777" w:rsidR="00F81D60" w:rsidRDefault="00000000">
      <w:pPr>
        <w:pStyle w:val="Titolo2"/>
      </w:pPr>
      <w:r>
        <w:t>Usare processi e risorse esistenti</w:t>
      </w:r>
    </w:p>
    <w:p w14:paraId="026EA9B2" w14:textId="77777777" w:rsidR="00F81D60" w:rsidRDefault="00000000">
      <w:r>
        <w:t>La politica può essere integrata nelle regole già presenti su sicurezza, orario e rispetto delle persone. Si usano fonti attendibili e materiali gratuiti quando adeguati, verificando provenienza e aggiornamento. Reti imprenditoriali e comunità di pratica possono sostenere formazione e confronto sui processi, senza condividere casi individuali riconoscibili o fascicoli.</w:t>
      </w:r>
    </w:p>
    <w:p w14:paraId="6A70B9AC" w14:textId="77777777" w:rsidR="00F81D60" w:rsidRDefault="00000000">
      <w:pPr>
        <w:pStyle w:val="Titolo2"/>
      </w:pPr>
      <w:r>
        <w:t>Sequenza di intervento</w:t>
      </w:r>
    </w:p>
    <w:p w14:paraId="018FFB8B" w14:textId="77777777" w:rsidR="00F81D60" w:rsidRDefault="00000000">
      <w:r>
        <w:t>Si parte da accesso ai servizi e acqua, gestione discreta dei prodotti e dei ricambi, possibilità di pausa, canale alternativo e preparazione dei responsabili. Successivamente si pianificano modifiche più impegnative con valutazione tecnica e risorse. La mancata disponibilità immediata di una soluzione strutturale richiede un’alternativa ragionata, non un diniego indifferenziato.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438"/>
        <w:gridCol w:w="7539"/>
      </w:tblGrid>
      <w:tr w:rsidR="00F81D60" w14:paraId="44870D91" w14:textId="77777777">
        <w:trPr>
          <w:tblHeader/>
          <w:jc w:val="center"/>
        </w:trPr>
        <w:tc>
          <w:tcPr>
            <w:tcW w:w="2438" w:type="dxa"/>
            <w:shd w:val="clear" w:color="auto" w:fill="17324D"/>
            <w:vAlign w:val="center"/>
          </w:tcPr>
          <w:p w14:paraId="0BB1B7E0" w14:textId="77777777" w:rsidR="00F81D60" w:rsidRDefault="00000000">
            <w:pPr>
              <w:pStyle w:val="TableText"/>
              <w:spacing w:before="40" w:after="40"/>
            </w:pPr>
            <w:r>
              <w:rPr>
                <w:b/>
                <w:color w:val="FFFFFF"/>
              </w:rPr>
              <w:t>Strumento</w:t>
            </w:r>
          </w:p>
        </w:tc>
        <w:tc>
          <w:tcPr>
            <w:tcW w:w="7540" w:type="dxa"/>
            <w:shd w:val="clear" w:color="auto" w:fill="17324D"/>
            <w:vAlign w:val="center"/>
          </w:tcPr>
          <w:p w14:paraId="3BE7BE94" w14:textId="77777777" w:rsidR="00F81D60" w:rsidRDefault="00000000">
            <w:pPr>
              <w:pStyle w:val="TableText"/>
              <w:spacing w:before="40" w:after="40"/>
            </w:pPr>
            <w:r>
              <w:rPr>
                <w:b/>
                <w:color w:val="FFFFFF"/>
              </w:rPr>
              <w:t>Uso proporzionato</w:t>
            </w:r>
          </w:p>
        </w:tc>
      </w:tr>
      <w:tr w:rsidR="00F81D60" w14:paraId="1FAFA479" w14:textId="77777777">
        <w:trPr>
          <w:cantSplit/>
          <w:jc w:val="center"/>
        </w:trPr>
        <w:tc>
          <w:tcPr>
            <w:tcW w:w="2438" w:type="dxa"/>
            <w:vAlign w:val="center"/>
          </w:tcPr>
          <w:p w14:paraId="0C205516" w14:textId="77777777" w:rsidR="00F81D60" w:rsidRDefault="00000000">
            <w:pPr>
              <w:pStyle w:val="TableText"/>
              <w:spacing w:before="40" w:after="40"/>
            </w:pPr>
            <w:r>
              <w:t>A01–A05</w:t>
            </w:r>
          </w:p>
        </w:tc>
        <w:tc>
          <w:tcPr>
            <w:tcW w:w="7540" w:type="dxa"/>
            <w:vAlign w:val="center"/>
          </w:tcPr>
          <w:p w14:paraId="4F6CE590" w14:textId="77777777" w:rsidR="00F81D60" w:rsidRDefault="00000000">
            <w:pPr>
              <w:pStyle w:val="TableText"/>
              <w:spacing w:before="40" w:after="40"/>
            </w:pPr>
            <w:r>
              <w:t>Politica, perimetro, responsabili e consultazione: possibile gestione in un unico fascicolo controllato.</w:t>
            </w:r>
          </w:p>
        </w:tc>
      </w:tr>
      <w:tr w:rsidR="00F81D60" w14:paraId="14410DC3" w14:textId="77777777">
        <w:trPr>
          <w:cantSplit/>
          <w:jc w:val="center"/>
        </w:trPr>
        <w:tc>
          <w:tcPr>
            <w:tcW w:w="2438" w:type="dxa"/>
            <w:shd w:val="clear" w:color="auto" w:fill="F5F7F9"/>
            <w:vAlign w:val="center"/>
          </w:tcPr>
          <w:p w14:paraId="304583A9" w14:textId="77777777" w:rsidR="00F81D60" w:rsidRDefault="00000000">
            <w:pPr>
              <w:pStyle w:val="TableText"/>
              <w:spacing w:before="40" w:after="40"/>
            </w:pPr>
            <w:r>
              <w:t>A06–A08 e A17</w:t>
            </w:r>
          </w:p>
        </w:tc>
        <w:tc>
          <w:tcPr>
            <w:tcW w:w="7540" w:type="dxa"/>
            <w:shd w:val="clear" w:color="auto" w:fill="F5F7F9"/>
            <w:vAlign w:val="center"/>
          </w:tcPr>
          <w:p w14:paraId="75D8ABBB" w14:textId="77777777" w:rsidR="00F81D60" w:rsidRDefault="00000000">
            <w:pPr>
              <w:pStyle w:val="TableText"/>
              <w:spacing w:before="40" w:after="40"/>
            </w:pPr>
            <w:r>
              <w:t>Verifica e azioni: utilizzare Word o Excel come master, evitando doppie registrazioni incoerenti.</w:t>
            </w:r>
          </w:p>
        </w:tc>
      </w:tr>
      <w:tr w:rsidR="00F81D60" w14:paraId="4993F7E9" w14:textId="77777777">
        <w:trPr>
          <w:cantSplit/>
          <w:jc w:val="center"/>
        </w:trPr>
        <w:tc>
          <w:tcPr>
            <w:tcW w:w="2438" w:type="dxa"/>
            <w:vAlign w:val="center"/>
          </w:tcPr>
          <w:p w14:paraId="1EB9A9D0" w14:textId="77777777" w:rsidR="00F81D60" w:rsidRDefault="00000000">
            <w:pPr>
              <w:pStyle w:val="TableText"/>
              <w:spacing w:before="40" w:after="40"/>
            </w:pPr>
            <w:r>
              <w:t>A09–A14</w:t>
            </w:r>
          </w:p>
        </w:tc>
        <w:tc>
          <w:tcPr>
            <w:tcW w:w="7540" w:type="dxa"/>
            <w:vAlign w:val="center"/>
          </w:tcPr>
          <w:p w14:paraId="53B45E56" w14:textId="77777777" w:rsidR="00F81D60" w:rsidRDefault="00000000">
            <w:pPr>
              <w:pStyle w:val="TableText"/>
              <w:spacing w:before="40" w:after="40"/>
            </w:pPr>
            <w:r>
              <w:t>Solo per necessità individuali: non compilare preventivamente moduli per ogni dipendente.</w:t>
            </w:r>
          </w:p>
        </w:tc>
      </w:tr>
      <w:tr w:rsidR="00F81D60" w14:paraId="0AA72B62" w14:textId="77777777">
        <w:trPr>
          <w:cantSplit/>
          <w:jc w:val="center"/>
        </w:trPr>
        <w:tc>
          <w:tcPr>
            <w:tcW w:w="2438" w:type="dxa"/>
            <w:shd w:val="clear" w:color="auto" w:fill="F5F7F9"/>
            <w:vAlign w:val="center"/>
          </w:tcPr>
          <w:p w14:paraId="4C9A8A59" w14:textId="77777777" w:rsidR="00F81D60" w:rsidRDefault="00000000">
            <w:pPr>
              <w:pStyle w:val="TableText"/>
              <w:spacing w:before="40" w:after="40"/>
            </w:pPr>
            <w:r>
              <w:t>A18–A19</w:t>
            </w:r>
          </w:p>
        </w:tc>
        <w:tc>
          <w:tcPr>
            <w:tcW w:w="7540" w:type="dxa"/>
            <w:shd w:val="clear" w:color="auto" w:fill="F5F7F9"/>
            <w:vAlign w:val="center"/>
          </w:tcPr>
          <w:p w14:paraId="5FBA56F7" w14:textId="77777777" w:rsidR="00F81D60" w:rsidRDefault="00000000">
            <w:pPr>
              <w:pStyle w:val="TableText"/>
              <w:spacing w:before="40" w:after="40"/>
            </w:pPr>
            <w:r>
              <w:t>Definire comunque liceità, accessi e conservazione; proteggere le informazioni anche in archivi semplici.</w:t>
            </w:r>
          </w:p>
        </w:tc>
      </w:tr>
      <w:tr w:rsidR="00F81D60" w14:paraId="6236F03C" w14:textId="77777777">
        <w:trPr>
          <w:cantSplit/>
          <w:jc w:val="center"/>
        </w:trPr>
        <w:tc>
          <w:tcPr>
            <w:tcW w:w="2438" w:type="dxa"/>
            <w:vAlign w:val="center"/>
          </w:tcPr>
          <w:p w14:paraId="4A38066C" w14:textId="77777777" w:rsidR="00F81D60" w:rsidRDefault="00000000">
            <w:pPr>
              <w:pStyle w:val="TableText"/>
              <w:spacing w:before="40" w:after="40"/>
            </w:pPr>
            <w:r>
              <w:t>A22–A24 e A30</w:t>
            </w:r>
          </w:p>
        </w:tc>
        <w:tc>
          <w:tcPr>
            <w:tcW w:w="7540" w:type="dxa"/>
            <w:vAlign w:val="center"/>
          </w:tcPr>
          <w:p w14:paraId="625B436F" w14:textId="77777777" w:rsidR="00F81D60" w:rsidRDefault="00000000">
            <w:pPr>
              <w:pStyle w:val="TableText"/>
              <w:spacing w:before="40" w:after="40"/>
            </w:pPr>
            <w:r>
              <w:t>Formazione essenziale, controllo degli esiti, riesame e verifica prima dell’avvio.</w:t>
            </w:r>
          </w:p>
        </w:tc>
      </w:tr>
    </w:tbl>
    <w:p w14:paraId="70AB11C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197FBA2C" w14:textId="77777777">
        <w:trPr>
          <w:tblHeader/>
          <w:jc w:val="center"/>
        </w:trPr>
        <w:tc>
          <w:tcPr>
            <w:tcW w:w="9978" w:type="dxa"/>
            <w:shd w:val="clear" w:color="auto" w:fill="17324D"/>
            <w:vAlign w:val="center"/>
          </w:tcPr>
          <w:p w14:paraId="6DD4D86D" w14:textId="77777777" w:rsidR="00F81D60" w:rsidRDefault="00000000">
            <w:pPr>
              <w:pStyle w:val="TableText"/>
              <w:spacing w:before="40" w:after="40"/>
            </w:pPr>
            <w:r>
              <w:rPr>
                <w:b/>
                <w:color w:val="FFFFFF"/>
                <w:sz w:val="19"/>
              </w:rPr>
              <w:t>NESSUN OBBLIGO DI PRODURRE MODULI VUOTI</w:t>
            </w:r>
          </w:p>
        </w:tc>
      </w:tr>
      <w:tr w:rsidR="00F81D60" w14:paraId="6702FC59" w14:textId="77777777">
        <w:trPr>
          <w:cantSplit/>
          <w:jc w:val="center"/>
        </w:trPr>
        <w:tc>
          <w:tcPr>
            <w:tcW w:w="9978" w:type="dxa"/>
            <w:shd w:val="clear" w:color="auto" w:fill="EAF3F4"/>
            <w:vAlign w:val="center"/>
          </w:tcPr>
          <w:p w14:paraId="5415E51A" w14:textId="77777777" w:rsidR="00F81D60" w:rsidRDefault="00000000">
            <w:pPr>
              <w:pStyle w:val="TableText"/>
              <w:spacing w:before="40" w:after="40"/>
            </w:pPr>
            <w:r>
              <w:rPr>
                <w:sz w:val="19"/>
              </w:rPr>
              <w:t>Gli allegati restano modelli disponibili. Si compilano quando ricorre il processo cui si riferiscono. Le non applicabilità devono essere motivate, senza confonderle con l’assenza di una struttura dedicata.</w:t>
            </w:r>
          </w:p>
        </w:tc>
      </w:tr>
    </w:tbl>
    <w:p w14:paraId="7897BD5E" w14:textId="77777777" w:rsidR="00F81D60" w:rsidRDefault="00F81D60">
      <w:pPr>
        <w:spacing w:after="0"/>
      </w:pPr>
    </w:p>
    <w:p w14:paraId="7048B396" w14:textId="77777777" w:rsidR="00F81D60" w:rsidRDefault="00000000">
      <w:r>
        <w:br w:type="page"/>
      </w:r>
    </w:p>
    <w:p w14:paraId="301E65D3" w14:textId="77777777" w:rsidR="00F81D60" w:rsidRDefault="00000000">
      <w:pPr>
        <w:pStyle w:val="Small"/>
      </w:pPr>
      <w:r>
        <w:rPr>
          <w:b/>
          <w:color w:val="006B70"/>
        </w:rPr>
        <w:t>PROCEDURA</w:t>
      </w:r>
    </w:p>
    <w:p w14:paraId="19350B86" w14:textId="77777777" w:rsidR="00F81D60" w:rsidRDefault="00000000">
      <w:pPr>
        <w:pStyle w:val="Titolo1"/>
      </w:pPr>
      <w:bookmarkStart w:id="33" w:name="P23"/>
      <w:r>
        <w:t>23 | Audit e collegamento con la checklist</w:t>
      </w:r>
      <w:bookmarkEnd w:id="33"/>
    </w:p>
    <w:p w14:paraId="2307CC2D" w14:textId="77777777" w:rsidR="00F81D60" w:rsidRDefault="00000000">
      <w:pPr>
        <w:pStyle w:val="Reference"/>
      </w:pPr>
      <w:r>
        <w:t>Base documentale: [ISO] allegato C e § 5.9; [XLS] GUIDA, CHECKLIST, CATALOGO. Le istruzioni operative e i moduli sono elaborazioni aziendali del modello [AZ].</w:t>
      </w:r>
    </w:p>
    <w:p w14:paraId="7D30B289" w14:textId="77777777" w:rsidR="00F81D60" w:rsidRDefault="00000000">
      <w:r>
        <w:t>A06 riporta integralmente le 160 domande operative del catalogo Excel fornito, mantenendo gli ID MM-001–MM-160 e le 16 aree. Sono domande rielaborate del modello, non requisiti autonomi né una traduzione ufficiale dell’allegato C ISO. A07 consente di registrare evidenza, data, verificatore, motivazione ed eventuale azione per ciascuna voce.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28"/>
        <w:gridCol w:w="4081"/>
        <w:gridCol w:w="3968"/>
      </w:tblGrid>
      <w:tr w:rsidR="00F81D60" w14:paraId="79C437EA" w14:textId="77777777">
        <w:trPr>
          <w:tblHeader/>
          <w:jc w:val="center"/>
        </w:trPr>
        <w:tc>
          <w:tcPr>
            <w:tcW w:w="1928" w:type="dxa"/>
            <w:shd w:val="clear" w:color="auto" w:fill="17324D"/>
            <w:vAlign w:val="center"/>
          </w:tcPr>
          <w:p w14:paraId="503E29F4" w14:textId="77777777" w:rsidR="00F81D60" w:rsidRDefault="00000000">
            <w:pPr>
              <w:pStyle w:val="TableText"/>
              <w:spacing w:before="40" w:after="40"/>
            </w:pPr>
            <w:r>
              <w:rPr>
                <w:b/>
                <w:color w:val="FFFFFF"/>
              </w:rPr>
              <w:t>Esito</w:t>
            </w:r>
          </w:p>
        </w:tc>
        <w:tc>
          <w:tcPr>
            <w:tcW w:w="4082" w:type="dxa"/>
            <w:shd w:val="clear" w:color="auto" w:fill="17324D"/>
            <w:vAlign w:val="center"/>
          </w:tcPr>
          <w:p w14:paraId="7BDC5CF7" w14:textId="77777777" w:rsidR="00F81D60" w:rsidRDefault="00000000">
            <w:pPr>
              <w:pStyle w:val="TableText"/>
              <w:spacing w:before="40" w:after="40"/>
            </w:pPr>
            <w:r>
              <w:rPr>
                <w:b/>
                <w:color w:val="FFFFFF"/>
              </w:rPr>
              <w:t>Quando usarlo</w:t>
            </w:r>
          </w:p>
        </w:tc>
        <w:tc>
          <w:tcPr>
            <w:tcW w:w="3969" w:type="dxa"/>
            <w:shd w:val="clear" w:color="auto" w:fill="17324D"/>
            <w:vAlign w:val="center"/>
          </w:tcPr>
          <w:p w14:paraId="4FE75C13" w14:textId="77777777" w:rsidR="00F81D60" w:rsidRDefault="00000000">
            <w:pPr>
              <w:pStyle w:val="TableText"/>
              <w:spacing w:before="40" w:after="40"/>
            </w:pPr>
            <w:r>
              <w:rPr>
                <w:b/>
                <w:color w:val="FFFFFF"/>
              </w:rPr>
              <w:t>Seguito richiesto</w:t>
            </w:r>
          </w:p>
        </w:tc>
      </w:tr>
      <w:tr w:rsidR="00F81D60" w14:paraId="083A3974" w14:textId="77777777">
        <w:trPr>
          <w:cantSplit/>
          <w:jc w:val="center"/>
        </w:trPr>
        <w:tc>
          <w:tcPr>
            <w:tcW w:w="1928" w:type="dxa"/>
            <w:vAlign w:val="center"/>
          </w:tcPr>
          <w:p w14:paraId="77A2053D" w14:textId="77777777" w:rsidR="00F81D60" w:rsidRDefault="00000000">
            <w:pPr>
              <w:pStyle w:val="TableText"/>
              <w:spacing w:before="40" w:after="40"/>
            </w:pPr>
            <w:r>
              <w:t>Sì</w:t>
            </w:r>
          </w:p>
        </w:tc>
        <w:tc>
          <w:tcPr>
            <w:tcW w:w="4082" w:type="dxa"/>
            <w:vAlign w:val="center"/>
          </w:tcPr>
          <w:p w14:paraId="1DAFF178" w14:textId="77777777" w:rsidR="00F81D60" w:rsidRDefault="00000000">
            <w:pPr>
              <w:pStyle w:val="TableText"/>
              <w:spacing w:before="40" w:after="40"/>
            </w:pPr>
            <w:r>
              <w:t>Pratica attuata nel perimetro e sostenuta da riscontro.</w:t>
            </w:r>
          </w:p>
        </w:tc>
        <w:tc>
          <w:tcPr>
            <w:tcW w:w="3969" w:type="dxa"/>
            <w:vAlign w:val="center"/>
          </w:tcPr>
          <w:p w14:paraId="01CF4943" w14:textId="77777777" w:rsidR="00F81D60" w:rsidRDefault="00000000">
            <w:pPr>
              <w:pStyle w:val="TableText"/>
              <w:spacing w:before="40" w:after="40"/>
            </w:pPr>
            <w:r>
              <w:t>Registrare la prova, mantenere la misura e riesaminarla.</w:t>
            </w:r>
          </w:p>
        </w:tc>
      </w:tr>
      <w:tr w:rsidR="00F81D60" w14:paraId="1784E473" w14:textId="77777777">
        <w:trPr>
          <w:cantSplit/>
          <w:jc w:val="center"/>
        </w:trPr>
        <w:tc>
          <w:tcPr>
            <w:tcW w:w="1928" w:type="dxa"/>
            <w:shd w:val="clear" w:color="auto" w:fill="F5F7F9"/>
            <w:vAlign w:val="center"/>
          </w:tcPr>
          <w:p w14:paraId="3CBACDC4" w14:textId="77777777" w:rsidR="00F81D60" w:rsidRDefault="00000000">
            <w:pPr>
              <w:pStyle w:val="TableText"/>
              <w:spacing w:before="40" w:after="40"/>
            </w:pPr>
            <w:r>
              <w:t>Parziale</w:t>
            </w:r>
          </w:p>
        </w:tc>
        <w:tc>
          <w:tcPr>
            <w:tcW w:w="4082" w:type="dxa"/>
            <w:shd w:val="clear" w:color="auto" w:fill="F5F7F9"/>
            <w:vAlign w:val="center"/>
          </w:tcPr>
          <w:p w14:paraId="6574B2A1" w14:textId="77777777" w:rsidR="00F81D60" w:rsidRDefault="00000000">
            <w:pPr>
              <w:pStyle w:val="TableText"/>
              <w:spacing w:before="40" w:after="40"/>
            </w:pPr>
            <w:r>
              <w:t>Pratica applicabile ma incompleta o non accessibile in tutto il perimetro.</w:t>
            </w:r>
          </w:p>
        </w:tc>
        <w:tc>
          <w:tcPr>
            <w:tcW w:w="3969" w:type="dxa"/>
            <w:shd w:val="clear" w:color="auto" w:fill="F5F7F9"/>
            <w:vAlign w:val="center"/>
          </w:tcPr>
          <w:p w14:paraId="48F5C49F" w14:textId="77777777" w:rsidR="00F81D60" w:rsidRDefault="00000000">
            <w:pPr>
              <w:pStyle w:val="TableText"/>
              <w:spacing w:before="40" w:after="40"/>
            </w:pPr>
            <w:r>
              <w:t>Descrivere ciò che manca; assegnare azione, responsabile e data.</w:t>
            </w:r>
          </w:p>
        </w:tc>
      </w:tr>
      <w:tr w:rsidR="00F81D60" w14:paraId="36B56B72" w14:textId="77777777">
        <w:trPr>
          <w:cantSplit/>
          <w:jc w:val="center"/>
        </w:trPr>
        <w:tc>
          <w:tcPr>
            <w:tcW w:w="1928" w:type="dxa"/>
            <w:vAlign w:val="center"/>
          </w:tcPr>
          <w:p w14:paraId="603CDDB3" w14:textId="77777777" w:rsidR="00F81D60" w:rsidRDefault="00000000">
            <w:pPr>
              <w:pStyle w:val="TableText"/>
              <w:spacing w:before="40" w:after="40"/>
            </w:pPr>
            <w:r>
              <w:t>No</w:t>
            </w:r>
          </w:p>
        </w:tc>
        <w:tc>
          <w:tcPr>
            <w:tcW w:w="4082" w:type="dxa"/>
            <w:vAlign w:val="center"/>
          </w:tcPr>
          <w:p w14:paraId="1A1218A3" w14:textId="77777777" w:rsidR="00F81D60" w:rsidRDefault="00000000">
            <w:pPr>
              <w:pStyle w:val="TableText"/>
              <w:spacing w:before="40" w:after="40"/>
            </w:pPr>
            <w:r>
              <w:t>Pratica pertinente non attuata.</w:t>
            </w:r>
          </w:p>
        </w:tc>
        <w:tc>
          <w:tcPr>
            <w:tcW w:w="3969" w:type="dxa"/>
            <w:vAlign w:val="center"/>
          </w:tcPr>
          <w:p w14:paraId="4347DB50" w14:textId="77777777" w:rsidR="00F81D60" w:rsidRDefault="00000000">
            <w:pPr>
              <w:pStyle w:val="TableText"/>
              <w:spacing w:before="40" w:after="40"/>
            </w:pPr>
            <w:r>
              <w:t>Documentare il rilievo; pianificare la soluzione e gli eventuali presidi immediati.</w:t>
            </w:r>
          </w:p>
        </w:tc>
      </w:tr>
      <w:tr w:rsidR="00F81D60" w14:paraId="094AB299" w14:textId="77777777">
        <w:trPr>
          <w:cantSplit/>
          <w:jc w:val="center"/>
        </w:trPr>
        <w:tc>
          <w:tcPr>
            <w:tcW w:w="1928" w:type="dxa"/>
            <w:shd w:val="clear" w:color="auto" w:fill="F5F7F9"/>
            <w:vAlign w:val="center"/>
          </w:tcPr>
          <w:p w14:paraId="68E7D704" w14:textId="77777777" w:rsidR="00F81D60" w:rsidRDefault="00000000">
            <w:pPr>
              <w:pStyle w:val="TableText"/>
              <w:spacing w:before="40" w:after="40"/>
            </w:pPr>
            <w:r>
              <w:t>Non applicabile</w:t>
            </w:r>
          </w:p>
        </w:tc>
        <w:tc>
          <w:tcPr>
            <w:tcW w:w="4082" w:type="dxa"/>
            <w:shd w:val="clear" w:color="auto" w:fill="F5F7F9"/>
            <w:vAlign w:val="center"/>
          </w:tcPr>
          <w:p w14:paraId="2130B628" w14:textId="77777777" w:rsidR="00F81D60" w:rsidRDefault="00000000">
            <w:pPr>
              <w:pStyle w:val="TableText"/>
              <w:spacing w:before="40" w:after="40"/>
            </w:pPr>
            <w:r>
              <w:t>Esclusione giustificata dal processo, sito o contesto.</w:t>
            </w:r>
          </w:p>
        </w:tc>
        <w:tc>
          <w:tcPr>
            <w:tcW w:w="3969" w:type="dxa"/>
            <w:shd w:val="clear" w:color="auto" w:fill="F5F7F9"/>
            <w:vAlign w:val="center"/>
          </w:tcPr>
          <w:p w14:paraId="64C8E01D" w14:textId="77777777" w:rsidR="00F81D60" w:rsidRDefault="00000000">
            <w:pPr>
              <w:pStyle w:val="TableText"/>
              <w:spacing w:before="40" w:after="40"/>
            </w:pPr>
            <w:r>
              <w:t>Motivare, datare, identificare il verificatore e il trigger di riesame.</w:t>
            </w:r>
          </w:p>
        </w:tc>
      </w:tr>
      <w:tr w:rsidR="00F81D60" w14:paraId="55442FE4" w14:textId="77777777">
        <w:trPr>
          <w:cantSplit/>
          <w:jc w:val="center"/>
        </w:trPr>
        <w:tc>
          <w:tcPr>
            <w:tcW w:w="1928" w:type="dxa"/>
            <w:vAlign w:val="center"/>
          </w:tcPr>
          <w:p w14:paraId="11B246F1" w14:textId="77777777" w:rsidR="00F81D60" w:rsidRDefault="00000000">
            <w:pPr>
              <w:pStyle w:val="TableText"/>
              <w:spacing w:before="40" w:after="40"/>
            </w:pPr>
            <w:r>
              <w:t>Da verificare</w:t>
            </w:r>
          </w:p>
        </w:tc>
        <w:tc>
          <w:tcPr>
            <w:tcW w:w="4082" w:type="dxa"/>
            <w:vAlign w:val="center"/>
          </w:tcPr>
          <w:p w14:paraId="7F58373B" w14:textId="77777777" w:rsidR="00F81D60" w:rsidRDefault="00000000">
            <w:pPr>
              <w:pStyle w:val="TableText"/>
              <w:spacing w:before="40" w:after="40"/>
            </w:pPr>
            <w:r>
              <w:t>Elementi insufficienti per una conclusione.</w:t>
            </w:r>
          </w:p>
        </w:tc>
        <w:tc>
          <w:tcPr>
            <w:tcW w:w="3969" w:type="dxa"/>
            <w:vAlign w:val="center"/>
          </w:tcPr>
          <w:p w14:paraId="764BCEA9" w14:textId="77777777" w:rsidR="00F81D60" w:rsidRDefault="00000000">
            <w:pPr>
              <w:pStyle w:val="TableText"/>
              <w:spacing w:before="40" w:after="40"/>
            </w:pPr>
            <w:r>
              <w:t>Definire istruttoria, documenti da esaminare, responsabile e data.</w:t>
            </w:r>
          </w:p>
        </w:tc>
      </w:tr>
    </w:tbl>
    <w:p w14:paraId="33EE1977" w14:textId="77777777" w:rsidR="00F81D60" w:rsidRDefault="00F81D60">
      <w:pPr>
        <w:spacing w:after="0"/>
      </w:pPr>
    </w:p>
    <w:p w14:paraId="5053C9B0" w14:textId="77777777" w:rsidR="00F81D60" w:rsidRDefault="00000000">
      <w:pPr>
        <w:pStyle w:val="Titolo2"/>
      </w:pPr>
      <w:r>
        <w:t>Regole delle evidenze</w:t>
      </w:r>
    </w:p>
    <w:p w14:paraId="396D4E83" w14:textId="77777777" w:rsidR="00F81D60" w:rsidRDefault="00000000">
      <w:r>
        <w:t>Una verifica conclusiva richiede evidenza o motivazione N.A., data valida e verificatore. Un “Sì” senza prova non è completo; un’esclusione priva di motivazione non incrementa la copertura. Le evidenze descrivono la pratica: documento approvato, controllo del servizio, prova del canale, istruzione o verbale depurato da informazioni personali. Non si raccolgono testimonianze sanitarie per dimostrare un requisito.</w:t>
      </w:r>
    </w:p>
    <w:p w14:paraId="3169CECF" w14:textId="77777777" w:rsidR="00F81D60" w:rsidRDefault="00000000">
      <w:pPr>
        <w:pStyle w:val="Titolo2"/>
      </w:pPr>
      <w:r>
        <w:t>Campionamento e limiti</w:t>
      </w:r>
    </w:p>
    <w:p w14:paraId="432F9F29" w14:textId="77777777" w:rsidR="00F81D60" w:rsidRDefault="00000000">
      <w:r>
        <w:t>L’audit verifica il perimetro dichiarato e considera sedi, turni e modalità di lavoro effettive. Il campionamento deve essere descritto in A07: la presenza di un servizio in una sola sede non prova l’attuazione in tutte. Dove mancano elementi, il verificatore non estende per inferenza un esito positivo. L’indipendenza del verificatore è perseguita ove praticabile; i conflitti vengono dichiarati.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B174BA7" w14:textId="77777777">
        <w:trPr>
          <w:tblHeader/>
          <w:jc w:val="center"/>
        </w:trPr>
        <w:tc>
          <w:tcPr>
            <w:tcW w:w="9978" w:type="dxa"/>
            <w:shd w:val="clear" w:color="auto" w:fill="17324D"/>
            <w:vAlign w:val="center"/>
          </w:tcPr>
          <w:p w14:paraId="14F9B812" w14:textId="77777777" w:rsidR="00F81D60" w:rsidRDefault="00000000">
            <w:pPr>
              <w:pStyle w:val="TableText"/>
              <w:spacing w:before="40" w:after="40"/>
            </w:pPr>
            <w:r>
              <w:rPr>
                <w:b/>
                <w:color w:val="FFFFFF"/>
                <w:sz w:val="19"/>
              </w:rPr>
              <w:t>UNA BASELINE PER OGNI CAMPAGNA</w:t>
            </w:r>
          </w:p>
        </w:tc>
      </w:tr>
      <w:tr w:rsidR="00F81D60" w14:paraId="32E87A1E" w14:textId="77777777">
        <w:trPr>
          <w:cantSplit/>
          <w:jc w:val="center"/>
        </w:trPr>
        <w:tc>
          <w:tcPr>
            <w:tcW w:w="9978" w:type="dxa"/>
            <w:shd w:val="clear" w:color="auto" w:fill="EAF3F4"/>
            <w:vAlign w:val="center"/>
          </w:tcPr>
          <w:p w14:paraId="57BE1996" w14:textId="77777777" w:rsidR="00F81D60" w:rsidRDefault="00000000">
            <w:pPr>
              <w:pStyle w:val="TableText"/>
              <w:spacing w:before="40" w:after="40"/>
            </w:pPr>
            <w:r>
              <w:rPr>
                <w:sz w:val="19"/>
              </w:rPr>
              <w:t>Le chiusure delle azioni non trasformano retroattivamente “No” e “Parziale” in “Sì”. Una nuova verifica richiede una nuova campagna o revisione chiaramente distinta. La baseline precedente resta conservata secondo le regole documentali.</w:t>
            </w:r>
          </w:p>
        </w:tc>
      </w:tr>
    </w:tbl>
    <w:p w14:paraId="1BA19696" w14:textId="77777777" w:rsidR="00F81D60" w:rsidRDefault="00F81D60">
      <w:pPr>
        <w:spacing w:after="0"/>
      </w:pPr>
    </w:p>
    <w:p w14:paraId="211AA91F" w14:textId="77777777" w:rsidR="00F81D60" w:rsidRDefault="00000000">
      <w:r>
        <w:br w:type="page"/>
      </w:r>
    </w:p>
    <w:p w14:paraId="16D6DFAF" w14:textId="77777777" w:rsidR="00F81D60" w:rsidRDefault="00000000">
      <w:pPr>
        <w:pStyle w:val="Small"/>
      </w:pPr>
      <w:r>
        <w:rPr>
          <w:b/>
          <w:color w:val="006B70"/>
        </w:rPr>
        <w:t>PROCEDURA</w:t>
      </w:r>
    </w:p>
    <w:p w14:paraId="4C4FF2BF" w14:textId="77777777" w:rsidR="00F81D60" w:rsidRDefault="00000000">
      <w:pPr>
        <w:pStyle w:val="Titolo1"/>
      </w:pPr>
      <w:bookmarkStart w:id="34" w:name="P23_B"/>
      <w:r>
        <w:t>23 | Piano azioni e uso coerente di Excel</w:t>
      </w:r>
      <w:bookmarkEnd w:id="34"/>
    </w:p>
    <w:p w14:paraId="32206FBD" w14:textId="77777777" w:rsidR="00F81D60" w:rsidRDefault="00000000">
      <w:pPr>
        <w:pStyle w:val="Reference"/>
      </w:pPr>
      <w:r>
        <w:t>Base documentale: [XLS] GUIDA, PIANO_AZIONI, PARAMETRI e DASHBOARD; [AZ] A17. Le istruzioni operative e i moduli sono elaborazioni aziendali del modello [AZ].</w:t>
      </w:r>
    </w:p>
    <w:p w14:paraId="216B8426" w14:textId="77777777" w:rsidR="00F81D60" w:rsidRDefault="00000000">
      <w:r>
        <w:t>L’organizzazione sceglie un registro master: il file Excel per il monitoraggio complessivo oppure A06–A07 e A17 in un sistema documentale. Gli eventuali riporti tra strumenti sono verificati; non si devono mantenere due stati incompatibili. Per ogni campagna si registrano nome file, versione, perimetro e custode.</w:t>
      </w:r>
    </w:p>
    <w:p w14:paraId="34B95B28" w14:textId="77777777" w:rsidR="00F81D60" w:rsidRDefault="00000000">
      <w:pPr>
        <w:pStyle w:val="Titolo2"/>
      </w:pPr>
      <w:r>
        <w:t>Compilazione nel workbook</w:t>
      </w:r>
    </w:p>
    <w:p w14:paraId="45EACD98" w14:textId="77777777" w:rsidR="00F81D60" w:rsidRDefault="00000000">
      <w:r>
        <w:t>In CHECKLIST si seleziona l’esito in F, si registra evidenza o motivazione in G, data in H, verificatore in I e nota organizzativa in J. La colonna K propone il seguito e L controlla i dati. Nel PIANO_AZIONI si definiscono l’azione deliberata F, il responsabile I, l’apertura J e lo stato M; G consente la priorità scelta, L la scadenza confermata. Le istruzioni sono riferite al file fornito, non a versioni modificate.</w:t>
      </w:r>
    </w:p>
    <w:p w14:paraId="5BDE25AC" w14:textId="77777777" w:rsidR="00F81D60" w:rsidRDefault="00000000">
      <w:pPr>
        <w:pStyle w:val="Titolo2"/>
      </w:pPr>
      <w:r>
        <w:t>Priorità e scadenze</w:t>
      </w:r>
    </w:p>
    <w:p w14:paraId="74580F13" w14:textId="77777777" w:rsidR="00F81D60" w:rsidRDefault="00000000">
      <w:r>
        <w:t>I valori iniziali sono P1 – Immediata: 0 giorni; P2 – Alta: 30; P3 – Media: 60; P4 – Bassa: 90. Sono giorni di calendario dalla data di apertura o, in sua assenza, dalla data audit. La data confermata prevale; il preavviso è inizialmente 14 giorni. Sono convenzioni del modello. La priorità P1 comporta attivazione senza attendere il piano; la sospensione non annulla né sposta da sola una scadenza.</w:t>
      </w:r>
    </w:p>
    <w:p w14:paraId="714732B4" w14:textId="77777777" w:rsidR="00F81D60" w:rsidRDefault="00000000">
      <w:pPr>
        <w:pStyle w:val="Titolo2"/>
      </w:pPr>
      <w:r>
        <w:t>Stati dichiarati</w:t>
      </w:r>
    </w:p>
    <w:p w14:paraId="53710552" w14:textId="77777777" w:rsidR="00F81D60" w:rsidRDefault="00000000">
      <w:r>
        <w:t>Le etichette del file sono: Non avviata, Pianificata, In corso, Attuata, Sospesa, Chiusa. L’efficacia è Da verificare, Efficace oppure Non efficace. I menu non vanno rinominati. Il modello gestisce una riga principale per ID; A17 può contenere sottoattività con suffissi interni senza creare nuovi ID nel catalogo Excel.</w:t>
      </w:r>
    </w:p>
    <w:p w14:paraId="31E60437" w14:textId="77777777" w:rsidR="00F81D60" w:rsidRDefault="00000000">
      <w:pPr>
        <w:pStyle w:val="Titolo2"/>
      </w:pPr>
      <w:r>
        <w:t>Validare una chiusura</w:t>
      </w:r>
    </w:p>
    <w:p w14:paraId="603C7B42" w14:textId="77777777" w:rsidR="00F81D60" w:rsidRDefault="00000000">
      <w:r>
        <w:t>“Chiusa” è soltanto uno stato dichiarato. Per “CHIUSA VALIDATA” il file richiede azione, responsabile, apertura, scadenza, data ed evidenza di attuazione, efficacia Efficace, data e validatore della verifica; anche l’istruttoria iniziale deve essere completa. Date future o incoerenti impediscono la validazione. In Word si applicano gli stessi criteri attraverso A17.</w:t>
      </w:r>
    </w:p>
    <w:p w14:paraId="0B51858C" w14:textId="77777777" w:rsidR="00F81D60" w:rsidRDefault="00000000">
      <w:r>
        <w:t>Non rinominare fogli, non cancellare ID e non ordinare una singola colonna isolata. Non aggiungere righe senza estendere correttamente formule e riepiloghi. I KPI riguardano l’intero perimetro e non cambiano con i filtri. L’archivio deve essere protetto con strumenti aziendali: il workbook non gestisce automaticamente autorizzazioni, cifratura o conservazione.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1CCC9E4" w14:textId="77777777">
        <w:trPr>
          <w:tblHeader/>
          <w:jc w:val="center"/>
        </w:trPr>
        <w:tc>
          <w:tcPr>
            <w:tcW w:w="9978" w:type="dxa"/>
            <w:shd w:val="clear" w:color="auto" w:fill="17324D"/>
            <w:vAlign w:val="center"/>
          </w:tcPr>
          <w:p w14:paraId="517CF4EB" w14:textId="77777777" w:rsidR="00F81D60" w:rsidRDefault="00000000">
            <w:pPr>
              <w:pStyle w:val="TableText"/>
              <w:spacing w:before="40" w:after="40"/>
            </w:pPr>
            <w:r>
              <w:rPr>
                <w:b/>
                <w:color w:val="FFFFFF"/>
                <w:sz w:val="19"/>
              </w:rPr>
              <w:t>FILE DI RIFERIMENTO</w:t>
            </w:r>
          </w:p>
        </w:tc>
      </w:tr>
      <w:tr w:rsidR="00F81D60" w14:paraId="468BDC18" w14:textId="77777777">
        <w:trPr>
          <w:cantSplit/>
          <w:jc w:val="center"/>
        </w:trPr>
        <w:tc>
          <w:tcPr>
            <w:tcW w:w="9978" w:type="dxa"/>
            <w:shd w:val="clear" w:color="auto" w:fill="EAF3F4"/>
            <w:vAlign w:val="center"/>
          </w:tcPr>
          <w:p w14:paraId="686A0698" w14:textId="77777777" w:rsidR="00F81D60" w:rsidRDefault="00000000">
            <w:pPr>
              <w:pStyle w:val="TableText"/>
              <w:spacing w:before="40" w:after="40"/>
            </w:pPr>
            <w:r>
              <w:rPr>
                <w:sz w:val="19"/>
              </w:rPr>
              <w:t>Checklist_Aziendale_ISO_45010_2026_Premium.xlsx. Il collegamento con Word è procedurale e basato sugli ID; non è un collegamento automatico di sincronizzazione o aggiornamento dei dati.</w:t>
            </w:r>
          </w:p>
        </w:tc>
      </w:tr>
    </w:tbl>
    <w:p w14:paraId="7E876D9D" w14:textId="77777777" w:rsidR="00F81D60" w:rsidRDefault="00F81D60">
      <w:pPr>
        <w:spacing w:after="0"/>
      </w:pPr>
    </w:p>
    <w:p w14:paraId="2C852BA1" w14:textId="77777777" w:rsidR="00F81D60" w:rsidRDefault="00000000">
      <w:r>
        <w:br w:type="page"/>
      </w:r>
    </w:p>
    <w:p w14:paraId="0BE78241" w14:textId="77777777" w:rsidR="00F81D60" w:rsidRDefault="00000000">
      <w:pPr>
        <w:pStyle w:val="Small"/>
      </w:pPr>
      <w:r>
        <w:rPr>
          <w:b/>
          <w:color w:val="006B70"/>
        </w:rPr>
        <w:t>PROCEDURA</w:t>
      </w:r>
    </w:p>
    <w:p w14:paraId="4B7CA505" w14:textId="77777777" w:rsidR="00F81D60" w:rsidRDefault="00000000">
      <w:pPr>
        <w:pStyle w:val="Titolo1"/>
      </w:pPr>
      <w:bookmarkStart w:id="35" w:name="P24"/>
      <w:r>
        <w:t>24 | Indicatori e lettura dei risultati</w:t>
      </w:r>
      <w:bookmarkEnd w:id="35"/>
    </w:p>
    <w:p w14:paraId="07D38D82" w14:textId="77777777" w:rsidR="00F81D60" w:rsidRDefault="00000000">
      <w:pPr>
        <w:pStyle w:val="Reference"/>
      </w:pPr>
      <w:r>
        <w:t>Base documentale: [ISO] § 5.9; [XLS] DASHBOARD e PARAMETRI; [AZ] A24. Le istruzioni operative e i moduli sono elaborazioni aziendali del modello [AZ].</w:t>
      </w:r>
    </w:p>
    <w:p w14:paraId="59E85BCA" w14:textId="77777777" w:rsidR="00F81D60" w:rsidRDefault="00000000">
      <w:r>
        <w:t>Gli indicatori servono a capire se il programma è accessibile e attuato, non a classificare persone o dimostrare un rapporto causale sanitario. La dashboard distingue completezza della verifica, attuazione delle pratiche e seguito delle azioni. Ogni confronto considera cambiamenti del perimetro, qualità dei dati, numero di osservazioni e fattori esterni.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778"/>
        <w:gridCol w:w="7199"/>
      </w:tblGrid>
      <w:tr w:rsidR="00F81D60" w14:paraId="05B211E1" w14:textId="77777777">
        <w:trPr>
          <w:tblHeader/>
          <w:jc w:val="center"/>
        </w:trPr>
        <w:tc>
          <w:tcPr>
            <w:tcW w:w="2778" w:type="dxa"/>
            <w:shd w:val="clear" w:color="auto" w:fill="17324D"/>
            <w:vAlign w:val="center"/>
          </w:tcPr>
          <w:p w14:paraId="42162AA0" w14:textId="77777777" w:rsidR="00F81D60" w:rsidRDefault="00000000">
            <w:pPr>
              <w:pStyle w:val="TableText"/>
              <w:spacing w:before="40" w:after="40"/>
            </w:pPr>
            <w:r>
              <w:rPr>
                <w:b/>
                <w:color w:val="FFFFFF"/>
              </w:rPr>
              <w:t>Indicatore</w:t>
            </w:r>
          </w:p>
        </w:tc>
        <w:tc>
          <w:tcPr>
            <w:tcW w:w="7200" w:type="dxa"/>
            <w:shd w:val="clear" w:color="auto" w:fill="17324D"/>
            <w:vAlign w:val="center"/>
          </w:tcPr>
          <w:p w14:paraId="676E1896" w14:textId="77777777" w:rsidR="00F81D60" w:rsidRDefault="00000000">
            <w:pPr>
              <w:pStyle w:val="TableText"/>
              <w:spacing w:before="40" w:after="40"/>
            </w:pPr>
            <w:r>
              <w:rPr>
                <w:b/>
                <w:color w:val="FFFFFF"/>
              </w:rPr>
              <w:t>Definizione / interpretazione</w:t>
            </w:r>
          </w:p>
        </w:tc>
      </w:tr>
      <w:tr w:rsidR="00F81D60" w14:paraId="26681044" w14:textId="77777777">
        <w:trPr>
          <w:cantSplit/>
          <w:jc w:val="center"/>
        </w:trPr>
        <w:tc>
          <w:tcPr>
            <w:tcW w:w="2778" w:type="dxa"/>
            <w:vAlign w:val="center"/>
          </w:tcPr>
          <w:p w14:paraId="1B64A0FC" w14:textId="77777777" w:rsidR="00F81D60" w:rsidRDefault="00000000">
            <w:pPr>
              <w:pStyle w:val="TableText"/>
              <w:spacing w:before="40" w:after="40"/>
            </w:pPr>
            <w:r>
              <w:t>Copertura verifiche</w:t>
            </w:r>
          </w:p>
        </w:tc>
        <w:tc>
          <w:tcPr>
            <w:tcW w:w="7200" w:type="dxa"/>
            <w:vAlign w:val="center"/>
          </w:tcPr>
          <w:p w14:paraId="7E809885" w14:textId="77777777" w:rsidR="00F81D60" w:rsidRDefault="00000000">
            <w:pPr>
              <w:pStyle w:val="TableText"/>
              <w:spacing w:before="40" w:after="40"/>
            </w:pPr>
            <w:r>
              <w:t>Verifiche complete / totale del perimetro × 100. Le N.A. complete sono incluse; gli esiti incompleti no.</w:t>
            </w:r>
          </w:p>
        </w:tc>
      </w:tr>
      <w:tr w:rsidR="00F81D60" w14:paraId="78F0ABC1" w14:textId="77777777">
        <w:trPr>
          <w:cantSplit/>
          <w:jc w:val="center"/>
        </w:trPr>
        <w:tc>
          <w:tcPr>
            <w:tcW w:w="2778" w:type="dxa"/>
            <w:shd w:val="clear" w:color="auto" w:fill="F5F7F9"/>
            <w:vAlign w:val="center"/>
          </w:tcPr>
          <w:p w14:paraId="0144D48D" w14:textId="77777777" w:rsidR="00F81D60" w:rsidRDefault="00000000">
            <w:pPr>
              <w:pStyle w:val="TableText"/>
              <w:spacing w:before="40" w:after="40"/>
            </w:pPr>
            <w:r>
              <w:t>Indice di attuazione</w:t>
            </w:r>
          </w:p>
        </w:tc>
        <w:tc>
          <w:tcPr>
            <w:tcW w:w="7200" w:type="dxa"/>
            <w:shd w:val="clear" w:color="auto" w:fill="F5F7F9"/>
            <w:vAlign w:val="center"/>
          </w:tcPr>
          <w:p w14:paraId="489AE284" w14:textId="77777777" w:rsidR="00F81D60" w:rsidRDefault="00000000">
            <w:pPr>
              <w:pStyle w:val="TableText"/>
              <w:spacing w:before="40" w:after="40"/>
            </w:pPr>
            <w:r>
              <w:t>Media sulle verifiche complete e applicabili: Sì = 1, Parziale = 0,5, No = 0, moltiplicata per 100. Il coefficiente del Parziale è modificabile.</w:t>
            </w:r>
          </w:p>
        </w:tc>
      </w:tr>
      <w:tr w:rsidR="00F81D60" w14:paraId="38359C51" w14:textId="77777777">
        <w:trPr>
          <w:cantSplit/>
          <w:jc w:val="center"/>
        </w:trPr>
        <w:tc>
          <w:tcPr>
            <w:tcW w:w="2778" w:type="dxa"/>
            <w:vAlign w:val="center"/>
          </w:tcPr>
          <w:p w14:paraId="43FA138F" w14:textId="77777777" w:rsidR="00F81D60" w:rsidRDefault="00000000">
            <w:pPr>
              <w:pStyle w:val="TableText"/>
              <w:spacing w:before="40" w:after="40"/>
            </w:pPr>
            <w:r>
              <w:t>Gap rilevati</w:t>
            </w:r>
          </w:p>
        </w:tc>
        <w:tc>
          <w:tcPr>
            <w:tcW w:w="7200" w:type="dxa"/>
            <w:vAlign w:val="center"/>
          </w:tcPr>
          <w:p w14:paraId="6BCD25F2" w14:textId="77777777" w:rsidR="00F81D60" w:rsidRDefault="00000000">
            <w:pPr>
              <w:pStyle w:val="TableText"/>
              <w:spacing w:before="40" w:after="40"/>
            </w:pPr>
            <w:r>
              <w:t>Voci con esito iniziale No o Parziale, da leggere insieme ai controlli di completezza. Non scompaiono dalla baseline quando si chiude l’azione.</w:t>
            </w:r>
          </w:p>
        </w:tc>
      </w:tr>
      <w:tr w:rsidR="00F81D60" w14:paraId="50C78238" w14:textId="77777777">
        <w:trPr>
          <w:cantSplit/>
          <w:jc w:val="center"/>
        </w:trPr>
        <w:tc>
          <w:tcPr>
            <w:tcW w:w="2778" w:type="dxa"/>
            <w:shd w:val="clear" w:color="auto" w:fill="F5F7F9"/>
            <w:vAlign w:val="center"/>
          </w:tcPr>
          <w:p w14:paraId="7BBA9C60" w14:textId="77777777" w:rsidR="00F81D60" w:rsidRDefault="00000000">
            <w:pPr>
              <w:pStyle w:val="TableText"/>
              <w:spacing w:before="40" w:after="40"/>
            </w:pPr>
            <w:r>
              <w:t>Gap ancora aperti</w:t>
            </w:r>
          </w:p>
        </w:tc>
        <w:tc>
          <w:tcPr>
            <w:tcW w:w="7200" w:type="dxa"/>
            <w:shd w:val="clear" w:color="auto" w:fill="F5F7F9"/>
            <w:vAlign w:val="center"/>
          </w:tcPr>
          <w:p w14:paraId="410DFD9F" w14:textId="77777777" w:rsidR="00F81D60" w:rsidRDefault="00000000">
            <w:pPr>
              <w:pStyle w:val="TableText"/>
              <w:spacing w:before="40" w:after="40"/>
            </w:pPr>
            <w:r>
              <w:t>Gap per i quali non risulta una chiusura validata nel piano; distinguere attuazione ed efficacia.</w:t>
            </w:r>
          </w:p>
        </w:tc>
      </w:tr>
      <w:tr w:rsidR="00F81D60" w14:paraId="2F944575" w14:textId="77777777">
        <w:trPr>
          <w:cantSplit/>
          <w:jc w:val="center"/>
        </w:trPr>
        <w:tc>
          <w:tcPr>
            <w:tcW w:w="2778" w:type="dxa"/>
            <w:vAlign w:val="center"/>
          </w:tcPr>
          <w:p w14:paraId="10DB86CC" w14:textId="77777777" w:rsidR="00F81D60" w:rsidRDefault="00000000">
            <w:pPr>
              <w:pStyle w:val="TableText"/>
              <w:spacing w:before="40" w:after="40"/>
            </w:pPr>
            <w:r>
              <w:t>Follow-up scaduti</w:t>
            </w:r>
          </w:p>
        </w:tc>
        <w:tc>
          <w:tcPr>
            <w:tcW w:w="7200" w:type="dxa"/>
            <w:vAlign w:val="center"/>
          </w:tcPr>
          <w:p w14:paraId="50CEFB87" w14:textId="77777777" w:rsidR="00F81D60" w:rsidRDefault="00000000">
            <w:pPr>
              <w:pStyle w:val="TableText"/>
              <w:spacing w:before="40" w:after="40"/>
            </w:pPr>
            <w:r>
              <w:t>Seguiti con scadenza operativa superata e non validati, anche se sospesi o con dati da correggere.</w:t>
            </w:r>
          </w:p>
        </w:tc>
      </w:tr>
      <w:tr w:rsidR="00F81D60" w14:paraId="69A3B345" w14:textId="77777777">
        <w:trPr>
          <w:cantSplit/>
          <w:jc w:val="center"/>
        </w:trPr>
        <w:tc>
          <w:tcPr>
            <w:tcW w:w="2778" w:type="dxa"/>
            <w:shd w:val="clear" w:color="auto" w:fill="F5F7F9"/>
            <w:vAlign w:val="center"/>
          </w:tcPr>
          <w:p w14:paraId="6639640E" w14:textId="77777777" w:rsidR="00F81D60" w:rsidRDefault="00000000">
            <w:pPr>
              <w:pStyle w:val="TableText"/>
              <w:spacing w:before="40" w:after="40"/>
            </w:pPr>
            <w:r>
              <w:t>Chiusure validate</w:t>
            </w:r>
          </w:p>
        </w:tc>
        <w:tc>
          <w:tcPr>
            <w:tcW w:w="7200" w:type="dxa"/>
            <w:shd w:val="clear" w:color="auto" w:fill="F5F7F9"/>
            <w:vAlign w:val="center"/>
          </w:tcPr>
          <w:p w14:paraId="42C06306" w14:textId="77777777" w:rsidR="00F81D60" w:rsidRDefault="00000000">
            <w:pPr>
              <w:pStyle w:val="TableText"/>
              <w:spacing w:before="40" w:after="40"/>
            </w:pPr>
            <w:r>
              <w:t>Azioni con tutti i dati e la verifica positiva dell’efficacia. Non equivalgono a una certificazione ISO.</w:t>
            </w:r>
          </w:p>
        </w:tc>
      </w:tr>
    </w:tbl>
    <w:p w14:paraId="482152F4" w14:textId="77777777" w:rsidR="00F81D60" w:rsidRDefault="00F81D60">
      <w:pPr>
        <w:spacing w:after="0"/>
      </w:pPr>
    </w:p>
    <w:p w14:paraId="41784244" w14:textId="77777777" w:rsidR="00F81D60" w:rsidRDefault="00000000">
      <w:pPr>
        <w:pStyle w:val="Titolo2"/>
      </w:pPr>
      <w:r>
        <w:t>Esempio di lettura [AZ]</w:t>
      </w:r>
    </w:p>
    <w:p w14:paraId="3D930C8F" w14:textId="77777777" w:rsidR="00F81D60" w:rsidRDefault="00000000">
      <w:r>
        <w:t>Su 160 voci, 128 istruttorie sono complete: 80 Sì, 20 Parziale, 12 No e 16 Non applicabile. La copertura è 128/160 = 80%. Le voci complete applicabili sono 112 e l’indice è (80 + 0,5 × 20)/112 × 100 = 80,36%. Le 32 voci non complete restano escluse dall’indice, ma rendono evidente una copertura non totale. Il calcolo non misura il rischio e non dichiara conformità legale.</w:t>
      </w:r>
    </w:p>
    <w:p w14:paraId="4D55AC54" w14:textId="77777777" w:rsidR="00F81D60" w:rsidRDefault="00000000">
      <w:pPr>
        <w:pStyle w:val="Titolo2"/>
      </w:pPr>
      <w:r>
        <w:t>Indicatori aggiuntivi</w:t>
      </w:r>
    </w:p>
    <w:p w14:paraId="6AC0FF4F" w14:textId="77777777" w:rsidR="00F81D60" w:rsidRDefault="00000000">
      <w:r>
        <w:t>L’organizzazione può monitorare tempi di riscontro, disponibilità dei servizi, formazione dei referenti, attuazione dei piani e feedback sulle barriere. Denominatore, fonte e frequenza sono definiti in A24. Non si cercano più dichiarazioni di menopausa come indicatore di successo; un aumento delle richieste può riflettere maggiore fiducia e non un peggioramento delle condizioni.</w:t>
      </w:r>
    </w:p>
    <w:p w14:paraId="090F7004" w14:textId="77777777" w:rsidR="00F81D60" w:rsidRDefault="00000000">
      <w:pPr>
        <w:pStyle w:val="Reference"/>
      </w:pPr>
      <w:r>
        <w:t>L’eventuale analisi di assenze, selezione, permanenza o avanzamento richiede finalità, liceità e protezione appropriate. Nel modello base tali dati non vengono collegati ai fascicoli individuali di supporto.</w:t>
      </w:r>
    </w:p>
    <w:p w14:paraId="3048F5A9" w14:textId="77777777" w:rsidR="00F81D60" w:rsidRDefault="00000000">
      <w:r>
        <w:br w:type="page"/>
      </w:r>
    </w:p>
    <w:p w14:paraId="7A0534AD" w14:textId="77777777" w:rsidR="00F81D60" w:rsidRDefault="00000000">
      <w:pPr>
        <w:pStyle w:val="Small"/>
      </w:pPr>
      <w:r>
        <w:rPr>
          <w:b/>
          <w:color w:val="006B70"/>
        </w:rPr>
        <w:t>PROCEDURA</w:t>
      </w:r>
    </w:p>
    <w:p w14:paraId="34C2BA59" w14:textId="77777777" w:rsidR="00F81D60" w:rsidRDefault="00000000">
      <w:pPr>
        <w:pStyle w:val="Titolo1"/>
      </w:pPr>
      <w:bookmarkStart w:id="36" w:name="P24_B"/>
      <w:r>
        <w:t>24 | Riesame della direzione e miglioramento</w:t>
      </w:r>
      <w:bookmarkEnd w:id="36"/>
    </w:p>
    <w:p w14:paraId="2D73B895" w14:textId="77777777" w:rsidR="00F81D60" w:rsidRDefault="00000000">
      <w:pPr>
        <w:pStyle w:val="Reference"/>
      </w:pPr>
      <w:r>
        <w:t>Base documentale: [ISO] § 5.9 e allegato G; [AZ] frequenze e contenuti del riesame. Le istruzioni operative e i moduli sono elaborazioni aziendali del modello [AZ].</w:t>
      </w:r>
    </w:p>
    <w:p w14:paraId="4B7CF436" w14:textId="77777777" w:rsidR="00F81D60" w:rsidRDefault="00000000">
      <w:pPr>
        <w:pStyle w:val="Titolo2"/>
      </w:pPr>
      <w:r>
        <w:t>Riesame programmato</w:t>
      </w:r>
    </w:p>
    <w:p w14:paraId="13B18B6B" w14:textId="77777777" w:rsidR="00F81D60" w:rsidRDefault="00000000">
      <w:r>
        <w:t>Il modello propone un controllo trimestrale delle azioni e un riesame complessivo almeno annuale, oltre agli eventi che richiedono una verifica anticipata. La direzione approva in A02 le frequenze effettive. Si considerano copertura degli audit, servizi indisponibili, azioni scadute, efficacia, competenze, adeguatezza dei canali e cambiamenti del contesto. I materiali di riunione non contengono fascicoli individuali.</w:t>
      </w:r>
    </w:p>
    <w:p w14:paraId="1D3E4C82" w14:textId="77777777" w:rsidR="00F81D60" w:rsidRDefault="00000000">
      <w:pPr>
        <w:pStyle w:val="Titolo2"/>
      </w:pPr>
      <w:r>
        <w:t>Domande che il riesame deve risolvere</w:t>
      </w:r>
    </w:p>
    <w:p w14:paraId="7A09D963" w14:textId="77777777" w:rsidR="00F81D60" w:rsidRDefault="00000000">
      <w:r>
        <w:t>Le misure sono accessibili anche a turnisti, lavoratori mobili e personale esterno pertinente? Il canale alternativo è credibile? Gli adattamenti sono effettivamente attuati? Esistono dinieghi non motivati, ripetuti rinvii o difficoltà nella gestione dei dati? Le soluzioni migliorano il lavoro senza trasferire rischi ad altri? La formazione produce comportamenti corretti o solo presenze registrate?</w:t>
      </w:r>
    </w:p>
    <w:p w14:paraId="66E593B6" w14:textId="77777777" w:rsidR="00F81D60" w:rsidRDefault="00000000">
      <w:pPr>
        <w:pStyle w:val="Titolo2"/>
      </w:pPr>
      <w:r>
        <w:t>Decisioni e risorse</w:t>
      </w:r>
    </w:p>
    <w:p w14:paraId="1060AAED" w14:textId="77777777" w:rsidR="00F81D60" w:rsidRDefault="00000000">
      <w:r>
        <w:t>Il verbale A24 identifica decisioni, motivazioni, risorse, titolari, date e modalità di verifica. Se il programma non raggiunge un obiettivo, si analizza la causa: canale non noto, carenza di sostituti, acquisto non adatto, cultura organizzativa, controlli inefficaci o raccolta eccessiva di dati. Le decisioni sono restituite al personale in forma generale e con indicazione dei miglioramenti realizzati.</w:t>
      </w:r>
    </w:p>
    <w:p w14:paraId="6789F899" w14:textId="77777777" w:rsidR="00F81D60" w:rsidRDefault="00000000">
      <w:pPr>
        <w:pStyle w:val="Titolo2"/>
      </w:pPr>
      <w:r>
        <w:t>Valutazione economica</w:t>
      </w:r>
    </w:p>
    <w:p w14:paraId="3312EFC2" w14:textId="77777777" w:rsidR="00F81D60" w:rsidRDefault="00000000">
      <w:r>
        <w:t>Si possono confrontare costi delle misure e conseguenze dell’inazione, usando dati aziendali attendibili e ipotesi dichiarate. Si distinguono costi effettivi, benefici osservati e benefici ipotizzati; non si applicano moltiplicatori standard non verificati al salario né si attribuisce automaticamente al programma una variazione del turnover. Le spese necessarie per sicurezza e diritti non sono subordinate a un ritorno economico positivo.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402"/>
        <w:gridCol w:w="6575"/>
      </w:tblGrid>
      <w:tr w:rsidR="00F81D60" w14:paraId="191844FD" w14:textId="77777777">
        <w:trPr>
          <w:tblHeader/>
          <w:jc w:val="center"/>
        </w:trPr>
        <w:tc>
          <w:tcPr>
            <w:tcW w:w="3402" w:type="dxa"/>
            <w:shd w:val="clear" w:color="auto" w:fill="17324D"/>
            <w:vAlign w:val="center"/>
          </w:tcPr>
          <w:p w14:paraId="7884A7B6" w14:textId="77777777" w:rsidR="00F81D60" w:rsidRDefault="00000000">
            <w:pPr>
              <w:pStyle w:val="TableText"/>
              <w:spacing w:before="40" w:after="40"/>
            </w:pPr>
            <w:r>
              <w:rPr>
                <w:b/>
                <w:color w:val="FFFFFF"/>
              </w:rPr>
              <w:t>Input</w:t>
            </w:r>
          </w:p>
        </w:tc>
        <w:tc>
          <w:tcPr>
            <w:tcW w:w="6576" w:type="dxa"/>
            <w:shd w:val="clear" w:color="auto" w:fill="17324D"/>
            <w:vAlign w:val="center"/>
          </w:tcPr>
          <w:p w14:paraId="1422E0D7" w14:textId="77777777" w:rsidR="00F81D60" w:rsidRDefault="00000000">
            <w:pPr>
              <w:pStyle w:val="TableText"/>
              <w:spacing w:before="40" w:after="40"/>
            </w:pPr>
            <w:r>
              <w:rPr>
                <w:b/>
                <w:color w:val="FFFFFF"/>
              </w:rPr>
              <w:t>Output</w:t>
            </w:r>
          </w:p>
        </w:tc>
      </w:tr>
      <w:tr w:rsidR="00F81D60" w14:paraId="74468BAA" w14:textId="77777777">
        <w:trPr>
          <w:cantSplit/>
          <w:jc w:val="center"/>
        </w:trPr>
        <w:tc>
          <w:tcPr>
            <w:tcW w:w="3402" w:type="dxa"/>
            <w:vAlign w:val="center"/>
          </w:tcPr>
          <w:p w14:paraId="531B702E" w14:textId="77777777" w:rsidR="00F81D60" w:rsidRDefault="00000000">
            <w:pPr>
              <w:pStyle w:val="TableText"/>
              <w:spacing w:before="40" w:after="40"/>
            </w:pPr>
            <w:r>
              <w:t>Audit, feedback e criticità</w:t>
            </w:r>
          </w:p>
        </w:tc>
        <w:tc>
          <w:tcPr>
            <w:tcW w:w="6576" w:type="dxa"/>
            <w:vAlign w:val="center"/>
          </w:tcPr>
          <w:p w14:paraId="5EAB7F7B" w14:textId="77777777" w:rsidR="00F81D60" w:rsidRDefault="00000000">
            <w:pPr>
              <w:pStyle w:val="TableText"/>
              <w:spacing w:before="40" w:after="40"/>
            </w:pPr>
            <w:r>
              <w:t>Priorità aggiornate, piano A17 e interventi urgenti separati.</w:t>
            </w:r>
          </w:p>
        </w:tc>
      </w:tr>
      <w:tr w:rsidR="00F81D60" w14:paraId="0DE54C14" w14:textId="77777777">
        <w:trPr>
          <w:cantSplit/>
          <w:jc w:val="center"/>
        </w:trPr>
        <w:tc>
          <w:tcPr>
            <w:tcW w:w="3402" w:type="dxa"/>
            <w:shd w:val="clear" w:color="auto" w:fill="F5F7F9"/>
            <w:vAlign w:val="center"/>
          </w:tcPr>
          <w:p w14:paraId="5168EDDF" w14:textId="77777777" w:rsidR="00F81D60" w:rsidRDefault="00000000">
            <w:pPr>
              <w:pStyle w:val="TableText"/>
              <w:spacing w:before="40" w:after="40"/>
            </w:pPr>
            <w:r>
              <w:t>Risorse, fornitori e manutenzioni</w:t>
            </w:r>
          </w:p>
        </w:tc>
        <w:tc>
          <w:tcPr>
            <w:tcW w:w="6576" w:type="dxa"/>
            <w:shd w:val="clear" w:color="auto" w:fill="F5F7F9"/>
            <w:vAlign w:val="center"/>
          </w:tcPr>
          <w:p w14:paraId="417A5A41" w14:textId="77777777" w:rsidR="00F81D60" w:rsidRDefault="00000000">
            <w:pPr>
              <w:pStyle w:val="TableText"/>
              <w:spacing w:before="40" w:after="40"/>
            </w:pPr>
            <w:r>
              <w:t>Budget, responsabilità, dotazioni e condizioni di servizio.</w:t>
            </w:r>
          </w:p>
        </w:tc>
      </w:tr>
      <w:tr w:rsidR="00F81D60" w14:paraId="2B1541F7" w14:textId="77777777">
        <w:trPr>
          <w:cantSplit/>
          <w:jc w:val="center"/>
        </w:trPr>
        <w:tc>
          <w:tcPr>
            <w:tcW w:w="3402" w:type="dxa"/>
            <w:vAlign w:val="center"/>
          </w:tcPr>
          <w:p w14:paraId="30A4544A" w14:textId="77777777" w:rsidR="00F81D60" w:rsidRDefault="00000000">
            <w:pPr>
              <w:pStyle w:val="TableText"/>
              <w:spacing w:before="40" w:after="40"/>
            </w:pPr>
            <w:r>
              <w:t>Cambiamenti di sedi, turni o ruoli</w:t>
            </w:r>
          </w:p>
        </w:tc>
        <w:tc>
          <w:tcPr>
            <w:tcW w:w="6576" w:type="dxa"/>
            <w:vAlign w:val="center"/>
          </w:tcPr>
          <w:p w14:paraId="2B425720" w14:textId="77777777" w:rsidR="00F81D60" w:rsidRDefault="00000000">
            <w:pPr>
              <w:pStyle w:val="TableText"/>
              <w:spacing w:before="40" w:after="40"/>
            </w:pPr>
            <w:r>
              <w:t>Nuovo perimetro, aggiornamento delle valutazioni e delle istruzioni.</w:t>
            </w:r>
          </w:p>
        </w:tc>
      </w:tr>
      <w:tr w:rsidR="00F81D60" w14:paraId="3FFFB9FB" w14:textId="77777777">
        <w:trPr>
          <w:cantSplit/>
          <w:jc w:val="center"/>
        </w:trPr>
        <w:tc>
          <w:tcPr>
            <w:tcW w:w="3402" w:type="dxa"/>
            <w:shd w:val="clear" w:color="auto" w:fill="F5F7F9"/>
            <w:vAlign w:val="center"/>
          </w:tcPr>
          <w:p w14:paraId="69906450" w14:textId="77777777" w:rsidR="00F81D60" w:rsidRDefault="00000000">
            <w:pPr>
              <w:pStyle w:val="TableText"/>
              <w:spacing w:before="40" w:after="40"/>
            </w:pPr>
            <w:r>
              <w:t>Privacy e segnalazioni aggregate</w:t>
            </w:r>
          </w:p>
        </w:tc>
        <w:tc>
          <w:tcPr>
            <w:tcW w:w="6576" w:type="dxa"/>
            <w:shd w:val="clear" w:color="auto" w:fill="F5F7F9"/>
            <w:vAlign w:val="center"/>
          </w:tcPr>
          <w:p w14:paraId="63654B1E" w14:textId="77777777" w:rsidR="00F81D60" w:rsidRDefault="00000000">
            <w:pPr>
              <w:pStyle w:val="TableText"/>
              <w:spacing w:before="40" w:after="40"/>
            </w:pPr>
            <w:r>
              <w:t>Correzione dei flussi, accessi, comunicazioni e formazione.</w:t>
            </w:r>
          </w:p>
        </w:tc>
      </w:tr>
      <w:tr w:rsidR="00F81D60" w14:paraId="14B906F5" w14:textId="77777777">
        <w:trPr>
          <w:cantSplit/>
          <w:jc w:val="center"/>
        </w:trPr>
        <w:tc>
          <w:tcPr>
            <w:tcW w:w="3402" w:type="dxa"/>
            <w:vAlign w:val="center"/>
          </w:tcPr>
          <w:p w14:paraId="508EA43B" w14:textId="77777777" w:rsidR="00F81D60" w:rsidRDefault="00000000">
            <w:pPr>
              <w:pStyle w:val="TableText"/>
              <w:spacing w:before="40" w:after="40"/>
            </w:pPr>
            <w:r>
              <w:t>Risultati e limiti dei dati</w:t>
            </w:r>
          </w:p>
        </w:tc>
        <w:tc>
          <w:tcPr>
            <w:tcW w:w="6576" w:type="dxa"/>
            <w:vAlign w:val="center"/>
          </w:tcPr>
          <w:p w14:paraId="0B3F414E" w14:textId="77777777" w:rsidR="00F81D60" w:rsidRDefault="00000000">
            <w:pPr>
              <w:pStyle w:val="TableText"/>
              <w:spacing w:before="40" w:after="40"/>
            </w:pPr>
            <w:r>
              <w:t>Decisioni proporzionate, nuove verifiche e restituzione non identificante.</w:t>
            </w:r>
          </w:p>
        </w:tc>
      </w:tr>
    </w:tbl>
    <w:p w14:paraId="194CB2A2" w14:textId="77777777" w:rsidR="00F81D60" w:rsidRDefault="00F81D60">
      <w:pPr>
        <w:spacing w:after="0"/>
      </w:pPr>
    </w:p>
    <w:p w14:paraId="2E6DAB39" w14:textId="77777777" w:rsidR="00F81D60" w:rsidRDefault="00000000">
      <w:r>
        <w:br w:type="page"/>
      </w:r>
    </w:p>
    <w:p w14:paraId="404E704A" w14:textId="77777777" w:rsidR="00F81D60" w:rsidRDefault="00000000">
      <w:pPr>
        <w:pStyle w:val="Small"/>
      </w:pPr>
      <w:r>
        <w:rPr>
          <w:b/>
          <w:color w:val="006B70"/>
        </w:rPr>
        <w:t>PROCEDURA</w:t>
      </w:r>
    </w:p>
    <w:p w14:paraId="1C36A4C5" w14:textId="77777777" w:rsidR="00F81D60" w:rsidRDefault="00000000">
      <w:pPr>
        <w:pStyle w:val="Titolo1"/>
      </w:pPr>
      <w:bookmarkStart w:id="37" w:name="P25"/>
      <w:r>
        <w:t>25 | Controllo documentale e avvio operativo</w:t>
      </w:r>
      <w:bookmarkEnd w:id="37"/>
    </w:p>
    <w:p w14:paraId="775BE3E4" w14:textId="77777777" w:rsidR="00F81D60" w:rsidRDefault="00000000">
      <w:pPr>
        <w:pStyle w:val="Reference"/>
      </w:pPr>
      <w:r>
        <w:t>Base documentale: [ISO] §§ 5.3 e 5.9; [AZ] A26 e A30. Le istruzioni operative e i moduli sono elaborazioni aziendali del modello [AZ].</w:t>
      </w:r>
    </w:p>
    <w:p w14:paraId="1B42A93A" w14:textId="77777777" w:rsidR="00F81D60" w:rsidRDefault="00000000">
      <w:r>
        <w:t>Il responsabile del processo governa versioni, approvazioni, moduli e collegamenti con i documenti aziendali. Ogni nuova revisione indica ciò che cambia e quali persone devono essere informate o formate. Le copie obsolete sono ritirate dagli spazi operativi; gli atti già compilati conservano il riferimento alla versione applicata, senza alterazioni retroattive.</w:t>
      </w:r>
    </w:p>
    <w:p w14:paraId="6762D23C" w14:textId="77777777" w:rsidR="00F81D60" w:rsidRDefault="00000000">
      <w:pPr>
        <w:pStyle w:val="Titolo2"/>
      </w:pPr>
      <w:r>
        <w:t>25.1 Documenti collegati</w:t>
      </w:r>
    </w:p>
    <w:p w14:paraId="55284287" w14:textId="77777777" w:rsidR="00F81D60" w:rsidRDefault="00000000">
      <w:r>
        <w:t>A04 identifica DVR e valutazioni specifiche pertinenti, procedure di emergenza, istruzioni sulle pause e sulle sostituzioni, politiche HR, accordi di lavoro, acquisti e DPI, privacy, reclami e formazione. I rinvii devono essere a documenti realmente esistenti: in assenza, la direzione assegna un’azione e impedisce di annunciare processi non disponibili.</w:t>
      </w:r>
    </w:p>
    <w:p w14:paraId="048D231E" w14:textId="77777777" w:rsidR="00F81D60" w:rsidRDefault="00000000">
      <w:pPr>
        <w:pStyle w:val="Titolo2"/>
      </w:pPr>
      <w:r>
        <w:t>25.2 Condizioni per l’avvio</w:t>
      </w:r>
    </w:p>
    <w:p w14:paraId="3588E2DB" w14:textId="77777777" w:rsidR="00F81D60" w:rsidRDefault="00000000">
      <w:r>
        <w:t>A30 verifica nomine, canali e sostituti, disponibilità dei servizi, formazione dei primi interlocutori, capacità di gestione sicura delle richieste, basi e informative privacy, accessi e conservazione. La direzione autorizza l’avvio del percorso nominativo solo quando i presidi critici sono attivi. Un avvio parziale può riguardare misure generali chiaramente delimitate; non deve presentare al personale un supporto individuale che non è ancora gestibile.</w:t>
      </w:r>
    </w:p>
    <w:p w14:paraId="5F73C4CC" w14:textId="77777777" w:rsidR="00F81D60" w:rsidRDefault="00000000">
      <w:pPr>
        <w:pStyle w:val="Titolo2"/>
      </w:pPr>
      <w:r>
        <w:t>25.3 Aggiornamenti e modifiche</w:t>
      </w:r>
    </w:p>
    <w:p w14:paraId="7751ACC2" w14:textId="77777777" w:rsidR="00F81D60" w:rsidRDefault="00000000">
      <w:r>
        <w:t>Nuove sedi, processi, turni, uniformi, fornitori, sistemi digitali o cambiamenti normativi richiedono un esame dell’impatto. A26 registra valutazione, test, consultazione e istruzioni aggiornate. La fonte ISO e gli strumenti derivati sono riesaminati senza presumere che il workbook o la procedura si aggiornino automaticamente.</w:t>
      </w:r>
    </w:p>
    <w:p w14:paraId="135D88D6" w14:textId="77777777" w:rsidR="00F81D60" w:rsidRDefault="00000000">
      <w:pPr>
        <w:pStyle w:val="Titolo2"/>
      </w:pPr>
      <w:r>
        <w:t>25.4 Regole di compilazione</w:t>
      </w:r>
    </w:p>
    <w:p w14:paraId="0657450D" w14:textId="77777777" w:rsidR="00F81D60" w:rsidRDefault="00000000">
      <w:r>
        <w:t>I campi tra parentesi quadre sono segnaposto. I moduli possono essere duplicati e ampliati mantenendo codice, revisione, data e pagina della singola registrazione. Per le caselle, selezionare la voce pertinente o scrivere l’esito; non lasciare ambiguità tra vuoto e non applicabile. Le correzioni sono tracciate; su carta si conservano leggibilità del dato precedente, data e autore della modifica secondo il sistema adottato.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CE8EF12" w14:textId="77777777">
        <w:trPr>
          <w:tblHeader/>
          <w:jc w:val="center"/>
        </w:trPr>
        <w:tc>
          <w:tcPr>
            <w:tcW w:w="9978" w:type="dxa"/>
            <w:shd w:val="clear" w:color="auto" w:fill="17324D"/>
            <w:vAlign w:val="center"/>
          </w:tcPr>
          <w:p w14:paraId="5D00A5E3" w14:textId="77777777" w:rsidR="00F81D60" w:rsidRDefault="00000000">
            <w:pPr>
              <w:pStyle w:val="TableText"/>
              <w:spacing w:before="40" w:after="40"/>
            </w:pPr>
            <w:r>
              <w:rPr>
                <w:b/>
                <w:color w:val="FFFFFF"/>
                <w:sz w:val="19"/>
              </w:rPr>
              <w:t>GERARCHIA OPERATIVA</w:t>
            </w:r>
          </w:p>
        </w:tc>
      </w:tr>
      <w:tr w:rsidR="00F81D60" w14:paraId="1F7D48E9" w14:textId="77777777">
        <w:trPr>
          <w:cantSplit/>
          <w:jc w:val="center"/>
        </w:trPr>
        <w:tc>
          <w:tcPr>
            <w:tcW w:w="9978" w:type="dxa"/>
            <w:shd w:val="clear" w:color="auto" w:fill="EAF3F4"/>
            <w:vAlign w:val="center"/>
          </w:tcPr>
          <w:p w14:paraId="0F287E2D" w14:textId="77777777" w:rsidR="00F81D60" w:rsidRDefault="00000000">
            <w:pPr>
              <w:pStyle w:val="TableText"/>
              <w:spacing w:before="40" w:after="40"/>
            </w:pPr>
            <w:r>
              <w:rPr>
                <w:sz w:val="19"/>
              </w:rPr>
              <w:t>Prevalgono legge, prescrizioni applicabili e controlli di sicurezza. Seguono le procedure e gli accordi aziendali approvati. Le raccomandazioni ISO sono un riferimento di indirizzo; esempi, tempi, punteggi e moduli di questo documento sono proposte di applicazione e non nuovi obblighi legali automatici.</w:t>
            </w:r>
          </w:p>
        </w:tc>
      </w:tr>
    </w:tbl>
    <w:p w14:paraId="2462CDD7" w14:textId="77777777" w:rsidR="00F81D60" w:rsidRDefault="00F81D60">
      <w:pPr>
        <w:spacing w:after="0"/>
      </w:pPr>
    </w:p>
    <w:p w14:paraId="7D7F779C" w14:textId="77777777" w:rsidR="00F81D60" w:rsidRDefault="00000000">
      <w:r>
        <w:br w:type="page"/>
      </w:r>
    </w:p>
    <w:p w14:paraId="1E1C98F4" w14:textId="77777777" w:rsidR="00F81D60" w:rsidRDefault="00000000">
      <w:pPr>
        <w:pStyle w:val="Small"/>
      </w:pPr>
      <w:r>
        <w:rPr>
          <w:b/>
          <w:color w:val="006B70"/>
        </w:rPr>
        <w:t>RIFERIMENTI DEL MODELLO</w:t>
      </w:r>
    </w:p>
    <w:p w14:paraId="4A249717" w14:textId="77777777" w:rsidR="00F81D60" w:rsidRDefault="00000000">
      <w:pPr>
        <w:pStyle w:val="Titolo1"/>
      </w:pPr>
      <w:bookmarkStart w:id="38" w:name="SOURCES"/>
      <w:r>
        <w:t>Fonti, limiti e tracciabilità</w:t>
      </w:r>
      <w:bookmarkEnd w:id="38"/>
    </w:p>
    <w:p w14:paraId="78C52E03" w14:textId="77777777" w:rsidR="00F81D60" w:rsidRDefault="00000000">
      <w:r>
        <w:t>La struttura sostanziale deriva dalla fonte primaria allegata. I moduli, i tempi, i ruoli di flusso e i criteri pratici sono una rielaborazione aziendale. I riferimenti esterni sono riportati separatamente per il raccordo italiano ed europeo; non sostituiscono una verifica legale, contrattuale e tecnica sul contesto reale. Consultazione bibliografica esterna: 7 settembre 2026.</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191"/>
        <w:gridCol w:w="8786"/>
      </w:tblGrid>
      <w:tr w:rsidR="00F81D60" w14:paraId="0AFF71E7" w14:textId="77777777">
        <w:trPr>
          <w:tblHeader/>
          <w:jc w:val="center"/>
        </w:trPr>
        <w:tc>
          <w:tcPr>
            <w:tcW w:w="1191" w:type="dxa"/>
            <w:shd w:val="clear" w:color="auto" w:fill="17324D"/>
            <w:vAlign w:val="center"/>
          </w:tcPr>
          <w:p w14:paraId="3F830F11" w14:textId="77777777" w:rsidR="00F81D60" w:rsidRDefault="00000000">
            <w:pPr>
              <w:pStyle w:val="TableText"/>
              <w:spacing w:before="40" w:after="40"/>
            </w:pPr>
            <w:r>
              <w:rPr>
                <w:b/>
                <w:color w:val="FFFFFF"/>
                <w:sz w:val="17"/>
              </w:rPr>
              <w:t>Codice</w:t>
            </w:r>
          </w:p>
        </w:tc>
        <w:tc>
          <w:tcPr>
            <w:tcW w:w="8787" w:type="dxa"/>
            <w:shd w:val="clear" w:color="auto" w:fill="17324D"/>
            <w:vAlign w:val="center"/>
          </w:tcPr>
          <w:p w14:paraId="21E5E142" w14:textId="77777777" w:rsidR="00F81D60" w:rsidRDefault="00000000">
            <w:pPr>
              <w:pStyle w:val="TableText"/>
              <w:spacing w:before="40" w:after="40"/>
            </w:pPr>
            <w:r>
              <w:rPr>
                <w:b/>
                <w:color w:val="FFFFFF"/>
                <w:sz w:val="17"/>
              </w:rPr>
              <w:t>Fonte e uso nel documento</w:t>
            </w:r>
          </w:p>
        </w:tc>
      </w:tr>
      <w:tr w:rsidR="00F81D60" w14:paraId="22E7A18E" w14:textId="77777777">
        <w:trPr>
          <w:cantSplit/>
          <w:jc w:val="center"/>
        </w:trPr>
        <w:tc>
          <w:tcPr>
            <w:tcW w:w="1191" w:type="dxa"/>
            <w:vAlign w:val="center"/>
          </w:tcPr>
          <w:p w14:paraId="04C164FE" w14:textId="77777777" w:rsidR="00F81D60" w:rsidRDefault="00000000">
            <w:pPr>
              <w:pStyle w:val="TableText"/>
              <w:spacing w:before="40" w:after="40"/>
            </w:pPr>
            <w:r>
              <w:rPr>
                <w:sz w:val="17"/>
              </w:rPr>
              <w:t>[ISO]</w:t>
            </w:r>
          </w:p>
        </w:tc>
        <w:tc>
          <w:tcPr>
            <w:tcW w:w="8787" w:type="dxa"/>
            <w:vAlign w:val="center"/>
          </w:tcPr>
          <w:p w14:paraId="0A4C0EFC" w14:textId="77777777" w:rsidR="00F81D60" w:rsidRDefault="00000000">
            <w:pPr>
              <w:pStyle w:val="TableText"/>
              <w:spacing w:before="40" w:after="40"/>
            </w:pPr>
            <w:r>
              <w:rPr>
                <w:sz w:val="17"/>
              </w:rPr>
              <w:t>ISO 45010:2026, Occupational health and safety management — Menstruation and menopause in the workplace — Guidance. EPUB in inglese fornito dall’utente: ISO_45010_2026(en).epub. Capitoli 1–5 e allegati informativi A–G. Fonte dei principi e degli ambiti trattati.</w:t>
            </w:r>
          </w:p>
        </w:tc>
      </w:tr>
      <w:tr w:rsidR="00F81D60" w14:paraId="767F8446" w14:textId="77777777">
        <w:trPr>
          <w:cantSplit/>
          <w:jc w:val="center"/>
        </w:trPr>
        <w:tc>
          <w:tcPr>
            <w:tcW w:w="1191" w:type="dxa"/>
            <w:shd w:val="clear" w:color="auto" w:fill="F5F7F9"/>
            <w:vAlign w:val="center"/>
          </w:tcPr>
          <w:p w14:paraId="2B2D8D6B" w14:textId="77777777" w:rsidR="00F81D60" w:rsidRDefault="00000000">
            <w:pPr>
              <w:pStyle w:val="TableText"/>
              <w:spacing w:before="40" w:after="40"/>
            </w:pPr>
            <w:r>
              <w:rPr>
                <w:sz w:val="17"/>
              </w:rPr>
              <w:t>[XLS]</w:t>
            </w:r>
          </w:p>
        </w:tc>
        <w:tc>
          <w:tcPr>
            <w:tcW w:w="8787" w:type="dxa"/>
            <w:shd w:val="clear" w:color="auto" w:fill="F5F7F9"/>
            <w:vAlign w:val="center"/>
          </w:tcPr>
          <w:p w14:paraId="0D970AA1" w14:textId="77777777" w:rsidR="00F81D60" w:rsidRDefault="00000000">
            <w:pPr>
              <w:pStyle w:val="TableText"/>
              <w:spacing w:before="40" w:after="40"/>
            </w:pPr>
            <w:r>
              <w:rPr>
                <w:sz w:val="17"/>
              </w:rPr>
              <w:t>Checklist_Aziendale_ISO_45010_2026_Premium.xlsx, modello 1.0 del 07/09/2026 fornito dall’utente. Fonte di ID, domande operative, aree, esiti e regole di collegamento. Nessuna nuova validazione del motore di calcolo è attestata da questo Word.</w:t>
            </w:r>
          </w:p>
        </w:tc>
      </w:tr>
      <w:tr w:rsidR="00F81D60" w14:paraId="7F5B3805" w14:textId="77777777">
        <w:trPr>
          <w:cantSplit/>
          <w:jc w:val="center"/>
        </w:trPr>
        <w:tc>
          <w:tcPr>
            <w:tcW w:w="1191" w:type="dxa"/>
            <w:vAlign w:val="center"/>
          </w:tcPr>
          <w:p w14:paraId="15025DB4" w14:textId="77777777" w:rsidR="00F81D60" w:rsidRDefault="00000000">
            <w:pPr>
              <w:pStyle w:val="TableText"/>
              <w:spacing w:before="40" w:after="40"/>
            </w:pPr>
            <w:r>
              <w:rPr>
                <w:sz w:val="17"/>
              </w:rPr>
              <w:t>[ISO-CAT]</w:t>
            </w:r>
          </w:p>
        </w:tc>
        <w:tc>
          <w:tcPr>
            <w:tcW w:w="8787" w:type="dxa"/>
            <w:vAlign w:val="center"/>
          </w:tcPr>
          <w:p w14:paraId="16D18800" w14:textId="77777777" w:rsidR="00F81D60" w:rsidRDefault="00000000">
            <w:pPr>
              <w:pStyle w:val="TableText"/>
              <w:spacing w:before="40" w:after="40"/>
            </w:pPr>
            <w:r>
              <w:rPr>
                <w:sz w:val="17"/>
              </w:rPr>
              <w:t>Catalogo ufficiale ISO, scheda 64365: ISO 45010:2026. Riscontro bibliografico di titolo e natura di guidance; non fonte sostitutiva dell’EPUB. https://www.iso.org/standard/64365.html</w:t>
            </w:r>
          </w:p>
        </w:tc>
      </w:tr>
      <w:tr w:rsidR="00F81D60" w14:paraId="4690521C" w14:textId="77777777">
        <w:trPr>
          <w:cantSplit/>
          <w:jc w:val="center"/>
        </w:trPr>
        <w:tc>
          <w:tcPr>
            <w:tcW w:w="1191" w:type="dxa"/>
            <w:shd w:val="clear" w:color="auto" w:fill="F5F7F9"/>
            <w:vAlign w:val="center"/>
          </w:tcPr>
          <w:p w14:paraId="698117B7" w14:textId="77777777" w:rsidR="00F81D60" w:rsidRDefault="00000000">
            <w:pPr>
              <w:pStyle w:val="TableText"/>
              <w:spacing w:before="40" w:after="40"/>
            </w:pPr>
            <w:r>
              <w:rPr>
                <w:sz w:val="17"/>
              </w:rPr>
              <w:t>[UE1]</w:t>
            </w:r>
          </w:p>
        </w:tc>
        <w:tc>
          <w:tcPr>
            <w:tcW w:w="8787" w:type="dxa"/>
            <w:shd w:val="clear" w:color="auto" w:fill="F5F7F9"/>
            <w:vAlign w:val="center"/>
          </w:tcPr>
          <w:p w14:paraId="1877CA15" w14:textId="77777777" w:rsidR="00F81D60" w:rsidRDefault="00000000">
            <w:pPr>
              <w:pStyle w:val="TableText"/>
              <w:spacing w:before="40" w:after="40"/>
            </w:pPr>
            <w:r>
              <w:rPr>
                <w:sz w:val="17"/>
              </w:rPr>
              <w:t>Regolamento (UE) 2016/679, EUR-Lex. Raccordo a principi, liceità, categorie particolari, trasparenza, sicurezza e responsabilizzazione. https://eur-lex.europa.eu/eli/reg/2016/679/oj?locale=it</w:t>
            </w:r>
          </w:p>
        </w:tc>
      </w:tr>
      <w:tr w:rsidR="00F81D60" w14:paraId="54F0A960" w14:textId="77777777">
        <w:trPr>
          <w:cantSplit/>
          <w:jc w:val="center"/>
        </w:trPr>
        <w:tc>
          <w:tcPr>
            <w:tcW w:w="1191" w:type="dxa"/>
            <w:vAlign w:val="center"/>
          </w:tcPr>
          <w:p w14:paraId="29AAC4C7" w14:textId="77777777" w:rsidR="00F81D60" w:rsidRDefault="00000000">
            <w:pPr>
              <w:pStyle w:val="TableText"/>
              <w:spacing w:before="40" w:after="40"/>
            </w:pPr>
            <w:r>
              <w:rPr>
                <w:sz w:val="17"/>
              </w:rPr>
              <w:t>[IT1]</w:t>
            </w:r>
          </w:p>
        </w:tc>
        <w:tc>
          <w:tcPr>
            <w:tcW w:w="8787" w:type="dxa"/>
            <w:vAlign w:val="center"/>
          </w:tcPr>
          <w:p w14:paraId="174BE082" w14:textId="77777777" w:rsidR="00F81D60" w:rsidRDefault="00000000">
            <w:pPr>
              <w:pStyle w:val="TableText"/>
              <w:spacing w:before="40" w:after="40"/>
            </w:pPr>
            <w:r>
              <w:rPr>
                <w:sz w:val="17"/>
              </w:rPr>
              <w:t>D.Lgs. 9 aprile 2008, n. 81, Normattiva: raccordo alla valutazione dei rischi e alle competenze aziendali. Art. 29 consultato nel testo reso disponibile dal portale; rinvii a DVR, aggiornamento e consultazione. Verificare la versione vigente applicabile alla data di adozione.</w:t>
            </w:r>
          </w:p>
        </w:tc>
      </w:tr>
      <w:tr w:rsidR="00F81D60" w14:paraId="12D82D4E" w14:textId="77777777">
        <w:trPr>
          <w:cantSplit/>
          <w:jc w:val="center"/>
        </w:trPr>
        <w:tc>
          <w:tcPr>
            <w:tcW w:w="1191" w:type="dxa"/>
            <w:shd w:val="clear" w:color="auto" w:fill="F5F7F9"/>
            <w:vAlign w:val="center"/>
          </w:tcPr>
          <w:p w14:paraId="2F9EB306" w14:textId="77777777" w:rsidR="00F81D60" w:rsidRDefault="00000000">
            <w:pPr>
              <w:pStyle w:val="TableText"/>
              <w:spacing w:before="40" w:after="40"/>
            </w:pPr>
            <w:r>
              <w:rPr>
                <w:sz w:val="17"/>
              </w:rPr>
              <w:t>[IT2]</w:t>
            </w:r>
          </w:p>
        </w:tc>
        <w:tc>
          <w:tcPr>
            <w:tcW w:w="8787" w:type="dxa"/>
            <w:shd w:val="clear" w:color="auto" w:fill="F5F7F9"/>
            <w:vAlign w:val="center"/>
          </w:tcPr>
          <w:p w14:paraId="7646BD46" w14:textId="77777777" w:rsidR="00F81D60" w:rsidRDefault="00000000">
            <w:pPr>
              <w:pStyle w:val="TableText"/>
              <w:spacing w:before="40" w:after="40"/>
            </w:pPr>
            <w:r>
              <w:rPr>
                <w:sz w:val="17"/>
              </w:rPr>
              <w:t>Garante per la protezione dei dati personali, provvedimento 16 gennaio 2025, doc. web 10111106: separazione dei dati clinici e limiti delle comunicazioni al datore di lavoro. https://www.garanteprivacy.it/home/docweb/-/docweb-display/print/10111106</w:t>
            </w:r>
          </w:p>
        </w:tc>
      </w:tr>
      <w:tr w:rsidR="00F81D60" w14:paraId="27A26ED0" w14:textId="77777777">
        <w:trPr>
          <w:cantSplit/>
          <w:jc w:val="center"/>
        </w:trPr>
        <w:tc>
          <w:tcPr>
            <w:tcW w:w="1191" w:type="dxa"/>
            <w:vAlign w:val="center"/>
          </w:tcPr>
          <w:p w14:paraId="0A4EBB04" w14:textId="77777777" w:rsidR="00F81D60" w:rsidRDefault="00000000">
            <w:pPr>
              <w:pStyle w:val="TableText"/>
              <w:spacing w:before="40" w:after="40"/>
            </w:pPr>
            <w:r>
              <w:rPr>
                <w:sz w:val="17"/>
              </w:rPr>
              <w:t>[IT3]</w:t>
            </w:r>
          </w:p>
        </w:tc>
        <w:tc>
          <w:tcPr>
            <w:tcW w:w="8787" w:type="dxa"/>
            <w:vAlign w:val="center"/>
          </w:tcPr>
          <w:p w14:paraId="09694C58" w14:textId="77777777" w:rsidR="00F81D60" w:rsidRDefault="00000000">
            <w:pPr>
              <w:pStyle w:val="TableText"/>
              <w:spacing w:before="40" w:after="40"/>
            </w:pPr>
            <w:r>
              <w:rPr>
                <w:sz w:val="17"/>
              </w:rPr>
              <w:t>Normattiva, percorso tematico sulle pari opportunità nel lavoro: rinvii al D.Lgs. 198/2006 e al D.Lgs. 216/2003. Raccordo generale, non analisi completa delle singole tutele. https://www.normattiva.it/semplificazione/areeTematiche/codiceRosso</w:t>
            </w:r>
          </w:p>
        </w:tc>
      </w:tr>
      <w:tr w:rsidR="00F81D60" w14:paraId="16B33BD1" w14:textId="77777777">
        <w:trPr>
          <w:cantSplit/>
          <w:jc w:val="center"/>
        </w:trPr>
        <w:tc>
          <w:tcPr>
            <w:tcW w:w="1191" w:type="dxa"/>
            <w:shd w:val="clear" w:color="auto" w:fill="F5F7F9"/>
            <w:vAlign w:val="center"/>
          </w:tcPr>
          <w:p w14:paraId="1D81E6CC" w14:textId="77777777" w:rsidR="00F81D60" w:rsidRDefault="00000000">
            <w:pPr>
              <w:pStyle w:val="TableText"/>
              <w:spacing w:before="40" w:after="40"/>
            </w:pPr>
            <w:r>
              <w:rPr>
                <w:sz w:val="17"/>
              </w:rPr>
              <w:t>[AZ]</w:t>
            </w:r>
          </w:p>
        </w:tc>
        <w:tc>
          <w:tcPr>
            <w:tcW w:w="8787" w:type="dxa"/>
            <w:shd w:val="clear" w:color="auto" w:fill="F5F7F9"/>
            <w:vAlign w:val="center"/>
          </w:tcPr>
          <w:p w14:paraId="1B7FF3A8" w14:textId="77777777" w:rsidR="00F81D60" w:rsidRDefault="00000000">
            <w:pPr>
              <w:pStyle w:val="TableText"/>
              <w:spacing w:before="40" w:after="40"/>
            </w:pPr>
            <w:r>
              <w:rPr>
                <w:sz w:val="17"/>
              </w:rPr>
              <w:t>Elaborazione di questo modello: flussi, modulistica, tempi, frequenze, esempi, criteri di avvio e raccordi operativi. Da verificare e approvare nell’organizzazione.</w:t>
            </w:r>
          </w:p>
        </w:tc>
      </w:tr>
    </w:tbl>
    <w:p w14:paraId="750A74D9" w14:textId="77777777" w:rsidR="00F81D60" w:rsidRDefault="00F81D60">
      <w:pPr>
        <w:spacing w:after="0"/>
      </w:pPr>
    </w:p>
    <w:p w14:paraId="2D31A451" w14:textId="77777777" w:rsidR="00F81D60" w:rsidRDefault="00000000">
      <w:pPr>
        <w:pStyle w:val="Reference"/>
      </w:pPr>
      <w:r>
        <w:t>Collegamento di consultazione [IT1]: https://www.normattiva.it/atto/caricaDettaglioAtto?atto.articolo.numero=29&amp;atto.codiceRedazionale=008G0104&amp;atto.dataPubblicazioneGazzetta=2008-04-30&amp;qId=&amp;tabID=0.6952880979384854&amp;title=lbl.dettaglioAtto</w:t>
      </w:r>
    </w:p>
    <w:p w14:paraId="64797816" w14:textId="77777777" w:rsidR="00F81D60" w:rsidRDefault="00000000">
      <w:r>
        <w:br w:type="page"/>
      </w:r>
    </w:p>
    <w:p w14:paraId="2300DAD5" w14:textId="77777777" w:rsidR="00F81D60" w:rsidRDefault="00000000">
      <w:pPr>
        <w:pStyle w:val="Small"/>
      </w:pPr>
      <w:r>
        <w:rPr>
          <w:b/>
          <w:color w:val="006B70"/>
        </w:rPr>
        <w:t>TRACCIABILITÀ E VALIDAZIONE</w:t>
      </w:r>
    </w:p>
    <w:p w14:paraId="72D7D400" w14:textId="77777777" w:rsidR="00F81D60" w:rsidRDefault="00000000">
      <w:pPr>
        <w:pStyle w:val="Titolo1"/>
      </w:pPr>
      <w:bookmarkStart w:id="39" w:name="SOURCES_B"/>
      <w:r>
        <w:t>Criteri editoriali e limiti di utilizzo</w:t>
      </w:r>
      <w:bookmarkEnd w:id="39"/>
    </w:p>
    <w:p w14:paraId="5CECEDCC" w14:textId="77777777" w:rsidR="00F81D60" w:rsidRDefault="00000000">
      <w:pPr>
        <w:pStyle w:val="Titolo2"/>
      </w:pPr>
      <w:r>
        <w:t>Fedeltà alla fonte e natura dei moduli</w:t>
      </w:r>
    </w:p>
    <w:p w14:paraId="086B973C" w14:textId="77777777" w:rsidR="00F81D60" w:rsidRDefault="00000000">
      <w:r>
        <w:t>La ISO 45010 è una guida. Il suo capitolo 2 non elenca riferimenti normativi; i richiami ad altri standard presenti nel testo, negli allegati e in bibliografia non trasformano tali documenti in un elenco automatico di obblighi della presente procedura. Gli allegati A–G della fonte hanno natura informativa. I 30 allegati aziendali qui predisposti non sono formulari ISO ufficiali e non ne riproducono integralmente le tabelle.</w:t>
      </w:r>
    </w:p>
    <w:p w14:paraId="22959065" w14:textId="77777777" w:rsidR="00F81D60" w:rsidRDefault="00000000">
      <w:pPr>
        <w:pStyle w:val="Titolo2"/>
      </w:pPr>
      <w:r>
        <w:t>Adattamento al contesto italiano</w:t>
      </w:r>
    </w:p>
    <w:p w14:paraId="5ED143FD" w14:textId="77777777" w:rsidR="00F81D60" w:rsidRDefault="00000000">
      <w:r>
        <w:t>Il documento distingue il supporto organizzativo dal percorso sanitario e mantiene un raccordo prudenziale con il quadro italiano ed europeo. La scelta concreta delle basi del trattamento, delle tutele contrattuali, dei permessi, degli aggiornamenti del DVR e delle competenze sanitarie richiede verifica nell’organizzazione. Non è effettuata una rassegna completa di leggi, CCNL, accordi, regolamenti di settore o provvedimenti territoriali.</w:t>
      </w:r>
    </w:p>
    <w:p w14:paraId="1D2A1DD3" w14:textId="77777777" w:rsidR="00F81D60" w:rsidRDefault="00000000">
      <w:pPr>
        <w:pStyle w:val="Titolo2"/>
      </w:pPr>
      <w:r>
        <w:t>Informazioni mediche</w:t>
      </w:r>
    </w:p>
    <w:p w14:paraId="73C6E41E" w14:textId="77777777" w:rsidR="00F81D60" w:rsidRDefault="00000000">
      <w:r>
        <w:t>I riferimenti alle possibili esigenze servono a progettare il lavoro. Non costituiscono un elenco diagnostico né indicazioni terapeutiche. Le definizioni organizzative della fonte non devono essere usate per diagnosticare una condizione. I responsabili non prescrivono terapie, non formulano giudizi di idoneità e non richiedono prove cliniche per fruire di misure generali di supporto.</w:t>
      </w:r>
    </w:p>
    <w:p w14:paraId="302A4324" w14:textId="77777777" w:rsidR="00F81D60" w:rsidRDefault="00000000">
      <w:pPr>
        <w:pStyle w:val="Titolo2"/>
      </w:pPr>
      <w:r>
        <w:t>Indicatori e dichiarazioni</w:t>
      </w:r>
    </w:p>
    <w:p w14:paraId="605E99D0" w14:textId="77777777" w:rsidR="00F81D60" w:rsidRDefault="00000000">
      <w:r>
        <w:t>Non esistono nel modello soglie di “conformità ISO 45010”, punteggi sanitari, certificazioni o garanzie di prevenzione di ogni evento. I KPI descrivono le verifiche e le azioni documentate nel perimetro. L’utilizzo del modello non dimostra automaticamente conformità normativa, efficacia del sistema o assenza di discriminazioni.</w:t>
      </w:r>
    </w:p>
    <w:p w14:paraId="283FA352" w14:textId="77777777" w:rsidR="00F81D60" w:rsidRDefault="00000000">
      <w:pPr>
        <w:pStyle w:val="Titolo2"/>
      </w:pPr>
      <w:r>
        <w:t>Identificazione dei materiali utilizzati</w:t>
      </w:r>
    </w:p>
    <w:p w14:paraId="2C6943B4" w14:textId="77777777" w:rsidR="00F81D60" w:rsidRDefault="00000000">
      <w:r>
        <w:t>Le impronte seguenti permettono di riconoscere i file effettivamente utilizzati per predisporre il modello, indipendentemente da successive modifiche aziendali.</w:t>
      </w:r>
    </w:p>
    <w:p w14:paraId="5D570BBB" w14:textId="77777777" w:rsidR="00F81D60" w:rsidRDefault="00000000">
      <w:pPr>
        <w:pStyle w:val="Reference"/>
      </w:pPr>
      <w:r>
        <w:t>ISO_45010_2026(en).epub</w:t>
      </w:r>
      <w:r>
        <w:br/>
        <w:t>SHA-256: 101d7da4fd4e96df99e58bfcbcec7c2ae87d2ad426ecc2794741408f34d207d9</w:t>
      </w:r>
    </w:p>
    <w:p w14:paraId="6F69FFBD" w14:textId="77777777" w:rsidR="00F81D60" w:rsidRDefault="00000000">
      <w:pPr>
        <w:pStyle w:val="Reference"/>
      </w:pPr>
      <w:r>
        <w:t>Checklist_Aziendale_ISO_45010_2026_Premium.xlsx</w:t>
      </w:r>
      <w:r>
        <w:br/>
        <w:t>SHA-256: b51aa5c6e4ad239c2e25fb0a1cdb40e8808a90832cfa8a7efb789ed5d5455510</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162CA461" w14:textId="77777777">
        <w:trPr>
          <w:tblHeader/>
          <w:jc w:val="center"/>
        </w:trPr>
        <w:tc>
          <w:tcPr>
            <w:tcW w:w="9978" w:type="dxa"/>
            <w:shd w:val="clear" w:color="auto" w:fill="17324D"/>
            <w:vAlign w:val="center"/>
          </w:tcPr>
          <w:p w14:paraId="5084EAB3" w14:textId="77777777" w:rsidR="00F81D60" w:rsidRDefault="00000000">
            <w:pPr>
              <w:pStyle w:val="TableText"/>
              <w:spacing w:before="40" w:after="40"/>
            </w:pPr>
            <w:r>
              <w:rPr>
                <w:b/>
                <w:color w:val="FFFFFF"/>
                <w:sz w:val="19"/>
              </w:rPr>
              <w:t>REVISIONE PROFESSIONALE RICHIESTA</w:t>
            </w:r>
          </w:p>
        </w:tc>
      </w:tr>
      <w:tr w:rsidR="00F81D60" w14:paraId="3B23D67C" w14:textId="77777777">
        <w:trPr>
          <w:cantSplit/>
          <w:jc w:val="center"/>
        </w:trPr>
        <w:tc>
          <w:tcPr>
            <w:tcW w:w="9978" w:type="dxa"/>
            <w:shd w:val="clear" w:color="auto" w:fill="EAF3F4"/>
            <w:vAlign w:val="center"/>
          </w:tcPr>
          <w:p w14:paraId="49AADE6D" w14:textId="77777777" w:rsidR="00F81D60" w:rsidRDefault="00000000">
            <w:pPr>
              <w:pStyle w:val="TableText"/>
              <w:spacing w:before="40" w:after="40"/>
            </w:pPr>
            <w:r>
              <w:rPr>
                <w:sz w:val="19"/>
              </w:rPr>
              <w:t>Contenuto predisposto con assistenza di IA sulla base dei materiali indicati. Da riesaminare da parte delle funzioni aziendali competenti prima della firma e dell’adozione. Non è attestata una revisione umana già avvenuta né l’approvazione da parte di ISO o di autorità pubbliche.</w:t>
            </w:r>
          </w:p>
        </w:tc>
      </w:tr>
    </w:tbl>
    <w:p w14:paraId="68E8398C" w14:textId="77777777" w:rsidR="00F81D60" w:rsidRDefault="00F81D60">
      <w:pPr>
        <w:spacing w:after="0"/>
      </w:pPr>
    </w:p>
    <w:p w14:paraId="2FF49C48" w14:textId="77777777" w:rsidR="00F81D60" w:rsidRDefault="00000000">
      <w:r>
        <w:br w:type="page"/>
      </w:r>
    </w:p>
    <w:p w14:paraId="561C49A0" w14:textId="77777777" w:rsidR="00F81D60" w:rsidRDefault="00000000">
      <w:pPr>
        <w:pStyle w:val="Small"/>
      </w:pPr>
      <w:r>
        <w:rPr>
          <w:b/>
          <w:color w:val="006B70"/>
        </w:rPr>
        <w:t>ALLEGATO AZIENDALE  •  MOD-MM-01</w:t>
      </w:r>
    </w:p>
    <w:p w14:paraId="1641664E" w14:textId="77777777" w:rsidR="00F81D60" w:rsidRDefault="00000000">
      <w:pPr>
        <w:pStyle w:val="Titolo1"/>
      </w:pPr>
      <w:bookmarkStart w:id="40" w:name="A01"/>
      <w:r>
        <w:t>A01 | Carta aziendale di impegno</w:t>
      </w:r>
      <w:bookmarkEnd w:id="40"/>
    </w:p>
    <w:p w14:paraId="65FE7661" w14:textId="77777777" w:rsidR="00F81D60" w:rsidRDefault="00000000">
      <w:pPr>
        <w:pStyle w:val="Reference"/>
      </w:pPr>
      <w:r>
        <w:t>Base documentale: [ISO] § 5.3, § 5.4 e allegato F. Le istruzioni operative e i moduli sono elaborazioni aziendali del modello [AZ].</w:t>
      </w:r>
    </w:p>
    <w:p w14:paraId="6E106258" w14:textId="77777777" w:rsidR="00F81D60" w:rsidRDefault="00000000">
      <w:r>
        <w:t>Modello di politica da approvare e comunicare. Classificazione: documento di sistema. Non è la riproduzione della carta ISO.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B32FAC2" w14:textId="77777777">
        <w:trPr>
          <w:tblHeader/>
          <w:jc w:val="center"/>
        </w:trPr>
        <w:tc>
          <w:tcPr>
            <w:tcW w:w="2948" w:type="dxa"/>
            <w:shd w:val="clear" w:color="auto" w:fill="17324D"/>
            <w:vAlign w:val="center"/>
          </w:tcPr>
          <w:p w14:paraId="0599B485" w14:textId="77777777" w:rsidR="00F81D60" w:rsidRDefault="00000000">
            <w:pPr>
              <w:pStyle w:val="TableText"/>
              <w:spacing w:before="40" w:after="40"/>
            </w:pPr>
            <w:r>
              <w:rPr>
                <w:b/>
                <w:color w:val="FFFFFF"/>
              </w:rPr>
              <w:t>Campo</w:t>
            </w:r>
          </w:p>
        </w:tc>
        <w:tc>
          <w:tcPr>
            <w:tcW w:w="7030" w:type="dxa"/>
            <w:shd w:val="clear" w:color="auto" w:fill="17324D"/>
            <w:vAlign w:val="center"/>
          </w:tcPr>
          <w:p w14:paraId="74AF112E" w14:textId="77777777" w:rsidR="00F81D60" w:rsidRDefault="00000000">
            <w:pPr>
              <w:pStyle w:val="TableText"/>
              <w:spacing w:before="40" w:after="40"/>
            </w:pPr>
            <w:r>
              <w:rPr>
                <w:b/>
                <w:color w:val="FFFFFF"/>
              </w:rPr>
              <w:t>Compilazione / decisione aziendale</w:t>
            </w:r>
          </w:p>
        </w:tc>
      </w:tr>
      <w:tr w:rsidR="00F81D60" w14:paraId="417C4A3E" w14:textId="77777777">
        <w:trPr>
          <w:cantSplit/>
          <w:jc w:val="center"/>
        </w:trPr>
        <w:tc>
          <w:tcPr>
            <w:tcW w:w="2948" w:type="dxa"/>
            <w:vAlign w:val="center"/>
          </w:tcPr>
          <w:p w14:paraId="6DCAD7CA" w14:textId="77777777" w:rsidR="00F81D60" w:rsidRDefault="00000000">
            <w:pPr>
              <w:pStyle w:val="TableText"/>
              <w:spacing w:before="40" w:after="40"/>
            </w:pPr>
            <w:r>
              <w:t>Organizzazione e perimetro</w:t>
            </w:r>
          </w:p>
        </w:tc>
        <w:tc>
          <w:tcPr>
            <w:tcW w:w="7030" w:type="dxa"/>
            <w:vAlign w:val="center"/>
          </w:tcPr>
          <w:p w14:paraId="19C54F34" w14:textId="77777777" w:rsidR="00F81D60" w:rsidRDefault="00000000">
            <w:pPr>
              <w:pStyle w:val="TableText"/>
              <w:spacing w:before="40" w:after="40"/>
            </w:pPr>
            <w:r>
              <w:t>[denominazione, sedi, persone e attività incluse]</w:t>
            </w:r>
          </w:p>
        </w:tc>
      </w:tr>
      <w:tr w:rsidR="00F81D60" w14:paraId="039DA5C2" w14:textId="77777777">
        <w:trPr>
          <w:cantSplit/>
          <w:jc w:val="center"/>
        </w:trPr>
        <w:tc>
          <w:tcPr>
            <w:tcW w:w="2948" w:type="dxa"/>
            <w:shd w:val="clear" w:color="auto" w:fill="F5F7F9"/>
            <w:vAlign w:val="center"/>
          </w:tcPr>
          <w:p w14:paraId="583909E2" w14:textId="77777777" w:rsidR="00F81D60" w:rsidRDefault="00000000">
            <w:pPr>
              <w:pStyle w:val="TableText"/>
              <w:spacing w:before="40" w:after="40"/>
            </w:pPr>
            <w:r>
              <w:t>Responsabile / decorrenza</w:t>
            </w:r>
          </w:p>
        </w:tc>
        <w:tc>
          <w:tcPr>
            <w:tcW w:w="7030" w:type="dxa"/>
            <w:shd w:val="clear" w:color="auto" w:fill="F5F7F9"/>
            <w:vAlign w:val="center"/>
          </w:tcPr>
          <w:p w14:paraId="1F3D0962" w14:textId="77777777" w:rsidR="00F81D60" w:rsidRDefault="00000000">
            <w:pPr>
              <w:pStyle w:val="TableText"/>
              <w:spacing w:before="40" w:after="40"/>
            </w:pPr>
            <w:r>
              <w:t>[funzione, nominativo]  •  efficacia dal [data]</w:t>
            </w:r>
          </w:p>
        </w:tc>
      </w:tr>
      <w:tr w:rsidR="00F81D60" w14:paraId="25CF6DB5" w14:textId="77777777">
        <w:trPr>
          <w:cantSplit/>
          <w:jc w:val="center"/>
        </w:trPr>
        <w:tc>
          <w:tcPr>
            <w:tcW w:w="2948" w:type="dxa"/>
            <w:vAlign w:val="center"/>
          </w:tcPr>
          <w:p w14:paraId="51ECBCF2" w14:textId="77777777" w:rsidR="00F81D60" w:rsidRDefault="00000000">
            <w:pPr>
              <w:pStyle w:val="TableText"/>
              <w:spacing w:before="40" w:after="40"/>
            </w:pPr>
            <w:r>
              <w:t>Consultazione e collegamenti</w:t>
            </w:r>
          </w:p>
        </w:tc>
        <w:tc>
          <w:tcPr>
            <w:tcW w:w="7030" w:type="dxa"/>
            <w:vAlign w:val="center"/>
          </w:tcPr>
          <w:p w14:paraId="021975F8" w14:textId="77777777" w:rsidR="00F81D60" w:rsidRDefault="00000000">
            <w:pPr>
              <w:pStyle w:val="TableText"/>
              <w:spacing w:before="40" w:after="40"/>
            </w:pPr>
            <w:r>
              <w:t>Verbale A05: [ ]  •  politiche correlate: [ ]</w:t>
            </w:r>
          </w:p>
        </w:tc>
      </w:tr>
    </w:tbl>
    <w:p w14:paraId="21B07E97" w14:textId="77777777" w:rsidR="00F81D60" w:rsidRDefault="00F81D60">
      <w:pPr>
        <w:spacing w:after="0"/>
      </w:pPr>
    </w:p>
    <w:p w14:paraId="0AF53C6D" w14:textId="77777777" w:rsidR="00F81D60" w:rsidRDefault="00000000">
      <w:r>
        <w:rPr>
          <w:b/>
        </w:rPr>
        <w:t>[Organizzazione]</w:t>
      </w:r>
      <w:r>
        <w:t xml:space="preserve"> si impegna a favorire un ambiente lavorativo nel quale le esigenze connesse alla salute mestruale e menopausale possano essere gestite con dignità, sicurezza e riservatezza. Riconosce la variabilità delle esperienze e non presume limitazioni sulla base dell’età, del genere o della richiesta di supporto.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324"/>
        <w:gridCol w:w="7653"/>
      </w:tblGrid>
      <w:tr w:rsidR="00F81D60" w14:paraId="163AB386" w14:textId="77777777">
        <w:trPr>
          <w:tblHeader/>
          <w:jc w:val="center"/>
        </w:trPr>
        <w:tc>
          <w:tcPr>
            <w:tcW w:w="2324" w:type="dxa"/>
            <w:shd w:val="clear" w:color="auto" w:fill="17324D"/>
            <w:vAlign w:val="center"/>
          </w:tcPr>
          <w:p w14:paraId="7D1BE5B4" w14:textId="77777777" w:rsidR="00F81D60" w:rsidRDefault="00000000">
            <w:pPr>
              <w:pStyle w:val="TableText"/>
              <w:spacing w:before="40" w:after="40"/>
            </w:pPr>
            <w:r>
              <w:rPr>
                <w:b/>
                <w:color w:val="FFFFFF"/>
              </w:rPr>
              <w:t>Impegno</w:t>
            </w:r>
          </w:p>
        </w:tc>
        <w:tc>
          <w:tcPr>
            <w:tcW w:w="7654" w:type="dxa"/>
            <w:shd w:val="clear" w:color="auto" w:fill="17324D"/>
            <w:vAlign w:val="center"/>
          </w:tcPr>
          <w:p w14:paraId="32482EDD" w14:textId="77777777" w:rsidR="00F81D60" w:rsidRDefault="00000000">
            <w:pPr>
              <w:pStyle w:val="TableText"/>
              <w:spacing w:before="40" w:after="40"/>
            </w:pPr>
            <w:r>
              <w:rPr>
                <w:b/>
                <w:color w:val="FFFFFF"/>
              </w:rPr>
              <w:t>Applicazione aziendale</w:t>
            </w:r>
          </w:p>
        </w:tc>
      </w:tr>
      <w:tr w:rsidR="00F81D60" w14:paraId="0F3230D4" w14:textId="77777777">
        <w:trPr>
          <w:cantSplit/>
          <w:jc w:val="center"/>
        </w:trPr>
        <w:tc>
          <w:tcPr>
            <w:tcW w:w="2324" w:type="dxa"/>
            <w:vAlign w:val="center"/>
          </w:tcPr>
          <w:p w14:paraId="6505C9FC" w14:textId="77777777" w:rsidR="00F81D60" w:rsidRDefault="00000000">
            <w:pPr>
              <w:pStyle w:val="TableText"/>
              <w:spacing w:before="40" w:after="40"/>
            </w:pPr>
            <w:r>
              <w:t>Ascolto accessibile</w:t>
            </w:r>
          </w:p>
        </w:tc>
        <w:tc>
          <w:tcPr>
            <w:tcW w:w="7654" w:type="dxa"/>
            <w:vAlign w:val="center"/>
          </w:tcPr>
          <w:p w14:paraId="2A22AC21" w14:textId="77777777" w:rsidR="00F81D60" w:rsidRDefault="00000000">
            <w:pPr>
              <w:pStyle w:val="TableText"/>
              <w:spacing w:before="40" w:after="40"/>
            </w:pPr>
            <w:r>
              <w:t>Rendere disponibili contatti principali e alternativi, anche per turni e personale senza accesso digitale.</w:t>
            </w:r>
          </w:p>
        </w:tc>
      </w:tr>
      <w:tr w:rsidR="00F81D60" w14:paraId="197E147F" w14:textId="77777777">
        <w:trPr>
          <w:cantSplit/>
          <w:jc w:val="center"/>
        </w:trPr>
        <w:tc>
          <w:tcPr>
            <w:tcW w:w="2324" w:type="dxa"/>
            <w:shd w:val="clear" w:color="auto" w:fill="F5F7F9"/>
            <w:vAlign w:val="center"/>
          </w:tcPr>
          <w:p w14:paraId="1387E965" w14:textId="77777777" w:rsidR="00F81D60" w:rsidRDefault="00000000">
            <w:pPr>
              <w:pStyle w:val="TableText"/>
              <w:spacing w:before="40" w:after="40"/>
            </w:pPr>
            <w:r>
              <w:t>Nessuna divulgazione imposta</w:t>
            </w:r>
          </w:p>
        </w:tc>
        <w:tc>
          <w:tcPr>
            <w:tcW w:w="7654" w:type="dxa"/>
            <w:shd w:val="clear" w:color="auto" w:fill="F5F7F9"/>
            <w:vAlign w:val="center"/>
          </w:tcPr>
          <w:p w14:paraId="601179E4" w14:textId="77777777" w:rsidR="00F81D60" w:rsidRDefault="00000000">
            <w:pPr>
              <w:pStyle w:val="TableText"/>
              <w:spacing w:before="40" w:after="40"/>
            </w:pPr>
            <w:r>
              <w:t>Consentire il confronto sulle barriere lavorative senza richiedere diagnosi o dettagli intimi.</w:t>
            </w:r>
          </w:p>
        </w:tc>
      </w:tr>
      <w:tr w:rsidR="00F81D60" w14:paraId="2959DC88" w14:textId="77777777">
        <w:trPr>
          <w:cantSplit/>
          <w:jc w:val="center"/>
        </w:trPr>
        <w:tc>
          <w:tcPr>
            <w:tcW w:w="2324" w:type="dxa"/>
            <w:vAlign w:val="center"/>
          </w:tcPr>
          <w:p w14:paraId="14E4F87F" w14:textId="77777777" w:rsidR="00F81D60" w:rsidRDefault="00000000">
            <w:pPr>
              <w:pStyle w:val="TableText"/>
              <w:spacing w:before="40" w:after="40"/>
            </w:pPr>
            <w:r>
              <w:t>Servizi e misure generali</w:t>
            </w:r>
          </w:p>
        </w:tc>
        <w:tc>
          <w:tcPr>
            <w:tcW w:w="7654" w:type="dxa"/>
            <w:vAlign w:val="center"/>
          </w:tcPr>
          <w:p w14:paraId="2F1DE7FF" w14:textId="77777777" w:rsidR="00F81D60" w:rsidRDefault="00000000">
            <w:pPr>
              <w:pStyle w:val="TableText"/>
              <w:spacing w:before="40" w:after="40"/>
            </w:pPr>
            <w:r>
              <w:t>Verificare accesso ai servizi, prodotti, acqua, spazi e possibilità effettiva di pausa.</w:t>
            </w:r>
          </w:p>
        </w:tc>
      </w:tr>
      <w:tr w:rsidR="00F81D60" w14:paraId="1CD7113E" w14:textId="77777777">
        <w:trPr>
          <w:cantSplit/>
          <w:jc w:val="center"/>
        </w:trPr>
        <w:tc>
          <w:tcPr>
            <w:tcW w:w="2324" w:type="dxa"/>
            <w:shd w:val="clear" w:color="auto" w:fill="F5F7F9"/>
            <w:vAlign w:val="center"/>
          </w:tcPr>
          <w:p w14:paraId="776E1E67" w14:textId="77777777" w:rsidR="00F81D60" w:rsidRDefault="00000000">
            <w:pPr>
              <w:pStyle w:val="TableText"/>
              <w:spacing w:before="40" w:after="40"/>
            </w:pPr>
            <w:r>
              <w:t>Adattamenti sicuri</w:t>
            </w:r>
          </w:p>
        </w:tc>
        <w:tc>
          <w:tcPr>
            <w:tcW w:w="7654" w:type="dxa"/>
            <w:shd w:val="clear" w:color="auto" w:fill="F5F7F9"/>
            <w:vAlign w:val="center"/>
          </w:tcPr>
          <w:p w14:paraId="56913CD1" w14:textId="77777777" w:rsidR="00F81D60" w:rsidRDefault="00000000">
            <w:pPr>
              <w:pStyle w:val="TableText"/>
              <w:spacing w:before="40" w:after="40"/>
            </w:pPr>
            <w:r>
              <w:t>Esaminare insieme alla persona soluzioni proporzionate; non ridurre la protezione dai rischi.</w:t>
            </w:r>
          </w:p>
        </w:tc>
      </w:tr>
      <w:tr w:rsidR="00F81D60" w14:paraId="1FD7B760" w14:textId="77777777">
        <w:trPr>
          <w:cantSplit/>
          <w:jc w:val="center"/>
        </w:trPr>
        <w:tc>
          <w:tcPr>
            <w:tcW w:w="2324" w:type="dxa"/>
            <w:vAlign w:val="center"/>
          </w:tcPr>
          <w:p w14:paraId="01BD3FE9" w14:textId="77777777" w:rsidR="00F81D60" w:rsidRDefault="00000000">
            <w:pPr>
              <w:pStyle w:val="TableText"/>
              <w:spacing w:before="40" w:after="40"/>
            </w:pPr>
            <w:r>
              <w:t>Equità</w:t>
            </w:r>
          </w:p>
        </w:tc>
        <w:tc>
          <w:tcPr>
            <w:tcW w:w="7654" w:type="dxa"/>
            <w:vAlign w:val="center"/>
          </w:tcPr>
          <w:p w14:paraId="54496C97" w14:textId="77777777" w:rsidR="00F81D60" w:rsidRDefault="00000000">
            <w:pPr>
              <w:pStyle w:val="TableText"/>
              <w:spacing w:before="40" w:after="40"/>
            </w:pPr>
            <w:r>
              <w:t>Evitare penalizzazioni automatiche su assenze, formazione, valutazione e sviluppo professionale.</w:t>
            </w:r>
          </w:p>
        </w:tc>
      </w:tr>
      <w:tr w:rsidR="00F81D60" w14:paraId="44F4AB56" w14:textId="77777777">
        <w:trPr>
          <w:cantSplit/>
          <w:jc w:val="center"/>
        </w:trPr>
        <w:tc>
          <w:tcPr>
            <w:tcW w:w="2324" w:type="dxa"/>
            <w:shd w:val="clear" w:color="auto" w:fill="F5F7F9"/>
            <w:vAlign w:val="center"/>
          </w:tcPr>
          <w:p w14:paraId="31A2922D" w14:textId="77777777" w:rsidR="00F81D60" w:rsidRDefault="00000000">
            <w:pPr>
              <w:pStyle w:val="TableText"/>
              <w:spacing w:before="40" w:after="40"/>
            </w:pPr>
            <w:r>
              <w:t>Comportamenti rispettosi</w:t>
            </w:r>
          </w:p>
        </w:tc>
        <w:tc>
          <w:tcPr>
            <w:tcW w:w="7654" w:type="dxa"/>
            <w:shd w:val="clear" w:color="auto" w:fill="F5F7F9"/>
            <w:vAlign w:val="center"/>
          </w:tcPr>
          <w:p w14:paraId="44CE99F2" w14:textId="77777777" w:rsidR="00F81D60" w:rsidRDefault="00000000">
            <w:pPr>
              <w:pStyle w:val="TableText"/>
              <w:spacing w:before="40" w:after="40"/>
            </w:pPr>
            <w:r>
              <w:t>Contrastare derisione, stigma, pressioni, discriminazioni e ritorsioni.</w:t>
            </w:r>
          </w:p>
        </w:tc>
      </w:tr>
      <w:tr w:rsidR="00F81D60" w14:paraId="752B7D71" w14:textId="77777777">
        <w:trPr>
          <w:cantSplit/>
          <w:jc w:val="center"/>
        </w:trPr>
        <w:tc>
          <w:tcPr>
            <w:tcW w:w="2324" w:type="dxa"/>
            <w:vAlign w:val="center"/>
          </w:tcPr>
          <w:p w14:paraId="795DD496" w14:textId="77777777" w:rsidR="00F81D60" w:rsidRDefault="00000000">
            <w:pPr>
              <w:pStyle w:val="TableText"/>
              <w:spacing w:before="40" w:after="40"/>
            </w:pPr>
            <w:r>
              <w:t>Privacy e competenze</w:t>
            </w:r>
          </w:p>
        </w:tc>
        <w:tc>
          <w:tcPr>
            <w:tcW w:w="7654" w:type="dxa"/>
            <w:vAlign w:val="center"/>
          </w:tcPr>
          <w:p w14:paraId="1FB1703C" w14:textId="77777777" w:rsidR="00F81D60" w:rsidRDefault="00000000">
            <w:pPr>
              <w:pStyle w:val="TableText"/>
              <w:spacing w:before="40" w:after="40"/>
            </w:pPr>
            <w:r>
              <w:t>Separare dati sanitari e gestione organizzativa; limitare accessi e condivisioni.</w:t>
            </w:r>
          </w:p>
        </w:tc>
      </w:tr>
      <w:tr w:rsidR="00F81D60" w14:paraId="50D25DF3" w14:textId="77777777">
        <w:trPr>
          <w:cantSplit/>
          <w:jc w:val="center"/>
        </w:trPr>
        <w:tc>
          <w:tcPr>
            <w:tcW w:w="2324" w:type="dxa"/>
            <w:shd w:val="clear" w:color="auto" w:fill="F5F7F9"/>
            <w:vAlign w:val="center"/>
          </w:tcPr>
          <w:p w14:paraId="20785B7A" w14:textId="77777777" w:rsidR="00F81D60" w:rsidRDefault="00000000">
            <w:pPr>
              <w:pStyle w:val="TableText"/>
              <w:spacing w:before="40" w:after="40"/>
            </w:pPr>
            <w:r>
              <w:t>Formazione e risorse</w:t>
            </w:r>
          </w:p>
        </w:tc>
        <w:tc>
          <w:tcPr>
            <w:tcW w:w="7654" w:type="dxa"/>
            <w:shd w:val="clear" w:color="auto" w:fill="F5F7F9"/>
            <w:vAlign w:val="center"/>
          </w:tcPr>
          <w:p w14:paraId="445A21E0" w14:textId="77777777" w:rsidR="00F81D60" w:rsidRDefault="00000000">
            <w:pPr>
              <w:pStyle w:val="TableText"/>
              <w:spacing w:before="40" w:after="40"/>
            </w:pPr>
            <w:r>
              <w:t>Preparare chi gestisce le richieste e assicurare strumenti, sostituti e disponibilità operativa.</w:t>
            </w:r>
          </w:p>
        </w:tc>
      </w:tr>
      <w:tr w:rsidR="00F81D60" w14:paraId="013250E6" w14:textId="77777777">
        <w:trPr>
          <w:cantSplit/>
          <w:jc w:val="center"/>
        </w:trPr>
        <w:tc>
          <w:tcPr>
            <w:tcW w:w="2324" w:type="dxa"/>
            <w:vAlign w:val="center"/>
          </w:tcPr>
          <w:p w14:paraId="316B095F" w14:textId="77777777" w:rsidR="00F81D60" w:rsidRDefault="00000000">
            <w:pPr>
              <w:pStyle w:val="TableText"/>
              <w:spacing w:before="40" w:after="40"/>
            </w:pPr>
            <w:r>
              <w:t>Continuità e ascolto</w:t>
            </w:r>
          </w:p>
        </w:tc>
        <w:tc>
          <w:tcPr>
            <w:tcW w:w="7654" w:type="dxa"/>
            <w:vAlign w:val="center"/>
          </w:tcPr>
          <w:p w14:paraId="72535009" w14:textId="77777777" w:rsidR="00F81D60" w:rsidRDefault="00000000">
            <w:pPr>
              <w:pStyle w:val="TableText"/>
              <w:spacing w:before="40" w:after="40"/>
            </w:pPr>
            <w:r>
              <w:t>Riesaminare le misure ai cambiamenti e dare una risposta motivata alle richieste.</w:t>
            </w:r>
          </w:p>
        </w:tc>
      </w:tr>
      <w:tr w:rsidR="00F81D60" w14:paraId="0DCA85D9" w14:textId="77777777">
        <w:trPr>
          <w:cantSplit/>
          <w:jc w:val="center"/>
        </w:trPr>
        <w:tc>
          <w:tcPr>
            <w:tcW w:w="2324" w:type="dxa"/>
            <w:shd w:val="clear" w:color="auto" w:fill="F5F7F9"/>
            <w:vAlign w:val="center"/>
          </w:tcPr>
          <w:p w14:paraId="02564320" w14:textId="77777777" w:rsidR="00F81D60" w:rsidRDefault="00000000">
            <w:pPr>
              <w:pStyle w:val="TableText"/>
              <w:spacing w:before="40" w:after="40"/>
            </w:pPr>
            <w:r>
              <w:t>Miglioramento</w:t>
            </w:r>
          </w:p>
        </w:tc>
        <w:tc>
          <w:tcPr>
            <w:tcW w:w="7654" w:type="dxa"/>
            <w:shd w:val="clear" w:color="auto" w:fill="F5F7F9"/>
            <w:vAlign w:val="center"/>
          </w:tcPr>
          <w:p w14:paraId="4259E59D" w14:textId="77777777" w:rsidR="00F81D60" w:rsidRDefault="00000000">
            <w:pPr>
              <w:pStyle w:val="TableText"/>
              <w:spacing w:before="40" w:after="40"/>
            </w:pPr>
            <w:r>
              <w:t>Verificare attuazione ed efficacia con dati pertinenti, senza profilare le persone.</w:t>
            </w:r>
          </w:p>
        </w:tc>
      </w:tr>
    </w:tbl>
    <w:p w14:paraId="2D7D9DD7" w14:textId="77777777" w:rsidR="00F81D60" w:rsidRDefault="00F81D60">
      <w:pPr>
        <w:spacing w:after="0"/>
      </w:pPr>
    </w:p>
    <w:p w14:paraId="471D09F0" w14:textId="77777777" w:rsidR="00F81D60" w:rsidRDefault="00000000">
      <w:r>
        <w:t>I canali aziendali e le misure effettivamente attive sono riportati in A02 e nella guida al personale A27. L’impegno non sostituisce obblighi di legge, prescrizioni sanitarie, accordi applicabili o procedure di emergenza.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0B8FB382" w14:textId="77777777">
        <w:trPr>
          <w:tblHeader/>
          <w:jc w:val="center"/>
        </w:trPr>
        <w:tc>
          <w:tcPr>
            <w:tcW w:w="3326" w:type="dxa"/>
            <w:shd w:val="clear" w:color="auto" w:fill="17324D"/>
            <w:vAlign w:val="center"/>
          </w:tcPr>
          <w:p w14:paraId="401304F1" w14:textId="77777777" w:rsidR="00F81D60" w:rsidRDefault="00000000">
            <w:pPr>
              <w:pStyle w:val="TableText"/>
              <w:spacing w:before="40" w:after="40"/>
            </w:pPr>
            <w:r>
              <w:rPr>
                <w:b/>
                <w:color w:val="FFFFFF"/>
              </w:rPr>
              <w:t>Approvazione della direzione</w:t>
            </w:r>
          </w:p>
        </w:tc>
        <w:tc>
          <w:tcPr>
            <w:tcW w:w="3326" w:type="dxa"/>
            <w:shd w:val="clear" w:color="auto" w:fill="17324D"/>
            <w:vAlign w:val="center"/>
          </w:tcPr>
          <w:p w14:paraId="34B179B4" w14:textId="77777777" w:rsidR="00F81D60" w:rsidRDefault="00000000">
            <w:pPr>
              <w:pStyle w:val="TableText"/>
              <w:spacing w:before="40" w:after="40"/>
            </w:pPr>
            <w:r>
              <w:rPr>
                <w:b/>
                <w:color w:val="FFFFFF"/>
              </w:rPr>
              <w:t>Data di pubblicazione</w:t>
            </w:r>
          </w:p>
        </w:tc>
        <w:tc>
          <w:tcPr>
            <w:tcW w:w="3326" w:type="dxa"/>
            <w:shd w:val="clear" w:color="auto" w:fill="17324D"/>
            <w:vAlign w:val="center"/>
          </w:tcPr>
          <w:p w14:paraId="1796B44D" w14:textId="77777777" w:rsidR="00F81D60" w:rsidRDefault="00000000">
            <w:pPr>
              <w:pStyle w:val="TableText"/>
              <w:spacing w:before="40" w:after="40"/>
            </w:pPr>
            <w:r>
              <w:rPr>
                <w:b/>
                <w:color w:val="FFFFFF"/>
              </w:rPr>
              <w:t>Prossimo riesame</w:t>
            </w:r>
          </w:p>
        </w:tc>
      </w:tr>
      <w:tr w:rsidR="00F81D60" w14:paraId="47D72296" w14:textId="77777777">
        <w:trPr>
          <w:cantSplit/>
          <w:trHeight w:val="454"/>
          <w:jc w:val="center"/>
        </w:trPr>
        <w:tc>
          <w:tcPr>
            <w:tcW w:w="3326" w:type="dxa"/>
            <w:vAlign w:val="center"/>
          </w:tcPr>
          <w:p w14:paraId="22E64B49" w14:textId="77777777" w:rsidR="00F81D60" w:rsidRDefault="00000000">
            <w:pPr>
              <w:pStyle w:val="TableText"/>
              <w:spacing w:before="40" w:after="40"/>
            </w:pPr>
            <w:r>
              <w:t>[compilare]</w:t>
            </w:r>
          </w:p>
        </w:tc>
        <w:tc>
          <w:tcPr>
            <w:tcW w:w="3326" w:type="dxa"/>
            <w:vAlign w:val="center"/>
          </w:tcPr>
          <w:p w14:paraId="77E2E6D0" w14:textId="77777777" w:rsidR="00F81D60" w:rsidRDefault="00000000">
            <w:pPr>
              <w:pStyle w:val="TableText"/>
              <w:spacing w:before="40" w:after="40"/>
            </w:pPr>
            <w:r>
              <w:t>[compilare]</w:t>
            </w:r>
          </w:p>
        </w:tc>
        <w:tc>
          <w:tcPr>
            <w:tcW w:w="3326" w:type="dxa"/>
            <w:vAlign w:val="center"/>
          </w:tcPr>
          <w:p w14:paraId="56BDBBB6" w14:textId="77777777" w:rsidR="00F81D60" w:rsidRDefault="00000000">
            <w:pPr>
              <w:pStyle w:val="TableText"/>
              <w:spacing w:before="40" w:after="40"/>
            </w:pPr>
            <w:r>
              <w:t>[compilare]</w:t>
            </w:r>
          </w:p>
        </w:tc>
      </w:tr>
    </w:tbl>
    <w:p w14:paraId="2356BCCB" w14:textId="77777777" w:rsidR="00F81D60" w:rsidRDefault="00F81D60">
      <w:pPr>
        <w:spacing w:after="0"/>
      </w:pPr>
    </w:p>
    <w:p w14:paraId="51958B97" w14:textId="77777777" w:rsidR="00F81D60" w:rsidRDefault="00000000">
      <w:r>
        <w:br w:type="page"/>
      </w:r>
    </w:p>
    <w:p w14:paraId="71190382" w14:textId="77777777" w:rsidR="00F81D60" w:rsidRDefault="00000000">
      <w:pPr>
        <w:pStyle w:val="Small"/>
      </w:pPr>
      <w:r>
        <w:rPr>
          <w:b/>
          <w:color w:val="006B70"/>
        </w:rPr>
        <w:t>ALLEGATO AZIENDALE  •  MOD-MM-02  •  parte 1</w:t>
      </w:r>
    </w:p>
    <w:p w14:paraId="67A88264" w14:textId="77777777" w:rsidR="00F81D60" w:rsidRDefault="00000000">
      <w:pPr>
        <w:pStyle w:val="Titolo1"/>
      </w:pPr>
      <w:bookmarkStart w:id="41" w:name="A02_1"/>
      <w:r>
        <w:t>A02 | Configurazione e perimetro</w:t>
      </w:r>
      <w:bookmarkEnd w:id="41"/>
    </w:p>
    <w:p w14:paraId="469F3362" w14:textId="77777777" w:rsidR="00F81D60" w:rsidRDefault="00000000">
      <w:pPr>
        <w:pStyle w:val="Reference"/>
      </w:pPr>
      <w:r>
        <w:t>Base documentale: [ISO] §§ 1 e 5.1; [AZ] parametri di attivazione. Le istruzioni operative e i moduli sono elaborazioni aziendali del modello [AZ].</w:t>
      </w:r>
    </w:p>
    <w:p w14:paraId="64831682" w14:textId="77777777" w:rsidR="00F81D60" w:rsidRDefault="00000000">
      <w:r>
        <w:t>Compilazione a cura della direzione e del responsabile del processo. Classificazione: sistema; limitare i recapiti personali non necessari.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5DD363C" w14:textId="77777777">
        <w:trPr>
          <w:tblHeader/>
          <w:jc w:val="center"/>
        </w:trPr>
        <w:tc>
          <w:tcPr>
            <w:tcW w:w="2948" w:type="dxa"/>
            <w:shd w:val="clear" w:color="auto" w:fill="17324D"/>
            <w:vAlign w:val="center"/>
          </w:tcPr>
          <w:p w14:paraId="14036640" w14:textId="77777777" w:rsidR="00F81D60" w:rsidRDefault="00000000">
            <w:pPr>
              <w:pStyle w:val="TableText"/>
              <w:spacing w:before="40" w:after="40"/>
            </w:pPr>
            <w:r>
              <w:rPr>
                <w:b/>
                <w:color w:val="FFFFFF"/>
              </w:rPr>
              <w:t>Campo</w:t>
            </w:r>
          </w:p>
        </w:tc>
        <w:tc>
          <w:tcPr>
            <w:tcW w:w="7030" w:type="dxa"/>
            <w:shd w:val="clear" w:color="auto" w:fill="17324D"/>
            <w:vAlign w:val="center"/>
          </w:tcPr>
          <w:p w14:paraId="617663BD" w14:textId="77777777" w:rsidR="00F81D60" w:rsidRDefault="00000000">
            <w:pPr>
              <w:pStyle w:val="TableText"/>
              <w:spacing w:before="40" w:after="40"/>
            </w:pPr>
            <w:r>
              <w:rPr>
                <w:b/>
                <w:color w:val="FFFFFF"/>
              </w:rPr>
              <w:t>Compilazione / decisione aziendale</w:t>
            </w:r>
          </w:p>
        </w:tc>
      </w:tr>
      <w:tr w:rsidR="00F81D60" w14:paraId="02413FCC" w14:textId="77777777">
        <w:trPr>
          <w:cantSplit/>
          <w:jc w:val="center"/>
        </w:trPr>
        <w:tc>
          <w:tcPr>
            <w:tcW w:w="2948" w:type="dxa"/>
            <w:vAlign w:val="center"/>
          </w:tcPr>
          <w:p w14:paraId="627656D7" w14:textId="77777777" w:rsidR="00F81D60" w:rsidRDefault="00000000">
            <w:pPr>
              <w:pStyle w:val="TableText"/>
              <w:spacing w:before="40" w:after="40"/>
            </w:pPr>
            <w:r>
              <w:t>Identificazione</w:t>
            </w:r>
          </w:p>
        </w:tc>
        <w:tc>
          <w:tcPr>
            <w:tcW w:w="7030" w:type="dxa"/>
            <w:vAlign w:val="center"/>
          </w:tcPr>
          <w:p w14:paraId="70EE5509" w14:textId="77777777" w:rsidR="00F81D60" w:rsidRDefault="00000000">
            <w:pPr>
              <w:pStyle w:val="TableText"/>
              <w:spacing w:before="40" w:after="40"/>
            </w:pPr>
            <w:r>
              <w:t>Organizzazione: [ ]  •  sede legale: [ ]  •  unità interessate: [ ]</w:t>
            </w:r>
          </w:p>
        </w:tc>
      </w:tr>
      <w:tr w:rsidR="00F81D60" w14:paraId="7B941124" w14:textId="77777777">
        <w:trPr>
          <w:cantSplit/>
          <w:jc w:val="center"/>
        </w:trPr>
        <w:tc>
          <w:tcPr>
            <w:tcW w:w="2948" w:type="dxa"/>
            <w:shd w:val="clear" w:color="auto" w:fill="F5F7F9"/>
            <w:vAlign w:val="center"/>
          </w:tcPr>
          <w:p w14:paraId="1C391C99" w14:textId="77777777" w:rsidR="00F81D60" w:rsidRDefault="00000000">
            <w:pPr>
              <w:pStyle w:val="TableText"/>
              <w:spacing w:before="40" w:after="40"/>
            </w:pPr>
            <w:r>
              <w:t>Responsabile del processo</w:t>
            </w:r>
          </w:p>
        </w:tc>
        <w:tc>
          <w:tcPr>
            <w:tcW w:w="7030" w:type="dxa"/>
            <w:shd w:val="clear" w:color="auto" w:fill="F5F7F9"/>
            <w:vAlign w:val="center"/>
          </w:tcPr>
          <w:p w14:paraId="560AE8DC" w14:textId="77777777" w:rsidR="00F81D60" w:rsidRDefault="00000000">
            <w:pPr>
              <w:pStyle w:val="TableText"/>
              <w:spacing w:before="40" w:after="40"/>
            </w:pPr>
            <w:r>
              <w:t>Nome / funzione / poteri operativi / disponibilità: [ ]</w:t>
            </w:r>
          </w:p>
        </w:tc>
      </w:tr>
      <w:tr w:rsidR="00F81D60" w14:paraId="58A5ED09" w14:textId="77777777">
        <w:trPr>
          <w:cantSplit/>
          <w:jc w:val="center"/>
        </w:trPr>
        <w:tc>
          <w:tcPr>
            <w:tcW w:w="2948" w:type="dxa"/>
            <w:vAlign w:val="center"/>
          </w:tcPr>
          <w:p w14:paraId="7A628E62" w14:textId="77777777" w:rsidR="00F81D60" w:rsidRDefault="00000000">
            <w:pPr>
              <w:pStyle w:val="TableText"/>
              <w:spacing w:before="40" w:after="40"/>
            </w:pPr>
            <w:r>
              <w:t>Sostituto</w:t>
            </w:r>
          </w:p>
        </w:tc>
        <w:tc>
          <w:tcPr>
            <w:tcW w:w="7030" w:type="dxa"/>
            <w:vAlign w:val="center"/>
          </w:tcPr>
          <w:p w14:paraId="31FD2CA1" w14:textId="77777777" w:rsidR="00F81D60" w:rsidRDefault="00000000">
            <w:pPr>
              <w:pStyle w:val="TableText"/>
              <w:spacing w:before="40" w:after="40"/>
            </w:pPr>
            <w:r>
              <w:t>Nome / funzione / condizioni di attivazione: [ ]</w:t>
            </w:r>
          </w:p>
        </w:tc>
      </w:tr>
      <w:tr w:rsidR="00F81D60" w14:paraId="1821D22D" w14:textId="77777777">
        <w:trPr>
          <w:cantSplit/>
          <w:jc w:val="center"/>
        </w:trPr>
        <w:tc>
          <w:tcPr>
            <w:tcW w:w="2948" w:type="dxa"/>
            <w:shd w:val="clear" w:color="auto" w:fill="F5F7F9"/>
            <w:vAlign w:val="center"/>
          </w:tcPr>
          <w:p w14:paraId="70835639" w14:textId="77777777" w:rsidR="00F81D60" w:rsidRDefault="00000000">
            <w:pPr>
              <w:pStyle w:val="TableText"/>
              <w:spacing w:before="40" w:after="40"/>
            </w:pPr>
            <w:r>
              <w:t>Canale principale</w:t>
            </w:r>
          </w:p>
        </w:tc>
        <w:tc>
          <w:tcPr>
            <w:tcW w:w="7030" w:type="dxa"/>
            <w:shd w:val="clear" w:color="auto" w:fill="F5F7F9"/>
            <w:vAlign w:val="center"/>
          </w:tcPr>
          <w:p w14:paraId="798FAE62" w14:textId="77777777" w:rsidR="00F81D60" w:rsidRDefault="00000000">
            <w:pPr>
              <w:pStyle w:val="TableText"/>
              <w:spacing w:before="40" w:after="40"/>
            </w:pPr>
            <w:r>
              <w:t>Indirizzo o modalità: [ ]  •  destinatari effettivi: [ ]  •  orari: [ ]</w:t>
            </w:r>
          </w:p>
        </w:tc>
      </w:tr>
      <w:tr w:rsidR="00F81D60" w14:paraId="6955FD63" w14:textId="77777777">
        <w:trPr>
          <w:cantSplit/>
          <w:jc w:val="center"/>
        </w:trPr>
        <w:tc>
          <w:tcPr>
            <w:tcW w:w="2948" w:type="dxa"/>
            <w:vAlign w:val="center"/>
          </w:tcPr>
          <w:p w14:paraId="6488C377" w14:textId="77777777" w:rsidR="00F81D60" w:rsidRDefault="00000000">
            <w:pPr>
              <w:pStyle w:val="TableText"/>
              <w:spacing w:before="40" w:after="40"/>
            </w:pPr>
            <w:r>
              <w:t>Canale alternativo</w:t>
            </w:r>
          </w:p>
        </w:tc>
        <w:tc>
          <w:tcPr>
            <w:tcW w:w="7030" w:type="dxa"/>
            <w:vAlign w:val="center"/>
          </w:tcPr>
          <w:p w14:paraId="6DBF9221" w14:textId="77777777" w:rsidR="00F81D60" w:rsidRDefault="00000000">
            <w:pPr>
              <w:pStyle w:val="TableText"/>
              <w:spacing w:before="40" w:after="40"/>
            </w:pPr>
            <w:r>
              <w:t>Modalità: [ ]  •  responsabile indipendente: [ ]  •  sostituto: [ ]</w:t>
            </w:r>
          </w:p>
        </w:tc>
      </w:tr>
      <w:tr w:rsidR="00F81D60" w14:paraId="5D4FDDB1" w14:textId="77777777">
        <w:trPr>
          <w:cantSplit/>
          <w:jc w:val="center"/>
        </w:trPr>
        <w:tc>
          <w:tcPr>
            <w:tcW w:w="2948" w:type="dxa"/>
            <w:shd w:val="clear" w:color="auto" w:fill="F5F7F9"/>
            <w:vAlign w:val="center"/>
          </w:tcPr>
          <w:p w14:paraId="22E6B37B" w14:textId="77777777" w:rsidR="00F81D60" w:rsidRDefault="00000000">
            <w:pPr>
              <w:pStyle w:val="TableText"/>
              <w:spacing w:before="40" w:after="40"/>
            </w:pPr>
            <w:r>
              <w:t>Modalità non digitali</w:t>
            </w:r>
          </w:p>
        </w:tc>
        <w:tc>
          <w:tcPr>
            <w:tcW w:w="7030" w:type="dxa"/>
            <w:shd w:val="clear" w:color="auto" w:fill="F5F7F9"/>
            <w:vAlign w:val="center"/>
          </w:tcPr>
          <w:p w14:paraId="07803A79" w14:textId="77777777" w:rsidR="00F81D60" w:rsidRDefault="00000000">
            <w:pPr>
              <w:pStyle w:val="TableText"/>
              <w:spacing w:before="40" w:after="40"/>
            </w:pPr>
            <w:r>
              <w:t>Colloquio, numero interno, punto di contatto o altra modalità: [ ]</w:t>
            </w:r>
          </w:p>
        </w:tc>
      </w:tr>
      <w:tr w:rsidR="00F81D60" w14:paraId="5D47BE68" w14:textId="77777777">
        <w:trPr>
          <w:cantSplit/>
          <w:jc w:val="center"/>
        </w:trPr>
        <w:tc>
          <w:tcPr>
            <w:tcW w:w="2948" w:type="dxa"/>
            <w:vAlign w:val="center"/>
          </w:tcPr>
          <w:p w14:paraId="5BF8AFCF" w14:textId="77777777" w:rsidR="00F81D60" w:rsidRDefault="00000000">
            <w:pPr>
              <w:pStyle w:val="TableText"/>
              <w:spacing w:before="40" w:after="40"/>
            </w:pPr>
            <w:r>
              <w:t>Sicurezza / urgenze</w:t>
            </w:r>
          </w:p>
        </w:tc>
        <w:tc>
          <w:tcPr>
            <w:tcW w:w="7030" w:type="dxa"/>
            <w:vAlign w:val="center"/>
          </w:tcPr>
          <w:p w14:paraId="6E7D703D" w14:textId="77777777" w:rsidR="00F81D60" w:rsidRDefault="00000000">
            <w:pPr>
              <w:pStyle w:val="TableText"/>
              <w:spacing w:before="40" w:after="40"/>
            </w:pPr>
            <w:r>
              <w:t>Riferimento piano vigente: [ ]  •  modalità di attivazione: [ ]</w:t>
            </w:r>
          </w:p>
        </w:tc>
      </w:tr>
      <w:tr w:rsidR="00F81D60" w14:paraId="415911CA" w14:textId="77777777">
        <w:trPr>
          <w:cantSplit/>
          <w:jc w:val="center"/>
        </w:trPr>
        <w:tc>
          <w:tcPr>
            <w:tcW w:w="2948" w:type="dxa"/>
            <w:shd w:val="clear" w:color="auto" w:fill="F5F7F9"/>
            <w:vAlign w:val="center"/>
          </w:tcPr>
          <w:p w14:paraId="24608B80" w14:textId="77777777" w:rsidR="00F81D60" w:rsidRDefault="00000000">
            <w:pPr>
              <w:pStyle w:val="TableText"/>
              <w:spacing w:before="40" w:after="40"/>
            </w:pPr>
            <w:r>
              <w:t>Privacy e diritti</w:t>
            </w:r>
          </w:p>
        </w:tc>
        <w:tc>
          <w:tcPr>
            <w:tcW w:w="7030" w:type="dxa"/>
            <w:shd w:val="clear" w:color="auto" w:fill="F5F7F9"/>
            <w:vAlign w:val="center"/>
          </w:tcPr>
          <w:p w14:paraId="26D480AC" w14:textId="77777777" w:rsidR="00F81D60" w:rsidRDefault="00000000">
            <w:pPr>
              <w:pStyle w:val="TableText"/>
              <w:spacing w:before="40" w:after="40"/>
            </w:pPr>
            <w:r>
              <w:t>Titolare / contatto privacy / DPO se designato: [ ]</w:t>
            </w:r>
          </w:p>
        </w:tc>
      </w:tr>
      <w:tr w:rsidR="00F81D60" w14:paraId="46BFEDE2" w14:textId="77777777">
        <w:trPr>
          <w:cantSplit/>
          <w:jc w:val="center"/>
        </w:trPr>
        <w:tc>
          <w:tcPr>
            <w:tcW w:w="2948" w:type="dxa"/>
            <w:vAlign w:val="center"/>
          </w:tcPr>
          <w:p w14:paraId="110C3AEB" w14:textId="77777777" w:rsidR="00F81D60" w:rsidRDefault="00000000">
            <w:pPr>
              <w:pStyle w:val="TableText"/>
              <w:spacing w:before="40" w:after="40"/>
            </w:pPr>
            <w:r>
              <w:t>Funzioni tecniche</w:t>
            </w:r>
          </w:p>
        </w:tc>
        <w:tc>
          <w:tcPr>
            <w:tcW w:w="7030" w:type="dxa"/>
            <w:vAlign w:val="center"/>
          </w:tcPr>
          <w:p w14:paraId="1D3CF641" w14:textId="77777777" w:rsidR="00F81D60" w:rsidRDefault="00000000">
            <w:pPr>
              <w:pStyle w:val="TableText"/>
              <w:spacing w:before="40" w:after="40"/>
            </w:pPr>
            <w:r>
              <w:t>RSPP/HSE: [ ]  •  medico competente ove pertinente: [ ]  •  facility: [ ]</w:t>
            </w:r>
          </w:p>
        </w:tc>
      </w:tr>
      <w:tr w:rsidR="00F81D60" w14:paraId="21300263" w14:textId="77777777">
        <w:trPr>
          <w:cantSplit/>
          <w:jc w:val="center"/>
        </w:trPr>
        <w:tc>
          <w:tcPr>
            <w:tcW w:w="2948" w:type="dxa"/>
            <w:shd w:val="clear" w:color="auto" w:fill="F5F7F9"/>
            <w:vAlign w:val="center"/>
          </w:tcPr>
          <w:p w14:paraId="4C15E1E0" w14:textId="77777777" w:rsidR="00F81D60" w:rsidRDefault="00000000">
            <w:pPr>
              <w:pStyle w:val="TableText"/>
              <w:spacing w:before="40" w:after="40"/>
            </w:pPr>
            <w:r>
              <w:t>Contatti del personale esterno</w:t>
            </w:r>
          </w:p>
        </w:tc>
        <w:tc>
          <w:tcPr>
            <w:tcW w:w="7030" w:type="dxa"/>
            <w:shd w:val="clear" w:color="auto" w:fill="F5F7F9"/>
            <w:vAlign w:val="center"/>
          </w:tcPr>
          <w:p w14:paraId="7E8721FE" w14:textId="77777777" w:rsidR="00F81D60" w:rsidRDefault="00000000">
            <w:pPr>
              <w:pStyle w:val="TableText"/>
              <w:spacing w:before="40" w:after="40"/>
            </w:pPr>
            <w:r>
              <w:t>Referente ospitante: [ ]  •  raccordo datori di lavoro: [ ]</w:t>
            </w:r>
          </w:p>
        </w:tc>
      </w:tr>
    </w:tbl>
    <w:p w14:paraId="49D86635"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515"/>
        <w:gridCol w:w="6462"/>
      </w:tblGrid>
      <w:tr w:rsidR="00F81D60" w14:paraId="188B32E5" w14:textId="77777777">
        <w:trPr>
          <w:tblHeader/>
          <w:jc w:val="center"/>
        </w:trPr>
        <w:tc>
          <w:tcPr>
            <w:tcW w:w="3515" w:type="dxa"/>
            <w:shd w:val="clear" w:color="auto" w:fill="17324D"/>
            <w:vAlign w:val="center"/>
          </w:tcPr>
          <w:p w14:paraId="0DD5DBB8" w14:textId="77777777" w:rsidR="00F81D60" w:rsidRDefault="00000000">
            <w:pPr>
              <w:pStyle w:val="TableText"/>
              <w:spacing w:before="40" w:after="40"/>
            </w:pPr>
            <w:r>
              <w:rPr>
                <w:b/>
                <w:color w:val="FFFFFF"/>
              </w:rPr>
              <w:t>Sede / attività / forma di lavoro</w:t>
            </w:r>
          </w:p>
        </w:tc>
        <w:tc>
          <w:tcPr>
            <w:tcW w:w="6463" w:type="dxa"/>
            <w:shd w:val="clear" w:color="auto" w:fill="17324D"/>
            <w:vAlign w:val="center"/>
          </w:tcPr>
          <w:p w14:paraId="605ADADD" w14:textId="77777777" w:rsidR="00F81D60" w:rsidRDefault="00000000">
            <w:pPr>
              <w:pStyle w:val="TableText"/>
              <w:spacing w:before="40" w:after="40"/>
            </w:pPr>
            <w:r>
              <w:rPr>
                <w:b/>
                <w:color w:val="FFFFFF"/>
              </w:rPr>
              <w:t>Inclusione, vincoli ed eventuale esclusione motivata</w:t>
            </w:r>
          </w:p>
        </w:tc>
      </w:tr>
      <w:tr w:rsidR="00F81D60" w14:paraId="440EB5F3" w14:textId="77777777">
        <w:trPr>
          <w:cantSplit/>
          <w:trHeight w:val="510"/>
          <w:jc w:val="center"/>
        </w:trPr>
        <w:tc>
          <w:tcPr>
            <w:tcW w:w="3515" w:type="dxa"/>
            <w:vAlign w:val="center"/>
          </w:tcPr>
          <w:p w14:paraId="2F2C302B" w14:textId="77777777" w:rsidR="00F81D60" w:rsidRDefault="00000000">
            <w:pPr>
              <w:pStyle w:val="TableText"/>
              <w:spacing w:before="40" w:after="40"/>
            </w:pPr>
            <w:r>
              <w:t>Presenza / uffici / produzione</w:t>
            </w:r>
          </w:p>
        </w:tc>
        <w:tc>
          <w:tcPr>
            <w:tcW w:w="6463" w:type="dxa"/>
            <w:vAlign w:val="center"/>
          </w:tcPr>
          <w:p w14:paraId="4D40A535" w14:textId="77777777" w:rsidR="00F81D60" w:rsidRDefault="00000000">
            <w:pPr>
              <w:pStyle w:val="TableText"/>
              <w:spacing w:before="40" w:after="40"/>
            </w:pPr>
            <w:r>
              <w:t>[compilare]</w:t>
            </w:r>
          </w:p>
        </w:tc>
      </w:tr>
      <w:tr w:rsidR="00F81D60" w14:paraId="46BFF771" w14:textId="77777777">
        <w:trPr>
          <w:cantSplit/>
          <w:trHeight w:val="510"/>
          <w:jc w:val="center"/>
        </w:trPr>
        <w:tc>
          <w:tcPr>
            <w:tcW w:w="3515" w:type="dxa"/>
            <w:shd w:val="clear" w:color="auto" w:fill="F5F7F9"/>
            <w:vAlign w:val="center"/>
          </w:tcPr>
          <w:p w14:paraId="03670100" w14:textId="77777777" w:rsidR="00F81D60" w:rsidRDefault="00000000">
            <w:pPr>
              <w:pStyle w:val="TableText"/>
              <w:spacing w:before="40" w:after="40"/>
            </w:pPr>
            <w:r>
              <w:t>Turni, lavoro notturno, remoto, mobile</w:t>
            </w:r>
          </w:p>
        </w:tc>
        <w:tc>
          <w:tcPr>
            <w:tcW w:w="6463" w:type="dxa"/>
            <w:shd w:val="clear" w:color="auto" w:fill="F5F7F9"/>
            <w:vAlign w:val="center"/>
          </w:tcPr>
          <w:p w14:paraId="219E08AF" w14:textId="77777777" w:rsidR="00F81D60" w:rsidRDefault="00000000">
            <w:pPr>
              <w:pStyle w:val="TableText"/>
              <w:spacing w:before="40" w:after="40"/>
            </w:pPr>
            <w:r>
              <w:t>[compilare]</w:t>
            </w:r>
          </w:p>
        </w:tc>
      </w:tr>
      <w:tr w:rsidR="00F81D60" w14:paraId="35E959ED" w14:textId="77777777">
        <w:trPr>
          <w:cantSplit/>
          <w:trHeight w:val="510"/>
          <w:jc w:val="center"/>
        </w:trPr>
        <w:tc>
          <w:tcPr>
            <w:tcW w:w="3515" w:type="dxa"/>
            <w:vAlign w:val="center"/>
          </w:tcPr>
          <w:p w14:paraId="4D848A09" w14:textId="77777777" w:rsidR="00F81D60" w:rsidRDefault="00000000">
            <w:pPr>
              <w:pStyle w:val="TableText"/>
              <w:spacing w:before="40" w:after="40"/>
            </w:pPr>
            <w:r>
              <w:t>Appalti, somministrati, tirocinanti, visitatori</w:t>
            </w:r>
          </w:p>
        </w:tc>
        <w:tc>
          <w:tcPr>
            <w:tcW w:w="6463" w:type="dxa"/>
            <w:vAlign w:val="center"/>
          </w:tcPr>
          <w:p w14:paraId="70B048E5" w14:textId="77777777" w:rsidR="00F81D60" w:rsidRDefault="00000000">
            <w:pPr>
              <w:pStyle w:val="TableText"/>
              <w:spacing w:before="40" w:after="40"/>
            </w:pPr>
            <w:r>
              <w:t>[compilare]</w:t>
            </w:r>
          </w:p>
        </w:tc>
      </w:tr>
    </w:tbl>
    <w:p w14:paraId="542B9FC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19E5574E" w14:textId="77777777">
        <w:trPr>
          <w:tblHeader/>
          <w:jc w:val="center"/>
        </w:trPr>
        <w:tc>
          <w:tcPr>
            <w:tcW w:w="9978" w:type="dxa"/>
            <w:shd w:val="clear" w:color="auto" w:fill="17324D"/>
            <w:vAlign w:val="center"/>
          </w:tcPr>
          <w:p w14:paraId="289C93F8" w14:textId="77777777" w:rsidR="00F81D60" w:rsidRDefault="00000000">
            <w:pPr>
              <w:pStyle w:val="TableText"/>
              <w:spacing w:before="40" w:after="40"/>
            </w:pPr>
            <w:r>
              <w:rPr>
                <w:b/>
                <w:color w:val="FFFFFF"/>
                <w:sz w:val="19"/>
              </w:rPr>
              <w:t>VERIFICA DEL CANALE</w:t>
            </w:r>
          </w:p>
        </w:tc>
      </w:tr>
      <w:tr w:rsidR="00F81D60" w14:paraId="2228962D" w14:textId="77777777">
        <w:trPr>
          <w:cantSplit/>
          <w:jc w:val="center"/>
        </w:trPr>
        <w:tc>
          <w:tcPr>
            <w:tcW w:w="9978" w:type="dxa"/>
            <w:shd w:val="clear" w:color="auto" w:fill="EAF3F4"/>
            <w:vAlign w:val="center"/>
          </w:tcPr>
          <w:p w14:paraId="0E530662" w14:textId="77777777" w:rsidR="00F81D60" w:rsidRDefault="00000000">
            <w:pPr>
              <w:pStyle w:val="TableText"/>
              <w:spacing w:before="40" w:after="40"/>
            </w:pPr>
            <w:r>
              <w:rPr>
                <w:sz w:val="19"/>
              </w:rPr>
              <w:t>Prima dell’annuncio eseguire una prova senza dati reali: chi riceve, come risponde, chi subentra in assenza, quali accessi restano nel sistema. Data / esito / verificatore: [compilare].</w:t>
            </w:r>
          </w:p>
        </w:tc>
      </w:tr>
    </w:tbl>
    <w:p w14:paraId="0A15F526" w14:textId="77777777" w:rsidR="00F81D60" w:rsidRDefault="00F81D60">
      <w:pPr>
        <w:spacing w:after="0"/>
      </w:pPr>
    </w:p>
    <w:p w14:paraId="076A5A25" w14:textId="77777777" w:rsidR="00F81D60" w:rsidRDefault="00000000">
      <w:r>
        <w:br w:type="page"/>
      </w:r>
    </w:p>
    <w:p w14:paraId="1610FEC8" w14:textId="77777777" w:rsidR="00F81D60" w:rsidRDefault="00000000">
      <w:pPr>
        <w:pStyle w:val="Small"/>
      </w:pPr>
      <w:r>
        <w:rPr>
          <w:b/>
          <w:color w:val="006B70"/>
        </w:rPr>
        <w:t>ALLEGATO AZIENDALE  •  MOD-MM-02  •  parte 2</w:t>
      </w:r>
    </w:p>
    <w:p w14:paraId="250B011F" w14:textId="77777777" w:rsidR="00F81D60" w:rsidRDefault="00000000">
      <w:pPr>
        <w:pStyle w:val="Titolo1"/>
      </w:pPr>
      <w:bookmarkStart w:id="42" w:name="A02_2"/>
      <w:r>
        <w:t>A02 | Tempi e parametri approvati</w:t>
      </w:r>
      <w:bookmarkEnd w:id="42"/>
    </w:p>
    <w:p w14:paraId="3236BA29" w14:textId="77777777" w:rsidR="00F81D60" w:rsidRDefault="00000000">
      <w:pPr>
        <w:pStyle w:val="Reference"/>
      </w:pPr>
      <w:r>
        <w:t>Base documentale: [AZ] valori proposti; [XLS] PARAMETRI. Le istruzioni operative e i moduli sono elaborazioni aziendali del modello [AZ].</w:t>
      </w:r>
    </w:p>
    <w:p w14:paraId="78907DB3" w14:textId="77777777" w:rsidR="00F81D60" w:rsidRDefault="00000000">
      <w:r>
        <w:t>Compilare il valore deliberato per ogni riga. I valori proposti non sono termini ISO, medici o legali.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90"/>
        <w:gridCol w:w="3175"/>
        <w:gridCol w:w="3912"/>
      </w:tblGrid>
      <w:tr w:rsidR="00F81D60" w14:paraId="3A806C9C" w14:textId="77777777">
        <w:trPr>
          <w:tblHeader/>
          <w:jc w:val="center"/>
        </w:trPr>
        <w:tc>
          <w:tcPr>
            <w:tcW w:w="2891" w:type="dxa"/>
            <w:shd w:val="clear" w:color="auto" w:fill="17324D"/>
            <w:vAlign w:val="center"/>
          </w:tcPr>
          <w:p w14:paraId="5A332ED1" w14:textId="77777777" w:rsidR="00F81D60" w:rsidRDefault="00000000">
            <w:pPr>
              <w:pStyle w:val="TableText"/>
              <w:spacing w:before="40" w:after="40"/>
            </w:pPr>
            <w:r>
              <w:rPr>
                <w:b/>
                <w:color w:val="FFFFFF"/>
              </w:rPr>
              <w:t>Parametro</w:t>
            </w:r>
          </w:p>
        </w:tc>
        <w:tc>
          <w:tcPr>
            <w:tcW w:w="3175" w:type="dxa"/>
            <w:shd w:val="clear" w:color="auto" w:fill="17324D"/>
            <w:vAlign w:val="center"/>
          </w:tcPr>
          <w:p w14:paraId="7897EC40" w14:textId="77777777" w:rsidR="00F81D60" w:rsidRDefault="00000000">
            <w:pPr>
              <w:pStyle w:val="TableText"/>
              <w:spacing w:before="40" w:after="40"/>
            </w:pPr>
            <w:r>
              <w:rPr>
                <w:b/>
                <w:color w:val="FFFFFF"/>
              </w:rPr>
              <w:t>Proposta del modello</w:t>
            </w:r>
          </w:p>
        </w:tc>
        <w:tc>
          <w:tcPr>
            <w:tcW w:w="3912" w:type="dxa"/>
            <w:shd w:val="clear" w:color="auto" w:fill="17324D"/>
            <w:vAlign w:val="center"/>
          </w:tcPr>
          <w:p w14:paraId="774F5BC4" w14:textId="77777777" w:rsidR="00F81D60" w:rsidRDefault="00000000">
            <w:pPr>
              <w:pStyle w:val="TableText"/>
              <w:spacing w:before="40" w:after="40"/>
            </w:pPr>
            <w:r>
              <w:rPr>
                <w:b/>
                <w:color w:val="FFFFFF"/>
              </w:rPr>
              <w:t>Valore aziendale / motivazione</w:t>
            </w:r>
          </w:p>
        </w:tc>
      </w:tr>
      <w:tr w:rsidR="00F81D60" w14:paraId="34D828B1" w14:textId="77777777">
        <w:trPr>
          <w:cantSplit/>
          <w:jc w:val="center"/>
        </w:trPr>
        <w:tc>
          <w:tcPr>
            <w:tcW w:w="2891" w:type="dxa"/>
            <w:vAlign w:val="center"/>
          </w:tcPr>
          <w:p w14:paraId="6BD360A1" w14:textId="77777777" w:rsidR="00F81D60" w:rsidRDefault="00000000">
            <w:pPr>
              <w:pStyle w:val="TableText"/>
              <w:spacing w:before="40" w:after="40"/>
            </w:pPr>
            <w:r>
              <w:t>Ricezione richiesta</w:t>
            </w:r>
          </w:p>
        </w:tc>
        <w:tc>
          <w:tcPr>
            <w:tcW w:w="3175" w:type="dxa"/>
            <w:vAlign w:val="center"/>
          </w:tcPr>
          <w:p w14:paraId="272EF707" w14:textId="77777777" w:rsidR="00F81D60" w:rsidRDefault="00000000">
            <w:pPr>
              <w:pStyle w:val="TableText"/>
              <w:spacing w:before="40" w:after="40"/>
            </w:pPr>
            <w:r>
              <w:t>2 giorni lavorativi</w:t>
            </w:r>
          </w:p>
        </w:tc>
        <w:tc>
          <w:tcPr>
            <w:tcW w:w="3912" w:type="dxa"/>
            <w:vAlign w:val="center"/>
          </w:tcPr>
          <w:p w14:paraId="4FC788CE" w14:textId="77777777" w:rsidR="00F81D60" w:rsidRDefault="00000000">
            <w:pPr>
              <w:pStyle w:val="TableText"/>
              <w:spacing w:before="40" w:after="40"/>
            </w:pPr>
            <w:r>
              <w:t>[compilare]</w:t>
            </w:r>
          </w:p>
        </w:tc>
      </w:tr>
      <w:tr w:rsidR="00F81D60" w14:paraId="23469B6C" w14:textId="77777777">
        <w:trPr>
          <w:cantSplit/>
          <w:jc w:val="center"/>
        </w:trPr>
        <w:tc>
          <w:tcPr>
            <w:tcW w:w="2891" w:type="dxa"/>
            <w:shd w:val="clear" w:color="auto" w:fill="F5F7F9"/>
            <w:vAlign w:val="center"/>
          </w:tcPr>
          <w:p w14:paraId="639DF0AE" w14:textId="77777777" w:rsidR="00F81D60" w:rsidRDefault="00000000">
            <w:pPr>
              <w:pStyle w:val="TableText"/>
              <w:spacing w:before="40" w:after="40"/>
            </w:pPr>
            <w:r>
              <w:t>Primo colloquio</w:t>
            </w:r>
          </w:p>
        </w:tc>
        <w:tc>
          <w:tcPr>
            <w:tcW w:w="3175" w:type="dxa"/>
            <w:shd w:val="clear" w:color="auto" w:fill="F5F7F9"/>
            <w:vAlign w:val="center"/>
          </w:tcPr>
          <w:p w14:paraId="3D273002" w14:textId="77777777" w:rsidR="00F81D60" w:rsidRDefault="00000000">
            <w:pPr>
              <w:pStyle w:val="TableText"/>
              <w:spacing w:before="40" w:after="40"/>
            </w:pPr>
            <w:r>
              <w:t>5 giorni lavorativi dalla richiesta</w:t>
            </w:r>
          </w:p>
        </w:tc>
        <w:tc>
          <w:tcPr>
            <w:tcW w:w="3912" w:type="dxa"/>
            <w:shd w:val="clear" w:color="auto" w:fill="F5F7F9"/>
            <w:vAlign w:val="center"/>
          </w:tcPr>
          <w:p w14:paraId="23698CAD" w14:textId="77777777" w:rsidR="00F81D60" w:rsidRDefault="00000000">
            <w:pPr>
              <w:pStyle w:val="TableText"/>
              <w:spacing w:before="40" w:after="40"/>
            </w:pPr>
            <w:r>
              <w:t>[compilare]</w:t>
            </w:r>
          </w:p>
        </w:tc>
      </w:tr>
      <w:tr w:rsidR="00F81D60" w14:paraId="03825599" w14:textId="77777777">
        <w:trPr>
          <w:cantSplit/>
          <w:jc w:val="center"/>
        </w:trPr>
        <w:tc>
          <w:tcPr>
            <w:tcW w:w="2891" w:type="dxa"/>
            <w:vAlign w:val="center"/>
          </w:tcPr>
          <w:p w14:paraId="66C53827" w14:textId="77777777" w:rsidR="00F81D60" w:rsidRDefault="00000000">
            <w:pPr>
              <w:pStyle w:val="TableText"/>
              <w:spacing w:before="40" w:after="40"/>
            </w:pPr>
            <w:r>
              <w:t>Decisione / risposta motivata</w:t>
            </w:r>
          </w:p>
        </w:tc>
        <w:tc>
          <w:tcPr>
            <w:tcW w:w="3175" w:type="dxa"/>
            <w:vAlign w:val="center"/>
          </w:tcPr>
          <w:p w14:paraId="370819AB" w14:textId="77777777" w:rsidR="00F81D60" w:rsidRDefault="00000000">
            <w:pPr>
              <w:pStyle w:val="TableText"/>
              <w:spacing w:before="40" w:after="40"/>
            </w:pPr>
            <w:r>
              <w:t>10 giorni lavorativi dalla richiesta</w:t>
            </w:r>
          </w:p>
        </w:tc>
        <w:tc>
          <w:tcPr>
            <w:tcW w:w="3912" w:type="dxa"/>
            <w:vAlign w:val="center"/>
          </w:tcPr>
          <w:p w14:paraId="4CCD855E" w14:textId="77777777" w:rsidR="00F81D60" w:rsidRDefault="00000000">
            <w:pPr>
              <w:pStyle w:val="TableText"/>
              <w:spacing w:before="40" w:after="40"/>
            </w:pPr>
            <w:r>
              <w:t>[compilare]</w:t>
            </w:r>
          </w:p>
        </w:tc>
      </w:tr>
      <w:tr w:rsidR="00F81D60" w14:paraId="5AB882B9" w14:textId="77777777">
        <w:trPr>
          <w:cantSplit/>
          <w:jc w:val="center"/>
        </w:trPr>
        <w:tc>
          <w:tcPr>
            <w:tcW w:w="2891" w:type="dxa"/>
            <w:shd w:val="clear" w:color="auto" w:fill="F5F7F9"/>
            <w:vAlign w:val="center"/>
          </w:tcPr>
          <w:p w14:paraId="3A1A7805" w14:textId="77777777" w:rsidR="00F81D60" w:rsidRDefault="00000000">
            <w:pPr>
              <w:pStyle w:val="TableText"/>
              <w:spacing w:before="40" w:after="40"/>
            </w:pPr>
            <w:r>
              <w:t>Prima verifica adattamento</w:t>
            </w:r>
          </w:p>
        </w:tc>
        <w:tc>
          <w:tcPr>
            <w:tcW w:w="3175" w:type="dxa"/>
            <w:shd w:val="clear" w:color="auto" w:fill="F5F7F9"/>
            <w:vAlign w:val="center"/>
          </w:tcPr>
          <w:p w14:paraId="247B1C74" w14:textId="77777777" w:rsidR="00F81D60" w:rsidRDefault="00000000">
            <w:pPr>
              <w:pStyle w:val="TableText"/>
              <w:spacing w:before="40" w:after="40"/>
            </w:pPr>
            <w:r>
              <w:t>Entro 2–4 settimane dall’avvio</w:t>
            </w:r>
          </w:p>
        </w:tc>
        <w:tc>
          <w:tcPr>
            <w:tcW w:w="3912" w:type="dxa"/>
            <w:shd w:val="clear" w:color="auto" w:fill="F5F7F9"/>
            <w:vAlign w:val="center"/>
          </w:tcPr>
          <w:p w14:paraId="21FF504E" w14:textId="77777777" w:rsidR="00F81D60" w:rsidRDefault="00000000">
            <w:pPr>
              <w:pStyle w:val="TableText"/>
              <w:spacing w:before="40" w:after="40"/>
            </w:pPr>
            <w:r>
              <w:t>[compilare]</w:t>
            </w:r>
          </w:p>
        </w:tc>
      </w:tr>
      <w:tr w:rsidR="00F81D60" w14:paraId="708AF603" w14:textId="77777777">
        <w:trPr>
          <w:cantSplit/>
          <w:jc w:val="center"/>
        </w:trPr>
        <w:tc>
          <w:tcPr>
            <w:tcW w:w="2891" w:type="dxa"/>
            <w:vAlign w:val="center"/>
          </w:tcPr>
          <w:p w14:paraId="737BCA7F" w14:textId="77777777" w:rsidR="00F81D60" w:rsidRDefault="00000000">
            <w:pPr>
              <w:pStyle w:val="TableText"/>
              <w:spacing w:before="40" w:after="40"/>
            </w:pPr>
            <w:r>
              <w:t>Riesame iniziale successivo</w:t>
            </w:r>
          </w:p>
        </w:tc>
        <w:tc>
          <w:tcPr>
            <w:tcW w:w="3175" w:type="dxa"/>
            <w:vAlign w:val="center"/>
          </w:tcPr>
          <w:p w14:paraId="6F145B6D" w14:textId="77777777" w:rsidR="00F81D60" w:rsidRDefault="00000000">
            <w:pPr>
              <w:pStyle w:val="TableText"/>
              <w:spacing w:before="40" w:after="40"/>
            </w:pPr>
            <w:r>
              <w:t>Indicativamente entro 3 mesi</w:t>
            </w:r>
          </w:p>
        </w:tc>
        <w:tc>
          <w:tcPr>
            <w:tcW w:w="3912" w:type="dxa"/>
            <w:vAlign w:val="center"/>
          </w:tcPr>
          <w:p w14:paraId="7B045703" w14:textId="77777777" w:rsidR="00F81D60" w:rsidRDefault="00000000">
            <w:pPr>
              <w:pStyle w:val="TableText"/>
              <w:spacing w:before="40" w:after="40"/>
            </w:pPr>
            <w:r>
              <w:t>[compilare]</w:t>
            </w:r>
          </w:p>
        </w:tc>
      </w:tr>
      <w:tr w:rsidR="00F81D60" w14:paraId="797D4D9D" w14:textId="77777777">
        <w:trPr>
          <w:cantSplit/>
          <w:jc w:val="center"/>
        </w:trPr>
        <w:tc>
          <w:tcPr>
            <w:tcW w:w="2891" w:type="dxa"/>
            <w:shd w:val="clear" w:color="auto" w:fill="F5F7F9"/>
            <w:vAlign w:val="center"/>
          </w:tcPr>
          <w:p w14:paraId="1E0CCEE6" w14:textId="77777777" w:rsidR="00F81D60" w:rsidRDefault="00000000">
            <w:pPr>
              <w:pStyle w:val="TableText"/>
              <w:spacing w:before="40" w:after="40"/>
            </w:pPr>
            <w:r>
              <w:t>Riconsiderazione</w:t>
            </w:r>
          </w:p>
        </w:tc>
        <w:tc>
          <w:tcPr>
            <w:tcW w:w="3175" w:type="dxa"/>
            <w:shd w:val="clear" w:color="auto" w:fill="F5F7F9"/>
            <w:vAlign w:val="center"/>
          </w:tcPr>
          <w:p w14:paraId="6C6A0021" w14:textId="77777777" w:rsidR="00F81D60" w:rsidRDefault="00000000">
            <w:pPr>
              <w:pStyle w:val="TableText"/>
              <w:spacing w:before="40" w:after="40"/>
            </w:pPr>
            <w:r>
              <w:t>Riscontro entro 10 giorni lavorativi</w:t>
            </w:r>
          </w:p>
        </w:tc>
        <w:tc>
          <w:tcPr>
            <w:tcW w:w="3912" w:type="dxa"/>
            <w:shd w:val="clear" w:color="auto" w:fill="F5F7F9"/>
            <w:vAlign w:val="center"/>
          </w:tcPr>
          <w:p w14:paraId="3993E321" w14:textId="77777777" w:rsidR="00F81D60" w:rsidRDefault="00000000">
            <w:pPr>
              <w:pStyle w:val="TableText"/>
              <w:spacing w:before="40" w:after="40"/>
            </w:pPr>
            <w:r>
              <w:t>[compilare]</w:t>
            </w:r>
          </w:p>
        </w:tc>
      </w:tr>
      <w:tr w:rsidR="00F81D60" w14:paraId="710122B1" w14:textId="77777777">
        <w:trPr>
          <w:cantSplit/>
          <w:jc w:val="center"/>
        </w:trPr>
        <w:tc>
          <w:tcPr>
            <w:tcW w:w="2891" w:type="dxa"/>
            <w:vAlign w:val="center"/>
          </w:tcPr>
          <w:p w14:paraId="57177E10" w14:textId="77777777" w:rsidR="00F81D60" w:rsidRDefault="00000000">
            <w:pPr>
              <w:pStyle w:val="TableText"/>
              <w:spacing w:before="40" w:after="40"/>
            </w:pPr>
            <w:r>
              <w:t>Controllo azioni / riesame</w:t>
            </w:r>
          </w:p>
        </w:tc>
        <w:tc>
          <w:tcPr>
            <w:tcW w:w="3175" w:type="dxa"/>
            <w:vAlign w:val="center"/>
          </w:tcPr>
          <w:p w14:paraId="3B4C19BC" w14:textId="77777777" w:rsidR="00F81D60" w:rsidRDefault="00000000">
            <w:pPr>
              <w:pStyle w:val="TableText"/>
              <w:spacing w:before="40" w:after="40"/>
            </w:pPr>
            <w:r>
              <w:t>Trimestrale / almeno annuale</w:t>
            </w:r>
          </w:p>
        </w:tc>
        <w:tc>
          <w:tcPr>
            <w:tcW w:w="3912" w:type="dxa"/>
            <w:vAlign w:val="center"/>
          </w:tcPr>
          <w:p w14:paraId="718406AE" w14:textId="77777777" w:rsidR="00F81D60" w:rsidRDefault="00000000">
            <w:pPr>
              <w:pStyle w:val="TableText"/>
              <w:spacing w:before="40" w:after="40"/>
            </w:pPr>
            <w:r>
              <w:t>[compilare]</w:t>
            </w:r>
          </w:p>
        </w:tc>
      </w:tr>
      <w:tr w:rsidR="00F81D60" w14:paraId="09E6290C" w14:textId="77777777">
        <w:trPr>
          <w:cantSplit/>
          <w:jc w:val="center"/>
        </w:trPr>
        <w:tc>
          <w:tcPr>
            <w:tcW w:w="2891" w:type="dxa"/>
            <w:shd w:val="clear" w:color="auto" w:fill="F5F7F9"/>
            <w:vAlign w:val="center"/>
          </w:tcPr>
          <w:p w14:paraId="539CC647" w14:textId="77777777" w:rsidR="00F81D60" w:rsidRDefault="00000000">
            <w:pPr>
              <w:pStyle w:val="TableText"/>
              <w:spacing w:before="40" w:after="40"/>
            </w:pPr>
            <w:r>
              <w:t>Priorità piano P1 / P2 / P3 / P4</w:t>
            </w:r>
          </w:p>
        </w:tc>
        <w:tc>
          <w:tcPr>
            <w:tcW w:w="3175" w:type="dxa"/>
            <w:shd w:val="clear" w:color="auto" w:fill="F5F7F9"/>
            <w:vAlign w:val="center"/>
          </w:tcPr>
          <w:p w14:paraId="406F73E0" w14:textId="77777777" w:rsidR="00F81D60" w:rsidRDefault="00000000">
            <w:pPr>
              <w:pStyle w:val="TableText"/>
              <w:spacing w:before="40" w:after="40"/>
            </w:pPr>
            <w:r>
              <w:t>0 / 30 / 60 / 90 giorni di calendario</w:t>
            </w:r>
          </w:p>
        </w:tc>
        <w:tc>
          <w:tcPr>
            <w:tcW w:w="3912" w:type="dxa"/>
            <w:shd w:val="clear" w:color="auto" w:fill="F5F7F9"/>
            <w:vAlign w:val="center"/>
          </w:tcPr>
          <w:p w14:paraId="0EBD294D" w14:textId="77777777" w:rsidR="00F81D60" w:rsidRDefault="00000000">
            <w:pPr>
              <w:pStyle w:val="TableText"/>
              <w:spacing w:before="40" w:after="40"/>
            </w:pPr>
            <w:r>
              <w:t>[compilare; P1 senza attesa]</w:t>
            </w:r>
          </w:p>
        </w:tc>
      </w:tr>
      <w:tr w:rsidR="00F81D60" w14:paraId="643CBC0E" w14:textId="77777777">
        <w:trPr>
          <w:cantSplit/>
          <w:jc w:val="center"/>
        </w:trPr>
        <w:tc>
          <w:tcPr>
            <w:tcW w:w="2891" w:type="dxa"/>
            <w:vAlign w:val="center"/>
          </w:tcPr>
          <w:p w14:paraId="5DC15C11" w14:textId="77777777" w:rsidR="00F81D60" w:rsidRDefault="00000000">
            <w:pPr>
              <w:pStyle w:val="TableText"/>
              <w:spacing w:before="40" w:after="40"/>
            </w:pPr>
            <w:r>
              <w:t>Preavviso scadenze Excel</w:t>
            </w:r>
          </w:p>
        </w:tc>
        <w:tc>
          <w:tcPr>
            <w:tcW w:w="3175" w:type="dxa"/>
            <w:vAlign w:val="center"/>
          </w:tcPr>
          <w:p w14:paraId="5DF5E68B" w14:textId="77777777" w:rsidR="00F81D60" w:rsidRDefault="00000000">
            <w:pPr>
              <w:pStyle w:val="TableText"/>
              <w:spacing w:before="40" w:after="40"/>
            </w:pPr>
            <w:r>
              <w:t>14 giorni di calendario</w:t>
            </w:r>
          </w:p>
        </w:tc>
        <w:tc>
          <w:tcPr>
            <w:tcW w:w="3912" w:type="dxa"/>
            <w:vAlign w:val="center"/>
          </w:tcPr>
          <w:p w14:paraId="3D9A51B1" w14:textId="77777777" w:rsidR="00F81D60" w:rsidRDefault="00000000">
            <w:pPr>
              <w:pStyle w:val="TableText"/>
              <w:spacing w:before="40" w:after="40"/>
            </w:pPr>
            <w:r>
              <w:t>[compilare]</w:t>
            </w:r>
          </w:p>
        </w:tc>
      </w:tr>
      <w:tr w:rsidR="00F81D60" w14:paraId="1BC174F6" w14:textId="77777777">
        <w:trPr>
          <w:cantSplit/>
          <w:jc w:val="center"/>
        </w:trPr>
        <w:tc>
          <w:tcPr>
            <w:tcW w:w="2891" w:type="dxa"/>
            <w:shd w:val="clear" w:color="auto" w:fill="F5F7F9"/>
            <w:vAlign w:val="center"/>
          </w:tcPr>
          <w:p w14:paraId="09074D3D" w14:textId="77777777" w:rsidR="00F81D60" w:rsidRDefault="00000000">
            <w:pPr>
              <w:pStyle w:val="TableText"/>
              <w:spacing w:before="40" w:after="40"/>
            </w:pPr>
            <w:r>
              <w:t>Punteggio Parziale</w:t>
            </w:r>
          </w:p>
        </w:tc>
        <w:tc>
          <w:tcPr>
            <w:tcW w:w="3175" w:type="dxa"/>
            <w:shd w:val="clear" w:color="auto" w:fill="F5F7F9"/>
            <w:vAlign w:val="center"/>
          </w:tcPr>
          <w:p w14:paraId="782AE311" w14:textId="77777777" w:rsidR="00F81D60" w:rsidRDefault="00000000">
            <w:pPr>
              <w:pStyle w:val="TableText"/>
              <w:spacing w:before="40" w:after="40"/>
            </w:pPr>
            <w:r>
              <w:t>0,5; Sì 1; No 0; uguale peso</w:t>
            </w:r>
          </w:p>
        </w:tc>
        <w:tc>
          <w:tcPr>
            <w:tcW w:w="3912" w:type="dxa"/>
            <w:shd w:val="clear" w:color="auto" w:fill="F5F7F9"/>
            <w:vAlign w:val="center"/>
          </w:tcPr>
          <w:p w14:paraId="2055EF13" w14:textId="77777777" w:rsidR="00F81D60" w:rsidRDefault="00000000">
            <w:pPr>
              <w:pStyle w:val="TableText"/>
              <w:spacing w:before="40" w:after="40"/>
            </w:pPr>
            <w:r>
              <w:t>[compilare; motivare variazioni]</w:t>
            </w:r>
          </w:p>
        </w:tc>
      </w:tr>
      <w:tr w:rsidR="00F81D60" w14:paraId="40257E29" w14:textId="77777777">
        <w:trPr>
          <w:cantSplit/>
          <w:jc w:val="center"/>
        </w:trPr>
        <w:tc>
          <w:tcPr>
            <w:tcW w:w="2891" w:type="dxa"/>
            <w:vAlign w:val="center"/>
          </w:tcPr>
          <w:p w14:paraId="67B0B8AA" w14:textId="77777777" w:rsidR="00F81D60" w:rsidRDefault="00000000">
            <w:pPr>
              <w:pStyle w:val="TableText"/>
              <w:spacing w:before="40" w:after="40"/>
            </w:pPr>
            <w:r>
              <w:t>Giorni lavorativi / presidio</w:t>
            </w:r>
          </w:p>
        </w:tc>
        <w:tc>
          <w:tcPr>
            <w:tcW w:w="3175" w:type="dxa"/>
            <w:vAlign w:val="center"/>
          </w:tcPr>
          <w:p w14:paraId="01A92D8D" w14:textId="77777777" w:rsidR="00F81D60" w:rsidRDefault="00000000">
            <w:pPr>
              <w:pStyle w:val="TableText"/>
              <w:spacing w:before="40" w:after="40"/>
            </w:pPr>
            <w:r>
              <w:t>Definire calendario e sostituti</w:t>
            </w:r>
          </w:p>
        </w:tc>
        <w:tc>
          <w:tcPr>
            <w:tcW w:w="3912" w:type="dxa"/>
            <w:vAlign w:val="center"/>
          </w:tcPr>
          <w:p w14:paraId="52451AE4" w14:textId="77777777" w:rsidR="00F81D60" w:rsidRDefault="00000000">
            <w:pPr>
              <w:pStyle w:val="TableText"/>
              <w:spacing w:before="40" w:after="40"/>
            </w:pPr>
            <w:r>
              <w:t>[compilare]</w:t>
            </w:r>
          </w:p>
        </w:tc>
      </w:tr>
      <w:tr w:rsidR="00F81D60" w14:paraId="53FECCF7" w14:textId="77777777">
        <w:trPr>
          <w:cantSplit/>
          <w:jc w:val="center"/>
        </w:trPr>
        <w:tc>
          <w:tcPr>
            <w:tcW w:w="2891" w:type="dxa"/>
            <w:shd w:val="clear" w:color="auto" w:fill="F5F7F9"/>
            <w:vAlign w:val="center"/>
          </w:tcPr>
          <w:p w14:paraId="7965CE52" w14:textId="77777777" w:rsidR="00F81D60" w:rsidRDefault="00000000">
            <w:pPr>
              <w:pStyle w:val="TableText"/>
              <w:spacing w:before="40" w:after="40"/>
            </w:pPr>
            <w:r>
              <w:t>Verifiche servizi / scorte</w:t>
            </w:r>
          </w:p>
        </w:tc>
        <w:tc>
          <w:tcPr>
            <w:tcW w:w="3175" w:type="dxa"/>
            <w:shd w:val="clear" w:color="auto" w:fill="F5F7F9"/>
            <w:vAlign w:val="center"/>
          </w:tcPr>
          <w:p w14:paraId="51A9216A" w14:textId="77777777" w:rsidR="00F81D60" w:rsidRDefault="00000000">
            <w:pPr>
              <w:pStyle w:val="TableText"/>
              <w:spacing w:before="40" w:after="40"/>
            </w:pPr>
            <w:r>
              <w:t>Frequenza coerente con uso e turni</w:t>
            </w:r>
          </w:p>
        </w:tc>
        <w:tc>
          <w:tcPr>
            <w:tcW w:w="3912" w:type="dxa"/>
            <w:shd w:val="clear" w:color="auto" w:fill="F5F7F9"/>
            <w:vAlign w:val="center"/>
          </w:tcPr>
          <w:p w14:paraId="6073C2A3" w14:textId="77777777" w:rsidR="00F81D60" w:rsidRDefault="00000000">
            <w:pPr>
              <w:pStyle w:val="TableText"/>
              <w:spacing w:before="40" w:after="40"/>
            </w:pPr>
            <w:r>
              <w:t>[compilare]</w:t>
            </w:r>
          </w:p>
        </w:tc>
      </w:tr>
    </w:tbl>
    <w:p w14:paraId="710A133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9A250CC" w14:textId="77777777">
        <w:trPr>
          <w:tblHeader/>
          <w:jc w:val="center"/>
        </w:trPr>
        <w:tc>
          <w:tcPr>
            <w:tcW w:w="2948" w:type="dxa"/>
            <w:shd w:val="clear" w:color="auto" w:fill="17324D"/>
            <w:vAlign w:val="center"/>
          </w:tcPr>
          <w:p w14:paraId="2A8F3B7C" w14:textId="77777777" w:rsidR="00F81D60" w:rsidRDefault="00000000">
            <w:pPr>
              <w:pStyle w:val="TableText"/>
              <w:spacing w:before="40" w:after="40"/>
            </w:pPr>
            <w:r>
              <w:rPr>
                <w:b/>
                <w:color w:val="FFFFFF"/>
              </w:rPr>
              <w:t>Campo</w:t>
            </w:r>
          </w:p>
        </w:tc>
        <w:tc>
          <w:tcPr>
            <w:tcW w:w="7030" w:type="dxa"/>
            <w:shd w:val="clear" w:color="auto" w:fill="17324D"/>
            <w:vAlign w:val="center"/>
          </w:tcPr>
          <w:p w14:paraId="53E9C11D" w14:textId="77777777" w:rsidR="00F81D60" w:rsidRDefault="00000000">
            <w:pPr>
              <w:pStyle w:val="TableText"/>
              <w:spacing w:before="40" w:after="40"/>
            </w:pPr>
            <w:r>
              <w:rPr>
                <w:b/>
                <w:color w:val="FFFFFF"/>
              </w:rPr>
              <w:t>Compilazione / decisione aziendale</w:t>
            </w:r>
          </w:p>
        </w:tc>
      </w:tr>
      <w:tr w:rsidR="00F81D60" w14:paraId="3F25BC54" w14:textId="77777777">
        <w:trPr>
          <w:cantSplit/>
          <w:jc w:val="center"/>
        </w:trPr>
        <w:tc>
          <w:tcPr>
            <w:tcW w:w="2948" w:type="dxa"/>
            <w:vAlign w:val="center"/>
          </w:tcPr>
          <w:p w14:paraId="73028516" w14:textId="77777777" w:rsidR="00F81D60" w:rsidRDefault="00000000">
            <w:pPr>
              <w:pStyle w:val="TableText"/>
              <w:spacing w:before="40" w:after="40"/>
            </w:pPr>
            <w:r>
              <w:t>Permessi e flessibilità disponibili</w:t>
            </w:r>
          </w:p>
        </w:tc>
        <w:tc>
          <w:tcPr>
            <w:tcW w:w="7030" w:type="dxa"/>
            <w:vAlign w:val="center"/>
          </w:tcPr>
          <w:p w14:paraId="42B89B2C" w14:textId="77777777" w:rsidR="00F81D60" w:rsidRDefault="00000000">
            <w:pPr>
              <w:pStyle w:val="TableText"/>
              <w:spacing w:before="40" w:after="40"/>
            </w:pPr>
            <w:r>
              <w:t>Istituti / CCNL / accordi / trattamento economico / autorizzazioni: [compilare; nessun nuovo diritto presunto]</w:t>
            </w:r>
          </w:p>
        </w:tc>
      </w:tr>
      <w:tr w:rsidR="00F81D60" w14:paraId="1C950B8F" w14:textId="77777777">
        <w:trPr>
          <w:cantSplit/>
          <w:jc w:val="center"/>
        </w:trPr>
        <w:tc>
          <w:tcPr>
            <w:tcW w:w="2948" w:type="dxa"/>
            <w:shd w:val="clear" w:color="auto" w:fill="F5F7F9"/>
            <w:vAlign w:val="center"/>
          </w:tcPr>
          <w:p w14:paraId="25B6B816" w14:textId="77777777" w:rsidR="00F81D60" w:rsidRDefault="00000000">
            <w:pPr>
              <w:pStyle w:val="TableText"/>
              <w:spacing w:before="40" w:after="40"/>
            </w:pPr>
            <w:r>
              <w:t>Potere di approvazione / budget</w:t>
            </w:r>
          </w:p>
        </w:tc>
        <w:tc>
          <w:tcPr>
            <w:tcW w:w="7030" w:type="dxa"/>
            <w:shd w:val="clear" w:color="auto" w:fill="F5F7F9"/>
            <w:vAlign w:val="center"/>
          </w:tcPr>
          <w:p w14:paraId="6DC0E819" w14:textId="77777777" w:rsidR="00F81D60" w:rsidRDefault="00000000">
            <w:pPr>
              <w:pStyle w:val="TableText"/>
              <w:spacing w:before="40" w:after="40"/>
            </w:pPr>
            <w:r>
              <w:t>Misure autorizzabili dal referente: [ ]  •  oltre soglia decide: [ ]</w:t>
            </w:r>
          </w:p>
        </w:tc>
      </w:tr>
      <w:tr w:rsidR="00F81D60" w14:paraId="7BF04395" w14:textId="77777777">
        <w:trPr>
          <w:cantSplit/>
          <w:jc w:val="center"/>
        </w:trPr>
        <w:tc>
          <w:tcPr>
            <w:tcW w:w="2948" w:type="dxa"/>
            <w:vAlign w:val="center"/>
          </w:tcPr>
          <w:p w14:paraId="1CE925D2" w14:textId="77777777" w:rsidR="00F81D60" w:rsidRDefault="00000000">
            <w:pPr>
              <w:pStyle w:val="TableText"/>
              <w:spacing w:before="40" w:after="40"/>
            </w:pPr>
            <w:r>
              <w:t>Archivi e sistema master</w:t>
            </w:r>
          </w:p>
        </w:tc>
        <w:tc>
          <w:tcPr>
            <w:tcW w:w="7030" w:type="dxa"/>
            <w:vAlign w:val="center"/>
          </w:tcPr>
          <w:p w14:paraId="375CBDF5" w14:textId="77777777" w:rsidR="00F81D60" w:rsidRDefault="00000000">
            <w:pPr>
              <w:pStyle w:val="TableText"/>
              <w:spacing w:before="40" w:after="40"/>
            </w:pPr>
            <w:r>
              <w:t>Word / Excel / altro: [ ]  •  custode: [ ]  •  percorso controllato: [ ]</w:t>
            </w:r>
          </w:p>
        </w:tc>
      </w:tr>
      <w:tr w:rsidR="00F81D60" w14:paraId="68D7D72D" w14:textId="77777777">
        <w:trPr>
          <w:cantSplit/>
          <w:jc w:val="center"/>
        </w:trPr>
        <w:tc>
          <w:tcPr>
            <w:tcW w:w="2948" w:type="dxa"/>
            <w:shd w:val="clear" w:color="auto" w:fill="F5F7F9"/>
            <w:vAlign w:val="center"/>
          </w:tcPr>
          <w:p w14:paraId="4B5D9454" w14:textId="77777777" w:rsidR="00F81D60" w:rsidRDefault="00000000">
            <w:pPr>
              <w:pStyle w:val="TableText"/>
              <w:spacing w:before="40" w:after="40"/>
            </w:pPr>
            <w:r>
              <w:t>Blocco avvio dati nominativi</w:t>
            </w:r>
          </w:p>
        </w:tc>
        <w:tc>
          <w:tcPr>
            <w:tcW w:w="7030" w:type="dxa"/>
            <w:shd w:val="clear" w:color="auto" w:fill="F5F7F9"/>
            <w:vAlign w:val="center"/>
          </w:tcPr>
          <w:p w14:paraId="60103541" w14:textId="77777777" w:rsidR="00F81D60" w:rsidRDefault="00000000">
            <w:pPr>
              <w:pStyle w:val="TableText"/>
              <w:spacing w:before="40" w:after="40"/>
            </w:pPr>
            <w:r>
              <w:t>A18–A19 validati: [sì/no]  •  riferimento approvazione: [ ]</w:t>
            </w:r>
          </w:p>
        </w:tc>
      </w:tr>
    </w:tbl>
    <w:p w14:paraId="3B66CE03"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3434F6DC" w14:textId="77777777">
        <w:trPr>
          <w:tblHeader/>
          <w:jc w:val="center"/>
        </w:trPr>
        <w:tc>
          <w:tcPr>
            <w:tcW w:w="3326" w:type="dxa"/>
            <w:shd w:val="clear" w:color="auto" w:fill="17324D"/>
            <w:vAlign w:val="center"/>
          </w:tcPr>
          <w:p w14:paraId="71FA1BCF" w14:textId="77777777" w:rsidR="00F81D60" w:rsidRDefault="00000000">
            <w:pPr>
              <w:pStyle w:val="TableText"/>
              <w:spacing w:before="40" w:after="40"/>
            </w:pPr>
            <w:r>
              <w:rPr>
                <w:b/>
                <w:color w:val="FFFFFF"/>
              </w:rPr>
              <w:t>Direzione / approvatore</w:t>
            </w:r>
          </w:p>
        </w:tc>
        <w:tc>
          <w:tcPr>
            <w:tcW w:w="3326" w:type="dxa"/>
            <w:shd w:val="clear" w:color="auto" w:fill="17324D"/>
            <w:vAlign w:val="center"/>
          </w:tcPr>
          <w:p w14:paraId="2309C26C" w14:textId="77777777" w:rsidR="00F81D60" w:rsidRDefault="00000000">
            <w:pPr>
              <w:pStyle w:val="TableText"/>
              <w:spacing w:before="40" w:after="40"/>
            </w:pPr>
            <w:r>
              <w:rPr>
                <w:b/>
                <w:color w:val="FFFFFF"/>
              </w:rPr>
              <w:t>Data / versione</w:t>
            </w:r>
          </w:p>
        </w:tc>
        <w:tc>
          <w:tcPr>
            <w:tcW w:w="3326" w:type="dxa"/>
            <w:shd w:val="clear" w:color="auto" w:fill="17324D"/>
            <w:vAlign w:val="center"/>
          </w:tcPr>
          <w:p w14:paraId="48746434" w14:textId="77777777" w:rsidR="00F81D60" w:rsidRDefault="00000000">
            <w:pPr>
              <w:pStyle w:val="TableText"/>
              <w:spacing w:before="40" w:after="40"/>
            </w:pPr>
            <w:r>
              <w:rPr>
                <w:b/>
                <w:color w:val="FFFFFF"/>
              </w:rPr>
              <w:t>Responsabile attuazione</w:t>
            </w:r>
          </w:p>
        </w:tc>
      </w:tr>
      <w:tr w:rsidR="00F81D60" w14:paraId="66D19424" w14:textId="77777777">
        <w:trPr>
          <w:cantSplit/>
          <w:trHeight w:val="454"/>
          <w:jc w:val="center"/>
        </w:trPr>
        <w:tc>
          <w:tcPr>
            <w:tcW w:w="3326" w:type="dxa"/>
            <w:vAlign w:val="center"/>
          </w:tcPr>
          <w:p w14:paraId="6EEF12D6" w14:textId="77777777" w:rsidR="00F81D60" w:rsidRDefault="00000000">
            <w:pPr>
              <w:pStyle w:val="TableText"/>
              <w:spacing w:before="40" w:after="40"/>
            </w:pPr>
            <w:r>
              <w:t>[compilare]</w:t>
            </w:r>
          </w:p>
        </w:tc>
        <w:tc>
          <w:tcPr>
            <w:tcW w:w="3326" w:type="dxa"/>
            <w:vAlign w:val="center"/>
          </w:tcPr>
          <w:p w14:paraId="64B28F6E" w14:textId="77777777" w:rsidR="00F81D60" w:rsidRDefault="00000000">
            <w:pPr>
              <w:pStyle w:val="TableText"/>
              <w:spacing w:before="40" w:after="40"/>
            </w:pPr>
            <w:r>
              <w:t>[compilare]</w:t>
            </w:r>
          </w:p>
        </w:tc>
        <w:tc>
          <w:tcPr>
            <w:tcW w:w="3326" w:type="dxa"/>
            <w:vAlign w:val="center"/>
          </w:tcPr>
          <w:p w14:paraId="31355A2F" w14:textId="77777777" w:rsidR="00F81D60" w:rsidRDefault="00000000">
            <w:pPr>
              <w:pStyle w:val="TableText"/>
              <w:spacing w:before="40" w:after="40"/>
            </w:pPr>
            <w:r>
              <w:t>[compilare]</w:t>
            </w:r>
          </w:p>
        </w:tc>
      </w:tr>
    </w:tbl>
    <w:p w14:paraId="112D0578" w14:textId="77777777" w:rsidR="00F81D60" w:rsidRDefault="00F81D60">
      <w:pPr>
        <w:spacing w:after="0"/>
      </w:pPr>
    </w:p>
    <w:p w14:paraId="07377EA6" w14:textId="77777777" w:rsidR="00F81D60" w:rsidRDefault="00000000">
      <w:r>
        <w:br w:type="page"/>
      </w:r>
    </w:p>
    <w:p w14:paraId="770266AA" w14:textId="77777777" w:rsidR="00F81D60" w:rsidRDefault="00000000">
      <w:pPr>
        <w:pStyle w:val="Small"/>
      </w:pPr>
      <w:r>
        <w:rPr>
          <w:b/>
          <w:color w:val="006B70"/>
        </w:rPr>
        <w:t>ALLEGATO AZIENDALE  •  MOD-MM-03</w:t>
      </w:r>
    </w:p>
    <w:p w14:paraId="32298916" w14:textId="77777777" w:rsidR="00F81D60" w:rsidRDefault="00000000">
      <w:pPr>
        <w:pStyle w:val="Titolo1"/>
      </w:pPr>
      <w:bookmarkStart w:id="43" w:name="A03"/>
      <w:r>
        <w:t>A03 | Matrice delle responsabilità</w:t>
      </w:r>
      <w:bookmarkEnd w:id="43"/>
    </w:p>
    <w:p w14:paraId="7E7CD83F" w14:textId="77777777" w:rsidR="00F81D60" w:rsidRDefault="00000000">
      <w:pPr>
        <w:pStyle w:val="Reference"/>
      </w:pPr>
      <w:r>
        <w:t>Base documentale: [ISO] §§ 5.3–5.4; [AZ] matrice di flusso. Le istruzioni operative e i moduli sono elaborazioni aziendali del modello [AZ].</w:t>
      </w:r>
    </w:p>
    <w:p w14:paraId="1680DF20" w14:textId="77777777" w:rsidR="00F81D60" w:rsidRDefault="00000000">
      <w:r>
        <w:t>A = titolare della decisione organizzativa; R = esecutore/coordinatore; C = consultato; I = informato per la sola parte necessaria. Non è una delega di funzione.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381"/>
        <w:gridCol w:w="2324"/>
        <w:gridCol w:w="2551"/>
        <w:gridCol w:w="2721"/>
      </w:tblGrid>
      <w:tr w:rsidR="00F81D60" w14:paraId="12A38F7B" w14:textId="77777777">
        <w:trPr>
          <w:tblHeader/>
          <w:jc w:val="center"/>
        </w:trPr>
        <w:tc>
          <w:tcPr>
            <w:tcW w:w="2381" w:type="dxa"/>
            <w:shd w:val="clear" w:color="auto" w:fill="17324D"/>
            <w:vAlign w:val="center"/>
          </w:tcPr>
          <w:p w14:paraId="68FC9A60" w14:textId="77777777" w:rsidR="00F81D60" w:rsidRDefault="00000000">
            <w:pPr>
              <w:pStyle w:val="TableText"/>
              <w:spacing w:before="40" w:after="40"/>
            </w:pPr>
            <w:r>
              <w:rPr>
                <w:b/>
                <w:color w:val="FFFFFF"/>
                <w:sz w:val="17"/>
              </w:rPr>
              <w:t>Attività</w:t>
            </w:r>
          </w:p>
        </w:tc>
        <w:tc>
          <w:tcPr>
            <w:tcW w:w="2324" w:type="dxa"/>
            <w:shd w:val="clear" w:color="auto" w:fill="17324D"/>
            <w:vAlign w:val="center"/>
          </w:tcPr>
          <w:p w14:paraId="3DBB4737" w14:textId="77777777" w:rsidR="00F81D60" w:rsidRDefault="00000000">
            <w:pPr>
              <w:pStyle w:val="TableText"/>
              <w:spacing w:before="40" w:after="40"/>
            </w:pPr>
            <w:r>
              <w:rPr>
                <w:b/>
                <w:color w:val="FFFFFF"/>
                <w:sz w:val="17"/>
              </w:rPr>
              <w:t>A / decisione</w:t>
            </w:r>
          </w:p>
        </w:tc>
        <w:tc>
          <w:tcPr>
            <w:tcW w:w="2551" w:type="dxa"/>
            <w:shd w:val="clear" w:color="auto" w:fill="17324D"/>
            <w:vAlign w:val="center"/>
          </w:tcPr>
          <w:p w14:paraId="54A7E9DD" w14:textId="77777777" w:rsidR="00F81D60" w:rsidRDefault="00000000">
            <w:pPr>
              <w:pStyle w:val="TableText"/>
              <w:spacing w:before="40" w:after="40"/>
            </w:pPr>
            <w:r>
              <w:rPr>
                <w:b/>
                <w:color w:val="FFFFFF"/>
                <w:sz w:val="17"/>
              </w:rPr>
              <w:t>R / esecuzione</w:t>
            </w:r>
          </w:p>
        </w:tc>
        <w:tc>
          <w:tcPr>
            <w:tcW w:w="2721" w:type="dxa"/>
            <w:shd w:val="clear" w:color="auto" w:fill="17324D"/>
            <w:vAlign w:val="center"/>
          </w:tcPr>
          <w:p w14:paraId="48C397CE" w14:textId="77777777" w:rsidR="00F81D60" w:rsidRDefault="00000000">
            <w:pPr>
              <w:pStyle w:val="TableText"/>
              <w:spacing w:before="40" w:after="40"/>
            </w:pPr>
            <w:r>
              <w:rPr>
                <w:b/>
                <w:color w:val="FFFFFF"/>
                <w:sz w:val="17"/>
              </w:rPr>
              <w:t>C / I pertinenti</w:t>
            </w:r>
          </w:p>
        </w:tc>
      </w:tr>
      <w:tr w:rsidR="00F81D60" w14:paraId="35761568" w14:textId="77777777">
        <w:trPr>
          <w:cantSplit/>
          <w:jc w:val="center"/>
        </w:trPr>
        <w:tc>
          <w:tcPr>
            <w:tcW w:w="2381" w:type="dxa"/>
            <w:vAlign w:val="center"/>
          </w:tcPr>
          <w:p w14:paraId="27C42CC3" w14:textId="77777777" w:rsidR="00F81D60" w:rsidRDefault="00000000">
            <w:pPr>
              <w:pStyle w:val="TableText"/>
              <w:spacing w:before="40" w:after="40"/>
            </w:pPr>
            <w:r>
              <w:rPr>
                <w:sz w:val="17"/>
              </w:rPr>
              <w:t>Politica, risorse e avvio</w:t>
            </w:r>
          </w:p>
        </w:tc>
        <w:tc>
          <w:tcPr>
            <w:tcW w:w="2324" w:type="dxa"/>
            <w:vAlign w:val="center"/>
          </w:tcPr>
          <w:p w14:paraId="2BF60ED5" w14:textId="77777777" w:rsidR="00F81D60" w:rsidRDefault="00000000">
            <w:pPr>
              <w:pStyle w:val="TableText"/>
              <w:spacing w:before="40" w:after="40"/>
            </w:pPr>
            <w:r>
              <w:rPr>
                <w:sz w:val="17"/>
              </w:rPr>
              <w:t>Direzione</w:t>
            </w:r>
          </w:p>
        </w:tc>
        <w:tc>
          <w:tcPr>
            <w:tcW w:w="2551" w:type="dxa"/>
            <w:vAlign w:val="center"/>
          </w:tcPr>
          <w:p w14:paraId="19A3BAA0" w14:textId="77777777" w:rsidR="00F81D60" w:rsidRDefault="00000000">
            <w:pPr>
              <w:pStyle w:val="TableText"/>
              <w:spacing w:before="40" w:after="40"/>
            </w:pPr>
            <w:r>
              <w:rPr>
                <w:sz w:val="17"/>
              </w:rPr>
              <w:t>Responsabile processo</w:t>
            </w:r>
          </w:p>
        </w:tc>
        <w:tc>
          <w:tcPr>
            <w:tcW w:w="2721" w:type="dxa"/>
            <w:vAlign w:val="center"/>
          </w:tcPr>
          <w:p w14:paraId="393B5D46" w14:textId="77777777" w:rsidR="00F81D60" w:rsidRDefault="00000000">
            <w:pPr>
              <w:pStyle w:val="TableText"/>
              <w:spacing w:before="40" w:after="40"/>
            </w:pPr>
            <w:r>
              <w:rPr>
                <w:sz w:val="17"/>
              </w:rPr>
              <w:t>HR, HSE, privacy; RLS consultato</w:t>
            </w:r>
          </w:p>
        </w:tc>
      </w:tr>
      <w:tr w:rsidR="00F81D60" w14:paraId="0D677B53" w14:textId="77777777">
        <w:trPr>
          <w:cantSplit/>
          <w:jc w:val="center"/>
        </w:trPr>
        <w:tc>
          <w:tcPr>
            <w:tcW w:w="2381" w:type="dxa"/>
            <w:shd w:val="clear" w:color="auto" w:fill="F5F7F9"/>
            <w:vAlign w:val="center"/>
          </w:tcPr>
          <w:p w14:paraId="0E1FFB7E" w14:textId="77777777" w:rsidR="00F81D60" w:rsidRDefault="00000000">
            <w:pPr>
              <w:pStyle w:val="TableText"/>
              <w:spacing w:before="40" w:after="40"/>
            </w:pPr>
            <w:r>
              <w:rPr>
                <w:sz w:val="17"/>
              </w:rPr>
              <w:t>Definizione perimetro</w:t>
            </w:r>
          </w:p>
        </w:tc>
        <w:tc>
          <w:tcPr>
            <w:tcW w:w="2324" w:type="dxa"/>
            <w:shd w:val="clear" w:color="auto" w:fill="F5F7F9"/>
            <w:vAlign w:val="center"/>
          </w:tcPr>
          <w:p w14:paraId="7BFFD9E6" w14:textId="77777777" w:rsidR="00F81D60" w:rsidRDefault="00000000">
            <w:pPr>
              <w:pStyle w:val="TableText"/>
              <w:spacing w:before="40" w:after="40"/>
            </w:pPr>
            <w:r>
              <w:rPr>
                <w:sz w:val="17"/>
              </w:rPr>
              <w:t>Direzione</w:t>
            </w:r>
          </w:p>
        </w:tc>
        <w:tc>
          <w:tcPr>
            <w:tcW w:w="2551" w:type="dxa"/>
            <w:shd w:val="clear" w:color="auto" w:fill="F5F7F9"/>
            <w:vAlign w:val="center"/>
          </w:tcPr>
          <w:p w14:paraId="2157578D" w14:textId="77777777" w:rsidR="00F81D60" w:rsidRDefault="00000000">
            <w:pPr>
              <w:pStyle w:val="TableText"/>
              <w:spacing w:before="40" w:after="40"/>
            </w:pPr>
            <w:r>
              <w:rPr>
                <w:sz w:val="17"/>
              </w:rPr>
              <w:t>Responsabile processo</w:t>
            </w:r>
          </w:p>
        </w:tc>
        <w:tc>
          <w:tcPr>
            <w:tcW w:w="2721" w:type="dxa"/>
            <w:shd w:val="clear" w:color="auto" w:fill="F5F7F9"/>
            <w:vAlign w:val="center"/>
          </w:tcPr>
          <w:p w14:paraId="2EC66D9A" w14:textId="77777777" w:rsidR="00F81D60" w:rsidRDefault="00000000">
            <w:pPr>
              <w:pStyle w:val="TableText"/>
              <w:spacing w:before="40" w:after="40"/>
            </w:pPr>
            <w:r>
              <w:rPr>
                <w:sz w:val="17"/>
              </w:rPr>
              <w:t>Manager, RLS, HSE</w:t>
            </w:r>
          </w:p>
        </w:tc>
      </w:tr>
      <w:tr w:rsidR="00F81D60" w14:paraId="2DAF5C67" w14:textId="77777777">
        <w:trPr>
          <w:cantSplit/>
          <w:jc w:val="center"/>
        </w:trPr>
        <w:tc>
          <w:tcPr>
            <w:tcW w:w="2381" w:type="dxa"/>
            <w:vAlign w:val="center"/>
          </w:tcPr>
          <w:p w14:paraId="55F2D27A" w14:textId="77777777" w:rsidR="00F81D60" w:rsidRDefault="00000000">
            <w:pPr>
              <w:pStyle w:val="TableText"/>
              <w:spacing w:before="40" w:after="40"/>
            </w:pPr>
            <w:r>
              <w:rPr>
                <w:sz w:val="17"/>
              </w:rPr>
              <w:t>Audit e baseline</w:t>
            </w:r>
          </w:p>
        </w:tc>
        <w:tc>
          <w:tcPr>
            <w:tcW w:w="2324" w:type="dxa"/>
            <w:vAlign w:val="center"/>
          </w:tcPr>
          <w:p w14:paraId="5F817C6B" w14:textId="77777777" w:rsidR="00F81D60" w:rsidRDefault="00000000">
            <w:pPr>
              <w:pStyle w:val="TableText"/>
              <w:spacing w:before="40" w:after="40"/>
            </w:pPr>
            <w:r>
              <w:rPr>
                <w:sz w:val="17"/>
              </w:rPr>
              <w:t>Responsabile processo</w:t>
            </w:r>
          </w:p>
        </w:tc>
        <w:tc>
          <w:tcPr>
            <w:tcW w:w="2551" w:type="dxa"/>
            <w:vAlign w:val="center"/>
          </w:tcPr>
          <w:p w14:paraId="058EF682" w14:textId="77777777" w:rsidR="00F81D60" w:rsidRDefault="00000000">
            <w:pPr>
              <w:pStyle w:val="TableText"/>
              <w:spacing w:before="40" w:after="40"/>
            </w:pPr>
            <w:r>
              <w:rPr>
                <w:sz w:val="17"/>
              </w:rPr>
              <w:t>Verificatore designato</w:t>
            </w:r>
          </w:p>
        </w:tc>
        <w:tc>
          <w:tcPr>
            <w:tcW w:w="2721" w:type="dxa"/>
            <w:vAlign w:val="center"/>
          </w:tcPr>
          <w:p w14:paraId="58938057" w14:textId="77777777" w:rsidR="00F81D60" w:rsidRDefault="00000000">
            <w:pPr>
              <w:pStyle w:val="TableText"/>
              <w:spacing w:before="40" w:after="40"/>
            </w:pPr>
            <w:r>
              <w:rPr>
                <w:sz w:val="17"/>
              </w:rPr>
              <w:t>HSE, HR, facility, RLS</w:t>
            </w:r>
          </w:p>
        </w:tc>
      </w:tr>
      <w:tr w:rsidR="00F81D60" w14:paraId="69B22C56" w14:textId="77777777">
        <w:trPr>
          <w:cantSplit/>
          <w:jc w:val="center"/>
        </w:trPr>
        <w:tc>
          <w:tcPr>
            <w:tcW w:w="2381" w:type="dxa"/>
            <w:shd w:val="clear" w:color="auto" w:fill="F5F7F9"/>
            <w:vAlign w:val="center"/>
          </w:tcPr>
          <w:p w14:paraId="3B78AA3E" w14:textId="77777777" w:rsidR="00F81D60" w:rsidRDefault="00000000">
            <w:pPr>
              <w:pStyle w:val="TableText"/>
              <w:spacing w:before="40" w:after="40"/>
            </w:pPr>
            <w:r>
              <w:rPr>
                <w:sz w:val="17"/>
              </w:rPr>
              <w:t>Ricezione / colloquio</w:t>
            </w:r>
          </w:p>
        </w:tc>
        <w:tc>
          <w:tcPr>
            <w:tcW w:w="2324" w:type="dxa"/>
            <w:shd w:val="clear" w:color="auto" w:fill="F5F7F9"/>
            <w:vAlign w:val="center"/>
          </w:tcPr>
          <w:p w14:paraId="1F27E9A9" w14:textId="77777777" w:rsidR="00F81D60" w:rsidRDefault="00000000">
            <w:pPr>
              <w:pStyle w:val="TableText"/>
              <w:spacing w:before="40" w:after="40"/>
            </w:pPr>
            <w:r>
              <w:rPr>
                <w:sz w:val="17"/>
              </w:rPr>
              <w:t>Responsabile processo</w:t>
            </w:r>
          </w:p>
        </w:tc>
        <w:tc>
          <w:tcPr>
            <w:tcW w:w="2551" w:type="dxa"/>
            <w:shd w:val="clear" w:color="auto" w:fill="F5F7F9"/>
            <w:vAlign w:val="center"/>
          </w:tcPr>
          <w:p w14:paraId="593BC9C4" w14:textId="77777777" w:rsidR="00F81D60" w:rsidRDefault="00000000">
            <w:pPr>
              <w:pStyle w:val="TableText"/>
              <w:spacing w:before="40" w:after="40"/>
            </w:pPr>
            <w:r>
              <w:rPr>
                <w:sz w:val="17"/>
              </w:rPr>
              <w:t>Referente autorizzato</w:t>
            </w:r>
          </w:p>
        </w:tc>
        <w:tc>
          <w:tcPr>
            <w:tcW w:w="2721" w:type="dxa"/>
            <w:shd w:val="clear" w:color="auto" w:fill="F5F7F9"/>
            <w:vAlign w:val="center"/>
          </w:tcPr>
          <w:p w14:paraId="65B84815" w14:textId="77777777" w:rsidR="00F81D60" w:rsidRDefault="00000000">
            <w:pPr>
              <w:pStyle w:val="TableText"/>
              <w:spacing w:before="40" w:after="40"/>
            </w:pPr>
            <w:r>
              <w:rPr>
                <w:sz w:val="17"/>
              </w:rPr>
              <w:t>Persona; accompagnatore se scelto</w:t>
            </w:r>
          </w:p>
        </w:tc>
      </w:tr>
      <w:tr w:rsidR="00F81D60" w14:paraId="165A6FCD" w14:textId="77777777">
        <w:trPr>
          <w:cantSplit/>
          <w:jc w:val="center"/>
        </w:trPr>
        <w:tc>
          <w:tcPr>
            <w:tcW w:w="2381" w:type="dxa"/>
            <w:vAlign w:val="center"/>
          </w:tcPr>
          <w:p w14:paraId="735BCFDB" w14:textId="77777777" w:rsidR="00F81D60" w:rsidRDefault="00000000">
            <w:pPr>
              <w:pStyle w:val="TableText"/>
              <w:spacing w:before="40" w:after="40"/>
            </w:pPr>
            <w:r>
              <w:rPr>
                <w:sz w:val="17"/>
              </w:rPr>
              <w:t>Valutazione rischi lavorativi</w:t>
            </w:r>
          </w:p>
        </w:tc>
        <w:tc>
          <w:tcPr>
            <w:tcW w:w="2324" w:type="dxa"/>
            <w:vAlign w:val="center"/>
          </w:tcPr>
          <w:p w14:paraId="244204FD" w14:textId="77777777" w:rsidR="00F81D60" w:rsidRDefault="00000000">
            <w:pPr>
              <w:pStyle w:val="TableText"/>
              <w:spacing w:before="40" w:after="40"/>
            </w:pPr>
            <w:r>
              <w:rPr>
                <w:sz w:val="17"/>
              </w:rPr>
              <w:t>Datore di lavoro, nei propri obblighi</w:t>
            </w:r>
          </w:p>
        </w:tc>
        <w:tc>
          <w:tcPr>
            <w:tcW w:w="2551" w:type="dxa"/>
            <w:vAlign w:val="center"/>
          </w:tcPr>
          <w:p w14:paraId="13C61E47" w14:textId="77777777" w:rsidR="00F81D60" w:rsidRDefault="00000000">
            <w:pPr>
              <w:pStyle w:val="TableText"/>
              <w:spacing w:before="40" w:after="40"/>
            </w:pPr>
            <w:r>
              <w:rPr>
                <w:sz w:val="17"/>
              </w:rPr>
              <w:t>RSPP/HSE e funzioni competenti</w:t>
            </w:r>
          </w:p>
        </w:tc>
        <w:tc>
          <w:tcPr>
            <w:tcW w:w="2721" w:type="dxa"/>
            <w:vAlign w:val="center"/>
          </w:tcPr>
          <w:p w14:paraId="32843E65" w14:textId="77777777" w:rsidR="00F81D60" w:rsidRDefault="00000000">
            <w:pPr>
              <w:pStyle w:val="TableText"/>
              <w:spacing w:before="40" w:after="40"/>
            </w:pPr>
            <w:r>
              <w:rPr>
                <w:sz w:val="17"/>
              </w:rPr>
              <w:t>Medico competente nei casi pertinenti; RLS consultato</w:t>
            </w:r>
          </w:p>
        </w:tc>
      </w:tr>
      <w:tr w:rsidR="00F81D60" w14:paraId="1395564E" w14:textId="77777777">
        <w:trPr>
          <w:cantSplit/>
          <w:jc w:val="center"/>
        </w:trPr>
        <w:tc>
          <w:tcPr>
            <w:tcW w:w="2381" w:type="dxa"/>
            <w:shd w:val="clear" w:color="auto" w:fill="F5F7F9"/>
            <w:vAlign w:val="center"/>
          </w:tcPr>
          <w:p w14:paraId="267FCD69" w14:textId="77777777" w:rsidR="00F81D60" w:rsidRDefault="00000000">
            <w:pPr>
              <w:pStyle w:val="TableText"/>
              <w:spacing w:before="40" w:after="40"/>
            </w:pPr>
            <w:r>
              <w:rPr>
                <w:sz w:val="17"/>
              </w:rPr>
              <w:t>Valutazione clinica / idoneità</w:t>
            </w:r>
          </w:p>
        </w:tc>
        <w:tc>
          <w:tcPr>
            <w:tcW w:w="2324" w:type="dxa"/>
            <w:shd w:val="clear" w:color="auto" w:fill="F5F7F9"/>
            <w:vAlign w:val="center"/>
          </w:tcPr>
          <w:p w14:paraId="0FF808FE" w14:textId="77777777" w:rsidR="00F81D60" w:rsidRDefault="00000000">
            <w:pPr>
              <w:pStyle w:val="TableText"/>
              <w:spacing w:before="40" w:after="40"/>
            </w:pPr>
            <w:r>
              <w:rPr>
                <w:sz w:val="17"/>
              </w:rPr>
              <w:t>Professionista competente nel proprio ambito</w:t>
            </w:r>
          </w:p>
        </w:tc>
        <w:tc>
          <w:tcPr>
            <w:tcW w:w="2551" w:type="dxa"/>
            <w:shd w:val="clear" w:color="auto" w:fill="F5F7F9"/>
            <w:vAlign w:val="center"/>
          </w:tcPr>
          <w:p w14:paraId="397DB591" w14:textId="77777777" w:rsidR="00F81D60" w:rsidRDefault="00000000">
            <w:pPr>
              <w:pStyle w:val="TableText"/>
              <w:spacing w:before="40" w:after="40"/>
            </w:pPr>
            <w:r>
              <w:rPr>
                <w:sz w:val="17"/>
              </w:rPr>
              <w:t>Professionista competente</w:t>
            </w:r>
          </w:p>
        </w:tc>
        <w:tc>
          <w:tcPr>
            <w:tcW w:w="2721" w:type="dxa"/>
            <w:shd w:val="clear" w:color="auto" w:fill="F5F7F9"/>
            <w:vAlign w:val="center"/>
          </w:tcPr>
          <w:p w14:paraId="26AB457B" w14:textId="77777777" w:rsidR="00F81D60" w:rsidRDefault="00000000">
            <w:pPr>
              <w:pStyle w:val="TableText"/>
              <w:spacing w:before="40" w:after="40"/>
            </w:pPr>
            <w:r>
              <w:rPr>
                <w:sz w:val="17"/>
              </w:rPr>
              <w:t>Soli flussi previsti e necessari</w:t>
            </w:r>
          </w:p>
        </w:tc>
      </w:tr>
      <w:tr w:rsidR="00F81D60" w14:paraId="62450115" w14:textId="77777777">
        <w:trPr>
          <w:cantSplit/>
          <w:jc w:val="center"/>
        </w:trPr>
        <w:tc>
          <w:tcPr>
            <w:tcW w:w="2381" w:type="dxa"/>
            <w:vAlign w:val="center"/>
          </w:tcPr>
          <w:p w14:paraId="631CA0E9" w14:textId="77777777" w:rsidR="00F81D60" w:rsidRDefault="00000000">
            <w:pPr>
              <w:pStyle w:val="TableText"/>
              <w:spacing w:before="40" w:after="40"/>
            </w:pPr>
            <w:r>
              <w:rPr>
                <w:sz w:val="17"/>
              </w:rPr>
              <w:t>Adattamento e spesa</w:t>
            </w:r>
          </w:p>
        </w:tc>
        <w:tc>
          <w:tcPr>
            <w:tcW w:w="2324" w:type="dxa"/>
            <w:vAlign w:val="center"/>
          </w:tcPr>
          <w:p w14:paraId="5C55FBC9" w14:textId="77777777" w:rsidR="00F81D60" w:rsidRDefault="00000000">
            <w:pPr>
              <w:pStyle w:val="TableText"/>
              <w:spacing w:before="40" w:after="40"/>
            </w:pPr>
            <w:r>
              <w:rPr>
                <w:sz w:val="17"/>
              </w:rPr>
              <w:t>Soggetto con poteri effettivi</w:t>
            </w:r>
          </w:p>
        </w:tc>
        <w:tc>
          <w:tcPr>
            <w:tcW w:w="2551" w:type="dxa"/>
            <w:vAlign w:val="center"/>
          </w:tcPr>
          <w:p w14:paraId="69A9327F" w14:textId="77777777" w:rsidR="00F81D60" w:rsidRDefault="00000000">
            <w:pPr>
              <w:pStyle w:val="TableText"/>
              <w:spacing w:before="40" w:after="40"/>
            </w:pPr>
            <w:r>
              <w:rPr>
                <w:sz w:val="17"/>
              </w:rPr>
              <w:t>Manager / HR / facility</w:t>
            </w:r>
          </w:p>
        </w:tc>
        <w:tc>
          <w:tcPr>
            <w:tcW w:w="2721" w:type="dxa"/>
            <w:vAlign w:val="center"/>
          </w:tcPr>
          <w:p w14:paraId="1B03223B" w14:textId="77777777" w:rsidR="00F81D60" w:rsidRDefault="00000000">
            <w:pPr>
              <w:pStyle w:val="TableText"/>
              <w:spacing w:before="40" w:after="40"/>
            </w:pPr>
            <w:r>
              <w:rPr>
                <w:sz w:val="17"/>
              </w:rPr>
              <w:t>Persona; HSE per compatibilità</w:t>
            </w:r>
          </w:p>
        </w:tc>
      </w:tr>
      <w:tr w:rsidR="00F81D60" w14:paraId="04CF418A" w14:textId="77777777">
        <w:trPr>
          <w:cantSplit/>
          <w:jc w:val="center"/>
        </w:trPr>
        <w:tc>
          <w:tcPr>
            <w:tcW w:w="2381" w:type="dxa"/>
            <w:shd w:val="clear" w:color="auto" w:fill="F5F7F9"/>
            <w:vAlign w:val="center"/>
          </w:tcPr>
          <w:p w14:paraId="0C475FB1" w14:textId="77777777" w:rsidR="00F81D60" w:rsidRDefault="00000000">
            <w:pPr>
              <w:pStyle w:val="TableText"/>
              <w:spacing w:before="40" w:after="40"/>
            </w:pPr>
            <w:r>
              <w:rPr>
                <w:sz w:val="17"/>
              </w:rPr>
              <w:t>Informative e basi dati</w:t>
            </w:r>
          </w:p>
        </w:tc>
        <w:tc>
          <w:tcPr>
            <w:tcW w:w="2324" w:type="dxa"/>
            <w:shd w:val="clear" w:color="auto" w:fill="F5F7F9"/>
            <w:vAlign w:val="center"/>
          </w:tcPr>
          <w:p w14:paraId="292ED3B5" w14:textId="77777777" w:rsidR="00F81D60" w:rsidRDefault="00000000">
            <w:pPr>
              <w:pStyle w:val="TableText"/>
              <w:spacing w:before="40" w:after="40"/>
            </w:pPr>
            <w:r>
              <w:rPr>
                <w:sz w:val="17"/>
              </w:rPr>
              <w:t>Titolare del trattamento</w:t>
            </w:r>
          </w:p>
        </w:tc>
        <w:tc>
          <w:tcPr>
            <w:tcW w:w="2551" w:type="dxa"/>
            <w:shd w:val="clear" w:color="auto" w:fill="F5F7F9"/>
            <w:vAlign w:val="center"/>
          </w:tcPr>
          <w:p w14:paraId="047C8865" w14:textId="77777777" w:rsidR="00F81D60" w:rsidRDefault="00000000">
            <w:pPr>
              <w:pStyle w:val="TableText"/>
              <w:spacing w:before="40" w:after="40"/>
            </w:pPr>
            <w:r>
              <w:rPr>
                <w:sz w:val="17"/>
              </w:rPr>
              <w:t>Funzione privacy competente</w:t>
            </w:r>
          </w:p>
        </w:tc>
        <w:tc>
          <w:tcPr>
            <w:tcW w:w="2721" w:type="dxa"/>
            <w:shd w:val="clear" w:color="auto" w:fill="F5F7F9"/>
            <w:vAlign w:val="center"/>
          </w:tcPr>
          <w:p w14:paraId="388942AA" w14:textId="77777777" w:rsidR="00F81D60" w:rsidRDefault="00000000">
            <w:pPr>
              <w:pStyle w:val="TableText"/>
              <w:spacing w:before="40" w:after="40"/>
            </w:pPr>
            <w:r>
              <w:rPr>
                <w:sz w:val="17"/>
              </w:rPr>
              <w:t>DPO, se designato, con ruolo consultivo</w:t>
            </w:r>
          </w:p>
        </w:tc>
      </w:tr>
      <w:tr w:rsidR="00F81D60" w14:paraId="1CF113DD" w14:textId="77777777">
        <w:trPr>
          <w:cantSplit/>
          <w:jc w:val="center"/>
        </w:trPr>
        <w:tc>
          <w:tcPr>
            <w:tcW w:w="2381" w:type="dxa"/>
            <w:vAlign w:val="center"/>
          </w:tcPr>
          <w:p w14:paraId="1E11ED14" w14:textId="77777777" w:rsidR="00F81D60" w:rsidRDefault="00000000">
            <w:pPr>
              <w:pStyle w:val="TableText"/>
              <w:spacing w:before="40" w:after="40"/>
            </w:pPr>
            <w:r>
              <w:rPr>
                <w:sz w:val="17"/>
              </w:rPr>
              <w:t>Sicurezza tecnica degli archivi</w:t>
            </w:r>
          </w:p>
        </w:tc>
        <w:tc>
          <w:tcPr>
            <w:tcW w:w="2324" w:type="dxa"/>
            <w:vAlign w:val="center"/>
          </w:tcPr>
          <w:p w14:paraId="30C0D69B" w14:textId="77777777" w:rsidR="00F81D60" w:rsidRDefault="00000000">
            <w:pPr>
              <w:pStyle w:val="TableText"/>
              <w:spacing w:before="40" w:after="40"/>
            </w:pPr>
            <w:r>
              <w:rPr>
                <w:sz w:val="17"/>
              </w:rPr>
              <w:t>Titolare / responsabile competente</w:t>
            </w:r>
          </w:p>
        </w:tc>
        <w:tc>
          <w:tcPr>
            <w:tcW w:w="2551" w:type="dxa"/>
            <w:vAlign w:val="center"/>
          </w:tcPr>
          <w:p w14:paraId="70F5D6F1" w14:textId="77777777" w:rsidR="00F81D60" w:rsidRDefault="00000000">
            <w:pPr>
              <w:pStyle w:val="TableText"/>
              <w:spacing w:before="40" w:after="40"/>
            </w:pPr>
            <w:r>
              <w:rPr>
                <w:sz w:val="17"/>
              </w:rPr>
              <w:t>IT / custode autorizzato</w:t>
            </w:r>
          </w:p>
        </w:tc>
        <w:tc>
          <w:tcPr>
            <w:tcW w:w="2721" w:type="dxa"/>
            <w:vAlign w:val="center"/>
          </w:tcPr>
          <w:p w14:paraId="2243C534" w14:textId="77777777" w:rsidR="00F81D60" w:rsidRDefault="00000000">
            <w:pPr>
              <w:pStyle w:val="TableText"/>
              <w:spacing w:before="40" w:after="40"/>
            </w:pPr>
            <w:r>
              <w:rPr>
                <w:sz w:val="17"/>
              </w:rPr>
              <w:t>Privacy</w:t>
            </w:r>
          </w:p>
        </w:tc>
      </w:tr>
      <w:tr w:rsidR="00F81D60" w14:paraId="77ABE569" w14:textId="77777777">
        <w:trPr>
          <w:cantSplit/>
          <w:jc w:val="center"/>
        </w:trPr>
        <w:tc>
          <w:tcPr>
            <w:tcW w:w="2381" w:type="dxa"/>
            <w:shd w:val="clear" w:color="auto" w:fill="F5F7F9"/>
            <w:vAlign w:val="center"/>
          </w:tcPr>
          <w:p w14:paraId="6793D30F" w14:textId="77777777" w:rsidR="00F81D60" w:rsidRDefault="00000000">
            <w:pPr>
              <w:pStyle w:val="TableText"/>
              <w:spacing w:before="40" w:after="40"/>
            </w:pPr>
            <w:r>
              <w:rPr>
                <w:sz w:val="17"/>
              </w:rPr>
              <w:t>Verifica efficacia</w:t>
            </w:r>
          </w:p>
        </w:tc>
        <w:tc>
          <w:tcPr>
            <w:tcW w:w="2324" w:type="dxa"/>
            <w:shd w:val="clear" w:color="auto" w:fill="F5F7F9"/>
            <w:vAlign w:val="center"/>
          </w:tcPr>
          <w:p w14:paraId="2D14D51F" w14:textId="77777777" w:rsidR="00F81D60" w:rsidRDefault="00000000">
            <w:pPr>
              <w:pStyle w:val="TableText"/>
              <w:spacing w:before="40" w:after="40"/>
            </w:pPr>
            <w:r>
              <w:rPr>
                <w:sz w:val="17"/>
              </w:rPr>
              <w:t>Responsabile della misura</w:t>
            </w:r>
          </w:p>
        </w:tc>
        <w:tc>
          <w:tcPr>
            <w:tcW w:w="2551" w:type="dxa"/>
            <w:shd w:val="clear" w:color="auto" w:fill="F5F7F9"/>
            <w:vAlign w:val="center"/>
          </w:tcPr>
          <w:p w14:paraId="1340C49B" w14:textId="77777777" w:rsidR="00F81D60" w:rsidRDefault="00000000">
            <w:pPr>
              <w:pStyle w:val="TableText"/>
              <w:spacing w:before="40" w:after="40"/>
            </w:pPr>
            <w:r>
              <w:rPr>
                <w:sz w:val="17"/>
              </w:rPr>
              <w:t>Validatore designato</w:t>
            </w:r>
          </w:p>
        </w:tc>
        <w:tc>
          <w:tcPr>
            <w:tcW w:w="2721" w:type="dxa"/>
            <w:shd w:val="clear" w:color="auto" w:fill="F5F7F9"/>
            <w:vAlign w:val="center"/>
          </w:tcPr>
          <w:p w14:paraId="36C32695" w14:textId="77777777" w:rsidR="00F81D60" w:rsidRDefault="00000000">
            <w:pPr>
              <w:pStyle w:val="TableText"/>
              <w:spacing w:before="40" w:after="40"/>
            </w:pPr>
            <w:r>
              <w:rPr>
                <w:sz w:val="17"/>
              </w:rPr>
              <w:t>Persona; HSE se pertinente</w:t>
            </w:r>
          </w:p>
        </w:tc>
      </w:tr>
      <w:tr w:rsidR="00F81D60" w14:paraId="123DFF0A" w14:textId="77777777">
        <w:trPr>
          <w:cantSplit/>
          <w:jc w:val="center"/>
        </w:trPr>
        <w:tc>
          <w:tcPr>
            <w:tcW w:w="2381" w:type="dxa"/>
            <w:vAlign w:val="center"/>
          </w:tcPr>
          <w:p w14:paraId="188CF1B2" w14:textId="77777777" w:rsidR="00F81D60" w:rsidRDefault="00000000">
            <w:pPr>
              <w:pStyle w:val="TableText"/>
              <w:spacing w:before="40" w:after="40"/>
            </w:pPr>
            <w:r>
              <w:rPr>
                <w:sz w:val="17"/>
              </w:rPr>
              <w:t>Segnalazione o conflitto</w:t>
            </w:r>
          </w:p>
        </w:tc>
        <w:tc>
          <w:tcPr>
            <w:tcW w:w="2324" w:type="dxa"/>
            <w:vAlign w:val="center"/>
          </w:tcPr>
          <w:p w14:paraId="7220F993" w14:textId="77777777" w:rsidR="00F81D60" w:rsidRDefault="00000000">
            <w:pPr>
              <w:pStyle w:val="TableText"/>
              <w:spacing w:before="40" w:after="40"/>
            </w:pPr>
            <w:r>
              <w:rPr>
                <w:sz w:val="17"/>
              </w:rPr>
              <w:t>Funzione indipendente competente</w:t>
            </w:r>
          </w:p>
        </w:tc>
        <w:tc>
          <w:tcPr>
            <w:tcW w:w="2551" w:type="dxa"/>
            <w:vAlign w:val="center"/>
          </w:tcPr>
          <w:p w14:paraId="76137A47" w14:textId="77777777" w:rsidR="00F81D60" w:rsidRDefault="00000000">
            <w:pPr>
              <w:pStyle w:val="TableText"/>
              <w:spacing w:before="40" w:after="40"/>
            </w:pPr>
            <w:r>
              <w:rPr>
                <w:sz w:val="17"/>
              </w:rPr>
              <w:t>Istruttore autorizzato</w:t>
            </w:r>
          </w:p>
        </w:tc>
        <w:tc>
          <w:tcPr>
            <w:tcW w:w="2721" w:type="dxa"/>
            <w:vAlign w:val="center"/>
          </w:tcPr>
          <w:p w14:paraId="6446FBFD" w14:textId="77777777" w:rsidR="00F81D60" w:rsidRDefault="00000000">
            <w:pPr>
              <w:pStyle w:val="TableText"/>
              <w:spacing w:before="40" w:after="40"/>
            </w:pPr>
            <w:r>
              <w:rPr>
                <w:sz w:val="17"/>
              </w:rPr>
              <w:t>Sole persone necessarie</w:t>
            </w:r>
          </w:p>
        </w:tc>
      </w:tr>
      <w:tr w:rsidR="00F81D60" w14:paraId="4D43F74D" w14:textId="77777777">
        <w:trPr>
          <w:cantSplit/>
          <w:jc w:val="center"/>
        </w:trPr>
        <w:tc>
          <w:tcPr>
            <w:tcW w:w="2381" w:type="dxa"/>
            <w:shd w:val="clear" w:color="auto" w:fill="F5F7F9"/>
            <w:vAlign w:val="center"/>
          </w:tcPr>
          <w:p w14:paraId="6F6DEC36" w14:textId="77777777" w:rsidR="00F81D60" w:rsidRDefault="00000000">
            <w:pPr>
              <w:pStyle w:val="TableText"/>
              <w:spacing w:before="40" w:after="40"/>
            </w:pPr>
            <w:r>
              <w:rPr>
                <w:sz w:val="17"/>
              </w:rPr>
              <w:t>Riesame del programma</w:t>
            </w:r>
          </w:p>
        </w:tc>
        <w:tc>
          <w:tcPr>
            <w:tcW w:w="2324" w:type="dxa"/>
            <w:shd w:val="clear" w:color="auto" w:fill="F5F7F9"/>
            <w:vAlign w:val="center"/>
          </w:tcPr>
          <w:p w14:paraId="670BBBB1" w14:textId="77777777" w:rsidR="00F81D60" w:rsidRDefault="00000000">
            <w:pPr>
              <w:pStyle w:val="TableText"/>
              <w:spacing w:before="40" w:after="40"/>
            </w:pPr>
            <w:r>
              <w:rPr>
                <w:sz w:val="17"/>
              </w:rPr>
              <w:t>Direzione</w:t>
            </w:r>
          </w:p>
        </w:tc>
        <w:tc>
          <w:tcPr>
            <w:tcW w:w="2551" w:type="dxa"/>
            <w:shd w:val="clear" w:color="auto" w:fill="F5F7F9"/>
            <w:vAlign w:val="center"/>
          </w:tcPr>
          <w:p w14:paraId="482C5AAE" w14:textId="77777777" w:rsidR="00F81D60" w:rsidRDefault="00000000">
            <w:pPr>
              <w:pStyle w:val="TableText"/>
              <w:spacing w:before="40" w:after="40"/>
            </w:pPr>
            <w:r>
              <w:rPr>
                <w:sz w:val="17"/>
              </w:rPr>
              <w:t>Responsabile processo</w:t>
            </w:r>
          </w:p>
        </w:tc>
        <w:tc>
          <w:tcPr>
            <w:tcW w:w="2721" w:type="dxa"/>
            <w:shd w:val="clear" w:color="auto" w:fill="F5F7F9"/>
            <w:vAlign w:val="center"/>
          </w:tcPr>
          <w:p w14:paraId="689F95D5" w14:textId="77777777" w:rsidR="00F81D60" w:rsidRDefault="00000000">
            <w:pPr>
              <w:pStyle w:val="TableText"/>
              <w:spacing w:before="40" w:after="40"/>
            </w:pPr>
            <w:r>
              <w:rPr>
                <w:sz w:val="17"/>
              </w:rPr>
              <w:t>Funzioni pertinenti; dati aggregati</w:t>
            </w:r>
          </w:p>
        </w:tc>
      </w:tr>
    </w:tbl>
    <w:p w14:paraId="4373268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0A39A8D" w14:textId="77777777">
        <w:trPr>
          <w:tblHeader/>
          <w:jc w:val="center"/>
        </w:trPr>
        <w:tc>
          <w:tcPr>
            <w:tcW w:w="2948" w:type="dxa"/>
            <w:shd w:val="clear" w:color="auto" w:fill="17324D"/>
            <w:vAlign w:val="center"/>
          </w:tcPr>
          <w:p w14:paraId="3399F5EA" w14:textId="77777777" w:rsidR="00F81D60" w:rsidRDefault="00000000">
            <w:pPr>
              <w:pStyle w:val="TableText"/>
              <w:spacing w:before="40" w:after="40"/>
            </w:pPr>
            <w:r>
              <w:rPr>
                <w:b/>
                <w:color w:val="FFFFFF"/>
              </w:rPr>
              <w:t>Campo</w:t>
            </w:r>
          </w:p>
        </w:tc>
        <w:tc>
          <w:tcPr>
            <w:tcW w:w="7030" w:type="dxa"/>
            <w:shd w:val="clear" w:color="auto" w:fill="17324D"/>
            <w:vAlign w:val="center"/>
          </w:tcPr>
          <w:p w14:paraId="347BE8ED" w14:textId="77777777" w:rsidR="00F81D60" w:rsidRDefault="00000000">
            <w:pPr>
              <w:pStyle w:val="TableText"/>
              <w:spacing w:before="40" w:after="40"/>
            </w:pPr>
            <w:r>
              <w:rPr>
                <w:b/>
                <w:color w:val="FFFFFF"/>
              </w:rPr>
              <w:t>Compilazione / decisione aziendale</w:t>
            </w:r>
          </w:p>
        </w:tc>
      </w:tr>
      <w:tr w:rsidR="00F81D60" w14:paraId="12835A8C" w14:textId="77777777">
        <w:trPr>
          <w:cantSplit/>
          <w:jc w:val="center"/>
        </w:trPr>
        <w:tc>
          <w:tcPr>
            <w:tcW w:w="2948" w:type="dxa"/>
            <w:vAlign w:val="center"/>
          </w:tcPr>
          <w:p w14:paraId="6F6CCD84" w14:textId="77777777" w:rsidR="00F81D60" w:rsidRDefault="00000000">
            <w:pPr>
              <w:pStyle w:val="TableText"/>
              <w:spacing w:before="40" w:after="40"/>
            </w:pPr>
            <w:r>
              <w:t>Assegnazioni nominative</w:t>
            </w:r>
          </w:p>
        </w:tc>
        <w:tc>
          <w:tcPr>
            <w:tcW w:w="7030" w:type="dxa"/>
            <w:vAlign w:val="center"/>
          </w:tcPr>
          <w:p w14:paraId="3C1526EE" w14:textId="77777777" w:rsidR="00F81D60" w:rsidRDefault="00000000">
            <w:pPr>
              <w:pStyle w:val="TableText"/>
              <w:spacing w:before="40" w:after="40"/>
            </w:pPr>
            <w:r>
              <w:t>Rinvio A02 / nomine / deleghe pertinenti: [compilare]</w:t>
            </w:r>
          </w:p>
        </w:tc>
      </w:tr>
      <w:tr w:rsidR="00F81D60" w14:paraId="274B7569" w14:textId="77777777">
        <w:trPr>
          <w:cantSplit/>
          <w:jc w:val="center"/>
        </w:trPr>
        <w:tc>
          <w:tcPr>
            <w:tcW w:w="2948" w:type="dxa"/>
            <w:shd w:val="clear" w:color="auto" w:fill="F5F7F9"/>
            <w:vAlign w:val="center"/>
          </w:tcPr>
          <w:p w14:paraId="5435576B" w14:textId="77777777" w:rsidR="00F81D60" w:rsidRDefault="00000000">
            <w:pPr>
              <w:pStyle w:val="TableText"/>
              <w:spacing w:before="40" w:after="40"/>
            </w:pPr>
            <w:r>
              <w:t>Accorpamenti nelle PMI</w:t>
            </w:r>
          </w:p>
        </w:tc>
        <w:tc>
          <w:tcPr>
            <w:tcW w:w="7030" w:type="dxa"/>
            <w:shd w:val="clear" w:color="auto" w:fill="F5F7F9"/>
            <w:vAlign w:val="center"/>
          </w:tcPr>
          <w:p w14:paraId="1D67844E" w14:textId="77777777" w:rsidR="00F81D60" w:rsidRDefault="00000000">
            <w:pPr>
              <w:pStyle w:val="TableText"/>
              <w:spacing w:before="40" w:after="40"/>
            </w:pPr>
            <w:r>
              <w:t>Funzioni accorpate: [ ]  •  salvaguardie / conflitti: [ ]</w:t>
            </w:r>
          </w:p>
        </w:tc>
      </w:tr>
      <w:tr w:rsidR="00F81D60" w14:paraId="2E7032C2" w14:textId="77777777">
        <w:trPr>
          <w:cantSplit/>
          <w:jc w:val="center"/>
        </w:trPr>
        <w:tc>
          <w:tcPr>
            <w:tcW w:w="2948" w:type="dxa"/>
            <w:vAlign w:val="center"/>
          </w:tcPr>
          <w:p w14:paraId="14E40527" w14:textId="77777777" w:rsidR="00F81D60" w:rsidRDefault="00000000">
            <w:pPr>
              <w:pStyle w:val="TableText"/>
              <w:spacing w:before="40" w:after="40"/>
            </w:pPr>
            <w:r>
              <w:t>Sostituzione e assenze</w:t>
            </w:r>
          </w:p>
        </w:tc>
        <w:tc>
          <w:tcPr>
            <w:tcW w:w="7030" w:type="dxa"/>
            <w:vAlign w:val="center"/>
          </w:tcPr>
          <w:p w14:paraId="0AA67200" w14:textId="77777777" w:rsidR="00F81D60" w:rsidRDefault="00000000">
            <w:pPr>
              <w:pStyle w:val="TableText"/>
              <w:spacing w:before="40" w:after="40"/>
            </w:pPr>
            <w:r>
              <w:t>Modalità di subentro e limiti di accesso: [compilare]</w:t>
            </w:r>
          </w:p>
        </w:tc>
      </w:tr>
    </w:tbl>
    <w:p w14:paraId="2157FE44"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019C1893" w14:textId="77777777">
        <w:trPr>
          <w:tblHeader/>
          <w:jc w:val="center"/>
        </w:trPr>
        <w:tc>
          <w:tcPr>
            <w:tcW w:w="9978" w:type="dxa"/>
            <w:shd w:val="clear" w:color="auto" w:fill="17324D"/>
            <w:vAlign w:val="center"/>
          </w:tcPr>
          <w:p w14:paraId="47C23C9C" w14:textId="77777777" w:rsidR="00F81D60" w:rsidRDefault="00000000">
            <w:pPr>
              <w:pStyle w:val="TableText"/>
              <w:spacing w:before="40" w:after="40"/>
            </w:pPr>
            <w:r>
              <w:rPr>
                <w:b/>
                <w:color w:val="FFFFFF"/>
                <w:sz w:val="19"/>
              </w:rPr>
              <w:t>CONFINE SANITARIO</w:t>
            </w:r>
          </w:p>
        </w:tc>
      </w:tr>
      <w:tr w:rsidR="00F81D60" w14:paraId="052B1062" w14:textId="77777777">
        <w:trPr>
          <w:cantSplit/>
          <w:jc w:val="center"/>
        </w:trPr>
        <w:tc>
          <w:tcPr>
            <w:tcW w:w="9978" w:type="dxa"/>
            <w:shd w:val="clear" w:color="auto" w:fill="EAF3F4"/>
            <w:vAlign w:val="center"/>
          </w:tcPr>
          <w:p w14:paraId="5C676218" w14:textId="77777777" w:rsidR="00F81D60" w:rsidRDefault="00000000">
            <w:pPr>
              <w:pStyle w:val="TableText"/>
              <w:spacing w:before="40" w:after="40"/>
            </w:pPr>
            <w:r>
              <w:rPr>
                <w:sz w:val="19"/>
              </w:rPr>
              <w:t>La riga relativa all’idoneità non trasferisce poteri clinici alla direzione, a HR o al referente. Il medico competente mantiene autonomia e attribuzioni proprie; il DPO non è automaticamente il responsabile delle decisioni organizzative.</w:t>
            </w:r>
          </w:p>
        </w:tc>
      </w:tr>
    </w:tbl>
    <w:p w14:paraId="6020407D" w14:textId="77777777" w:rsidR="00F81D60" w:rsidRDefault="00F81D60">
      <w:pPr>
        <w:spacing w:after="0"/>
      </w:pPr>
    </w:p>
    <w:p w14:paraId="5056E0CA" w14:textId="77777777" w:rsidR="00F81D60" w:rsidRDefault="00000000">
      <w:r>
        <w:br w:type="page"/>
      </w:r>
    </w:p>
    <w:p w14:paraId="2FFA7602" w14:textId="77777777" w:rsidR="00F81D60" w:rsidRDefault="00000000">
      <w:pPr>
        <w:pStyle w:val="Small"/>
      </w:pPr>
      <w:r>
        <w:rPr>
          <w:b/>
          <w:color w:val="006B70"/>
        </w:rPr>
        <w:t>ALLEGATO AZIENDALE  •  MOD-MM-04</w:t>
      </w:r>
    </w:p>
    <w:p w14:paraId="368DEF49" w14:textId="77777777" w:rsidR="00F81D60" w:rsidRDefault="00000000">
      <w:pPr>
        <w:pStyle w:val="Titolo1"/>
      </w:pPr>
      <w:bookmarkStart w:id="44" w:name="A04"/>
      <w:r>
        <w:t>A04 | Piano di adozione e raccordo delle politiche</w:t>
      </w:r>
      <w:bookmarkEnd w:id="44"/>
    </w:p>
    <w:p w14:paraId="7E21A513" w14:textId="77777777" w:rsidR="00F81D60" w:rsidRDefault="00000000">
      <w:pPr>
        <w:pStyle w:val="Reference"/>
      </w:pPr>
      <w:r>
        <w:t>Base documentale: [ISO] § 5.3; [AZ] piano di implementazione. Le istruzioni operative e i moduli sono elaborazioni aziendali del modello [AZ].</w:t>
      </w:r>
    </w:p>
    <w:p w14:paraId="6BC6B6C5" w14:textId="77777777" w:rsidR="00F81D60" w:rsidRDefault="00000000">
      <w:r>
        <w:t>Usare per avvio o revisione significativa. Classificazione: sistema. Inserire responsabili, date e prove; non dati individuali.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295BB94" w14:textId="77777777">
        <w:trPr>
          <w:tblHeader/>
          <w:jc w:val="center"/>
        </w:trPr>
        <w:tc>
          <w:tcPr>
            <w:tcW w:w="2948" w:type="dxa"/>
            <w:shd w:val="clear" w:color="auto" w:fill="17324D"/>
            <w:vAlign w:val="center"/>
          </w:tcPr>
          <w:p w14:paraId="415EA0EC" w14:textId="77777777" w:rsidR="00F81D60" w:rsidRDefault="00000000">
            <w:pPr>
              <w:pStyle w:val="TableText"/>
              <w:spacing w:before="40" w:after="40"/>
            </w:pPr>
            <w:r>
              <w:rPr>
                <w:b/>
                <w:color w:val="FFFFFF"/>
              </w:rPr>
              <w:t>Campo</w:t>
            </w:r>
          </w:p>
        </w:tc>
        <w:tc>
          <w:tcPr>
            <w:tcW w:w="7030" w:type="dxa"/>
            <w:shd w:val="clear" w:color="auto" w:fill="17324D"/>
            <w:vAlign w:val="center"/>
          </w:tcPr>
          <w:p w14:paraId="6650533A" w14:textId="77777777" w:rsidR="00F81D60" w:rsidRDefault="00000000">
            <w:pPr>
              <w:pStyle w:val="TableText"/>
              <w:spacing w:before="40" w:after="40"/>
            </w:pPr>
            <w:r>
              <w:rPr>
                <w:b/>
                <w:color w:val="FFFFFF"/>
              </w:rPr>
              <w:t>Compilazione / decisione aziendale</w:t>
            </w:r>
          </w:p>
        </w:tc>
      </w:tr>
      <w:tr w:rsidR="00F81D60" w14:paraId="7E97274E" w14:textId="77777777">
        <w:trPr>
          <w:cantSplit/>
          <w:jc w:val="center"/>
        </w:trPr>
        <w:tc>
          <w:tcPr>
            <w:tcW w:w="2948" w:type="dxa"/>
            <w:vAlign w:val="center"/>
          </w:tcPr>
          <w:p w14:paraId="3549D8A2" w14:textId="77777777" w:rsidR="00F81D60" w:rsidRDefault="00000000">
            <w:pPr>
              <w:pStyle w:val="TableText"/>
              <w:spacing w:before="40" w:after="40"/>
            </w:pPr>
            <w:r>
              <w:t>Progetto / versione</w:t>
            </w:r>
          </w:p>
        </w:tc>
        <w:tc>
          <w:tcPr>
            <w:tcW w:w="7030" w:type="dxa"/>
            <w:vAlign w:val="center"/>
          </w:tcPr>
          <w:p w14:paraId="6D089DB5" w14:textId="77777777" w:rsidR="00F81D60" w:rsidRDefault="00000000">
            <w:pPr>
              <w:pStyle w:val="TableText"/>
              <w:spacing w:before="40" w:after="40"/>
            </w:pPr>
            <w:r>
              <w:t>Codice: [ ]  •  perimetro: [ ]  •  responsabile: [ ]</w:t>
            </w:r>
          </w:p>
        </w:tc>
      </w:tr>
      <w:tr w:rsidR="00F81D60" w14:paraId="4AC9D5AF" w14:textId="77777777">
        <w:trPr>
          <w:cantSplit/>
          <w:jc w:val="center"/>
        </w:trPr>
        <w:tc>
          <w:tcPr>
            <w:tcW w:w="2948" w:type="dxa"/>
            <w:shd w:val="clear" w:color="auto" w:fill="F5F7F9"/>
            <w:vAlign w:val="center"/>
          </w:tcPr>
          <w:p w14:paraId="07CBD399" w14:textId="77777777" w:rsidR="00F81D60" w:rsidRDefault="00000000">
            <w:pPr>
              <w:pStyle w:val="TableText"/>
              <w:spacing w:before="40" w:after="40"/>
            </w:pPr>
            <w:r>
              <w:t>Data avvio prevista</w:t>
            </w:r>
          </w:p>
        </w:tc>
        <w:tc>
          <w:tcPr>
            <w:tcW w:w="7030" w:type="dxa"/>
            <w:shd w:val="clear" w:color="auto" w:fill="F5F7F9"/>
            <w:vAlign w:val="center"/>
          </w:tcPr>
          <w:p w14:paraId="31815C97" w14:textId="77777777" w:rsidR="00F81D60" w:rsidRDefault="00000000">
            <w:pPr>
              <w:pStyle w:val="TableText"/>
              <w:spacing w:before="40" w:after="40"/>
            </w:pPr>
            <w:r>
              <w:t>[data]  •  condizioni preliminari: [ ]</w:t>
            </w:r>
          </w:p>
        </w:tc>
      </w:tr>
    </w:tbl>
    <w:p w14:paraId="3C1789B2"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4648"/>
        <w:gridCol w:w="2268"/>
        <w:gridCol w:w="3061"/>
      </w:tblGrid>
      <w:tr w:rsidR="00F81D60" w14:paraId="2C02CBE7" w14:textId="77777777">
        <w:trPr>
          <w:tblHeader/>
          <w:jc w:val="center"/>
        </w:trPr>
        <w:tc>
          <w:tcPr>
            <w:tcW w:w="4649" w:type="dxa"/>
            <w:shd w:val="clear" w:color="auto" w:fill="17324D"/>
            <w:vAlign w:val="center"/>
          </w:tcPr>
          <w:p w14:paraId="6E0A3373" w14:textId="77777777" w:rsidR="00F81D60" w:rsidRDefault="00000000">
            <w:pPr>
              <w:pStyle w:val="TableText"/>
              <w:spacing w:before="40" w:after="40"/>
            </w:pPr>
            <w:r>
              <w:rPr>
                <w:b/>
                <w:color w:val="FFFFFF"/>
              </w:rPr>
              <w:t>Attività da realizzare</w:t>
            </w:r>
          </w:p>
        </w:tc>
        <w:tc>
          <w:tcPr>
            <w:tcW w:w="2268" w:type="dxa"/>
            <w:shd w:val="clear" w:color="auto" w:fill="17324D"/>
            <w:vAlign w:val="center"/>
          </w:tcPr>
          <w:p w14:paraId="1864AF0D" w14:textId="77777777" w:rsidR="00F81D60" w:rsidRDefault="00000000">
            <w:pPr>
              <w:pStyle w:val="TableText"/>
              <w:spacing w:before="40" w:after="40"/>
            </w:pPr>
            <w:r>
              <w:rPr>
                <w:b/>
                <w:color w:val="FFFFFF"/>
              </w:rPr>
              <w:t>Responsabile / data</w:t>
            </w:r>
          </w:p>
        </w:tc>
        <w:tc>
          <w:tcPr>
            <w:tcW w:w="3061" w:type="dxa"/>
            <w:shd w:val="clear" w:color="auto" w:fill="17324D"/>
            <w:vAlign w:val="center"/>
          </w:tcPr>
          <w:p w14:paraId="699C4B54" w14:textId="77777777" w:rsidR="00F81D60" w:rsidRDefault="00000000">
            <w:pPr>
              <w:pStyle w:val="TableText"/>
              <w:spacing w:before="40" w:after="40"/>
            </w:pPr>
            <w:r>
              <w:rPr>
                <w:b/>
                <w:color w:val="FFFFFF"/>
              </w:rPr>
              <w:t>Evidenza / stato</w:t>
            </w:r>
          </w:p>
        </w:tc>
      </w:tr>
      <w:tr w:rsidR="00F81D60" w14:paraId="2153B395" w14:textId="77777777">
        <w:trPr>
          <w:cantSplit/>
          <w:jc w:val="center"/>
        </w:trPr>
        <w:tc>
          <w:tcPr>
            <w:tcW w:w="4649" w:type="dxa"/>
            <w:vAlign w:val="center"/>
          </w:tcPr>
          <w:p w14:paraId="02553676" w14:textId="77777777" w:rsidR="00F81D60" w:rsidRDefault="00000000">
            <w:pPr>
              <w:pStyle w:val="TableText"/>
              <w:spacing w:before="40" w:after="40"/>
            </w:pPr>
            <w:r>
              <w:t>Approvare perimetro, referenti e sostituti</w:t>
            </w:r>
          </w:p>
        </w:tc>
        <w:tc>
          <w:tcPr>
            <w:tcW w:w="2268" w:type="dxa"/>
            <w:vAlign w:val="center"/>
          </w:tcPr>
          <w:p w14:paraId="1A1702AB" w14:textId="77777777" w:rsidR="00F81D60" w:rsidRDefault="00000000">
            <w:pPr>
              <w:pStyle w:val="TableText"/>
              <w:spacing w:before="40" w:after="40"/>
            </w:pPr>
            <w:r>
              <w:t>[compilare]</w:t>
            </w:r>
          </w:p>
        </w:tc>
        <w:tc>
          <w:tcPr>
            <w:tcW w:w="3061" w:type="dxa"/>
            <w:vAlign w:val="center"/>
          </w:tcPr>
          <w:p w14:paraId="7FCE1DA1" w14:textId="77777777" w:rsidR="00F81D60" w:rsidRDefault="00000000">
            <w:pPr>
              <w:pStyle w:val="TableText"/>
              <w:spacing w:before="40" w:after="40"/>
            </w:pPr>
            <w:r>
              <w:t>A02–A03: [ ]</w:t>
            </w:r>
          </w:p>
        </w:tc>
      </w:tr>
      <w:tr w:rsidR="00F81D60" w14:paraId="13C36C1D" w14:textId="77777777">
        <w:trPr>
          <w:cantSplit/>
          <w:jc w:val="center"/>
        </w:trPr>
        <w:tc>
          <w:tcPr>
            <w:tcW w:w="4649" w:type="dxa"/>
            <w:shd w:val="clear" w:color="auto" w:fill="F5F7F9"/>
            <w:vAlign w:val="center"/>
          </w:tcPr>
          <w:p w14:paraId="231D2BFB" w14:textId="77777777" w:rsidR="00F81D60" w:rsidRDefault="00000000">
            <w:pPr>
              <w:pStyle w:val="TableText"/>
              <w:spacing w:before="40" w:after="40"/>
            </w:pPr>
            <w:r>
              <w:t>Consultare lavoratori e rappresentanze</w:t>
            </w:r>
          </w:p>
        </w:tc>
        <w:tc>
          <w:tcPr>
            <w:tcW w:w="2268" w:type="dxa"/>
            <w:shd w:val="clear" w:color="auto" w:fill="F5F7F9"/>
            <w:vAlign w:val="center"/>
          </w:tcPr>
          <w:p w14:paraId="312CEF49" w14:textId="77777777" w:rsidR="00F81D60" w:rsidRDefault="00000000">
            <w:pPr>
              <w:pStyle w:val="TableText"/>
              <w:spacing w:before="40" w:after="40"/>
            </w:pPr>
            <w:r>
              <w:t>[compilare]</w:t>
            </w:r>
          </w:p>
        </w:tc>
        <w:tc>
          <w:tcPr>
            <w:tcW w:w="3061" w:type="dxa"/>
            <w:shd w:val="clear" w:color="auto" w:fill="F5F7F9"/>
            <w:vAlign w:val="center"/>
          </w:tcPr>
          <w:p w14:paraId="23E498B7" w14:textId="77777777" w:rsidR="00F81D60" w:rsidRDefault="00000000">
            <w:pPr>
              <w:pStyle w:val="TableText"/>
              <w:spacing w:before="40" w:after="40"/>
            </w:pPr>
            <w:r>
              <w:t>A05: [ ]</w:t>
            </w:r>
          </w:p>
        </w:tc>
      </w:tr>
      <w:tr w:rsidR="00F81D60" w14:paraId="4354FEFA" w14:textId="77777777">
        <w:trPr>
          <w:cantSplit/>
          <w:jc w:val="center"/>
        </w:trPr>
        <w:tc>
          <w:tcPr>
            <w:tcW w:w="4649" w:type="dxa"/>
            <w:vAlign w:val="center"/>
          </w:tcPr>
          <w:p w14:paraId="4B1760E3" w14:textId="77777777" w:rsidR="00F81D60" w:rsidRDefault="00000000">
            <w:pPr>
              <w:pStyle w:val="TableText"/>
              <w:spacing w:before="40" w:after="40"/>
            </w:pPr>
            <w:r>
              <w:t>Eseguire baseline e sopralluoghi</w:t>
            </w:r>
          </w:p>
        </w:tc>
        <w:tc>
          <w:tcPr>
            <w:tcW w:w="2268" w:type="dxa"/>
            <w:vAlign w:val="center"/>
          </w:tcPr>
          <w:p w14:paraId="5AECC1D3" w14:textId="77777777" w:rsidR="00F81D60" w:rsidRDefault="00000000">
            <w:pPr>
              <w:pStyle w:val="TableText"/>
              <w:spacing w:before="40" w:after="40"/>
            </w:pPr>
            <w:r>
              <w:t>[compilare]</w:t>
            </w:r>
          </w:p>
        </w:tc>
        <w:tc>
          <w:tcPr>
            <w:tcW w:w="3061" w:type="dxa"/>
            <w:vAlign w:val="center"/>
          </w:tcPr>
          <w:p w14:paraId="47D4A1EE" w14:textId="77777777" w:rsidR="00F81D60" w:rsidRDefault="00000000">
            <w:pPr>
              <w:pStyle w:val="TableText"/>
              <w:spacing w:before="40" w:after="40"/>
            </w:pPr>
            <w:r>
              <w:t>A06–A08 / Excel: [ ]</w:t>
            </w:r>
          </w:p>
        </w:tc>
      </w:tr>
      <w:tr w:rsidR="00F81D60" w14:paraId="06E64520" w14:textId="77777777">
        <w:trPr>
          <w:cantSplit/>
          <w:jc w:val="center"/>
        </w:trPr>
        <w:tc>
          <w:tcPr>
            <w:tcW w:w="4649" w:type="dxa"/>
            <w:shd w:val="clear" w:color="auto" w:fill="F5F7F9"/>
            <w:vAlign w:val="center"/>
          </w:tcPr>
          <w:p w14:paraId="2EC69CA8" w14:textId="77777777" w:rsidR="00F81D60" w:rsidRDefault="00000000">
            <w:pPr>
              <w:pStyle w:val="TableText"/>
              <w:spacing w:before="40" w:after="40"/>
            </w:pPr>
            <w:r>
              <w:t>Predisporre servizi e misure generali</w:t>
            </w:r>
          </w:p>
        </w:tc>
        <w:tc>
          <w:tcPr>
            <w:tcW w:w="2268" w:type="dxa"/>
            <w:shd w:val="clear" w:color="auto" w:fill="F5F7F9"/>
            <w:vAlign w:val="center"/>
          </w:tcPr>
          <w:p w14:paraId="147498B9" w14:textId="77777777" w:rsidR="00F81D60" w:rsidRDefault="00000000">
            <w:pPr>
              <w:pStyle w:val="TableText"/>
              <w:spacing w:before="40" w:after="40"/>
            </w:pPr>
            <w:r>
              <w:t>[compilare]</w:t>
            </w:r>
          </w:p>
        </w:tc>
        <w:tc>
          <w:tcPr>
            <w:tcW w:w="3061" w:type="dxa"/>
            <w:shd w:val="clear" w:color="auto" w:fill="F5F7F9"/>
            <w:vAlign w:val="center"/>
          </w:tcPr>
          <w:p w14:paraId="5813B3D1" w14:textId="77777777" w:rsidR="00F81D60" w:rsidRDefault="00000000">
            <w:pPr>
              <w:pStyle w:val="TableText"/>
              <w:spacing w:before="40" w:after="40"/>
            </w:pPr>
            <w:r>
              <w:t>A15–A17: [ ]</w:t>
            </w:r>
          </w:p>
        </w:tc>
      </w:tr>
      <w:tr w:rsidR="00F81D60" w14:paraId="531EBA31" w14:textId="77777777">
        <w:trPr>
          <w:cantSplit/>
          <w:jc w:val="center"/>
        </w:trPr>
        <w:tc>
          <w:tcPr>
            <w:tcW w:w="4649" w:type="dxa"/>
            <w:vAlign w:val="center"/>
          </w:tcPr>
          <w:p w14:paraId="4AF69B31" w14:textId="77777777" w:rsidR="00F81D60" w:rsidRDefault="00000000">
            <w:pPr>
              <w:pStyle w:val="TableText"/>
              <w:spacing w:before="40" w:after="40"/>
            </w:pPr>
            <w:r>
              <w:t>Completare privacy, accessi e informative</w:t>
            </w:r>
          </w:p>
        </w:tc>
        <w:tc>
          <w:tcPr>
            <w:tcW w:w="2268" w:type="dxa"/>
            <w:vAlign w:val="center"/>
          </w:tcPr>
          <w:p w14:paraId="71AC73F9" w14:textId="77777777" w:rsidR="00F81D60" w:rsidRDefault="00000000">
            <w:pPr>
              <w:pStyle w:val="TableText"/>
              <w:spacing w:before="40" w:after="40"/>
            </w:pPr>
            <w:r>
              <w:t>[compilare]</w:t>
            </w:r>
          </w:p>
        </w:tc>
        <w:tc>
          <w:tcPr>
            <w:tcW w:w="3061" w:type="dxa"/>
            <w:vAlign w:val="center"/>
          </w:tcPr>
          <w:p w14:paraId="7FEA1B1A" w14:textId="77777777" w:rsidR="00F81D60" w:rsidRDefault="00000000">
            <w:pPr>
              <w:pStyle w:val="TableText"/>
              <w:spacing w:before="40" w:after="40"/>
            </w:pPr>
            <w:r>
              <w:t>A18–A19: [ ]</w:t>
            </w:r>
          </w:p>
        </w:tc>
      </w:tr>
      <w:tr w:rsidR="00F81D60" w14:paraId="3C9F25BB" w14:textId="77777777">
        <w:trPr>
          <w:cantSplit/>
          <w:jc w:val="center"/>
        </w:trPr>
        <w:tc>
          <w:tcPr>
            <w:tcW w:w="4649" w:type="dxa"/>
            <w:shd w:val="clear" w:color="auto" w:fill="F5F7F9"/>
            <w:vAlign w:val="center"/>
          </w:tcPr>
          <w:p w14:paraId="5CD9CC7B" w14:textId="77777777" w:rsidR="00F81D60" w:rsidRDefault="00000000">
            <w:pPr>
              <w:pStyle w:val="TableText"/>
              <w:spacing w:before="40" w:after="40"/>
            </w:pPr>
            <w:r>
              <w:t>Preparare HR, referenti e manager</w:t>
            </w:r>
          </w:p>
        </w:tc>
        <w:tc>
          <w:tcPr>
            <w:tcW w:w="2268" w:type="dxa"/>
            <w:shd w:val="clear" w:color="auto" w:fill="F5F7F9"/>
            <w:vAlign w:val="center"/>
          </w:tcPr>
          <w:p w14:paraId="2A866CFE" w14:textId="77777777" w:rsidR="00F81D60" w:rsidRDefault="00000000">
            <w:pPr>
              <w:pStyle w:val="TableText"/>
              <w:spacing w:before="40" w:after="40"/>
            </w:pPr>
            <w:r>
              <w:t>[compilare]</w:t>
            </w:r>
          </w:p>
        </w:tc>
        <w:tc>
          <w:tcPr>
            <w:tcW w:w="3061" w:type="dxa"/>
            <w:shd w:val="clear" w:color="auto" w:fill="F5F7F9"/>
            <w:vAlign w:val="center"/>
          </w:tcPr>
          <w:p w14:paraId="02100BBE" w14:textId="77777777" w:rsidR="00F81D60" w:rsidRDefault="00000000">
            <w:pPr>
              <w:pStyle w:val="TableText"/>
              <w:spacing w:before="40" w:after="40"/>
            </w:pPr>
            <w:r>
              <w:t>A22: [ ]</w:t>
            </w:r>
          </w:p>
        </w:tc>
      </w:tr>
      <w:tr w:rsidR="00F81D60" w14:paraId="18D78739" w14:textId="77777777">
        <w:trPr>
          <w:cantSplit/>
          <w:jc w:val="center"/>
        </w:trPr>
        <w:tc>
          <w:tcPr>
            <w:tcW w:w="4649" w:type="dxa"/>
            <w:vAlign w:val="center"/>
          </w:tcPr>
          <w:p w14:paraId="40774922" w14:textId="77777777" w:rsidR="00F81D60" w:rsidRDefault="00000000">
            <w:pPr>
              <w:pStyle w:val="TableText"/>
              <w:spacing w:before="40" w:after="40"/>
            </w:pPr>
            <w:r>
              <w:t>Testare i canali senza dati reali</w:t>
            </w:r>
          </w:p>
        </w:tc>
        <w:tc>
          <w:tcPr>
            <w:tcW w:w="2268" w:type="dxa"/>
            <w:vAlign w:val="center"/>
          </w:tcPr>
          <w:p w14:paraId="3B3D71CC" w14:textId="77777777" w:rsidR="00F81D60" w:rsidRDefault="00000000">
            <w:pPr>
              <w:pStyle w:val="TableText"/>
              <w:spacing w:before="40" w:after="40"/>
            </w:pPr>
            <w:r>
              <w:t>[compilare]</w:t>
            </w:r>
          </w:p>
        </w:tc>
        <w:tc>
          <w:tcPr>
            <w:tcW w:w="3061" w:type="dxa"/>
            <w:vAlign w:val="center"/>
          </w:tcPr>
          <w:p w14:paraId="3F436DC9" w14:textId="77777777" w:rsidR="00F81D60" w:rsidRDefault="00000000">
            <w:pPr>
              <w:pStyle w:val="TableText"/>
              <w:spacing w:before="40" w:after="40"/>
            </w:pPr>
            <w:r>
              <w:t>Verbale prova: [ ]</w:t>
            </w:r>
          </w:p>
        </w:tc>
      </w:tr>
      <w:tr w:rsidR="00F81D60" w14:paraId="404A710F" w14:textId="77777777">
        <w:trPr>
          <w:cantSplit/>
          <w:jc w:val="center"/>
        </w:trPr>
        <w:tc>
          <w:tcPr>
            <w:tcW w:w="4649" w:type="dxa"/>
            <w:shd w:val="clear" w:color="auto" w:fill="F5F7F9"/>
            <w:vAlign w:val="center"/>
          </w:tcPr>
          <w:p w14:paraId="1F6B48F6" w14:textId="77777777" w:rsidR="00F81D60" w:rsidRDefault="00000000">
            <w:pPr>
              <w:pStyle w:val="TableText"/>
              <w:spacing w:before="40" w:after="40"/>
            </w:pPr>
            <w:r>
              <w:t>Comunicare e autorizzare l’avvio</w:t>
            </w:r>
          </w:p>
        </w:tc>
        <w:tc>
          <w:tcPr>
            <w:tcW w:w="2268" w:type="dxa"/>
            <w:shd w:val="clear" w:color="auto" w:fill="F5F7F9"/>
            <w:vAlign w:val="center"/>
          </w:tcPr>
          <w:p w14:paraId="71DAC222" w14:textId="77777777" w:rsidR="00F81D60" w:rsidRDefault="00000000">
            <w:pPr>
              <w:pStyle w:val="TableText"/>
              <w:spacing w:before="40" w:after="40"/>
            </w:pPr>
            <w:r>
              <w:t>[compilare]</w:t>
            </w:r>
          </w:p>
        </w:tc>
        <w:tc>
          <w:tcPr>
            <w:tcW w:w="3061" w:type="dxa"/>
            <w:shd w:val="clear" w:color="auto" w:fill="F5F7F9"/>
            <w:vAlign w:val="center"/>
          </w:tcPr>
          <w:p w14:paraId="7056781A" w14:textId="77777777" w:rsidR="00F81D60" w:rsidRDefault="00000000">
            <w:pPr>
              <w:pStyle w:val="TableText"/>
              <w:spacing w:before="40" w:after="40"/>
            </w:pPr>
            <w:r>
              <w:t>A27 e A30: [ ]</w:t>
            </w:r>
          </w:p>
        </w:tc>
      </w:tr>
    </w:tbl>
    <w:p w14:paraId="02E030C8" w14:textId="77777777" w:rsidR="00F81D60" w:rsidRDefault="00F81D60">
      <w:pPr>
        <w:spacing w:after="0"/>
      </w:pPr>
    </w:p>
    <w:p w14:paraId="6DBC2472" w14:textId="77777777" w:rsidR="00F81D60" w:rsidRDefault="00000000">
      <w:pPr>
        <w:pStyle w:val="Titolo2"/>
      </w:pPr>
      <w:r>
        <w:t>Registro di raccordo delle politiche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515"/>
        <w:gridCol w:w="6462"/>
      </w:tblGrid>
      <w:tr w:rsidR="00F81D60" w14:paraId="2A639712" w14:textId="77777777">
        <w:trPr>
          <w:tblHeader/>
          <w:jc w:val="center"/>
        </w:trPr>
        <w:tc>
          <w:tcPr>
            <w:tcW w:w="3515" w:type="dxa"/>
            <w:shd w:val="clear" w:color="auto" w:fill="17324D"/>
            <w:vAlign w:val="center"/>
          </w:tcPr>
          <w:p w14:paraId="65CF27AB" w14:textId="77777777" w:rsidR="00F81D60" w:rsidRDefault="00000000">
            <w:pPr>
              <w:pStyle w:val="TableText"/>
              <w:spacing w:before="40" w:after="40"/>
            </w:pPr>
            <w:r>
              <w:rPr>
                <w:b/>
                <w:color w:val="FFFFFF"/>
              </w:rPr>
              <w:t>Documento / processo</w:t>
            </w:r>
          </w:p>
        </w:tc>
        <w:tc>
          <w:tcPr>
            <w:tcW w:w="6463" w:type="dxa"/>
            <w:shd w:val="clear" w:color="auto" w:fill="17324D"/>
            <w:vAlign w:val="center"/>
          </w:tcPr>
          <w:p w14:paraId="5731BE6F" w14:textId="77777777" w:rsidR="00F81D60" w:rsidRDefault="00000000">
            <w:pPr>
              <w:pStyle w:val="TableText"/>
              <w:spacing w:before="40" w:after="40"/>
            </w:pPr>
            <w:r>
              <w:rPr>
                <w:b/>
                <w:color w:val="FFFFFF"/>
              </w:rPr>
              <w:t>Codice vigente, criticità e modifica necessaria</w:t>
            </w:r>
          </w:p>
        </w:tc>
      </w:tr>
      <w:tr w:rsidR="00F81D60" w14:paraId="4098FEFE" w14:textId="77777777">
        <w:trPr>
          <w:cantSplit/>
          <w:jc w:val="center"/>
        </w:trPr>
        <w:tc>
          <w:tcPr>
            <w:tcW w:w="3515" w:type="dxa"/>
            <w:vAlign w:val="center"/>
          </w:tcPr>
          <w:p w14:paraId="49A752D9" w14:textId="77777777" w:rsidR="00F81D60" w:rsidRDefault="00000000">
            <w:pPr>
              <w:pStyle w:val="TableText"/>
              <w:spacing w:before="40" w:after="40"/>
            </w:pPr>
            <w:r>
              <w:t>DVR e valutazioni / emergenze</w:t>
            </w:r>
          </w:p>
        </w:tc>
        <w:tc>
          <w:tcPr>
            <w:tcW w:w="6463" w:type="dxa"/>
            <w:vAlign w:val="center"/>
          </w:tcPr>
          <w:p w14:paraId="33222959" w14:textId="77777777" w:rsidR="00F81D60" w:rsidRDefault="00000000">
            <w:pPr>
              <w:pStyle w:val="TableText"/>
              <w:spacing w:before="40" w:after="40"/>
            </w:pPr>
            <w:r>
              <w:t>[compilare]</w:t>
            </w:r>
          </w:p>
        </w:tc>
      </w:tr>
      <w:tr w:rsidR="00F81D60" w14:paraId="64BC4970" w14:textId="77777777">
        <w:trPr>
          <w:cantSplit/>
          <w:jc w:val="center"/>
        </w:trPr>
        <w:tc>
          <w:tcPr>
            <w:tcW w:w="3515" w:type="dxa"/>
            <w:shd w:val="clear" w:color="auto" w:fill="F5F7F9"/>
            <w:vAlign w:val="center"/>
          </w:tcPr>
          <w:p w14:paraId="487B30F0" w14:textId="77777777" w:rsidR="00F81D60" w:rsidRDefault="00000000">
            <w:pPr>
              <w:pStyle w:val="TableText"/>
              <w:spacing w:before="40" w:after="40"/>
            </w:pPr>
            <w:r>
              <w:t>Orari, assenze, flessibilità e lavoro remoto</w:t>
            </w:r>
          </w:p>
        </w:tc>
        <w:tc>
          <w:tcPr>
            <w:tcW w:w="6463" w:type="dxa"/>
            <w:shd w:val="clear" w:color="auto" w:fill="F5F7F9"/>
            <w:vAlign w:val="center"/>
          </w:tcPr>
          <w:p w14:paraId="391138C9" w14:textId="77777777" w:rsidR="00F81D60" w:rsidRDefault="00000000">
            <w:pPr>
              <w:pStyle w:val="TableText"/>
              <w:spacing w:before="40" w:after="40"/>
            </w:pPr>
            <w:r>
              <w:t>[compilare]</w:t>
            </w:r>
          </w:p>
        </w:tc>
      </w:tr>
      <w:tr w:rsidR="00F81D60" w14:paraId="1BD7ABD3" w14:textId="77777777">
        <w:trPr>
          <w:cantSplit/>
          <w:jc w:val="center"/>
        </w:trPr>
        <w:tc>
          <w:tcPr>
            <w:tcW w:w="3515" w:type="dxa"/>
            <w:vAlign w:val="center"/>
          </w:tcPr>
          <w:p w14:paraId="265A4666" w14:textId="77777777" w:rsidR="00F81D60" w:rsidRDefault="00000000">
            <w:pPr>
              <w:pStyle w:val="TableText"/>
              <w:spacing w:before="40" w:after="40"/>
            </w:pPr>
            <w:r>
              <w:t>Performance, formazione e selezione</w:t>
            </w:r>
          </w:p>
        </w:tc>
        <w:tc>
          <w:tcPr>
            <w:tcW w:w="6463" w:type="dxa"/>
            <w:vAlign w:val="center"/>
          </w:tcPr>
          <w:p w14:paraId="704B826E" w14:textId="77777777" w:rsidR="00F81D60" w:rsidRDefault="00000000">
            <w:pPr>
              <w:pStyle w:val="TableText"/>
              <w:spacing w:before="40" w:after="40"/>
            </w:pPr>
            <w:r>
              <w:t>[compilare]</w:t>
            </w:r>
          </w:p>
        </w:tc>
      </w:tr>
      <w:tr w:rsidR="00F81D60" w14:paraId="2B75C855" w14:textId="77777777">
        <w:trPr>
          <w:cantSplit/>
          <w:jc w:val="center"/>
        </w:trPr>
        <w:tc>
          <w:tcPr>
            <w:tcW w:w="3515" w:type="dxa"/>
            <w:shd w:val="clear" w:color="auto" w:fill="F5F7F9"/>
            <w:vAlign w:val="center"/>
          </w:tcPr>
          <w:p w14:paraId="3BE78CDA" w14:textId="77777777" w:rsidR="00F81D60" w:rsidRDefault="00000000">
            <w:pPr>
              <w:pStyle w:val="TableText"/>
              <w:spacing w:before="40" w:after="40"/>
            </w:pPr>
            <w:r>
              <w:t>DPI, acquisti e manutenzioni</w:t>
            </w:r>
          </w:p>
        </w:tc>
        <w:tc>
          <w:tcPr>
            <w:tcW w:w="6463" w:type="dxa"/>
            <w:shd w:val="clear" w:color="auto" w:fill="F5F7F9"/>
            <w:vAlign w:val="center"/>
          </w:tcPr>
          <w:p w14:paraId="3D1360CF" w14:textId="77777777" w:rsidR="00F81D60" w:rsidRDefault="00000000">
            <w:pPr>
              <w:pStyle w:val="TableText"/>
              <w:spacing w:before="40" w:after="40"/>
            </w:pPr>
            <w:r>
              <w:t>[compilare]</w:t>
            </w:r>
          </w:p>
        </w:tc>
      </w:tr>
      <w:tr w:rsidR="00F81D60" w14:paraId="32EE9FF1" w14:textId="77777777">
        <w:trPr>
          <w:cantSplit/>
          <w:jc w:val="center"/>
        </w:trPr>
        <w:tc>
          <w:tcPr>
            <w:tcW w:w="3515" w:type="dxa"/>
            <w:vAlign w:val="center"/>
          </w:tcPr>
          <w:p w14:paraId="60932444" w14:textId="77777777" w:rsidR="00F81D60" w:rsidRDefault="00000000">
            <w:pPr>
              <w:pStyle w:val="TableText"/>
              <w:spacing w:before="40" w:after="40"/>
            </w:pPr>
            <w:r>
              <w:t>Privacy, reclami e rispetto della persona</w:t>
            </w:r>
          </w:p>
        </w:tc>
        <w:tc>
          <w:tcPr>
            <w:tcW w:w="6463" w:type="dxa"/>
            <w:vAlign w:val="center"/>
          </w:tcPr>
          <w:p w14:paraId="07E3382C" w14:textId="77777777" w:rsidR="00F81D60" w:rsidRDefault="00000000">
            <w:pPr>
              <w:pStyle w:val="TableText"/>
              <w:spacing w:before="40" w:after="40"/>
            </w:pPr>
            <w:r>
              <w:t>[compilare]</w:t>
            </w:r>
          </w:p>
        </w:tc>
      </w:tr>
    </w:tbl>
    <w:p w14:paraId="077A9D9F" w14:textId="77777777" w:rsidR="00F81D60" w:rsidRDefault="00F81D60">
      <w:pPr>
        <w:spacing w:after="0"/>
      </w:pPr>
    </w:p>
    <w:p w14:paraId="05FD91AA" w14:textId="77777777" w:rsidR="00F81D60" w:rsidRDefault="00000000">
      <w:pPr>
        <w:pStyle w:val="Small"/>
      </w:pPr>
      <w:r>
        <w:t>Conflitti da risolvere prima dell’avvio: [descrivere]. Decisione sulle risorse: [compilare]. Per ogni attività non completata indicare misura temporanea e data, evitando di dichiarare operativo un servizio non disponibile.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656F9782" w14:textId="77777777">
        <w:trPr>
          <w:tblHeader/>
          <w:jc w:val="center"/>
        </w:trPr>
        <w:tc>
          <w:tcPr>
            <w:tcW w:w="3326" w:type="dxa"/>
            <w:shd w:val="clear" w:color="auto" w:fill="17324D"/>
            <w:vAlign w:val="center"/>
          </w:tcPr>
          <w:p w14:paraId="6BC9E35F" w14:textId="77777777" w:rsidR="00F81D60" w:rsidRDefault="00000000">
            <w:pPr>
              <w:pStyle w:val="TableText"/>
              <w:spacing w:before="40" w:after="40"/>
            </w:pPr>
            <w:r>
              <w:rPr>
                <w:b/>
                <w:color w:val="FFFFFF"/>
              </w:rPr>
              <w:t>Responsabile</w:t>
            </w:r>
          </w:p>
        </w:tc>
        <w:tc>
          <w:tcPr>
            <w:tcW w:w="3326" w:type="dxa"/>
            <w:shd w:val="clear" w:color="auto" w:fill="17324D"/>
            <w:vAlign w:val="center"/>
          </w:tcPr>
          <w:p w14:paraId="3B24B1B1" w14:textId="77777777" w:rsidR="00F81D60" w:rsidRDefault="00000000">
            <w:pPr>
              <w:pStyle w:val="TableText"/>
              <w:spacing w:before="40" w:after="40"/>
            </w:pPr>
            <w:r>
              <w:rPr>
                <w:b/>
                <w:color w:val="FFFFFF"/>
              </w:rPr>
              <w:t>Data</w:t>
            </w:r>
          </w:p>
        </w:tc>
        <w:tc>
          <w:tcPr>
            <w:tcW w:w="3326" w:type="dxa"/>
            <w:shd w:val="clear" w:color="auto" w:fill="17324D"/>
            <w:vAlign w:val="center"/>
          </w:tcPr>
          <w:p w14:paraId="09C1A8A6" w14:textId="77777777" w:rsidR="00F81D60" w:rsidRDefault="00000000">
            <w:pPr>
              <w:pStyle w:val="TableText"/>
              <w:spacing w:before="40" w:after="40"/>
            </w:pPr>
            <w:r>
              <w:rPr>
                <w:b/>
                <w:color w:val="FFFFFF"/>
              </w:rPr>
              <w:t>Firma / approvazione</w:t>
            </w:r>
          </w:p>
        </w:tc>
      </w:tr>
      <w:tr w:rsidR="00F81D60" w14:paraId="7B500105" w14:textId="77777777">
        <w:trPr>
          <w:cantSplit/>
          <w:trHeight w:val="454"/>
          <w:jc w:val="center"/>
        </w:trPr>
        <w:tc>
          <w:tcPr>
            <w:tcW w:w="3326" w:type="dxa"/>
            <w:vAlign w:val="center"/>
          </w:tcPr>
          <w:p w14:paraId="051440B4" w14:textId="77777777" w:rsidR="00F81D60" w:rsidRDefault="00000000">
            <w:pPr>
              <w:pStyle w:val="TableText"/>
              <w:spacing w:before="40" w:after="40"/>
            </w:pPr>
            <w:r>
              <w:t>[compilare]</w:t>
            </w:r>
          </w:p>
        </w:tc>
        <w:tc>
          <w:tcPr>
            <w:tcW w:w="3326" w:type="dxa"/>
            <w:vAlign w:val="center"/>
          </w:tcPr>
          <w:p w14:paraId="7502F122" w14:textId="77777777" w:rsidR="00F81D60" w:rsidRDefault="00000000">
            <w:pPr>
              <w:pStyle w:val="TableText"/>
              <w:spacing w:before="40" w:after="40"/>
            </w:pPr>
            <w:r>
              <w:t>[compilare]</w:t>
            </w:r>
          </w:p>
        </w:tc>
        <w:tc>
          <w:tcPr>
            <w:tcW w:w="3326" w:type="dxa"/>
            <w:vAlign w:val="center"/>
          </w:tcPr>
          <w:p w14:paraId="0CE9AAF4" w14:textId="77777777" w:rsidR="00F81D60" w:rsidRDefault="00000000">
            <w:pPr>
              <w:pStyle w:val="TableText"/>
              <w:spacing w:before="40" w:after="40"/>
            </w:pPr>
            <w:r>
              <w:t>[compilare]</w:t>
            </w:r>
          </w:p>
        </w:tc>
      </w:tr>
    </w:tbl>
    <w:p w14:paraId="4744075D" w14:textId="77777777" w:rsidR="00F81D60" w:rsidRDefault="00F81D60">
      <w:pPr>
        <w:spacing w:after="0"/>
      </w:pPr>
    </w:p>
    <w:p w14:paraId="17DB6004" w14:textId="77777777" w:rsidR="00F81D60" w:rsidRDefault="00000000">
      <w:r>
        <w:br w:type="page"/>
      </w:r>
    </w:p>
    <w:p w14:paraId="55FF3C23" w14:textId="77777777" w:rsidR="00F81D60" w:rsidRDefault="00000000">
      <w:pPr>
        <w:pStyle w:val="Small"/>
      </w:pPr>
      <w:r>
        <w:rPr>
          <w:b/>
          <w:color w:val="006B70"/>
        </w:rPr>
        <w:t>ALLEGATO AZIENDALE  •  MOD-MM-05</w:t>
      </w:r>
    </w:p>
    <w:p w14:paraId="3BB2FDE1" w14:textId="77777777" w:rsidR="00F81D60" w:rsidRDefault="00000000">
      <w:pPr>
        <w:pStyle w:val="Titolo1"/>
      </w:pPr>
      <w:bookmarkStart w:id="45" w:name="A05"/>
      <w:r>
        <w:t>A05 | Verbale di consultazione</w:t>
      </w:r>
      <w:bookmarkEnd w:id="45"/>
    </w:p>
    <w:p w14:paraId="5CC2818B" w14:textId="77777777" w:rsidR="00F81D60" w:rsidRDefault="00000000">
      <w:pPr>
        <w:pStyle w:val="Reference"/>
      </w:pPr>
      <w:r>
        <w:t>Base documentale: [ISO] § 5.3.2.1 e § 5.3.2.3. Le istruzioni operative e i moduli sono elaborazioni aziendali del modello [AZ].</w:t>
      </w:r>
    </w:p>
    <w:p w14:paraId="2CF0A569" w14:textId="77777777" w:rsidR="00F81D60" w:rsidRDefault="00000000">
      <w:r>
        <w:t>Classificazione: sistema. Registrare osservazioni sulle condizioni di lavoro; non verbalizzare diagnosi, testimonianze intime o identità degli utilizzatori del supporto.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F5A2AD7" w14:textId="77777777">
        <w:trPr>
          <w:tblHeader/>
          <w:jc w:val="center"/>
        </w:trPr>
        <w:tc>
          <w:tcPr>
            <w:tcW w:w="2948" w:type="dxa"/>
            <w:shd w:val="clear" w:color="auto" w:fill="17324D"/>
            <w:vAlign w:val="center"/>
          </w:tcPr>
          <w:p w14:paraId="270686E9" w14:textId="77777777" w:rsidR="00F81D60" w:rsidRDefault="00000000">
            <w:pPr>
              <w:pStyle w:val="TableText"/>
              <w:spacing w:before="40" w:after="40"/>
            </w:pPr>
            <w:r>
              <w:rPr>
                <w:b/>
                <w:color w:val="FFFFFF"/>
              </w:rPr>
              <w:t>Campo</w:t>
            </w:r>
          </w:p>
        </w:tc>
        <w:tc>
          <w:tcPr>
            <w:tcW w:w="7030" w:type="dxa"/>
            <w:shd w:val="clear" w:color="auto" w:fill="17324D"/>
            <w:vAlign w:val="center"/>
          </w:tcPr>
          <w:p w14:paraId="40726359" w14:textId="77777777" w:rsidR="00F81D60" w:rsidRDefault="00000000">
            <w:pPr>
              <w:pStyle w:val="TableText"/>
              <w:spacing w:before="40" w:after="40"/>
            </w:pPr>
            <w:r>
              <w:rPr>
                <w:b/>
                <w:color w:val="FFFFFF"/>
              </w:rPr>
              <w:t>Compilazione / decisione aziendale</w:t>
            </w:r>
          </w:p>
        </w:tc>
      </w:tr>
      <w:tr w:rsidR="00F81D60" w14:paraId="3C6C9944" w14:textId="77777777">
        <w:trPr>
          <w:cantSplit/>
          <w:jc w:val="center"/>
        </w:trPr>
        <w:tc>
          <w:tcPr>
            <w:tcW w:w="2948" w:type="dxa"/>
            <w:vAlign w:val="center"/>
          </w:tcPr>
          <w:p w14:paraId="412A6E52" w14:textId="77777777" w:rsidR="00F81D60" w:rsidRDefault="00000000">
            <w:pPr>
              <w:pStyle w:val="TableText"/>
              <w:spacing w:before="40" w:after="40"/>
            </w:pPr>
            <w:r>
              <w:t>Incontro / consultazione</w:t>
            </w:r>
          </w:p>
        </w:tc>
        <w:tc>
          <w:tcPr>
            <w:tcW w:w="7030" w:type="dxa"/>
            <w:vAlign w:val="center"/>
          </w:tcPr>
          <w:p w14:paraId="13D70F24" w14:textId="77777777" w:rsidR="00F81D60" w:rsidRDefault="00000000">
            <w:pPr>
              <w:pStyle w:val="TableText"/>
              <w:spacing w:before="40" w:after="40"/>
            </w:pPr>
            <w:r>
              <w:t>Codice: [ ]  •  data: [ ]  •  modalità: [ ]</w:t>
            </w:r>
          </w:p>
        </w:tc>
      </w:tr>
      <w:tr w:rsidR="00F81D60" w14:paraId="5AEA3A7A" w14:textId="77777777">
        <w:trPr>
          <w:cantSplit/>
          <w:jc w:val="center"/>
        </w:trPr>
        <w:tc>
          <w:tcPr>
            <w:tcW w:w="2948" w:type="dxa"/>
            <w:shd w:val="clear" w:color="auto" w:fill="F5F7F9"/>
            <w:vAlign w:val="center"/>
          </w:tcPr>
          <w:p w14:paraId="2D40A098" w14:textId="77777777" w:rsidR="00F81D60" w:rsidRDefault="00000000">
            <w:pPr>
              <w:pStyle w:val="TableText"/>
              <w:spacing w:before="40" w:after="40"/>
            </w:pPr>
            <w:r>
              <w:t>Perimetro e gruppi rappresentati</w:t>
            </w:r>
          </w:p>
        </w:tc>
        <w:tc>
          <w:tcPr>
            <w:tcW w:w="7030" w:type="dxa"/>
            <w:shd w:val="clear" w:color="auto" w:fill="F5F7F9"/>
            <w:vAlign w:val="center"/>
          </w:tcPr>
          <w:p w14:paraId="235DA75C" w14:textId="77777777" w:rsidR="00F81D60" w:rsidRDefault="00000000">
            <w:pPr>
              <w:pStyle w:val="TableText"/>
              <w:spacing w:before="40" w:after="40"/>
            </w:pPr>
            <w:r>
              <w:t>Sedi, ruoli, turni, forme di lavoro: [compilare]</w:t>
            </w:r>
          </w:p>
        </w:tc>
      </w:tr>
      <w:tr w:rsidR="00F81D60" w14:paraId="686B6560" w14:textId="77777777">
        <w:trPr>
          <w:cantSplit/>
          <w:jc w:val="center"/>
        </w:trPr>
        <w:tc>
          <w:tcPr>
            <w:tcW w:w="2948" w:type="dxa"/>
            <w:vAlign w:val="center"/>
          </w:tcPr>
          <w:p w14:paraId="66D25427" w14:textId="77777777" w:rsidR="00F81D60" w:rsidRDefault="00000000">
            <w:pPr>
              <w:pStyle w:val="TableText"/>
              <w:spacing w:before="40" w:after="40"/>
            </w:pPr>
            <w:r>
              <w:t>Partecipanti per funzione</w:t>
            </w:r>
          </w:p>
        </w:tc>
        <w:tc>
          <w:tcPr>
            <w:tcW w:w="7030" w:type="dxa"/>
            <w:vAlign w:val="center"/>
          </w:tcPr>
          <w:p w14:paraId="2DF34358" w14:textId="77777777" w:rsidR="00F81D60" w:rsidRDefault="00000000">
            <w:pPr>
              <w:pStyle w:val="TableText"/>
              <w:spacing w:before="40" w:after="40"/>
            </w:pPr>
            <w:r>
              <w:t>Funzioni coinvolte / RLS-RLST / rappresentanze: [compilare]</w:t>
            </w:r>
          </w:p>
        </w:tc>
      </w:tr>
      <w:tr w:rsidR="00F81D60" w14:paraId="0BB3F42A" w14:textId="77777777">
        <w:trPr>
          <w:cantSplit/>
          <w:jc w:val="center"/>
        </w:trPr>
        <w:tc>
          <w:tcPr>
            <w:tcW w:w="2948" w:type="dxa"/>
            <w:shd w:val="clear" w:color="auto" w:fill="F5F7F9"/>
            <w:vAlign w:val="center"/>
          </w:tcPr>
          <w:p w14:paraId="7B1D0EFB" w14:textId="77777777" w:rsidR="00F81D60" w:rsidRDefault="00000000">
            <w:pPr>
              <w:pStyle w:val="TableText"/>
              <w:spacing w:before="40" w:after="40"/>
            </w:pPr>
            <w:r>
              <w:t>Materiali esaminati</w:t>
            </w:r>
          </w:p>
        </w:tc>
        <w:tc>
          <w:tcPr>
            <w:tcW w:w="7030" w:type="dxa"/>
            <w:shd w:val="clear" w:color="auto" w:fill="F5F7F9"/>
            <w:vAlign w:val="center"/>
          </w:tcPr>
          <w:p w14:paraId="24D49DBC" w14:textId="77777777" w:rsidR="00F81D60" w:rsidRDefault="00000000">
            <w:pPr>
              <w:pStyle w:val="TableText"/>
              <w:spacing w:before="40" w:after="40"/>
            </w:pPr>
            <w:r>
              <w:t>Versione procedura, planimetrie, politiche, risultati organizzativi: [ ]</w:t>
            </w:r>
          </w:p>
        </w:tc>
      </w:tr>
      <w:tr w:rsidR="00F81D60" w14:paraId="370D164A" w14:textId="77777777">
        <w:trPr>
          <w:cantSplit/>
          <w:jc w:val="center"/>
        </w:trPr>
        <w:tc>
          <w:tcPr>
            <w:tcW w:w="2948" w:type="dxa"/>
            <w:vAlign w:val="center"/>
          </w:tcPr>
          <w:p w14:paraId="11AAB1F2" w14:textId="77777777" w:rsidR="00F81D60" w:rsidRDefault="00000000">
            <w:pPr>
              <w:pStyle w:val="TableText"/>
              <w:spacing w:before="40" w:after="40"/>
            </w:pPr>
            <w:r>
              <w:t>Garanzie di partecipazione</w:t>
            </w:r>
          </w:p>
        </w:tc>
        <w:tc>
          <w:tcPr>
            <w:tcW w:w="7030" w:type="dxa"/>
            <w:vAlign w:val="center"/>
          </w:tcPr>
          <w:p w14:paraId="5C795DB7" w14:textId="77777777" w:rsidR="00F81D60" w:rsidRDefault="00000000">
            <w:pPr>
              <w:pStyle w:val="TableText"/>
              <w:spacing w:before="40" w:after="40"/>
            </w:pPr>
            <w:r>
              <w:t>Informazione preventiva, accessibilità, assenza di obbligo di disclosure: [ ]</w:t>
            </w:r>
          </w:p>
        </w:tc>
      </w:tr>
    </w:tbl>
    <w:p w14:paraId="0C1CE27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968"/>
        <w:gridCol w:w="3741"/>
        <w:gridCol w:w="2268"/>
      </w:tblGrid>
      <w:tr w:rsidR="00F81D60" w14:paraId="7495AA37" w14:textId="77777777">
        <w:trPr>
          <w:tblHeader/>
          <w:jc w:val="center"/>
        </w:trPr>
        <w:tc>
          <w:tcPr>
            <w:tcW w:w="3969" w:type="dxa"/>
            <w:shd w:val="clear" w:color="auto" w:fill="17324D"/>
            <w:vAlign w:val="center"/>
          </w:tcPr>
          <w:p w14:paraId="4B279617" w14:textId="77777777" w:rsidR="00F81D60" w:rsidRDefault="00000000">
            <w:pPr>
              <w:pStyle w:val="TableText"/>
              <w:spacing w:before="40" w:after="40"/>
            </w:pPr>
            <w:r>
              <w:rPr>
                <w:b/>
                <w:color w:val="FFFFFF"/>
              </w:rPr>
              <w:t>Barriera / osservazione non identificante</w:t>
            </w:r>
          </w:p>
        </w:tc>
        <w:tc>
          <w:tcPr>
            <w:tcW w:w="3742" w:type="dxa"/>
            <w:shd w:val="clear" w:color="auto" w:fill="17324D"/>
            <w:vAlign w:val="center"/>
          </w:tcPr>
          <w:p w14:paraId="48B5BB0F" w14:textId="77777777" w:rsidR="00F81D60" w:rsidRDefault="00000000">
            <w:pPr>
              <w:pStyle w:val="TableText"/>
              <w:spacing w:before="40" w:after="40"/>
            </w:pPr>
            <w:r>
              <w:rPr>
                <w:b/>
                <w:color w:val="FFFFFF"/>
              </w:rPr>
              <w:t>Proposta / risposta</w:t>
            </w:r>
          </w:p>
        </w:tc>
        <w:tc>
          <w:tcPr>
            <w:tcW w:w="2268" w:type="dxa"/>
            <w:shd w:val="clear" w:color="auto" w:fill="17324D"/>
            <w:vAlign w:val="center"/>
          </w:tcPr>
          <w:p w14:paraId="7ED60BF5" w14:textId="77777777" w:rsidR="00F81D60" w:rsidRDefault="00000000">
            <w:pPr>
              <w:pStyle w:val="TableText"/>
              <w:spacing w:before="40" w:after="40"/>
            </w:pPr>
            <w:r>
              <w:rPr>
                <w:b/>
                <w:color w:val="FFFFFF"/>
              </w:rPr>
              <w:t>Responsabile / data</w:t>
            </w:r>
          </w:p>
        </w:tc>
      </w:tr>
      <w:tr w:rsidR="00F81D60" w14:paraId="3109822C" w14:textId="77777777">
        <w:trPr>
          <w:cantSplit/>
          <w:trHeight w:val="709"/>
          <w:jc w:val="center"/>
        </w:trPr>
        <w:tc>
          <w:tcPr>
            <w:tcW w:w="3969" w:type="dxa"/>
            <w:vAlign w:val="center"/>
          </w:tcPr>
          <w:p w14:paraId="2CAFF5B2" w14:textId="77777777" w:rsidR="00F81D60" w:rsidRDefault="00000000">
            <w:pPr>
              <w:pStyle w:val="TableText"/>
              <w:spacing w:before="40" w:after="40"/>
            </w:pPr>
            <w:r>
              <w:t>[compilare]</w:t>
            </w:r>
          </w:p>
        </w:tc>
        <w:tc>
          <w:tcPr>
            <w:tcW w:w="3742" w:type="dxa"/>
            <w:vAlign w:val="center"/>
          </w:tcPr>
          <w:p w14:paraId="75716EEC" w14:textId="77777777" w:rsidR="00F81D60" w:rsidRDefault="00000000">
            <w:pPr>
              <w:pStyle w:val="TableText"/>
              <w:spacing w:before="40" w:after="40"/>
            </w:pPr>
            <w:r>
              <w:t>[compilare]</w:t>
            </w:r>
          </w:p>
        </w:tc>
        <w:tc>
          <w:tcPr>
            <w:tcW w:w="2268" w:type="dxa"/>
            <w:vAlign w:val="center"/>
          </w:tcPr>
          <w:p w14:paraId="1BB95BF5" w14:textId="77777777" w:rsidR="00F81D60" w:rsidRDefault="00000000">
            <w:pPr>
              <w:pStyle w:val="TableText"/>
              <w:spacing w:before="40" w:after="40"/>
            </w:pPr>
            <w:r>
              <w:t>[compilare]</w:t>
            </w:r>
          </w:p>
        </w:tc>
      </w:tr>
      <w:tr w:rsidR="00F81D60" w14:paraId="6EB28FEB" w14:textId="77777777">
        <w:trPr>
          <w:cantSplit/>
          <w:trHeight w:val="709"/>
          <w:jc w:val="center"/>
        </w:trPr>
        <w:tc>
          <w:tcPr>
            <w:tcW w:w="3969" w:type="dxa"/>
            <w:shd w:val="clear" w:color="auto" w:fill="F5F7F9"/>
            <w:vAlign w:val="center"/>
          </w:tcPr>
          <w:p w14:paraId="54D3A65A" w14:textId="77777777" w:rsidR="00F81D60" w:rsidRDefault="00000000">
            <w:pPr>
              <w:pStyle w:val="TableText"/>
              <w:spacing w:before="40" w:after="40"/>
            </w:pPr>
            <w:r>
              <w:t>[compilare]</w:t>
            </w:r>
          </w:p>
        </w:tc>
        <w:tc>
          <w:tcPr>
            <w:tcW w:w="3742" w:type="dxa"/>
            <w:shd w:val="clear" w:color="auto" w:fill="F5F7F9"/>
            <w:vAlign w:val="center"/>
          </w:tcPr>
          <w:p w14:paraId="56A1B8C4" w14:textId="77777777" w:rsidR="00F81D60" w:rsidRDefault="00000000">
            <w:pPr>
              <w:pStyle w:val="TableText"/>
              <w:spacing w:before="40" w:after="40"/>
            </w:pPr>
            <w:r>
              <w:t>[compilare]</w:t>
            </w:r>
          </w:p>
        </w:tc>
        <w:tc>
          <w:tcPr>
            <w:tcW w:w="2268" w:type="dxa"/>
            <w:shd w:val="clear" w:color="auto" w:fill="F5F7F9"/>
            <w:vAlign w:val="center"/>
          </w:tcPr>
          <w:p w14:paraId="153A0A87" w14:textId="77777777" w:rsidR="00F81D60" w:rsidRDefault="00000000">
            <w:pPr>
              <w:pStyle w:val="TableText"/>
              <w:spacing w:before="40" w:after="40"/>
            </w:pPr>
            <w:r>
              <w:t>[compilare]</w:t>
            </w:r>
          </w:p>
        </w:tc>
      </w:tr>
      <w:tr w:rsidR="00F81D60" w14:paraId="4AE7E71C" w14:textId="77777777">
        <w:trPr>
          <w:cantSplit/>
          <w:trHeight w:val="709"/>
          <w:jc w:val="center"/>
        </w:trPr>
        <w:tc>
          <w:tcPr>
            <w:tcW w:w="3969" w:type="dxa"/>
            <w:vAlign w:val="center"/>
          </w:tcPr>
          <w:p w14:paraId="53481106" w14:textId="77777777" w:rsidR="00F81D60" w:rsidRDefault="00000000">
            <w:pPr>
              <w:pStyle w:val="TableText"/>
              <w:spacing w:before="40" w:after="40"/>
            </w:pPr>
            <w:r>
              <w:t>[compilare]</w:t>
            </w:r>
          </w:p>
        </w:tc>
        <w:tc>
          <w:tcPr>
            <w:tcW w:w="3742" w:type="dxa"/>
            <w:vAlign w:val="center"/>
          </w:tcPr>
          <w:p w14:paraId="0EC1E754" w14:textId="77777777" w:rsidR="00F81D60" w:rsidRDefault="00000000">
            <w:pPr>
              <w:pStyle w:val="TableText"/>
              <w:spacing w:before="40" w:after="40"/>
            </w:pPr>
            <w:r>
              <w:t>[compilare]</w:t>
            </w:r>
          </w:p>
        </w:tc>
        <w:tc>
          <w:tcPr>
            <w:tcW w:w="2268" w:type="dxa"/>
            <w:vAlign w:val="center"/>
          </w:tcPr>
          <w:p w14:paraId="3FD43451" w14:textId="77777777" w:rsidR="00F81D60" w:rsidRDefault="00000000">
            <w:pPr>
              <w:pStyle w:val="TableText"/>
              <w:spacing w:before="40" w:after="40"/>
            </w:pPr>
            <w:r>
              <w:t>[compilare]</w:t>
            </w:r>
          </w:p>
        </w:tc>
      </w:tr>
      <w:tr w:rsidR="00F81D60" w14:paraId="42C731FF" w14:textId="77777777">
        <w:trPr>
          <w:cantSplit/>
          <w:trHeight w:val="709"/>
          <w:jc w:val="center"/>
        </w:trPr>
        <w:tc>
          <w:tcPr>
            <w:tcW w:w="3969" w:type="dxa"/>
            <w:shd w:val="clear" w:color="auto" w:fill="F5F7F9"/>
            <w:vAlign w:val="center"/>
          </w:tcPr>
          <w:p w14:paraId="3D99F54A" w14:textId="77777777" w:rsidR="00F81D60" w:rsidRDefault="00000000">
            <w:pPr>
              <w:pStyle w:val="TableText"/>
              <w:spacing w:before="40" w:after="40"/>
            </w:pPr>
            <w:r>
              <w:t>[compilare]</w:t>
            </w:r>
          </w:p>
        </w:tc>
        <w:tc>
          <w:tcPr>
            <w:tcW w:w="3742" w:type="dxa"/>
            <w:shd w:val="clear" w:color="auto" w:fill="F5F7F9"/>
            <w:vAlign w:val="center"/>
          </w:tcPr>
          <w:p w14:paraId="5663E2BC" w14:textId="77777777" w:rsidR="00F81D60" w:rsidRDefault="00000000">
            <w:pPr>
              <w:pStyle w:val="TableText"/>
              <w:spacing w:before="40" w:after="40"/>
            </w:pPr>
            <w:r>
              <w:t>[compilare]</w:t>
            </w:r>
          </w:p>
        </w:tc>
        <w:tc>
          <w:tcPr>
            <w:tcW w:w="2268" w:type="dxa"/>
            <w:shd w:val="clear" w:color="auto" w:fill="F5F7F9"/>
            <w:vAlign w:val="center"/>
          </w:tcPr>
          <w:p w14:paraId="50FE31BE" w14:textId="77777777" w:rsidR="00F81D60" w:rsidRDefault="00000000">
            <w:pPr>
              <w:pStyle w:val="TableText"/>
              <w:spacing w:before="40" w:after="40"/>
            </w:pPr>
            <w:r>
              <w:t>[compilare]</w:t>
            </w:r>
          </w:p>
        </w:tc>
      </w:tr>
    </w:tbl>
    <w:p w14:paraId="6ED5D3A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28E5B44B" w14:textId="77777777">
        <w:trPr>
          <w:tblHeader/>
          <w:jc w:val="center"/>
        </w:trPr>
        <w:tc>
          <w:tcPr>
            <w:tcW w:w="2948" w:type="dxa"/>
            <w:shd w:val="clear" w:color="auto" w:fill="17324D"/>
            <w:vAlign w:val="center"/>
          </w:tcPr>
          <w:p w14:paraId="1C25D3F0" w14:textId="77777777" w:rsidR="00F81D60" w:rsidRDefault="00000000">
            <w:pPr>
              <w:pStyle w:val="TableText"/>
              <w:spacing w:before="40" w:after="40"/>
            </w:pPr>
            <w:r>
              <w:rPr>
                <w:b/>
                <w:color w:val="FFFFFF"/>
              </w:rPr>
              <w:t>Campo</w:t>
            </w:r>
          </w:p>
        </w:tc>
        <w:tc>
          <w:tcPr>
            <w:tcW w:w="7030" w:type="dxa"/>
            <w:shd w:val="clear" w:color="auto" w:fill="17324D"/>
            <w:vAlign w:val="center"/>
          </w:tcPr>
          <w:p w14:paraId="7240540F" w14:textId="77777777" w:rsidR="00F81D60" w:rsidRDefault="00000000">
            <w:pPr>
              <w:pStyle w:val="TableText"/>
              <w:spacing w:before="40" w:after="40"/>
            </w:pPr>
            <w:r>
              <w:rPr>
                <w:b/>
                <w:color w:val="FFFFFF"/>
              </w:rPr>
              <w:t>Compilazione / decisione aziendale</w:t>
            </w:r>
          </w:p>
        </w:tc>
      </w:tr>
      <w:tr w:rsidR="00F81D60" w14:paraId="729A2013" w14:textId="77777777">
        <w:trPr>
          <w:cantSplit/>
          <w:jc w:val="center"/>
        </w:trPr>
        <w:tc>
          <w:tcPr>
            <w:tcW w:w="2948" w:type="dxa"/>
            <w:vAlign w:val="center"/>
          </w:tcPr>
          <w:p w14:paraId="0F426A01" w14:textId="77777777" w:rsidR="00F81D60" w:rsidRDefault="00000000">
            <w:pPr>
              <w:pStyle w:val="TableText"/>
              <w:spacing w:before="40" w:after="40"/>
            </w:pPr>
            <w:r>
              <w:t>Punti non risolti</w:t>
            </w:r>
          </w:p>
        </w:tc>
        <w:tc>
          <w:tcPr>
            <w:tcW w:w="7030" w:type="dxa"/>
            <w:vAlign w:val="center"/>
          </w:tcPr>
          <w:p w14:paraId="01E96A28" w14:textId="77777777" w:rsidR="00F81D60" w:rsidRDefault="00000000">
            <w:pPr>
              <w:pStyle w:val="TableText"/>
              <w:spacing w:before="40" w:after="40"/>
            </w:pPr>
            <w:r>
              <w:t>[descrivere e assegnare istruttoria; non omettere dissensi]</w:t>
            </w:r>
          </w:p>
        </w:tc>
      </w:tr>
      <w:tr w:rsidR="00F81D60" w14:paraId="17A1D1E0" w14:textId="77777777">
        <w:trPr>
          <w:cantSplit/>
          <w:jc w:val="center"/>
        </w:trPr>
        <w:tc>
          <w:tcPr>
            <w:tcW w:w="2948" w:type="dxa"/>
            <w:shd w:val="clear" w:color="auto" w:fill="F5F7F9"/>
            <w:vAlign w:val="center"/>
          </w:tcPr>
          <w:p w14:paraId="1DCD64CE" w14:textId="77777777" w:rsidR="00F81D60" w:rsidRDefault="00000000">
            <w:pPr>
              <w:pStyle w:val="TableText"/>
              <w:spacing w:before="40" w:after="40"/>
            </w:pPr>
            <w:r>
              <w:t>Restituzione ai lavoratori</w:t>
            </w:r>
          </w:p>
        </w:tc>
        <w:tc>
          <w:tcPr>
            <w:tcW w:w="7030" w:type="dxa"/>
            <w:shd w:val="clear" w:color="auto" w:fill="F5F7F9"/>
            <w:vAlign w:val="center"/>
          </w:tcPr>
          <w:p w14:paraId="6BA0EC9A" w14:textId="77777777" w:rsidR="00F81D60" w:rsidRDefault="00000000">
            <w:pPr>
              <w:pStyle w:val="TableText"/>
              <w:spacing w:before="40" w:after="40"/>
            </w:pPr>
            <w:r>
              <w:t>Canale: [ ]  •  data: [ ]  •  contenuti non identificanti: [ ]</w:t>
            </w:r>
          </w:p>
        </w:tc>
      </w:tr>
      <w:tr w:rsidR="00F81D60" w14:paraId="36AE04CA" w14:textId="77777777">
        <w:trPr>
          <w:cantSplit/>
          <w:jc w:val="center"/>
        </w:trPr>
        <w:tc>
          <w:tcPr>
            <w:tcW w:w="2948" w:type="dxa"/>
            <w:vAlign w:val="center"/>
          </w:tcPr>
          <w:p w14:paraId="35FD30A7" w14:textId="77777777" w:rsidR="00F81D60" w:rsidRDefault="00000000">
            <w:pPr>
              <w:pStyle w:val="TableText"/>
              <w:spacing w:before="40" w:after="40"/>
            </w:pPr>
            <w:r>
              <w:t>Azioni e riferimenti</w:t>
            </w:r>
          </w:p>
        </w:tc>
        <w:tc>
          <w:tcPr>
            <w:tcW w:w="7030" w:type="dxa"/>
            <w:vAlign w:val="center"/>
          </w:tcPr>
          <w:p w14:paraId="4D404BF0" w14:textId="77777777" w:rsidR="00F81D60" w:rsidRDefault="00000000">
            <w:pPr>
              <w:pStyle w:val="TableText"/>
              <w:spacing w:before="40" w:after="40"/>
            </w:pPr>
            <w:r>
              <w:t>A17 / ID MM-xxx / documenti da aggiornare: [ ]</w:t>
            </w:r>
          </w:p>
        </w:tc>
      </w:tr>
    </w:tbl>
    <w:p w14:paraId="4CFA819D"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F270552" w14:textId="77777777">
        <w:trPr>
          <w:tblHeader/>
          <w:jc w:val="center"/>
        </w:trPr>
        <w:tc>
          <w:tcPr>
            <w:tcW w:w="9978" w:type="dxa"/>
            <w:shd w:val="clear" w:color="auto" w:fill="17324D"/>
            <w:vAlign w:val="center"/>
          </w:tcPr>
          <w:p w14:paraId="414B41C5" w14:textId="77777777" w:rsidR="00F81D60" w:rsidRDefault="00000000">
            <w:pPr>
              <w:pStyle w:val="TableText"/>
              <w:spacing w:before="40" w:after="40"/>
            </w:pPr>
            <w:r>
              <w:rPr>
                <w:b/>
                <w:color w:val="FFFFFF"/>
                <w:sz w:val="19"/>
              </w:rPr>
              <w:t>DOMANDE DI CONSULTAZIONE</w:t>
            </w:r>
          </w:p>
        </w:tc>
      </w:tr>
      <w:tr w:rsidR="00F81D60" w14:paraId="101CBB99" w14:textId="77777777">
        <w:trPr>
          <w:cantSplit/>
          <w:jc w:val="center"/>
        </w:trPr>
        <w:tc>
          <w:tcPr>
            <w:tcW w:w="9978" w:type="dxa"/>
            <w:shd w:val="clear" w:color="auto" w:fill="EAF3F4"/>
            <w:vAlign w:val="center"/>
          </w:tcPr>
          <w:p w14:paraId="17040411" w14:textId="77777777" w:rsidR="00F81D60" w:rsidRDefault="00000000">
            <w:pPr>
              <w:pStyle w:val="TableText"/>
              <w:spacing w:before="40" w:after="40"/>
            </w:pPr>
            <w:r>
              <w:rPr>
                <w:sz w:val="19"/>
              </w:rPr>
              <w:t>I servizi sono utilizzabili in ogni turno? Le pause sono possibili nella pratica? Si conosce il contatto alternativo? Quali cambiamenti organizzativi aiuterebbero? Quali ostacoli impediscono di chiedere supporto senza dover parlare della propria salute?</w:t>
            </w:r>
          </w:p>
        </w:tc>
      </w:tr>
    </w:tbl>
    <w:p w14:paraId="395591A2"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58B69EB1" w14:textId="77777777">
        <w:trPr>
          <w:tblHeader/>
          <w:jc w:val="center"/>
        </w:trPr>
        <w:tc>
          <w:tcPr>
            <w:tcW w:w="3326" w:type="dxa"/>
            <w:shd w:val="clear" w:color="auto" w:fill="17324D"/>
            <w:vAlign w:val="center"/>
          </w:tcPr>
          <w:p w14:paraId="22C0BE68" w14:textId="77777777" w:rsidR="00F81D60" w:rsidRDefault="00000000">
            <w:pPr>
              <w:pStyle w:val="TableText"/>
              <w:spacing w:before="40" w:after="40"/>
            </w:pPr>
            <w:r>
              <w:rPr>
                <w:b/>
                <w:color w:val="FFFFFF"/>
              </w:rPr>
              <w:t>Verbalizzante</w:t>
            </w:r>
          </w:p>
        </w:tc>
        <w:tc>
          <w:tcPr>
            <w:tcW w:w="3326" w:type="dxa"/>
            <w:shd w:val="clear" w:color="auto" w:fill="17324D"/>
            <w:vAlign w:val="center"/>
          </w:tcPr>
          <w:p w14:paraId="57556B5B" w14:textId="77777777" w:rsidR="00F81D60" w:rsidRDefault="00000000">
            <w:pPr>
              <w:pStyle w:val="TableText"/>
              <w:spacing w:before="40" w:after="40"/>
            </w:pPr>
            <w:r>
              <w:rPr>
                <w:b/>
                <w:color w:val="FFFFFF"/>
              </w:rPr>
              <w:t>Rappresentanze consultate / riscontro</w:t>
            </w:r>
          </w:p>
        </w:tc>
        <w:tc>
          <w:tcPr>
            <w:tcW w:w="3326" w:type="dxa"/>
            <w:shd w:val="clear" w:color="auto" w:fill="17324D"/>
            <w:vAlign w:val="center"/>
          </w:tcPr>
          <w:p w14:paraId="03045828" w14:textId="77777777" w:rsidR="00F81D60" w:rsidRDefault="00000000">
            <w:pPr>
              <w:pStyle w:val="TableText"/>
              <w:spacing w:before="40" w:after="40"/>
            </w:pPr>
            <w:r>
              <w:rPr>
                <w:b/>
                <w:color w:val="FFFFFF"/>
              </w:rPr>
              <w:t>Data</w:t>
            </w:r>
          </w:p>
        </w:tc>
      </w:tr>
      <w:tr w:rsidR="00F81D60" w14:paraId="52B0BBEA" w14:textId="77777777">
        <w:trPr>
          <w:cantSplit/>
          <w:trHeight w:val="454"/>
          <w:jc w:val="center"/>
        </w:trPr>
        <w:tc>
          <w:tcPr>
            <w:tcW w:w="3326" w:type="dxa"/>
            <w:vAlign w:val="center"/>
          </w:tcPr>
          <w:p w14:paraId="70F2D3ED" w14:textId="77777777" w:rsidR="00F81D60" w:rsidRDefault="00000000">
            <w:pPr>
              <w:pStyle w:val="TableText"/>
              <w:spacing w:before="40" w:after="40"/>
            </w:pPr>
            <w:r>
              <w:t>[compilare]</w:t>
            </w:r>
          </w:p>
        </w:tc>
        <w:tc>
          <w:tcPr>
            <w:tcW w:w="3326" w:type="dxa"/>
            <w:vAlign w:val="center"/>
          </w:tcPr>
          <w:p w14:paraId="2EB923F5" w14:textId="77777777" w:rsidR="00F81D60" w:rsidRDefault="00000000">
            <w:pPr>
              <w:pStyle w:val="TableText"/>
              <w:spacing w:before="40" w:after="40"/>
            </w:pPr>
            <w:r>
              <w:t>[compilare]</w:t>
            </w:r>
          </w:p>
        </w:tc>
        <w:tc>
          <w:tcPr>
            <w:tcW w:w="3326" w:type="dxa"/>
            <w:vAlign w:val="center"/>
          </w:tcPr>
          <w:p w14:paraId="0FA54766" w14:textId="77777777" w:rsidR="00F81D60" w:rsidRDefault="00000000">
            <w:pPr>
              <w:pStyle w:val="TableText"/>
              <w:spacing w:before="40" w:after="40"/>
            </w:pPr>
            <w:r>
              <w:t>[compilare]</w:t>
            </w:r>
          </w:p>
        </w:tc>
      </w:tr>
    </w:tbl>
    <w:p w14:paraId="6125F21F" w14:textId="77777777" w:rsidR="00F81D60" w:rsidRDefault="00F81D60">
      <w:pPr>
        <w:spacing w:after="0"/>
      </w:pPr>
    </w:p>
    <w:p w14:paraId="07C6819B" w14:textId="77777777" w:rsidR="00F81D60" w:rsidRDefault="00000000">
      <w:r>
        <w:br w:type="page"/>
      </w:r>
    </w:p>
    <w:p w14:paraId="6566D1D3" w14:textId="77777777" w:rsidR="00F81D60" w:rsidRDefault="00000000">
      <w:pPr>
        <w:pStyle w:val="Small"/>
      </w:pPr>
      <w:r>
        <w:rPr>
          <w:b/>
          <w:color w:val="006B70"/>
        </w:rPr>
        <w:t>ALLEGATO AZIENDALE  •  MOD-MM-06  •  parte 1</w:t>
      </w:r>
    </w:p>
    <w:p w14:paraId="348C8689" w14:textId="77777777" w:rsidR="00F81D60" w:rsidRDefault="00000000">
      <w:pPr>
        <w:pStyle w:val="Titolo1"/>
      </w:pPr>
      <w:bookmarkStart w:id="46" w:name="A06_1"/>
      <w:r>
        <w:t>A06 | 01 | Governance e perimetro | Verifiche</w:t>
      </w:r>
      <w:bookmarkEnd w:id="46"/>
    </w:p>
    <w:p w14:paraId="0E120B6A" w14:textId="77777777" w:rsidR="00F81D60" w:rsidRDefault="00000000">
      <w:pPr>
        <w:pStyle w:val="Reference"/>
      </w:pPr>
      <w:r>
        <w:t>Base documentale: [XLS] CATALOGO, ID MM-001–MM-008. Le istruzioni operative e i moduli sono elaborazioni aziendali del modello [AZ].</w:t>
      </w:r>
    </w:p>
    <w:p w14:paraId="654CAC96"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093455AB" w14:textId="77777777">
        <w:trPr>
          <w:tblHeader/>
          <w:jc w:val="center"/>
        </w:trPr>
        <w:tc>
          <w:tcPr>
            <w:tcW w:w="1984" w:type="dxa"/>
            <w:shd w:val="clear" w:color="auto" w:fill="17324D"/>
            <w:vAlign w:val="center"/>
          </w:tcPr>
          <w:p w14:paraId="4985D07B"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2D9BDE4B"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4FABB465" w14:textId="77777777" w:rsidR="00F81D60" w:rsidRDefault="00000000">
            <w:pPr>
              <w:pStyle w:val="TableText"/>
              <w:spacing w:before="40" w:after="40"/>
            </w:pPr>
            <w:r>
              <w:rPr>
                <w:b/>
                <w:color w:val="FFFFFF"/>
              </w:rPr>
              <w:t>Esito / riscontro</w:t>
            </w:r>
          </w:p>
        </w:tc>
      </w:tr>
      <w:tr w:rsidR="00F81D60" w14:paraId="0AD3D94E" w14:textId="77777777">
        <w:trPr>
          <w:cantSplit/>
          <w:jc w:val="center"/>
        </w:trPr>
        <w:tc>
          <w:tcPr>
            <w:tcW w:w="1984" w:type="dxa"/>
            <w:vAlign w:val="center"/>
          </w:tcPr>
          <w:p w14:paraId="37C745D5" w14:textId="77777777" w:rsidR="00F81D60" w:rsidRDefault="00000000">
            <w:pPr>
              <w:pStyle w:val="TableText"/>
              <w:spacing w:before="40" w:after="40"/>
            </w:pPr>
            <w:r>
              <w:t>MM-001</w:t>
            </w:r>
            <w:r>
              <w:br/>
              <w:t>ISO: 1; 5.1; Allegato F.2</w:t>
            </w:r>
          </w:p>
        </w:tc>
        <w:tc>
          <w:tcPr>
            <w:tcW w:w="6236" w:type="dxa"/>
            <w:vAlign w:val="center"/>
          </w:tcPr>
          <w:p w14:paraId="72CEC582" w14:textId="77777777" w:rsidR="00F81D60" w:rsidRDefault="00000000">
            <w:pPr>
              <w:pStyle w:val="TableText"/>
              <w:spacing w:before="40" w:after="40"/>
            </w:pPr>
            <w:r>
              <w:t>È definito il perimetro di sedi, attività e persone cui si applica il programma di supporto?</w:t>
            </w:r>
          </w:p>
        </w:tc>
        <w:tc>
          <w:tcPr>
            <w:tcW w:w="1757" w:type="dxa"/>
            <w:vAlign w:val="center"/>
          </w:tcPr>
          <w:p w14:paraId="017BF0DC" w14:textId="77777777" w:rsidR="00F81D60" w:rsidRDefault="00000000">
            <w:pPr>
              <w:pStyle w:val="TableText"/>
              <w:spacing w:before="40" w:after="40"/>
            </w:pPr>
            <w:r>
              <w:t>Esito: [ ]</w:t>
            </w:r>
            <w:r>
              <w:br/>
              <w:t>A07 n.: [ ]</w:t>
            </w:r>
          </w:p>
        </w:tc>
      </w:tr>
      <w:tr w:rsidR="00F81D60" w14:paraId="49F5B6A9" w14:textId="77777777">
        <w:trPr>
          <w:cantSplit/>
          <w:jc w:val="center"/>
        </w:trPr>
        <w:tc>
          <w:tcPr>
            <w:tcW w:w="1984" w:type="dxa"/>
            <w:shd w:val="clear" w:color="auto" w:fill="F5F7F9"/>
            <w:vAlign w:val="center"/>
          </w:tcPr>
          <w:p w14:paraId="7C442D58" w14:textId="77777777" w:rsidR="00F81D60" w:rsidRDefault="00000000">
            <w:pPr>
              <w:pStyle w:val="TableText"/>
              <w:spacing w:before="40" w:after="40"/>
            </w:pPr>
            <w:r>
              <w:t>MM-002</w:t>
            </w:r>
            <w:r>
              <w:br/>
              <w:t>ISO: 4; 5.1</w:t>
            </w:r>
          </w:p>
        </w:tc>
        <w:tc>
          <w:tcPr>
            <w:tcW w:w="6236" w:type="dxa"/>
            <w:shd w:val="clear" w:color="auto" w:fill="F5F7F9"/>
            <w:vAlign w:val="center"/>
          </w:tcPr>
          <w:p w14:paraId="5E8C9485" w14:textId="77777777" w:rsidR="00F81D60" w:rsidRDefault="00000000">
            <w:pPr>
              <w:pStyle w:val="TableText"/>
              <w:spacing w:before="40" w:after="40"/>
            </w:pPr>
            <w:r>
              <w:t>Il riesame iniziale considera il rapporto reciproco tra condizioni di lavoro ed esigenze mestruali e menopausali, senza presumere limitazioni?</w:t>
            </w:r>
          </w:p>
        </w:tc>
        <w:tc>
          <w:tcPr>
            <w:tcW w:w="1757" w:type="dxa"/>
            <w:shd w:val="clear" w:color="auto" w:fill="F5F7F9"/>
            <w:vAlign w:val="center"/>
          </w:tcPr>
          <w:p w14:paraId="522AAB2D" w14:textId="77777777" w:rsidR="00F81D60" w:rsidRDefault="00000000">
            <w:pPr>
              <w:pStyle w:val="TableText"/>
              <w:spacing w:before="40" w:after="40"/>
            </w:pPr>
            <w:r>
              <w:t>Esito: [ ]</w:t>
            </w:r>
            <w:r>
              <w:br/>
              <w:t>A07 n.: [ ]</w:t>
            </w:r>
          </w:p>
        </w:tc>
      </w:tr>
      <w:tr w:rsidR="00F81D60" w14:paraId="2E43090C" w14:textId="77777777">
        <w:trPr>
          <w:cantSplit/>
          <w:jc w:val="center"/>
        </w:trPr>
        <w:tc>
          <w:tcPr>
            <w:tcW w:w="1984" w:type="dxa"/>
            <w:vAlign w:val="center"/>
          </w:tcPr>
          <w:p w14:paraId="726D5F03" w14:textId="77777777" w:rsidR="00F81D60" w:rsidRDefault="00000000">
            <w:pPr>
              <w:pStyle w:val="TableText"/>
              <w:spacing w:before="40" w:after="40"/>
            </w:pPr>
            <w:r>
              <w:t>MM-003</w:t>
            </w:r>
            <w:r>
              <w:br/>
              <w:t>ISO: 5.1; 5.3.1</w:t>
            </w:r>
          </w:p>
        </w:tc>
        <w:tc>
          <w:tcPr>
            <w:tcW w:w="6236" w:type="dxa"/>
            <w:vAlign w:val="center"/>
          </w:tcPr>
          <w:p w14:paraId="68E2EC53" w14:textId="77777777" w:rsidR="00F81D60" w:rsidRDefault="00000000">
            <w:pPr>
              <w:pStyle w:val="TableText"/>
              <w:spacing w:before="40" w:after="40"/>
            </w:pPr>
            <w:r>
              <w:t>Le iniziative sono integrate nei processi ordinari di salute, sicurezza, benessere e gestione del personale?</w:t>
            </w:r>
          </w:p>
        </w:tc>
        <w:tc>
          <w:tcPr>
            <w:tcW w:w="1757" w:type="dxa"/>
            <w:vAlign w:val="center"/>
          </w:tcPr>
          <w:p w14:paraId="64911E44" w14:textId="77777777" w:rsidR="00F81D60" w:rsidRDefault="00000000">
            <w:pPr>
              <w:pStyle w:val="TableText"/>
              <w:spacing w:before="40" w:after="40"/>
            </w:pPr>
            <w:r>
              <w:t>Esito: [ ]</w:t>
            </w:r>
            <w:r>
              <w:br/>
              <w:t>A07 n.: [ ]</w:t>
            </w:r>
          </w:p>
        </w:tc>
      </w:tr>
      <w:tr w:rsidR="00F81D60" w14:paraId="2A15B6D7" w14:textId="77777777">
        <w:trPr>
          <w:cantSplit/>
          <w:jc w:val="center"/>
        </w:trPr>
        <w:tc>
          <w:tcPr>
            <w:tcW w:w="1984" w:type="dxa"/>
            <w:shd w:val="clear" w:color="auto" w:fill="F5F7F9"/>
            <w:vAlign w:val="center"/>
          </w:tcPr>
          <w:p w14:paraId="5CBECBE0" w14:textId="77777777" w:rsidR="00F81D60" w:rsidRDefault="00000000">
            <w:pPr>
              <w:pStyle w:val="TableText"/>
              <w:spacing w:before="40" w:after="40"/>
            </w:pPr>
            <w:r>
              <w:t>MM-004</w:t>
            </w:r>
            <w:r>
              <w:br/>
              <w:t>ISO: 5.4.2.3 a); Allegato F.2</w:t>
            </w:r>
          </w:p>
        </w:tc>
        <w:tc>
          <w:tcPr>
            <w:tcW w:w="6236" w:type="dxa"/>
            <w:shd w:val="clear" w:color="auto" w:fill="F5F7F9"/>
            <w:vAlign w:val="center"/>
          </w:tcPr>
          <w:p w14:paraId="1EA04B42" w14:textId="77777777" w:rsidR="00F81D60" w:rsidRDefault="00000000">
            <w:pPr>
              <w:pStyle w:val="TableText"/>
              <w:spacing w:before="40" w:after="40"/>
            </w:pPr>
            <w:r>
              <w:t>Sono assegnate responsabilità di direzione, coordinamento e attuazione delle misure?</w:t>
            </w:r>
          </w:p>
        </w:tc>
        <w:tc>
          <w:tcPr>
            <w:tcW w:w="1757" w:type="dxa"/>
            <w:shd w:val="clear" w:color="auto" w:fill="F5F7F9"/>
            <w:vAlign w:val="center"/>
          </w:tcPr>
          <w:p w14:paraId="0673F8A0" w14:textId="77777777" w:rsidR="00F81D60" w:rsidRDefault="00000000">
            <w:pPr>
              <w:pStyle w:val="TableText"/>
              <w:spacing w:before="40" w:after="40"/>
            </w:pPr>
            <w:r>
              <w:t>Esito: [ ]</w:t>
            </w:r>
            <w:r>
              <w:br/>
              <w:t>A07 n.: [ ]</w:t>
            </w:r>
          </w:p>
        </w:tc>
      </w:tr>
      <w:tr w:rsidR="00F81D60" w14:paraId="1515DBBC" w14:textId="77777777">
        <w:trPr>
          <w:cantSplit/>
          <w:jc w:val="center"/>
        </w:trPr>
        <w:tc>
          <w:tcPr>
            <w:tcW w:w="1984" w:type="dxa"/>
            <w:vAlign w:val="center"/>
          </w:tcPr>
          <w:p w14:paraId="1E143019" w14:textId="77777777" w:rsidR="00F81D60" w:rsidRDefault="00000000">
            <w:pPr>
              <w:pStyle w:val="TableText"/>
              <w:spacing w:before="40" w:after="40"/>
            </w:pPr>
            <w:r>
              <w:t>MM-005</w:t>
            </w:r>
            <w:r>
              <w:br/>
              <w:t>ISO: 5.3.2.1 a); 5.3.2.3 d)</w:t>
            </w:r>
          </w:p>
        </w:tc>
        <w:tc>
          <w:tcPr>
            <w:tcW w:w="6236" w:type="dxa"/>
            <w:vAlign w:val="center"/>
          </w:tcPr>
          <w:p w14:paraId="0785E855" w14:textId="77777777" w:rsidR="00F81D60" w:rsidRDefault="00000000">
            <w:pPr>
              <w:pStyle w:val="TableText"/>
              <w:spacing w:before="40" w:after="40"/>
            </w:pPr>
            <w:r>
              <w:t>La consultazione coinvolge lavoratori di ruoli e contesti diversi e, ove presenti, rappresentanti dei lavoratori e della sicurezza?</w:t>
            </w:r>
          </w:p>
        </w:tc>
        <w:tc>
          <w:tcPr>
            <w:tcW w:w="1757" w:type="dxa"/>
            <w:vAlign w:val="center"/>
          </w:tcPr>
          <w:p w14:paraId="372EAFAA" w14:textId="77777777" w:rsidR="00F81D60" w:rsidRDefault="00000000">
            <w:pPr>
              <w:pStyle w:val="TableText"/>
              <w:spacing w:before="40" w:after="40"/>
            </w:pPr>
            <w:r>
              <w:t>Esito: [ ]</w:t>
            </w:r>
            <w:r>
              <w:br/>
              <w:t>A07 n.: [ ]</w:t>
            </w:r>
          </w:p>
        </w:tc>
      </w:tr>
      <w:tr w:rsidR="00F81D60" w14:paraId="5D833B1B" w14:textId="77777777">
        <w:trPr>
          <w:cantSplit/>
          <w:jc w:val="center"/>
        </w:trPr>
        <w:tc>
          <w:tcPr>
            <w:tcW w:w="1984" w:type="dxa"/>
            <w:shd w:val="clear" w:color="auto" w:fill="F5F7F9"/>
            <w:vAlign w:val="center"/>
          </w:tcPr>
          <w:p w14:paraId="029B8003" w14:textId="77777777" w:rsidR="00F81D60" w:rsidRDefault="00000000">
            <w:pPr>
              <w:pStyle w:val="TableText"/>
              <w:spacing w:before="40" w:after="40"/>
            </w:pPr>
            <w:r>
              <w:t>MM-006</w:t>
            </w:r>
            <w:r>
              <w:br/>
              <w:t>ISO: 5.1; Allegato C</w:t>
            </w:r>
          </w:p>
        </w:tc>
        <w:tc>
          <w:tcPr>
            <w:tcW w:w="6236" w:type="dxa"/>
            <w:shd w:val="clear" w:color="auto" w:fill="F5F7F9"/>
            <w:vAlign w:val="center"/>
          </w:tcPr>
          <w:p w14:paraId="228A95DC" w14:textId="77777777" w:rsidR="00F81D60" w:rsidRDefault="00000000">
            <w:pPr>
              <w:pStyle w:val="TableText"/>
              <w:spacing w:before="40" w:after="40"/>
            </w:pPr>
            <w:r>
              <w:t>Gli adattamenti sono accessibili senza imporre la dichiarazione della condizione oltre quanto necessario a organizzare il supporto?</w:t>
            </w:r>
          </w:p>
        </w:tc>
        <w:tc>
          <w:tcPr>
            <w:tcW w:w="1757" w:type="dxa"/>
            <w:shd w:val="clear" w:color="auto" w:fill="F5F7F9"/>
            <w:vAlign w:val="center"/>
          </w:tcPr>
          <w:p w14:paraId="39A3D731" w14:textId="77777777" w:rsidR="00F81D60" w:rsidRDefault="00000000">
            <w:pPr>
              <w:pStyle w:val="TableText"/>
              <w:spacing w:before="40" w:after="40"/>
            </w:pPr>
            <w:r>
              <w:t>Esito: [ ]</w:t>
            </w:r>
            <w:r>
              <w:br/>
              <w:t>A07 n.: [ ]</w:t>
            </w:r>
          </w:p>
        </w:tc>
      </w:tr>
      <w:tr w:rsidR="00F81D60" w14:paraId="03D7003F" w14:textId="77777777">
        <w:trPr>
          <w:cantSplit/>
          <w:jc w:val="center"/>
        </w:trPr>
        <w:tc>
          <w:tcPr>
            <w:tcW w:w="1984" w:type="dxa"/>
            <w:vAlign w:val="center"/>
          </w:tcPr>
          <w:p w14:paraId="0E7F5F84" w14:textId="77777777" w:rsidR="00F81D60" w:rsidRDefault="00000000">
            <w:pPr>
              <w:pStyle w:val="TableText"/>
              <w:spacing w:before="40" w:after="40"/>
            </w:pPr>
            <w:r>
              <w:t>MM-007</w:t>
            </w:r>
            <w:r>
              <w:br/>
              <w:t>ISO: 1; 4; B.1.1</w:t>
            </w:r>
          </w:p>
        </w:tc>
        <w:tc>
          <w:tcPr>
            <w:tcW w:w="6236" w:type="dxa"/>
            <w:vAlign w:val="center"/>
          </w:tcPr>
          <w:p w14:paraId="47800339" w14:textId="77777777" w:rsidR="00F81D60" w:rsidRDefault="00000000">
            <w:pPr>
              <w:pStyle w:val="TableText"/>
              <w:spacing w:before="40" w:after="40"/>
            </w:pPr>
            <w:r>
              <w:t>Sono distinti il supporto organizzativo e l'assistenza clinica, con invio alle fonti qualificate quando pertinente?</w:t>
            </w:r>
          </w:p>
        </w:tc>
        <w:tc>
          <w:tcPr>
            <w:tcW w:w="1757" w:type="dxa"/>
            <w:vAlign w:val="center"/>
          </w:tcPr>
          <w:p w14:paraId="15088B5C" w14:textId="77777777" w:rsidR="00F81D60" w:rsidRDefault="00000000">
            <w:pPr>
              <w:pStyle w:val="TableText"/>
              <w:spacing w:before="40" w:after="40"/>
            </w:pPr>
            <w:r>
              <w:t>Esito: [ ]</w:t>
            </w:r>
            <w:r>
              <w:br/>
              <w:t>A07 n.: [ ]</w:t>
            </w:r>
          </w:p>
        </w:tc>
      </w:tr>
      <w:tr w:rsidR="00F81D60" w14:paraId="42624B06" w14:textId="77777777">
        <w:trPr>
          <w:cantSplit/>
          <w:jc w:val="center"/>
        </w:trPr>
        <w:tc>
          <w:tcPr>
            <w:tcW w:w="1984" w:type="dxa"/>
            <w:shd w:val="clear" w:color="auto" w:fill="F5F7F9"/>
            <w:vAlign w:val="center"/>
          </w:tcPr>
          <w:p w14:paraId="6A3130B9" w14:textId="77777777" w:rsidR="00F81D60" w:rsidRDefault="00000000">
            <w:pPr>
              <w:pStyle w:val="TableText"/>
              <w:spacing w:before="40" w:after="40"/>
            </w:pPr>
            <w:r>
              <w:t>MM-008</w:t>
            </w:r>
            <w:r>
              <w:br/>
              <w:t>ISO: Allegato F.2</w:t>
            </w:r>
          </w:p>
        </w:tc>
        <w:tc>
          <w:tcPr>
            <w:tcW w:w="6236" w:type="dxa"/>
            <w:shd w:val="clear" w:color="auto" w:fill="F5F7F9"/>
            <w:vAlign w:val="center"/>
          </w:tcPr>
          <w:p w14:paraId="7C27201D" w14:textId="77777777" w:rsidR="00F81D60" w:rsidRDefault="00000000">
            <w:pPr>
              <w:pStyle w:val="TableText"/>
              <w:spacing w:before="40" w:after="40"/>
            </w:pPr>
            <w:r>
              <w:t>L'eventuale carta aziendale riporta scopo, responsabile, consultazione, date, documenti collegati e revisioni?</w:t>
            </w:r>
          </w:p>
        </w:tc>
        <w:tc>
          <w:tcPr>
            <w:tcW w:w="1757" w:type="dxa"/>
            <w:shd w:val="clear" w:color="auto" w:fill="F5F7F9"/>
            <w:vAlign w:val="center"/>
          </w:tcPr>
          <w:p w14:paraId="040802DB" w14:textId="77777777" w:rsidR="00F81D60" w:rsidRDefault="00000000">
            <w:pPr>
              <w:pStyle w:val="TableText"/>
              <w:spacing w:before="40" w:after="40"/>
            </w:pPr>
            <w:r>
              <w:t>Esito: [ ]</w:t>
            </w:r>
            <w:r>
              <w:br/>
              <w:t>A07 n.: [ ]</w:t>
            </w:r>
          </w:p>
        </w:tc>
      </w:tr>
    </w:tbl>
    <w:p w14:paraId="4FE4F940" w14:textId="77777777" w:rsidR="00F81D60" w:rsidRDefault="00F81D60">
      <w:pPr>
        <w:spacing w:after="0"/>
      </w:pPr>
    </w:p>
    <w:p w14:paraId="1E3ADE73"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53749F38" w14:textId="77777777" w:rsidR="00F81D60" w:rsidRDefault="00000000">
      <w:pPr>
        <w:pStyle w:val="Reference"/>
      </w:pPr>
      <w:r>
        <w:t>Azioni: riportare ID e seguito in A17 o nel PIANO_AZIONI. Non inserire informazioni sulla salute delle persone. Questa pagina non sostituisce i riscontri A07.</w:t>
      </w:r>
    </w:p>
    <w:p w14:paraId="3C0CFF16" w14:textId="77777777" w:rsidR="00F81D60" w:rsidRDefault="00000000">
      <w:r>
        <w:br w:type="page"/>
      </w:r>
    </w:p>
    <w:p w14:paraId="59A2BD5E" w14:textId="77777777" w:rsidR="00F81D60" w:rsidRDefault="00000000">
      <w:pPr>
        <w:pStyle w:val="Small"/>
      </w:pPr>
      <w:r>
        <w:rPr>
          <w:b/>
          <w:color w:val="006B70"/>
        </w:rPr>
        <w:t>ALLEGATO AZIENDALE  •  MOD-MM-06  •  parte 2</w:t>
      </w:r>
    </w:p>
    <w:p w14:paraId="534798D6" w14:textId="77777777" w:rsidR="00F81D60" w:rsidRDefault="00000000">
      <w:pPr>
        <w:pStyle w:val="Titolo1"/>
      </w:pPr>
      <w:bookmarkStart w:id="47" w:name="A06_2"/>
      <w:r>
        <w:t>A06 | 02 | Servizi e spazi | Verifiche</w:t>
      </w:r>
      <w:bookmarkEnd w:id="47"/>
    </w:p>
    <w:p w14:paraId="7CBF33D6" w14:textId="77777777" w:rsidR="00F81D60" w:rsidRDefault="00000000">
      <w:pPr>
        <w:pStyle w:val="Reference"/>
      </w:pPr>
      <w:r>
        <w:t>Base documentale: [XLS] CATALOGO, ID MM-009–MM-017. Le istruzioni operative e i moduli sono elaborazioni aziendali del modello [AZ].</w:t>
      </w:r>
    </w:p>
    <w:p w14:paraId="4E34A0BD"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EB258D9" w14:textId="77777777">
        <w:trPr>
          <w:tblHeader/>
          <w:jc w:val="center"/>
        </w:trPr>
        <w:tc>
          <w:tcPr>
            <w:tcW w:w="1984" w:type="dxa"/>
            <w:shd w:val="clear" w:color="auto" w:fill="17324D"/>
            <w:vAlign w:val="center"/>
          </w:tcPr>
          <w:p w14:paraId="54074036"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35373162"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216E474F" w14:textId="77777777" w:rsidR="00F81D60" w:rsidRDefault="00000000">
            <w:pPr>
              <w:pStyle w:val="TableText"/>
              <w:spacing w:before="40" w:after="40"/>
            </w:pPr>
            <w:r>
              <w:rPr>
                <w:b/>
                <w:color w:val="FFFFFF"/>
              </w:rPr>
              <w:t>Esito / riscontro</w:t>
            </w:r>
          </w:p>
        </w:tc>
      </w:tr>
      <w:tr w:rsidR="00F81D60" w14:paraId="291A2C85" w14:textId="77777777">
        <w:trPr>
          <w:cantSplit/>
          <w:jc w:val="center"/>
        </w:trPr>
        <w:tc>
          <w:tcPr>
            <w:tcW w:w="1984" w:type="dxa"/>
            <w:vAlign w:val="center"/>
          </w:tcPr>
          <w:p w14:paraId="3B074AAF" w14:textId="77777777" w:rsidR="00F81D60" w:rsidRDefault="00000000">
            <w:pPr>
              <w:pStyle w:val="TableText"/>
              <w:spacing w:before="40" w:after="40"/>
            </w:pPr>
            <w:r>
              <w:t>MM-009</w:t>
            </w:r>
            <w:r>
              <w:br/>
              <w:t>ISO: 5.2.2.1 a)</w:t>
            </w:r>
          </w:p>
        </w:tc>
        <w:tc>
          <w:tcPr>
            <w:tcW w:w="6236" w:type="dxa"/>
            <w:vAlign w:val="center"/>
          </w:tcPr>
          <w:p w14:paraId="21C8EADA" w14:textId="77777777" w:rsidR="00F81D60" w:rsidRDefault="00000000">
            <w:pPr>
              <w:pStyle w:val="TableText"/>
              <w:spacing w:before="40" w:after="40"/>
            </w:pPr>
            <w:r>
              <w:t>È assicurato l'accesso non ostacolato a servizi igienici e lavaggio privati e puliti?</w:t>
            </w:r>
          </w:p>
        </w:tc>
        <w:tc>
          <w:tcPr>
            <w:tcW w:w="1757" w:type="dxa"/>
            <w:vAlign w:val="center"/>
          </w:tcPr>
          <w:p w14:paraId="33E6676A" w14:textId="77777777" w:rsidR="00F81D60" w:rsidRDefault="00000000">
            <w:pPr>
              <w:pStyle w:val="TableText"/>
              <w:spacing w:before="40" w:after="40"/>
            </w:pPr>
            <w:r>
              <w:t>Esito: [ ]</w:t>
            </w:r>
            <w:r>
              <w:br/>
              <w:t>A07 n.: [ ]</w:t>
            </w:r>
          </w:p>
        </w:tc>
      </w:tr>
      <w:tr w:rsidR="00F81D60" w14:paraId="6D83098F" w14:textId="77777777">
        <w:trPr>
          <w:cantSplit/>
          <w:jc w:val="center"/>
        </w:trPr>
        <w:tc>
          <w:tcPr>
            <w:tcW w:w="1984" w:type="dxa"/>
            <w:shd w:val="clear" w:color="auto" w:fill="F5F7F9"/>
            <w:vAlign w:val="center"/>
          </w:tcPr>
          <w:p w14:paraId="6C2AAA14" w14:textId="77777777" w:rsidR="00F81D60" w:rsidRDefault="00000000">
            <w:pPr>
              <w:pStyle w:val="TableText"/>
              <w:spacing w:before="40" w:after="40"/>
            </w:pPr>
            <w:r>
              <w:t>MM-010</w:t>
            </w:r>
            <w:r>
              <w:br/>
              <w:t>ISO: 5.2.2.1 a); 5.2.2.2 h)</w:t>
            </w:r>
          </w:p>
        </w:tc>
        <w:tc>
          <w:tcPr>
            <w:tcW w:w="6236" w:type="dxa"/>
            <w:shd w:val="clear" w:color="auto" w:fill="F5F7F9"/>
            <w:vAlign w:val="center"/>
          </w:tcPr>
          <w:p w14:paraId="3BCBB136" w14:textId="77777777" w:rsidR="00F81D60" w:rsidRDefault="00000000">
            <w:pPr>
              <w:pStyle w:val="TableText"/>
              <w:spacing w:before="40" w:after="40"/>
            </w:pPr>
            <w:r>
              <w:t>L'accesso ai servizi è verificato anche per turnisti, personale mobile, remoto e sedi con dotazioni limitate?</w:t>
            </w:r>
          </w:p>
        </w:tc>
        <w:tc>
          <w:tcPr>
            <w:tcW w:w="1757" w:type="dxa"/>
            <w:shd w:val="clear" w:color="auto" w:fill="F5F7F9"/>
            <w:vAlign w:val="center"/>
          </w:tcPr>
          <w:p w14:paraId="105A267B" w14:textId="77777777" w:rsidR="00F81D60" w:rsidRDefault="00000000">
            <w:pPr>
              <w:pStyle w:val="TableText"/>
              <w:spacing w:before="40" w:after="40"/>
            </w:pPr>
            <w:r>
              <w:t>Esito: [ ]</w:t>
            </w:r>
            <w:r>
              <w:br/>
              <w:t>A07 n.: [ ]</w:t>
            </w:r>
          </w:p>
        </w:tc>
      </w:tr>
      <w:tr w:rsidR="00F81D60" w14:paraId="5DBE7B26" w14:textId="77777777">
        <w:trPr>
          <w:cantSplit/>
          <w:jc w:val="center"/>
        </w:trPr>
        <w:tc>
          <w:tcPr>
            <w:tcW w:w="1984" w:type="dxa"/>
            <w:vAlign w:val="center"/>
          </w:tcPr>
          <w:p w14:paraId="57129AB9" w14:textId="77777777" w:rsidR="00F81D60" w:rsidRDefault="00000000">
            <w:pPr>
              <w:pStyle w:val="TableText"/>
              <w:spacing w:before="40" w:after="40"/>
            </w:pPr>
            <w:r>
              <w:t>MM-011</w:t>
            </w:r>
            <w:r>
              <w:br/>
              <w:t>ISO: 5.2.2.1 a)</w:t>
            </w:r>
          </w:p>
        </w:tc>
        <w:tc>
          <w:tcPr>
            <w:tcW w:w="6236" w:type="dxa"/>
            <w:vAlign w:val="center"/>
          </w:tcPr>
          <w:p w14:paraId="7FC69B12" w14:textId="77777777" w:rsidR="00F81D60" w:rsidRDefault="00000000">
            <w:pPr>
              <w:pStyle w:val="TableText"/>
              <w:spacing w:before="40" w:after="40"/>
            </w:pPr>
            <w:r>
              <w:t>È valutata, ove possibile, la presenza di lavabo, ripiano, sapone e asciugatura all'interno del servizio, accessibili anche da seduti?</w:t>
            </w:r>
          </w:p>
        </w:tc>
        <w:tc>
          <w:tcPr>
            <w:tcW w:w="1757" w:type="dxa"/>
            <w:vAlign w:val="center"/>
          </w:tcPr>
          <w:p w14:paraId="01380903" w14:textId="77777777" w:rsidR="00F81D60" w:rsidRDefault="00000000">
            <w:pPr>
              <w:pStyle w:val="TableText"/>
              <w:spacing w:before="40" w:after="40"/>
            </w:pPr>
            <w:r>
              <w:t>Esito: [ ]</w:t>
            </w:r>
            <w:r>
              <w:br/>
              <w:t>A07 n.: [ ]</w:t>
            </w:r>
          </w:p>
        </w:tc>
      </w:tr>
      <w:tr w:rsidR="00F81D60" w14:paraId="637B7CD7" w14:textId="77777777">
        <w:trPr>
          <w:cantSplit/>
          <w:jc w:val="center"/>
        </w:trPr>
        <w:tc>
          <w:tcPr>
            <w:tcW w:w="1984" w:type="dxa"/>
            <w:shd w:val="clear" w:color="auto" w:fill="F5F7F9"/>
            <w:vAlign w:val="center"/>
          </w:tcPr>
          <w:p w14:paraId="6F875072" w14:textId="77777777" w:rsidR="00F81D60" w:rsidRDefault="00000000">
            <w:pPr>
              <w:pStyle w:val="TableText"/>
              <w:spacing w:before="40" w:after="40"/>
            </w:pPr>
            <w:r>
              <w:t>MM-012</w:t>
            </w:r>
            <w:r>
              <w:br/>
              <w:t>ISO: 5.2.2.1 b)</w:t>
            </w:r>
          </w:p>
        </w:tc>
        <w:tc>
          <w:tcPr>
            <w:tcW w:w="6236" w:type="dxa"/>
            <w:shd w:val="clear" w:color="auto" w:fill="F5F7F9"/>
            <w:vAlign w:val="center"/>
          </w:tcPr>
          <w:p w14:paraId="35262372" w14:textId="77777777" w:rsidR="00F81D60" w:rsidRDefault="00000000">
            <w:pPr>
              <w:pStyle w:val="TableText"/>
              <w:spacing w:before="40" w:after="40"/>
            </w:pPr>
            <w:r>
              <w:t>Nelle attività sedentarie sono disponibili sedute ergonomiche e opportunità di alzarsi, muoversi o distendersi?</w:t>
            </w:r>
          </w:p>
        </w:tc>
        <w:tc>
          <w:tcPr>
            <w:tcW w:w="1757" w:type="dxa"/>
            <w:shd w:val="clear" w:color="auto" w:fill="F5F7F9"/>
            <w:vAlign w:val="center"/>
          </w:tcPr>
          <w:p w14:paraId="132A93F9" w14:textId="77777777" w:rsidR="00F81D60" w:rsidRDefault="00000000">
            <w:pPr>
              <w:pStyle w:val="TableText"/>
              <w:spacing w:before="40" w:after="40"/>
            </w:pPr>
            <w:r>
              <w:t>Esito: [ ]</w:t>
            </w:r>
            <w:r>
              <w:br/>
              <w:t>A07 n.: [ ]</w:t>
            </w:r>
          </w:p>
        </w:tc>
      </w:tr>
      <w:tr w:rsidR="00F81D60" w14:paraId="6DA5D615" w14:textId="77777777">
        <w:trPr>
          <w:cantSplit/>
          <w:jc w:val="center"/>
        </w:trPr>
        <w:tc>
          <w:tcPr>
            <w:tcW w:w="1984" w:type="dxa"/>
            <w:vAlign w:val="center"/>
          </w:tcPr>
          <w:p w14:paraId="13712597" w14:textId="77777777" w:rsidR="00F81D60" w:rsidRDefault="00000000">
            <w:pPr>
              <w:pStyle w:val="TableText"/>
              <w:spacing w:before="40" w:after="40"/>
            </w:pPr>
            <w:r>
              <w:t>MM-013</w:t>
            </w:r>
            <w:r>
              <w:br/>
              <w:t>ISO: 5.2.2.1 c)</w:t>
            </w:r>
          </w:p>
        </w:tc>
        <w:tc>
          <w:tcPr>
            <w:tcW w:w="6236" w:type="dxa"/>
            <w:vAlign w:val="center"/>
          </w:tcPr>
          <w:p w14:paraId="76BBD164" w14:textId="77777777" w:rsidR="00F81D60" w:rsidRDefault="00000000">
            <w:pPr>
              <w:pStyle w:val="TableText"/>
              <w:spacing w:before="40" w:after="40"/>
            </w:pPr>
            <w:r>
              <w:t>Negli spazi con postazioni non assegnate sono disponibili informazioni utili alla scelta della postazione?</w:t>
            </w:r>
          </w:p>
        </w:tc>
        <w:tc>
          <w:tcPr>
            <w:tcW w:w="1757" w:type="dxa"/>
            <w:vAlign w:val="center"/>
          </w:tcPr>
          <w:p w14:paraId="1E5CEABB" w14:textId="77777777" w:rsidR="00F81D60" w:rsidRDefault="00000000">
            <w:pPr>
              <w:pStyle w:val="TableText"/>
              <w:spacing w:before="40" w:after="40"/>
            </w:pPr>
            <w:r>
              <w:t>Esito: [ ]</w:t>
            </w:r>
            <w:r>
              <w:br/>
              <w:t>A07 n.: [ ]</w:t>
            </w:r>
          </w:p>
        </w:tc>
      </w:tr>
      <w:tr w:rsidR="00F81D60" w14:paraId="60E1E191" w14:textId="77777777">
        <w:trPr>
          <w:cantSplit/>
          <w:jc w:val="center"/>
        </w:trPr>
        <w:tc>
          <w:tcPr>
            <w:tcW w:w="1984" w:type="dxa"/>
            <w:shd w:val="clear" w:color="auto" w:fill="F5F7F9"/>
            <w:vAlign w:val="center"/>
          </w:tcPr>
          <w:p w14:paraId="0E12CEC8" w14:textId="77777777" w:rsidR="00F81D60" w:rsidRDefault="00000000">
            <w:pPr>
              <w:pStyle w:val="TableText"/>
              <w:spacing w:before="40" w:after="40"/>
            </w:pPr>
            <w:r>
              <w:t>MM-014</w:t>
            </w:r>
            <w:r>
              <w:br/>
              <w:t>ISO: 5.2.2.1 d)</w:t>
            </w:r>
          </w:p>
        </w:tc>
        <w:tc>
          <w:tcPr>
            <w:tcW w:w="6236" w:type="dxa"/>
            <w:shd w:val="clear" w:color="auto" w:fill="F5F7F9"/>
            <w:vAlign w:val="center"/>
          </w:tcPr>
          <w:p w14:paraId="0293788C" w14:textId="77777777" w:rsidR="00F81D60" w:rsidRDefault="00000000">
            <w:pPr>
              <w:pStyle w:val="TableText"/>
              <w:spacing w:before="40" w:after="40"/>
            </w:pPr>
            <w:r>
              <w:t>Nella scelta degli arredi sono valutati traspirabilità, comfort termico e facilità di pulizia?</w:t>
            </w:r>
          </w:p>
        </w:tc>
        <w:tc>
          <w:tcPr>
            <w:tcW w:w="1757" w:type="dxa"/>
            <w:shd w:val="clear" w:color="auto" w:fill="F5F7F9"/>
            <w:vAlign w:val="center"/>
          </w:tcPr>
          <w:p w14:paraId="6E843493" w14:textId="77777777" w:rsidR="00F81D60" w:rsidRDefault="00000000">
            <w:pPr>
              <w:pStyle w:val="TableText"/>
              <w:spacing w:before="40" w:after="40"/>
            </w:pPr>
            <w:r>
              <w:t>Esito: [ ]</w:t>
            </w:r>
            <w:r>
              <w:br/>
              <w:t>A07 n.: [ ]</w:t>
            </w:r>
          </w:p>
        </w:tc>
      </w:tr>
      <w:tr w:rsidR="00F81D60" w14:paraId="63C4780B" w14:textId="77777777">
        <w:trPr>
          <w:cantSplit/>
          <w:jc w:val="center"/>
        </w:trPr>
        <w:tc>
          <w:tcPr>
            <w:tcW w:w="1984" w:type="dxa"/>
            <w:vAlign w:val="center"/>
          </w:tcPr>
          <w:p w14:paraId="54975350" w14:textId="77777777" w:rsidR="00F81D60" w:rsidRDefault="00000000">
            <w:pPr>
              <w:pStyle w:val="TableText"/>
              <w:spacing w:before="40" w:after="40"/>
            </w:pPr>
            <w:r>
              <w:t>MM-015</w:t>
            </w:r>
            <w:r>
              <w:br/>
              <w:t>ISO: 5.2.2.1 e)</w:t>
            </w:r>
          </w:p>
        </w:tc>
        <w:tc>
          <w:tcPr>
            <w:tcW w:w="6236" w:type="dxa"/>
            <w:vAlign w:val="center"/>
          </w:tcPr>
          <w:p w14:paraId="4C640385" w14:textId="77777777" w:rsidR="00F81D60" w:rsidRDefault="00000000">
            <w:pPr>
              <w:pStyle w:val="TableText"/>
              <w:spacing w:before="40" w:after="40"/>
            </w:pPr>
            <w:r>
              <w:t>Sono disponibili spazi per brevi periodi di recupero, seduta, privacy o tranquillità?</w:t>
            </w:r>
          </w:p>
        </w:tc>
        <w:tc>
          <w:tcPr>
            <w:tcW w:w="1757" w:type="dxa"/>
            <w:vAlign w:val="center"/>
          </w:tcPr>
          <w:p w14:paraId="33E7EEE4" w14:textId="77777777" w:rsidR="00F81D60" w:rsidRDefault="00000000">
            <w:pPr>
              <w:pStyle w:val="TableText"/>
              <w:spacing w:before="40" w:after="40"/>
            </w:pPr>
            <w:r>
              <w:t>Esito: [ ]</w:t>
            </w:r>
            <w:r>
              <w:br/>
              <w:t>A07 n.: [ ]</w:t>
            </w:r>
          </w:p>
        </w:tc>
      </w:tr>
      <w:tr w:rsidR="00F81D60" w14:paraId="6BF9E662" w14:textId="77777777">
        <w:trPr>
          <w:cantSplit/>
          <w:jc w:val="center"/>
        </w:trPr>
        <w:tc>
          <w:tcPr>
            <w:tcW w:w="1984" w:type="dxa"/>
            <w:shd w:val="clear" w:color="auto" w:fill="F5F7F9"/>
            <w:vAlign w:val="center"/>
          </w:tcPr>
          <w:p w14:paraId="033E2853" w14:textId="77777777" w:rsidR="00F81D60" w:rsidRDefault="00000000">
            <w:pPr>
              <w:pStyle w:val="TableText"/>
              <w:spacing w:before="40" w:after="40"/>
            </w:pPr>
            <w:r>
              <w:t>MM-016</w:t>
            </w:r>
            <w:r>
              <w:br/>
              <w:t>ISO: 5.2.2.1 f)</w:t>
            </w:r>
          </w:p>
        </w:tc>
        <w:tc>
          <w:tcPr>
            <w:tcW w:w="6236" w:type="dxa"/>
            <w:shd w:val="clear" w:color="auto" w:fill="F5F7F9"/>
            <w:vAlign w:val="center"/>
          </w:tcPr>
          <w:p w14:paraId="029DA1F7" w14:textId="77777777" w:rsidR="00F81D60" w:rsidRDefault="00000000">
            <w:pPr>
              <w:pStyle w:val="TableText"/>
              <w:spacing w:before="40" w:after="40"/>
            </w:pPr>
            <w:r>
              <w:t>I prodotti mestruali sono facilmente accessibili senza costo e conservati in modo da evitarne il deterioramento?</w:t>
            </w:r>
          </w:p>
        </w:tc>
        <w:tc>
          <w:tcPr>
            <w:tcW w:w="1757" w:type="dxa"/>
            <w:shd w:val="clear" w:color="auto" w:fill="F5F7F9"/>
            <w:vAlign w:val="center"/>
          </w:tcPr>
          <w:p w14:paraId="745B41D8" w14:textId="77777777" w:rsidR="00F81D60" w:rsidRDefault="00000000">
            <w:pPr>
              <w:pStyle w:val="TableText"/>
              <w:spacing w:before="40" w:after="40"/>
            </w:pPr>
            <w:r>
              <w:t>Esito: [ ]</w:t>
            </w:r>
            <w:r>
              <w:br/>
              <w:t>A07 n.: [ ]</w:t>
            </w:r>
          </w:p>
        </w:tc>
      </w:tr>
      <w:tr w:rsidR="00F81D60" w14:paraId="754B4ADD" w14:textId="77777777">
        <w:trPr>
          <w:cantSplit/>
          <w:jc w:val="center"/>
        </w:trPr>
        <w:tc>
          <w:tcPr>
            <w:tcW w:w="1984" w:type="dxa"/>
            <w:vAlign w:val="center"/>
          </w:tcPr>
          <w:p w14:paraId="6D083DF4" w14:textId="77777777" w:rsidR="00F81D60" w:rsidRDefault="00000000">
            <w:pPr>
              <w:pStyle w:val="TableText"/>
              <w:spacing w:before="40" w:after="40"/>
            </w:pPr>
            <w:r>
              <w:t>MM-017</w:t>
            </w:r>
            <w:r>
              <w:br/>
              <w:t>ISO: 5.2.2.1 g)</w:t>
            </w:r>
          </w:p>
        </w:tc>
        <w:tc>
          <w:tcPr>
            <w:tcW w:w="6236" w:type="dxa"/>
            <w:vAlign w:val="center"/>
          </w:tcPr>
          <w:p w14:paraId="703D9952" w14:textId="77777777" w:rsidR="00F81D60" w:rsidRDefault="00000000">
            <w:pPr>
              <w:pStyle w:val="TableText"/>
              <w:spacing w:before="40" w:after="40"/>
            </w:pPr>
            <w:r>
              <w:t>Tutti i servizi igienici e spogliatoi pertinenti consentono uno smaltimento sicuro e igienico dei prodotti mestruali?</w:t>
            </w:r>
          </w:p>
        </w:tc>
        <w:tc>
          <w:tcPr>
            <w:tcW w:w="1757" w:type="dxa"/>
            <w:vAlign w:val="center"/>
          </w:tcPr>
          <w:p w14:paraId="062FDD59" w14:textId="77777777" w:rsidR="00F81D60" w:rsidRDefault="00000000">
            <w:pPr>
              <w:pStyle w:val="TableText"/>
              <w:spacing w:before="40" w:after="40"/>
            </w:pPr>
            <w:r>
              <w:t>Esito: [ ]</w:t>
            </w:r>
            <w:r>
              <w:br/>
              <w:t>A07 n.: [ ]</w:t>
            </w:r>
          </w:p>
        </w:tc>
      </w:tr>
    </w:tbl>
    <w:p w14:paraId="6483EE94" w14:textId="77777777" w:rsidR="00F81D60" w:rsidRDefault="00F81D60">
      <w:pPr>
        <w:spacing w:after="0"/>
      </w:pPr>
    </w:p>
    <w:p w14:paraId="34648BFE"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105B5C27" w14:textId="77777777" w:rsidR="00F81D60" w:rsidRDefault="00000000">
      <w:pPr>
        <w:pStyle w:val="Reference"/>
      </w:pPr>
      <w:r>
        <w:t>Azioni: riportare ID e seguito in A17 o nel PIANO_AZIONI. Non inserire informazioni sulla salute delle persone. Questa pagina non sostituisce i riscontri A07.</w:t>
      </w:r>
    </w:p>
    <w:p w14:paraId="1BEB0595" w14:textId="77777777" w:rsidR="00F81D60" w:rsidRDefault="00000000">
      <w:r>
        <w:br w:type="page"/>
      </w:r>
    </w:p>
    <w:p w14:paraId="2241EE90" w14:textId="77777777" w:rsidR="00F81D60" w:rsidRDefault="00000000">
      <w:pPr>
        <w:pStyle w:val="Small"/>
      </w:pPr>
      <w:r>
        <w:rPr>
          <w:b/>
          <w:color w:val="006B70"/>
        </w:rPr>
        <w:t>ALLEGATO AZIENDALE  •  MOD-MM-06  •  parte 3</w:t>
      </w:r>
    </w:p>
    <w:p w14:paraId="5669BE16" w14:textId="77777777" w:rsidR="00F81D60" w:rsidRDefault="00000000">
      <w:pPr>
        <w:pStyle w:val="Titolo1"/>
      </w:pPr>
      <w:bookmarkStart w:id="48" w:name="A06_3"/>
      <w:r>
        <w:t>A06 | 03 | Condizioni ambientali | Verifiche</w:t>
      </w:r>
      <w:bookmarkEnd w:id="48"/>
    </w:p>
    <w:p w14:paraId="31AE3F8A" w14:textId="77777777" w:rsidR="00F81D60" w:rsidRDefault="00000000">
      <w:pPr>
        <w:pStyle w:val="Reference"/>
      </w:pPr>
      <w:r>
        <w:t>Base documentale: [XLS] CATALOGO, ID MM-018–MM-025. Le istruzioni operative e i moduli sono elaborazioni aziendali del modello [AZ].</w:t>
      </w:r>
    </w:p>
    <w:p w14:paraId="04C85A0B"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049FB198" w14:textId="77777777">
        <w:trPr>
          <w:tblHeader/>
          <w:jc w:val="center"/>
        </w:trPr>
        <w:tc>
          <w:tcPr>
            <w:tcW w:w="1984" w:type="dxa"/>
            <w:shd w:val="clear" w:color="auto" w:fill="17324D"/>
            <w:vAlign w:val="center"/>
          </w:tcPr>
          <w:p w14:paraId="1533015C"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60C7E416"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6F860CA3" w14:textId="77777777" w:rsidR="00F81D60" w:rsidRDefault="00000000">
            <w:pPr>
              <w:pStyle w:val="TableText"/>
              <w:spacing w:before="40" w:after="40"/>
            </w:pPr>
            <w:r>
              <w:rPr>
                <w:b/>
                <w:color w:val="FFFFFF"/>
              </w:rPr>
              <w:t>Esito / riscontro</w:t>
            </w:r>
          </w:p>
        </w:tc>
      </w:tr>
      <w:tr w:rsidR="00F81D60" w14:paraId="633294EA" w14:textId="77777777">
        <w:trPr>
          <w:cantSplit/>
          <w:jc w:val="center"/>
        </w:trPr>
        <w:tc>
          <w:tcPr>
            <w:tcW w:w="1984" w:type="dxa"/>
            <w:vAlign w:val="center"/>
          </w:tcPr>
          <w:p w14:paraId="7D6CC8BD" w14:textId="77777777" w:rsidR="00F81D60" w:rsidRDefault="00000000">
            <w:pPr>
              <w:pStyle w:val="TableText"/>
              <w:spacing w:before="40" w:after="40"/>
            </w:pPr>
            <w:r>
              <w:t>MM-018</w:t>
            </w:r>
            <w:r>
              <w:br/>
              <w:t>ISO: 5.2.2.2 a)</w:t>
            </w:r>
          </w:p>
        </w:tc>
        <w:tc>
          <w:tcPr>
            <w:tcW w:w="6236" w:type="dxa"/>
            <w:vAlign w:val="center"/>
          </w:tcPr>
          <w:p w14:paraId="515E0786" w14:textId="77777777" w:rsidR="00F81D60" w:rsidRDefault="00000000">
            <w:pPr>
              <w:pStyle w:val="TableText"/>
              <w:spacing w:before="40" w:after="40"/>
            </w:pPr>
            <w:r>
              <w:t>Sono facilmente accessibili acqua fresca potabile, bevande calde e piccoli alimenti, anche nei siti isolati ove necessario?</w:t>
            </w:r>
          </w:p>
        </w:tc>
        <w:tc>
          <w:tcPr>
            <w:tcW w:w="1757" w:type="dxa"/>
            <w:vAlign w:val="center"/>
          </w:tcPr>
          <w:p w14:paraId="1F538C1A" w14:textId="77777777" w:rsidR="00F81D60" w:rsidRDefault="00000000">
            <w:pPr>
              <w:pStyle w:val="TableText"/>
              <w:spacing w:before="40" w:after="40"/>
            </w:pPr>
            <w:r>
              <w:t>Esito: [ ]</w:t>
            </w:r>
            <w:r>
              <w:br/>
              <w:t>A07 n.: [ ]</w:t>
            </w:r>
          </w:p>
        </w:tc>
      </w:tr>
      <w:tr w:rsidR="00F81D60" w14:paraId="2B57F1EF" w14:textId="77777777">
        <w:trPr>
          <w:cantSplit/>
          <w:jc w:val="center"/>
        </w:trPr>
        <w:tc>
          <w:tcPr>
            <w:tcW w:w="1984" w:type="dxa"/>
            <w:shd w:val="clear" w:color="auto" w:fill="F5F7F9"/>
            <w:vAlign w:val="center"/>
          </w:tcPr>
          <w:p w14:paraId="2687BC30" w14:textId="77777777" w:rsidR="00F81D60" w:rsidRDefault="00000000">
            <w:pPr>
              <w:pStyle w:val="TableText"/>
              <w:spacing w:before="40" w:after="40"/>
            </w:pPr>
            <w:r>
              <w:t>MM-019</w:t>
            </w:r>
            <w:r>
              <w:br/>
              <w:t>ISO: 5.2.2.2 b)</w:t>
            </w:r>
          </w:p>
        </w:tc>
        <w:tc>
          <w:tcPr>
            <w:tcW w:w="6236" w:type="dxa"/>
            <w:shd w:val="clear" w:color="auto" w:fill="F5F7F9"/>
            <w:vAlign w:val="center"/>
          </w:tcPr>
          <w:p w14:paraId="404B357C" w14:textId="77777777" w:rsidR="00F81D60" w:rsidRDefault="00000000">
            <w:pPr>
              <w:pStyle w:val="TableText"/>
              <w:spacing w:before="40" w:after="40"/>
            </w:pPr>
            <w:r>
              <w:t>Sono disponibili schermature per limitare luce solare intensa quando può accentuare il disagio?</w:t>
            </w:r>
          </w:p>
        </w:tc>
        <w:tc>
          <w:tcPr>
            <w:tcW w:w="1757" w:type="dxa"/>
            <w:shd w:val="clear" w:color="auto" w:fill="F5F7F9"/>
            <w:vAlign w:val="center"/>
          </w:tcPr>
          <w:p w14:paraId="204FAACB" w14:textId="77777777" w:rsidR="00F81D60" w:rsidRDefault="00000000">
            <w:pPr>
              <w:pStyle w:val="TableText"/>
              <w:spacing w:before="40" w:after="40"/>
            </w:pPr>
            <w:r>
              <w:t>Esito: [ ]</w:t>
            </w:r>
            <w:r>
              <w:br/>
              <w:t>A07 n.: [ ]</w:t>
            </w:r>
          </w:p>
        </w:tc>
      </w:tr>
      <w:tr w:rsidR="00F81D60" w14:paraId="406CB898" w14:textId="77777777">
        <w:trPr>
          <w:cantSplit/>
          <w:jc w:val="center"/>
        </w:trPr>
        <w:tc>
          <w:tcPr>
            <w:tcW w:w="1984" w:type="dxa"/>
            <w:vAlign w:val="center"/>
          </w:tcPr>
          <w:p w14:paraId="67E91C89" w14:textId="77777777" w:rsidR="00F81D60" w:rsidRDefault="00000000">
            <w:pPr>
              <w:pStyle w:val="TableText"/>
              <w:spacing w:before="40" w:after="40"/>
            </w:pPr>
            <w:r>
              <w:t>MM-020</w:t>
            </w:r>
            <w:r>
              <w:br/>
              <w:t>ISO: 5.2.2.2 c)</w:t>
            </w:r>
          </w:p>
        </w:tc>
        <w:tc>
          <w:tcPr>
            <w:tcW w:w="6236" w:type="dxa"/>
            <w:vAlign w:val="center"/>
          </w:tcPr>
          <w:p w14:paraId="74F8B53E" w14:textId="77777777" w:rsidR="00F81D60" w:rsidRDefault="00000000">
            <w:pPr>
              <w:pStyle w:val="TableText"/>
              <w:spacing w:before="40" w:after="40"/>
            </w:pPr>
            <w:r>
              <w:t>Sono valutate aree tranquille o soluzioni per ridurre il rumore in caso di sensibilità uditiva o cefalea?</w:t>
            </w:r>
          </w:p>
        </w:tc>
        <w:tc>
          <w:tcPr>
            <w:tcW w:w="1757" w:type="dxa"/>
            <w:vAlign w:val="center"/>
          </w:tcPr>
          <w:p w14:paraId="044E06EF" w14:textId="77777777" w:rsidR="00F81D60" w:rsidRDefault="00000000">
            <w:pPr>
              <w:pStyle w:val="TableText"/>
              <w:spacing w:before="40" w:after="40"/>
            </w:pPr>
            <w:r>
              <w:t>Esito: [ ]</w:t>
            </w:r>
            <w:r>
              <w:br/>
              <w:t>A07 n.: [ ]</w:t>
            </w:r>
          </w:p>
        </w:tc>
      </w:tr>
      <w:tr w:rsidR="00F81D60" w14:paraId="49B5858E" w14:textId="77777777">
        <w:trPr>
          <w:cantSplit/>
          <w:jc w:val="center"/>
        </w:trPr>
        <w:tc>
          <w:tcPr>
            <w:tcW w:w="1984" w:type="dxa"/>
            <w:shd w:val="clear" w:color="auto" w:fill="F5F7F9"/>
            <w:vAlign w:val="center"/>
          </w:tcPr>
          <w:p w14:paraId="25F27AC8" w14:textId="77777777" w:rsidR="00F81D60" w:rsidRDefault="00000000">
            <w:pPr>
              <w:pStyle w:val="TableText"/>
              <w:spacing w:before="40" w:after="40"/>
            </w:pPr>
            <w:r>
              <w:t>MM-021</w:t>
            </w:r>
            <w:r>
              <w:br/>
              <w:t>ISO: 5.2.2.2 d)</w:t>
            </w:r>
          </w:p>
        </w:tc>
        <w:tc>
          <w:tcPr>
            <w:tcW w:w="6236" w:type="dxa"/>
            <w:shd w:val="clear" w:color="auto" w:fill="F5F7F9"/>
            <w:vAlign w:val="center"/>
          </w:tcPr>
          <w:p w14:paraId="625D2325" w14:textId="77777777" w:rsidR="00F81D60" w:rsidRDefault="00000000">
            <w:pPr>
              <w:pStyle w:val="TableText"/>
              <w:spacing w:before="40" w:after="40"/>
            </w:pPr>
            <w:r>
              <w:t>Temperatura, umidità, qualità e movimento dell'aria sono gestiti consentendo adattamenti locali dove praticabili?</w:t>
            </w:r>
          </w:p>
        </w:tc>
        <w:tc>
          <w:tcPr>
            <w:tcW w:w="1757" w:type="dxa"/>
            <w:shd w:val="clear" w:color="auto" w:fill="F5F7F9"/>
            <w:vAlign w:val="center"/>
          </w:tcPr>
          <w:p w14:paraId="2A1A3023" w14:textId="77777777" w:rsidR="00F81D60" w:rsidRDefault="00000000">
            <w:pPr>
              <w:pStyle w:val="TableText"/>
              <w:spacing w:before="40" w:after="40"/>
            </w:pPr>
            <w:r>
              <w:t>Esito: [ ]</w:t>
            </w:r>
            <w:r>
              <w:br/>
              <w:t>A07 n.: [ ]</w:t>
            </w:r>
          </w:p>
        </w:tc>
      </w:tr>
      <w:tr w:rsidR="00F81D60" w14:paraId="771845DD" w14:textId="77777777">
        <w:trPr>
          <w:cantSplit/>
          <w:jc w:val="center"/>
        </w:trPr>
        <w:tc>
          <w:tcPr>
            <w:tcW w:w="1984" w:type="dxa"/>
            <w:vAlign w:val="center"/>
          </w:tcPr>
          <w:p w14:paraId="53D1866E" w14:textId="77777777" w:rsidR="00F81D60" w:rsidRDefault="00000000">
            <w:pPr>
              <w:pStyle w:val="TableText"/>
              <w:spacing w:before="40" w:after="40"/>
            </w:pPr>
            <w:r>
              <w:t>MM-022</w:t>
            </w:r>
            <w:r>
              <w:br/>
              <w:t>ISO: 5.2.2.2 e)</w:t>
            </w:r>
          </w:p>
        </w:tc>
        <w:tc>
          <w:tcPr>
            <w:tcW w:w="6236" w:type="dxa"/>
            <w:vAlign w:val="center"/>
          </w:tcPr>
          <w:p w14:paraId="281F0EBE" w14:textId="77777777" w:rsidR="00F81D60" w:rsidRDefault="00000000">
            <w:pPr>
              <w:pStyle w:val="TableText"/>
              <w:spacing w:before="40" w:after="40"/>
            </w:pPr>
            <w:r>
              <w:t>L'illuminazione è riesaminata per comfort e benessere, considerando regolazioni locali e caratteristiche delle sorgenti?</w:t>
            </w:r>
          </w:p>
        </w:tc>
        <w:tc>
          <w:tcPr>
            <w:tcW w:w="1757" w:type="dxa"/>
            <w:vAlign w:val="center"/>
          </w:tcPr>
          <w:p w14:paraId="4A854E43" w14:textId="77777777" w:rsidR="00F81D60" w:rsidRDefault="00000000">
            <w:pPr>
              <w:pStyle w:val="TableText"/>
              <w:spacing w:before="40" w:after="40"/>
            </w:pPr>
            <w:r>
              <w:t>Esito: [ ]</w:t>
            </w:r>
            <w:r>
              <w:br/>
              <w:t>A07 n.: [ ]</w:t>
            </w:r>
          </w:p>
        </w:tc>
      </w:tr>
      <w:tr w:rsidR="00F81D60" w14:paraId="2DD74178" w14:textId="77777777">
        <w:trPr>
          <w:cantSplit/>
          <w:jc w:val="center"/>
        </w:trPr>
        <w:tc>
          <w:tcPr>
            <w:tcW w:w="1984" w:type="dxa"/>
            <w:shd w:val="clear" w:color="auto" w:fill="F5F7F9"/>
            <w:vAlign w:val="center"/>
          </w:tcPr>
          <w:p w14:paraId="793D3434" w14:textId="77777777" w:rsidR="00F81D60" w:rsidRDefault="00000000">
            <w:pPr>
              <w:pStyle w:val="TableText"/>
              <w:spacing w:before="40" w:after="40"/>
            </w:pPr>
            <w:r>
              <w:t>MM-023</w:t>
            </w:r>
            <w:r>
              <w:br/>
              <w:t>ISO: 5.2.2.2 f)</w:t>
            </w:r>
          </w:p>
        </w:tc>
        <w:tc>
          <w:tcPr>
            <w:tcW w:w="6236" w:type="dxa"/>
            <w:shd w:val="clear" w:color="auto" w:fill="F5F7F9"/>
            <w:vAlign w:val="center"/>
          </w:tcPr>
          <w:p w14:paraId="3C08B816" w14:textId="77777777" w:rsidR="00F81D60" w:rsidRDefault="00000000">
            <w:pPr>
              <w:pStyle w:val="TableText"/>
              <w:spacing w:before="40" w:after="40"/>
            </w:pPr>
            <w:r>
              <w:t>Le zone naturalmente più calde o più fresche sono identificate e rese note ai lavoratori?</w:t>
            </w:r>
          </w:p>
        </w:tc>
        <w:tc>
          <w:tcPr>
            <w:tcW w:w="1757" w:type="dxa"/>
            <w:shd w:val="clear" w:color="auto" w:fill="F5F7F9"/>
            <w:vAlign w:val="center"/>
          </w:tcPr>
          <w:p w14:paraId="358AEDF3" w14:textId="77777777" w:rsidR="00F81D60" w:rsidRDefault="00000000">
            <w:pPr>
              <w:pStyle w:val="TableText"/>
              <w:spacing w:before="40" w:after="40"/>
            </w:pPr>
            <w:r>
              <w:t>Esito: [ ]</w:t>
            </w:r>
            <w:r>
              <w:br/>
              <w:t>A07 n.: [ ]</w:t>
            </w:r>
          </w:p>
        </w:tc>
      </w:tr>
      <w:tr w:rsidR="00F81D60" w14:paraId="2887F71B" w14:textId="77777777">
        <w:trPr>
          <w:cantSplit/>
          <w:jc w:val="center"/>
        </w:trPr>
        <w:tc>
          <w:tcPr>
            <w:tcW w:w="1984" w:type="dxa"/>
            <w:vAlign w:val="center"/>
          </w:tcPr>
          <w:p w14:paraId="35F7694B" w14:textId="77777777" w:rsidR="00F81D60" w:rsidRDefault="00000000">
            <w:pPr>
              <w:pStyle w:val="TableText"/>
              <w:spacing w:before="40" w:after="40"/>
            </w:pPr>
            <w:r>
              <w:t>MM-024</w:t>
            </w:r>
            <w:r>
              <w:br/>
              <w:t>ISO: 5.2.2.2 g)</w:t>
            </w:r>
          </w:p>
        </w:tc>
        <w:tc>
          <w:tcPr>
            <w:tcW w:w="6236" w:type="dxa"/>
            <w:vAlign w:val="center"/>
          </w:tcPr>
          <w:p w14:paraId="6F8F2DC5" w14:textId="77777777" w:rsidR="00F81D60" w:rsidRDefault="00000000">
            <w:pPr>
              <w:pStyle w:val="TableText"/>
              <w:spacing w:before="40" w:after="40"/>
            </w:pPr>
            <w:r>
              <w:t>L'impatto di odori intensi è considerato nella gestione delle possibili sensibilità individuali?</w:t>
            </w:r>
          </w:p>
        </w:tc>
        <w:tc>
          <w:tcPr>
            <w:tcW w:w="1757" w:type="dxa"/>
            <w:vAlign w:val="center"/>
          </w:tcPr>
          <w:p w14:paraId="62DBE25D" w14:textId="77777777" w:rsidR="00F81D60" w:rsidRDefault="00000000">
            <w:pPr>
              <w:pStyle w:val="TableText"/>
              <w:spacing w:before="40" w:after="40"/>
            </w:pPr>
            <w:r>
              <w:t>Esito: [ ]</w:t>
            </w:r>
            <w:r>
              <w:br/>
              <w:t>A07 n.: [ ]</w:t>
            </w:r>
          </w:p>
        </w:tc>
      </w:tr>
      <w:tr w:rsidR="00F81D60" w14:paraId="63355756" w14:textId="77777777">
        <w:trPr>
          <w:cantSplit/>
          <w:jc w:val="center"/>
        </w:trPr>
        <w:tc>
          <w:tcPr>
            <w:tcW w:w="1984" w:type="dxa"/>
            <w:shd w:val="clear" w:color="auto" w:fill="F5F7F9"/>
            <w:vAlign w:val="center"/>
          </w:tcPr>
          <w:p w14:paraId="031FA12D" w14:textId="77777777" w:rsidR="00F81D60" w:rsidRDefault="00000000">
            <w:pPr>
              <w:pStyle w:val="TableText"/>
              <w:spacing w:before="40" w:after="40"/>
            </w:pPr>
            <w:r>
              <w:t>MM-025</w:t>
            </w:r>
            <w:r>
              <w:br/>
              <w:t>ISO: 5.2.2.2 h)</w:t>
            </w:r>
          </w:p>
        </w:tc>
        <w:tc>
          <w:tcPr>
            <w:tcW w:w="6236" w:type="dxa"/>
            <w:shd w:val="clear" w:color="auto" w:fill="F5F7F9"/>
            <w:vAlign w:val="center"/>
          </w:tcPr>
          <w:p w14:paraId="6F76F112" w14:textId="77777777" w:rsidR="00F81D60" w:rsidRDefault="00000000">
            <w:pPr>
              <w:pStyle w:val="TableText"/>
              <w:spacing w:before="40" w:after="40"/>
            </w:pPr>
            <w:r>
              <w:t>Acqua corrente e strutture per la gestione igienica sono adeguate anche nei luoghi con accesso limitato ai servizi?</w:t>
            </w:r>
          </w:p>
        </w:tc>
        <w:tc>
          <w:tcPr>
            <w:tcW w:w="1757" w:type="dxa"/>
            <w:shd w:val="clear" w:color="auto" w:fill="F5F7F9"/>
            <w:vAlign w:val="center"/>
          </w:tcPr>
          <w:p w14:paraId="410B2272" w14:textId="77777777" w:rsidR="00F81D60" w:rsidRDefault="00000000">
            <w:pPr>
              <w:pStyle w:val="TableText"/>
              <w:spacing w:before="40" w:after="40"/>
            </w:pPr>
            <w:r>
              <w:t>Esito: [ ]</w:t>
            </w:r>
            <w:r>
              <w:br/>
              <w:t>A07 n.: [ ]</w:t>
            </w:r>
          </w:p>
        </w:tc>
      </w:tr>
    </w:tbl>
    <w:p w14:paraId="10647BFA" w14:textId="77777777" w:rsidR="00F81D60" w:rsidRDefault="00F81D60">
      <w:pPr>
        <w:spacing w:after="0"/>
      </w:pPr>
    </w:p>
    <w:p w14:paraId="79F4D15A"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401057FD" w14:textId="77777777" w:rsidR="00F81D60" w:rsidRDefault="00000000">
      <w:pPr>
        <w:pStyle w:val="Reference"/>
      </w:pPr>
      <w:r>
        <w:t>Azioni: riportare ID e seguito in A17 o nel PIANO_AZIONI. Non inserire informazioni sulla salute delle persone. Questa pagina non sostituisce i riscontri A07.</w:t>
      </w:r>
    </w:p>
    <w:p w14:paraId="4E0C6D23" w14:textId="77777777" w:rsidR="00F81D60" w:rsidRDefault="00000000">
      <w:r>
        <w:br w:type="page"/>
      </w:r>
    </w:p>
    <w:p w14:paraId="4DC3A497" w14:textId="77777777" w:rsidR="00F81D60" w:rsidRDefault="00000000">
      <w:pPr>
        <w:pStyle w:val="Small"/>
      </w:pPr>
      <w:r>
        <w:rPr>
          <w:b/>
          <w:color w:val="006B70"/>
        </w:rPr>
        <w:t>ALLEGATO AZIENDALE  •  MOD-MM-06  •  parte 4</w:t>
      </w:r>
    </w:p>
    <w:p w14:paraId="658E1CA1" w14:textId="77777777" w:rsidR="00F81D60" w:rsidRDefault="00000000">
      <w:pPr>
        <w:pStyle w:val="Titolo1"/>
      </w:pPr>
      <w:bookmarkStart w:id="49" w:name="A06_4"/>
      <w:r>
        <w:t>A06 | 04 | Indumenti e DPI | Verifiche</w:t>
      </w:r>
      <w:bookmarkEnd w:id="49"/>
    </w:p>
    <w:p w14:paraId="17ED3C49" w14:textId="77777777" w:rsidR="00F81D60" w:rsidRDefault="00000000">
      <w:pPr>
        <w:pStyle w:val="Reference"/>
      </w:pPr>
      <w:r>
        <w:t>Base documentale: [XLS] CATALOGO, ID MM-026–MM-030. Le istruzioni operative e i moduli sono elaborazioni aziendali del modello [AZ].</w:t>
      </w:r>
    </w:p>
    <w:p w14:paraId="032E704D"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6DA32CA7" w14:textId="77777777">
        <w:trPr>
          <w:tblHeader/>
          <w:jc w:val="center"/>
        </w:trPr>
        <w:tc>
          <w:tcPr>
            <w:tcW w:w="1984" w:type="dxa"/>
            <w:shd w:val="clear" w:color="auto" w:fill="17324D"/>
            <w:vAlign w:val="center"/>
          </w:tcPr>
          <w:p w14:paraId="2796DACB"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615466A7"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7DF2FB64" w14:textId="77777777" w:rsidR="00F81D60" w:rsidRDefault="00000000">
            <w:pPr>
              <w:pStyle w:val="TableText"/>
              <w:spacing w:before="40" w:after="40"/>
            </w:pPr>
            <w:r>
              <w:rPr>
                <w:b/>
                <w:color w:val="FFFFFF"/>
              </w:rPr>
              <w:t>Esito / riscontro</w:t>
            </w:r>
          </w:p>
        </w:tc>
      </w:tr>
      <w:tr w:rsidR="00F81D60" w14:paraId="165A39B7" w14:textId="77777777">
        <w:trPr>
          <w:cantSplit/>
          <w:jc w:val="center"/>
        </w:trPr>
        <w:tc>
          <w:tcPr>
            <w:tcW w:w="1984" w:type="dxa"/>
            <w:vAlign w:val="center"/>
          </w:tcPr>
          <w:p w14:paraId="27F4F04A" w14:textId="77777777" w:rsidR="00F81D60" w:rsidRDefault="00000000">
            <w:pPr>
              <w:pStyle w:val="TableText"/>
              <w:spacing w:before="40" w:after="40"/>
            </w:pPr>
            <w:r>
              <w:t>MM-026</w:t>
            </w:r>
            <w:r>
              <w:br/>
              <w:t>ISO: 5.2.2.3 a)</w:t>
            </w:r>
          </w:p>
        </w:tc>
        <w:tc>
          <w:tcPr>
            <w:tcW w:w="6236" w:type="dxa"/>
            <w:vAlign w:val="center"/>
          </w:tcPr>
          <w:p w14:paraId="7AB316D4" w14:textId="77777777" w:rsidR="00F81D60" w:rsidRDefault="00000000">
            <w:pPr>
              <w:pStyle w:val="TableText"/>
              <w:spacing w:before="40" w:after="40"/>
            </w:pPr>
            <w:r>
              <w:t>Sono disponibili luoghi discreti per cambiarsi e spazi dove conservare indumenti di ricambio?</w:t>
            </w:r>
          </w:p>
        </w:tc>
        <w:tc>
          <w:tcPr>
            <w:tcW w:w="1757" w:type="dxa"/>
            <w:vAlign w:val="center"/>
          </w:tcPr>
          <w:p w14:paraId="437FBBF3" w14:textId="77777777" w:rsidR="00F81D60" w:rsidRDefault="00000000">
            <w:pPr>
              <w:pStyle w:val="TableText"/>
              <w:spacing w:before="40" w:after="40"/>
            </w:pPr>
            <w:r>
              <w:t>Esito: [ ]</w:t>
            </w:r>
            <w:r>
              <w:br/>
              <w:t>A07 n.: [ ]</w:t>
            </w:r>
          </w:p>
        </w:tc>
      </w:tr>
      <w:tr w:rsidR="00F81D60" w14:paraId="349324AA" w14:textId="77777777">
        <w:trPr>
          <w:cantSplit/>
          <w:jc w:val="center"/>
        </w:trPr>
        <w:tc>
          <w:tcPr>
            <w:tcW w:w="1984" w:type="dxa"/>
            <w:shd w:val="clear" w:color="auto" w:fill="F5F7F9"/>
            <w:vAlign w:val="center"/>
          </w:tcPr>
          <w:p w14:paraId="1E64CC31" w14:textId="77777777" w:rsidR="00F81D60" w:rsidRDefault="00000000">
            <w:pPr>
              <w:pStyle w:val="TableText"/>
              <w:spacing w:before="40" w:after="40"/>
            </w:pPr>
            <w:r>
              <w:t>MM-027</w:t>
            </w:r>
            <w:r>
              <w:br/>
              <w:t>ISO: 5.2.2.3 b)</w:t>
            </w:r>
          </w:p>
        </w:tc>
        <w:tc>
          <w:tcPr>
            <w:tcW w:w="6236" w:type="dxa"/>
            <w:shd w:val="clear" w:color="auto" w:fill="F5F7F9"/>
            <w:vAlign w:val="center"/>
          </w:tcPr>
          <w:p w14:paraId="1BFA3BCF" w14:textId="77777777" w:rsidR="00F81D60" w:rsidRDefault="00000000">
            <w:pPr>
              <w:pStyle w:val="TableText"/>
              <w:spacing w:before="40" w:after="40"/>
            </w:pPr>
            <w:r>
              <w:t>Le uniformi sono valutate per taglia, traspirabilità, facilità di lavaggio e comfort?</w:t>
            </w:r>
          </w:p>
        </w:tc>
        <w:tc>
          <w:tcPr>
            <w:tcW w:w="1757" w:type="dxa"/>
            <w:shd w:val="clear" w:color="auto" w:fill="F5F7F9"/>
            <w:vAlign w:val="center"/>
          </w:tcPr>
          <w:p w14:paraId="69D53D07" w14:textId="77777777" w:rsidR="00F81D60" w:rsidRDefault="00000000">
            <w:pPr>
              <w:pStyle w:val="TableText"/>
              <w:spacing w:before="40" w:after="40"/>
            </w:pPr>
            <w:r>
              <w:t>Esito: [ ]</w:t>
            </w:r>
            <w:r>
              <w:br/>
              <w:t>A07 n.: [ ]</w:t>
            </w:r>
          </w:p>
        </w:tc>
      </w:tr>
      <w:tr w:rsidR="00F81D60" w14:paraId="5F433880" w14:textId="77777777">
        <w:trPr>
          <w:cantSplit/>
          <w:jc w:val="center"/>
        </w:trPr>
        <w:tc>
          <w:tcPr>
            <w:tcW w:w="1984" w:type="dxa"/>
            <w:vAlign w:val="center"/>
          </w:tcPr>
          <w:p w14:paraId="0BF24F8C" w14:textId="77777777" w:rsidR="00F81D60" w:rsidRDefault="00000000">
            <w:pPr>
              <w:pStyle w:val="TableText"/>
              <w:spacing w:before="40" w:after="40"/>
            </w:pPr>
            <w:r>
              <w:t>MM-028</w:t>
            </w:r>
            <w:r>
              <w:br/>
              <w:t>ISO: 5.2.2.3 b)</w:t>
            </w:r>
          </w:p>
        </w:tc>
        <w:tc>
          <w:tcPr>
            <w:tcW w:w="6236" w:type="dxa"/>
            <w:vAlign w:val="center"/>
          </w:tcPr>
          <w:p w14:paraId="69E273C4" w14:textId="77777777" w:rsidR="00F81D60" w:rsidRDefault="00000000">
            <w:pPr>
              <w:pStyle w:val="TableText"/>
              <w:spacing w:before="40" w:after="40"/>
            </w:pPr>
            <w:r>
              <w:t>Sono considerate opzioni di colore scuro, ricambi e regolazioni per variazioni temporanee della vestibilità?</w:t>
            </w:r>
          </w:p>
        </w:tc>
        <w:tc>
          <w:tcPr>
            <w:tcW w:w="1757" w:type="dxa"/>
            <w:vAlign w:val="center"/>
          </w:tcPr>
          <w:p w14:paraId="2F80121A" w14:textId="77777777" w:rsidR="00F81D60" w:rsidRDefault="00000000">
            <w:pPr>
              <w:pStyle w:val="TableText"/>
              <w:spacing w:before="40" w:after="40"/>
            </w:pPr>
            <w:r>
              <w:t>Esito: [ ]</w:t>
            </w:r>
            <w:r>
              <w:br/>
              <w:t>A07 n.: [ ]</w:t>
            </w:r>
          </w:p>
        </w:tc>
      </w:tr>
      <w:tr w:rsidR="00F81D60" w14:paraId="51A30FA4" w14:textId="77777777">
        <w:trPr>
          <w:cantSplit/>
          <w:jc w:val="center"/>
        </w:trPr>
        <w:tc>
          <w:tcPr>
            <w:tcW w:w="1984" w:type="dxa"/>
            <w:shd w:val="clear" w:color="auto" w:fill="F5F7F9"/>
            <w:vAlign w:val="center"/>
          </w:tcPr>
          <w:p w14:paraId="30DB6429" w14:textId="77777777" w:rsidR="00F81D60" w:rsidRDefault="00000000">
            <w:pPr>
              <w:pStyle w:val="TableText"/>
              <w:spacing w:before="40" w:after="40"/>
            </w:pPr>
            <w:r>
              <w:t>MM-029</w:t>
            </w:r>
            <w:r>
              <w:br/>
              <w:t>ISO: 5.2.2.3 c); 5.2.1</w:t>
            </w:r>
          </w:p>
        </w:tc>
        <w:tc>
          <w:tcPr>
            <w:tcW w:w="6236" w:type="dxa"/>
            <w:shd w:val="clear" w:color="auto" w:fill="F5F7F9"/>
            <w:vAlign w:val="center"/>
          </w:tcPr>
          <w:p w14:paraId="6B9E54AE" w14:textId="77777777" w:rsidR="00F81D60" w:rsidRDefault="00000000">
            <w:pPr>
              <w:pStyle w:val="TableText"/>
              <w:spacing w:before="40" w:after="40"/>
            </w:pPr>
            <w:r>
              <w:t>Gli adattamenti di DPI e attrezzature sono valutati senza comprometterne la funzione protettiva?</w:t>
            </w:r>
          </w:p>
        </w:tc>
        <w:tc>
          <w:tcPr>
            <w:tcW w:w="1757" w:type="dxa"/>
            <w:shd w:val="clear" w:color="auto" w:fill="F5F7F9"/>
            <w:vAlign w:val="center"/>
          </w:tcPr>
          <w:p w14:paraId="3423849B" w14:textId="77777777" w:rsidR="00F81D60" w:rsidRDefault="00000000">
            <w:pPr>
              <w:pStyle w:val="TableText"/>
              <w:spacing w:before="40" w:after="40"/>
            </w:pPr>
            <w:r>
              <w:t>Esito: [ ]</w:t>
            </w:r>
            <w:r>
              <w:br/>
              <w:t>A07 n.: [ ]</w:t>
            </w:r>
          </w:p>
        </w:tc>
      </w:tr>
      <w:tr w:rsidR="00F81D60" w14:paraId="1D4C407E" w14:textId="77777777">
        <w:trPr>
          <w:cantSplit/>
          <w:jc w:val="center"/>
        </w:trPr>
        <w:tc>
          <w:tcPr>
            <w:tcW w:w="1984" w:type="dxa"/>
            <w:vAlign w:val="center"/>
          </w:tcPr>
          <w:p w14:paraId="779BDE8A" w14:textId="77777777" w:rsidR="00F81D60" w:rsidRDefault="00000000">
            <w:pPr>
              <w:pStyle w:val="TableText"/>
              <w:spacing w:before="40" w:after="40"/>
            </w:pPr>
            <w:r>
              <w:t>MM-030</w:t>
            </w:r>
            <w:r>
              <w:br/>
              <w:t>ISO: 5.5.2.2 f)</w:t>
            </w:r>
          </w:p>
        </w:tc>
        <w:tc>
          <w:tcPr>
            <w:tcW w:w="6236" w:type="dxa"/>
            <w:vAlign w:val="center"/>
          </w:tcPr>
          <w:p w14:paraId="31B55DC7" w14:textId="77777777" w:rsidR="00F81D60" w:rsidRDefault="00000000">
            <w:pPr>
              <w:pStyle w:val="TableText"/>
              <w:spacing w:before="40" w:after="40"/>
            </w:pPr>
            <w:r>
              <w:t>È valutata la possibilità di limitare il tempo di uso di indumenti protettivi mediante organizzazione e pause in zone sicure?</w:t>
            </w:r>
          </w:p>
        </w:tc>
        <w:tc>
          <w:tcPr>
            <w:tcW w:w="1757" w:type="dxa"/>
            <w:vAlign w:val="center"/>
          </w:tcPr>
          <w:p w14:paraId="15DB68B2" w14:textId="77777777" w:rsidR="00F81D60" w:rsidRDefault="00000000">
            <w:pPr>
              <w:pStyle w:val="TableText"/>
              <w:spacing w:before="40" w:after="40"/>
            </w:pPr>
            <w:r>
              <w:t>Esito: [ ]</w:t>
            </w:r>
            <w:r>
              <w:br/>
              <w:t>A07 n.: [ ]</w:t>
            </w:r>
          </w:p>
        </w:tc>
      </w:tr>
    </w:tbl>
    <w:p w14:paraId="1152F4B9" w14:textId="77777777" w:rsidR="00F81D60" w:rsidRDefault="00F81D60">
      <w:pPr>
        <w:spacing w:after="0"/>
      </w:pPr>
    </w:p>
    <w:p w14:paraId="3683139B"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5D93F633" w14:textId="77777777" w:rsidR="00F81D60" w:rsidRDefault="00000000">
      <w:pPr>
        <w:pStyle w:val="Reference"/>
      </w:pPr>
      <w:r>
        <w:t>Azioni: riportare ID e seguito in A17 o nel PIANO_AZIONI. Non inserire informazioni sulla salute delle persone. Questa pagina non sostituisce i riscontri A07.</w:t>
      </w:r>
    </w:p>
    <w:p w14:paraId="1058FB04" w14:textId="77777777" w:rsidR="00F81D60" w:rsidRDefault="00000000">
      <w:r>
        <w:br w:type="page"/>
      </w:r>
    </w:p>
    <w:p w14:paraId="40A27EED" w14:textId="77777777" w:rsidR="00F81D60" w:rsidRDefault="00000000">
      <w:pPr>
        <w:pStyle w:val="Small"/>
      </w:pPr>
      <w:r>
        <w:rPr>
          <w:b/>
          <w:color w:val="006B70"/>
        </w:rPr>
        <w:t>ALLEGATO AZIENDALE  •  MOD-MM-06  •  parte 5</w:t>
      </w:r>
    </w:p>
    <w:p w14:paraId="34EC25F6" w14:textId="77777777" w:rsidR="00F81D60" w:rsidRDefault="00000000">
      <w:pPr>
        <w:pStyle w:val="Titolo1"/>
      </w:pPr>
      <w:bookmarkStart w:id="50" w:name="A06_5"/>
      <w:r>
        <w:t>A06 | 05 | Politiche e procedure | Verifiche</w:t>
      </w:r>
      <w:bookmarkEnd w:id="50"/>
    </w:p>
    <w:p w14:paraId="62791C5E" w14:textId="77777777" w:rsidR="00F81D60" w:rsidRDefault="00000000">
      <w:pPr>
        <w:pStyle w:val="Reference"/>
      </w:pPr>
      <w:r>
        <w:t>Base documentale: [XLS] CATALOGO, ID MM-031–MM-044. Le istruzioni operative e i moduli sono elaborazioni aziendali del modello [AZ].</w:t>
      </w:r>
    </w:p>
    <w:p w14:paraId="5B421F5C"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AF5CEDB" w14:textId="77777777">
        <w:trPr>
          <w:tblHeader/>
          <w:jc w:val="center"/>
        </w:trPr>
        <w:tc>
          <w:tcPr>
            <w:tcW w:w="1984" w:type="dxa"/>
            <w:shd w:val="clear" w:color="auto" w:fill="17324D"/>
            <w:vAlign w:val="center"/>
          </w:tcPr>
          <w:p w14:paraId="12B9E4C4" w14:textId="77777777" w:rsidR="00F81D60" w:rsidRDefault="00000000">
            <w:pPr>
              <w:pStyle w:val="TableText"/>
              <w:spacing w:before="40" w:after="40"/>
            </w:pPr>
            <w:r>
              <w:rPr>
                <w:b/>
                <w:color w:val="FFFFFF"/>
                <w:sz w:val="17"/>
              </w:rPr>
              <w:t>ID / riferimento della fonte</w:t>
            </w:r>
          </w:p>
        </w:tc>
        <w:tc>
          <w:tcPr>
            <w:tcW w:w="6236" w:type="dxa"/>
            <w:shd w:val="clear" w:color="auto" w:fill="17324D"/>
            <w:vAlign w:val="center"/>
          </w:tcPr>
          <w:p w14:paraId="0089EC9A" w14:textId="77777777" w:rsidR="00F81D60" w:rsidRDefault="00000000">
            <w:pPr>
              <w:pStyle w:val="TableText"/>
              <w:spacing w:before="40" w:after="40"/>
            </w:pPr>
            <w:r>
              <w:rPr>
                <w:b/>
                <w:color w:val="FFFFFF"/>
                <w:sz w:val="17"/>
              </w:rPr>
              <w:t>Verifica operativa – testo del catalogo Excel</w:t>
            </w:r>
          </w:p>
        </w:tc>
        <w:tc>
          <w:tcPr>
            <w:tcW w:w="1757" w:type="dxa"/>
            <w:shd w:val="clear" w:color="auto" w:fill="17324D"/>
            <w:vAlign w:val="center"/>
          </w:tcPr>
          <w:p w14:paraId="464688AA" w14:textId="77777777" w:rsidR="00F81D60" w:rsidRDefault="00000000">
            <w:pPr>
              <w:pStyle w:val="TableText"/>
              <w:spacing w:before="40" w:after="40"/>
            </w:pPr>
            <w:r>
              <w:rPr>
                <w:b/>
                <w:color w:val="FFFFFF"/>
                <w:sz w:val="17"/>
              </w:rPr>
              <w:t>Esito / riscontro</w:t>
            </w:r>
          </w:p>
        </w:tc>
      </w:tr>
      <w:tr w:rsidR="00F81D60" w14:paraId="39212A77" w14:textId="77777777">
        <w:trPr>
          <w:cantSplit/>
          <w:jc w:val="center"/>
        </w:trPr>
        <w:tc>
          <w:tcPr>
            <w:tcW w:w="1984" w:type="dxa"/>
            <w:vAlign w:val="center"/>
          </w:tcPr>
          <w:p w14:paraId="630D787B" w14:textId="77777777" w:rsidR="00F81D60" w:rsidRDefault="00000000">
            <w:pPr>
              <w:pStyle w:val="TableText"/>
              <w:spacing w:before="40" w:after="40"/>
            </w:pPr>
            <w:r>
              <w:rPr>
                <w:sz w:val="17"/>
              </w:rPr>
              <w:t>MM-031</w:t>
            </w:r>
            <w:r>
              <w:rPr>
                <w:sz w:val="17"/>
              </w:rPr>
              <w:br/>
              <w:t>ISO: 5.3.2.1 a)</w:t>
            </w:r>
          </w:p>
        </w:tc>
        <w:tc>
          <w:tcPr>
            <w:tcW w:w="6236" w:type="dxa"/>
            <w:vAlign w:val="center"/>
          </w:tcPr>
          <w:p w14:paraId="16D3E71F" w14:textId="77777777" w:rsidR="00F81D60" w:rsidRDefault="00000000">
            <w:pPr>
              <w:pStyle w:val="TableText"/>
              <w:spacing w:before="40" w:after="40"/>
            </w:pPr>
            <w:r>
              <w:rPr>
                <w:sz w:val="17"/>
              </w:rPr>
              <w:t>Le politiche sono sviluppate consultando persone di diversi ruoli e rappresentanze, con tutela della riservatezza?</w:t>
            </w:r>
          </w:p>
        </w:tc>
        <w:tc>
          <w:tcPr>
            <w:tcW w:w="1757" w:type="dxa"/>
            <w:vAlign w:val="center"/>
          </w:tcPr>
          <w:p w14:paraId="5A563AF8" w14:textId="77777777" w:rsidR="00F81D60" w:rsidRDefault="00000000">
            <w:pPr>
              <w:pStyle w:val="TableText"/>
              <w:spacing w:before="40" w:after="40"/>
            </w:pPr>
            <w:r>
              <w:rPr>
                <w:sz w:val="17"/>
              </w:rPr>
              <w:t>Esito: [ ]</w:t>
            </w:r>
            <w:r>
              <w:rPr>
                <w:sz w:val="17"/>
              </w:rPr>
              <w:br/>
              <w:t>A07 n.: [ ]</w:t>
            </w:r>
          </w:p>
        </w:tc>
      </w:tr>
      <w:tr w:rsidR="00F81D60" w14:paraId="49B0E2EC" w14:textId="77777777">
        <w:trPr>
          <w:cantSplit/>
          <w:jc w:val="center"/>
        </w:trPr>
        <w:tc>
          <w:tcPr>
            <w:tcW w:w="1984" w:type="dxa"/>
            <w:shd w:val="clear" w:color="auto" w:fill="F5F7F9"/>
            <w:vAlign w:val="center"/>
          </w:tcPr>
          <w:p w14:paraId="4866E010" w14:textId="77777777" w:rsidR="00F81D60" w:rsidRDefault="00000000">
            <w:pPr>
              <w:pStyle w:val="TableText"/>
              <w:spacing w:before="40" w:after="40"/>
            </w:pPr>
            <w:r>
              <w:rPr>
                <w:sz w:val="17"/>
              </w:rPr>
              <w:t>MM-032</w:t>
            </w:r>
            <w:r>
              <w:rPr>
                <w:sz w:val="17"/>
              </w:rPr>
              <w:br/>
              <w:t>ISO: 5.3.2.1 b); 5.3.1</w:t>
            </w:r>
          </w:p>
        </w:tc>
        <w:tc>
          <w:tcPr>
            <w:tcW w:w="6236" w:type="dxa"/>
            <w:shd w:val="clear" w:color="auto" w:fill="F5F7F9"/>
            <w:vAlign w:val="center"/>
          </w:tcPr>
          <w:p w14:paraId="2DAE8E92" w14:textId="77777777" w:rsidR="00F81D60" w:rsidRDefault="00000000">
            <w:pPr>
              <w:pStyle w:val="TableText"/>
              <w:spacing w:before="40" w:after="40"/>
            </w:pPr>
            <w:r>
              <w:rPr>
                <w:sz w:val="17"/>
              </w:rPr>
              <w:t>Le politiche su inclusione, performance, assenze e flessibilità sono coerenti con il supporto mestruale e menopausale?</w:t>
            </w:r>
          </w:p>
        </w:tc>
        <w:tc>
          <w:tcPr>
            <w:tcW w:w="1757" w:type="dxa"/>
            <w:shd w:val="clear" w:color="auto" w:fill="F5F7F9"/>
            <w:vAlign w:val="center"/>
          </w:tcPr>
          <w:p w14:paraId="1CA038D4" w14:textId="77777777" w:rsidR="00F81D60" w:rsidRDefault="00000000">
            <w:pPr>
              <w:pStyle w:val="TableText"/>
              <w:spacing w:before="40" w:after="40"/>
            </w:pPr>
            <w:r>
              <w:rPr>
                <w:sz w:val="17"/>
              </w:rPr>
              <w:t>Esito: [ ]</w:t>
            </w:r>
            <w:r>
              <w:rPr>
                <w:sz w:val="17"/>
              </w:rPr>
              <w:br/>
              <w:t>A07 n.: [ ]</w:t>
            </w:r>
          </w:p>
        </w:tc>
      </w:tr>
      <w:tr w:rsidR="00F81D60" w14:paraId="6AE02C56" w14:textId="77777777">
        <w:trPr>
          <w:cantSplit/>
          <w:jc w:val="center"/>
        </w:trPr>
        <w:tc>
          <w:tcPr>
            <w:tcW w:w="1984" w:type="dxa"/>
            <w:vAlign w:val="center"/>
          </w:tcPr>
          <w:p w14:paraId="21FE63A2" w14:textId="77777777" w:rsidR="00F81D60" w:rsidRDefault="00000000">
            <w:pPr>
              <w:pStyle w:val="TableText"/>
              <w:spacing w:before="40" w:after="40"/>
            </w:pPr>
            <w:r>
              <w:rPr>
                <w:sz w:val="17"/>
              </w:rPr>
              <w:t>MM-033</w:t>
            </w:r>
            <w:r>
              <w:rPr>
                <w:sz w:val="17"/>
              </w:rPr>
              <w:br/>
              <w:t>ISO: 5.3.2.1 c)</w:t>
            </w:r>
          </w:p>
        </w:tc>
        <w:tc>
          <w:tcPr>
            <w:tcW w:w="6236" w:type="dxa"/>
            <w:vAlign w:val="center"/>
          </w:tcPr>
          <w:p w14:paraId="374106E8" w14:textId="77777777" w:rsidR="00F81D60" w:rsidRDefault="00000000">
            <w:pPr>
              <w:pStyle w:val="TableText"/>
              <w:spacing w:before="40" w:after="40"/>
            </w:pPr>
            <w:r>
              <w:rPr>
                <w:sz w:val="17"/>
              </w:rPr>
              <w:t>La registrazione delle assenze consente una scelta riservata evitando stigma e penalizzazioni ingiuste?</w:t>
            </w:r>
          </w:p>
        </w:tc>
        <w:tc>
          <w:tcPr>
            <w:tcW w:w="1757" w:type="dxa"/>
            <w:vAlign w:val="center"/>
          </w:tcPr>
          <w:p w14:paraId="54B2CFF1" w14:textId="77777777" w:rsidR="00F81D60" w:rsidRDefault="00000000">
            <w:pPr>
              <w:pStyle w:val="TableText"/>
              <w:spacing w:before="40" w:after="40"/>
            </w:pPr>
            <w:r>
              <w:rPr>
                <w:sz w:val="17"/>
              </w:rPr>
              <w:t>Esito: [ ]</w:t>
            </w:r>
            <w:r>
              <w:rPr>
                <w:sz w:val="17"/>
              </w:rPr>
              <w:br/>
              <w:t>A07 n.: [ ]</w:t>
            </w:r>
          </w:p>
        </w:tc>
      </w:tr>
      <w:tr w:rsidR="00F81D60" w14:paraId="1D3B05EF" w14:textId="77777777">
        <w:trPr>
          <w:cantSplit/>
          <w:jc w:val="center"/>
        </w:trPr>
        <w:tc>
          <w:tcPr>
            <w:tcW w:w="1984" w:type="dxa"/>
            <w:shd w:val="clear" w:color="auto" w:fill="F5F7F9"/>
            <w:vAlign w:val="center"/>
          </w:tcPr>
          <w:p w14:paraId="3511CCA3" w14:textId="77777777" w:rsidR="00F81D60" w:rsidRDefault="00000000">
            <w:pPr>
              <w:pStyle w:val="TableText"/>
              <w:spacing w:before="40" w:after="40"/>
            </w:pPr>
            <w:r>
              <w:rPr>
                <w:sz w:val="17"/>
              </w:rPr>
              <w:t>MM-034</w:t>
            </w:r>
            <w:r>
              <w:rPr>
                <w:sz w:val="17"/>
              </w:rPr>
              <w:br/>
              <w:t>ISO: 5.3.2.1 d)</w:t>
            </w:r>
          </w:p>
        </w:tc>
        <w:tc>
          <w:tcPr>
            <w:tcW w:w="6236" w:type="dxa"/>
            <w:shd w:val="clear" w:color="auto" w:fill="F5F7F9"/>
            <w:vAlign w:val="center"/>
          </w:tcPr>
          <w:p w14:paraId="06E46A8D" w14:textId="77777777" w:rsidR="00F81D60" w:rsidRDefault="00000000">
            <w:pPr>
              <w:pStyle w:val="TableText"/>
              <w:spacing w:before="40" w:after="40"/>
            </w:pPr>
            <w:r>
              <w:rPr>
                <w:sz w:val="17"/>
              </w:rPr>
              <w:t>Sono identificate e valutate le disposizioni nazionali o regionali applicabili al contesto aziendale?</w:t>
            </w:r>
          </w:p>
        </w:tc>
        <w:tc>
          <w:tcPr>
            <w:tcW w:w="1757" w:type="dxa"/>
            <w:shd w:val="clear" w:color="auto" w:fill="F5F7F9"/>
            <w:vAlign w:val="center"/>
          </w:tcPr>
          <w:p w14:paraId="03D854D4" w14:textId="77777777" w:rsidR="00F81D60" w:rsidRDefault="00000000">
            <w:pPr>
              <w:pStyle w:val="TableText"/>
              <w:spacing w:before="40" w:after="40"/>
            </w:pPr>
            <w:r>
              <w:rPr>
                <w:sz w:val="17"/>
              </w:rPr>
              <w:t>Esito: [ ]</w:t>
            </w:r>
            <w:r>
              <w:rPr>
                <w:sz w:val="17"/>
              </w:rPr>
              <w:br/>
              <w:t>A07 n.: [ ]</w:t>
            </w:r>
          </w:p>
        </w:tc>
      </w:tr>
      <w:tr w:rsidR="00F81D60" w14:paraId="1B000402" w14:textId="77777777">
        <w:trPr>
          <w:cantSplit/>
          <w:jc w:val="center"/>
        </w:trPr>
        <w:tc>
          <w:tcPr>
            <w:tcW w:w="1984" w:type="dxa"/>
            <w:vAlign w:val="center"/>
          </w:tcPr>
          <w:p w14:paraId="7C5F6F26" w14:textId="77777777" w:rsidR="00F81D60" w:rsidRDefault="00000000">
            <w:pPr>
              <w:pStyle w:val="TableText"/>
              <w:spacing w:before="40" w:after="40"/>
            </w:pPr>
            <w:r>
              <w:rPr>
                <w:sz w:val="17"/>
              </w:rPr>
              <w:t>MM-035</w:t>
            </w:r>
            <w:r>
              <w:rPr>
                <w:sz w:val="17"/>
              </w:rPr>
              <w:br/>
              <w:t>ISO: 5.3.2.1 e)</w:t>
            </w:r>
          </w:p>
        </w:tc>
        <w:tc>
          <w:tcPr>
            <w:tcW w:w="6236" w:type="dxa"/>
            <w:vAlign w:val="center"/>
          </w:tcPr>
          <w:p w14:paraId="7437F006" w14:textId="77777777" w:rsidR="00F81D60" w:rsidRDefault="00000000">
            <w:pPr>
              <w:pStyle w:val="TableText"/>
              <w:spacing w:before="40" w:after="40"/>
            </w:pPr>
            <w:r>
              <w:rPr>
                <w:sz w:val="17"/>
              </w:rPr>
              <w:t>La valutazione dei rischi considera mestruazioni e menopausa tra i fattori della persona che possono interagire con il lavoro?</w:t>
            </w:r>
          </w:p>
        </w:tc>
        <w:tc>
          <w:tcPr>
            <w:tcW w:w="1757" w:type="dxa"/>
            <w:vAlign w:val="center"/>
          </w:tcPr>
          <w:p w14:paraId="210013B0" w14:textId="77777777" w:rsidR="00F81D60" w:rsidRDefault="00000000">
            <w:pPr>
              <w:pStyle w:val="TableText"/>
              <w:spacing w:before="40" w:after="40"/>
            </w:pPr>
            <w:r>
              <w:rPr>
                <w:sz w:val="17"/>
              </w:rPr>
              <w:t>Esito: [ ]</w:t>
            </w:r>
            <w:r>
              <w:rPr>
                <w:sz w:val="17"/>
              </w:rPr>
              <w:br/>
              <w:t>A07 n.: [ ]</w:t>
            </w:r>
          </w:p>
        </w:tc>
      </w:tr>
      <w:tr w:rsidR="00F81D60" w14:paraId="6BBC1477" w14:textId="77777777">
        <w:trPr>
          <w:cantSplit/>
          <w:jc w:val="center"/>
        </w:trPr>
        <w:tc>
          <w:tcPr>
            <w:tcW w:w="1984" w:type="dxa"/>
            <w:shd w:val="clear" w:color="auto" w:fill="F5F7F9"/>
            <w:vAlign w:val="center"/>
          </w:tcPr>
          <w:p w14:paraId="6AA675A0" w14:textId="77777777" w:rsidR="00F81D60" w:rsidRDefault="00000000">
            <w:pPr>
              <w:pStyle w:val="TableText"/>
              <w:spacing w:before="40" w:after="40"/>
            </w:pPr>
            <w:r>
              <w:rPr>
                <w:sz w:val="17"/>
              </w:rPr>
              <w:t>MM-036</w:t>
            </w:r>
            <w:r>
              <w:rPr>
                <w:sz w:val="17"/>
              </w:rPr>
              <w:br/>
              <w:t>ISO: 5.3.2.2 a)</w:t>
            </w:r>
          </w:p>
        </w:tc>
        <w:tc>
          <w:tcPr>
            <w:tcW w:w="6236" w:type="dxa"/>
            <w:shd w:val="clear" w:color="auto" w:fill="F5F7F9"/>
            <w:vAlign w:val="center"/>
          </w:tcPr>
          <w:p w14:paraId="0EFB5E1C" w14:textId="77777777" w:rsidR="00F81D60" w:rsidRDefault="00000000">
            <w:pPr>
              <w:pStyle w:val="TableText"/>
              <w:spacing w:before="40" w:after="40"/>
            </w:pPr>
            <w:r>
              <w:rPr>
                <w:sz w:val="17"/>
              </w:rPr>
              <w:t>Le politiche sono comunicate a tutti tramite canali accessibili e inclusivi?</w:t>
            </w:r>
          </w:p>
        </w:tc>
        <w:tc>
          <w:tcPr>
            <w:tcW w:w="1757" w:type="dxa"/>
            <w:shd w:val="clear" w:color="auto" w:fill="F5F7F9"/>
            <w:vAlign w:val="center"/>
          </w:tcPr>
          <w:p w14:paraId="5C5609A0" w14:textId="77777777" w:rsidR="00F81D60" w:rsidRDefault="00000000">
            <w:pPr>
              <w:pStyle w:val="TableText"/>
              <w:spacing w:before="40" w:after="40"/>
            </w:pPr>
            <w:r>
              <w:rPr>
                <w:sz w:val="17"/>
              </w:rPr>
              <w:t>Esito: [ ]</w:t>
            </w:r>
            <w:r>
              <w:rPr>
                <w:sz w:val="17"/>
              </w:rPr>
              <w:br/>
              <w:t>A07 n.: [ ]</w:t>
            </w:r>
          </w:p>
        </w:tc>
      </w:tr>
      <w:tr w:rsidR="00F81D60" w14:paraId="542A6AFE" w14:textId="77777777">
        <w:trPr>
          <w:cantSplit/>
          <w:jc w:val="center"/>
        </w:trPr>
        <w:tc>
          <w:tcPr>
            <w:tcW w:w="1984" w:type="dxa"/>
            <w:vAlign w:val="center"/>
          </w:tcPr>
          <w:p w14:paraId="296A152A" w14:textId="77777777" w:rsidR="00F81D60" w:rsidRDefault="00000000">
            <w:pPr>
              <w:pStyle w:val="TableText"/>
              <w:spacing w:before="40" w:after="40"/>
            </w:pPr>
            <w:r>
              <w:rPr>
                <w:sz w:val="17"/>
              </w:rPr>
              <w:t>MM-037</w:t>
            </w:r>
            <w:r>
              <w:rPr>
                <w:sz w:val="17"/>
              </w:rPr>
              <w:br/>
              <w:t>ISO: 5.3.2.2 b)</w:t>
            </w:r>
          </w:p>
        </w:tc>
        <w:tc>
          <w:tcPr>
            <w:tcW w:w="6236" w:type="dxa"/>
            <w:vAlign w:val="center"/>
          </w:tcPr>
          <w:p w14:paraId="65BAB084" w14:textId="77777777" w:rsidR="00F81D60" w:rsidRDefault="00000000">
            <w:pPr>
              <w:pStyle w:val="TableText"/>
              <w:spacing w:before="40" w:after="40"/>
            </w:pPr>
            <w:r>
              <w:rPr>
                <w:sz w:val="17"/>
              </w:rPr>
              <w:t>Esistono procedure che rendono concretamente applicabili le politiche e gli adattamenti?</w:t>
            </w:r>
          </w:p>
        </w:tc>
        <w:tc>
          <w:tcPr>
            <w:tcW w:w="1757" w:type="dxa"/>
            <w:vAlign w:val="center"/>
          </w:tcPr>
          <w:p w14:paraId="4612A400" w14:textId="77777777" w:rsidR="00F81D60" w:rsidRDefault="00000000">
            <w:pPr>
              <w:pStyle w:val="TableText"/>
              <w:spacing w:before="40" w:after="40"/>
            </w:pPr>
            <w:r>
              <w:rPr>
                <w:sz w:val="17"/>
              </w:rPr>
              <w:t>Esito: [ ]</w:t>
            </w:r>
            <w:r>
              <w:rPr>
                <w:sz w:val="17"/>
              </w:rPr>
              <w:br/>
              <w:t>A07 n.: [ ]</w:t>
            </w:r>
          </w:p>
        </w:tc>
      </w:tr>
      <w:tr w:rsidR="00F81D60" w14:paraId="3BAC6413" w14:textId="77777777">
        <w:trPr>
          <w:cantSplit/>
          <w:jc w:val="center"/>
        </w:trPr>
        <w:tc>
          <w:tcPr>
            <w:tcW w:w="1984" w:type="dxa"/>
            <w:shd w:val="clear" w:color="auto" w:fill="F5F7F9"/>
            <w:vAlign w:val="center"/>
          </w:tcPr>
          <w:p w14:paraId="7A5767B0" w14:textId="77777777" w:rsidR="00F81D60" w:rsidRDefault="00000000">
            <w:pPr>
              <w:pStyle w:val="TableText"/>
              <w:spacing w:before="40" w:after="40"/>
            </w:pPr>
            <w:r>
              <w:rPr>
                <w:sz w:val="17"/>
              </w:rPr>
              <w:t>MM-038</w:t>
            </w:r>
            <w:r>
              <w:rPr>
                <w:sz w:val="17"/>
              </w:rPr>
              <w:br/>
              <w:t>ISO: 5.3.2.2 c)</w:t>
            </w:r>
          </w:p>
        </w:tc>
        <w:tc>
          <w:tcPr>
            <w:tcW w:w="6236" w:type="dxa"/>
            <w:shd w:val="clear" w:color="auto" w:fill="F5F7F9"/>
            <w:vAlign w:val="center"/>
          </w:tcPr>
          <w:p w14:paraId="0631CDD7" w14:textId="77777777" w:rsidR="00F81D60" w:rsidRDefault="00000000">
            <w:pPr>
              <w:pStyle w:val="TableText"/>
              <w:spacing w:before="40" w:after="40"/>
            </w:pPr>
            <w:r>
              <w:rPr>
                <w:sz w:val="17"/>
              </w:rPr>
              <w:t>È previsto un percorso di consapevolezza dei manager sui supporti e sulle responsabilità pertinenti?</w:t>
            </w:r>
          </w:p>
        </w:tc>
        <w:tc>
          <w:tcPr>
            <w:tcW w:w="1757" w:type="dxa"/>
            <w:shd w:val="clear" w:color="auto" w:fill="F5F7F9"/>
            <w:vAlign w:val="center"/>
          </w:tcPr>
          <w:p w14:paraId="3FB2712B" w14:textId="77777777" w:rsidR="00F81D60" w:rsidRDefault="00000000">
            <w:pPr>
              <w:pStyle w:val="TableText"/>
              <w:spacing w:before="40" w:after="40"/>
            </w:pPr>
            <w:r>
              <w:rPr>
                <w:sz w:val="17"/>
              </w:rPr>
              <w:t>Esito: [ ]</w:t>
            </w:r>
            <w:r>
              <w:rPr>
                <w:sz w:val="17"/>
              </w:rPr>
              <w:br/>
              <w:t>A07 n.: [ ]</w:t>
            </w:r>
          </w:p>
        </w:tc>
      </w:tr>
      <w:tr w:rsidR="00F81D60" w14:paraId="0CC2673C" w14:textId="77777777">
        <w:trPr>
          <w:cantSplit/>
          <w:jc w:val="center"/>
        </w:trPr>
        <w:tc>
          <w:tcPr>
            <w:tcW w:w="1984" w:type="dxa"/>
            <w:vAlign w:val="center"/>
          </w:tcPr>
          <w:p w14:paraId="5F88047E" w14:textId="77777777" w:rsidR="00F81D60" w:rsidRDefault="00000000">
            <w:pPr>
              <w:pStyle w:val="TableText"/>
              <w:spacing w:before="40" w:after="40"/>
            </w:pPr>
            <w:r>
              <w:rPr>
                <w:sz w:val="17"/>
              </w:rPr>
              <w:t>MM-039</w:t>
            </w:r>
            <w:r>
              <w:rPr>
                <w:sz w:val="17"/>
              </w:rPr>
              <w:br/>
              <w:t>ISO: 5.3.2.2 d); 3.14</w:t>
            </w:r>
          </w:p>
        </w:tc>
        <w:tc>
          <w:tcPr>
            <w:tcW w:w="6236" w:type="dxa"/>
            <w:vAlign w:val="center"/>
          </w:tcPr>
          <w:p w14:paraId="00213C94" w14:textId="77777777" w:rsidR="00F81D60" w:rsidRDefault="00000000">
            <w:pPr>
              <w:pStyle w:val="TableText"/>
              <w:spacing w:before="40" w:after="40"/>
            </w:pPr>
            <w:r>
              <w:rPr>
                <w:sz w:val="17"/>
              </w:rPr>
              <w:t>È considerato un documento condiviso degli adattamenti concordati, trasferibile tra ruoli o responsabili?</w:t>
            </w:r>
          </w:p>
        </w:tc>
        <w:tc>
          <w:tcPr>
            <w:tcW w:w="1757" w:type="dxa"/>
            <w:vAlign w:val="center"/>
          </w:tcPr>
          <w:p w14:paraId="161DB556" w14:textId="77777777" w:rsidR="00F81D60" w:rsidRDefault="00000000">
            <w:pPr>
              <w:pStyle w:val="TableText"/>
              <w:spacing w:before="40" w:after="40"/>
            </w:pPr>
            <w:r>
              <w:rPr>
                <w:sz w:val="17"/>
              </w:rPr>
              <w:t>Esito: [ ]</w:t>
            </w:r>
            <w:r>
              <w:rPr>
                <w:sz w:val="17"/>
              </w:rPr>
              <w:br/>
              <w:t>A07 n.: [ ]</w:t>
            </w:r>
          </w:p>
        </w:tc>
      </w:tr>
      <w:tr w:rsidR="00F81D60" w14:paraId="03C02C2F" w14:textId="77777777">
        <w:trPr>
          <w:cantSplit/>
          <w:jc w:val="center"/>
        </w:trPr>
        <w:tc>
          <w:tcPr>
            <w:tcW w:w="1984" w:type="dxa"/>
            <w:shd w:val="clear" w:color="auto" w:fill="F5F7F9"/>
            <w:vAlign w:val="center"/>
          </w:tcPr>
          <w:p w14:paraId="18FF131E" w14:textId="77777777" w:rsidR="00F81D60" w:rsidRDefault="00000000">
            <w:pPr>
              <w:pStyle w:val="TableText"/>
              <w:spacing w:before="40" w:after="40"/>
            </w:pPr>
            <w:r>
              <w:rPr>
                <w:sz w:val="17"/>
              </w:rPr>
              <w:t>MM-040</w:t>
            </w:r>
            <w:r>
              <w:rPr>
                <w:sz w:val="17"/>
              </w:rPr>
              <w:br/>
              <w:t>ISO: 5.3.2.3 a)</w:t>
            </w:r>
          </w:p>
        </w:tc>
        <w:tc>
          <w:tcPr>
            <w:tcW w:w="6236" w:type="dxa"/>
            <w:shd w:val="clear" w:color="auto" w:fill="F5F7F9"/>
            <w:vAlign w:val="center"/>
          </w:tcPr>
          <w:p w14:paraId="0C8D12EA" w14:textId="77777777" w:rsidR="00F81D60" w:rsidRDefault="00000000">
            <w:pPr>
              <w:pStyle w:val="TableText"/>
              <w:spacing w:before="40" w:after="40"/>
            </w:pPr>
            <w:r>
              <w:rPr>
                <w:sz w:val="17"/>
              </w:rPr>
              <w:t>Le politiche prevedono colloqui periodici per riesaminare esigenze e misure nel tempo?</w:t>
            </w:r>
          </w:p>
        </w:tc>
        <w:tc>
          <w:tcPr>
            <w:tcW w:w="1757" w:type="dxa"/>
            <w:shd w:val="clear" w:color="auto" w:fill="F5F7F9"/>
            <w:vAlign w:val="center"/>
          </w:tcPr>
          <w:p w14:paraId="1B1B5CB4" w14:textId="77777777" w:rsidR="00F81D60" w:rsidRDefault="00000000">
            <w:pPr>
              <w:pStyle w:val="TableText"/>
              <w:spacing w:before="40" w:after="40"/>
            </w:pPr>
            <w:r>
              <w:rPr>
                <w:sz w:val="17"/>
              </w:rPr>
              <w:t>Esito: [ ]</w:t>
            </w:r>
            <w:r>
              <w:rPr>
                <w:sz w:val="17"/>
              </w:rPr>
              <w:br/>
              <w:t>A07 n.: [ ]</w:t>
            </w:r>
          </w:p>
        </w:tc>
      </w:tr>
      <w:tr w:rsidR="00F81D60" w14:paraId="622DD959" w14:textId="77777777">
        <w:trPr>
          <w:cantSplit/>
          <w:jc w:val="center"/>
        </w:trPr>
        <w:tc>
          <w:tcPr>
            <w:tcW w:w="1984" w:type="dxa"/>
            <w:vAlign w:val="center"/>
          </w:tcPr>
          <w:p w14:paraId="7E6BB500" w14:textId="77777777" w:rsidR="00F81D60" w:rsidRDefault="00000000">
            <w:pPr>
              <w:pStyle w:val="TableText"/>
              <w:spacing w:before="40" w:after="40"/>
            </w:pPr>
            <w:r>
              <w:rPr>
                <w:sz w:val="17"/>
              </w:rPr>
              <w:t>MM-041</w:t>
            </w:r>
            <w:r>
              <w:rPr>
                <w:sz w:val="17"/>
              </w:rPr>
              <w:br/>
              <w:t>ISO: 5.3.2.3 b)</w:t>
            </w:r>
          </w:p>
        </w:tc>
        <w:tc>
          <w:tcPr>
            <w:tcW w:w="6236" w:type="dxa"/>
            <w:vAlign w:val="center"/>
          </w:tcPr>
          <w:p w14:paraId="050BCE78" w14:textId="77777777" w:rsidR="00F81D60" w:rsidRDefault="00000000">
            <w:pPr>
              <w:pStyle w:val="TableText"/>
              <w:spacing w:before="40" w:after="40"/>
            </w:pPr>
            <w:r>
              <w:rPr>
                <w:sz w:val="17"/>
              </w:rPr>
              <w:t>La valutazione considera salute fisica e psicologica e include personale part-time e temporaneo?</w:t>
            </w:r>
          </w:p>
        </w:tc>
        <w:tc>
          <w:tcPr>
            <w:tcW w:w="1757" w:type="dxa"/>
            <w:vAlign w:val="center"/>
          </w:tcPr>
          <w:p w14:paraId="30FC82AC" w14:textId="77777777" w:rsidR="00F81D60" w:rsidRDefault="00000000">
            <w:pPr>
              <w:pStyle w:val="TableText"/>
              <w:spacing w:before="40" w:after="40"/>
            </w:pPr>
            <w:r>
              <w:rPr>
                <w:sz w:val="17"/>
              </w:rPr>
              <w:t>Esito: [ ]</w:t>
            </w:r>
            <w:r>
              <w:rPr>
                <w:sz w:val="17"/>
              </w:rPr>
              <w:br/>
              <w:t>A07 n.: [ ]</w:t>
            </w:r>
          </w:p>
        </w:tc>
      </w:tr>
      <w:tr w:rsidR="00F81D60" w14:paraId="205001AA" w14:textId="77777777">
        <w:trPr>
          <w:cantSplit/>
          <w:jc w:val="center"/>
        </w:trPr>
        <w:tc>
          <w:tcPr>
            <w:tcW w:w="1984" w:type="dxa"/>
            <w:shd w:val="clear" w:color="auto" w:fill="F5F7F9"/>
            <w:vAlign w:val="center"/>
          </w:tcPr>
          <w:p w14:paraId="13F81582" w14:textId="77777777" w:rsidR="00F81D60" w:rsidRDefault="00000000">
            <w:pPr>
              <w:pStyle w:val="TableText"/>
              <w:spacing w:before="40" w:after="40"/>
            </w:pPr>
            <w:r>
              <w:rPr>
                <w:sz w:val="17"/>
              </w:rPr>
              <w:t>MM-042</w:t>
            </w:r>
            <w:r>
              <w:rPr>
                <w:sz w:val="17"/>
              </w:rPr>
              <w:br/>
              <w:t>ISO: 5.3.2.3 c)</w:t>
            </w:r>
          </w:p>
        </w:tc>
        <w:tc>
          <w:tcPr>
            <w:tcW w:w="6236" w:type="dxa"/>
            <w:shd w:val="clear" w:color="auto" w:fill="F5F7F9"/>
            <w:vAlign w:val="center"/>
          </w:tcPr>
          <w:p w14:paraId="2F5DDE77" w14:textId="77777777" w:rsidR="00F81D60" w:rsidRDefault="00000000">
            <w:pPr>
              <w:pStyle w:val="TableText"/>
              <w:spacing w:before="40" w:after="40"/>
            </w:pPr>
            <w:r>
              <w:rPr>
                <w:sz w:val="17"/>
              </w:rPr>
              <w:t>Gli adattamenti non determinano esclusioni ingiustificate da formazione, selezione interna e progressioni?</w:t>
            </w:r>
          </w:p>
        </w:tc>
        <w:tc>
          <w:tcPr>
            <w:tcW w:w="1757" w:type="dxa"/>
            <w:shd w:val="clear" w:color="auto" w:fill="F5F7F9"/>
            <w:vAlign w:val="center"/>
          </w:tcPr>
          <w:p w14:paraId="3F2C4496" w14:textId="77777777" w:rsidR="00F81D60" w:rsidRDefault="00000000">
            <w:pPr>
              <w:pStyle w:val="TableText"/>
              <w:spacing w:before="40" w:after="40"/>
            </w:pPr>
            <w:r>
              <w:rPr>
                <w:sz w:val="17"/>
              </w:rPr>
              <w:t>Esito: [ ]</w:t>
            </w:r>
            <w:r>
              <w:rPr>
                <w:sz w:val="17"/>
              </w:rPr>
              <w:br/>
              <w:t>A07 n.: [ ]</w:t>
            </w:r>
          </w:p>
        </w:tc>
      </w:tr>
      <w:tr w:rsidR="00F81D60" w14:paraId="143A6F41" w14:textId="77777777">
        <w:trPr>
          <w:cantSplit/>
          <w:jc w:val="center"/>
        </w:trPr>
        <w:tc>
          <w:tcPr>
            <w:tcW w:w="1984" w:type="dxa"/>
            <w:vAlign w:val="center"/>
          </w:tcPr>
          <w:p w14:paraId="385CA210" w14:textId="77777777" w:rsidR="00F81D60" w:rsidRDefault="00000000">
            <w:pPr>
              <w:pStyle w:val="TableText"/>
              <w:spacing w:before="40" w:after="40"/>
            </w:pPr>
            <w:r>
              <w:rPr>
                <w:sz w:val="17"/>
              </w:rPr>
              <w:t>MM-043</w:t>
            </w:r>
            <w:r>
              <w:rPr>
                <w:sz w:val="17"/>
              </w:rPr>
              <w:br/>
              <w:t>ISO: 5.3.2.3 d)</w:t>
            </w:r>
          </w:p>
        </w:tc>
        <w:tc>
          <w:tcPr>
            <w:tcW w:w="6236" w:type="dxa"/>
            <w:vAlign w:val="center"/>
          </w:tcPr>
          <w:p w14:paraId="54C20858" w14:textId="77777777" w:rsidR="00F81D60" w:rsidRDefault="00000000">
            <w:pPr>
              <w:pStyle w:val="TableText"/>
              <w:spacing w:before="40" w:after="40"/>
            </w:pPr>
            <w:r>
              <w:rPr>
                <w:sz w:val="17"/>
              </w:rPr>
              <w:t>Sono stabili i canali di consultazione per aggiornare politiche e misure?</w:t>
            </w:r>
          </w:p>
        </w:tc>
        <w:tc>
          <w:tcPr>
            <w:tcW w:w="1757" w:type="dxa"/>
            <w:vAlign w:val="center"/>
          </w:tcPr>
          <w:p w14:paraId="32C6EB37" w14:textId="77777777" w:rsidR="00F81D60" w:rsidRDefault="00000000">
            <w:pPr>
              <w:pStyle w:val="TableText"/>
              <w:spacing w:before="40" w:after="40"/>
            </w:pPr>
            <w:r>
              <w:rPr>
                <w:sz w:val="17"/>
              </w:rPr>
              <w:t>Esito: [ ]</w:t>
            </w:r>
            <w:r>
              <w:rPr>
                <w:sz w:val="17"/>
              </w:rPr>
              <w:br/>
              <w:t>A07 n.: [ ]</w:t>
            </w:r>
          </w:p>
        </w:tc>
      </w:tr>
      <w:tr w:rsidR="00F81D60" w14:paraId="7FA8D5DF" w14:textId="77777777">
        <w:trPr>
          <w:cantSplit/>
          <w:jc w:val="center"/>
        </w:trPr>
        <w:tc>
          <w:tcPr>
            <w:tcW w:w="1984" w:type="dxa"/>
            <w:shd w:val="clear" w:color="auto" w:fill="F5F7F9"/>
            <w:vAlign w:val="center"/>
          </w:tcPr>
          <w:p w14:paraId="20CAD506" w14:textId="77777777" w:rsidR="00F81D60" w:rsidRDefault="00000000">
            <w:pPr>
              <w:pStyle w:val="TableText"/>
              <w:spacing w:before="40" w:after="40"/>
            </w:pPr>
            <w:r>
              <w:rPr>
                <w:sz w:val="17"/>
              </w:rPr>
              <w:t>MM-044</w:t>
            </w:r>
            <w:r>
              <w:rPr>
                <w:sz w:val="17"/>
              </w:rPr>
              <w:br/>
              <w:t>ISO: 5.3.2.3 e)</w:t>
            </w:r>
          </w:p>
        </w:tc>
        <w:tc>
          <w:tcPr>
            <w:tcW w:w="6236" w:type="dxa"/>
            <w:shd w:val="clear" w:color="auto" w:fill="F5F7F9"/>
            <w:vAlign w:val="center"/>
          </w:tcPr>
          <w:p w14:paraId="205B1ACD" w14:textId="77777777" w:rsidR="00F81D60" w:rsidRDefault="00000000">
            <w:pPr>
              <w:pStyle w:val="TableText"/>
              <w:spacing w:before="40" w:after="40"/>
            </w:pPr>
            <w:r>
              <w:rPr>
                <w:sz w:val="17"/>
              </w:rPr>
              <w:t>La pianificazione organizzativa è riesaminata per individuare assunzioni o barriere di genere non evidenti?</w:t>
            </w:r>
          </w:p>
        </w:tc>
        <w:tc>
          <w:tcPr>
            <w:tcW w:w="1757" w:type="dxa"/>
            <w:shd w:val="clear" w:color="auto" w:fill="F5F7F9"/>
            <w:vAlign w:val="center"/>
          </w:tcPr>
          <w:p w14:paraId="621FF938" w14:textId="77777777" w:rsidR="00F81D60" w:rsidRDefault="00000000">
            <w:pPr>
              <w:pStyle w:val="TableText"/>
              <w:spacing w:before="40" w:after="40"/>
            </w:pPr>
            <w:r>
              <w:rPr>
                <w:sz w:val="17"/>
              </w:rPr>
              <w:t>Esito: [ ]</w:t>
            </w:r>
            <w:r>
              <w:rPr>
                <w:sz w:val="17"/>
              </w:rPr>
              <w:br/>
              <w:t>A07 n.: [ ]</w:t>
            </w:r>
          </w:p>
        </w:tc>
      </w:tr>
    </w:tbl>
    <w:p w14:paraId="0B21C7DF" w14:textId="77777777" w:rsidR="00F81D60" w:rsidRDefault="00F81D60">
      <w:pPr>
        <w:spacing w:after="0"/>
      </w:pPr>
    </w:p>
    <w:p w14:paraId="29FD733B"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7B3A6144" w14:textId="77777777" w:rsidR="00F81D60" w:rsidRDefault="00000000">
      <w:pPr>
        <w:pStyle w:val="Reference"/>
      </w:pPr>
      <w:r>
        <w:t>Azioni: riportare ID e seguito in A17 o nel PIANO_AZIONI. Non inserire informazioni sulla salute delle persone. Questa pagina non sostituisce i riscontri A07.</w:t>
      </w:r>
    </w:p>
    <w:p w14:paraId="09B26ECF" w14:textId="77777777" w:rsidR="00F81D60" w:rsidRDefault="00000000">
      <w:r>
        <w:br w:type="page"/>
      </w:r>
    </w:p>
    <w:p w14:paraId="1D51AD7B" w14:textId="77777777" w:rsidR="00F81D60" w:rsidRDefault="00000000">
      <w:pPr>
        <w:pStyle w:val="Small"/>
      </w:pPr>
      <w:r>
        <w:rPr>
          <w:b/>
          <w:color w:val="006B70"/>
        </w:rPr>
        <w:t>ALLEGATO AZIENDALE  •  MOD-MM-06  •  parte 6</w:t>
      </w:r>
    </w:p>
    <w:p w14:paraId="6178F696" w14:textId="77777777" w:rsidR="00F81D60" w:rsidRDefault="00000000">
      <w:pPr>
        <w:pStyle w:val="Titolo1"/>
      </w:pPr>
      <w:bookmarkStart w:id="51" w:name="A06_6"/>
      <w:r>
        <w:t>A06 | 06 | Cultura e supporto | Verifiche</w:t>
      </w:r>
      <w:bookmarkEnd w:id="51"/>
    </w:p>
    <w:p w14:paraId="7898CD74" w14:textId="77777777" w:rsidR="00F81D60" w:rsidRDefault="00000000">
      <w:pPr>
        <w:pStyle w:val="Reference"/>
      </w:pPr>
      <w:r>
        <w:t>Base documentale: [XLS] CATALOGO, ID MM-045–MM-056. Le istruzioni operative e i moduli sono elaborazioni aziendali del modello [AZ].</w:t>
      </w:r>
    </w:p>
    <w:p w14:paraId="190EC9BD"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511015D4" w14:textId="77777777">
        <w:trPr>
          <w:tblHeader/>
          <w:jc w:val="center"/>
        </w:trPr>
        <w:tc>
          <w:tcPr>
            <w:tcW w:w="1984" w:type="dxa"/>
            <w:shd w:val="clear" w:color="auto" w:fill="17324D"/>
            <w:vAlign w:val="center"/>
          </w:tcPr>
          <w:p w14:paraId="675E0F08"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1E7388AA"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514EA4AB" w14:textId="77777777" w:rsidR="00F81D60" w:rsidRDefault="00000000">
            <w:pPr>
              <w:pStyle w:val="TableText"/>
              <w:spacing w:before="40" w:after="40"/>
            </w:pPr>
            <w:r>
              <w:rPr>
                <w:b/>
                <w:color w:val="FFFFFF"/>
              </w:rPr>
              <w:t>Esito / riscontro</w:t>
            </w:r>
          </w:p>
        </w:tc>
      </w:tr>
      <w:tr w:rsidR="00F81D60" w14:paraId="45CBC405" w14:textId="77777777">
        <w:trPr>
          <w:cantSplit/>
          <w:jc w:val="center"/>
        </w:trPr>
        <w:tc>
          <w:tcPr>
            <w:tcW w:w="1984" w:type="dxa"/>
            <w:vAlign w:val="center"/>
          </w:tcPr>
          <w:p w14:paraId="71223A75" w14:textId="77777777" w:rsidR="00F81D60" w:rsidRDefault="00000000">
            <w:pPr>
              <w:pStyle w:val="TableText"/>
              <w:spacing w:before="40" w:after="40"/>
            </w:pPr>
            <w:r>
              <w:t>MM-045</w:t>
            </w:r>
            <w:r>
              <w:br/>
              <w:t>ISO: 5.4.1</w:t>
            </w:r>
          </w:p>
        </w:tc>
        <w:tc>
          <w:tcPr>
            <w:tcW w:w="6236" w:type="dxa"/>
            <w:vAlign w:val="center"/>
          </w:tcPr>
          <w:p w14:paraId="49298F8B" w14:textId="77777777" w:rsidR="00F81D60" w:rsidRDefault="00000000">
            <w:pPr>
              <w:pStyle w:val="TableText"/>
              <w:spacing w:before="40" w:after="40"/>
            </w:pPr>
            <w:r>
              <w:t>Sono contrastati derisione, svalutazione, colpevolizzazione e comportamenti stigmatizzanti sul tema?</w:t>
            </w:r>
          </w:p>
        </w:tc>
        <w:tc>
          <w:tcPr>
            <w:tcW w:w="1757" w:type="dxa"/>
            <w:vAlign w:val="center"/>
          </w:tcPr>
          <w:p w14:paraId="5A7496D8" w14:textId="77777777" w:rsidR="00F81D60" w:rsidRDefault="00000000">
            <w:pPr>
              <w:pStyle w:val="TableText"/>
              <w:spacing w:before="40" w:after="40"/>
            </w:pPr>
            <w:r>
              <w:t>Esito: [ ]</w:t>
            </w:r>
            <w:r>
              <w:br/>
              <w:t>A07 n.: [ ]</w:t>
            </w:r>
          </w:p>
        </w:tc>
      </w:tr>
      <w:tr w:rsidR="00F81D60" w14:paraId="2857E2CC" w14:textId="77777777">
        <w:trPr>
          <w:cantSplit/>
          <w:jc w:val="center"/>
        </w:trPr>
        <w:tc>
          <w:tcPr>
            <w:tcW w:w="1984" w:type="dxa"/>
            <w:shd w:val="clear" w:color="auto" w:fill="F5F7F9"/>
            <w:vAlign w:val="center"/>
          </w:tcPr>
          <w:p w14:paraId="352BCEB5" w14:textId="77777777" w:rsidR="00F81D60" w:rsidRDefault="00000000">
            <w:pPr>
              <w:pStyle w:val="TableText"/>
              <w:spacing w:before="40" w:after="40"/>
            </w:pPr>
            <w:r>
              <w:t>MM-046</w:t>
            </w:r>
            <w:r>
              <w:br/>
              <w:t>ISO: 5.4.2.1 a)</w:t>
            </w:r>
          </w:p>
        </w:tc>
        <w:tc>
          <w:tcPr>
            <w:tcW w:w="6236" w:type="dxa"/>
            <w:shd w:val="clear" w:color="auto" w:fill="F5F7F9"/>
            <w:vAlign w:val="center"/>
          </w:tcPr>
          <w:p w14:paraId="6CA5B5E4" w14:textId="77777777" w:rsidR="00F81D60" w:rsidRDefault="00000000">
            <w:pPr>
              <w:pStyle w:val="TableText"/>
              <w:spacing w:before="40" w:after="40"/>
            </w:pPr>
            <w:r>
              <w:t>Lavoratori e manager hanno accesso a informazioni affidabili e azioni pratiche di supporto?</w:t>
            </w:r>
          </w:p>
        </w:tc>
        <w:tc>
          <w:tcPr>
            <w:tcW w:w="1757" w:type="dxa"/>
            <w:shd w:val="clear" w:color="auto" w:fill="F5F7F9"/>
            <w:vAlign w:val="center"/>
          </w:tcPr>
          <w:p w14:paraId="2C3FD840" w14:textId="77777777" w:rsidR="00F81D60" w:rsidRDefault="00000000">
            <w:pPr>
              <w:pStyle w:val="TableText"/>
              <w:spacing w:before="40" w:after="40"/>
            </w:pPr>
            <w:r>
              <w:t>Esito: [ ]</w:t>
            </w:r>
            <w:r>
              <w:br/>
              <w:t>A07 n.: [ ]</w:t>
            </w:r>
          </w:p>
        </w:tc>
      </w:tr>
      <w:tr w:rsidR="00F81D60" w14:paraId="187B307B" w14:textId="77777777">
        <w:trPr>
          <w:cantSplit/>
          <w:jc w:val="center"/>
        </w:trPr>
        <w:tc>
          <w:tcPr>
            <w:tcW w:w="1984" w:type="dxa"/>
            <w:vAlign w:val="center"/>
          </w:tcPr>
          <w:p w14:paraId="4EA473E4" w14:textId="77777777" w:rsidR="00F81D60" w:rsidRDefault="00000000">
            <w:pPr>
              <w:pStyle w:val="TableText"/>
              <w:spacing w:before="40" w:after="40"/>
            </w:pPr>
            <w:r>
              <w:t>MM-047</w:t>
            </w:r>
            <w:r>
              <w:br/>
              <w:t>ISO: 5.4.2.1 b); E.3.3</w:t>
            </w:r>
          </w:p>
        </w:tc>
        <w:tc>
          <w:tcPr>
            <w:tcW w:w="6236" w:type="dxa"/>
            <w:vAlign w:val="center"/>
          </w:tcPr>
          <w:p w14:paraId="15FECC1F" w14:textId="77777777" w:rsidR="00F81D60" w:rsidRDefault="00000000">
            <w:pPr>
              <w:pStyle w:val="TableText"/>
              <w:spacing w:before="40" w:after="40"/>
            </w:pPr>
            <w:r>
              <w:t>Sono individuati referenti formati con tempo, supervisione e risorse adeguati al ruolo?</w:t>
            </w:r>
          </w:p>
        </w:tc>
        <w:tc>
          <w:tcPr>
            <w:tcW w:w="1757" w:type="dxa"/>
            <w:vAlign w:val="center"/>
          </w:tcPr>
          <w:p w14:paraId="6AE97004" w14:textId="77777777" w:rsidR="00F81D60" w:rsidRDefault="00000000">
            <w:pPr>
              <w:pStyle w:val="TableText"/>
              <w:spacing w:before="40" w:after="40"/>
            </w:pPr>
            <w:r>
              <w:t>Esito: [ ]</w:t>
            </w:r>
            <w:r>
              <w:br/>
              <w:t>A07 n.: [ ]</w:t>
            </w:r>
          </w:p>
        </w:tc>
      </w:tr>
      <w:tr w:rsidR="00F81D60" w14:paraId="50CFAD13" w14:textId="77777777">
        <w:trPr>
          <w:cantSplit/>
          <w:jc w:val="center"/>
        </w:trPr>
        <w:tc>
          <w:tcPr>
            <w:tcW w:w="1984" w:type="dxa"/>
            <w:shd w:val="clear" w:color="auto" w:fill="F5F7F9"/>
            <w:vAlign w:val="center"/>
          </w:tcPr>
          <w:p w14:paraId="48FFAF3B" w14:textId="77777777" w:rsidR="00F81D60" w:rsidRDefault="00000000">
            <w:pPr>
              <w:pStyle w:val="TableText"/>
              <w:spacing w:before="40" w:after="40"/>
            </w:pPr>
            <w:r>
              <w:t>MM-048</w:t>
            </w:r>
            <w:r>
              <w:br/>
              <w:t>ISO: 5.4.2.1 c)</w:t>
            </w:r>
          </w:p>
        </w:tc>
        <w:tc>
          <w:tcPr>
            <w:tcW w:w="6236" w:type="dxa"/>
            <w:shd w:val="clear" w:color="auto" w:fill="F5F7F9"/>
            <w:vAlign w:val="center"/>
          </w:tcPr>
          <w:p w14:paraId="13F24E64" w14:textId="77777777" w:rsidR="00F81D60" w:rsidRDefault="00000000">
            <w:pPr>
              <w:pStyle w:val="TableText"/>
              <w:spacing w:before="40" w:after="40"/>
            </w:pPr>
            <w:r>
              <w:t>La sensibilizzazione dispone di risorse continuative, non limitate a eventi occasionali?</w:t>
            </w:r>
          </w:p>
        </w:tc>
        <w:tc>
          <w:tcPr>
            <w:tcW w:w="1757" w:type="dxa"/>
            <w:shd w:val="clear" w:color="auto" w:fill="F5F7F9"/>
            <w:vAlign w:val="center"/>
          </w:tcPr>
          <w:p w14:paraId="51B611A4" w14:textId="77777777" w:rsidR="00F81D60" w:rsidRDefault="00000000">
            <w:pPr>
              <w:pStyle w:val="TableText"/>
              <w:spacing w:before="40" w:after="40"/>
            </w:pPr>
            <w:r>
              <w:t>Esito: [ ]</w:t>
            </w:r>
            <w:r>
              <w:br/>
              <w:t>A07 n.: [ ]</w:t>
            </w:r>
          </w:p>
        </w:tc>
      </w:tr>
      <w:tr w:rsidR="00F81D60" w14:paraId="1E43E7F0" w14:textId="77777777">
        <w:trPr>
          <w:cantSplit/>
          <w:jc w:val="center"/>
        </w:trPr>
        <w:tc>
          <w:tcPr>
            <w:tcW w:w="1984" w:type="dxa"/>
            <w:vAlign w:val="center"/>
          </w:tcPr>
          <w:p w14:paraId="4A2F8C57" w14:textId="77777777" w:rsidR="00F81D60" w:rsidRDefault="00000000">
            <w:pPr>
              <w:pStyle w:val="TableText"/>
              <w:spacing w:before="40" w:after="40"/>
            </w:pPr>
            <w:r>
              <w:t>MM-049</w:t>
            </w:r>
            <w:r>
              <w:br/>
              <w:t>ISO: 5.4.2.1 d)</w:t>
            </w:r>
          </w:p>
        </w:tc>
        <w:tc>
          <w:tcPr>
            <w:tcW w:w="6236" w:type="dxa"/>
            <w:vAlign w:val="center"/>
          </w:tcPr>
          <w:p w14:paraId="1D27C8AA" w14:textId="77777777" w:rsidR="00F81D60" w:rsidRDefault="00000000">
            <w:pPr>
              <w:pStyle w:val="TableText"/>
              <w:spacing w:before="40" w:after="40"/>
            </w:pPr>
            <w:r>
              <w:t>La comunicazione spiega la variabilità delle esperienze senza associare automaticamente sintomi a scarsa capacità lavorativa?</w:t>
            </w:r>
          </w:p>
        </w:tc>
        <w:tc>
          <w:tcPr>
            <w:tcW w:w="1757" w:type="dxa"/>
            <w:vAlign w:val="center"/>
          </w:tcPr>
          <w:p w14:paraId="1A49DA2E" w14:textId="77777777" w:rsidR="00F81D60" w:rsidRDefault="00000000">
            <w:pPr>
              <w:pStyle w:val="TableText"/>
              <w:spacing w:before="40" w:after="40"/>
            </w:pPr>
            <w:r>
              <w:t>Esito: [ ]</w:t>
            </w:r>
            <w:r>
              <w:br/>
              <w:t>A07 n.: [ ]</w:t>
            </w:r>
          </w:p>
        </w:tc>
      </w:tr>
      <w:tr w:rsidR="00F81D60" w14:paraId="4173AD74" w14:textId="77777777">
        <w:trPr>
          <w:cantSplit/>
          <w:jc w:val="center"/>
        </w:trPr>
        <w:tc>
          <w:tcPr>
            <w:tcW w:w="1984" w:type="dxa"/>
            <w:shd w:val="clear" w:color="auto" w:fill="F5F7F9"/>
            <w:vAlign w:val="center"/>
          </w:tcPr>
          <w:p w14:paraId="2E2591C5" w14:textId="77777777" w:rsidR="00F81D60" w:rsidRDefault="00000000">
            <w:pPr>
              <w:pStyle w:val="TableText"/>
              <w:spacing w:before="40" w:after="40"/>
            </w:pPr>
            <w:r>
              <w:t>MM-050</w:t>
            </w:r>
            <w:r>
              <w:br/>
              <w:t>ISO: 5.4.2.1 e)</w:t>
            </w:r>
          </w:p>
        </w:tc>
        <w:tc>
          <w:tcPr>
            <w:tcW w:w="6236" w:type="dxa"/>
            <w:shd w:val="clear" w:color="auto" w:fill="F5F7F9"/>
            <w:vAlign w:val="center"/>
          </w:tcPr>
          <w:p w14:paraId="7255F327" w14:textId="77777777" w:rsidR="00F81D60" w:rsidRDefault="00000000">
            <w:pPr>
              <w:pStyle w:val="TableText"/>
              <w:spacing w:before="40" w:after="40"/>
            </w:pPr>
            <w:r>
              <w:t>I servizi e le iniziative considerano differenze culturali, etniche e religiose pertinenti alla popolazione aziendale?</w:t>
            </w:r>
          </w:p>
        </w:tc>
        <w:tc>
          <w:tcPr>
            <w:tcW w:w="1757" w:type="dxa"/>
            <w:shd w:val="clear" w:color="auto" w:fill="F5F7F9"/>
            <w:vAlign w:val="center"/>
          </w:tcPr>
          <w:p w14:paraId="665E0F09" w14:textId="77777777" w:rsidR="00F81D60" w:rsidRDefault="00000000">
            <w:pPr>
              <w:pStyle w:val="TableText"/>
              <w:spacing w:before="40" w:after="40"/>
            </w:pPr>
            <w:r>
              <w:t>Esito: [ ]</w:t>
            </w:r>
            <w:r>
              <w:br/>
              <w:t>A07 n.: [ ]</w:t>
            </w:r>
          </w:p>
        </w:tc>
      </w:tr>
      <w:tr w:rsidR="00F81D60" w14:paraId="12A6A1B9" w14:textId="77777777">
        <w:trPr>
          <w:cantSplit/>
          <w:jc w:val="center"/>
        </w:trPr>
        <w:tc>
          <w:tcPr>
            <w:tcW w:w="1984" w:type="dxa"/>
            <w:vAlign w:val="center"/>
          </w:tcPr>
          <w:p w14:paraId="0DD2052C" w14:textId="77777777" w:rsidR="00F81D60" w:rsidRDefault="00000000">
            <w:pPr>
              <w:pStyle w:val="TableText"/>
              <w:spacing w:before="40" w:after="40"/>
            </w:pPr>
            <w:r>
              <w:t>MM-051</w:t>
            </w:r>
            <w:r>
              <w:br/>
              <w:t>ISO: 5.4.2.2 a)</w:t>
            </w:r>
          </w:p>
        </w:tc>
        <w:tc>
          <w:tcPr>
            <w:tcW w:w="6236" w:type="dxa"/>
            <w:vAlign w:val="center"/>
          </w:tcPr>
          <w:p w14:paraId="4D1D2E25" w14:textId="77777777" w:rsidR="00F81D60" w:rsidRDefault="00000000">
            <w:pPr>
              <w:pStyle w:val="TableText"/>
              <w:spacing w:before="40" w:after="40"/>
            </w:pPr>
            <w:r>
              <w:t>Sono considerate reti informali o gruppi di supporto con partecipazione volontaria?</w:t>
            </w:r>
          </w:p>
        </w:tc>
        <w:tc>
          <w:tcPr>
            <w:tcW w:w="1757" w:type="dxa"/>
            <w:vAlign w:val="center"/>
          </w:tcPr>
          <w:p w14:paraId="73800E04" w14:textId="77777777" w:rsidR="00F81D60" w:rsidRDefault="00000000">
            <w:pPr>
              <w:pStyle w:val="TableText"/>
              <w:spacing w:before="40" w:after="40"/>
            </w:pPr>
            <w:r>
              <w:t>Esito: [ ]</w:t>
            </w:r>
            <w:r>
              <w:br/>
              <w:t>A07 n.: [ ]</w:t>
            </w:r>
          </w:p>
        </w:tc>
      </w:tr>
      <w:tr w:rsidR="00F81D60" w14:paraId="2686246D" w14:textId="77777777">
        <w:trPr>
          <w:cantSplit/>
          <w:jc w:val="center"/>
        </w:trPr>
        <w:tc>
          <w:tcPr>
            <w:tcW w:w="1984" w:type="dxa"/>
            <w:shd w:val="clear" w:color="auto" w:fill="F5F7F9"/>
            <w:vAlign w:val="center"/>
          </w:tcPr>
          <w:p w14:paraId="1D96E9D6" w14:textId="77777777" w:rsidR="00F81D60" w:rsidRDefault="00000000">
            <w:pPr>
              <w:pStyle w:val="TableText"/>
              <w:spacing w:before="40" w:after="40"/>
            </w:pPr>
            <w:r>
              <w:t>MM-052</w:t>
            </w:r>
            <w:r>
              <w:br/>
              <w:t>ISO: 5.4.2.2 b)</w:t>
            </w:r>
          </w:p>
        </w:tc>
        <w:tc>
          <w:tcPr>
            <w:tcW w:w="6236" w:type="dxa"/>
            <w:shd w:val="clear" w:color="auto" w:fill="F5F7F9"/>
            <w:vAlign w:val="center"/>
          </w:tcPr>
          <w:p w14:paraId="41956FFD" w14:textId="77777777" w:rsidR="00F81D60" w:rsidRDefault="00000000">
            <w:pPr>
              <w:pStyle w:val="TableText"/>
              <w:spacing w:before="40" w:after="40"/>
            </w:pPr>
            <w:r>
              <w:t>Sono disponibili colloqui riservati periodici per chi desidera discutere difficoltà e supporti?</w:t>
            </w:r>
          </w:p>
        </w:tc>
        <w:tc>
          <w:tcPr>
            <w:tcW w:w="1757" w:type="dxa"/>
            <w:shd w:val="clear" w:color="auto" w:fill="F5F7F9"/>
            <w:vAlign w:val="center"/>
          </w:tcPr>
          <w:p w14:paraId="1CF60E0F" w14:textId="77777777" w:rsidR="00F81D60" w:rsidRDefault="00000000">
            <w:pPr>
              <w:pStyle w:val="TableText"/>
              <w:spacing w:before="40" w:after="40"/>
            </w:pPr>
            <w:r>
              <w:t>Esito: [ ]</w:t>
            </w:r>
            <w:r>
              <w:br/>
              <w:t>A07 n.: [ ]</w:t>
            </w:r>
          </w:p>
        </w:tc>
      </w:tr>
      <w:tr w:rsidR="00F81D60" w14:paraId="4E0DCA9C" w14:textId="77777777">
        <w:trPr>
          <w:cantSplit/>
          <w:jc w:val="center"/>
        </w:trPr>
        <w:tc>
          <w:tcPr>
            <w:tcW w:w="1984" w:type="dxa"/>
            <w:vAlign w:val="center"/>
          </w:tcPr>
          <w:p w14:paraId="03302E50" w14:textId="77777777" w:rsidR="00F81D60" w:rsidRDefault="00000000">
            <w:pPr>
              <w:pStyle w:val="TableText"/>
              <w:spacing w:before="40" w:after="40"/>
            </w:pPr>
            <w:r>
              <w:t>MM-053</w:t>
            </w:r>
            <w:r>
              <w:br/>
              <w:t>ISO: 5.4.2.2 c)</w:t>
            </w:r>
          </w:p>
        </w:tc>
        <w:tc>
          <w:tcPr>
            <w:tcW w:w="6236" w:type="dxa"/>
            <w:vAlign w:val="center"/>
          </w:tcPr>
          <w:p w14:paraId="6A6D55D4" w14:textId="77777777" w:rsidR="00F81D60" w:rsidRDefault="00000000">
            <w:pPr>
              <w:pStyle w:val="TableText"/>
              <w:spacing w:before="40" w:after="40"/>
            </w:pPr>
            <w:r>
              <w:t>L'organizzazione sostiene l'autogestione e l'uso appropriato di pause o assenze senza pressioni al presenzialismo?</w:t>
            </w:r>
          </w:p>
        </w:tc>
        <w:tc>
          <w:tcPr>
            <w:tcW w:w="1757" w:type="dxa"/>
            <w:vAlign w:val="center"/>
          </w:tcPr>
          <w:p w14:paraId="7F828AA5" w14:textId="77777777" w:rsidR="00F81D60" w:rsidRDefault="00000000">
            <w:pPr>
              <w:pStyle w:val="TableText"/>
              <w:spacing w:before="40" w:after="40"/>
            </w:pPr>
            <w:r>
              <w:t>Esito: [ ]</w:t>
            </w:r>
            <w:r>
              <w:br/>
              <w:t>A07 n.: [ ]</w:t>
            </w:r>
          </w:p>
        </w:tc>
      </w:tr>
      <w:tr w:rsidR="00F81D60" w14:paraId="709F76C1" w14:textId="77777777">
        <w:trPr>
          <w:cantSplit/>
          <w:jc w:val="center"/>
        </w:trPr>
        <w:tc>
          <w:tcPr>
            <w:tcW w:w="1984" w:type="dxa"/>
            <w:shd w:val="clear" w:color="auto" w:fill="F5F7F9"/>
            <w:vAlign w:val="center"/>
          </w:tcPr>
          <w:p w14:paraId="0222A774" w14:textId="77777777" w:rsidR="00F81D60" w:rsidRDefault="00000000">
            <w:pPr>
              <w:pStyle w:val="TableText"/>
              <w:spacing w:before="40" w:after="40"/>
            </w:pPr>
            <w:r>
              <w:t>MM-054</w:t>
            </w:r>
            <w:r>
              <w:br/>
              <w:t>ISO: 5.4.2.2 d); 5.6.2.1 c)</w:t>
            </w:r>
          </w:p>
        </w:tc>
        <w:tc>
          <w:tcPr>
            <w:tcW w:w="6236" w:type="dxa"/>
            <w:shd w:val="clear" w:color="auto" w:fill="F5F7F9"/>
            <w:vAlign w:val="center"/>
          </w:tcPr>
          <w:p w14:paraId="067ECC62" w14:textId="77777777" w:rsidR="00F81D60" w:rsidRDefault="00000000">
            <w:pPr>
              <w:pStyle w:val="TableText"/>
              <w:spacing w:before="40" w:after="40"/>
            </w:pPr>
            <w:r>
              <w:t>Le eventuali app di benessere sono volontarie e accompagnate da informazioni chiare sui flussi di dati?</w:t>
            </w:r>
          </w:p>
        </w:tc>
        <w:tc>
          <w:tcPr>
            <w:tcW w:w="1757" w:type="dxa"/>
            <w:shd w:val="clear" w:color="auto" w:fill="F5F7F9"/>
            <w:vAlign w:val="center"/>
          </w:tcPr>
          <w:p w14:paraId="49738AC5" w14:textId="77777777" w:rsidR="00F81D60" w:rsidRDefault="00000000">
            <w:pPr>
              <w:pStyle w:val="TableText"/>
              <w:spacing w:before="40" w:after="40"/>
            </w:pPr>
            <w:r>
              <w:t>Esito: [ ]</w:t>
            </w:r>
            <w:r>
              <w:br/>
              <w:t>A07 n.: [ ]</w:t>
            </w:r>
          </w:p>
        </w:tc>
      </w:tr>
      <w:tr w:rsidR="00F81D60" w14:paraId="61559D35" w14:textId="77777777">
        <w:trPr>
          <w:cantSplit/>
          <w:jc w:val="center"/>
        </w:trPr>
        <w:tc>
          <w:tcPr>
            <w:tcW w:w="1984" w:type="dxa"/>
            <w:vAlign w:val="center"/>
          </w:tcPr>
          <w:p w14:paraId="309BBACF" w14:textId="77777777" w:rsidR="00F81D60" w:rsidRDefault="00000000">
            <w:pPr>
              <w:pStyle w:val="TableText"/>
              <w:spacing w:before="40" w:after="40"/>
            </w:pPr>
            <w:r>
              <w:t>MM-055</w:t>
            </w:r>
            <w:r>
              <w:br/>
              <w:t>ISO: 5.4.2.2 e)</w:t>
            </w:r>
          </w:p>
        </w:tc>
        <w:tc>
          <w:tcPr>
            <w:tcW w:w="6236" w:type="dxa"/>
            <w:vAlign w:val="center"/>
          </w:tcPr>
          <w:p w14:paraId="615A51DE" w14:textId="77777777" w:rsidR="00F81D60" w:rsidRDefault="00000000">
            <w:pPr>
              <w:pStyle w:val="TableText"/>
              <w:spacing w:before="40" w:after="40"/>
            </w:pPr>
            <w:r>
              <w:t>I programmi esistenti di assistenza, salute occupazionale o assicurazione includono supporti pertinenti, ove rilevanti?</w:t>
            </w:r>
          </w:p>
        </w:tc>
        <w:tc>
          <w:tcPr>
            <w:tcW w:w="1757" w:type="dxa"/>
            <w:vAlign w:val="center"/>
          </w:tcPr>
          <w:p w14:paraId="6103941A" w14:textId="77777777" w:rsidR="00F81D60" w:rsidRDefault="00000000">
            <w:pPr>
              <w:pStyle w:val="TableText"/>
              <w:spacing w:before="40" w:after="40"/>
            </w:pPr>
            <w:r>
              <w:t>Esito: [ ]</w:t>
            </w:r>
            <w:r>
              <w:br/>
              <w:t>A07 n.: [ ]</w:t>
            </w:r>
          </w:p>
        </w:tc>
      </w:tr>
      <w:tr w:rsidR="00F81D60" w14:paraId="59F9F1F7" w14:textId="77777777">
        <w:trPr>
          <w:cantSplit/>
          <w:jc w:val="center"/>
        </w:trPr>
        <w:tc>
          <w:tcPr>
            <w:tcW w:w="1984" w:type="dxa"/>
            <w:shd w:val="clear" w:color="auto" w:fill="F5F7F9"/>
            <w:vAlign w:val="center"/>
          </w:tcPr>
          <w:p w14:paraId="2C7CEC72" w14:textId="77777777" w:rsidR="00F81D60" w:rsidRDefault="00000000">
            <w:pPr>
              <w:pStyle w:val="TableText"/>
              <w:spacing w:before="40" w:after="40"/>
            </w:pPr>
            <w:r>
              <w:t>MM-056</w:t>
            </w:r>
            <w:r>
              <w:br/>
              <w:t>ISO: 5.4.2.3 b)-c)</w:t>
            </w:r>
          </w:p>
        </w:tc>
        <w:tc>
          <w:tcPr>
            <w:tcW w:w="6236" w:type="dxa"/>
            <w:shd w:val="clear" w:color="auto" w:fill="F5F7F9"/>
            <w:vAlign w:val="center"/>
          </w:tcPr>
          <w:p w14:paraId="4F87A45C" w14:textId="77777777" w:rsidR="00F81D60" w:rsidRDefault="00000000">
            <w:pPr>
              <w:pStyle w:val="TableText"/>
              <w:spacing w:before="40" w:after="40"/>
            </w:pPr>
            <w:r>
              <w:t>HR e manager conoscono procedure, risorse, diversità delle esperienze e modalità di attuazione delle misure?</w:t>
            </w:r>
          </w:p>
        </w:tc>
        <w:tc>
          <w:tcPr>
            <w:tcW w:w="1757" w:type="dxa"/>
            <w:shd w:val="clear" w:color="auto" w:fill="F5F7F9"/>
            <w:vAlign w:val="center"/>
          </w:tcPr>
          <w:p w14:paraId="21B93A2F" w14:textId="77777777" w:rsidR="00F81D60" w:rsidRDefault="00000000">
            <w:pPr>
              <w:pStyle w:val="TableText"/>
              <w:spacing w:before="40" w:after="40"/>
            </w:pPr>
            <w:r>
              <w:t>Esito: [ ]</w:t>
            </w:r>
            <w:r>
              <w:br/>
              <w:t>A07 n.: [ ]</w:t>
            </w:r>
          </w:p>
        </w:tc>
      </w:tr>
    </w:tbl>
    <w:p w14:paraId="64C48937" w14:textId="77777777" w:rsidR="00F81D60" w:rsidRDefault="00F81D60">
      <w:pPr>
        <w:spacing w:after="0"/>
      </w:pPr>
    </w:p>
    <w:p w14:paraId="62D0DFD1"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022730CB" w14:textId="77777777" w:rsidR="00F81D60" w:rsidRDefault="00000000">
      <w:pPr>
        <w:pStyle w:val="Reference"/>
      </w:pPr>
      <w:r>
        <w:t>Azioni: riportare ID e seguito in A17 o nel PIANO_AZIONI. Non inserire informazioni sulla salute delle persone. Questa pagina non sostituisce i riscontri A07.</w:t>
      </w:r>
    </w:p>
    <w:p w14:paraId="34878362" w14:textId="77777777" w:rsidR="00F81D60" w:rsidRDefault="00000000">
      <w:r>
        <w:br w:type="page"/>
      </w:r>
    </w:p>
    <w:p w14:paraId="4DC823D0" w14:textId="77777777" w:rsidR="00F81D60" w:rsidRDefault="00000000">
      <w:pPr>
        <w:pStyle w:val="Small"/>
      </w:pPr>
      <w:r>
        <w:rPr>
          <w:b/>
          <w:color w:val="006B70"/>
        </w:rPr>
        <w:t>ALLEGATO AZIENDALE  •  MOD-MM-06  •  parte 7</w:t>
      </w:r>
    </w:p>
    <w:p w14:paraId="1212D1E9" w14:textId="77777777" w:rsidR="00F81D60" w:rsidRDefault="00000000">
      <w:pPr>
        <w:pStyle w:val="Titolo1"/>
      </w:pPr>
      <w:bookmarkStart w:id="52" w:name="A06_7"/>
      <w:r>
        <w:t>A06 | 07 | Progettazione del lavoro | Verifiche</w:t>
      </w:r>
      <w:bookmarkEnd w:id="52"/>
    </w:p>
    <w:p w14:paraId="770B87F8" w14:textId="77777777" w:rsidR="00F81D60" w:rsidRDefault="00000000">
      <w:pPr>
        <w:pStyle w:val="Reference"/>
      </w:pPr>
      <w:r>
        <w:t>Base documentale: [XLS] CATALOGO, ID MM-057–MM-070. Le istruzioni operative e i moduli sono elaborazioni aziendali del modello [AZ].</w:t>
      </w:r>
    </w:p>
    <w:p w14:paraId="106C3B5E"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A818AA3" w14:textId="77777777">
        <w:trPr>
          <w:tblHeader/>
          <w:jc w:val="center"/>
        </w:trPr>
        <w:tc>
          <w:tcPr>
            <w:tcW w:w="1984" w:type="dxa"/>
            <w:shd w:val="clear" w:color="auto" w:fill="17324D"/>
            <w:vAlign w:val="center"/>
          </w:tcPr>
          <w:p w14:paraId="232E4BCF" w14:textId="77777777" w:rsidR="00F81D60" w:rsidRDefault="00000000">
            <w:pPr>
              <w:pStyle w:val="TableText"/>
              <w:spacing w:before="40" w:after="40"/>
            </w:pPr>
            <w:r>
              <w:rPr>
                <w:b/>
                <w:color w:val="FFFFFF"/>
                <w:sz w:val="17"/>
              </w:rPr>
              <w:t>ID / riferimento della fonte</w:t>
            </w:r>
          </w:p>
        </w:tc>
        <w:tc>
          <w:tcPr>
            <w:tcW w:w="6236" w:type="dxa"/>
            <w:shd w:val="clear" w:color="auto" w:fill="17324D"/>
            <w:vAlign w:val="center"/>
          </w:tcPr>
          <w:p w14:paraId="421F02B1" w14:textId="77777777" w:rsidR="00F81D60" w:rsidRDefault="00000000">
            <w:pPr>
              <w:pStyle w:val="TableText"/>
              <w:spacing w:before="40" w:after="40"/>
            </w:pPr>
            <w:r>
              <w:rPr>
                <w:b/>
                <w:color w:val="FFFFFF"/>
                <w:sz w:val="17"/>
              </w:rPr>
              <w:t>Verifica operativa – testo del catalogo Excel</w:t>
            </w:r>
          </w:p>
        </w:tc>
        <w:tc>
          <w:tcPr>
            <w:tcW w:w="1757" w:type="dxa"/>
            <w:shd w:val="clear" w:color="auto" w:fill="17324D"/>
            <w:vAlign w:val="center"/>
          </w:tcPr>
          <w:p w14:paraId="3AB70682" w14:textId="77777777" w:rsidR="00F81D60" w:rsidRDefault="00000000">
            <w:pPr>
              <w:pStyle w:val="TableText"/>
              <w:spacing w:before="40" w:after="40"/>
            </w:pPr>
            <w:r>
              <w:rPr>
                <w:b/>
                <w:color w:val="FFFFFF"/>
                <w:sz w:val="17"/>
              </w:rPr>
              <w:t>Esito / riscontro</w:t>
            </w:r>
          </w:p>
        </w:tc>
      </w:tr>
      <w:tr w:rsidR="00F81D60" w14:paraId="7FE6DE95" w14:textId="77777777">
        <w:trPr>
          <w:cantSplit/>
          <w:jc w:val="center"/>
        </w:trPr>
        <w:tc>
          <w:tcPr>
            <w:tcW w:w="1984" w:type="dxa"/>
            <w:vAlign w:val="center"/>
          </w:tcPr>
          <w:p w14:paraId="76B047C8" w14:textId="77777777" w:rsidR="00F81D60" w:rsidRDefault="00000000">
            <w:pPr>
              <w:pStyle w:val="TableText"/>
              <w:spacing w:before="40" w:after="40"/>
            </w:pPr>
            <w:r>
              <w:rPr>
                <w:sz w:val="17"/>
              </w:rPr>
              <w:t>MM-057</w:t>
            </w:r>
            <w:r>
              <w:rPr>
                <w:sz w:val="17"/>
              </w:rPr>
              <w:br/>
              <w:t>ISO: 5.5.1</w:t>
            </w:r>
          </w:p>
        </w:tc>
        <w:tc>
          <w:tcPr>
            <w:tcW w:w="6236" w:type="dxa"/>
            <w:vAlign w:val="center"/>
          </w:tcPr>
          <w:p w14:paraId="63BEC92D" w14:textId="77777777" w:rsidR="00F81D60" w:rsidRDefault="00000000">
            <w:pPr>
              <w:pStyle w:val="TableText"/>
              <w:spacing w:before="40" w:after="40"/>
            </w:pPr>
            <w:r>
              <w:rPr>
                <w:sz w:val="17"/>
              </w:rPr>
              <w:t>Gli adattamenti sono progettati con il lavoratore e riesaminati anche quando temporanei?</w:t>
            </w:r>
          </w:p>
        </w:tc>
        <w:tc>
          <w:tcPr>
            <w:tcW w:w="1757" w:type="dxa"/>
            <w:vAlign w:val="center"/>
          </w:tcPr>
          <w:p w14:paraId="2938B790" w14:textId="77777777" w:rsidR="00F81D60" w:rsidRDefault="00000000">
            <w:pPr>
              <w:pStyle w:val="TableText"/>
              <w:spacing w:before="40" w:after="40"/>
            </w:pPr>
            <w:r>
              <w:rPr>
                <w:sz w:val="17"/>
              </w:rPr>
              <w:t>Esito: [ ]</w:t>
            </w:r>
            <w:r>
              <w:rPr>
                <w:sz w:val="17"/>
              </w:rPr>
              <w:br/>
              <w:t>A07 n.: [ ]</w:t>
            </w:r>
          </w:p>
        </w:tc>
      </w:tr>
      <w:tr w:rsidR="00F81D60" w14:paraId="1BB72367" w14:textId="77777777">
        <w:trPr>
          <w:cantSplit/>
          <w:jc w:val="center"/>
        </w:trPr>
        <w:tc>
          <w:tcPr>
            <w:tcW w:w="1984" w:type="dxa"/>
            <w:shd w:val="clear" w:color="auto" w:fill="F5F7F9"/>
            <w:vAlign w:val="center"/>
          </w:tcPr>
          <w:p w14:paraId="56F60113" w14:textId="77777777" w:rsidR="00F81D60" w:rsidRDefault="00000000">
            <w:pPr>
              <w:pStyle w:val="TableText"/>
              <w:spacing w:before="40" w:after="40"/>
            </w:pPr>
            <w:r>
              <w:rPr>
                <w:sz w:val="17"/>
              </w:rPr>
              <w:t>MM-058</w:t>
            </w:r>
            <w:r>
              <w:rPr>
                <w:sz w:val="17"/>
              </w:rPr>
              <w:br/>
              <w:t>ISO: 5.5.2.1 a)</w:t>
            </w:r>
          </w:p>
        </w:tc>
        <w:tc>
          <w:tcPr>
            <w:tcW w:w="6236" w:type="dxa"/>
            <w:shd w:val="clear" w:color="auto" w:fill="F5F7F9"/>
            <w:vAlign w:val="center"/>
          </w:tcPr>
          <w:p w14:paraId="369414FD" w14:textId="77777777" w:rsidR="00F81D60" w:rsidRDefault="00000000">
            <w:pPr>
              <w:pStyle w:val="TableText"/>
              <w:spacing w:before="40" w:after="40"/>
            </w:pPr>
            <w:r>
              <w:rPr>
                <w:sz w:val="17"/>
              </w:rPr>
              <w:t>Le preferenze sono raccolte senza presumere che lavoro da casa o giornate intere di assenza siano la soluzione desiderata?</w:t>
            </w:r>
          </w:p>
        </w:tc>
        <w:tc>
          <w:tcPr>
            <w:tcW w:w="1757" w:type="dxa"/>
            <w:shd w:val="clear" w:color="auto" w:fill="F5F7F9"/>
            <w:vAlign w:val="center"/>
          </w:tcPr>
          <w:p w14:paraId="69F5F4A4" w14:textId="77777777" w:rsidR="00F81D60" w:rsidRDefault="00000000">
            <w:pPr>
              <w:pStyle w:val="TableText"/>
              <w:spacing w:before="40" w:after="40"/>
            </w:pPr>
            <w:r>
              <w:rPr>
                <w:sz w:val="17"/>
              </w:rPr>
              <w:t>Esito: [ ]</w:t>
            </w:r>
            <w:r>
              <w:rPr>
                <w:sz w:val="17"/>
              </w:rPr>
              <w:br/>
              <w:t>A07 n.: [ ]</w:t>
            </w:r>
          </w:p>
        </w:tc>
      </w:tr>
      <w:tr w:rsidR="00F81D60" w14:paraId="0A757C9E" w14:textId="77777777">
        <w:trPr>
          <w:cantSplit/>
          <w:jc w:val="center"/>
        </w:trPr>
        <w:tc>
          <w:tcPr>
            <w:tcW w:w="1984" w:type="dxa"/>
            <w:vAlign w:val="center"/>
          </w:tcPr>
          <w:p w14:paraId="5BD5E881" w14:textId="77777777" w:rsidR="00F81D60" w:rsidRDefault="00000000">
            <w:pPr>
              <w:pStyle w:val="TableText"/>
              <w:spacing w:before="40" w:after="40"/>
            </w:pPr>
            <w:r>
              <w:rPr>
                <w:sz w:val="17"/>
              </w:rPr>
              <w:t>MM-059</w:t>
            </w:r>
            <w:r>
              <w:rPr>
                <w:sz w:val="17"/>
              </w:rPr>
              <w:br/>
              <w:t>ISO: 5.5.2.1 b)</w:t>
            </w:r>
          </w:p>
        </w:tc>
        <w:tc>
          <w:tcPr>
            <w:tcW w:w="6236" w:type="dxa"/>
            <w:vAlign w:val="center"/>
          </w:tcPr>
          <w:p w14:paraId="38457EA5" w14:textId="77777777" w:rsidR="00F81D60" w:rsidRDefault="00000000">
            <w:pPr>
              <w:pStyle w:val="TableText"/>
              <w:spacing w:before="40" w:after="40"/>
            </w:pPr>
            <w:r>
              <w:rPr>
                <w:sz w:val="17"/>
              </w:rPr>
              <w:t>È valutata la flessibilità nella distribuzione delle pause, ove compatibile con il lavoro?</w:t>
            </w:r>
          </w:p>
        </w:tc>
        <w:tc>
          <w:tcPr>
            <w:tcW w:w="1757" w:type="dxa"/>
            <w:vAlign w:val="center"/>
          </w:tcPr>
          <w:p w14:paraId="5D185B5A" w14:textId="77777777" w:rsidR="00F81D60" w:rsidRDefault="00000000">
            <w:pPr>
              <w:pStyle w:val="TableText"/>
              <w:spacing w:before="40" w:after="40"/>
            </w:pPr>
            <w:r>
              <w:rPr>
                <w:sz w:val="17"/>
              </w:rPr>
              <w:t>Esito: [ ]</w:t>
            </w:r>
            <w:r>
              <w:rPr>
                <w:sz w:val="17"/>
              </w:rPr>
              <w:br/>
              <w:t>A07 n.: [ ]</w:t>
            </w:r>
          </w:p>
        </w:tc>
      </w:tr>
      <w:tr w:rsidR="00F81D60" w14:paraId="2D297033" w14:textId="77777777">
        <w:trPr>
          <w:cantSplit/>
          <w:jc w:val="center"/>
        </w:trPr>
        <w:tc>
          <w:tcPr>
            <w:tcW w:w="1984" w:type="dxa"/>
            <w:shd w:val="clear" w:color="auto" w:fill="F5F7F9"/>
            <w:vAlign w:val="center"/>
          </w:tcPr>
          <w:p w14:paraId="583A629C" w14:textId="77777777" w:rsidR="00F81D60" w:rsidRDefault="00000000">
            <w:pPr>
              <w:pStyle w:val="TableText"/>
              <w:spacing w:before="40" w:after="40"/>
            </w:pPr>
            <w:r>
              <w:rPr>
                <w:sz w:val="17"/>
              </w:rPr>
              <w:t>MM-060</w:t>
            </w:r>
            <w:r>
              <w:rPr>
                <w:sz w:val="17"/>
              </w:rPr>
              <w:br/>
              <w:t>ISO: 5.5.2.1 c)</w:t>
            </w:r>
          </w:p>
        </w:tc>
        <w:tc>
          <w:tcPr>
            <w:tcW w:w="6236" w:type="dxa"/>
            <w:shd w:val="clear" w:color="auto" w:fill="F5F7F9"/>
            <w:vAlign w:val="center"/>
          </w:tcPr>
          <w:p w14:paraId="52E5D0C3" w14:textId="77777777" w:rsidR="00F81D60" w:rsidRDefault="00000000">
            <w:pPr>
              <w:pStyle w:val="TableText"/>
              <w:spacing w:before="40" w:after="40"/>
            </w:pPr>
            <w:r>
              <w:rPr>
                <w:sz w:val="17"/>
              </w:rPr>
              <w:t>È considerata la possibilità di brevi permessi per sintomi episodici, nel quadro organizzativo e contrattuale applicabile?</w:t>
            </w:r>
          </w:p>
        </w:tc>
        <w:tc>
          <w:tcPr>
            <w:tcW w:w="1757" w:type="dxa"/>
            <w:shd w:val="clear" w:color="auto" w:fill="F5F7F9"/>
            <w:vAlign w:val="center"/>
          </w:tcPr>
          <w:p w14:paraId="5586BDBA" w14:textId="77777777" w:rsidR="00F81D60" w:rsidRDefault="00000000">
            <w:pPr>
              <w:pStyle w:val="TableText"/>
              <w:spacing w:before="40" w:after="40"/>
            </w:pPr>
            <w:r>
              <w:rPr>
                <w:sz w:val="17"/>
              </w:rPr>
              <w:t>Esito: [ ]</w:t>
            </w:r>
            <w:r>
              <w:rPr>
                <w:sz w:val="17"/>
              </w:rPr>
              <w:br/>
              <w:t>A07 n.: [ ]</w:t>
            </w:r>
          </w:p>
        </w:tc>
      </w:tr>
      <w:tr w:rsidR="00F81D60" w14:paraId="42F0B151" w14:textId="77777777">
        <w:trPr>
          <w:cantSplit/>
          <w:jc w:val="center"/>
        </w:trPr>
        <w:tc>
          <w:tcPr>
            <w:tcW w:w="1984" w:type="dxa"/>
            <w:vAlign w:val="center"/>
          </w:tcPr>
          <w:p w14:paraId="29C21006" w14:textId="77777777" w:rsidR="00F81D60" w:rsidRDefault="00000000">
            <w:pPr>
              <w:pStyle w:val="TableText"/>
              <w:spacing w:before="40" w:after="40"/>
            </w:pPr>
            <w:r>
              <w:rPr>
                <w:sz w:val="17"/>
              </w:rPr>
              <w:t>MM-061</w:t>
            </w:r>
            <w:r>
              <w:rPr>
                <w:sz w:val="17"/>
              </w:rPr>
              <w:br/>
              <w:t>ISO: 5.5.2.1 d)</w:t>
            </w:r>
          </w:p>
        </w:tc>
        <w:tc>
          <w:tcPr>
            <w:tcW w:w="6236" w:type="dxa"/>
            <w:vAlign w:val="center"/>
          </w:tcPr>
          <w:p w14:paraId="14ED7233" w14:textId="77777777" w:rsidR="00F81D60" w:rsidRDefault="00000000">
            <w:pPr>
              <w:pStyle w:val="TableText"/>
              <w:spacing w:before="40" w:after="40"/>
            </w:pPr>
            <w:r>
              <w:rPr>
                <w:sz w:val="17"/>
              </w:rPr>
              <w:t>Sono valutate forme compatibili di compensazione o accumulo delle ore per gestire esigenze variabili?</w:t>
            </w:r>
          </w:p>
        </w:tc>
        <w:tc>
          <w:tcPr>
            <w:tcW w:w="1757" w:type="dxa"/>
            <w:vAlign w:val="center"/>
          </w:tcPr>
          <w:p w14:paraId="7442D4F5" w14:textId="77777777" w:rsidR="00F81D60" w:rsidRDefault="00000000">
            <w:pPr>
              <w:pStyle w:val="TableText"/>
              <w:spacing w:before="40" w:after="40"/>
            </w:pPr>
            <w:r>
              <w:rPr>
                <w:sz w:val="17"/>
              </w:rPr>
              <w:t>Esito: [ ]</w:t>
            </w:r>
            <w:r>
              <w:rPr>
                <w:sz w:val="17"/>
              </w:rPr>
              <w:br/>
              <w:t>A07 n.: [ ]</w:t>
            </w:r>
          </w:p>
        </w:tc>
      </w:tr>
      <w:tr w:rsidR="00F81D60" w14:paraId="33ACBB8A" w14:textId="77777777">
        <w:trPr>
          <w:cantSplit/>
          <w:jc w:val="center"/>
        </w:trPr>
        <w:tc>
          <w:tcPr>
            <w:tcW w:w="1984" w:type="dxa"/>
            <w:shd w:val="clear" w:color="auto" w:fill="F5F7F9"/>
            <w:vAlign w:val="center"/>
          </w:tcPr>
          <w:p w14:paraId="26CF4313" w14:textId="77777777" w:rsidR="00F81D60" w:rsidRDefault="00000000">
            <w:pPr>
              <w:pStyle w:val="TableText"/>
              <w:spacing w:before="40" w:after="40"/>
            </w:pPr>
            <w:r>
              <w:rPr>
                <w:sz w:val="17"/>
              </w:rPr>
              <w:t>MM-062</w:t>
            </w:r>
            <w:r>
              <w:rPr>
                <w:sz w:val="17"/>
              </w:rPr>
              <w:br/>
              <w:t>ISO: 5.5.2.1 e)</w:t>
            </w:r>
          </w:p>
        </w:tc>
        <w:tc>
          <w:tcPr>
            <w:tcW w:w="6236" w:type="dxa"/>
            <w:shd w:val="clear" w:color="auto" w:fill="F5F7F9"/>
            <w:vAlign w:val="center"/>
          </w:tcPr>
          <w:p w14:paraId="784CF0CA" w14:textId="77777777" w:rsidR="00F81D60" w:rsidRDefault="00000000">
            <w:pPr>
              <w:pStyle w:val="TableText"/>
              <w:spacing w:before="40" w:after="40"/>
            </w:pPr>
            <w:r>
              <w:rPr>
                <w:sz w:val="17"/>
              </w:rPr>
              <w:t>Sono valutati orari flessibili di inizio e fine, ove possibili?</w:t>
            </w:r>
          </w:p>
        </w:tc>
        <w:tc>
          <w:tcPr>
            <w:tcW w:w="1757" w:type="dxa"/>
            <w:shd w:val="clear" w:color="auto" w:fill="F5F7F9"/>
            <w:vAlign w:val="center"/>
          </w:tcPr>
          <w:p w14:paraId="3ABE5AC3" w14:textId="77777777" w:rsidR="00F81D60" w:rsidRDefault="00000000">
            <w:pPr>
              <w:pStyle w:val="TableText"/>
              <w:spacing w:before="40" w:after="40"/>
            </w:pPr>
            <w:r>
              <w:rPr>
                <w:sz w:val="17"/>
              </w:rPr>
              <w:t>Esito: [ ]</w:t>
            </w:r>
            <w:r>
              <w:rPr>
                <w:sz w:val="17"/>
              </w:rPr>
              <w:br/>
              <w:t>A07 n.: [ ]</w:t>
            </w:r>
          </w:p>
        </w:tc>
      </w:tr>
      <w:tr w:rsidR="00F81D60" w14:paraId="679C3FBC" w14:textId="77777777">
        <w:trPr>
          <w:cantSplit/>
          <w:jc w:val="center"/>
        </w:trPr>
        <w:tc>
          <w:tcPr>
            <w:tcW w:w="1984" w:type="dxa"/>
            <w:vAlign w:val="center"/>
          </w:tcPr>
          <w:p w14:paraId="04A368AA" w14:textId="77777777" w:rsidR="00F81D60" w:rsidRDefault="00000000">
            <w:pPr>
              <w:pStyle w:val="TableText"/>
              <w:spacing w:before="40" w:after="40"/>
            </w:pPr>
            <w:r>
              <w:rPr>
                <w:sz w:val="17"/>
              </w:rPr>
              <w:t>MM-063</w:t>
            </w:r>
            <w:r>
              <w:rPr>
                <w:sz w:val="17"/>
              </w:rPr>
              <w:br/>
              <w:t>ISO: 5.5.2.1 f)</w:t>
            </w:r>
          </w:p>
        </w:tc>
        <w:tc>
          <w:tcPr>
            <w:tcW w:w="6236" w:type="dxa"/>
            <w:vAlign w:val="center"/>
          </w:tcPr>
          <w:p w14:paraId="0BF2F8D5" w14:textId="77777777" w:rsidR="00F81D60" w:rsidRDefault="00000000">
            <w:pPr>
              <w:pStyle w:val="TableText"/>
              <w:spacing w:before="40" w:after="40"/>
            </w:pPr>
            <w:r>
              <w:rPr>
                <w:sz w:val="17"/>
              </w:rPr>
              <w:t>È possibile discutere la distribuzione dei turni, con particolare attenzione ai turni notturni?</w:t>
            </w:r>
          </w:p>
        </w:tc>
        <w:tc>
          <w:tcPr>
            <w:tcW w:w="1757" w:type="dxa"/>
            <w:vAlign w:val="center"/>
          </w:tcPr>
          <w:p w14:paraId="0340CA44" w14:textId="77777777" w:rsidR="00F81D60" w:rsidRDefault="00000000">
            <w:pPr>
              <w:pStyle w:val="TableText"/>
              <w:spacing w:before="40" w:after="40"/>
            </w:pPr>
            <w:r>
              <w:rPr>
                <w:sz w:val="17"/>
              </w:rPr>
              <w:t>Esito: [ ]</w:t>
            </w:r>
            <w:r>
              <w:rPr>
                <w:sz w:val="17"/>
              </w:rPr>
              <w:br/>
              <w:t>A07 n.: [ ]</w:t>
            </w:r>
          </w:p>
        </w:tc>
      </w:tr>
      <w:tr w:rsidR="00F81D60" w14:paraId="48547EB2" w14:textId="77777777">
        <w:trPr>
          <w:cantSplit/>
          <w:jc w:val="center"/>
        </w:trPr>
        <w:tc>
          <w:tcPr>
            <w:tcW w:w="1984" w:type="dxa"/>
            <w:shd w:val="clear" w:color="auto" w:fill="F5F7F9"/>
            <w:vAlign w:val="center"/>
          </w:tcPr>
          <w:p w14:paraId="7045EF81" w14:textId="77777777" w:rsidR="00F81D60" w:rsidRDefault="00000000">
            <w:pPr>
              <w:pStyle w:val="TableText"/>
              <w:spacing w:before="40" w:after="40"/>
            </w:pPr>
            <w:r>
              <w:rPr>
                <w:sz w:val="17"/>
              </w:rPr>
              <w:t>MM-064</w:t>
            </w:r>
            <w:r>
              <w:rPr>
                <w:sz w:val="17"/>
              </w:rPr>
              <w:br/>
              <w:t>ISO: 5.5.2.1 g)</w:t>
            </w:r>
          </w:p>
        </w:tc>
        <w:tc>
          <w:tcPr>
            <w:tcW w:w="6236" w:type="dxa"/>
            <w:shd w:val="clear" w:color="auto" w:fill="F5F7F9"/>
            <w:vAlign w:val="center"/>
          </w:tcPr>
          <w:p w14:paraId="46022166" w14:textId="77777777" w:rsidR="00F81D60" w:rsidRDefault="00000000">
            <w:pPr>
              <w:pStyle w:val="TableText"/>
              <w:spacing w:before="40" w:after="40"/>
            </w:pPr>
            <w:r>
              <w:rPr>
                <w:sz w:val="17"/>
              </w:rPr>
              <w:t>Esistono soluzioni di copertura per assenze brevi non programmate che evitino pressioni sul lavoratore e sul team?</w:t>
            </w:r>
          </w:p>
        </w:tc>
        <w:tc>
          <w:tcPr>
            <w:tcW w:w="1757" w:type="dxa"/>
            <w:shd w:val="clear" w:color="auto" w:fill="F5F7F9"/>
            <w:vAlign w:val="center"/>
          </w:tcPr>
          <w:p w14:paraId="5AC81182" w14:textId="77777777" w:rsidR="00F81D60" w:rsidRDefault="00000000">
            <w:pPr>
              <w:pStyle w:val="TableText"/>
              <w:spacing w:before="40" w:after="40"/>
            </w:pPr>
            <w:r>
              <w:rPr>
                <w:sz w:val="17"/>
              </w:rPr>
              <w:t>Esito: [ ]</w:t>
            </w:r>
            <w:r>
              <w:rPr>
                <w:sz w:val="17"/>
              </w:rPr>
              <w:br/>
              <w:t>A07 n.: [ ]</w:t>
            </w:r>
          </w:p>
        </w:tc>
      </w:tr>
      <w:tr w:rsidR="00F81D60" w14:paraId="660179F9" w14:textId="77777777">
        <w:trPr>
          <w:cantSplit/>
          <w:jc w:val="center"/>
        </w:trPr>
        <w:tc>
          <w:tcPr>
            <w:tcW w:w="1984" w:type="dxa"/>
            <w:vAlign w:val="center"/>
          </w:tcPr>
          <w:p w14:paraId="6C8D3DAA" w14:textId="77777777" w:rsidR="00F81D60" w:rsidRDefault="00000000">
            <w:pPr>
              <w:pStyle w:val="TableText"/>
              <w:spacing w:before="40" w:after="40"/>
            </w:pPr>
            <w:r>
              <w:rPr>
                <w:sz w:val="17"/>
              </w:rPr>
              <w:t>MM-065</w:t>
            </w:r>
            <w:r>
              <w:rPr>
                <w:sz w:val="17"/>
              </w:rPr>
              <w:br/>
              <w:t>ISO: 5.5.2.2 a)</w:t>
            </w:r>
          </w:p>
        </w:tc>
        <w:tc>
          <w:tcPr>
            <w:tcW w:w="6236" w:type="dxa"/>
            <w:vAlign w:val="center"/>
          </w:tcPr>
          <w:p w14:paraId="01839C25" w14:textId="77777777" w:rsidR="00F81D60" w:rsidRDefault="00000000">
            <w:pPr>
              <w:pStyle w:val="TableText"/>
              <w:spacing w:before="40" w:after="40"/>
            </w:pPr>
            <w:r>
              <w:rPr>
                <w:sz w:val="17"/>
              </w:rPr>
              <w:t>Sono valutate riallocazioni temporanee di compiti gravosi o particolarmente esposti al pubblico, quando utili?</w:t>
            </w:r>
          </w:p>
        </w:tc>
        <w:tc>
          <w:tcPr>
            <w:tcW w:w="1757" w:type="dxa"/>
            <w:vAlign w:val="center"/>
          </w:tcPr>
          <w:p w14:paraId="3109F4CF" w14:textId="77777777" w:rsidR="00F81D60" w:rsidRDefault="00000000">
            <w:pPr>
              <w:pStyle w:val="TableText"/>
              <w:spacing w:before="40" w:after="40"/>
            </w:pPr>
            <w:r>
              <w:rPr>
                <w:sz w:val="17"/>
              </w:rPr>
              <w:t>Esito: [ ]</w:t>
            </w:r>
            <w:r>
              <w:rPr>
                <w:sz w:val="17"/>
              </w:rPr>
              <w:br/>
              <w:t>A07 n.: [ ]</w:t>
            </w:r>
          </w:p>
        </w:tc>
      </w:tr>
      <w:tr w:rsidR="00F81D60" w14:paraId="28E8D049" w14:textId="77777777">
        <w:trPr>
          <w:cantSplit/>
          <w:jc w:val="center"/>
        </w:trPr>
        <w:tc>
          <w:tcPr>
            <w:tcW w:w="1984" w:type="dxa"/>
            <w:shd w:val="clear" w:color="auto" w:fill="F5F7F9"/>
            <w:vAlign w:val="center"/>
          </w:tcPr>
          <w:p w14:paraId="61B12374" w14:textId="77777777" w:rsidR="00F81D60" w:rsidRDefault="00000000">
            <w:pPr>
              <w:pStyle w:val="TableText"/>
              <w:spacing w:before="40" w:after="40"/>
            </w:pPr>
            <w:r>
              <w:rPr>
                <w:sz w:val="17"/>
              </w:rPr>
              <w:t>MM-066</w:t>
            </w:r>
            <w:r>
              <w:rPr>
                <w:sz w:val="17"/>
              </w:rPr>
              <w:br/>
              <w:t>ISO: 5.5.2.2 b)</w:t>
            </w:r>
          </w:p>
        </w:tc>
        <w:tc>
          <w:tcPr>
            <w:tcW w:w="6236" w:type="dxa"/>
            <w:shd w:val="clear" w:color="auto" w:fill="F5F7F9"/>
            <w:vAlign w:val="center"/>
          </w:tcPr>
          <w:p w14:paraId="63AA0124" w14:textId="77777777" w:rsidR="00F81D60" w:rsidRDefault="00000000">
            <w:pPr>
              <w:pStyle w:val="TableText"/>
              <w:spacing w:before="40" w:after="40"/>
            </w:pPr>
            <w:r>
              <w:rPr>
                <w:sz w:val="17"/>
              </w:rPr>
              <w:t>Sono considerate modifiche di piccola entità, come ausili organizzativi o spazi a bassa distrazione?</w:t>
            </w:r>
          </w:p>
        </w:tc>
        <w:tc>
          <w:tcPr>
            <w:tcW w:w="1757" w:type="dxa"/>
            <w:shd w:val="clear" w:color="auto" w:fill="F5F7F9"/>
            <w:vAlign w:val="center"/>
          </w:tcPr>
          <w:p w14:paraId="0BFAA06B" w14:textId="77777777" w:rsidR="00F81D60" w:rsidRDefault="00000000">
            <w:pPr>
              <w:pStyle w:val="TableText"/>
              <w:spacing w:before="40" w:after="40"/>
            </w:pPr>
            <w:r>
              <w:rPr>
                <w:sz w:val="17"/>
              </w:rPr>
              <w:t>Esito: [ ]</w:t>
            </w:r>
            <w:r>
              <w:rPr>
                <w:sz w:val="17"/>
              </w:rPr>
              <w:br/>
              <w:t>A07 n.: [ ]</w:t>
            </w:r>
          </w:p>
        </w:tc>
      </w:tr>
      <w:tr w:rsidR="00F81D60" w14:paraId="1B908FF4" w14:textId="77777777">
        <w:trPr>
          <w:cantSplit/>
          <w:jc w:val="center"/>
        </w:trPr>
        <w:tc>
          <w:tcPr>
            <w:tcW w:w="1984" w:type="dxa"/>
            <w:vAlign w:val="center"/>
          </w:tcPr>
          <w:p w14:paraId="068B48D4" w14:textId="77777777" w:rsidR="00F81D60" w:rsidRDefault="00000000">
            <w:pPr>
              <w:pStyle w:val="TableText"/>
              <w:spacing w:before="40" w:after="40"/>
            </w:pPr>
            <w:r>
              <w:rPr>
                <w:sz w:val="17"/>
              </w:rPr>
              <w:t>MM-067</w:t>
            </w:r>
            <w:r>
              <w:rPr>
                <w:sz w:val="17"/>
              </w:rPr>
              <w:br/>
              <w:t>ISO: 5.5.2.2 c)</w:t>
            </w:r>
          </w:p>
        </w:tc>
        <w:tc>
          <w:tcPr>
            <w:tcW w:w="6236" w:type="dxa"/>
            <w:vAlign w:val="center"/>
          </w:tcPr>
          <w:p w14:paraId="2875AB5C" w14:textId="77777777" w:rsidR="00F81D60" w:rsidRDefault="00000000">
            <w:pPr>
              <w:pStyle w:val="TableText"/>
              <w:spacing w:before="40" w:after="40"/>
            </w:pPr>
            <w:r>
              <w:rPr>
                <w:sz w:val="17"/>
              </w:rPr>
              <w:t>Sono valutate condivisione temporanea del lavoro e possibilità di compiti più leggeri?</w:t>
            </w:r>
          </w:p>
        </w:tc>
        <w:tc>
          <w:tcPr>
            <w:tcW w:w="1757" w:type="dxa"/>
            <w:vAlign w:val="center"/>
          </w:tcPr>
          <w:p w14:paraId="453BA0B1" w14:textId="77777777" w:rsidR="00F81D60" w:rsidRDefault="00000000">
            <w:pPr>
              <w:pStyle w:val="TableText"/>
              <w:spacing w:before="40" w:after="40"/>
            </w:pPr>
            <w:r>
              <w:rPr>
                <w:sz w:val="17"/>
              </w:rPr>
              <w:t>Esito: [ ]</w:t>
            </w:r>
            <w:r>
              <w:rPr>
                <w:sz w:val="17"/>
              </w:rPr>
              <w:br/>
              <w:t>A07 n.: [ ]</w:t>
            </w:r>
          </w:p>
        </w:tc>
      </w:tr>
      <w:tr w:rsidR="00F81D60" w14:paraId="31ECEAF3" w14:textId="77777777">
        <w:trPr>
          <w:cantSplit/>
          <w:jc w:val="center"/>
        </w:trPr>
        <w:tc>
          <w:tcPr>
            <w:tcW w:w="1984" w:type="dxa"/>
            <w:shd w:val="clear" w:color="auto" w:fill="F5F7F9"/>
            <w:vAlign w:val="center"/>
          </w:tcPr>
          <w:p w14:paraId="13EF3B77" w14:textId="77777777" w:rsidR="00F81D60" w:rsidRDefault="00000000">
            <w:pPr>
              <w:pStyle w:val="TableText"/>
              <w:spacing w:before="40" w:after="40"/>
            </w:pPr>
            <w:r>
              <w:rPr>
                <w:sz w:val="17"/>
              </w:rPr>
              <w:t>MM-068</w:t>
            </w:r>
            <w:r>
              <w:rPr>
                <w:sz w:val="17"/>
              </w:rPr>
              <w:br/>
              <w:t>ISO: 5.5.2.2 d)</w:t>
            </w:r>
          </w:p>
        </w:tc>
        <w:tc>
          <w:tcPr>
            <w:tcW w:w="6236" w:type="dxa"/>
            <w:shd w:val="clear" w:color="auto" w:fill="F5F7F9"/>
            <w:vAlign w:val="center"/>
          </w:tcPr>
          <w:p w14:paraId="5BC90411" w14:textId="77777777" w:rsidR="00F81D60" w:rsidRDefault="00000000">
            <w:pPr>
              <w:pStyle w:val="TableText"/>
              <w:spacing w:before="40" w:after="40"/>
            </w:pPr>
            <w:r>
              <w:rPr>
                <w:sz w:val="17"/>
              </w:rPr>
              <w:t>I manager dispongono di criteri per valutare richieste temporanee e margini di flessibilità della mansione?</w:t>
            </w:r>
          </w:p>
        </w:tc>
        <w:tc>
          <w:tcPr>
            <w:tcW w:w="1757" w:type="dxa"/>
            <w:shd w:val="clear" w:color="auto" w:fill="F5F7F9"/>
            <w:vAlign w:val="center"/>
          </w:tcPr>
          <w:p w14:paraId="49ADF716" w14:textId="77777777" w:rsidR="00F81D60" w:rsidRDefault="00000000">
            <w:pPr>
              <w:pStyle w:val="TableText"/>
              <w:spacing w:before="40" w:after="40"/>
            </w:pPr>
            <w:r>
              <w:rPr>
                <w:sz w:val="17"/>
              </w:rPr>
              <w:t>Esito: [ ]</w:t>
            </w:r>
            <w:r>
              <w:rPr>
                <w:sz w:val="17"/>
              </w:rPr>
              <w:br/>
              <w:t>A07 n.: [ ]</w:t>
            </w:r>
          </w:p>
        </w:tc>
      </w:tr>
      <w:tr w:rsidR="00F81D60" w14:paraId="2D1F227C" w14:textId="77777777">
        <w:trPr>
          <w:cantSplit/>
          <w:jc w:val="center"/>
        </w:trPr>
        <w:tc>
          <w:tcPr>
            <w:tcW w:w="1984" w:type="dxa"/>
            <w:vAlign w:val="center"/>
          </w:tcPr>
          <w:p w14:paraId="68FE2B97" w14:textId="77777777" w:rsidR="00F81D60" w:rsidRDefault="00000000">
            <w:pPr>
              <w:pStyle w:val="TableText"/>
              <w:spacing w:before="40" w:after="40"/>
            </w:pPr>
            <w:r>
              <w:rPr>
                <w:sz w:val="17"/>
              </w:rPr>
              <w:t>MM-069</w:t>
            </w:r>
            <w:r>
              <w:rPr>
                <w:sz w:val="17"/>
              </w:rPr>
              <w:br/>
              <w:t>ISO: 5.5.2.2 e)</w:t>
            </w:r>
          </w:p>
        </w:tc>
        <w:tc>
          <w:tcPr>
            <w:tcW w:w="6236" w:type="dxa"/>
            <w:vAlign w:val="center"/>
          </w:tcPr>
          <w:p w14:paraId="79DB2C59" w14:textId="77777777" w:rsidR="00F81D60" w:rsidRDefault="00000000">
            <w:pPr>
              <w:pStyle w:val="TableText"/>
              <w:spacing w:before="40" w:after="40"/>
            </w:pPr>
            <w:r>
              <w:rPr>
                <w:sz w:val="17"/>
              </w:rPr>
              <w:t>Nelle mansioni mobili o in piedi sono considerate attrezzature che permettano brevi periodi seduti?</w:t>
            </w:r>
          </w:p>
        </w:tc>
        <w:tc>
          <w:tcPr>
            <w:tcW w:w="1757" w:type="dxa"/>
            <w:vAlign w:val="center"/>
          </w:tcPr>
          <w:p w14:paraId="68415322" w14:textId="77777777" w:rsidR="00F81D60" w:rsidRDefault="00000000">
            <w:pPr>
              <w:pStyle w:val="TableText"/>
              <w:spacing w:before="40" w:after="40"/>
            </w:pPr>
            <w:r>
              <w:rPr>
                <w:sz w:val="17"/>
              </w:rPr>
              <w:t>Esito: [ ]</w:t>
            </w:r>
            <w:r>
              <w:rPr>
                <w:sz w:val="17"/>
              </w:rPr>
              <w:br/>
              <w:t>A07 n.: [ ]</w:t>
            </w:r>
          </w:p>
        </w:tc>
      </w:tr>
      <w:tr w:rsidR="00F81D60" w14:paraId="0662E876" w14:textId="77777777">
        <w:trPr>
          <w:cantSplit/>
          <w:jc w:val="center"/>
        </w:trPr>
        <w:tc>
          <w:tcPr>
            <w:tcW w:w="1984" w:type="dxa"/>
            <w:shd w:val="clear" w:color="auto" w:fill="F5F7F9"/>
            <w:vAlign w:val="center"/>
          </w:tcPr>
          <w:p w14:paraId="1E7AAE70" w14:textId="77777777" w:rsidR="00F81D60" w:rsidRDefault="00000000">
            <w:pPr>
              <w:pStyle w:val="TableText"/>
              <w:spacing w:before="40" w:after="40"/>
            </w:pPr>
            <w:r>
              <w:rPr>
                <w:sz w:val="17"/>
              </w:rPr>
              <w:t>MM-070</w:t>
            </w:r>
            <w:r>
              <w:rPr>
                <w:sz w:val="17"/>
              </w:rPr>
              <w:br/>
              <w:t>ISO: 5.5.2.2 f); 5.2.1</w:t>
            </w:r>
          </w:p>
        </w:tc>
        <w:tc>
          <w:tcPr>
            <w:tcW w:w="6236" w:type="dxa"/>
            <w:shd w:val="clear" w:color="auto" w:fill="F5F7F9"/>
            <w:vAlign w:val="center"/>
          </w:tcPr>
          <w:p w14:paraId="6382CBC9" w14:textId="77777777" w:rsidR="00F81D60" w:rsidRDefault="00000000">
            <w:pPr>
              <w:pStyle w:val="TableText"/>
              <w:spacing w:before="40" w:after="40"/>
            </w:pPr>
            <w:r>
              <w:rPr>
                <w:sz w:val="17"/>
              </w:rPr>
              <w:t>L'organizzazione delle attività con uniformi protettive tiene conto del comfort senza ridurre le protezioni necessarie?</w:t>
            </w:r>
          </w:p>
        </w:tc>
        <w:tc>
          <w:tcPr>
            <w:tcW w:w="1757" w:type="dxa"/>
            <w:shd w:val="clear" w:color="auto" w:fill="F5F7F9"/>
            <w:vAlign w:val="center"/>
          </w:tcPr>
          <w:p w14:paraId="2BD0DAB4" w14:textId="77777777" w:rsidR="00F81D60" w:rsidRDefault="00000000">
            <w:pPr>
              <w:pStyle w:val="TableText"/>
              <w:spacing w:before="40" w:after="40"/>
            </w:pPr>
            <w:r>
              <w:rPr>
                <w:sz w:val="17"/>
              </w:rPr>
              <w:t>Esito: [ ]</w:t>
            </w:r>
            <w:r>
              <w:rPr>
                <w:sz w:val="17"/>
              </w:rPr>
              <w:br/>
              <w:t>A07 n.: [ ]</w:t>
            </w:r>
          </w:p>
        </w:tc>
      </w:tr>
    </w:tbl>
    <w:p w14:paraId="1B7CABC5" w14:textId="77777777" w:rsidR="00F81D60" w:rsidRDefault="00F81D60">
      <w:pPr>
        <w:spacing w:after="0"/>
      </w:pPr>
    </w:p>
    <w:p w14:paraId="18D66130"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735B1FE3" w14:textId="77777777" w:rsidR="00F81D60" w:rsidRDefault="00000000">
      <w:pPr>
        <w:pStyle w:val="Reference"/>
      </w:pPr>
      <w:r>
        <w:t>Azioni: riportare ID e seguito in A17 o nel PIANO_AZIONI. Non inserire informazioni sulla salute delle persone. Questa pagina non sostituisce i riscontri A07.</w:t>
      </w:r>
    </w:p>
    <w:p w14:paraId="09E3432D" w14:textId="77777777" w:rsidR="00F81D60" w:rsidRDefault="00000000">
      <w:r>
        <w:br w:type="page"/>
      </w:r>
    </w:p>
    <w:p w14:paraId="6E94C4A0" w14:textId="77777777" w:rsidR="00F81D60" w:rsidRDefault="00000000">
      <w:pPr>
        <w:pStyle w:val="Small"/>
      </w:pPr>
      <w:r>
        <w:rPr>
          <w:b/>
          <w:color w:val="006B70"/>
        </w:rPr>
        <w:t>ALLEGATO AZIENDALE  •  MOD-MM-06  •  parte 8</w:t>
      </w:r>
    </w:p>
    <w:p w14:paraId="5C481F91" w14:textId="77777777" w:rsidR="00F81D60" w:rsidRDefault="00000000">
      <w:pPr>
        <w:pStyle w:val="Titolo1"/>
      </w:pPr>
      <w:bookmarkStart w:id="53" w:name="A06_8"/>
      <w:r>
        <w:t>A06 | 08 | Riservatezza e disclosure | Verifiche</w:t>
      </w:r>
      <w:bookmarkEnd w:id="53"/>
    </w:p>
    <w:p w14:paraId="55EFD7D0" w14:textId="77777777" w:rsidR="00F81D60" w:rsidRDefault="00000000">
      <w:pPr>
        <w:pStyle w:val="Reference"/>
      </w:pPr>
      <w:r>
        <w:t>Base documentale: [XLS] CATALOGO, ID MM-071–MM-079. Le istruzioni operative e i moduli sono elaborazioni aziendali del modello [AZ].</w:t>
      </w:r>
    </w:p>
    <w:p w14:paraId="6D37341B"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E45BF99" w14:textId="77777777">
        <w:trPr>
          <w:tblHeader/>
          <w:jc w:val="center"/>
        </w:trPr>
        <w:tc>
          <w:tcPr>
            <w:tcW w:w="1984" w:type="dxa"/>
            <w:shd w:val="clear" w:color="auto" w:fill="17324D"/>
            <w:vAlign w:val="center"/>
          </w:tcPr>
          <w:p w14:paraId="79D6DF13"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4338D210"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75DF9AE2" w14:textId="77777777" w:rsidR="00F81D60" w:rsidRDefault="00000000">
            <w:pPr>
              <w:pStyle w:val="TableText"/>
              <w:spacing w:before="40" w:after="40"/>
            </w:pPr>
            <w:r>
              <w:rPr>
                <w:b/>
                <w:color w:val="FFFFFF"/>
              </w:rPr>
              <w:t>Esito / riscontro</w:t>
            </w:r>
          </w:p>
        </w:tc>
      </w:tr>
      <w:tr w:rsidR="00F81D60" w14:paraId="28CCE4D6" w14:textId="77777777">
        <w:trPr>
          <w:cantSplit/>
          <w:jc w:val="center"/>
        </w:trPr>
        <w:tc>
          <w:tcPr>
            <w:tcW w:w="1984" w:type="dxa"/>
            <w:vAlign w:val="center"/>
          </w:tcPr>
          <w:p w14:paraId="74D40ED8" w14:textId="77777777" w:rsidR="00F81D60" w:rsidRDefault="00000000">
            <w:pPr>
              <w:pStyle w:val="TableText"/>
              <w:spacing w:before="40" w:after="40"/>
            </w:pPr>
            <w:r>
              <w:t>MM-071</w:t>
            </w:r>
            <w:r>
              <w:br/>
              <w:t>ISO: 5.6.1</w:t>
            </w:r>
          </w:p>
        </w:tc>
        <w:tc>
          <w:tcPr>
            <w:tcW w:w="6236" w:type="dxa"/>
            <w:vAlign w:val="center"/>
          </w:tcPr>
          <w:p w14:paraId="064A7281" w14:textId="77777777" w:rsidR="00F81D60" w:rsidRDefault="00000000">
            <w:pPr>
              <w:pStyle w:val="TableText"/>
              <w:spacing w:before="40" w:after="40"/>
            </w:pPr>
            <w:r>
              <w:t>È esplicito che nessuno deve essere obbligato a dichiarare esperienze mestruali o menopausali?</w:t>
            </w:r>
          </w:p>
        </w:tc>
        <w:tc>
          <w:tcPr>
            <w:tcW w:w="1757" w:type="dxa"/>
            <w:vAlign w:val="center"/>
          </w:tcPr>
          <w:p w14:paraId="7117600E" w14:textId="77777777" w:rsidR="00F81D60" w:rsidRDefault="00000000">
            <w:pPr>
              <w:pStyle w:val="TableText"/>
              <w:spacing w:before="40" w:after="40"/>
            </w:pPr>
            <w:r>
              <w:t>Esito: [ ]</w:t>
            </w:r>
            <w:r>
              <w:br/>
              <w:t>A07 n.: [ ]</w:t>
            </w:r>
          </w:p>
        </w:tc>
      </w:tr>
      <w:tr w:rsidR="00F81D60" w14:paraId="1B4B8EC9" w14:textId="77777777">
        <w:trPr>
          <w:cantSplit/>
          <w:jc w:val="center"/>
        </w:trPr>
        <w:tc>
          <w:tcPr>
            <w:tcW w:w="1984" w:type="dxa"/>
            <w:shd w:val="clear" w:color="auto" w:fill="F5F7F9"/>
            <w:vAlign w:val="center"/>
          </w:tcPr>
          <w:p w14:paraId="5773A102" w14:textId="77777777" w:rsidR="00F81D60" w:rsidRDefault="00000000">
            <w:pPr>
              <w:pStyle w:val="TableText"/>
              <w:spacing w:before="40" w:after="40"/>
            </w:pPr>
            <w:r>
              <w:t>MM-072</w:t>
            </w:r>
            <w:r>
              <w:br/>
              <w:t>ISO: 5.6.2.1 a)</w:t>
            </w:r>
          </w:p>
        </w:tc>
        <w:tc>
          <w:tcPr>
            <w:tcW w:w="6236" w:type="dxa"/>
            <w:shd w:val="clear" w:color="auto" w:fill="F5F7F9"/>
            <w:vAlign w:val="center"/>
          </w:tcPr>
          <w:p w14:paraId="09F4BD92" w14:textId="77777777" w:rsidR="00F81D60" w:rsidRDefault="00000000">
            <w:pPr>
              <w:pStyle w:val="TableText"/>
              <w:spacing w:before="40" w:after="40"/>
            </w:pPr>
            <w:r>
              <w:t>Le informazioni eventualmente comunicate sono conservate con accessi e modalità coerenti con la riservatezza?</w:t>
            </w:r>
          </w:p>
        </w:tc>
        <w:tc>
          <w:tcPr>
            <w:tcW w:w="1757" w:type="dxa"/>
            <w:shd w:val="clear" w:color="auto" w:fill="F5F7F9"/>
            <w:vAlign w:val="center"/>
          </w:tcPr>
          <w:p w14:paraId="0D19367A" w14:textId="77777777" w:rsidR="00F81D60" w:rsidRDefault="00000000">
            <w:pPr>
              <w:pStyle w:val="TableText"/>
              <w:spacing w:before="40" w:after="40"/>
            </w:pPr>
            <w:r>
              <w:t>Esito: [ ]</w:t>
            </w:r>
            <w:r>
              <w:br/>
              <w:t>A07 n.: [ ]</w:t>
            </w:r>
          </w:p>
        </w:tc>
      </w:tr>
      <w:tr w:rsidR="00F81D60" w14:paraId="45124714" w14:textId="77777777">
        <w:trPr>
          <w:cantSplit/>
          <w:jc w:val="center"/>
        </w:trPr>
        <w:tc>
          <w:tcPr>
            <w:tcW w:w="1984" w:type="dxa"/>
            <w:vAlign w:val="center"/>
          </w:tcPr>
          <w:p w14:paraId="3CB16BCB" w14:textId="77777777" w:rsidR="00F81D60" w:rsidRDefault="00000000">
            <w:pPr>
              <w:pStyle w:val="TableText"/>
              <w:spacing w:before="40" w:after="40"/>
            </w:pPr>
            <w:r>
              <w:t>MM-073</w:t>
            </w:r>
            <w:r>
              <w:br/>
              <w:t>ISO: 5.6.2.1 b)</w:t>
            </w:r>
          </w:p>
        </w:tc>
        <w:tc>
          <w:tcPr>
            <w:tcW w:w="6236" w:type="dxa"/>
            <w:vAlign w:val="center"/>
          </w:tcPr>
          <w:p w14:paraId="7D811C1D" w14:textId="77777777" w:rsidR="00F81D60" w:rsidRDefault="00000000">
            <w:pPr>
              <w:pStyle w:val="TableText"/>
              <w:spacing w:before="40" w:after="40"/>
            </w:pPr>
            <w:r>
              <w:t>Manager e supervisori hanno istruzioni su come organizzare gli adattamenti senza divulgare informazioni personali?</w:t>
            </w:r>
          </w:p>
        </w:tc>
        <w:tc>
          <w:tcPr>
            <w:tcW w:w="1757" w:type="dxa"/>
            <w:vAlign w:val="center"/>
          </w:tcPr>
          <w:p w14:paraId="5D208EC7" w14:textId="77777777" w:rsidR="00F81D60" w:rsidRDefault="00000000">
            <w:pPr>
              <w:pStyle w:val="TableText"/>
              <w:spacing w:before="40" w:after="40"/>
            </w:pPr>
            <w:r>
              <w:t>Esito: [ ]</w:t>
            </w:r>
            <w:r>
              <w:br/>
              <w:t>A07 n.: [ ]</w:t>
            </w:r>
          </w:p>
        </w:tc>
      </w:tr>
      <w:tr w:rsidR="00F81D60" w14:paraId="178F80F6" w14:textId="77777777">
        <w:trPr>
          <w:cantSplit/>
          <w:jc w:val="center"/>
        </w:trPr>
        <w:tc>
          <w:tcPr>
            <w:tcW w:w="1984" w:type="dxa"/>
            <w:shd w:val="clear" w:color="auto" w:fill="F5F7F9"/>
            <w:vAlign w:val="center"/>
          </w:tcPr>
          <w:p w14:paraId="693D9B7C" w14:textId="77777777" w:rsidR="00F81D60" w:rsidRDefault="00000000">
            <w:pPr>
              <w:pStyle w:val="TableText"/>
              <w:spacing w:before="40" w:after="40"/>
            </w:pPr>
            <w:r>
              <w:t>MM-074</w:t>
            </w:r>
            <w:r>
              <w:br/>
              <w:t>ISO: 5.6.2.1 c)</w:t>
            </w:r>
          </w:p>
        </w:tc>
        <w:tc>
          <w:tcPr>
            <w:tcW w:w="6236" w:type="dxa"/>
            <w:shd w:val="clear" w:color="auto" w:fill="F5F7F9"/>
            <w:vAlign w:val="center"/>
          </w:tcPr>
          <w:p w14:paraId="7B82E059" w14:textId="77777777" w:rsidR="00F81D60" w:rsidRDefault="00000000">
            <w:pPr>
              <w:pStyle w:val="TableText"/>
              <w:spacing w:before="40" w:after="40"/>
            </w:pPr>
            <w:r>
              <w:t>Per le soluzioni digitali sono chiari volontarietà, dati trattati e possibili destinatari?</w:t>
            </w:r>
          </w:p>
        </w:tc>
        <w:tc>
          <w:tcPr>
            <w:tcW w:w="1757" w:type="dxa"/>
            <w:shd w:val="clear" w:color="auto" w:fill="F5F7F9"/>
            <w:vAlign w:val="center"/>
          </w:tcPr>
          <w:p w14:paraId="66E5C3A5" w14:textId="77777777" w:rsidR="00F81D60" w:rsidRDefault="00000000">
            <w:pPr>
              <w:pStyle w:val="TableText"/>
              <w:spacing w:before="40" w:after="40"/>
            </w:pPr>
            <w:r>
              <w:t>Esito: [ ]</w:t>
            </w:r>
            <w:r>
              <w:br/>
              <w:t>A07 n.: [ ]</w:t>
            </w:r>
          </w:p>
        </w:tc>
      </w:tr>
      <w:tr w:rsidR="00F81D60" w14:paraId="375CD913" w14:textId="77777777">
        <w:trPr>
          <w:cantSplit/>
          <w:jc w:val="center"/>
        </w:trPr>
        <w:tc>
          <w:tcPr>
            <w:tcW w:w="1984" w:type="dxa"/>
            <w:vAlign w:val="center"/>
          </w:tcPr>
          <w:p w14:paraId="7753260B" w14:textId="77777777" w:rsidR="00F81D60" w:rsidRDefault="00000000">
            <w:pPr>
              <w:pStyle w:val="TableText"/>
              <w:spacing w:before="40" w:after="40"/>
            </w:pPr>
            <w:r>
              <w:t>MM-075</w:t>
            </w:r>
            <w:r>
              <w:br/>
              <w:t>ISO: 5.6.2.1 d)</w:t>
            </w:r>
          </w:p>
        </w:tc>
        <w:tc>
          <w:tcPr>
            <w:tcW w:w="6236" w:type="dxa"/>
            <w:vAlign w:val="center"/>
          </w:tcPr>
          <w:p w14:paraId="4BE77B8A" w14:textId="77777777" w:rsidR="00F81D60" w:rsidRDefault="00000000">
            <w:pPr>
              <w:pStyle w:val="TableText"/>
              <w:spacing w:before="40" w:after="40"/>
            </w:pPr>
            <w:r>
              <w:t>I limiti della riservatezza sono spiegati prima di raccogliere informazioni?</w:t>
            </w:r>
          </w:p>
        </w:tc>
        <w:tc>
          <w:tcPr>
            <w:tcW w:w="1757" w:type="dxa"/>
            <w:vAlign w:val="center"/>
          </w:tcPr>
          <w:p w14:paraId="0A7B4D9B" w14:textId="77777777" w:rsidR="00F81D60" w:rsidRDefault="00000000">
            <w:pPr>
              <w:pStyle w:val="TableText"/>
              <w:spacing w:before="40" w:after="40"/>
            </w:pPr>
            <w:r>
              <w:t>Esito: [ ]</w:t>
            </w:r>
            <w:r>
              <w:br/>
              <w:t>A07 n.: [ ]</w:t>
            </w:r>
          </w:p>
        </w:tc>
      </w:tr>
      <w:tr w:rsidR="00F81D60" w14:paraId="0CADB10F" w14:textId="77777777">
        <w:trPr>
          <w:cantSplit/>
          <w:jc w:val="center"/>
        </w:trPr>
        <w:tc>
          <w:tcPr>
            <w:tcW w:w="1984" w:type="dxa"/>
            <w:shd w:val="clear" w:color="auto" w:fill="F5F7F9"/>
            <w:vAlign w:val="center"/>
          </w:tcPr>
          <w:p w14:paraId="0000765D" w14:textId="77777777" w:rsidR="00F81D60" w:rsidRDefault="00000000">
            <w:pPr>
              <w:pStyle w:val="TableText"/>
              <w:spacing w:before="40" w:after="40"/>
            </w:pPr>
            <w:r>
              <w:t>MM-076</w:t>
            </w:r>
            <w:r>
              <w:br/>
              <w:t>ISO: 5.6.2.2 a)</w:t>
            </w:r>
          </w:p>
        </w:tc>
        <w:tc>
          <w:tcPr>
            <w:tcW w:w="6236" w:type="dxa"/>
            <w:shd w:val="clear" w:color="auto" w:fill="F5F7F9"/>
            <w:vAlign w:val="center"/>
          </w:tcPr>
          <w:p w14:paraId="2CC973B3" w14:textId="77777777" w:rsidR="00F81D60" w:rsidRDefault="00000000">
            <w:pPr>
              <w:pStyle w:val="TableText"/>
              <w:spacing w:before="40" w:after="40"/>
            </w:pPr>
            <w:r>
              <w:t>La comunicazione di un'informazione a un interlocutore non è trattata automaticamente come autorizzazione a inoltrarla?</w:t>
            </w:r>
          </w:p>
        </w:tc>
        <w:tc>
          <w:tcPr>
            <w:tcW w:w="1757" w:type="dxa"/>
            <w:shd w:val="clear" w:color="auto" w:fill="F5F7F9"/>
            <w:vAlign w:val="center"/>
          </w:tcPr>
          <w:p w14:paraId="4768706C" w14:textId="77777777" w:rsidR="00F81D60" w:rsidRDefault="00000000">
            <w:pPr>
              <w:pStyle w:val="TableText"/>
              <w:spacing w:before="40" w:after="40"/>
            </w:pPr>
            <w:r>
              <w:t>Esito: [ ]</w:t>
            </w:r>
            <w:r>
              <w:br/>
              <w:t>A07 n.: [ ]</w:t>
            </w:r>
          </w:p>
        </w:tc>
      </w:tr>
      <w:tr w:rsidR="00F81D60" w14:paraId="0E4AC779" w14:textId="77777777">
        <w:trPr>
          <w:cantSplit/>
          <w:jc w:val="center"/>
        </w:trPr>
        <w:tc>
          <w:tcPr>
            <w:tcW w:w="1984" w:type="dxa"/>
            <w:vAlign w:val="center"/>
          </w:tcPr>
          <w:p w14:paraId="7E6E4D69" w14:textId="77777777" w:rsidR="00F81D60" w:rsidRDefault="00000000">
            <w:pPr>
              <w:pStyle w:val="TableText"/>
              <w:spacing w:before="40" w:after="40"/>
            </w:pPr>
            <w:r>
              <w:t>MM-077</w:t>
            </w:r>
            <w:r>
              <w:br/>
              <w:t>ISO: 5.6.2.2 b)</w:t>
            </w:r>
          </w:p>
        </w:tc>
        <w:tc>
          <w:tcPr>
            <w:tcW w:w="6236" w:type="dxa"/>
            <w:vAlign w:val="center"/>
          </w:tcPr>
          <w:p w14:paraId="689CA17D" w14:textId="77777777" w:rsidR="00F81D60" w:rsidRDefault="00000000">
            <w:pPr>
              <w:pStyle w:val="TableText"/>
              <w:spacing w:before="40" w:after="40"/>
            </w:pPr>
            <w:r>
              <w:t>Prima di condividere internamente informazioni personali si verifica il permesso del lavoratore e il quadro applicabile?</w:t>
            </w:r>
          </w:p>
        </w:tc>
        <w:tc>
          <w:tcPr>
            <w:tcW w:w="1757" w:type="dxa"/>
            <w:vAlign w:val="center"/>
          </w:tcPr>
          <w:p w14:paraId="5BEC2B6C" w14:textId="77777777" w:rsidR="00F81D60" w:rsidRDefault="00000000">
            <w:pPr>
              <w:pStyle w:val="TableText"/>
              <w:spacing w:before="40" w:after="40"/>
            </w:pPr>
            <w:r>
              <w:t>Esito: [ ]</w:t>
            </w:r>
            <w:r>
              <w:br/>
              <w:t>A07 n.: [ ]</w:t>
            </w:r>
          </w:p>
        </w:tc>
      </w:tr>
      <w:tr w:rsidR="00F81D60" w14:paraId="0207AAE6" w14:textId="77777777">
        <w:trPr>
          <w:cantSplit/>
          <w:jc w:val="center"/>
        </w:trPr>
        <w:tc>
          <w:tcPr>
            <w:tcW w:w="1984" w:type="dxa"/>
            <w:shd w:val="clear" w:color="auto" w:fill="F5F7F9"/>
            <w:vAlign w:val="center"/>
          </w:tcPr>
          <w:p w14:paraId="65D31C62" w14:textId="77777777" w:rsidR="00F81D60" w:rsidRDefault="00000000">
            <w:pPr>
              <w:pStyle w:val="TableText"/>
              <w:spacing w:before="40" w:after="40"/>
            </w:pPr>
            <w:r>
              <w:t>MM-078</w:t>
            </w:r>
            <w:r>
              <w:br/>
              <w:t>ISO: 5.6.2.2 c)</w:t>
            </w:r>
          </w:p>
        </w:tc>
        <w:tc>
          <w:tcPr>
            <w:tcW w:w="6236" w:type="dxa"/>
            <w:shd w:val="clear" w:color="auto" w:fill="F5F7F9"/>
            <w:vAlign w:val="center"/>
          </w:tcPr>
          <w:p w14:paraId="6EF4DAFA" w14:textId="77777777" w:rsidR="00F81D60" w:rsidRDefault="00000000">
            <w:pPr>
              <w:pStyle w:val="TableText"/>
              <w:spacing w:before="40" w:after="40"/>
            </w:pPr>
            <w:r>
              <w:t>Sono individuate situazioni di rivelazione involontaria, per esempio nel lavaggio obbligatorio delle uniformi?</w:t>
            </w:r>
          </w:p>
        </w:tc>
        <w:tc>
          <w:tcPr>
            <w:tcW w:w="1757" w:type="dxa"/>
            <w:shd w:val="clear" w:color="auto" w:fill="F5F7F9"/>
            <w:vAlign w:val="center"/>
          </w:tcPr>
          <w:p w14:paraId="4281A0EE" w14:textId="77777777" w:rsidR="00F81D60" w:rsidRDefault="00000000">
            <w:pPr>
              <w:pStyle w:val="TableText"/>
              <w:spacing w:before="40" w:after="40"/>
            </w:pPr>
            <w:r>
              <w:t>Esito: [ ]</w:t>
            </w:r>
            <w:r>
              <w:br/>
              <w:t>A07 n.: [ ]</w:t>
            </w:r>
          </w:p>
        </w:tc>
      </w:tr>
      <w:tr w:rsidR="00F81D60" w14:paraId="0E88ED55" w14:textId="77777777">
        <w:trPr>
          <w:cantSplit/>
          <w:jc w:val="center"/>
        </w:trPr>
        <w:tc>
          <w:tcPr>
            <w:tcW w:w="1984" w:type="dxa"/>
            <w:vAlign w:val="center"/>
          </w:tcPr>
          <w:p w14:paraId="7B33E443" w14:textId="77777777" w:rsidR="00F81D60" w:rsidRDefault="00000000">
            <w:pPr>
              <w:pStyle w:val="TableText"/>
              <w:spacing w:before="40" w:after="40"/>
            </w:pPr>
            <w:r>
              <w:t>MM-079</w:t>
            </w:r>
            <w:r>
              <w:br/>
              <w:t>ISO: 5.6.2.2 d)</w:t>
            </w:r>
          </w:p>
        </w:tc>
        <w:tc>
          <w:tcPr>
            <w:tcW w:w="6236" w:type="dxa"/>
            <w:vAlign w:val="center"/>
          </w:tcPr>
          <w:p w14:paraId="10C8CCB7" w14:textId="77777777" w:rsidR="00F81D60" w:rsidRDefault="00000000">
            <w:pPr>
              <w:pStyle w:val="TableText"/>
              <w:spacing w:before="40" w:after="40"/>
            </w:pPr>
            <w:r>
              <w:t>La richiesta di supporto è limitata alle informazioni necessarie a individuare l'adattamento lavorativo?</w:t>
            </w:r>
          </w:p>
        </w:tc>
        <w:tc>
          <w:tcPr>
            <w:tcW w:w="1757" w:type="dxa"/>
            <w:vAlign w:val="center"/>
          </w:tcPr>
          <w:p w14:paraId="026241F4" w14:textId="77777777" w:rsidR="00F81D60" w:rsidRDefault="00000000">
            <w:pPr>
              <w:pStyle w:val="TableText"/>
              <w:spacing w:before="40" w:after="40"/>
            </w:pPr>
            <w:r>
              <w:t>Esito: [ ]</w:t>
            </w:r>
            <w:r>
              <w:br/>
              <w:t>A07 n.: [ ]</w:t>
            </w:r>
          </w:p>
        </w:tc>
      </w:tr>
    </w:tbl>
    <w:p w14:paraId="3605987E" w14:textId="77777777" w:rsidR="00F81D60" w:rsidRDefault="00F81D60">
      <w:pPr>
        <w:spacing w:after="0"/>
      </w:pPr>
    </w:p>
    <w:p w14:paraId="0FB7F69D"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1F7C9A89" w14:textId="77777777" w:rsidR="00F81D60" w:rsidRDefault="00000000">
      <w:pPr>
        <w:pStyle w:val="Reference"/>
      </w:pPr>
      <w:r>
        <w:t>Azioni: riportare ID e seguito in A17 o nel PIANO_AZIONI. Non inserire informazioni sulla salute delle persone. Questa pagina non sostituisce i riscontri A07.</w:t>
      </w:r>
    </w:p>
    <w:p w14:paraId="0A4147C6" w14:textId="77777777" w:rsidR="00F81D60" w:rsidRDefault="00000000">
      <w:r>
        <w:br w:type="page"/>
      </w:r>
    </w:p>
    <w:p w14:paraId="056B2DC8" w14:textId="77777777" w:rsidR="00F81D60" w:rsidRDefault="00000000">
      <w:pPr>
        <w:pStyle w:val="Small"/>
      </w:pPr>
      <w:r>
        <w:rPr>
          <w:b/>
          <w:color w:val="006B70"/>
        </w:rPr>
        <w:t>ALLEGATO AZIENDALE  •  MOD-MM-06  •  parte 9</w:t>
      </w:r>
    </w:p>
    <w:p w14:paraId="7BC803A1" w14:textId="77777777" w:rsidR="00F81D60" w:rsidRDefault="00000000">
      <w:pPr>
        <w:pStyle w:val="Titolo1"/>
      </w:pPr>
      <w:bookmarkStart w:id="54" w:name="A06_9"/>
      <w:r>
        <w:t>A06 | 09 | Inclusione e intersezioni | Verifiche</w:t>
      </w:r>
      <w:bookmarkEnd w:id="54"/>
    </w:p>
    <w:p w14:paraId="43403D9C" w14:textId="77777777" w:rsidR="00F81D60" w:rsidRDefault="00000000">
      <w:pPr>
        <w:pStyle w:val="Reference"/>
      </w:pPr>
      <w:r>
        <w:t>Base documentale: [XLS] CATALOGO, ID MM-080–MM-092. Le istruzioni operative e i moduli sono elaborazioni aziendali del modello [AZ].</w:t>
      </w:r>
    </w:p>
    <w:p w14:paraId="128868E9"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78D3D436" w14:textId="77777777">
        <w:trPr>
          <w:tblHeader/>
          <w:jc w:val="center"/>
        </w:trPr>
        <w:tc>
          <w:tcPr>
            <w:tcW w:w="1984" w:type="dxa"/>
            <w:shd w:val="clear" w:color="auto" w:fill="17324D"/>
            <w:vAlign w:val="center"/>
          </w:tcPr>
          <w:p w14:paraId="162D60F4" w14:textId="77777777" w:rsidR="00F81D60" w:rsidRDefault="00000000">
            <w:pPr>
              <w:pStyle w:val="TableText"/>
              <w:spacing w:before="40" w:after="40"/>
            </w:pPr>
            <w:r>
              <w:rPr>
                <w:b/>
                <w:color w:val="FFFFFF"/>
                <w:sz w:val="17"/>
              </w:rPr>
              <w:t>ID / riferimento della fonte</w:t>
            </w:r>
          </w:p>
        </w:tc>
        <w:tc>
          <w:tcPr>
            <w:tcW w:w="6236" w:type="dxa"/>
            <w:shd w:val="clear" w:color="auto" w:fill="17324D"/>
            <w:vAlign w:val="center"/>
          </w:tcPr>
          <w:p w14:paraId="65ED2DDB" w14:textId="77777777" w:rsidR="00F81D60" w:rsidRDefault="00000000">
            <w:pPr>
              <w:pStyle w:val="TableText"/>
              <w:spacing w:before="40" w:after="40"/>
            </w:pPr>
            <w:r>
              <w:rPr>
                <w:b/>
                <w:color w:val="FFFFFF"/>
                <w:sz w:val="17"/>
              </w:rPr>
              <w:t>Verifica operativa – testo del catalogo Excel</w:t>
            </w:r>
          </w:p>
        </w:tc>
        <w:tc>
          <w:tcPr>
            <w:tcW w:w="1757" w:type="dxa"/>
            <w:shd w:val="clear" w:color="auto" w:fill="17324D"/>
            <w:vAlign w:val="center"/>
          </w:tcPr>
          <w:p w14:paraId="570513C2" w14:textId="77777777" w:rsidR="00F81D60" w:rsidRDefault="00000000">
            <w:pPr>
              <w:pStyle w:val="TableText"/>
              <w:spacing w:before="40" w:after="40"/>
            </w:pPr>
            <w:r>
              <w:rPr>
                <w:b/>
                <w:color w:val="FFFFFF"/>
                <w:sz w:val="17"/>
              </w:rPr>
              <w:t>Esito / riscontro</w:t>
            </w:r>
          </w:p>
        </w:tc>
      </w:tr>
      <w:tr w:rsidR="00F81D60" w14:paraId="560336E8" w14:textId="77777777">
        <w:trPr>
          <w:cantSplit/>
          <w:jc w:val="center"/>
        </w:trPr>
        <w:tc>
          <w:tcPr>
            <w:tcW w:w="1984" w:type="dxa"/>
            <w:vAlign w:val="center"/>
          </w:tcPr>
          <w:p w14:paraId="71811A8B" w14:textId="77777777" w:rsidR="00F81D60" w:rsidRDefault="00000000">
            <w:pPr>
              <w:pStyle w:val="TableText"/>
              <w:spacing w:before="40" w:after="40"/>
            </w:pPr>
            <w:r>
              <w:rPr>
                <w:sz w:val="17"/>
              </w:rPr>
              <w:t>MM-080</w:t>
            </w:r>
            <w:r>
              <w:rPr>
                <w:sz w:val="17"/>
              </w:rPr>
              <w:br/>
              <w:t>ISO: 5.7.2.2 a)</w:t>
            </w:r>
          </w:p>
        </w:tc>
        <w:tc>
          <w:tcPr>
            <w:tcW w:w="6236" w:type="dxa"/>
            <w:vAlign w:val="center"/>
          </w:tcPr>
          <w:p w14:paraId="00E43B50" w14:textId="77777777" w:rsidR="00F81D60" w:rsidRDefault="00000000">
            <w:pPr>
              <w:pStyle w:val="TableText"/>
              <w:spacing w:before="40" w:after="40"/>
            </w:pPr>
            <w:r>
              <w:rPr>
                <w:sz w:val="17"/>
              </w:rPr>
              <w:t>Nei servizi igienici neutri rispetto al genere è presente un contenitore di smaltimento in ogni cabina?</w:t>
            </w:r>
          </w:p>
        </w:tc>
        <w:tc>
          <w:tcPr>
            <w:tcW w:w="1757" w:type="dxa"/>
            <w:vAlign w:val="center"/>
          </w:tcPr>
          <w:p w14:paraId="4EC4266E" w14:textId="77777777" w:rsidR="00F81D60" w:rsidRDefault="00000000">
            <w:pPr>
              <w:pStyle w:val="TableText"/>
              <w:spacing w:before="40" w:after="40"/>
            </w:pPr>
            <w:r>
              <w:rPr>
                <w:sz w:val="17"/>
              </w:rPr>
              <w:t>Esito: [ ]</w:t>
            </w:r>
            <w:r>
              <w:rPr>
                <w:sz w:val="17"/>
              </w:rPr>
              <w:br/>
              <w:t>A07 n.: [ ]</w:t>
            </w:r>
          </w:p>
        </w:tc>
      </w:tr>
      <w:tr w:rsidR="00F81D60" w14:paraId="473E7A2E" w14:textId="77777777">
        <w:trPr>
          <w:cantSplit/>
          <w:jc w:val="center"/>
        </w:trPr>
        <w:tc>
          <w:tcPr>
            <w:tcW w:w="1984" w:type="dxa"/>
            <w:shd w:val="clear" w:color="auto" w:fill="F5F7F9"/>
            <w:vAlign w:val="center"/>
          </w:tcPr>
          <w:p w14:paraId="545E4BA1" w14:textId="77777777" w:rsidR="00F81D60" w:rsidRDefault="00000000">
            <w:pPr>
              <w:pStyle w:val="TableText"/>
              <w:spacing w:before="40" w:after="40"/>
            </w:pPr>
            <w:r>
              <w:rPr>
                <w:sz w:val="17"/>
              </w:rPr>
              <w:t>MM-081</w:t>
            </w:r>
            <w:r>
              <w:rPr>
                <w:sz w:val="17"/>
              </w:rPr>
              <w:br/>
              <w:t>ISO: 5.7.2.2 b)</w:t>
            </w:r>
          </w:p>
        </w:tc>
        <w:tc>
          <w:tcPr>
            <w:tcW w:w="6236" w:type="dxa"/>
            <w:shd w:val="clear" w:color="auto" w:fill="F5F7F9"/>
            <w:vAlign w:val="center"/>
          </w:tcPr>
          <w:p w14:paraId="4088482A" w14:textId="77777777" w:rsidR="00F81D60" w:rsidRDefault="00000000">
            <w:pPr>
              <w:pStyle w:val="TableText"/>
              <w:spacing w:before="40" w:after="40"/>
            </w:pPr>
            <w:r>
              <w:rPr>
                <w:sz w:val="17"/>
              </w:rPr>
              <w:t>I prodotti mestruali sono disponibili in tutti i servizi pertinenti o in posizioni neutre e discrete?</w:t>
            </w:r>
          </w:p>
        </w:tc>
        <w:tc>
          <w:tcPr>
            <w:tcW w:w="1757" w:type="dxa"/>
            <w:shd w:val="clear" w:color="auto" w:fill="F5F7F9"/>
            <w:vAlign w:val="center"/>
          </w:tcPr>
          <w:p w14:paraId="47454395" w14:textId="77777777" w:rsidR="00F81D60" w:rsidRDefault="00000000">
            <w:pPr>
              <w:pStyle w:val="TableText"/>
              <w:spacing w:before="40" w:after="40"/>
            </w:pPr>
            <w:r>
              <w:rPr>
                <w:sz w:val="17"/>
              </w:rPr>
              <w:t>Esito: [ ]</w:t>
            </w:r>
            <w:r>
              <w:rPr>
                <w:sz w:val="17"/>
              </w:rPr>
              <w:br/>
              <w:t>A07 n.: [ ]</w:t>
            </w:r>
          </w:p>
        </w:tc>
      </w:tr>
      <w:tr w:rsidR="00F81D60" w14:paraId="12658009" w14:textId="77777777">
        <w:trPr>
          <w:cantSplit/>
          <w:jc w:val="center"/>
        </w:trPr>
        <w:tc>
          <w:tcPr>
            <w:tcW w:w="1984" w:type="dxa"/>
            <w:vAlign w:val="center"/>
          </w:tcPr>
          <w:p w14:paraId="42E20263" w14:textId="77777777" w:rsidR="00F81D60" w:rsidRDefault="00000000">
            <w:pPr>
              <w:pStyle w:val="TableText"/>
              <w:spacing w:before="40" w:after="40"/>
            </w:pPr>
            <w:r>
              <w:rPr>
                <w:sz w:val="17"/>
              </w:rPr>
              <w:t>MM-082</w:t>
            </w:r>
            <w:r>
              <w:rPr>
                <w:sz w:val="17"/>
              </w:rPr>
              <w:br/>
              <w:t>ISO: 5.7.2.2 c)</w:t>
            </w:r>
          </w:p>
        </w:tc>
        <w:tc>
          <w:tcPr>
            <w:tcW w:w="6236" w:type="dxa"/>
            <w:vAlign w:val="center"/>
          </w:tcPr>
          <w:p w14:paraId="73827B56" w14:textId="77777777" w:rsidR="00F81D60" w:rsidRDefault="00000000">
            <w:pPr>
              <w:pStyle w:val="TableText"/>
              <w:spacing w:before="40" w:after="40"/>
            </w:pPr>
            <w:r>
              <w:rPr>
                <w:sz w:val="17"/>
              </w:rPr>
              <w:t>Le valutazioni dei rischi considerano differenze di genere e condizioni di lavoro che possono accentuare i sintomi?</w:t>
            </w:r>
          </w:p>
        </w:tc>
        <w:tc>
          <w:tcPr>
            <w:tcW w:w="1757" w:type="dxa"/>
            <w:vAlign w:val="center"/>
          </w:tcPr>
          <w:p w14:paraId="6FC2773E" w14:textId="77777777" w:rsidR="00F81D60" w:rsidRDefault="00000000">
            <w:pPr>
              <w:pStyle w:val="TableText"/>
              <w:spacing w:before="40" w:after="40"/>
            </w:pPr>
            <w:r>
              <w:rPr>
                <w:sz w:val="17"/>
              </w:rPr>
              <w:t>Esito: [ ]</w:t>
            </w:r>
            <w:r>
              <w:rPr>
                <w:sz w:val="17"/>
              </w:rPr>
              <w:br/>
              <w:t>A07 n.: [ ]</w:t>
            </w:r>
          </w:p>
        </w:tc>
      </w:tr>
      <w:tr w:rsidR="00F81D60" w14:paraId="0DD0B1B6" w14:textId="77777777">
        <w:trPr>
          <w:cantSplit/>
          <w:jc w:val="center"/>
        </w:trPr>
        <w:tc>
          <w:tcPr>
            <w:tcW w:w="1984" w:type="dxa"/>
            <w:shd w:val="clear" w:color="auto" w:fill="F5F7F9"/>
            <w:vAlign w:val="center"/>
          </w:tcPr>
          <w:p w14:paraId="5AED8C25" w14:textId="77777777" w:rsidR="00F81D60" w:rsidRDefault="00000000">
            <w:pPr>
              <w:pStyle w:val="TableText"/>
              <w:spacing w:before="40" w:after="40"/>
            </w:pPr>
            <w:r>
              <w:rPr>
                <w:sz w:val="17"/>
              </w:rPr>
              <w:t>MM-083</w:t>
            </w:r>
            <w:r>
              <w:rPr>
                <w:sz w:val="17"/>
              </w:rPr>
              <w:br/>
              <w:t>ISO: 5.7.2.3 a)</w:t>
            </w:r>
          </w:p>
        </w:tc>
        <w:tc>
          <w:tcPr>
            <w:tcW w:w="6236" w:type="dxa"/>
            <w:shd w:val="clear" w:color="auto" w:fill="F5F7F9"/>
            <w:vAlign w:val="center"/>
          </w:tcPr>
          <w:p w14:paraId="66264E17" w14:textId="77777777" w:rsidR="00F81D60" w:rsidRDefault="00000000">
            <w:pPr>
              <w:pStyle w:val="TableText"/>
              <w:spacing w:before="40" w:after="40"/>
            </w:pPr>
            <w:r>
              <w:rPr>
                <w:sz w:val="17"/>
              </w:rPr>
              <w:t>Reti e referenti hanno competenze su inclusività e possibili pregiudizi di genere?</w:t>
            </w:r>
          </w:p>
        </w:tc>
        <w:tc>
          <w:tcPr>
            <w:tcW w:w="1757" w:type="dxa"/>
            <w:shd w:val="clear" w:color="auto" w:fill="F5F7F9"/>
            <w:vAlign w:val="center"/>
          </w:tcPr>
          <w:p w14:paraId="668EC2B6" w14:textId="77777777" w:rsidR="00F81D60" w:rsidRDefault="00000000">
            <w:pPr>
              <w:pStyle w:val="TableText"/>
              <w:spacing w:before="40" w:after="40"/>
            </w:pPr>
            <w:r>
              <w:rPr>
                <w:sz w:val="17"/>
              </w:rPr>
              <w:t>Esito: [ ]</w:t>
            </w:r>
            <w:r>
              <w:rPr>
                <w:sz w:val="17"/>
              </w:rPr>
              <w:br/>
              <w:t>A07 n.: [ ]</w:t>
            </w:r>
          </w:p>
        </w:tc>
      </w:tr>
      <w:tr w:rsidR="00F81D60" w14:paraId="3BDE42B1" w14:textId="77777777">
        <w:trPr>
          <w:cantSplit/>
          <w:jc w:val="center"/>
        </w:trPr>
        <w:tc>
          <w:tcPr>
            <w:tcW w:w="1984" w:type="dxa"/>
            <w:vAlign w:val="center"/>
          </w:tcPr>
          <w:p w14:paraId="1A3E54AF" w14:textId="77777777" w:rsidR="00F81D60" w:rsidRDefault="00000000">
            <w:pPr>
              <w:pStyle w:val="TableText"/>
              <w:spacing w:before="40" w:after="40"/>
            </w:pPr>
            <w:r>
              <w:rPr>
                <w:sz w:val="17"/>
              </w:rPr>
              <w:t>MM-084</w:t>
            </w:r>
            <w:r>
              <w:rPr>
                <w:sz w:val="17"/>
              </w:rPr>
              <w:br/>
              <w:t>ISO: 5.7.2.3 b)</w:t>
            </w:r>
          </w:p>
        </w:tc>
        <w:tc>
          <w:tcPr>
            <w:tcW w:w="6236" w:type="dxa"/>
            <w:vAlign w:val="center"/>
          </w:tcPr>
          <w:p w14:paraId="64436E93" w14:textId="77777777" w:rsidR="00F81D60" w:rsidRDefault="00000000">
            <w:pPr>
              <w:pStyle w:val="TableText"/>
              <w:spacing w:before="40" w:after="40"/>
            </w:pPr>
            <w:r>
              <w:rPr>
                <w:sz w:val="17"/>
              </w:rPr>
              <w:t>È previsto supporto per chi incontra difficoltà nell'esprimere o sostenere le proprie esigenze?</w:t>
            </w:r>
          </w:p>
        </w:tc>
        <w:tc>
          <w:tcPr>
            <w:tcW w:w="1757" w:type="dxa"/>
            <w:vAlign w:val="center"/>
          </w:tcPr>
          <w:p w14:paraId="09F5F5AA" w14:textId="77777777" w:rsidR="00F81D60" w:rsidRDefault="00000000">
            <w:pPr>
              <w:pStyle w:val="TableText"/>
              <w:spacing w:before="40" w:after="40"/>
            </w:pPr>
            <w:r>
              <w:rPr>
                <w:sz w:val="17"/>
              </w:rPr>
              <w:t>Esito: [ ]</w:t>
            </w:r>
            <w:r>
              <w:rPr>
                <w:sz w:val="17"/>
              </w:rPr>
              <w:br/>
              <w:t>A07 n.: [ ]</w:t>
            </w:r>
          </w:p>
        </w:tc>
      </w:tr>
      <w:tr w:rsidR="00F81D60" w14:paraId="7C57DD6A" w14:textId="77777777">
        <w:trPr>
          <w:cantSplit/>
          <w:jc w:val="center"/>
        </w:trPr>
        <w:tc>
          <w:tcPr>
            <w:tcW w:w="1984" w:type="dxa"/>
            <w:shd w:val="clear" w:color="auto" w:fill="F5F7F9"/>
            <w:vAlign w:val="center"/>
          </w:tcPr>
          <w:p w14:paraId="58B14229" w14:textId="77777777" w:rsidR="00F81D60" w:rsidRDefault="00000000">
            <w:pPr>
              <w:pStyle w:val="TableText"/>
              <w:spacing w:before="40" w:after="40"/>
            </w:pPr>
            <w:r>
              <w:rPr>
                <w:sz w:val="17"/>
              </w:rPr>
              <w:t>MM-085</w:t>
            </w:r>
            <w:r>
              <w:rPr>
                <w:sz w:val="17"/>
              </w:rPr>
              <w:br/>
              <w:t>ISO: 5.7.2.3 c); 3.14</w:t>
            </w:r>
          </w:p>
        </w:tc>
        <w:tc>
          <w:tcPr>
            <w:tcW w:w="6236" w:type="dxa"/>
            <w:shd w:val="clear" w:color="auto" w:fill="F5F7F9"/>
            <w:vAlign w:val="center"/>
          </w:tcPr>
          <w:p w14:paraId="23441223" w14:textId="77777777" w:rsidR="00F81D60" w:rsidRDefault="00000000">
            <w:pPr>
              <w:pStyle w:val="TableText"/>
              <w:spacing w:before="40" w:after="40"/>
            </w:pPr>
            <w:r>
              <w:rPr>
                <w:sz w:val="17"/>
              </w:rPr>
              <w:t>Il passaporto degli adattamenti, ove adottato, evita di ricominciare la richiesta a ogni cambio di ruolo o responsabile?</w:t>
            </w:r>
          </w:p>
        </w:tc>
        <w:tc>
          <w:tcPr>
            <w:tcW w:w="1757" w:type="dxa"/>
            <w:shd w:val="clear" w:color="auto" w:fill="F5F7F9"/>
            <w:vAlign w:val="center"/>
          </w:tcPr>
          <w:p w14:paraId="05788A22" w14:textId="77777777" w:rsidR="00F81D60" w:rsidRDefault="00000000">
            <w:pPr>
              <w:pStyle w:val="TableText"/>
              <w:spacing w:before="40" w:after="40"/>
            </w:pPr>
            <w:r>
              <w:rPr>
                <w:sz w:val="17"/>
              </w:rPr>
              <w:t>Esito: [ ]</w:t>
            </w:r>
            <w:r>
              <w:rPr>
                <w:sz w:val="17"/>
              </w:rPr>
              <w:br/>
              <w:t>A07 n.: [ ]</w:t>
            </w:r>
          </w:p>
        </w:tc>
      </w:tr>
      <w:tr w:rsidR="00F81D60" w14:paraId="4BFBF0DB" w14:textId="77777777">
        <w:trPr>
          <w:cantSplit/>
          <w:jc w:val="center"/>
        </w:trPr>
        <w:tc>
          <w:tcPr>
            <w:tcW w:w="1984" w:type="dxa"/>
            <w:vAlign w:val="center"/>
          </w:tcPr>
          <w:p w14:paraId="51D62C02" w14:textId="77777777" w:rsidR="00F81D60" w:rsidRDefault="00000000">
            <w:pPr>
              <w:pStyle w:val="TableText"/>
              <w:spacing w:before="40" w:after="40"/>
            </w:pPr>
            <w:r>
              <w:rPr>
                <w:sz w:val="17"/>
              </w:rPr>
              <w:t>MM-086</w:t>
            </w:r>
            <w:r>
              <w:rPr>
                <w:sz w:val="17"/>
              </w:rPr>
              <w:br/>
              <w:t>ISO: 5.7.2.3 d)</w:t>
            </w:r>
          </w:p>
        </w:tc>
        <w:tc>
          <w:tcPr>
            <w:tcW w:w="6236" w:type="dxa"/>
            <w:vAlign w:val="center"/>
          </w:tcPr>
          <w:p w14:paraId="20633659" w14:textId="77777777" w:rsidR="00F81D60" w:rsidRDefault="00000000">
            <w:pPr>
              <w:pStyle w:val="TableText"/>
              <w:spacing w:before="40" w:after="40"/>
            </w:pPr>
            <w:r>
              <w:rPr>
                <w:sz w:val="17"/>
              </w:rPr>
              <w:t>La formazione include genere e intersezionalità nelle esperienze mestruali e menopausali?</w:t>
            </w:r>
          </w:p>
        </w:tc>
        <w:tc>
          <w:tcPr>
            <w:tcW w:w="1757" w:type="dxa"/>
            <w:vAlign w:val="center"/>
          </w:tcPr>
          <w:p w14:paraId="1928C435" w14:textId="77777777" w:rsidR="00F81D60" w:rsidRDefault="00000000">
            <w:pPr>
              <w:pStyle w:val="TableText"/>
              <w:spacing w:before="40" w:after="40"/>
            </w:pPr>
            <w:r>
              <w:rPr>
                <w:sz w:val="17"/>
              </w:rPr>
              <w:t>Esito: [ ]</w:t>
            </w:r>
            <w:r>
              <w:rPr>
                <w:sz w:val="17"/>
              </w:rPr>
              <w:br/>
              <w:t>A07 n.: [ ]</w:t>
            </w:r>
          </w:p>
        </w:tc>
      </w:tr>
      <w:tr w:rsidR="00F81D60" w14:paraId="50526155" w14:textId="77777777">
        <w:trPr>
          <w:cantSplit/>
          <w:jc w:val="center"/>
        </w:trPr>
        <w:tc>
          <w:tcPr>
            <w:tcW w:w="1984" w:type="dxa"/>
            <w:shd w:val="clear" w:color="auto" w:fill="F5F7F9"/>
            <w:vAlign w:val="center"/>
          </w:tcPr>
          <w:p w14:paraId="1B53E5F7" w14:textId="77777777" w:rsidR="00F81D60" w:rsidRDefault="00000000">
            <w:pPr>
              <w:pStyle w:val="TableText"/>
              <w:spacing w:before="40" w:after="40"/>
            </w:pPr>
            <w:r>
              <w:rPr>
                <w:sz w:val="17"/>
              </w:rPr>
              <w:t>MM-087</w:t>
            </w:r>
            <w:r>
              <w:rPr>
                <w:sz w:val="17"/>
              </w:rPr>
              <w:br/>
              <w:t>ISO: 5.7.2.3 e)-f)</w:t>
            </w:r>
          </w:p>
        </w:tc>
        <w:tc>
          <w:tcPr>
            <w:tcW w:w="6236" w:type="dxa"/>
            <w:shd w:val="clear" w:color="auto" w:fill="F5F7F9"/>
            <w:vAlign w:val="center"/>
          </w:tcPr>
          <w:p w14:paraId="7CA9F77D" w14:textId="77777777" w:rsidR="00F81D60" w:rsidRDefault="00000000">
            <w:pPr>
              <w:pStyle w:val="TableText"/>
              <w:spacing w:before="40" w:after="40"/>
            </w:pPr>
            <w:r>
              <w:rPr>
                <w:sz w:val="17"/>
              </w:rPr>
              <w:t>Policy, eventi e comunicazioni usano un linguaggio inclusivo e non descrivono il tema come sporco o esclusivamente femminile?</w:t>
            </w:r>
          </w:p>
        </w:tc>
        <w:tc>
          <w:tcPr>
            <w:tcW w:w="1757" w:type="dxa"/>
            <w:shd w:val="clear" w:color="auto" w:fill="F5F7F9"/>
            <w:vAlign w:val="center"/>
          </w:tcPr>
          <w:p w14:paraId="1F88708C" w14:textId="77777777" w:rsidR="00F81D60" w:rsidRDefault="00000000">
            <w:pPr>
              <w:pStyle w:val="TableText"/>
              <w:spacing w:before="40" w:after="40"/>
            </w:pPr>
            <w:r>
              <w:rPr>
                <w:sz w:val="17"/>
              </w:rPr>
              <w:t>Esito: [ ]</w:t>
            </w:r>
            <w:r>
              <w:rPr>
                <w:sz w:val="17"/>
              </w:rPr>
              <w:br/>
              <w:t>A07 n.: [ ]</w:t>
            </w:r>
          </w:p>
        </w:tc>
      </w:tr>
      <w:tr w:rsidR="00F81D60" w14:paraId="666993AB" w14:textId="77777777">
        <w:trPr>
          <w:cantSplit/>
          <w:jc w:val="center"/>
        </w:trPr>
        <w:tc>
          <w:tcPr>
            <w:tcW w:w="1984" w:type="dxa"/>
            <w:vAlign w:val="center"/>
          </w:tcPr>
          <w:p w14:paraId="036CD5BF" w14:textId="77777777" w:rsidR="00F81D60" w:rsidRDefault="00000000">
            <w:pPr>
              <w:pStyle w:val="TableText"/>
              <w:spacing w:before="40" w:after="40"/>
            </w:pPr>
            <w:r>
              <w:rPr>
                <w:sz w:val="17"/>
              </w:rPr>
              <w:t>MM-088</w:t>
            </w:r>
            <w:r>
              <w:rPr>
                <w:sz w:val="17"/>
              </w:rPr>
              <w:br/>
              <w:t>ISO: 5.7.2.4 a)</w:t>
            </w:r>
          </w:p>
        </w:tc>
        <w:tc>
          <w:tcPr>
            <w:tcW w:w="6236" w:type="dxa"/>
            <w:vAlign w:val="center"/>
          </w:tcPr>
          <w:p w14:paraId="0150A807" w14:textId="77777777" w:rsidR="00F81D60" w:rsidRDefault="00000000">
            <w:pPr>
              <w:pStyle w:val="TableText"/>
              <w:spacing w:before="40" w:after="40"/>
            </w:pPr>
            <w:r>
              <w:rPr>
                <w:sz w:val="17"/>
              </w:rPr>
              <w:t>Gli adattamenti già in essere sono riesaminati quando le esigenze si modificano?</w:t>
            </w:r>
          </w:p>
        </w:tc>
        <w:tc>
          <w:tcPr>
            <w:tcW w:w="1757" w:type="dxa"/>
            <w:vAlign w:val="center"/>
          </w:tcPr>
          <w:p w14:paraId="0E4ACB65" w14:textId="77777777" w:rsidR="00F81D60" w:rsidRDefault="00000000">
            <w:pPr>
              <w:pStyle w:val="TableText"/>
              <w:spacing w:before="40" w:after="40"/>
            </w:pPr>
            <w:r>
              <w:rPr>
                <w:sz w:val="17"/>
              </w:rPr>
              <w:t>Esito: [ ]</w:t>
            </w:r>
            <w:r>
              <w:rPr>
                <w:sz w:val="17"/>
              </w:rPr>
              <w:br/>
              <w:t>A07 n.: [ ]</w:t>
            </w:r>
          </w:p>
        </w:tc>
      </w:tr>
      <w:tr w:rsidR="00F81D60" w14:paraId="78F97299" w14:textId="77777777">
        <w:trPr>
          <w:cantSplit/>
          <w:jc w:val="center"/>
        </w:trPr>
        <w:tc>
          <w:tcPr>
            <w:tcW w:w="1984" w:type="dxa"/>
            <w:shd w:val="clear" w:color="auto" w:fill="F5F7F9"/>
            <w:vAlign w:val="center"/>
          </w:tcPr>
          <w:p w14:paraId="7B52F261" w14:textId="77777777" w:rsidR="00F81D60" w:rsidRDefault="00000000">
            <w:pPr>
              <w:pStyle w:val="TableText"/>
              <w:spacing w:before="40" w:after="40"/>
            </w:pPr>
            <w:r>
              <w:rPr>
                <w:sz w:val="17"/>
              </w:rPr>
              <w:t>MM-089</w:t>
            </w:r>
            <w:r>
              <w:rPr>
                <w:sz w:val="17"/>
              </w:rPr>
              <w:br/>
              <w:t>ISO: 5.7.2.4 b)</w:t>
            </w:r>
          </w:p>
        </w:tc>
        <w:tc>
          <w:tcPr>
            <w:tcW w:w="6236" w:type="dxa"/>
            <w:shd w:val="clear" w:color="auto" w:fill="F5F7F9"/>
            <w:vAlign w:val="center"/>
          </w:tcPr>
          <w:p w14:paraId="382960EF" w14:textId="77777777" w:rsidR="00F81D60" w:rsidRDefault="00000000">
            <w:pPr>
              <w:pStyle w:val="TableText"/>
              <w:spacing w:before="40" w:after="40"/>
            </w:pPr>
            <w:r>
              <w:rPr>
                <w:sz w:val="17"/>
              </w:rPr>
              <w:t>Sono considerate le esigenze delle persone neurodivergenti, senza generalizzare sintomi o difficoltà?</w:t>
            </w:r>
          </w:p>
        </w:tc>
        <w:tc>
          <w:tcPr>
            <w:tcW w:w="1757" w:type="dxa"/>
            <w:shd w:val="clear" w:color="auto" w:fill="F5F7F9"/>
            <w:vAlign w:val="center"/>
          </w:tcPr>
          <w:p w14:paraId="267887AB" w14:textId="77777777" w:rsidR="00F81D60" w:rsidRDefault="00000000">
            <w:pPr>
              <w:pStyle w:val="TableText"/>
              <w:spacing w:before="40" w:after="40"/>
            </w:pPr>
            <w:r>
              <w:rPr>
                <w:sz w:val="17"/>
              </w:rPr>
              <w:t>Esito: [ ]</w:t>
            </w:r>
            <w:r>
              <w:rPr>
                <w:sz w:val="17"/>
              </w:rPr>
              <w:br/>
              <w:t>A07 n.: [ ]</w:t>
            </w:r>
          </w:p>
        </w:tc>
      </w:tr>
      <w:tr w:rsidR="00F81D60" w14:paraId="08A12206" w14:textId="77777777">
        <w:trPr>
          <w:cantSplit/>
          <w:jc w:val="center"/>
        </w:trPr>
        <w:tc>
          <w:tcPr>
            <w:tcW w:w="1984" w:type="dxa"/>
            <w:vAlign w:val="center"/>
          </w:tcPr>
          <w:p w14:paraId="14AE62BA" w14:textId="77777777" w:rsidR="00F81D60" w:rsidRDefault="00000000">
            <w:pPr>
              <w:pStyle w:val="TableText"/>
              <w:spacing w:before="40" w:after="40"/>
            </w:pPr>
            <w:r>
              <w:rPr>
                <w:sz w:val="17"/>
              </w:rPr>
              <w:t>MM-090</w:t>
            </w:r>
            <w:r>
              <w:rPr>
                <w:sz w:val="17"/>
              </w:rPr>
              <w:br/>
              <w:t>ISO: 5.7.2.4 c)</w:t>
            </w:r>
          </w:p>
        </w:tc>
        <w:tc>
          <w:tcPr>
            <w:tcW w:w="6236" w:type="dxa"/>
            <w:vAlign w:val="center"/>
          </w:tcPr>
          <w:p w14:paraId="010E38E4" w14:textId="77777777" w:rsidR="00F81D60" w:rsidRDefault="00000000">
            <w:pPr>
              <w:pStyle w:val="TableText"/>
              <w:spacing w:before="40" w:after="40"/>
            </w:pPr>
            <w:r>
              <w:rPr>
                <w:sz w:val="17"/>
              </w:rPr>
              <w:t>Le iniziative rispettano sensibilità culturali e preferenze diverse tra confronto aperto e riservatezza?</w:t>
            </w:r>
          </w:p>
        </w:tc>
        <w:tc>
          <w:tcPr>
            <w:tcW w:w="1757" w:type="dxa"/>
            <w:vAlign w:val="center"/>
          </w:tcPr>
          <w:p w14:paraId="19A9229A" w14:textId="77777777" w:rsidR="00F81D60" w:rsidRDefault="00000000">
            <w:pPr>
              <w:pStyle w:val="TableText"/>
              <w:spacing w:before="40" w:after="40"/>
            </w:pPr>
            <w:r>
              <w:rPr>
                <w:sz w:val="17"/>
              </w:rPr>
              <w:t>Esito: [ ]</w:t>
            </w:r>
            <w:r>
              <w:rPr>
                <w:sz w:val="17"/>
              </w:rPr>
              <w:br/>
              <w:t>A07 n.: [ ]</w:t>
            </w:r>
          </w:p>
        </w:tc>
      </w:tr>
      <w:tr w:rsidR="00F81D60" w14:paraId="731BDDF2" w14:textId="77777777">
        <w:trPr>
          <w:cantSplit/>
          <w:jc w:val="center"/>
        </w:trPr>
        <w:tc>
          <w:tcPr>
            <w:tcW w:w="1984" w:type="dxa"/>
            <w:shd w:val="clear" w:color="auto" w:fill="F5F7F9"/>
            <w:vAlign w:val="center"/>
          </w:tcPr>
          <w:p w14:paraId="28A30860" w14:textId="77777777" w:rsidR="00F81D60" w:rsidRDefault="00000000">
            <w:pPr>
              <w:pStyle w:val="TableText"/>
              <w:spacing w:before="40" w:after="40"/>
            </w:pPr>
            <w:r>
              <w:rPr>
                <w:sz w:val="17"/>
              </w:rPr>
              <w:t>MM-091</w:t>
            </w:r>
            <w:r>
              <w:rPr>
                <w:sz w:val="17"/>
              </w:rPr>
              <w:br/>
              <w:t>ISO: 5.7.2.4 d)</w:t>
            </w:r>
          </w:p>
        </w:tc>
        <w:tc>
          <w:tcPr>
            <w:tcW w:w="6236" w:type="dxa"/>
            <w:shd w:val="clear" w:color="auto" w:fill="F5F7F9"/>
            <w:vAlign w:val="center"/>
          </w:tcPr>
          <w:p w14:paraId="118511F3" w14:textId="77777777" w:rsidR="00F81D60" w:rsidRDefault="00000000">
            <w:pPr>
              <w:pStyle w:val="TableText"/>
              <w:spacing w:before="40" w:after="40"/>
            </w:pPr>
            <w:r>
              <w:rPr>
                <w:sz w:val="17"/>
              </w:rPr>
              <w:t>Le misure includono persone transgender, non binarie e non conformi al genere senza rischio di rivelazione involontaria?</w:t>
            </w:r>
          </w:p>
        </w:tc>
        <w:tc>
          <w:tcPr>
            <w:tcW w:w="1757" w:type="dxa"/>
            <w:shd w:val="clear" w:color="auto" w:fill="F5F7F9"/>
            <w:vAlign w:val="center"/>
          </w:tcPr>
          <w:p w14:paraId="390E428D" w14:textId="77777777" w:rsidR="00F81D60" w:rsidRDefault="00000000">
            <w:pPr>
              <w:pStyle w:val="TableText"/>
              <w:spacing w:before="40" w:after="40"/>
            </w:pPr>
            <w:r>
              <w:rPr>
                <w:sz w:val="17"/>
              </w:rPr>
              <w:t>Esito: [ ]</w:t>
            </w:r>
            <w:r>
              <w:rPr>
                <w:sz w:val="17"/>
              </w:rPr>
              <w:br/>
              <w:t>A07 n.: [ ]</w:t>
            </w:r>
          </w:p>
        </w:tc>
      </w:tr>
      <w:tr w:rsidR="00F81D60" w14:paraId="48936F87" w14:textId="77777777">
        <w:trPr>
          <w:cantSplit/>
          <w:jc w:val="center"/>
        </w:trPr>
        <w:tc>
          <w:tcPr>
            <w:tcW w:w="1984" w:type="dxa"/>
            <w:vAlign w:val="center"/>
          </w:tcPr>
          <w:p w14:paraId="0F1E706C" w14:textId="77777777" w:rsidR="00F81D60" w:rsidRDefault="00000000">
            <w:pPr>
              <w:pStyle w:val="TableText"/>
              <w:spacing w:before="40" w:after="40"/>
            </w:pPr>
            <w:r>
              <w:rPr>
                <w:sz w:val="17"/>
              </w:rPr>
              <w:t>MM-092</w:t>
            </w:r>
            <w:r>
              <w:rPr>
                <w:sz w:val="17"/>
              </w:rPr>
              <w:br/>
              <w:t>ISO: 4; A.4; A.5</w:t>
            </w:r>
          </w:p>
        </w:tc>
        <w:tc>
          <w:tcPr>
            <w:tcW w:w="6236" w:type="dxa"/>
            <w:vAlign w:val="center"/>
          </w:tcPr>
          <w:p w14:paraId="1DCB9B1B" w14:textId="77777777" w:rsidR="00F81D60" w:rsidRDefault="00000000">
            <w:pPr>
              <w:pStyle w:val="TableText"/>
              <w:spacing w:before="40" w:after="40"/>
            </w:pPr>
            <w:r>
              <w:rPr>
                <w:sz w:val="17"/>
              </w:rPr>
              <w:t>Il programma evita presunzioni basate soltanto su età, genere o intensità attesa dei sintomi?</w:t>
            </w:r>
          </w:p>
        </w:tc>
        <w:tc>
          <w:tcPr>
            <w:tcW w:w="1757" w:type="dxa"/>
            <w:vAlign w:val="center"/>
          </w:tcPr>
          <w:p w14:paraId="270A134E" w14:textId="77777777" w:rsidR="00F81D60" w:rsidRDefault="00000000">
            <w:pPr>
              <w:pStyle w:val="TableText"/>
              <w:spacing w:before="40" w:after="40"/>
            </w:pPr>
            <w:r>
              <w:rPr>
                <w:sz w:val="17"/>
              </w:rPr>
              <w:t>Esito: [ ]</w:t>
            </w:r>
            <w:r>
              <w:rPr>
                <w:sz w:val="17"/>
              </w:rPr>
              <w:br/>
              <w:t>A07 n.: [ ]</w:t>
            </w:r>
          </w:p>
        </w:tc>
      </w:tr>
    </w:tbl>
    <w:p w14:paraId="5B2A5FDD" w14:textId="77777777" w:rsidR="00F81D60" w:rsidRDefault="00F81D60">
      <w:pPr>
        <w:spacing w:after="0"/>
      </w:pPr>
    </w:p>
    <w:p w14:paraId="03AC889E"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0D01B506" w14:textId="77777777" w:rsidR="00F81D60" w:rsidRDefault="00000000">
      <w:pPr>
        <w:pStyle w:val="Reference"/>
      </w:pPr>
      <w:r>
        <w:t>Azioni: riportare ID e seguito in A17 o nel PIANO_AZIONI. Non inserire informazioni sulla salute delle persone. Questa pagina non sostituisce i riscontri A07.</w:t>
      </w:r>
    </w:p>
    <w:p w14:paraId="158A4D52" w14:textId="77777777" w:rsidR="00F81D60" w:rsidRDefault="00000000">
      <w:r>
        <w:br w:type="page"/>
      </w:r>
    </w:p>
    <w:p w14:paraId="75C507B8" w14:textId="77777777" w:rsidR="00F81D60" w:rsidRDefault="00000000">
      <w:pPr>
        <w:pStyle w:val="Small"/>
      </w:pPr>
      <w:r>
        <w:rPr>
          <w:b/>
          <w:color w:val="006B70"/>
        </w:rPr>
        <w:t>ALLEGATO AZIENDALE  •  MOD-MM-06  •  parte 10</w:t>
      </w:r>
    </w:p>
    <w:p w14:paraId="22C6223F" w14:textId="77777777" w:rsidR="00F81D60" w:rsidRDefault="00000000">
      <w:pPr>
        <w:pStyle w:val="Titolo1"/>
      </w:pPr>
      <w:bookmarkStart w:id="55" w:name="A06_10"/>
      <w:r>
        <w:t>A06 | 10 | Soluzioni per PMI | Verifiche</w:t>
      </w:r>
      <w:bookmarkEnd w:id="55"/>
    </w:p>
    <w:p w14:paraId="261C7CDE" w14:textId="77777777" w:rsidR="00F81D60" w:rsidRDefault="00000000">
      <w:pPr>
        <w:pStyle w:val="Reference"/>
      </w:pPr>
      <w:r>
        <w:t>Base documentale: [XLS] CATALOGO, ID MM-093–MM-101. Le istruzioni operative e i moduli sono elaborazioni aziendali del modello [AZ].</w:t>
      </w:r>
    </w:p>
    <w:p w14:paraId="2DEF0A0C"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6AC202F9" w14:textId="77777777">
        <w:trPr>
          <w:tblHeader/>
          <w:jc w:val="center"/>
        </w:trPr>
        <w:tc>
          <w:tcPr>
            <w:tcW w:w="1984" w:type="dxa"/>
            <w:shd w:val="clear" w:color="auto" w:fill="17324D"/>
            <w:vAlign w:val="center"/>
          </w:tcPr>
          <w:p w14:paraId="46612714"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1825175D"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61FE103E" w14:textId="77777777" w:rsidR="00F81D60" w:rsidRDefault="00000000">
            <w:pPr>
              <w:pStyle w:val="TableText"/>
              <w:spacing w:before="40" w:after="40"/>
            </w:pPr>
            <w:r>
              <w:rPr>
                <w:b/>
                <w:color w:val="FFFFFF"/>
              </w:rPr>
              <w:t>Esito / riscontro</w:t>
            </w:r>
          </w:p>
        </w:tc>
      </w:tr>
      <w:tr w:rsidR="00F81D60" w14:paraId="50A246A7" w14:textId="77777777">
        <w:trPr>
          <w:cantSplit/>
          <w:jc w:val="center"/>
        </w:trPr>
        <w:tc>
          <w:tcPr>
            <w:tcW w:w="1984" w:type="dxa"/>
            <w:vAlign w:val="center"/>
          </w:tcPr>
          <w:p w14:paraId="2FF8EC3D" w14:textId="77777777" w:rsidR="00F81D60" w:rsidRDefault="00000000">
            <w:pPr>
              <w:pStyle w:val="TableText"/>
              <w:spacing w:before="40" w:after="40"/>
            </w:pPr>
            <w:r>
              <w:t>MM-093</w:t>
            </w:r>
            <w:r>
              <w:br/>
              <w:t>ISO: 5.8.1; 5.8.2.1</w:t>
            </w:r>
          </w:p>
        </w:tc>
        <w:tc>
          <w:tcPr>
            <w:tcW w:w="6236" w:type="dxa"/>
            <w:vAlign w:val="center"/>
          </w:tcPr>
          <w:p w14:paraId="7B8BBB92" w14:textId="77777777" w:rsidR="00F81D60" w:rsidRDefault="00000000">
            <w:pPr>
              <w:pStyle w:val="TableText"/>
              <w:spacing w:before="40" w:after="40"/>
            </w:pPr>
            <w:r>
              <w:t>Le PMI hanno individuato un percorso proporzionato, con interventi progressivi e priorità concrete?</w:t>
            </w:r>
          </w:p>
        </w:tc>
        <w:tc>
          <w:tcPr>
            <w:tcW w:w="1757" w:type="dxa"/>
            <w:vAlign w:val="center"/>
          </w:tcPr>
          <w:p w14:paraId="3AA7C0F5" w14:textId="77777777" w:rsidR="00F81D60" w:rsidRDefault="00000000">
            <w:pPr>
              <w:pStyle w:val="TableText"/>
              <w:spacing w:before="40" w:after="40"/>
            </w:pPr>
            <w:r>
              <w:t>Esito: [ ]</w:t>
            </w:r>
            <w:r>
              <w:br/>
              <w:t>A07 n.: [ ]</w:t>
            </w:r>
          </w:p>
        </w:tc>
      </w:tr>
      <w:tr w:rsidR="00F81D60" w14:paraId="04EFACCF" w14:textId="77777777">
        <w:trPr>
          <w:cantSplit/>
          <w:jc w:val="center"/>
        </w:trPr>
        <w:tc>
          <w:tcPr>
            <w:tcW w:w="1984" w:type="dxa"/>
            <w:shd w:val="clear" w:color="auto" w:fill="F5F7F9"/>
            <w:vAlign w:val="center"/>
          </w:tcPr>
          <w:p w14:paraId="7C7D51BA" w14:textId="77777777" w:rsidR="00F81D60" w:rsidRDefault="00000000">
            <w:pPr>
              <w:pStyle w:val="TableText"/>
              <w:spacing w:before="40" w:after="40"/>
            </w:pPr>
            <w:r>
              <w:t>MM-094</w:t>
            </w:r>
            <w:r>
              <w:br/>
              <w:t>ISO: 5.8.2.2 a)</w:t>
            </w:r>
          </w:p>
        </w:tc>
        <w:tc>
          <w:tcPr>
            <w:tcW w:w="6236" w:type="dxa"/>
            <w:shd w:val="clear" w:color="auto" w:fill="F5F7F9"/>
            <w:vAlign w:val="center"/>
          </w:tcPr>
          <w:p w14:paraId="6EB53D56" w14:textId="77777777" w:rsidR="00F81D60" w:rsidRDefault="00000000">
            <w:pPr>
              <w:pStyle w:val="TableText"/>
              <w:spacing w:before="40" w:after="40"/>
            </w:pPr>
            <w:r>
              <w:t>Sono segnalate, quando utili, comunità o reti esterne di supporto pertinenti e affidabili?</w:t>
            </w:r>
          </w:p>
        </w:tc>
        <w:tc>
          <w:tcPr>
            <w:tcW w:w="1757" w:type="dxa"/>
            <w:shd w:val="clear" w:color="auto" w:fill="F5F7F9"/>
            <w:vAlign w:val="center"/>
          </w:tcPr>
          <w:p w14:paraId="39FEF451" w14:textId="77777777" w:rsidR="00F81D60" w:rsidRDefault="00000000">
            <w:pPr>
              <w:pStyle w:val="TableText"/>
              <w:spacing w:before="40" w:after="40"/>
            </w:pPr>
            <w:r>
              <w:t>Esito: [ ]</w:t>
            </w:r>
            <w:r>
              <w:br/>
              <w:t>A07 n.: [ ]</w:t>
            </w:r>
          </w:p>
        </w:tc>
      </w:tr>
      <w:tr w:rsidR="00F81D60" w14:paraId="391DC1E9" w14:textId="77777777">
        <w:trPr>
          <w:cantSplit/>
          <w:jc w:val="center"/>
        </w:trPr>
        <w:tc>
          <w:tcPr>
            <w:tcW w:w="1984" w:type="dxa"/>
            <w:vAlign w:val="center"/>
          </w:tcPr>
          <w:p w14:paraId="79C52B75" w14:textId="77777777" w:rsidR="00F81D60" w:rsidRDefault="00000000">
            <w:pPr>
              <w:pStyle w:val="TableText"/>
              <w:spacing w:before="40" w:after="40"/>
            </w:pPr>
            <w:r>
              <w:t>MM-095</w:t>
            </w:r>
            <w:r>
              <w:br/>
              <w:t>ISO: 5.8.2.2 b)-c)</w:t>
            </w:r>
          </w:p>
        </w:tc>
        <w:tc>
          <w:tcPr>
            <w:tcW w:w="6236" w:type="dxa"/>
            <w:vAlign w:val="center"/>
          </w:tcPr>
          <w:p w14:paraId="1C21126E" w14:textId="77777777" w:rsidR="00F81D60" w:rsidRDefault="00000000">
            <w:pPr>
              <w:pStyle w:val="TableText"/>
              <w:spacing w:before="40" w:after="40"/>
            </w:pPr>
            <w:r>
              <w:t>Sono esplorati servizi pubblici, incentivi e supporti di enti non profit pertinenti alla realtà aziendale?</w:t>
            </w:r>
          </w:p>
        </w:tc>
        <w:tc>
          <w:tcPr>
            <w:tcW w:w="1757" w:type="dxa"/>
            <w:vAlign w:val="center"/>
          </w:tcPr>
          <w:p w14:paraId="3BCCC13B" w14:textId="77777777" w:rsidR="00F81D60" w:rsidRDefault="00000000">
            <w:pPr>
              <w:pStyle w:val="TableText"/>
              <w:spacing w:before="40" w:after="40"/>
            </w:pPr>
            <w:r>
              <w:t>Esito: [ ]</w:t>
            </w:r>
            <w:r>
              <w:br/>
              <w:t>A07 n.: [ ]</w:t>
            </w:r>
          </w:p>
        </w:tc>
      </w:tr>
      <w:tr w:rsidR="00F81D60" w14:paraId="75BD0FF6" w14:textId="77777777">
        <w:trPr>
          <w:cantSplit/>
          <w:jc w:val="center"/>
        </w:trPr>
        <w:tc>
          <w:tcPr>
            <w:tcW w:w="1984" w:type="dxa"/>
            <w:shd w:val="clear" w:color="auto" w:fill="F5F7F9"/>
            <w:vAlign w:val="center"/>
          </w:tcPr>
          <w:p w14:paraId="45A4DA71" w14:textId="77777777" w:rsidR="00F81D60" w:rsidRDefault="00000000">
            <w:pPr>
              <w:pStyle w:val="TableText"/>
              <w:spacing w:before="40" w:after="40"/>
            </w:pPr>
            <w:r>
              <w:t>MM-096</w:t>
            </w:r>
            <w:r>
              <w:br/>
              <w:t>ISO: 5.8.2.2 d)</w:t>
            </w:r>
          </w:p>
        </w:tc>
        <w:tc>
          <w:tcPr>
            <w:tcW w:w="6236" w:type="dxa"/>
            <w:shd w:val="clear" w:color="auto" w:fill="F5F7F9"/>
            <w:vAlign w:val="center"/>
          </w:tcPr>
          <w:p w14:paraId="605CEFE0" w14:textId="77777777" w:rsidR="00F81D60" w:rsidRDefault="00000000">
            <w:pPr>
              <w:pStyle w:val="TableText"/>
              <w:spacing w:before="40" w:after="40"/>
            </w:pPr>
            <w:r>
              <w:t>Le risorse gratuite sono controllate per autorevolezza e adattate prima dell'uso?</w:t>
            </w:r>
          </w:p>
        </w:tc>
        <w:tc>
          <w:tcPr>
            <w:tcW w:w="1757" w:type="dxa"/>
            <w:shd w:val="clear" w:color="auto" w:fill="F5F7F9"/>
            <w:vAlign w:val="center"/>
          </w:tcPr>
          <w:p w14:paraId="686B4182" w14:textId="77777777" w:rsidR="00F81D60" w:rsidRDefault="00000000">
            <w:pPr>
              <w:pStyle w:val="TableText"/>
              <w:spacing w:before="40" w:after="40"/>
            </w:pPr>
            <w:r>
              <w:t>Esito: [ ]</w:t>
            </w:r>
            <w:r>
              <w:br/>
              <w:t>A07 n.: [ ]</w:t>
            </w:r>
          </w:p>
        </w:tc>
      </w:tr>
      <w:tr w:rsidR="00F81D60" w14:paraId="6A93BB91" w14:textId="77777777">
        <w:trPr>
          <w:cantSplit/>
          <w:jc w:val="center"/>
        </w:trPr>
        <w:tc>
          <w:tcPr>
            <w:tcW w:w="1984" w:type="dxa"/>
            <w:vAlign w:val="center"/>
          </w:tcPr>
          <w:p w14:paraId="711A343E" w14:textId="77777777" w:rsidR="00F81D60" w:rsidRDefault="00000000">
            <w:pPr>
              <w:pStyle w:val="TableText"/>
              <w:spacing w:before="40" w:after="40"/>
            </w:pPr>
            <w:r>
              <w:t>MM-097</w:t>
            </w:r>
            <w:r>
              <w:br/>
              <w:t>ISO: 5.8.2.3 a)-c)</w:t>
            </w:r>
          </w:p>
        </w:tc>
        <w:tc>
          <w:tcPr>
            <w:tcW w:w="6236" w:type="dxa"/>
            <w:vAlign w:val="center"/>
          </w:tcPr>
          <w:p w14:paraId="155333AD" w14:textId="77777777" w:rsidR="00F81D60" w:rsidRDefault="00000000">
            <w:pPr>
              <w:pStyle w:val="TableText"/>
              <w:spacing w:before="40" w:after="40"/>
            </w:pPr>
            <w:r>
              <w:t>È valutata la collaborazione tra PMI, associazioni o reti per condividere esperienze, formazione e risorse?</w:t>
            </w:r>
          </w:p>
        </w:tc>
        <w:tc>
          <w:tcPr>
            <w:tcW w:w="1757" w:type="dxa"/>
            <w:vAlign w:val="center"/>
          </w:tcPr>
          <w:p w14:paraId="33F21EC8" w14:textId="77777777" w:rsidR="00F81D60" w:rsidRDefault="00000000">
            <w:pPr>
              <w:pStyle w:val="TableText"/>
              <w:spacing w:before="40" w:after="40"/>
            </w:pPr>
            <w:r>
              <w:t>Esito: [ ]</w:t>
            </w:r>
            <w:r>
              <w:br/>
              <w:t>A07 n.: [ ]</w:t>
            </w:r>
          </w:p>
        </w:tc>
      </w:tr>
      <w:tr w:rsidR="00F81D60" w14:paraId="594B8582" w14:textId="77777777">
        <w:trPr>
          <w:cantSplit/>
          <w:jc w:val="center"/>
        </w:trPr>
        <w:tc>
          <w:tcPr>
            <w:tcW w:w="1984" w:type="dxa"/>
            <w:shd w:val="clear" w:color="auto" w:fill="F5F7F9"/>
            <w:vAlign w:val="center"/>
          </w:tcPr>
          <w:p w14:paraId="408F8C82" w14:textId="77777777" w:rsidR="00F81D60" w:rsidRDefault="00000000">
            <w:pPr>
              <w:pStyle w:val="TableText"/>
              <w:spacing w:before="40" w:after="40"/>
            </w:pPr>
            <w:r>
              <w:t>MM-098</w:t>
            </w:r>
            <w:r>
              <w:br/>
              <w:t>ISO: 5.8.2.4 a)</w:t>
            </w:r>
          </w:p>
        </w:tc>
        <w:tc>
          <w:tcPr>
            <w:tcW w:w="6236" w:type="dxa"/>
            <w:shd w:val="clear" w:color="auto" w:fill="F5F7F9"/>
            <w:vAlign w:val="center"/>
          </w:tcPr>
          <w:p w14:paraId="5E0E211B" w14:textId="77777777" w:rsidR="00F81D60" w:rsidRDefault="00000000">
            <w:pPr>
              <w:pStyle w:val="TableText"/>
              <w:spacing w:before="40" w:after="40"/>
            </w:pPr>
            <w:r>
              <w:t>Le procedure esistenti sugli adattamenti includono le esigenze mestruali e menopausali?</w:t>
            </w:r>
          </w:p>
        </w:tc>
        <w:tc>
          <w:tcPr>
            <w:tcW w:w="1757" w:type="dxa"/>
            <w:shd w:val="clear" w:color="auto" w:fill="F5F7F9"/>
            <w:vAlign w:val="center"/>
          </w:tcPr>
          <w:p w14:paraId="5F18E664" w14:textId="77777777" w:rsidR="00F81D60" w:rsidRDefault="00000000">
            <w:pPr>
              <w:pStyle w:val="TableText"/>
              <w:spacing w:before="40" w:after="40"/>
            </w:pPr>
            <w:r>
              <w:t>Esito: [ ]</w:t>
            </w:r>
            <w:r>
              <w:br/>
              <w:t>A07 n.: [ ]</w:t>
            </w:r>
          </w:p>
        </w:tc>
      </w:tr>
      <w:tr w:rsidR="00F81D60" w14:paraId="04A4C203" w14:textId="77777777">
        <w:trPr>
          <w:cantSplit/>
          <w:jc w:val="center"/>
        </w:trPr>
        <w:tc>
          <w:tcPr>
            <w:tcW w:w="1984" w:type="dxa"/>
            <w:vAlign w:val="center"/>
          </w:tcPr>
          <w:p w14:paraId="414DBDBE" w14:textId="77777777" w:rsidR="00F81D60" w:rsidRDefault="00000000">
            <w:pPr>
              <w:pStyle w:val="TableText"/>
              <w:spacing w:before="40" w:after="40"/>
            </w:pPr>
            <w:r>
              <w:t>MM-099</w:t>
            </w:r>
            <w:r>
              <w:br/>
              <w:t>ISO: 5.8.2.4 b)</w:t>
            </w:r>
          </w:p>
        </w:tc>
        <w:tc>
          <w:tcPr>
            <w:tcW w:w="6236" w:type="dxa"/>
            <w:vAlign w:val="center"/>
          </w:tcPr>
          <w:p w14:paraId="5E7502FB" w14:textId="77777777" w:rsidR="00F81D60" w:rsidRDefault="00000000">
            <w:pPr>
              <w:pStyle w:val="TableText"/>
              <w:spacing w:before="40" w:after="40"/>
            </w:pPr>
            <w:r>
              <w:t>Le pratiche di flessibilità esistenti sono riesaminate anche per queste esigenze?</w:t>
            </w:r>
          </w:p>
        </w:tc>
        <w:tc>
          <w:tcPr>
            <w:tcW w:w="1757" w:type="dxa"/>
            <w:vAlign w:val="center"/>
          </w:tcPr>
          <w:p w14:paraId="4A0032AC" w14:textId="77777777" w:rsidR="00F81D60" w:rsidRDefault="00000000">
            <w:pPr>
              <w:pStyle w:val="TableText"/>
              <w:spacing w:before="40" w:after="40"/>
            </w:pPr>
            <w:r>
              <w:t>Esito: [ ]</w:t>
            </w:r>
            <w:r>
              <w:br/>
              <w:t>A07 n.: [ ]</w:t>
            </w:r>
          </w:p>
        </w:tc>
      </w:tr>
      <w:tr w:rsidR="00F81D60" w14:paraId="14677F81" w14:textId="77777777">
        <w:trPr>
          <w:cantSplit/>
          <w:jc w:val="center"/>
        </w:trPr>
        <w:tc>
          <w:tcPr>
            <w:tcW w:w="1984" w:type="dxa"/>
            <w:shd w:val="clear" w:color="auto" w:fill="F5F7F9"/>
            <w:vAlign w:val="center"/>
          </w:tcPr>
          <w:p w14:paraId="3FB3922E" w14:textId="77777777" w:rsidR="00F81D60" w:rsidRDefault="00000000">
            <w:pPr>
              <w:pStyle w:val="TableText"/>
              <w:spacing w:before="40" w:after="40"/>
            </w:pPr>
            <w:r>
              <w:t>MM-100</w:t>
            </w:r>
            <w:r>
              <w:br/>
              <w:t>ISO: 5.8.2.4 c)</w:t>
            </w:r>
          </w:p>
        </w:tc>
        <w:tc>
          <w:tcPr>
            <w:tcW w:w="6236" w:type="dxa"/>
            <w:shd w:val="clear" w:color="auto" w:fill="F5F7F9"/>
            <w:vAlign w:val="center"/>
          </w:tcPr>
          <w:p w14:paraId="66FBC52D" w14:textId="77777777" w:rsidR="00F81D60" w:rsidRDefault="00000000">
            <w:pPr>
              <w:pStyle w:val="TableText"/>
              <w:spacing w:before="40" w:after="40"/>
            </w:pPr>
            <w:r>
              <w:t>I messaggi di inclusione in fase di selezione rappresentano anche il supporto a mestruazioni e menopausa?</w:t>
            </w:r>
          </w:p>
        </w:tc>
        <w:tc>
          <w:tcPr>
            <w:tcW w:w="1757" w:type="dxa"/>
            <w:shd w:val="clear" w:color="auto" w:fill="F5F7F9"/>
            <w:vAlign w:val="center"/>
          </w:tcPr>
          <w:p w14:paraId="63C840B6" w14:textId="77777777" w:rsidR="00F81D60" w:rsidRDefault="00000000">
            <w:pPr>
              <w:pStyle w:val="TableText"/>
              <w:spacing w:before="40" w:after="40"/>
            </w:pPr>
            <w:r>
              <w:t>Esito: [ ]</w:t>
            </w:r>
            <w:r>
              <w:br/>
              <w:t>A07 n.: [ ]</w:t>
            </w:r>
          </w:p>
        </w:tc>
      </w:tr>
      <w:tr w:rsidR="00F81D60" w14:paraId="37F76711" w14:textId="77777777">
        <w:trPr>
          <w:cantSplit/>
          <w:jc w:val="center"/>
        </w:trPr>
        <w:tc>
          <w:tcPr>
            <w:tcW w:w="1984" w:type="dxa"/>
            <w:vAlign w:val="center"/>
          </w:tcPr>
          <w:p w14:paraId="6193353A" w14:textId="77777777" w:rsidR="00F81D60" w:rsidRDefault="00000000">
            <w:pPr>
              <w:pStyle w:val="TableText"/>
              <w:spacing w:before="40" w:after="40"/>
            </w:pPr>
            <w:r>
              <w:t>MM-101</w:t>
            </w:r>
            <w:r>
              <w:br/>
              <w:t>ISO: 5.8.2.4 d)</w:t>
            </w:r>
          </w:p>
        </w:tc>
        <w:tc>
          <w:tcPr>
            <w:tcW w:w="6236" w:type="dxa"/>
            <w:vAlign w:val="center"/>
          </w:tcPr>
          <w:p w14:paraId="676DE934" w14:textId="77777777" w:rsidR="00F81D60" w:rsidRDefault="00000000">
            <w:pPr>
              <w:pStyle w:val="TableText"/>
              <w:spacing w:before="40" w:after="40"/>
            </w:pPr>
            <w:r>
              <w:t>I programmi già attivi di prevenzione e formazione includono questi temi?</w:t>
            </w:r>
          </w:p>
        </w:tc>
        <w:tc>
          <w:tcPr>
            <w:tcW w:w="1757" w:type="dxa"/>
            <w:vAlign w:val="center"/>
          </w:tcPr>
          <w:p w14:paraId="7E9868BF" w14:textId="77777777" w:rsidR="00F81D60" w:rsidRDefault="00000000">
            <w:pPr>
              <w:pStyle w:val="TableText"/>
              <w:spacing w:before="40" w:after="40"/>
            </w:pPr>
            <w:r>
              <w:t>Esito: [ ]</w:t>
            </w:r>
            <w:r>
              <w:br/>
              <w:t>A07 n.: [ ]</w:t>
            </w:r>
          </w:p>
        </w:tc>
      </w:tr>
    </w:tbl>
    <w:p w14:paraId="2939BE6F" w14:textId="77777777" w:rsidR="00F81D60" w:rsidRDefault="00F81D60">
      <w:pPr>
        <w:spacing w:after="0"/>
      </w:pPr>
    </w:p>
    <w:p w14:paraId="274B7833"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154F0822" w14:textId="77777777" w:rsidR="00F81D60" w:rsidRDefault="00000000">
      <w:pPr>
        <w:pStyle w:val="Reference"/>
      </w:pPr>
      <w:r>
        <w:t>Azioni: riportare ID e seguito in A17 o nel PIANO_AZIONI. Non inserire informazioni sulla salute delle persone. Questa pagina non sostituisce i riscontri A07.</w:t>
      </w:r>
    </w:p>
    <w:p w14:paraId="13F7BE65" w14:textId="77777777" w:rsidR="00F81D60" w:rsidRDefault="00000000">
      <w:r>
        <w:br w:type="page"/>
      </w:r>
    </w:p>
    <w:p w14:paraId="224FEB74" w14:textId="77777777" w:rsidR="00F81D60" w:rsidRDefault="00000000">
      <w:pPr>
        <w:pStyle w:val="Small"/>
      </w:pPr>
      <w:r>
        <w:rPr>
          <w:b/>
          <w:color w:val="006B70"/>
        </w:rPr>
        <w:t>ALLEGATO AZIENDALE  •  MOD-MM-06  •  parte 11</w:t>
      </w:r>
    </w:p>
    <w:p w14:paraId="6F0894E8" w14:textId="77777777" w:rsidR="00F81D60" w:rsidRDefault="00000000">
      <w:pPr>
        <w:pStyle w:val="Titolo1"/>
      </w:pPr>
      <w:bookmarkStart w:id="56" w:name="A06_11"/>
      <w:r>
        <w:t>A06 | 11 | Misurazione e riesame | Verifiche</w:t>
      </w:r>
      <w:bookmarkEnd w:id="56"/>
    </w:p>
    <w:p w14:paraId="37458B55" w14:textId="77777777" w:rsidR="00F81D60" w:rsidRDefault="00000000">
      <w:pPr>
        <w:pStyle w:val="Reference"/>
      </w:pPr>
      <w:r>
        <w:t>Base documentale: [XLS] CATALOGO, ID MM-102–MM-114. Le istruzioni operative e i moduli sono elaborazioni aziendali del modello [AZ].</w:t>
      </w:r>
    </w:p>
    <w:p w14:paraId="01FF09E2"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227F9DFD" w14:textId="77777777">
        <w:trPr>
          <w:tblHeader/>
          <w:jc w:val="center"/>
        </w:trPr>
        <w:tc>
          <w:tcPr>
            <w:tcW w:w="1984" w:type="dxa"/>
            <w:shd w:val="clear" w:color="auto" w:fill="17324D"/>
            <w:vAlign w:val="center"/>
          </w:tcPr>
          <w:p w14:paraId="302AD9F3" w14:textId="77777777" w:rsidR="00F81D60" w:rsidRDefault="00000000">
            <w:pPr>
              <w:pStyle w:val="TableText"/>
              <w:spacing w:before="40" w:after="40"/>
            </w:pPr>
            <w:r>
              <w:rPr>
                <w:b/>
                <w:color w:val="FFFFFF"/>
                <w:sz w:val="17"/>
              </w:rPr>
              <w:t>ID / riferimento della fonte</w:t>
            </w:r>
          </w:p>
        </w:tc>
        <w:tc>
          <w:tcPr>
            <w:tcW w:w="6236" w:type="dxa"/>
            <w:shd w:val="clear" w:color="auto" w:fill="17324D"/>
            <w:vAlign w:val="center"/>
          </w:tcPr>
          <w:p w14:paraId="76F8179E" w14:textId="77777777" w:rsidR="00F81D60" w:rsidRDefault="00000000">
            <w:pPr>
              <w:pStyle w:val="TableText"/>
              <w:spacing w:before="40" w:after="40"/>
            </w:pPr>
            <w:r>
              <w:rPr>
                <w:b/>
                <w:color w:val="FFFFFF"/>
                <w:sz w:val="17"/>
              </w:rPr>
              <w:t>Verifica operativa – testo del catalogo Excel</w:t>
            </w:r>
          </w:p>
        </w:tc>
        <w:tc>
          <w:tcPr>
            <w:tcW w:w="1757" w:type="dxa"/>
            <w:shd w:val="clear" w:color="auto" w:fill="17324D"/>
            <w:vAlign w:val="center"/>
          </w:tcPr>
          <w:p w14:paraId="26AEFF29" w14:textId="77777777" w:rsidR="00F81D60" w:rsidRDefault="00000000">
            <w:pPr>
              <w:pStyle w:val="TableText"/>
              <w:spacing w:before="40" w:after="40"/>
            </w:pPr>
            <w:r>
              <w:rPr>
                <w:b/>
                <w:color w:val="FFFFFF"/>
                <w:sz w:val="17"/>
              </w:rPr>
              <w:t>Esito / riscontro</w:t>
            </w:r>
          </w:p>
        </w:tc>
      </w:tr>
      <w:tr w:rsidR="00F81D60" w14:paraId="0EAFECE3" w14:textId="77777777">
        <w:trPr>
          <w:cantSplit/>
          <w:jc w:val="center"/>
        </w:trPr>
        <w:tc>
          <w:tcPr>
            <w:tcW w:w="1984" w:type="dxa"/>
            <w:vAlign w:val="center"/>
          </w:tcPr>
          <w:p w14:paraId="14DCC170" w14:textId="77777777" w:rsidR="00F81D60" w:rsidRDefault="00000000">
            <w:pPr>
              <w:pStyle w:val="TableText"/>
              <w:spacing w:before="40" w:after="40"/>
            </w:pPr>
            <w:r>
              <w:rPr>
                <w:sz w:val="17"/>
              </w:rPr>
              <w:t>MM-102</w:t>
            </w:r>
            <w:r>
              <w:rPr>
                <w:sz w:val="17"/>
              </w:rPr>
              <w:br/>
              <w:t>ISO: 5.9.2.1 a)</w:t>
            </w:r>
          </w:p>
        </w:tc>
        <w:tc>
          <w:tcPr>
            <w:tcW w:w="6236" w:type="dxa"/>
            <w:vAlign w:val="center"/>
          </w:tcPr>
          <w:p w14:paraId="73F5A6F2" w14:textId="77777777" w:rsidR="00F81D60" w:rsidRDefault="00000000">
            <w:pPr>
              <w:pStyle w:val="TableText"/>
              <w:spacing w:before="40" w:after="40"/>
            </w:pPr>
            <w:r>
              <w:rPr>
                <w:sz w:val="17"/>
              </w:rPr>
              <w:t>È stata definita una situazione iniziale di soddisfazione, benessere o scostamenti prima delle nuove iniziative?</w:t>
            </w:r>
          </w:p>
        </w:tc>
        <w:tc>
          <w:tcPr>
            <w:tcW w:w="1757" w:type="dxa"/>
            <w:vAlign w:val="center"/>
          </w:tcPr>
          <w:p w14:paraId="32129A23" w14:textId="77777777" w:rsidR="00F81D60" w:rsidRDefault="00000000">
            <w:pPr>
              <w:pStyle w:val="TableText"/>
              <w:spacing w:before="40" w:after="40"/>
            </w:pPr>
            <w:r>
              <w:rPr>
                <w:sz w:val="17"/>
              </w:rPr>
              <w:t>Esito: [ ]</w:t>
            </w:r>
            <w:r>
              <w:rPr>
                <w:sz w:val="17"/>
              </w:rPr>
              <w:br/>
              <w:t>A07 n.: [ ]</w:t>
            </w:r>
          </w:p>
        </w:tc>
      </w:tr>
      <w:tr w:rsidR="00F81D60" w14:paraId="1A3EE882" w14:textId="77777777">
        <w:trPr>
          <w:cantSplit/>
          <w:jc w:val="center"/>
        </w:trPr>
        <w:tc>
          <w:tcPr>
            <w:tcW w:w="1984" w:type="dxa"/>
            <w:shd w:val="clear" w:color="auto" w:fill="F5F7F9"/>
            <w:vAlign w:val="center"/>
          </w:tcPr>
          <w:p w14:paraId="0E1F6E79" w14:textId="77777777" w:rsidR="00F81D60" w:rsidRDefault="00000000">
            <w:pPr>
              <w:pStyle w:val="TableText"/>
              <w:spacing w:before="40" w:after="40"/>
            </w:pPr>
            <w:r>
              <w:rPr>
                <w:sz w:val="17"/>
              </w:rPr>
              <w:t>MM-103</w:t>
            </w:r>
            <w:r>
              <w:rPr>
                <w:sz w:val="17"/>
              </w:rPr>
              <w:br/>
              <w:t>ISO: 5.9.2.1 b); 5.9.1</w:t>
            </w:r>
          </w:p>
        </w:tc>
        <w:tc>
          <w:tcPr>
            <w:tcW w:w="6236" w:type="dxa"/>
            <w:shd w:val="clear" w:color="auto" w:fill="F5F7F9"/>
            <w:vAlign w:val="center"/>
          </w:tcPr>
          <w:p w14:paraId="66DDDFA9" w14:textId="77777777" w:rsidR="00F81D60" w:rsidRDefault="00000000">
            <w:pPr>
              <w:pStyle w:val="TableText"/>
              <w:spacing w:before="40" w:after="40"/>
            </w:pPr>
            <w:r>
              <w:rPr>
                <w:sz w:val="17"/>
              </w:rPr>
              <w:t>I dati demografici sono utilizzati con cautela, senza dedurre automaticamente la condizione delle singole persone?</w:t>
            </w:r>
          </w:p>
        </w:tc>
        <w:tc>
          <w:tcPr>
            <w:tcW w:w="1757" w:type="dxa"/>
            <w:shd w:val="clear" w:color="auto" w:fill="F5F7F9"/>
            <w:vAlign w:val="center"/>
          </w:tcPr>
          <w:p w14:paraId="68DA5013" w14:textId="77777777" w:rsidR="00F81D60" w:rsidRDefault="00000000">
            <w:pPr>
              <w:pStyle w:val="TableText"/>
              <w:spacing w:before="40" w:after="40"/>
            </w:pPr>
            <w:r>
              <w:rPr>
                <w:sz w:val="17"/>
              </w:rPr>
              <w:t>Esito: [ ]</w:t>
            </w:r>
            <w:r>
              <w:rPr>
                <w:sz w:val="17"/>
              </w:rPr>
              <w:br/>
              <w:t>A07 n.: [ ]</w:t>
            </w:r>
          </w:p>
        </w:tc>
      </w:tr>
      <w:tr w:rsidR="00F81D60" w14:paraId="61569FA8" w14:textId="77777777">
        <w:trPr>
          <w:cantSplit/>
          <w:jc w:val="center"/>
        </w:trPr>
        <w:tc>
          <w:tcPr>
            <w:tcW w:w="1984" w:type="dxa"/>
            <w:vAlign w:val="center"/>
          </w:tcPr>
          <w:p w14:paraId="7A6A8383" w14:textId="77777777" w:rsidR="00F81D60" w:rsidRDefault="00000000">
            <w:pPr>
              <w:pStyle w:val="TableText"/>
              <w:spacing w:before="40" w:after="40"/>
            </w:pPr>
            <w:r>
              <w:rPr>
                <w:sz w:val="17"/>
              </w:rPr>
              <w:t>MM-104</w:t>
            </w:r>
            <w:r>
              <w:rPr>
                <w:sz w:val="17"/>
              </w:rPr>
              <w:br/>
              <w:t>ISO: 5.9.2.1 c)</w:t>
            </w:r>
          </w:p>
        </w:tc>
        <w:tc>
          <w:tcPr>
            <w:tcW w:w="6236" w:type="dxa"/>
            <w:vAlign w:val="center"/>
          </w:tcPr>
          <w:p w14:paraId="634432F2" w14:textId="77777777" w:rsidR="00F81D60" w:rsidRDefault="00000000">
            <w:pPr>
              <w:pStyle w:val="TableText"/>
              <w:spacing w:before="40" w:after="40"/>
            </w:pPr>
            <w:r>
              <w:rPr>
                <w:sz w:val="17"/>
              </w:rPr>
              <w:t>È considerato il rapporto tra costi del supporto e possibili effetti dell'inazione senza stime presentate come certezze?</w:t>
            </w:r>
          </w:p>
        </w:tc>
        <w:tc>
          <w:tcPr>
            <w:tcW w:w="1757" w:type="dxa"/>
            <w:vAlign w:val="center"/>
          </w:tcPr>
          <w:p w14:paraId="4A635F94" w14:textId="77777777" w:rsidR="00F81D60" w:rsidRDefault="00000000">
            <w:pPr>
              <w:pStyle w:val="TableText"/>
              <w:spacing w:before="40" w:after="40"/>
            </w:pPr>
            <w:r>
              <w:rPr>
                <w:sz w:val="17"/>
              </w:rPr>
              <w:t>Esito: [ ]</w:t>
            </w:r>
            <w:r>
              <w:rPr>
                <w:sz w:val="17"/>
              </w:rPr>
              <w:br/>
              <w:t>A07 n.: [ ]</w:t>
            </w:r>
          </w:p>
        </w:tc>
      </w:tr>
      <w:tr w:rsidR="00F81D60" w14:paraId="592C3AED" w14:textId="77777777">
        <w:trPr>
          <w:cantSplit/>
          <w:jc w:val="center"/>
        </w:trPr>
        <w:tc>
          <w:tcPr>
            <w:tcW w:w="1984" w:type="dxa"/>
            <w:shd w:val="clear" w:color="auto" w:fill="F5F7F9"/>
            <w:vAlign w:val="center"/>
          </w:tcPr>
          <w:p w14:paraId="5337E9A4" w14:textId="77777777" w:rsidR="00F81D60" w:rsidRDefault="00000000">
            <w:pPr>
              <w:pStyle w:val="TableText"/>
              <w:spacing w:before="40" w:after="40"/>
            </w:pPr>
            <w:r>
              <w:rPr>
                <w:sz w:val="17"/>
              </w:rPr>
              <w:t>MM-105</w:t>
            </w:r>
            <w:r>
              <w:rPr>
                <w:sz w:val="17"/>
              </w:rPr>
              <w:br/>
              <w:t>ISO: 5.9.2.2 a)</w:t>
            </w:r>
          </w:p>
        </w:tc>
        <w:tc>
          <w:tcPr>
            <w:tcW w:w="6236" w:type="dxa"/>
            <w:shd w:val="clear" w:color="auto" w:fill="F5F7F9"/>
            <w:vAlign w:val="center"/>
          </w:tcPr>
          <w:p w14:paraId="230B0ADA" w14:textId="77777777" w:rsidR="00F81D60" w:rsidRDefault="00000000">
            <w:pPr>
              <w:pStyle w:val="TableText"/>
              <w:spacing w:before="40" w:after="40"/>
            </w:pPr>
            <w:r>
              <w:rPr>
                <w:sz w:val="17"/>
              </w:rPr>
              <w:t>I metodi di raccolta dei dati esistenti sono riesaminati per valutare l'efficacia delle iniziative?</w:t>
            </w:r>
          </w:p>
        </w:tc>
        <w:tc>
          <w:tcPr>
            <w:tcW w:w="1757" w:type="dxa"/>
            <w:shd w:val="clear" w:color="auto" w:fill="F5F7F9"/>
            <w:vAlign w:val="center"/>
          </w:tcPr>
          <w:p w14:paraId="79AC119A" w14:textId="77777777" w:rsidR="00F81D60" w:rsidRDefault="00000000">
            <w:pPr>
              <w:pStyle w:val="TableText"/>
              <w:spacing w:before="40" w:after="40"/>
            </w:pPr>
            <w:r>
              <w:rPr>
                <w:sz w:val="17"/>
              </w:rPr>
              <w:t>Esito: [ ]</w:t>
            </w:r>
            <w:r>
              <w:rPr>
                <w:sz w:val="17"/>
              </w:rPr>
              <w:br/>
              <w:t>A07 n.: [ ]</w:t>
            </w:r>
          </w:p>
        </w:tc>
      </w:tr>
      <w:tr w:rsidR="00F81D60" w14:paraId="5D45F518" w14:textId="77777777">
        <w:trPr>
          <w:cantSplit/>
          <w:jc w:val="center"/>
        </w:trPr>
        <w:tc>
          <w:tcPr>
            <w:tcW w:w="1984" w:type="dxa"/>
            <w:vAlign w:val="center"/>
          </w:tcPr>
          <w:p w14:paraId="10DD8B37" w14:textId="77777777" w:rsidR="00F81D60" w:rsidRDefault="00000000">
            <w:pPr>
              <w:pStyle w:val="TableText"/>
              <w:spacing w:before="40" w:after="40"/>
            </w:pPr>
            <w:r>
              <w:rPr>
                <w:sz w:val="17"/>
              </w:rPr>
              <w:t>MM-106</w:t>
            </w:r>
            <w:r>
              <w:rPr>
                <w:sz w:val="17"/>
              </w:rPr>
              <w:br/>
              <w:t>ISO: 5.9.2.2 b)</w:t>
            </w:r>
          </w:p>
        </w:tc>
        <w:tc>
          <w:tcPr>
            <w:tcW w:w="6236" w:type="dxa"/>
            <w:vAlign w:val="center"/>
          </w:tcPr>
          <w:p w14:paraId="1E326CCA" w14:textId="77777777" w:rsidR="00F81D60" w:rsidRDefault="00000000">
            <w:pPr>
              <w:pStyle w:val="TableText"/>
              <w:spacing w:before="40" w:after="40"/>
            </w:pPr>
            <w:r>
              <w:rPr>
                <w:sz w:val="17"/>
              </w:rPr>
              <w:t>L'uso delle opzioni flessibili è analizzato in forma appropriata per individuare barriere di accesso?</w:t>
            </w:r>
          </w:p>
        </w:tc>
        <w:tc>
          <w:tcPr>
            <w:tcW w:w="1757" w:type="dxa"/>
            <w:vAlign w:val="center"/>
          </w:tcPr>
          <w:p w14:paraId="0F843084" w14:textId="77777777" w:rsidR="00F81D60" w:rsidRDefault="00000000">
            <w:pPr>
              <w:pStyle w:val="TableText"/>
              <w:spacing w:before="40" w:after="40"/>
            </w:pPr>
            <w:r>
              <w:rPr>
                <w:sz w:val="17"/>
              </w:rPr>
              <w:t>Esito: [ ]</w:t>
            </w:r>
            <w:r>
              <w:rPr>
                <w:sz w:val="17"/>
              </w:rPr>
              <w:br/>
              <w:t>A07 n.: [ ]</w:t>
            </w:r>
          </w:p>
        </w:tc>
      </w:tr>
      <w:tr w:rsidR="00F81D60" w14:paraId="33EF4C1B" w14:textId="77777777">
        <w:trPr>
          <w:cantSplit/>
          <w:jc w:val="center"/>
        </w:trPr>
        <w:tc>
          <w:tcPr>
            <w:tcW w:w="1984" w:type="dxa"/>
            <w:shd w:val="clear" w:color="auto" w:fill="F5F7F9"/>
            <w:vAlign w:val="center"/>
          </w:tcPr>
          <w:p w14:paraId="5FD87BF3" w14:textId="77777777" w:rsidR="00F81D60" w:rsidRDefault="00000000">
            <w:pPr>
              <w:pStyle w:val="TableText"/>
              <w:spacing w:before="40" w:after="40"/>
            </w:pPr>
            <w:r>
              <w:rPr>
                <w:sz w:val="17"/>
              </w:rPr>
              <w:t>MM-107</w:t>
            </w:r>
            <w:r>
              <w:rPr>
                <w:sz w:val="17"/>
              </w:rPr>
              <w:br/>
              <w:t>ISO: 5.9.2.2 c)</w:t>
            </w:r>
          </w:p>
        </w:tc>
        <w:tc>
          <w:tcPr>
            <w:tcW w:w="6236" w:type="dxa"/>
            <w:shd w:val="clear" w:color="auto" w:fill="F5F7F9"/>
            <w:vAlign w:val="center"/>
          </w:tcPr>
          <w:p w14:paraId="0F17F824" w14:textId="77777777" w:rsidR="00F81D60" w:rsidRDefault="00000000">
            <w:pPr>
              <w:pStyle w:val="TableText"/>
              <w:spacing w:before="40" w:after="40"/>
            </w:pPr>
            <w:r>
              <w:rPr>
                <w:sz w:val="17"/>
              </w:rPr>
              <w:t>Selezione, permanenza e promozioni sono esaminate per possibili ostacoli organizzativi?</w:t>
            </w:r>
          </w:p>
        </w:tc>
        <w:tc>
          <w:tcPr>
            <w:tcW w:w="1757" w:type="dxa"/>
            <w:shd w:val="clear" w:color="auto" w:fill="F5F7F9"/>
            <w:vAlign w:val="center"/>
          </w:tcPr>
          <w:p w14:paraId="25972EE8" w14:textId="77777777" w:rsidR="00F81D60" w:rsidRDefault="00000000">
            <w:pPr>
              <w:pStyle w:val="TableText"/>
              <w:spacing w:before="40" w:after="40"/>
            </w:pPr>
            <w:r>
              <w:rPr>
                <w:sz w:val="17"/>
              </w:rPr>
              <w:t>Esito: [ ]</w:t>
            </w:r>
            <w:r>
              <w:rPr>
                <w:sz w:val="17"/>
              </w:rPr>
              <w:br/>
              <w:t>A07 n.: [ ]</w:t>
            </w:r>
          </w:p>
        </w:tc>
      </w:tr>
      <w:tr w:rsidR="00F81D60" w14:paraId="07BC3045" w14:textId="77777777">
        <w:trPr>
          <w:cantSplit/>
          <w:jc w:val="center"/>
        </w:trPr>
        <w:tc>
          <w:tcPr>
            <w:tcW w:w="1984" w:type="dxa"/>
            <w:vAlign w:val="center"/>
          </w:tcPr>
          <w:p w14:paraId="7E4768C5" w14:textId="77777777" w:rsidR="00F81D60" w:rsidRDefault="00000000">
            <w:pPr>
              <w:pStyle w:val="TableText"/>
              <w:spacing w:before="40" w:after="40"/>
            </w:pPr>
            <w:r>
              <w:rPr>
                <w:sz w:val="17"/>
              </w:rPr>
              <w:t>MM-108</w:t>
            </w:r>
            <w:r>
              <w:rPr>
                <w:sz w:val="17"/>
              </w:rPr>
              <w:br/>
              <w:t>ISO: 5.9.2.2 d)</w:t>
            </w:r>
          </w:p>
        </w:tc>
        <w:tc>
          <w:tcPr>
            <w:tcW w:w="6236" w:type="dxa"/>
            <w:vAlign w:val="center"/>
          </w:tcPr>
          <w:p w14:paraId="148B39EA" w14:textId="77777777" w:rsidR="00F81D60" w:rsidRDefault="00000000">
            <w:pPr>
              <w:pStyle w:val="TableText"/>
              <w:spacing w:before="40" w:after="40"/>
            </w:pPr>
            <w:r>
              <w:rPr>
                <w:sz w:val="17"/>
              </w:rPr>
              <w:t>I dati sulle assenze sono interpretati considerando variazioni nelle modalità di segnalazione?</w:t>
            </w:r>
          </w:p>
        </w:tc>
        <w:tc>
          <w:tcPr>
            <w:tcW w:w="1757" w:type="dxa"/>
            <w:vAlign w:val="center"/>
          </w:tcPr>
          <w:p w14:paraId="3C3992A9" w14:textId="77777777" w:rsidR="00F81D60" w:rsidRDefault="00000000">
            <w:pPr>
              <w:pStyle w:val="TableText"/>
              <w:spacing w:before="40" w:after="40"/>
            </w:pPr>
            <w:r>
              <w:rPr>
                <w:sz w:val="17"/>
              </w:rPr>
              <w:t>Esito: [ ]</w:t>
            </w:r>
            <w:r>
              <w:rPr>
                <w:sz w:val="17"/>
              </w:rPr>
              <w:br/>
              <w:t>A07 n.: [ ]</w:t>
            </w:r>
          </w:p>
        </w:tc>
      </w:tr>
      <w:tr w:rsidR="00F81D60" w14:paraId="68484D5D" w14:textId="77777777">
        <w:trPr>
          <w:cantSplit/>
          <w:jc w:val="center"/>
        </w:trPr>
        <w:tc>
          <w:tcPr>
            <w:tcW w:w="1984" w:type="dxa"/>
            <w:shd w:val="clear" w:color="auto" w:fill="F5F7F9"/>
            <w:vAlign w:val="center"/>
          </w:tcPr>
          <w:p w14:paraId="5994767F" w14:textId="77777777" w:rsidR="00F81D60" w:rsidRDefault="00000000">
            <w:pPr>
              <w:pStyle w:val="TableText"/>
              <w:spacing w:before="40" w:after="40"/>
            </w:pPr>
            <w:r>
              <w:rPr>
                <w:sz w:val="17"/>
              </w:rPr>
              <w:t>MM-109</w:t>
            </w:r>
            <w:r>
              <w:rPr>
                <w:sz w:val="17"/>
              </w:rPr>
              <w:br/>
              <w:t>ISO: 5.9.2.2 e)</w:t>
            </w:r>
          </w:p>
        </w:tc>
        <w:tc>
          <w:tcPr>
            <w:tcW w:w="6236" w:type="dxa"/>
            <w:shd w:val="clear" w:color="auto" w:fill="F5F7F9"/>
            <w:vAlign w:val="center"/>
          </w:tcPr>
          <w:p w14:paraId="2F92BF27" w14:textId="77777777" w:rsidR="00F81D60" w:rsidRDefault="00000000">
            <w:pPr>
              <w:pStyle w:val="TableText"/>
              <w:spacing w:before="40" w:after="40"/>
            </w:pPr>
            <w:r>
              <w:rPr>
                <w:sz w:val="17"/>
              </w:rPr>
              <w:t>Le informazioni dei colloqui di uscita sono considerate per individuare barriere e mancanza di supporto?</w:t>
            </w:r>
          </w:p>
        </w:tc>
        <w:tc>
          <w:tcPr>
            <w:tcW w:w="1757" w:type="dxa"/>
            <w:shd w:val="clear" w:color="auto" w:fill="F5F7F9"/>
            <w:vAlign w:val="center"/>
          </w:tcPr>
          <w:p w14:paraId="2BBC0CEB" w14:textId="77777777" w:rsidR="00F81D60" w:rsidRDefault="00000000">
            <w:pPr>
              <w:pStyle w:val="TableText"/>
              <w:spacing w:before="40" w:after="40"/>
            </w:pPr>
            <w:r>
              <w:rPr>
                <w:sz w:val="17"/>
              </w:rPr>
              <w:t>Esito: [ ]</w:t>
            </w:r>
            <w:r>
              <w:rPr>
                <w:sz w:val="17"/>
              </w:rPr>
              <w:br/>
              <w:t>A07 n.: [ ]</w:t>
            </w:r>
          </w:p>
        </w:tc>
      </w:tr>
      <w:tr w:rsidR="00F81D60" w14:paraId="3820A5F6" w14:textId="77777777">
        <w:trPr>
          <w:cantSplit/>
          <w:jc w:val="center"/>
        </w:trPr>
        <w:tc>
          <w:tcPr>
            <w:tcW w:w="1984" w:type="dxa"/>
            <w:vAlign w:val="center"/>
          </w:tcPr>
          <w:p w14:paraId="38CCD941" w14:textId="77777777" w:rsidR="00F81D60" w:rsidRDefault="00000000">
            <w:pPr>
              <w:pStyle w:val="TableText"/>
              <w:spacing w:before="40" w:after="40"/>
            </w:pPr>
            <w:r>
              <w:rPr>
                <w:sz w:val="17"/>
              </w:rPr>
              <w:t>MM-110</w:t>
            </w:r>
            <w:r>
              <w:rPr>
                <w:sz w:val="17"/>
              </w:rPr>
              <w:br/>
              <w:t>ISO: 5.9.2.2 f)</w:t>
            </w:r>
          </w:p>
        </w:tc>
        <w:tc>
          <w:tcPr>
            <w:tcW w:w="6236" w:type="dxa"/>
            <w:vAlign w:val="center"/>
          </w:tcPr>
          <w:p w14:paraId="25B75EBE" w14:textId="77777777" w:rsidR="00F81D60" w:rsidRDefault="00000000">
            <w:pPr>
              <w:pStyle w:val="TableText"/>
              <w:spacing w:before="40" w:after="40"/>
            </w:pPr>
            <w:r>
              <w:rPr>
                <w:sz w:val="17"/>
              </w:rPr>
              <w:t>Le indagini sul benessere consentono riscontri sul tema senza imporre disclosure individuali?</w:t>
            </w:r>
          </w:p>
        </w:tc>
        <w:tc>
          <w:tcPr>
            <w:tcW w:w="1757" w:type="dxa"/>
            <w:vAlign w:val="center"/>
          </w:tcPr>
          <w:p w14:paraId="06BA677C" w14:textId="77777777" w:rsidR="00F81D60" w:rsidRDefault="00000000">
            <w:pPr>
              <w:pStyle w:val="TableText"/>
              <w:spacing w:before="40" w:after="40"/>
            </w:pPr>
            <w:r>
              <w:rPr>
                <w:sz w:val="17"/>
              </w:rPr>
              <w:t>Esito: [ ]</w:t>
            </w:r>
            <w:r>
              <w:rPr>
                <w:sz w:val="17"/>
              </w:rPr>
              <w:br/>
              <w:t>A07 n.: [ ]</w:t>
            </w:r>
          </w:p>
        </w:tc>
      </w:tr>
      <w:tr w:rsidR="00F81D60" w14:paraId="2F49834F" w14:textId="77777777">
        <w:trPr>
          <w:cantSplit/>
          <w:jc w:val="center"/>
        </w:trPr>
        <w:tc>
          <w:tcPr>
            <w:tcW w:w="1984" w:type="dxa"/>
            <w:shd w:val="clear" w:color="auto" w:fill="F5F7F9"/>
            <w:vAlign w:val="center"/>
          </w:tcPr>
          <w:p w14:paraId="578BA4C2" w14:textId="77777777" w:rsidR="00F81D60" w:rsidRDefault="00000000">
            <w:pPr>
              <w:pStyle w:val="TableText"/>
              <w:spacing w:before="40" w:after="40"/>
            </w:pPr>
            <w:r>
              <w:rPr>
                <w:sz w:val="17"/>
              </w:rPr>
              <w:t>MM-111</w:t>
            </w:r>
            <w:r>
              <w:rPr>
                <w:sz w:val="17"/>
              </w:rPr>
              <w:br/>
              <w:t>ISO: 5.9.2.3 a)-b)</w:t>
            </w:r>
          </w:p>
        </w:tc>
        <w:tc>
          <w:tcPr>
            <w:tcW w:w="6236" w:type="dxa"/>
            <w:shd w:val="clear" w:color="auto" w:fill="F5F7F9"/>
            <w:vAlign w:val="center"/>
          </w:tcPr>
          <w:p w14:paraId="233C90E0" w14:textId="77777777" w:rsidR="00F81D60" w:rsidRDefault="00000000">
            <w:pPr>
              <w:pStyle w:val="TableText"/>
              <w:spacing w:before="40" w:after="40"/>
            </w:pPr>
            <w:r>
              <w:rPr>
                <w:sz w:val="17"/>
              </w:rPr>
              <w:t>Sono monitorati partecipazione formativa e utilizzo delle risorse con indicatori proporzionati?</w:t>
            </w:r>
          </w:p>
        </w:tc>
        <w:tc>
          <w:tcPr>
            <w:tcW w:w="1757" w:type="dxa"/>
            <w:shd w:val="clear" w:color="auto" w:fill="F5F7F9"/>
            <w:vAlign w:val="center"/>
          </w:tcPr>
          <w:p w14:paraId="658EB884" w14:textId="77777777" w:rsidR="00F81D60" w:rsidRDefault="00000000">
            <w:pPr>
              <w:pStyle w:val="TableText"/>
              <w:spacing w:before="40" w:after="40"/>
            </w:pPr>
            <w:r>
              <w:rPr>
                <w:sz w:val="17"/>
              </w:rPr>
              <w:t>Esito: [ ]</w:t>
            </w:r>
            <w:r>
              <w:rPr>
                <w:sz w:val="17"/>
              </w:rPr>
              <w:br/>
              <w:t>A07 n.: [ ]</w:t>
            </w:r>
          </w:p>
        </w:tc>
      </w:tr>
      <w:tr w:rsidR="00F81D60" w14:paraId="3BFC424B" w14:textId="77777777">
        <w:trPr>
          <w:cantSplit/>
          <w:jc w:val="center"/>
        </w:trPr>
        <w:tc>
          <w:tcPr>
            <w:tcW w:w="1984" w:type="dxa"/>
            <w:vAlign w:val="center"/>
          </w:tcPr>
          <w:p w14:paraId="323F41FF" w14:textId="77777777" w:rsidR="00F81D60" w:rsidRDefault="00000000">
            <w:pPr>
              <w:pStyle w:val="TableText"/>
              <w:spacing w:before="40" w:after="40"/>
            </w:pPr>
            <w:r>
              <w:rPr>
                <w:sz w:val="17"/>
              </w:rPr>
              <w:t>MM-112</w:t>
            </w:r>
            <w:r>
              <w:rPr>
                <w:sz w:val="17"/>
              </w:rPr>
              <w:br/>
              <w:t>ISO: 5.9.2.3 c)</w:t>
            </w:r>
          </w:p>
        </w:tc>
        <w:tc>
          <w:tcPr>
            <w:tcW w:w="6236" w:type="dxa"/>
            <w:vAlign w:val="center"/>
          </w:tcPr>
          <w:p w14:paraId="3FD39460" w14:textId="77777777" w:rsidR="00F81D60" w:rsidRDefault="00000000">
            <w:pPr>
              <w:pStyle w:val="TableText"/>
              <w:spacing w:before="40" w:after="40"/>
            </w:pPr>
            <w:r>
              <w:rPr>
                <w:sz w:val="17"/>
              </w:rPr>
              <w:t>Le segnalazioni di discriminazione pertinenti sono monitorate senza esporre le persone coinvolte?</w:t>
            </w:r>
          </w:p>
        </w:tc>
        <w:tc>
          <w:tcPr>
            <w:tcW w:w="1757" w:type="dxa"/>
            <w:vAlign w:val="center"/>
          </w:tcPr>
          <w:p w14:paraId="32EFFE51" w14:textId="77777777" w:rsidR="00F81D60" w:rsidRDefault="00000000">
            <w:pPr>
              <w:pStyle w:val="TableText"/>
              <w:spacing w:before="40" w:after="40"/>
            </w:pPr>
            <w:r>
              <w:rPr>
                <w:sz w:val="17"/>
              </w:rPr>
              <w:t>Esito: [ ]</w:t>
            </w:r>
            <w:r>
              <w:rPr>
                <w:sz w:val="17"/>
              </w:rPr>
              <w:br/>
              <w:t>A07 n.: [ ]</w:t>
            </w:r>
          </w:p>
        </w:tc>
      </w:tr>
      <w:tr w:rsidR="00F81D60" w14:paraId="2CACA56B" w14:textId="77777777">
        <w:trPr>
          <w:cantSplit/>
          <w:jc w:val="center"/>
        </w:trPr>
        <w:tc>
          <w:tcPr>
            <w:tcW w:w="1984" w:type="dxa"/>
            <w:shd w:val="clear" w:color="auto" w:fill="F5F7F9"/>
            <w:vAlign w:val="center"/>
          </w:tcPr>
          <w:p w14:paraId="5787FB0E" w14:textId="77777777" w:rsidR="00F81D60" w:rsidRDefault="00000000">
            <w:pPr>
              <w:pStyle w:val="TableText"/>
              <w:spacing w:before="40" w:after="40"/>
            </w:pPr>
            <w:r>
              <w:rPr>
                <w:sz w:val="17"/>
              </w:rPr>
              <w:t>MM-113</w:t>
            </w:r>
            <w:r>
              <w:rPr>
                <w:sz w:val="17"/>
              </w:rPr>
              <w:br/>
              <w:t>ISO: 5.9.2.3 d)</w:t>
            </w:r>
          </w:p>
        </w:tc>
        <w:tc>
          <w:tcPr>
            <w:tcW w:w="6236" w:type="dxa"/>
            <w:shd w:val="clear" w:color="auto" w:fill="F5F7F9"/>
            <w:vAlign w:val="center"/>
          </w:tcPr>
          <w:p w14:paraId="16B730B0" w14:textId="77777777" w:rsidR="00F81D60" w:rsidRDefault="00000000">
            <w:pPr>
              <w:pStyle w:val="TableText"/>
              <w:spacing w:before="40" w:after="40"/>
            </w:pPr>
            <w:r>
              <w:rPr>
                <w:sz w:val="17"/>
              </w:rPr>
              <w:t>L'utilizzo dei programmi di assistenza e supporto è valutato senza rendere identificabili dati sanitari individuali?</w:t>
            </w:r>
          </w:p>
        </w:tc>
        <w:tc>
          <w:tcPr>
            <w:tcW w:w="1757" w:type="dxa"/>
            <w:shd w:val="clear" w:color="auto" w:fill="F5F7F9"/>
            <w:vAlign w:val="center"/>
          </w:tcPr>
          <w:p w14:paraId="0CD3994C" w14:textId="77777777" w:rsidR="00F81D60" w:rsidRDefault="00000000">
            <w:pPr>
              <w:pStyle w:val="TableText"/>
              <w:spacing w:before="40" w:after="40"/>
            </w:pPr>
            <w:r>
              <w:rPr>
                <w:sz w:val="17"/>
              </w:rPr>
              <w:t>Esito: [ ]</w:t>
            </w:r>
            <w:r>
              <w:rPr>
                <w:sz w:val="17"/>
              </w:rPr>
              <w:br/>
              <w:t>A07 n.: [ ]</w:t>
            </w:r>
          </w:p>
        </w:tc>
      </w:tr>
      <w:tr w:rsidR="00F81D60" w14:paraId="625EC6D1" w14:textId="77777777">
        <w:trPr>
          <w:cantSplit/>
          <w:jc w:val="center"/>
        </w:trPr>
        <w:tc>
          <w:tcPr>
            <w:tcW w:w="1984" w:type="dxa"/>
            <w:vAlign w:val="center"/>
          </w:tcPr>
          <w:p w14:paraId="7652C52C" w14:textId="77777777" w:rsidR="00F81D60" w:rsidRDefault="00000000">
            <w:pPr>
              <w:pStyle w:val="TableText"/>
              <w:spacing w:before="40" w:after="40"/>
            </w:pPr>
            <w:r>
              <w:rPr>
                <w:sz w:val="17"/>
              </w:rPr>
              <w:t>MM-114</w:t>
            </w:r>
            <w:r>
              <w:rPr>
                <w:sz w:val="17"/>
              </w:rPr>
              <w:br/>
              <w:t>ISO: 5.9.1</w:t>
            </w:r>
          </w:p>
        </w:tc>
        <w:tc>
          <w:tcPr>
            <w:tcW w:w="6236" w:type="dxa"/>
            <w:vAlign w:val="center"/>
          </w:tcPr>
          <w:p w14:paraId="606317E0" w14:textId="77777777" w:rsidR="00F81D60" w:rsidRDefault="00000000">
            <w:pPr>
              <w:pStyle w:val="TableText"/>
              <w:spacing w:before="40" w:after="40"/>
            </w:pPr>
            <w:r>
              <w:rPr>
                <w:sz w:val="17"/>
              </w:rPr>
              <w:t>Il riesame valuta rappresentatività, fattori esterni e limiti dei dati prima di trarre conclusioni sull'efficacia?</w:t>
            </w:r>
          </w:p>
        </w:tc>
        <w:tc>
          <w:tcPr>
            <w:tcW w:w="1757" w:type="dxa"/>
            <w:vAlign w:val="center"/>
          </w:tcPr>
          <w:p w14:paraId="5497E5FC" w14:textId="77777777" w:rsidR="00F81D60" w:rsidRDefault="00000000">
            <w:pPr>
              <w:pStyle w:val="TableText"/>
              <w:spacing w:before="40" w:after="40"/>
            </w:pPr>
            <w:r>
              <w:rPr>
                <w:sz w:val="17"/>
              </w:rPr>
              <w:t>Esito: [ ]</w:t>
            </w:r>
            <w:r>
              <w:rPr>
                <w:sz w:val="17"/>
              </w:rPr>
              <w:br/>
              <w:t>A07 n.: [ ]</w:t>
            </w:r>
          </w:p>
        </w:tc>
      </w:tr>
    </w:tbl>
    <w:p w14:paraId="68FE2AB2" w14:textId="77777777" w:rsidR="00F81D60" w:rsidRDefault="00F81D60">
      <w:pPr>
        <w:spacing w:after="0"/>
      </w:pPr>
    </w:p>
    <w:p w14:paraId="79B8E8A5"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45C1F70E" w14:textId="77777777" w:rsidR="00F81D60" w:rsidRDefault="00000000">
      <w:pPr>
        <w:pStyle w:val="Reference"/>
      </w:pPr>
      <w:r>
        <w:t>Azioni: riportare ID e seguito in A17 o nel PIANO_AZIONI. Non inserire informazioni sulla salute delle persone. Questa pagina non sostituisce i riscontri A07.</w:t>
      </w:r>
    </w:p>
    <w:p w14:paraId="3D2FAA54" w14:textId="77777777" w:rsidR="00F81D60" w:rsidRDefault="00000000">
      <w:r>
        <w:br w:type="page"/>
      </w:r>
    </w:p>
    <w:p w14:paraId="68A634FA" w14:textId="77777777" w:rsidR="00F81D60" w:rsidRDefault="00000000">
      <w:pPr>
        <w:pStyle w:val="Small"/>
      </w:pPr>
      <w:r>
        <w:rPr>
          <w:b/>
          <w:color w:val="006B70"/>
        </w:rPr>
        <w:t>ALLEGATO AZIENDALE  •  MOD-MM-06  •  parte 12</w:t>
      </w:r>
    </w:p>
    <w:p w14:paraId="4B4B3A34" w14:textId="77777777" w:rsidR="00F81D60" w:rsidRDefault="00000000">
      <w:pPr>
        <w:pStyle w:val="Titolo1"/>
      </w:pPr>
      <w:bookmarkStart w:id="57" w:name="A06_12"/>
      <w:r>
        <w:t>A06 | 12 | Strumenti per i manager | Verifiche</w:t>
      </w:r>
      <w:bookmarkEnd w:id="57"/>
    </w:p>
    <w:p w14:paraId="2004BF80" w14:textId="77777777" w:rsidR="00F81D60" w:rsidRDefault="00000000">
      <w:pPr>
        <w:pStyle w:val="Reference"/>
      </w:pPr>
      <w:r>
        <w:t>Base documentale: [XLS] CATALOGO, ID MM-115–MM-122. Le istruzioni operative e i moduli sono elaborazioni aziendali del modello [AZ].</w:t>
      </w:r>
    </w:p>
    <w:p w14:paraId="71334679"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94DDBF7" w14:textId="77777777">
        <w:trPr>
          <w:tblHeader/>
          <w:jc w:val="center"/>
        </w:trPr>
        <w:tc>
          <w:tcPr>
            <w:tcW w:w="1984" w:type="dxa"/>
            <w:shd w:val="clear" w:color="auto" w:fill="17324D"/>
            <w:vAlign w:val="center"/>
          </w:tcPr>
          <w:p w14:paraId="572379E8"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07088D21"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6E1AE847" w14:textId="77777777" w:rsidR="00F81D60" w:rsidRDefault="00000000">
            <w:pPr>
              <w:pStyle w:val="TableText"/>
              <w:spacing w:before="40" w:after="40"/>
            </w:pPr>
            <w:r>
              <w:rPr>
                <w:b/>
                <w:color w:val="FFFFFF"/>
              </w:rPr>
              <w:t>Esito / riscontro</w:t>
            </w:r>
          </w:p>
        </w:tc>
      </w:tr>
      <w:tr w:rsidR="00F81D60" w14:paraId="031DDA20" w14:textId="77777777">
        <w:trPr>
          <w:cantSplit/>
          <w:jc w:val="center"/>
        </w:trPr>
        <w:tc>
          <w:tcPr>
            <w:tcW w:w="1984" w:type="dxa"/>
            <w:vAlign w:val="center"/>
          </w:tcPr>
          <w:p w14:paraId="5AFC430F" w14:textId="77777777" w:rsidR="00F81D60" w:rsidRDefault="00000000">
            <w:pPr>
              <w:pStyle w:val="TableText"/>
              <w:spacing w:before="40" w:after="40"/>
            </w:pPr>
            <w:r>
              <w:t>MM-115</w:t>
            </w:r>
            <w:r>
              <w:br/>
              <w:t>ISO: B.1.1</w:t>
            </w:r>
          </w:p>
        </w:tc>
        <w:tc>
          <w:tcPr>
            <w:tcW w:w="6236" w:type="dxa"/>
            <w:vAlign w:val="center"/>
          </w:tcPr>
          <w:p w14:paraId="1AA5765C" w14:textId="77777777" w:rsidR="00F81D60" w:rsidRDefault="00000000">
            <w:pPr>
              <w:pStyle w:val="TableText"/>
              <w:spacing w:before="40" w:after="40"/>
            </w:pPr>
            <w:r>
              <w:t>Prima dei colloqui riservati il manager consulta le procedure HR e di salute e sicurezza pertinenti?</w:t>
            </w:r>
          </w:p>
        </w:tc>
        <w:tc>
          <w:tcPr>
            <w:tcW w:w="1757" w:type="dxa"/>
            <w:vAlign w:val="center"/>
          </w:tcPr>
          <w:p w14:paraId="58BA6E14" w14:textId="77777777" w:rsidR="00F81D60" w:rsidRDefault="00000000">
            <w:pPr>
              <w:pStyle w:val="TableText"/>
              <w:spacing w:before="40" w:after="40"/>
            </w:pPr>
            <w:r>
              <w:t>Esito: [ ]</w:t>
            </w:r>
            <w:r>
              <w:br/>
              <w:t>A07 n.: [ ]</w:t>
            </w:r>
          </w:p>
        </w:tc>
      </w:tr>
      <w:tr w:rsidR="00F81D60" w14:paraId="74AC6447" w14:textId="77777777">
        <w:trPr>
          <w:cantSplit/>
          <w:jc w:val="center"/>
        </w:trPr>
        <w:tc>
          <w:tcPr>
            <w:tcW w:w="1984" w:type="dxa"/>
            <w:shd w:val="clear" w:color="auto" w:fill="F5F7F9"/>
            <w:vAlign w:val="center"/>
          </w:tcPr>
          <w:p w14:paraId="2B459D79" w14:textId="77777777" w:rsidR="00F81D60" w:rsidRDefault="00000000">
            <w:pPr>
              <w:pStyle w:val="TableText"/>
              <w:spacing w:before="40" w:after="40"/>
            </w:pPr>
            <w:r>
              <w:t>MM-116</w:t>
            </w:r>
            <w:r>
              <w:br/>
              <w:t>ISO: B.1.1</w:t>
            </w:r>
          </w:p>
        </w:tc>
        <w:tc>
          <w:tcPr>
            <w:tcW w:w="6236" w:type="dxa"/>
            <w:shd w:val="clear" w:color="auto" w:fill="F5F7F9"/>
            <w:vAlign w:val="center"/>
          </w:tcPr>
          <w:p w14:paraId="28B6E601" w14:textId="77777777" w:rsidR="00F81D60" w:rsidRDefault="00000000">
            <w:pPr>
              <w:pStyle w:val="TableText"/>
              <w:spacing w:before="40" w:after="40"/>
            </w:pPr>
            <w:r>
              <w:t>È disponibile un interlocutore alternativo quando il lavoratore non desidera parlare con il proprio responsabile?</w:t>
            </w:r>
          </w:p>
        </w:tc>
        <w:tc>
          <w:tcPr>
            <w:tcW w:w="1757" w:type="dxa"/>
            <w:shd w:val="clear" w:color="auto" w:fill="F5F7F9"/>
            <w:vAlign w:val="center"/>
          </w:tcPr>
          <w:p w14:paraId="0BA283F1" w14:textId="77777777" w:rsidR="00F81D60" w:rsidRDefault="00000000">
            <w:pPr>
              <w:pStyle w:val="TableText"/>
              <w:spacing w:before="40" w:after="40"/>
            </w:pPr>
            <w:r>
              <w:t>Esito: [ ]</w:t>
            </w:r>
            <w:r>
              <w:br/>
              <w:t>A07 n.: [ ]</w:t>
            </w:r>
          </w:p>
        </w:tc>
      </w:tr>
      <w:tr w:rsidR="00F81D60" w14:paraId="1FE5FD1D" w14:textId="77777777">
        <w:trPr>
          <w:cantSplit/>
          <w:jc w:val="center"/>
        </w:trPr>
        <w:tc>
          <w:tcPr>
            <w:tcW w:w="1984" w:type="dxa"/>
            <w:vAlign w:val="center"/>
          </w:tcPr>
          <w:p w14:paraId="148FECAF" w14:textId="77777777" w:rsidR="00F81D60" w:rsidRDefault="00000000">
            <w:pPr>
              <w:pStyle w:val="TableText"/>
              <w:spacing w:before="40" w:after="40"/>
            </w:pPr>
            <w:r>
              <w:t>MM-117</w:t>
            </w:r>
            <w:r>
              <w:br/>
              <w:t>ISO: B.1.1</w:t>
            </w:r>
          </w:p>
        </w:tc>
        <w:tc>
          <w:tcPr>
            <w:tcW w:w="6236" w:type="dxa"/>
            <w:vAlign w:val="center"/>
          </w:tcPr>
          <w:p w14:paraId="7077B6D6" w14:textId="77777777" w:rsidR="00F81D60" w:rsidRDefault="00000000">
            <w:pPr>
              <w:pStyle w:val="TableText"/>
              <w:spacing w:before="40" w:after="40"/>
            </w:pPr>
            <w:r>
              <w:t>È prevista la possibilità di essere accompagnati da un collega o rappresentante secondo il contesto applicabile?</w:t>
            </w:r>
          </w:p>
        </w:tc>
        <w:tc>
          <w:tcPr>
            <w:tcW w:w="1757" w:type="dxa"/>
            <w:vAlign w:val="center"/>
          </w:tcPr>
          <w:p w14:paraId="3BAE1199" w14:textId="77777777" w:rsidR="00F81D60" w:rsidRDefault="00000000">
            <w:pPr>
              <w:pStyle w:val="TableText"/>
              <w:spacing w:before="40" w:after="40"/>
            </w:pPr>
            <w:r>
              <w:t>Esito: [ ]</w:t>
            </w:r>
            <w:r>
              <w:br/>
              <w:t>A07 n.: [ ]</w:t>
            </w:r>
          </w:p>
        </w:tc>
      </w:tr>
      <w:tr w:rsidR="00F81D60" w14:paraId="14C9E5AD" w14:textId="77777777">
        <w:trPr>
          <w:cantSplit/>
          <w:jc w:val="center"/>
        </w:trPr>
        <w:tc>
          <w:tcPr>
            <w:tcW w:w="1984" w:type="dxa"/>
            <w:shd w:val="clear" w:color="auto" w:fill="F5F7F9"/>
            <w:vAlign w:val="center"/>
          </w:tcPr>
          <w:p w14:paraId="552C15E7" w14:textId="77777777" w:rsidR="00F81D60" w:rsidRDefault="00000000">
            <w:pPr>
              <w:pStyle w:val="TableText"/>
              <w:spacing w:before="40" w:after="40"/>
            </w:pPr>
            <w:r>
              <w:t>MM-118</w:t>
            </w:r>
            <w:r>
              <w:br/>
              <w:t>ISO: B.1.1</w:t>
            </w:r>
          </w:p>
        </w:tc>
        <w:tc>
          <w:tcPr>
            <w:tcW w:w="6236" w:type="dxa"/>
            <w:shd w:val="clear" w:color="auto" w:fill="F5F7F9"/>
            <w:vAlign w:val="center"/>
          </w:tcPr>
          <w:p w14:paraId="17512CFE" w14:textId="77777777" w:rsidR="00F81D60" w:rsidRDefault="00000000">
            <w:pPr>
              <w:pStyle w:val="TableText"/>
              <w:spacing w:before="40" w:after="40"/>
            </w:pPr>
            <w:r>
              <w:t>I colloqui si svolgono in un ambiente privato, senza interruzioni e con ascolto non giudicante?</w:t>
            </w:r>
          </w:p>
        </w:tc>
        <w:tc>
          <w:tcPr>
            <w:tcW w:w="1757" w:type="dxa"/>
            <w:shd w:val="clear" w:color="auto" w:fill="F5F7F9"/>
            <w:vAlign w:val="center"/>
          </w:tcPr>
          <w:p w14:paraId="2037B93C" w14:textId="77777777" w:rsidR="00F81D60" w:rsidRDefault="00000000">
            <w:pPr>
              <w:pStyle w:val="TableText"/>
              <w:spacing w:before="40" w:after="40"/>
            </w:pPr>
            <w:r>
              <w:t>Esito: [ ]</w:t>
            </w:r>
            <w:r>
              <w:br/>
              <w:t>A07 n.: [ ]</w:t>
            </w:r>
          </w:p>
        </w:tc>
      </w:tr>
      <w:tr w:rsidR="00F81D60" w14:paraId="1B88BCE6" w14:textId="77777777">
        <w:trPr>
          <w:cantSplit/>
          <w:jc w:val="center"/>
        </w:trPr>
        <w:tc>
          <w:tcPr>
            <w:tcW w:w="1984" w:type="dxa"/>
            <w:vAlign w:val="center"/>
          </w:tcPr>
          <w:p w14:paraId="207CDE23" w14:textId="77777777" w:rsidR="00F81D60" w:rsidRDefault="00000000">
            <w:pPr>
              <w:pStyle w:val="TableText"/>
              <w:spacing w:before="40" w:after="40"/>
            </w:pPr>
            <w:r>
              <w:t>MM-119</w:t>
            </w:r>
            <w:r>
              <w:br/>
              <w:t>ISO: B.1.1</w:t>
            </w:r>
          </w:p>
        </w:tc>
        <w:tc>
          <w:tcPr>
            <w:tcW w:w="6236" w:type="dxa"/>
            <w:vAlign w:val="center"/>
          </w:tcPr>
          <w:p w14:paraId="7162B8B5" w14:textId="77777777" w:rsidR="00F81D60" w:rsidRDefault="00000000">
            <w:pPr>
              <w:pStyle w:val="TableText"/>
              <w:spacing w:before="40" w:after="40"/>
            </w:pPr>
            <w:r>
              <w:t>I manager evitano diagnosi, consigli medici e proposte terapeutiche, indirizzando ai professionisti pertinenti?</w:t>
            </w:r>
          </w:p>
        </w:tc>
        <w:tc>
          <w:tcPr>
            <w:tcW w:w="1757" w:type="dxa"/>
            <w:vAlign w:val="center"/>
          </w:tcPr>
          <w:p w14:paraId="7354E958" w14:textId="77777777" w:rsidR="00F81D60" w:rsidRDefault="00000000">
            <w:pPr>
              <w:pStyle w:val="TableText"/>
              <w:spacing w:before="40" w:after="40"/>
            </w:pPr>
            <w:r>
              <w:t>Esito: [ ]</w:t>
            </w:r>
            <w:r>
              <w:br/>
              <w:t>A07 n.: [ ]</w:t>
            </w:r>
          </w:p>
        </w:tc>
      </w:tr>
      <w:tr w:rsidR="00F81D60" w14:paraId="240AC845" w14:textId="77777777">
        <w:trPr>
          <w:cantSplit/>
          <w:jc w:val="center"/>
        </w:trPr>
        <w:tc>
          <w:tcPr>
            <w:tcW w:w="1984" w:type="dxa"/>
            <w:shd w:val="clear" w:color="auto" w:fill="F5F7F9"/>
            <w:vAlign w:val="center"/>
          </w:tcPr>
          <w:p w14:paraId="67C374A1" w14:textId="77777777" w:rsidR="00F81D60" w:rsidRDefault="00000000">
            <w:pPr>
              <w:pStyle w:val="TableText"/>
              <w:spacing w:before="40" w:after="40"/>
            </w:pPr>
            <w:r>
              <w:t>MM-120</w:t>
            </w:r>
            <w:r>
              <w:br/>
              <w:t>ISO: B.1.2; Tabella B.2</w:t>
            </w:r>
          </w:p>
        </w:tc>
        <w:tc>
          <w:tcPr>
            <w:tcW w:w="6236" w:type="dxa"/>
            <w:shd w:val="clear" w:color="auto" w:fill="F5F7F9"/>
            <w:vAlign w:val="center"/>
          </w:tcPr>
          <w:p w14:paraId="505E43B7" w14:textId="77777777" w:rsidR="00F81D60" w:rsidRDefault="00000000">
            <w:pPr>
              <w:pStyle w:val="TableText"/>
              <w:spacing w:before="40" w:after="40"/>
            </w:pPr>
            <w:r>
              <w:t>Gli adattamenti concordati hanno priorità, responsabile, data di attuazione e modalità di monitoraggio?</w:t>
            </w:r>
          </w:p>
        </w:tc>
        <w:tc>
          <w:tcPr>
            <w:tcW w:w="1757" w:type="dxa"/>
            <w:shd w:val="clear" w:color="auto" w:fill="F5F7F9"/>
            <w:vAlign w:val="center"/>
          </w:tcPr>
          <w:p w14:paraId="4B58ADA7" w14:textId="77777777" w:rsidR="00F81D60" w:rsidRDefault="00000000">
            <w:pPr>
              <w:pStyle w:val="TableText"/>
              <w:spacing w:before="40" w:after="40"/>
            </w:pPr>
            <w:r>
              <w:t>Esito: [ ]</w:t>
            </w:r>
            <w:r>
              <w:br/>
              <w:t>A07 n.: [ ]</w:t>
            </w:r>
          </w:p>
        </w:tc>
      </w:tr>
      <w:tr w:rsidR="00F81D60" w14:paraId="18BECB87" w14:textId="77777777">
        <w:trPr>
          <w:cantSplit/>
          <w:jc w:val="center"/>
        </w:trPr>
        <w:tc>
          <w:tcPr>
            <w:tcW w:w="1984" w:type="dxa"/>
            <w:vAlign w:val="center"/>
          </w:tcPr>
          <w:p w14:paraId="4CB1C86C" w14:textId="77777777" w:rsidR="00F81D60" w:rsidRDefault="00000000">
            <w:pPr>
              <w:pStyle w:val="TableText"/>
              <w:spacing w:before="40" w:after="40"/>
            </w:pPr>
            <w:r>
              <w:t>MM-121</w:t>
            </w:r>
            <w:r>
              <w:br/>
              <w:t>ISO: B.2</w:t>
            </w:r>
          </w:p>
        </w:tc>
        <w:tc>
          <w:tcPr>
            <w:tcW w:w="6236" w:type="dxa"/>
            <w:vAlign w:val="center"/>
          </w:tcPr>
          <w:p w14:paraId="5B62AA67" w14:textId="77777777" w:rsidR="00F81D60" w:rsidRDefault="00000000">
            <w:pPr>
              <w:pStyle w:val="TableText"/>
              <w:spacing w:before="40" w:after="40"/>
            </w:pPr>
            <w:r>
              <w:t>Le soglie di assenza e gli indicatori di performance sono verificati per evitare penalizzazioni automatiche dei sintomi ciclici?</w:t>
            </w:r>
          </w:p>
        </w:tc>
        <w:tc>
          <w:tcPr>
            <w:tcW w:w="1757" w:type="dxa"/>
            <w:vAlign w:val="center"/>
          </w:tcPr>
          <w:p w14:paraId="73302315" w14:textId="77777777" w:rsidR="00F81D60" w:rsidRDefault="00000000">
            <w:pPr>
              <w:pStyle w:val="TableText"/>
              <w:spacing w:before="40" w:after="40"/>
            </w:pPr>
            <w:r>
              <w:t>Esito: [ ]</w:t>
            </w:r>
            <w:r>
              <w:br/>
              <w:t>A07 n.: [ ]</w:t>
            </w:r>
          </w:p>
        </w:tc>
      </w:tr>
      <w:tr w:rsidR="00F81D60" w14:paraId="20FDF55B" w14:textId="77777777">
        <w:trPr>
          <w:cantSplit/>
          <w:jc w:val="center"/>
        </w:trPr>
        <w:tc>
          <w:tcPr>
            <w:tcW w:w="1984" w:type="dxa"/>
            <w:shd w:val="clear" w:color="auto" w:fill="F5F7F9"/>
            <w:vAlign w:val="center"/>
          </w:tcPr>
          <w:p w14:paraId="6A92A6EC" w14:textId="77777777" w:rsidR="00F81D60" w:rsidRDefault="00000000">
            <w:pPr>
              <w:pStyle w:val="TableText"/>
              <w:spacing w:before="40" w:after="40"/>
            </w:pPr>
            <w:r>
              <w:t>MM-122</w:t>
            </w:r>
            <w:r>
              <w:br/>
              <w:t>ISO: B.3</w:t>
            </w:r>
          </w:p>
        </w:tc>
        <w:tc>
          <w:tcPr>
            <w:tcW w:w="6236" w:type="dxa"/>
            <w:shd w:val="clear" w:color="auto" w:fill="F5F7F9"/>
            <w:vAlign w:val="center"/>
          </w:tcPr>
          <w:p w14:paraId="171AA45F" w14:textId="77777777" w:rsidR="00F81D60" w:rsidRDefault="00000000">
            <w:pPr>
              <w:pStyle w:val="TableText"/>
              <w:spacing w:before="40" w:after="40"/>
            </w:pPr>
            <w:r>
              <w:t>La gestione del team permette di riconoscere richieste di aiuto senza pretendere confidenze personali?</w:t>
            </w:r>
          </w:p>
        </w:tc>
        <w:tc>
          <w:tcPr>
            <w:tcW w:w="1757" w:type="dxa"/>
            <w:shd w:val="clear" w:color="auto" w:fill="F5F7F9"/>
            <w:vAlign w:val="center"/>
          </w:tcPr>
          <w:p w14:paraId="742094EB" w14:textId="77777777" w:rsidR="00F81D60" w:rsidRDefault="00000000">
            <w:pPr>
              <w:pStyle w:val="TableText"/>
              <w:spacing w:before="40" w:after="40"/>
            </w:pPr>
            <w:r>
              <w:t>Esito: [ ]</w:t>
            </w:r>
            <w:r>
              <w:br/>
              <w:t>A07 n.: [ ]</w:t>
            </w:r>
          </w:p>
        </w:tc>
      </w:tr>
    </w:tbl>
    <w:p w14:paraId="49BA72CF" w14:textId="77777777" w:rsidR="00F81D60" w:rsidRDefault="00F81D60">
      <w:pPr>
        <w:spacing w:after="0"/>
      </w:pPr>
    </w:p>
    <w:p w14:paraId="10D3455F"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1418FCA5" w14:textId="77777777" w:rsidR="00F81D60" w:rsidRDefault="00000000">
      <w:pPr>
        <w:pStyle w:val="Reference"/>
      </w:pPr>
      <w:r>
        <w:t>Azioni: riportare ID e seguito in A17 o nel PIANO_AZIONI. Non inserire informazioni sulla salute delle persone. Questa pagina non sostituisce i riscontri A07.</w:t>
      </w:r>
    </w:p>
    <w:p w14:paraId="1DA10316" w14:textId="77777777" w:rsidR="00F81D60" w:rsidRDefault="00000000">
      <w:r>
        <w:br w:type="page"/>
      </w:r>
    </w:p>
    <w:p w14:paraId="45001EDC" w14:textId="77777777" w:rsidR="00F81D60" w:rsidRDefault="00000000">
      <w:pPr>
        <w:pStyle w:val="Small"/>
      </w:pPr>
      <w:r>
        <w:rPr>
          <w:b/>
          <w:color w:val="006B70"/>
        </w:rPr>
        <w:t>ALLEGATO AZIENDALE  •  MOD-MM-06  •  parte 13</w:t>
      </w:r>
    </w:p>
    <w:p w14:paraId="30ACBCC8" w14:textId="77777777" w:rsidR="00F81D60" w:rsidRDefault="00000000">
      <w:pPr>
        <w:pStyle w:val="Titolo1"/>
      </w:pPr>
      <w:bookmarkStart w:id="58" w:name="A06_13"/>
      <w:r>
        <w:t>A06 | 13 | Valutazione dei rischi | Verifiche</w:t>
      </w:r>
      <w:bookmarkEnd w:id="58"/>
    </w:p>
    <w:p w14:paraId="6DD31CD8" w14:textId="77777777" w:rsidR="00F81D60" w:rsidRDefault="00000000">
      <w:pPr>
        <w:pStyle w:val="Reference"/>
      </w:pPr>
      <w:r>
        <w:t>Base documentale: [XLS] CATALOGO, ID MM-123–MM-134. Le istruzioni operative e i moduli sono elaborazioni aziendali del modello [AZ].</w:t>
      </w:r>
    </w:p>
    <w:p w14:paraId="570682A7"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54BCB4A3" w14:textId="77777777">
        <w:trPr>
          <w:tblHeader/>
          <w:jc w:val="center"/>
        </w:trPr>
        <w:tc>
          <w:tcPr>
            <w:tcW w:w="1984" w:type="dxa"/>
            <w:shd w:val="clear" w:color="auto" w:fill="17324D"/>
            <w:vAlign w:val="center"/>
          </w:tcPr>
          <w:p w14:paraId="2FCF27FF"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393E279F"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2082CB44" w14:textId="77777777" w:rsidR="00F81D60" w:rsidRDefault="00000000">
            <w:pPr>
              <w:pStyle w:val="TableText"/>
              <w:spacing w:before="40" w:after="40"/>
            </w:pPr>
            <w:r>
              <w:rPr>
                <w:b/>
                <w:color w:val="FFFFFF"/>
              </w:rPr>
              <w:t>Esito / riscontro</w:t>
            </w:r>
          </w:p>
        </w:tc>
      </w:tr>
      <w:tr w:rsidR="00F81D60" w14:paraId="09210E3B" w14:textId="77777777">
        <w:trPr>
          <w:cantSplit/>
          <w:jc w:val="center"/>
        </w:trPr>
        <w:tc>
          <w:tcPr>
            <w:tcW w:w="1984" w:type="dxa"/>
            <w:vAlign w:val="center"/>
          </w:tcPr>
          <w:p w14:paraId="666AAF3F" w14:textId="77777777" w:rsidR="00F81D60" w:rsidRDefault="00000000">
            <w:pPr>
              <w:pStyle w:val="TableText"/>
              <w:spacing w:before="40" w:after="40"/>
            </w:pPr>
            <w:r>
              <w:t>MM-123</w:t>
            </w:r>
            <w:r>
              <w:br/>
              <w:t>ISO: B.4; 5.2.1</w:t>
            </w:r>
          </w:p>
        </w:tc>
        <w:tc>
          <w:tcPr>
            <w:tcW w:w="6236" w:type="dxa"/>
            <w:vAlign w:val="center"/>
          </w:tcPr>
          <w:p w14:paraId="25D20284" w14:textId="77777777" w:rsidR="00F81D60" w:rsidRDefault="00000000">
            <w:pPr>
              <w:pStyle w:val="TableText"/>
              <w:spacing w:before="40" w:after="40"/>
            </w:pPr>
            <w:r>
              <w:t>Le modifiche lavorative sono valutate da figure competenti nel contesto degli altri rischi della mansione?</w:t>
            </w:r>
          </w:p>
        </w:tc>
        <w:tc>
          <w:tcPr>
            <w:tcW w:w="1757" w:type="dxa"/>
            <w:vAlign w:val="center"/>
          </w:tcPr>
          <w:p w14:paraId="04B75ABF" w14:textId="77777777" w:rsidR="00F81D60" w:rsidRDefault="00000000">
            <w:pPr>
              <w:pStyle w:val="TableText"/>
              <w:spacing w:before="40" w:after="40"/>
            </w:pPr>
            <w:r>
              <w:t>Esito: [ ]</w:t>
            </w:r>
            <w:r>
              <w:br/>
              <w:t>A07 n.: [ ]</w:t>
            </w:r>
          </w:p>
        </w:tc>
      </w:tr>
      <w:tr w:rsidR="00F81D60" w14:paraId="5BE75B3F" w14:textId="77777777">
        <w:trPr>
          <w:cantSplit/>
          <w:jc w:val="center"/>
        </w:trPr>
        <w:tc>
          <w:tcPr>
            <w:tcW w:w="1984" w:type="dxa"/>
            <w:shd w:val="clear" w:color="auto" w:fill="F5F7F9"/>
            <w:vAlign w:val="center"/>
          </w:tcPr>
          <w:p w14:paraId="542BB3CA" w14:textId="77777777" w:rsidR="00F81D60" w:rsidRDefault="00000000">
            <w:pPr>
              <w:pStyle w:val="TableText"/>
              <w:spacing w:before="40" w:after="40"/>
            </w:pPr>
            <w:r>
              <w:t>MM-124</w:t>
            </w:r>
            <w:r>
              <w:br/>
              <w:t>ISO: B.4 - Demand</w:t>
            </w:r>
          </w:p>
        </w:tc>
        <w:tc>
          <w:tcPr>
            <w:tcW w:w="6236" w:type="dxa"/>
            <w:shd w:val="clear" w:color="auto" w:fill="F5F7F9"/>
            <w:vAlign w:val="center"/>
          </w:tcPr>
          <w:p w14:paraId="2B9D3BBA" w14:textId="77777777" w:rsidR="00F81D60" w:rsidRDefault="00000000">
            <w:pPr>
              <w:pStyle w:val="TableText"/>
              <w:spacing w:before="40" w:after="40"/>
            </w:pPr>
            <w:r>
              <w:t>È possibile discutere carico di lavoro, tempi e adeguatezza dell'ambiente quando incidono sulla gestione delle esigenze?</w:t>
            </w:r>
          </w:p>
        </w:tc>
        <w:tc>
          <w:tcPr>
            <w:tcW w:w="1757" w:type="dxa"/>
            <w:shd w:val="clear" w:color="auto" w:fill="F5F7F9"/>
            <w:vAlign w:val="center"/>
          </w:tcPr>
          <w:p w14:paraId="4A092543" w14:textId="77777777" w:rsidR="00F81D60" w:rsidRDefault="00000000">
            <w:pPr>
              <w:pStyle w:val="TableText"/>
              <w:spacing w:before="40" w:after="40"/>
            </w:pPr>
            <w:r>
              <w:t>Esito: [ ]</w:t>
            </w:r>
            <w:r>
              <w:br/>
              <w:t>A07 n.: [ ]</w:t>
            </w:r>
          </w:p>
        </w:tc>
      </w:tr>
      <w:tr w:rsidR="00F81D60" w14:paraId="611A8024" w14:textId="77777777">
        <w:trPr>
          <w:cantSplit/>
          <w:jc w:val="center"/>
        </w:trPr>
        <w:tc>
          <w:tcPr>
            <w:tcW w:w="1984" w:type="dxa"/>
            <w:vAlign w:val="center"/>
          </w:tcPr>
          <w:p w14:paraId="55A46CE8" w14:textId="77777777" w:rsidR="00F81D60" w:rsidRDefault="00000000">
            <w:pPr>
              <w:pStyle w:val="TableText"/>
              <w:spacing w:before="40" w:after="40"/>
            </w:pPr>
            <w:r>
              <w:t>MM-125</w:t>
            </w:r>
            <w:r>
              <w:br/>
              <w:t>ISO: B.4 - Control</w:t>
            </w:r>
          </w:p>
        </w:tc>
        <w:tc>
          <w:tcPr>
            <w:tcW w:w="6236" w:type="dxa"/>
            <w:vAlign w:val="center"/>
          </w:tcPr>
          <w:p w14:paraId="1FF2E523" w14:textId="77777777" w:rsidR="00F81D60" w:rsidRDefault="00000000">
            <w:pPr>
              <w:pStyle w:val="TableText"/>
              <w:spacing w:before="40" w:after="40"/>
            </w:pPr>
            <w:r>
              <w:t>La mansione offre autonomia praticabile su tempi, attrezzature e luogo di lavoro?</w:t>
            </w:r>
          </w:p>
        </w:tc>
        <w:tc>
          <w:tcPr>
            <w:tcW w:w="1757" w:type="dxa"/>
            <w:vAlign w:val="center"/>
          </w:tcPr>
          <w:p w14:paraId="444D35EC" w14:textId="77777777" w:rsidR="00F81D60" w:rsidRDefault="00000000">
            <w:pPr>
              <w:pStyle w:val="TableText"/>
              <w:spacing w:before="40" w:after="40"/>
            </w:pPr>
            <w:r>
              <w:t>Esito: [ ]</w:t>
            </w:r>
            <w:r>
              <w:br/>
              <w:t>A07 n.: [ ]</w:t>
            </w:r>
          </w:p>
        </w:tc>
      </w:tr>
      <w:tr w:rsidR="00F81D60" w14:paraId="4EC8DC0D" w14:textId="77777777">
        <w:trPr>
          <w:cantSplit/>
          <w:jc w:val="center"/>
        </w:trPr>
        <w:tc>
          <w:tcPr>
            <w:tcW w:w="1984" w:type="dxa"/>
            <w:shd w:val="clear" w:color="auto" w:fill="F5F7F9"/>
            <w:vAlign w:val="center"/>
          </w:tcPr>
          <w:p w14:paraId="50B2C403" w14:textId="77777777" w:rsidR="00F81D60" w:rsidRDefault="00000000">
            <w:pPr>
              <w:pStyle w:val="TableText"/>
              <w:spacing w:before="40" w:after="40"/>
            </w:pPr>
            <w:r>
              <w:t>MM-126</w:t>
            </w:r>
            <w:r>
              <w:br/>
              <w:t>ISO: B.4 - Support</w:t>
            </w:r>
          </w:p>
        </w:tc>
        <w:tc>
          <w:tcPr>
            <w:tcW w:w="6236" w:type="dxa"/>
            <w:shd w:val="clear" w:color="auto" w:fill="F5F7F9"/>
            <w:vAlign w:val="center"/>
          </w:tcPr>
          <w:p w14:paraId="7516863F" w14:textId="77777777" w:rsidR="00F81D60" w:rsidRDefault="00000000">
            <w:pPr>
              <w:pStyle w:val="TableText"/>
              <w:spacing w:before="40" w:after="40"/>
            </w:pPr>
            <w:r>
              <w:t>Sono disponibili risorse affidabili e sostegno organizzativo per affrontare anche i fattori psicosociali?</w:t>
            </w:r>
          </w:p>
        </w:tc>
        <w:tc>
          <w:tcPr>
            <w:tcW w:w="1757" w:type="dxa"/>
            <w:shd w:val="clear" w:color="auto" w:fill="F5F7F9"/>
            <w:vAlign w:val="center"/>
          </w:tcPr>
          <w:p w14:paraId="7C2912F3" w14:textId="77777777" w:rsidR="00F81D60" w:rsidRDefault="00000000">
            <w:pPr>
              <w:pStyle w:val="TableText"/>
              <w:spacing w:before="40" w:after="40"/>
            </w:pPr>
            <w:r>
              <w:t>Esito: [ ]</w:t>
            </w:r>
            <w:r>
              <w:br/>
              <w:t>A07 n.: [ ]</w:t>
            </w:r>
          </w:p>
        </w:tc>
      </w:tr>
      <w:tr w:rsidR="00F81D60" w14:paraId="341B721A" w14:textId="77777777">
        <w:trPr>
          <w:cantSplit/>
          <w:jc w:val="center"/>
        </w:trPr>
        <w:tc>
          <w:tcPr>
            <w:tcW w:w="1984" w:type="dxa"/>
            <w:vAlign w:val="center"/>
          </w:tcPr>
          <w:p w14:paraId="0AAECE98" w14:textId="77777777" w:rsidR="00F81D60" w:rsidRDefault="00000000">
            <w:pPr>
              <w:pStyle w:val="TableText"/>
              <w:spacing w:before="40" w:after="40"/>
            </w:pPr>
            <w:r>
              <w:t>MM-127</w:t>
            </w:r>
            <w:r>
              <w:br/>
              <w:t>ISO: B.4 - Relationships</w:t>
            </w:r>
          </w:p>
        </w:tc>
        <w:tc>
          <w:tcPr>
            <w:tcW w:w="6236" w:type="dxa"/>
            <w:vAlign w:val="center"/>
          </w:tcPr>
          <w:p w14:paraId="6F3857F6" w14:textId="77777777" w:rsidR="00F81D60" w:rsidRDefault="00000000">
            <w:pPr>
              <w:pStyle w:val="TableText"/>
              <w:spacing w:before="40" w:after="40"/>
            </w:pPr>
            <w:r>
              <w:t>Sono valutate relazioni, tabù e dinamiche di potere che possono ostacolare la richiesta di aiuto?</w:t>
            </w:r>
          </w:p>
        </w:tc>
        <w:tc>
          <w:tcPr>
            <w:tcW w:w="1757" w:type="dxa"/>
            <w:vAlign w:val="center"/>
          </w:tcPr>
          <w:p w14:paraId="5F9361CA" w14:textId="77777777" w:rsidR="00F81D60" w:rsidRDefault="00000000">
            <w:pPr>
              <w:pStyle w:val="TableText"/>
              <w:spacing w:before="40" w:after="40"/>
            </w:pPr>
            <w:r>
              <w:t>Esito: [ ]</w:t>
            </w:r>
            <w:r>
              <w:br/>
              <w:t>A07 n.: [ ]</w:t>
            </w:r>
          </w:p>
        </w:tc>
      </w:tr>
      <w:tr w:rsidR="00F81D60" w14:paraId="37DB2FFB" w14:textId="77777777">
        <w:trPr>
          <w:cantSplit/>
          <w:jc w:val="center"/>
        </w:trPr>
        <w:tc>
          <w:tcPr>
            <w:tcW w:w="1984" w:type="dxa"/>
            <w:shd w:val="clear" w:color="auto" w:fill="F5F7F9"/>
            <w:vAlign w:val="center"/>
          </w:tcPr>
          <w:p w14:paraId="1BF5229E" w14:textId="77777777" w:rsidR="00F81D60" w:rsidRDefault="00000000">
            <w:pPr>
              <w:pStyle w:val="TableText"/>
              <w:spacing w:before="40" w:after="40"/>
            </w:pPr>
            <w:r>
              <w:t>MM-128</w:t>
            </w:r>
            <w:r>
              <w:br/>
              <w:t>ISO: B.4 - Role</w:t>
            </w:r>
          </w:p>
        </w:tc>
        <w:tc>
          <w:tcPr>
            <w:tcW w:w="6236" w:type="dxa"/>
            <w:shd w:val="clear" w:color="auto" w:fill="F5F7F9"/>
            <w:vAlign w:val="center"/>
          </w:tcPr>
          <w:p w14:paraId="263DD2B4" w14:textId="77777777" w:rsidR="00F81D60" w:rsidRDefault="00000000">
            <w:pPr>
              <w:pStyle w:val="TableText"/>
              <w:spacing w:before="40" w:after="40"/>
            </w:pPr>
            <w:r>
              <w:t>Sono chiare le aspettative di ruolo e valutate le attività critiche nelle quali dolore o affaticamento possono interferire con la sicurezza?</w:t>
            </w:r>
          </w:p>
        </w:tc>
        <w:tc>
          <w:tcPr>
            <w:tcW w:w="1757" w:type="dxa"/>
            <w:shd w:val="clear" w:color="auto" w:fill="F5F7F9"/>
            <w:vAlign w:val="center"/>
          </w:tcPr>
          <w:p w14:paraId="2CC90BEC" w14:textId="77777777" w:rsidR="00F81D60" w:rsidRDefault="00000000">
            <w:pPr>
              <w:pStyle w:val="TableText"/>
              <w:spacing w:before="40" w:after="40"/>
            </w:pPr>
            <w:r>
              <w:t>Esito: [ ]</w:t>
            </w:r>
            <w:r>
              <w:br/>
              <w:t>A07 n.: [ ]</w:t>
            </w:r>
          </w:p>
        </w:tc>
      </w:tr>
      <w:tr w:rsidR="00F81D60" w14:paraId="09D9D91D" w14:textId="77777777">
        <w:trPr>
          <w:cantSplit/>
          <w:jc w:val="center"/>
        </w:trPr>
        <w:tc>
          <w:tcPr>
            <w:tcW w:w="1984" w:type="dxa"/>
            <w:vAlign w:val="center"/>
          </w:tcPr>
          <w:p w14:paraId="6ECC8274" w14:textId="77777777" w:rsidR="00F81D60" w:rsidRDefault="00000000">
            <w:pPr>
              <w:pStyle w:val="TableText"/>
              <w:spacing w:before="40" w:after="40"/>
            </w:pPr>
            <w:r>
              <w:t>MM-129</w:t>
            </w:r>
            <w:r>
              <w:br/>
              <w:t>ISO: B.4 - Change</w:t>
            </w:r>
          </w:p>
        </w:tc>
        <w:tc>
          <w:tcPr>
            <w:tcW w:w="6236" w:type="dxa"/>
            <w:vAlign w:val="center"/>
          </w:tcPr>
          <w:p w14:paraId="36B586EA" w14:textId="77777777" w:rsidR="00F81D60" w:rsidRDefault="00000000">
            <w:pPr>
              <w:pStyle w:val="TableText"/>
              <w:spacing w:before="40" w:after="40"/>
            </w:pPr>
            <w:r>
              <w:t>I cambiamenti organizzativi e operativi comportano il riesame degli adattamenti e dei controlli dei rischi?</w:t>
            </w:r>
          </w:p>
        </w:tc>
        <w:tc>
          <w:tcPr>
            <w:tcW w:w="1757" w:type="dxa"/>
            <w:vAlign w:val="center"/>
          </w:tcPr>
          <w:p w14:paraId="6D0592B3" w14:textId="77777777" w:rsidR="00F81D60" w:rsidRDefault="00000000">
            <w:pPr>
              <w:pStyle w:val="TableText"/>
              <w:spacing w:before="40" w:after="40"/>
            </w:pPr>
            <w:r>
              <w:t>Esito: [ ]</w:t>
            </w:r>
            <w:r>
              <w:br/>
              <w:t>A07 n.: [ ]</w:t>
            </w:r>
          </w:p>
        </w:tc>
      </w:tr>
      <w:tr w:rsidR="00F81D60" w14:paraId="338663A6" w14:textId="77777777">
        <w:trPr>
          <w:cantSplit/>
          <w:jc w:val="center"/>
        </w:trPr>
        <w:tc>
          <w:tcPr>
            <w:tcW w:w="1984" w:type="dxa"/>
            <w:shd w:val="clear" w:color="auto" w:fill="F5F7F9"/>
            <w:vAlign w:val="center"/>
          </w:tcPr>
          <w:p w14:paraId="056AD939" w14:textId="77777777" w:rsidR="00F81D60" w:rsidRDefault="00000000">
            <w:pPr>
              <w:pStyle w:val="TableText"/>
              <w:spacing w:before="40" w:after="40"/>
            </w:pPr>
            <w:r>
              <w:t>MM-130</w:t>
            </w:r>
            <w:r>
              <w:br/>
              <w:t>ISO: B.4</w:t>
            </w:r>
          </w:p>
        </w:tc>
        <w:tc>
          <w:tcPr>
            <w:tcW w:w="6236" w:type="dxa"/>
            <w:shd w:val="clear" w:color="auto" w:fill="F5F7F9"/>
            <w:vAlign w:val="center"/>
          </w:tcPr>
          <w:p w14:paraId="6F1C0F36" w14:textId="77777777" w:rsidR="00F81D60" w:rsidRDefault="00000000">
            <w:pPr>
              <w:pStyle w:val="TableText"/>
              <w:spacing w:before="40" w:after="40"/>
            </w:pPr>
            <w:r>
              <w:t>Sono considerati carichi, orari, molestie, bullismo, leadership e norme culturali che possono compromettere il benessere?</w:t>
            </w:r>
          </w:p>
        </w:tc>
        <w:tc>
          <w:tcPr>
            <w:tcW w:w="1757" w:type="dxa"/>
            <w:shd w:val="clear" w:color="auto" w:fill="F5F7F9"/>
            <w:vAlign w:val="center"/>
          </w:tcPr>
          <w:p w14:paraId="22806A9A" w14:textId="77777777" w:rsidR="00F81D60" w:rsidRDefault="00000000">
            <w:pPr>
              <w:pStyle w:val="TableText"/>
              <w:spacing w:before="40" w:after="40"/>
            </w:pPr>
            <w:r>
              <w:t>Esito: [ ]</w:t>
            </w:r>
            <w:r>
              <w:br/>
              <w:t>A07 n.: [ ]</w:t>
            </w:r>
          </w:p>
        </w:tc>
      </w:tr>
      <w:tr w:rsidR="00F81D60" w14:paraId="4BE72705" w14:textId="77777777">
        <w:trPr>
          <w:cantSplit/>
          <w:jc w:val="center"/>
        </w:trPr>
        <w:tc>
          <w:tcPr>
            <w:tcW w:w="1984" w:type="dxa"/>
            <w:vAlign w:val="center"/>
          </w:tcPr>
          <w:p w14:paraId="45A998A4" w14:textId="77777777" w:rsidR="00F81D60" w:rsidRDefault="00000000">
            <w:pPr>
              <w:pStyle w:val="TableText"/>
              <w:spacing w:before="40" w:after="40"/>
            </w:pPr>
            <w:r>
              <w:t>MM-131</w:t>
            </w:r>
            <w:r>
              <w:br/>
              <w:t>ISO: B.4</w:t>
            </w:r>
          </w:p>
        </w:tc>
        <w:tc>
          <w:tcPr>
            <w:tcW w:w="6236" w:type="dxa"/>
            <w:vAlign w:val="center"/>
          </w:tcPr>
          <w:p w14:paraId="1651B468" w14:textId="77777777" w:rsidR="00F81D60" w:rsidRDefault="00000000">
            <w:pPr>
              <w:pStyle w:val="TableText"/>
              <w:spacing w:before="40" w:after="40"/>
            </w:pPr>
            <w:r>
              <w:t>Infrastrutture e ambiente costruito sono riesaminati per le barriere che possono peggiorare le esperienze lavorative?</w:t>
            </w:r>
          </w:p>
        </w:tc>
        <w:tc>
          <w:tcPr>
            <w:tcW w:w="1757" w:type="dxa"/>
            <w:vAlign w:val="center"/>
          </w:tcPr>
          <w:p w14:paraId="5782B1AD" w14:textId="77777777" w:rsidR="00F81D60" w:rsidRDefault="00000000">
            <w:pPr>
              <w:pStyle w:val="TableText"/>
              <w:spacing w:before="40" w:after="40"/>
            </w:pPr>
            <w:r>
              <w:t>Esito: [ ]</w:t>
            </w:r>
            <w:r>
              <w:br/>
              <w:t>A07 n.: [ ]</w:t>
            </w:r>
          </w:p>
        </w:tc>
      </w:tr>
      <w:tr w:rsidR="00F81D60" w14:paraId="0D031E76" w14:textId="77777777">
        <w:trPr>
          <w:cantSplit/>
          <w:jc w:val="center"/>
        </w:trPr>
        <w:tc>
          <w:tcPr>
            <w:tcW w:w="1984" w:type="dxa"/>
            <w:shd w:val="clear" w:color="auto" w:fill="F5F7F9"/>
            <w:vAlign w:val="center"/>
          </w:tcPr>
          <w:p w14:paraId="7DD0B73D" w14:textId="77777777" w:rsidR="00F81D60" w:rsidRDefault="00000000">
            <w:pPr>
              <w:pStyle w:val="TableText"/>
              <w:spacing w:before="40" w:after="40"/>
            </w:pPr>
            <w:r>
              <w:t>MM-132</w:t>
            </w:r>
            <w:r>
              <w:br/>
              <w:t>ISO: B.4</w:t>
            </w:r>
          </w:p>
        </w:tc>
        <w:tc>
          <w:tcPr>
            <w:tcW w:w="6236" w:type="dxa"/>
            <w:shd w:val="clear" w:color="auto" w:fill="F5F7F9"/>
            <w:vAlign w:val="center"/>
          </w:tcPr>
          <w:p w14:paraId="4B12A9DA" w14:textId="77777777" w:rsidR="00F81D60" w:rsidRDefault="00000000">
            <w:pPr>
              <w:pStyle w:val="TableText"/>
              <w:spacing w:before="40" w:after="40"/>
            </w:pPr>
            <w:r>
              <w:t>La valutazione considera pericoli prevedibili e lezioni da eventi pregressi pertinenti senza attribuzioni causali non dimostrate?</w:t>
            </w:r>
          </w:p>
        </w:tc>
        <w:tc>
          <w:tcPr>
            <w:tcW w:w="1757" w:type="dxa"/>
            <w:shd w:val="clear" w:color="auto" w:fill="F5F7F9"/>
            <w:vAlign w:val="center"/>
          </w:tcPr>
          <w:p w14:paraId="260AF26E" w14:textId="77777777" w:rsidR="00F81D60" w:rsidRDefault="00000000">
            <w:pPr>
              <w:pStyle w:val="TableText"/>
              <w:spacing w:before="40" w:after="40"/>
            </w:pPr>
            <w:r>
              <w:t>Esito: [ ]</w:t>
            </w:r>
            <w:r>
              <w:br/>
              <w:t>A07 n.: [ ]</w:t>
            </w:r>
          </w:p>
        </w:tc>
      </w:tr>
      <w:tr w:rsidR="00F81D60" w14:paraId="213080DC" w14:textId="77777777">
        <w:trPr>
          <w:cantSplit/>
          <w:jc w:val="center"/>
        </w:trPr>
        <w:tc>
          <w:tcPr>
            <w:tcW w:w="1984" w:type="dxa"/>
            <w:vAlign w:val="center"/>
          </w:tcPr>
          <w:p w14:paraId="4BB446B2" w14:textId="77777777" w:rsidR="00F81D60" w:rsidRDefault="00000000">
            <w:pPr>
              <w:pStyle w:val="TableText"/>
              <w:spacing w:before="40" w:after="40"/>
            </w:pPr>
            <w:r>
              <w:t>MM-133</w:t>
            </w:r>
            <w:r>
              <w:br/>
              <w:t>ISO: B.4</w:t>
            </w:r>
          </w:p>
        </w:tc>
        <w:tc>
          <w:tcPr>
            <w:tcW w:w="6236" w:type="dxa"/>
            <w:vAlign w:val="center"/>
          </w:tcPr>
          <w:p w14:paraId="5E08EC7C" w14:textId="77777777" w:rsidR="00F81D60" w:rsidRDefault="00000000">
            <w:pPr>
              <w:pStyle w:val="TableText"/>
              <w:spacing w:before="40" w:after="40"/>
            </w:pPr>
            <w:r>
              <w:t>Sono previste soluzioni di sostituzione per esigenze improvvise durante attività urgenti o critiche?</w:t>
            </w:r>
          </w:p>
        </w:tc>
        <w:tc>
          <w:tcPr>
            <w:tcW w:w="1757" w:type="dxa"/>
            <w:vAlign w:val="center"/>
          </w:tcPr>
          <w:p w14:paraId="17653860" w14:textId="77777777" w:rsidR="00F81D60" w:rsidRDefault="00000000">
            <w:pPr>
              <w:pStyle w:val="TableText"/>
              <w:spacing w:before="40" w:after="40"/>
            </w:pPr>
            <w:r>
              <w:t>Esito: [ ]</w:t>
            </w:r>
            <w:r>
              <w:br/>
              <w:t>A07 n.: [ ]</w:t>
            </w:r>
          </w:p>
        </w:tc>
      </w:tr>
      <w:tr w:rsidR="00F81D60" w14:paraId="02B46852" w14:textId="77777777">
        <w:trPr>
          <w:cantSplit/>
          <w:jc w:val="center"/>
        </w:trPr>
        <w:tc>
          <w:tcPr>
            <w:tcW w:w="1984" w:type="dxa"/>
            <w:shd w:val="clear" w:color="auto" w:fill="F5F7F9"/>
            <w:vAlign w:val="center"/>
          </w:tcPr>
          <w:p w14:paraId="5CCC446C" w14:textId="77777777" w:rsidR="00F81D60" w:rsidRDefault="00000000">
            <w:pPr>
              <w:pStyle w:val="TableText"/>
              <w:spacing w:before="40" w:after="40"/>
            </w:pPr>
            <w:r>
              <w:t>MM-134</w:t>
            </w:r>
            <w:r>
              <w:br/>
              <w:t>ISO: B.4</w:t>
            </w:r>
          </w:p>
        </w:tc>
        <w:tc>
          <w:tcPr>
            <w:tcW w:w="6236" w:type="dxa"/>
            <w:shd w:val="clear" w:color="auto" w:fill="F5F7F9"/>
            <w:vAlign w:val="center"/>
          </w:tcPr>
          <w:p w14:paraId="2369CE89" w14:textId="77777777" w:rsidR="00F81D60" w:rsidRDefault="00000000">
            <w:pPr>
              <w:pStyle w:val="TableText"/>
              <w:spacing w:before="40" w:after="40"/>
            </w:pPr>
            <w:r>
              <w:t>Le esigenze pertinenti di appaltatori, visitatori e personale isolato o remoto sono considerate nel perimetro di responsabilità?</w:t>
            </w:r>
          </w:p>
        </w:tc>
        <w:tc>
          <w:tcPr>
            <w:tcW w:w="1757" w:type="dxa"/>
            <w:shd w:val="clear" w:color="auto" w:fill="F5F7F9"/>
            <w:vAlign w:val="center"/>
          </w:tcPr>
          <w:p w14:paraId="2D251571" w14:textId="77777777" w:rsidR="00F81D60" w:rsidRDefault="00000000">
            <w:pPr>
              <w:pStyle w:val="TableText"/>
              <w:spacing w:before="40" w:after="40"/>
            </w:pPr>
            <w:r>
              <w:t>Esito: [ ]</w:t>
            </w:r>
            <w:r>
              <w:br/>
              <w:t>A07 n.: [ ]</w:t>
            </w:r>
          </w:p>
        </w:tc>
      </w:tr>
    </w:tbl>
    <w:p w14:paraId="5E12C437" w14:textId="77777777" w:rsidR="00F81D60" w:rsidRDefault="00F81D60">
      <w:pPr>
        <w:spacing w:after="0"/>
      </w:pPr>
    </w:p>
    <w:p w14:paraId="10FE5531"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0816EFCD" w14:textId="77777777" w:rsidR="00F81D60" w:rsidRDefault="00000000">
      <w:pPr>
        <w:pStyle w:val="Reference"/>
      </w:pPr>
      <w:r>
        <w:t>Azioni: riportare ID e seguito in A17 o nel PIANO_AZIONI. Non inserire informazioni sulla salute delle persone. Questa pagina non sostituisce i riscontri A07.</w:t>
      </w:r>
    </w:p>
    <w:p w14:paraId="72FA4B62" w14:textId="77777777" w:rsidR="00F81D60" w:rsidRDefault="00000000">
      <w:r>
        <w:br w:type="page"/>
      </w:r>
    </w:p>
    <w:p w14:paraId="072AEC7C" w14:textId="77777777" w:rsidR="00F81D60" w:rsidRDefault="00000000">
      <w:pPr>
        <w:pStyle w:val="Small"/>
      </w:pPr>
      <w:r>
        <w:rPr>
          <w:b/>
          <w:color w:val="006B70"/>
        </w:rPr>
        <w:t>ALLEGATO AZIENDALE  •  MOD-MM-06  •  parte 14</w:t>
      </w:r>
    </w:p>
    <w:p w14:paraId="14BF0A85" w14:textId="77777777" w:rsidR="00F81D60" w:rsidRDefault="00000000">
      <w:pPr>
        <w:pStyle w:val="Titolo1"/>
      </w:pPr>
      <w:bookmarkStart w:id="59" w:name="A06_14"/>
      <w:r>
        <w:t>A06 | 14 | Selezione e inserimento | Verifiche</w:t>
      </w:r>
      <w:bookmarkEnd w:id="59"/>
    </w:p>
    <w:p w14:paraId="00035002" w14:textId="77777777" w:rsidR="00F81D60" w:rsidRDefault="00000000">
      <w:pPr>
        <w:pStyle w:val="Reference"/>
      </w:pPr>
      <w:r>
        <w:t>Base documentale: [XLS] CATALOGO, ID MM-135–MM-143. Le istruzioni operative e i moduli sono elaborazioni aziendali del modello [AZ].</w:t>
      </w:r>
    </w:p>
    <w:p w14:paraId="1A211F57"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7800B68D" w14:textId="77777777">
        <w:trPr>
          <w:tblHeader/>
          <w:jc w:val="center"/>
        </w:trPr>
        <w:tc>
          <w:tcPr>
            <w:tcW w:w="1984" w:type="dxa"/>
            <w:shd w:val="clear" w:color="auto" w:fill="17324D"/>
            <w:vAlign w:val="center"/>
          </w:tcPr>
          <w:p w14:paraId="03BC1272"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611C4570"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14A0CDB8" w14:textId="77777777" w:rsidR="00F81D60" w:rsidRDefault="00000000">
            <w:pPr>
              <w:pStyle w:val="TableText"/>
              <w:spacing w:before="40" w:after="40"/>
            </w:pPr>
            <w:r>
              <w:rPr>
                <w:b/>
                <w:color w:val="FFFFFF"/>
              </w:rPr>
              <w:t>Esito / riscontro</w:t>
            </w:r>
          </w:p>
        </w:tc>
      </w:tr>
      <w:tr w:rsidR="00F81D60" w14:paraId="0FEE7A5D" w14:textId="77777777">
        <w:trPr>
          <w:cantSplit/>
          <w:jc w:val="center"/>
        </w:trPr>
        <w:tc>
          <w:tcPr>
            <w:tcW w:w="1984" w:type="dxa"/>
            <w:vAlign w:val="center"/>
          </w:tcPr>
          <w:p w14:paraId="4E682D97" w14:textId="77777777" w:rsidR="00F81D60" w:rsidRDefault="00000000">
            <w:pPr>
              <w:pStyle w:val="TableText"/>
              <w:spacing w:before="40" w:after="40"/>
            </w:pPr>
            <w:r>
              <w:t>MM-135</w:t>
            </w:r>
            <w:r>
              <w:br/>
              <w:t>ISO: D.2.1-D.2.2</w:t>
            </w:r>
          </w:p>
        </w:tc>
        <w:tc>
          <w:tcPr>
            <w:tcW w:w="6236" w:type="dxa"/>
            <w:vAlign w:val="center"/>
          </w:tcPr>
          <w:p w14:paraId="0DA9E921" w14:textId="77777777" w:rsidR="00F81D60" w:rsidRDefault="00000000">
            <w:pPr>
              <w:pStyle w:val="TableText"/>
              <w:spacing w:before="40" w:after="40"/>
            </w:pPr>
            <w:r>
              <w:t>La descrizione della mansione distingue obiettivi essenziali e modalità adattabili senza stereotipi sull'età?</w:t>
            </w:r>
          </w:p>
        </w:tc>
        <w:tc>
          <w:tcPr>
            <w:tcW w:w="1757" w:type="dxa"/>
            <w:vAlign w:val="center"/>
          </w:tcPr>
          <w:p w14:paraId="4A614059" w14:textId="77777777" w:rsidR="00F81D60" w:rsidRDefault="00000000">
            <w:pPr>
              <w:pStyle w:val="TableText"/>
              <w:spacing w:before="40" w:after="40"/>
            </w:pPr>
            <w:r>
              <w:t>Esito: [ ]</w:t>
            </w:r>
            <w:r>
              <w:br/>
              <w:t>A07 n.: [ ]</w:t>
            </w:r>
          </w:p>
        </w:tc>
      </w:tr>
      <w:tr w:rsidR="00F81D60" w14:paraId="521200CE" w14:textId="77777777">
        <w:trPr>
          <w:cantSplit/>
          <w:jc w:val="center"/>
        </w:trPr>
        <w:tc>
          <w:tcPr>
            <w:tcW w:w="1984" w:type="dxa"/>
            <w:shd w:val="clear" w:color="auto" w:fill="F5F7F9"/>
            <w:vAlign w:val="center"/>
          </w:tcPr>
          <w:p w14:paraId="4AD90811" w14:textId="77777777" w:rsidR="00F81D60" w:rsidRDefault="00000000">
            <w:pPr>
              <w:pStyle w:val="TableText"/>
              <w:spacing w:before="40" w:after="40"/>
            </w:pPr>
            <w:r>
              <w:t>MM-136</w:t>
            </w:r>
            <w:r>
              <w:br/>
              <w:t>ISO: D.2.2</w:t>
            </w:r>
          </w:p>
        </w:tc>
        <w:tc>
          <w:tcPr>
            <w:tcW w:w="6236" w:type="dxa"/>
            <w:shd w:val="clear" w:color="auto" w:fill="F5F7F9"/>
            <w:vAlign w:val="center"/>
          </w:tcPr>
          <w:p w14:paraId="03175C8E" w14:textId="77777777" w:rsidR="00F81D60" w:rsidRDefault="00000000">
            <w:pPr>
              <w:pStyle w:val="TableText"/>
              <w:spacing w:before="40" w:after="40"/>
            </w:pPr>
            <w:r>
              <w:t>La progettazione delle mansioni usa il contributo di team, HR, sicurezza e altri interlocutori pertinenti?</w:t>
            </w:r>
          </w:p>
        </w:tc>
        <w:tc>
          <w:tcPr>
            <w:tcW w:w="1757" w:type="dxa"/>
            <w:shd w:val="clear" w:color="auto" w:fill="F5F7F9"/>
            <w:vAlign w:val="center"/>
          </w:tcPr>
          <w:p w14:paraId="32466809" w14:textId="77777777" w:rsidR="00F81D60" w:rsidRDefault="00000000">
            <w:pPr>
              <w:pStyle w:val="TableText"/>
              <w:spacing w:before="40" w:after="40"/>
            </w:pPr>
            <w:r>
              <w:t>Esito: [ ]</w:t>
            </w:r>
            <w:r>
              <w:br/>
              <w:t>A07 n.: [ ]</w:t>
            </w:r>
          </w:p>
        </w:tc>
      </w:tr>
      <w:tr w:rsidR="00F81D60" w14:paraId="5ACEB2D9" w14:textId="77777777">
        <w:trPr>
          <w:cantSplit/>
          <w:jc w:val="center"/>
        </w:trPr>
        <w:tc>
          <w:tcPr>
            <w:tcW w:w="1984" w:type="dxa"/>
            <w:vAlign w:val="center"/>
          </w:tcPr>
          <w:p w14:paraId="17B5C005" w14:textId="77777777" w:rsidR="00F81D60" w:rsidRDefault="00000000">
            <w:pPr>
              <w:pStyle w:val="TableText"/>
              <w:spacing w:before="40" w:after="40"/>
            </w:pPr>
            <w:r>
              <w:t>MM-137</w:t>
            </w:r>
            <w:r>
              <w:br/>
              <w:t>ISO: D.2.3</w:t>
            </w:r>
          </w:p>
        </w:tc>
        <w:tc>
          <w:tcPr>
            <w:tcW w:w="6236" w:type="dxa"/>
            <w:vAlign w:val="center"/>
          </w:tcPr>
          <w:p w14:paraId="329449D9" w14:textId="77777777" w:rsidR="00F81D60" w:rsidRDefault="00000000">
            <w:pPr>
              <w:pStyle w:val="TableText"/>
              <w:spacing w:before="40" w:after="40"/>
            </w:pPr>
            <w:r>
              <w:t>Gli adattamenti della mansione sono coordinati con valutazione dei rischi, regole sulle assenze e disposizioni applicabili?</w:t>
            </w:r>
          </w:p>
        </w:tc>
        <w:tc>
          <w:tcPr>
            <w:tcW w:w="1757" w:type="dxa"/>
            <w:vAlign w:val="center"/>
          </w:tcPr>
          <w:p w14:paraId="7DE1CEFD" w14:textId="77777777" w:rsidR="00F81D60" w:rsidRDefault="00000000">
            <w:pPr>
              <w:pStyle w:val="TableText"/>
              <w:spacing w:before="40" w:after="40"/>
            </w:pPr>
            <w:r>
              <w:t>Esito: [ ]</w:t>
            </w:r>
            <w:r>
              <w:br/>
              <w:t>A07 n.: [ ]</w:t>
            </w:r>
          </w:p>
        </w:tc>
      </w:tr>
      <w:tr w:rsidR="00F81D60" w14:paraId="2DEE898B" w14:textId="77777777">
        <w:trPr>
          <w:cantSplit/>
          <w:jc w:val="center"/>
        </w:trPr>
        <w:tc>
          <w:tcPr>
            <w:tcW w:w="1984" w:type="dxa"/>
            <w:shd w:val="clear" w:color="auto" w:fill="F5F7F9"/>
            <w:vAlign w:val="center"/>
          </w:tcPr>
          <w:p w14:paraId="46B0213F" w14:textId="77777777" w:rsidR="00F81D60" w:rsidRDefault="00000000">
            <w:pPr>
              <w:pStyle w:val="TableText"/>
              <w:spacing w:before="40" w:after="40"/>
            </w:pPr>
            <w:r>
              <w:t>MM-138</w:t>
            </w:r>
            <w:r>
              <w:br/>
              <w:t>ISO: D.2.4</w:t>
            </w:r>
          </w:p>
        </w:tc>
        <w:tc>
          <w:tcPr>
            <w:tcW w:w="6236" w:type="dxa"/>
            <w:shd w:val="clear" w:color="auto" w:fill="F5F7F9"/>
            <w:vAlign w:val="center"/>
          </w:tcPr>
          <w:p w14:paraId="6DF855BC" w14:textId="77777777" w:rsidR="00F81D60" w:rsidRDefault="00000000">
            <w:pPr>
              <w:pStyle w:val="TableText"/>
              <w:spacing w:before="40" w:after="40"/>
            </w:pPr>
            <w:r>
              <w:t>Le descrizioni del ruolo usano un linguaggio inclusivo e segnalano adattamenti o risorse disponibili quando pertinenti?</w:t>
            </w:r>
          </w:p>
        </w:tc>
        <w:tc>
          <w:tcPr>
            <w:tcW w:w="1757" w:type="dxa"/>
            <w:shd w:val="clear" w:color="auto" w:fill="F5F7F9"/>
            <w:vAlign w:val="center"/>
          </w:tcPr>
          <w:p w14:paraId="6AFE040E" w14:textId="77777777" w:rsidR="00F81D60" w:rsidRDefault="00000000">
            <w:pPr>
              <w:pStyle w:val="TableText"/>
              <w:spacing w:before="40" w:after="40"/>
            </w:pPr>
            <w:r>
              <w:t>Esito: [ ]</w:t>
            </w:r>
            <w:r>
              <w:br/>
              <w:t>A07 n.: [ ]</w:t>
            </w:r>
          </w:p>
        </w:tc>
      </w:tr>
      <w:tr w:rsidR="00F81D60" w14:paraId="1110ADDE" w14:textId="77777777">
        <w:trPr>
          <w:cantSplit/>
          <w:jc w:val="center"/>
        </w:trPr>
        <w:tc>
          <w:tcPr>
            <w:tcW w:w="1984" w:type="dxa"/>
            <w:vAlign w:val="center"/>
          </w:tcPr>
          <w:p w14:paraId="331F6819" w14:textId="77777777" w:rsidR="00F81D60" w:rsidRDefault="00000000">
            <w:pPr>
              <w:pStyle w:val="TableText"/>
              <w:spacing w:before="40" w:after="40"/>
            </w:pPr>
            <w:r>
              <w:t>MM-139</w:t>
            </w:r>
            <w:r>
              <w:br/>
              <w:t>ISO: D.3</w:t>
            </w:r>
          </w:p>
        </w:tc>
        <w:tc>
          <w:tcPr>
            <w:tcW w:w="6236" w:type="dxa"/>
            <w:vAlign w:val="center"/>
          </w:tcPr>
          <w:p w14:paraId="56E94F50" w14:textId="77777777" w:rsidR="00F81D60" w:rsidRDefault="00000000">
            <w:pPr>
              <w:pStyle w:val="TableText"/>
              <w:spacing w:before="40" w:after="40"/>
            </w:pPr>
            <w:r>
              <w:t>Gli annunci sono trasparenti su attività e competenze e rinviano alle politiche inclusive pertinenti?</w:t>
            </w:r>
          </w:p>
        </w:tc>
        <w:tc>
          <w:tcPr>
            <w:tcW w:w="1757" w:type="dxa"/>
            <w:vAlign w:val="center"/>
          </w:tcPr>
          <w:p w14:paraId="4F948DCC" w14:textId="77777777" w:rsidR="00F81D60" w:rsidRDefault="00000000">
            <w:pPr>
              <w:pStyle w:val="TableText"/>
              <w:spacing w:before="40" w:after="40"/>
            </w:pPr>
            <w:r>
              <w:t>Esito: [ ]</w:t>
            </w:r>
            <w:r>
              <w:br/>
              <w:t>A07 n.: [ ]</w:t>
            </w:r>
          </w:p>
        </w:tc>
      </w:tr>
      <w:tr w:rsidR="00F81D60" w14:paraId="35ECDAFF" w14:textId="77777777">
        <w:trPr>
          <w:cantSplit/>
          <w:jc w:val="center"/>
        </w:trPr>
        <w:tc>
          <w:tcPr>
            <w:tcW w:w="1984" w:type="dxa"/>
            <w:shd w:val="clear" w:color="auto" w:fill="F5F7F9"/>
            <w:vAlign w:val="center"/>
          </w:tcPr>
          <w:p w14:paraId="47EAE08F" w14:textId="77777777" w:rsidR="00F81D60" w:rsidRDefault="00000000">
            <w:pPr>
              <w:pStyle w:val="TableText"/>
              <w:spacing w:before="40" w:after="40"/>
            </w:pPr>
            <w:r>
              <w:t>MM-140</w:t>
            </w:r>
            <w:r>
              <w:br/>
              <w:t>ISO: D.4</w:t>
            </w:r>
          </w:p>
        </w:tc>
        <w:tc>
          <w:tcPr>
            <w:tcW w:w="6236" w:type="dxa"/>
            <w:shd w:val="clear" w:color="auto" w:fill="F5F7F9"/>
            <w:vAlign w:val="center"/>
          </w:tcPr>
          <w:p w14:paraId="18B5AFA9" w14:textId="77777777" w:rsidR="00F81D60" w:rsidRDefault="00000000">
            <w:pPr>
              <w:pStyle w:val="TableText"/>
              <w:spacing w:before="40" w:after="40"/>
            </w:pPr>
            <w:r>
              <w:t>Le prove di selezione sono accessibili, proporzionate e valutate per barriere dovute a durata, ambiente o istruzioni?</w:t>
            </w:r>
          </w:p>
        </w:tc>
        <w:tc>
          <w:tcPr>
            <w:tcW w:w="1757" w:type="dxa"/>
            <w:shd w:val="clear" w:color="auto" w:fill="F5F7F9"/>
            <w:vAlign w:val="center"/>
          </w:tcPr>
          <w:p w14:paraId="0D20947B" w14:textId="77777777" w:rsidR="00F81D60" w:rsidRDefault="00000000">
            <w:pPr>
              <w:pStyle w:val="TableText"/>
              <w:spacing w:before="40" w:after="40"/>
            </w:pPr>
            <w:r>
              <w:t>Esito: [ ]</w:t>
            </w:r>
            <w:r>
              <w:br/>
              <w:t>A07 n.: [ ]</w:t>
            </w:r>
          </w:p>
        </w:tc>
      </w:tr>
      <w:tr w:rsidR="00F81D60" w14:paraId="4D595B31" w14:textId="77777777">
        <w:trPr>
          <w:cantSplit/>
          <w:jc w:val="center"/>
        </w:trPr>
        <w:tc>
          <w:tcPr>
            <w:tcW w:w="1984" w:type="dxa"/>
            <w:vAlign w:val="center"/>
          </w:tcPr>
          <w:p w14:paraId="5A9A37D6" w14:textId="77777777" w:rsidR="00F81D60" w:rsidRDefault="00000000">
            <w:pPr>
              <w:pStyle w:val="TableText"/>
              <w:spacing w:before="40" w:after="40"/>
            </w:pPr>
            <w:r>
              <w:t>MM-141</w:t>
            </w:r>
            <w:r>
              <w:br/>
              <w:t>ISO: D.5</w:t>
            </w:r>
          </w:p>
        </w:tc>
        <w:tc>
          <w:tcPr>
            <w:tcW w:w="6236" w:type="dxa"/>
            <w:vAlign w:val="center"/>
          </w:tcPr>
          <w:p w14:paraId="695CE65B" w14:textId="77777777" w:rsidR="00F81D60" w:rsidRDefault="00000000">
            <w:pPr>
              <w:pStyle w:val="TableText"/>
              <w:spacing w:before="40" w:after="40"/>
            </w:pPr>
            <w:r>
              <w:t>Prima del colloquio sono comunicate condizioni ambientali, servizi e possibilità di chiedere adattamenti?</w:t>
            </w:r>
          </w:p>
        </w:tc>
        <w:tc>
          <w:tcPr>
            <w:tcW w:w="1757" w:type="dxa"/>
            <w:vAlign w:val="center"/>
          </w:tcPr>
          <w:p w14:paraId="2BFE1431" w14:textId="77777777" w:rsidR="00F81D60" w:rsidRDefault="00000000">
            <w:pPr>
              <w:pStyle w:val="TableText"/>
              <w:spacing w:before="40" w:after="40"/>
            </w:pPr>
            <w:r>
              <w:t>Esito: [ ]</w:t>
            </w:r>
            <w:r>
              <w:br/>
              <w:t>A07 n.: [ ]</w:t>
            </w:r>
          </w:p>
        </w:tc>
      </w:tr>
      <w:tr w:rsidR="00F81D60" w14:paraId="07695C56" w14:textId="77777777">
        <w:trPr>
          <w:cantSplit/>
          <w:jc w:val="center"/>
        </w:trPr>
        <w:tc>
          <w:tcPr>
            <w:tcW w:w="1984" w:type="dxa"/>
            <w:shd w:val="clear" w:color="auto" w:fill="F5F7F9"/>
            <w:vAlign w:val="center"/>
          </w:tcPr>
          <w:p w14:paraId="780C33E6" w14:textId="77777777" w:rsidR="00F81D60" w:rsidRDefault="00000000">
            <w:pPr>
              <w:pStyle w:val="TableText"/>
              <w:spacing w:before="40" w:after="40"/>
            </w:pPr>
            <w:r>
              <w:t>MM-142</w:t>
            </w:r>
            <w:r>
              <w:br/>
              <w:t>ISO: D.5</w:t>
            </w:r>
          </w:p>
        </w:tc>
        <w:tc>
          <w:tcPr>
            <w:tcW w:w="6236" w:type="dxa"/>
            <w:shd w:val="clear" w:color="auto" w:fill="F5F7F9"/>
            <w:vAlign w:val="center"/>
          </w:tcPr>
          <w:p w14:paraId="072FFB3D" w14:textId="77777777" w:rsidR="00F81D60" w:rsidRDefault="00000000">
            <w:pPr>
              <w:pStyle w:val="TableText"/>
              <w:spacing w:before="40" w:after="40"/>
            </w:pPr>
            <w:r>
              <w:t>I selezionatori sono formati sui pregiudizi ed esiste una soluzione per l'impossibilità imprevista di partecipare?</w:t>
            </w:r>
          </w:p>
        </w:tc>
        <w:tc>
          <w:tcPr>
            <w:tcW w:w="1757" w:type="dxa"/>
            <w:shd w:val="clear" w:color="auto" w:fill="F5F7F9"/>
            <w:vAlign w:val="center"/>
          </w:tcPr>
          <w:p w14:paraId="56C6103A" w14:textId="77777777" w:rsidR="00F81D60" w:rsidRDefault="00000000">
            <w:pPr>
              <w:pStyle w:val="TableText"/>
              <w:spacing w:before="40" w:after="40"/>
            </w:pPr>
            <w:r>
              <w:t>Esito: [ ]</w:t>
            </w:r>
            <w:r>
              <w:br/>
              <w:t>A07 n.: [ ]</w:t>
            </w:r>
          </w:p>
        </w:tc>
      </w:tr>
      <w:tr w:rsidR="00F81D60" w14:paraId="387B4202" w14:textId="77777777">
        <w:trPr>
          <w:cantSplit/>
          <w:jc w:val="center"/>
        </w:trPr>
        <w:tc>
          <w:tcPr>
            <w:tcW w:w="1984" w:type="dxa"/>
            <w:vAlign w:val="center"/>
          </w:tcPr>
          <w:p w14:paraId="70080BDB" w14:textId="77777777" w:rsidR="00F81D60" w:rsidRDefault="00000000">
            <w:pPr>
              <w:pStyle w:val="TableText"/>
              <w:spacing w:before="40" w:after="40"/>
            </w:pPr>
            <w:r>
              <w:t>MM-143</w:t>
            </w:r>
            <w:r>
              <w:br/>
              <w:t>ISO: D.6</w:t>
            </w:r>
          </w:p>
        </w:tc>
        <w:tc>
          <w:tcPr>
            <w:tcW w:w="6236" w:type="dxa"/>
            <w:vAlign w:val="center"/>
          </w:tcPr>
          <w:p w14:paraId="7FBBCEBC" w14:textId="77777777" w:rsidR="00F81D60" w:rsidRDefault="00000000">
            <w:pPr>
              <w:pStyle w:val="TableText"/>
              <w:spacing w:before="40" w:after="40"/>
            </w:pPr>
            <w:r>
              <w:t>L'inserimento iniziale illustra supporti, informazioni e interlocutori per mestruazioni e menopausa?</w:t>
            </w:r>
          </w:p>
        </w:tc>
        <w:tc>
          <w:tcPr>
            <w:tcW w:w="1757" w:type="dxa"/>
            <w:vAlign w:val="center"/>
          </w:tcPr>
          <w:p w14:paraId="62F6FE00" w14:textId="77777777" w:rsidR="00F81D60" w:rsidRDefault="00000000">
            <w:pPr>
              <w:pStyle w:val="TableText"/>
              <w:spacing w:before="40" w:after="40"/>
            </w:pPr>
            <w:r>
              <w:t>Esito: [ ]</w:t>
            </w:r>
            <w:r>
              <w:br/>
              <w:t>A07 n.: [ ]</w:t>
            </w:r>
          </w:p>
        </w:tc>
      </w:tr>
    </w:tbl>
    <w:p w14:paraId="6BA011CD" w14:textId="77777777" w:rsidR="00F81D60" w:rsidRDefault="00F81D60">
      <w:pPr>
        <w:spacing w:after="0"/>
      </w:pPr>
    </w:p>
    <w:p w14:paraId="76D7E5D2"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5398AF56" w14:textId="77777777" w:rsidR="00F81D60" w:rsidRDefault="00000000">
      <w:pPr>
        <w:pStyle w:val="Reference"/>
      </w:pPr>
      <w:r>
        <w:t>Azioni: riportare ID e seguito in A17 o nel PIANO_AZIONI. Non inserire informazioni sulla salute delle persone. Questa pagina non sostituisce i riscontri A07.</w:t>
      </w:r>
    </w:p>
    <w:p w14:paraId="238B4E6F" w14:textId="77777777" w:rsidR="00F81D60" w:rsidRDefault="00000000">
      <w:r>
        <w:br w:type="page"/>
      </w:r>
    </w:p>
    <w:p w14:paraId="324CCA26" w14:textId="77777777" w:rsidR="00F81D60" w:rsidRDefault="00000000">
      <w:pPr>
        <w:pStyle w:val="Small"/>
      </w:pPr>
      <w:r>
        <w:rPr>
          <w:b/>
          <w:color w:val="006B70"/>
        </w:rPr>
        <w:t>ALLEGATO AZIENDALE  •  MOD-MM-06  •  parte 15</w:t>
      </w:r>
    </w:p>
    <w:p w14:paraId="46F3D4C4" w14:textId="77777777" w:rsidR="00F81D60" w:rsidRDefault="00000000">
      <w:pPr>
        <w:pStyle w:val="Titolo1"/>
      </w:pPr>
      <w:bookmarkStart w:id="60" w:name="A06_15"/>
      <w:r>
        <w:t>A06 | 15 | Formazione e comunicazione | Verifiche</w:t>
      </w:r>
      <w:bookmarkEnd w:id="60"/>
    </w:p>
    <w:p w14:paraId="13364F8D" w14:textId="77777777" w:rsidR="00F81D60" w:rsidRDefault="00000000">
      <w:pPr>
        <w:pStyle w:val="Reference"/>
      </w:pPr>
      <w:r>
        <w:t>Base documentale: [XLS] CATALOGO, ID MM-144–MM-151. Le istruzioni operative e i moduli sono elaborazioni aziendali del modello [AZ].</w:t>
      </w:r>
    </w:p>
    <w:p w14:paraId="2596A0BA"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E8B1A15" w14:textId="77777777">
        <w:trPr>
          <w:tblHeader/>
          <w:jc w:val="center"/>
        </w:trPr>
        <w:tc>
          <w:tcPr>
            <w:tcW w:w="1984" w:type="dxa"/>
            <w:shd w:val="clear" w:color="auto" w:fill="17324D"/>
            <w:vAlign w:val="center"/>
          </w:tcPr>
          <w:p w14:paraId="1EA0C482"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189F66E7"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363B5DD2" w14:textId="77777777" w:rsidR="00F81D60" w:rsidRDefault="00000000">
            <w:pPr>
              <w:pStyle w:val="TableText"/>
              <w:spacing w:before="40" w:after="40"/>
            </w:pPr>
            <w:r>
              <w:rPr>
                <w:b/>
                <w:color w:val="FFFFFF"/>
              </w:rPr>
              <w:t>Esito / riscontro</w:t>
            </w:r>
          </w:p>
        </w:tc>
      </w:tr>
      <w:tr w:rsidR="00F81D60" w14:paraId="37A3F479" w14:textId="77777777">
        <w:trPr>
          <w:cantSplit/>
          <w:jc w:val="center"/>
        </w:trPr>
        <w:tc>
          <w:tcPr>
            <w:tcW w:w="1984" w:type="dxa"/>
            <w:vAlign w:val="center"/>
          </w:tcPr>
          <w:p w14:paraId="59745478" w14:textId="77777777" w:rsidR="00F81D60" w:rsidRDefault="00000000">
            <w:pPr>
              <w:pStyle w:val="TableText"/>
              <w:spacing w:before="40" w:after="40"/>
            </w:pPr>
            <w:r>
              <w:t>MM-144</w:t>
            </w:r>
            <w:r>
              <w:br/>
              <w:t>ISO: E.1; A.5</w:t>
            </w:r>
          </w:p>
        </w:tc>
        <w:tc>
          <w:tcPr>
            <w:tcW w:w="6236" w:type="dxa"/>
            <w:vAlign w:val="center"/>
          </w:tcPr>
          <w:p w14:paraId="5ED96C50" w14:textId="77777777" w:rsidR="00F81D60" w:rsidRDefault="00000000">
            <w:pPr>
              <w:pStyle w:val="TableText"/>
              <w:spacing w:before="40" w:after="40"/>
            </w:pPr>
            <w:r>
              <w:t>La sensibilizzazione corregge i fraintendimenti più comuni e presenta esperienze diverse con fonti affidabili?</w:t>
            </w:r>
          </w:p>
        </w:tc>
        <w:tc>
          <w:tcPr>
            <w:tcW w:w="1757" w:type="dxa"/>
            <w:vAlign w:val="center"/>
          </w:tcPr>
          <w:p w14:paraId="561D2868" w14:textId="77777777" w:rsidR="00F81D60" w:rsidRDefault="00000000">
            <w:pPr>
              <w:pStyle w:val="TableText"/>
              <w:spacing w:before="40" w:after="40"/>
            </w:pPr>
            <w:r>
              <w:t>Esito: [ ]</w:t>
            </w:r>
            <w:r>
              <w:br/>
              <w:t>A07 n.: [ ]</w:t>
            </w:r>
          </w:p>
        </w:tc>
      </w:tr>
      <w:tr w:rsidR="00F81D60" w14:paraId="1ACF1B03" w14:textId="77777777">
        <w:trPr>
          <w:cantSplit/>
          <w:jc w:val="center"/>
        </w:trPr>
        <w:tc>
          <w:tcPr>
            <w:tcW w:w="1984" w:type="dxa"/>
            <w:shd w:val="clear" w:color="auto" w:fill="F5F7F9"/>
            <w:vAlign w:val="center"/>
          </w:tcPr>
          <w:p w14:paraId="27E6A5DE" w14:textId="77777777" w:rsidR="00F81D60" w:rsidRDefault="00000000">
            <w:pPr>
              <w:pStyle w:val="TableText"/>
              <w:spacing w:before="40" w:after="40"/>
            </w:pPr>
            <w:r>
              <w:t>MM-145</w:t>
            </w:r>
            <w:r>
              <w:br/>
              <w:t>ISO: E.2</w:t>
            </w:r>
          </w:p>
        </w:tc>
        <w:tc>
          <w:tcPr>
            <w:tcW w:w="6236" w:type="dxa"/>
            <w:shd w:val="clear" w:color="auto" w:fill="F5F7F9"/>
            <w:vAlign w:val="center"/>
          </w:tcPr>
          <w:p w14:paraId="5675FC4E" w14:textId="77777777" w:rsidR="00F81D60" w:rsidRDefault="00000000">
            <w:pPr>
              <w:pStyle w:val="TableText"/>
              <w:spacing w:before="40" w:after="40"/>
            </w:pPr>
            <w:r>
              <w:t>È definito un piano di comunicazione con destinatari, responsabili, risorse, tempi e risultati attesi?</w:t>
            </w:r>
          </w:p>
        </w:tc>
        <w:tc>
          <w:tcPr>
            <w:tcW w:w="1757" w:type="dxa"/>
            <w:shd w:val="clear" w:color="auto" w:fill="F5F7F9"/>
            <w:vAlign w:val="center"/>
          </w:tcPr>
          <w:p w14:paraId="075D2131" w14:textId="77777777" w:rsidR="00F81D60" w:rsidRDefault="00000000">
            <w:pPr>
              <w:pStyle w:val="TableText"/>
              <w:spacing w:before="40" w:after="40"/>
            </w:pPr>
            <w:r>
              <w:t>Esito: [ ]</w:t>
            </w:r>
            <w:r>
              <w:br/>
              <w:t>A07 n.: [ ]</w:t>
            </w:r>
          </w:p>
        </w:tc>
      </w:tr>
      <w:tr w:rsidR="00F81D60" w14:paraId="1D20F410" w14:textId="77777777">
        <w:trPr>
          <w:cantSplit/>
          <w:jc w:val="center"/>
        </w:trPr>
        <w:tc>
          <w:tcPr>
            <w:tcW w:w="1984" w:type="dxa"/>
            <w:vAlign w:val="center"/>
          </w:tcPr>
          <w:p w14:paraId="164BFD23" w14:textId="77777777" w:rsidR="00F81D60" w:rsidRDefault="00000000">
            <w:pPr>
              <w:pStyle w:val="TableText"/>
              <w:spacing w:before="40" w:after="40"/>
            </w:pPr>
            <w:r>
              <w:t>MM-146</w:t>
            </w:r>
            <w:r>
              <w:br/>
              <w:t>ISO: E.3.1</w:t>
            </w:r>
          </w:p>
        </w:tc>
        <w:tc>
          <w:tcPr>
            <w:tcW w:w="6236" w:type="dxa"/>
            <w:vAlign w:val="center"/>
          </w:tcPr>
          <w:p w14:paraId="7C3AE048" w14:textId="77777777" w:rsidR="00F81D60" w:rsidRDefault="00000000">
            <w:pPr>
              <w:pStyle w:val="TableText"/>
              <w:spacing w:before="40" w:after="40"/>
            </w:pPr>
            <w:r>
              <w:t>Il piano formativo distingue i bisogni delle diverse funzioni ed è affidato a persone competenti?</w:t>
            </w:r>
          </w:p>
        </w:tc>
        <w:tc>
          <w:tcPr>
            <w:tcW w:w="1757" w:type="dxa"/>
            <w:vAlign w:val="center"/>
          </w:tcPr>
          <w:p w14:paraId="79BB2FAD" w14:textId="77777777" w:rsidR="00F81D60" w:rsidRDefault="00000000">
            <w:pPr>
              <w:pStyle w:val="TableText"/>
              <w:spacing w:before="40" w:after="40"/>
            </w:pPr>
            <w:r>
              <w:t>Esito: [ ]</w:t>
            </w:r>
            <w:r>
              <w:br/>
              <w:t>A07 n.: [ ]</w:t>
            </w:r>
          </w:p>
        </w:tc>
      </w:tr>
      <w:tr w:rsidR="00F81D60" w14:paraId="4E30498D" w14:textId="77777777">
        <w:trPr>
          <w:cantSplit/>
          <w:jc w:val="center"/>
        </w:trPr>
        <w:tc>
          <w:tcPr>
            <w:tcW w:w="1984" w:type="dxa"/>
            <w:shd w:val="clear" w:color="auto" w:fill="F5F7F9"/>
            <w:vAlign w:val="center"/>
          </w:tcPr>
          <w:p w14:paraId="143FD92A" w14:textId="77777777" w:rsidR="00F81D60" w:rsidRDefault="00000000">
            <w:pPr>
              <w:pStyle w:val="TableText"/>
              <w:spacing w:before="40" w:after="40"/>
            </w:pPr>
            <w:r>
              <w:t>MM-147</w:t>
            </w:r>
            <w:r>
              <w:br/>
              <w:t>ISO: E.3.2</w:t>
            </w:r>
          </w:p>
        </w:tc>
        <w:tc>
          <w:tcPr>
            <w:tcW w:w="6236" w:type="dxa"/>
            <w:shd w:val="clear" w:color="auto" w:fill="F5F7F9"/>
            <w:vAlign w:val="center"/>
          </w:tcPr>
          <w:p w14:paraId="707AE171" w14:textId="77777777" w:rsidR="00F81D60" w:rsidRDefault="00000000">
            <w:pPr>
              <w:pStyle w:val="TableText"/>
              <w:spacing w:before="40" w:after="40"/>
            </w:pPr>
            <w:r>
              <w:t>La formazione generale spiega supporti, fattori fisici del lavoro, inclusione e modi di sostenere i colleghi?</w:t>
            </w:r>
          </w:p>
        </w:tc>
        <w:tc>
          <w:tcPr>
            <w:tcW w:w="1757" w:type="dxa"/>
            <w:shd w:val="clear" w:color="auto" w:fill="F5F7F9"/>
            <w:vAlign w:val="center"/>
          </w:tcPr>
          <w:p w14:paraId="3527AD4E" w14:textId="77777777" w:rsidR="00F81D60" w:rsidRDefault="00000000">
            <w:pPr>
              <w:pStyle w:val="TableText"/>
              <w:spacing w:before="40" w:after="40"/>
            </w:pPr>
            <w:r>
              <w:t>Esito: [ ]</w:t>
            </w:r>
            <w:r>
              <w:br/>
              <w:t>A07 n.: [ ]</w:t>
            </w:r>
          </w:p>
        </w:tc>
      </w:tr>
      <w:tr w:rsidR="00F81D60" w14:paraId="46FCA93E" w14:textId="77777777">
        <w:trPr>
          <w:cantSplit/>
          <w:jc w:val="center"/>
        </w:trPr>
        <w:tc>
          <w:tcPr>
            <w:tcW w:w="1984" w:type="dxa"/>
            <w:vAlign w:val="center"/>
          </w:tcPr>
          <w:p w14:paraId="2D827340" w14:textId="77777777" w:rsidR="00F81D60" w:rsidRDefault="00000000">
            <w:pPr>
              <w:pStyle w:val="TableText"/>
              <w:spacing w:before="40" w:after="40"/>
            </w:pPr>
            <w:r>
              <w:t>MM-148</w:t>
            </w:r>
            <w:r>
              <w:br/>
              <w:t>ISO: E.3.3</w:t>
            </w:r>
          </w:p>
        </w:tc>
        <w:tc>
          <w:tcPr>
            <w:tcW w:w="6236" w:type="dxa"/>
            <w:vAlign w:val="center"/>
          </w:tcPr>
          <w:p w14:paraId="008C2D9A" w14:textId="77777777" w:rsidR="00F81D60" w:rsidRDefault="00000000">
            <w:pPr>
              <w:pStyle w:val="TableText"/>
              <w:spacing w:before="40" w:after="40"/>
            </w:pPr>
            <w:r>
              <w:t>La formazione dei referenti copre limiti del ruolo, ascolto, riservatezza, escalation e tutela del referente stesso?</w:t>
            </w:r>
          </w:p>
        </w:tc>
        <w:tc>
          <w:tcPr>
            <w:tcW w:w="1757" w:type="dxa"/>
            <w:vAlign w:val="center"/>
          </w:tcPr>
          <w:p w14:paraId="1CBE2E23" w14:textId="77777777" w:rsidR="00F81D60" w:rsidRDefault="00000000">
            <w:pPr>
              <w:pStyle w:val="TableText"/>
              <w:spacing w:before="40" w:after="40"/>
            </w:pPr>
            <w:r>
              <w:t>Esito: [ ]</w:t>
            </w:r>
            <w:r>
              <w:br/>
              <w:t>A07 n.: [ ]</w:t>
            </w:r>
          </w:p>
        </w:tc>
      </w:tr>
      <w:tr w:rsidR="00F81D60" w14:paraId="52CFFF0C" w14:textId="77777777">
        <w:trPr>
          <w:cantSplit/>
          <w:jc w:val="center"/>
        </w:trPr>
        <w:tc>
          <w:tcPr>
            <w:tcW w:w="1984" w:type="dxa"/>
            <w:shd w:val="clear" w:color="auto" w:fill="F5F7F9"/>
            <w:vAlign w:val="center"/>
          </w:tcPr>
          <w:p w14:paraId="65F57B29" w14:textId="77777777" w:rsidR="00F81D60" w:rsidRDefault="00000000">
            <w:pPr>
              <w:pStyle w:val="TableText"/>
              <w:spacing w:before="40" w:after="40"/>
            </w:pPr>
            <w:r>
              <w:t>MM-149</w:t>
            </w:r>
            <w:r>
              <w:br/>
              <w:t>ISO: E.3.4</w:t>
            </w:r>
          </w:p>
        </w:tc>
        <w:tc>
          <w:tcPr>
            <w:tcW w:w="6236" w:type="dxa"/>
            <w:shd w:val="clear" w:color="auto" w:fill="F5F7F9"/>
            <w:vAlign w:val="center"/>
          </w:tcPr>
          <w:p w14:paraId="1582CEEE" w14:textId="77777777" w:rsidR="00F81D60" w:rsidRDefault="00000000">
            <w:pPr>
              <w:pStyle w:val="TableText"/>
              <w:spacing w:before="40" w:after="40"/>
            </w:pPr>
            <w:r>
              <w:t>I manager sono formati su colloqui, job design, performance, adattamenti e gestione dei comportamenti sfavorevoli?</w:t>
            </w:r>
          </w:p>
        </w:tc>
        <w:tc>
          <w:tcPr>
            <w:tcW w:w="1757" w:type="dxa"/>
            <w:shd w:val="clear" w:color="auto" w:fill="F5F7F9"/>
            <w:vAlign w:val="center"/>
          </w:tcPr>
          <w:p w14:paraId="56493DAD" w14:textId="77777777" w:rsidR="00F81D60" w:rsidRDefault="00000000">
            <w:pPr>
              <w:pStyle w:val="TableText"/>
              <w:spacing w:before="40" w:after="40"/>
            </w:pPr>
            <w:r>
              <w:t>Esito: [ ]</w:t>
            </w:r>
            <w:r>
              <w:br/>
              <w:t>A07 n.: [ ]</w:t>
            </w:r>
          </w:p>
        </w:tc>
      </w:tr>
      <w:tr w:rsidR="00F81D60" w14:paraId="0253441C" w14:textId="77777777">
        <w:trPr>
          <w:cantSplit/>
          <w:jc w:val="center"/>
        </w:trPr>
        <w:tc>
          <w:tcPr>
            <w:tcW w:w="1984" w:type="dxa"/>
            <w:vAlign w:val="center"/>
          </w:tcPr>
          <w:p w14:paraId="10784A1A" w14:textId="77777777" w:rsidR="00F81D60" w:rsidRDefault="00000000">
            <w:pPr>
              <w:pStyle w:val="TableText"/>
              <w:spacing w:before="40" w:after="40"/>
            </w:pPr>
            <w:r>
              <w:t>MM-150</w:t>
            </w:r>
            <w:r>
              <w:br/>
              <w:t>ISO: E.3.5</w:t>
            </w:r>
          </w:p>
        </w:tc>
        <w:tc>
          <w:tcPr>
            <w:tcW w:w="6236" w:type="dxa"/>
            <w:vAlign w:val="center"/>
          </w:tcPr>
          <w:p w14:paraId="71BF79A5" w14:textId="77777777" w:rsidR="00F81D60" w:rsidRDefault="00000000">
            <w:pPr>
              <w:pStyle w:val="TableText"/>
              <w:spacing w:before="40" w:after="40"/>
            </w:pPr>
            <w:r>
              <w:t>HR riceve una preparazione preventiva adeguata al proprio ruolo di supporto a manager, referenti e lavoratori?</w:t>
            </w:r>
          </w:p>
        </w:tc>
        <w:tc>
          <w:tcPr>
            <w:tcW w:w="1757" w:type="dxa"/>
            <w:vAlign w:val="center"/>
          </w:tcPr>
          <w:p w14:paraId="59AAA39B" w14:textId="77777777" w:rsidR="00F81D60" w:rsidRDefault="00000000">
            <w:pPr>
              <w:pStyle w:val="TableText"/>
              <w:spacing w:before="40" w:after="40"/>
            </w:pPr>
            <w:r>
              <w:t>Esito: [ ]</w:t>
            </w:r>
            <w:r>
              <w:br/>
              <w:t>A07 n.: [ ]</w:t>
            </w:r>
          </w:p>
        </w:tc>
      </w:tr>
      <w:tr w:rsidR="00F81D60" w14:paraId="25B45669" w14:textId="77777777">
        <w:trPr>
          <w:cantSplit/>
          <w:jc w:val="center"/>
        </w:trPr>
        <w:tc>
          <w:tcPr>
            <w:tcW w:w="1984" w:type="dxa"/>
            <w:shd w:val="clear" w:color="auto" w:fill="F5F7F9"/>
            <w:vAlign w:val="center"/>
          </w:tcPr>
          <w:p w14:paraId="4F688EA2" w14:textId="77777777" w:rsidR="00F81D60" w:rsidRDefault="00000000">
            <w:pPr>
              <w:pStyle w:val="TableText"/>
              <w:spacing w:before="40" w:after="40"/>
            </w:pPr>
            <w:r>
              <w:t>MM-151</w:t>
            </w:r>
            <w:r>
              <w:br/>
              <w:t>ISO: E.4</w:t>
            </w:r>
          </w:p>
        </w:tc>
        <w:tc>
          <w:tcPr>
            <w:tcW w:w="6236" w:type="dxa"/>
            <w:shd w:val="clear" w:color="auto" w:fill="F5F7F9"/>
            <w:vAlign w:val="center"/>
          </w:tcPr>
          <w:p w14:paraId="7934B9FD" w14:textId="77777777" w:rsidR="00F81D60" w:rsidRDefault="00000000">
            <w:pPr>
              <w:pStyle w:val="TableText"/>
              <w:spacing w:before="40" w:after="40"/>
            </w:pPr>
            <w:r>
              <w:t>Reti ed eventi hanno regole su riservatezza, rispetto delle esperienze, imparzialità dei relatori e assenza di promozioni terapeutiche?</w:t>
            </w:r>
          </w:p>
        </w:tc>
        <w:tc>
          <w:tcPr>
            <w:tcW w:w="1757" w:type="dxa"/>
            <w:shd w:val="clear" w:color="auto" w:fill="F5F7F9"/>
            <w:vAlign w:val="center"/>
          </w:tcPr>
          <w:p w14:paraId="76D00748" w14:textId="77777777" w:rsidR="00F81D60" w:rsidRDefault="00000000">
            <w:pPr>
              <w:pStyle w:val="TableText"/>
              <w:spacing w:before="40" w:after="40"/>
            </w:pPr>
            <w:r>
              <w:t>Esito: [ ]</w:t>
            </w:r>
            <w:r>
              <w:br/>
              <w:t>A07 n.: [ ]</w:t>
            </w:r>
          </w:p>
        </w:tc>
      </w:tr>
    </w:tbl>
    <w:p w14:paraId="1263BA5C" w14:textId="77777777" w:rsidR="00F81D60" w:rsidRDefault="00F81D60">
      <w:pPr>
        <w:spacing w:after="0"/>
      </w:pPr>
    </w:p>
    <w:p w14:paraId="16F12873"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3CA99320" w14:textId="77777777" w:rsidR="00F81D60" w:rsidRDefault="00000000">
      <w:pPr>
        <w:pStyle w:val="Reference"/>
      </w:pPr>
      <w:r>
        <w:t>Azioni: riportare ID e seguito in A17 o nel PIANO_AZIONI. Non inserire informazioni sulla salute delle persone. Questa pagina non sostituisce i riscontri A07.</w:t>
      </w:r>
    </w:p>
    <w:p w14:paraId="507E1A2D" w14:textId="77777777" w:rsidR="00F81D60" w:rsidRDefault="00000000">
      <w:r>
        <w:br w:type="page"/>
      </w:r>
    </w:p>
    <w:p w14:paraId="10BF0B3D" w14:textId="77777777" w:rsidR="00F81D60" w:rsidRDefault="00000000">
      <w:pPr>
        <w:pStyle w:val="Small"/>
      </w:pPr>
      <w:r>
        <w:rPr>
          <w:b/>
          <w:color w:val="006B70"/>
        </w:rPr>
        <w:t>ALLEGATO AZIENDALE  •  MOD-MM-06  •  parte 16</w:t>
      </w:r>
    </w:p>
    <w:p w14:paraId="0C1EE34D" w14:textId="77777777" w:rsidR="00F81D60" w:rsidRDefault="00000000">
      <w:pPr>
        <w:pStyle w:val="Titolo1"/>
      </w:pPr>
      <w:bookmarkStart w:id="61" w:name="A06_16"/>
      <w:r>
        <w:t>A06 | 16 | Integrazione nel sistema | Verifiche</w:t>
      </w:r>
      <w:bookmarkEnd w:id="61"/>
    </w:p>
    <w:p w14:paraId="1802C709" w14:textId="77777777" w:rsidR="00F81D60" w:rsidRDefault="00000000">
      <w:pPr>
        <w:pStyle w:val="Reference"/>
      </w:pPr>
      <w:r>
        <w:t>Base documentale: [XLS] CATALOGO, ID MM-152–MM-160. Le istruzioni operative e i moduli sono elaborazioni aziendali del modello [AZ].</w:t>
      </w:r>
    </w:p>
    <w:p w14:paraId="3D9A5160" w14:textId="77777777" w:rsidR="00F81D60" w:rsidRDefault="00000000">
      <w:r>
        <w:t>Campagna: [ ]  •  sito/perimetro: [ ]  •  data: [ ]  •  verificatore: [ ]. Esiti: Sì / Parziale / No / Non applicabile / Da verificare. Registrare prova e motivazione in A07 indicando il numero di riscontro.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984"/>
        <w:gridCol w:w="6236"/>
        <w:gridCol w:w="1757"/>
      </w:tblGrid>
      <w:tr w:rsidR="00F81D60" w14:paraId="109C4845" w14:textId="77777777">
        <w:trPr>
          <w:tblHeader/>
          <w:jc w:val="center"/>
        </w:trPr>
        <w:tc>
          <w:tcPr>
            <w:tcW w:w="1984" w:type="dxa"/>
            <w:shd w:val="clear" w:color="auto" w:fill="17324D"/>
            <w:vAlign w:val="center"/>
          </w:tcPr>
          <w:p w14:paraId="6430B70D" w14:textId="77777777" w:rsidR="00F81D60" w:rsidRDefault="00000000">
            <w:pPr>
              <w:pStyle w:val="TableText"/>
              <w:spacing w:before="40" w:after="40"/>
            </w:pPr>
            <w:r>
              <w:rPr>
                <w:b/>
                <w:color w:val="FFFFFF"/>
              </w:rPr>
              <w:t>ID / riferimento della fonte</w:t>
            </w:r>
          </w:p>
        </w:tc>
        <w:tc>
          <w:tcPr>
            <w:tcW w:w="6236" w:type="dxa"/>
            <w:shd w:val="clear" w:color="auto" w:fill="17324D"/>
            <w:vAlign w:val="center"/>
          </w:tcPr>
          <w:p w14:paraId="3BEB4C22" w14:textId="77777777" w:rsidR="00F81D60" w:rsidRDefault="00000000">
            <w:pPr>
              <w:pStyle w:val="TableText"/>
              <w:spacing w:before="40" w:after="40"/>
            </w:pPr>
            <w:r>
              <w:rPr>
                <w:b/>
                <w:color w:val="FFFFFF"/>
              </w:rPr>
              <w:t>Verifica operativa – testo del catalogo Excel</w:t>
            </w:r>
          </w:p>
        </w:tc>
        <w:tc>
          <w:tcPr>
            <w:tcW w:w="1757" w:type="dxa"/>
            <w:shd w:val="clear" w:color="auto" w:fill="17324D"/>
            <w:vAlign w:val="center"/>
          </w:tcPr>
          <w:p w14:paraId="4CD48918" w14:textId="77777777" w:rsidR="00F81D60" w:rsidRDefault="00000000">
            <w:pPr>
              <w:pStyle w:val="TableText"/>
              <w:spacing w:before="40" w:after="40"/>
            </w:pPr>
            <w:r>
              <w:rPr>
                <w:b/>
                <w:color w:val="FFFFFF"/>
              </w:rPr>
              <w:t>Esito / riscontro</w:t>
            </w:r>
          </w:p>
        </w:tc>
      </w:tr>
      <w:tr w:rsidR="00F81D60" w14:paraId="71B3CEBA" w14:textId="77777777">
        <w:trPr>
          <w:cantSplit/>
          <w:jc w:val="center"/>
        </w:trPr>
        <w:tc>
          <w:tcPr>
            <w:tcW w:w="1984" w:type="dxa"/>
            <w:vAlign w:val="center"/>
          </w:tcPr>
          <w:p w14:paraId="568D3DC8" w14:textId="77777777" w:rsidR="00F81D60" w:rsidRDefault="00000000">
            <w:pPr>
              <w:pStyle w:val="TableText"/>
              <w:spacing w:before="40" w:after="40"/>
            </w:pPr>
            <w:r>
              <w:t>MM-152</w:t>
            </w:r>
            <w:r>
              <w:br/>
              <w:t>ISO: Allegato G; ISO 45001:2018, 4.1-4.2</w:t>
            </w:r>
          </w:p>
        </w:tc>
        <w:tc>
          <w:tcPr>
            <w:tcW w:w="6236" w:type="dxa"/>
            <w:vAlign w:val="center"/>
          </w:tcPr>
          <w:p w14:paraId="0387FCC6" w14:textId="77777777" w:rsidR="00F81D60" w:rsidRDefault="00000000">
            <w:pPr>
              <w:pStyle w:val="TableText"/>
              <w:spacing w:before="40" w:after="40"/>
            </w:pPr>
            <w:r>
              <w:t>Nell'eventuale sistema di gestione sono considerate le esigenze pertinenti nell'analisi del contesto e delle parti interessate?</w:t>
            </w:r>
          </w:p>
        </w:tc>
        <w:tc>
          <w:tcPr>
            <w:tcW w:w="1757" w:type="dxa"/>
            <w:vAlign w:val="center"/>
          </w:tcPr>
          <w:p w14:paraId="12F8E69D" w14:textId="77777777" w:rsidR="00F81D60" w:rsidRDefault="00000000">
            <w:pPr>
              <w:pStyle w:val="TableText"/>
              <w:spacing w:before="40" w:after="40"/>
            </w:pPr>
            <w:r>
              <w:t>Esito: [ ]</w:t>
            </w:r>
            <w:r>
              <w:br/>
              <w:t>A07 n.: [ ]</w:t>
            </w:r>
          </w:p>
        </w:tc>
      </w:tr>
      <w:tr w:rsidR="00F81D60" w14:paraId="7813F429" w14:textId="77777777">
        <w:trPr>
          <w:cantSplit/>
          <w:jc w:val="center"/>
        </w:trPr>
        <w:tc>
          <w:tcPr>
            <w:tcW w:w="1984" w:type="dxa"/>
            <w:shd w:val="clear" w:color="auto" w:fill="F5F7F9"/>
            <w:vAlign w:val="center"/>
          </w:tcPr>
          <w:p w14:paraId="1A0EB088" w14:textId="77777777" w:rsidR="00F81D60" w:rsidRDefault="00000000">
            <w:pPr>
              <w:pStyle w:val="TableText"/>
              <w:spacing w:before="40" w:after="40"/>
            </w:pPr>
            <w:r>
              <w:t>MM-153</w:t>
            </w:r>
            <w:r>
              <w:br/>
              <w:t>ISO: Allegato G; ISO 45001:2018, 5.1-5.2</w:t>
            </w:r>
          </w:p>
        </w:tc>
        <w:tc>
          <w:tcPr>
            <w:tcW w:w="6236" w:type="dxa"/>
            <w:shd w:val="clear" w:color="auto" w:fill="F5F7F9"/>
            <w:vAlign w:val="center"/>
          </w:tcPr>
          <w:p w14:paraId="409707BB" w14:textId="77777777" w:rsidR="00F81D60" w:rsidRDefault="00000000">
            <w:pPr>
              <w:pStyle w:val="TableText"/>
              <w:spacing w:before="40" w:after="40"/>
            </w:pPr>
            <w:r>
              <w:t>Leadership e politica del sistema esprimono un impegno coerente con i supporti adottati?</w:t>
            </w:r>
          </w:p>
        </w:tc>
        <w:tc>
          <w:tcPr>
            <w:tcW w:w="1757" w:type="dxa"/>
            <w:shd w:val="clear" w:color="auto" w:fill="F5F7F9"/>
            <w:vAlign w:val="center"/>
          </w:tcPr>
          <w:p w14:paraId="7D105EDB" w14:textId="77777777" w:rsidR="00F81D60" w:rsidRDefault="00000000">
            <w:pPr>
              <w:pStyle w:val="TableText"/>
              <w:spacing w:before="40" w:after="40"/>
            </w:pPr>
            <w:r>
              <w:t>Esito: [ ]</w:t>
            </w:r>
            <w:r>
              <w:br/>
              <w:t>A07 n.: [ ]</w:t>
            </w:r>
          </w:p>
        </w:tc>
      </w:tr>
      <w:tr w:rsidR="00F81D60" w14:paraId="069B6248" w14:textId="77777777">
        <w:trPr>
          <w:cantSplit/>
          <w:jc w:val="center"/>
        </w:trPr>
        <w:tc>
          <w:tcPr>
            <w:tcW w:w="1984" w:type="dxa"/>
            <w:vAlign w:val="center"/>
          </w:tcPr>
          <w:p w14:paraId="308ACBCC" w14:textId="77777777" w:rsidR="00F81D60" w:rsidRDefault="00000000">
            <w:pPr>
              <w:pStyle w:val="TableText"/>
              <w:spacing w:before="40" w:after="40"/>
            </w:pPr>
            <w:r>
              <w:t>MM-154</w:t>
            </w:r>
            <w:r>
              <w:br/>
              <w:t>ISO: Allegato G; ISO 45001:2018, 5.4</w:t>
            </w:r>
          </w:p>
        </w:tc>
        <w:tc>
          <w:tcPr>
            <w:tcW w:w="6236" w:type="dxa"/>
            <w:vAlign w:val="center"/>
          </w:tcPr>
          <w:p w14:paraId="57B9112C" w14:textId="77777777" w:rsidR="00F81D60" w:rsidRDefault="00000000">
            <w:pPr>
              <w:pStyle w:val="TableText"/>
              <w:spacing w:before="40" w:after="40"/>
            </w:pPr>
            <w:r>
              <w:t>I meccanismi di consultazione del sistema permettono di discutere le esigenze pertinenti con riservatezza?</w:t>
            </w:r>
          </w:p>
        </w:tc>
        <w:tc>
          <w:tcPr>
            <w:tcW w:w="1757" w:type="dxa"/>
            <w:vAlign w:val="center"/>
          </w:tcPr>
          <w:p w14:paraId="71D4AA6F" w14:textId="77777777" w:rsidR="00F81D60" w:rsidRDefault="00000000">
            <w:pPr>
              <w:pStyle w:val="TableText"/>
              <w:spacing w:before="40" w:after="40"/>
            </w:pPr>
            <w:r>
              <w:t>Esito: [ ]</w:t>
            </w:r>
            <w:r>
              <w:br/>
              <w:t>A07 n.: [ ]</w:t>
            </w:r>
          </w:p>
        </w:tc>
      </w:tr>
      <w:tr w:rsidR="00F81D60" w14:paraId="4376C51F" w14:textId="77777777">
        <w:trPr>
          <w:cantSplit/>
          <w:jc w:val="center"/>
        </w:trPr>
        <w:tc>
          <w:tcPr>
            <w:tcW w:w="1984" w:type="dxa"/>
            <w:shd w:val="clear" w:color="auto" w:fill="F5F7F9"/>
            <w:vAlign w:val="center"/>
          </w:tcPr>
          <w:p w14:paraId="121624AC" w14:textId="77777777" w:rsidR="00F81D60" w:rsidRDefault="00000000">
            <w:pPr>
              <w:pStyle w:val="TableText"/>
              <w:spacing w:before="40" w:after="40"/>
            </w:pPr>
            <w:r>
              <w:t>MM-155</w:t>
            </w:r>
            <w:r>
              <w:br/>
              <w:t>ISO: Allegato G; ISO 45001:2018, 6.1; 8.1</w:t>
            </w:r>
          </w:p>
        </w:tc>
        <w:tc>
          <w:tcPr>
            <w:tcW w:w="6236" w:type="dxa"/>
            <w:shd w:val="clear" w:color="auto" w:fill="F5F7F9"/>
            <w:vAlign w:val="center"/>
          </w:tcPr>
          <w:p w14:paraId="76899D05" w14:textId="77777777" w:rsidR="00F81D60" w:rsidRDefault="00000000">
            <w:pPr>
              <w:pStyle w:val="TableText"/>
              <w:spacing w:before="40" w:after="40"/>
            </w:pPr>
            <w:r>
              <w:t>Rischi, opportunità e controlli operativi includono gli adattamenti pertinenti del lavoro?</w:t>
            </w:r>
          </w:p>
        </w:tc>
        <w:tc>
          <w:tcPr>
            <w:tcW w:w="1757" w:type="dxa"/>
            <w:shd w:val="clear" w:color="auto" w:fill="F5F7F9"/>
            <w:vAlign w:val="center"/>
          </w:tcPr>
          <w:p w14:paraId="1859AE0C" w14:textId="77777777" w:rsidR="00F81D60" w:rsidRDefault="00000000">
            <w:pPr>
              <w:pStyle w:val="TableText"/>
              <w:spacing w:before="40" w:after="40"/>
            </w:pPr>
            <w:r>
              <w:t>Esito: [ ]</w:t>
            </w:r>
            <w:r>
              <w:br/>
              <w:t>A07 n.: [ ]</w:t>
            </w:r>
          </w:p>
        </w:tc>
      </w:tr>
      <w:tr w:rsidR="00F81D60" w14:paraId="75537BAE" w14:textId="77777777">
        <w:trPr>
          <w:cantSplit/>
          <w:jc w:val="center"/>
        </w:trPr>
        <w:tc>
          <w:tcPr>
            <w:tcW w:w="1984" w:type="dxa"/>
            <w:vAlign w:val="center"/>
          </w:tcPr>
          <w:p w14:paraId="3E750A08" w14:textId="77777777" w:rsidR="00F81D60" w:rsidRDefault="00000000">
            <w:pPr>
              <w:pStyle w:val="TableText"/>
              <w:spacing w:before="40" w:after="40"/>
            </w:pPr>
            <w:r>
              <w:t>MM-156</w:t>
            </w:r>
            <w:r>
              <w:br/>
              <w:t>ISO: Allegato G; ISO 45001:2018, 7.1</w:t>
            </w:r>
          </w:p>
        </w:tc>
        <w:tc>
          <w:tcPr>
            <w:tcW w:w="6236" w:type="dxa"/>
            <w:vAlign w:val="center"/>
          </w:tcPr>
          <w:p w14:paraId="2B0EB198" w14:textId="77777777" w:rsidR="00F81D60" w:rsidRDefault="00000000">
            <w:pPr>
              <w:pStyle w:val="TableText"/>
              <w:spacing w:before="40" w:after="40"/>
            </w:pPr>
            <w:r>
              <w:t>Le risorse del sistema comprendono servizi, prodotti e spazi necessari alle misure adottate?</w:t>
            </w:r>
          </w:p>
        </w:tc>
        <w:tc>
          <w:tcPr>
            <w:tcW w:w="1757" w:type="dxa"/>
            <w:vAlign w:val="center"/>
          </w:tcPr>
          <w:p w14:paraId="6DBFE224" w14:textId="77777777" w:rsidR="00F81D60" w:rsidRDefault="00000000">
            <w:pPr>
              <w:pStyle w:val="TableText"/>
              <w:spacing w:before="40" w:after="40"/>
            </w:pPr>
            <w:r>
              <w:t>Esito: [ ]</w:t>
            </w:r>
            <w:r>
              <w:br/>
              <w:t>A07 n.: [ ]</w:t>
            </w:r>
          </w:p>
        </w:tc>
      </w:tr>
      <w:tr w:rsidR="00F81D60" w14:paraId="021F88DD" w14:textId="77777777">
        <w:trPr>
          <w:cantSplit/>
          <w:jc w:val="center"/>
        </w:trPr>
        <w:tc>
          <w:tcPr>
            <w:tcW w:w="1984" w:type="dxa"/>
            <w:shd w:val="clear" w:color="auto" w:fill="F5F7F9"/>
            <w:vAlign w:val="center"/>
          </w:tcPr>
          <w:p w14:paraId="1EBCC51D" w14:textId="77777777" w:rsidR="00F81D60" w:rsidRDefault="00000000">
            <w:pPr>
              <w:pStyle w:val="TableText"/>
              <w:spacing w:before="40" w:after="40"/>
            </w:pPr>
            <w:r>
              <w:t>MM-157</w:t>
            </w:r>
            <w:r>
              <w:br/>
              <w:t>ISO: Allegato G; ISO 45001:2018, 7.2-7.3</w:t>
            </w:r>
          </w:p>
        </w:tc>
        <w:tc>
          <w:tcPr>
            <w:tcW w:w="6236" w:type="dxa"/>
            <w:shd w:val="clear" w:color="auto" w:fill="F5F7F9"/>
            <w:vAlign w:val="center"/>
          </w:tcPr>
          <w:p w14:paraId="4AE2A999" w14:textId="77777777" w:rsidR="00F81D60" w:rsidRDefault="00000000">
            <w:pPr>
              <w:pStyle w:val="TableText"/>
              <w:spacing w:before="40" w:after="40"/>
            </w:pPr>
            <w:r>
              <w:t>Competenza e consapevolezza sul tema sono integrate nei processi formativi del sistema?</w:t>
            </w:r>
          </w:p>
        </w:tc>
        <w:tc>
          <w:tcPr>
            <w:tcW w:w="1757" w:type="dxa"/>
            <w:shd w:val="clear" w:color="auto" w:fill="F5F7F9"/>
            <w:vAlign w:val="center"/>
          </w:tcPr>
          <w:p w14:paraId="74913808" w14:textId="77777777" w:rsidR="00F81D60" w:rsidRDefault="00000000">
            <w:pPr>
              <w:pStyle w:val="TableText"/>
              <w:spacing w:before="40" w:after="40"/>
            </w:pPr>
            <w:r>
              <w:t>Esito: [ ]</w:t>
            </w:r>
            <w:r>
              <w:br/>
              <w:t>A07 n.: [ ]</w:t>
            </w:r>
          </w:p>
        </w:tc>
      </w:tr>
      <w:tr w:rsidR="00F81D60" w14:paraId="5E72AFFC" w14:textId="77777777">
        <w:trPr>
          <w:cantSplit/>
          <w:jc w:val="center"/>
        </w:trPr>
        <w:tc>
          <w:tcPr>
            <w:tcW w:w="1984" w:type="dxa"/>
            <w:vAlign w:val="center"/>
          </w:tcPr>
          <w:p w14:paraId="0ED246CD" w14:textId="77777777" w:rsidR="00F81D60" w:rsidRDefault="00000000">
            <w:pPr>
              <w:pStyle w:val="TableText"/>
              <w:spacing w:before="40" w:after="40"/>
            </w:pPr>
            <w:r>
              <w:t>MM-158</w:t>
            </w:r>
            <w:r>
              <w:br/>
              <w:t>ISO: Allegato G; ISO 45001:2018, 7.4</w:t>
            </w:r>
          </w:p>
        </w:tc>
        <w:tc>
          <w:tcPr>
            <w:tcW w:w="6236" w:type="dxa"/>
            <w:vAlign w:val="center"/>
          </w:tcPr>
          <w:p w14:paraId="33F2E903" w14:textId="77777777" w:rsidR="00F81D60" w:rsidRDefault="00000000">
            <w:pPr>
              <w:pStyle w:val="TableText"/>
              <w:spacing w:before="40" w:after="40"/>
            </w:pPr>
            <w:r>
              <w:t>I processi di comunicazione del sistema proteggono le informazioni personali e sanitarie?</w:t>
            </w:r>
          </w:p>
        </w:tc>
        <w:tc>
          <w:tcPr>
            <w:tcW w:w="1757" w:type="dxa"/>
            <w:vAlign w:val="center"/>
          </w:tcPr>
          <w:p w14:paraId="08E1EDF6" w14:textId="77777777" w:rsidR="00F81D60" w:rsidRDefault="00000000">
            <w:pPr>
              <w:pStyle w:val="TableText"/>
              <w:spacing w:before="40" w:after="40"/>
            </w:pPr>
            <w:r>
              <w:t>Esito: [ ]</w:t>
            </w:r>
            <w:r>
              <w:br/>
              <w:t>A07 n.: [ ]</w:t>
            </w:r>
          </w:p>
        </w:tc>
      </w:tr>
      <w:tr w:rsidR="00F81D60" w14:paraId="64CEBC2B" w14:textId="77777777">
        <w:trPr>
          <w:cantSplit/>
          <w:jc w:val="center"/>
        </w:trPr>
        <w:tc>
          <w:tcPr>
            <w:tcW w:w="1984" w:type="dxa"/>
            <w:shd w:val="clear" w:color="auto" w:fill="F5F7F9"/>
            <w:vAlign w:val="center"/>
          </w:tcPr>
          <w:p w14:paraId="70D64A89" w14:textId="77777777" w:rsidR="00F81D60" w:rsidRDefault="00000000">
            <w:pPr>
              <w:pStyle w:val="TableText"/>
              <w:spacing w:before="40" w:after="40"/>
            </w:pPr>
            <w:r>
              <w:t>MM-159</w:t>
            </w:r>
            <w:r>
              <w:br/>
              <w:t>ISO: Allegato G; ISO 45001:2018, 9.1</w:t>
            </w:r>
          </w:p>
        </w:tc>
        <w:tc>
          <w:tcPr>
            <w:tcW w:w="6236" w:type="dxa"/>
            <w:shd w:val="clear" w:color="auto" w:fill="F5F7F9"/>
            <w:vAlign w:val="center"/>
          </w:tcPr>
          <w:p w14:paraId="67F64A80" w14:textId="77777777" w:rsidR="00F81D60" w:rsidRDefault="00000000">
            <w:pPr>
              <w:pStyle w:val="TableText"/>
              <w:spacing w:before="40" w:after="40"/>
            </w:pPr>
            <w:r>
              <w:t>Gli indicatori del programma sono coordinati con il monitoraggio delle prestazioni del sistema?</w:t>
            </w:r>
          </w:p>
        </w:tc>
        <w:tc>
          <w:tcPr>
            <w:tcW w:w="1757" w:type="dxa"/>
            <w:shd w:val="clear" w:color="auto" w:fill="F5F7F9"/>
            <w:vAlign w:val="center"/>
          </w:tcPr>
          <w:p w14:paraId="6E94FD85" w14:textId="77777777" w:rsidR="00F81D60" w:rsidRDefault="00000000">
            <w:pPr>
              <w:pStyle w:val="TableText"/>
              <w:spacing w:before="40" w:after="40"/>
            </w:pPr>
            <w:r>
              <w:t>Esito: [ ]</w:t>
            </w:r>
            <w:r>
              <w:br/>
              <w:t>A07 n.: [ ]</w:t>
            </w:r>
          </w:p>
        </w:tc>
      </w:tr>
      <w:tr w:rsidR="00F81D60" w14:paraId="644E5400" w14:textId="77777777">
        <w:trPr>
          <w:cantSplit/>
          <w:jc w:val="center"/>
        </w:trPr>
        <w:tc>
          <w:tcPr>
            <w:tcW w:w="1984" w:type="dxa"/>
            <w:vAlign w:val="center"/>
          </w:tcPr>
          <w:p w14:paraId="6A15AA57" w14:textId="77777777" w:rsidR="00F81D60" w:rsidRDefault="00000000">
            <w:pPr>
              <w:pStyle w:val="TableText"/>
              <w:spacing w:before="40" w:after="40"/>
            </w:pPr>
            <w:r>
              <w:t>MM-160</w:t>
            </w:r>
            <w:r>
              <w:br/>
              <w:t>ISO: Allegato C; 5.9</w:t>
            </w:r>
          </w:p>
        </w:tc>
        <w:tc>
          <w:tcPr>
            <w:tcW w:w="6236" w:type="dxa"/>
            <w:vAlign w:val="center"/>
          </w:tcPr>
          <w:p w14:paraId="5C34BAF3" w14:textId="77777777" w:rsidR="00F81D60" w:rsidRDefault="00000000">
            <w:pPr>
              <w:pStyle w:val="TableText"/>
              <w:spacing w:before="40" w:after="40"/>
            </w:pPr>
            <w:r>
              <w:t>Il riesame interno registra rilievi, azioni, responsabili, seguito e verifica dei risultati?</w:t>
            </w:r>
          </w:p>
        </w:tc>
        <w:tc>
          <w:tcPr>
            <w:tcW w:w="1757" w:type="dxa"/>
            <w:vAlign w:val="center"/>
          </w:tcPr>
          <w:p w14:paraId="6DF4D2F8" w14:textId="77777777" w:rsidR="00F81D60" w:rsidRDefault="00000000">
            <w:pPr>
              <w:pStyle w:val="TableText"/>
              <w:spacing w:before="40" w:after="40"/>
            </w:pPr>
            <w:r>
              <w:t>Esito: [ ]</w:t>
            </w:r>
            <w:r>
              <w:br/>
              <w:t>A07 n.: [ ]</w:t>
            </w:r>
          </w:p>
        </w:tc>
      </w:tr>
    </w:tbl>
    <w:p w14:paraId="2BF97106" w14:textId="77777777" w:rsidR="00F81D60" w:rsidRDefault="00F81D60">
      <w:pPr>
        <w:spacing w:after="0"/>
      </w:pPr>
    </w:p>
    <w:p w14:paraId="1B71B1AC" w14:textId="77777777" w:rsidR="00F81D60" w:rsidRDefault="00000000">
      <w:pPr>
        <w:pStyle w:val="Reference"/>
      </w:pPr>
      <w:r>
        <w:t>Ogni esito conclusivo richiede evidenza o motivazione, data valida e verificatore. N.A. non motivata o Sì non riscontrato non sono istruttorie complete. I riferimenti rinviano alla fonte della rielaborazione, non a requisiti certificabili autonomi.</w:t>
      </w:r>
    </w:p>
    <w:p w14:paraId="73B9D9B0" w14:textId="77777777" w:rsidR="00F81D60" w:rsidRDefault="00000000">
      <w:pPr>
        <w:pStyle w:val="Reference"/>
      </w:pPr>
      <w:r>
        <w:t>Azioni: riportare ID e seguito in A17 o nel PIANO_AZIONI. Non inserire informazioni sulla salute delle persone. Questa pagina non sostituisce i riscontri A07.</w:t>
      </w:r>
    </w:p>
    <w:p w14:paraId="3BE13CB5" w14:textId="77777777" w:rsidR="00F81D60" w:rsidRDefault="00000000">
      <w:r>
        <w:br w:type="page"/>
      </w:r>
    </w:p>
    <w:p w14:paraId="4AE2CAB0" w14:textId="77777777" w:rsidR="00F81D60" w:rsidRDefault="00000000">
      <w:pPr>
        <w:pStyle w:val="Small"/>
      </w:pPr>
      <w:r>
        <w:rPr>
          <w:b/>
          <w:color w:val="006B70"/>
        </w:rPr>
        <w:t>ALLEGATO AZIENDALE  •  MOD-MM-07</w:t>
      </w:r>
    </w:p>
    <w:p w14:paraId="7986A118" w14:textId="77777777" w:rsidR="00F81D60" w:rsidRDefault="00000000">
      <w:pPr>
        <w:pStyle w:val="Titolo1"/>
      </w:pPr>
      <w:bookmarkStart w:id="62" w:name="A07"/>
      <w:r>
        <w:t>A07 | Scheda di riscontro ed evidenze di audit</w:t>
      </w:r>
      <w:bookmarkEnd w:id="62"/>
    </w:p>
    <w:p w14:paraId="3CDF09C8" w14:textId="77777777" w:rsidR="00F81D60" w:rsidRDefault="00000000">
      <w:pPr>
        <w:pStyle w:val="Reference"/>
      </w:pPr>
      <w:r>
        <w:t>Base documentale: [XLS] CHECKLIST e GUIDA; [AZ] modulo duplicabile. Le istruzioni operative e i moduli sono elaborazioni aziendali del modello [AZ].</w:t>
      </w:r>
    </w:p>
    <w:p w14:paraId="5387256E" w14:textId="77777777" w:rsidR="00F81D60" w:rsidRDefault="00000000">
      <w:r>
        <w:t>Compilare una scheda per ciascuna verifica o richiamare evidenze comuni chiaramente identificabili. Classificazione: sistema; vietati dati clinici o identità di chi richiede supporto.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94B2ECC" w14:textId="77777777">
        <w:trPr>
          <w:tblHeader/>
          <w:jc w:val="center"/>
        </w:trPr>
        <w:tc>
          <w:tcPr>
            <w:tcW w:w="2948" w:type="dxa"/>
            <w:shd w:val="clear" w:color="auto" w:fill="17324D"/>
            <w:vAlign w:val="center"/>
          </w:tcPr>
          <w:p w14:paraId="02B3DCC2" w14:textId="77777777" w:rsidR="00F81D60" w:rsidRDefault="00000000">
            <w:pPr>
              <w:pStyle w:val="TableText"/>
              <w:spacing w:before="40" w:after="40"/>
            </w:pPr>
            <w:r>
              <w:rPr>
                <w:b/>
                <w:color w:val="FFFFFF"/>
              </w:rPr>
              <w:t>Campo</w:t>
            </w:r>
          </w:p>
        </w:tc>
        <w:tc>
          <w:tcPr>
            <w:tcW w:w="7030" w:type="dxa"/>
            <w:shd w:val="clear" w:color="auto" w:fill="17324D"/>
            <w:vAlign w:val="center"/>
          </w:tcPr>
          <w:p w14:paraId="4928B240" w14:textId="77777777" w:rsidR="00F81D60" w:rsidRDefault="00000000">
            <w:pPr>
              <w:pStyle w:val="TableText"/>
              <w:spacing w:before="40" w:after="40"/>
            </w:pPr>
            <w:r>
              <w:rPr>
                <w:b/>
                <w:color w:val="FFFFFF"/>
              </w:rPr>
              <w:t>Compilazione / decisione aziendale</w:t>
            </w:r>
          </w:p>
        </w:tc>
      </w:tr>
      <w:tr w:rsidR="00F81D60" w14:paraId="2B9B1CD0" w14:textId="77777777">
        <w:trPr>
          <w:cantSplit/>
          <w:jc w:val="center"/>
        </w:trPr>
        <w:tc>
          <w:tcPr>
            <w:tcW w:w="2948" w:type="dxa"/>
            <w:vAlign w:val="center"/>
          </w:tcPr>
          <w:p w14:paraId="144F2805" w14:textId="77777777" w:rsidR="00F81D60" w:rsidRDefault="00000000">
            <w:pPr>
              <w:pStyle w:val="TableText"/>
              <w:spacing w:before="40" w:after="40"/>
            </w:pPr>
            <w:r>
              <w:t>Campagna / riscontro</w:t>
            </w:r>
          </w:p>
        </w:tc>
        <w:tc>
          <w:tcPr>
            <w:tcW w:w="7030" w:type="dxa"/>
            <w:vAlign w:val="center"/>
          </w:tcPr>
          <w:p w14:paraId="3BBF0E79" w14:textId="77777777" w:rsidR="00F81D60" w:rsidRDefault="00000000">
            <w:pPr>
              <w:pStyle w:val="TableText"/>
              <w:spacing w:before="40" w:after="40"/>
            </w:pPr>
            <w:r>
              <w:t>Codice audit: [ ]  •  numero riscontro A07: [ ]  •  revisione: [ ]</w:t>
            </w:r>
          </w:p>
        </w:tc>
      </w:tr>
      <w:tr w:rsidR="00F81D60" w14:paraId="76120263" w14:textId="77777777">
        <w:trPr>
          <w:cantSplit/>
          <w:jc w:val="center"/>
        </w:trPr>
        <w:tc>
          <w:tcPr>
            <w:tcW w:w="2948" w:type="dxa"/>
            <w:shd w:val="clear" w:color="auto" w:fill="F5F7F9"/>
            <w:vAlign w:val="center"/>
          </w:tcPr>
          <w:p w14:paraId="78AD1DC4" w14:textId="77777777" w:rsidR="00F81D60" w:rsidRDefault="00000000">
            <w:pPr>
              <w:pStyle w:val="TableText"/>
              <w:spacing w:before="40" w:after="40"/>
            </w:pPr>
            <w:r>
              <w:t>Controllo / perimetro</w:t>
            </w:r>
          </w:p>
        </w:tc>
        <w:tc>
          <w:tcPr>
            <w:tcW w:w="7030" w:type="dxa"/>
            <w:shd w:val="clear" w:color="auto" w:fill="F5F7F9"/>
            <w:vAlign w:val="center"/>
          </w:tcPr>
          <w:p w14:paraId="245BEFFA" w14:textId="77777777" w:rsidR="00F81D60" w:rsidRDefault="00000000">
            <w:pPr>
              <w:pStyle w:val="TableText"/>
              <w:spacing w:before="40" w:after="40"/>
            </w:pPr>
            <w:r>
              <w:t>ID MM-[ ]  •  area: [ ]  •  sede/attività/turno verificati: [ ]</w:t>
            </w:r>
          </w:p>
        </w:tc>
      </w:tr>
      <w:tr w:rsidR="00F81D60" w14:paraId="68599B9D" w14:textId="77777777">
        <w:trPr>
          <w:cantSplit/>
          <w:jc w:val="center"/>
        </w:trPr>
        <w:tc>
          <w:tcPr>
            <w:tcW w:w="2948" w:type="dxa"/>
            <w:vAlign w:val="center"/>
          </w:tcPr>
          <w:p w14:paraId="2BF2957D" w14:textId="77777777" w:rsidR="00F81D60" w:rsidRDefault="00000000">
            <w:pPr>
              <w:pStyle w:val="TableText"/>
              <w:spacing w:before="40" w:after="40"/>
            </w:pPr>
            <w:r>
              <w:t>Testo della verifica</w:t>
            </w:r>
          </w:p>
        </w:tc>
        <w:tc>
          <w:tcPr>
            <w:tcW w:w="7030" w:type="dxa"/>
            <w:vAlign w:val="center"/>
          </w:tcPr>
          <w:p w14:paraId="145DAA43" w14:textId="77777777" w:rsidR="00F81D60" w:rsidRDefault="00000000">
            <w:pPr>
              <w:pStyle w:val="TableText"/>
              <w:spacing w:before="40" w:after="40"/>
            </w:pPr>
            <w:r>
              <w:t>[riportare o rinviare in modo univoco alla domanda A06]</w:t>
            </w:r>
          </w:p>
        </w:tc>
      </w:tr>
      <w:tr w:rsidR="00F81D60" w14:paraId="38A33DE9" w14:textId="77777777">
        <w:trPr>
          <w:cantSplit/>
          <w:jc w:val="center"/>
        </w:trPr>
        <w:tc>
          <w:tcPr>
            <w:tcW w:w="2948" w:type="dxa"/>
            <w:shd w:val="clear" w:color="auto" w:fill="F5F7F9"/>
            <w:vAlign w:val="center"/>
          </w:tcPr>
          <w:p w14:paraId="50B3B69E" w14:textId="77777777" w:rsidR="00F81D60" w:rsidRDefault="00000000">
            <w:pPr>
              <w:pStyle w:val="TableText"/>
              <w:spacing w:before="40" w:after="40"/>
            </w:pPr>
            <w:r>
              <w:t>Esito</w:t>
            </w:r>
          </w:p>
        </w:tc>
        <w:tc>
          <w:tcPr>
            <w:tcW w:w="7030" w:type="dxa"/>
            <w:shd w:val="clear" w:color="auto" w:fill="F5F7F9"/>
            <w:vAlign w:val="center"/>
          </w:tcPr>
          <w:p w14:paraId="1971AA69" w14:textId="77777777" w:rsidR="00F81D60" w:rsidRDefault="00000000">
            <w:pPr>
              <w:pStyle w:val="TableText"/>
              <w:spacing w:before="40" w:after="40"/>
            </w:pPr>
            <w:r>
              <w:t>[Sì / Parziale / No / Non applicabile / Da verificare]</w:t>
            </w:r>
          </w:p>
        </w:tc>
      </w:tr>
      <w:tr w:rsidR="00F81D60" w14:paraId="6711CCF5" w14:textId="77777777">
        <w:trPr>
          <w:cantSplit/>
          <w:jc w:val="center"/>
        </w:trPr>
        <w:tc>
          <w:tcPr>
            <w:tcW w:w="2948" w:type="dxa"/>
            <w:vAlign w:val="center"/>
          </w:tcPr>
          <w:p w14:paraId="698ADD39" w14:textId="77777777" w:rsidR="00F81D60" w:rsidRDefault="00000000">
            <w:pPr>
              <w:pStyle w:val="TableText"/>
              <w:spacing w:before="40" w:after="40"/>
            </w:pPr>
            <w:r>
              <w:t>Evidenza esaminata</w:t>
            </w:r>
          </w:p>
        </w:tc>
        <w:tc>
          <w:tcPr>
            <w:tcW w:w="7030" w:type="dxa"/>
            <w:vAlign w:val="center"/>
          </w:tcPr>
          <w:p w14:paraId="0F55BBC9" w14:textId="77777777" w:rsidR="00F81D60" w:rsidRDefault="00000000">
            <w:pPr>
              <w:pStyle w:val="TableText"/>
              <w:spacing w:before="40" w:after="40"/>
            </w:pPr>
            <w:r>
              <w:t>Titolo documento, codice, revisione, punto, sopralluogo o prova: [compilare]</w:t>
            </w:r>
          </w:p>
        </w:tc>
      </w:tr>
      <w:tr w:rsidR="00F81D60" w14:paraId="20FA2A1B" w14:textId="77777777">
        <w:trPr>
          <w:cantSplit/>
          <w:jc w:val="center"/>
        </w:trPr>
        <w:tc>
          <w:tcPr>
            <w:tcW w:w="2948" w:type="dxa"/>
            <w:shd w:val="clear" w:color="auto" w:fill="F5F7F9"/>
            <w:vAlign w:val="center"/>
          </w:tcPr>
          <w:p w14:paraId="30F0C306" w14:textId="77777777" w:rsidR="00F81D60" w:rsidRDefault="00000000">
            <w:pPr>
              <w:pStyle w:val="TableText"/>
              <w:spacing w:before="40" w:after="40"/>
            </w:pPr>
            <w:r>
              <w:t>Metodo e campione</w:t>
            </w:r>
          </w:p>
        </w:tc>
        <w:tc>
          <w:tcPr>
            <w:tcW w:w="7030" w:type="dxa"/>
            <w:shd w:val="clear" w:color="auto" w:fill="F5F7F9"/>
            <w:vAlign w:val="center"/>
          </w:tcPr>
          <w:p w14:paraId="1F7685DD" w14:textId="77777777" w:rsidR="00F81D60" w:rsidRDefault="00000000">
            <w:pPr>
              <w:pStyle w:val="TableText"/>
              <w:spacing w:before="40" w:after="40"/>
            </w:pPr>
            <w:r>
              <w:t>Documenti, osservazione, colloqui organizzativi; sedi/turni e limiti del campione: [ ]</w:t>
            </w:r>
          </w:p>
        </w:tc>
      </w:tr>
      <w:tr w:rsidR="00F81D60" w14:paraId="7427F547" w14:textId="77777777">
        <w:trPr>
          <w:cantSplit/>
          <w:jc w:val="center"/>
        </w:trPr>
        <w:tc>
          <w:tcPr>
            <w:tcW w:w="2948" w:type="dxa"/>
            <w:vAlign w:val="center"/>
          </w:tcPr>
          <w:p w14:paraId="382E17D7" w14:textId="77777777" w:rsidR="00F81D60" w:rsidRDefault="00000000">
            <w:pPr>
              <w:pStyle w:val="TableText"/>
              <w:spacing w:before="40" w:after="40"/>
            </w:pPr>
            <w:r>
              <w:t>Riscontro fattuale</w:t>
            </w:r>
          </w:p>
        </w:tc>
        <w:tc>
          <w:tcPr>
            <w:tcW w:w="7030" w:type="dxa"/>
            <w:vAlign w:val="center"/>
          </w:tcPr>
          <w:p w14:paraId="5B555843" w14:textId="77777777" w:rsidR="00F81D60" w:rsidRDefault="00000000">
            <w:pPr>
              <w:pStyle w:val="TableText"/>
              <w:spacing w:before="40" w:after="40"/>
            </w:pPr>
            <w:r>
              <w:t>[descrivere ciò che è stato verificato, senza inferenze sanitarie o giudizi sulle persone]</w:t>
            </w:r>
            <w:r>
              <w:br/>
            </w:r>
            <w:r>
              <w:br/>
              <w:t>[spazio di compilazione]</w:t>
            </w:r>
          </w:p>
        </w:tc>
      </w:tr>
      <w:tr w:rsidR="00F81D60" w14:paraId="31C24C4C" w14:textId="77777777">
        <w:trPr>
          <w:cantSplit/>
          <w:jc w:val="center"/>
        </w:trPr>
        <w:tc>
          <w:tcPr>
            <w:tcW w:w="2948" w:type="dxa"/>
            <w:shd w:val="clear" w:color="auto" w:fill="F5F7F9"/>
            <w:vAlign w:val="center"/>
          </w:tcPr>
          <w:p w14:paraId="3BF9970F" w14:textId="77777777" w:rsidR="00F81D60" w:rsidRDefault="00000000">
            <w:pPr>
              <w:pStyle w:val="TableText"/>
              <w:spacing w:before="40" w:after="40"/>
            </w:pPr>
            <w:r>
              <w:t>Scostamento / motivazione N.A.</w:t>
            </w:r>
          </w:p>
        </w:tc>
        <w:tc>
          <w:tcPr>
            <w:tcW w:w="7030" w:type="dxa"/>
            <w:shd w:val="clear" w:color="auto" w:fill="F5F7F9"/>
            <w:vAlign w:val="center"/>
          </w:tcPr>
          <w:p w14:paraId="7124F46F" w14:textId="77777777" w:rsidR="00F81D60" w:rsidRDefault="00000000">
            <w:pPr>
              <w:pStyle w:val="TableText"/>
              <w:spacing w:before="40" w:after="40"/>
            </w:pPr>
            <w:r>
              <w:t>[indicare parte mancante o motivo di esclusione; l’assenza di richieste non basta]</w:t>
            </w:r>
            <w:r>
              <w:br/>
            </w:r>
            <w:r>
              <w:br/>
              <w:t>[spazio di compilazione]</w:t>
            </w:r>
          </w:p>
        </w:tc>
      </w:tr>
      <w:tr w:rsidR="00F81D60" w14:paraId="094B33DB" w14:textId="77777777">
        <w:trPr>
          <w:cantSplit/>
          <w:jc w:val="center"/>
        </w:trPr>
        <w:tc>
          <w:tcPr>
            <w:tcW w:w="2948" w:type="dxa"/>
            <w:vAlign w:val="center"/>
          </w:tcPr>
          <w:p w14:paraId="05F5D0C3" w14:textId="77777777" w:rsidR="00F81D60" w:rsidRDefault="00000000">
            <w:pPr>
              <w:pStyle w:val="TableText"/>
              <w:spacing w:before="40" w:after="40"/>
            </w:pPr>
            <w:r>
              <w:t>Seguito / urgenza</w:t>
            </w:r>
          </w:p>
        </w:tc>
        <w:tc>
          <w:tcPr>
            <w:tcW w:w="7030" w:type="dxa"/>
            <w:vAlign w:val="center"/>
          </w:tcPr>
          <w:p w14:paraId="42567173" w14:textId="77777777" w:rsidR="00F81D60" w:rsidRDefault="00000000">
            <w:pPr>
              <w:pStyle w:val="TableText"/>
              <w:spacing w:before="40" w:after="40"/>
            </w:pPr>
            <w:r>
              <w:t>Azione A17: [ ]  •  misura immediata se necessaria: [ ]</w:t>
            </w:r>
          </w:p>
        </w:tc>
      </w:tr>
      <w:tr w:rsidR="00F81D60" w14:paraId="1E7A6753" w14:textId="77777777">
        <w:trPr>
          <w:cantSplit/>
          <w:jc w:val="center"/>
        </w:trPr>
        <w:tc>
          <w:tcPr>
            <w:tcW w:w="2948" w:type="dxa"/>
            <w:shd w:val="clear" w:color="auto" w:fill="F5F7F9"/>
            <w:vAlign w:val="center"/>
          </w:tcPr>
          <w:p w14:paraId="2510FB54" w14:textId="77777777" w:rsidR="00F81D60" w:rsidRDefault="00000000">
            <w:pPr>
              <w:pStyle w:val="TableText"/>
              <w:spacing w:before="40" w:after="40"/>
            </w:pPr>
            <w:r>
              <w:t>Data / verificatore</w:t>
            </w:r>
          </w:p>
        </w:tc>
        <w:tc>
          <w:tcPr>
            <w:tcW w:w="7030" w:type="dxa"/>
            <w:shd w:val="clear" w:color="auto" w:fill="F5F7F9"/>
            <w:vAlign w:val="center"/>
          </w:tcPr>
          <w:p w14:paraId="178683C9" w14:textId="77777777" w:rsidR="00F81D60" w:rsidRDefault="00000000">
            <w:pPr>
              <w:pStyle w:val="TableText"/>
              <w:spacing w:before="40" w:after="40"/>
            </w:pPr>
            <w:r>
              <w:t>Data effettiva: [ ]  •  nominativo/funzione: [ ]</w:t>
            </w:r>
          </w:p>
        </w:tc>
      </w:tr>
      <w:tr w:rsidR="00F81D60" w14:paraId="19046D34" w14:textId="77777777">
        <w:trPr>
          <w:cantSplit/>
          <w:jc w:val="center"/>
        </w:trPr>
        <w:tc>
          <w:tcPr>
            <w:tcW w:w="2948" w:type="dxa"/>
            <w:vAlign w:val="center"/>
          </w:tcPr>
          <w:p w14:paraId="58DAA28F" w14:textId="77777777" w:rsidR="00F81D60" w:rsidRDefault="00000000">
            <w:pPr>
              <w:pStyle w:val="TableText"/>
              <w:spacing w:before="40" w:after="40"/>
            </w:pPr>
            <w:r>
              <w:t>Controllo di completezza</w:t>
            </w:r>
          </w:p>
        </w:tc>
        <w:tc>
          <w:tcPr>
            <w:tcW w:w="7030" w:type="dxa"/>
            <w:vAlign w:val="center"/>
          </w:tcPr>
          <w:p w14:paraId="569B25C2" w14:textId="77777777" w:rsidR="00F81D60" w:rsidRDefault="00000000">
            <w:pPr>
              <w:pStyle w:val="TableText"/>
              <w:spacing w:before="40" w:after="40"/>
            </w:pPr>
            <w:r>
              <w:t>Evidenza/motivazione presente [ ]  •  data valida [ ]  •  verificatore [ ]</w:t>
            </w:r>
          </w:p>
        </w:tc>
      </w:tr>
      <w:tr w:rsidR="00F81D60" w14:paraId="2D1FC12C" w14:textId="77777777">
        <w:trPr>
          <w:cantSplit/>
          <w:jc w:val="center"/>
        </w:trPr>
        <w:tc>
          <w:tcPr>
            <w:tcW w:w="2948" w:type="dxa"/>
            <w:shd w:val="clear" w:color="auto" w:fill="F5F7F9"/>
            <w:vAlign w:val="center"/>
          </w:tcPr>
          <w:p w14:paraId="59DE22AE" w14:textId="77777777" w:rsidR="00F81D60" w:rsidRDefault="00000000">
            <w:pPr>
              <w:pStyle w:val="TableText"/>
              <w:spacing w:before="40" w:after="40"/>
            </w:pPr>
            <w:r>
              <w:t>Riesame esclusione o verifica</w:t>
            </w:r>
          </w:p>
        </w:tc>
        <w:tc>
          <w:tcPr>
            <w:tcW w:w="7030" w:type="dxa"/>
            <w:shd w:val="clear" w:color="auto" w:fill="F5F7F9"/>
            <w:vAlign w:val="center"/>
          </w:tcPr>
          <w:p w14:paraId="39E54F4B" w14:textId="77777777" w:rsidR="00F81D60" w:rsidRDefault="00000000">
            <w:pPr>
              <w:pStyle w:val="TableText"/>
              <w:spacing w:before="40" w:after="40"/>
            </w:pPr>
            <w:r>
              <w:t>Trigger / nuova istruttoria / responsabile / data: [ ]</w:t>
            </w:r>
          </w:p>
        </w:tc>
      </w:tr>
    </w:tbl>
    <w:p w14:paraId="36426F0E" w14:textId="77777777" w:rsidR="00F81D60" w:rsidRDefault="00F81D60">
      <w:pPr>
        <w:spacing w:after="0"/>
      </w:pPr>
    </w:p>
    <w:p w14:paraId="2DAB3D29" w14:textId="77777777" w:rsidR="00F81D60" w:rsidRDefault="00000000">
      <w:pPr>
        <w:pStyle w:val="Small"/>
      </w:pPr>
      <w:r>
        <w:t>Registrazioni comuni a più ID: [elenco e motivazione della pertinenza]. Riferimento all’archivio autorizzato: [percorso o codice]. Se l’evidenza originaria contiene dati personali non pertinenti, utilizzare un estratto depurato e descrivere il controllo senza allegare il fascicolo individuale.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36E85204" w14:textId="77777777">
        <w:trPr>
          <w:tblHeader/>
          <w:jc w:val="center"/>
        </w:trPr>
        <w:tc>
          <w:tcPr>
            <w:tcW w:w="3326" w:type="dxa"/>
            <w:shd w:val="clear" w:color="auto" w:fill="17324D"/>
            <w:vAlign w:val="center"/>
          </w:tcPr>
          <w:p w14:paraId="1D5615E7" w14:textId="77777777" w:rsidR="00F81D60" w:rsidRDefault="00000000">
            <w:pPr>
              <w:pStyle w:val="TableText"/>
              <w:spacing w:before="40" w:after="40"/>
            </w:pPr>
            <w:r>
              <w:rPr>
                <w:b/>
                <w:color w:val="FFFFFF"/>
              </w:rPr>
              <w:t>Verificatore</w:t>
            </w:r>
          </w:p>
        </w:tc>
        <w:tc>
          <w:tcPr>
            <w:tcW w:w="3326" w:type="dxa"/>
            <w:shd w:val="clear" w:color="auto" w:fill="17324D"/>
            <w:vAlign w:val="center"/>
          </w:tcPr>
          <w:p w14:paraId="0A9307C0" w14:textId="77777777" w:rsidR="00F81D60" w:rsidRDefault="00000000">
            <w:pPr>
              <w:pStyle w:val="TableText"/>
              <w:spacing w:before="40" w:after="40"/>
            </w:pPr>
            <w:r>
              <w:rPr>
                <w:b/>
                <w:color w:val="FFFFFF"/>
              </w:rPr>
              <w:t>Controllo qualità del riscontro</w:t>
            </w:r>
          </w:p>
        </w:tc>
        <w:tc>
          <w:tcPr>
            <w:tcW w:w="3326" w:type="dxa"/>
            <w:shd w:val="clear" w:color="auto" w:fill="17324D"/>
            <w:vAlign w:val="center"/>
          </w:tcPr>
          <w:p w14:paraId="459D1981" w14:textId="77777777" w:rsidR="00F81D60" w:rsidRDefault="00000000">
            <w:pPr>
              <w:pStyle w:val="TableText"/>
              <w:spacing w:before="40" w:after="40"/>
            </w:pPr>
            <w:r>
              <w:rPr>
                <w:b/>
                <w:color w:val="FFFFFF"/>
              </w:rPr>
              <w:t>Data</w:t>
            </w:r>
          </w:p>
        </w:tc>
      </w:tr>
      <w:tr w:rsidR="00F81D60" w14:paraId="09B1B022" w14:textId="77777777">
        <w:trPr>
          <w:cantSplit/>
          <w:trHeight w:val="454"/>
          <w:jc w:val="center"/>
        </w:trPr>
        <w:tc>
          <w:tcPr>
            <w:tcW w:w="3326" w:type="dxa"/>
            <w:vAlign w:val="center"/>
          </w:tcPr>
          <w:p w14:paraId="099F295D" w14:textId="77777777" w:rsidR="00F81D60" w:rsidRDefault="00000000">
            <w:pPr>
              <w:pStyle w:val="TableText"/>
              <w:spacing w:before="40" w:after="40"/>
            </w:pPr>
            <w:r>
              <w:t>[compilare]</w:t>
            </w:r>
          </w:p>
        </w:tc>
        <w:tc>
          <w:tcPr>
            <w:tcW w:w="3326" w:type="dxa"/>
            <w:vAlign w:val="center"/>
          </w:tcPr>
          <w:p w14:paraId="3A029A52" w14:textId="77777777" w:rsidR="00F81D60" w:rsidRDefault="00000000">
            <w:pPr>
              <w:pStyle w:val="TableText"/>
              <w:spacing w:before="40" w:after="40"/>
            </w:pPr>
            <w:r>
              <w:t>[compilare]</w:t>
            </w:r>
          </w:p>
        </w:tc>
        <w:tc>
          <w:tcPr>
            <w:tcW w:w="3326" w:type="dxa"/>
            <w:vAlign w:val="center"/>
          </w:tcPr>
          <w:p w14:paraId="10E704D9" w14:textId="77777777" w:rsidR="00F81D60" w:rsidRDefault="00000000">
            <w:pPr>
              <w:pStyle w:val="TableText"/>
              <w:spacing w:before="40" w:after="40"/>
            </w:pPr>
            <w:r>
              <w:t>[compilare]</w:t>
            </w:r>
          </w:p>
        </w:tc>
      </w:tr>
    </w:tbl>
    <w:p w14:paraId="00BEBDC8" w14:textId="77777777" w:rsidR="00F81D60" w:rsidRDefault="00F81D60">
      <w:pPr>
        <w:spacing w:after="0"/>
      </w:pPr>
    </w:p>
    <w:p w14:paraId="30834254" w14:textId="77777777" w:rsidR="00F81D60" w:rsidRDefault="00000000">
      <w:r>
        <w:br w:type="page"/>
      </w:r>
    </w:p>
    <w:p w14:paraId="36944B7C" w14:textId="77777777" w:rsidR="00F81D60" w:rsidRDefault="00000000">
      <w:pPr>
        <w:pStyle w:val="Small"/>
      </w:pPr>
      <w:r>
        <w:rPr>
          <w:b/>
          <w:color w:val="006B70"/>
        </w:rPr>
        <w:t>ALLEGATO AZIENDALE  •  MOD-MM-08  •  parte 1</w:t>
      </w:r>
    </w:p>
    <w:p w14:paraId="7220B783" w14:textId="77777777" w:rsidR="00F81D60" w:rsidRDefault="00000000">
      <w:pPr>
        <w:pStyle w:val="Titolo1"/>
      </w:pPr>
      <w:bookmarkStart w:id="63" w:name="A08_1"/>
      <w:r>
        <w:t>A08 | Analisi delle barriere per sito e mansione</w:t>
      </w:r>
      <w:bookmarkEnd w:id="63"/>
    </w:p>
    <w:p w14:paraId="6C2D0E7A" w14:textId="77777777" w:rsidR="00F81D60" w:rsidRDefault="00000000">
      <w:pPr>
        <w:pStyle w:val="Reference"/>
      </w:pPr>
      <w:r>
        <w:t>Base documentale: [ISO] §§ 4, 5.2, 5.5 e allegato B.4. Le istruzioni operative e i moduli sono elaborazioni aziendali del modello [AZ].</w:t>
      </w:r>
    </w:p>
    <w:p w14:paraId="1791621F" w14:textId="77777777" w:rsidR="00F81D60" w:rsidRDefault="00000000">
      <w:r>
        <w:t>Classificazione: sistema. Analisi delle condizioni di lavoro; non scheda sanitaria del gruppo. Duplicare per mansione/sito/turno.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AE437D8" w14:textId="77777777">
        <w:trPr>
          <w:tblHeader/>
          <w:jc w:val="center"/>
        </w:trPr>
        <w:tc>
          <w:tcPr>
            <w:tcW w:w="2948" w:type="dxa"/>
            <w:shd w:val="clear" w:color="auto" w:fill="17324D"/>
            <w:vAlign w:val="center"/>
          </w:tcPr>
          <w:p w14:paraId="3F6E0638" w14:textId="77777777" w:rsidR="00F81D60" w:rsidRDefault="00000000">
            <w:pPr>
              <w:pStyle w:val="TableText"/>
              <w:spacing w:before="40" w:after="40"/>
            </w:pPr>
            <w:r>
              <w:rPr>
                <w:b/>
                <w:color w:val="FFFFFF"/>
              </w:rPr>
              <w:t>Campo</w:t>
            </w:r>
          </w:p>
        </w:tc>
        <w:tc>
          <w:tcPr>
            <w:tcW w:w="7030" w:type="dxa"/>
            <w:shd w:val="clear" w:color="auto" w:fill="17324D"/>
            <w:vAlign w:val="center"/>
          </w:tcPr>
          <w:p w14:paraId="7AF16CB4" w14:textId="77777777" w:rsidR="00F81D60" w:rsidRDefault="00000000">
            <w:pPr>
              <w:pStyle w:val="TableText"/>
              <w:spacing w:before="40" w:after="40"/>
            </w:pPr>
            <w:r>
              <w:rPr>
                <w:b/>
                <w:color w:val="FFFFFF"/>
              </w:rPr>
              <w:t>Compilazione / decisione aziendale</w:t>
            </w:r>
          </w:p>
        </w:tc>
      </w:tr>
      <w:tr w:rsidR="00F81D60" w14:paraId="4400D78B" w14:textId="77777777">
        <w:trPr>
          <w:cantSplit/>
          <w:jc w:val="center"/>
        </w:trPr>
        <w:tc>
          <w:tcPr>
            <w:tcW w:w="2948" w:type="dxa"/>
            <w:vAlign w:val="center"/>
          </w:tcPr>
          <w:p w14:paraId="403F1616" w14:textId="77777777" w:rsidR="00F81D60" w:rsidRDefault="00000000">
            <w:pPr>
              <w:pStyle w:val="TableText"/>
              <w:spacing w:before="40" w:after="40"/>
            </w:pPr>
            <w:r>
              <w:t>Perimetro e rilevatori</w:t>
            </w:r>
          </w:p>
        </w:tc>
        <w:tc>
          <w:tcPr>
            <w:tcW w:w="7030" w:type="dxa"/>
            <w:vAlign w:val="center"/>
          </w:tcPr>
          <w:p w14:paraId="4F3F21CF" w14:textId="77777777" w:rsidR="00F81D60" w:rsidRDefault="00000000">
            <w:pPr>
              <w:pStyle w:val="TableText"/>
              <w:spacing w:before="40" w:after="40"/>
            </w:pPr>
            <w:r>
              <w:t>Sito: [ ]  •  attività: [ ]  •  turni: [ ]  •  data: [ ]  •  funzioni: [ ]</w:t>
            </w:r>
          </w:p>
        </w:tc>
      </w:tr>
      <w:tr w:rsidR="00F81D60" w14:paraId="64748BB4" w14:textId="77777777">
        <w:trPr>
          <w:cantSplit/>
          <w:jc w:val="center"/>
        </w:trPr>
        <w:tc>
          <w:tcPr>
            <w:tcW w:w="2948" w:type="dxa"/>
            <w:shd w:val="clear" w:color="auto" w:fill="F5F7F9"/>
            <w:vAlign w:val="center"/>
          </w:tcPr>
          <w:p w14:paraId="6F59C510" w14:textId="77777777" w:rsidR="00F81D60" w:rsidRDefault="00000000">
            <w:pPr>
              <w:pStyle w:val="TableText"/>
              <w:spacing w:before="40" w:after="40"/>
            </w:pPr>
            <w:r>
              <w:t>Descrizione del lavoro reale</w:t>
            </w:r>
          </w:p>
        </w:tc>
        <w:tc>
          <w:tcPr>
            <w:tcW w:w="7030" w:type="dxa"/>
            <w:shd w:val="clear" w:color="auto" w:fill="F5F7F9"/>
            <w:vAlign w:val="center"/>
          </w:tcPr>
          <w:p w14:paraId="61E9E149" w14:textId="77777777" w:rsidR="00F81D60" w:rsidRDefault="00000000">
            <w:pPr>
              <w:pStyle w:val="TableText"/>
              <w:spacing w:before="40" w:after="40"/>
            </w:pPr>
            <w:r>
              <w:t>Compiti, attrezzature, posture, tempi e vincoli essenziali: [compilare]</w:t>
            </w:r>
          </w:p>
        </w:tc>
      </w:tr>
      <w:tr w:rsidR="00F81D60" w14:paraId="7651EC28" w14:textId="77777777">
        <w:trPr>
          <w:cantSplit/>
          <w:jc w:val="center"/>
        </w:trPr>
        <w:tc>
          <w:tcPr>
            <w:tcW w:w="2948" w:type="dxa"/>
            <w:vAlign w:val="center"/>
          </w:tcPr>
          <w:p w14:paraId="66205E97" w14:textId="77777777" w:rsidR="00F81D60" w:rsidRDefault="00000000">
            <w:pPr>
              <w:pStyle w:val="TableText"/>
              <w:spacing w:before="40" w:after="40"/>
            </w:pPr>
            <w:r>
              <w:t>Documenti esaminati</w:t>
            </w:r>
          </w:p>
        </w:tc>
        <w:tc>
          <w:tcPr>
            <w:tcW w:w="7030" w:type="dxa"/>
            <w:vAlign w:val="center"/>
          </w:tcPr>
          <w:p w14:paraId="02D9BDC5" w14:textId="77777777" w:rsidR="00F81D60" w:rsidRDefault="00000000">
            <w:pPr>
              <w:pStyle w:val="TableText"/>
              <w:spacing w:before="40" w:after="40"/>
            </w:pPr>
            <w:r>
              <w:t>DVR / istruzioni / turni / sopralluoghi / consultazione: [ ]</w:t>
            </w:r>
          </w:p>
        </w:tc>
      </w:tr>
    </w:tbl>
    <w:p w14:paraId="3FDDA03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402"/>
        <w:gridCol w:w="6575"/>
      </w:tblGrid>
      <w:tr w:rsidR="00F81D60" w14:paraId="3742D5ED" w14:textId="77777777">
        <w:trPr>
          <w:tblHeader/>
          <w:jc w:val="center"/>
        </w:trPr>
        <w:tc>
          <w:tcPr>
            <w:tcW w:w="3402" w:type="dxa"/>
            <w:shd w:val="clear" w:color="auto" w:fill="17324D"/>
            <w:vAlign w:val="center"/>
          </w:tcPr>
          <w:p w14:paraId="345814C1" w14:textId="77777777" w:rsidR="00F81D60" w:rsidRDefault="00000000">
            <w:pPr>
              <w:pStyle w:val="TableText"/>
              <w:spacing w:before="40" w:after="40"/>
            </w:pPr>
            <w:r>
              <w:rPr>
                <w:b/>
                <w:color w:val="FFFFFF"/>
              </w:rPr>
              <w:t>Ambito</w:t>
            </w:r>
          </w:p>
        </w:tc>
        <w:tc>
          <w:tcPr>
            <w:tcW w:w="6576" w:type="dxa"/>
            <w:shd w:val="clear" w:color="auto" w:fill="17324D"/>
            <w:vAlign w:val="center"/>
          </w:tcPr>
          <w:p w14:paraId="3221017D" w14:textId="77777777" w:rsidR="00F81D60" w:rsidRDefault="00000000">
            <w:pPr>
              <w:pStyle w:val="TableText"/>
              <w:spacing w:before="40" w:after="40"/>
            </w:pPr>
            <w:r>
              <w:rPr>
                <w:b/>
                <w:color w:val="FFFFFF"/>
              </w:rPr>
              <w:t>Situazione rilevata / barriera / misura esistente</w:t>
            </w:r>
          </w:p>
        </w:tc>
      </w:tr>
      <w:tr w:rsidR="00F81D60" w14:paraId="03CF8A35" w14:textId="77777777">
        <w:trPr>
          <w:cantSplit/>
          <w:trHeight w:val="539"/>
          <w:jc w:val="center"/>
        </w:trPr>
        <w:tc>
          <w:tcPr>
            <w:tcW w:w="3402" w:type="dxa"/>
            <w:vAlign w:val="center"/>
          </w:tcPr>
          <w:p w14:paraId="1A15C3CF" w14:textId="77777777" w:rsidR="00F81D60" w:rsidRDefault="00000000">
            <w:pPr>
              <w:pStyle w:val="TableText"/>
              <w:spacing w:before="40" w:after="40"/>
            </w:pPr>
            <w:r>
              <w:t>Servizi, acqua, prodotti, cambio</w:t>
            </w:r>
          </w:p>
        </w:tc>
        <w:tc>
          <w:tcPr>
            <w:tcW w:w="6576" w:type="dxa"/>
            <w:vAlign w:val="center"/>
          </w:tcPr>
          <w:p w14:paraId="5005A674" w14:textId="77777777" w:rsidR="00F81D60" w:rsidRDefault="00000000">
            <w:pPr>
              <w:pStyle w:val="TableText"/>
              <w:spacing w:before="40" w:after="40"/>
            </w:pPr>
            <w:r>
              <w:t>[compilare; includere apertura e accesso effettivo]</w:t>
            </w:r>
          </w:p>
        </w:tc>
      </w:tr>
      <w:tr w:rsidR="00F81D60" w14:paraId="14CCF61D" w14:textId="77777777">
        <w:trPr>
          <w:cantSplit/>
          <w:trHeight w:val="539"/>
          <w:jc w:val="center"/>
        </w:trPr>
        <w:tc>
          <w:tcPr>
            <w:tcW w:w="3402" w:type="dxa"/>
            <w:shd w:val="clear" w:color="auto" w:fill="F5F7F9"/>
            <w:vAlign w:val="center"/>
          </w:tcPr>
          <w:p w14:paraId="4BF5D378" w14:textId="77777777" w:rsidR="00F81D60" w:rsidRDefault="00000000">
            <w:pPr>
              <w:pStyle w:val="TableText"/>
              <w:spacing w:before="40" w:after="40"/>
            </w:pPr>
            <w:r>
              <w:t>Spazi di recupero e posture</w:t>
            </w:r>
          </w:p>
        </w:tc>
        <w:tc>
          <w:tcPr>
            <w:tcW w:w="6576" w:type="dxa"/>
            <w:shd w:val="clear" w:color="auto" w:fill="F5F7F9"/>
            <w:vAlign w:val="center"/>
          </w:tcPr>
          <w:p w14:paraId="30BE6F9F" w14:textId="77777777" w:rsidR="00F81D60" w:rsidRDefault="00000000">
            <w:pPr>
              <w:pStyle w:val="TableText"/>
              <w:spacing w:before="40" w:after="40"/>
            </w:pPr>
            <w:r>
              <w:t>[compilare]</w:t>
            </w:r>
          </w:p>
        </w:tc>
      </w:tr>
      <w:tr w:rsidR="00F81D60" w14:paraId="4FD8B238" w14:textId="77777777">
        <w:trPr>
          <w:cantSplit/>
          <w:trHeight w:val="539"/>
          <w:jc w:val="center"/>
        </w:trPr>
        <w:tc>
          <w:tcPr>
            <w:tcW w:w="3402" w:type="dxa"/>
            <w:vAlign w:val="center"/>
          </w:tcPr>
          <w:p w14:paraId="160A77BA" w14:textId="77777777" w:rsidR="00F81D60" w:rsidRDefault="00000000">
            <w:pPr>
              <w:pStyle w:val="TableText"/>
              <w:spacing w:before="40" w:after="40"/>
            </w:pPr>
            <w:r>
              <w:t>Microclima, luce, rumore, odori</w:t>
            </w:r>
          </w:p>
        </w:tc>
        <w:tc>
          <w:tcPr>
            <w:tcW w:w="6576" w:type="dxa"/>
            <w:vAlign w:val="center"/>
          </w:tcPr>
          <w:p w14:paraId="2A9FCF19" w14:textId="77777777" w:rsidR="00F81D60" w:rsidRDefault="00000000">
            <w:pPr>
              <w:pStyle w:val="TableText"/>
              <w:spacing w:before="40" w:after="40"/>
            </w:pPr>
            <w:r>
              <w:t>[compilare; rinvio a valutazioni tecniche]</w:t>
            </w:r>
          </w:p>
        </w:tc>
      </w:tr>
      <w:tr w:rsidR="00F81D60" w14:paraId="7CFE21A8" w14:textId="77777777">
        <w:trPr>
          <w:cantSplit/>
          <w:trHeight w:val="539"/>
          <w:jc w:val="center"/>
        </w:trPr>
        <w:tc>
          <w:tcPr>
            <w:tcW w:w="3402" w:type="dxa"/>
            <w:shd w:val="clear" w:color="auto" w:fill="F5F7F9"/>
            <w:vAlign w:val="center"/>
          </w:tcPr>
          <w:p w14:paraId="4739FAC4" w14:textId="77777777" w:rsidR="00F81D60" w:rsidRDefault="00000000">
            <w:pPr>
              <w:pStyle w:val="TableText"/>
              <w:spacing w:before="40" w:after="40"/>
            </w:pPr>
            <w:r>
              <w:t>Uniformi, DPI e attrezzature</w:t>
            </w:r>
          </w:p>
        </w:tc>
        <w:tc>
          <w:tcPr>
            <w:tcW w:w="6576" w:type="dxa"/>
            <w:shd w:val="clear" w:color="auto" w:fill="F5F7F9"/>
            <w:vAlign w:val="center"/>
          </w:tcPr>
          <w:p w14:paraId="165604AD" w14:textId="77777777" w:rsidR="00F81D60" w:rsidRDefault="00000000">
            <w:pPr>
              <w:pStyle w:val="TableText"/>
              <w:spacing w:before="40" w:after="40"/>
            </w:pPr>
            <w:r>
              <w:t>[compilare]</w:t>
            </w:r>
          </w:p>
        </w:tc>
      </w:tr>
      <w:tr w:rsidR="00F81D60" w14:paraId="367D3D51" w14:textId="77777777">
        <w:trPr>
          <w:cantSplit/>
          <w:trHeight w:val="539"/>
          <w:jc w:val="center"/>
        </w:trPr>
        <w:tc>
          <w:tcPr>
            <w:tcW w:w="3402" w:type="dxa"/>
            <w:vAlign w:val="center"/>
          </w:tcPr>
          <w:p w14:paraId="3C5E2ECE" w14:textId="77777777" w:rsidR="00F81D60" w:rsidRDefault="00000000">
            <w:pPr>
              <w:pStyle w:val="TableText"/>
              <w:spacing w:before="40" w:after="40"/>
            </w:pPr>
            <w:r>
              <w:t>Pause, turni e sostituzioni</w:t>
            </w:r>
          </w:p>
        </w:tc>
        <w:tc>
          <w:tcPr>
            <w:tcW w:w="6576" w:type="dxa"/>
            <w:vAlign w:val="center"/>
          </w:tcPr>
          <w:p w14:paraId="04366995" w14:textId="77777777" w:rsidR="00F81D60" w:rsidRDefault="00000000">
            <w:pPr>
              <w:pStyle w:val="TableText"/>
              <w:spacing w:before="40" w:after="40"/>
            </w:pPr>
            <w:r>
              <w:t>[compilare]</w:t>
            </w:r>
          </w:p>
        </w:tc>
      </w:tr>
      <w:tr w:rsidR="00F81D60" w14:paraId="18B30FD9" w14:textId="77777777">
        <w:trPr>
          <w:cantSplit/>
          <w:trHeight w:val="539"/>
          <w:jc w:val="center"/>
        </w:trPr>
        <w:tc>
          <w:tcPr>
            <w:tcW w:w="3402" w:type="dxa"/>
            <w:shd w:val="clear" w:color="auto" w:fill="F5F7F9"/>
            <w:vAlign w:val="center"/>
          </w:tcPr>
          <w:p w14:paraId="7DA60B23" w14:textId="77777777" w:rsidR="00F81D60" w:rsidRDefault="00000000">
            <w:pPr>
              <w:pStyle w:val="TableText"/>
              <w:spacing w:before="40" w:after="40"/>
            </w:pPr>
            <w:r>
              <w:t>Richieste, autonomia e ruolo</w:t>
            </w:r>
          </w:p>
        </w:tc>
        <w:tc>
          <w:tcPr>
            <w:tcW w:w="6576" w:type="dxa"/>
            <w:shd w:val="clear" w:color="auto" w:fill="F5F7F9"/>
            <w:vAlign w:val="center"/>
          </w:tcPr>
          <w:p w14:paraId="66063F30" w14:textId="77777777" w:rsidR="00F81D60" w:rsidRDefault="00000000">
            <w:pPr>
              <w:pStyle w:val="TableText"/>
              <w:spacing w:before="40" w:after="40"/>
            </w:pPr>
            <w:r>
              <w:t>[compilare]</w:t>
            </w:r>
          </w:p>
        </w:tc>
      </w:tr>
      <w:tr w:rsidR="00F81D60" w14:paraId="19E4B5D4" w14:textId="77777777">
        <w:trPr>
          <w:cantSplit/>
          <w:trHeight w:val="539"/>
          <w:jc w:val="center"/>
        </w:trPr>
        <w:tc>
          <w:tcPr>
            <w:tcW w:w="3402" w:type="dxa"/>
            <w:vAlign w:val="center"/>
          </w:tcPr>
          <w:p w14:paraId="2873B187" w14:textId="77777777" w:rsidR="00F81D60" w:rsidRDefault="00000000">
            <w:pPr>
              <w:pStyle w:val="TableText"/>
              <w:spacing w:before="40" w:after="40"/>
            </w:pPr>
            <w:r>
              <w:t>Supporto, relazioni e cambiamento</w:t>
            </w:r>
          </w:p>
        </w:tc>
        <w:tc>
          <w:tcPr>
            <w:tcW w:w="6576" w:type="dxa"/>
            <w:vAlign w:val="center"/>
          </w:tcPr>
          <w:p w14:paraId="796E5CA2" w14:textId="77777777" w:rsidR="00F81D60" w:rsidRDefault="00000000">
            <w:pPr>
              <w:pStyle w:val="TableText"/>
              <w:spacing w:before="40" w:after="40"/>
            </w:pPr>
            <w:r>
              <w:t>[compilare]</w:t>
            </w:r>
          </w:p>
        </w:tc>
      </w:tr>
      <w:tr w:rsidR="00F81D60" w14:paraId="3A194287" w14:textId="77777777">
        <w:trPr>
          <w:cantSplit/>
          <w:trHeight w:val="539"/>
          <w:jc w:val="center"/>
        </w:trPr>
        <w:tc>
          <w:tcPr>
            <w:tcW w:w="3402" w:type="dxa"/>
            <w:shd w:val="clear" w:color="auto" w:fill="F5F7F9"/>
            <w:vAlign w:val="center"/>
          </w:tcPr>
          <w:p w14:paraId="76204CF8" w14:textId="77777777" w:rsidR="00F81D60" w:rsidRDefault="00000000">
            <w:pPr>
              <w:pStyle w:val="TableText"/>
              <w:spacing w:before="40" w:after="40"/>
            </w:pPr>
            <w:r>
              <w:t>Remoto, esterno, appalti e accessibilità</w:t>
            </w:r>
          </w:p>
        </w:tc>
        <w:tc>
          <w:tcPr>
            <w:tcW w:w="6576" w:type="dxa"/>
            <w:shd w:val="clear" w:color="auto" w:fill="F5F7F9"/>
            <w:vAlign w:val="center"/>
          </w:tcPr>
          <w:p w14:paraId="5035C6D2" w14:textId="77777777" w:rsidR="00F81D60" w:rsidRDefault="00000000">
            <w:pPr>
              <w:pStyle w:val="TableText"/>
              <w:spacing w:before="40" w:after="40"/>
            </w:pPr>
            <w:r>
              <w:t>[compilare]</w:t>
            </w:r>
          </w:p>
        </w:tc>
      </w:tr>
    </w:tbl>
    <w:p w14:paraId="7619FF85"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87CBC52" w14:textId="77777777">
        <w:trPr>
          <w:tblHeader/>
          <w:jc w:val="center"/>
        </w:trPr>
        <w:tc>
          <w:tcPr>
            <w:tcW w:w="2948" w:type="dxa"/>
            <w:shd w:val="clear" w:color="auto" w:fill="17324D"/>
            <w:vAlign w:val="center"/>
          </w:tcPr>
          <w:p w14:paraId="5E6C8049" w14:textId="77777777" w:rsidR="00F81D60" w:rsidRDefault="00000000">
            <w:pPr>
              <w:pStyle w:val="TableText"/>
              <w:spacing w:before="40" w:after="40"/>
            </w:pPr>
            <w:r>
              <w:rPr>
                <w:b/>
                <w:color w:val="FFFFFF"/>
              </w:rPr>
              <w:t>Campo</w:t>
            </w:r>
          </w:p>
        </w:tc>
        <w:tc>
          <w:tcPr>
            <w:tcW w:w="7030" w:type="dxa"/>
            <w:shd w:val="clear" w:color="auto" w:fill="17324D"/>
            <w:vAlign w:val="center"/>
          </w:tcPr>
          <w:p w14:paraId="03824AD0" w14:textId="77777777" w:rsidR="00F81D60" w:rsidRDefault="00000000">
            <w:pPr>
              <w:pStyle w:val="TableText"/>
              <w:spacing w:before="40" w:after="40"/>
            </w:pPr>
            <w:r>
              <w:rPr>
                <w:b/>
                <w:color w:val="FFFFFF"/>
              </w:rPr>
              <w:t>Compilazione / decisione aziendale</w:t>
            </w:r>
          </w:p>
        </w:tc>
      </w:tr>
      <w:tr w:rsidR="00F81D60" w14:paraId="2AE31406" w14:textId="77777777">
        <w:trPr>
          <w:cantSplit/>
          <w:jc w:val="center"/>
        </w:trPr>
        <w:tc>
          <w:tcPr>
            <w:tcW w:w="2948" w:type="dxa"/>
            <w:vAlign w:val="center"/>
          </w:tcPr>
          <w:p w14:paraId="24515674" w14:textId="77777777" w:rsidR="00F81D60" w:rsidRDefault="00000000">
            <w:pPr>
              <w:pStyle w:val="TableText"/>
              <w:spacing w:before="40" w:after="40"/>
            </w:pPr>
            <w:r>
              <w:t>Priorità e presidi immediati</w:t>
            </w:r>
          </w:p>
        </w:tc>
        <w:tc>
          <w:tcPr>
            <w:tcW w:w="7030" w:type="dxa"/>
            <w:vAlign w:val="center"/>
          </w:tcPr>
          <w:p w14:paraId="5F6E709D" w14:textId="77777777" w:rsidR="00F81D60" w:rsidRDefault="00000000">
            <w:pPr>
              <w:pStyle w:val="TableText"/>
              <w:spacing w:before="40" w:after="40"/>
            </w:pPr>
            <w:r>
              <w:t>[descrivere; non attribuire punteggi clinici]</w:t>
            </w:r>
          </w:p>
        </w:tc>
      </w:tr>
      <w:tr w:rsidR="00F81D60" w14:paraId="04F0B87F" w14:textId="77777777">
        <w:trPr>
          <w:cantSplit/>
          <w:jc w:val="center"/>
        </w:trPr>
        <w:tc>
          <w:tcPr>
            <w:tcW w:w="2948" w:type="dxa"/>
            <w:shd w:val="clear" w:color="auto" w:fill="F5F7F9"/>
            <w:vAlign w:val="center"/>
          </w:tcPr>
          <w:p w14:paraId="6483ED9D" w14:textId="77777777" w:rsidR="00F81D60" w:rsidRDefault="00000000">
            <w:pPr>
              <w:pStyle w:val="TableText"/>
              <w:spacing w:before="40" w:after="40"/>
            </w:pPr>
            <w:r>
              <w:t>Approfondimenti / DVR</w:t>
            </w:r>
          </w:p>
        </w:tc>
        <w:tc>
          <w:tcPr>
            <w:tcW w:w="7030" w:type="dxa"/>
            <w:shd w:val="clear" w:color="auto" w:fill="F5F7F9"/>
            <w:vAlign w:val="center"/>
          </w:tcPr>
          <w:p w14:paraId="343F8C28" w14:textId="77777777" w:rsidR="00F81D60" w:rsidRDefault="00000000">
            <w:pPr>
              <w:pStyle w:val="TableText"/>
              <w:spacing w:before="40" w:after="40"/>
            </w:pPr>
            <w:r>
              <w:t>Valutazione specialistica o aggiornamento da attivare: [ ]</w:t>
            </w:r>
          </w:p>
        </w:tc>
      </w:tr>
      <w:tr w:rsidR="00F81D60" w14:paraId="4F7D349B" w14:textId="77777777">
        <w:trPr>
          <w:cantSplit/>
          <w:jc w:val="center"/>
        </w:trPr>
        <w:tc>
          <w:tcPr>
            <w:tcW w:w="2948" w:type="dxa"/>
            <w:vAlign w:val="center"/>
          </w:tcPr>
          <w:p w14:paraId="21E28B13" w14:textId="77777777" w:rsidR="00F81D60" w:rsidRDefault="00000000">
            <w:pPr>
              <w:pStyle w:val="TableText"/>
              <w:spacing w:before="40" w:after="40"/>
            </w:pPr>
            <w:r>
              <w:t>Collegamenti</w:t>
            </w:r>
          </w:p>
        </w:tc>
        <w:tc>
          <w:tcPr>
            <w:tcW w:w="7030" w:type="dxa"/>
            <w:vAlign w:val="center"/>
          </w:tcPr>
          <w:p w14:paraId="0AFE0E74" w14:textId="77777777" w:rsidR="00F81D60" w:rsidRDefault="00000000">
            <w:pPr>
              <w:pStyle w:val="TableText"/>
              <w:spacing w:before="40" w:after="40"/>
            </w:pPr>
            <w:r>
              <w:t>ID MM-xxx: [ ]  •  azioni A17: [ ]  •  consultazione A05: [ ]</w:t>
            </w:r>
          </w:p>
        </w:tc>
      </w:tr>
    </w:tbl>
    <w:p w14:paraId="11580E8E"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1398BB0E" w14:textId="77777777">
        <w:trPr>
          <w:tblHeader/>
          <w:jc w:val="center"/>
        </w:trPr>
        <w:tc>
          <w:tcPr>
            <w:tcW w:w="3326" w:type="dxa"/>
            <w:shd w:val="clear" w:color="auto" w:fill="17324D"/>
            <w:vAlign w:val="center"/>
          </w:tcPr>
          <w:p w14:paraId="7A3314CE" w14:textId="77777777" w:rsidR="00F81D60" w:rsidRDefault="00000000">
            <w:pPr>
              <w:pStyle w:val="TableText"/>
              <w:spacing w:before="40" w:after="40"/>
            </w:pPr>
            <w:r>
              <w:rPr>
                <w:b/>
                <w:color w:val="FFFFFF"/>
              </w:rPr>
              <w:t>Responsabile analisi</w:t>
            </w:r>
          </w:p>
        </w:tc>
        <w:tc>
          <w:tcPr>
            <w:tcW w:w="3326" w:type="dxa"/>
            <w:shd w:val="clear" w:color="auto" w:fill="17324D"/>
            <w:vAlign w:val="center"/>
          </w:tcPr>
          <w:p w14:paraId="14B21E05" w14:textId="77777777" w:rsidR="00F81D60" w:rsidRDefault="00000000">
            <w:pPr>
              <w:pStyle w:val="TableText"/>
              <w:spacing w:before="40" w:after="40"/>
            </w:pPr>
            <w:r>
              <w:rPr>
                <w:b/>
                <w:color w:val="FFFFFF"/>
              </w:rPr>
              <w:t>Funzioni consultate</w:t>
            </w:r>
          </w:p>
        </w:tc>
        <w:tc>
          <w:tcPr>
            <w:tcW w:w="3326" w:type="dxa"/>
            <w:shd w:val="clear" w:color="auto" w:fill="17324D"/>
            <w:vAlign w:val="center"/>
          </w:tcPr>
          <w:p w14:paraId="103670F9" w14:textId="77777777" w:rsidR="00F81D60" w:rsidRDefault="00000000">
            <w:pPr>
              <w:pStyle w:val="TableText"/>
              <w:spacing w:before="40" w:after="40"/>
            </w:pPr>
            <w:r>
              <w:rPr>
                <w:b/>
                <w:color w:val="FFFFFF"/>
              </w:rPr>
              <w:t>Data</w:t>
            </w:r>
          </w:p>
        </w:tc>
      </w:tr>
      <w:tr w:rsidR="00F81D60" w14:paraId="637449DF" w14:textId="77777777">
        <w:trPr>
          <w:cantSplit/>
          <w:trHeight w:val="454"/>
          <w:jc w:val="center"/>
        </w:trPr>
        <w:tc>
          <w:tcPr>
            <w:tcW w:w="3326" w:type="dxa"/>
            <w:vAlign w:val="center"/>
          </w:tcPr>
          <w:p w14:paraId="654CBD35" w14:textId="77777777" w:rsidR="00F81D60" w:rsidRDefault="00000000">
            <w:pPr>
              <w:pStyle w:val="TableText"/>
              <w:spacing w:before="40" w:after="40"/>
            </w:pPr>
            <w:r>
              <w:t>[compilare]</w:t>
            </w:r>
          </w:p>
        </w:tc>
        <w:tc>
          <w:tcPr>
            <w:tcW w:w="3326" w:type="dxa"/>
            <w:vAlign w:val="center"/>
          </w:tcPr>
          <w:p w14:paraId="4C039224" w14:textId="77777777" w:rsidR="00F81D60" w:rsidRDefault="00000000">
            <w:pPr>
              <w:pStyle w:val="TableText"/>
              <w:spacing w:before="40" w:after="40"/>
            </w:pPr>
            <w:r>
              <w:t>[compilare]</w:t>
            </w:r>
          </w:p>
        </w:tc>
        <w:tc>
          <w:tcPr>
            <w:tcW w:w="3326" w:type="dxa"/>
            <w:vAlign w:val="center"/>
          </w:tcPr>
          <w:p w14:paraId="400A3A88" w14:textId="77777777" w:rsidR="00F81D60" w:rsidRDefault="00000000">
            <w:pPr>
              <w:pStyle w:val="TableText"/>
              <w:spacing w:before="40" w:after="40"/>
            </w:pPr>
            <w:r>
              <w:t>[compilare]</w:t>
            </w:r>
          </w:p>
        </w:tc>
      </w:tr>
    </w:tbl>
    <w:p w14:paraId="7F42E160" w14:textId="77777777" w:rsidR="00F81D60" w:rsidRDefault="00F81D60">
      <w:pPr>
        <w:spacing w:after="0"/>
      </w:pPr>
    </w:p>
    <w:p w14:paraId="43CD1942" w14:textId="77777777" w:rsidR="00F81D60" w:rsidRDefault="00000000">
      <w:r>
        <w:br w:type="page"/>
      </w:r>
    </w:p>
    <w:p w14:paraId="2E4EDCB5" w14:textId="77777777" w:rsidR="00F81D60" w:rsidRDefault="00000000">
      <w:pPr>
        <w:pStyle w:val="Small"/>
      </w:pPr>
      <w:r>
        <w:rPr>
          <w:b/>
          <w:color w:val="006B70"/>
        </w:rPr>
        <w:t>ALLEGATO AZIENDALE  •  MOD-MM-08  •  parte 2</w:t>
      </w:r>
    </w:p>
    <w:p w14:paraId="2275DC87" w14:textId="77777777" w:rsidR="00F81D60" w:rsidRDefault="00000000">
      <w:pPr>
        <w:pStyle w:val="Titolo1"/>
      </w:pPr>
      <w:bookmarkStart w:id="64" w:name="A08_2"/>
      <w:r>
        <w:t>A08 | Scheda tecnica della singola barriera</w:t>
      </w:r>
      <w:bookmarkEnd w:id="64"/>
    </w:p>
    <w:p w14:paraId="1E99F98B" w14:textId="77777777" w:rsidR="00F81D60" w:rsidRDefault="00000000">
      <w:pPr>
        <w:pStyle w:val="Reference"/>
      </w:pPr>
      <w:r>
        <w:t>Base documentale: [ISO] allegato B.4; [AZ] schema di analisi. Le istruzioni operative e i moduli sono elaborazioni aziendali del modello [AZ].</w:t>
      </w:r>
    </w:p>
    <w:p w14:paraId="1406FC73" w14:textId="77777777" w:rsidR="00F81D60" w:rsidRDefault="00000000">
      <w:r>
        <w:t>Usare per una barriera o modifica generale. Per un caso individuale usare A11 nel circuito riservato, senza trasferirlo qui.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6178332" w14:textId="77777777">
        <w:trPr>
          <w:tblHeader/>
          <w:jc w:val="center"/>
        </w:trPr>
        <w:tc>
          <w:tcPr>
            <w:tcW w:w="2948" w:type="dxa"/>
            <w:shd w:val="clear" w:color="auto" w:fill="17324D"/>
            <w:vAlign w:val="center"/>
          </w:tcPr>
          <w:p w14:paraId="6B0F8F08" w14:textId="77777777" w:rsidR="00F81D60" w:rsidRDefault="00000000">
            <w:pPr>
              <w:pStyle w:val="TableText"/>
              <w:spacing w:before="40" w:after="40"/>
            </w:pPr>
            <w:r>
              <w:rPr>
                <w:b/>
                <w:color w:val="FFFFFF"/>
              </w:rPr>
              <w:t>Campo</w:t>
            </w:r>
          </w:p>
        </w:tc>
        <w:tc>
          <w:tcPr>
            <w:tcW w:w="7030" w:type="dxa"/>
            <w:shd w:val="clear" w:color="auto" w:fill="17324D"/>
            <w:vAlign w:val="center"/>
          </w:tcPr>
          <w:p w14:paraId="4EEF1C24" w14:textId="77777777" w:rsidR="00F81D60" w:rsidRDefault="00000000">
            <w:pPr>
              <w:pStyle w:val="TableText"/>
              <w:spacing w:before="40" w:after="40"/>
            </w:pPr>
            <w:r>
              <w:rPr>
                <w:b/>
                <w:color w:val="FFFFFF"/>
              </w:rPr>
              <w:t>Compilazione / decisione aziendale</w:t>
            </w:r>
          </w:p>
        </w:tc>
      </w:tr>
      <w:tr w:rsidR="00F81D60" w14:paraId="50706BE3" w14:textId="77777777">
        <w:trPr>
          <w:cantSplit/>
          <w:jc w:val="center"/>
        </w:trPr>
        <w:tc>
          <w:tcPr>
            <w:tcW w:w="2948" w:type="dxa"/>
            <w:vAlign w:val="center"/>
          </w:tcPr>
          <w:p w14:paraId="0F10E125" w14:textId="77777777" w:rsidR="00F81D60" w:rsidRDefault="00000000">
            <w:pPr>
              <w:pStyle w:val="TableText"/>
              <w:spacing w:before="40" w:after="40"/>
            </w:pPr>
            <w:r>
              <w:t>Barriera / codice</w:t>
            </w:r>
          </w:p>
        </w:tc>
        <w:tc>
          <w:tcPr>
            <w:tcW w:w="7030" w:type="dxa"/>
            <w:vAlign w:val="center"/>
          </w:tcPr>
          <w:p w14:paraId="159A02F7" w14:textId="77777777" w:rsidR="00F81D60" w:rsidRDefault="00000000">
            <w:pPr>
              <w:pStyle w:val="TableText"/>
              <w:spacing w:before="40" w:after="40"/>
            </w:pPr>
            <w:r>
              <w:t>Codice BAR-[ ]  •  sito/compito: [ ]  •  ID audit: [ ]</w:t>
            </w:r>
          </w:p>
        </w:tc>
      </w:tr>
      <w:tr w:rsidR="00F81D60" w14:paraId="21559B3E" w14:textId="77777777">
        <w:trPr>
          <w:cantSplit/>
          <w:jc w:val="center"/>
        </w:trPr>
        <w:tc>
          <w:tcPr>
            <w:tcW w:w="2948" w:type="dxa"/>
            <w:shd w:val="clear" w:color="auto" w:fill="F5F7F9"/>
            <w:vAlign w:val="center"/>
          </w:tcPr>
          <w:p w14:paraId="03E7B91D" w14:textId="77777777" w:rsidR="00F81D60" w:rsidRDefault="00000000">
            <w:pPr>
              <w:pStyle w:val="TableText"/>
              <w:spacing w:before="40" w:after="40"/>
            </w:pPr>
            <w:r>
              <w:t>Condizione osservata</w:t>
            </w:r>
          </w:p>
        </w:tc>
        <w:tc>
          <w:tcPr>
            <w:tcW w:w="7030" w:type="dxa"/>
            <w:shd w:val="clear" w:color="auto" w:fill="F5F7F9"/>
            <w:vAlign w:val="center"/>
          </w:tcPr>
          <w:p w14:paraId="6BB5323F" w14:textId="77777777" w:rsidR="00F81D60" w:rsidRDefault="00000000">
            <w:pPr>
              <w:pStyle w:val="TableText"/>
              <w:spacing w:before="40" w:after="40"/>
            </w:pPr>
            <w:r>
              <w:t>[descrizione concreta; quando e dove si presenta]</w:t>
            </w:r>
            <w:r>
              <w:br/>
            </w:r>
            <w:r>
              <w:br/>
              <w:t>[spazio]</w:t>
            </w:r>
          </w:p>
        </w:tc>
      </w:tr>
      <w:tr w:rsidR="00F81D60" w14:paraId="3AD74559" w14:textId="77777777">
        <w:trPr>
          <w:cantSplit/>
          <w:jc w:val="center"/>
        </w:trPr>
        <w:tc>
          <w:tcPr>
            <w:tcW w:w="2948" w:type="dxa"/>
            <w:vAlign w:val="center"/>
          </w:tcPr>
          <w:p w14:paraId="6C3152D7" w14:textId="77777777" w:rsidR="00F81D60" w:rsidRDefault="00000000">
            <w:pPr>
              <w:pStyle w:val="TableText"/>
              <w:spacing w:before="40" w:after="40"/>
            </w:pPr>
            <w:r>
              <w:t>Pericoli e controlli esistenti</w:t>
            </w:r>
          </w:p>
        </w:tc>
        <w:tc>
          <w:tcPr>
            <w:tcW w:w="7030" w:type="dxa"/>
            <w:vAlign w:val="center"/>
          </w:tcPr>
          <w:p w14:paraId="3B440096" w14:textId="77777777" w:rsidR="00F81D60" w:rsidRDefault="00000000">
            <w:pPr>
              <w:pStyle w:val="TableText"/>
              <w:spacing w:before="40" w:after="40"/>
            </w:pPr>
            <w:r>
              <w:t>[riferimenti e limiti da rispettare]</w:t>
            </w:r>
            <w:r>
              <w:br/>
            </w:r>
            <w:r>
              <w:br/>
              <w:t>[spazio]</w:t>
            </w:r>
          </w:p>
        </w:tc>
      </w:tr>
      <w:tr w:rsidR="00F81D60" w14:paraId="20B4A0C9" w14:textId="77777777">
        <w:trPr>
          <w:cantSplit/>
          <w:jc w:val="center"/>
        </w:trPr>
        <w:tc>
          <w:tcPr>
            <w:tcW w:w="2948" w:type="dxa"/>
            <w:shd w:val="clear" w:color="auto" w:fill="F5F7F9"/>
            <w:vAlign w:val="center"/>
          </w:tcPr>
          <w:p w14:paraId="6F8C2C6A" w14:textId="77777777" w:rsidR="00F81D60" w:rsidRDefault="00000000">
            <w:pPr>
              <w:pStyle w:val="TableText"/>
              <w:spacing w:before="40" w:after="40"/>
            </w:pPr>
            <w:r>
              <w:t>Interazione con esigenze lavorative</w:t>
            </w:r>
          </w:p>
        </w:tc>
        <w:tc>
          <w:tcPr>
            <w:tcW w:w="7030" w:type="dxa"/>
            <w:shd w:val="clear" w:color="auto" w:fill="F5F7F9"/>
            <w:vAlign w:val="center"/>
          </w:tcPr>
          <w:p w14:paraId="6F90CA7A" w14:textId="77777777" w:rsidR="00F81D60" w:rsidRDefault="00000000">
            <w:pPr>
              <w:pStyle w:val="TableText"/>
              <w:spacing w:before="40" w:after="40"/>
            </w:pPr>
            <w:r>
              <w:t>[come la condizione ostacola accesso, recupero, comfort o sicurezza; niente diagnosi]</w:t>
            </w:r>
            <w:r>
              <w:br/>
            </w:r>
            <w:r>
              <w:br/>
              <w:t>[spazio]</w:t>
            </w:r>
          </w:p>
        </w:tc>
      </w:tr>
    </w:tbl>
    <w:p w14:paraId="4C88F93D"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35"/>
        <w:gridCol w:w="2834"/>
        <w:gridCol w:w="4308"/>
      </w:tblGrid>
      <w:tr w:rsidR="00F81D60" w14:paraId="019F1898" w14:textId="77777777">
        <w:trPr>
          <w:tblHeader/>
          <w:jc w:val="center"/>
        </w:trPr>
        <w:tc>
          <w:tcPr>
            <w:tcW w:w="2835" w:type="dxa"/>
            <w:shd w:val="clear" w:color="auto" w:fill="17324D"/>
            <w:vAlign w:val="center"/>
          </w:tcPr>
          <w:p w14:paraId="3DCE782B" w14:textId="77777777" w:rsidR="00F81D60" w:rsidRDefault="00000000">
            <w:pPr>
              <w:pStyle w:val="TableText"/>
              <w:spacing w:before="40" w:after="40"/>
            </w:pPr>
            <w:r>
              <w:rPr>
                <w:b/>
                <w:color w:val="FFFFFF"/>
              </w:rPr>
              <w:t>Alternativa</w:t>
            </w:r>
          </w:p>
        </w:tc>
        <w:tc>
          <w:tcPr>
            <w:tcW w:w="2835" w:type="dxa"/>
            <w:shd w:val="clear" w:color="auto" w:fill="17324D"/>
            <w:vAlign w:val="center"/>
          </w:tcPr>
          <w:p w14:paraId="34E4EFC0" w14:textId="77777777" w:rsidR="00F81D60" w:rsidRDefault="00000000">
            <w:pPr>
              <w:pStyle w:val="TableText"/>
              <w:spacing w:before="40" w:after="40"/>
            </w:pPr>
            <w:r>
              <w:rPr>
                <w:b/>
                <w:color w:val="FFFFFF"/>
              </w:rPr>
              <w:t>Beneficio atteso</w:t>
            </w:r>
          </w:p>
        </w:tc>
        <w:tc>
          <w:tcPr>
            <w:tcW w:w="4309" w:type="dxa"/>
            <w:shd w:val="clear" w:color="auto" w:fill="17324D"/>
            <w:vAlign w:val="center"/>
          </w:tcPr>
          <w:p w14:paraId="4DCE6254" w14:textId="77777777" w:rsidR="00F81D60" w:rsidRDefault="00000000">
            <w:pPr>
              <w:pStyle w:val="TableText"/>
              <w:spacing w:before="40" w:after="40"/>
            </w:pPr>
            <w:r>
              <w:rPr>
                <w:b/>
                <w:color w:val="FFFFFF"/>
              </w:rPr>
              <w:t>Rischi / vincoli / verifiche</w:t>
            </w:r>
          </w:p>
        </w:tc>
      </w:tr>
      <w:tr w:rsidR="00F81D60" w14:paraId="5E4E0450" w14:textId="77777777">
        <w:trPr>
          <w:cantSplit/>
          <w:trHeight w:val="624"/>
          <w:jc w:val="center"/>
        </w:trPr>
        <w:tc>
          <w:tcPr>
            <w:tcW w:w="2835" w:type="dxa"/>
            <w:vAlign w:val="center"/>
          </w:tcPr>
          <w:p w14:paraId="4F7F3E28" w14:textId="77777777" w:rsidR="00F81D60" w:rsidRDefault="00000000">
            <w:pPr>
              <w:pStyle w:val="TableText"/>
              <w:spacing w:before="40" w:after="40"/>
            </w:pPr>
            <w:r>
              <w:t>Misura generale: [ ]</w:t>
            </w:r>
          </w:p>
        </w:tc>
        <w:tc>
          <w:tcPr>
            <w:tcW w:w="2835" w:type="dxa"/>
            <w:vAlign w:val="center"/>
          </w:tcPr>
          <w:p w14:paraId="5F80748C" w14:textId="77777777" w:rsidR="00F81D60" w:rsidRDefault="00000000">
            <w:pPr>
              <w:pStyle w:val="TableText"/>
              <w:spacing w:before="40" w:after="40"/>
            </w:pPr>
            <w:r>
              <w:t>[compilare]</w:t>
            </w:r>
          </w:p>
        </w:tc>
        <w:tc>
          <w:tcPr>
            <w:tcW w:w="4309" w:type="dxa"/>
            <w:vAlign w:val="center"/>
          </w:tcPr>
          <w:p w14:paraId="5E04195E" w14:textId="77777777" w:rsidR="00F81D60" w:rsidRDefault="00000000">
            <w:pPr>
              <w:pStyle w:val="TableText"/>
              <w:spacing w:before="40" w:after="40"/>
            </w:pPr>
            <w:r>
              <w:t>[compilare]</w:t>
            </w:r>
          </w:p>
        </w:tc>
      </w:tr>
      <w:tr w:rsidR="00F81D60" w14:paraId="1C8099EE" w14:textId="77777777">
        <w:trPr>
          <w:cantSplit/>
          <w:trHeight w:val="624"/>
          <w:jc w:val="center"/>
        </w:trPr>
        <w:tc>
          <w:tcPr>
            <w:tcW w:w="2835" w:type="dxa"/>
            <w:shd w:val="clear" w:color="auto" w:fill="F5F7F9"/>
            <w:vAlign w:val="center"/>
          </w:tcPr>
          <w:p w14:paraId="720850BE" w14:textId="77777777" w:rsidR="00F81D60" w:rsidRDefault="00000000">
            <w:pPr>
              <w:pStyle w:val="TableText"/>
              <w:spacing w:before="40" w:after="40"/>
            </w:pPr>
            <w:r>
              <w:t>Modifica organizzativa: [ ]</w:t>
            </w:r>
          </w:p>
        </w:tc>
        <w:tc>
          <w:tcPr>
            <w:tcW w:w="2835" w:type="dxa"/>
            <w:shd w:val="clear" w:color="auto" w:fill="F5F7F9"/>
            <w:vAlign w:val="center"/>
          </w:tcPr>
          <w:p w14:paraId="440E8781" w14:textId="77777777" w:rsidR="00F81D60" w:rsidRDefault="00000000">
            <w:pPr>
              <w:pStyle w:val="TableText"/>
              <w:spacing w:before="40" w:after="40"/>
            </w:pPr>
            <w:r>
              <w:t>[compilare]</w:t>
            </w:r>
          </w:p>
        </w:tc>
        <w:tc>
          <w:tcPr>
            <w:tcW w:w="4309" w:type="dxa"/>
            <w:shd w:val="clear" w:color="auto" w:fill="F5F7F9"/>
            <w:vAlign w:val="center"/>
          </w:tcPr>
          <w:p w14:paraId="7C712AB7" w14:textId="77777777" w:rsidR="00F81D60" w:rsidRDefault="00000000">
            <w:pPr>
              <w:pStyle w:val="TableText"/>
              <w:spacing w:before="40" w:after="40"/>
            </w:pPr>
            <w:r>
              <w:t>[compilare]</w:t>
            </w:r>
          </w:p>
        </w:tc>
      </w:tr>
      <w:tr w:rsidR="00F81D60" w14:paraId="1B9AEBC4" w14:textId="77777777">
        <w:trPr>
          <w:cantSplit/>
          <w:trHeight w:val="624"/>
          <w:jc w:val="center"/>
        </w:trPr>
        <w:tc>
          <w:tcPr>
            <w:tcW w:w="2835" w:type="dxa"/>
            <w:vAlign w:val="center"/>
          </w:tcPr>
          <w:p w14:paraId="0C9E0539" w14:textId="77777777" w:rsidR="00F81D60" w:rsidRDefault="00000000">
            <w:pPr>
              <w:pStyle w:val="TableText"/>
              <w:spacing w:before="40" w:after="40"/>
            </w:pPr>
            <w:r>
              <w:t>Modifica tecnica: [ ]</w:t>
            </w:r>
          </w:p>
        </w:tc>
        <w:tc>
          <w:tcPr>
            <w:tcW w:w="2835" w:type="dxa"/>
            <w:vAlign w:val="center"/>
          </w:tcPr>
          <w:p w14:paraId="253B134E" w14:textId="77777777" w:rsidR="00F81D60" w:rsidRDefault="00000000">
            <w:pPr>
              <w:pStyle w:val="TableText"/>
              <w:spacing w:before="40" w:after="40"/>
            </w:pPr>
            <w:r>
              <w:t>[compilare]</w:t>
            </w:r>
          </w:p>
        </w:tc>
        <w:tc>
          <w:tcPr>
            <w:tcW w:w="4309" w:type="dxa"/>
            <w:vAlign w:val="center"/>
          </w:tcPr>
          <w:p w14:paraId="666068A2" w14:textId="77777777" w:rsidR="00F81D60" w:rsidRDefault="00000000">
            <w:pPr>
              <w:pStyle w:val="TableText"/>
              <w:spacing w:before="40" w:after="40"/>
            </w:pPr>
            <w:r>
              <w:t>[compilare]</w:t>
            </w:r>
          </w:p>
        </w:tc>
      </w:tr>
    </w:tbl>
    <w:p w14:paraId="21537AAC"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3CDFC55" w14:textId="77777777">
        <w:trPr>
          <w:tblHeader/>
          <w:jc w:val="center"/>
        </w:trPr>
        <w:tc>
          <w:tcPr>
            <w:tcW w:w="2948" w:type="dxa"/>
            <w:shd w:val="clear" w:color="auto" w:fill="17324D"/>
            <w:vAlign w:val="center"/>
          </w:tcPr>
          <w:p w14:paraId="1A95E25E" w14:textId="77777777" w:rsidR="00F81D60" w:rsidRDefault="00000000">
            <w:pPr>
              <w:pStyle w:val="TableText"/>
              <w:spacing w:before="40" w:after="40"/>
            </w:pPr>
            <w:r>
              <w:rPr>
                <w:b/>
                <w:color w:val="FFFFFF"/>
              </w:rPr>
              <w:t>Campo</w:t>
            </w:r>
          </w:p>
        </w:tc>
        <w:tc>
          <w:tcPr>
            <w:tcW w:w="7030" w:type="dxa"/>
            <w:shd w:val="clear" w:color="auto" w:fill="17324D"/>
            <w:vAlign w:val="center"/>
          </w:tcPr>
          <w:p w14:paraId="0319E760" w14:textId="77777777" w:rsidR="00F81D60" w:rsidRDefault="00000000">
            <w:pPr>
              <w:pStyle w:val="TableText"/>
              <w:spacing w:before="40" w:after="40"/>
            </w:pPr>
            <w:r>
              <w:rPr>
                <w:b/>
                <w:color w:val="FFFFFF"/>
              </w:rPr>
              <w:t>Compilazione / decisione aziendale</w:t>
            </w:r>
          </w:p>
        </w:tc>
      </w:tr>
      <w:tr w:rsidR="00F81D60" w14:paraId="25E90D12" w14:textId="77777777">
        <w:trPr>
          <w:cantSplit/>
          <w:jc w:val="center"/>
        </w:trPr>
        <w:tc>
          <w:tcPr>
            <w:tcW w:w="2948" w:type="dxa"/>
            <w:vAlign w:val="center"/>
          </w:tcPr>
          <w:p w14:paraId="60561408" w14:textId="77777777" w:rsidR="00F81D60" w:rsidRDefault="00000000">
            <w:pPr>
              <w:pStyle w:val="TableText"/>
              <w:spacing w:before="40" w:after="40"/>
            </w:pPr>
            <w:r>
              <w:t>Decisione tecnica</w:t>
            </w:r>
          </w:p>
        </w:tc>
        <w:tc>
          <w:tcPr>
            <w:tcW w:w="7030" w:type="dxa"/>
            <w:vAlign w:val="center"/>
          </w:tcPr>
          <w:p w14:paraId="614B6EDD" w14:textId="77777777" w:rsidR="00F81D60" w:rsidRDefault="00000000">
            <w:pPr>
              <w:pStyle w:val="TableText"/>
              <w:spacing w:before="40" w:after="40"/>
            </w:pPr>
            <w:r>
              <w:t>[compatibile / con condizioni / da approfondire / non compatibile nella proposta]</w:t>
            </w:r>
          </w:p>
        </w:tc>
      </w:tr>
      <w:tr w:rsidR="00F81D60" w14:paraId="2440461F" w14:textId="77777777">
        <w:trPr>
          <w:cantSplit/>
          <w:jc w:val="center"/>
        </w:trPr>
        <w:tc>
          <w:tcPr>
            <w:tcW w:w="2948" w:type="dxa"/>
            <w:shd w:val="clear" w:color="auto" w:fill="F5F7F9"/>
            <w:vAlign w:val="center"/>
          </w:tcPr>
          <w:p w14:paraId="78A73DE2" w14:textId="77777777" w:rsidR="00F81D60" w:rsidRDefault="00000000">
            <w:pPr>
              <w:pStyle w:val="TableText"/>
              <w:spacing w:before="40" w:after="40"/>
            </w:pPr>
            <w:r>
              <w:t>Motivazione e condizioni</w:t>
            </w:r>
          </w:p>
        </w:tc>
        <w:tc>
          <w:tcPr>
            <w:tcW w:w="7030" w:type="dxa"/>
            <w:shd w:val="clear" w:color="auto" w:fill="F5F7F9"/>
            <w:vAlign w:val="center"/>
          </w:tcPr>
          <w:p w14:paraId="42FDF8D8" w14:textId="77777777" w:rsidR="00F81D60" w:rsidRDefault="00000000">
            <w:pPr>
              <w:pStyle w:val="TableText"/>
              <w:spacing w:before="40" w:after="40"/>
            </w:pPr>
            <w:r>
              <w:t>[compilare; indicare alternativa se la proposta non è praticabile]</w:t>
            </w:r>
          </w:p>
        </w:tc>
      </w:tr>
      <w:tr w:rsidR="00F81D60" w14:paraId="6EBEE990" w14:textId="77777777">
        <w:trPr>
          <w:cantSplit/>
          <w:jc w:val="center"/>
        </w:trPr>
        <w:tc>
          <w:tcPr>
            <w:tcW w:w="2948" w:type="dxa"/>
            <w:vAlign w:val="center"/>
          </w:tcPr>
          <w:p w14:paraId="50CEC9F5" w14:textId="77777777" w:rsidR="00F81D60" w:rsidRDefault="00000000">
            <w:pPr>
              <w:pStyle w:val="TableText"/>
              <w:spacing w:before="40" w:after="40"/>
            </w:pPr>
            <w:r>
              <w:t>Misure prima dell’avvio</w:t>
            </w:r>
          </w:p>
        </w:tc>
        <w:tc>
          <w:tcPr>
            <w:tcW w:w="7030" w:type="dxa"/>
            <w:vAlign w:val="center"/>
          </w:tcPr>
          <w:p w14:paraId="2826ACC6" w14:textId="77777777" w:rsidR="00F81D60" w:rsidRDefault="00000000">
            <w:pPr>
              <w:pStyle w:val="TableText"/>
              <w:spacing w:before="40" w:after="40"/>
            </w:pPr>
            <w:r>
              <w:t>Responsabile: [ ]  •  completamento: [ ]  •  prova: [ ]</w:t>
            </w:r>
          </w:p>
        </w:tc>
      </w:tr>
      <w:tr w:rsidR="00F81D60" w14:paraId="4162DAD3" w14:textId="77777777">
        <w:trPr>
          <w:cantSplit/>
          <w:jc w:val="center"/>
        </w:trPr>
        <w:tc>
          <w:tcPr>
            <w:tcW w:w="2948" w:type="dxa"/>
            <w:shd w:val="clear" w:color="auto" w:fill="F5F7F9"/>
            <w:vAlign w:val="center"/>
          </w:tcPr>
          <w:p w14:paraId="2D133E03" w14:textId="77777777" w:rsidR="00F81D60" w:rsidRDefault="00000000">
            <w:pPr>
              <w:pStyle w:val="TableText"/>
              <w:spacing w:before="40" w:after="40"/>
            </w:pPr>
            <w:r>
              <w:t>Verifica efficacia</w:t>
            </w:r>
          </w:p>
        </w:tc>
        <w:tc>
          <w:tcPr>
            <w:tcW w:w="7030" w:type="dxa"/>
            <w:shd w:val="clear" w:color="auto" w:fill="F5F7F9"/>
            <w:vAlign w:val="center"/>
          </w:tcPr>
          <w:p w14:paraId="563EC6F0" w14:textId="77777777" w:rsidR="00F81D60" w:rsidRDefault="00000000">
            <w:pPr>
              <w:pStyle w:val="TableText"/>
              <w:spacing w:before="40" w:after="40"/>
            </w:pPr>
            <w:r>
              <w:t>Criterio osservabile: [ ]  •  data: [ ]  •  verificatore: [ ]</w:t>
            </w:r>
          </w:p>
        </w:tc>
      </w:tr>
    </w:tbl>
    <w:p w14:paraId="0871B13D"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50B5A9F6" w14:textId="77777777">
        <w:trPr>
          <w:tblHeader/>
          <w:jc w:val="center"/>
        </w:trPr>
        <w:tc>
          <w:tcPr>
            <w:tcW w:w="9978" w:type="dxa"/>
            <w:shd w:val="clear" w:color="auto" w:fill="17324D"/>
            <w:vAlign w:val="center"/>
          </w:tcPr>
          <w:p w14:paraId="0CA929CF" w14:textId="77777777" w:rsidR="00F81D60" w:rsidRDefault="00000000">
            <w:pPr>
              <w:pStyle w:val="TableText"/>
              <w:spacing w:before="40" w:after="40"/>
            </w:pPr>
            <w:r>
              <w:rPr>
                <w:b/>
                <w:color w:val="FFFFFF"/>
                <w:sz w:val="19"/>
              </w:rPr>
              <w:t>NESSUNA SCORCIATOIA VALUTATIVA</w:t>
            </w:r>
          </w:p>
        </w:tc>
      </w:tr>
      <w:tr w:rsidR="00F81D60" w14:paraId="7404E8C6" w14:textId="77777777">
        <w:trPr>
          <w:cantSplit/>
          <w:jc w:val="center"/>
        </w:trPr>
        <w:tc>
          <w:tcPr>
            <w:tcW w:w="9978" w:type="dxa"/>
            <w:shd w:val="clear" w:color="auto" w:fill="EAF3F4"/>
            <w:vAlign w:val="center"/>
          </w:tcPr>
          <w:p w14:paraId="6446324F" w14:textId="77777777" w:rsidR="00F81D60" w:rsidRDefault="00000000">
            <w:pPr>
              <w:pStyle w:val="TableText"/>
              <w:spacing w:before="40" w:after="40"/>
            </w:pPr>
            <w:r>
              <w:rPr>
                <w:sz w:val="19"/>
              </w:rPr>
              <w:t>La scheda non sostituisce metodi specialistici o valutazioni richieste dalla legislazione. Se emerge una necessità di aggiornamento dei controlli di rischio, attivare la funzione competente senza attendere la chiusura amministrativa dell’audit.</w:t>
            </w:r>
          </w:p>
        </w:tc>
      </w:tr>
    </w:tbl>
    <w:p w14:paraId="7B62D93B" w14:textId="77777777" w:rsidR="00F81D60" w:rsidRDefault="00F81D60">
      <w:pPr>
        <w:spacing w:after="0"/>
      </w:pPr>
    </w:p>
    <w:p w14:paraId="1A349C74" w14:textId="77777777" w:rsidR="00F81D60" w:rsidRDefault="00000000">
      <w:r>
        <w:br w:type="page"/>
      </w:r>
    </w:p>
    <w:p w14:paraId="6F62D6E5" w14:textId="77777777" w:rsidR="00F81D60" w:rsidRDefault="00000000">
      <w:pPr>
        <w:pStyle w:val="Small"/>
      </w:pPr>
      <w:r>
        <w:rPr>
          <w:b/>
          <w:color w:val="006B70"/>
        </w:rPr>
        <w:t>ALLEGATO AZIENDALE  •  MOD-MM-09</w:t>
      </w:r>
    </w:p>
    <w:p w14:paraId="3DDAF758" w14:textId="77777777" w:rsidR="00F81D60" w:rsidRDefault="00000000">
      <w:pPr>
        <w:pStyle w:val="Titolo1"/>
      </w:pPr>
      <w:bookmarkStart w:id="65" w:name="A09"/>
      <w:r>
        <w:t>A09 | Richiesta riservata di supporto</w:t>
      </w:r>
      <w:bookmarkEnd w:id="65"/>
    </w:p>
    <w:p w14:paraId="144FB108" w14:textId="77777777" w:rsidR="00F81D60" w:rsidRDefault="00000000">
      <w:pPr>
        <w:pStyle w:val="Reference"/>
      </w:pPr>
      <w:r>
        <w:t>Base documentale: [ISO] §§ 5.3, 5.5–5.6; allegato B.1. Le istruzioni operative e i moduli sono elaborazioni aziendali del modello [AZ].</w:t>
      </w:r>
    </w:p>
    <w:p w14:paraId="50472D03" w14:textId="77777777" w:rsidR="00F81D60" w:rsidRDefault="00000000">
      <w:r>
        <w:t>CLASSIFICAZIONE: RISERVATO INDIVIDUALE. Consegnare solo al canale autorizzato A02, dopo aver ricevuto l’informativa A18 completata dall’azienda. Non trasmettere il modulo all’archivio generale di audit.</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1168161E" w14:textId="77777777">
        <w:trPr>
          <w:tblHeader/>
          <w:jc w:val="center"/>
        </w:trPr>
        <w:tc>
          <w:tcPr>
            <w:tcW w:w="9978" w:type="dxa"/>
            <w:shd w:val="clear" w:color="auto" w:fill="17324D"/>
            <w:vAlign w:val="center"/>
          </w:tcPr>
          <w:p w14:paraId="5596B344" w14:textId="77777777" w:rsidR="00F81D60" w:rsidRDefault="00000000">
            <w:pPr>
              <w:pStyle w:val="TableText"/>
              <w:spacing w:before="40" w:after="40"/>
            </w:pPr>
            <w:r>
              <w:rPr>
                <w:b/>
                <w:color w:val="FFFFFF"/>
                <w:sz w:val="19"/>
              </w:rPr>
              <w:t>PRIMA DI COMPILARE</w:t>
            </w:r>
          </w:p>
        </w:tc>
      </w:tr>
      <w:tr w:rsidR="00F81D60" w14:paraId="69FA2D57" w14:textId="77777777">
        <w:trPr>
          <w:cantSplit/>
          <w:jc w:val="center"/>
        </w:trPr>
        <w:tc>
          <w:tcPr>
            <w:tcW w:w="9978" w:type="dxa"/>
            <w:shd w:val="clear" w:color="auto" w:fill="EAF3F4"/>
            <w:vAlign w:val="center"/>
          </w:tcPr>
          <w:p w14:paraId="61252B47" w14:textId="77777777" w:rsidR="00F81D60" w:rsidRDefault="00000000">
            <w:pPr>
              <w:pStyle w:val="TableText"/>
              <w:spacing w:before="40" w:after="40"/>
            </w:pPr>
            <w:r>
              <w:rPr>
                <w:sz w:val="19"/>
              </w:rPr>
              <w:t>Non sono richiesti diagnosi, fase del ciclo, età, terapia, esami o referti. È sufficiente descrivere la difficoltà nello svolgimento del lavoro e il supporto desiderato. Se non si desidera compilare il modulo, chiedere un colloquio riservato; il referente registra solo quanto necessario al seguito concordato.</w:t>
            </w:r>
          </w:p>
        </w:tc>
      </w:tr>
    </w:tbl>
    <w:p w14:paraId="3DAA47AF"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2266783E" w14:textId="77777777">
        <w:trPr>
          <w:tblHeader/>
          <w:jc w:val="center"/>
        </w:trPr>
        <w:tc>
          <w:tcPr>
            <w:tcW w:w="2948" w:type="dxa"/>
            <w:shd w:val="clear" w:color="auto" w:fill="17324D"/>
            <w:vAlign w:val="center"/>
          </w:tcPr>
          <w:p w14:paraId="488CDFB0" w14:textId="77777777" w:rsidR="00F81D60" w:rsidRDefault="00000000">
            <w:pPr>
              <w:pStyle w:val="TableText"/>
              <w:spacing w:before="40" w:after="40"/>
            </w:pPr>
            <w:r>
              <w:rPr>
                <w:b/>
                <w:color w:val="FFFFFF"/>
              </w:rPr>
              <w:t>Campo</w:t>
            </w:r>
          </w:p>
        </w:tc>
        <w:tc>
          <w:tcPr>
            <w:tcW w:w="7030" w:type="dxa"/>
            <w:shd w:val="clear" w:color="auto" w:fill="17324D"/>
            <w:vAlign w:val="center"/>
          </w:tcPr>
          <w:p w14:paraId="5F6E37FB" w14:textId="77777777" w:rsidR="00F81D60" w:rsidRDefault="00000000">
            <w:pPr>
              <w:pStyle w:val="TableText"/>
              <w:spacing w:before="40" w:after="40"/>
            </w:pPr>
            <w:r>
              <w:rPr>
                <w:b/>
                <w:color w:val="FFFFFF"/>
              </w:rPr>
              <w:t>Compilazione / decisione aziendale</w:t>
            </w:r>
          </w:p>
        </w:tc>
      </w:tr>
      <w:tr w:rsidR="00F81D60" w14:paraId="5FF2268C" w14:textId="77777777">
        <w:trPr>
          <w:cantSplit/>
          <w:jc w:val="center"/>
        </w:trPr>
        <w:tc>
          <w:tcPr>
            <w:tcW w:w="2948" w:type="dxa"/>
            <w:vAlign w:val="center"/>
          </w:tcPr>
          <w:p w14:paraId="501FB71E" w14:textId="77777777" w:rsidR="00F81D60" w:rsidRDefault="00000000">
            <w:pPr>
              <w:pStyle w:val="TableText"/>
              <w:spacing w:before="40" w:after="40"/>
            </w:pPr>
            <w:r>
              <w:t>Identificazione minima</w:t>
            </w:r>
          </w:p>
        </w:tc>
        <w:tc>
          <w:tcPr>
            <w:tcW w:w="7030" w:type="dxa"/>
            <w:vAlign w:val="center"/>
          </w:tcPr>
          <w:p w14:paraId="6BC0D682" w14:textId="77777777" w:rsidR="00F81D60" w:rsidRDefault="00000000">
            <w:pPr>
              <w:pStyle w:val="TableText"/>
              <w:spacing w:before="40" w:after="40"/>
            </w:pPr>
            <w:r>
              <w:t>Codice pratica: [attribuito dal referente]  •  nome e recapito strettamente necessari: [ ]</w:t>
            </w:r>
          </w:p>
        </w:tc>
      </w:tr>
      <w:tr w:rsidR="00F81D60" w14:paraId="1F97C18B" w14:textId="77777777">
        <w:trPr>
          <w:cantSplit/>
          <w:jc w:val="center"/>
        </w:trPr>
        <w:tc>
          <w:tcPr>
            <w:tcW w:w="2948" w:type="dxa"/>
            <w:shd w:val="clear" w:color="auto" w:fill="F5F7F9"/>
            <w:vAlign w:val="center"/>
          </w:tcPr>
          <w:p w14:paraId="67BDA34C" w14:textId="77777777" w:rsidR="00F81D60" w:rsidRDefault="00000000">
            <w:pPr>
              <w:pStyle w:val="TableText"/>
              <w:spacing w:before="40" w:after="40"/>
            </w:pPr>
            <w:r>
              <w:t>Attività e contesto</w:t>
            </w:r>
          </w:p>
        </w:tc>
        <w:tc>
          <w:tcPr>
            <w:tcW w:w="7030" w:type="dxa"/>
            <w:shd w:val="clear" w:color="auto" w:fill="F5F7F9"/>
            <w:vAlign w:val="center"/>
          </w:tcPr>
          <w:p w14:paraId="712E7DA9" w14:textId="77777777" w:rsidR="00F81D60" w:rsidRDefault="00000000">
            <w:pPr>
              <w:pStyle w:val="TableText"/>
              <w:spacing w:before="40" w:after="40"/>
            </w:pPr>
            <w:r>
              <w:t>Mansione / sito / turno o modalità di lavoro interessati: [compilare]</w:t>
            </w:r>
          </w:p>
        </w:tc>
      </w:tr>
      <w:tr w:rsidR="00F81D60" w14:paraId="658989DC" w14:textId="77777777">
        <w:trPr>
          <w:cantSplit/>
          <w:jc w:val="center"/>
        </w:trPr>
        <w:tc>
          <w:tcPr>
            <w:tcW w:w="2948" w:type="dxa"/>
            <w:vAlign w:val="center"/>
          </w:tcPr>
          <w:p w14:paraId="1BE8C2CC" w14:textId="77777777" w:rsidR="00F81D60" w:rsidRDefault="00000000">
            <w:pPr>
              <w:pStyle w:val="TableText"/>
              <w:spacing w:before="40" w:after="40"/>
            </w:pPr>
            <w:r>
              <w:t>Contatto preferito</w:t>
            </w:r>
          </w:p>
        </w:tc>
        <w:tc>
          <w:tcPr>
            <w:tcW w:w="7030" w:type="dxa"/>
            <w:vAlign w:val="center"/>
          </w:tcPr>
          <w:p w14:paraId="4B85C2A8" w14:textId="77777777" w:rsidR="00F81D60" w:rsidRDefault="00000000">
            <w:pPr>
              <w:pStyle w:val="TableText"/>
              <w:spacing w:before="40" w:after="40"/>
            </w:pPr>
            <w:r>
              <w:t>Canale sicuro: [ ]  •  orari utili: [ ]  •  eventuali esigenze di accessibilità: [ ]</w:t>
            </w:r>
          </w:p>
        </w:tc>
      </w:tr>
      <w:tr w:rsidR="00F81D60" w14:paraId="761D9049" w14:textId="77777777">
        <w:trPr>
          <w:cantSplit/>
          <w:jc w:val="center"/>
        </w:trPr>
        <w:tc>
          <w:tcPr>
            <w:tcW w:w="2948" w:type="dxa"/>
            <w:shd w:val="clear" w:color="auto" w:fill="F5F7F9"/>
            <w:vAlign w:val="center"/>
          </w:tcPr>
          <w:p w14:paraId="687AAD2A" w14:textId="77777777" w:rsidR="00F81D60" w:rsidRDefault="00000000">
            <w:pPr>
              <w:pStyle w:val="TableText"/>
              <w:spacing w:before="40" w:after="40"/>
            </w:pPr>
            <w:r>
              <w:t>Esigenza lavorativa</w:t>
            </w:r>
          </w:p>
        </w:tc>
        <w:tc>
          <w:tcPr>
            <w:tcW w:w="7030" w:type="dxa"/>
            <w:shd w:val="clear" w:color="auto" w:fill="F5F7F9"/>
            <w:vAlign w:val="center"/>
          </w:tcPr>
          <w:p w14:paraId="455201D8" w14:textId="77777777" w:rsidR="00F81D60" w:rsidRDefault="00000000">
            <w:pPr>
              <w:pStyle w:val="TableText"/>
              <w:spacing w:before="40" w:after="40"/>
            </w:pPr>
            <w:r>
              <w:t>[descrivere ciò che rende difficile il lavoro; non indicare la causa clinica]</w:t>
            </w:r>
            <w:r>
              <w:br/>
            </w:r>
            <w:r>
              <w:br/>
              <w:t>[spazio di compilazione]</w:t>
            </w:r>
          </w:p>
        </w:tc>
      </w:tr>
      <w:tr w:rsidR="00F81D60" w14:paraId="288DC06E" w14:textId="77777777">
        <w:trPr>
          <w:cantSplit/>
          <w:jc w:val="center"/>
        </w:trPr>
        <w:tc>
          <w:tcPr>
            <w:tcW w:w="2948" w:type="dxa"/>
            <w:vAlign w:val="center"/>
          </w:tcPr>
          <w:p w14:paraId="67353209" w14:textId="77777777" w:rsidR="00F81D60" w:rsidRDefault="00000000">
            <w:pPr>
              <w:pStyle w:val="TableText"/>
              <w:spacing w:before="40" w:after="40"/>
            </w:pPr>
            <w:r>
              <w:t>Supporto proposto</w:t>
            </w:r>
          </w:p>
        </w:tc>
        <w:tc>
          <w:tcPr>
            <w:tcW w:w="7030" w:type="dxa"/>
            <w:vAlign w:val="center"/>
          </w:tcPr>
          <w:p w14:paraId="7ECD644C" w14:textId="77777777" w:rsidR="00F81D60" w:rsidRDefault="00000000">
            <w:pPr>
              <w:pStyle w:val="TableText"/>
              <w:spacing w:before="40" w:after="40"/>
            </w:pPr>
            <w:r>
              <w:t>[misura desiderata o disponibilità a esplorare alternative]</w:t>
            </w:r>
            <w:r>
              <w:br/>
            </w:r>
            <w:r>
              <w:br/>
              <w:t>[spazio di compilazione]</w:t>
            </w:r>
          </w:p>
        </w:tc>
      </w:tr>
      <w:tr w:rsidR="00F81D60" w14:paraId="70D12DC2" w14:textId="77777777">
        <w:trPr>
          <w:cantSplit/>
          <w:jc w:val="center"/>
        </w:trPr>
        <w:tc>
          <w:tcPr>
            <w:tcW w:w="2948" w:type="dxa"/>
            <w:shd w:val="clear" w:color="auto" w:fill="F5F7F9"/>
            <w:vAlign w:val="center"/>
          </w:tcPr>
          <w:p w14:paraId="611C0983" w14:textId="77777777" w:rsidR="00F81D60" w:rsidRDefault="00000000">
            <w:pPr>
              <w:pStyle w:val="TableText"/>
              <w:spacing w:before="40" w:after="40"/>
            </w:pPr>
            <w:r>
              <w:t>Decorrenza / carattere temporaneo</w:t>
            </w:r>
          </w:p>
        </w:tc>
        <w:tc>
          <w:tcPr>
            <w:tcW w:w="7030" w:type="dxa"/>
            <w:shd w:val="clear" w:color="auto" w:fill="F5F7F9"/>
            <w:vAlign w:val="center"/>
          </w:tcPr>
          <w:p w14:paraId="0BA5C05C" w14:textId="77777777" w:rsidR="00F81D60" w:rsidRDefault="00000000">
            <w:pPr>
              <w:pStyle w:val="TableText"/>
              <w:spacing w:before="40" w:after="40"/>
            </w:pPr>
            <w:r>
              <w:t>Esigenza presente da: [facoltativo se non necessario]  •  avvio desiderato: [ ]  •  durata stimata, se nota: [ ]</w:t>
            </w:r>
          </w:p>
        </w:tc>
      </w:tr>
      <w:tr w:rsidR="00F81D60" w14:paraId="6131D322" w14:textId="77777777">
        <w:trPr>
          <w:cantSplit/>
          <w:jc w:val="center"/>
        </w:trPr>
        <w:tc>
          <w:tcPr>
            <w:tcW w:w="2948" w:type="dxa"/>
            <w:vAlign w:val="center"/>
          </w:tcPr>
          <w:p w14:paraId="23D56F5A" w14:textId="77777777" w:rsidR="00F81D60" w:rsidRDefault="00000000">
            <w:pPr>
              <w:pStyle w:val="TableText"/>
              <w:spacing w:before="40" w:after="40"/>
            </w:pPr>
            <w:r>
              <w:t>Colloquio e accompagnamento</w:t>
            </w:r>
          </w:p>
        </w:tc>
        <w:tc>
          <w:tcPr>
            <w:tcW w:w="7030" w:type="dxa"/>
            <w:vAlign w:val="center"/>
          </w:tcPr>
          <w:p w14:paraId="4E1D9D8C" w14:textId="77777777" w:rsidR="00F81D60" w:rsidRDefault="00000000">
            <w:pPr>
              <w:pStyle w:val="TableText"/>
              <w:spacing w:before="40" w:after="40"/>
            </w:pPr>
            <w:r>
              <w:t>Referente preferito / alternativo: [ ]  •  eventuale accompagnatore scelto: [ ]</w:t>
            </w:r>
          </w:p>
        </w:tc>
      </w:tr>
      <w:tr w:rsidR="00F81D60" w14:paraId="7EDB3B81" w14:textId="77777777">
        <w:trPr>
          <w:cantSplit/>
          <w:jc w:val="center"/>
        </w:trPr>
        <w:tc>
          <w:tcPr>
            <w:tcW w:w="2948" w:type="dxa"/>
            <w:shd w:val="clear" w:color="auto" w:fill="F5F7F9"/>
            <w:vAlign w:val="center"/>
          </w:tcPr>
          <w:p w14:paraId="4F7D9FEF" w14:textId="77777777" w:rsidR="00F81D60" w:rsidRDefault="00000000">
            <w:pPr>
              <w:pStyle w:val="TableText"/>
              <w:spacing w:before="40" w:after="40"/>
            </w:pPr>
            <w:r>
              <w:t>Aspetto di sicurezza urgente</w:t>
            </w:r>
          </w:p>
        </w:tc>
        <w:tc>
          <w:tcPr>
            <w:tcW w:w="7030" w:type="dxa"/>
            <w:shd w:val="clear" w:color="auto" w:fill="F5F7F9"/>
            <w:vAlign w:val="center"/>
          </w:tcPr>
          <w:p w14:paraId="216D72D6" w14:textId="77777777" w:rsidR="00F81D60" w:rsidRDefault="00000000">
            <w:pPr>
              <w:pStyle w:val="TableText"/>
              <w:spacing w:before="40" w:after="40"/>
            </w:pPr>
            <w:r>
              <w:t>[segnalare soltanto il problema operativo; per un’emergenza attivare subito i canali ordinari]</w:t>
            </w:r>
          </w:p>
        </w:tc>
      </w:tr>
      <w:tr w:rsidR="00F81D60" w14:paraId="356A08B1" w14:textId="77777777">
        <w:trPr>
          <w:cantSplit/>
          <w:jc w:val="center"/>
        </w:trPr>
        <w:tc>
          <w:tcPr>
            <w:tcW w:w="2948" w:type="dxa"/>
            <w:vAlign w:val="center"/>
          </w:tcPr>
          <w:p w14:paraId="3B86B3CF" w14:textId="77777777" w:rsidR="00F81D60" w:rsidRDefault="00000000">
            <w:pPr>
              <w:pStyle w:val="TableText"/>
              <w:spacing w:before="40" w:after="40"/>
            </w:pPr>
            <w:r>
              <w:t>Informativa ricevuta</w:t>
            </w:r>
          </w:p>
        </w:tc>
        <w:tc>
          <w:tcPr>
            <w:tcW w:w="7030" w:type="dxa"/>
            <w:vAlign w:val="center"/>
          </w:tcPr>
          <w:p w14:paraId="39ACCE10" w14:textId="77777777" w:rsidR="00F81D60" w:rsidRDefault="00000000">
            <w:pPr>
              <w:pStyle w:val="TableText"/>
              <w:spacing w:before="40" w:after="40"/>
            </w:pPr>
            <w:r>
              <w:t>Codice e versione informativa A18: [ ]  •  data consegna: [ ]</w:t>
            </w:r>
          </w:p>
        </w:tc>
      </w:tr>
      <w:tr w:rsidR="00F81D60" w14:paraId="343CECC9" w14:textId="77777777">
        <w:trPr>
          <w:cantSplit/>
          <w:jc w:val="center"/>
        </w:trPr>
        <w:tc>
          <w:tcPr>
            <w:tcW w:w="2948" w:type="dxa"/>
            <w:shd w:val="clear" w:color="auto" w:fill="F5F7F9"/>
            <w:vAlign w:val="center"/>
          </w:tcPr>
          <w:p w14:paraId="3FDC2FB7" w14:textId="77777777" w:rsidR="00F81D60" w:rsidRDefault="00000000">
            <w:pPr>
              <w:pStyle w:val="TableText"/>
              <w:spacing w:before="40" w:after="40"/>
            </w:pPr>
            <w:r>
              <w:t>Data e conferma richiesta</w:t>
            </w:r>
          </w:p>
        </w:tc>
        <w:tc>
          <w:tcPr>
            <w:tcW w:w="7030" w:type="dxa"/>
            <w:shd w:val="clear" w:color="auto" w:fill="F5F7F9"/>
            <w:vAlign w:val="center"/>
          </w:tcPr>
          <w:p w14:paraId="7D1F48E8" w14:textId="77777777" w:rsidR="00F81D60" w:rsidRDefault="00000000">
            <w:pPr>
              <w:pStyle w:val="TableText"/>
              <w:spacing w:before="40" w:after="40"/>
            </w:pPr>
            <w:r>
              <w:t>Data: [ ]  •  firma / conferma con mezzo aziendale approvato: [ ]</w:t>
            </w:r>
          </w:p>
        </w:tc>
      </w:tr>
    </w:tbl>
    <w:p w14:paraId="2054A247" w14:textId="77777777" w:rsidR="00F81D60" w:rsidRDefault="00F81D60">
      <w:pPr>
        <w:spacing w:after="0"/>
      </w:pPr>
    </w:p>
    <w:p w14:paraId="69E24DAA" w14:textId="77777777" w:rsidR="00F81D60" w:rsidRDefault="00000000">
      <w:pPr>
        <w:pStyle w:val="Reference"/>
      </w:pPr>
      <w:r>
        <w:t>La firma attesta la presentazione della richiesta, non un consenso generale al trattamento, la rinuncia alla riservatezza o l’accettazione anticipata di una decisione. Il supporto non è condizionato all’autorizzazione a comunicare informazioni non necessarie.</w:t>
      </w:r>
    </w:p>
    <w:p w14:paraId="29CA64BA" w14:textId="77777777" w:rsidR="00F81D60" w:rsidRDefault="00000000">
      <w:r>
        <w:br w:type="page"/>
      </w:r>
    </w:p>
    <w:p w14:paraId="5486F19C" w14:textId="77777777" w:rsidR="00F81D60" w:rsidRDefault="00000000">
      <w:pPr>
        <w:pStyle w:val="Small"/>
      </w:pPr>
      <w:r>
        <w:rPr>
          <w:b/>
          <w:color w:val="006B70"/>
        </w:rPr>
        <w:t>ALLEGATO AZIENDALE  •  MOD-MM-10  •  parte 1</w:t>
      </w:r>
    </w:p>
    <w:p w14:paraId="57EFD6CC" w14:textId="77777777" w:rsidR="00F81D60" w:rsidRDefault="00000000">
      <w:pPr>
        <w:pStyle w:val="Titolo1"/>
      </w:pPr>
      <w:bookmarkStart w:id="66" w:name="A10_1"/>
      <w:r>
        <w:t>A10 | Colloquio riservato | guida e verbale</w:t>
      </w:r>
      <w:bookmarkEnd w:id="66"/>
    </w:p>
    <w:p w14:paraId="271023E2" w14:textId="77777777" w:rsidR="00F81D60" w:rsidRDefault="00000000">
      <w:pPr>
        <w:pStyle w:val="Reference"/>
      </w:pPr>
      <w:r>
        <w:t>Base documentale: [ISO] allegato B.1.1; § 5.6. Le istruzioni operative e i moduli sono elaborazioni aziendali del modello [AZ].</w:t>
      </w:r>
    </w:p>
    <w:p w14:paraId="313D4B6D" w14:textId="77777777" w:rsidR="00F81D60" w:rsidRDefault="00000000">
      <w:r>
        <w:t>CLASSIFICAZIONE: RISERVATO INDIVIDUALE. Il verbale non deve riprodurre integralmente il colloquio. Separare gli elementi organizzativi utili dai racconti personali non necessari.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6C632E32" w14:textId="77777777">
        <w:trPr>
          <w:tblHeader/>
          <w:jc w:val="center"/>
        </w:trPr>
        <w:tc>
          <w:tcPr>
            <w:tcW w:w="2948" w:type="dxa"/>
            <w:shd w:val="clear" w:color="auto" w:fill="17324D"/>
            <w:vAlign w:val="center"/>
          </w:tcPr>
          <w:p w14:paraId="17836287" w14:textId="77777777" w:rsidR="00F81D60" w:rsidRDefault="00000000">
            <w:pPr>
              <w:pStyle w:val="TableText"/>
              <w:spacing w:before="40" w:after="40"/>
            </w:pPr>
            <w:r>
              <w:rPr>
                <w:b/>
                <w:color w:val="FFFFFF"/>
              </w:rPr>
              <w:t>Campo</w:t>
            </w:r>
          </w:p>
        </w:tc>
        <w:tc>
          <w:tcPr>
            <w:tcW w:w="7030" w:type="dxa"/>
            <w:shd w:val="clear" w:color="auto" w:fill="17324D"/>
            <w:vAlign w:val="center"/>
          </w:tcPr>
          <w:p w14:paraId="266784ED" w14:textId="77777777" w:rsidR="00F81D60" w:rsidRDefault="00000000">
            <w:pPr>
              <w:pStyle w:val="TableText"/>
              <w:spacing w:before="40" w:after="40"/>
            </w:pPr>
            <w:r>
              <w:rPr>
                <w:b/>
                <w:color w:val="FFFFFF"/>
              </w:rPr>
              <w:t>Compilazione / decisione aziendale</w:t>
            </w:r>
          </w:p>
        </w:tc>
      </w:tr>
      <w:tr w:rsidR="00F81D60" w14:paraId="2FC2C471" w14:textId="77777777">
        <w:trPr>
          <w:cantSplit/>
          <w:jc w:val="center"/>
        </w:trPr>
        <w:tc>
          <w:tcPr>
            <w:tcW w:w="2948" w:type="dxa"/>
            <w:vAlign w:val="center"/>
          </w:tcPr>
          <w:p w14:paraId="33F0138D" w14:textId="77777777" w:rsidR="00F81D60" w:rsidRDefault="00000000">
            <w:pPr>
              <w:pStyle w:val="TableText"/>
              <w:spacing w:before="40" w:after="40"/>
            </w:pPr>
            <w:r>
              <w:t>Pratica / colloquio</w:t>
            </w:r>
          </w:p>
        </w:tc>
        <w:tc>
          <w:tcPr>
            <w:tcW w:w="7030" w:type="dxa"/>
            <w:vAlign w:val="center"/>
          </w:tcPr>
          <w:p w14:paraId="1C2AC48B" w14:textId="77777777" w:rsidR="00F81D60" w:rsidRDefault="00000000">
            <w:pPr>
              <w:pStyle w:val="TableText"/>
              <w:spacing w:before="40" w:after="40"/>
            </w:pPr>
            <w:r>
              <w:t>Codice: [ ]  •  data: [ ]  •  modalità riservata: [ ]</w:t>
            </w:r>
          </w:p>
        </w:tc>
      </w:tr>
      <w:tr w:rsidR="00F81D60" w14:paraId="76BFD65F" w14:textId="77777777">
        <w:trPr>
          <w:cantSplit/>
          <w:jc w:val="center"/>
        </w:trPr>
        <w:tc>
          <w:tcPr>
            <w:tcW w:w="2948" w:type="dxa"/>
            <w:shd w:val="clear" w:color="auto" w:fill="F5F7F9"/>
            <w:vAlign w:val="center"/>
          </w:tcPr>
          <w:p w14:paraId="5DF6E283" w14:textId="77777777" w:rsidR="00F81D60" w:rsidRDefault="00000000">
            <w:pPr>
              <w:pStyle w:val="TableText"/>
              <w:spacing w:before="40" w:after="40"/>
            </w:pPr>
            <w:r>
              <w:t>Partecipanti necessari</w:t>
            </w:r>
          </w:p>
        </w:tc>
        <w:tc>
          <w:tcPr>
            <w:tcW w:w="7030" w:type="dxa"/>
            <w:shd w:val="clear" w:color="auto" w:fill="F5F7F9"/>
            <w:vAlign w:val="center"/>
          </w:tcPr>
          <w:p w14:paraId="635CB605" w14:textId="77777777" w:rsidR="00F81D60" w:rsidRDefault="00000000">
            <w:pPr>
              <w:pStyle w:val="TableText"/>
              <w:spacing w:before="40" w:after="40"/>
            </w:pPr>
            <w:r>
              <w:t>Referente: [ ]  •  persona interessata: [ ]  •  accompagnatore scelto: [ ]</w:t>
            </w:r>
          </w:p>
        </w:tc>
      </w:tr>
      <w:tr w:rsidR="00F81D60" w14:paraId="77178503" w14:textId="77777777">
        <w:trPr>
          <w:cantSplit/>
          <w:jc w:val="center"/>
        </w:trPr>
        <w:tc>
          <w:tcPr>
            <w:tcW w:w="2948" w:type="dxa"/>
            <w:vAlign w:val="center"/>
          </w:tcPr>
          <w:p w14:paraId="389004AE" w14:textId="77777777" w:rsidR="00F81D60" w:rsidRDefault="00000000">
            <w:pPr>
              <w:pStyle w:val="TableText"/>
              <w:spacing w:before="40" w:after="40"/>
            </w:pPr>
            <w:r>
              <w:t>Apertura e limiti</w:t>
            </w:r>
          </w:p>
        </w:tc>
        <w:tc>
          <w:tcPr>
            <w:tcW w:w="7030" w:type="dxa"/>
            <w:vAlign w:val="center"/>
          </w:tcPr>
          <w:p w14:paraId="08105EF5" w14:textId="77777777" w:rsidR="00F81D60" w:rsidRDefault="00000000">
            <w:pPr>
              <w:pStyle w:val="TableText"/>
              <w:spacing w:before="40" w:after="40"/>
            </w:pPr>
            <w:r>
              <w:t>Informativa richiamata [ ]  •  ruoli chiariti [ ]  •  limiti di riservatezza spiegati [ ]</w:t>
            </w:r>
          </w:p>
        </w:tc>
      </w:tr>
    </w:tbl>
    <w:p w14:paraId="5C56C424"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4535"/>
        <w:gridCol w:w="5442"/>
      </w:tblGrid>
      <w:tr w:rsidR="00F81D60" w14:paraId="22B8728D" w14:textId="77777777">
        <w:trPr>
          <w:tblHeader/>
          <w:jc w:val="center"/>
        </w:trPr>
        <w:tc>
          <w:tcPr>
            <w:tcW w:w="4535" w:type="dxa"/>
            <w:shd w:val="clear" w:color="auto" w:fill="17324D"/>
            <w:vAlign w:val="center"/>
          </w:tcPr>
          <w:p w14:paraId="07AF8341" w14:textId="77777777" w:rsidR="00F81D60" w:rsidRDefault="00000000">
            <w:pPr>
              <w:pStyle w:val="TableText"/>
              <w:spacing w:before="40" w:after="40"/>
            </w:pPr>
            <w:r>
              <w:rPr>
                <w:b/>
                <w:color w:val="FFFFFF"/>
              </w:rPr>
              <w:t>Domanda funzionale da proporre</w:t>
            </w:r>
          </w:p>
        </w:tc>
        <w:tc>
          <w:tcPr>
            <w:tcW w:w="5443" w:type="dxa"/>
            <w:shd w:val="clear" w:color="auto" w:fill="17324D"/>
            <w:vAlign w:val="center"/>
          </w:tcPr>
          <w:p w14:paraId="734B16D9" w14:textId="77777777" w:rsidR="00F81D60" w:rsidRDefault="00000000">
            <w:pPr>
              <w:pStyle w:val="TableText"/>
              <w:spacing w:before="40" w:after="40"/>
            </w:pPr>
            <w:r>
              <w:rPr>
                <w:b/>
                <w:color w:val="FFFFFF"/>
              </w:rPr>
              <w:t>Sintesi strettamente necessaria</w:t>
            </w:r>
          </w:p>
        </w:tc>
      </w:tr>
      <w:tr w:rsidR="00F81D60" w14:paraId="2F43500F" w14:textId="77777777">
        <w:trPr>
          <w:cantSplit/>
          <w:trHeight w:val="567"/>
          <w:jc w:val="center"/>
        </w:trPr>
        <w:tc>
          <w:tcPr>
            <w:tcW w:w="4535" w:type="dxa"/>
            <w:vAlign w:val="center"/>
          </w:tcPr>
          <w:p w14:paraId="190F5E78" w14:textId="77777777" w:rsidR="00F81D60" w:rsidRDefault="00000000">
            <w:pPr>
              <w:pStyle w:val="TableText"/>
              <w:spacing w:before="40" w:after="40"/>
            </w:pPr>
            <w:r>
              <w:t>Quale attività o condizione di lavoro crea difficoltà?</w:t>
            </w:r>
          </w:p>
        </w:tc>
        <w:tc>
          <w:tcPr>
            <w:tcW w:w="5443" w:type="dxa"/>
            <w:vAlign w:val="center"/>
          </w:tcPr>
          <w:p w14:paraId="7DA7F3DD" w14:textId="77777777" w:rsidR="00F81D60" w:rsidRDefault="00000000">
            <w:pPr>
              <w:pStyle w:val="TableText"/>
              <w:spacing w:before="40" w:after="40"/>
            </w:pPr>
            <w:r>
              <w:t>[compilare senza diagnosi]</w:t>
            </w:r>
          </w:p>
        </w:tc>
      </w:tr>
      <w:tr w:rsidR="00F81D60" w14:paraId="2AD3AEF1" w14:textId="77777777">
        <w:trPr>
          <w:cantSplit/>
          <w:trHeight w:val="567"/>
          <w:jc w:val="center"/>
        </w:trPr>
        <w:tc>
          <w:tcPr>
            <w:tcW w:w="4535" w:type="dxa"/>
            <w:shd w:val="clear" w:color="auto" w:fill="F5F7F9"/>
            <w:vAlign w:val="center"/>
          </w:tcPr>
          <w:p w14:paraId="44632325" w14:textId="77777777" w:rsidR="00F81D60" w:rsidRDefault="00000000">
            <w:pPr>
              <w:pStyle w:val="TableText"/>
              <w:spacing w:before="40" w:after="40"/>
            </w:pPr>
            <w:r>
              <w:t>Quando il problema si presenta nel lavoro e quali vincoli ci sono?</w:t>
            </w:r>
          </w:p>
        </w:tc>
        <w:tc>
          <w:tcPr>
            <w:tcW w:w="5443" w:type="dxa"/>
            <w:shd w:val="clear" w:color="auto" w:fill="F5F7F9"/>
            <w:vAlign w:val="center"/>
          </w:tcPr>
          <w:p w14:paraId="2A481829" w14:textId="77777777" w:rsidR="00F81D60" w:rsidRDefault="00000000">
            <w:pPr>
              <w:pStyle w:val="TableText"/>
              <w:spacing w:before="40" w:after="40"/>
            </w:pPr>
            <w:r>
              <w:t>[compilare senza tracciare il ciclo o la vita privata]</w:t>
            </w:r>
          </w:p>
        </w:tc>
      </w:tr>
      <w:tr w:rsidR="00F81D60" w14:paraId="29061830" w14:textId="77777777">
        <w:trPr>
          <w:cantSplit/>
          <w:trHeight w:val="567"/>
          <w:jc w:val="center"/>
        </w:trPr>
        <w:tc>
          <w:tcPr>
            <w:tcW w:w="4535" w:type="dxa"/>
            <w:vAlign w:val="center"/>
          </w:tcPr>
          <w:p w14:paraId="15EB296C" w14:textId="77777777" w:rsidR="00F81D60" w:rsidRDefault="00000000">
            <w:pPr>
              <w:pStyle w:val="TableText"/>
              <w:spacing w:before="40" w:after="40"/>
            </w:pPr>
            <w:r>
              <w:t>Quali modifiche aiuterebbero e quali soluzioni non sono utili?</w:t>
            </w:r>
          </w:p>
        </w:tc>
        <w:tc>
          <w:tcPr>
            <w:tcW w:w="5443" w:type="dxa"/>
            <w:vAlign w:val="center"/>
          </w:tcPr>
          <w:p w14:paraId="79A0CDDA" w14:textId="77777777" w:rsidR="00F81D60" w:rsidRDefault="00000000">
            <w:pPr>
              <w:pStyle w:val="TableText"/>
              <w:spacing w:before="40" w:after="40"/>
            </w:pPr>
            <w:r>
              <w:t>[compilare]</w:t>
            </w:r>
          </w:p>
        </w:tc>
      </w:tr>
      <w:tr w:rsidR="00F81D60" w14:paraId="1E36908B" w14:textId="77777777">
        <w:trPr>
          <w:cantSplit/>
          <w:trHeight w:val="567"/>
          <w:jc w:val="center"/>
        </w:trPr>
        <w:tc>
          <w:tcPr>
            <w:tcW w:w="4535" w:type="dxa"/>
            <w:shd w:val="clear" w:color="auto" w:fill="F5F7F9"/>
            <w:vAlign w:val="center"/>
          </w:tcPr>
          <w:p w14:paraId="69DAA3CE" w14:textId="77777777" w:rsidR="00F81D60" w:rsidRDefault="00000000">
            <w:pPr>
              <w:pStyle w:val="TableText"/>
              <w:spacing w:before="40" w:after="40"/>
            </w:pPr>
            <w:r>
              <w:t>Occorre una misura temporanea o una verifica tecnica urgente?</w:t>
            </w:r>
          </w:p>
        </w:tc>
        <w:tc>
          <w:tcPr>
            <w:tcW w:w="5443" w:type="dxa"/>
            <w:shd w:val="clear" w:color="auto" w:fill="F5F7F9"/>
            <w:vAlign w:val="center"/>
          </w:tcPr>
          <w:p w14:paraId="03CB02C9" w14:textId="77777777" w:rsidR="00F81D60" w:rsidRDefault="00000000">
            <w:pPr>
              <w:pStyle w:val="TableText"/>
              <w:spacing w:before="40" w:after="40"/>
            </w:pPr>
            <w:r>
              <w:t>[compilare]</w:t>
            </w:r>
          </w:p>
        </w:tc>
      </w:tr>
      <w:tr w:rsidR="00F81D60" w14:paraId="7DC71D07" w14:textId="77777777">
        <w:trPr>
          <w:cantSplit/>
          <w:trHeight w:val="567"/>
          <w:jc w:val="center"/>
        </w:trPr>
        <w:tc>
          <w:tcPr>
            <w:tcW w:w="4535" w:type="dxa"/>
            <w:vAlign w:val="center"/>
          </w:tcPr>
          <w:p w14:paraId="2E53EED4" w14:textId="77777777" w:rsidR="00F81D60" w:rsidRDefault="00000000">
            <w:pPr>
              <w:pStyle w:val="TableText"/>
              <w:spacing w:before="40" w:after="40"/>
            </w:pPr>
            <w:r>
              <w:t>Come concordiamo comunicazioni e prossimo contatto?</w:t>
            </w:r>
          </w:p>
        </w:tc>
        <w:tc>
          <w:tcPr>
            <w:tcW w:w="5443" w:type="dxa"/>
            <w:vAlign w:val="center"/>
          </w:tcPr>
          <w:p w14:paraId="64FDF5AF" w14:textId="77777777" w:rsidR="00F81D60" w:rsidRDefault="00000000">
            <w:pPr>
              <w:pStyle w:val="TableText"/>
              <w:spacing w:before="40" w:after="40"/>
            </w:pPr>
            <w:r>
              <w:t>[compilare]</w:t>
            </w:r>
          </w:p>
        </w:tc>
      </w:tr>
    </w:tbl>
    <w:p w14:paraId="5AB1894E"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3D9C891" w14:textId="77777777">
        <w:trPr>
          <w:tblHeader/>
          <w:jc w:val="center"/>
        </w:trPr>
        <w:tc>
          <w:tcPr>
            <w:tcW w:w="2948" w:type="dxa"/>
            <w:shd w:val="clear" w:color="auto" w:fill="17324D"/>
            <w:vAlign w:val="center"/>
          </w:tcPr>
          <w:p w14:paraId="67ED6799" w14:textId="77777777" w:rsidR="00F81D60" w:rsidRDefault="00000000">
            <w:pPr>
              <w:pStyle w:val="TableText"/>
              <w:spacing w:before="40" w:after="40"/>
            </w:pPr>
            <w:r>
              <w:rPr>
                <w:b/>
                <w:color w:val="FFFFFF"/>
              </w:rPr>
              <w:t>Campo</w:t>
            </w:r>
          </w:p>
        </w:tc>
        <w:tc>
          <w:tcPr>
            <w:tcW w:w="7030" w:type="dxa"/>
            <w:shd w:val="clear" w:color="auto" w:fill="17324D"/>
            <w:vAlign w:val="center"/>
          </w:tcPr>
          <w:p w14:paraId="19AC58DD" w14:textId="77777777" w:rsidR="00F81D60" w:rsidRDefault="00000000">
            <w:pPr>
              <w:pStyle w:val="TableText"/>
              <w:spacing w:before="40" w:after="40"/>
            </w:pPr>
            <w:r>
              <w:rPr>
                <w:b/>
                <w:color w:val="FFFFFF"/>
              </w:rPr>
              <w:t>Compilazione / decisione aziendale</w:t>
            </w:r>
          </w:p>
        </w:tc>
      </w:tr>
      <w:tr w:rsidR="00F81D60" w14:paraId="4A02812A" w14:textId="77777777">
        <w:trPr>
          <w:cantSplit/>
          <w:jc w:val="center"/>
        </w:trPr>
        <w:tc>
          <w:tcPr>
            <w:tcW w:w="2948" w:type="dxa"/>
            <w:vAlign w:val="center"/>
          </w:tcPr>
          <w:p w14:paraId="54F01194" w14:textId="77777777" w:rsidR="00F81D60" w:rsidRDefault="00000000">
            <w:pPr>
              <w:pStyle w:val="TableText"/>
              <w:spacing w:before="40" w:after="40"/>
            </w:pPr>
            <w:r>
              <w:t>Elementi da verificare</w:t>
            </w:r>
          </w:p>
        </w:tc>
        <w:tc>
          <w:tcPr>
            <w:tcW w:w="7030" w:type="dxa"/>
            <w:vAlign w:val="center"/>
          </w:tcPr>
          <w:p w14:paraId="18DF4FBB" w14:textId="77777777" w:rsidR="00F81D60" w:rsidRDefault="00000000">
            <w:pPr>
              <w:pStyle w:val="TableText"/>
              <w:spacing w:before="40" w:after="40"/>
            </w:pPr>
            <w:r>
              <w:t>Compito, fattibilità, vincoli di sicurezza, risorse: [ ]</w:t>
            </w:r>
          </w:p>
        </w:tc>
      </w:tr>
      <w:tr w:rsidR="00F81D60" w14:paraId="050929D2" w14:textId="77777777">
        <w:trPr>
          <w:cantSplit/>
          <w:jc w:val="center"/>
        </w:trPr>
        <w:tc>
          <w:tcPr>
            <w:tcW w:w="2948" w:type="dxa"/>
            <w:shd w:val="clear" w:color="auto" w:fill="F5F7F9"/>
            <w:vAlign w:val="center"/>
          </w:tcPr>
          <w:p w14:paraId="5D2205FE" w14:textId="77777777" w:rsidR="00F81D60" w:rsidRDefault="00000000">
            <w:pPr>
              <w:pStyle w:val="TableText"/>
              <w:spacing w:before="40" w:after="40"/>
            </w:pPr>
            <w:r>
              <w:t>Misure provvisorie concordate</w:t>
            </w:r>
          </w:p>
        </w:tc>
        <w:tc>
          <w:tcPr>
            <w:tcW w:w="7030" w:type="dxa"/>
            <w:shd w:val="clear" w:color="auto" w:fill="F5F7F9"/>
            <w:vAlign w:val="center"/>
          </w:tcPr>
          <w:p w14:paraId="7D4CC407" w14:textId="77777777" w:rsidR="00F81D60" w:rsidRDefault="00000000">
            <w:pPr>
              <w:pStyle w:val="TableText"/>
              <w:spacing w:before="40" w:after="40"/>
            </w:pPr>
            <w:r>
              <w:t>Misura: [ ]  •  responsabile: [ ]  •  validità: [ ]  •  compatibilità verificata da: [ ]</w:t>
            </w:r>
          </w:p>
        </w:tc>
      </w:tr>
      <w:tr w:rsidR="00F81D60" w14:paraId="786C432C" w14:textId="77777777">
        <w:trPr>
          <w:cantSplit/>
          <w:jc w:val="center"/>
        </w:trPr>
        <w:tc>
          <w:tcPr>
            <w:tcW w:w="2948" w:type="dxa"/>
            <w:vAlign w:val="center"/>
          </w:tcPr>
          <w:p w14:paraId="4B9618B5" w14:textId="77777777" w:rsidR="00F81D60" w:rsidRDefault="00000000">
            <w:pPr>
              <w:pStyle w:val="TableText"/>
              <w:spacing w:before="40" w:after="40"/>
            </w:pPr>
            <w:r>
              <w:t>Prossimo passaggio</w:t>
            </w:r>
          </w:p>
        </w:tc>
        <w:tc>
          <w:tcPr>
            <w:tcW w:w="7030" w:type="dxa"/>
            <w:vAlign w:val="center"/>
          </w:tcPr>
          <w:p w14:paraId="583EB32A" w14:textId="77777777" w:rsidR="00F81D60" w:rsidRDefault="00000000">
            <w:pPr>
              <w:pStyle w:val="TableText"/>
              <w:spacing w:before="40" w:after="40"/>
            </w:pPr>
            <w:r>
              <w:t>Valutazione A11 / decisione A12 / orientamento volontario: [ ]  •  data: [ ]</w:t>
            </w:r>
          </w:p>
        </w:tc>
      </w:tr>
      <w:tr w:rsidR="00F81D60" w14:paraId="2F2EDE5C" w14:textId="77777777">
        <w:trPr>
          <w:cantSplit/>
          <w:jc w:val="center"/>
        </w:trPr>
        <w:tc>
          <w:tcPr>
            <w:tcW w:w="2948" w:type="dxa"/>
            <w:shd w:val="clear" w:color="auto" w:fill="F5F7F9"/>
            <w:vAlign w:val="center"/>
          </w:tcPr>
          <w:p w14:paraId="6C59E4EB" w14:textId="77777777" w:rsidR="00F81D60" w:rsidRDefault="00000000">
            <w:pPr>
              <w:pStyle w:val="TableText"/>
              <w:spacing w:before="40" w:after="40"/>
            </w:pPr>
            <w:r>
              <w:t>Conferma della sintesi</w:t>
            </w:r>
          </w:p>
        </w:tc>
        <w:tc>
          <w:tcPr>
            <w:tcW w:w="7030" w:type="dxa"/>
            <w:shd w:val="clear" w:color="auto" w:fill="F5F7F9"/>
            <w:vAlign w:val="center"/>
          </w:tcPr>
          <w:p w14:paraId="4FB007FA" w14:textId="77777777" w:rsidR="00F81D60" w:rsidRDefault="00000000">
            <w:pPr>
              <w:pStyle w:val="TableText"/>
              <w:spacing w:before="40" w:after="40"/>
            </w:pPr>
            <w:r>
              <w:t>Eventuali rettifiche chieste dalla persona: [ ]  •  consegna copia protetta: [ ]</w:t>
            </w:r>
          </w:p>
        </w:tc>
      </w:tr>
    </w:tbl>
    <w:p w14:paraId="34152F69"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CB9D533" w14:textId="77777777">
        <w:trPr>
          <w:tblHeader/>
          <w:jc w:val="center"/>
        </w:trPr>
        <w:tc>
          <w:tcPr>
            <w:tcW w:w="9978" w:type="dxa"/>
            <w:shd w:val="clear" w:color="auto" w:fill="17324D"/>
            <w:vAlign w:val="center"/>
          </w:tcPr>
          <w:p w14:paraId="2BC8ADA1" w14:textId="77777777" w:rsidR="00F81D60" w:rsidRDefault="00000000">
            <w:pPr>
              <w:pStyle w:val="TableText"/>
              <w:spacing w:before="40" w:after="40"/>
            </w:pPr>
            <w:r>
              <w:rPr>
                <w:b/>
                <w:color w:val="FFFFFF"/>
                <w:sz w:val="19"/>
              </w:rPr>
              <w:t>COMPORTAMENTI DA EVITARE</w:t>
            </w:r>
          </w:p>
        </w:tc>
      </w:tr>
      <w:tr w:rsidR="00F81D60" w14:paraId="594CD518" w14:textId="77777777">
        <w:trPr>
          <w:cantSplit/>
          <w:jc w:val="center"/>
        </w:trPr>
        <w:tc>
          <w:tcPr>
            <w:tcW w:w="9978" w:type="dxa"/>
            <w:shd w:val="clear" w:color="auto" w:fill="EAF3F4"/>
            <w:vAlign w:val="center"/>
          </w:tcPr>
          <w:p w14:paraId="1034EBF5" w14:textId="77777777" w:rsidR="00F81D60" w:rsidRDefault="00000000">
            <w:pPr>
              <w:pStyle w:val="TableText"/>
              <w:spacing w:before="40" w:after="40"/>
            </w:pPr>
            <w:r>
              <w:rPr>
                <w:sz w:val="19"/>
              </w:rPr>
              <w:t>Non chiedere “sei in menopausa?”, non suggerire farmaci, non minimizzare, non usare testimonianze di altre persone come paragone, non promettere segretezza assoluta incompatibile con obblighi di sicurezza. Non richiedere una prova sanitaria per ogni ordinaria modifica organizzativa.</w:t>
            </w:r>
          </w:p>
        </w:tc>
      </w:tr>
    </w:tbl>
    <w:p w14:paraId="7397D14F" w14:textId="77777777" w:rsidR="00F81D60" w:rsidRDefault="00F81D60">
      <w:pPr>
        <w:spacing w:after="0"/>
      </w:pPr>
    </w:p>
    <w:p w14:paraId="2245AA81" w14:textId="77777777" w:rsidR="00F81D60" w:rsidRDefault="00000000">
      <w:r>
        <w:br w:type="page"/>
      </w:r>
    </w:p>
    <w:p w14:paraId="65AAD26E" w14:textId="77777777" w:rsidR="00F81D60" w:rsidRDefault="00000000">
      <w:pPr>
        <w:pStyle w:val="Small"/>
      </w:pPr>
      <w:r>
        <w:rPr>
          <w:b/>
          <w:color w:val="006B70"/>
        </w:rPr>
        <w:t>ALLEGATO AZIENDALE  •  MOD-MM-10  •  parte 2</w:t>
      </w:r>
    </w:p>
    <w:p w14:paraId="6557AF4F" w14:textId="77777777" w:rsidR="00F81D60" w:rsidRDefault="00000000">
      <w:pPr>
        <w:pStyle w:val="Titolo1"/>
      </w:pPr>
      <w:bookmarkStart w:id="67" w:name="A10_2"/>
      <w:r>
        <w:t>A10 | Accordi informativi e istruzioni ai destinatari</w:t>
      </w:r>
      <w:bookmarkEnd w:id="67"/>
    </w:p>
    <w:p w14:paraId="6FED525F" w14:textId="77777777" w:rsidR="00F81D60" w:rsidRDefault="00000000">
      <w:pPr>
        <w:pStyle w:val="Reference"/>
      </w:pPr>
      <w:r>
        <w:t>Base documentale: [ISO] § 5.6; [UE1]; [IT2]. Le istruzioni operative e i moduli sono elaborazioni aziendali del modello [AZ].</w:t>
      </w:r>
    </w:p>
    <w:p w14:paraId="7E7DFD32" w14:textId="77777777" w:rsidR="00F81D60" w:rsidRDefault="00000000">
      <w:r>
        <w:t>CLASSIFICAZIONE: RISERVATO INDIVIDUALE. Questo foglio definisce chi deve sapere cosa. Le basi giuridiche e le autorizzazioni sono definite in A18–A19, non sostituite da una firma di consenso generico.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DDE6B4B" w14:textId="77777777">
        <w:trPr>
          <w:tblHeader/>
          <w:jc w:val="center"/>
        </w:trPr>
        <w:tc>
          <w:tcPr>
            <w:tcW w:w="2948" w:type="dxa"/>
            <w:shd w:val="clear" w:color="auto" w:fill="17324D"/>
            <w:vAlign w:val="center"/>
          </w:tcPr>
          <w:p w14:paraId="42675C94" w14:textId="77777777" w:rsidR="00F81D60" w:rsidRDefault="00000000">
            <w:pPr>
              <w:pStyle w:val="TableText"/>
              <w:spacing w:before="40" w:after="40"/>
            </w:pPr>
            <w:r>
              <w:rPr>
                <w:b/>
                <w:color w:val="FFFFFF"/>
              </w:rPr>
              <w:t>Campo</w:t>
            </w:r>
          </w:p>
        </w:tc>
        <w:tc>
          <w:tcPr>
            <w:tcW w:w="7030" w:type="dxa"/>
            <w:shd w:val="clear" w:color="auto" w:fill="17324D"/>
            <w:vAlign w:val="center"/>
          </w:tcPr>
          <w:p w14:paraId="12576585" w14:textId="77777777" w:rsidR="00F81D60" w:rsidRDefault="00000000">
            <w:pPr>
              <w:pStyle w:val="TableText"/>
              <w:spacing w:before="40" w:after="40"/>
            </w:pPr>
            <w:r>
              <w:rPr>
                <w:b/>
                <w:color w:val="FFFFFF"/>
              </w:rPr>
              <w:t>Compilazione / decisione aziendale</w:t>
            </w:r>
          </w:p>
        </w:tc>
      </w:tr>
      <w:tr w:rsidR="00F81D60" w14:paraId="33FEE3DF" w14:textId="77777777">
        <w:trPr>
          <w:cantSplit/>
          <w:jc w:val="center"/>
        </w:trPr>
        <w:tc>
          <w:tcPr>
            <w:tcW w:w="2948" w:type="dxa"/>
            <w:vAlign w:val="center"/>
          </w:tcPr>
          <w:p w14:paraId="18C6FD22" w14:textId="77777777" w:rsidR="00F81D60" w:rsidRDefault="00000000">
            <w:pPr>
              <w:pStyle w:val="TableText"/>
              <w:spacing w:before="40" w:after="40"/>
            </w:pPr>
            <w:r>
              <w:t>Pratica / versione</w:t>
            </w:r>
          </w:p>
        </w:tc>
        <w:tc>
          <w:tcPr>
            <w:tcW w:w="7030" w:type="dxa"/>
            <w:vAlign w:val="center"/>
          </w:tcPr>
          <w:p w14:paraId="24E9AF82" w14:textId="77777777" w:rsidR="00F81D60" w:rsidRDefault="00000000">
            <w:pPr>
              <w:pStyle w:val="TableText"/>
              <w:spacing w:before="40" w:after="40"/>
            </w:pPr>
            <w:r>
              <w:t>Codice: [ ]  •  data: [ ]  •  referente: [ ]</w:t>
            </w:r>
          </w:p>
        </w:tc>
      </w:tr>
      <w:tr w:rsidR="00F81D60" w14:paraId="58C68093" w14:textId="77777777">
        <w:trPr>
          <w:cantSplit/>
          <w:jc w:val="center"/>
        </w:trPr>
        <w:tc>
          <w:tcPr>
            <w:tcW w:w="2948" w:type="dxa"/>
            <w:shd w:val="clear" w:color="auto" w:fill="F5F7F9"/>
            <w:vAlign w:val="center"/>
          </w:tcPr>
          <w:p w14:paraId="5478AD17" w14:textId="77777777" w:rsidR="00F81D60" w:rsidRDefault="00000000">
            <w:pPr>
              <w:pStyle w:val="TableText"/>
              <w:spacing w:before="40" w:after="40"/>
            </w:pPr>
            <w:r>
              <w:t>Informazioni necessarie</w:t>
            </w:r>
          </w:p>
        </w:tc>
        <w:tc>
          <w:tcPr>
            <w:tcW w:w="7030" w:type="dxa"/>
            <w:shd w:val="clear" w:color="auto" w:fill="F5F7F9"/>
            <w:vAlign w:val="center"/>
          </w:tcPr>
          <w:p w14:paraId="34952558" w14:textId="77777777" w:rsidR="00F81D60" w:rsidRDefault="00000000">
            <w:pPr>
              <w:pStyle w:val="TableText"/>
              <w:spacing w:before="40" w:after="40"/>
            </w:pPr>
            <w:r>
              <w:t>[elencare solo istruzioni funzionali e dati indispensabili]</w:t>
            </w:r>
          </w:p>
        </w:tc>
      </w:tr>
      <w:tr w:rsidR="00F81D60" w14:paraId="0C907942" w14:textId="77777777">
        <w:trPr>
          <w:cantSplit/>
          <w:jc w:val="center"/>
        </w:trPr>
        <w:tc>
          <w:tcPr>
            <w:tcW w:w="2948" w:type="dxa"/>
            <w:vAlign w:val="center"/>
          </w:tcPr>
          <w:p w14:paraId="523F7EEA" w14:textId="77777777" w:rsidR="00F81D60" w:rsidRDefault="00000000">
            <w:pPr>
              <w:pStyle w:val="TableText"/>
              <w:spacing w:before="40" w:after="40"/>
            </w:pPr>
            <w:r>
              <w:t>Informazioni da non condividere</w:t>
            </w:r>
          </w:p>
        </w:tc>
        <w:tc>
          <w:tcPr>
            <w:tcW w:w="7030" w:type="dxa"/>
            <w:vAlign w:val="center"/>
          </w:tcPr>
          <w:p w14:paraId="68F4A5FB" w14:textId="77777777" w:rsidR="00F81D60" w:rsidRDefault="00000000">
            <w:pPr>
              <w:pStyle w:val="TableText"/>
              <w:spacing w:before="40" w:after="40"/>
            </w:pPr>
            <w:r>
              <w:t>[se necessario indicare categorie; non ricopiare qui informazioni intime]</w:t>
            </w:r>
          </w:p>
        </w:tc>
      </w:tr>
    </w:tbl>
    <w:p w14:paraId="1D88A21C"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90"/>
        <w:gridCol w:w="4252"/>
        <w:gridCol w:w="2835"/>
      </w:tblGrid>
      <w:tr w:rsidR="00F81D60" w14:paraId="5164C70A" w14:textId="77777777">
        <w:trPr>
          <w:tblHeader/>
          <w:jc w:val="center"/>
        </w:trPr>
        <w:tc>
          <w:tcPr>
            <w:tcW w:w="2891" w:type="dxa"/>
            <w:shd w:val="clear" w:color="auto" w:fill="17324D"/>
            <w:vAlign w:val="center"/>
          </w:tcPr>
          <w:p w14:paraId="1DBFCA71" w14:textId="77777777" w:rsidR="00F81D60" w:rsidRDefault="00000000">
            <w:pPr>
              <w:pStyle w:val="TableText"/>
              <w:spacing w:before="40" w:after="40"/>
            </w:pPr>
            <w:r>
              <w:rPr>
                <w:b/>
                <w:color w:val="FFFFFF"/>
              </w:rPr>
              <w:t>Destinatario autorizzato / ruolo</w:t>
            </w:r>
          </w:p>
        </w:tc>
        <w:tc>
          <w:tcPr>
            <w:tcW w:w="4252" w:type="dxa"/>
            <w:shd w:val="clear" w:color="auto" w:fill="17324D"/>
            <w:vAlign w:val="center"/>
          </w:tcPr>
          <w:p w14:paraId="61C6025A" w14:textId="77777777" w:rsidR="00F81D60" w:rsidRDefault="00000000">
            <w:pPr>
              <w:pStyle w:val="TableText"/>
              <w:spacing w:before="40" w:after="40"/>
            </w:pPr>
            <w:r>
              <w:rPr>
                <w:b/>
                <w:color w:val="FFFFFF"/>
              </w:rPr>
              <w:t>Informazione minima e finalità</w:t>
            </w:r>
          </w:p>
        </w:tc>
        <w:tc>
          <w:tcPr>
            <w:tcW w:w="2835" w:type="dxa"/>
            <w:shd w:val="clear" w:color="auto" w:fill="17324D"/>
            <w:vAlign w:val="center"/>
          </w:tcPr>
          <w:p w14:paraId="04552478" w14:textId="77777777" w:rsidR="00F81D60" w:rsidRDefault="00000000">
            <w:pPr>
              <w:pStyle w:val="TableText"/>
              <w:spacing w:before="40" w:after="40"/>
            </w:pPr>
            <w:r>
              <w:rPr>
                <w:b/>
                <w:color w:val="FFFFFF"/>
              </w:rPr>
              <w:t>Canale / durata / presupposto</w:t>
            </w:r>
          </w:p>
        </w:tc>
      </w:tr>
      <w:tr w:rsidR="00F81D60" w14:paraId="18A064F4" w14:textId="77777777">
        <w:trPr>
          <w:cantSplit/>
          <w:trHeight w:val="680"/>
          <w:jc w:val="center"/>
        </w:trPr>
        <w:tc>
          <w:tcPr>
            <w:tcW w:w="2891" w:type="dxa"/>
            <w:vAlign w:val="center"/>
          </w:tcPr>
          <w:p w14:paraId="2234B45C" w14:textId="77777777" w:rsidR="00F81D60" w:rsidRDefault="00000000">
            <w:pPr>
              <w:pStyle w:val="TableText"/>
              <w:spacing w:before="40" w:after="40"/>
            </w:pPr>
            <w:r>
              <w:t>Manager operativo: [ ]</w:t>
            </w:r>
          </w:p>
        </w:tc>
        <w:tc>
          <w:tcPr>
            <w:tcW w:w="4252" w:type="dxa"/>
            <w:vAlign w:val="center"/>
          </w:tcPr>
          <w:p w14:paraId="5AF7EC36" w14:textId="77777777" w:rsidR="00F81D60" w:rsidRDefault="00000000">
            <w:pPr>
              <w:pStyle w:val="TableText"/>
              <w:spacing w:before="40" w:after="40"/>
            </w:pPr>
            <w:r>
              <w:t>[es. nuova copertura della pausa; non la causa sanitaria]</w:t>
            </w:r>
          </w:p>
        </w:tc>
        <w:tc>
          <w:tcPr>
            <w:tcW w:w="2835" w:type="dxa"/>
            <w:vAlign w:val="center"/>
          </w:tcPr>
          <w:p w14:paraId="742DB5B2" w14:textId="77777777" w:rsidR="00F81D60" w:rsidRDefault="00000000">
            <w:pPr>
              <w:pStyle w:val="TableText"/>
              <w:spacing w:before="40" w:after="40"/>
            </w:pPr>
            <w:r>
              <w:t>[compilare]</w:t>
            </w:r>
          </w:p>
        </w:tc>
      </w:tr>
      <w:tr w:rsidR="00F81D60" w14:paraId="2D7E3608" w14:textId="77777777">
        <w:trPr>
          <w:cantSplit/>
          <w:trHeight w:val="680"/>
          <w:jc w:val="center"/>
        </w:trPr>
        <w:tc>
          <w:tcPr>
            <w:tcW w:w="2891" w:type="dxa"/>
            <w:shd w:val="clear" w:color="auto" w:fill="F5F7F9"/>
            <w:vAlign w:val="center"/>
          </w:tcPr>
          <w:p w14:paraId="5C4D9EB5" w14:textId="77777777" w:rsidR="00F81D60" w:rsidRDefault="00000000">
            <w:pPr>
              <w:pStyle w:val="TableText"/>
              <w:spacing w:before="40" w:after="40"/>
            </w:pPr>
            <w:r>
              <w:t>Pianificazione / sostituto: [ ]</w:t>
            </w:r>
          </w:p>
        </w:tc>
        <w:tc>
          <w:tcPr>
            <w:tcW w:w="4252" w:type="dxa"/>
            <w:shd w:val="clear" w:color="auto" w:fill="F5F7F9"/>
            <w:vAlign w:val="center"/>
          </w:tcPr>
          <w:p w14:paraId="28CE7D31" w14:textId="77777777" w:rsidR="00F81D60" w:rsidRDefault="00000000">
            <w:pPr>
              <w:pStyle w:val="TableText"/>
              <w:spacing w:before="40" w:after="40"/>
            </w:pPr>
            <w:r>
              <w:t>[es. fascia da coprire; non fascicolo individuale]</w:t>
            </w:r>
          </w:p>
        </w:tc>
        <w:tc>
          <w:tcPr>
            <w:tcW w:w="2835" w:type="dxa"/>
            <w:shd w:val="clear" w:color="auto" w:fill="F5F7F9"/>
            <w:vAlign w:val="center"/>
          </w:tcPr>
          <w:p w14:paraId="14A588CF" w14:textId="77777777" w:rsidR="00F81D60" w:rsidRDefault="00000000">
            <w:pPr>
              <w:pStyle w:val="TableText"/>
              <w:spacing w:before="40" w:after="40"/>
            </w:pPr>
            <w:r>
              <w:t>[compilare]</w:t>
            </w:r>
          </w:p>
        </w:tc>
      </w:tr>
      <w:tr w:rsidR="00F81D60" w14:paraId="08A25B1B" w14:textId="77777777">
        <w:trPr>
          <w:cantSplit/>
          <w:trHeight w:val="680"/>
          <w:jc w:val="center"/>
        </w:trPr>
        <w:tc>
          <w:tcPr>
            <w:tcW w:w="2891" w:type="dxa"/>
            <w:vAlign w:val="center"/>
          </w:tcPr>
          <w:p w14:paraId="5DEB99A9" w14:textId="77777777" w:rsidR="00F81D60" w:rsidRDefault="00000000">
            <w:pPr>
              <w:pStyle w:val="TableText"/>
              <w:spacing w:before="40" w:after="40"/>
            </w:pPr>
            <w:r>
              <w:t>Facility / acquisti: [ ]</w:t>
            </w:r>
          </w:p>
        </w:tc>
        <w:tc>
          <w:tcPr>
            <w:tcW w:w="4252" w:type="dxa"/>
            <w:vAlign w:val="center"/>
          </w:tcPr>
          <w:p w14:paraId="3272D08C" w14:textId="77777777" w:rsidR="00F81D60" w:rsidRDefault="00000000">
            <w:pPr>
              <w:pStyle w:val="TableText"/>
              <w:spacing w:before="40" w:after="40"/>
            </w:pPr>
            <w:r>
              <w:t>[es. specifiche tecniche non identificanti]</w:t>
            </w:r>
          </w:p>
        </w:tc>
        <w:tc>
          <w:tcPr>
            <w:tcW w:w="2835" w:type="dxa"/>
            <w:vAlign w:val="center"/>
          </w:tcPr>
          <w:p w14:paraId="79B750C4" w14:textId="77777777" w:rsidR="00F81D60" w:rsidRDefault="00000000">
            <w:pPr>
              <w:pStyle w:val="TableText"/>
              <w:spacing w:before="40" w:after="40"/>
            </w:pPr>
            <w:r>
              <w:t>[compilare]</w:t>
            </w:r>
          </w:p>
        </w:tc>
      </w:tr>
      <w:tr w:rsidR="00F81D60" w14:paraId="64801DAE" w14:textId="77777777">
        <w:trPr>
          <w:cantSplit/>
          <w:trHeight w:val="680"/>
          <w:jc w:val="center"/>
        </w:trPr>
        <w:tc>
          <w:tcPr>
            <w:tcW w:w="2891" w:type="dxa"/>
            <w:shd w:val="clear" w:color="auto" w:fill="F5F7F9"/>
            <w:vAlign w:val="center"/>
          </w:tcPr>
          <w:p w14:paraId="578DBD80" w14:textId="77777777" w:rsidR="00F81D60" w:rsidRDefault="00000000">
            <w:pPr>
              <w:pStyle w:val="TableText"/>
              <w:spacing w:before="40" w:after="40"/>
            </w:pPr>
            <w:r>
              <w:t>Altro destinatario necessario: [ ]</w:t>
            </w:r>
          </w:p>
        </w:tc>
        <w:tc>
          <w:tcPr>
            <w:tcW w:w="4252" w:type="dxa"/>
            <w:shd w:val="clear" w:color="auto" w:fill="F5F7F9"/>
            <w:vAlign w:val="center"/>
          </w:tcPr>
          <w:p w14:paraId="73ABB528" w14:textId="77777777" w:rsidR="00F81D60" w:rsidRDefault="00000000">
            <w:pPr>
              <w:pStyle w:val="TableText"/>
              <w:spacing w:before="40" w:after="40"/>
            </w:pPr>
            <w:r>
              <w:t>[motivare necessità]</w:t>
            </w:r>
          </w:p>
        </w:tc>
        <w:tc>
          <w:tcPr>
            <w:tcW w:w="2835" w:type="dxa"/>
            <w:shd w:val="clear" w:color="auto" w:fill="F5F7F9"/>
            <w:vAlign w:val="center"/>
          </w:tcPr>
          <w:p w14:paraId="1D51C1AF" w14:textId="77777777" w:rsidR="00F81D60" w:rsidRDefault="00000000">
            <w:pPr>
              <w:pStyle w:val="TableText"/>
              <w:spacing w:before="40" w:after="40"/>
            </w:pPr>
            <w:r>
              <w:t>[compilare]</w:t>
            </w:r>
          </w:p>
        </w:tc>
      </w:tr>
    </w:tbl>
    <w:p w14:paraId="21FF8483"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9A428FC" w14:textId="77777777">
        <w:trPr>
          <w:tblHeader/>
          <w:jc w:val="center"/>
        </w:trPr>
        <w:tc>
          <w:tcPr>
            <w:tcW w:w="2948" w:type="dxa"/>
            <w:shd w:val="clear" w:color="auto" w:fill="17324D"/>
            <w:vAlign w:val="center"/>
          </w:tcPr>
          <w:p w14:paraId="628B696F" w14:textId="77777777" w:rsidR="00F81D60" w:rsidRDefault="00000000">
            <w:pPr>
              <w:pStyle w:val="TableText"/>
              <w:spacing w:before="40" w:after="40"/>
            </w:pPr>
            <w:r>
              <w:rPr>
                <w:b/>
                <w:color w:val="FFFFFF"/>
              </w:rPr>
              <w:t>Campo</w:t>
            </w:r>
          </w:p>
        </w:tc>
        <w:tc>
          <w:tcPr>
            <w:tcW w:w="7030" w:type="dxa"/>
            <w:shd w:val="clear" w:color="auto" w:fill="17324D"/>
            <w:vAlign w:val="center"/>
          </w:tcPr>
          <w:p w14:paraId="1958AAFB" w14:textId="77777777" w:rsidR="00F81D60" w:rsidRDefault="00000000">
            <w:pPr>
              <w:pStyle w:val="TableText"/>
              <w:spacing w:before="40" w:after="40"/>
            </w:pPr>
            <w:r>
              <w:rPr>
                <w:b/>
                <w:color w:val="FFFFFF"/>
              </w:rPr>
              <w:t>Compilazione / decisione aziendale</w:t>
            </w:r>
          </w:p>
        </w:tc>
      </w:tr>
      <w:tr w:rsidR="00F81D60" w14:paraId="0915FD54" w14:textId="77777777">
        <w:trPr>
          <w:cantSplit/>
          <w:jc w:val="center"/>
        </w:trPr>
        <w:tc>
          <w:tcPr>
            <w:tcW w:w="2948" w:type="dxa"/>
            <w:vAlign w:val="center"/>
          </w:tcPr>
          <w:p w14:paraId="29C54887" w14:textId="77777777" w:rsidR="00F81D60" w:rsidRDefault="00000000">
            <w:pPr>
              <w:pStyle w:val="TableText"/>
              <w:spacing w:before="40" w:after="40"/>
            </w:pPr>
            <w:r>
              <w:t>Comunicazione facoltativa proposta</w:t>
            </w:r>
          </w:p>
        </w:tc>
        <w:tc>
          <w:tcPr>
            <w:tcW w:w="7030" w:type="dxa"/>
            <w:vAlign w:val="center"/>
          </w:tcPr>
          <w:p w14:paraId="107C3BFC" w14:textId="77777777" w:rsidR="00F81D60" w:rsidRDefault="00000000">
            <w:pPr>
              <w:pStyle w:val="TableText"/>
              <w:spacing w:before="40" w:after="40"/>
            </w:pPr>
            <w:r>
              <w:t>Contenuto esatto e destinatario: [ ]  •  motivazione: [ ]  •  scelta libera della persona: [ ]</w:t>
            </w:r>
          </w:p>
        </w:tc>
      </w:tr>
      <w:tr w:rsidR="00F81D60" w14:paraId="7FF6D8C6" w14:textId="77777777">
        <w:trPr>
          <w:cantSplit/>
          <w:jc w:val="center"/>
        </w:trPr>
        <w:tc>
          <w:tcPr>
            <w:tcW w:w="2948" w:type="dxa"/>
            <w:shd w:val="clear" w:color="auto" w:fill="F5F7F9"/>
            <w:vAlign w:val="center"/>
          </w:tcPr>
          <w:p w14:paraId="2BA43DA2" w14:textId="77777777" w:rsidR="00F81D60" w:rsidRDefault="00000000">
            <w:pPr>
              <w:pStyle w:val="TableText"/>
              <w:spacing w:before="40" w:after="40"/>
            </w:pPr>
            <w:r>
              <w:t>Comunicazione dovuta o necessaria</w:t>
            </w:r>
          </w:p>
        </w:tc>
        <w:tc>
          <w:tcPr>
            <w:tcW w:w="7030" w:type="dxa"/>
            <w:shd w:val="clear" w:color="auto" w:fill="F5F7F9"/>
            <w:vAlign w:val="center"/>
          </w:tcPr>
          <w:p w14:paraId="56DD3994" w14:textId="77777777" w:rsidR="00F81D60" w:rsidRDefault="00000000">
            <w:pPr>
              <w:pStyle w:val="TableText"/>
              <w:spacing w:before="40" w:after="40"/>
            </w:pPr>
            <w:r>
              <w:t>Base / obbligo / necessità specifica verificati: [ ]  •  informazione preventiva alla persona: [ ]</w:t>
            </w:r>
          </w:p>
        </w:tc>
      </w:tr>
      <w:tr w:rsidR="00F81D60" w14:paraId="29348E9C" w14:textId="77777777">
        <w:trPr>
          <w:cantSplit/>
          <w:jc w:val="center"/>
        </w:trPr>
        <w:tc>
          <w:tcPr>
            <w:tcW w:w="2948" w:type="dxa"/>
            <w:vAlign w:val="center"/>
          </w:tcPr>
          <w:p w14:paraId="3BE7275B" w14:textId="77777777" w:rsidR="00F81D60" w:rsidRDefault="00000000">
            <w:pPr>
              <w:pStyle w:val="TableText"/>
              <w:spacing w:before="40" w:after="40"/>
            </w:pPr>
            <w:r>
              <w:t>Limiti / contestazioni</w:t>
            </w:r>
          </w:p>
        </w:tc>
        <w:tc>
          <w:tcPr>
            <w:tcW w:w="7030" w:type="dxa"/>
            <w:vAlign w:val="center"/>
          </w:tcPr>
          <w:p w14:paraId="2DDD989D" w14:textId="77777777" w:rsidR="00F81D60" w:rsidRDefault="00000000">
            <w:pPr>
              <w:pStyle w:val="TableText"/>
              <w:spacing w:before="40" w:after="40"/>
            </w:pPr>
            <w:r>
              <w:t>Osservazioni o richiesta di limitare la condivisione: [ ]  •  valutazione del referente privacy: [ ]</w:t>
            </w:r>
          </w:p>
        </w:tc>
      </w:tr>
      <w:tr w:rsidR="00F81D60" w14:paraId="786C4C31" w14:textId="77777777">
        <w:trPr>
          <w:cantSplit/>
          <w:jc w:val="center"/>
        </w:trPr>
        <w:tc>
          <w:tcPr>
            <w:tcW w:w="2948" w:type="dxa"/>
            <w:shd w:val="clear" w:color="auto" w:fill="F5F7F9"/>
            <w:vAlign w:val="center"/>
          </w:tcPr>
          <w:p w14:paraId="604FCCC3" w14:textId="77777777" w:rsidR="00F81D60" w:rsidRDefault="00000000">
            <w:pPr>
              <w:pStyle w:val="TableText"/>
              <w:spacing w:before="40" w:after="40"/>
            </w:pPr>
            <w:r>
              <w:t>Consegna e aggiornamento</w:t>
            </w:r>
          </w:p>
        </w:tc>
        <w:tc>
          <w:tcPr>
            <w:tcW w:w="7030" w:type="dxa"/>
            <w:shd w:val="clear" w:color="auto" w:fill="F5F7F9"/>
            <w:vAlign w:val="center"/>
          </w:tcPr>
          <w:p w14:paraId="706F49BA" w14:textId="77777777" w:rsidR="00F81D60" w:rsidRDefault="00000000">
            <w:pPr>
              <w:pStyle w:val="TableText"/>
              <w:spacing w:before="40" w:after="40"/>
            </w:pPr>
            <w:r>
              <w:t>Copia alla persona: [ ]  •  canale: [ ]  •  riesame a cambio ruolo o misura: [ ]</w:t>
            </w:r>
          </w:p>
        </w:tc>
      </w:tr>
    </w:tbl>
    <w:p w14:paraId="6DB3FC1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6ABA6ACB" w14:textId="77777777">
        <w:trPr>
          <w:tblHeader/>
          <w:jc w:val="center"/>
        </w:trPr>
        <w:tc>
          <w:tcPr>
            <w:tcW w:w="9978" w:type="dxa"/>
            <w:shd w:val="clear" w:color="auto" w:fill="17324D"/>
            <w:vAlign w:val="center"/>
          </w:tcPr>
          <w:p w14:paraId="2CDB0E25" w14:textId="77777777" w:rsidR="00F81D60" w:rsidRDefault="00000000">
            <w:pPr>
              <w:pStyle w:val="TableText"/>
              <w:spacing w:before="40" w:after="40"/>
            </w:pPr>
            <w:r>
              <w:rPr>
                <w:b/>
                <w:color w:val="FFFFFF"/>
                <w:sz w:val="19"/>
              </w:rPr>
              <w:t>LA DISCLOSURE NON EQUIVALE A CONSENSO</w:t>
            </w:r>
          </w:p>
        </w:tc>
      </w:tr>
      <w:tr w:rsidR="00F81D60" w14:paraId="6D788075" w14:textId="77777777">
        <w:trPr>
          <w:cantSplit/>
          <w:jc w:val="center"/>
        </w:trPr>
        <w:tc>
          <w:tcPr>
            <w:tcW w:w="9978" w:type="dxa"/>
            <w:shd w:val="clear" w:color="auto" w:fill="EAF3F4"/>
            <w:vAlign w:val="center"/>
          </w:tcPr>
          <w:p w14:paraId="0C9FE749" w14:textId="77777777" w:rsidR="00F81D60" w:rsidRDefault="00000000">
            <w:pPr>
              <w:pStyle w:val="TableText"/>
              <w:spacing w:before="40" w:after="40"/>
            </w:pPr>
            <w:r>
              <w:rPr>
                <w:sz w:val="19"/>
              </w:rPr>
              <w:t>Aver parlato con un referente non autorizza la diffusione al team. La scelta relativa a una comunicazione volontaria è specifica e distinta dalla liceità dei trattamenti necessari. Una scelta negativa non impedisce automaticamente un adattamento possibile senza quella divulgazione.</w:t>
            </w:r>
          </w:p>
        </w:tc>
      </w:tr>
    </w:tbl>
    <w:p w14:paraId="42E4F76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51CEE74E" w14:textId="77777777">
        <w:trPr>
          <w:tblHeader/>
          <w:jc w:val="center"/>
        </w:trPr>
        <w:tc>
          <w:tcPr>
            <w:tcW w:w="3326" w:type="dxa"/>
            <w:shd w:val="clear" w:color="auto" w:fill="17324D"/>
            <w:vAlign w:val="center"/>
          </w:tcPr>
          <w:p w14:paraId="64F3D74C" w14:textId="77777777" w:rsidR="00F81D60" w:rsidRDefault="00000000">
            <w:pPr>
              <w:pStyle w:val="TableText"/>
              <w:spacing w:before="40" w:after="40"/>
            </w:pPr>
            <w:r>
              <w:rPr>
                <w:b/>
                <w:color w:val="FFFFFF"/>
              </w:rPr>
              <w:t>Persona – presa visione degli accordi</w:t>
            </w:r>
          </w:p>
        </w:tc>
        <w:tc>
          <w:tcPr>
            <w:tcW w:w="3326" w:type="dxa"/>
            <w:shd w:val="clear" w:color="auto" w:fill="17324D"/>
            <w:vAlign w:val="center"/>
          </w:tcPr>
          <w:p w14:paraId="7997773E" w14:textId="77777777" w:rsidR="00F81D60" w:rsidRDefault="00000000">
            <w:pPr>
              <w:pStyle w:val="TableText"/>
              <w:spacing w:before="40" w:after="40"/>
            </w:pPr>
            <w:r>
              <w:rPr>
                <w:b/>
                <w:color w:val="FFFFFF"/>
              </w:rPr>
              <w:t>Referente autorizzato</w:t>
            </w:r>
          </w:p>
        </w:tc>
        <w:tc>
          <w:tcPr>
            <w:tcW w:w="3326" w:type="dxa"/>
            <w:shd w:val="clear" w:color="auto" w:fill="17324D"/>
            <w:vAlign w:val="center"/>
          </w:tcPr>
          <w:p w14:paraId="42C6704C" w14:textId="77777777" w:rsidR="00F81D60" w:rsidRDefault="00000000">
            <w:pPr>
              <w:pStyle w:val="TableText"/>
              <w:spacing w:before="40" w:after="40"/>
            </w:pPr>
            <w:r>
              <w:rPr>
                <w:b/>
                <w:color w:val="FFFFFF"/>
              </w:rPr>
              <w:t>Data</w:t>
            </w:r>
          </w:p>
        </w:tc>
      </w:tr>
      <w:tr w:rsidR="00F81D60" w14:paraId="3C28727A" w14:textId="77777777">
        <w:trPr>
          <w:cantSplit/>
          <w:trHeight w:val="454"/>
          <w:jc w:val="center"/>
        </w:trPr>
        <w:tc>
          <w:tcPr>
            <w:tcW w:w="3326" w:type="dxa"/>
            <w:vAlign w:val="center"/>
          </w:tcPr>
          <w:p w14:paraId="098C710F" w14:textId="77777777" w:rsidR="00F81D60" w:rsidRDefault="00000000">
            <w:pPr>
              <w:pStyle w:val="TableText"/>
              <w:spacing w:before="40" w:after="40"/>
            </w:pPr>
            <w:r>
              <w:t>[compilare]</w:t>
            </w:r>
          </w:p>
        </w:tc>
        <w:tc>
          <w:tcPr>
            <w:tcW w:w="3326" w:type="dxa"/>
            <w:vAlign w:val="center"/>
          </w:tcPr>
          <w:p w14:paraId="6BD9F821" w14:textId="77777777" w:rsidR="00F81D60" w:rsidRDefault="00000000">
            <w:pPr>
              <w:pStyle w:val="TableText"/>
              <w:spacing w:before="40" w:after="40"/>
            </w:pPr>
            <w:r>
              <w:t>[compilare]</w:t>
            </w:r>
          </w:p>
        </w:tc>
        <w:tc>
          <w:tcPr>
            <w:tcW w:w="3326" w:type="dxa"/>
            <w:vAlign w:val="center"/>
          </w:tcPr>
          <w:p w14:paraId="24110639" w14:textId="77777777" w:rsidR="00F81D60" w:rsidRDefault="00000000">
            <w:pPr>
              <w:pStyle w:val="TableText"/>
              <w:spacing w:before="40" w:after="40"/>
            </w:pPr>
            <w:r>
              <w:t>[compilare]</w:t>
            </w:r>
          </w:p>
        </w:tc>
      </w:tr>
    </w:tbl>
    <w:p w14:paraId="76BC8DE1" w14:textId="77777777" w:rsidR="00F81D60" w:rsidRDefault="00F81D60">
      <w:pPr>
        <w:spacing w:after="0"/>
      </w:pPr>
    </w:p>
    <w:p w14:paraId="3A9BEF98" w14:textId="77777777" w:rsidR="00F81D60" w:rsidRDefault="00000000">
      <w:r>
        <w:br w:type="page"/>
      </w:r>
    </w:p>
    <w:p w14:paraId="0B4361A1" w14:textId="77777777" w:rsidR="00F81D60" w:rsidRDefault="00000000">
      <w:pPr>
        <w:pStyle w:val="Small"/>
      </w:pPr>
      <w:r>
        <w:rPr>
          <w:b/>
          <w:color w:val="006B70"/>
        </w:rPr>
        <w:t>ALLEGATO AZIENDALE  •  MOD-MM-11  •  parte 1</w:t>
      </w:r>
    </w:p>
    <w:p w14:paraId="330514F0" w14:textId="77777777" w:rsidR="00F81D60" w:rsidRDefault="00000000">
      <w:pPr>
        <w:pStyle w:val="Titolo1"/>
      </w:pPr>
      <w:bookmarkStart w:id="68" w:name="A11_1"/>
      <w:r>
        <w:t>A11 | Valutazione tecnica dell’adattamento | istruttoria</w:t>
      </w:r>
      <w:bookmarkEnd w:id="68"/>
    </w:p>
    <w:p w14:paraId="6500FE8C" w14:textId="77777777" w:rsidR="00F81D60" w:rsidRDefault="00000000">
      <w:pPr>
        <w:pStyle w:val="Reference"/>
      </w:pPr>
      <w:r>
        <w:t>Base documentale: [ISO] § 5.2.1; allegati B.1.2 e B.4. Le istruzioni operative e i moduli sono elaborazioni aziendali del modello [AZ].</w:t>
      </w:r>
    </w:p>
    <w:p w14:paraId="72322603" w14:textId="77777777" w:rsidR="00F81D60" w:rsidRDefault="00000000">
      <w:r>
        <w:t>CLASSIFICAZIONE: RISERVATO INDIVIDUALE quando collegata a una persona. L’estratto tecnico inviato ai valutatori contiene solo quanto necessario alla verifica di compatibilità, senza diagnosi.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D92C797" w14:textId="77777777">
        <w:trPr>
          <w:tblHeader/>
          <w:jc w:val="center"/>
        </w:trPr>
        <w:tc>
          <w:tcPr>
            <w:tcW w:w="2948" w:type="dxa"/>
            <w:shd w:val="clear" w:color="auto" w:fill="17324D"/>
            <w:vAlign w:val="center"/>
          </w:tcPr>
          <w:p w14:paraId="08E9232D" w14:textId="77777777" w:rsidR="00F81D60" w:rsidRDefault="00000000">
            <w:pPr>
              <w:pStyle w:val="TableText"/>
              <w:spacing w:before="40" w:after="40"/>
            </w:pPr>
            <w:r>
              <w:rPr>
                <w:b/>
                <w:color w:val="FFFFFF"/>
              </w:rPr>
              <w:t>Campo</w:t>
            </w:r>
          </w:p>
        </w:tc>
        <w:tc>
          <w:tcPr>
            <w:tcW w:w="7030" w:type="dxa"/>
            <w:shd w:val="clear" w:color="auto" w:fill="17324D"/>
            <w:vAlign w:val="center"/>
          </w:tcPr>
          <w:p w14:paraId="72F71FFB" w14:textId="77777777" w:rsidR="00F81D60" w:rsidRDefault="00000000">
            <w:pPr>
              <w:pStyle w:val="TableText"/>
              <w:spacing w:before="40" w:after="40"/>
            </w:pPr>
            <w:r>
              <w:rPr>
                <w:b/>
                <w:color w:val="FFFFFF"/>
              </w:rPr>
              <w:t>Compilazione / decisione aziendale</w:t>
            </w:r>
          </w:p>
        </w:tc>
      </w:tr>
      <w:tr w:rsidR="00F81D60" w14:paraId="2B46426B" w14:textId="77777777">
        <w:trPr>
          <w:cantSplit/>
          <w:jc w:val="center"/>
        </w:trPr>
        <w:tc>
          <w:tcPr>
            <w:tcW w:w="2948" w:type="dxa"/>
            <w:vAlign w:val="center"/>
          </w:tcPr>
          <w:p w14:paraId="52FF9271" w14:textId="77777777" w:rsidR="00F81D60" w:rsidRDefault="00000000">
            <w:pPr>
              <w:pStyle w:val="TableText"/>
              <w:spacing w:before="40" w:after="40"/>
            </w:pPr>
            <w:r>
              <w:t>Pratica / valutazione</w:t>
            </w:r>
          </w:p>
        </w:tc>
        <w:tc>
          <w:tcPr>
            <w:tcW w:w="7030" w:type="dxa"/>
            <w:vAlign w:val="center"/>
          </w:tcPr>
          <w:p w14:paraId="31A1E7CC" w14:textId="77777777" w:rsidR="00F81D60" w:rsidRDefault="00000000">
            <w:pPr>
              <w:pStyle w:val="TableText"/>
              <w:spacing w:before="40" w:after="40"/>
            </w:pPr>
            <w:r>
              <w:t>Codice: [ ]  •  mansione / sito / turno: [ ]  •  valutatori per competenza: [ ]</w:t>
            </w:r>
          </w:p>
        </w:tc>
      </w:tr>
      <w:tr w:rsidR="00F81D60" w14:paraId="2915EECA" w14:textId="77777777">
        <w:trPr>
          <w:cantSplit/>
          <w:jc w:val="center"/>
        </w:trPr>
        <w:tc>
          <w:tcPr>
            <w:tcW w:w="2948" w:type="dxa"/>
            <w:shd w:val="clear" w:color="auto" w:fill="F5F7F9"/>
            <w:vAlign w:val="center"/>
          </w:tcPr>
          <w:p w14:paraId="416EDD62" w14:textId="77777777" w:rsidR="00F81D60" w:rsidRDefault="00000000">
            <w:pPr>
              <w:pStyle w:val="TableText"/>
              <w:spacing w:before="40" w:after="40"/>
            </w:pPr>
            <w:r>
              <w:t>Compiti essenziali</w:t>
            </w:r>
          </w:p>
        </w:tc>
        <w:tc>
          <w:tcPr>
            <w:tcW w:w="7030" w:type="dxa"/>
            <w:shd w:val="clear" w:color="auto" w:fill="F5F7F9"/>
            <w:vAlign w:val="center"/>
          </w:tcPr>
          <w:p w14:paraId="552FE2A0" w14:textId="77777777" w:rsidR="00F81D60" w:rsidRDefault="00000000">
            <w:pPr>
              <w:pStyle w:val="TableText"/>
              <w:spacing w:before="40" w:after="40"/>
            </w:pPr>
            <w:r>
              <w:t>[attività, attrezzature, responsabilità, vincoli e condizioni di esecuzione]</w:t>
            </w:r>
          </w:p>
        </w:tc>
      </w:tr>
      <w:tr w:rsidR="00F81D60" w14:paraId="20604BA8" w14:textId="77777777">
        <w:trPr>
          <w:cantSplit/>
          <w:jc w:val="center"/>
        </w:trPr>
        <w:tc>
          <w:tcPr>
            <w:tcW w:w="2948" w:type="dxa"/>
            <w:vAlign w:val="center"/>
          </w:tcPr>
          <w:p w14:paraId="49768CFB" w14:textId="77777777" w:rsidR="00F81D60" w:rsidRDefault="00000000">
            <w:pPr>
              <w:pStyle w:val="TableText"/>
              <w:spacing w:before="40" w:after="40"/>
            </w:pPr>
            <w:r>
              <w:t>Esigenza funzionale</w:t>
            </w:r>
          </w:p>
        </w:tc>
        <w:tc>
          <w:tcPr>
            <w:tcW w:w="7030" w:type="dxa"/>
            <w:vAlign w:val="center"/>
          </w:tcPr>
          <w:p w14:paraId="640B4B9A" w14:textId="77777777" w:rsidR="00F81D60" w:rsidRDefault="00000000">
            <w:pPr>
              <w:pStyle w:val="TableText"/>
              <w:spacing w:before="40" w:after="40"/>
            </w:pPr>
            <w:r>
              <w:t>[descrizione minima concordata; non desumere una patologia]</w:t>
            </w:r>
          </w:p>
        </w:tc>
      </w:tr>
      <w:tr w:rsidR="00F81D60" w14:paraId="3F873711" w14:textId="77777777">
        <w:trPr>
          <w:cantSplit/>
          <w:jc w:val="center"/>
        </w:trPr>
        <w:tc>
          <w:tcPr>
            <w:tcW w:w="2948" w:type="dxa"/>
            <w:shd w:val="clear" w:color="auto" w:fill="F5F7F9"/>
            <w:vAlign w:val="center"/>
          </w:tcPr>
          <w:p w14:paraId="29433769" w14:textId="77777777" w:rsidR="00F81D60" w:rsidRDefault="00000000">
            <w:pPr>
              <w:pStyle w:val="TableText"/>
              <w:spacing w:before="40" w:after="40"/>
            </w:pPr>
            <w:r>
              <w:t>Misura proposta</w:t>
            </w:r>
          </w:p>
        </w:tc>
        <w:tc>
          <w:tcPr>
            <w:tcW w:w="7030" w:type="dxa"/>
            <w:shd w:val="clear" w:color="auto" w:fill="F5F7F9"/>
            <w:vAlign w:val="center"/>
          </w:tcPr>
          <w:p w14:paraId="12B186A6" w14:textId="77777777" w:rsidR="00F81D60" w:rsidRDefault="00000000">
            <w:pPr>
              <w:pStyle w:val="TableText"/>
              <w:spacing w:before="40" w:after="40"/>
            </w:pPr>
            <w:r>
              <w:t>[cosa cambia concretamente rispetto alla situazione ordinaria]</w:t>
            </w:r>
          </w:p>
        </w:tc>
      </w:tr>
      <w:tr w:rsidR="00F81D60" w14:paraId="7F6CF782" w14:textId="77777777">
        <w:trPr>
          <w:cantSplit/>
          <w:jc w:val="center"/>
        </w:trPr>
        <w:tc>
          <w:tcPr>
            <w:tcW w:w="2948" w:type="dxa"/>
            <w:vAlign w:val="center"/>
          </w:tcPr>
          <w:p w14:paraId="415859D2" w14:textId="77777777" w:rsidR="00F81D60" w:rsidRDefault="00000000">
            <w:pPr>
              <w:pStyle w:val="TableText"/>
              <w:spacing w:before="40" w:after="40"/>
            </w:pPr>
            <w:r>
              <w:t>Vincoli documentati</w:t>
            </w:r>
          </w:p>
        </w:tc>
        <w:tc>
          <w:tcPr>
            <w:tcW w:w="7030" w:type="dxa"/>
            <w:vAlign w:val="center"/>
          </w:tcPr>
          <w:p w14:paraId="757AB48A" w14:textId="77777777" w:rsidR="00F81D60" w:rsidRDefault="00000000">
            <w:pPr>
              <w:pStyle w:val="TableText"/>
              <w:spacing w:before="40" w:after="40"/>
            </w:pPr>
            <w:r>
              <w:t>DVR, istruzioni, DPI, procedure igieniche, turni, requisiti contrattuali: [ ]</w:t>
            </w:r>
          </w:p>
        </w:tc>
      </w:tr>
    </w:tbl>
    <w:p w14:paraId="12602D4A"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458"/>
        <w:gridCol w:w="6519"/>
      </w:tblGrid>
      <w:tr w:rsidR="00F81D60" w14:paraId="3D266CE7" w14:textId="77777777">
        <w:trPr>
          <w:tblHeader/>
          <w:jc w:val="center"/>
        </w:trPr>
        <w:tc>
          <w:tcPr>
            <w:tcW w:w="3458" w:type="dxa"/>
            <w:shd w:val="clear" w:color="auto" w:fill="17324D"/>
            <w:vAlign w:val="center"/>
          </w:tcPr>
          <w:p w14:paraId="0EB63B7D" w14:textId="77777777" w:rsidR="00F81D60" w:rsidRDefault="00000000">
            <w:pPr>
              <w:pStyle w:val="TableText"/>
              <w:spacing w:before="40" w:after="40"/>
            </w:pPr>
            <w:r>
              <w:rPr>
                <w:b/>
                <w:color w:val="FFFFFF"/>
              </w:rPr>
              <w:t>Profilo di valutazione</w:t>
            </w:r>
          </w:p>
        </w:tc>
        <w:tc>
          <w:tcPr>
            <w:tcW w:w="6520" w:type="dxa"/>
            <w:shd w:val="clear" w:color="auto" w:fill="17324D"/>
            <w:vAlign w:val="center"/>
          </w:tcPr>
          <w:p w14:paraId="0014E874" w14:textId="77777777" w:rsidR="00F81D60" w:rsidRDefault="00000000">
            <w:pPr>
              <w:pStyle w:val="TableText"/>
              <w:spacing w:before="40" w:after="40"/>
            </w:pPr>
            <w:r>
              <w:rPr>
                <w:b/>
                <w:color w:val="FFFFFF"/>
              </w:rPr>
              <w:t>Riscontro, vincolo e controllo necessario</w:t>
            </w:r>
          </w:p>
        </w:tc>
      </w:tr>
      <w:tr w:rsidR="00F81D60" w14:paraId="35259184" w14:textId="77777777">
        <w:trPr>
          <w:cantSplit/>
          <w:trHeight w:val="482"/>
          <w:jc w:val="center"/>
        </w:trPr>
        <w:tc>
          <w:tcPr>
            <w:tcW w:w="3458" w:type="dxa"/>
            <w:vAlign w:val="center"/>
          </w:tcPr>
          <w:p w14:paraId="062CADB1" w14:textId="77777777" w:rsidR="00F81D60" w:rsidRDefault="00000000">
            <w:pPr>
              <w:pStyle w:val="TableText"/>
              <w:spacing w:before="40" w:after="40"/>
            </w:pPr>
            <w:r>
              <w:t>Sicurezza del compito e di terzi</w:t>
            </w:r>
          </w:p>
        </w:tc>
        <w:tc>
          <w:tcPr>
            <w:tcW w:w="6520" w:type="dxa"/>
            <w:vAlign w:val="center"/>
          </w:tcPr>
          <w:p w14:paraId="7B102342" w14:textId="77777777" w:rsidR="00F81D60" w:rsidRDefault="00000000">
            <w:pPr>
              <w:pStyle w:val="TableText"/>
              <w:spacing w:before="40" w:after="40"/>
            </w:pPr>
            <w:r>
              <w:t>[rischi prima/dopo, copertura di funzioni essenziali]</w:t>
            </w:r>
          </w:p>
        </w:tc>
      </w:tr>
      <w:tr w:rsidR="00F81D60" w14:paraId="03279D47" w14:textId="77777777">
        <w:trPr>
          <w:cantSplit/>
          <w:trHeight w:val="482"/>
          <w:jc w:val="center"/>
        </w:trPr>
        <w:tc>
          <w:tcPr>
            <w:tcW w:w="3458" w:type="dxa"/>
            <w:shd w:val="clear" w:color="auto" w:fill="F5F7F9"/>
            <w:vAlign w:val="center"/>
          </w:tcPr>
          <w:p w14:paraId="7D4C3636" w14:textId="77777777" w:rsidR="00F81D60" w:rsidRDefault="00000000">
            <w:pPr>
              <w:pStyle w:val="TableText"/>
              <w:spacing w:before="40" w:after="40"/>
            </w:pPr>
            <w:r>
              <w:t>Ergonomia / carico fisico</w:t>
            </w:r>
          </w:p>
        </w:tc>
        <w:tc>
          <w:tcPr>
            <w:tcW w:w="6520" w:type="dxa"/>
            <w:shd w:val="clear" w:color="auto" w:fill="F5F7F9"/>
            <w:vAlign w:val="center"/>
          </w:tcPr>
          <w:p w14:paraId="6FC8BDD6" w14:textId="77777777" w:rsidR="00F81D60" w:rsidRDefault="00000000">
            <w:pPr>
              <w:pStyle w:val="TableText"/>
              <w:spacing w:before="40" w:after="40"/>
            </w:pPr>
            <w:r>
              <w:t>[posture, movimento, movimentazione, ritmi]</w:t>
            </w:r>
          </w:p>
        </w:tc>
      </w:tr>
      <w:tr w:rsidR="00F81D60" w14:paraId="31B162ED" w14:textId="77777777">
        <w:trPr>
          <w:cantSplit/>
          <w:trHeight w:val="482"/>
          <w:jc w:val="center"/>
        </w:trPr>
        <w:tc>
          <w:tcPr>
            <w:tcW w:w="3458" w:type="dxa"/>
            <w:vAlign w:val="center"/>
          </w:tcPr>
          <w:p w14:paraId="21C95AE0" w14:textId="77777777" w:rsidR="00F81D60" w:rsidRDefault="00000000">
            <w:pPr>
              <w:pStyle w:val="TableText"/>
              <w:spacing w:before="40" w:after="40"/>
            </w:pPr>
            <w:r>
              <w:t>Microclima / fattori sensoriali</w:t>
            </w:r>
          </w:p>
        </w:tc>
        <w:tc>
          <w:tcPr>
            <w:tcW w:w="6520" w:type="dxa"/>
            <w:vAlign w:val="center"/>
          </w:tcPr>
          <w:p w14:paraId="44B0120D" w14:textId="77777777" w:rsidR="00F81D60" w:rsidRDefault="00000000">
            <w:pPr>
              <w:pStyle w:val="TableText"/>
              <w:spacing w:before="40" w:after="40"/>
            </w:pPr>
            <w:r>
              <w:t>[fonti, misure tecniche, limiti ambientali]</w:t>
            </w:r>
          </w:p>
        </w:tc>
      </w:tr>
      <w:tr w:rsidR="00F81D60" w14:paraId="13241E06" w14:textId="77777777">
        <w:trPr>
          <w:cantSplit/>
          <w:trHeight w:val="482"/>
          <w:jc w:val="center"/>
        </w:trPr>
        <w:tc>
          <w:tcPr>
            <w:tcW w:w="3458" w:type="dxa"/>
            <w:shd w:val="clear" w:color="auto" w:fill="F5F7F9"/>
            <w:vAlign w:val="center"/>
          </w:tcPr>
          <w:p w14:paraId="7D2CEEA4" w14:textId="77777777" w:rsidR="00F81D60" w:rsidRDefault="00000000">
            <w:pPr>
              <w:pStyle w:val="TableText"/>
              <w:spacing w:before="40" w:after="40"/>
            </w:pPr>
            <w:r>
              <w:t>Indumenti / DPI / igiene</w:t>
            </w:r>
          </w:p>
        </w:tc>
        <w:tc>
          <w:tcPr>
            <w:tcW w:w="6520" w:type="dxa"/>
            <w:shd w:val="clear" w:color="auto" w:fill="F5F7F9"/>
            <w:vAlign w:val="center"/>
          </w:tcPr>
          <w:p w14:paraId="3FCC13E5" w14:textId="77777777" w:rsidR="00F81D60" w:rsidRDefault="00000000">
            <w:pPr>
              <w:pStyle w:val="TableText"/>
              <w:spacing w:before="40" w:after="40"/>
            </w:pPr>
            <w:r>
              <w:t>[protezione, compatibilità, cambio e lavaggio]</w:t>
            </w:r>
          </w:p>
        </w:tc>
      </w:tr>
      <w:tr w:rsidR="00F81D60" w14:paraId="3041F646" w14:textId="77777777">
        <w:trPr>
          <w:cantSplit/>
          <w:trHeight w:val="482"/>
          <w:jc w:val="center"/>
        </w:trPr>
        <w:tc>
          <w:tcPr>
            <w:tcW w:w="3458" w:type="dxa"/>
            <w:vAlign w:val="center"/>
          </w:tcPr>
          <w:p w14:paraId="6BA079E2" w14:textId="77777777" w:rsidR="00F81D60" w:rsidRDefault="00000000">
            <w:pPr>
              <w:pStyle w:val="TableText"/>
              <w:spacing w:before="40" w:after="40"/>
            </w:pPr>
            <w:r>
              <w:t>Domanda, autonomia e supporto</w:t>
            </w:r>
          </w:p>
        </w:tc>
        <w:tc>
          <w:tcPr>
            <w:tcW w:w="6520" w:type="dxa"/>
            <w:vAlign w:val="center"/>
          </w:tcPr>
          <w:p w14:paraId="0670CBAA" w14:textId="77777777" w:rsidR="00F81D60" w:rsidRDefault="00000000">
            <w:pPr>
              <w:pStyle w:val="TableText"/>
              <w:spacing w:before="40" w:after="40"/>
            </w:pPr>
            <w:r>
              <w:t>[carichi, controllo del lavoro, aiuto disponibile]</w:t>
            </w:r>
          </w:p>
        </w:tc>
      </w:tr>
      <w:tr w:rsidR="00F81D60" w14:paraId="076BB405" w14:textId="77777777">
        <w:trPr>
          <w:cantSplit/>
          <w:trHeight w:val="482"/>
          <w:jc w:val="center"/>
        </w:trPr>
        <w:tc>
          <w:tcPr>
            <w:tcW w:w="3458" w:type="dxa"/>
            <w:shd w:val="clear" w:color="auto" w:fill="F5F7F9"/>
            <w:vAlign w:val="center"/>
          </w:tcPr>
          <w:p w14:paraId="6D91BA23" w14:textId="77777777" w:rsidR="00F81D60" w:rsidRDefault="00000000">
            <w:pPr>
              <w:pStyle w:val="TableText"/>
              <w:spacing w:before="40" w:after="40"/>
            </w:pPr>
            <w:r>
              <w:t>Ruolo, relazioni e cambiamento</w:t>
            </w:r>
          </w:p>
        </w:tc>
        <w:tc>
          <w:tcPr>
            <w:tcW w:w="6520" w:type="dxa"/>
            <w:shd w:val="clear" w:color="auto" w:fill="F5F7F9"/>
            <w:vAlign w:val="center"/>
          </w:tcPr>
          <w:p w14:paraId="0A9EC156" w14:textId="77777777" w:rsidR="00F81D60" w:rsidRDefault="00000000">
            <w:pPr>
              <w:pStyle w:val="TableText"/>
              <w:spacing w:before="40" w:after="40"/>
            </w:pPr>
            <w:r>
              <w:t>[chiarezza dei compiti, stigma, impatto sul gruppo]</w:t>
            </w:r>
          </w:p>
        </w:tc>
      </w:tr>
    </w:tbl>
    <w:p w14:paraId="49E5EAFF"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2146D65" w14:textId="77777777">
        <w:trPr>
          <w:tblHeader/>
          <w:jc w:val="center"/>
        </w:trPr>
        <w:tc>
          <w:tcPr>
            <w:tcW w:w="2948" w:type="dxa"/>
            <w:shd w:val="clear" w:color="auto" w:fill="17324D"/>
            <w:vAlign w:val="center"/>
          </w:tcPr>
          <w:p w14:paraId="147527E9" w14:textId="77777777" w:rsidR="00F81D60" w:rsidRDefault="00000000">
            <w:pPr>
              <w:pStyle w:val="TableText"/>
              <w:spacing w:before="40" w:after="40"/>
            </w:pPr>
            <w:r>
              <w:rPr>
                <w:b/>
                <w:color w:val="FFFFFF"/>
              </w:rPr>
              <w:t>Campo</w:t>
            </w:r>
          </w:p>
        </w:tc>
        <w:tc>
          <w:tcPr>
            <w:tcW w:w="7030" w:type="dxa"/>
            <w:shd w:val="clear" w:color="auto" w:fill="17324D"/>
            <w:vAlign w:val="center"/>
          </w:tcPr>
          <w:p w14:paraId="6D88BF01" w14:textId="77777777" w:rsidR="00F81D60" w:rsidRDefault="00000000">
            <w:pPr>
              <w:pStyle w:val="TableText"/>
              <w:spacing w:before="40" w:after="40"/>
            </w:pPr>
            <w:r>
              <w:rPr>
                <w:b/>
                <w:color w:val="FFFFFF"/>
              </w:rPr>
              <w:t>Compilazione / decisione aziendale</w:t>
            </w:r>
          </w:p>
        </w:tc>
      </w:tr>
      <w:tr w:rsidR="00F81D60" w14:paraId="20C0D116" w14:textId="77777777">
        <w:trPr>
          <w:cantSplit/>
          <w:jc w:val="center"/>
        </w:trPr>
        <w:tc>
          <w:tcPr>
            <w:tcW w:w="2948" w:type="dxa"/>
            <w:vAlign w:val="center"/>
          </w:tcPr>
          <w:p w14:paraId="54B5820C" w14:textId="77777777" w:rsidR="00F81D60" w:rsidRDefault="00000000">
            <w:pPr>
              <w:pStyle w:val="TableText"/>
              <w:spacing w:before="40" w:after="40"/>
            </w:pPr>
            <w:r>
              <w:t>Ulteriori competenze necessarie</w:t>
            </w:r>
          </w:p>
        </w:tc>
        <w:tc>
          <w:tcPr>
            <w:tcW w:w="7030" w:type="dxa"/>
            <w:vAlign w:val="center"/>
          </w:tcPr>
          <w:p w14:paraId="524AF5B4" w14:textId="77777777" w:rsidR="00F81D60" w:rsidRDefault="00000000">
            <w:pPr>
              <w:pStyle w:val="TableText"/>
              <w:spacing w:before="40" w:after="40"/>
            </w:pPr>
            <w:r>
              <w:t>HSE / manutenzione / specialista / HR / sanitario nel proprio circuito: [ ]</w:t>
            </w:r>
          </w:p>
        </w:tc>
      </w:tr>
      <w:tr w:rsidR="00F81D60" w14:paraId="45DB503C" w14:textId="77777777">
        <w:trPr>
          <w:cantSplit/>
          <w:jc w:val="center"/>
        </w:trPr>
        <w:tc>
          <w:tcPr>
            <w:tcW w:w="2948" w:type="dxa"/>
            <w:shd w:val="clear" w:color="auto" w:fill="F5F7F9"/>
            <w:vAlign w:val="center"/>
          </w:tcPr>
          <w:p w14:paraId="2021F28A" w14:textId="77777777" w:rsidR="00F81D60" w:rsidRDefault="00000000">
            <w:pPr>
              <w:pStyle w:val="TableText"/>
              <w:spacing w:before="40" w:after="40"/>
            </w:pPr>
            <w:r>
              <w:t>Misura transitoria sicura</w:t>
            </w:r>
          </w:p>
        </w:tc>
        <w:tc>
          <w:tcPr>
            <w:tcW w:w="7030" w:type="dxa"/>
            <w:shd w:val="clear" w:color="auto" w:fill="F5F7F9"/>
            <w:vAlign w:val="center"/>
          </w:tcPr>
          <w:p w14:paraId="51625ECA" w14:textId="77777777" w:rsidR="00F81D60" w:rsidRDefault="00000000">
            <w:pPr>
              <w:pStyle w:val="TableText"/>
              <w:spacing w:before="40" w:after="40"/>
            </w:pPr>
            <w:r>
              <w:t>[descrivere e autorizzare separatamente; non avviare modifiche non verificate]</w:t>
            </w:r>
          </w:p>
        </w:tc>
      </w:tr>
    </w:tbl>
    <w:p w14:paraId="09A1FA5F" w14:textId="77777777" w:rsidR="00F81D60" w:rsidRDefault="00F81D60">
      <w:pPr>
        <w:spacing w:after="0"/>
      </w:pPr>
    </w:p>
    <w:p w14:paraId="260EC98F" w14:textId="77777777" w:rsidR="00F81D60" w:rsidRDefault="00000000">
      <w:pPr>
        <w:pStyle w:val="Reference"/>
      </w:pPr>
      <w:r>
        <w:t>L’istruttoria non è un giudizio sanitario di idoneità. Eventuali prescrizioni lavorative legittimamente disponibili sono rispettate attraverso i flussi previsti, senza acquisire documentazione clinica.</w:t>
      </w:r>
    </w:p>
    <w:p w14:paraId="20572B86" w14:textId="77777777" w:rsidR="00F81D60" w:rsidRDefault="00000000">
      <w:r>
        <w:br w:type="page"/>
      </w:r>
    </w:p>
    <w:p w14:paraId="4B2D6C7A" w14:textId="77777777" w:rsidR="00F81D60" w:rsidRDefault="00000000">
      <w:pPr>
        <w:pStyle w:val="Small"/>
      </w:pPr>
      <w:r>
        <w:rPr>
          <w:b/>
          <w:color w:val="006B70"/>
        </w:rPr>
        <w:t>ALLEGATO AZIENDALE  •  MOD-MM-11  •  parte 2</w:t>
      </w:r>
    </w:p>
    <w:p w14:paraId="28A75206" w14:textId="77777777" w:rsidR="00F81D60" w:rsidRDefault="00000000">
      <w:pPr>
        <w:pStyle w:val="Titolo1"/>
      </w:pPr>
      <w:bookmarkStart w:id="69" w:name="A11_2"/>
      <w:r>
        <w:t>A11 | Valutazione tecnica | alternative e conclusione</w:t>
      </w:r>
      <w:bookmarkEnd w:id="69"/>
    </w:p>
    <w:p w14:paraId="36027185" w14:textId="77777777" w:rsidR="00F81D60" w:rsidRDefault="00000000">
      <w:pPr>
        <w:pStyle w:val="Reference"/>
      </w:pPr>
      <w:r>
        <w:t>Base documentale: [ISO] § 5.2.1 e allegato B; [AZ]. Le istruzioni operative e i moduli sono elaborazioni aziendali del modello [AZ].</w:t>
      </w:r>
    </w:p>
    <w:p w14:paraId="16C9BDC8" w14:textId="77777777" w:rsidR="00F81D60" w:rsidRDefault="00000000">
      <w:r>
        <w:t>Stessa pratica della parte 1. Una proposta non praticabile richiede motivazione concreta e ricerca di alternative; non basta richiamare genericamente esigenze aziendali.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19BE61F" w14:textId="77777777">
        <w:trPr>
          <w:tblHeader/>
          <w:jc w:val="center"/>
        </w:trPr>
        <w:tc>
          <w:tcPr>
            <w:tcW w:w="2948" w:type="dxa"/>
            <w:shd w:val="clear" w:color="auto" w:fill="17324D"/>
            <w:vAlign w:val="center"/>
          </w:tcPr>
          <w:p w14:paraId="5482598D" w14:textId="77777777" w:rsidR="00F81D60" w:rsidRDefault="00000000">
            <w:pPr>
              <w:pStyle w:val="TableText"/>
              <w:spacing w:before="40" w:after="40"/>
            </w:pPr>
            <w:r>
              <w:rPr>
                <w:b/>
                <w:color w:val="FFFFFF"/>
              </w:rPr>
              <w:t>Campo</w:t>
            </w:r>
          </w:p>
        </w:tc>
        <w:tc>
          <w:tcPr>
            <w:tcW w:w="7030" w:type="dxa"/>
            <w:shd w:val="clear" w:color="auto" w:fill="17324D"/>
            <w:vAlign w:val="center"/>
          </w:tcPr>
          <w:p w14:paraId="27B26365" w14:textId="77777777" w:rsidR="00F81D60" w:rsidRDefault="00000000">
            <w:pPr>
              <w:pStyle w:val="TableText"/>
              <w:spacing w:before="40" w:after="40"/>
            </w:pPr>
            <w:r>
              <w:rPr>
                <w:b/>
                <w:color w:val="FFFFFF"/>
              </w:rPr>
              <w:t>Compilazione / decisione aziendale</w:t>
            </w:r>
          </w:p>
        </w:tc>
      </w:tr>
      <w:tr w:rsidR="00F81D60" w14:paraId="7F37346C" w14:textId="77777777">
        <w:trPr>
          <w:cantSplit/>
          <w:jc w:val="center"/>
        </w:trPr>
        <w:tc>
          <w:tcPr>
            <w:tcW w:w="2948" w:type="dxa"/>
            <w:vAlign w:val="center"/>
          </w:tcPr>
          <w:p w14:paraId="54D7F13A" w14:textId="77777777" w:rsidR="00F81D60" w:rsidRDefault="00000000">
            <w:pPr>
              <w:pStyle w:val="TableText"/>
              <w:spacing w:before="40" w:after="40"/>
            </w:pPr>
            <w:r>
              <w:t>Riferimento</w:t>
            </w:r>
          </w:p>
        </w:tc>
        <w:tc>
          <w:tcPr>
            <w:tcW w:w="7030" w:type="dxa"/>
            <w:vAlign w:val="center"/>
          </w:tcPr>
          <w:p w14:paraId="7B4E2039" w14:textId="77777777" w:rsidR="00F81D60" w:rsidRDefault="00000000">
            <w:pPr>
              <w:pStyle w:val="TableText"/>
              <w:spacing w:before="40" w:after="40"/>
            </w:pPr>
            <w:r>
              <w:t>Pratica: [ ]  •  valutazione parte 1: [ ]  •  data: [ ]</w:t>
            </w:r>
          </w:p>
        </w:tc>
      </w:tr>
    </w:tbl>
    <w:p w14:paraId="03E30E0C"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35"/>
        <w:gridCol w:w="3401"/>
        <w:gridCol w:w="3741"/>
      </w:tblGrid>
      <w:tr w:rsidR="00F81D60" w14:paraId="7598FAC4" w14:textId="77777777">
        <w:trPr>
          <w:tblHeader/>
          <w:jc w:val="center"/>
        </w:trPr>
        <w:tc>
          <w:tcPr>
            <w:tcW w:w="2835" w:type="dxa"/>
            <w:shd w:val="clear" w:color="auto" w:fill="17324D"/>
            <w:vAlign w:val="center"/>
          </w:tcPr>
          <w:p w14:paraId="389E8ABF" w14:textId="77777777" w:rsidR="00F81D60" w:rsidRDefault="00000000">
            <w:pPr>
              <w:pStyle w:val="TableText"/>
              <w:spacing w:before="40" w:after="40"/>
            </w:pPr>
            <w:r>
              <w:rPr>
                <w:b/>
                <w:color w:val="FFFFFF"/>
              </w:rPr>
              <w:t>Alternativa valutata</w:t>
            </w:r>
          </w:p>
        </w:tc>
        <w:tc>
          <w:tcPr>
            <w:tcW w:w="3402" w:type="dxa"/>
            <w:shd w:val="clear" w:color="auto" w:fill="17324D"/>
            <w:vAlign w:val="center"/>
          </w:tcPr>
          <w:p w14:paraId="353D978E" w14:textId="77777777" w:rsidR="00F81D60" w:rsidRDefault="00000000">
            <w:pPr>
              <w:pStyle w:val="TableText"/>
              <w:spacing w:before="40" w:after="40"/>
            </w:pPr>
            <w:r>
              <w:rPr>
                <w:b/>
                <w:color w:val="FFFFFF"/>
              </w:rPr>
              <w:t>Beneficio / fattibilità</w:t>
            </w:r>
          </w:p>
        </w:tc>
        <w:tc>
          <w:tcPr>
            <w:tcW w:w="3742" w:type="dxa"/>
            <w:shd w:val="clear" w:color="auto" w:fill="17324D"/>
            <w:vAlign w:val="center"/>
          </w:tcPr>
          <w:p w14:paraId="16EBF815" w14:textId="77777777" w:rsidR="00F81D60" w:rsidRDefault="00000000">
            <w:pPr>
              <w:pStyle w:val="TableText"/>
              <w:spacing w:before="40" w:after="40"/>
            </w:pPr>
            <w:r>
              <w:rPr>
                <w:b/>
                <w:color w:val="FFFFFF"/>
              </w:rPr>
              <w:t>Rischi residui / condizioni</w:t>
            </w:r>
          </w:p>
        </w:tc>
      </w:tr>
      <w:tr w:rsidR="00F81D60" w14:paraId="2965F33C" w14:textId="77777777">
        <w:trPr>
          <w:cantSplit/>
          <w:trHeight w:val="794"/>
          <w:jc w:val="center"/>
        </w:trPr>
        <w:tc>
          <w:tcPr>
            <w:tcW w:w="2835" w:type="dxa"/>
            <w:vAlign w:val="center"/>
          </w:tcPr>
          <w:p w14:paraId="08D939CD" w14:textId="77777777" w:rsidR="00F81D60" w:rsidRDefault="00000000">
            <w:pPr>
              <w:pStyle w:val="TableText"/>
              <w:spacing w:before="40" w:after="40"/>
            </w:pPr>
            <w:r>
              <w:t>1. Misura richiesta: [ ]</w:t>
            </w:r>
          </w:p>
        </w:tc>
        <w:tc>
          <w:tcPr>
            <w:tcW w:w="3402" w:type="dxa"/>
            <w:vAlign w:val="center"/>
          </w:tcPr>
          <w:p w14:paraId="108B260C" w14:textId="77777777" w:rsidR="00F81D60" w:rsidRDefault="00000000">
            <w:pPr>
              <w:pStyle w:val="TableText"/>
              <w:spacing w:before="40" w:after="40"/>
            </w:pPr>
            <w:r>
              <w:t>[compilare]</w:t>
            </w:r>
          </w:p>
        </w:tc>
        <w:tc>
          <w:tcPr>
            <w:tcW w:w="3742" w:type="dxa"/>
            <w:vAlign w:val="center"/>
          </w:tcPr>
          <w:p w14:paraId="453F5328" w14:textId="77777777" w:rsidR="00F81D60" w:rsidRDefault="00000000">
            <w:pPr>
              <w:pStyle w:val="TableText"/>
              <w:spacing w:before="40" w:after="40"/>
            </w:pPr>
            <w:r>
              <w:t>[compilare]</w:t>
            </w:r>
          </w:p>
        </w:tc>
      </w:tr>
      <w:tr w:rsidR="00F81D60" w14:paraId="47F0BA7B" w14:textId="77777777">
        <w:trPr>
          <w:cantSplit/>
          <w:trHeight w:val="794"/>
          <w:jc w:val="center"/>
        </w:trPr>
        <w:tc>
          <w:tcPr>
            <w:tcW w:w="2835" w:type="dxa"/>
            <w:shd w:val="clear" w:color="auto" w:fill="F5F7F9"/>
            <w:vAlign w:val="center"/>
          </w:tcPr>
          <w:p w14:paraId="47310622" w14:textId="77777777" w:rsidR="00F81D60" w:rsidRDefault="00000000">
            <w:pPr>
              <w:pStyle w:val="TableText"/>
              <w:spacing w:before="40" w:after="40"/>
            </w:pPr>
            <w:r>
              <w:t>2. Soluzione alternativa: [ ]</w:t>
            </w:r>
          </w:p>
        </w:tc>
        <w:tc>
          <w:tcPr>
            <w:tcW w:w="3402" w:type="dxa"/>
            <w:shd w:val="clear" w:color="auto" w:fill="F5F7F9"/>
            <w:vAlign w:val="center"/>
          </w:tcPr>
          <w:p w14:paraId="3EC52F2D" w14:textId="77777777" w:rsidR="00F81D60" w:rsidRDefault="00000000">
            <w:pPr>
              <w:pStyle w:val="TableText"/>
              <w:spacing w:before="40" w:after="40"/>
            </w:pPr>
            <w:r>
              <w:t>[compilare]</w:t>
            </w:r>
          </w:p>
        </w:tc>
        <w:tc>
          <w:tcPr>
            <w:tcW w:w="3742" w:type="dxa"/>
            <w:shd w:val="clear" w:color="auto" w:fill="F5F7F9"/>
            <w:vAlign w:val="center"/>
          </w:tcPr>
          <w:p w14:paraId="2DAFAF9C" w14:textId="77777777" w:rsidR="00F81D60" w:rsidRDefault="00000000">
            <w:pPr>
              <w:pStyle w:val="TableText"/>
              <w:spacing w:before="40" w:after="40"/>
            </w:pPr>
            <w:r>
              <w:t>[compilare]</w:t>
            </w:r>
          </w:p>
        </w:tc>
      </w:tr>
      <w:tr w:rsidR="00F81D60" w14:paraId="64E8FBCA" w14:textId="77777777">
        <w:trPr>
          <w:cantSplit/>
          <w:trHeight w:val="794"/>
          <w:jc w:val="center"/>
        </w:trPr>
        <w:tc>
          <w:tcPr>
            <w:tcW w:w="2835" w:type="dxa"/>
            <w:vAlign w:val="center"/>
          </w:tcPr>
          <w:p w14:paraId="792ECD1B" w14:textId="77777777" w:rsidR="00F81D60" w:rsidRDefault="00000000">
            <w:pPr>
              <w:pStyle w:val="TableText"/>
              <w:spacing w:before="40" w:after="40"/>
            </w:pPr>
            <w:r>
              <w:t>3. Soluzione transitoria: [ ]</w:t>
            </w:r>
          </w:p>
        </w:tc>
        <w:tc>
          <w:tcPr>
            <w:tcW w:w="3402" w:type="dxa"/>
            <w:vAlign w:val="center"/>
          </w:tcPr>
          <w:p w14:paraId="137F8F81" w14:textId="77777777" w:rsidR="00F81D60" w:rsidRDefault="00000000">
            <w:pPr>
              <w:pStyle w:val="TableText"/>
              <w:spacing w:before="40" w:after="40"/>
            </w:pPr>
            <w:r>
              <w:t>[compilare]</w:t>
            </w:r>
          </w:p>
        </w:tc>
        <w:tc>
          <w:tcPr>
            <w:tcW w:w="3742" w:type="dxa"/>
            <w:vAlign w:val="center"/>
          </w:tcPr>
          <w:p w14:paraId="1FB103BC" w14:textId="77777777" w:rsidR="00F81D60" w:rsidRDefault="00000000">
            <w:pPr>
              <w:pStyle w:val="TableText"/>
              <w:spacing w:before="40" w:after="40"/>
            </w:pPr>
            <w:r>
              <w:t>[compilare]</w:t>
            </w:r>
          </w:p>
        </w:tc>
      </w:tr>
    </w:tbl>
    <w:p w14:paraId="591072EF"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5A7CE12" w14:textId="77777777">
        <w:trPr>
          <w:tblHeader/>
          <w:jc w:val="center"/>
        </w:trPr>
        <w:tc>
          <w:tcPr>
            <w:tcW w:w="2948" w:type="dxa"/>
            <w:shd w:val="clear" w:color="auto" w:fill="17324D"/>
            <w:vAlign w:val="center"/>
          </w:tcPr>
          <w:p w14:paraId="67163302" w14:textId="77777777" w:rsidR="00F81D60" w:rsidRDefault="00000000">
            <w:pPr>
              <w:pStyle w:val="TableText"/>
              <w:spacing w:before="40" w:after="40"/>
            </w:pPr>
            <w:r>
              <w:rPr>
                <w:b/>
                <w:color w:val="FFFFFF"/>
              </w:rPr>
              <w:t>Campo</w:t>
            </w:r>
          </w:p>
        </w:tc>
        <w:tc>
          <w:tcPr>
            <w:tcW w:w="7030" w:type="dxa"/>
            <w:shd w:val="clear" w:color="auto" w:fill="17324D"/>
            <w:vAlign w:val="center"/>
          </w:tcPr>
          <w:p w14:paraId="59AFBB0D" w14:textId="77777777" w:rsidR="00F81D60" w:rsidRDefault="00000000">
            <w:pPr>
              <w:pStyle w:val="TableText"/>
              <w:spacing w:before="40" w:after="40"/>
            </w:pPr>
            <w:r>
              <w:rPr>
                <w:b/>
                <w:color w:val="FFFFFF"/>
              </w:rPr>
              <w:t>Compilazione / decisione aziendale</w:t>
            </w:r>
          </w:p>
        </w:tc>
      </w:tr>
      <w:tr w:rsidR="00F81D60" w14:paraId="434DC77F" w14:textId="77777777">
        <w:trPr>
          <w:cantSplit/>
          <w:jc w:val="center"/>
        </w:trPr>
        <w:tc>
          <w:tcPr>
            <w:tcW w:w="2948" w:type="dxa"/>
            <w:vAlign w:val="center"/>
          </w:tcPr>
          <w:p w14:paraId="5199550A" w14:textId="77777777" w:rsidR="00F81D60" w:rsidRDefault="00000000">
            <w:pPr>
              <w:pStyle w:val="TableText"/>
              <w:spacing w:before="40" w:after="40"/>
            </w:pPr>
            <w:r>
              <w:t>Conclusione tecnica</w:t>
            </w:r>
          </w:p>
        </w:tc>
        <w:tc>
          <w:tcPr>
            <w:tcW w:w="7030" w:type="dxa"/>
            <w:vAlign w:val="center"/>
          </w:tcPr>
          <w:p w14:paraId="02604BEF" w14:textId="77777777" w:rsidR="00F81D60" w:rsidRDefault="00000000">
            <w:pPr>
              <w:pStyle w:val="TableText"/>
              <w:spacing w:before="40" w:after="40"/>
            </w:pPr>
            <w:r>
              <w:t>[compatibile / compatibile con condizioni / approfondimento necessario / non compatibile nella formulazione proposta]</w:t>
            </w:r>
          </w:p>
        </w:tc>
      </w:tr>
      <w:tr w:rsidR="00F81D60" w14:paraId="37E137C2" w14:textId="77777777">
        <w:trPr>
          <w:cantSplit/>
          <w:jc w:val="center"/>
        </w:trPr>
        <w:tc>
          <w:tcPr>
            <w:tcW w:w="2948" w:type="dxa"/>
            <w:shd w:val="clear" w:color="auto" w:fill="F5F7F9"/>
            <w:vAlign w:val="center"/>
          </w:tcPr>
          <w:p w14:paraId="19EB2B68" w14:textId="77777777" w:rsidR="00F81D60" w:rsidRDefault="00000000">
            <w:pPr>
              <w:pStyle w:val="TableText"/>
              <w:spacing w:before="40" w:after="40"/>
            </w:pPr>
            <w:r>
              <w:t>Motivazione verificabile</w:t>
            </w:r>
          </w:p>
        </w:tc>
        <w:tc>
          <w:tcPr>
            <w:tcW w:w="7030" w:type="dxa"/>
            <w:shd w:val="clear" w:color="auto" w:fill="F5F7F9"/>
            <w:vAlign w:val="center"/>
          </w:tcPr>
          <w:p w14:paraId="6DECFE35" w14:textId="77777777" w:rsidR="00F81D60" w:rsidRDefault="00000000">
            <w:pPr>
              <w:pStyle w:val="TableText"/>
              <w:spacing w:before="40" w:after="40"/>
            </w:pPr>
            <w:r>
              <w:t>[descrivere dati, prove, limiti e alternative considerate]</w:t>
            </w:r>
            <w:r>
              <w:br/>
            </w:r>
            <w:r>
              <w:br/>
              <w:t>[spazio]</w:t>
            </w:r>
          </w:p>
        </w:tc>
      </w:tr>
      <w:tr w:rsidR="00F81D60" w14:paraId="0DCD6397" w14:textId="77777777">
        <w:trPr>
          <w:cantSplit/>
          <w:jc w:val="center"/>
        </w:trPr>
        <w:tc>
          <w:tcPr>
            <w:tcW w:w="2948" w:type="dxa"/>
            <w:vAlign w:val="center"/>
          </w:tcPr>
          <w:p w14:paraId="5624D4BB" w14:textId="77777777" w:rsidR="00F81D60" w:rsidRDefault="00000000">
            <w:pPr>
              <w:pStyle w:val="TableText"/>
              <w:spacing w:before="40" w:after="40"/>
            </w:pPr>
            <w:r>
              <w:t>Condizioni prima dell’attuazione</w:t>
            </w:r>
          </w:p>
        </w:tc>
        <w:tc>
          <w:tcPr>
            <w:tcW w:w="7030" w:type="dxa"/>
            <w:vAlign w:val="center"/>
          </w:tcPr>
          <w:p w14:paraId="5E02002B" w14:textId="77777777" w:rsidR="00F81D60" w:rsidRDefault="00000000">
            <w:pPr>
              <w:pStyle w:val="TableText"/>
              <w:spacing w:before="40" w:after="40"/>
            </w:pPr>
            <w:r>
              <w:t>[formazione, verifiche, istruzioni, approvvigionamenti, sostituzioni]</w:t>
            </w:r>
          </w:p>
        </w:tc>
      </w:tr>
      <w:tr w:rsidR="00F81D60" w14:paraId="5E62C632" w14:textId="77777777">
        <w:trPr>
          <w:cantSplit/>
          <w:jc w:val="center"/>
        </w:trPr>
        <w:tc>
          <w:tcPr>
            <w:tcW w:w="2948" w:type="dxa"/>
            <w:shd w:val="clear" w:color="auto" w:fill="F5F7F9"/>
            <w:vAlign w:val="center"/>
          </w:tcPr>
          <w:p w14:paraId="1B7255E6" w14:textId="77777777" w:rsidR="00F81D60" w:rsidRDefault="00000000">
            <w:pPr>
              <w:pStyle w:val="TableText"/>
              <w:spacing w:before="40" w:after="40"/>
            </w:pPr>
            <w:r>
              <w:t>Documenti da aggiornare</w:t>
            </w:r>
          </w:p>
        </w:tc>
        <w:tc>
          <w:tcPr>
            <w:tcW w:w="7030" w:type="dxa"/>
            <w:shd w:val="clear" w:color="auto" w:fill="F5F7F9"/>
            <w:vAlign w:val="center"/>
          </w:tcPr>
          <w:p w14:paraId="0C561B52" w14:textId="77777777" w:rsidR="00F81D60" w:rsidRDefault="00000000">
            <w:pPr>
              <w:pStyle w:val="TableText"/>
              <w:spacing w:before="40" w:after="40"/>
            </w:pPr>
            <w:r>
              <w:t>[DVR o valutazioni specifiche ove necessario, istruzioni, schede DPI, turni]</w:t>
            </w:r>
          </w:p>
        </w:tc>
      </w:tr>
      <w:tr w:rsidR="00F81D60" w14:paraId="5E96F881" w14:textId="77777777">
        <w:trPr>
          <w:cantSplit/>
          <w:jc w:val="center"/>
        </w:trPr>
        <w:tc>
          <w:tcPr>
            <w:tcW w:w="2948" w:type="dxa"/>
            <w:vAlign w:val="center"/>
          </w:tcPr>
          <w:p w14:paraId="0E5A48DB" w14:textId="77777777" w:rsidR="00F81D60" w:rsidRDefault="00000000">
            <w:pPr>
              <w:pStyle w:val="TableText"/>
              <w:spacing w:before="40" w:after="40"/>
            </w:pPr>
            <w:r>
              <w:t>Prova e criterio di successo</w:t>
            </w:r>
          </w:p>
        </w:tc>
        <w:tc>
          <w:tcPr>
            <w:tcW w:w="7030" w:type="dxa"/>
            <w:vAlign w:val="center"/>
          </w:tcPr>
          <w:p w14:paraId="38A9A11F" w14:textId="77777777" w:rsidR="00F81D60" w:rsidRDefault="00000000">
            <w:pPr>
              <w:pStyle w:val="TableText"/>
              <w:spacing w:before="40" w:after="40"/>
            </w:pPr>
            <w:r>
              <w:t>[verifica osservabile, senza parametri clinici]</w:t>
            </w:r>
          </w:p>
        </w:tc>
      </w:tr>
      <w:tr w:rsidR="00F81D60" w14:paraId="07336E61" w14:textId="77777777">
        <w:trPr>
          <w:cantSplit/>
          <w:jc w:val="center"/>
        </w:trPr>
        <w:tc>
          <w:tcPr>
            <w:tcW w:w="2948" w:type="dxa"/>
            <w:shd w:val="clear" w:color="auto" w:fill="F5F7F9"/>
            <w:vAlign w:val="center"/>
          </w:tcPr>
          <w:p w14:paraId="60C84953" w14:textId="77777777" w:rsidR="00F81D60" w:rsidRDefault="00000000">
            <w:pPr>
              <w:pStyle w:val="TableText"/>
              <w:spacing w:before="40" w:after="40"/>
            </w:pPr>
            <w:r>
              <w:t>Riesame / interruzione</w:t>
            </w:r>
          </w:p>
        </w:tc>
        <w:tc>
          <w:tcPr>
            <w:tcW w:w="7030" w:type="dxa"/>
            <w:shd w:val="clear" w:color="auto" w:fill="F5F7F9"/>
            <w:vAlign w:val="center"/>
          </w:tcPr>
          <w:p w14:paraId="7EB1D488" w14:textId="77777777" w:rsidR="00F81D60" w:rsidRDefault="00000000">
            <w:pPr>
              <w:pStyle w:val="TableText"/>
              <w:spacing w:before="40" w:after="40"/>
            </w:pPr>
            <w:r>
              <w:t>[quando fermare la prova; referente; soluzione sicura alternativa]</w:t>
            </w:r>
          </w:p>
        </w:tc>
      </w:tr>
      <w:tr w:rsidR="00F81D60" w14:paraId="3304BF5F" w14:textId="77777777">
        <w:trPr>
          <w:cantSplit/>
          <w:jc w:val="center"/>
        </w:trPr>
        <w:tc>
          <w:tcPr>
            <w:tcW w:w="2948" w:type="dxa"/>
            <w:vAlign w:val="center"/>
          </w:tcPr>
          <w:p w14:paraId="5B1E3436" w14:textId="77777777" w:rsidR="00F81D60" w:rsidRDefault="00000000">
            <w:pPr>
              <w:pStyle w:val="TableText"/>
              <w:spacing w:before="40" w:after="40"/>
            </w:pPr>
            <w:r>
              <w:t>Responsabili e date</w:t>
            </w:r>
          </w:p>
        </w:tc>
        <w:tc>
          <w:tcPr>
            <w:tcW w:w="7030" w:type="dxa"/>
            <w:vAlign w:val="center"/>
          </w:tcPr>
          <w:p w14:paraId="30C5E591" w14:textId="77777777" w:rsidR="00F81D60" w:rsidRDefault="00000000">
            <w:pPr>
              <w:pStyle w:val="TableText"/>
              <w:spacing w:before="40" w:after="40"/>
            </w:pPr>
            <w:r>
              <w:t>Valutatore: [ ]  •  decisione organizzativa rinviata a: [ ]  •  termine: [ ]</w:t>
            </w:r>
          </w:p>
        </w:tc>
      </w:tr>
    </w:tbl>
    <w:p w14:paraId="582E753B"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2CCA51F5" w14:textId="77777777">
        <w:trPr>
          <w:tblHeader/>
          <w:jc w:val="center"/>
        </w:trPr>
        <w:tc>
          <w:tcPr>
            <w:tcW w:w="3326" w:type="dxa"/>
            <w:shd w:val="clear" w:color="auto" w:fill="17324D"/>
            <w:vAlign w:val="center"/>
          </w:tcPr>
          <w:p w14:paraId="09542A7C" w14:textId="77777777" w:rsidR="00F81D60" w:rsidRDefault="00000000">
            <w:pPr>
              <w:pStyle w:val="TableText"/>
              <w:spacing w:before="40" w:after="40"/>
            </w:pPr>
            <w:r>
              <w:rPr>
                <w:b/>
                <w:color w:val="FFFFFF"/>
              </w:rPr>
              <w:t>Valutatore tecnico</w:t>
            </w:r>
          </w:p>
        </w:tc>
        <w:tc>
          <w:tcPr>
            <w:tcW w:w="3326" w:type="dxa"/>
            <w:shd w:val="clear" w:color="auto" w:fill="17324D"/>
            <w:vAlign w:val="center"/>
          </w:tcPr>
          <w:p w14:paraId="7CEE868C" w14:textId="77777777" w:rsidR="00F81D60" w:rsidRDefault="00000000">
            <w:pPr>
              <w:pStyle w:val="TableText"/>
              <w:spacing w:before="40" w:after="40"/>
            </w:pPr>
            <w:r>
              <w:rPr>
                <w:b/>
                <w:color w:val="FFFFFF"/>
              </w:rPr>
              <w:t>Altre competenze consultate</w:t>
            </w:r>
          </w:p>
        </w:tc>
        <w:tc>
          <w:tcPr>
            <w:tcW w:w="3326" w:type="dxa"/>
            <w:shd w:val="clear" w:color="auto" w:fill="17324D"/>
            <w:vAlign w:val="center"/>
          </w:tcPr>
          <w:p w14:paraId="65ACAF34" w14:textId="77777777" w:rsidR="00F81D60" w:rsidRDefault="00000000">
            <w:pPr>
              <w:pStyle w:val="TableText"/>
              <w:spacing w:before="40" w:after="40"/>
            </w:pPr>
            <w:r>
              <w:rPr>
                <w:b/>
                <w:color w:val="FFFFFF"/>
              </w:rPr>
              <w:t>Data</w:t>
            </w:r>
          </w:p>
        </w:tc>
      </w:tr>
      <w:tr w:rsidR="00F81D60" w14:paraId="7A9E7E83" w14:textId="77777777">
        <w:trPr>
          <w:cantSplit/>
          <w:trHeight w:val="454"/>
          <w:jc w:val="center"/>
        </w:trPr>
        <w:tc>
          <w:tcPr>
            <w:tcW w:w="3326" w:type="dxa"/>
            <w:vAlign w:val="center"/>
          </w:tcPr>
          <w:p w14:paraId="68B6E557" w14:textId="77777777" w:rsidR="00F81D60" w:rsidRDefault="00000000">
            <w:pPr>
              <w:pStyle w:val="TableText"/>
              <w:spacing w:before="40" w:after="40"/>
            </w:pPr>
            <w:r>
              <w:t>[compilare]</w:t>
            </w:r>
          </w:p>
        </w:tc>
        <w:tc>
          <w:tcPr>
            <w:tcW w:w="3326" w:type="dxa"/>
            <w:vAlign w:val="center"/>
          </w:tcPr>
          <w:p w14:paraId="4B89236E" w14:textId="77777777" w:rsidR="00F81D60" w:rsidRDefault="00000000">
            <w:pPr>
              <w:pStyle w:val="TableText"/>
              <w:spacing w:before="40" w:after="40"/>
            </w:pPr>
            <w:r>
              <w:t>[compilare]</w:t>
            </w:r>
          </w:p>
        </w:tc>
        <w:tc>
          <w:tcPr>
            <w:tcW w:w="3326" w:type="dxa"/>
            <w:vAlign w:val="center"/>
          </w:tcPr>
          <w:p w14:paraId="67211138" w14:textId="77777777" w:rsidR="00F81D60" w:rsidRDefault="00000000">
            <w:pPr>
              <w:pStyle w:val="TableText"/>
              <w:spacing w:before="40" w:after="40"/>
            </w:pPr>
            <w:r>
              <w:t>[compilare]</w:t>
            </w:r>
          </w:p>
        </w:tc>
      </w:tr>
    </w:tbl>
    <w:p w14:paraId="2D685A62"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5DA7DFD5" w14:textId="77777777">
        <w:trPr>
          <w:tblHeader/>
          <w:jc w:val="center"/>
        </w:trPr>
        <w:tc>
          <w:tcPr>
            <w:tcW w:w="9978" w:type="dxa"/>
            <w:shd w:val="clear" w:color="auto" w:fill="17324D"/>
            <w:vAlign w:val="center"/>
          </w:tcPr>
          <w:p w14:paraId="17601F92" w14:textId="77777777" w:rsidR="00F81D60" w:rsidRDefault="00000000">
            <w:pPr>
              <w:pStyle w:val="TableText"/>
              <w:spacing w:before="40" w:after="40"/>
            </w:pPr>
            <w:r>
              <w:rPr>
                <w:b/>
                <w:color w:val="FFFFFF"/>
                <w:sz w:val="19"/>
              </w:rPr>
              <w:t>CONTROLLO DEL CAMBIAMENTO</w:t>
            </w:r>
          </w:p>
        </w:tc>
      </w:tr>
      <w:tr w:rsidR="00F81D60" w14:paraId="78BD2160" w14:textId="77777777">
        <w:trPr>
          <w:cantSplit/>
          <w:jc w:val="center"/>
        </w:trPr>
        <w:tc>
          <w:tcPr>
            <w:tcW w:w="9978" w:type="dxa"/>
            <w:shd w:val="clear" w:color="auto" w:fill="EAF3F4"/>
            <w:vAlign w:val="center"/>
          </w:tcPr>
          <w:p w14:paraId="0C42C646" w14:textId="77777777" w:rsidR="00F81D60" w:rsidRDefault="00000000">
            <w:pPr>
              <w:pStyle w:val="TableText"/>
              <w:spacing w:before="40" w:after="40"/>
            </w:pPr>
            <w:r>
              <w:rPr>
                <w:sz w:val="19"/>
              </w:rPr>
              <w:t>Attuare la misura solo dopo aver verificato le condizioni indicate. Un maggiore comfort non giustifica l’eliminazione di un DPI necessario, una macchina incustodita o la mancata copertura di una funzione di sicurezza.</w:t>
            </w:r>
          </w:p>
        </w:tc>
      </w:tr>
    </w:tbl>
    <w:p w14:paraId="0AB657B0" w14:textId="77777777" w:rsidR="00F81D60" w:rsidRDefault="00F81D60">
      <w:pPr>
        <w:spacing w:after="0"/>
      </w:pPr>
    </w:p>
    <w:p w14:paraId="104EBF80" w14:textId="77777777" w:rsidR="00F81D60" w:rsidRDefault="00000000">
      <w:r>
        <w:br w:type="page"/>
      </w:r>
    </w:p>
    <w:p w14:paraId="38154CB2" w14:textId="77777777" w:rsidR="00F81D60" w:rsidRDefault="00000000">
      <w:pPr>
        <w:pStyle w:val="Small"/>
      </w:pPr>
      <w:r>
        <w:rPr>
          <w:b/>
          <w:color w:val="006B70"/>
        </w:rPr>
        <w:t>ALLEGATO AZIENDALE  •  MOD-MM-12</w:t>
      </w:r>
    </w:p>
    <w:p w14:paraId="242C0F2C" w14:textId="77777777" w:rsidR="00F81D60" w:rsidRDefault="00000000">
      <w:pPr>
        <w:pStyle w:val="Titolo1"/>
      </w:pPr>
      <w:bookmarkStart w:id="70" w:name="A12"/>
      <w:r>
        <w:t>A12 | Decisione e piano di attuazione individuale</w:t>
      </w:r>
      <w:bookmarkEnd w:id="70"/>
    </w:p>
    <w:p w14:paraId="494EE1E7" w14:textId="77777777" w:rsidR="00F81D60" w:rsidRDefault="00000000">
      <w:pPr>
        <w:pStyle w:val="Reference"/>
      </w:pPr>
      <w:r>
        <w:t>Base documentale: [ISO] §§ 5.3–5.5; allegato B.1.2. Le istruzioni operative e i moduli sono elaborazioni aziendali del modello [AZ].</w:t>
      </w:r>
    </w:p>
    <w:p w14:paraId="723D295D" w14:textId="77777777" w:rsidR="00F81D60" w:rsidRDefault="00000000">
      <w:r>
        <w:t>CLASSIFICAZIONE: RISERVATO INDIVIDUALE. Decisione motivata, comprensibile e riesaminabile. Tenere distinta la valutazione tecnica dalla decisione del soggetto che dispone delle risorse.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132F450" w14:textId="77777777">
        <w:trPr>
          <w:tblHeader/>
          <w:jc w:val="center"/>
        </w:trPr>
        <w:tc>
          <w:tcPr>
            <w:tcW w:w="2948" w:type="dxa"/>
            <w:shd w:val="clear" w:color="auto" w:fill="17324D"/>
            <w:vAlign w:val="center"/>
          </w:tcPr>
          <w:p w14:paraId="2F68DBCF" w14:textId="77777777" w:rsidR="00F81D60" w:rsidRDefault="00000000">
            <w:pPr>
              <w:pStyle w:val="TableText"/>
              <w:spacing w:before="40" w:after="40"/>
            </w:pPr>
            <w:r>
              <w:rPr>
                <w:b/>
                <w:color w:val="FFFFFF"/>
              </w:rPr>
              <w:t>Campo</w:t>
            </w:r>
          </w:p>
        </w:tc>
        <w:tc>
          <w:tcPr>
            <w:tcW w:w="7030" w:type="dxa"/>
            <w:shd w:val="clear" w:color="auto" w:fill="17324D"/>
            <w:vAlign w:val="center"/>
          </w:tcPr>
          <w:p w14:paraId="64C553F6" w14:textId="77777777" w:rsidR="00F81D60" w:rsidRDefault="00000000">
            <w:pPr>
              <w:pStyle w:val="TableText"/>
              <w:spacing w:before="40" w:after="40"/>
            </w:pPr>
            <w:r>
              <w:rPr>
                <w:b/>
                <w:color w:val="FFFFFF"/>
              </w:rPr>
              <w:t>Compilazione / decisione aziendale</w:t>
            </w:r>
          </w:p>
        </w:tc>
      </w:tr>
      <w:tr w:rsidR="00F81D60" w14:paraId="086471F5" w14:textId="77777777">
        <w:trPr>
          <w:cantSplit/>
          <w:jc w:val="center"/>
        </w:trPr>
        <w:tc>
          <w:tcPr>
            <w:tcW w:w="2948" w:type="dxa"/>
            <w:vAlign w:val="center"/>
          </w:tcPr>
          <w:p w14:paraId="1AD362C7" w14:textId="77777777" w:rsidR="00F81D60" w:rsidRDefault="00000000">
            <w:pPr>
              <w:pStyle w:val="TableText"/>
              <w:spacing w:before="40" w:after="40"/>
            </w:pPr>
            <w:r>
              <w:t>Pratica e istruttoria</w:t>
            </w:r>
          </w:p>
        </w:tc>
        <w:tc>
          <w:tcPr>
            <w:tcW w:w="7030" w:type="dxa"/>
            <w:vAlign w:val="center"/>
          </w:tcPr>
          <w:p w14:paraId="3A812B3C" w14:textId="77777777" w:rsidR="00F81D60" w:rsidRDefault="00000000">
            <w:pPr>
              <w:pStyle w:val="TableText"/>
              <w:spacing w:before="40" w:after="40"/>
            </w:pPr>
            <w:r>
              <w:t>Codice: [ ]  •  richiesta A09: [ ]  •  colloquio A10: [ ]  •  A11: [ ]</w:t>
            </w:r>
          </w:p>
        </w:tc>
      </w:tr>
      <w:tr w:rsidR="00F81D60" w14:paraId="122D850F" w14:textId="77777777">
        <w:trPr>
          <w:cantSplit/>
          <w:jc w:val="center"/>
        </w:trPr>
        <w:tc>
          <w:tcPr>
            <w:tcW w:w="2948" w:type="dxa"/>
            <w:shd w:val="clear" w:color="auto" w:fill="F5F7F9"/>
            <w:vAlign w:val="center"/>
          </w:tcPr>
          <w:p w14:paraId="10747503" w14:textId="77777777" w:rsidR="00F81D60" w:rsidRDefault="00000000">
            <w:pPr>
              <w:pStyle w:val="TableText"/>
              <w:spacing w:before="40" w:after="40"/>
            </w:pPr>
            <w:r>
              <w:t>Decisione</w:t>
            </w:r>
          </w:p>
        </w:tc>
        <w:tc>
          <w:tcPr>
            <w:tcW w:w="7030" w:type="dxa"/>
            <w:shd w:val="clear" w:color="auto" w:fill="F5F7F9"/>
            <w:vAlign w:val="center"/>
          </w:tcPr>
          <w:p w14:paraId="5EB99F9F" w14:textId="77777777" w:rsidR="00F81D60" w:rsidRDefault="00000000">
            <w:pPr>
              <w:pStyle w:val="TableText"/>
              <w:spacing w:before="40" w:after="40"/>
            </w:pPr>
            <w:r>
              <w:t>[accolta / accolta con alternativa / prova temporanea / da approfondire con misura provvisoria / non accolta nella proposta]</w:t>
            </w:r>
          </w:p>
        </w:tc>
      </w:tr>
      <w:tr w:rsidR="00F81D60" w14:paraId="3C58461D" w14:textId="77777777">
        <w:trPr>
          <w:cantSplit/>
          <w:jc w:val="center"/>
        </w:trPr>
        <w:tc>
          <w:tcPr>
            <w:tcW w:w="2948" w:type="dxa"/>
            <w:vAlign w:val="center"/>
          </w:tcPr>
          <w:p w14:paraId="7756524F" w14:textId="77777777" w:rsidR="00F81D60" w:rsidRDefault="00000000">
            <w:pPr>
              <w:pStyle w:val="TableText"/>
              <w:spacing w:before="40" w:after="40"/>
            </w:pPr>
            <w:r>
              <w:t>Misura approvata</w:t>
            </w:r>
          </w:p>
        </w:tc>
        <w:tc>
          <w:tcPr>
            <w:tcW w:w="7030" w:type="dxa"/>
            <w:vAlign w:val="center"/>
          </w:tcPr>
          <w:p w14:paraId="45A093F0" w14:textId="77777777" w:rsidR="00F81D60" w:rsidRDefault="00000000">
            <w:pPr>
              <w:pStyle w:val="TableText"/>
              <w:spacing w:before="40" w:after="40"/>
            </w:pPr>
            <w:r>
              <w:t>[contenuto operativo preciso, compiti interessati, limiti e modalità di accesso]</w:t>
            </w:r>
            <w:r>
              <w:br/>
            </w:r>
            <w:r>
              <w:br/>
              <w:t>[spazio]</w:t>
            </w:r>
          </w:p>
        </w:tc>
      </w:tr>
      <w:tr w:rsidR="00F81D60" w14:paraId="5D7BB1DB" w14:textId="77777777">
        <w:trPr>
          <w:cantSplit/>
          <w:jc w:val="center"/>
        </w:trPr>
        <w:tc>
          <w:tcPr>
            <w:tcW w:w="2948" w:type="dxa"/>
            <w:shd w:val="clear" w:color="auto" w:fill="F5F7F9"/>
            <w:vAlign w:val="center"/>
          </w:tcPr>
          <w:p w14:paraId="21869DE7" w14:textId="77777777" w:rsidR="00F81D60" w:rsidRDefault="00000000">
            <w:pPr>
              <w:pStyle w:val="TableText"/>
              <w:spacing w:before="40" w:after="40"/>
            </w:pPr>
            <w:r>
              <w:t>Motivazione / alternative</w:t>
            </w:r>
          </w:p>
        </w:tc>
        <w:tc>
          <w:tcPr>
            <w:tcW w:w="7030" w:type="dxa"/>
            <w:shd w:val="clear" w:color="auto" w:fill="F5F7F9"/>
            <w:vAlign w:val="center"/>
          </w:tcPr>
          <w:p w14:paraId="446478D1" w14:textId="77777777" w:rsidR="00F81D60" w:rsidRDefault="00000000">
            <w:pPr>
              <w:pStyle w:val="TableText"/>
              <w:spacing w:before="40" w:after="40"/>
            </w:pPr>
            <w:r>
              <w:t>[ragioni concrete della decisione e riscontro alle proposte della persona]</w:t>
            </w:r>
          </w:p>
        </w:tc>
      </w:tr>
      <w:tr w:rsidR="00F81D60" w14:paraId="50D64E1E" w14:textId="77777777">
        <w:trPr>
          <w:cantSplit/>
          <w:jc w:val="center"/>
        </w:trPr>
        <w:tc>
          <w:tcPr>
            <w:tcW w:w="2948" w:type="dxa"/>
            <w:vAlign w:val="center"/>
          </w:tcPr>
          <w:p w14:paraId="6D6306C8" w14:textId="77777777" w:rsidR="00F81D60" w:rsidRDefault="00000000">
            <w:pPr>
              <w:pStyle w:val="TableText"/>
              <w:spacing w:before="40" w:after="40"/>
            </w:pPr>
            <w:r>
              <w:t>Decorrenza e durata</w:t>
            </w:r>
          </w:p>
        </w:tc>
        <w:tc>
          <w:tcPr>
            <w:tcW w:w="7030" w:type="dxa"/>
            <w:vAlign w:val="center"/>
          </w:tcPr>
          <w:p w14:paraId="0B0819E6" w14:textId="77777777" w:rsidR="00F81D60" w:rsidRDefault="00000000">
            <w:pPr>
              <w:pStyle w:val="TableText"/>
              <w:spacing w:before="40" w:after="40"/>
            </w:pPr>
            <w:r>
              <w:t>Avvio: [ ]  •  termine o condizione di riesame: [ ]  •  prima verifica: [ ]</w:t>
            </w:r>
          </w:p>
        </w:tc>
      </w:tr>
      <w:tr w:rsidR="00F81D60" w14:paraId="5F05A1E0" w14:textId="77777777">
        <w:trPr>
          <w:cantSplit/>
          <w:jc w:val="center"/>
        </w:trPr>
        <w:tc>
          <w:tcPr>
            <w:tcW w:w="2948" w:type="dxa"/>
            <w:shd w:val="clear" w:color="auto" w:fill="F5F7F9"/>
            <w:vAlign w:val="center"/>
          </w:tcPr>
          <w:p w14:paraId="487FAC44" w14:textId="77777777" w:rsidR="00F81D60" w:rsidRDefault="00000000">
            <w:pPr>
              <w:pStyle w:val="TableText"/>
              <w:spacing w:before="40" w:after="40"/>
            </w:pPr>
            <w:r>
              <w:t>Attuazione e risorse</w:t>
            </w:r>
          </w:p>
        </w:tc>
        <w:tc>
          <w:tcPr>
            <w:tcW w:w="7030" w:type="dxa"/>
            <w:shd w:val="clear" w:color="auto" w:fill="F5F7F9"/>
            <w:vAlign w:val="center"/>
          </w:tcPr>
          <w:p w14:paraId="65007E99" w14:textId="77777777" w:rsidR="00F81D60" w:rsidRDefault="00000000">
            <w:pPr>
              <w:pStyle w:val="TableText"/>
              <w:spacing w:before="40" w:after="40"/>
            </w:pPr>
            <w:r>
              <w:t>Responsabile: [ ]  •  sostituto: [ ]  •  risorse / autorizzazione spesa: [ ]</w:t>
            </w:r>
          </w:p>
        </w:tc>
      </w:tr>
      <w:tr w:rsidR="00F81D60" w14:paraId="2C2AE637" w14:textId="77777777">
        <w:trPr>
          <w:cantSplit/>
          <w:jc w:val="center"/>
        </w:trPr>
        <w:tc>
          <w:tcPr>
            <w:tcW w:w="2948" w:type="dxa"/>
            <w:vAlign w:val="center"/>
          </w:tcPr>
          <w:p w14:paraId="761FF699" w14:textId="77777777" w:rsidR="00F81D60" w:rsidRDefault="00000000">
            <w:pPr>
              <w:pStyle w:val="TableText"/>
              <w:spacing w:before="40" w:after="40"/>
            </w:pPr>
            <w:r>
              <w:t>Condizioni di sicurezza</w:t>
            </w:r>
          </w:p>
        </w:tc>
        <w:tc>
          <w:tcPr>
            <w:tcW w:w="7030" w:type="dxa"/>
            <w:vAlign w:val="center"/>
          </w:tcPr>
          <w:p w14:paraId="43443ED2" w14:textId="77777777" w:rsidR="00F81D60" w:rsidRDefault="00000000">
            <w:pPr>
              <w:pStyle w:val="TableText"/>
              <w:spacing w:before="40" w:after="40"/>
            </w:pPr>
            <w:r>
              <w:t>[requisiti A11, eventuale copertura A16, istruzioni e formazione]</w:t>
            </w:r>
          </w:p>
        </w:tc>
      </w:tr>
      <w:tr w:rsidR="00F81D60" w14:paraId="471B225D" w14:textId="77777777">
        <w:trPr>
          <w:cantSplit/>
          <w:jc w:val="center"/>
        </w:trPr>
        <w:tc>
          <w:tcPr>
            <w:tcW w:w="2948" w:type="dxa"/>
            <w:shd w:val="clear" w:color="auto" w:fill="F5F7F9"/>
            <w:vAlign w:val="center"/>
          </w:tcPr>
          <w:p w14:paraId="04CEA35A" w14:textId="77777777" w:rsidR="00F81D60" w:rsidRDefault="00000000">
            <w:pPr>
              <w:pStyle w:val="TableText"/>
              <w:spacing w:before="40" w:after="40"/>
            </w:pPr>
            <w:r>
              <w:t>Comunicazione minima</w:t>
            </w:r>
          </w:p>
        </w:tc>
        <w:tc>
          <w:tcPr>
            <w:tcW w:w="7030" w:type="dxa"/>
            <w:shd w:val="clear" w:color="auto" w:fill="F5F7F9"/>
            <w:vAlign w:val="center"/>
          </w:tcPr>
          <w:p w14:paraId="065D5F3C" w14:textId="77777777" w:rsidR="00F81D60" w:rsidRDefault="00000000">
            <w:pPr>
              <w:pStyle w:val="TableText"/>
              <w:spacing w:before="40" w:after="40"/>
            </w:pPr>
            <w:r>
              <w:t>Destinatari e contenuti rinviati ad A10 parte 2: [ ]</w:t>
            </w:r>
          </w:p>
        </w:tc>
      </w:tr>
      <w:tr w:rsidR="00F81D60" w14:paraId="43FF10A8" w14:textId="77777777">
        <w:trPr>
          <w:cantSplit/>
          <w:jc w:val="center"/>
        </w:trPr>
        <w:tc>
          <w:tcPr>
            <w:tcW w:w="2948" w:type="dxa"/>
            <w:vAlign w:val="center"/>
          </w:tcPr>
          <w:p w14:paraId="77023202" w14:textId="77777777" w:rsidR="00F81D60" w:rsidRDefault="00000000">
            <w:pPr>
              <w:pStyle w:val="TableText"/>
              <w:spacing w:before="40" w:after="40"/>
            </w:pPr>
            <w:r>
              <w:t>Efficacia attesa</w:t>
            </w:r>
          </w:p>
        </w:tc>
        <w:tc>
          <w:tcPr>
            <w:tcW w:w="7030" w:type="dxa"/>
            <w:vAlign w:val="center"/>
          </w:tcPr>
          <w:p w14:paraId="2A4569F8" w14:textId="77777777" w:rsidR="00F81D60" w:rsidRDefault="00000000">
            <w:pPr>
              <w:pStyle w:val="TableText"/>
              <w:spacing w:before="40" w:after="40"/>
            </w:pPr>
            <w:r>
              <w:t>[esito funzionale osservabile e modalità di riscontro concordata]</w:t>
            </w:r>
          </w:p>
        </w:tc>
      </w:tr>
      <w:tr w:rsidR="00F81D60" w14:paraId="468B3E92" w14:textId="77777777">
        <w:trPr>
          <w:cantSplit/>
          <w:jc w:val="center"/>
        </w:trPr>
        <w:tc>
          <w:tcPr>
            <w:tcW w:w="2948" w:type="dxa"/>
            <w:shd w:val="clear" w:color="auto" w:fill="F5F7F9"/>
            <w:vAlign w:val="center"/>
          </w:tcPr>
          <w:p w14:paraId="2B2ED466" w14:textId="77777777" w:rsidR="00F81D60" w:rsidRDefault="00000000">
            <w:pPr>
              <w:pStyle w:val="TableText"/>
              <w:spacing w:before="40" w:after="40"/>
            </w:pPr>
            <w:r>
              <w:t>Riconsiderazione</w:t>
            </w:r>
          </w:p>
        </w:tc>
        <w:tc>
          <w:tcPr>
            <w:tcW w:w="7030" w:type="dxa"/>
            <w:shd w:val="clear" w:color="auto" w:fill="F5F7F9"/>
            <w:vAlign w:val="center"/>
          </w:tcPr>
          <w:p w14:paraId="3E971EF4" w14:textId="77777777" w:rsidR="00F81D60" w:rsidRDefault="00000000">
            <w:pPr>
              <w:pStyle w:val="TableText"/>
              <w:spacing w:before="40" w:after="40"/>
            </w:pPr>
            <w:r>
              <w:t>Contatto alternativo: [ ]  •  modalità A20: [ ]  •  termine aziendale: [ ]</w:t>
            </w:r>
          </w:p>
        </w:tc>
      </w:tr>
      <w:tr w:rsidR="00F81D60" w14:paraId="12E8058B" w14:textId="77777777">
        <w:trPr>
          <w:cantSplit/>
          <w:jc w:val="center"/>
        </w:trPr>
        <w:tc>
          <w:tcPr>
            <w:tcW w:w="2948" w:type="dxa"/>
            <w:vAlign w:val="center"/>
          </w:tcPr>
          <w:p w14:paraId="66EC4F43" w14:textId="77777777" w:rsidR="00F81D60" w:rsidRDefault="00000000">
            <w:pPr>
              <w:pStyle w:val="TableText"/>
              <w:spacing w:before="40" w:after="40"/>
            </w:pPr>
            <w:r>
              <w:t>Consegna e passaporto</w:t>
            </w:r>
          </w:p>
        </w:tc>
        <w:tc>
          <w:tcPr>
            <w:tcW w:w="7030" w:type="dxa"/>
            <w:vAlign w:val="center"/>
          </w:tcPr>
          <w:p w14:paraId="12A9B095" w14:textId="77777777" w:rsidR="00F81D60" w:rsidRDefault="00000000">
            <w:pPr>
              <w:pStyle w:val="TableText"/>
              <w:spacing w:before="40" w:after="40"/>
            </w:pPr>
            <w:r>
              <w:t>Copia protetta consegnata: [ ]  •  trasferimento operativo in A13: [ ]</w:t>
            </w:r>
          </w:p>
        </w:tc>
      </w:tr>
    </w:tbl>
    <w:p w14:paraId="6A296EEC"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7898A018" w14:textId="77777777">
        <w:trPr>
          <w:tblHeader/>
          <w:jc w:val="center"/>
        </w:trPr>
        <w:tc>
          <w:tcPr>
            <w:tcW w:w="3326" w:type="dxa"/>
            <w:shd w:val="clear" w:color="auto" w:fill="17324D"/>
            <w:vAlign w:val="center"/>
          </w:tcPr>
          <w:p w14:paraId="5291543C" w14:textId="77777777" w:rsidR="00F81D60" w:rsidRDefault="00000000">
            <w:pPr>
              <w:pStyle w:val="TableText"/>
              <w:spacing w:before="40" w:after="40"/>
            </w:pPr>
            <w:r>
              <w:rPr>
                <w:b/>
                <w:color w:val="FFFFFF"/>
              </w:rPr>
              <w:t>Soggetto che autorizza</w:t>
            </w:r>
          </w:p>
        </w:tc>
        <w:tc>
          <w:tcPr>
            <w:tcW w:w="3326" w:type="dxa"/>
            <w:shd w:val="clear" w:color="auto" w:fill="17324D"/>
            <w:vAlign w:val="center"/>
          </w:tcPr>
          <w:p w14:paraId="2C596F58" w14:textId="77777777" w:rsidR="00F81D60" w:rsidRDefault="00000000">
            <w:pPr>
              <w:pStyle w:val="TableText"/>
              <w:spacing w:before="40" w:after="40"/>
            </w:pPr>
            <w:r>
              <w:rPr>
                <w:b/>
                <w:color w:val="FFFFFF"/>
              </w:rPr>
              <w:t>Persona – presa visione</w:t>
            </w:r>
          </w:p>
        </w:tc>
        <w:tc>
          <w:tcPr>
            <w:tcW w:w="3326" w:type="dxa"/>
            <w:shd w:val="clear" w:color="auto" w:fill="17324D"/>
            <w:vAlign w:val="center"/>
          </w:tcPr>
          <w:p w14:paraId="7E114BDF" w14:textId="77777777" w:rsidR="00F81D60" w:rsidRDefault="00000000">
            <w:pPr>
              <w:pStyle w:val="TableText"/>
              <w:spacing w:before="40" w:after="40"/>
            </w:pPr>
            <w:r>
              <w:rPr>
                <w:b/>
                <w:color w:val="FFFFFF"/>
              </w:rPr>
              <w:t>Data</w:t>
            </w:r>
          </w:p>
        </w:tc>
      </w:tr>
      <w:tr w:rsidR="00F81D60" w14:paraId="7B483DAC" w14:textId="77777777">
        <w:trPr>
          <w:cantSplit/>
          <w:trHeight w:val="454"/>
          <w:jc w:val="center"/>
        </w:trPr>
        <w:tc>
          <w:tcPr>
            <w:tcW w:w="3326" w:type="dxa"/>
            <w:vAlign w:val="center"/>
          </w:tcPr>
          <w:p w14:paraId="1242C31D" w14:textId="77777777" w:rsidR="00F81D60" w:rsidRDefault="00000000">
            <w:pPr>
              <w:pStyle w:val="TableText"/>
              <w:spacing w:before="40" w:after="40"/>
            </w:pPr>
            <w:r>
              <w:t>[compilare]</w:t>
            </w:r>
          </w:p>
        </w:tc>
        <w:tc>
          <w:tcPr>
            <w:tcW w:w="3326" w:type="dxa"/>
            <w:vAlign w:val="center"/>
          </w:tcPr>
          <w:p w14:paraId="2643F5E5" w14:textId="77777777" w:rsidR="00F81D60" w:rsidRDefault="00000000">
            <w:pPr>
              <w:pStyle w:val="TableText"/>
              <w:spacing w:before="40" w:after="40"/>
            </w:pPr>
            <w:r>
              <w:t>[compilare]</w:t>
            </w:r>
          </w:p>
        </w:tc>
        <w:tc>
          <w:tcPr>
            <w:tcW w:w="3326" w:type="dxa"/>
            <w:vAlign w:val="center"/>
          </w:tcPr>
          <w:p w14:paraId="183D1B2D" w14:textId="77777777" w:rsidR="00F81D60" w:rsidRDefault="00000000">
            <w:pPr>
              <w:pStyle w:val="TableText"/>
              <w:spacing w:before="40" w:after="40"/>
            </w:pPr>
            <w:r>
              <w:t>[compilare]</w:t>
            </w:r>
          </w:p>
        </w:tc>
      </w:tr>
    </w:tbl>
    <w:p w14:paraId="1D72F5C2" w14:textId="77777777" w:rsidR="00F81D60" w:rsidRDefault="00F81D60">
      <w:pPr>
        <w:spacing w:after="0"/>
      </w:pPr>
    </w:p>
    <w:p w14:paraId="5E4ADA22" w14:textId="77777777" w:rsidR="00F81D60" w:rsidRDefault="00000000">
      <w:pPr>
        <w:pStyle w:val="Reference"/>
      </w:pPr>
      <w:r>
        <w:t>La presa visione non costituisce rinuncia a contestare la decisione, consenso generalizzato al trattamento di dati, modifica implicita del contratto o attestazione sanitaria. Eventuali modifiche contrattuali richiedono gli atti e le verifiche pertinenti.</w:t>
      </w:r>
    </w:p>
    <w:p w14:paraId="789F2F34" w14:textId="77777777" w:rsidR="00F81D60" w:rsidRDefault="00000000">
      <w:r>
        <w:br w:type="page"/>
      </w:r>
    </w:p>
    <w:p w14:paraId="0DE2CA77" w14:textId="77777777" w:rsidR="00F81D60" w:rsidRDefault="00000000">
      <w:pPr>
        <w:pStyle w:val="Small"/>
      </w:pPr>
      <w:r>
        <w:rPr>
          <w:b/>
          <w:color w:val="006B70"/>
        </w:rPr>
        <w:t>ALLEGATO AZIENDALE  •  MOD-MM-13  •  parte 1</w:t>
      </w:r>
    </w:p>
    <w:p w14:paraId="507DF259" w14:textId="77777777" w:rsidR="00F81D60" w:rsidRDefault="00000000">
      <w:pPr>
        <w:pStyle w:val="Titolo1"/>
      </w:pPr>
      <w:bookmarkStart w:id="71" w:name="A13_1"/>
      <w:r>
        <w:t>A13 | Passaporto degli adattamenti | accordo operativo</w:t>
      </w:r>
      <w:bookmarkEnd w:id="71"/>
    </w:p>
    <w:p w14:paraId="0AC7263D" w14:textId="77777777" w:rsidR="00F81D60" w:rsidRDefault="00000000">
      <w:pPr>
        <w:pStyle w:val="Reference"/>
      </w:pPr>
      <w:r>
        <w:t>Base documentale: [ISO] definizione 3.14; § 5.3.2.2; allegato B. Le istruzioni operative e i moduli sono elaborazioni aziendali del modello [AZ].</w:t>
      </w:r>
    </w:p>
    <w:p w14:paraId="1512A6D6" w14:textId="77777777" w:rsidR="00F81D60" w:rsidRDefault="00000000">
      <w:r>
        <w:t>CLASSIFICAZIONE: RISERVATO INDIVIDUALE. Documento congiunto di continuità degli adattamenti. Non è un passaporto sanitario e non contiene diagnosi o referti. Conservarlo separatamente dai registri di audit.</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2F0FD308" w14:textId="77777777">
        <w:trPr>
          <w:tblHeader/>
          <w:jc w:val="center"/>
        </w:trPr>
        <w:tc>
          <w:tcPr>
            <w:tcW w:w="2948" w:type="dxa"/>
            <w:shd w:val="clear" w:color="auto" w:fill="17324D"/>
            <w:vAlign w:val="center"/>
          </w:tcPr>
          <w:p w14:paraId="07972DD2" w14:textId="77777777" w:rsidR="00F81D60" w:rsidRDefault="00000000">
            <w:pPr>
              <w:pStyle w:val="TableText"/>
              <w:spacing w:before="40" w:after="40"/>
            </w:pPr>
            <w:r>
              <w:rPr>
                <w:b/>
                <w:color w:val="FFFFFF"/>
              </w:rPr>
              <w:t>Campo</w:t>
            </w:r>
          </w:p>
        </w:tc>
        <w:tc>
          <w:tcPr>
            <w:tcW w:w="7030" w:type="dxa"/>
            <w:shd w:val="clear" w:color="auto" w:fill="17324D"/>
            <w:vAlign w:val="center"/>
          </w:tcPr>
          <w:p w14:paraId="4DC58F1B" w14:textId="77777777" w:rsidR="00F81D60" w:rsidRDefault="00000000">
            <w:pPr>
              <w:pStyle w:val="TableText"/>
              <w:spacing w:before="40" w:after="40"/>
            </w:pPr>
            <w:r>
              <w:rPr>
                <w:b/>
                <w:color w:val="FFFFFF"/>
              </w:rPr>
              <w:t>Compilazione / decisione aziendale</w:t>
            </w:r>
          </w:p>
        </w:tc>
      </w:tr>
      <w:tr w:rsidR="00F81D60" w14:paraId="0434A7A4" w14:textId="77777777">
        <w:trPr>
          <w:cantSplit/>
          <w:jc w:val="center"/>
        </w:trPr>
        <w:tc>
          <w:tcPr>
            <w:tcW w:w="2948" w:type="dxa"/>
            <w:vAlign w:val="center"/>
          </w:tcPr>
          <w:p w14:paraId="0D1F93AE" w14:textId="77777777" w:rsidR="00F81D60" w:rsidRDefault="00000000">
            <w:pPr>
              <w:pStyle w:val="TableText"/>
              <w:spacing w:before="40" w:after="40"/>
            </w:pPr>
            <w:r>
              <w:t>Identificazione e versione</w:t>
            </w:r>
          </w:p>
        </w:tc>
        <w:tc>
          <w:tcPr>
            <w:tcW w:w="7030" w:type="dxa"/>
            <w:vAlign w:val="center"/>
          </w:tcPr>
          <w:p w14:paraId="0F712F6A" w14:textId="77777777" w:rsidR="00F81D60" w:rsidRDefault="00000000">
            <w:pPr>
              <w:pStyle w:val="TableText"/>
              <w:spacing w:before="40" w:after="40"/>
            </w:pPr>
            <w:r>
              <w:t>Pratica / persona secondo necessità: [ ]  •  versione: [ ]  •  data: [ ]</w:t>
            </w:r>
          </w:p>
        </w:tc>
      </w:tr>
      <w:tr w:rsidR="00F81D60" w14:paraId="6B8FC4F2" w14:textId="77777777">
        <w:trPr>
          <w:cantSplit/>
          <w:jc w:val="center"/>
        </w:trPr>
        <w:tc>
          <w:tcPr>
            <w:tcW w:w="2948" w:type="dxa"/>
            <w:shd w:val="clear" w:color="auto" w:fill="F5F7F9"/>
            <w:vAlign w:val="center"/>
          </w:tcPr>
          <w:p w14:paraId="730FDF8B" w14:textId="77777777" w:rsidR="00F81D60" w:rsidRDefault="00000000">
            <w:pPr>
              <w:pStyle w:val="TableText"/>
              <w:spacing w:before="40" w:after="40"/>
            </w:pPr>
            <w:r>
              <w:t>Ruolo e perimetro</w:t>
            </w:r>
          </w:p>
        </w:tc>
        <w:tc>
          <w:tcPr>
            <w:tcW w:w="7030" w:type="dxa"/>
            <w:shd w:val="clear" w:color="auto" w:fill="F5F7F9"/>
            <w:vAlign w:val="center"/>
          </w:tcPr>
          <w:p w14:paraId="42FFD4B4" w14:textId="77777777" w:rsidR="00F81D60" w:rsidRDefault="00000000">
            <w:pPr>
              <w:pStyle w:val="TableText"/>
              <w:spacing w:before="40" w:after="40"/>
            </w:pPr>
            <w:r>
              <w:t>Sito / mansione / team / modalità di lavoro: [ ]</w:t>
            </w:r>
          </w:p>
        </w:tc>
      </w:tr>
      <w:tr w:rsidR="00F81D60" w14:paraId="550CD605" w14:textId="77777777">
        <w:trPr>
          <w:cantSplit/>
          <w:jc w:val="center"/>
        </w:trPr>
        <w:tc>
          <w:tcPr>
            <w:tcW w:w="2948" w:type="dxa"/>
            <w:vAlign w:val="center"/>
          </w:tcPr>
          <w:p w14:paraId="058363AA" w14:textId="77777777" w:rsidR="00F81D60" w:rsidRDefault="00000000">
            <w:pPr>
              <w:pStyle w:val="TableText"/>
              <w:spacing w:before="40" w:after="40"/>
            </w:pPr>
            <w:r>
              <w:t>Referenti</w:t>
            </w:r>
          </w:p>
        </w:tc>
        <w:tc>
          <w:tcPr>
            <w:tcW w:w="7030" w:type="dxa"/>
            <w:vAlign w:val="center"/>
          </w:tcPr>
          <w:p w14:paraId="1C932C07" w14:textId="77777777" w:rsidR="00F81D60" w:rsidRDefault="00000000">
            <w:pPr>
              <w:pStyle w:val="TableText"/>
              <w:spacing w:before="40" w:after="40"/>
            </w:pPr>
            <w:r>
              <w:t>Responsabile operativo: [ ]  •  sostituto autorizzato: [ ]  •  contatto riservato: [ ]</w:t>
            </w:r>
          </w:p>
        </w:tc>
      </w:tr>
      <w:tr w:rsidR="00F81D60" w14:paraId="1EE0860F" w14:textId="77777777">
        <w:trPr>
          <w:cantSplit/>
          <w:jc w:val="center"/>
        </w:trPr>
        <w:tc>
          <w:tcPr>
            <w:tcW w:w="2948" w:type="dxa"/>
            <w:shd w:val="clear" w:color="auto" w:fill="F5F7F9"/>
            <w:vAlign w:val="center"/>
          </w:tcPr>
          <w:p w14:paraId="687B509C" w14:textId="77777777" w:rsidR="00F81D60" w:rsidRDefault="00000000">
            <w:pPr>
              <w:pStyle w:val="TableText"/>
              <w:spacing w:before="40" w:after="40"/>
            </w:pPr>
            <w:r>
              <w:t>Esigenza funzionale essenziale</w:t>
            </w:r>
          </w:p>
        </w:tc>
        <w:tc>
          <w:tcPr>
            <w:tcW w:w="7030" w:type="dxa"/>
            <w:shd w:val="clear" w:color="auto" w:fill="F5F7F9"/>
            <w:vAlign w:val="center"/>
          </w:tcPr>
          <w:p w14:paraId="5DD065DC" w14:textId="77777777" w:rsidR="00F81D60" w:rsidRDefault="00000000">
            <w:pPr>
              <w:pStyle w:val="TableText"/>
              <w:spacing w:before="40" w:after="40"/>
            </w:pPr>
            <w:r>
              <w:t>[solo ciò che occorre per comprendere l’adattamento]</w:t>
            </w:r>
          </w:p>
        </w:tc>
      </w:tr>
    </w:tbl>
    <w:p w14:paraId="2683BED3"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834"/>
        <w:gridCol w:w="4535"/>
        <w:gridCol w:w="2608"/>
      </w:tblGrid>
      <w:tr w:rsidR="00F81D60" w14:paraId="2859B76B" w14:textId="77777777">
        <w:trPr>
          <w:tblHeader/>
          <w:jc w:val="center"/>
        </w:trPr>
        <w:tc>
          <w:tcPr>
            <w:tcW w:w="2835" w:type="dxa"/>
            <w:shd w:val="clear" w:color="auto" w:fill="17324D"/>
            <w:vAlign w:val="center"/>
          </w:tcPr>
          <w:p w14:paraId="273C622C" w14:textId="77777777" w:rsidR="00F81D60" w:rsidRDefault="00000000">
            <w:pPr>
              <w:pStyle w:val="TableText"/>
              <w:spacing w:before="40" w:after="40"/>
            </w:pPr>
            <w:r>
              <w:rPr>
                <w:b/>
                <w:color w:val="FFFFFF"/>
              </w:rPr>
              <w:t>Adattamento concordato</w:t>
            </w:r>
          </w:p>
        </w:tc>
        <w:tc>
          <w:tcPr>
            <w:tcW w:w="4535" w:type="dxa"/>
            <w:shd w:val="clear" w:color="auto" w:fill="17324D"/>
            <w:vAlign w:val="center"/>
          </w:tcPr>
          <w:p w14:paraId="528EEA54" w14:textId="77777777" w:rsidR="00F81D60" w:rsidRDefault="00000000">
            <w:pPr>
              <w:pStyle w:val="TableText"/>
              <w:spacing w:before="40" w:after="40"/>
            </w:pPr>
            <w:r>
              <w:rPr>
                <w:b/>
                <w:color w:val="FFFFFF"/>
              </w:rPr>
              <w:t>Come si applica / condizioni</w:t>
            </w:r>
          </w:p>
        </w:tc>
        <w:tc>
          <w:tcPr>
            <w:tcW w:w="2608" w:type="dxa"/>
            <w:shd w:val="clear" w:color="auto" w:fill="17324D"/>
            <w:vAlign w:val="center"/>
          </w:tcPr>
          <w:p w14:paraId="4FC08922" w14:textId="77777777" w:rsidR="00F81D60" w:rsidRDefault="00000000">
            <w:pPr>
              <w:pStyle w:val="TableText"/>
              <w:spacing w:before="40" w:after="40"/>
            </w:pPr>
            <w:r>
              <w:rPr>
                <w:b/>
                <w:color w:val="FFFFFF"/>
              </w:rPr>
              <w:t>Responsabile / decorrenza</w:t>
            </w:r>
          </w:p>
        </w:tc>
      </w:tr>
      <w:tr w:rsidR="00F81D60" w14:paraId="54CA1ACF" w14:textId="77777777">
        <w:trPr>
          <w:cantSplit/>
          <w:trHeight w:val="765"/>
          <w:jc w:val="center"/>
        </w:trPr>
        <w:tc>
          <w:tcPr>
            <w:tcW w:w="2835" w:type="dxa"/>
            <w:vAlign w:val="center"/>
          </w:tcPr>
          <w:p w14:paraId="14DE4416" w14:textId="77777777" w:rsidR="00F81D60" w:rsidRDefault="00000000">
            <w:pPr>
              <w:pStyle w:val="TableText"/>
              <w:spacing w:before="40" w:after="40"/>
            </w:pPr>
            <w:r>
              <w:t>[compilare]</w:t>
            </w:r>
          </w:p>
        </w:tc>
        <w:tc>
          <w:tcPr>
            <w:tcW w:w="4535" w:type="dxa"/>
            <w:vAlign w:val="center"/>
          </w:tcPr>
          <w:p w14:paraId="2DE6CD05" w14:textId="77777777" w:rsidR="00F81D60" w:rsidRDefault="00000000">
            <w:pPr>
              <w:pStyle w:val="TableText"/>
              <w:spacing w:before="40" w:after="40"/>
            </w:pPr>
            <w:r>
              <w:t>[compilare]</w:t>
            </w:r>
          </w:p>
        </w:tc>
        <w:tc>
          <w:tcPr>
            <w:tcW w:w="2608" w:type="dxa"/>
            <w:vAlign w:val="center"/>
          </w:tcPr>
          <w:p w14:paraId="0A54082B" w14:textId="77777777" w:rsidR="00F81D60" w:rsidRDefault="00000000">
            <w:pPr>
              <w:pStyle w:val="TableText"/>
              <w:spacing w:before="40" w:after="40"/>
            </w:pPr>
            <w:r>
              <w:t>[compilare]</w:t>
            </w:r>
          </w:p>
        </w:tc>
      </w:tr>
      <w:tr w:rsidR="00F81D60" w14:paraId="692803A2" w14:textId="77777777">
        <w:trPr>
          <w:cantSplit/>
          <w:trHeight w:val="765"/>
          <w:jc w:val="center"/>
        </w:trPr>
        <w:tc>
          <w:tcPr>
            <w:tcW w:w="2835" w:type="dxa"/>
            <w:shd w:val="clear" w:color="auto" w:fill="F5F7F9"/>
            <w:vAlign w:val="center"/>
          </w:tcPr>
          <w:p w14:paraId="68735216" w14:textId="77777777" w:rsidR="00F81D60" w:rsidRDefault="00000000">
            <w:pPr>
              <w:pStyle w:val="TableText"/>
              <w:spacing w:before="40" w:after="40"/>
            </w:pPr>
            <w:r>
              <w:t>[compilare]</w:t>
            </w:r>
          </w:p>
        </w:tc>
        <w:tc>
          <w:tcPr>
            <w:tcW w:w="4535" w:type="dxa"/>
            <w:shd w:val="clear" w:color="auto" w:fill="F5F7F9"/>
            <w:vAlign w:val="center"/>
          </w:tcPr>
          <w:p w14:paraId="2B20FC7F" w14:textId="77777777" w:rsidR="00F81D60" w:rsidRDefault="00000000">
            <w:pPr>
              <w:pStyle w:val="TableText"/>
              <w:spacing w:before="40" w:after="40"/>
            </w:pPr>
            <w:r>
              <w:t>[compilare]</w:t>
            </w:r>
          </w:p>
        </w:tc>
        <w:tc>
          <w:tcPr>
            <w:tcW w:w="2608" w:type="dxa"/>
            <w:shd w:val="clear" w:color="auto" w:fill="F5F7F9"/>
            <w:vAlign w:val="center"/>
          </w:tcPr>
          <w:p w14:paraId="2B835A32" w14:textId="77777777" w:rsidR="00F81D60" w:rsidRDefault="00000000">
            <w:pPr>
              <w:pStyle w:val="TableText"/>
              <w:spacing w:before="40" w:after="40"/>
            </w:pPr>
            <w:r>
              <w:t>[compilare]</w:t>
            </w:r>
          </w:p>
        </w:tc>
      </w:tr>
      <w:tr w:rsidR="00F81D60" w14:paraId="3B435E26" w14:textId="77777777">
        <w:trPr>
          <w:cantSplit/>
          <w:trHeight w:val="765"/>
          <w:jc w:val="center"/>
        </w:trPr>
        <w:tc>
          <w:tcPr>
            <w:tcW w:w="2835" w:type="dxa"/>
            <w:vAlign w:val="center"/>
          </w:tcPr>
          <w:p w14:paraId="3F204507" w14:textId="77777777" w:rsidR="00F81D60" w:rsidRDefault="00000000">
            <w:pPr>
              <w:pStyle w:val="TableText"/>
              <w:spacing w:before="40" w:after="40"/>
            </w:pPr>
            <w:r>
              <w:t>[compilare]</w:t>
            </w:r>
          </w:p>
        </w:tc>
        <w:tc>
          <w:tcPr>
            <w:tcW w:w="4535" w:type="dxa"/>
            <w:vAlign w:val="center"/>
          </w:tcPr>
          <w:p w14:paraId="5404FBF4" w14:textId="77777777" w:rsidR="00F81D60" w:rsidRDefault="00000000">
            <w:pPr>
              <w:pStyle w:val="TableText"/>
              <w:spacing w:before="40" w:after="40"/>
            </w:pPr>
            <w:r>
              <w:t>[compilare]</w:t>
            </w:r>
          </w:p>
        </w:tc>
        <w:tc>
          <w:tcPr>
            <w:tcW w:w="2608" w:type="dxa"/>
            <w:vAlign w:val="center"/>
          </w:tcPr>
          <w:p w14:paraId="5E429462" w14:textId="77777777" w:rsidR="00F81D60" w:rsidRDefault="00000000">
            <w:pPr>
              <w:pStyle w:val="TableText"/>
              <w:spacing w:before="40" w:after="40"/>
            </w:pPr>
            <w:r>
              <w:t>[compilare]</w:t>
            </w:r>
          </w:p>
        </w:tc>
      </w:tr>
    </w:tbl>
    <w:p w14:paraId="227FBCE3"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5B2A9A3D" w14:textId="77777777">
        <w:trPr>
          <w:tblHeader/>
          <w:jc w:val="center"/>
        </w:trPr>
        <w:tc>
          <w:tcPr>
            <w:tcW w:w="2948" w:type="dxa"/>
            <w:shd w:val="clear" w:color="auto" w:fill="17324D"/>
            <w:vAlign w:val="center"/>
          </w:tcPr>
          <w:p w14:paraId="197E0538" w14:textId="77777777" w:rsidR="00F81D60" w:rsidRDefault="00000000">
            <w:pPr>
              <w:pStyle w:val="TableText"/>
              <w:spacing w:before="40" w:after="40"/>
            </w:pPr>
            <w:r>
              <w:rPr>
                <w:b/>
                <w:color w:val="FFFFFF"/>
              </w:rPr>
              <w:t>Campo</w:t>
            </w:r>
          </w:p>
        </w:tc>
        <w:tc>
          <w:tcPr>
            <w:tcW w:w="7030" w:type="dxa"/>
            <w:shd w:val="clear" w:color="auto" w:fill="17324D"/>
            <w:vAlign w:val="center"/>
          </w:tcPr>
          <w:p w14:paraId="129AE407" w14:textId="77777777" w:rsidR="00F81D60" w:rsidRDefault="00000000">
            <w:pPr>
              <w:pStyle w:val="TableText"/>
              <w:spacing w:before="40" w:after="40"/>
            </w:pPr>
            <w:r>
              <w:rPr>
                <w:b/>
                <w:color w:val="FFFFFF"/>
              </w:rPr>
              <w:t>Compilazione / decisione aziendale</w:t>
            </w:r>
          </w:p>
        </w:tc>
      </w:tr>
      <w:tr w:rsidR="00F81D60" w14:paraId="2F830887" w14:textId="77777777">
        <w:trPr>
          <w:cantSplit/>
          <w:jc w:val="center"/>
        </w:trPr>
        <w:tc>
          <w:tcPr>
            <w:tcW w:w="2948" w:type="dxa"/>
            <w:vAlign w:val="center"/>
          </w:tcPr>
          <w:p w14:paraId="0C6BEAC2" w14:textId="77777777" w:rsidR="00F81D60" w:rsidRDefault="00000000">
            <w:pPr>
              <w:pStyle w:val="TableText"/>
              <w:spacing w:before="40" w:after="40"/>
            </w:pPr>
            <w:r>
              <w:t>Limiti e presidi</w:t>
            </w:r>
          </w:p>
        </w:tc>
        <w:tc>
          <w:tcPr>
            <w:tcW w:w="7030" w:type="dxa"/>
            <w:vAlign w:val="center"/>
          </w:tcPr>
          <w:p w14:paraId="2319CABA" w14:textId="77777777" w:rsidR="00F81D60" w:rsidRDefault="00000000">
            <w:pPr>
              <w:pStyle w:val="TableText"/>
              <w:spacing w:before="40" w:after="40"/>
            </w:pPr>
            <w:r>
              <w:t>[sicurezza, DPI, coperture, accessi; rinvio A11/A16]</w:t>
            </w:r>
          </w:p>
        </w:tc>
      </w:tr>
      <w:tr w:rsidR="00F81D60" w14:paraId="7592D98D" w14:textId="77777777">
        <w:trPr>
          <w:cantSplit/>
          <w:jc w:val="center"/>
        </w:trPr>
        <w:tc>
          <w:tcPr>
            <w:tcW w:w="2948" w:type="dxa"/>
            <w:shd w:val="clear" w:color="auto" w:fill="F5F7F9"/>
            <w:vAlign w:val="center"/>
          </w:tcPr>
          <w:p w14:paraId="50EAFD68" w14:textId="77777777" w:rsidR="00F81D60" w:rsidRDefault="00000000">
            <w:pPr>
              <w:pStyle w:val="TableText"/>
              <w:spacing w:before="40" w:after="40"/>
            </w:pPr>
            <w:r>
              <w:t>Validità e prima verifica</w:t>
            </w:r>
          </w:p>
        </w:tc>
        <w:tc>
          <w:tcPr>
            <w:tcW w:w="7030" w:type="dxa"/>
            <w:shd w:val="clear" w:color="auto" w:fill="F5F7F9"/>
            <w:vAlign w:val="center"/>
          </w:tcPr>
          <w:p w14:paraId="62085ADE" w14:textId="77777777" w:rsidR="00F81D60" w:rsidRDefault="00000000">
            <w:pPr>
              <w:pStyle w:val="TableText"/>
              <w:spacing w:before="40" w:after="40"/>
            </w:pPr>
            <w:r>
              <w:t>Decorrenza: [ ]  •  revisione programmata: [ ]  •  trigger anticipati: [ ]</w:t>
            </w:r>
          </w:p>
        </w:tc>
      </w:tr>
      <w:tr w:rsidR="00F81D60" w14:paraId="1708BE73" w14:textId="77777777">
        <w:trPr>
          <w:cantSplit/>
          <w:jc w:val="center"/>
        </w:trPr>
        <w:tc>
          <w:tcPr>
            <w:tcW w:w="2948" w:type="dxa"/>
            <w:vAlign w:val="center"/>
          </w:tcPr>
          <w:p w14:paraId="1DB0ED70" w14:textId="77777777" w:rsidR="00F81D60" w:rsidRDefault="00000000">
            <w:pPr>
              <w:pStyle w:val="TableText"/>
              <w:spacing w:before="40" w:after="40"/>
            </w:pPr>
            <w:r>
              <w:t>Destinatari autorizzati</w:t>
            </w:r>
          </w:p>
        </w:tc>
        <w:tc>
          <w:tcPr>
            <w:tcW w:w="7030" w:type="dxa"/>
            <w:vAlign w:val="center"/>
          </w:tcPr>
          <w:p w14:paraId="279194DE" w14:textId="77777777" w:rsidR="00F81D60" w:rsidRDefault="00000000">
            <w:pPr>
              <w:pStyle w:val="TableText"/>
              <w:spacing w:before="40" w:after="40"/>
            </w:pPr>
            <w:r>
              <w:t>[ruoli / estratti consentiti; rinvio A10 parte 2 e A19]</w:t>
            </w:r>
          </w:p>
        </w:tc>
      </w:tr>
      <w:tr w:rsidR="00F81D60" w14:paraId="10EF9E84" w14:textId="77777777">
        <w:trPr>
          <w:cantSplit/>
          <w:jc w:val="center"/>
        </w:trPr>
        <w:tc>
          <w:tcPr>
            <w:tcW w:w="2948" w:type="dxa"/>
            <w:shd w:val="clear" w:color="auto" w:fill="F5F7F9"/>
            <w:vAlign w:val="center"/>
          </w:tcPr>
          <w:p w14:paraId="457F054A" w14:textId="77777777" w:rsidR="00F81D60" w:rsidRDefault="00000000">
            <w:pPr>
              <w:pStyle w:val="TableText"/>
              <w:spacing w:before="40" w:after="40"/>
            </w:pPr>
            <w:r>
              <w:t>Consegna</w:t>
            </w:r>
          </w:p>
        </w:tc>
        <w:tc>
          <w:tcPr>
            <w:tcW w:w="7030" w:type="dxa"/>
            <w:shd w:val="clear" w:color="auto" w:fill="F5F7F9"/>
            <w:vAlign w:val="center"/>
          </w:tcPr>
          <w:p w14:paraId="34FAB49C" w14:textId="77777777" w:rsidR="00F81D60" w:rsidRDefault="00000000">
            <w:pPr>
              <w:pStyle w:val="TableText"/>
              <w:spacing w:before="40" w:after="40"/>
            </w:pPr>
            <w:r>
              <w:t>Copia alla persona / archivio protetto / data: [ ]</w:t>
            </w:r>
          </w:p>
        </w:tc>
      </w:tr>
    </w:tbl>
    <w:p w14:paraId="53A0D943"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03A3E849" w14:textId="77777777">
        <w:trPr>
          <w:tblHeader/>
          <w:jc w:val="center"/>
        </w:trPr>
        <w:tc>
          <w:tcPr>
            <w:tcW w:w="3326" w:type="dxa"/>
            <w:shd w:val="clear" w:color="auto" w:fill="17324D"/>
            <w:vAlign w:val="center"/>
          </w:tcPr>
          <w:p w14:paraId="5CBBB8BA" w14:textId="77777777" w:rsidR="00F81D60" w:rsidRDefault="00000000">
            <w:pPr>
              <w:pStyle w:val="TableText"/>
              <w:spacing w:before="40" w:after="40"/>
            </w:pPr>
            <w:r>
              <w:rPr>
                <w:b/>
                <w:color w:val="FFFFFF"/>
              </w:rPr>
              <w:t>Persona – accordo operativo</w:t>
            </w:r>
          </w:p>
        </w:tc>
        <w:tc>
          <w:tcPr>
            <w:tcW w:w="3326" w:type="dxa"/>
            <w:shd w:val="clear" w:color="auto" w:fill="17324D"/>
            <w:vAlign w:val="center"/>
          </w:tcPr>
          <w:p w14:paraId="28AAAC29" w14:textId="77777777" w:rsidR="00F81D60" w:rsidRDefault="00000000">
            <w:pPr>
              <w:pStyle w:val="TableText"/>
              <w:spacing w:before="40" w:after="40"/>
            </w:pPr>
            <w:r>
              <w:rPr>
                <w:b/>
                <w:color w:val="FFFFFF"/>
              </w:rPr>
              <w:t>Responsabile autorizzato</w:t>
            </w:r>
          </w:p>
        </w:tc>
        <w:tc>
          <w:tcPr>
            <w:tcW w:w="3326" w:type="dxa"/>
            <w:shd w:val="clear" w:color="auto" w:fill="17324D"/>
            <w:vAlign w:val="center"/>
          </w:tcPr>
          <w:p w14:paraId="369B6CA6" w14:textId="77777777" w:rsidR="00F81D60" w:rsidRDefault="00000000">
            <w:pPr>
              <w:pStyle w:val="TableText"/>
              <w:spacing w:before="40" w:after="40"/>
            </w:pPr>
            <w:r>
              <w:rPr>
                <w:b/>
                <w:color w:val="FFFFFF"/>
              </w:rPr>
              <w:t>Data</w:t>
            </w:r>
          </w:p>
        </w:tc>
      </w:tr>
      <w:tr w:rsidR="00F81D60" w14:paraId="161D82B8" w14:textId="77777777">
        <w:trPr>
          <w:cantSplit/>
          <w:trHeight w:val="454"/>
          <w:jc w:val="center"/>
        </w:trPr>
        <w:tc>
          <w:tcPr>
            <w:tcW w:w="3326" w:type="dxa"/>
            <w:vAlign w:val="center"/>
          </w:tcPr>
          <w:p w14:paraId="4212F30A" w14:textId="77777777" w:rsidR="00F81D60" w:rsidRDefault="00000000">
            <w:pPr>
              <w:pStyle w:val="TableText"/>
              <w:spacing w:before="40" w:after="40"/>
            </w:pPr>
            <w:r>
              <w:t>[compilare]</w:t>
            </w:r>
          </w:p>
        </w:tc>
        <w:tc>
          <w:tcPr>
            <w:tcW w:w="3326" w:type="dxa"/>
            <w:vAlign w:val="center"/>
          </w:tcPr>
          <w:p w14:paraId="6C029B26" w14:textId="77777777" w:rsidR="00F81D60" w:rsidRDefault="00000000">
            <w:pPr>
              <w:pStyle w:val="TableText"/>
              <w:spacing w:before="40" w:after="40"/>
            </w:pPr>
            <w:r>
              <w:t>[compilare]</w:t>
            </w:r>
          </w:p>
        </w:tc>
        <w:tc>
          <w:tcPr>
            <w:tcW w:w="3326" w:type="dxa"/>
            <w:vAlign w:val="center"/>
          </w:tcPr>
          <w:p w14:paraId="3B06FCD0" w14:textId="77777777" w:rsidR="00F81D60" w:rsidRDefault="00000000">
            <w:pPr>
              <w:pStyle w:val="TableText"/>
              <w:spacing w:before="40" w:after="40"/>
            </w:pPr>
            <w:r>
              <w:t>[compilare]</w:t>
            </w:r>
          </w:p>
        </w:tc>
      </w:tr>
    </w:tbl>
    <w:p w14:paraId="052C8771" w14:textId="77777777" w:rsidR="00F81D60" w:rsidRDefault="00F81D60">
      <w:pPr>
        <w:spacing w:after="0"/>
      </w:pPr>
    </w:p>
    <w:p w14:paraId="1854AF2D" w14:textId="77777777" w:rsidR="00F81D60" w:rsidRDefault="00000000">
      <w:pPr>
        <w:pStyle w:val="Reference"/>
      </w:pPr>
      <w:r>
        <w:t>Il passaggio a un nuovo responsabile avviene con continuità delle misure compatibili e comunicazione minima concordata. Il trasferimento a un nuovo datore di lavoro non è automatico e richiede una valutazione distinta dei presupposti e delle modalità.</w:t>
      </w:r>
    </w:p>
    <w:p w14:paraId="03D122E0" w14:textId="77777777" w:rsidR="00F81D60" w:rsidRDefault="00000000">
      <w:r>
        <w:br w:type="page"/>
      </w:r>
    </w:p>
    <w:p w14:paraId="09339078" w14:textId="77777777" w:rsidR="00F81D60" w:rsidRDefault="00000000">
      <w:pPr>
        <w:pStyle w:val="Small"/>
      </w:pPr>
      <w:r>
        <w:rPr>
          <w:b/>
          <w:color w:val="006B70"/>
        </w:rPr>
        <w:t>ALLEGATO AZIENDALE  •  MOD-MM-13  •  parte 2</w:t>
      </w:r>
    </w:p>
    <w:p w14:paraId="1A39FBB3" w14:textId="77777777" w:rsidR="00F81D60" w:rsidRDefault="00000000">
      <w:pPr>
        <w:pStyle w:val="Titolo1"/>
      </w:pPr>
      <w:bookmarkStart w:id="72" w:name="A13_2"/>
      <w:r>
        <w:t>A13 | Passaporto | revisioni e passaggio di responsabilità</w:t>
      </w:r>
      <w:bookmarkEnd w:id="72"/>
    </w:p>
    <w:p w14:paraId="3D79CD08" w14:textId="77777777" w:rsidR="00F81D60" w:rsidRDefault="00000000">
      <w:pPr>
        <w:pStyle w:val="Reference"/>
      </w:pPr>
      <w:r>
        <w:t>Base documentale: [ISO] § 5.3.2.2; [AZ] registro di continuità. Le istruzioni operative e i moduli sono elaborazioni aziendali del modello [AZ].</w:t>
      </w:r>
    </w:p>
    <w:p w14:paraId="04BB7EEE" w14:textId="77777777" w:rsidR="00F81D60" w:rsidRDefault="00000000">
      <w:r>
        <w:t>Allegare alla parte 1. Conservare le versioni precedenti solo per il periodo e la finalità definiti, marcandole come superate; evitare copie operative concorrenti.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2A08DE0" w14:textId="77777777">
        <w:trPr>
          <w:tblHeader/>
          <w:jc w:val="center"/>
        </w:trPr>
        <w:tc>
          <w:tcPr>
            <w:tcW w:w="2948" w:type="dxa"/>
            <w:shd w:val="clear" w:color="auto" w:fill="17324D"/>
            <w:vAlign w:val="center"/>
          </w:tcPr>
          <w:p w14:paraId="28012DD4" w14:textId="77777777" w:rsidR="00F81D60" w:rsidRDefault="00000000">
            <w:pPr>
              <w:pStyle w:val="TableText"/>
              <w:spacing w:before="40" w:after="40"/>
            </w:pPr>
            <w:r>
              <w:rPr>
                <w:b/>
                <w:color w:val="FFFFFF"/>
              </w:rPr>
              <w:t>Campo</w:t>
            </w:r>
          </w:p>
        </w:tc>
        <w:tc>
          <w:tcPr>
            <w:tcW w:w="7030" w:type="dxa"/>
            <w:shd w:val="clear" w:color="auto" w:fill="17324D"/>
            <w:vAlign w:val="center"/>
          </w:tcPr>
          <w:p w14:paraId="5047EECA" w14:textId="77777777" w:rsidR="00F81D60" w:rsidRDefault="00000000">
            <w:pPr>
              <w:pStyle w:val="TableText"/>
              <w:spacing w:before="40" w:after="40"/>
            </w:pPr>
            <w:r>
              <w:rPr>
                <w:b/>
                <w:color w:val="FFFFFF"/>
              </w:rPr>
              <w:t>Compilazione / decisione aziendale</w:t>
            </w:r>
          </w:p>
        </w:tc>
      </w:tr>
      <w:tr w:rsidR="00F81D60" w14:paraId="6EA8F9D7" w14:textId="77777777">
        <w:trPr>
          <w:cantSplit/>
          <w:jc w:val="center"/>
        </w:trPr>
        <w:tc>
          <w:tcPr>
            <w:tcW w:w="2948" w:type="dxa"/>
            <w:vAlign w:val="center"/>
          </w:tcPr>
          <w:p w14:paraId="146FCA0E" w14:textId="77777777" w:rsidR="00F81D60" w:rsidRDefault="00000000">
            <w:pPr>
              <w:pStyle w:val="TableText"/>
              <w:spacing w:before="40" w:after="40"/>
            </w:pPr>
            <w:r>
              <w:t>Riferimento</w:t>
            </w:r>
          </w:p>
        </w:tc>
        <w:tc>
          <w:tcPr>
            <w:tcW w:w="7030" w:type="dxa"/>
            <w:vAlign w:val="center"/>
          </w:tcPr>
          <w:p w14:paraId="1FA74258" w14:textId="77777777" w:rsidR="00F81D60" w:rsidRDefault="00000000">
            <w:pPr>
              <w:pStyle w:val="TableText"/>
              <w:spacing w:before="40" w:after="40"/>
            </w:pPr>
            <w:r>
              <w:t>Pratica: [ ]  •  versione attuale: [ ]  •  custode: [ ]</w:t>
            </w:r>
          </w:p>
        </w:tc>
      </w:tr>
    </w:tbl>
    <w:p w14:paraId="63859F12"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871"/>
        <w:gridCol w:w="5158"/>
        <w:gridCol w:w="2948"/>
      </w:tblGrid>
      <w:tr w:rsidR="00F81D60" w14:paraId="7A7E0D49" w14:textId="77777777">
        <w:trPr>
          <w:tblHeader/>
          <w:jc w:val="center"/>
        </w:trPr>
        <w:tc>
          <w:tcPr>
            <w:tcW w:w="1871" w:type="dxa"/>
            <w:shd w:val="clear" w:color="auto" w:fill="17324D"/>
            <w:vAlign w:val="center"/>
          </w:tcPr>
          <w:p w14:paraId="18345A05" w14:textId="77777777" w:rsidR="00F81D60" w:rsidRDefault="00000000">
            <w:pPr>
              <w:pStyle w:val="TableText"/>
              <w:spacing w:before="40" w:after="40"/>
            </w:pPr>
            <w:r>
              <w:rPr>
                <w:b/>
                <w:color w:val="FFFFFF"/>
              </w:rPr>
              <w:t>Data / versione</w:t>
            </w:r>
          </w:p>
        </w:tc>
        <w:tc>
          <w:tcPr>
            <w:tcW w:w="5159" w:type="dxa"/>
            <w:shd w:val="clear" w:color="auto" w:fill="17324D"/>
            <w:vAlign w:val="center"/>
          </w:tcPr>
          <w:p w14:paraId="2B6E3B8C" w14:textId="77777777" w:rsidR="00F81D60" w:rsidRDefault="00000000">
            <w:pPr>
              <w:pStyle w:val="TableText"/>
              <w:spacing w:before="40" w:after="40"/>
            </w:pPr>
            <w:r>
              <w:rPr>
                <w:b/>
                <w:color w:val="FFFFFF"/>
              </w:rPr>
              <w:t>Cambiamento e ragione funzionale</w:t>
            </w:r>
          </w:p>
        </w:tc>
        <w:tc>
          <w:tcPr>
            <w:tcW w:w="2948" w:type="dxa"/>
            <w:shd w:val="clear" w:color="auto" w:fill="17324D"/>
            <w:vAlign w:val="center"/>
          </w:tcPr>
          <w:p w14:paraId="3EEF3982" w14:textId="77777777" w:rsidR="00F81D60" w:rsidRDefault="00000000">
            <w:pPr>
              <w:pStyle w:val="TableText"/>
              <w:spacing w:before="40" w:after="40"/>
            </w:pPr>
            <w:r>
              <w:rPr>
                <w:b/>
                <w:color w:val="FFFFFF"/>
              </w:rPr>
              <w:t>Concordato da / prossima verifica</w:t>
            </w:r>
          </w:p>
        </w:tc>
      </w:tr>
      <w:tr w:rsidR="00F81D60" w14:paraId="4531F456" w14:textId="77777777">
        <w:trPr>
          <w:cantSplit/>
          <w:trHeight w:val="680"/>
          <w:jc w:val="center"/>
        </w:trPr>
        <w:tc>
          <w:tcPr>
            <w:tcW w:w="1871" w:type="dxa"/>
            <w:vAlign w:val="center"/>
          </w:tcPr>
          <w:p w14:paraId="50D09A49" w14:textId="77777777" w:rsidR="00F81D60" w:rsidRDefault="00000000">
            <w:pPr>
              <w:pStyle w:val="TableText"/>
              <w:spacing w:before="40" w:after="40"/>
            </w:pPr>
            <w:r>
              <w:t>[compilare]</w:t>
            </w:r>
          </w:p>
        </w:tc>
        <w:tc>
          <w:tcPr>
            <w:tcW w:w="5159" w:type="dxa"/>
            <w:vAlign w:val="center"/>
          </w:tcPr>
          <w:p w14:paraId="6DBBCA98" w14:textId="77777777" w:rsidR="00F81D60" w:rsidRDefault="00000000">
            <w:pPr>
              <w:pStyle w:val="TableText"/>
              <w:spacing w:before="40" w:after="40"/>
            </w:pPr>
            <w:r>
              <w:t>[compilare]</w:t>
            </w:r>
          </w:p>
        </w:tc>
        <w:tc>
          <w:tcPr>
            <w:tcW w:w="2948" w:type="dxa"/>
            <w:vAlign w:val="center"/>
          </w:tcPr>
          <w:p w14:paraId="58580E85" w14:textId="77777777" w:rsidR="00F81D60" w:rsidRDefault="00000000">
            <w:pPr>
              <w:pStyle w:val="TableText"/>
              <w:spacing w:before="40" w:after="40"/>
            </w:pPr>
            <w:r>
              <w:t>[compilare]</w:t>
            </w:r>
          </w:p>
        </w:tc>
      </w:tr>
      <w:tr w:rsidR="00F81D60" w14:paraId="7165CA93" w14:textId="77777777">
        <w:trPr>
          <w:cantSplit/>
          <w:trHeight w:val="680"/>
          <w:jc w:val="center"/>
        </w:trPr>
        <w:tc>
          <w:tcPr>
            <w:tcW w:w="1871" w:type="dxa"/>
            <w:shd w:val="clear" w:color="auto" w:fill="F5F7F9"/>
            <w:vAlign w:val="center"/>
          </w:tcPr>
          <w:p w14:paraId="28774FED" w14:textId="77777777" w:rsidR="00F81D60" w:rsidRDefault="00000000">
            <w:pPr>
              <w:pStyle w:val="TableText"/>
              <w:spacing w:before="40" w:after="40"/>
            </w:pPr>
            <w:r>
              <w:t>[compilare]</w:t>
            </w:r>
          </w:p>
        </w:tc>
        <w:tc>
          <w:tcPr>
            <w:tcW w:w="5159" w:type="dxa"/>
            <w:shd w:val="clear" w:color="auto" w:fill="F5F7F9"/>
            <w:vAlign w:val="center"/>
          </w:tcPr>
          <w:p w14:paraId="0441F1EC" w14:textId="77777777" w:rsidR="00F81D60" w:rsidRDefault="00000000">
            <w:pPr>
              <w:pStyle w:val="TableText"/>
              <w:spacing w:before="40" w:after="40"/>
            </w:pPr>
            <w:r>
              <w:t>[compilare]</w:t>
            </w:r>
          </w:p>
        </w:tc>
        <w:tc>
          <w:tcPr>
            <w:tcW w:w="2948" w:type="dxa"/>
            <w:shd w:val="clear" w:color="auto" w:fill="F5F7F9"/>
            <w:vAlign w:val="center"/>
          </w:tcPr>
          <w:p w14:paraId="70EA8E66" w14:textId="77777777" w:rsidR="00F81D60" w:rsidRDefault="00000000">
            <w:pPr>
              <w:pStyle w:val="TableText"/>
              <w:spacing w:before="40" w:after="40"/>
            </w:pPr>
            <w:r>
              <w:t>[compilare]</w:t>
            </w:r>
          </w:p>
        </w:tc>
      </w:tr>
      <w:tr w:rsidR="00F81D60" w14:paraId="36BDA9D5" w14:textId="77777777">
        <w:trPr>
          <w:cantSplit/>
          <w:trHeight w:val="680"/>
          <w:jc w:val="center"/>
        </w:trPr>
        <w:tc>
          <w:tcPr>
            <w:tcW w:w="1871" w:type="dxa"/>
            <w:vAlign w:val="center"/>
          </w:tcPr>
          <w:p w14:paraId="69195C6A" w14:textId="77777777" w:rsidR="00F81D60" w:rsidRDefault="00000000">
            <w:pPr>
              <w:pStyle w:val="TableText"/>
              <w:spacing w:before="40" w:after="40"/>
            </w:pPr>
            <w:r>
              <w:t>[compilare]</w:t>
            </w:r>
          </w:p>
        </w:tc>
        <w:tc>
          <w:tcPr>
            <w:tcW w:w="5159" w:type="dxa"/>
            <w:vAlign w:val="center"/>
          </w:tcPr>
          <w:p w14:paraId="0CFB47D2" w14:textId="77777777" w:rsidR="00F81D60" w:rsidRDefault="00000000">
            <w:pPr>
              <w:pStyle w:val="TableText"/>
              <w:spacing w:before="40" w:after="40"/>
            </w:pPr>
            <w:r>
              <w:t>[compilare]</w:t>
            </w:r>
          </w:p>
        </w:tc>
        <w:tc>
          <w:tcPr>
            <w:tcW w:w="2948" w:type="dxa"/>
            <w:vAlign w:val="center"/>
          </w:tcPr>
          <w:p w14:paraId="1EFEF9B0" w14:textId="77777777" w:rsidR="00F81D60" w:rsidRDefault="00000000">
            <w:pPr>
              <w:pStyle w:val="TableText"/>
              <w:spacing w:before="40" w:after="40"/>
            </w:pPr>
            <w:r>
              <w:t>[compilare]</w:t>
            </w:r>
          </w:p>
        </w:tc>
      </w:tr>
    </w:tbl>
    <w:p w14:paraId="25292281" w14:textId="77777777" w:rsidR="00F81D60" w:rsidRDefault="00F81D60">
      <w:pPr>
        <w:spacing w:after="0"/>
      </w:pPr>
    </w:p>
    <w:p w14:paraId="361D6556" w14:textId="77777777" w:rsidR="00F81D60" w:rsidRDefault="00000000">
      <w:pPr>
        <w:pStyle w:val="Titolo2"/>
      </w:pPr>
      <w:r>
        <w:t>Scheda di passaggio a nuovo responsabile o nuovo ruolo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F35A768" w14:textId="77777777">
        <w:trPr>
          <w:tblHeader/>
          <w:jc w:val="center"/>
        </w:trPr>
        <w:tc>
          <w:tcPr>
            <w:tcW w:w="2948" w:type="dxa"/>
            <w:shd w:val="clear" w:color="auto" w:fill="17324D"/>
            <w:vAlign w:val="center"/>
          </w:tcPr>
          <w:p w14:paraId="20C5701B" w14:textId="77777777" w:rsidR="00F81D60" w:rsidRDefault="00000000">
            <w:pPr>
              <w:pStyle w:val="TableText"/>
              <w:spacing w:before="40" w:after="40"/>
            </w:pPr>
            <w:r>
              <w:rPr>
                <w:b/>
                <w:color w:val="FFFFFF"/>
              </w:rPr>
              <w:t>Campo</w:t>
            </w:r>
          </w:p>
        </w:tc>
        <w:tc>
          <w:tcPr>
            <w:tcW w:w="7030" w:type="dxa"/>
            <w:shd w:val="clear" w:color="auto" w:fill="17324D"/>
            <w:vAlign w:val="center"/>
          </w:tcPr>
          <w:p w14:paraId="516A89CF" w14:textId="77777777" w:rsidR="00F81D60" w:rsidRDefault="00000000">
            <w:pPr>
              <w:pStyle w:val="TableText"/>
              <w:spacing w:before="40" w:after="40"/>
            </w:pPr>
            <w:r>
              <w:rPr>
                <w:b/>
                <w:color w:val="FFFFFF"/>
              </w:rPr>
              <w:t>Compilazione / decisione aziendale</w:t>
            </w:r>
          </w:p>
        </w:tc>
      </w:tr>
      <w:tr w:rsidR="00F81D60" w14:paraId="7B0C38CA" w14:textId="77777777">
        <w:trPr>
          <w:cantSplit/>
          <w:jc w:val="center"/>
        </w:trPr>
        <w:tc>
          <w:tcPr>
            <w:tcW w:w="2948" w:type="dxa"/>
            <w:vAlign w:val="center"/>
          </w:tcPr>
          <w:p w14:paraId="48643F7C" w14:textId="77777777" w:rsidR="00F81D60" w:rsidRDefault="00000000">
            <w:pPr>
              <w:pStyle w:val="TableText"/>
              <w:spacing w:before="40" w:after="40"/>
            </w:pPr>
            <w:r>
              <w:t>Evento e decorrenza</w:t>
            </w:r>
          </w:p>
        </w:tc>
        <w:tc>
          <w:tcPr>
            <w:tcW w:w="7030" w:type="dxa"/>
            <w:vAlign w:val="center"/>
          </w:tcPr>
          <w:p w14:paraId="48E457E1" w14:textId="77777777" w:rsidR="00F81D60" w:rsidRDefault="00000000">
            <w:pPr>
              <w:pStyle w:val="TableText"/>
              <w:spacing w:before="40" w:after="40"/>
            </w:pPr>
            <w:r>
              <w:t>[cambio manager / ruolo / sito / turno / rientro]  •  data: [ ]</w:t>
            </w:r>
          </w:p>
        </w:tc>
      </w:tr>
      <w:tr w:rsidR="00F81D60" w14:paraId="07D3AB6B" w14:textId="77777777">
        <w:trPr>
          <w:cantSplit/>
          <w:jc w:val="center"/>
        </w:trPr>
        <w:tc>
          <w:tcPr>
            <w:tcW w:w="2948" w:type="dxa"/>
            <w:shd w:val="clear" w:color="auto" w:fill="F5F7F9"/>
            <w:vAlign w:val="center"/>
          </w:tcPr>
          <w:p w14:paraId="1EEB865C" w14:textId="77777777" w:rsidR="00F81D60" w:rsidRDefault="00000000">
            <w:pPr>
              <w:pStyle w:val="TableText"/>
              <w:spacing w:before="40" w:after="40"/>
            </w:pPr>
            <w:r>
              <w:t>Verifica preventiva di compatibilità</w:t>
            </w:r>
          </w:p>
        </w:tc>
        <w:tc>
          <w:tcPr>
            <w:tcW w:w="7030" w:type="dxa"/>
            <w:shd w:val="clear" w:color="auto" w:fill="F5F7F9"/>
            <w:vAlign w:val="center"/>
          </w:tcPr>
          <w:p w14:paraId="4C8E3D54" w14:textId="77777777" w:rsidR="00F81D60" w:rsidRDefault="00000000">
            <w:pPr>
              <w:pStyle w:val="TableText"/>
              <w:spacing w:before="40" w:after="40"/>
            </w:pPr>
            <w:r>
              <w:t>Misure confermate: [ ]  •  aspetti da rivalutare con A11: [ ]</w:t>
            </w:r>
          </w:p>
        </w:tc>
      </w:tr>
      <w:tr w:rsidR="00F81D60" w14:paraId="11F6D33F" w14:textId="77777777">
        <w:trPr>
          <w:cantSplit/>
          <w:jc w:val="center"/>
        </w:trPr>
        <w:tc>
          <w:tcPr>
            <w:tcW w:w="2948" w:type="dxa"/>
            <w:vAlign w:val="center"/>
          </w:tcPr>
          <w:p w14:paraId="5E63CA90" w14:textId="77777777" w:rsidR="00F81D60" w:rsidRDefault="00000000">
            <w:pPr>
              <w:pStyle w:val="TableText"/>
              <w:spacing w:before="40" w:after="40"/>
            </w:pPr>
            <w:r>
              <w:t>Informazioni effettivamente trasferite</w:t>
            </w:r>
          </w:p>
        </w:tc>
        <w:tc>
          <w:tcPr>
            <w:tcW w:w="7030" w:type="dxa"/>
            <w:vAlign w:val="center"/>
          </w:tcPr>
          <w:p w14:paraId="355ED3F9" w14:textId="77777777" w:rsidR="00F81D60" w:rsidRDefault="00000000">
            <w:pPr>
              <w:pStyle w:val="TableText"/>
              <w:spacing w:before="40" w:after="40"/>
            </w:pPr>
            <w:r>
              <w:t>[elencare istruzioni e versione; non intero fascicolo]</w:t>
            </w:r>
          </w:p>
        </w:tc>
      </w:tr>
      <w:tr w:rsidR="00F81D60" w14:paraId="6AE6D75B" w14:textId="77777777">
        <w:trPr>
          <w:cantSplit/>
          <w:jc w:val="center"/>
        </w:trPr>
        <w:tc>
          <w:tcPr>
            <w:tcW w:w="2948" w:type="dxa"/>
            <w:shd w:val="clear" w:color="auto" w:fill="F5F7F9"/>
            <w:vAlign w:val="center"/>
          </w:tcPr>
          <w:p w14:paraId="4512DEEB" w14:textId="77777777" w:rsidR="00F81D60" w:rsidRDefault="00000000">
            <w:pPr>
              <w:pStyle w:val="TableText"/>
              <w:spacing w:before="40" w:after="40"/>
            </w:pPr>
            <w:r>
              <w:t>Mittente / destinatario / canale</w:t>
            </w:r>
          </w:p>
        </w:tc>
        <w:tc>
          <w:tcPr>
            <w:tcW w:w="7030" w:type="dxa"/>
            <w:shd w:val="clear" w:color="auto" w:fill="F5F7F9"/>
            <w:vAlign w:val="center"/>
          </w:tcPr>
          <w:p w14:paraId="7FFEBEB3" w14:textId="77777777" w:rsidR="00F81D60" w:rsidRDefault="00000000">
            <w:pPr>
              <w:pStyle w:val="TableText"/>
              <w:spacing w:before="40" w:after="40"/>
            </w:pPr>
            <w:r>
              <w:t>[ruoli autorizzati, data, canale protetto e accesso limitato]</w:t>
            </w:r>
          </w:p>
        </w:tc>
      </w:tr>
      <w:tr w:rsidR="00F81D60" w14:paraId="20227056" w14:textId="77777777">
        <w:trPr>
          <w:cantSplit/>
          <w:jc w:val="center"/>
        </w:trPr>
        <w:tc>
          <w:tcPr>
            <w:tcW w:w="2948" w:type="dxa"/>
            <w:vAlign w:val="center"/>
          </w:tcPr>
          <w:p w14:paraId="34E0A17D" w14:textId="77777777" w:rsidR="00F81D60" w:rsidRDefault="00000000">
            <w:pPr>
              <w:pStyle w:val="TableText"/>
              <w:spacing w:before="40" w:after="40"/>
            </w:pPr>
            <w:r>
              <w:t>Informazione alla persona</w:t>
            </w:r>
          </w:p>
        </w:tc>
        <w:tc>
          <w:tcPr>
            <w:tcW w:w="7030" w:type="dxa"/>
            <w:vAlign w:val="center"/>
          </w:tcPr>
          <w:p w14:paraId="28A013C0" w14:textId="77777777" w:rsidR="00F81D60" w:rsidRDefault="00000000">
            <w:pPr>
              <w:pStyle w:val="TableText"/>
              <w:spacing w:before="40" w:after="40"/>
            </w:pPr>
            <w:r>
              <w:t>[contenuto, data, eventuali osservazioni e loro gestione]</w:t>
            </w:r>
          </w:p>
        </w:tc>
      </w:tr>
      <w:tr w:rsidR="00F81D60" w14:paraId="1EEBC855" w14:textId="77777777">
        <w:trPr>
          <w:cantSplit/>
          <w:jc w:val="center"/>
        </w:trPr>
        <w:tc>
          <w:tcPr>
            <w:tcW w:w="2948" w:type="dxa"/>
            <w:shd w:val="clear" w:color="auto" w:fill="F5F7F9"/>
            <w:vAlign w:val="center"/>
          </w:tcPr>
          <w:p w14:paraId="643C66EF" w14:textId="77777777" w:rsidR="00F81D60" w:rsidRDefault="00000000">
            <w:pPr>
              <w:pStyle w:val="TableText"/>
              <w:spacing w:before="40" w:after="40"/>
            </w:pPr>
            <w:r>
              <w:t>Continuità temporanea</w:t>
            </w:r>
          </w:p>
        </w:tc>
        <w:tc>
          <w:tcPr>
            <w:tcW w:w="7030" w:type="dxa"/>
            <w:shd w:val="clear" w:color="auto" w:fill="F5F7F9"/>
            <w:vAlign w:val="center"/>
          </w:tcPr>
          <w:p w14:paraId="7C45DAE7" w14:textId="77777777" w:rsidR="00F81D60" w:rsidRDefault="00000000">
            <w:pPr>
              <w:pStyle w:val="TableText"/>
              <w:spacing w:before="40" w:after="40"/>
            </w:pPr>
            <w:r>
              <w:t>[misure valide durante il passaggio e responsabile sostitutivo]</w:t>
            </w:r>
          </w:p>
        </w:tc>
      </w:tr>
      <w:tr w:rsidR="00F81D60" w14:paraId="40335902" w14:textId="77777777">
        <w:trPr>
          <w:cantSplit/>
          <w:jc w:val="center"/>
        </w:trPr>
        <w:tc>
          <w:tcPr>
            <w:tcW w:w="2948" w:type="dxa"/>
            <w:vAlign w:val="center"/>
          </w:tcPr>
          <w:p w14:paraId="56711475" w14:textId="77777777" w:rsidR="00F81D60" w:rsidRDefault="00000000">
            <w:pPr>
              <w:pStyle w:val="TableText"/>
              <w:spacing w:before="40" w:after="40"/>
            </w:pPr>
            <w:r>
              <w:t>Accessi da revocare</w:t>
            </w:r>
          </w:p>
        </w:tc>
        <w:tc>
          <w:tcPr>
            <w:tcW w:w="7030" w:type="dxa"/>
            <w:vAlign w:val="center"/>
          </w:tcPr>
          <w:p w14:paraId="4B2AB374" w14:textId="77777777" w:rsidR="00F81D60" w:rsidRDefault="00000000">
            <w:pPr>
              <w:pStyle w:val="TableText"/>
              <w:spacing w:before="40" w:after="40"/>
            </w:pPr>
            <w:r>
              <w:t>Ex responsabile / cartelle / copie / data verifica: [ ]</w:t>
            </w:r>
          </w:p>
        </w:tc>
      </w:tr>
      <w:tr w:rsidR="00F81D60" w14:paraId="6606BE1D" w14:textId="77777777">
        <w:trPr>
          <w:cantSplit/>
          <w:jc w:val="center"/>
        </w:trPr>
        <w:tc>
          <w:tcPr>
            <w:tcW w:w="2948" w:type="dxa"/>
            <w:shd w:val="clear" w:color="auto" w:fill="F5F7F9"/>
            <w:vAlign w:val="center"/>
          </w:tcPr>
          <w:p w14:paraId="0CEA82D6" w14:textId="77777777" w:rsidR="00F81D60" w:rsidRDefault="00000000">
            <w:pPr>
              <w:pStyle w:val="TableText"/>
              <w:spacing w:before="40" w:after="40"/>
            </w:pPr>
            <w:r>
              <w:t>Prossima verifica</w:t>
            </w:r>
          </w:p>
        </w:tc>
        <w:tc>
          <w:tcPr>
            <w:tcW w:w="7030" w:type="dxa"/>
            <w:shd w:val="clear" w:color="auto" w:fill="F5F7F9"/>
            <w:vAlign w:val="center"/>
          </w:tcPr>
          <w:p w14:paraId="1BAA0ECE" w14:textId="77777777" w:rsidR="00F81D60" w:rsidRDefault="00000000">
            <w:pPr>
              <w:pStyle w:val="TableText"/>
              <w:spacing w:before="40" w:after="40"/>
            </w:pPr>
            <w:r>
              <w:t>Responsabile: [ ]  •  data: [ ]  •  criterio: [ ]</w:t>
            </w:r>
          </w:p>
        </w:tc>
      </w:tr>
    </w:tbl>
    <w:p w14:paraId="2BB8511A"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17C302B" w14:textId="77777777">
        <w:trPr>
          <w:tblHeader/>
          <w:jc w:val="center"/>
        </w:trPr>
        <w:tc>
          <w:tcPr>
            <w:tcW w:w="9978" w:type="dxa"/>
            <w:shd w:val="clear" w:color="auto" w:fill="17324D"/>
            <w:vAlign w:val="center"/>
          </w:tcPr>
          <w:p w14:paraId="590C21DE" w14:textId="77777777" w:rsidR="00F81D60" w:rsidRDefault="00000000">
            <w:pPr>
              <w:pStyle w:val="TableText"/>
              <w:spacing w:before="40" w:after="40"/>
            </w:pPr>
            <w:r>
              <w:rPr>
                <w:b/>
                <w:color w:val="FFFFFF"/>
                <w:sz w:val="19"/>
              </w:rPr>
              <w:t>NESSUN RIAVVIO INUTILE</w:t>
            </w:r>
          </w:p>
        </w:tc>
      </w:tr>
      <w:tr w:rsidR="00F81D60" w14:paraId="37BE94D8" w14:textId="77777777">
        <w:trPr>
          <w:cantSplit/>
          <w:jc w:val="center"/>
        </w:trPr>
        <w:tc>
          <w:tcPr>
            <w:tcW w:w="9978" w:type="dxa"/>
            <w:shd w:val="clear" w:color="auto" w:fill="EAF3F4"/>
            <w:vAlign w:val="center"/>
          </w:tcPr>
          <w:p w14:paraId="5450B863" w14:textId="77777777" w:rsidR="00F81D60" w:rsidRDefault="00000000">
            <w:pPr>
              <w:pStyle w:val="TableText"/>
              <w:spacing w:before="40" w:after="40"/>
            </w:pPr>
            <w:r>
              <w:rPr>
                <w:sz w:val="19"/>
              </w:rPr>
              <w:t>Un cambio di responsabile non dovrebbe obbligare a raccontare nuovamente informazioni intime già non necessarie. Si riesaminano compiti, vincoli e misure, non la credibilità della persona.</w:t>
            </w:r>
          </w:p>
        </w:tc>
      </w:tr>
    </w:tbl>
    <w:p w14:paraId="2560E502" w14:textId="77777777" w:rsidR="00F81D60" w:rsidRDefault="00F81D60">
      <w:pPr>
        <w:spacing w:after="0"/>
      </w:pPr>
    </w:p>
    <w:p w14:paraId="113E3C98" w14:textId="77777777" w:rsidR="00F81D60" w:rsidRDefault="00000000">
      <w:r>
        <w:br w:type="page"/>
      </w:r>
    </w:p>
    <w:p w14:paraId="1BA755E8" w14:textId="77777777" w:rsidR="00F81D60" w:rsidRDefault="00000000">
      <w:pPr>
        <w:pStyle w:val="Small"/>
      </w:pPr>
      <w:r>
        <w:rPr>
          <w:b/>
          <w:color w:val="006B70"/>
        </w:rPr>
        <w:t>ALLEGATO AZIENDALE  •  MOD-MM-14</w:t>
      </w:r>
    </w:p>
    <w:p w14:paraId="7D977214" w14:textId="77777777" w:rsidR="00F81D60" w:rsidRDefault="00000000">
      <w:pPr>
        <w:pStyle w:val="Titolo1"/>
      </w:pPr>
      <w:bookmarkStart w:id="73" w:name="A14"/>
      <w:r>
        <w:t>A14 | Verifica dell’efficacia e continuità</w:t>
      </w:r>
      <w:bookmarkEnd w:id="73"/>
    </w:p>
    <w:p w14:paraId="36007070" w14:textId="77777777" w:rsidR="00F81D60" w:rsidRDefault="00000000">
      <w:pPr>
        <w:pStyle w:val="Reference"/>
      </w:pPr>
      <w:r>
        <w:t>Base documentale: [ISO] § 5.3.2.2 e § 5.9; [AZ] scheda di riesame. Le istruzioni operative e i moduli sono elaborazioni aziendali del modello [AZ].</w:t>
      </w:r>
    </w:p>
    <w:p w14:paraId="49E6463D" w14:textId="77777777" w:rsidR="00F81D60" w:rsidRDefault="00000000">
      <w:r>
        <w:t>CLASSIFICAZIONE: RISERVATO INDIVIDUALE per i casi personali. Per misure generali usare A17, senza richiamare codici di pratiche individuali negli archivi di audit.</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487EEFB" w14:textId="77777777">
        <w:trPr>
          <w:tblHeader/>
          <w:jc w:val="center"/>
        </w:trPr>
        <w:tc>
          <w:tcPr>
            <w:tcW w:w="2948" w:type="dxa"/>
            <w:shd w:val="clear" w:color="auto" w:fill="17324D"/>
            <w:vAlign w:val="center"/>
          </w:tcPr>
          <w:p w14:paraId="22216BED" w14:textId="77777777" w:rsidR="00F81D60" w:rsidRDefault="00000000">
            <w:pPr>
              <w:pStyle w:val="TableText"/>
              <w:spacing w:before="40" w:after="40"/>
            </w:pPr>
            <w:r>
              <w:rPr>
                <w:b/>
                <w:color w:val="FFFFFF"/>
              </w:rPr>
              <w:t>Campo</w:t>
            </w:r>
          </w:p>
        </w:tc>
        <w:tc>
          <w:tcPr>
            <w:tcW w:w="7030" w:type="dxa"/>
            <w:shd w:val="clear" w:color="auto" w:fill="17324D"/>
            <w:vAlign w:val="center"/>
          </w:tcPr>
          <w:p w14:paraId="77362DCC" w14:textId="77777777" w:rsidR="00F81D60" w:rsidRDefault="00000000">
            <w:pPr>
              <w:pStyle w:val="TableText"/>
              <w:spacing w:before="40" w:after="40"/>
            </w:pPr>
            <w:r>
              <w:rPr>
                <w:b/>
                <w:color w:val="FFFFFF"/>
              </w:rPr>
              <w:t>Compilazione / decisione aziendale</w:t>
            </w:r>
          </w:p>
        </w:tc>
      </w:tr>
      <w:tr w:rsidR="00F81D60" w14:paraId="21398DF9" w14:textId="77777777">
        <w:trPr>
          <w:cantSplit/>
          <w:jc w:val="center"/>
        </w:trPr>
        <w:tc>
          <w:tcPr>
            <w:tcW w:w="2948" w:type="dxa"/>
            <w:vAlign w:val="center"/>
          </w:tcPr>
          <w:p w14:paraId="1DE80766" w14:textId="77777777" w:rsidR="00F81D60" w:rsidRDefault="00000000">
            <w:pPr>
              <w:pStyle w:val="TableText"/>
              <w:spacing w:before="40" w:after="40"/>
            </w:pPr>
            <w:r>
              <w:t>Pratica / misura</w:t>
            </w:r>
          </w:p>
        </w:tc>
        <w:tc>
          <w:tcPr>
            <w:tcW w:w="7030" w:type="dxa"/>
            <w:vAlign w:val="center"/>
          </w:tcPr>
          <w:p w14:paraId="6970A367" w14:textId="77777777" w:rsidR="00F81D60" w:rsidRDefault="00000000">
            <w:pPr>
              <w:pStyle w:val="TableText"/>
              <w:spacing w:before="40" w:after="40"/>
            </w:pPr>
            <w:r>
              <w:t>Codice: [ ]  •  decisione A12 / passaporto A13: [ ]</w:t>
            </w:r>
          </w:p>
        </w:tc>
      </w:tr>
      <w:tr w:rsidR="00F81D60" w14:paraId="1273A200" w14:textId="77777777">
        <w:trPr>
          <w:cantSplit/>
          <w:jc w:val="center"/>
        </w:trPr>
        <w:tc>
          <w:tcPr>
            <w:tcW w:w="2948" w:type="dxa"/>
            <w:shd w:val="clear" w:color="auto" w:fill="F5F7F9"/>
            <w:vAlign w:val="center"/>
          </w:tcPr>
          <w:p w14:paraId="38083DFC" w14:textId="77777777" w:rsidR="00F81D60" w:rsidRDefault="00000000">
            <w:pPr>
              <w:pStyle w:val="TableText"/>
              <w:spacing w:before="40" w:after="40"/>
            </w:pPr>
            <w:r>
              <w:t>Verifica</w:t>
            </w:r>
          </w:p>
        </w:tc>
        <w:tc>
          <w:tcPr>
            <w:tcW w:w="7030" w:type="dxa"/>
            <w:shd w:val="clear" w:color="auto" w:fill="F5F7F9"/>
            <w:vAlign w:val="center"/>
          </w:tcPr>
          <w:p w14:paraId="2F3EACB0" w14:textId="77777777" w:rsidR="00F81D60" w:rsidRDefault="00000000">
            <w:pPr>
              <w:pStyle w:val="TableText"/>
              <w:spacing w:before="40" w:after="40"/>
            </w:pPr>
            <w:r>
              <w:t>Data effettiva: [ ]  •  partecipanti necessari: [ ]  •  periodo osservato: [ ]</w:t>
            </w:r>
          </w:p>
        </w:tc>
      </w:tr>
      <w:tr w:rsidR="00F81D60" w14:paraId="58C58B08" w14:textId="77777777">
        <w:trPr>
          <w:cantSplit/>
          <w:jc w:val="center"/>
        </w:trPr>
        <w:tc>
          <w:tcPr>
            <w:tcW w:w="2948" w:type="dxa"/>
            <w:vAlign w:val="center"/>
          </w:tcPr>
          <w:p w14:paraId="791A871B" w14:textId="77777777" w:rsidR="00F81D60" w:rsidRDefault="00000000">
            <w:pPr>
              <w:pStyle w:val="TableText"/>
              <w:spacing w:before="40" w:after="40"/>
            </w:pPr>
            <w:r>
              <w:t>Attuazione reale</w:t>
            </w:r>
          </w:p>
        </w:tc>
        <w:tc>
          <w:tcPr>
            <w:tcW w:w="7030" w:type="dxa"/>
            <w:vAlign w:val="center"/>
          </w:tcPr>
          <w:p w14:paraId="09BDFDFD" w14:textId="77777777" w:rsidR="00F81D60" w:rsidRDefault="00000000">
            <w:pPr>
              <w:pStyle w:val="TableText"/>
              <w:spacing w:before="40" w:after="40"/>
            </w:pPr>
            <w:r>
              <w:t>Misura attivata come concordato? [ ]  •  differenze / impedimenti: [ ]</w:t>
            </w:r>
          </w:p>
        </w:tc>
      </w:tr>
      <w:tr w:rsidR="00F81D60" w14:paraId="171AA01C" w14:textId="77777777">
        <w:trPr>
          <w:cantSplit/>
          <w:jc w:val="center"/>
        </w:trPr>
        <w:tc>
          <w:tcPr>
            <w:tcW w:w="2948" w:type="dxa"/>
            <w:shd w:val="clear" w:color="auto" w:fill="F5F7F9"/>
            <w:vAlign w:val="center"/>
          </w:tcPr>
          <w:p w14:paraId="2D738D9F" w14:textId="77777777" w:rsidR="00F81D60" w:rsidRDefault="00000000">
            <w:pPr>
              <w:pStyle w:val="TableText"/>
              <w:spacing w:before="40" w:after="40"/>
            </w:pPr>
            <w:r>
              <w:t>Riscontro della persona</w:t>
            </w:r>
          </w:p>
        </w:tc>
        <w:tc>
          <w:tcPr>
            <w:tcW w:w="7030" w:type="dxa"/>
            <w:shd w:val="clear" w:color="auto" w:fill="F5F7F9"/>
            <w:vAlign w:val="center"/>
          </w:tcPr>
          <w:p w14:paraId="450CCCD3" w14:textId="77777777" w:rsidR="00F81D60" w:rsidRDefault="00000000">
            <w:pPr>
              <w:pStyle w:val="TableText"/>
              <w:spacing w:before="40" w:after="40"/>
            </w:pPr>
            <w:r>
              <w:t>[utilità per il lavoro, accessibilità, difficoltà residue; non parametri clinici]</w:t>
            </w:r>
            <w:r>
              <w:br/>
            </w:r>
            <w:r>
              <w:br/>
              <w:t>[spazio]</w:t>
            </w:r>
          </w:p>
        </w:tc>
      </w:tr>
      <w:tr w:rsidR="00F81D60" w14:paraId="58C3217D" w14:textId="77777777">
        <w:trPr>
          <w:cantSplit/>
          <w:jc w:val="center"/>
        </w:trPr>
        <w:tc>
          <w:tcPr>
            <w:tcW w:w="2948" w:type="dxa"/>
            <w:vAlign w:val="center"/>
          </w:tcPr>
          <w:p w14:paraId="737D0366" w14:textId="77777777" w:rsidR="00F81D60" w:rsidRDefault="00000000">
            <w:pPr>
              <w:pStyle w:val="TableText"/>
              <w:spacing w:before="40" w:after="40"/>
            </w:pPr>
            <w:r>
              <w:t>Riscontri operativi</w:t>
            </w:r>
          </w:p>
        </w:tc>
        <w:tc>
          <w:tcPr>
            <w:tcW w:w="7030" w:type="dxa"/>
            <w:vAlign w:val="center"/>
          </w:tcPr>
          <w:p w14:paraId="1DF846DC" w14:textId="77777777" w:rsidR="00F81D60" w:rsidRDefault="00000000">
            <w:pPr>
              <w:pStyle w:val="TableText"/>
              <w:spacing w:before="40" w:after="40"/>
            </w:pPr>
            <w:r>
              <w:t>[pause realmente accessibili, copertura, funzionamento, assenza di nuovi rischi]</w:t>
            </w:r>
          </w:p>
        </w:tc>
      </w:tr>
      <w:tr w:rsidR="00F81D60" w14:paraId="1918407E" w14:textId="77777777">
        <w:trPr>
          <w:cantSplit/>
          <w:jc w:val="center"/>
        </w:trPr>
        <w:tc>
          <w:tcPr>
            <w:tcW w:w="2948" w:type="dxa"/>
            <w:shd w:val="clear" w:color="auto" w:fill="F5F7F9"/>
            <w:vAlign w:val="center"/>
          </w:tcPr>
          <w:p w14:paraId="50E8A1C2" w14:textId="77777777" w:rsidR="00F81D60" w:rsidRDefault="00000000">
            <w:pPr>
              <w:pStyle w:val="TableText"/>
              <w:spacing w:before="40" w:after="40"/>
            </w:pPr>
            <w:r>
              <w:t>Effetti non previsti</w:t>
            </w:r>
          </w:p>
        </w:tc>
        <w:tc>
          <w:tcPr>
            <w:tcW w:w="7030" w:type="dxa"/>
            <w:shd w:val="clear" w:color="auto" w:fill="F5F7F9"/>
            <w:vAlign w:val="center"/>
          </w:tcPr>
          <w:p w14:paraId="07927828" w14:textId="77777777" w:rsidR="00F81D60" w:rsidRDefault="00000000">
            <w:pPr>
              <w:pStyle w:val="TableText"/>
              <w:spacing w:before="40" w:after="40"/>
            </w:pPr>
            <w:r>
              <w:t>[carichi sul team, stigma, problemi tecnici, divulgazioni non necessarie]</w:t>
            </w:r>
          </w:p>
        </w:tc>
      </w:tr>
      <w:tr w:rsidR="00F81D60" w14:paraId="424273E3" w14:textId="77777777">
        <w:trPr>
          <w:cantSplit/>
          <w:jc w:val="center"/>
        </w:trPr>
        <w:tc>
          <w:tcPr>
            <w:tcW w:w="2948" w:type="dxa"/>
            <w:vAlign w:val="center"/>
          </w:tcPr>
          <w:p w14:paraId="526EF0D2" w14:textId="77777777" w:rsidR="00F81D60" w:rsidRDefault="00000000">
            <w:pPr>
              <w:pStyle w:val="TableText"/>
              <w:spacing w:before="40" w:after="40"/>
            </w:pPr>
            <w:r>
              <w:t>Esito</w:t>
            </w:r>
          </w:p>
        </w:tc>
        <w:tc>
          <w:tcPr>
            <w:tcW w:w="7030" w:type="dxa"/>
            <w:vAlign w:val="center"/>
          </w:tcPr>
          <w:p w14:paraId="05199A55" w14:textId="77777777" w:rsidR="00F81D60" w:rsidRDefault="00000000">
            <w:pPr>
              <w:pStyle w:val="TableText"/>
              <w:spacing w:before="40" w:after="40"/>
            </w:pPr>
            <w:r>
              <w:t>[efficace / parzialmente efficace / non efficace / non valutabile con gli elementi disponibili]</w:t>
            </w:r>
          </w:p>
        </w:tc>
      </w:tr>
      <w:tr w:rsidR="00F81D60" w14:paraId="57128ED3" w14:textId="77777777">
        <w:trPr>
          <w:cantSplit/>
          <w:jc w:val="center"/>
        </w:trPr>
        <w:tc>
          <w:tcPr>
            <w:tcW w:w="2948" w:type="dxa"/>
            <w:shd w:val="clear" w:color="auto" w:fill="F5F7F9"/>
            <w:vAlign w:val="center"/>
          </w:tcPr>
          <w:p w14:paraId="0A64B079" w14:textId="77777777" w:rsidR="00F81D60" w:rsidRDefault="00000000">
            <w:pPr>
              <w:pStyle w:val="TableText"/>
              <w:spacing w:before="40" w:after="40"/>
            </w:pPr>
            <w:r>
              <w:t>Decisione</w:t>
            </w:r>
          </w:p>
        </w:tc>
        <w:tc>
          <w:tcPr>
            <w:tcW w:w="7030" w:type="dxa"/>
            <w:shd w:val="clear" w:color="auto" w:fill="F5F7F9"/>
            <w:vAlign w:val="center"/>
          </w:tcPr>
          <w:p w14:paraId="53D2BFBD" w14:textId="77777777" w:rsidR="00F81D60" w:rsidRDefault="00000000">
            <w:pPr>
              <w:pStyle w:val="TableText"/>
              <w:spacing w:before="40" w:after="40"/>
            </w:pPr>
            <w:r>
              <w:t>[confermare / modificare / prolungare la prova / sostituire / concludere con motivazione]</w:t>
            </w:r>
          </w:p>
        </w:tc>
      </w:tr>
      <w:tr w:rsidR="00F81D60" w14:paraId="32773747" w14:textId="77777777">
        <w:trPr>
          <w:cantSplit/>
          <w:jc w:val="center"/>
        </w:trPr>
        <w:tc>
          <w:tcPr>
            <w:tcW w:w="2948" w:type="dxa"/>
            <w:vAlign w:val="center"/>
          </w:tcPr>
          <w:p w14:paraId="7DFE1455" w14:textId="77777777" w:rsidR="00F81D60" w:rsidRDefault="00000000">
            <w:pPr>
              <w:pStyle w:val="TableText"/>
              <w:spacing w:before="40" w:after="40"/>
            </w:pPr>
            <w:r>
              <w:t>Nuove azioni e responsabilità</w:t>
            </w:r>
          </w:p>
        </w:tc>
        <w:tc>
          <w:tcPr>
            <w:tcW w:w="7030" w:type="dxa"/>
            <w:vAlign w:val="center"/>
          </w:tcPr>
          <w:p w14:paraId="175EFF5C" w14:textId="77777777" w:rsidR="00F81D60" w:rsidRDefault="00000000">
            <w:pPr>
              <w:pStyle w:val="TableText"/>
              <w:spacing w:before="40" w:after="40"/>
            </w:pPr>
            <w:r>
              <w:t>[azione, responsabile, data e misura transitoria sicura]</w:t>
            </w:r>
          </w:p>
        </w:tc>
      </w:tr>
      <w:tr w:rsidR="00F81D60" w14:paraId="7B004A5A" w14:textId="77777777">
        <w:trPr>
          <w:cantSplit/>
          <w:jc w:val="center"/>
        </w:trPr>
        <w:tc>
          <w:tcPr>
            <w:tcW w:w="2948" w:type="dxa"/>
            <w:shd w:val="clear" w:color="auto" w:fill="F5F7F9"/>
            <w:vAlign w:val="center"/>
          </w:tcPr>
          <w:p w14:paraId="229063E1" w14:textId="77777777" w:rsidR="00F81D60" w:rsidRDefault="00000000">
            <w:pPr>
              <w:pStyle w:val="TableText"/>
              <w:spacing w:before="40" w:after="40"/>
            </w:pPr>
            <w:r>
              <w:t>Documenti e comunicazioni</w:t>
            </w:r>
          </w:p>
        </w:tc>
        <w:tc>
          <w:tcPr>
            <w:tcW w:w="7030" w:type="dxa"/>
            <w:shd w:val="clear" w:color="auto" w:fill="F5F7F9"/>
            <w:vAlign w:val="center"/>
          </w:tcPr>
          <w:p w14:paraId="18547459" w14:textId="77777777" w:rsidR="00F81D60" w:rsidRDefault="00000000">
            <w:pPr>
              <w:pStyle w:val="TableText"/>
              <w:spacing w:before="40" w:after="40"/>
            </w:pPr>
            <w:r>
              <w:t>A12/A13/A16 da aggiornare: [ ]  •  estratti ai destinatari: [ ]</w:t>
            </w:r>
          </w:p>
        </w:tc>
      </w:tr>
      <w:tr w:rsidR="00F81D60" w14:paraId="3F2B15C5" w14:textId="77777777">
        <w:trPr>
          <w:cantSplit/>
          <w:jc w:val="center"/>
        </w:trPr>
        <w:tc>
          <w:tcPr>
            <w:tcW w:w="2948" w:type="dxa"/>
            <w:vAlign w:val="center"/>
          </w:tcPr>
          <w:p w14:paraId="55315E99" w14:textId="77777777" w:rsidR="00F81D60" w:rsidRDefault="00000000">
            <w:pPr>
              <w:pStyle w:val="TableText"/>
              <w:spacing w:before="40" w:after="40"/>
            </w:pPr>
            <w:r>
              <w:t>Prossima verifica / riapertura</w:t>
            </w:r>
          </w:p>
        </w:tc>
        <w:tc>
          <w:tcPr>
            <w:tcW w:w="7030" w:type="dxa"/>
            <w:vAlign w:val="center"/>
          </w:tcPr>
          <w:p w14:paraId="6206EFD1" w14:textId="77777777" w:rsidR="00F81D60" w:rsidRDefault="00000000">
            <w:pPr>
              <w:pStyle w:val="TableText"/>
              <w:spacing w:before="40" w:after="40"/>
            </w:pPr>
            <w:r>
              <w:t>Data: [ ]  •  trigger anticipati: [ ]  •  canale per segnalare difficoltà: [ ]</w:t>
            </w:r>
          </w:p>
        </w:tc>
      </w:tr>
      <w:tr w:rsidR="00F81D60" w14:paraId="491D83AD" w14:textId="77777777">
        <w:trPr>
          <w:cantSplit/>
          <w:jc w:val="center"/>
        </w:trPr>
        <w:tc>
          <w:tcPr>
            <w:tcW w:w="2948" w:type="dxa"/>
            <w:shd w:val="clear" w:color="auto" w:fill="F5F7F9"/>
            <w:vAlign w:val="center"/>
          </w:tcPr>
          <w:p w14:paraId="72EEEF2B" w14:textId="77777777" w:rsidR="00F81D60" w:rsidRDefault="00000000">
            <w:pPr>
              <w:pStyle w:val="TableText"/>
              <w:spacing w:before="40" w:after="40"/>
            </w:pPr>
            <w:r>
              <w:t>Conclusione del supporto, se pertinente</w:t>
            </w:r>
          </w:p>
        </w:tc>
        <w:tc>
          <w:tcPr>
            <w:tcW w:w="7030" w:type="dxa"/>
            <w:shd w:val="clear" w:color="auto" w:fill="F5F7F9"/>
            <w:vAlign w:val="center"/>
          </w:tcPr>
          <w:p w14:paraId="535A4532" w14:textId="77777777" w:rsidR="00F81D60" w:rsidRDefault="00000000">
            <w:pPr>
              <w:pStyle w:val="TableText"/>
              <w:spacing w:before="40" w:after="40"/>
            </w:pPr>
            <w:r>
              <w:t>Motivo funzionale: [ ]  •  data: [ ]  •  accessi/copie da riesaminare: [ ]</w:t>
            </w:r>
          </w:p>
        </w:tc>
      </w:tr>
    </w:tbl>
    <w:p w14:paraId="0C516F0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7495F1B2" w14:textId="77777777">
        <w:trPr>
          <w:tblHeader/>
          <w:jc w:val="center"/>
        </w:trPr>
        <w:tc>
          <w:tcPr>
            <w:tcW w:w="3326" w:type="dxa"/>
            <w:shd w:val="clear" w:color="auto" w:fill="17324D"/>
            <w:vAlign w:val="center"/>
          </w:tcPr>
          <w:p w14:paraId="2B1BFCBD" w14:textId="77777777" w:rsidR="00F81D60" w:rsidRDefault="00000000">
            <w:pPr>
              <w:pStyle w:val="TableText"/>
              <w:spacing w:before="40" w:after="40"/>
            </w:pPr>
            <w:r>
              <w:rPr>
                <w:b/>
                <w:color w:val="FFFFFF"/>
              </w:rPr>
              <w:t>Persona – riscontro / presa visione</w:t>
            </w:r>
          </w:p>
        </w:tc>
        <w:tc>
          <w:tcPr>
            <w:tcW w:w="3326" w:type="dxa"/>
            <w:shd w:val="clear" w:color="auto" w:fill="17324D"/>
            <w:vAlign w:val="center"/>
          </w:tcPr>
          <w:p w14:paraId="6BBB98CD" w14:textId="77777777" w:rsidR="00F81D60" w:rsidRDefault="00000000">
            <w:pPr>
              <w:pStyle w:val="TableText"/>
              <w:spacing w:before="40" w:after="40"/>
            </w:pPr>
            <w:r>
              <w:rPr>
                <w:b/>
                <w:color w:val="FFFFFF"/>
              </w:rPr>
              <w:t>Responsabile del riesame</w:t>
            </w:r>
          </w:p>
        </w:tc>
        <w:tc>
          <w:tcPr>
            <w:tcW w:w="3326" w:type="dxa"/>
            <w:shd w:val="clear" w:color="auto" w:fill="17324D"/>
            <w:vAlign w:val="center"/>
          </w:tcPr>
          <w:p w14:paraId="16E1EEE1" w14:textId="77777777" w:rsidR="00F81D60" w:rsidRDefault="00000000">
            <w:pPr>
              <w:pStyle w:val="TableText"/>
              <w:spacing w:before="40" w:after="40"/>
            </w:pPr>
            <w:r>
              <w:rPr>
                <w:b/>
                <w:color w:val="FFFFFF"/>
              </w:rPr>
              <w:t>Data</w:t>
            </w:r>
          </w:p>
        </w:tc>
      </w:tr>
      <w:tr w:rsidR="00F81D60" w14:paraId="15743690" w14:textId="77777777">
        <w:trPr>
          <w:cantSplit/>
          <w:trHeight w:val="454"/>
          <w:jc w:val="center"/>
        </w:trPr>
        <w:tc>
          <w:tcPr>
            <w:tcW w:w="3326" w:type="dxa"/>
            <w:vAlign w:val="center"/>
          </w:tcPr>
          <w:p w14:paraId="37663034" w14:textId="77777777" w:rsidR="00F81D60" w:rsidRDefault="00000000">
            <w:pPr>
              <w:pStyle w:val="TableText"/>
              <w:spacing w:before="40" w:after="40"/>
            </w:pPr>
            <w:r>
              <w:t>[compilare]</w:t>
            </w:r>
          </w:p>
        </w:tc>
        <w:tc>
          <w:tcPr>
            <w:tcW w:w="3326" w:type="dxa"/>
            <w:vAlign w:val="center"/>
          </w:tcPr>
          <w:p w14:paraId="6653FC27" w14:textId="77777777" w:rsidR="00F81D60" w:rsidRDefault="00000000">
            <w:pPr>
              <w:pStyle w:val="TableText"/>
              <w:spacing w:before="40" w:after="40"/>
            </w:pPr>
            <w:r>
              <w:t>[compilare]</w:t>
            </w:r>
          </w:p>
        </w:tc>
        <w:tc>
          <w:tcPr>
            <w:tcW w:w="3326" w:type="dxa"/>
            <w:vAlign w:val="center"/>
          </w:tcPr>
          <w:p w14:paraId="3EFD4606" w14:textId="77777777" w:rsidR="00F81D60" w:rsidRDefault="00000000">
            <w:pPr>
              <w:pStyle w:val="TableText"/>
              <w:spacing w:before="40" w:after="40"/>
            </w:pPr>
            <w:r>
              <w:t>[compilare]</w:t>
            </w:r>
          </w:p>
        </w:tc>
      </w:tr>
    </w:tbl>
    <w:p w14:paraId="265DF8BF" w14:textId="77777777" w:rsidR="00F81D60" w:rsidRDefault="00F81D60">
      <w:pPr>
        <w:spacing w:after="0"/>
      </w:pPr>
    </w:p>
    <w:p w14:paraId="7E1C8755" w14:textId="77777777" w:rsidR="00F81D60" w:rsidRDefault="00000000">
      <w:pPr>
        <w:pStyle w:val="Reference"/>
      </w:pPr>
      <w:r>
        <w:t>Una misura inefficace richiede revisione; non dimostra che l’esigenza fosse infondata. Non usare assenza di reclami o mancata risposta come prova sufficiente di efficacia. La conclusione non elimina la possibilità di una nuova richiesta.</w:t>
      </w:r>
    </w:p>
    <w:p w14:paraId="2780C0D1" w14:textId="77777777" w:rsidR="00F81D60" w:rsidRDefault="00000000">
      <w:r>
        <w:br w:type="page"/>
      </w:r>
    </w:p>
    <w:p w14:paraId="1171CC00" w14:textId="77777777" w:rsidR="00F81D60" w:rsidRDefault="00000000">
      <w:pPr>
        <w:pStyle w:val="Small"/>
      </w:pPr>
      <w:r>
        <w:rPr>
          <w:b/>
          <w:color w:val="006B70"/>
        </w:rPr>
        <w:t>ALLEGATO AZIENDALE  •  MOD-MM-15  •  parte 1</w:t>
      </w:r>
    </w:p>
    <w:p w14:paraId="55ABC6B5" w14:textId="77777777" w:rsidR="00F81D60" w:rsidRDefault="00000000">
      <w:pPr>
        <w:pStyle w:val="Titolo1"/>
      </w:pPr>
      <w:bookmarkStart w:id="74" w:name="A15_1"/>
      <w:r>
        <w:t>A15 | Controllo servizi, prodotti e spazi</w:t>
      </w:r>
      <w:bookmarkEnd w:id="74"/>
    </w:p>
    <w:p w14:paraId="39F2FC20" w14:textId="77777777" w:rsidR="00F81D60" w:rsidRDefault="00000000">
      <w:pPr>
        <w:pStyle w:val="Reference"/>
      </w:pPr>
      <w:r>
        <w:t>Base documentale: [ISO] § 5.2.2.1–5.2.2.2. Le istruzioni operative e i moduli sono elaborazioni aziendali del modello [AZ].</w:t>
      </w:r>
    </w:p>
    <w:p w14:paraId="39BF2075" w14:textId="77777777" w:rsidR="00F81D60" w:rsidRDefault="00000000">
      <w:r>
        <w:t>CLASSIFICAZIONE: SISTEMA. Verifica di manutenzione e disponibilità, distinta dal conteggio degli utilizzatori. Frequenza e responsabili sono definiti dall’azienda in funzione del contesto.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1F80D0C" w14:textId="77777777">
        <w:trPr>
          <w:tblHeader/>
          <w:jc w:val="center"/>
        </w:trPr>
        <w:tc>
          <w:tcPr>
            <w:tcW w:w="2948" w:type="dxa"/>
            <w:shd w:val="clear" w:color="auto" w:fill="17324D"/>
            <w:vAlign w:val="center"/>
          </w:tcPr>
          <w:p w14:paraId="744CF142" w14:textId="77777777" w:rsidR="00F81D60" w:rsidRDefault="00000000">
            <w:pPr>
              <w:pStyle w:val="TableText"/>
              <w:spacing w:before="40" w:after="40"/>
            </w:pPr>
            <w:r>
              <w:rPr>
                <w:b/>
                <w:color w:val="FFFFFF"/>
              </w:rPr>
              <w:t>Campo</w:t>
            </w:r>
          </w:p>
        </w:tc>
        <w:tc>
          <w:tcPr>
            <w:tcW w:w="7030" w:type="dxa"/>
            <w:shd w:val="clear" w:color="auto" w:fill="17324D"/>
            <w:vAlign w:val="center"/>
          </w:tcPr>
          <w:p w14:paraId="46D05920" w14:textId="77777777" w:rsidR="00F81D60" w:rsidRDefault="00000000">
            <w:pPr>
              <w:pStyle w:val="TableText"/>
              <w:spacing w:before="40" w:after="40"/>
            </w:pPr>
            <w:r>
              <w:rPr>
                <w:b/>
                <w:color w:val="FFFFFF"/>
              </w:rPr>
              <w:t>Compilazione / decisione aziendale</w:t>
            </w:r>
          </w:p>
        </w:tc>
      </w:tr>
      <w:tr w:rsidR="00F81D60" w14:paraId="11B4CA37" w14:textId="77777777">
        <w:trPr>
          <w:cantSplit/>
          <w:jc w:val="center"/>
        </w:trPr>
        <w:tc>
          <w:tcPr>
            <w:tcW w:w="2948" w:type="dxa"/>
            <w:vAlign w:val="center"/>
          </w:tcPr>
          <w:p w14:paraId="641958D4" w14:textId="77777777" w:rsidR="00F81D60" w:rsidRDefault="00000000">
            <w:pPr>
              <w:pStyle w:val="TableText"/>
              <w:spacing w:before="40" w:after="40"/>
            </w:pPr>
            <w:r>
              <w:t>Sopralluogo</w:t>
            </w:r>
          </w:p>
        </w:tc>
        <w:tc>
          <w:tcPr>
            <w:tcW w:w="7030" w:type="dxa"/>
            <w:vAlign w:val="center"/>
          </w:tcPr>
          <w:p w14:paraId="3B71A431" w14:textId="77777777" w:rsidR="00F81D60" w:rsidRDefault="00000000">
            <w:pPr>
              <w:pStyle w:val="TableText"/>
              <w:spacing w:before="40" w:after="40"/>
            </w:pPr>
            <w:r>
              <w:t>Sito / zona / turno: [ ]  •  data: [ ]  •  verificatore: [ ]</w:t>
            </w:r>
          </w:p>
        </w:tc>
      </w:tr>
      <w:tr w:rsidR="00F81D60" w14:paraId="4878542C" w14:textId="77777777">
        <w:trPr>
          <w:cantSplit/>
          <w:jc w:val="center"/>
        </w:trPr>
        <w:tc>
          <w:tcPr>
            <w:tcW w:w="2948" w:type="dxa"/>
            <w:shd w:val="clear" w:color="auto" w:fill="F5F7F9"/>
            <w:vAlign w:val="center"/>
          </w:tcPr>
          <w:p w14:paraId="5FBE4E5C" w14:textId="77777777" w:rsidR="00F81D60" w:rsidRDefault="00000000">
            <w:pPr>
              <w:pStyle w:val="TableText"/>
              <w:spacing w:before="40" w:after="40"/>
            </w:pPr>
            <w:r>
              <w:t>Periodicità approvata</w:t>
            </w:r>
          </w:p>
        </w:tc>
        <w:tc>
          <w:tcPr>
            <w:tcW w:w="7030" w:type="dxa"/>
            <w:shd w:val="clear" w:color="auto" w:fill="F5F7F9"/>
            <w:vAlign w:val="center"/>
          </w:tcPr>
          <w:p w14:paraId="22D109F9" w14:textId="77777777" w:rsidR="00F81D60" w:rsidRDefault="00000000">
            <w:pPr>
              <w:pStyle w:val="TableText"/>
              <w:spacing w:before="40" w:after="40"/>
            </w:pPr>
            <w:r>
              <w:t>[per turno / giornaliera / altra motivata]  •  responsabile ripristino: [ ]</w:t>
            </w:r>
          </w:p>
        </w:tc>
      </w:tr>
    </w:tbl>
    <w:p w14:paraId="4B41F719"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5158"/>
        <w:gridCol w:w="4819"/>
      </w:tblGrid>
      <w:tr w:rsidR="00F81D60" w14:paraId="0F7E342C" w14:textId="77777777">
        <w:trPr>
          <w:tblHeader/>
          <w:jc w:val="center"/>
        </w:trPr>
        <w:tc>
          <w:tcPr>
            <w:tcW w:w="5159" w:type="dxa"/>
            <w:shd w:val="clear" w:color="auto" w:fill="17324D"/>
            <w:vAlign w:val="center"/>
          </w:tcPr>
          <w:p w14:paraId="3CB14F20" w14:textId="77777777" w:rsidR="00F81D60" w:rsidRDefault="00000000">
            <w:pPr>
              <w:pStyle w:val="TableText"/>
              <w:spacing w:before="40" w:after="40"/>
            </w:pPr>
            <w:r>
              <w:rPr>
                <w:b/>
                <w:color w:val="FFFFFF"/>
              </w:rPr>
              <w:t>Controllo operativo</w:t>
            </w:r>
          </w:p>
        </w:tc>
        <w:tc>
          <w:tcPr>
            <w:tcW w:w="4819" w:type="dxa"/>
            <w:shd w:val="clear" w:color="auto" w:fill="17324D"/>
            <w:vAlign w:val="center"/>
          </w:tcPr>
          <w:p w14:paraId="79355EAE" w14:textId="77777777" w:rsidR="00F81D60" w:rsidRDefault="00000000">
            <w:pPr>
              <w:pStyle w:val="TableText"/>
              <w:spacing w:before="40" w:after="40"/>
            </w:pPr>
            <w:r>
              <w:rPr>
                <w:b/>
                <w:color w:val="FFFFFF"/>
              </w:rPr>
              <w:t>Esito / riscontro / intervento</w:t>
            </w:r>
          </w:p>
        </w:tc>
      </w:tr>
      <w:tr w:rsidR="00F81D60" w14:paraId="1245A65F" w14:textId="77777777">
        <w:trPr>
          <w:cantSplit/>
          <w:trHeight w:val="408"/>
          <w:jc w:val="center"/>
        </w:trPr>
        <w:tc>
          <w:tcPr>
            <w:tcW w:w="5159" w:type="dxa"/>
            <w:vAlign w:val="center"/>
          </w:tcPr>
          <w:p w14:paraId="77A4324E" w14:textId="77777777" w:rsidR="00F81D60" w:rsidRDefault="00000000">
            <w:pPr>
              <w:pStyle w:val="TableText"/>
              <w:spacing w:before="40" w:after="40"/>
            </w:pPr>
            <w:r>
              <w:t>Servizi aperti e raggiungibili durante il lavoro reale</w:t>
            </w:r>
          </w:p>
        </w:tc>
        <w:tc>
          <w:tcPr>
            <w:tcW w:w="4819" w:type="dxa"/>
            <w:vAlign w:val="center"/>
          </w:tcPr>
          <w:p w14:paraId="712ACE9F" w14:textId="77777777" w:rsidR="00F81D60" w:rsidRDefault="00000000">
            <w:pPr>
              <w:pStyle w:val="TableText"/>
              <w:spacing w:before="40" w:after="40"/>
            </w:pPr>
            <w:r>
              <w:t>[regolare / da ripristinare / N.A. motivata]</w:t>
            </w:r>
          </w:p>
        </w:tc>
      </w:tr>
      <w:tr w:rsidR="00F81D60" w14:paraId="18DEE596" w14:textId="77777777">
        <w:trPr>
          <w:cantSplit/>
          <w:trHeight w:val="408"/>
          <w:jc w:val="center"/>
        </w:trPr>
        <w:tc>
          <w:tcPr>
            <w:tcW w:w="5159" w:type="dxa"/>
            <w:shd w:val="clear" w:color="auto" w:fill="F5F7F9"/>
            <w:vAlign w:val="center"/>
          </w:tcPr>
          <w:p w14:paraId="150C40B0" w14:textId="77777777" w:rsidR="00F81D60" w:rsidRDefault="00000000">
            <w:pPr>
              <w:pStyle w:val="TableText"/>
              <w:spacing w:before="40" w:after="40"/>
            </w:pPr>
            <w:r>
              <w:t>Privacy, chiusure e condizioni di pulizia</w:t>
            </w:r>
          </w:p>
        </w:tc>
        <w:tc>
          <w:tcPr>
            <w:tcW w:w="4819" w:type="dxa"/>
            <w:shd w:val="clear" w:color="auto" w:fill="F5F7F9"/>
            <w:vAlign w:val="center"/>
          </w:tcPr>
          <w:p w14:paraId="121A5FEE" w14:textId="77777777" w:rsidR="00F81D60" w:rsidRDefault="00000000">
            <w:pPr>
              <w:pStyle w:val="TableText"/>
              <w:spacing w:before="40" w:after="40"/>
            </w:pPr>
            <w:r>
              <w:t>[compilare]</w:t>
            </w:r>
          </w:p>
        </w:tc>
      </w:tr>
      <w:tr w:rsidR="00F81D60" w14:paraId="648E8CDB" w14:textId="77777777">
        <w:trPr>
          <w:cantSplit/>
          <w:trHeight w:val="408"/>
          <w:jc w:val="center"/>
        </w:trPr>
        <w:tc>
          <w:tcPr>
            <w:tcW w:w="5159" w:type="dxa"/>
            <w:vAlign w:val="center"/>
          </w:tcPr>
          <w:p w14:paraId="3A1A60D8" w14:textId="77777777" w:rsidR="00F81D60" w:rsidRDefault="00000000">
            <w:pPr>
              <w:pStyle w:val="TableText"/>
              <w:spacing w:before="40" w:after="40"/>
            </w:pPr>
            <w:r>
              <w:t>Acqua, sapone e asciugatura disponibili</w:t>
            </w:r>
          </w:p>
        </w:tc>
        <w:tc>
          <w:tcPr>
            <w:tcW w:w="4819" w:type="dxa"/>
            <w:vAlign w:val="center"/>
          </w:tcPr>
          <w:p w14:paraId="2101FE89" w14:textId="77777777" w:rsidR="00F81D60" w:rsidRDefault="00000000">
            <w:pPr>
              <w:pStyle w:val="TableText"/>
              <w:spacing w:before="40" w:after="40"/>
            </w:pPr>
            <w:r>
              <w:t>[compilare]</w:t>
            </w:r>
          </w:p>
        </w:tc>
      </w:tr>
      <w:tr w:rsidR="00F81D60" w14:paraId="1C108943" w14:textId="77777777">
        <w:trPr>
          <w:cantSplit/>
          <w:trHeight w:val="408"/>
          <w:jc w:val="center"/>
        </w:trPr>
        <w:tc>
          <w:tcPr>
            <w:tcW w:w="5159" w:type="dxa"/>
            <w:shd w:val="clear" w:color="auto" w:fill="F5F7F9"/>
            <w:vAlign w:val="center"/>
          </w:tcPr>
          <w:p w14:paraId="4BBEAB83" w14:textId="77777777" w:rsidR="00F81D60" w:rsidRDefault="00000000">
            <w:pPr>
              <w:pStyle w:val="TableText"/>
              <w:spacing w:before="40" w:after="40"/>
            </w:pPr>
            <w:r>
              <w:t>Lavabo nello stesso ambiente, ove disponibile / alternative</w:t>
            </w:r>
          </w:p>
        </w:tc>
        <w:tc>
          <w:tcPr>
            <w:tcW w:w="4819" w:type="dxa"/>
            <w:shd w:val="clear" w:color="auto" w:fill="F5F7F9"/>
            <w:vAlign w:val="center"/>
          </w:tcPr>
          <w:p w14:paraId="6CC6A764" w14:textId="77777777" w:rsidR="00F81D60" w:rsidRDefault="00000000">
            <w:pPr>
              <w:pStyle w:val="TableText"/>
              <w:spacing w:before="40" w:after="40"/>
            </w:pPr>
            <w:r>
              <w:t>[compilare senza dichiarare requisito universale]</w:t>
            </w:r>
          </w:p>
        </w:tc>
      </w:tr>
      <w:tr w:rsidR="00F81D60" w14:paraId="1452993B" w14:textId="77777777">
        <w:trPr>
          <w:cantSplit/>
          <w:trHeight w:val="408"/>
          <w:jc w:val="center"/>
        </w:trPr>
        <w:tc>
          <w:tcPr>
            <w:tcW w:w="5159" w:type="dxa"/>
            <w:vAlign w:val="center"/>
          </w:tcPr>
          <w:p w14:paraId="416E9267" w14:textId="77777777" w:rsidR="00F81D60" w:rsidRDefault="00000000">
            <w:pPr>
              <w:pStyle w:val="TableText"/>
              <w:spacing w:before="40" w:after="40"/>
            </w:pPr>
            <w:r>
              <w:t>Prodotti disponibili e accessibili con discrezione</w:t>
            </w:r>
          </w:p>
        </w:tc>
        <w:tc>
          <w:tcPr>
            <w:tcW w:w="4819" w:type="dxa"/>
            <w:vAlign w:val="center"/>
          </w:tcPr>
          <w:p w14:paraId="49F342B3" w14:textId="77777777" w:rsidR="00F81D60" w:rsidRDefault="00000000">
            <w:pPr>
              <w:pStyle w:val="TableText"/>
              <w:spacing w:before="40" w:after="40"/>
            </w:pPr>
            <w:r>
              <w:t>[scorte / ubicazione; non registrare chi li preleva]</w:t>
            </w:r>
          </w:p>
        </w:tc>
      </w:tr>
      <w:tr w:rsidR="00F81D60" w14:paraId="66E0E908" w14:textId="77777777">
        <w:trPr>
          <w:cantSplit/>
          <w:trHeight w:val="408"/>
          <w:jc w:val="center"/>
        </w:trPr>
        <w:tc>
          <w:tcPr>
            <w:tcW w:w="5159" w:type="dxa"/>
            <w:shd w:val="clear" w:color="auto" w:fill="F5F7F9"/>
            <w:vAlign w:val="center"/>
          </w:tcPr>
          <w:p w14:paraId="3FCD3BDC" w14:textId="77777777" w:rsidR="00F81D60" w:rsidRDefault="00000000">
            <w:pPr>
              <w:pStyle w:val="TableText"/>
              <w:spacing w:before="40" w:after="40"/>
            </w:pPr>
            <w:r>
              <w:t>Contenitori e gestione appropriata dello smaltimento</w:t>
            </w:r>
          </w:p>
        </w:tc>
        <w:tc>
          <w:tcPr>
            <w:tcW w:w="4819" w:type="dxa"/>
            <w:shd w:val="clear" w:color="auto" w:fill="F5F7F9"/>
            <w:vAlign w:val="center"/>
          </w:tcPr>
          <w:p w14:paraId="3F7E2F14" w14:textId="77777777" w:rsidR="00F81D60" w:rsidRDefault="00000000">
            <w:pPr>
              <w:pStyle w:val="TableText"/>
              <w:spacing w:before="40" w:after="40"/>
            </w:pPr>
            <w:r>
              <w:t>[compilare]</w:t>
            </w:r>
          </w:p>
        </w:tc>
      </w:tr>
      <w:tr w:rsidR="00F81D60" w14:paraId="680F17D0" w14:textId="77777777">
        <w:trPr>
          <w:cantSplit/>
          <w:trHeight w:val="408"/>
          <w:jc w:val="center"/>
        </w:trPr>
        <w:tc>
          <w:tcPr>
            <w:tcW w:w="5159" w:type="dxa"/>
            <w:vAlign w:val="center"/>
          </w:tcPr>
          <w:p w14:paraId="5D58BEC8" w14:textId="77777777" w:rsidR="00F81D60" w:rsidRDefault="00000000">
            <w:pPr>
              <w:pStyle w:val="TableText"/>
              <w:spacing w:before="40" w:after="40"/>
            </w:pPr>
            <w:r>
              <w:t>Spazio per cambio, effetti personali e ricambi</w:t>
            </w:r>
          </w:p>
        </w:tc>
        <w:tc>
          <w:tcPr>
            <w:tcW w:w="4819" w:type="dxa"/>
            <w:vAlign w:val="center"/>
          </w:tcPr>
          <w:p w14:paraId="309BE78F" w14:textId="77777777" w:rsidR="00F81D60" w:rsidRDefault="00000000">
            <w:pPr>
              <w:pStyle w:val="TableText"/>
              <w:spacing w:before="40" w:after="40"/>
            </w:pPr>
            <w:r>
              <w:t>[compilare]</w:t>
            </w:r>
          </w:p>
        </w:tc>
      </w:tr>
      <w:tr w:rsidR="00F81D60" w14:paraId="6F54408C" w14:textId="77777777">
        <w:trPr>
          <w:cantSplit/>
          <w:trHeight w:val="408"/>
          <w:jc w:val="center"/>
        </w:trPr>
        <w:tc>
          <w:tcPr>
            <w:tcW w:w="5159" w:type="dxa"/>
            <w:shd w:val="clear" w:color="auto" w:fill="F5F7F9"/>
            <w:vAlign w:val="center"/>
          </w:tcPr>
          <w:p w14:paraId="26116F9D" w14:textId="77777777" w:rsidR="00F81D60" w:rsidRDefault="00000000">
            <w:pPr>
              <w:pStyle w:val="TableText"/>
              <w:spacing w:before="40" w:after="40"/>
            </w:pPr>
            <w:r>
              <w:t>Acqua da bere e punti consentiti dalla sicurezza / igiene</w:t>
            </w:r>
          </w:p>
        </w:tc>
        <w:tc>
          <w:tcPr>
            <w:tcW w:w="4819" w:type="dxa"/>
            <w:shd w:val="clear" w:color="auto" w:fill="F5F7F9"/>
            <w:vAlign w:val="center"/>
          </w:tcPr>
          <w:p w14:paraId="05F3A6D7" w14:textId="77777777" w:rsidR="00F81D60" w:rsidRDefault="00000000">
            <w:pPr>
              <w:pStyle w:val="TableText"/>
              <w:spacing w:before="40" w:after="40"/>
            </w:pPr>
            <w:r>
              <w:t>[compilare]</w:t>
            </w:r>
          </w:p>
        </w:tc>
      </w:tr>
      <w:tr w:rsidR="00F81D60" w14:paraId="7459C63C" w14:textId="77777777">
        <w:trPr>
          <w:cantSplit/>
          <w:trHeight w:val="408"/>
          <w:jc w:val="center"/>
        </w:trPr>
        <w:tc>
          <w:tcPr>
            <w:tcW w:w="5159" w:type="dxa"/>
            <w:vAlign w:val="center"/>
          </w:tcPr>
          <w:p w14:paraId="0E3D2EC7" w14:textId="77777777" w:rsidR="00F81D60" w:rsidRDefault="00000000">
            <w:pPr>
              <w:pStyle w:val="TableText"/>
              <w:spacing w:before="40" w:after="40"/>
            </w:pPr>
            <w:r>
              <w:t>Spazi di recupero e sedute realmente utilizzabili</w:t>
            </w:r>
          </w:p>
        </w:tc>
        <w:tc>
          <w:tcPr>
            <w:tcW w:w="4819" w:type="dxa"/>
            <w:vAlign w:val="center"/>
          </w:tcPr>
          <w:p w14:paraId="5C383BC4" w14:textId="77777777" w:rsidR="00F81D60" w:rsidRDefault="00000000">
            <w:pPr>
              <w:pStyle w:val="TableText"/>
              <w:spacing w:before="40" w:after="40"/>
            </w:pPr>
            <w:r>
              <w:t>[compilare]</w:t>
            </w:r>
          </w:p>
        </w:tc>
      </w:tr>
      <w:tr w:rsidR="00F81D60" w14:paraId="5D6C3D66" w14:textId="77777777">
        <w:trPr>
          <w:cantSplit/>
          <w:trHeight w:val="408"/>
          <w:jc w:val="center"/>
        </w:trPr>
        <w:tc>
          <w:tcPr>
            <w:tcW w:w="5159" w:type="dxa"/>
            <w:shd w:val="clear" w:color="auto" w:fill="F5F7F9"/>
            <w:vAlign w:val="center"/>
          </w:tcPr>
          <w:p w14:paraId="3316EB8D" w14:textId="77777777" w:rsidR="00F81D60" w:rsidRDefault="00000000">
            <w:pPr>
              <w:pStyle w:val="TableText"/>
              <w:spacing w:before="40" w:after="40"/>
            </w:pPr>
            <w:r>
              <w:t>Segnaletica / informazioni accessibili anche a turnisti ed esterni</w:t>
            </w:r>
          </w:p>
        </w:tc>
        <w:tc>
          <w:tcPr>
            <w:tcW w:w="4819" w:type="dxa"/>
            <w:shd w:val="clear" w:color="auto" w:fill="F5F7F9"/>
            <w:vAlign w:val="center"/>
          </w:tcPr>
          <w:p w14:paraId="11574E87" w14:textId="77777777" w:rsidR="00F81D60" w:rsidRDefault="00000000">
            <w:pPr>
              <w:pStyle w:val="TableText"/>
              <w:spacing w:before="40" w:after="40"/>
            </w:pPr>
            <w:r>
              <w:t>[compilare]</w:t>
            </w:r>
          </w:p>
        </w:tc>
      </w:tr>
    </w:tbl>
    <w:p w14:paraId="1C7C6047"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AB9D63A" w14:textId="77777777">
        <w:trPr>
          <w:tblHeader/>
          <w:jc w:val="center"/>
        </w:trPr>
        <w:tc>
          <w:tcPr>
            <w:tcW w:w="2948" w:type="dxa"/>
            <w:shd w:val="clear" w:color="auto" w:fill="17324D"/>
            <w:vAlign w:val="center"/>
          </w:tcPr>
          <w:p w14:paraId="6A863EAF" w14:textId="77777777" w:rsidR="00F81D60" w:rsidRDefault="00000000">
            <w:pPr>
              <w:pStyle w:val="TableText"/>
              <w:spacing w:before="40" w:after="40"/>
            </w:pPr>
            <w:r>
              <w:rPr>
                <w:b/>
                <w:color w:val="FFFFFF"/>
              </w:rPr>
              <w:t>Campo</w:t>
            </w:r>
          </w:p>
        </w:tc>
        <w:tc>
          <w:tcPr>
            <w:tcW w:w="7030" w:type="dxa"/>
            <w:shd w:val="clear" w:color="auto" w:fill="17324D"/>
            <w:vAlign w:val="center"/>
          </w:tcPr>
          <w:p w14:paraId="3B1FB6F0" w14:textId="77777777" w:rsidR="00F81D60" w:rsidRDefault="00000000">
            <w:pPr>
              <w:pStyle w:val="TableText"/>
              <w:spacing w:before="40" w:after="40"/>
            </w:pPr>
            <w:r>
              <w:rPr>
                <w:b/>
                <w:color w:val="FFFFFF"/>
              </w:rPr>
              <w:t>Compilazione / decisione aziendale</w:t>
            </w:r>
          </w:p>
        </w:tc>
      </w:tr>
      <w:tr w:rsidR="00F81D60" w14:paraId="21A5ABA0" w14:textId="77777777">
        <w:trPr>
          <w:cantSplit/>
          <w:jc w:val="center"/>
        </w:trPr>
        <w:tc>
          <w:tcPr>
            <w:tcW w:w="2948" w:type="dxa"/>
            <w:vAlign w:val="center"/>
          </w:tcPr>
          <w:p w14:paraId="565C3C05" w14:textId="77777777" w:rsidR="00F81D60" w:rsidRDefault="00000000">
            <w:pPr>
              <w:pStyle w:val="TableText"/>
              <w:spacing w:before="40" w:after="40"/>
            </w:pPr>
            <w:r>
              <w:t>Difetti e misure temporanee</w:t>
            </w:r>
          </w:p>
        </w:tc>
        <w:tc>
          <w:tcPr>
            <w:tcW w:w="7030" w:type="dxa"/>
            <w:vAlign w:val="center"/>
          </w:tcPr>
          <w:p w14:paraId="2B777A90" w14:textId="77777777" w:rsidR="00F81D60" w:rsidRDefault="00000000">
            <w:pPr>
              <w:pStyle w:val="TableText"/>
              <w:spacing w:before="40" w:after="40"/>
            </w:pPr>
            <w:r>
              <w:t>[descrivere la soluzione effettivamente disponibile e come comunicarla]</w:t>
            </w:r>
          </w:p>
        </w:tc>
      </w:tr>
      <w:tr w:rsidR="00F81D60" w14:paraId="28FF9CE1" w14:textId="77777777">
        <w:trPr>
          <w:cantSplit/>
          <w:jc w:val="center"/>
        </w:trPr>
        <w:tc>
          <w:tcPr>
            <w:tcW w:w="2948" w:type="dxa"/>
            <w:shd w:val="clear" w:color="auto" w:fill="F5F7F9"/>
            <w:vAlign w:val="center"/>
          </w:tcPr>
          <w:p w14:paraId="6BB5CD46" w14:textId="77777777" w:rsidR="00F81D60" w:rsidRDefault="00000000">
            <w:pPr>
              <w:pStyle w:val="TableText"/>
              <w:spacing w:before="40" w:after="40"/>
            </w:pPr>
            <w:r>
              <w:t>Ripristino e prova</w:t>
            </w:r>
          </w:p>
        </w:tc>
        <w:tc>
          <w:tcPr>
            <w:tcW w:w="7030" w:type="dxa"/>
            <w:shd w:val="clear" w:color="auto" w:fill="F5F7F9"/>
            <w:vAlign w:val="center"/>
          </w:tcPr>
          <w:p w14:paraId="3890E074" w14:textId="77777777" w:rsidR="00F81D60" w:rsidRDefault="00000000">
            <w:pPr>
              <w:pStyle w:val="TableText"/>
              <w:spacing w:before="40" w:after="40"/>
            </w:pPr>
            <w:r>
              <w:t>Azione / ID A17: [ ]  •  responsabile: [ ]  •  termine: [ ]  •  verifica: [ ]</w:t>
            </w:r>
          </w:p>
        </w:tc>
      </w:tr>
    </w:tbl>
    <w:p w14:paraId="71323C4D" w14:textId="77777777" w:rsidR="00F81D60" w:rsidRDefault="00F81D60">
      <w:pPr>
        <w:spacing w:after="0"/>
      </w:pPr>
    </w:p>
    <w:p w14:paraId="2F404AA3" w14:textId="77777777" w:rsidR="00F81D60" w:rsidRDefault="00000000">
      <w:pPr>
        <w:pStyle w:val="Reference"/>
      </w:pPr>
      <w:r>
        <w:t>Non sorvegliare gli accessi ai servizi o il prelievo di prodotti per ricostruire condizioni personali. Eventuali fotografie devono escludere persone, documenti e altri dati non pertinenti.</w:t>
      </w:r>
    </w:p>
    <w:p w14:paraId="507C2203" w14:textId="77777777" w:rsidR="00F81D60" w:rsidRDefault="00000000">
      <w:r>
        <w:br w:type="page"/>
      </w:r>
    </w:p>
    <w:p w14:paraId="45319BEA" w14:textId="77777777" w:rsidR="00F81D60" w:rsidRDefault="00000000">
      <w:pPr>
        <w:pStyle w:val="Small"/>
      </w:pPr>
      <w:r>
        <w:rPr>
          <w:b/>
          <w:color w:val="006B70"/>
        </w:rPr>
        <w:t>ALLEGATO AZIENDALE  •  MOD-MM-15  •  parte 2</w:t>
      </w:r>
    </w:p>
    <w:p w14:paraId="1B373D25" w14:textId="77777777" w:rsidR="00F81D60" w:rsidRDefault="00000000">
      <w:pPr>
        <w:pStyle w:val="Titolo1"/>
      </w:pPr>
      <w:bookmarkStart w:id="75" w:name="A15_2"/>
      <w:r>
        <w:t>A15 | Acquisti, uniformi, DPI e modifiche ambientali</w:t>
      </w:r>
      <w:bookmarkEnd w:id="75"/>
    </w:p>
    <w:p w14:paraId="313185D1" w14:textId="77777777" w:rsidR="00F81D60" w:rsidRDefault="00000000">
      <w:pPr>
        <w:pStyle w:val="Reference"/>
      </w:pPr>
      <w:r>
        <w:t>Base documentale: [ISO] § 5.2.2; allegato B.4. Le istruzioni operative e i moduli sono elaborazioni aziendali del modello [AZ].</w:t>
      </w:r>
    </w:p>
    <w:p w14:paraId="53E76071" w14:textId="77777777" w:rsidR="00F81D60" w:rsidRDefault="00000000">
      <w:r>
        <w:t>CLASSIFICAZIONE: SISTEMA. Allegare le specifiche tecniche, non informazioni sulla salute del richiedente. Una modifica deve essere compatibile con tutti i rischi della mansione.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A095EDB" w14:textId="77777777">
        <w:trPr>
          <w:tblHeader/>
          <w:jc w:val="center"/>
        </w:trPr>
        <w:tc>
          <w:tcPr>
            <w:tcW w:w="2948" w:type="dxa"/>
            <w:shd w:val="clear" w:color="auto" w:fill="17324D"/>
            <w:vAlign w:val="center"/>
          </w:tcPr>
          <w:p w14:paraId="6E6BADC2" w14:textId="77777777" w:rsidR="00F81D60" w:rsidRDefault="00000000">
            <w:pPr>
              <w:pStyle w:val="TableText"/>
              <w:spacing w:before="40" w:after="40"/>
            </w:pPr>
            <w:r>
              <w:rPr>
                <w:b/>
                <w:color w:val="FFFFFF"/>
              </w:rPr>
              <w:t>Campo</w:t>
            </w:r>
          </w:p>
        </w:tc>
        <w:tc>
          <w:tcPr>
            <w:tcW w:w="7030" w:type="dxa"/>
            <w:shd w:val="clear" w:color="auto" w:fill="17324D"/>
            <w:vAlign w:val="center"/>
          </w:tcPr>
          <w:p w14:paraId="33F5DC18" w14:textId="77777777" w:rsidR="00F81D60" w:rsidRDefault="00000000">
            <w:pPr>
              <w:pStyle w:val="TableText"/>
              <w:spacing w:before="40" w:after="40"/>
            </w:pPr>
            <w:r>
              <w:rPr>
                <w:b/>
                <w:color w:val="FFFFFF"/>
              </w:rPr>
              <w:t>Compilazione / decisione aziendale</w:t>
            </w:r>
          </w:p>
        </w:tc>
      </w:tr>
      <w:tr w:rsidR="00F81D60" w14:paraId="3B4FCCF2" w14:textId="77777777">
        <w:trPr>
          <w:cantSplit/>
          <w:jc w:val="center"/>
        </w:trPr>
        <w:tc>
          <w:tcPr>
            <w:tcW w:w="2948" w:type="dxa"/>
            <w:vAlign w:val="center"/>
          </w:tcPr>
          <w:p w14:paraId="5488E51A" w14:textId="77777777" w:rsidR="00F81D60" w:rsidRDefault="00000000">
            <w:pPr>
              <w:pStyle w:val="TableText"/>
              <w:spacing w:before="40" w:after="40"/>
            </w:pPr>
            <w:r>
              <w:t>Richiesta tecnica</w:t>
            </w:r>
          </w:p>
        </w:tc>
        <w:tc>
          <w:tcPr>
            <w:tcW w:w="7030" w:type="dxa"/>
            <w:vAlign w:val="center"/>
          </w:tcPr>
          <w:p w14:paraId="22CA05DE" w14:textId="77777777" w:rsidR="00F81D60" w:rsidRDefault="00000000">
            <w:pPr>
              <w:pStyle w:val="TableText"/>
              <w:spacing w:before="40" w:after="40"/>
            </w:pPr>
            <w:r>
              <w:t>Codice: [ ]  •  bene / modifica: [ ]  •  mansione / sito: [ ]</w:t>
            </w:r>
          </w:p>
        </w:tc>
      </w:tr>
      <w:tr w:rsidR="00F81D60" w14:paraId="41712391" w14:textId="77777777">
        <w:trPr>
          <w:cantSplit/>
          <w:jc w:val="center"/>
        </w:trPr>
        <w:tc>
          <w:tcPr>
            <w:tcW w:w="2948" w:type="dxa"/>
            <w:shd w:val="clear" w:color="auto" w:fill="F5F7F9"/>
            <w:vAlign w:val="center"/>
          </w:tcPr>
          <w:p w14:paraId="7F763BB3" w14:textId="77777777" w:rsidR="00F81D60" w:rsidRDefault="00000000">
            <w:pPr>
              <w:pStyle w:val="TableText"/>
              <w:spacing w:before="40" w:after="40"/>
            </w:pPr>
            <w:r>
              <w:t>Esigenza e requisiti funzionali</w:t>
            </w:r>
          </w:p>
        </w:tc>
        <w:tc>
          <w:tcPr>
            <w:tcW w:w="7030" w:type="dxa"/>
            <w:shd w:val="clear" w:color="auto" w:fill="F5F7F9"/>
            <w:vAlign w:val="center"/>
          </w:tcPr>
          <w:p w14:paraId="75DD2F6B" w14:textId="77777777" w:rsidR="00F81D60" w:rsidRDefault="00000000">
            <w:pPr>
              <w:pStyle w:val="TableText"/>
              <w:spacing w:before="40" w:after="40"/>
            </w:pPr>
            <w:r>
              <w:t>[comfort, vestibilità, accesso ai servizi, recupero; senza motivazione clinica]</w:t>
            </w:r>
          </w:p>
        </w:tc>
      </w:tr>
    </w:tbl>
    <w:p w14:paraId="2C6E49B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5101"/>
        <w:gridCol w:w="4876"/>
      </w:tblGrid>
      <w:tr w:rsidR="00F81D60" w14:paraId="7DF8504F" w14:textId="77777777">
        <w:trPr>
          <w:tblHeader/>
          <w:jc w:val="center"/>
        </w:trPr>
        <w:tc>
          <w:tcPr>
            <w:tcW w:w="5102" w:type="dxa"/>
            <w:shd w:val="clear" w:color="auto" w:fill="17324D"/>
            <w:vAlign w:val="center"/>
          </w:tcPr>
          <w:p w14:paraId="1E0EDBBB" w14:textId="77777777" w:rsidR="00F81D60" w:rsidRDefault="00000000">
            <w:pPr>
              <w:pStyle w:val="TableText"/>
              <w:spacing w:before="40" w:after="40"/>
            </w:pPr>
            <w:r>
              <w:rPr>
                <w:b/>
                <w:color w:val="FFFFFF"/>
              </w:rPr>
              <w:t>Verifica prima dell’acquisto / modifica</w:t>
            </w:r>
          </w:p>
        </w:tc>
        <w:tc>
          <w:tcPr>
            <w:tcW w:w="4876" w:type="dxa"/>
            <w:shd w:val="clear" w:color="auto" w:fill="17324D"/>
            <w:vAlign w:val="center"/>
          </w:tcPr>
          <w:p w14:paraId="3B105E24" w14:textId="77777777" w:rsidR="00F81D60" w:rsidRDefault="00000000">
            <w:pPr>
              <w:pStyle w:val="TableText"/>
              <w:spacing w:before="40" w:after="40"/>
            </w:pPr>
            <w:r>
              <w:rPr>
                <w:b/>
                <w:color w:val="FFFFFF"/>
              </w:rPr>
              <w:t>Esito e documento di prova</w:t>
            </w:r>
          </w:p>
        </w:tc>
      </w:tr>
      <w:tr w:rsidR="00F81D60" w14:paraId="0198844E" w14:textId="77777777">
        <w:trPr>
          <w:cantSplit/>
          <w:trHeight w:val="454"/>
          <w:jc w:val="center"/>
        </w:trPr>
        <w:tc>
          <w:tcPr>
            <w:tcW w:w="5102" w:type="dxa"/>
            <w:vAlign w:val="center"/>
          </w:tcPr>
          <w:p w14:paraId="3A2DE09C" w14:textId="77777777" w:rsidR="00F81D60" w:rsidRDefault="00000000">
            <w:pPr>
              <w:pStyle w:val="TableText"/>
              <w:spacing w:before="40" w:after="40"/>
            </w:pPr>
            <w:r>
              <w:t>Livello di protezione necessario e rischi della mansione</w:t>
            </w:r>
          </w:p>
        </w:tc>
        <w:tc>
          <w:tcPr>
            <w:tcW w:w="4876" w:type="dxa"/>
            <w:vAlign w:val="center"/>
          </w:tcPr>
          <w:p w14:paraId="0D0E8888" w14:textId="77777777" w:rsidR="00F81D60" w:rsidRDefault="00000000">
            <w:pPr>
              <w:pStyle w:val="TableText"/>
              <w:spacing w:before="40" w:after="40"/>
            </w:pPr>
            <w:r>
              <w:t>[DVR / specifica / istruzione]</w:t>
            </w:r>
          </w:p>
        </w:tc>
      </w:tr>
      <w:tr w:rsidR="00F81D60" w14:paraId="4C814B8D" w14:textId="77777777">
        <w:trPr>
          <w:cantSplit/>
          <w:trHeight w:val="454"/>
          <w:jc w:val="center"/>
        </w:trPr>
        <w:tc>
          <w:tcPr>
            <w:tcW w:w="5102" w:type="dxa"/>
            <w:shd w:val="clear" w:color="auto" w:fill="F5F7F9"/>
            <w:vAlign w:val="center"/>
          </w:tcPr>
          <w:p w14:paraId="53184EF8" w14:textId="77777777" w:rsidR="00F81D60" w:rsidRDefault="00000000">
            <w:pPr>
              <w:pStyle w:val="TableText"/>
              <w:spacing w:before="40" w:after="40"/>
            </w:pPr>
            <w:r>
              <w:t>Taglie, vestibilità, materiali e compatibilità con altri DPI</w:t>
            </w:r>
          </w:p>
        </w:tc>
        <w:tc>
          <w:tcPr>
            <w:tcW w:w="4876" w:type="dxa"/>
            <w:shd w:val="clear" w:color="auto" w:fill="F5F7F9"/>
            <w:vAlign w:val="center"/>
          </w:tcPr>
          <w:p w14:paraId="669A677E" w14:textId="77777777" w:rsidR="00F81D60" w:rsidRDefault="00000000">
            <w:pPr>
              <w:pStyle w:val="TableText"/>
              <w:spacing w:before="40" w:after="40"/>
            </w:pPr>
            <w:r>
              <w:t>[prove / schede tecniche]</w:t>
            </w:r>
          </w:p>
        </w:tc>
      </w:tr>
      <w:tr w:rsidR="00F81D60" w14:paraId="443B18A1" w14:textId="77777777">
        <w:trPr>
          <w:cantSplit/>
          <w:trHeight w:val="454"/>
          <w:jc w:val="center"/>
        </w:trPr>
        <w:tc>
          <w:tcPr>
            <w:tcW w:w="5102" w:type="dxa"/>
            <w:vAlign w:val="center"/>
          </w:tcPr>
          <w:p w14:paraId="173C46F4" w14:textId="77777777" w:rsidR="00F81D60" w:rsidRDefault="00000000">
            <w:pPr>
              <w:pStyle w:val="TableText"/>
              <w:spacing w:before="40" w:after="40"/>
            </w:pPr>
            <w:r>
              <w:t>Facilità di cambio senza perdere protezione o igiene</w:t>
            </w:r>
          </w:p>
        </w:tc>
        <w:tc>
          <w:tcPr>
            <w:tcW w:w="4876" w:type="dxa"/>
            <w:vAlign w:val="center"/>
          </w:tcPr>
          <w:p w14:paraId="7E7AB33D" w14:textId="77777777" w:rsidR="00F81D60" w:rsidRDefault="00000000">
            <w:pPr>
              <w:pStyle w:val="TableText"/>
              <w:spacing w:before="40" w:after="40"/>
            </w:pPr>
            <w:r>
              <w:t>[procedura e luogo di cambio]</w:t>
            </w:r>
          </w:p>
        </w:tc>
      </w:tr>
      <w:tr w:rsidR="00F81D60" w14:paraId="349CD39E" w14:textId="77777777">
        <w:trPr>
          <w:cantSplit/>
          <w:trHeight w:val="454"/>
          <w:jc w:val="center"/>
        </w:trPr>
        <w:tc>
          <w:tcPr>
            <w:tcW w:w="5102" w:type="dxa"/>
            <w:shd w:val="clear" w:color="auto" w:fill="F5F7F9"/>
            <w:vAlign w:val="center"/>
          </w:tcPr>
          <w:p w14:paraId="2A2CC0DD" w14:textId="77777777" w:rsidR="00F81D60" w:rsidRDefault="00000000">
            <w:pPr>
              <w:pStyle w:val="TableText"/>
              <w:spacing w:before="40" w:after="40"/>
            </w:pPr>
            <w:r>
              <w:t>Lavaggio, manutenzione, ricambio e stoccaggio</w:t>
            </w:r>
          </w:p>
        </w:tc>
        <w:tc>
          <w:tcPr>
            <w:tcW w:w="4876" w:type="dxa"/>
            <w:shd w:val="clear" w:color="auto" w:fill="F5F7F9"/>
            <w:vAlign w:val="center"/>
          </w:tcPr>
          <w:p w14:paraId="11EFB91A" w14:textId="77777777" w:rsidR="00F81D60" w:rsidRDefault="00000000">
            <w:pPr>
              <w:pStyle w:val="TableText"/>
              <w:spacing w:before="40" w:after="40"/>
            </w:pPr>
            <w:r>
              <w:t>[responsabile / istruzioni]</w:t>
            </w:r>
          </w:p>
        </w:tc>
      </w:tr>
      <w:tr w:rsidR="00F81D60" w14:paraId="224970B2" w14:textId="77777777">
        <w:trPr>
          <w:cantSplit/>
          <w:trHeight w:val="454"/>
          <w:jc w:val="center"/>
        </w:trPr>
        <w:tc>
          <w:tcPr>
            <w:tcW w:w="5102" w:type="dxa"/>
            <w:vAlign w:val="center"/>
          </w:tcPr>
          <w:p w14:paraId="7F6F1E93" w14:textId="77777777" w:rsidR="00F81D60" w:rsidRDefault="00000000">
            <w:pPr>
              <w:pStyle w:val="TableText"/>
              <w:spacing w:before="40" w:after="40"/>
            </w:pPr>
            <w:r>
              <w:t>Ventilatori o modifiche microclimatiche: pericoli introdotti</w:t>
            </w:r>
          </w:p>
        </w:tc>
        <w:tc>
          <w:tcPr>
            <w:tcW w:w="4876" w:type="dxa"/>
            <w:vAlign w:val="center"/>
          </w:tcPr>
          <w:p w14:paraId="64F4E6DC" w14:textId="77777777" w:rsidR="00F81D60" w:rsidRDefault="00000000">
            <w:pPr>
              <w:pStyle w:val="TableText"/>
              <w:spacing w:before="40" w:after="40"/>
            </w:pPr>
            <w:r>
              <w:t>[elettrico, incendio, processo, igiene, polveri e altri pertinenti]</w:t>
            </w:r>
          </w:p>
        </w:tc>
      </w:tr>
      <w:tr w:rsidR="00F81D60" w14:paraId="4F84404F" w14:textId="77777777">
        <w:trPr>
          <w:cantSplit/>
          <w:trHeight w:val="454"/>
          <w:jc w:val="center"/>
        </w:trPr>
        <w:tc>
          <w:tcPr>
            <w:tcW w:w="5102" w:type="dxa"/>
            <w:shd w:val="clear" w:color="auto" w:fill="F5F7F9"/>
            <w:vAlign w:val="center"/>
          </w:tcPr>
          <w:p w14:paraId="76753048" w14:textId="77777777" w:rsidR="00F81D60" w:rsidRDefault="00000000">
            <w:pPr>
              <w:pStyle w:val="TableText"/>
              <w:spacing w:before="40" w:after="40"/>
            </w:pPr>
            <w:r>
              <w:t>Accessibilità e prova d’uso senza stereotipi</w:t>
            </w:r>
          </w:p>
        </w:tc>
        <w:tc>
          <w:tcPr>
            <w:tcW w:w="4876" w:type="dxa"/>
            <w:shd w:val="clear" w:color="auto" w:fill="F5F7F9"/>
            <w:vAlign w:val="center"/>
          </w:tcPr>
          <w:p w14:paraId="08CA2F46" w14:textId="77777777" w:rsidR="00F81D60" w:rsidRDefault="00000000">
            <w:pPr>
              <w:pStyle w:val="TableText"/>
              <w:spacing w:before="40" w:after="40"/>
            </w:pPr>
            <w:r>
              <w:t>[modalità e feedback funzionale]</w:t>
            </w:r>
          </w:p>
        </w:tc>
      </w:tr>
      <w:tr w:rsidR="00F81D60" w14:paraId="72B8C565" w14:textId="77777777">
        <w:trPr>
          <w:cantSplit/>
          <w:trHeight w:val="454"/>
          <w:jc w:val="center"/>
        </w:trPr>
        <w:tc>
          <w:tcPr>
            <w:tcW w:w="5102" w:type="dxa"/>
            <w:vAlign w:val="center"/>
          </w:tcPr>
          <w:p w14:paraId="1FA3F32A" w14:textId="77777777" w:rsidR="00F81D60" w:rsidRDefault="00000000">
            <w:pPr>
              <w:pStyle w:val="TableText"/>
              <w:spacing w:before="40" w:after="40"/>
            </w:pPr>
            <w:r>
              <w:t>Addestramento / istruzioni e controllo del cambiamento</w:t>
            </w:r>
          </w:p>
        </w:tc>
        <w:tc>
          <w:tcPr>
            <w:tcW w:w="4876" w:type="dxa"/>
            <w:vAlign w:val="center"/>
          </w:tcPr>
          <w:p w14:paraId="6FB44B47" w14:textId="77777777" w:rsidR="00F81D60" w:rsidRDefault="00000000">
            <w:pPr>
              <w:pStyle w:val="TableText"/>
              <w:spacing w:before="40" w:after="40"/>
            </w:pPr>
            <w:r>
              <w:t>[programma / autorizzazione]</w:t>
            </w:r>
          </w:p>
        </w:tc>
      </w:tr>
    </w:tbl>
    <w:p w14:paraId="3579B565"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28145505" w14:textId="77777777">
        <w:trPr>
          <w:tblHeader/>
          <w:jc w:val="center"/>
        </w:trPr>
        <w:tc>
          <w:tcPr>
            <w:tcW w:w="2948" w:type="dxa"/>
            <w:shd w:val="clear" w:color="auto" w:fill="17324D"/>
            <w:vAlign w:val="center"/>
          </w:tcPr>
          <w:p w14:paraId="1930A75B" w14:textId="77777777" w:rsidR="00F81D60" w:rsidRDefault="00000000">
            <w:pPr>
              <w:pStyle w:val="TableText"/>
              <w:spacing w:before="40" w:after="40"/>
            </w:pPr>
            <w:r>
              <w:rPr>
                <w:b/>
                <w:color w:val="FFFFFF"/>
              </w:rPr>
              <w:t>Campo</w:t>
            </w:r>
          </w:p>
        </w:tc>
        <w:tc>
          <w:tcPr>
            <w:tcW w:w="7030" w:type="dxa"/>
            <w:shd w:val="clear" w:color="auto" w:fill="17324D"/>
            <w:vAlign w:val="center"/>
          </w:tcPr>
          <w:p w14:paraId="7A91025B" w14:textId="77777777" w:rsidR="00F81D60" w:rsidRDefault="00000000">
            <w:pPr>
              <w:pStyle w:val="TableText"/>
              <w:spacing w:before="40" w:after="40"/>
            </w:pPr>
            <w:r>
              <w:rPr>
                <w:b/>
                <w:color w:val="FFFFFF"/>
              </w:rPr>
              <w:t>Compilazione / decisione aziendale</w:t>
            </w:r>
          </w:p>
        </w:tc>
      </w:tr>
      <w:tr w:rsidR="00F81D60" w14:paraId="0D245980" w14:textId="77777777">
        <w:trPr>
          <w:cantSplit/>
          <w:jc w:val="center"/>
        </w:trPr>
        <w:tc>
          <w:tcPr>
            <w:tcW w:w="2948" w:type="dxa"/>
            <w:vAlign w:val="center"/>
          </w:tcPr>
          <w:p w14:paraId="2F0E7350" w14:textId="77777777" w:rsidR="00F81D60" w:rsidRDefault="00000000">
            <w:pPr>
              <w:pStyle w:val="TableText"/>
              <w:spacing w:before="40" w:after="40"/>
            </w:pPr>
            <w:r>
              <w:t>Soluzione scelta / alternative</w:t>
            </w:r>
          </w:p>
        </w:tc>
        <w:tc>
          <w:tcPr>
            <w:tcW w:w="7030" w:type="dxa"/>
            <w:vAlign w:val="center"/>
          </w:tcPr>
          <w:p w14:paraId="586A9D60" w14:textId="77777777" w:rsidR="00F81D60" w:rsidRDefault="00000000">
            <w:pPr>
              <w:pStyle w:val="TableText"/>
              <w:spacing w:before="40" w:after="40"/>
            </w:pPr>
            <w:r>
              <w:t>[specifica tecnica e motivazione]</w:t>
            </w:r>
          </w:p>
        </w:tc>
      </w:tr>
      <w:tr w:rsidR="00F81D60" w14:paraId="5EE145B4" w14:textId="77777777">
        <w:trPr>
          <w:cantSplit/>
          <w:jc w:val="center"/>
        </w:trPr>
        <w:tc>
          <w:tcPr>
            <w:tcW w:w="2948" w:type="dxa"/>
            <w:shd w:val="clear" w:color="auto" w:fill="F5F7F9"/>
            <w:vAlign w:val="center"/>
          </w:tcPr>
          <w:p w14:paraId="468A2D03" w14:textId="77777777" w:rsidR="00F81D60" w:rsidRDefault="00000000">
            <w:pPr>
              <w:pStyle w:val="TableText"/>
              <w:spacing w:before="40" w:after="40"/>
            </w:pPr>
            <w:r>
              <w:t>Autorizzazioni pertinenti</w:t>
            </w:r>
          </w:p>
        </w:tc>
        <w:tc>
          <w:tcPr>
            <w:tcW w:w="7030" w:type="dxa"/>
            <w:shd w:val="clear" w:color="auto" w:fill="F5F7F9"/>
            <w:vAlign w:val="center"/>
          </w:tcPr>
          <w:p w14:paraId="3DED97B1" w14:textId="77777777" w:rsidR="00F81D60" w:rsidRDefault="00000000">
            <w:pPr>
              <w:pStyle w:val="TableText"/>
              <w:spacing w:before="40" w:after="40"/>
            </w:pPr>
            <w:r>
              <w:t>Acquisti: [ ]  •  HSE/tecnico: [ ]  •  utilizzatori consultati: [ ]</w:t>
            </w:r>
          </w:p>
        </w:tc>
      </w:tr>
      <w:tr w:rsidR="00F81D60" w14:paraId="667BAFE5" w14:textId="77777777">
        <w:trPr>
          <w:cantSplit/>
          <w:jc w:val="center"/>
        </w:trPr>
        <w:tc>
          <w:tcPr>
            <w:tcW w:w="2948" w:type="dxa"/>
            <w:vAlign w:val="center"/>
          </w:tcPr>
          <w:p w14:paraId="033BF385" w14:textId="77777777" w:rsidR="00F81D60" w:rsidRDefault="00000000">
            <w:pPr>
              <w:pStyle w:val="TableText"/>
              <w:spacing w:before="40" w:after="40"/>
            </w:pPr>
            <w:r>
              <w:t>Avvio e collaudo funzionale</w:t>
            </w:r>
          </w:p>
        </w:tc>
        <w:tc>
          <w:tcPr>
            <w:tcW w:w="7030" w:type="dxa"/>
            <w:vAlign w:val="center"/>
          </w:tcPr>
          <w:p w14:paraId="2DF9E2B9" w14:textId="77777777" w:rsidR="00F81D60" w:rsidRDefault="00000000">
            <w:pPr>
              <w:pStyle w:val="TableText"/>
              <w:spacing w:before="40" w:after="40"/>
            </w:pPr>
            <w:r>
              <w:t>Data: [ ]  •  condizioni: [ ]  •  prova: [ ]  •  responsabile: [ ]</w:t>
            </w:r>
          </w:p>
        </w:tc>
      </w:tr>
      <w:tr w:rsidR="00F81D60" w14:paraId="6271E0F9" w14:textId="77777777">
        <w:trPr>
          <w:cantSplit/>
          <w:jc w:val="center"/>
        </w:trPr>
        <w:tc>
          <w:tcPr>
            <w:tcW w:w="2948" w:type="dxa"/>
            <w:shd w:val="clear" w:color="auto" w:fill="F5F7F9"/>
            <w:vAlign w:val="center"/>
          </w:tcPr>
          <w:p w14:paraId="3217C91F" w14:textId="77777777" w:rsidR="00F81D60" w:rsidRDefault="00000000">
            <w:pPr>
              <w:pStyle w:val="TableText"/>
              <w:spacing w:before="40" w:after="40"/>
            </w:pPr>
            <w:r>
              <w:t>Monitoraggio / aggiornamenti</w:t>
            </w:r>
          </w:p>
        </w:tc>
        <w:tc>
          <w:tcPr>
            <w:tcW w:w="7030" w:type="dxa"/>
            <w:shd w:val="clear" w:color="auto" w:fill="F5F7F9"/>
            <w:vAlign w:val="center"/>
          </w:tcPr>
          <w:p w14:paraId="558B7770" w14:textId="77777777" w:rsidR="00F81D60" w:rsidRDefault="00000000">
            <w:pPr>
              <w:pStyle w:val="TableText"/>
              <w:spacing w:before="40" w:after="40"/>
            </w:pPr>
            <w:r>
              <w:t>[istruzioni, inventario, schede, valutazioni; termine della prova]</w:t>
            </w:r>
          </w:p>
        </w:tc>
      </w:tr>
    </w:tbl>
    <w:p w14:paraId="45D08FC4"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39737091" w14:textId="77777777">
        <w:trPr>
          <w:tblHeader/>
          <w:jc w:val="center"/>
        </w:trPr>
        <w:tc>
          <w:tcPr>
            <w:tcW w:w="9978" w:type="dxa"/>
            <w:shd w:val="clear" w:color="auto" w:fill="17324D"/>
            <w:vAlign w:val="center"/>
          </w:tcPr>
          <w:p w14:paraId="6D282DD7" w14:textId="77777777" w:rsidR="00F81D60" w:rsidRDefault="00000000">
            <w:pPr>
              <w:pStyle w:val="TableText"/>
              <w:spacing w:before="40" w:after="40"/>
            </w:pPr>
            <w:r>
              <w:rPr>
                <w:b/>
                <w:color w:val="FFFFFF"/>
                <w:sz w:val="19"/>
              </w:rPr>
              <w:t>DIVIETO DI MODIFICA IMPROPRIA</w:t>
            </w:r>
          </w:p>
        </w:tc>
      </w:tr>
      <w:tr w:rsidR="00F81D60" w14:paraId="7A9CF46B" w14:textId="77777777">
        <w:trPr>
          <w:cantSplit/>
          <w:jc w:val="center"/>
        </w:trPr>
        <w:tc>
          <w:tcPr>
            <w:tcW w:w="9978" w:type="dxa"/>
            <w:shd w:val="clear" w:color="auto" w:fill="EAF3F4"/>
            <w:vAlign w:val="center"/>
          </w:tcPr>
          <w:p w14:paraId="1CB22E0A" w14:textId="77777777" w:rsidR="00F81D60" w:rsidRDefault="00000000">
            <w:pPr>
              <w:pStyle w:val="TableText"/>
              <w:spacing w:before="40" w:after="40"/>
            </w:pPr>
            <w:r>
              <w:rPr>
                <w:sz w:val="19"/>
              </w:rPr>
              <w:t>Non tagliare, forare, alleggerire o sostituire autonomamente un DPI in modo da modificarne la protezione. Ogni soluzione alternativa deve essere valutata e scelta nel processo competente.</w:t>
            </w:r>
          </w:p>
        </w:tc>
      </w:tr>
    </w:tbl>
    <w:p w14:paraId="7259B550" w14:textId="77777777" w:rsidR="00F81D60" w:rsidRDefault="00F81D60">
      <w:pPr>
        <w:spacing w:after="0"/>
      </w:pPr>
    </w:p>
    <w:p w14:paraId="768DB56C" w14:textId="77777777" w:rsidR="00F81D60" w:rsidRDefault="00000000">
      <w:r>
        <w:br w:type="page"/>
      </w:r>
    </w:p>
    <w:p w14:paraId="3575D7B6" w14:textId="77777777" w:rsidR="00F81D60" w:rsidRDefault="00000000">
      <w:pPr>
        <w:pStyle w:val="Small"/>
      </w:pPr>
      <w:r>
        <w:rPr>
          <w:b/>
          <w:color w:val="006B70"/>
        </w:rPr>
        <w:t>ALLEGATO AZIENDALE  •  MOD-MM-16</w:t>
      </w:r>
    </w:p>
    <w:p w14:paraId="04E1351E" w14:textId="77777777" w:rsidR="00F81D60" w:rsidRDefault="00000000">
      <w:pPr>
        <w:pStyle w:val="Titolo1"/>
      </w:pPr>
      <w:bookmarkStart w:id="76" w:name="A16"/>
      <w:r>
        <w:t>A16 | Piano di pausa, sostituzione e sicurezza</w:t>
      </w:r>
      <w:bookmarkEnd w:id="76"/>
    </w:p>
    <w:p w14:paraId="4EBF64C3" w14:textId="77777777" w:rsidR="00F81D60" w:rsidRDefault="00000000">
      <w:pPr>
        <w:pStyle w:val="Reference"/>
      </w:pPr>
      <w:r>
        <w:t>Base documentale: [ISO] § 5.5; allegati B.1.2 e B.4. Le istruzioni operative e i moduli sono elaborazioni aziendali del modello [AZ].</w:t>
      </w:r>
    </w:p>
    <w:p w14:paraId="1F8974C5" w14:textId="77777777" w:rsidR="00F81D60" w:rsidRDefault="00000000">
      <w:r>
        <w:t>CLASSIFICAZIONE: OPERATIVO LIMITATO. Al team comunicare solo copertura e istruzioni. Nessuna diagnosi o indicazione della ragione sanitaria della misura deve comparire nel piano diffuso.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1891333" w14:textId="77777777">
        <w:trPr>
          <w:tblHeader/>
          <w:jc w:val="center"/>
        </w:trPr>
        <w:tc>
          <w:tcPr>
            <w:tcW w:w="2948" w:type="dxa"/>
            <w:shd w:val="clear" w:color="auto" w:fill="17324D"/>
            <w:vAlign w:val="center"/>
          </w:tcPr>
          <w:p w14:paraId="77515A91" w14:textId="77777777" w:rsidR="00F81D60" w:rsidRDefault="00000000">
            <w:pPr>
              <w:pStyle w:val="TableText"/>
              <w:spacing w:before="40" w:after="40"/>
            </w:pPr>
            <w:r>
              <w:rPr>
                <w:b/>
                <w:color w:val="FFFFFF"/>
              </w:rPr>
              <w:t>Campo</w:t>
            </w:r>
          </w:p>
        </w:tc>
        <w:tc>
          <w:tcPr>
            <w:tcW w:w="7030" w:type="dxa"/>
            <w:shd w:val="clear" w:color="auto" w:fill="17324D"/>
            <w:vAlign w:val="center"/>
          </w:tcPr>
          <w:p w14:paraId="070C64F1" w14:textId="77777777" w:rsidR="00F81D60" w:rsidRDefault="00000000">
            <w:pPr>
              <w:pStyle w:val="TableText"/>
              <w:spacing w:before="40" w:after="40"/>
            </w:pPr>
            <w:r>
              <w:rPr>
                <w:b/>
                <w:color w:val="FFFFFF"/>
              </w:rPr>
              <w:t>Compilazione / decisione aziendale</w:t>
            </w:r>
          </w:p>
        </w:tc>
      </w:tr>
      <w:tr w:rsidR="00F81D60" w14:paraId="4A9AE7FA" w14:textId="77777777">
        <w:trPr>
          <w:cantSplit/>
          <w:jc w:val="center"/>
        </w:trPr>
        <w:tc>
          <w:tcPr>
            <w:tcW w:w="2948" w:type="dxa"/>
            <w:vAlign w:val="center"/>
          </w:tcPr>
          <w:p w14:paraId="02B22E00" w14:textId="77777777" w:rsidR="00F81D60" w:rsidRDefault="00000000">
            <w:pPr>
              <w:pStyle w:val="TableText"/>
              <w:spacing w:before="40" w:after="40"/>
            </w:pPr>
            <w:r>
              <w:t>Perimetro</w:t>
            </w:r>
          </w:p>
        </w:tc>
        <w:tc>
          <w:tcPr>
            <w:tcW w:w="7030" w:type="dxa"/>
            <w:vAlign w:val="center"/>
          </w:tcPr>
          <w:p w14:paraId="089B5866" w14:textId="77777777" w:rsidR="00F81D60" w:rsidRDefault="00000000">
            <w:pPr>
              <w:pStyle w:val="TableText"/>
              <w:spacing w:before="40" w:after="40"/>
            </w:pPr>
            <w:r>
              <w:t>Sito / attività / turno: [ ]  •  versione e validità: [ ]</w:t>
            </w:r>
          </w:p>
        </w:tc>
      </w:tr>
      <w:tr w:rsidR="00F81D60" w14:paraId="2D3F3D1D" w14:textId="77777777">
        <w:trPr>
          <w:cantSplit/>
          <w:jc w:val="center"/>
        </w:trPr>
        <w:tc>
          <w:tcPr>
            <w:tcW w:w="2948" w:type="dxa"/>
            <w:shd w:val="clear" w:color="auto" w:fill="F5F7F9"/>
            <w:vAlign w:val="center"/>
          </w:tcPr>
          <w:p w14:paraId="33C245BF" w14:textId="77777777" w:rsidR="00F81D60" w:rsidRDefault="00000000">
            <w:pPr>
              <w:pStyle w:val="TableText"/>
              <w:spacing w:before="40" w:after="40"/>
            </w:pPr>
            <w:r>
              <w:t>Attività che richiede copertura</w:t>
            </w:r>
          </w:p>
        </w:tc>
        <w:tc>
          <w:tcPr>
            <w:tcW w:w="7030" w:type="dxa"/>
            <w:shd w:val="clear" w:color="auto" w:fill="F5F7F9"/>
            <w:vAlign w:val="center"/>
          </w:tcPr>
          <w:p w14:paraId="3EFA8EA6" w14:textId="77777777" w:rsidR="00F81D60" w:rsidRDefault="00000000">
            <w:pPr>
              <w:pStyle w:val="TableText"/>
              <w:spacing w:before="40" w:after="40"/>
            </w:pPr>
            <w:r>
              <w:t>[presidio, macchina, assistenza, guida o altra funzione essenziale]</w:t>
            </w:r>
          </w:p>
        </w:tc>
      </w:tr>
      <w:tr w:rsidR="00F81D60" w14:paraId="33CE20E5" w14:textId="77777777">
        <w:trPr>
          <w:cantSplit/>
          <w:jc w:val="center"/>
        </w:trPr>
        <w:tc>
          <w:tcPr>
            <w:tcW w:w="2948" w:type="dxa"/>
            <w:vAlign w:val="center"/>
          </w:tcPr>
          <w:p w14:paraId="6E184DF6" w14:textId="77777777" w:rsidR="00F81D60" w:rsidRDefault="00000000">
            <w:pPr>
              <w:pStyle w:val="TableText"/>
              <w:spacing w:before="40" w:after="40"/>
            </w:pPr>
            <w:r>
              <w:t>Modalità per chiedere la pausa</w:t>
            </w:r>
          </w:p>
        </w:tc>
        <w:tc>
          <w:tcPr>
            <w:tcW w:w="7030" w:type="dxa"/>
            <w:vAlign w:val="center"/>
          </w:tcPr>
          <w:p w14:paraId="3573BAB2" w14:textId="77777777" w:rsidR="00F81D60" w:rsidRDefault="00000000">
            <w:pPr>
              <w:pStyle w:val="TableText"/>
              <w:spacing w:before="40" w:after="40"/>
            </w:pPr>
            <w:r>
              <w:t>[segnale ordinario e discreto, canale, destinatario, modalità alternativa]</w:t>
            </w:r>
          </w:p>
        </w:tc>
      </w:tr>
      <w:tr w:rsidR="00F81D60" w14:paraId="0C0E94D5" w14:textId="77777777">
        <w:trPr>
          <w:cantSplit/>
          <w:jc w:val="center"/>
        </w:trPr>
        <w:tc>
          <w:tcPr>
            <w:tcW w:w="2948" w:type="dxa"/>
            <w:shd w:val="clear" w:color="auto" w:fill="F5F7F9"/>
            <w:vAlign w:val="center"/>
          </w:tcPr>
          <w:p w14:paraId="05D0D00E" w14:textId="77777777" w:rsidR="00F81D60" w:rsidRDefault="00000000">
            <w:pPr>
              <w:pStyle w:val="TableText"/>
              <w:spacing w:before="40" w:after="40"/>
            </w:pPr>
            <w:r>
              <w:t>Persona autorizzata alla sostituzione</w:t>
            </w:r>
          </w:p>
        </w:tc>
        <w:tc>
          <w:tcPr>
            <w:tcW w:w="7030" w:type="dxa"/>
            <w:shd w:val="clear" w:color="auto" w:fill="F5F7F9"/>
            <w:vAlign w:val="center"/>
          </w:tcPr>
          <w:p w14:paraId="36CA5AEA" w14:textId="77777777" w:rsidR="00F81D60" w:rsidRDefault="00000000">
            <w:pPr>
              <w:pStyle w:val="TableText"/>
              <w:spacing w:before="40" w:after="40"/>
            </w:pPr>
            <w:r>
              <w:t>Funzione / abilitazioni necessarie: [ ]  •  titolare: [ ]  •  sostituto: [ ]</w:t>
            </w:r>
          </w:p>
        </w:tc>
      </w:tr>
      <w:tr w:rsidR="00F81D60" w14:paraId="0EF54E25" w14:textId="77777777">
        <w:trPr>
          <w:cantSplit/>
          <w:jc w:val="center"/>
        </w:trPr>
        <w:tc>
          <w:tcPr>
            <w:tcW w:w="2948" w:type="dxa"/>
            <w:vAlign w:val="center"/>
          </w:tcPr>
          <w:p w14:paraId="26707058" w14:textId="77777777" w:rsidR="00F81D60" w:rsidRDefault="00000000">
            <w:pPr>
              <w:pStyle w:val="TableText"/>
              <w:spacing w:before="40" w:after="40"/>
            </w:pPr>
            <w:r>
              <w:t>Consegna in sicurezza</w:t>
            </w:r>
          </w:p>
        </w:tc>
        <w:tc>
          <w:tcPr>
            <w:tcW w:w="7030" w:type="dxa"/>
            <w:vAlign w:val="center"/>
          </w:tcPr>
          <w:p w14:paraId="4292A5F4" w14:textId="77777777" w:rsidR="00F81D60" w:rsidRDefault="00000000">
            <w:pPr>
              <w:pStyle w:val="TableText"/>
              <w:spacing w:before="40" w:after="40"/>
            </w:pPr>
            <w:r>
              <w:t>[fermata, consegne, materiali, utenze, informazioni operative indispensabili]</w:t>
            </w:r>
          </w:p>
        </w:tc>
      </w:tr>
      <w:tr w:rsidR="00F81D60" w14:paraId="2FC158FC" w14:textId="77777777">
        <w:trPr>
          <w:cantSplit/>
          <w:jc w:val="center"/>
        </w:trPr>
        <w:tc>
          <w:tcPr>
            <w:tcW w:w="2948" w:type="dxa"/>
            <w:shd w:val="clear" w:color="auto" w:fill="F5F7F9"/>
            <w:vAlign w:val="center"/>
          </w:tcPr>
          <w:p w14:paraId="73C3A65F" w14:textId="77777777" w:rsidR="00F81D60" w:rsidRDefault="00000000">
            <w:pPr>
              <w:pStyle w:val="TableText"/>
              <w:spacing w:before="40" w:after="40"/>
            </w:pPr>
            <w:r>
              <w:t>Luogo e possibilità di recupero</w:t>
            </w:r>
          </w:p>
        </w:tc>
        <w:tc>
          <w:tcPr>
            <w:tcW w:w="7030" w:type="dxa"/>
            <w:shd w:val="clear" w:color="auto" w:fill="F5F7F9"/>
            <w:vAlign w:val="center"/>
          </w:tcPr>
          <w:p w14:paraId="33D28EE9" w14:textId="77777777" w:rsidR="00F81D60" w:rsidRDefault="00000000">
            <w:pPr>
              <w:pStyle w:val="TableText"/>
              <w:spacing w:before="40" w:after="40"/>
            </w:pPr>
            <w:r>
              <w:t>[spazio utilizzabile, accesso servizi, acqua ove consentita]</w:t>
            </w:r>
          </w:p>
        </w:tc>
      </w:tr>
      <w:tr w:rsidR="00F81D60" w14:paraId="75E29BF7" w14:textId="77777777">
        <w:trPr>
          <w:cantSplit/>
          <w:jc w:val="center"/>
        </w:trPr>
        <w:tc>
          <w:tcPr>
            <w:tcW w:w="2948" w:type="dxa"/>
            <w:vAlign w:val="center"/>
          </w:tcPr>
          <w:p w14:paraId="277F9B4F" w14:textId="77777777" w:rsidR="00F81D60" w:rsidRDefault="00000000">
            <w:pPr>
              <w:pStyle w:val="TableText"/>
              <w:spacing w:before="40" w:after="40"/>
            </w:pPr>
            <w:r>
              <w:t>Rientro e ripresa</w:t>
            </w:r>
          </w:p>
        </w:tc>
        <w:tc>
          <w:tcPr>
            <w:tcW w:w="7030" w:type="dxa"/>
            <w:vAlign w:val="center"/>
          </w:tcPr>
          <w:p w14:paraId="6575DE6B" w14:textId="77777777" w:rsidR="00F81D60" w:rsidRDefault="00000000">
            <w:pPr>
              <w:pStyle w:val="TableText"/>
              <w:spacing w:before="40" w:after="40"/>
            </w:pPr>
            <w:r>
              <w:t>[consegna di ritorno, controlli di riavvio, referente in caso di difficoltà]</w:t>
            </w:r>
          </w:p>
        </w:tc>
      </w:tr>
      <w:tr w:rsidR="00F81D60" w14:paraId="24097B23" w14:textId="77777777">
        <w:trPr>
          <w:cantSplit/>
          <w:jc w:val="center"/>
        </w:trPr>
        <w:tc>
          <w:tcPr>
            <w:tcW w:w="2948" w:type="dxa"/>
            <w:shd w:val="clear" w:color="auto" w:fill="F5F7F9"/>
            <w:vAlign w:val="center"/>
          </w:tcPr>
          <w:p w14:paraId="11863E8E" w14:textId="77777777" w:rsidR="00F81D60" w:rsidRDefault="00000000">
            <w:pPr>
              <w:pStyle w:val="TableText"/>
              <w:spacing w:before="40" w:after="40"/>
            </w:pPr>
            <w:r>
              <w:t>Sostituto non disponibile</w:t>
            </w:r>
          </w:p>
        </w:tc>
        <w:tc>
          <w:tcPr>
            <w:tcW w:w="7030" w:type="dxa"/>
            <w:shd w:val="clear" w:color="auto" w:fill="F5F7F9"/>
            <w:vAlign w:val="center"/>
          </w:tcPr>
          <w:p w14:paraId="661A8FBF" w14:textId="77777777" w:rsidR="00F81D60" w:rsidRDefault="00000000">
            <w:pPr>
              <w:pStyle w:val="TableText"/>
              <w:spacing w:before="40" w:after="40"/>
            </w:pPr>
            <w:r>
              <w:t>[riduzione, messa in sicurezza o sospensione dell’attività secondo istruzioni; chi decide]</w:t>
            </w:r>
          </w:p>
        </w:tc>
      </w:tr>
      <w:tr w:rsidR="00F81D60" w14:paraId="630A0115" w14:textId="77777777">
        <w:trPr>
          <w:cantSplit/>
          <w:jc w:val="center"/>
        </w:trPr>
        <w:tc>
          <w:tcPr>
            <w:tcW w:w="2948" w:type="dxa"/>
            <w:vAlign w:val="center"/>
          </w:tcPr>
          <w:p w14:paraId="1AC5C502" w14:textId="77777777" w:rsidR="00F81D60" w:rsidRDefault="00000000">
            <w:pPr>
              <w:pStyle w:val="TableText"/>
              <w:spacing w:before="40" w:after="40"/>
            </w:pPr>
            <w:r>
              <w:t>Problema urgente / emergenza</w:t>
            </w:r>
          </w:p>
        </w:tc>
        <w:tc>
          <w:tcPr>
            <w:tcW w:w="7030" w:type="dxa"/>
            <w:vAlign w:val="center"/>
          </w:tcPr>
          <w:p w14:paraId="3023A8A8" w14:textId="77777777" w:rsidR="00F81D60" w:rsidRDefault="00000000">
            <w:pPr>
              <w:pStyle w:val="TableText"/>
              <w:spacing w:before="40" w:after="40"/>
            </w:pPr>
            <w:r>
              <w:t>[attivare procedure esistenti, preposto e primo soccorso; non attendere moduli]</w:t>
            </w:r>
          </w:p>
        </w:tc>
      </w:tr>
      <w:tr w:rsidR="00F81D60" w14:paraId="77F118A5" w14:textId="77777777">
        <w:trPr>
          <w:cantSplit/>
          <w:jc w:val="center"/>
        </w:trPr>
        <w:tc>
          <w:tcPr>
            <w:tcW w:w="2948" w:type="dxa"/>
            <w:shd w:val="clear" w:color="auto" w:fill="F5F7F9"/>
            <w:vAlign w:val="center"/>
          </w:tcPr>
          <w:p w14:paraId="11D86A7C" w14:textId="77777777" w:rsidR="00F81D60" w:rsidRDefault="00000000">
            <w:pPr>
              <w:pStyle w:val="TableText"/>
              <w:spacing w:before="40" w:after="40"/>
            </w:pPr>
            <w:r>
              <w:t>Formazione / prova organizzativa</w:t>
            </w:r>
          </w:p>
        </w:tc>
        <w:tc>
          <w:tcPr>
            <w:tcW w:w="7030" w:type="dxa"/>
            <w:shd w:val="clear" w:color="auto" w:fill="F5F7F9"/>
            <w:vAlign w:val="center"/>
          </w:tcPr>
          <w:p w14:paraId="3679C115" w14:textId="77777777" w:rsidR="00F81D60" w:rsidRDefault="00000000">
            <w:pPr>
              <w:pStyle w:val="TableText"/>
              <w:spacing w:before="40" w:after="40"/>
            </w:pPr>
            <w:r>
              <w:t>[persone addestrate, prova della copertura, data e riscontro]</w:t>
            </w:r>
          </w:p>
        </w:tc>
      </w:tr>
      <w:tr w:rsidR="00F81D60" w14:paraId="7AD76F8C" w14:textId="77777777">
        <w:trPr>
          <w:cantSplit/>
          <w:jc w:val="center"/>
        </w:trPr>
        <w:tc>
          <w:tcPr>
            <w:tcW w:w="2948" w:type="dxa"/>
            <w:vAlign w:val="center"/>
          </w:tcPr>
          <w:p w14:paraId="774B5FDC" w14:textId="77777777" w:rsidR="00F81D60" w:rsidRDefault="00000000">
            <w:pPr>
              <w:pStyle w:val="TableText"/>
              <w:spacing w:before="40" w:after="40"/>
            </w:pPr>
            <w:r>
              <w:t>Comunicazione e accessi</w:t>
            </w:r>
          </w:p>
        </w:tc>
        <w:tc>
          <w:tcPr>
            <w:tcW w:w="7030" w:type="dxa"/>
            <w:vAlign w:val="center"/>
          </w:tcPr>
          <w:p w14:paraId="21A966BF" w14:textId="77777777" w:rsidR="00F81D60" w:rsidRDefault="00000000">
            <w:pPr>
              <w:pStyle w:val="TableText"/>
              <w:spacing w:before="40" w:after="40"/>
            </w:pPr>
            <w:r>
              <w:t>[estratto operativo comunicato a chi; archivio e durata]</w:t>
            </w:r>
          </w:p>
        </w:tc>
      </w:tr>
      <w:tr w:rsidR="00F81D60" w14:paraId="38A8EF67" w14:textId="77777777">
        <w:trPr>
          <w:cantSplit/>
          <w:jc w:val="center"/>
        </w:trPr>
        <w:tc>
          <w:tcPr>
            <w:tcW w:w="2948" w:type="dxa"/>
            <w:shd w:val="clear" w:color="auto" w:fill="F5F7F9"/>
            <w:vAlign w:val="center"/>
          </w:tcPr>
          <w:p w14:paraId="35DF369C" w14:textId="77777777" w:rsidR="00F81D60" w:rsidRDefault="00000000">
            <w:pPr>
              <w:pStyle w:val="TableText"/>
              <w:spacing w:before="40" w:after="40"/>
            </w:pPr>
            <w:r>
              <w:t>Riesame</w:t>
            </w:r>
          </w:p>
        </w:tc>
        <w:tc>
          <w:tcPr>
            <w:tcW w:w="7030" w:type="dxa"/>
            <w:shd w:val="clear" w:color="auto" w:fill="F5F7F9"/>
            <w:vAlign w:val="center"/>
          </w:tcPr>
          <w:p w14:paraId="4F3ED61D" w14:textId="77777777" w:rsidR="00F81D60" w:rsidRDefault="00000000">
            <w:pPr>
              <w:pStyle w:val="TableText"/>
              <w:spacing w:before="40" w:after="40"/>
            </w:pPr>
            <w:r>
              <w:t>[cambio turno, personale, attività, incidente o misura inefficace]</w:t>
            </w:r>
          </w:p>
        </w:tc>
      </w:tr>
    </w:tbl>
    <w:p w14:paraId="43F5063A"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76579818" w14:textId="77777777">
        <w:trPr>
          <w:tblHeader/>
          <w:jc w:val="center"/>
        </w:trPr>
        <w:tc>
          <w:tcPr>
            <w:tcW w:w="3326" w:type="dxa"/>
            <w:shd w:val="clear" w:color="auto" w:fill="17324D"/>
            <w:vAlign w:val="center"/>
          </w:tcPr>
          <w:p w14:paraId="29FCC7AC" w14:textId="77777777" w:rsidR="00F81D60" w:rsidRDefault="00000000">
            <w:pPr>
              <w:pStyle w:val="TableText"/>
              <w:spacing w:before="40" w:after="40"/>
            </w:pPr>
            <w:r>
              <w:rPr>
                <w:b/>
                <w:color w:val="FFFFFF"/>
              </w:rPr>
              <w:t>Responsabile operativo</w:t>
            </w:r>
          </w:p>
        </w:tc>
        <w:tc>
          <w:tcPr>
            <w:tcW w:w="3326" w:type="dxa"/>
            <w:shd w:val="clear" w:color="auto" w:fill="17324D"/>
            <w:vAlign w:val="center"/>
          </w:tcPr>
          <w:p w14:paraId="6184DAD6" w14:textId="77777777" w:rsidR="00F81D60" w:rsidRDefault="00000000">
            <w:pPr>
              <w:pStyle w:val="TableText"/>
              <w:spacing w:before="40" w:after="40"/>
            </w:pPr>
            <w:r>
              <w:rPr>
                <w:b/>
                <w:color w:val="FFFFFF"/>
              </w:rPr>
              <w:t>Verifica HSE / tecnica pertinente</w:t>
            </w:r>
          </w:p>
        </w:tc>
        <w:tc>
          <w:tcPr>
            <w:tcW w:w="3326" w:type="dxa"/>
            <w:shd w:val="clear" w:color="auto" w:fill="17324D"/>
            <w:vAlign w:val="center"/>
          </w:tcPr>
          <w:p w14:paraId="40CC3D47" w14:textId="77777777" w:rsidR="00F81D60" w:rsidRDefault="00000000">
            <w:pPr>
              <w:pStyle w:val="TableText"/>
              <w:spacing w:before="40" w:after="40"/>
            </w:pPr>
            <w:r>
              <w:rPr>
                <w:b/>
                <w:color w:val="FFFFFF"/>
              </w:rPr>
              <w:t>Data</w:t>
            </w:r>
          </w:p>
        </w:tc>
      </w:tr>
      <w:tr w:rsidR="00F81D60" w14:paraId="514B515F" w14:textId="77777777">
        <w:trPr>
          <w:cantSplit/>
          <w:trHeight w:val="454"/>
          <w:jc w:val="center"/>
        </w:trPr>
        <w:tc>
          <w:tcPr>
            <w:tcW w:w="3326" w:type="dxa"/>
            <w:vAlign w:val="center"/>
          </w:tcPr>
          <w:p w14:paraId="1972BF9E" w14:textId="77777777" w:rsidR="00F81D60" w:rsidRDefault="00000000">
            <w:pPr>
              <w:pStyle w:val="TableText"/>
              <w:spacing w:before="40" w:after="40"/>
            </w:pPr>
            <w:r>
              <w:t>[compilare]</w:t>
            </w:r>
          </w:p>
        </w:tc>
        <w:tc>
          <w:tcPr>
            <w:tcW w:w="3326" w:type="dxa"/>
            <w:vAlign w:val="center"/>
          </w:tcPr>
          <w:p w14:paraId="622DBD47" w14:textId="77777777" w:rsidR="00F81D60" w:rsidRDefault="00000000">
            <w:pPr>
              <w:pStyle w:val="TableText"/>
              <w:spacing w:before="40" w:after="40"/>
            </w:pPr>
            <w:r>
              <w:t>[compilare]</w:t>
            </w:r>
          </w:p>
        </w:tc>
        <w:tc>
          <w:tcPr>
            <w:tcW w:w="3326" w:type="dxa"/>
            <w:vAlign w:val="center"/>
          </w:tcPr>
          <w:p w14:paraId="0FC3456E" w14:textId="77777777" w:rsidR="00F81D60" w:rsidRDefault="00000000">
            <w:pPr>
              <w:pStyle w:val="TableText"/>
              <w:spacing w:before="40" w:after="40"/>
            </w:pPr>
            <w:r>
              <w:t>[compilare]</w:t>
            </w:r>
          </w:p>
        </w:tc>
      </w:tr>
    </w:tbl>
    <w:p w14:paraId="517D7D22"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CABCB9C" w14:textId="77777777">
        <w:trPr>
          <w:tblHeader/>
          <w:jc w:val="center"/>
        </w:trPr>
        <w:tc>
          <w:tcPr>
            <w:tcW w:w="9978" w:type="dxa"/>
            <w:shd w:val="clear" w:color="auto" w:fill="17324D"/>
            <w:vAlign w:val="center"/>
          </w:tcPr>
          <w:p w14:paraId="5636501A" w14:textId="77777777" w:rsidR="00F81D60" w:rsidRDefault="00000000">
            <w:pPr>
              <w:pStyle w:val="TableText"/>
              <w:spacing w:before="40" w:after="40"/>
            </w:pPr>
            <w:r>
              <w:rPr>
                <w:b/>
                <w:color w:val="FFFFFF"/>
                <w:sz w:val="19"/>
              </w:rPr>
              <w:t>REGOLA DI SICUREZZA</w:t>
            </w:r>
          </w:p>
        </w:tc>
      </w:tr>
      <w:tr w:rsidR="00F81D60" w14:paraId="09BFEDA0" w14:textId="77777777">
        <w:trPr>
          <w:cantSplit/>
          <w:jc w:val="center"/>
        </w:trPr>
        <w:tc>
          <w:tcPr>
            <w:tcW w:w="9978" w:type="dxa"/>
            <w:shd w:val="clear" w:color="auto" w:fill="EAF3F4"/>
            <w:vAlign w:val="center"/>
          </w:tcPr>
          <w:p w14:paraId="65AF1B87" w14:textId="77777777" w:rsidR="00F81D60" w:rsidRDefault="00000000">
            <w:pPr>
              <w:pStyle w:val="TableText"/>
              <w:spacing w:before="40" w:after="40"/>
            </w:pPr>
            <w:r>
              <w:rPr>
                <w:sz w:val="19"/>
              </w:rPr>
              <w:t>La disponibilità formale di una pausa non basta se nessuno può sostituire la persona. Non lasciare incustodita una funzione critica e non subordinare un’emergenza alla compilazione del modulo. Gli addetti al primo soccorso operano secondo la formazione e le procedure applicabili, non secondo protocolli terapeutici di questa procedura.</w:t>
            </w:r>
          </w:p>
        </w:tc>
      </w:tr>
    </w:tbl>
    <w:p w14:paraId="230BD5F7" w14:textId="77777777" w:rsidR="00F81D60" w:rsidRDefault="00F81D60">
      <w:pPr>
        <w:spacing w:after="0"/>
      </w:pPr>
    </w:p>
    <w:p w14:paraId="181C191C" w14:textId="77777777" w:rsidR="00F81D60" w:rsidRDefault="00000000">
      <w:r>
        <w:br w:type="page"/>
      </w:r>
    </w:p>
    <w:p w14:paraId="08FBF961" w14:textId="77777777" w:rsidR="00F81D60" w:rsidRDefault="00000000">
      <w:pPr>
        <w:pStyle w:val="Small"/>
      </w:pPr>
      <w:r>
        <w:rPr>
          <w:b/>
          <w:color w:val="006B70"/>
        </w:rPr>
        <w:t>ALLEGATO AZIENDALE  •  MOD-MM-17  •  parte 1</w:t>
      </w:r>
    </w:p>
    <w:p w14:paraId="459AA62D" w14:textId="77777777" w:rsidR="00F81D60" w:rsidRDefault="00000000">
      <w:pPr>
        <w:pStyle w:val="Titolo1"/>
      </w:pPr>
      <w:bookmarkStart w:id="77" w:name="A17_1"/>
      <w:r>
        <w:t>A17 | Azione di miglioramento | apertura e pianificazione</w:t>
      </w:r>
      <w:bookmarkEnd w:id="77"/>
    </w:p>
    <w:p w14:paraId="58E5DF11" w14:textId="77777777" w:rsidR="00F81D60" w:rsidRDefault="00000000">
      <w:pPr>
        <w:pStyle w:val="Reference"/>
      </w:pPr>
      <w:r>
        <w:t>Base documentale: [XLS] PIANO_AZIONI e PARAMETRI; [AZ]. Le istruzioni operative e i moduli sono elaborazioni aziendali del modello [AZ].</w:t>
      </w:r>
    </w:p>
    <w:p w14:paraId="05AB7D66" w14:textId="77777777" w:rsidR="00F81D60" w:rsidRDefault="00000000">
      <w:r>
        <w:t>CLASSIFICAZIONE: SISTEMA. Non usare per archiviare pratiche individuali. Una scheda per azione principale; distinguere eventuali sottoazioni con suffisso, mantenendo l’ID della verifica originaria.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BF29FD5" w14:textId="77777777">
        <w:trPr>
          <w:tblHeader/>
          <w:jc w:val="center"/>
        </w:trPr>
        <w:tc>
          <w:tcPr>
            <w:tcW w:w="2948" w:type="dxa"/>
            <w:shd w:val="clear" w:color="auto" w:fill="17324D"/>
            <w:vAlign w:val="center"/>
          </w:tcPr>
          <w:p w14:paraId="1EF66CF3" w14:textId="77777777" w:rsidR="00F81D60" w:rsidRDefault="00000000">
            <w:pPr>
              <w:pStyle w:val="TableText"/>
              <w:spacing w:before="40" w:after="40"/>
            </w:pPr>
            <w:r>
              <w:rPr>
                <w:b/>
                <w:color w:val="FFFFFF"/>
              </w:rPr>
              <w:t>Campo</w:t>
            </w:r>
          </w:p>
        </w:tc>
        <w:tc>
          <w:tcPr>
            <w:tcW w:w="7030" w:type="dxa"/>
            <w:shd w:val="clear" w:color="auto" w:fill="17324D"/>
            <w:vAlign w:val="center"/>
          </w:tcPr>
          <w:p w14:paraId="6EBE7746" w14:textId="77777777" w:rsidR="00F81D60" w:rsidRDefault="00000000">
            <w:pPr>
              <w:pStyle w:val="TableText"/>
              <w:spacing w:before="40" w:after="40"/>
            </w:pPr>
            <w:r>
              <w:rPr>
                <w:b/>
                <w:color w:val="FFFFFF"/>
              </w:rPr>
              <w:t>Compilazione / decisione aziendale</w:t>
            </w:r>
          </w:p>
        </w:tc>
      </w:tr>
      <w:tr w:rsidR="00F81D60" w14:paraId="0403B3A7" w14:textId="77777777">
        <w:trPr>
          <w:cantSplit/>
          <w:jc w:val="center"/>
        </w:trPr>
        <w:tc>
          <w:tcPr>
            <w:tcW w:w="2948" w:type="dxa"/>
            <w:vAlign w:val="center"/>
          </w:tcPr>
          <w:p w14:paraId="45EA7B55" w14:textId="77777777" w:rsidR="00F81D60" w:rsidRDefault="00000000">
            <w:pPr>
              <w:pStyle w:val="TableText"/>
              <w:spacing w:before="40" w:after="40"/>
            </w:pPr>
            <w:r>
              <w:t>Identificativi</w:t>
            </w:r>
          </w:p>
        </w:tc>
        <w:tc>
          <w:tcPr>
            <w:tcW w:w="7030" w:type="dxa"/>
            <w:vAlign w:val="center"/>
          </w:tcPr>
          <w:p w14:paraId="4F8A3442" w14:textId="77777777" w:rsidR="00F81D60" w:rsidRDefault="00000000">
            <w:pPr>
              <w:pStyle w:val="TableText"/>
              <w:spacing w:before="40" w:after="40"/>
            </w:pPr>
            <w:r>
              <w:t>Audit: [ ]  •  ID MM-xxx: [ ]  •  azione AZ-[ ]  •  eventuale sottoazione: [ ]</w:t>
            </w:r>
          </w:p>
        </w:tc>
      </w:tr>
      <w:tr w:rsidR="00F81D60" w14:paraId="7CE03CF0" w14:textId="77777777">
        <w:trPr>
          <w:cantSplit/>
          <w:jc w:val="center"/>
        </w:trPr>
        <w:tc>
          <w:tcPr>
            <w:tcW w:w="2948" w:type="dxa"/>
            <w:shd w:val="clear" w:color="auto" w:fill="F5F7F9"/>
            <w:vAlign w:val="center"/>
          </w:tcPr>
          <w:p w14:paraId="1D0FC1D2" w14:textId="77777777" w:rsidR="00F81D60" w:rsidRDefault="00000000">
            <w:pPr>
              <w:pStyle w:val="TableText"/>
              <w:spacing w:before="40" w:after="40"/>
            </w:pPr>
            <w:r>
              <w:t>Origine e scostamento</w:t>
            </w:r>
          </w:p>
        </w:tc>
        <w:tc>
          <w:tcPr>
            <w:tcW w:w="7030" w:type="dxa"/>
            <w:shd w:val="clear" w:color="auto" w:fill="F5F7F9"/>
            <w:vAlign w:val="center"/>
          </w:tcPr>
          <w:p w14:paraId="008B58F4" w14:textId="77777777" w:rsidR="00F81D60" w:rsidRDefault="00000000">
            <w:pPr>
              <w:pStyle w:val="TableText"/>
              <w:spacing w:before="40" w:after="40"/>
            </w:pPr>
            <w:r>
              <w:t>[esito e fatto rilevato in A07; altra origine organizzativa documentata]</w:t>
            </w:r>
          </w:p>
        </w:tc>
      </w:tr>
      <w:tr w:rsidR="00F81D60" w14:paraId="1044D660" w14:textId="77777777">
        <w:trPr>
          <w:cantSplit/>
          <w:jc w:val="center"/>
        </w:trPr>
        <w:tc>
          <w:tcPr>
            <w:tcW w:w="2948" w:type="dxa"/>
            <w:vAlign w:val="center"/>
          </w:tcPr>
          <w:p w14:paraId="418EBB26" w14:textId="77777777" w:rsidR="00F81D60" w:rsidRDefault="00000000">
            <w:pPr>
              <w:pStyle w:val="TableText"/>
              <w:spacing w:before="40" w:after="40"/>
            </w:pPr>
            <w:r>
              <w:t>Azione deliberata</w:t>
            </w:r>
          </w:p>
        </w:tc>
        <w:tc>
          <w:tcPr>
            <w:tcW w:w="7030" w:type="dxa"/>
            <w:vAlign w:val="center"/>
          </w:tcPr>
          <w:p w14:paraId="1BAE7ED8" w14:textId="77777777" w:rsidR="00F81D60" w:rsidRDefault="00000000">
            <w:pPr>
              <w:pStyle w:val="TableText"/>
              <w:spacing w:before="40" w:after="40"/>
            </w:pPr>
            <w:r>
              <w:t>[descrizione misurabile dell’intervento; diversa dalla sola azione suggerita]</w:t>
            </w:r>
            <w:r>
              <w:br/>
            </w:r>
            <w:r>
              <w:br/>
              <w:t>[spazio]</w:t>
            </w:r>
          </w:p>
        </w:tc>
      </w:tr>
      <w:tr w:rsidR="00F81D60" w14:paraId="7F6DEF11" w14:textId="77777777">
        <w:trPr>
          <w:cantSplit/>
          <w:jc w:val="center"/>
        </w:trPr>
        <w:tc>
          <w:tcPr>
            <w:tcW w:w="2948" w:type="dxa"/>
            <w:shd w:val="clear" w:color="auto" w:fill="F5F7F9"/>
            <w:vAlign w:val="center"/>
          </w:tcPr>
          <w:p w14:paraId="3BE0D34D" w14:textId="77777777" w:rsidR="00F81D60" w:rsidRDefault="00000000">
            <w:pPr>
              <w:pStyle w:val="TableText"/>
              <w:spacing w:before="40" w:after="40"/>
            </w:pPr>
            <w:r>
              <w:t>Priorità e motivazione</w:t>
            </w:r>
          </w:p>
        </w:tc>
        <w:tc>
          <w:tcPr>
            <w:tcW w:w="7030" w:type="dxa"/>
            <w:shd w:val="clear" w:color="auto" w:fill="F5F7F9"/>
            <w:vAlign w:val="center"/>
          </w:tcPr>
          <w:p w14:paraId="3B17142E" w14:textId="77777777" w:rsidR="00F81D60" w:rsidRDefault="00000000">
            <w:pPr>
              <w:pStyle w:val="TableText"/>
              <w:spacing w:before="40" w:after="40"/>
            </w:pPr>
            <w:r>
              <w:t>[P1 - Immediata / P2 - Alta / P3 - Media / P4 - Bassa]  •  motivazione: [ ]</w:t>
            </w:r>
          </w:p>
        </w:tc>
      </w:tr>
      <w:tr w:rsidR="00F81D60" w14:paraId="220CBB61" w14:textId="77777777">
        <w:trPr>
          <w:cantSplit/>
          <w:jc w:val="center"/>
        </w:trPr>
        <w:tc>
          <w:tcPr>
            <w:tcW w:w="2948" w:type="dxa"/>
            <w:vAlign w:val="center"/>
          </w:tcPr>
          <w:p w14:paraId="37794E85" w14:textId="77777777" w:rsidR="00F81D60" w:rsidRDefault="00000000">
            <w:pPr>
              <w:pStyle w:val="TableText"/>
              <w:spacing w:before="40" w:after="40"/>
            </w:pPr>
            <w:r>
              <w:t>Presidio immediato</w:t>
            </w:r>
          </w:p>
        </w:tc>
        <w:tc>
          <w:tcPr>
            <w:tcW w:w="7030" w:type="dxa"/>
            <w:vAlign w:val="center"/>
          </w:tcPr>
          <w:p w14:paraId="43C61B29" w14:textId="77777777" w:rsidR="00F81D60" w:rsidRDefault="00000000">
            <w:pPr>
              <w:pStyle w:val="TableText"/>
              <w:spacing w:before="40" w:after="40"/>
            </w:pPr>
            <w:r>
              <w:t>[cosa fare subito se la sicurezza non consente attesa; responsabile e prova]</w:t>
            </w:r>
          </w:p>
        </w:tc>
      </w:tr>
      <w:tr w:rsidR="00F81D60" w14:paraId="3B135E98" w14:textId="77777777">
        <w:trPr>
          <w:cantSplit/>
          <w:jc w:val="center"/>
        </w:trPr>
        <w:tc>
          <w:tcPr>
            <w:tcW w:w="2948" w:type="dxa"/>
            <w:shd w:val="clear" w:color="auto" w:fill="F5F7F9"/>
            <w:vAlign w:val="center"/>
          </w:tcPr>
          <w:p w14:paraId="5D7D36A7" w14:textId="77777777" w:rsidR="00F81D60" w:rsidRDefault="00000000">
            <w:pPr>
              <w:pStyle w:val="TableText"/>
              <w:spacing w:before="40" w:after="40"/>
            </w:pPr>
            <w:r>
              <w:t>Responsabile e risorse</w:t>
            </w:r>
          </w:p>
        </w:tc>
        <w:tc>
          <w:tcPr>
            <w:tcW w:w="7030" w:type="dxa"/>
            <w:shd w:val="clear" w:color="auto" w:fill="F5F7F9"/>
            <w:vAlign w:val="center"/>
          </w:tcPr>
          <w:p w14:paraId="27A68A46" w14:textId="77777777" w:rsidR="00F81D60" w:rsidRDefault="00000000">
            <w:pPr>
              <w:pStyle w:val="TableText"/>
              <w:spacing w:before="40" w:after="40"/>
            </w:pPr>
            <w:r>
              <w:t>Nominativo / funzione: [ ]  •  poteri / budget / dipendenze: [ ]</w:t>
            </w:r>
          </w:p>
        </w:tc>
      </w:tr>
      <w:tr w:rsidR="00F81D60" w14:paraId="4E0BF9D6" w14:textId="77777777">
        <w:trPr>
          <w:cantSplit/>
          <w:jc w:val="center"/>
        </w:trPr>
        <w:tc>
          <w:tcPr>
            <w:tcW w:w="2948" w:type="dxa"/>
            <w:vAlign w:val="center"/>
          </w:tcPr>
          <w:p w14:paraId="7120CBC7" w14:textId="77777777" w:rsidR="00F81D60" w:rsidRDefault="00000000">
            <w:pPr>
              <w:pStyle w:val="TableText"/>
              <w:spacing w:before="40" w:after="40"/>
            </w:pPr>
            <w:r>
              <w:t>Date</w:t>
            </w:r>
          </w:p>
        </w:tc>
        <w:tc>
          <w:tcPr>
            <w:tcW w:w="7030" w:type="dxa"/>
            <w:vAlign w:val="center"/>
          </w:tcPr>
          <w:p w14:paraId="123673FA" w14:textId="77777777" w:rsidR="00F81D60" w:rsidRDefault="00000000">
            <w:pPr>
              <w:pStyle w:val="TableText"/>
              <w:spacing w:before="40" w:after="40"/>
            </w:pPr>
            <w:r>
              <w:t>Apertura: [ ]  •  scadenza proposta: [ ]  •  scadenza confermata: [ ]</w:t>
            </w:r>
          </w:p>
        </w:tc>
      </w:tr>
      <w:tr w:rsidR="00F81D60" w14:paraId="1A8C0934" w14:textId="77777777">
        <w:trPr>
          <w:cantSplit/>
          <w:jc w:val="center"/>
        </w:trPr>
        <w:tc>
          <w:tcPr>
            <w:tcW w:w="2948" w:type="dxa"/>
            <w:shd w:val="clear" w:color="auto" w:fill="F5F7F9"/>
            <w:vAlign w:val="center"/>
          </w:tcPr>
          <w:p w14:paraId="3C7C738A" w14:textId="77777777" w:rsidR="00F81D60" w:rsidRDefault="00000000">
            <w:pPr>
              <w:pStyle w:val="TableText"/>
              <w:spacing w:before="40" w:after="40"/>
            </w:pPr>
            <w:r>
              <w:t>Stato dichiarato</w:t>
            </w:r>
          </w:p>
        </w:tc>
        <w:tc>
          <w:tcPr>
            <w:tcW w:w="7030" w:type="dxa"/>
            <w:shd w:val="clear" w:color="auto" w:fill="F5F7F9"/>
            <w:vAlign w:val="center"/>
          </w:tcPr>
          <w:p w14:paraId="0D694516" w14:textId="77777777" w:rsidR="00F81D60" w:rsidRDefault="00000000">
            <w:pPr>
              <w:pStyle w:val="TableText"/>
              <w:spacing w:before="40" w:after="40"/>
            </w:pPr>
            <w:r>
              <w:t>[Non avviata / Pianificata / In corso / Attuata / Sospesa / Chiusa]</w:t>
            </w:r>
          </w:p>
        </w:tc>
      </w:tr>
      <w:tr w:rsidR="00F81D60" w14:paraId="3AC4EA47" w14:textId="77777777">
        <w:trPr>
          <w:cantSplit/>
          <w:jc w:val="center"/>
        </w:trPr>
        <w:tc>
          <w:tcPr>
            <w:tcW w:w="2948" w:type="dxa"/>
            <w:vAlign w:val="center"/>
          </w:tcPr>
          <w:p w14:paraId="0949C9D0" w14:textId="77777777" w:rsidR="00F81D60" w:rsidRDefault="00000000">
            <w:pPr>
              <w:pStyle w:val="TableText"/>
              <w:spacing w:before="40" w:after="40"/>
            </w:pPr>
            <w:r>
              <w:t>Piano esecutivo</w:t>
            </w:r>
          </w:p>
        </w:tc>
        <w:tc>
          <w:tcPr>
            <w:tcW w:w="7030" w:type="dxa"/>
            <w:vAlign w:val="center"/>
          </w:tcPr>
          <w:p w14:paraId="6ECFF3B2" w14:textId="77777777" w:rsidR="00F81D60" w:rsidRDefault="00000000">
            <w:pPr>
              <w:pStyle w:val="TableText"/>
              <w:spacing w:before="40" w:after="40"/>
            </w:pPr>
            <w:r>
              <w:t>[passaggi, sottoazioni, responsabili, prove attese]</w:t>
            </w:r>
          </w:p>
        </w:tc>
      </w:tr>
      <w:tr w:rsidR="00F81D60" w14:paraId="0AA3BEE0" w14:textId="77777777">
        <w:trPr>
          <w:cantSplit/>
          <w:jc w:val="center"/>
        </w:trPr>
        <w:tc>
          <w:tcPr>
            <w:tcW w:w="2948" w:type="dxa"/>
            <w:shd w:val="clear" w:color="auto" w:fill="F5F7F9"/>
            <w:vAlign w:val="center"/>
          </w:tcPr>
          <w:p w14:paraId="2F5C6DF3" w14:textId="77777777" w:rsidR="00F81D60" w:rsidRDefault="00000000">
            <w:pPr>
              <w:pStyle w:val="TableText"/>
              <w:spacing w:before="40" w:after="40"/>
            </w:pPr>
            <w:r>
              <w:t>Criterio di chiusura ed efficacia</w:t>
            </w:r>
          </w:p>
        </w:tc>
        <w:tc>
          <w:tcPr>
            <w:tcW w:w="7030" w:type="dxa"/>
            <w:shd w:val="clear" w:color="auto" w:fill="F5F7F9"/>
            <w:vAlign w:val="center"/>
          </w:tcPr>
          <w:p w14:paraId="07F2DA0C" w14:textId="77777777" w:rsidR="00F81D60" w:rsidRDefault="00000000">
            <w:pPr>
              <w:pStyle w:val="TableText"/>
              <w:spacing w:before="40" w:after="40"/>
            </w:pPr>
            <w:r>
              <w:t>[risultato osservabile, campione / periodo e metodo della verifica]</w:t>
            </w:r>
          </w:p>
        </w:tc>
      </w:tr>
      <w:tr w:rsidR="00F81D60" w14:paraId="478F6810" w14:textId="77777777">
        <w:trPr>
          <w:cantSplit/>
          <w:jc w:val="center"/>
        </w:trPr>
        <w:tc>
          <w:tcPr>
            <w:tcW w:w="2948" w:type="dxa"/>
            <w:vAlign w:val="center"/>
          </w:tcPr>
          <w:p w14:paraId="46DE59E9" w14:textId="77777777" w:rsidR="00F81D60" w:rsidRDefault="00000000">
            <w:pPr>
              <w:pStyle w:val="TableText"/>
              <w:spacing w:before="40" w:after="40"/>
            </w:pPr>
            <w:r>
              <w:t>Validatore designato</w:t>
            </w:r>
          </w:p>
        </w:tc>
        <w:tc>
          <w:tcPr>
            <w:tcW w:w="7030" w:type="dxa"/>
            <w:vAlign w:val="center"/>
          </w:tcPr>
          <w:p w14:paraId="5B2C24DF" w14:textId="77777777" w:rsidR="00F81D60" w:rsidRDefault="00000000">
            <w:pPr>
              <w:pStyle w:val="TableText"/>
              <w:spacing w:before="40" w:after="40"/>
            </w:pPr>
            <w:r>
              <w:t>[funzione competente; indipendenza dall’esecuzione ove praticabile]</w:t>
            </w:r>
          </w:p>
        </w:tc>
      </w:tr>
    </w:tbl>
    <w:p w14:paraId="6397FA9D" w14:textId="77777777" w:rsidR="00F81D60" w:rsidRDefault="00F81D60">
      <w:pPr>
        <w:spacing w:after="0"/>
      </w:pPr>
    </w:p>
    <w:p w14:paraId="587639D7" w14:textId="77777777" w:rsidR="00F81D60" w:rsidRDefault="00000000">
      <w:pPr>
        <w:pStyle w:val="Reference"/>
      </w:pPr>
      <w:r>
        <w:t>Convenzioni iniziali del workbook: P1 = 0, P2 = 30, P3 = 60, P4 = 90 giorni di calendario; preavviso 14 giorni. Non sono prescrizioni ISO né rinvii di obblighi urgenti. Le scadenze confermate prevalgono su quelle proposte; motivare modifiche e sospensioni.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1BBA34F8" w14:textId="77777777">
        <w:trPr>
          <w:tblHeader/>
          <w:jc w:val="center"/>
        </w:trPr>
        <w:tc>
          <w:tcPr>
            <w:tcW w:w="3326" w:type="dxa"/>
            <w:shd w:val="clear" w:color="auto" w:fill="17324D"/>
            <w:vAlign w:val="center"/>
          </w:tcPr>
          <w:p w14:paraId="4A95E105" w14:textId="77777777" w:rsidR="00F81D60" w:rsidRDefault="00000000">
            <w:pPr>
              <w:pStyle w:val="TableText"/>
              <w:spacing w:before="40" w:after="40"/>
            </w:pPr>
            <w:r>
              <w:rPr>
                <w:b/>
                <w:color w:val="FFFFFF"/>
              </w:rPr>
              <w:t>Responsabile dell’azione</w:t>
            </w:r>
          </w:p>
        </w:tc>
        <w:tc>
          <w:tcPr>
            <w:tcW w:w="3326" w:type="dxa"/>
            <w:shd w:val="clear" w:color="auto" w:fill="17324D"/>
            <w:vAlign w:val="center"/>
          </w:tcPr>
          <w:p w14:paraId="72E65694" w14:textId="77777777" w:rsidR="00F81D60" w:rsidRDefault="00000000">
            <w:pPr>
              <w:pStyle w:val="TableText"/>
              <w:spacing w:before="40" w:after="40"/>
            </w:pPr>
            <w:r>
              <w:rPr>
                <w:b/>
                <w:color w:val="FFFFFF"/>
              </w:rPr>
              <w:t>Approvazione risorse / scadenza</w:t>
            </w:r>
          </w:p>
        </w:tc>
        <w:tc>
          <w:tcPr>
            <w:tcW w:w="3326" w:type="dxa"/>
            <w:shd w:val="clear" w:color="auto" w:fill="17324D"/>
            <w:vAlign w:val="center"/>
          </w:tcPr>
          <w:p w14:paraId="09945CD6" w14:textId="77777777" w:rsidR="00F81D60" w:rsidRDefault="00000000">
            <w:pPr>
              <w:pStyle w:val="TableText"/>
              <w:spacing w:before="40" w:after="40"/>
            </w:pPr>
            <w:r>
              <w:rPr>
                <w:b/>
                <w:color w:val="FFFFFF"/>
              </w:rPr>
              <w:t>Data</w:t>
            </w:r>
          </w:p>
        </w:tc>
      </w:tr>
      <w:tr w:rsidR="00F81D60" w14:paraId="7B8E1603" w14:textId="77777777">
        <w:trPr>
          <w:cantSplit/>
          <w:trHeight w:val="454"/>
          <w:jc w:val="center"/>
        </w:trPr>
        <w:tc>
          <w:tcPr>
            <w:tcW w:w="3326" w:type="dxa"/>
            <w:vAlign w:val="center"/>
          </w:tcPr>
          <w:p w14:paraId="518EBC8C" w14:textId="77777777" w:rsidR="00F81D60" w:rsidRDefault="00000000">
            <w:pPr>
              <w:pStyle w:val="TableText"/>
              <w:spacing w:before="40" w:after="40"/>
            </w:pPr>
            <w:r>
              <w:t>[compilare]</w:t>
            </w:r>
          </w:p>
        </w:tc>
        <w:tc>
          <w:tcPr>
            <w:tcW w:w="3326" w:type="dxa"/>
            <w:vAlign w:val="center"/>
          </w:tcPr>
          <w:p w14:paraId="6BE43860" w14:textId="77777777" w:rsidR="00F81D60" w:rsidRDefault="00000000">
            <w:pPr>
              <w:pStyle w:val="TableText"/>
              <w:spacing w:before="40" w:after="40"/>
            </w:pPr>
            <w:r>
              <w:t>[compilare]</w:t>
            </w:r>
          </w:p>
        </w:tc>
        <w:tc>
          <w:tcPr>
            <w:tcW w:w="3326" w:type="dxa"/>
            <w:vAlign w:val="center"/>
          </w:tcPr>
          <w:p w14:paraId="2D539BD5" w14:textId="77777777" w:rsidR="00F81D60" w:rsidRDefault="00000000">
            <w:pPr>
              <w:pStyle w:val="TableText"/>
              <w:spacing w:before="40" w:after="40"/>
            </w:pPr>
            <w:r>
              <w:t>[compilare]</w:t>
            </w:r>
          </w:p>
        </w:tc>
      </w:tr>
    </w:tbl>
    <w:p w14:paraId="14EF76EA" w14:textId="77777777" w:rsidR="00F81D60" w:rsidRDefault="00F81D60">
      <w:pPr>
        <w:spacing w:after="0"/>
      </w:pPr>
    </w:p>
    <w:p w14:paraId="41B1B25E" w14:textId="77777777" w:rsidR="00F81D60" w:rsidRDefault="00000000">
      <w:r>
        <w:br w:type="page"/>
      </w:r>
    </w:p>
    <w:p w14:paraId="5914A54D" w14:textId="77777777" w:rsidR="00F81D60" w:rsidRDefault="00000000">
      <w:pPr>
        <w:pStyle w:val="Small"/>
      </w:pPr>
      <w:r>
        <w:rPr>
          <w:b/>
          <w:color w:val="006B70"/>
        </w:rPr>
        <w:t>ALLEGATO AZIENDALE  •  MOD-MM-17  •  parte 2</w:t>
      </w:r>
    </w:p>
    <w:p w14:paraId="08165D0F" w14:textId="77777777" w:rsidR="00F81D60" w:rsidRDefault="00000000">
      <w:pPr>
        <w:pStyle w:val="Titolo1"/>
      </w:pPr>
      <w:bookmarkStart w:id="78" w:name="A17_2"/>
      <w:r>
        <w:t>A17 | Azione | attuazione, efficacia e chiusura</w:t>
      </w:r>
      <w:bookmarkEnd w:id="78"/>
    </w:p>
    <w:p w14:paraId="5CFCB302" w14:textId="77777777" w:rsidR="00F81D60" w:rsidRDefault="00000000">
      <w:pPr>
        <w:pStyle w:val="Reference"/>
      </w:pPr>
      <w:r>
        <w:t>Base documentale: [XLS] PIANO_AZIONI; [ISO] § 5.9. Le istruzioni operative e i moduli sono elaborazioni aziendali del modello [AZ].</w:t>
      </w:r>
    </w:p>
    <w:p w14:paraId="656C3428" w14:textId="77777777" w:rsidR="00F81D60" w:rsidRDefault="00000000">
      <w:r>
        <w:t>La dichiarazione “Chiusa” non equivale a “CHIUSA VALIDATA” nel workbook. Completare l’intera catena di evidenze e verificare la coerenza delle date.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51A1F947" w14:textId="77777777">
        <w:trPr>
          <w:tblHeader/>
          <w:jc w:val="center"/>
        </w:trPr>
        <w:tc>
          <w:tcPr>
            <w:tcW w:w="2948" w:type="dxa"/>
            <w:shd w:val="clear" w:color="auto" w:fill="17324D"/>
            <w:vAlign w:val="center"/>
          </w:tcPr>
          <w:p w14:paraId="0319D9F9" w14:textId="77777777" w:rsidR="00F81D60" w:rsidRDefault="00000000">
            <w:pPr>
              <w:pStyle w:val="TableText"/>
              <w:spacing w:before="40" w:after="40"/>
            </w:pPr>
            <w:r>
              <w:rPr>
                <w:b/>
                <w:color w:val="FFFFFF"/>
              </w:rPr>
              <w:t>Campo</w:t>
            </w:r>
          </w:p>
        </w:tc>
        <w:tc>
          <w:tcPr>
            <w:tcW w:w="7030" w:type="dxa"/>
            <w:shd w:val="clear" w:color="auto" w:fill="17324D"/>
            <w:vAlign w:val="center"/>
          </w:tcPr>
          <w:p w14:paraId="11CBC71A" w14:textId="77777777" w:rsidR="00F81D60" w:rsidRDefault="00000000">
            <w:pPr>
              <w:pStyle w:val="TableText"/>
              <w:spacing w:before="40" w:after="40"/>
            </w:pPr>
            <w:r>
              <w:rPr>
                <w:b/>
                <w:color w:val="FFFFFF"/>
              </w:rPr>
              <w:t>Compilazione / decisione aziendale</w:t>
            </w:r>
          </w:p>
        </w:tc>
      </w:tr>
      <w:tr w:rsidR="00F81D60" w14:paraId="3E51556F" w14:textId="77777777">
        <w:trPr>
          <w:cantSplit/>
          <w:jc w:val="center"/>
        </w:trPr>
        <w:tc>
          <w:tcPr>
            <w:tcW w:w="2948" w:type="dxa"/>
            <w:vAlign w:val="center"/>
          </w:tcPr>
          <w:p w14:paraId="4DE4F88D" w14:textId="77777777" w:rsidR="00F81D60" w:rsidRDefault="00000000">
            <w:pPr>
              <w:pStyle w:val="TableText"/>
              <w:spacing w:before="40" w:after="40"/>
            </w:pPr>
            <w:r>
              <w:t>Azione e baseline</w:t>
            </w:r>
          </w:p>
        </w:tc>
        <w:tc>
          <w:tcPr>
            <w:tcW w:w="7030" w:type="dxa"/>
            <w:vAlign w:val="center"/>
          </w:tcPr>
          <w:p w14:paraId="6420184E" w14:textId="77777777" w:rsidR="00F81D60" w:rsidRDefault="00000000">
            <w:pPr>
              <w:pStyle w:val="TableText"/>
              <w:spacing w:before="40" w:after="40"/>
            </w:pPr>
            <w:r>
              <w:t>Azione: [ ]  •  ID MM-xxx: [ ]  •  esito iniziale conservato: [ ]</w:t>
            </w:r>
          </w:p>
        </w:tc>
      </w:tr>
      <w:tr w:rsidR="00F81D60" w14:paraId="002A3298" w14:textId="77777777">
        <w:trPr>
          <w:cantSplit/>
          <w:jc w:val="center"/>
        </w:trPr>
        <w:tc>
          <w:tcPr>
            <w:tcW w:w="2948" w:type="dxa"/>
            <w:shd w:val="clear" w:color="auto" w:fill="F5F7F9"/>
            <w:vAlign w:val="center"/>
          </w:tcPr>
          <w:p w14:paraId="514748C8" w14:textId="77777777" w:rsidR="00F81D60" w:rsidRDefault="00000000">
            <w:pPr>
              <w:pStyle w:val="TableText"/>
              <w:spacing w:before="40" w:after="40"/>
            </w:pPr>
            <w:r>
              <w:t>Attuazione effettiva</w:t>
            </w:r>
          </w:p>
        </w:tc>
        <w:tc>
          <w:tcPr>
            <w:tcW w:w="7030" w:type="dxa"/>
            <w:shd w:val="clear" w:color="auto" w:fill="F5F7F9"/>
            <w:vAlign w:val="center"/>
          </w:tcPr>
          <w:p w14:paraId="36C0091B" w14:textId="77777777" w:rsidR="00F81D60" w:rsidRDefault="00000000">
            <w:pPr>
              <w:pStyle w:val="TableText"/>
              <w:spacing w:before="40" w:after="40"/>
            </w:pPr>
            <w:r>
              <w:t>Data: [ ]  •  intervento realizzato: [ ]  •  differenze dal piano: [ ]</w:t>
            </w:r>
          </w:p>
        </w:tc>
      </w:tr>
      <w:tr w:rsidR="00F81D60" w14:paraId="14BD04CD" w14:textId="77777777">
        <w:trPr>
          <w:cantSplit/>
          <w:jc w:val="center"/>
        </w:trPr>
        <w:tc>
          <w:tcPr>
            <w:tcW w:w="2948" w:type="dxa"/>
            <w:vAlign w:val="center"/>
          </w:tcPr>
          <w:p w14:paraId="6DE3A644" w14:textId="77777777" w:rsidR="00F81D60" w:rsidRDefault="00000000">
            <w:pPr>
              <w:pStyle w:val="TableText"/>
              <w:spacing w:before="40" w:after="40"/>
            </w:pPr>
            <w:r>
              <w:t>Evidenza di attuazione</w:t>
            </w:r>
          </w:p>
        </w:tc>
        <w:tc>
          <w:tcPr>
            <w:tcW w:w="7030" w:type="dxa"/>
            <w:vAlign w:val="center"/>
          </w:tcPr>
          <w:p w14:paraId="516E6F9F" w14:textId="77777777" w:rsidR="00F81D60" w:rsidRDefault="00000000">
            <w:pPr>
              <w:pStyle w:val="TableText"/>
              <w:spacing w:before="40" w:after="40"/>
            </w:pPr>
            <w:r>
              <w:t>[documento, revisione, sopralluogo, foto non identificante, prova funzionale]</w:t>
            </w:r>
            <w:r>
              <w:br/>
            </w:r>
            <w:r>
              <w:br/>
              <w:t>[spazio]</w:t>
            </w:r>
          </w:p>
        </w:tc>
      </w:tr>
      <w:tr w:rsidR="00F81D60" w14:paraId="55F619F6" w14:textId="77777777">
        <w:trPr>
          <w:cantSplit/>
          <w:jc w:val="center"/>
        </w:trPr>
        <w:tc>
          <w:tcPr>
            <w:tcW w:w="2948" w:type="dxa"/>
            <w:shd w:val="clear" w:color="auto" w:fill="F5F7F9"/>
            <w:vAlign w:val="center"/>
          </w:tcPr>
          <w:p w14:paraId="326DDE60" w14:textId="77777777" w:rsidR="00F81D60" w:rsidRDefault="00000000">
            <w:pPr>
              <w:pStyle w:val="TableText"/>
              <w:spacing w:before="40" w:after="40"/>
            </w:pPr>
            <w:r>
              <w:t>Verifica dell’efficacia</w:t>
            </w:r>
          </w:p>
        </w:tc>
        <w:tc>
          <w:tcPr>
            <w:tcW w:w="7030" w:type="dxa"/>
            <w:shd w:val="clear" w:color="auto" w:fill="F5F7F9"/>
            <w:vAlign w:val="center"/>
          </w:tcPr>
          <w:p w14:paraId="3BF8E1AA" w14:textId="77777777" w:rsidR="00F81D60" w:rsidRDefault="00000000">
            <w:pPr>
              <w:pStyle w:val="TableText"/>
              <w:spacing w:before="40" w:after="40"/>
            </w:pPr>
            <w:r>
              <w:t>Data: [ ]  •  validatore: [ ]  •  campione / periodo / metodo: [ ]</w:t>
            </w:r>
          </w:p>
        </w:tc>
      </w:tr>
      <w:tr w:rsidR="00F81D60" w14:paraId="37513FEF" w14:textId="77777777">
        <w:trPr>
          <w:cantSplit/>
          <w:jc w:val="center"/>
        </w:trPr>
        <w:tc>
          <w:tcPr>
            <w:tcW w:w="2948" w:type="dxa"/>
            <w:vAlign w:val="center"/>
          </w:tcPr>
          <w:p w14:paraId="5D4EDF16" w14:textId="77777777" w:rsidR="00F81D60" w:rsidRDefault="00000000">
            <w:pPr>
              <w:pStyle w:val="TableText"/>
              <w:spacing w:before="40" w:after="40"/>
            </w:pPr>
            <w:r>
              <w:t>Risultati rispetto al criterio</w:t>
            </w:r>
          </w:p>
        </w:tc>
        <w:tc>
          <w:tcPr>
            <w:tcW w:w="7030" w:type="dxa"/>
            <w:vAlign w:val="center"/>
          </w:tcPr>
          <w:p w14:paraId="35D13E56" w14:textId="77777777" w:rsidR="00F81D60" w:rsidRDefault="00000000">
            <w:pPr>
              <w:pStyle w:val="TableText"/>
              <w:spacing w:before="40" w:after="40"/>
            </w:pPr>
            <w:r>
              <w:t>[descrivere il riscontro concreto, non soltanto “fatto” o “OK”]</w:t>
            </w:r>
            <w:r>
              <w:br/>
            </w:r>
            <w:r>
              <w:br/>
              <w:t>[spazio]</w:t>
            </w:r>
          </w:p>
        </w:tc>
      </w:tr>
      <w:tr w:rsidR="00F81D60" w14:paraId="22F5CA7F" w14:textId="77777777">
        <w:trPr>
          <w:cantSplit/>
          <w:jc w:val="center"/>
        </w:trPr>
        <w:tc>
          <w:tcPr>
            <w:tcW w:w="2948" w:type="dxa"/>
            <w:shd w:val="clear" w:color="auto" w:fill="F5F7F9"/>
            <w:vAlign w:val="center"/>
          </w:tcPr>
          <w:p w14:paraId="430E93BC" w14:textId="77777777" w:rsidR="00F81D60" w:rsidRDefault="00000000">
            <w:pPr>
              <w:pStyle w:val="TableText"/>
              <w:spacing w:before="40" w:after="40"/>
            </w:pPr>
            <w:r>
              <w:t>Efficacia nel workbook</w:t>
            </w:r>
          </w:p>
        </w:tc>
        <w:tc>
          <w:tcPr>
            <w:tcW w:w="7030" w:type="dxa"/>
            <w:shd w:val="clear" w:color="auto" w:fill="F5F7F9"/>
            <w:vAlign w:val="center"/>
          </w:tcPr>
          <w:p w14:paraId="214659F5" w14:textId="77777777" w:rsidR="00F81D60" w:rsidRDefault="00000000">
            <w:pPr>
              <w:pStyle w:val="TableText"/>
              <w:spacing w:before="40" w:after="40"/>
            </w:pPr>
            <w:r>
              <w:t>[Da verificare / Efficace / Non efficace]</w:t>
            </w:r>
          </w:p>
        </w:tc>
      </w:tr>
      <w:tr w:rsidR="00F81D60" w14:paraId="7DC51ECE" w14:textId="77777777">
        <w:trPr>
          <w:cantSplit/>
          <w:jc w:val="center"/>
        </w:trPr>
        <w:tc>
          <w:tcPr>
            <w:tcW w:w="2948" w:type="dxa"/>
            <w:vAlign w:val="center"/>
          </w:tcPr>
          <w:p w14:paraId="4A663058" w14:textId="77777777" w:rsidR="00F81D60" w:rsidRDefault="00000000">
            <w:pPr>
              <w:pStyle w:val="TableText"/>
              <w:spacing w:before="40" w:after="40"/>
            </w:pPr>
            <w:r>
              <w:t>Decisione</w:t>
            </w:r>
          </w:p>
        </w:tc>
        <w:tc>
          <w:tcPr>
            <w:tcW w:w="7030" w:type="dxa"/>
            <w:vAlign w:val="center"/>
          </w:tcPr>
          <w:p w14:paraId="4D598160" w14:textId="77777777" w:rsidR="00F81D60" w:rsidRDefault="00000000">
            <w:pPr>
              <w:pStyle w:val="TableText"/>
              <w:spacing w:before="40" w:after="40"/>
            </w:pPr>
            <w:r>
              <w:t>[chiusura validabile / da integrare / riapertura / nuova azione]  •  motivo: [ ]</w:t>
            </w:r>
          </w:p>
        </w:tc>
      </w:tr>
      <w:tr w:rsidR="00F81D60" w14:paraId="6D3DC1B4" w14:textId="77777777">
        <w:trPr>
          <w:cantSplit/>
          <w:jc w:val="center"/>
        </w:trPr>
        <w:tc>
          <w:tcPr>
            <w:tcW w:w="2948" w:type="dxa"/>
            <w:shd w:val="clear" w:color="auto" w:fill="F5F7F9"/>
            <w:vAlign w:val="center"/>
          </w:tcPr>
          <w:p w14:paraId="0E3BCA5D" w14:textId="77777777" w:rsidR="00F81D60" w:rsidRDefault="00000000">
            <w:pPr>
              <w:pStyle w:val="TableText"/>
              <w:spacing w:before="40" w:after="40"/>
            </w:pPr>
            <w:r>
              <w:t>Se non efficace</w:t>
            </w:r>
          </w:p>
        </w:tc>
        <w:tc>
          <w:tcPr>
            <w:tcW w:w="7030" w:type="dxa"/>
            <w:shd w:val="clear" w:color="auto" w:fill="F5F7F9"/>
            <w:vAlign w:val="center"/>
          </w:tcPr>
          <w:p w14:paraId="26CEF946" w14:textId="77777777" w:rsidR="00F81D60" w:rsidRDefault="00000000">
            <w:pPr>
              <w:pStyle w:val="TableText"/>
              <w:spacing w:before="40" w:after="40"/>
            </w:pPr>
            <w:r>
              <w:t>Misura transitoria: [ ]  •  intervento ulteriore: [ ]  •  responsabile/data: [ ]</w:t>
            </w:r>
          </w:p>
        </w:tc>
      </w:tr>
      <w:tr w:rsidR="00F81D60" w14:paraId="07D1D44F" w14:textId="77777777">
        <w:trPr>
          <w:cantSplit/>
          <w:jc w:val="center"/>
        </w:trPr>
        <w:tc>
          <w:tcPr>
            <w:tcW w:w="2948" w:type="dxa"/>
            <w:vAlign w:val="center"/>
          </w:tcPr>
          <w:p w14:paraId="753CF6F8" w14:textId="77777777" w:rsidR="00F81D60" w:rsidRDefault="00000000">
            <w:pPr>
              <w:pStyle w:val="TableText"/>
              <w:spacing w:before="40" w:after="40"/>
            </w:pPr>
            <w:r>
              <w:t>Controllo dati di chiusura</w:t>
            </w:r>
          </w:p>
        </w:tc>
        <w:tc>
          <w:tcPr>
            <w:tcW w:w="7030" w:type="dxa"/>
            <w:vAlign w:val="center"/>
          </w:tcPr>
          <w:p w14:paraId="3EDB8D8B" w14:textId="77777777" w:rsidR="00F81D60" w:rsidRDefault="00000000">
            <w:pPr>
              <w:pStyle w:val="TableText"/>
              <w:spacing w:before="40" w:after="40"/>
            </w:pPr>
            <w:r>
              <w:t>Azione [ ]  responsabile [ ]  apertura [ ]  scadenza [ ]  attuazione [ ]</w:t>
            </w:r>
            <w:r>
              <w:br/>
              <w:t>Evidenza [ ]  efficacia [ ]  data verifica [ ]  validatore [ ]  baseline completa [ ]</w:t>
            </w:r>
          </w:p>
        </w:tc>
      </w:tr>
      <w:tr w:rsidR="00F81D60" w14:paraId="682C5CC6" w14:textId="77777777">
        <w:trPr>
          <w:cantSplit/>
          <w:jc w:val="center"/>
        </w:trPr>
        <w:tc>
          <w:tcPr>
            <w:tcW w:w="2948" w:type="dxa"/>
            <w:shd w:val="clear" w:color="auto" w:fill="F5F7F9"/>
            <w:vAlign w:val="center"/>
          </w:tcPr>
          <w:p w14:paraId="17CA80C4" w14:textId="77777777" w:rsidR="00F81D60" w:rsidRDefault="00000000">
            <w:pPr>
              <w:pStyle w:val="TableText"/>
              <w:spacing w:before="40" w:after="40"/>
            </w:pPr>
            <w:r>
              <w:t>Esito calcolato / riscontro</w:t>
            </w:r>
          </w:p>
        </w:tc>
        <w:tc>
          <w:tcPr>
            <w:tcW w:w="7030" w:type="dxa"/>
            <w:shd w:val="clear" w:color="auto" w:fill="F5F7F9"/>
            <w:vAlign w:val="center"/>
          </w:tcPr>
          <w:p w14:paraId="4EBA9D2B" w14:textId="77777777" w:rsidR="00F81D60" w:rsidRDefault="00000000">
            <w:pPr>
              <w:pStyle w:val="TableText"/>
              <w:spacing w:before="40" w:after="40"/>
            </w:pPr>
            <w:r>
              <w:t>Stato del workbook: [ ]  •  anomalie residue: [ ]  •  controllato da/data: [ ]</w:t>
            </w:r>
          </w:p>
        </w:tc>
      </w:tr>
      <w:tr w:rsidR="00F81D60" w14:paraId="145FD86A" w14:textId="77777777">
        <w:trPr>
          <w:cantSplit/>
          <w:jc w:val="center"/>
        </w:trPr>
        <w:tc>
          <w:tcPr>
            <w:tcW w:w="2948" w:type="dxa"/>
            <w:vAlign w:val="center"/>
          </w:tcPr>
          <w:p w14:paraId="08F01630" w14:textId="77777777" w:rsidR="00F81D60" w:rsidRDefault="00000000">
            <w:pPr>
              <w:pStyle w:val="TableText"/>
              <w:spacing w:before="40" w:after="40"/>
            </w:pPr>
            <w:r>
              <w:t>Archiviazione e comunicazione</w:t>
            </w:r>
          </w:p>
        </w:tc>
        <w:tc>
          <w:tcPr>
            <w:tcW w:w="7030" w:type="dxa"/>
            <w:vAlign w:val="center"/>
          </w:tcPr>
          <w:p w14:paraId="7D8FE562" w14:textId="77777777" w:rsidR="00F81D60" w:rsidRDefault="00000000">
            <w:pPr>
              <w:pStyle w:val="TableText"/>
              <w:spacing w:before="40" w:after="40"/>
            </w:pPr>
            <w:r>
              <w:t>[percorso sistema, documenti aggiornati, destinatari organizzativi]</w:t>
            </w:r>
          </w:p>
        </w:tc>
      </w:tr>
    </w:tbl>
    <w:p w14:paraId="3BFE1F1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171DED91" w14:textId="77777777">
        <w:trPr>
          <w:tblHeader/>
          <w:jc w:val="center"/>
        </w:trPr>
        <w:tc>
          <w:tcPr>
            <w:tcW w:w="3326" w:type="dxa"/>
            <w:shd w:val="clear" w:color="auto" w:fill="17324D"/>
            <w:vAlign w:val="center"/>
          </w:tcPr>
          <w:p w14:paraId="1EFAB0BC" w14:textId="77777777" w:rsidR="00F81D60" w:rsidRDefault="00000000">
            <w:pPr>
              <w:pStyle w:val="TableText"/>
              <w:spacing w:before="40" w:after="40"/>
            </w:pPr>
            <w:r>
              <w:rPr>
                <w:b/>
                <w:color w:val="FFFFFF"/>
              </w:rPr>
              <w:t>Attuatore</w:t>
            </w:r>
          </w:p>
        </w:tc>
        <w:tc>
          <w:tcPr>
            <w:tcW w:w="3326" w:type="dxa"/>
            <w:shd w:val="clear" w:color="auto" w:fill="17324D"/>
            <w:vAlign w:val="center"/>
          </w:tcPr>
          <w:p w14:paraId="125AE2CF" w14:textId="77777777" w:rsidR="00F81D60" w:rsidRDefault="00000000">
            <w:pPr>
              <w:pStyle w:val="TableText"/>
              <w:spacing w:before="40" w:after="40"/>
            </w:pPr>
            <w:r>
              <w:rPr>
                <w:b/>
                <w:color w:val="FFFFFF"/>
              </w:rPr>
              <w:t>Validatore dell’efficacia</w:t>
            </w:r>
          </w:p>
        </w:tc>
        <w:tc>
          <w:tcPr>
            <w:tcW w:w="3326" w:type="dxa"/>
            <w:shd w:val="clear" w:color="auto" w:fill="17324D"/>
            <w:vAlign w:val="center"/>
          </w:tcPr>
          <w:p w14:paraId="43BBCFC1" w14:textId="77777777" w:rsidR="00F81D60" w:rsidRDefault="00000000">
            <w:pPr>
              <w:pStyle w:val="TableText"/>
              <w:spacing w:before="40" w:after="40"/>
            </w:pPr>
            <w:r>
              <w:rPr>
                <w:b/>
                <w:color w:val="FFFFFF"/>
              </w:rPr>
              <w:t>Data</w:t>
            </w:r>
          </w:p>
        </w:tc>
      </w:tr>
      <w:tr w:rsidR="00F81D60" w14:paraId="17F9B9B0" w14:textId="77777777">
        <w:trPr>
          <w:cantSplit/>
          <w:trHeight w:val="454"/>
          <w:jc w:val="center"/>
        </w:trPr>
        <w:tc>
          <w:tcPr>
            <w:tcW w:w="3326" w:type="dxa"/>
            <w:vAlign w:val="center"/>
          </w:tcPr>
          <w:p w14:paraId="722F8DF8" w14:textId="77777777" w:rsidR="00F81D60" w:rsidRDefault="00000000">
            <w:pPr>
              <w:pStyle w:val="TableText"/>
              <w:spacing w:before="40" w:after="40"/>
            </w:pPr>
            <w:r>
              <w:t>[compilare]</w:t>
            </w:r>
          </w:p>
        </w:tc>
        <w:tc>
          <w:tcPr>
            <w:tcW w:w="3326" w:type="dxa"/>
            <w:vAlign w:val="center"/>
          </w:tcPr>
          <w:p w14:paraId="25664913" w14:textId="77777777" w:rsidR="00F81D60" w:rsidRDefault="00000000">
            <w:pPr>
              <w:pStyle w:val="TableText"/>
              <w:spacing w:before="40" w:after="40"/>
            </w:pPr>
            <w:r>
              <w:t>[compilare]</w:t>
            </w:r>
          </w:p>
        </w:tc>
        <w:tc>
          <w:tcPr>
            <w:tcW w:w="3326" w:type="dxa"/>
            <w:vAlign w:val="center"/>
          </w:tcPr>
          <w:p w14:paraId="600E199E" w14:textId="77777777" w:rsidR="00F81D60" w:rsidRDefault="00000000">
            <w:pPr>
              <w:pStyle w:val="TableText"/>
              <w:spacing w:before="40" w:after="40"/>
            </w:pPr>
            <w:r>
              <w:t>[compilare]</w:t>
            </w:r>
          </w:p>
        </w:tc>
      </w:tr>
    </w:tbl>
    <w:p w14:paraId="62554F01" w14:textId="77777777" w:rsidR="00F81D60" w:rsidRDefault="00F81D60">
      <w:pPr>
        <w:spacing w:after="0"/>
      </w:pPr>
    </w:p>
    <w:p w14:paraId="7DC4D0CC" w14:textId="77777777" w:rsidR="00F81D60" w:rsidRDefault="00000000">
      <w:pPr>
        <w:pStyle w:val="Reference"/>
      </w:pPr>
      <w:r>
        <w:t>Non modificare retroattivamente il risultato iniziale dell’audit per simulare il miglioramento. Conservare la baseline e mostrare separatamente l’avanzamento; una nuova campagna utilizza una nuova copia identificata del workbook.</w:t>
      </w:r>
    </w:p>
    <w:p w14:paraId="028B107C" w14:textId="77777777" w:rsidR="00F81D60" w:rsidRDefault="00000000">
      <w:r>
        <w:br w:type="page"/>
      </w:r>
    </w:p>
    <w:p w14:paraId="2C040797" w14:textId="77777777" w:rsidR="00F81D60" w:rsidRDefault="00000000">
      <w:pPr>
        <w:pStyle w:val="Small"/>
      </w:pPr>
      <w:r>
        <w:rPr>
          <w:b/>
          <w:color w:val="006B70"/>
        </w:rPr>
        <w:t>ALLEGATO AZIENDALE  •  MOD-MM-18  •  parte 1</w:t>
      </w:r>
    </w:p>
    <w:p w14:paraId="31A3FB95" w14:textId="77777777" w:rsidR="00F81D60" w:rsidRDefault="00000000">
      <w:pPr>
        <w:pStyle w:val="Titolo1"/>
      </w:pPr>
      <w:bookmarkStart w:id="79" w:name="A18_1"/>
      <w:r>
        <w:t>A18 | Scheda privacy da approvare prima dell’avvio</w:t>
      </w:r>
      <w:bookmarkEnd w:id="79"/>
    </w:p>
    <w:p w14:paraId="7AF757CB" w14:textId="77777777" w:rsidR="00F81D60" w:rsidRDefault="00000000">
      <w:pPr>
        <w:pStyle w:val="Reference"/>
      </w:pPr>
      <w:r>
        <w:t>Base documentale: [ISO] § 5.6; [UE1] artt. 5, 6, 9, 13, 24–25 e 32; [IT2]. Le istruzioni operative e i moduli sono elaborazioni aziendali del modello [AZ].</w:t>
      </w:r>
    </w:p>
    <w:p w14:paraId="7DF010B0" w14:textId="77777777" w:rsidR="00F81D60" w:rsidRDefault="00000000">
      <w:r>
        <w:t>DOCUMENTO DI CONFIGURAZIONE – NON È UN’INFORMATIVA GIÀ VALIDA. Compilare con la funzione privacy competente. Il DPO, ove designato, svolge il proprio ruolo consultivo; la responsabilità delle decisioni resta del titolare.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A9E3A8C" w14:textId="77777777">
        <w:trPr>
          <w:tblHeader/>
          <w:jc w:val="center"/>
        </w:trPr>
        <w:tc>
          <w:tcPr>
            <w:tcW w:w="2948" w:type="dxa"/>
            <w:shd w:val="clear" w:color="auto" w:fill="17324D"/>
            <w:vAlign w:val="center"/>
          </w:tcPr>
          <w:p w14:paraId="7DBD1935" w14:textId="77777777" w:rsidR="00F81D60" w:rsidRDefault="00000000">
            <w:pPr>
              <w:pStyle w:val="TableText"/>
              <w:spacing w:before="40" w:after="40"/>
            </w:pPr>
            <w:r>
              <w:rPr>
                <w:b/>
                <w:color w:val="FFFFFF"/>
              </w:rPr>
              <w:t>Campo</w:t>
            </w:r>
          </w:p>
        </w:tc>
        <w:tc>
          <w:tcPr>
            <w:tcW w:w="7030" w:type="dxa"/>
            <w:shd w:val="clear" w:color="auto" w:fill="17324D"/>
            <w:vAlign w:val="center"/>
          </w:tcPr>
          <w:p w14:paraId="5A7D0E66" w14:textId="77777777" w:rsidR="00F81D60" w:rsidRDefault="00000000">
            <w:pPr>
              <w:pStyle w:val="TableText"/>
              <w:spacing w:before="40" w:after="40"/>
            </w:pPr>
            <w:r>
              <w:rPr>
                <w:b/>
                <w:color w:val="FFFFFF"/>
              </w:rPr>
              <w:t>Compilazione / decisione aziendale</w:t>
            </w:r>
          </w:p>
        </w:tc>
      </w:tr>
      <w:tr w:rsidR="00F81D60" w14:paraId="1105249D" w14:textId="77777777">
        <w:trPr>
          <w:cantSplit/>
          <w:jc w:val="center"/>
        </w:trPr>
        <w:tc>
          <w:tcPr>
            <w:tcW w:w="2948" w:type="dxa"/>
            <w:vAlign w:val="center"/>
          </w:tcPr>
          <w:p w14:paraId="7338B804" w14:textId="77777777" w:rsidR="00F81D60" w:rsidRDefault="00000000">
            <w:pPr>
              <w:pStyle w:val="TableText"/>
              <w:spacing w:before="40" w:after="40"/>
            </w:pPr>
            <w:r>
              <w:t>Titolare / referente privacy</w:t>
            </w:r>
          </w:p>
        </w:tc>
        <w:tc>
          <w:tcPr>
            <w:tcW w:w="7030" w:type="dxa"/>
            <w:vAlign w:val="center"/>
          </w:tcPr>
          <w:p w14:paraId="61F86344" w14:textId="77777777" w:rsidR="00F81D60" w:rsidRDefault="00000000">
            <w:pPr>
              <w:pStyle w:val="TableText"/>
              <w:spacing w:before="40" w:after="40"/>
            </w:pPr>
            <w:r>
              <w:t>Denominazione, sede e contatti: [ ]  •  DPO, ove designato: [ ]</w:t>
            </w:r>
          </w:p>
        </w:tc>
      </w:tr>
      <w:tr w:rsidR="00F81D60" w14:paraId="658E7A35" w14:textId="77777777">
        <w:trPr>
          <w:cantSplit/>
          <w:jc w:val="center"/>
        </w:trPr>
        <w:tc>
          <w:tcPr>
            <w:tcW w:w="2948" w:type="dxa"/>
            <w:shd w:val="clear" w:color="auto" w:fill="F5F7F9"/>
            <w:vAlign w:val="center"/>
          </w:tcPr>
          <w:p w14:paraId="0D5A46A6" w14:textId="77777777" w:rsidR="00F81D60" w:rsidRDefault="00000000">
            <w:pPr>
              <w:pStyle w:val="TableText"/>
              <w:spacing w:before="40" w:after="40"/>
            </w:pPr>
            <w:r>
              <w:t>Finalità determinate</w:t>
            </w:r>
          </w:p>
        </w:tc>
        <w:tc>
          <w:tcPr>
            <w:tcW w:w="7030" w:type="dxa"/>
            <w:shd w:val="clear" w:color="auto" w:fill="F5F7F9"/>
            <w:vAlign w:val="center"/>
          </w:tcPr>
          <w:p w14:paraId="5B54F6D7" w14:textId="77777777" w:rsidR="00F81D60" w:rsidRDefault="00000000">
            <w:pPr>
              <w:pStyle w:val="TableText"/>
              <w:spacing w:before="40" w:after="40"/>
            </w:pPr>
            <w:r>
              <w:t>[distinguere ricezione, valutazione, attuazione, riesame, segnalazioni, audit aggregato]</w:t>
            </w:r>
          </w:p>
        </w:tc>
      </w:tr>
      <w:tr w:rsidR="00F81D60" w14:paraId="79B7671A" w14:textId="77777777">
        <w:trPr>
          <w:cantSplit/>
          <w:jc w:val="center"/>
        </w:trPr>
        <w:tc>
          <w:tcPr>
            <w:tcW w:w="2948" w:type="dxa"/>
            <w:vAlign w:val="center"/>
          </w:tcPr>
          <w:p w14:paraId="25F336DF" w14:textId="77777777" w:rsidR="00F81D60" w:rsidRDefault="00000000">
            <w:pPr>
              <w:pStyle w:val="TableText"/>
              <w:spacing w:before="40" w:after="40"/>
            </w:pPr>
            <w:r>
              <w:t>Dati strettamente necessari</w:t>
            </w:r>
          </w:p>
        </w:tc>
        <w:tc>
          <w:tcPr>
            <w:tcW w:w="7030" w:type="dxa"/>
            <w:vAlign w:val="center"/>
          </w:tcPr>
          <w:p w14:paraId="7E8CC6E6" w14:textId="77777777" w:rsidR="00F81D60" w:rsidRDefault="00000000">
            <w:pPr>
              <w:pStyle w:val="TableText"/>
              <w:spacing w:before="40" w:after="40"/>
            </w:pPr>
            <w:r>
              <w:t>[identità minima, contatto, compito, istruzioni funzionali, decisioni; escludere dati superflui]</w:t>
            </w:r>
          </w:p>
        </w:tc>
      </w:tr>
      <w:tr w:rsidR="00F81D60" w14:paraId="1ECEB5CD" w14:textId="77777777">
        <w:trPr>
          <w:cantSplit/>
          <w:jc w:val="center"/>
        </w:trPr>
        <w:tc>
          <w:tcPr>
            <w:tcW w:w="2948" w:type="dxa"/>
            <w:shd w:val="clear" w:color="auto" w:fill="F5F7F9"/>
            <w:vAlign w:val="center"/>
          </w:tcPr>
          <w:p w14:paraId="0BFB52E6" w14:textId="77777777" w:rsidR="00F81D60" w:rsidRDefault="00000000">
            <w:pPr>
              <w:pStyle w:val="TableText"/>
              <w:spacing w:before="40" w:after="40"/>
            </w:pPr>
            <w:r>
              <w:t>Possibili dati di salute o altra categoria particolare</w:t>
            </w:r>
          </w:p>
        </w:tc>
        <w:tc>
          <w:tcPr>
            <w:tcW w:w="7030" w:type="dxa"/>
            <w:shd w:val="clear" w:color="auto" w:fill="F5F7F9"/>
            <w:vAlign w:val="center"/>
          </w:tcPr>
          <w:p w14:paraId="43A7FE2C" w14:textId="77777777" w:rsidR="00F81D60" w:rsidRDefault="00000000">
            <w:pPr>
              <w:pStyle w:val="TableText"/>
              <w:spacing w:before="40" w:after="40"/>
            </w:pPr>
            <w:r>
              <w:t>[valutare anche ciò che si desume indirettamente da misure e codici; non dichiarare automaticamente “solo dati comuni”]</w:t>
            </w:r>
          </w:p>
        </w:tc>
      </w:tr>
      <w:tr w:rsidR="00F81D60" w14:paraId="7DB03565" w14:textId="77777777">
        <w:trPr>
          <w:cantSplit/>
          <w:jc w:val="center"/>
        </w:trPr>
        <w:tc>
          <w:tcPr>
            <w:tcW w:w="2948" w:type="dxa"/>
            <w:vAlign w:val="center"/>
          </w:tcPr>
          <w:p w14:paraId="7B214ED0" w14:textId="77777777" w:rsidR="00F81D60" w:rsidRDefault="00000000">
            <w:pPr>
              <w:pStyle w:val="TableText"/>
              <w:spacing w:before="40" w:after="40"/>
            </w:pPr>
            <w:r>
              <w:t>Presupposto art. 6 per ciascuna finalità</w:t>
            </w:r>
          </w:p>
        </w:tc>
        <w:tc>
          <w:tcPr>
            <w:tcW w:w="7030" w:type="dxa"/>
            <w:vAlign w:val="center"/>
          </w:tcPr>
          <w:p w14:paraId="47D97D7E" w14:textId="77777777" w:rsidR="00F81D60" w:rsidRDefault="00000000">
            <w:pPr>
              <w:pStyle w:val="TableText"/>
              <w:spacing w:before="40" w:after="40"/>
            </w:pPr>
            <w:r>
              <w:t>[indicare disposizione pertinente e motivazione applicabile; non lasciare formule generiche]</w:t>
            </w:r>
          </w:p>
        </w:tc>
      </w:tr>
      <w:tr w:rsidR="00F81D60" w14:paraId="536B87E7" w14:textId="77777777">
        <w:trPr>
          <w:cantSplit/>
          <w:jc w:val="center"/>
        </w:trPr>
        <w:tc>
          <w:tcPr>
            <w:tcW w:w="2948" w:type="dxa"/>
            <w:shd w:val="clear" w:color="auto" w:fill="F5F7F9"/>
            <w:vAlign w:val="center"/>
          </w:tcPr>
          <w:p w14:paraId="6BFD4FBC" w14:textId="77777777" w:rsidR="00F81D60" w:rsidRDefault="00000000">
            <w:pPr>
              <w:pStyle w:val="TableText"/>
              <w:spacing w:before="40" w:after="40"/>
            </w:pPr>
            <w:r>
              <w:t>Condizione art. 9 per ciascuna finalità pertinente</w:t>
            </w:r>
          </w:p>
        </w:tc>
        <w:tc>
          <w:tcPr>
            <w:tcW w:w="7030" w:type="dxa"/>
            <w:shd w:val="clear" w:color="auto" w:fill="F5F7F9"/>
            <w:vAlign w:val="center"/>
          </w:tcPr>
          <w:p w14:paraId="6FE8DCCD" w14:textId="77777777" w:rsidR="00F81D60" w:rsidRDefault="00000000">
            <w:pPr>
              <w:pStyle w:val="TableText"/>
              <w:spacing w:before="40" w:after="40"/>
            </w:pPr>
            <w:r>
              <w:t>[indicare condizione e norme di supporto quando necessarie; verificare pertinenza al datore di lavoro, distinta dal circuito sanitario]</w:t>
            </w:r>
          </w:p>
        </w:tc>
      </w:tr>
      <w:tr w:rsidR="00F81D60" w14:paraId="6253B701" w14:textId="77777777">
        <w:trPr>
          <w:cantSplit/>
          <w:jc w:val="center"/>
        </w:trPr>
        <w:tc>
          <w:tcPr>
            <w:tcW w:w="2948" w:type="dxa"/>
            <w:vAlign w:val="center"/>
          </w:tcPr>
          <w:p w14:paraId="5F498441" w14:textId="77777777" w:rsidR="00F81D60" w:rsidRDefault="00000000">
            <w:pPr>
              <w:pStyle w:val="TableText"/>
              <w:spacing w:before="40" w:after="40"/>
            </w:pPr>
            <w:r>
              <w:t>Necessità e alternative meno intrusive</w:t>
            </w:r>
          </w:p>
        </w:tc>
        <w:tc>
          <w:tcPr>
            <w:tcW w:w="7030" w:type="dxa"/>
            <w:vAlign w:val="center"/>
          </w:tcPr>
          <w:p w14:paraId="22639B90" w14:textId="77777777" w:rsidR="00F81D60" w:rsidRDefault="00000000">
            <w:pPr>
              <w:pStyle w:val="TableText"/>
              <w:spacing w:before="40" w:after="40"/>
            </w:pPr>
            <w:r>
              <w:t>[perché i dati sono necessari; quali supporti possono essere attuati senza raccoglierli]</w:t>
            </w:r>
          </w:p>
        </w:tc>
      </w:tr>
      <w:tr w:rsidR="00F81D60" w14:paraId="5A49B4BC" w14:textId="77777777">
        <w:trPr>
          <w:cantSplit/>
          <w:jc w:val="center"/>
        </w:trPr>
        <w:tc>
          <w:tcPr>
            <w:tcW w:w="2948" w:type="dxa"/>
            <w:shd w:val="clear" w:color="auto" w:fill="F5F7F9"/>
            <w:vAlign w:val="center"/>
          </w:tcPr>
          <w:p w14:paraId="40A09D72" w14:textId="77777777" w:rsidR="00F81D60" w:rsidRDefault="00000000">
            <w:pPr>
              <w:pStyle w:val="TableText"/>
              <w:spacing w:before="40" w:after="40"/>
            </w:pPr>
            <w:r>
              <w:t>Ruoli e destinatari</w:t>
            </w:r>
          </w:p>
        </w:tc>
        <w:tc>
          <w:tcPr>
            <w:tcW w:w="7030" w:type="dxa"/>
            <w:shd w:val="clear" w:color="auto" w:fill="F5F7F9"/>
            <w:vAlign w:val="center"/>
          </w:tcPr>
          <w:p w14:paraId="6CC4F075" w14:textId="77777777" w:rsidR="00F81D60" w:rsidRDefault="00000000">
            <w:pPr>
              <w:pStyle w:val="TableText"/>
              <w:spacing w:before="40" w:after="40"/>
            </w:pPr>
            <w:r>
              <w:t>[autorizzati per funzione, eventuali responsabili esterni e titolari autonomi; nessun accesso indiscriminato]</w:t>
            </w:r>
          </w:p>
        </w:tc>
      </w:tr>
      <w:tr w:rsidR="00F81D60" w14:paraId="18DA782C" w14:textId="77777777">
        <w:trPr>
          <w:cantSplit/>
          <w:jc w:val="center"/>
        </w:trPr>
        <w:tc>
          <w:tcPr>
            <w:tcW w:w="2948" w:type="dxa"/>
            <w:vAlign w:val="center"/>
          </w:tcPr>
          <w:p w14:paraId="58A7706E" w14:textId="77777777" w:rsidR="00F81D60" w:rsidRDefault="00000000">
            <w:pPr>
              <w:pStyle w:val="TableText"/>
              <w:spacing w:before="40" w:after="40"/>
            </w:pPr>
            <w:r>
              <w:t>Canali, sistemi e localizzazione</w:t>
            </w:r>
          </w:p>
        </w:tc>
        <w:tc>
          <w:tcPr>
            <w:tcW w:w="7030" w:type="dxa"/>
            <w:vAlign w:val="center"/>
          </w:tcPr>
          <w:p w14:paraId="2A910786" w14:textId="77777777" w:rsidR="00F81D60" w:rsidRDefault="00000000">
            <w:pPr>
              <w:pStyle w:val="TableText"/>
              <w:spacing w:before="40" w:after="40"/>
            </w:pPr>
            <w:r>
              <w:t>[posta/cartelle/gestionale/carta; fornitori; eventuali trasferimenti e garanzie]</w:t>
            </w:r>
          </w:p>
        </w:tc>
      </w:tr>
      <w:tr w:rsidR="00F81D60" w14:paraId="2AA2DF8D" w14:textId="77777777">
        <w:trPr>
          <w:cantSplit/>
          <w:jc w:val="center"/>
        </w:trPr>
        <w:tc>
          <w:tcPr>
            <w:tcW w:w="2948" w:type="dxa"/>
            <w:shd w:val="clear" w:color="auto" w:fill="F5F7F9"/>
            <w:vAlign w:val="center"/>
          </w:tcPr>
          <w:p w14:paraId="1040F752" w14:textId="77777777" w:rsidR="00F81D60" w:rsidRDefault="00000000">
            <w:pPr>
              <w:pStyle w:val="TableText"/>
              <w:spacing w:before="40" w:after="40"/>
            </w:pPr>
            <w:r>
              <w:t>Conservazione e cancellazione</w:t>
            </w:r>
          </w:p>
        </w:tc>
        <w:tc>
          <w:tcPr>
            <w:tcW w:w="7030" w:type="dxa"/>
            <w:shd w:val="clear" w:color="auto" w:fill="F5F7F9"/>
            <w:vAlign w:val="center"/>
          </w:tcPr>
          <w:p w14:paraId="275CB545" w14:textId="77777777" w:rsidR="00F81D60" w:rsidRDefault="00000000">
            <w:pPr>
              <w:pStyle w:val="TableText"/>
              <w:spacing w:before="40" w:after="40"/>
            </w:pPr>
            <w:r>
              <w:t>[tempi o criteri per singola finalità; rinvio A19; blocchi motivati]</w:t>
            </w:r>
          </w:p>
        </w:tc>
      </w:tr>
      <w:tr w:rsidR="00F81D60" w14:paraId="12887375" w14:textId="77777777">
        <w:trPr>
          <w:cantSplit/>
          <w:jc w:val="center"/>
        </w:trPr>
        <w:tc>
          <w:tcPr>
            <w:tcW w:w="2948" w:type="dxa"/>
            <w:vAlign w:val="center"/>
          </w:tcPr>
          <w:p w14:paraId="4566E2A3" w14:textId="77777777" w:rsidR="00F81D60" w:rsidRDefault="00000000">
            <w:pPr>
              <w:pStyle w:val="TableText"/>
              <w:spacing w:before="40" w:after="40"/>
            </w:pPr>
            <w:r>
              <w:t>Valutazioni e presidi</w:t>
            </w:r>
          </w:p>
        </w:tc>
        <w:tc>
          <w:tcPr>
            <w:tcW w:w="7030" w:type="dxa"/>
            <w:vAlign w:val="center"/>
          </w:tcPr>
          <w:p w14:paraId="17116CD2" w14:textId="77777777" w:rsidR="00F81D60" w:rsidRDefault="00000000">
            <w:pPr>
              <w:pStyle w:val="TableText"/>
              <w:spacing w:before="40" w:after="40"/>
            </w:pPr>
            <w:r>
              <w:t>Registro trattamenti [ ]  •  rischio privacy [ ]  •  necessità DPIA valutata [ ]  •  sicurezza [ ]</w:t>
            </w:r>
          </w:p>
        </w:tc>
      </w:tr>
      <w:tr w:rsidR="00F81D60" w14:paraId="7CF5420E" w14:textId="77777777">
        <w:trPr>
          <w:cantSplit/>
          <w:jc w:val="center"/>
        </w:trPr>
        <w:tc>
          <w:tcPr>
            <w:tcW w:w="2948" w:type="dxa"/>
            <w:shd w:val="clear" w:color="auto" w:fill="F5F7F9"/>
            <w:vAlign w:val="center"/>
          </w:tcPr>
          <w:p w14:paraId="17C207B4" w14:textId="77777777" w:rsidR="00F81D60" w:rsidRDefault="00000000">
            <w:pPr>
              <w:pStyle w:val="TableText"/>
              <w:spacing w:before="40" w:after="40"/>
            </w:pPr>
            <w:r>
              <w:t>Esito e autorizzazione</w:t>
            </w:r>
          </w:p>
        </w:tc>
        <w:tc>
          <w:tcPr>
            <w:tcW w:w="7030" w:type="dxa"/>
            <w:shd w:val="clear" w:color="auto" w:fill="F5F7F9"/>
            <w:vAlign w:val="center"/>
          </w:tcPr>
          <w:p w14:paraId="09AE40B6" w14:textId="77777777" w:rsidR="00F81D60" w:rsidRDefault="00000000">
            <w:pPr>
              <w:pStyle w:val="TableText"/>
              <w:spacing w:before="40" w:after="40"/>
            </w:pPr>
            <w:r>
              <w:t>[approvato / da integrare / non avviabile]  •  responsabile, data e condizioni: [ ]</w:t>
            </w:r>
          </w:p>
        </w:tc>
      </w:tr>
    </w:tbl>
    <w:p w14:paraId="67F41F4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68F0625A" w14:textId="77777777">
        <w:trPr>
          <w:tblHeader/>
          <w:jc w:val="center"/>
        </w:trPr>
        <w:tc>
          <w:tcPr>
            <w:tcW w:w="9978" w:type="dxa"/>
            <w:shd w:val="clear" w:color="auto" w:fill="17324D"/>
            <w:vAlign w:val="center"/>
          </w:tcPr>
          <w:p w14:paraId="1B60BAF1" w14:textId="77777777" w:rsidR="00F81D60" w:rsidRDefault="00000000">
            <w:pPr>
              <w:pStyle w:val="TableText"/>
              <w:spacing w:before="40" w:after="40"/>
            </w:pPr>
            <w:r>
              <w:rPr>
                <w:b/>
                <w:color w:val="FFFFFF"/>
                <w:sz w:val="19"/>
              </w:rPr>
              <w:t>CONDIZIONE DI AVVIO</w:t>
            </w:r>
          </w:p>
        </w:tc>
      </w:tr>
      <w:tr w:rsidR="00F81D60" w14:paraId="586DBF5A" w14:textId="77777777">
        <w:trPr>
          <w:cantSplit/>
          <w:jc w:val="center"/>
        </w:trPr>
        <w:tc>
          <w:tcPr>
            <w:tcW w:w="9978" w:type="dxa"/>
            <w:shd w:val="clear" w:color="auto" w:fill="EAF3F4"/>
            <w:vAlign w:val="center"/>
          </w:tcPr>
          <w:p w14:paraId="68F9F660" w14:textId="77777777" w:rsidR="00F81D60" w:rsidRDefault="00000000">
            <w:pPr>
              <w:pStyle w:val="TableText"/>
              <w:spacing w:before="40" w:after="40"/>
            </w:pPr>
            <w:r>
              <w:rPr>
                <w:sz w:val="19"/>
              </w:rPr>
              <w:t>Non attivare la raccolta individuale finché finalità, basi, informativa, accessi e conservazione non sono definiti. L’informazione sanitaria spontaneamente inviata non diventa per questo liberamente utilizzabile: gestirla con la funzione competente, limitarne la circolazione e non copiarla nel workbook.</w:t>
            </w:r>
          </w:p>
        </w:tc>
      </w:tr>
    </w:tbl>
    <w:p w14:paraId="0552D0EA" w14:textId="77777777" w:rsidR="00F81D60" w:rsidRDefault="00F81D60">
      <w:pPr>
        <w:spacing w:after="0"/>
      </w:pPr>
    </w:p>
    <w:p w14:paraId="55256617" w14:textId="77777777" w:rsidR="00F81D60" w:rsidRDefault="00000000">
      <w:r>
        <w:br w:type="page"/>
      </w:r>
    </w:p>
    <w:p w14:paraId="16CA6C54" w14:textId="77777777" w:rsidR="00F81D60" w:rsidRDefault="00000000">
      <w:pPr>
        <w:pStyle w:val="Small"/>
      </w:pPr>
      <w:r>
        <w:rPr>
          <w:b/>
          <w:color w:val="006B70"/>
        </w:rPr>
        <w:t>ALLEGATO AZIENDALE  •  MOD-MM-18  •  parte 2</w:t>
      </w:r>
    </w:p>
    <w:p w14:paraId="6EAAA289" w14:textId="77777777" w:rsidR="00F81D60" w:rsidRDefault="00000000">
      <w:pPr>
        <w:pStyle w:val="Titolo1"/>
      </w:pPr>
      <w:bookmarkStart w:id="80" w:name="A18_2"/>
      <w:r>
        <w:t>A18 | Schema di informativa da completare e consegnare</w:t>
      </w:r>
      <w:bookmarkEnd w:id="80"/>
    </w:p>
    <w:p w14:paraId="232A61AD" w14:textId="77777777" w:rsidR="00F81D60" w:rsidRDefault="00000000">
      <w:pPr>
        <w:pStyle w:val="Reference"/>
      </w:pPr>
      <w:r>
        <w:t>Base documentale: [UE1] art. 13; [ISO] § 5.6. Le istruzioni operative e i moduli sono elaborazioni aziendali del modello [AZ].</w:t>
      </w:r>
    </w:p>
    <w:p w14:paraId="2BF1DFB9" w14:textId="77777777" w:rsidR="00F81D60" w:rsidRDefault="00000000">
      <w:r>
        <w:t>TESTO DA PERSONALIZZARE E VALIDARE PRIMA DELL’USO. Eliminare istruzioni e alternative non pertinenti. Non consegnare un’informativa con campi essenziali vuoti.</w:t>
      </w:r>
    </w:p>
    <w:p w14:paraId="792086AF" w14:textId="77777777" w:rsidR="00F81D60" w:rsidRDefault="00000000">
      <w:pPr>
        <w:pStyle w:val="Titolo2"/>
      </w:pPr>
      <w:r>
        <w:t>Informativa sul trattamento dei dati per il supporto e gli adattamenti del lavoro</w:t>
      </w:r>
    </w:p>
    <w:p w14:paraId="6FDBD68A" w14:textId="77777777" w:rsidR="00F81D60" w:rsidRDefault="00000000">
      <w:r>
        <w:rPr>
          <w:b/>
        </w:rPr>
        <w:t>Titolare e contatti.</w:t>
      </w:r>
      <w:r>
        <w:t xml:space="preserve"> Il titolare del trattamento è [denominazione, sede e recapito]. Per questioni sui dati personali è possibile contattare [recapito dedicato]. Il responsabile della protezione dei dati, ove designato, è contattabile a [recapito / indicare non designato solo se verificato].</w:t>
      </w:r>
    </w:p>
    <w:p w14:paraId="5FC26CC8" w14:textId="77777777" w:rsidR="00F81D60" w:rsidRDefault="00000000">
      <w:r>
        <w:rPr>
          <w:b/>
        </w:rPr>
        <w:t>Finalità e dati.</w:t>
      </w:r>
      <w:r>
        <w:t xml:space="preserve"> I dati sono trattati per [descrivere distintamente le finalità approvate]. Sono utilizzati esclusivamente [categorie necessarie]. Non è richiesto di comunicare diagnosi, referti, terapie o informazioni intime non necessarie. Le comunicazioni sanitarie che richiedono un professionista seguono il relativo circuito, separato dalla gestione del personale.</w:t>
      </w:r>
    </w:p>
    <w:p w14:paraId="40D43037" w14:textId="77777777" w:rsidR="00F81D60" w:rsidRDefault="00000000">
      <w:r>
        <w:rPr>
          <w:b/>
        </w:rPr>
        <w:t>Basi del trattamento.</w:t>
      </w:r>
      <w:r>
        <w:t xml:space="preserve"> Per la finalità [specificare], il presupposto ai sensi dell’articolo 6 del GDPR è [indicare]. Quando sono trattati dati appartenenti a categorie particolari, la condizione pertinente ai sensi dell’articolo 9 è [indicare] con riferimento a [norma o presupposto applicabile]. Ripetere la descrizione per ogni finalità distinta, secondo la scheda approvata.</w:t>
      </w:r>
    </w:p>
    <w:p w14:paraId="274A759D" w14:textId="77777777" w:rsidR="00F81D60" w:rsidRDefault="00000000">
      <w:r>
        <w:rPr>
          <w:b/>
        </w:rPr>
        <w:t>Conferimento.</w:t>
      </w:r>
      <w:r>
        <w:t xml:space="preserve"> [Distinguere dati necessari e facoltativi, eventuale obbligo legale e conseguenze concrete del mancato conferimento]. Il mancato consenso a una divulgazione facoltativa non impedisce, di per sé, un supporto che possa essere organizzato senza tale divulgazione. L’eventuale impossibilità di valutare una specifica richiesta è spiegata in concreto e sono esaminate alternative meno intrusive.</w:t>
      </w:r>
    </w:p>
    <w:p w14:paraId="6E8ED462" w14:textId="77777777" w:rsidR="00F81D60" w:rsidRDefault="00000000">
      <w:r>
        <w:rPr>
          <w:b/>
        </w:rPr>
        <w:t>Accesso e destinatari.</w:t>
      </w:r>
      <w:r>
        <w:t xml:space="preserve"> I dati sono accessibili ai soli soggetti autorizzati che ne hanno necessità per [funzioni]. Le comunicazioni a [categorie di destinatari effettivi] sono limitate alle informazioni pertinenti. [Precisare fornitori, responsabili esterni e titolari autonomi realmente coinvolti]. I dati non sono diffusi al personale o utilizzati per comunicazioni pubblicitarie.</w:t>
      </w:r>
    </w:p>
    <w:p w14:paraId="7876B753" w14:textId="77777777" w:rsidR="00F81D60" w:rsidRDefault="00000000">
      <w:r>
        <w:rPr>
          <w:b/>
        </w:rPr>
        <w:t>Conservazione e trasferimenti.</w:t>
      </w:r>
      <w:r>
        <w:t xml:space="preserve"> I dati sono conservati per [periodi o criteri comprensibili per ciascuna finalità], successivamente [cancellazione/anonimizzazione effettiva secondo i casi]. [Descrivere eventuali trasferimenti fuori dallo SEE e garanzie, oppure dichiararne l’assenza solo dopo verifica].</w:t>
      </w:r>
    </w:p>
    <w:p w14:paraId="7D63D193" w14:textId="77777777" w:rsidR="00F81D60" w:rsidRDefault="00000000">
      <w:r>
        <w:rPr>
          <w:b/>
        </w:rPr>
        <w:t>Diritti e reclamo.</w:t>
      </w:r>
      <w:r>
        <w:t xml:space="preserve"> Nei casi e nei limiti previsti dalla normativa si possono esercitare i diritti di accesso, rettifica, cancellazione, limitazione, opposizione e, ove applicabile, portabilità, contattando [recapito]. Quando una specifica operazione si basa sul consenso, questo può essere revocato senza pregiudicare la liceità del trattamento precedente. È possibile proporre reclamo al Garante per la protezione dei dati personali.</w:t>
      </w:r>
    </w:p>
    <w:p w14:paraId="796C004A" w14:textId="77777777" w:rsidR="00F81D60" w:rsidRDefault="00000000">
      <w:r>
        <w:rPr>
          <w:b/>
        </w:rPr>
        <w:t>Decisioni automatizzate.</w:t>
      </w:r>
      <w:r>
        <w:t xml:space="preserve"> [Descrivere la situazione effettiva; nel modello non sono previste decisioni automatizzate su idoneità, carriera o accesso al supporto]. Gli indicatori di audit riguardano misure organizzative e non costituiscono profili sanitari individuali. [Integrare ogni ulteriore informazione dovuta per il trattamento concreto].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5CED4405" w14:textId="77777777">
        <w:trPr>
          <w:tblHeader/>
          <w:jc w:val="center"/>
        </w:trPr>
        <w:tc>
          <w:tcPr>
            <w:tcW w:w="2948" w:type="dxa"/>
            <w:shd w:val="clear" w:color="auto" w:fill="17324D"/>
            <w:vAlign w:val="center"/>
          </w:tcPr>
          <w:p w14:paraId="3F541BE2" w14:textId="77777777" w:rsidR="00F81D60" w:rsidRDefault="00000000">
            <w:pPr>
              <w:pStyle w:val="TableText"/>
              <w:spacing w:before="40" w:after="40"/>
            </w:pPr>
            <w:r>
              <w:rPr>
                <w:b/>
                <w:color w:val="FFFFFF"/>
              </w:rPr>
              <w:t>Campo</w:t>
            </w:r>
          </w:p>
        </w:tc>
        <w:tc>
          <w:tcPr>
            <w:tcW w:w="7030" w:type="dxa"/>
            <w:shd w:val="clear" w:color="auto" w:fill="17324D"/>
            <w:vAlign w:val="center"/>
          </w:tcPr>
          <w:p w14:paraId="18BE7077" w14:textId="77777777" w:rsidR="00F81D60" w:rsidRDefault="00000000">
            <w:pPr>
              <w:pStyle w:val="TableText"/>
              <w:spacing w:before="40" w:after="40"/>
            </w:pPr>
            <w:r>
              <w:rPr>
                <w:b/>
                <w:color w:val="FFFFFF"/>
              </w:rPr>
              <w:t>Compilazione / decisione aziendale</w:t>
            </w:r>
          </w:p>
        </w:tc>
      </w:tr>
      <w:tr w:rsidR="00F81D60" w14:paraId="264F0DC1" w14:textId="77777777">
        <w:trPr>
          <w:cantSplit/>
          <w:jc w:val="center"/>
        </w:trPr>
        <w:tc>
          <w:tcPr>
            <w:tcW w:w="2948" w:type="dxa"/>
            <w:vAlign w:val="center"/>
          </w:tcPr>
          <w:p w14:paraId="155755E7" w14:textId="77777777" w:rsidR="00F81D60" w:rsidRDefault="00000000">
            <w:pPr>
              <w:pStyle w:val="TableText"/>
              <w:spacing w:before="40" w:after="40"/>
            </w:pPr>
            <w:r>
              <w:t>Versione / consegna</w:t>
            </w:r>
          </w:p>
        </w:tc>
        <w:tc>
          <w:tcPr>
            <w:tcW w:w="7030" w:type="dxa"/>
            <w:vAlign w:val="center"/>
          </w:tcPr>
          <w:p w14:paraId="5287297A" w14:textId="77777777" w:rsidR="00F81D60" w:rsidRDefault="00000000">
            <w:pPr>
              <w:pStyle w:val="TableText"/>
              <w:spacing w:before="40" w:after="40"/>
            </w:pPr>
            <w:r>
              <w:t>Codice informativa: [ ]  •  versione e data: [ ]  •  canale e prova di consegna: [ ]</w:t>
            </w:r>
          </w:p>
        </w:tc>
      </w:tr>
    </w:tbl>
    <w:p w14:paraId="41CF7630" w14:textId="77777777" w:rsidR="00F81D60" w:rsidRDefault="00F81D60">
      <w:pPr>
        <w:spacing w:after="0"/>
      </w:pPr>
    </w:p>
    <w:p w14:paraId="4EF5D771" w14:textId="77777777" w:rsidR="00F81D60" w:rsidRDefault="00000000">
      <w:pPr>
        <w:pStyle w:val="Reference"/>
      </w:pPr>
      <w:r>
        <w:t>La registrazione di ricezione dell’informativa non è una richiesta di consenso. Non inserire una casella unica che autorizzi qualsiasi dato o destinatario.</w:t>
      </w:r>
    </w:p>
    <w:p w14:paraId="4856F93F" w14:textId="77777777" w:rsidR="00F81D60" w:rsidRDefault="00000000">
      <w:r>
        <w:br w:type="page"/>
      </w:r>
    </w:p>
    <w:p w14:paraId="4BA4AEA4" w14:textId="77777777" w:rsidR="00F81D60" w:rsidRDefault="00000000">
      <w:pPr>
        <w:pStyle w:val="Small"/>
      </w:pPr>
      <w:r>
        <w:rPr>
          <w:b/>
          <w:color w:val="006B70"/>
        </w:rPr>
        <w:t>ALLEGATO AZIENDALE  •  MOD-MM-19  •  parte 1</w:t>
      </w:r>
    </w:p>
    <w:p w14:paraId="07CCB1BB" w14:textId="77777777" w:rsidR="00F81D60" w:rsidRDefault="00000000">
      <w:pPr>
        <w:pStyle w:val="Titolo1"/>
      </w:pPr>
      <w:bookmarkStart w:id="81" w:name="A19_1"/>
      <w:r>
        <w:t>A19 | Matrice accessi e conservazione</w:t>
      </w:r>
      <w:bookmarkEnd w:id="81"/>
    </w:p>
    <w:p w14:paraId="52CB18D7" w14:textId="77777777" w:rsidR="00F81D60" w:rsidRDefault="00000000">
      <w:pPr>
        <w:pStyle w:val="Reference"/>
      </w:pPr>
      <w:r>
        <w:t>Base documentale: [ISO] § 5.6; [UE1] artt. 5, 25 e 32. Le istruzioni operative e i moduli sono elaborazioni aziendali del modello [AZ].</w:t>
      </w:r>
    </w:p>
    <w:p w14:paraId="5484DC00" w14:textId="77777777" w:rsidR="00F81D60" w:rsidRDefault="00000000">
      <w:r>
        <w:t>CLASSIFICAZIONE: SISTEMA / PRIVACY. Approvare prima dell’avvio. I codici di pratiche individuali restano dati personali se possono essere ricollegati alla persona.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7"/>
        <w:gridCol w:w="3628"/>
        <w:gridCol w:w="3402"/>
      </w:tblGrid>
      <w:tr w:rsidR="00F81D60" w14:paraId="32A84B46" w14:textId="77777777">
        <w:trPr>
          <w:tblHeader/>
          <w:jc w:val="center"/>
        </w:trPr>
        <w:tc>
          <w:tcPr>
            <w:tcW w:w="2948" w:type="dxa"/>
            <w:shd w:val="clear" w:color="auto" w:fill="17324D"/>
            <w:vAlign w:val="center"/>
          </w:tcPr>
          <w:p w14:paraId="07F8DB6C" w14:textId="77777777" w:rsidR="00F81D60" w:rsidRDefault="00000000">
            <w:pPr>
              <w:pStyle w:val="TableText"/>
              <w:spacing w:before="40" w:after="40"/>
            </w:pPr>
            <w:r>
              <w:rPr>
                <w:b/>
                <w:color w:val="FFFFFF"/>
              </w:rPr>
              <w:t>Archivio / documenti</w:t>
            </w:r>
          </w:p>
        </w:tc>
        <w:tc>
          <w:tcPr>
            <w:tcW w:w="3628" w:type="dxa"/>
            <w:shd w:val="clear" w:color="auto" w:fill="17324D"/>
            <w:vAlign w:val="center"/>
          </w:tcPr>
          <w:p w14:paraId="71067587" w14:textId="77777777" w:rsidR="00F81D60" w:rsidRDefault="00000000">
            <w:pPr>
              <w:pStyle w:val="TableText"/>
              <w:spacing w:before="40" w:after="40"/>
            </w:pPr>
            <w:r>
              <w:rPr>
                <w:b/>
                <w:color w:val="FFFFFF"/>
              </w:rPr>
              <w:t>Accessi minimi e finalità</w:t>
            </w:r>
          </w:p>
        </w:tc>
        <w:tc>
          <w:tcPr>
            <w:tcW w:w="3402" w:type="dxa"/>
            <w:shd w:val="clear" w:color="auto" w:fill="17324D"/>
            <w:vAlign w:val="center"/>
          </w:tcPr>
          <w:p w14:paraId="1FD7BE32" w14:textId="77777777" w:rsidR="00F81D60" w:rsidRDefault="00000000">
            <w:pPr>
              <w:pStyle w:val="TableText"/>
              <w:spacing w:before="40" w:after="40"/>
            </w:pPr>
            <w:r>
              <w:rPr>
                <w:b/>
                <w:color w:val="FFFFFF"/>
              </w:rPr>
              <w:t>Tempo / criterio e custode</w:t>
            </w:r>
          </w:p>
        </w:tc>
      </w:tr>
      <w:tr w:rsidR="00F81D60" w14:paraId="192C0224" w14:textId="77777777">
        <w:trPr>
          <w:cantSplit/>
          <w:trHeight w:val="567"/>
          <w:jc w:val="center"/>
        </w:trPr>
        <w:tc>
          <w:tcPr>
            <w:tcW w:w="2948" w:type="dxa"/>
            <w:vAlign w:val="center"/>
          </w:tcPr>
          <w:p w14:paraId="7D5C7E5D" w14:textId="77777777" w:rsidR="00F81D60" w:rsidRDefault="00000000">
            <w:pPr>
              <w:pStyle w:val="TableText"/>
              <w:spacing w:before="40" w:after="40"/>
            </w:pPr>
            <w:r>
              <w:t>Sistema: procedura, audit, A01–A08, azioni generali</w:t>
            </w:r>
          </w:p>
        </w:tc>
        <w:tc>
          <w:tcPr>
            <w:tcW w:w="3628" w:type="dxa"/>
            <w:vAlign w:val="center"/>
          </w:tcPr>
          <w:p w14:paraId="6068AFFE" w14:textId="77777777" w:rsidR="00F81D60" w:rsidRDefault="00000000">
            <w:pPr>
              <w:pStyle w:val="TableText"/>
              <w:spacing w:before="40" w:after="40"/>
            </w:pPr>
            <w:r>
              <w:t>[funzioni autorizzate; escludere dati individuali]</w:t>
            </w:r>
          </w:p>
        </w:tc>
        <w:tc>
          <w:tcPr>
            <w:tcW w:w="3402" w:type="dxa"/>
            <w:vAlign w:val="center"/>
          </w:tcPr>
          <w:p w14:paraId="2B348701" w14:textId="77777777" w:rsidR="00F81D60" w:rsidRDefault="00000000">
            <w:pPr>
              <w:pStyle w:val="TableText"/>
              <w:spacing w:before="40" w:after="40"/>
            </w:pPr>
            <w:r>
              <w:t>[periodo motivato, custode, cancellazione]</w:t>
            </w:r>
          </w:p>
        </w:tc>
      </w:tr>
      <w:tr w:rsidR="00F81D60" w14:paraId="24459481" w14:textId="77777777">
        <w:trPr>
          <w:cantSplit/>
          <w:trHeight w:val="567"/>
          <w:jc w:val="center"/>
        </w:trPr>
        <w:tc>
          <w:tcPr>
            <w:tcW w:w="2948" w:type="dxa"/>
            <w:shd w:val="clear" w:color="auto" w:fill="F5F7F9"/>
            <w:vAlign w:val="center"/>
          </w:tcPr>
          <w:p w14:paraId="485ACB36" w14:textId="77777777" w:rsidR="00F81D60" w:rsidRDefault="00000000">
            <w:pPr>
              <w:pStyle w:val="TableText"/>
              <w:spacing w:before="40" w:after="40"/>
            </w:pPr>
            <w:r>
              <w:t>Pratiche individuali: A09–A14</w:t>
            </w:r>
          </w:p>
        </w:tc>
        <w:tc>
          <w:tcPr>
            <w:tcW w:w="3628" w:type="dxa"/>
            <w:shd w:val="clear" w:color="auto" w:fill="F5F7F9"/>
            <w:vAlign w:val="center"/>
          </w:tcPr>
          <w:p w14:paraId="5E32AFEE" w14:textId="77777777" w:rsidR="00F81D60" w:rsidRDefault="00000000">
            <w:pPr>
              <w:pStyle w:val="TableText"/>
              <w:spacing w:before="40" w:after="40"/>
            </w:pPr>
            <w:r>
              <w:t>[referenti strettamente necessari; estratti ai manager]</w:t>
            </w:r>
          </w:p>
        </w:tc>
        <w:tc>
          <w:tcPr>
            <w:tcW w:w="3402" w:type="dxa"/>
            <w:shd w:val="clear" w:color="auto" w:fill="F5F7F9"/>
            <w:vAlign w:val="center"/>
          </w:tcPr>
          <w:p w14:paraId="59942B14" w14:textId="77777777" w:rsidR="00F81D60" w:rsidRDefault="00000000">
            <w:pPr>
              <w:pStyle w:val="TableText"/>
              <w:spacing w:before="40" w:after="40"/>
            </w:pPr>
            <w:r>
              <w:t>[periodo per finalità; riesame alla cessazione misura]</w:t>
            </w:r>
          </w:p>
        </w:tc>
      </w:tr>
      <w:tr w:rsidR="00F81D60" w14:paraId="195D12AB" w14:textId="77777777">
        <w:trPr>
          <w:cantSplit/>
          <w:trHeight w:val="567"/>
          <w:jc w:val="center"/>
        </w:trPr>
        <w:tc>
          <w:tcPr>
            <w:tcW w:w="2948" w:type="dxa"/>
            <w:vAlign w:val="center"/>
          </w:tcPr>
          <w:p w14:paraId="1C5EE478" w14:textId="77777777" w:rsidR="00F81D60" w:rsidRDefault="00000000">
            <w:pPr>
              <w:pStyle w:val="TableText"/>
              <w:spacing w:before="40" w:after="40"/>
            </w:pPr>
            <w:r>
              <w:t>Istruzioni operative A16</w:t>
            </w:r>
          </w:p>
        </w:tc>
        <w:tc>
          <w:tcPr>
            <w:tcW w:w="3628" w:type="dxa"/>
            <w:vAlign w:val="center"/>
          </w:tcPr>
          <w:p w14:paraId="7F6F8DA1" w14:textId="77777777" w:rsidR="00F81D60" w:rsidRDefault="00000000">
            <w:pPr>
              <w:pStyle w:val="TableText"/>
              <w:spacing w:before="40" w:after="40"/>
            </w:pPr>
            <w:r>
              <w:t>[solo destinatari della copertura e sicurezza]</w:t>
            </w:r>
          </w:p>
        </w:tc>
        <w:tc>
          <w:tcPr>
            <w:tcW w:w="3402" w:type="dxa"/>
            <w:vAlign w:val="center"/>
          </w:tcPr>
          <w:p w14:paraId="759968F9" w14:textId="77777777" w:rsidR="00F81D60" w:rsidRDefault="00000000">
            <w:pPr>
              <w:pStyle w:val="TableText"/>
              <w:spacing w:before="40" w:after="40"/>
            </w:pPr>
            <w:r>
              <w:t>[validità operativa; sostituzione versioni]</w:t>
            </w:r>
          </w:p>
        </w:tc>
      </w:tr>
      <w:tr w:rsidR="00F81D60" w14:paraId="7CEA725A" w14:textId="77777777">
        <w:trPr>
          <w:cantSplit/>
          <w:trHeight w:val="567"/>
          <w:jc w:val="center"/>
        </w:trPr>
        <w:tc>
          <w:tcPr>
            <w:tcW w:w="2948" w:type="dxa"/>
            <w:shd w:val="clear" w:color="auto" w:fill="F5F7F9"/>
            <w:vAlign w:val="center"/>
          </w:tcPr>
          <w:p w14:paraId="22A1E77D" w14:textId="77777777" w:rsidR="00F81D60" w:rsidRDefault="00000000">
            <w:pPr>
              <w:pStyle w:val="TableText"/>
              <w:spacing w:before="40" w:after="40"/>
            </w:pPr>
            <w:r>
              <w:t>Segnalazioni individuali A20</w:t>
            </w:r>
          </w:p>
        </w:tc>
        <w:tc>
          <w:tcPr>
            <w:tcW w:w="3628" w:type="dxa"/>
            <w:shd w:val="clear" w:color="auto" w:fill="F5F7F9"/>
            <w:vAlign w:val="center"/>
          </w:tcPr>
          <w:p w14:paraId="383A772F" w14:textId="77777777" w:rsidR="00F81D60" w:rsidRDefault="00000000">
            <w:pPr>
              <w:pStyle w:val="TableText"/>
              <w:spacing w:before="40" w:after="40"/>
            </w:pPr>
            <w:r>
              <w:t>[istruttori indipendenti autorizzati]</w:t>
            </w:r>
          </w:p>
        </w:tc>
        <w:tc>
          <w:tcPr>
            <w:tcW w:w="3402" w:type="dxa"/>
            <w:shd w:val="clear" w:color="auto" w:fill="F5F7F9"/>
            <w:vAlign w:val="center"/>
          </w:tcPr>
          <w:p w14:paraId="35FB1892" w14:textId="77777777" w:rsidR="00F81D60" w:rsidRDefault="00000000">
            <w:pPr>
              <w:pStyle w:val="TableText"/>
              <w:spacing w:before="40" w:after="40"/>
            </w:pPr>
            <w:r>
              <w:t>[criterio specifico; eventuali conservazioni motivate]</w:t>
            </w:r>
          </w:p>
        </w:tc>
      </w:tr>
      <w:tr w:rsidR="00F81D60" w14:paraId="147525B3" w14:textId="77777777">
        <w:trPr>
          <w:cantSplit/>
          <w:trHeight w:val="567"/>
          <w:jc w:val="center"/>
        </w:trPr>
        <w:tc>
          <w:tcPr>
            <w:tcW w:w="2948" w:type="dxa"/>
            <w:vAlign w:val="center"/>
          </w:tcPr>
          <w:p w14:paraId="4931D451" w14:textId="77777777" w:rsidR="00F81D60" w:rsidRDefault="00000000">
            <w:pPr>
              <w:pStyle w:val="TableText"/>
              <w:spacing w:before="40" w:after="40"/>
            </w:pPr>
            <w:r>
              <w:t>Presenze e test formativi A22</w:t>
            </w:r>
          </w:p>
        </w:tc>
        <w:tc>
          <w:tcPr>
            <w:tcW w:w="3628" w:type="dxa"/>
            <w:vAlign w:val="center"/>
          </w:tcPr>
          <w:p w14:paraId="17AAF761" w14:textId="77777777" w:rsidR="00F81D60" w:rsidRDefault="00000000">
            <w:pPr>
              <w:pStyle w:val="TableText"/>
              <w:spacing w:before="40" w:after="40"/>
            </w:pPr>
            <w:r>
              <w:t>[gestione formazione; non collegare a condizioni sanitarie]</w:t>
            </w:r>
          </w:p>
        </w:tc>
        <w:tc>
          <w:tcPr>
            <w:tcW w:w="3402" w:type="dxa"/>
            <w:vAlign w:val="center"/>
          </w:tcPr>
          <w:p w14:paraId="14E0F073" w14:textId="77777777" w:rsidR="00F81D60" w:rsidRDefault="00000000">
            <w:pPr>
              <w:pStyle w:val="TableText"/>
              <w:spacing w:before="40" w:after="40"/>
            </w:pPr>
            <w:r>
              <w:t>[periodo pertinente; custode]</w:t>
            </w:r>
          </w:p>
        </w:tc>
      </w:tr>
      <w:tr w:rsidR="00F81D60" w14:paraId="4E31335F" w14:textId="77777777">
        <w:trPr>
          <w:cantSplit/>
          <w:trHeight w:val="567"/>
          <w:jc w:val="center"/>
        </w:trPr>
        <w:tc>
          <w:tcPr>
            <w:tcW w:w="2948" w:type="dxa"/>
            <w:shd w:val="clear" w:color="auto" w:fill="F5F7F9"/>
            <w:vAlign w:val="center"/>
          </w:tcPr>
          <w:p w14:paraId="6D340729" w14:textId="77777777" w:rsidR="00F81D60" w:rsidRDefault="00000000">
            <w:pPr>
              <w:pStyle w:val="TableText"/>
              <w:spacing w:before="40" w:after="40"/>
            </w:pPr>
            <w:r>
              <w:t>Survey e aggregati A23–A24</w:t>
            </w:r>
          </w:p>
        </w:tc>
        <w:tc>
          <w:tcPr>
            <w:tcW w:w="3628" w:type="dxa"/>
            <w:shd w:val="clear" w:color="auto" w:fill="F5F7F9"/>
            <w:vAlign w:val="center"/>
          </w:tcPr>
          <w:p w14:paraId="0003A683" w14:textId="77777777" w:rsidR="00F81D60" w:rsidRDefault="00000000">
            <w:pPr>
              <w:pStyle w:val="TableText"/>
              <w:spacing w:before="40" w:after="40"/>
            </w:pPr>
            <w:r>
              <w:t>[analista autorizzato; risultati non identificanti]</w:t>
            </w:r>
          </w:p>
        </w:tc>
        <w:tc>
          <w:tcPr>
            <w:tcW w:w="3402" w:type="dxa"/>
            <w:shd w:val="clear" w:color="auto" w:fill="F5F7F9"/>
            <w:vAlign w:val="center"/>
          </w:tcPr>
          <w:p w14:paraId="27179162" w14:textId="77777777" w:rsidR="00F81D60" w:rsidRDefault="00000000">
            <w:pPr>
              <w:pStyle w:val="TableText"/>
              <w:spacing w:before="40" w:after="40"/>
            </w:pPr>
            <w:r>
              <w:t>[cancellare grezzi quando non più necessari]</w:t>
            </w:r>
          </w:p>
        </w:tc>
      </w:tr>
      <w:tr w:rsidR="00F81D60" w14:paraId="3BA3524A" w14:textId="77777777">
        <w:trPr>
          <w:cantSplit/>
          <w:trHeight w:val="567"/>
          <w:jc w:val="center"/>
        </w:trPr>
        <w:tc>
          <w:tcPr>
            <w:tcW w:w="2948" w:type="dxa"/>
            <w:vAlign w:val="center"/>
          </w:tcPr>
          <w:p w14:paraId="508C91D9" w14:textId="77777777" w:rsidR="00F81D60" w:rsidRDefault="00000000">
            <w:pPr>
              <w:pStyle w:val="TableText"/>
              <w:spacing w:before="40" w:after="40"/>
            </w:pPr>
            <w:r>
              <w:t>Documentazione sanitaria</w:t>
            </w:r>
          </w:p>
        </w:tc>
        <w:tc>
          <w:tcPr>
            <w:tcW w:w="3628" w:type="dxa"/>
            <w:vAlign w:val="center"/>
          </w:tcPr>
          <w:p w14:paraId="3BC41B2F" w14:textId="77777777" w:rsidR="00F81D60" w:rsidRDefault="00000000">
            <w:pPr>
              <w:pStyle w:val="TableText"/>
              <w:spacing w:before="40" w:after="40"/>
            </w:pPr>
            <w:r>
              <w:t>[solo circuito sanitario competente; non archivio HR]</w:t>
            </w:r>
          </w:p>
        </w:tc>
        <w:tc>
          <w:tcPr>
            <w:tcW w:w="3402" w:type="dxa"/>
            <w:vAlign w:val="center"/>
          </w:tcPr>
          <w:p w14:paraId="6D539C62" w14:textId="77777777" w:rsidR="00F81D60" w:rsidRDefault="00000000">
            <w:pPr>
              <w:pStyle w:val="TableText"/>
              <w:spacing w:before="40" w:after="40"/>
            </w:pPr>
            <w:r>
              <w:t>[regole e responsabilità del circuito competente]</w:t>
            </w:r>
          </w:p>
        </w:tc>
      </w:tr>
    </w:tbl>
    <w:p w14:paraId="0398AFF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1974C03" w14:textId="77777777">
        <w:trPr>
          <w:tblHeader/>
          <w:jc w:val="center"/>
        </w:trPr>
        <w:tc>
          <w:tcPr>
            <w:tcW w:w="2948" w:type="dxa"/>
            <w:shd w:val="clear" w:color="auto" w:fill="17324D"/>
            <w:vAlign w:val="center"/>
          </w:tcPr>
          <w:p w14:paraId="13A22F81" w14:textId="77777777" w:rsidR="00F81D60" w:rsidRDefault="00000000">
            <w:pPr>
              <w:pStyle w:val="TableText"/>
              <w:spacing w:before="40" w:after="40"/>
            </w:pPr>
            <w:r>
              <w:rPr>
                <w:b/>
                <w:color w:val="FFFFFF"/>
              </w:rPr>
              <w:t>Campo</w:t>
            </w:r>
          </w:p>
        </w:tc>
        <w:tc>
          <w:tcPr>
            <w:tcW w:w="7030" w:type="dxa"/>
            <w:shd w:val="clear" w:color="auto" w:fill="17324D"/>
            <w:vAlign w:val="center"/>
          </w:tcPr>
          <w:p w14:paraId="50052CDF" w14:textId="77777777" w:rsidR="00F81D60" w:rsidRDefault="00000000">
            <w:pPr>
              <w:pStyle w:val="TableText"/>
              <w:spacing w:before="40" w:after="40"/>
            </w:pPr>
            <w:r>
              <w:rPr>
                <w:b/>
                <w:color w:val="FFFFFF"/>
              </w:rPr>
              <w:t>Compilazione / decisione aziendale</w:t>
            </w:r>
          </w:p>
        </w:tc>
      </w:tr>
      <w:tr w:rsidR="00F81D60" w14:paraId="4FE75DF1" w14:textId="77777777">
        <w:trPr>
          <w:cantSplit/>
          <w:jc w:val="center"/>
        </w:trPr>
        <w:tc>
          <w:tcPr>
            <w:tcW w:w="2948" w:type="dxa"/>
            <w:vAlign w:val="center"/>
          </w:tcPr>
          <w:p w14:paraId="544C0999" w14:textId="77777777" w:rsidR="00F81D60" w:rsidRDefault="00000000">
            <w:pPr>
              <w:pStyle w:val="TableText"/>
              <w:spacing w:before="40" w:after="40"/>
            </w:pPr>
            <w:r>
              <w:t>Autorizzazioni nominative</w:t>
            </w:r>
          </w:p>
        </w:tc>
        <w:tc>
          <w:tcPr>
            <w:tcW w:w="7030" w:type="dxa"/>
            <w:vAlign w:val="center"/>
          </w:tcPr>
          <w:p w14:paraId="04190BD3" w14:textId="77777777" w:rsidR="00F81D60" w:rsidRDefault="00000000">
            <w:pPr>
              <w:pStyle w:val="TableText"/>
              <w:spacing w:before="40" w:after="40"/>
            </w:pPr>
            <w:r>
              <w:t>Registro utenti/ruoli: [ ]  •  concessione: [ ]  •  revoca: [ ]</w:t>
            </w:r>
          </w:p>
        </w:tc>
      </w:tr>
      <w:tr w:rsidR="00F81D60" w14:paraId="3B402BEB" w14:textId="77777777">
        <w:trPr>
          <w:cantSplit/>
          <w:jc w:val="center"/>
        </w:trPr>
        <w:tc>
          <w:tcPr>
            <w:tcW w:w="2948" w:type="dxa"/>
            <w:shd w:val="clear" w:color="auto" w:fill="F5F7F9"/>
            <w:vAlign w:val="center"/>
          </w:tcPr>
          <w:p w14:paraId="7A0BBA8B" w14:textId="77777777" w:rsidR="00F81D60" w:rsidRDefault="00000000">
            <w:pPr>
              <w:pStyle w:val="TableText"/>
              <w:spacing w:before="40" w:after="40"/>
            </w:pPr>
            <w:r>
              <w:t>Misure approvate</w:t>
            </w:r>
          </w:p>
        </w:tc>
        <w:tc>
          <w:tcPr>
            <w:tcW w:w="7030" w:type="dxa"/>
            <w:shd w:val="clear" w:color="auto" w:fill="F5F7F9"/>
            <w:vAlign w:val="center"/>
          </w:tcPr>
          <w:p w14:paraId="2F005817" w14:textId="77777777" w:rsidR="00F81D60" w:rsidRDefault="00000000">
            <w:pPr>
              <w:pStyle w:val="TableText"/>
              <w:spacing w:before="40" w:after="40"/>
            </w:pPr>
            <w:r>
              <w:t>Controllo accessi [ ]  autenticazione [ ]  cifratura pertinente [ ]  backup [ ]</w:t>
            </w:r>
            <w:r>
              <w:br/>
              <w:t>Carta in armadio chiuso [ ]  condivisione protetta [ ]  riesame accessi [ ]</w:t>
            </w:r>
          </w:p>
        </w:tc>
      </w:tr>
      <w:tr w:rsidR="00F81D60" w14:paraId="14561EE2" w14:textId="77777777">
        <w:trPr>
          <w:cantSplit/>
          <w:jc w:val="center"/>
        </w:trPr>
        <w:tc>
          <w:tcPr>
            <w:tcW w:w="2948" w:type="dxa"/>
            <w:vAlign w:val="center"/>
          </w:tcPr>
          <w:p w14:paraId="27E1ADBD" w14:textId="77777777" w:rsidR="00F81D60" w:rsidRDefault="00000000">
            <w:pPr>
              <w:pStyle w:val="TableText"/>
              <w:spacing w:before="40" w:after="40"/>
            </w:pPr>
            <w:r>
              <w:t>Cancellazione verificabile</w:t>
            </w:r>
          </w:p>
        </w:tc>
        <w:tc>
          <w:tcPr>
            <w:tcW w:w="7030" w:type="dxa"/>
            <w:vAlign w:val="center"/>
          </w:tcPr>
          <w:p w14:paraId="17D2FD8F" w14:textId="77777777" w:rsidR="00F81D60" w:rsidRDefault="00000000">
            <w:pPr>
              <w:pStyle w:val="TableText"/>
              <w:spacing w:before="40" w:after="40"/>
            </w:pPr>
            <w:r>
              <w:t>Responsabile: [ ]  •  metodo: [ ]  •  verifica copie e backup: [ ]</w:t>
            </w:r>
          </w:p>
        </w:tc>
      </w:tr>
      <w:tr w:rsidR="00F81D60" w14:paraId="2C391F16" w14:textId="77777777">
        <w:trPr>
          <w:cantSplit/>
          <w:jc w:val="center"/>
        </w:trPr>
        <w:tc>
          <w:tcPr>
            <w:tcW w:w="2948" w:type="dxa"/>
            <w:shd w:val="clear" w:color="auto" w:fill="F5F7F9"/>
            <w:vAlign w:val="center"/>
          </w:tcPr>
          <w:p w14:paraId="46EB85F7" w14:textId="77777777" w:rsidR="00F81D60" w:rsidRDefault="00000000">
            <w:pPr>
              <w:pStyle w:val="TableText"/>
              <w:spacing w:before="40" w:after="40"/>
            </w:pPr>
            <w:r>
              <w:t>Eccezione di conservazione</w:t>
            </w:r>
          </w:p>
        </w:tc>
        <w:tc>
          <w:tcPr>
            <w:tcW w:w="7030" w:type="dxa"/>
            <w:shd w:val="clear" w:color="auto" w:fill="F5F7F9"/>
            <w:vAlign w:val="center"/>
          </w:tcPr>
          <w:p w14:paraId="547F219B" w14:textId="77777777" w:rsidR="00F81D60" w:rsidRDefault="00000000">
            <w:pPr>
              <w:pStyle w:val="TableText"/>
              <w:spacing w:before="40" w:after="40"/>
            </w:pPr>
            <w:r>
              <w:t>Presupposto, dati coinvolti, accessi limitati e data riesame: [ ]</w:t>
            </w:r>
          </w:p>
        </w:tc>
      </w:tr>
    </w:tbl>
    <w:p w14:paraId="266A586C" w14:textId="77777777" w:rsidR="00F81D60" w:rsidRDefault="00F81D60">
      <w:pPr>
        <w:spacing w:after="0"/>
      </w:pPr>
    </w:p>
    <w:p w14:paraId="58CF015F" w14:textId="77777777" w:rsidR="00F81D60" w:rsidRDefault="00000000">
      <w:pPr>
        <w:pStyle w:val="Reference"/>
      </w:pPr>
      <w:r>
        <w:t>Non esiste in questo modello un tempo universale di conservazione imposto dalla ISO 45010. La minimizzazione non è soddisfatta conservando tutto “per sicurezza”. Le eventuali sospensioni della cancellazione richiedono una motivazione specifica.</w:t>
      </w:r>
    </w:p>
    <w:p w14:paraId="1874870F" w14:textId="77777777" w:rsidR="00F81D60" w:rsidRDefault="00000000">
      <w:r>
        <w:br w:type="page"/>
      </w:r>
    </w:p>
    <w:p w14:paraId="496E135B" w14:textId="77777777" w:rsidR="00F81D60" w:rsidRDefault="00000000">
      <w:pPr>
        <w:pStyle w:val="Small"/>
      </w:pPr>
      <w:r>
        <w:rPr>
          <w:b/>
          <w:color w:val="006B70"/>
        </w:rPr>
        <w:t>ALLEGATO AZIENDALE  •  MOD-MM-19  •  parte 2</w:t>
      </w:r>
    </w:p>
    <w:p w14:paraId="1EE959C9" w14:textId="77777777" w:rsidR="00F81D60" w:rsidRDefault="00000000">
      <w:pPr>
        <w:pStyle w:val="Titolo1"/>
      </w:pPr>
      <w:bookmarkStart w:id="82" w:name="A19_2"/>
      <w:r>
        <w:t>A19 | Verifica accessi e incidente sui dati</w:t>
      </w:r>
      <w:bookmarkEnd w:id="82"/>
    </w:p>
    <w:p w14:paraId="792631AF" w14:textId="77777777" w:rsidR="00F81D60" w:rsidRDefault="00000000">
      <w:pPr>
        <w:pStyle w:val="Reference"/>
      </w:pPr>
      <w:r>
        <w:t>Base documentale: [UE1] artt. 32–34; [AZ] collegamento alla procedura aziendale. Le istruzioni operative e i moduli sono elaborazioni aziendali del modello [AZ].</w:t>
      </w:r>
    </w:p>
    <w:p w14:paraId="494CF338" w14:textId="77777777" w:rsidR="00F81D60" w:rsidRDefault="00000000">
      <w:r>
        <w:t>CLASSIFICAZIONE: PRIVACY / SICUREZZA. Questo modulo registra la segnalazione iniziale; non sostituisce la procedura aziendale di gestione delle violazioni dei dati personali né la valutazione degli obblighi di notifica.</w:t>
      </w:r>
    </w:p>
    <w:p w14:paraId="281B93DF" w14:textId="77777777" w:rsidR="00F81D60" w:rsidRDefault="00000000">
      <w:pPr>
        <w:pStyle w:val="Titolo2"/>
      </w:pPr>
      <w:r>
        <w:t>A. Controllo periodico e cambio di ruolo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EEDF543" w14:textId="77777777">
        <w:trPr>
          <w:tblHeader/>
          <w:jc w:val="center"/>
        </w:trPr>
        <w:tc>
          <w:tcPr>
            <w:tcW w:w="2948" w:type="dxa"/>
            <w:shd w:val="clear" w:color="auto" w:fill="17324D"/>
            <w:vAlign w:val="center"/>
          </w:tcPr>
          <w:p w14:paraId="45049466" w14:textId="77777777" w:rsidR="00F81D60" w:rsidRDefault="00000000">
            <w:pPr>
              <w:pStyle w:val="TableText"/>
              <w:spacing w:before="40" w:after="40"/>
            </w:pPr>
            <w:r>
              <w:rPr>
                <w:b/>
                <w:color w:val="FFFFFF"/>
              </w:rPr>
              <w:t>Campo</w:t>
            </w:r>
          </w:p>
        </w:tc>
        <w:tc>
          <w:tcPr>
            <w:tcW w:w="7030" w:type="dxa"/>
            <w:shd w:val="clear" w:color="auto" w:fill="17324D"/>
            <w:vAlign w:val="center"/>
          </w:tcPr>
          <w:p w14:paraId="5BBDE458" w14:textId="77777777" w:rsidR="00F81D60" w:rsidRDefault="00000000">
            <w:pPr>
              <w:pStyle w:val="TableText"/>
              <w:spacing w:before="40" w:after="40"/>
            </w:pPr>
            <w:r>
              <w:rPr>
                <w:b/>
                <w:color w:val="FFFFFF"/>
              </w:rPr>
              <w:t>Compilazione / decisione aziendale</w:t>
            </w:r>
          </w:p>
        </w:tc>
      </w:tr>
      <w:tr w:rsidR="00F81D60" w14:paraId="5407581C" w14:textId="77777777">
        <w:trPr>
          <w:cantSplit/>
          <w:jc w:val="center"/>
        </w:trPr>
        <w:tc>
          <w:tcPr>
            <w:tcW w:w="2948" w:type="dxa"/>
            <w:vAlign w:val="center"/>
          </w:tcPr>
          <w:p w14:paraId="29E6D765" w14:textId="77777777" w:rsidR="00F81D60" w:rsidRDefault="00000000">
            <w:pPr>
              <w:pStyle w:val="TableText"/>
              <w:spacing w:before="40" w:after="40"/>
            </w:pPr>
            <w:r>
              <w:t>Verifica accessi</w:t>
            </w:r>
          </w:p>
        </w:tc>
        <w:tc>
          <w:tcPr>
            <w:tcW w:w="7030" w:type="dxa"/>
            <w:vAlign w:val="center"/>
          </w:tcPr>
          <w:p w14:paraId="17E1FF2E" w14:textId="77777777" w:rsidR="00F81D60" w:rsidRDefault="00000000">
            <w:pPr>
              <w:pStyle w:val="TableText"/>
              <w:spacing w:before="40" w:after="40"/>
            </w:pPr>
            <w:r>
              <w:t>Data: [ ]  •  sistema/archivio: [ ]  •  verificatore: [ ]</w:t>
            </w:r>
          </w:p>
        </w:tc>
      </w:tr>
      <w:tr w:rsidR="00F81D60" w14:paraId="222FD1CF" w14:textId="77777777">
        <w:trPr>
          <w:cantSplit/>
          <w:jc w:val="center"/>
        </w:trPr>
        <w:tc>
          <w:tcPr>
            <w:tcW w:w="2948" w:type="dxa"/>
            <w:shd w:val="clear" w:color="auto" w:fill="F5F7F9"/>
            <w:vAlign w:val="center"/>
          </w:tcPr>
          <w:p w14:paraId="38CC0031" w14:textId="77777777" w:rsidR="00F81D60" w:rsidRDefault="00000000">
            <w:pPr>
              <w:pStyle w:val="TableText"/>
              <w:spacing w:before="40" w:after="40"/>
            </w:pPr>
            <w:r>
              <w:t>Esito dei controlli</w:t>
            </w:r>
          </w:p>
        </w:tc>
        <w:tc>
          <w:tcPr>
            <w:tcW w:w="7030" w:type="dxa"/>
            <w:shd w:val="clear" w:color="auto" w:fill="F5F7F9"/>
            <w:vAlign w:val="center"/>
          </w:tcPr>
          <w:p w14:paraId="05301F5C" w14:textId="77777777" w:rsidR="00F81D60" w:rsidRDefault="00000000">
            <w:pPr>
              <w:pStyle w:val="TableText"/>
              <w:spacing w:before="40" w:after="40"/>
            </w:pPr>
            <w:r>
              <w:t>Utenti attivi necessari [ ]  •  privilegi proporzionati [ ]  •  ex incaricati revocati [ ]</w:t>
            </w:r>
            <w:r>
              <w:br/>
              <w:t>Link e copie riesaminati [ ]  •  fornitori verificati [ ]  •  azioni: [ ]</w:t>
            </w:r>
          </w:p>
        </w:tc>
      </w:tr>
      <w:tr w:rsidR="00F81D60" w14:paraId="55D88B8D" w14:textId="77777777">
        <w:trPr>
          <w:cantSplit/>
          <w:jc w:val="center"/>
        </w:trPr>
        <w:tc>
          <w:tcPr>
            <w:tcW w:w="2948" w:type="dxa"/>
            <w:vAlign w:val="center"/>
          </w:tcPr>
          <w:p w14:paraId="1F90AD52" w14:textId="77777777" w:rsidR="00F81D60" w:rsidRDefault="00000000">
            <w:pPr>
              <w:pStyle w:val="TableText"/>
              <w:spacing w:before="40" w:after="40"/>
            </w:pPr>
            <w:r>
              <w:t>Scadenza successiva</w:t>
            </w:r>
          </w:p>
        </w:tc>
        <w:tc>
          <w:tcPr>
            <w:tcW w:w="7030" w:type="dxa"/>
            <w:vAlign w:val="center"/>
          </w:tcPr>
          <w:p w14:paraId="0C55E255" w14:textId="77777777" w:rsidR="00F81D60" w:rsidRDefault="00000000">
            <w:pPr>
              <w:pStyle w:val="TableText"/>
              <w:spacing w:before="40" w:after="40"/>
            </w:pPr>
            <w:r>
              <w:t>[data / evento; documentare revoca a cessazione o cambio ruolo]</w:t>
            </w:r>
          </w:p>
        </w:tc>
      </w:tr>
    </w:tbl>
    <w:p w14:paraId="6F6E94A9" w14:textId="77777777" w:rsidR="00F81D60" w:rsidRDefault="00F81D60">
      <w:pPr>
        <w:spacing w:after="0"/>
      </w:pPr>
    </w:p>
    <w:p w14:paraId="0049FB94" w14:textId="77777777" w:rsidR="00F81D60" w:rsidRDefault="00000000">
      <w:pPr>
        <w:pStyle w:val="Titolo2"/>
      </w:pPr>
      <w:r>
        <w:t>B. Segnalazione di possibile incidente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5F38607" w14:textId="77777777">
        <w:trPr>
          <w:tblHeader/>
          <w:jc w:val="center"/>
        </w:trPr>
        <w:tc>
          <w:tcPr>
            <w:tcW w:w="2948" w:type="dxa"/>
            <w:shd w:val="clear" w:color="auto" w:fill="17324D"/>
            <w:vAlign w:val="center"/>
          </w:tcPr>
          <w:p w14:paraId="31450AB3" w14:textId="77777777" w:rsidR="00F81D60" w:rsidRDefault="00000000">
            <w:pPr>
              <w:pStyle w:val="TableText"/>
              <w:spacing w:before="40" w:after="40"/>
            </w:pPr>
            <w:r>
              <w:rPr>
                <w:b/>
                <w:color w:val="FFFFFF"/>
              </w:rPr>
              <w:t>Campo</w:t>
            </w:r>
          </w:p>
        </w:tc>
        <w:tc>
          <w:tcPr>
            <w:tcW w:w="7030" w:type="dxa"/>
            <w:shd w:val="clear" w:color="auto" w:fill="17324D"/>
            <w:vAlign w:val="center"/>
          </w:tcPr>
          <w:p w14:paraId="40B835C4" w14:textId="77777777" w:rsidR="00F81D60" w:rsidRDefault="00000000">
            <w:pPr>
              <w:pStyle w:val="TableText"/>
              <w:spacing w:before="40" w:after="40"/>
            </w:pPr>
            <w:r>
              <w:rPr>
                <w:b/>
                <w:color w:val="FFFFFF"/>
              </w:rPr>
              <w:t>Compilazione / decisione aziendale</w:t>
            </w:r>
          </w:p>
        </w:tc>
      </w:tr>
      <w:tr w:rsidR="00F81D60" w14:paraId="06101601" w14:textId="77777777">
        <w:trPr>
          <w:cantSplit/>
          <w:jc w:val="center"/>
        </w:trPr>
        <w:tc>
          <w:tcPr>
            <w:tcW w:w="2948" w:type="dxa"/>
            <w:vAlign w:val="center"/>
          </w:tcPr>
          <w:p w14:paraId="1A69B4FA" w14:textId="77777777" w:rsidR="00F81D60" w:rsidRDefault="00000000">
            <w:pPr>
              <w:pStyle w:val="TableText"/>
              <w:spacing w:before="40" w:after="40"/>
            </w:pPr>
            <w:r>
              <w:t>Rilevazione e contatto</w:t>
            </w:r>
          </w:p>
        </w:tc>
        <w:tc>
          <w:tcPr>
            <w:tcW w:w="7030" w:type="dxa"/>
            <w:vAlign w:val="center"/>
          </w:tcPr>
          <w:p w14:paraId="6450AD2A" w14:textId="77777777" w:rsidR="00F81D60" w:rsidRDefault="00000000">
            <w:pPr>
              <w:pStyle w:val="TableText"/>
              <w:spacing w:before="40" w:after="40"/>
            </w:pPr>
            <w:r>
              <w:t>Data/ora rilevazione: [ ]  •  segnalante e recapito: [ ]</w:t>
            </w:r>
          </w:p>
        </w:tc>
      </w:tr>
      <w:tr w:rsidR="00F81D60" w14:paraId="29B3AAC6" w14:textId="77777777">
        <w:trPr>
          <w:cantSplit/>
          <w:jc w:val="center"/>
        </w:trPr>
        <w:tc>
          <w:tcPr>
            <w:tcW w:w="2948" w:type="dxa"/>
            <w:shd w:val="clear" w:color="auto" w:fill="F5F7F9"/>
            <w:vAlign w:val="center"/>
          </w:tcPr>
          <w:p w14:paraId="3228CD80" w14:textId="77777777" w:rsidR="00F81D60" w:rsidRDefault="00000000">
            <w:pPr>
              <w:pStyle w:val="TableText"/>
              <w:spacing w:before="40" w:after="40"/>
            </w:pPr>
            <w:r>
              <w:t>Fatto osservato</w:t>
            </w:r>
          </w:p>
        </w:tc>
        <w:tc>
          <w:tcPr>
            <w:tcW w:w="7030" w:type="dxa"/>
            <w:shd w:val="clear" w:color="auto" w:fill="F5F7F9"/>
            <w:vAlign w:val="center"/>
          </w:tcPr>
          <w:p w14:paraId="6260769F" w14:textId="77777777" w:rsidR="00F81D60" w:rsidRDefault="00000000">
            <w:pPr>
              <w:pStyle w:val="TableText"/>
              <w:spacing w:before="40" w:after="40"/>
            </w:pPr>
            <w:r>
              <w:t>[invio errato, accesso non autorizzato, perdita, indisponibilità o altro; fatti accertati]</w:t>
            </w:r>
            <w:r>
              <w:br/>
            </w:r>
            <w:r>
              <w:br/>
              <w:t>[spazio]</w:t>
            </w:r>
          </w:p>
        </w:tc>
      </w:tr>
      <w:tr w:rsidR="00F81D60" w14:paraId="0FAF9A09" w14:textId="77777777">
        <w:trPr>
          <w:cantSplit/>
          <w:jc w:val="center"/>
        </w:trPr>
        <w:tc>
          <w:tcPr>
            <w:tcW w:w="2948" w:type="dxa"/>
            <w:vAlign w:val="center"/>
          </w:tcPr>
          <w:p w14:paraId="6CAB2ED1" w14:textId="77777777" w:rsidR="00F81D60" w:rsidRDefault="00000000">
            <w:pPr>
              <w:pStyle w:val="TableText"/>
              <w:spacing w:before="40" w:after="40"/>
            </w:pPr>
            <w:r>
              <w:t>Sistemi e dati potenzialmente coinvolti</w:t>
            </w:r>
          </w:p>
        </w:tc>
        <w:tc>
          <w:tcPr>
            <w:tcW w:w="7030" w:type="dxa"/>
            <w:vAlign w:val="center"/>
          </w:tcPr>
          <w:p w14:paraId="7E2FED4D" w14:textId="77777777" w:rsidR="00F81D60" w:rsidRDefault="00000000">
            <w:pPr>
              <w:pStyle w:val="TableText"/>
              <w:spacing w:before="40" w:after="40"/>
            </w:pPr>
            <w:r>
              <w:t>[categorie e volume stimato; evitare di duplicare dati sensibili nel verbale]</w:t>
            </w:r>
          </w:p>
        </w:tc>
      </w:tr>
      <w:tr w:rsidR="00F81D60" w14:paraId="5215C4A2" w14:textId="77777777">
        <w:trPr>
          <w:cantSplit/>
          <w:jc w:val="center"/>
        </w:trPr>
        <w:tc>
          <w:tcPr>
            <w:tcW w:w="2948" w:type="dxa"/>
            <w:shd w:val="clear" w:color="auto" w:fill="F5F7F9"/>
            <w:vAlign w:val="center"/>
          </w:tcPr>
          <w:p w14:paraId="5EB516DF" w14:textId="77777777" w:rsidR="00F81D60" w:rsidRDefault="00000000">
            <w:pPr>
              <w:pStyle w:val="TableText"/>
              <w:spacing w:before="40" w:after="40"/>
            </w:pPr>
            <w:r>
              <w:t>Azioni immediate sicure</w:t>
            </w:r>
          </w:p>
        </w:tc>
        <w:tc>
          <w:tcPr>
            <w:tcW w:w="7030" w:type="dxa"/>
            <w:shd w:val="clear" w:color="auto" w:fill="F5F7F9"/>
            <w:vAlign w:val="center"/>
          </w:tcPr>
          <w:p w14:paraId="643B4D6A" w14:textId="77777777" w:rsidR="00F81D60" w:rsidRDefault="00000000">
            <w:pPr>
              <w:pStyle w:val="TableText"/>
              <w:spacing w:before="40" w:after="40"/>
            </w:pPr>
            <w:r>
              <w:t>[contenimento autorizzato, revoca link, recupero messaggio ove possibile, protezione prove]</w:t>
            </w:r>
          </w:p>
        </w:tc>
      </w:tr>
      <w:tr w:rsidR="00F81D60" w14:paraId="2B7237B4" w14:textId="77777777">
        <w:trPr>
          <w:cantSplit/>
          <w:jc w:val="center"/>
        </w:trPr>
        <w:tc>
          <w:tcPr>
            <w:tcW w:w="2948" w:type="dxa"/>
            <w:vAlign w:val="center"/>
          </w:tcPr>
          <w:p w14:paraId="28254EA0" w14:textId="77777777" w:rsidR="00F81D60" w:rsidRDefault="00000000">
            <w:pPr>
              <w:pStyle w:val="TableText"/>
              <w:spacing w:before="40" w:after="40"/>
            </w:pPr>
            <w:r>
              <w:t>Avviso al canale competente</w:t>
            </w:r>
          </w:p>
        </w:tc>
        <w:tc>
          <w:tcPr>
            <w:tcW w:w="7030" w:type="dxa"/>
            <w:vAlign w:val="center"/>
          </w:tcPr>
          <w:p w14:paraId="3A460673" w14:textId="77777777" w:rsidR="00F81D60" w:rsidRDefault="00000000">
            <w:pPr>
              <w:pStyle w:val="TableText"/>
              <w:spacing w:before="40" w:after="40"/>
            </w:pPr>
            <w:r>
              <w:t>Destinatario privacy/IT: [ ]  •  data/ora: [ ]  •  riferimento procedura: [ ]</w:t>
            </w:r>
          </w:p>
        </w:tc>
      </w:tr>
      <w:tr w:rsidR="00F81D60" w14:paraId="0B102D73" w14:textId="77777777">
        <w:trPr>
          <w:cantSplit/>
          <w:jc w:val="center"/>
        </w:trPr>
        <w:tc>
          <w:tcPr>
            <w:tcW w:w="2948" w:type="dxa"/>
            <w:shd w:val="clear" w:color="auto" w:fill="F5F7F9"/>
            <w:vAlign w:val="center"/>
          </w:tcPr>
          <w:p w14:paraId="57CFCAA2" w14:textId="77777777" w:rsidR="00F81D60" w:rsidRDefault="00000000">
            <w:pPr>
              <w:pStyle w:val="TableText"/>
              <w:spacing w:before="40" w:after="40"/>
            </w:pPr>
            <w:r>
              <w:t>Valutazione successiva</w:t>
            </w:r>
          </w:p>
        </w:tc>
        <w:tc>
          <w:tcPr>
            <w:tcW w:w="7030" w:type="dxa"/>
            <w:shd w:val="clear" w:color="auto" w:fill="F5F7F9"/>
            <w:vAlign w:val="center"/>
          </w:tcPr>
          <w:p w14:paraId="599D8550" w14:textId="77777777" w:rsidR="00F81D60" w:rsidRDefault="00000000">
            <w:pPr>
              <w:pStyle w:val="TableText"/>
              <w:spacing w:before="40" w:after="40"/>
            </w:pPr>
            <w:r>
              <w:t>Referente incaricato: [ ]  •  numero incidente: [ ]  •  decisioni/notifiche nel registro dedicato: [ ]</w:t>
            </w:r>
          </w:p>
        </w:tc>
      </w:tr>
      <w:tr w:rsidR="00F81D60" w14:paraId="581EAA1E" w14:textId="77777777">
        <w:trPr>
          <w:cantSplit/>
          <w:jc w:val="center"/>
        </w:trPr>
        <w:tc>
          <w:tcPr>
            <w:tcW w:w="2948" w:type="dxa"/>
            <w:vAlign w:val="center"/>
          </w:tcPr>
          <w:p w14:paraId="06AC5106" w14:textId="77777777" w:rsidR="00F81D60" w:rsidRDefault="00000000">
            <w:pPr>
              <w:pStyle w:val="TableText"/>
              <w:spacing w:before="40" w:after="40"/>
            </w:pPr>
            <w:r>
              <w:t>Ripristino e prevenzione</w:t>
            </w:r>
          </w:p>
        </w:tc>
        <w:tc>
          <w:tcPr>
            <w:tcW w:w="7030" w:type="dxa"/>
            <w:vAlign w:val="center"/>
          </w:tcPr>
          <w:p w14:paraId="1BAD0828" w14:textId="77777777" w:rsidR="00F81D60" w:rsidRDefault="00000000">
            <w:pPr>
              <w:pStyle w:val="TableText"/>
              <w:spacing w:before="40" w:after="40"/>
            </w:pPr>
            <w:r>
              <w:t>[misure, responsabili, verifica ed eventuale aggiornamento delle autorizzazioni]</w:t>
            </w:r>
          </w:p>
        </w:tc>
      </w:tr>
    </w:tbl>
    <w:p w14:paraId="2B71149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43D5293C" w14:textId="77777777">
        <w:trPr>
          <w:tblHeader/>
          <w:jc w:val="center"/>
        </w:trPr>
        <w:tc>
          <w:tcPr>
            <w:tcW w:w="9978" w:type="dxa"/>
            <w:shd w:val="clear" w:color="auto" w:fill="17324D"/>
            <w:vAlign w:val="center"/>
          </w:tcPr>
          <w:p w14:paraId="2C2FE0F0" w14:textId="77777777" w:rsidR="00F81D60" w:rsidRDefault="00000000">
            <w:pPr>
              <w:pStyle w:val="TableText"/>
              <w:spacing w:before="40" w:after="40"/>
            </w:pPr>
            <w:r>
              <w:rPr>
                <w:b/>
                <w:color w:val="FFFFFF"/>
                <w:sz w:val="19"/>
              </w:rPr>
              <w:t>ATTIVAZIONE IMMEDIATA DEL CIRCUITO COMPETENTE</w:t>
            </w:r>
          </w:p>
        </w:tc>
      </w:tr>
      <w:tr w:rsidR="00F81D60" w14:paraId="680831BD" w14:textId="77777777">
        <w:trPr>
          <w:cantSplit/>
          <w:jc w:val="center"/>
        </w:trPr>
        <w:tc>
          <w:tcPr>
            <w:tcW w:w="9978" w:type="dxa"/>
            <w:shd w:val="clear" w:color="auto" w:fill="EAF3F4"/>
            <w:vAlign w:val="center"/>
          </w:tcPr>
          <w:p w14:paraId="639BB8AA" w14:textId="77777777" w:rsidR="00F81D60" w:rsidRDefault="00000000">
            <w:pPr>
              <w:pStyle w:val="TableText"/>
              <w:spacing w:before="40" w:after="40"/>
            </w:pPr>
            <w:r>
              <w:rPr>
                <w:sz w:val="19"/>
              </w:rPr>
              <w:t>Avvisare tempestivamente i referenti designati; non attendere il riesame trimestrale e non cancellare indiscriminatamente le prove. I termini e le condizioni previsti dalla normativa per eventuali notifiche sono valutati dal titolare con le funzioni competenti, separatamente dai tempi delle azioni di audit.</w:t>
            </w:r>
          </w:p>
        </w:tc>
      </w:tr>
    </w:tbl>
    <w:p w14:paraId="1D6913A7" w14:textId="77777777" w:rsidR="00F81D60" w:rsidRDefault="00F81D60">
      <w:pPr>
        <w:spacing w:after="0"/>
      </w:pPr>
    </w:p>
    <w:p w14:paraId="6323A809" w14:textId="77777777" w:rsidR="00F81D60" w:rsidRDefault="00000000">
      <w:r>
        <w:br w:type="page"/>
      </w:r>
    </w:p>
    <w:p w14:paraId="69F24E37" w14:textId="77777777" w:rsidR="00F81D60" w:rsidRDefault="00000000">
      <w:pPr>
        <w:pStyle w:val="Small"/>
      </w:pPr>
      <w:r>
        <w:rPr>
          <w:b/>
          <w:color w:val="006B70"/>
        </w:rPr>
        <w:t>ALLEGATO AZIENDALE  •  MOD-MM-20</w:t>
      </w:r>
    </w:p>
    <w:p w14:paraId="0FAF71DE" w14:textId="77777777" w:rsidR="00F81D60" w:rsidRDefault="00000000">
      <w:pPr>
        <w:pStyle w:val="Titolo1"/>
      </w:pPr>
      <w:bookmarkStart w:id="83" w:name="A20"/>
      <w:r>
        <w:t>A20 | Segnalazione o richiesta di riconsiderazione</w:t>
      </w:r>
      <w:bookmarkEnd w:id="83"/>
    </w:p>
    <w:p w14:paraId="58B01BFA" w14:textId="77777777" w:rsidR="00F81D60" w:rsidRDefault="00000000">
      <w:pPr>
        <w:pStyle w:val="Reference"/>
      </w:pPr>
      <w:r>
        <w:t>Base documentale: [ISO] §§ 5.3–5.4 e allegato B.2; [AZ]. Le istruzioni operative e i moduli sono elaborazioni aziendali del modello [AZ].</w:t>
      </w:r>
    </w:p>
    <w:p w14:paraId="772E26D9" w14:textId="77777777" w:rsidR="00F81D60" w:rsidRDefault="00000000">
      <w:r>
        <w:t>CLASSIFICAZIONE: RISERVATO INDIVIDUALE. Canale alternativo: [da completare in A02]. La persona può segnalare barriere, divulgazioni, stigma o una decisione non adeguata senza dover descrivere la propria condizione sanitaria.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3BEB51B" w14:textId="77777777">
        <w:trPr>
          <w:tblHeader/>
          <w:jc w:val="center"/>
        </w:trPr>
        <w:tc>
          <w:tcPr>
            <w:tcW w:w="2948" w:type="dxa"/>
            <w:shd w:val="clear" w:color="auto" w:fill="17324D"/>
            <w:vAlign w:val="center"/>
          </w:tcPr>
          <w:p w14:paraId="40955BA7" w14:textId="77777777" w:rsidR="00F81D60" w:rsidRDefault="00000000">
            <w:pPr>
              <w:pStyle w:val="TableText"/>
              <w:spacing w:before="40" w:after="40"/>
            </w:pPr>
            <w:r>
              <w:rPr>
                <w:b/>
                <w:color w:val="FFFFFF"/>
              </w:rPr>
              <w:t>Campo</w:t>
            </w:r>
          </w:p>
        </w:tc>
        <w:tc>
          <w:tcPr>
            <w:tcW w:w="7030" w:type="dxa"/>
            <w:shd w:val="clear" w:color="auto" w:fill="17324D"/>
            <w:vAlign w:val="center"/>
          </w:tcPr>
          <w:p w14:paraId="3CE9E338" w14:textId="77777777" w:rsidR="00F81D60" w:rsidRDefault="00000000">
            <w:pPr>
              <w:pStyle w:val="TableText"/>
              <w:spacing w:before="40" w:after="40"/>
            </w:pPr>
            <w:r>
              <w:rPr>
                <w:b/>
                <w:color w:val="FFFFFF"/>
              </w:rPr>
              <w:t>Compilazione / decisione aziendale</w:t>
            </w:r>
          </w:p>
        </w:tc>
      </w:tr>
      <w:tr w:rsidR="00F81D60" w14:paraId="1CE70D43" w14:textId="77777777">
        <w:trPr>
          <w:cantSplit/>
          <w:jc w:val="center"/>
        </w:trPr>
        <w:tc>
          <w:tcPr>
            <w:tcW w:w="2948" w:type="dxa"/>
            <w:vAlign w:val="center"/>
          </w:tcPr>
          <w:p w14:paraId="7636BDDF" w14:textId="77777777" w:rsidR="00F81D60" w:rsidRDefault="00000000">
            <w:pPr>
              <w:pStyle w:val="TableText"/>
              <w:spacing w:before="40" w:after="40"/>
            </w:pPr>
            <w:r>
              <w:t>Riferimento minimo</w:t>
            </w:r>
          </w:p>
        </w:tc>
        <w:tc>
          <w:tcPr>
            <w:tcW w:w="7030" w:type="dxa"/>
            <w:vAlign w:val="center"/>
          </w:tcPr>
          <w:p w14:paraId="2D1F17F6" w14:textId="77777777" w:rsidR="00F81D60" w:rsidRDefault="00000000">
            <w:pPr>
              <w:pStyle w:val="TableText"/>
              <w:spacing w:before="40" w:after="40"/>
            </w:pPr>
            <w:r>
              <w:t>Codice attribuito: [ ]  •  recapito sicuro per il riscontro: [ ]</w:t>
            </w:r>
          </w:p>
        </w:tc>
      </w:tr>
      <w:tr w:rsidR="00F81D60" w14:paraId="10EC5142" w14:textId="77777777">
        <w:trPr>
          <w:cantSplit/>
          <w:jc w:val="center"/>
        </w:trPr>
        <w:tc>
          <w:tcPr>
            <w:tcW w:w="2948" w:type="dxa"/>
            <w:shd w:val="clear" w:color="auto" w:fill="F5F7F9"/>
            <w:vAlign w:val="center"/>
          </w:tcPr>
          <w:p w14:paraId="66F49576" w14:textId="77777777" w:rsidR="00F81D60" w:rsidRDefault="00000000">
            <w:pPr>
              <w:pStyle w:val="TableText"/>
              <w:spacing w:before="40" w:after="40"/>
            </w:pPr>
            <w:r>
              <w:t>Oggetto</w:t>
            </w:r>
          </w:p>
        </w:tc>
        <w:tc>
          <w:tcPr>
            <w:tcW w:w="7030" w:type="dxa"/>
            <w:shd w:val="clear" w:color="auto" w:fill="F5F7F9"/>
            <w:vAlign w:val="center"/>
          </w:tcPr>
          <w:p w14:paraId="5016ACB4" w14:textId="77777777" w:rsidR="00F81D60" w:rsidRDefault="00000000">
            <w:pPr>
              <w:pStyle w:val="TableText"/>
              <w:spacing w:before="40" w:after="40"/>
            </w:pPr>
            <w:r>
              <w:t>[decisione / mancata attuazione / riservatezza / comportamento / altro]</w:t>
            </w:r>
          </w:p>
        </w:tc>
      </w:tr>
      <w:tr w:rsidR="00F81D60" w14:paraId="335E553A" w14:textId="77777777">
        <w:trPr>
          <w:cantSplit/>
          <w:jc w:val="center"/>
        </w:trPr>
        <w:tc>
          <w:tcPr>
            <w:tcW w:w="2948" w:type="dxa"/>
            <w:vAlign w:val="center"/>
          </w:tcPr>
          <w:p w14:paraId="54F5F89D" w14:textId="77777777" w:rsidR="00F81D60" w:rsidRDefault="00000000">
            <w:pPr>
              <w:pStyle w:val="TableText"/>
              <w:spacing w:before="40" w:after="40"/>
            </w:pPr>
            <w:r>
              <w:t>Fatti e risultato richiesto</w:t>
            </w:r>
          </w:p>
        </w:tc>
        <w:tc>
          <w:tcPr>
            <w:tcW w:w="7030" w:type="dxa"/>
            <w:vAlign w:val="center"/>
          </w:tcPr>
          <w:p w14:paraId="7B4F7C3E" w14:textId="77777777" w:rsidR="00F81D60" w:rsidRDefault="00000000">
            <w:pPr>
              <w:pStyle w:val="TableText"/>
              <w:spacing w:before="40" w:after="40"/>
            </w:pPr>
            <w:r>
              <w:t>[cosa è accaduto, quando e quale riesame si chiede; evitare dati intimi non pertinenti]</w:t>
            </w:r>
            <w:r>
              <w:br/>
            </w:r>
            <w:r>
              <w:br/>
              <w:t>[spazio di compilazione]</w:t>
            </w:r>
          </w:p>
        </w:tc>
      </w:tr>
      <w:tr w:rsidR="00F81D60" w14:paraId="6A646311" w14:textId="77777777">
        <w:trPr>
          <w:cantSplit/>
          <w:jc w:val="center"/>
        </w:trPr>
        <w:tc>
          <w:tcPr>
            <w:tcW w:w="2948" w:type="dxa"/>
            <w:shd w:val="clear" w:color="auto" w:fill="F5F7F9"/>
            <w:vAlign w:val="center"/>
          </w:tcPr>
          <w:p w14:paraId="44F871E7" w14:textId="77777777" w:rsidR="00F81D60" w:rsidRDefault="00000000">
            <w:pPr>
              <w:pStyle w:val="TableText"/>
              <w:spacing w:before="40" w:after="40"/>
            </w:pPr>
            <w:r>
              <w:t>Documenti pertinenti</w:t>
            </w:r>
          </w:p>
        </w:tc>
        <w:tc>
          <w:tcPr>
            <w:tcW w:w="7030" w:type="dxa"/>
            <w:shd w:val="clear" w:color="auto" w:fill="F5F7F9"/>
            <w:vAlign w:val="center"/>
          </w:tcPr>
          <w:p w14:paraId="0A3690F9" w14:textId="77777777" w:rsidR="00F81D60" w:rsidRDefault="00000000">
            <w:pPr>
              <w:pStyle w:val="TableText"/>
              <w:spacing w:before="40" w:after="40"/>
            </w:pPr>
            <w:r>
              <w:t>[codici/versioni strettamente necessari; non allegare referti]</w:t>
            </w:r>
          </w:p>
        </w:tc>
      </w:tr>
      <w:tr w:rsidR="00F81D60" w14:paraId="47E9E03A" w14:textId="77777777">
        <w:trPr>
          <w:cantSplit/>
          <w:jc w:val="center"/>
        </w:trPr>
        <w:tc>
          <w:tcPr>
            <w:tcW w:w="2948" w:type="dxa"/>
            <w:vAlign w:val="center"/>
          </w:tcPr>
          <w:p w14:paraId="28396F60" w14:textId="77777777" w:rsidR="00F81D60" w:rsidRDefault="00000000">
            <w:pPr>
              <w:pStyle w:val="TableText"/>
              <w:spacing w:before="40" w:after="40"/>
            </w:pPr>
            <w:r>
              <w:t>Esigenze di protezione</w:t>
            </w:r>
          </w:p>
        </w:tc>
        <w:tc>
          <w:tcPr>
            <w:tcW w:w="7030" w:type="dxa"/>
            <w:vAlign w:val="center"/>
          </w:tcPr>
          <w:p w14:paraId="3E727471" w14:textId="77777777" w:rsidR="00F81D60" w:rsidRDefault="00000000">
            <w:pPr>
              <w:pStyle w:val="TableText"/>
              <w:spacing w:before="40" w:after="40"/>
            </w:pPr>
            <w:r>
              <w:t>[conflitto di interesse, contatto alternativo, misure operative immediate]</w:t>
            </w:r>
          </w:p>
        </w:tc>
      </w:tr>
      <w:tr w:rsidR="00F81D60" w14:paraId="415C09C9" w14:textId="77777777">
        <w:trPr>
          <w:cantSplit/>
          <w:jc w:val="center"/>
        </w:trPr>
        <w:tc>
          <w:tcPr>
            <w:tcW w:w="2948" w:type="dxa"/>
            <w:shd w:val="clear" w:color="auto" w:fill="F5F7F9"/>
            <w:vAlign w:val="center"/>
          </w:tcPr>
          <w:p w14:paraId="724BEE5A" w14:textId="77777777" w:rsidR="00F81D60" w:rsidRDefault="00000000">
            <w:pPr>
              <w:pStyle w:val="TableText"/>
              <w:spacing w:before="40" w:after="40"/>
            </w:pPr>
            <w:r>
              <w:t>Ricezione e istruttore</w:t>
            </w:r>
          </w:p>
        </w:tc>
        <w:tc>
          <w:tcPr>
            <w:tcW w:w="7030" w:type="dxa"/>
            <w:shd w:val="clear" w:color="auto" w:fill="F5F7F9"/>
            <w:vAlign w:val="center"/>
          </w:tcPr>
          <w:p w14:paraId="6603F85E" w14:textId="77777777" w:rsidR="00F81D60" w:rsidRDefault="00000000">
            <w:pPr>
              <w:pStyle w:val="TableText"/>
              <w:spacing w:before="40" w:after="40"/>
            </w:pPr>
            <w:r>
              <w:t>Data: [ ]  •  incaricato indipendente: [ ]  •  conflitti verificati: [ ]</w:t>
            </w:r>
          </w:p>
        </w:tc>
      </w:tr>
      <w:tr w:rsidR="00F81D60" w14:paraId="43E59069" w14:textId="77777777">
        <w:trPr>
          <w:cantSplit/>
          <w:jc w:val="center"/>
        </w:trPr>
        <w:tc>
          <w:tcPr>
            <w:tcW w:w="2948" w:type="dxa"/>
            <w:vAlign w:val="center"/>
          </w:tcPr>
          <w:p w14:paraId="02F0437B" w14:textId="77777777" w:rsidR="00F81D60" w:rsidRDefault="00000000">
            <w:pPr>
              <w:pStyle w:val="TableText"/>
              <w:spacing w:before="40" w:after="40"/>
            </w:pPr>
            <w:r>
              <w:t>Misure temporanee</w:t>
            </w:r>
          </w:p>
        </w:tc>
        <w:tc>
          <w:tcPr>
            <w:tcW w:w="7030" w:type="dxa"/>
            <w:vAlign w:val="center"/>
          </w:tcPr>
          <w:p w14:paraId="565988E5" w14:textId="77777777" w:rsidR="00F81D60" w:rsidRDefault="00000000">
            <w:pPr>
              <w:pStyle w:val="TableText"/>
              <w:spacing w:before="40" w:after="40"/>
            </w:pPr>
            <w:r>
              <w:t>[supporto, protezione da ritorsioni, limiti alla diffusione, sicurezza]</w:t>
            </w:r>
          </w:p>
        </w:tc>
      </w:tr>
      <w:tr w:rsidR="00F81D60" w14:paraId="5F216017" w14:textId="77777777">
        <w:trPr>
          <w:cantSplit/>
          <w:jc w:val="center"/>
        </w:trPr>
        <w:tc>
          <w:tcPr>
            <w:tcW w:w="2948" w:type="dxa"/>
            <w:shd w:val="clear" w:color="auto" w:fill="F5F7F9"/>
            <w:vAlign w:val="center"/>
          </w:tcPr>
          <w:p w14:paraId="58E1E71B" w14:textId="77777777" w:rsidR="00F81D60" w:rsidRDefault="00000000">
            <w:pPr>
              <w:pStyle w:val="TableText"/>
              <w:spacing w:before="40" w:after="40"/>
            </w:pPr>
            <w:r>
              <w:t>Istruttoria e riscontro</w:t>
            </w:r>
          </w:p>
        </w:tc>
        <w:tc>
          <w:tcPr>
            <w:tcW w:w="7030" w:type="dxa"/>
            <w:shd w:val="clear" w:color="auto" w:fill="F5F7F9"/>
            <w:vAlign w:val="center"/>
          </w:tcPr>
          <w:p w14:paraId="6D6BE447" w14:textId="77777777" w:rsidR="00F81D60" w:rsidRDefault="00000000">
            <w:pPr>
              <w:pStyle w:val="TableText"/>
              <w:spacing w:before="40" w:after="40"/>
            </w:pPr>
            <w:r>
              <w:t>[fatti esaminati, persone sentite nei limiti di necessità, motivazione della decisione]</w:t>
            </w:r>
          </w:p>
        </w:tc>
      </w:tr>
      <w:tr w:rsidR="00F81D60" w14:paraId="16A8DAE7" w14:textId="77777777">
        <w:trPr>
          <w:cantSplit/>
          <w:jc w:val="center"/>
        </w:trPr>
        <w:tc>
          <w:tcPr>
            <w:tcW w:w="2948" w:type="dxa"/>
            <w:vAlign w:val="center"/>
          </w:tcPr>
          <w:p w14:paraId="1E704C91" w14:textId="77777777" w:rsidR="00F81D60" w:rsidRDefault="00000000">
            <w:pPr>
              <w:pStyle w:val="TableText"/>
              <w:spacing w:before="40" w:after="40"/>
            </w:pPr>
            <w:r>
              <w:t>Decisione / azioni</w:t>
            </w:r>
          </w:p>
        </w:tc>
        <w:tc>
          <w:tcPr>
            <w:tcW w:w="7030" w:type="dxa"/>
            <w:vAlign w:val="center"/>
          </w:tcPr>
          <w:p w14:paraId="553613F7" w14:textId="77777777" w:rsidR="00F81D60" w:rsidRDefault="00000000">
            <w:pPr>
              <w:pStyle w:val="TableText"/>
              <w:spacing w:before="40" w:after="40"/>
            </w:pPr>
            <w:r>
              <w:t>[conferma, modifica, approfondimento, invio a circuito competente]  •  responsabile/data: [ ]</w:t>
            </w:r>
          </w:p>
        </w:tc>
      </w:tr>
      <w:tr w:rsidR="00F81D60" w14:paraId="54367EE0" w14:textId="77777777">
        <w:trPr>
          <w:cantSplit/>
          <w:jc w:val="center"/>
        </w:trPr>
        <w:tc>
          <w:tcPr>
            <w:tcW w:w="2948" w:type="dxa"/>
            <w:shd w:val="clear" w:color="auto" w:fill="F5F7F9"/>
            <w:vAlign w:val="center"/>
          </w:tcPr>
          <w:p w14:paraId="66E2802B" w14:textId="77777777" w:rsidR="00F81D60" w:rsidRDefault="00000000">
            <w:pPr>
              <w:pStyle w:val="TableText"/>
              <w:spacing w:before="40" w:after="40"/>
            </w:pPr>
            <w:r>
              <w:t>Risposta alla persona</w:t>
            </w:r>
          </w:p>
        </w:tc>
        <w:tc>
          <w:tcPr>
            <w:tcW w:w="7030" w:type="dxa"/>
            <w:shd w:val="clear" w:color="auto" w:fill="F5F7F9"/>
            <w:vAlign w:val="center"/>
          </w:tcPr>
          <w:p w14:paraId="1A5BF0ED" w14:textId="77777777" w:rsidR="00F81D60" w:rsidRDefault="00000000">
            <w:pPr>
              <w:pStyle w:val="TableText"/>
              <w:spacing w:before="40" w:after="40"/>
            </w:pPr>
            <w:r>
              <w:t>Canale protetto: [ ]  •  data: [ ]  •  eventuale ulteriore canale: [ ]</w:t>
            </w:r>
          </w:p>
        </w:tc>
      </w:tr>
      <w:tr w:rsidR="00F81D60" w14:paraId="40068888" w14:textId="77777777">
        <w:trPr>
          <w:cantSplit/>
          <w:jc w:val="center"/>
        </w:trPr>
        <w:tc>
          <w:tcPr>
            <w:tcW w:w="2948" w:type="dxa"/>
            <w:vAlign w:val="center"/>
          </w:tcPr>
          <w:p w14:paraId="49AE3BDB" w14:textId="77777777" w:rsidR="00F81D60" w:rsidRDefault="00000000">
            <w:pPr>
              <w:pStyle w:val="TableText"/>
              <w:spacing w:before="40" w:after="40"/>
            </w:pPr>
            <w:r>
              <w:t>Verifica successiva</w:t>
            </w:r>
          </w:p>
        </w:tc>
        <w:tc>
          <w:tcPr>
            <w:tcW w:w="7030" w:type="dxa"/>
            <w:vAlign w:val="center"/>
          </w:tcPr>
          <w:p w14:paraId="3C3B0A4A" w14:textId="77777777" w:rsidR="00F81D60" w:rsidRDefault="00000000">
            <w:pPr>
              <w:pStyle w:val="TableText"/>
              <w:spacing w:before="40" w:after="40"/>
            </w:pPr>
            <w:r>
              <w:t>Attuazione e assenza di conseguenze improprie da controllare: [ ]  •  data: [ ]</w:t>
            </w:r>
          </w:p>
        </w:tc>
      </w:tr>
    </w:tbl>
    <w:p w14:paraId="55B0A677" w14:textId="77777777" w:rsidR="00F81D60" w:rsidRDefault="00F81D60">
      <w:pPr>
        <w:spacing w:after="0"/>
      </w:pPr>
    </w:p>
    <w:p w14:paraId="74EF13FF" w14:textId="77777777" w:rsidR="00F81D60" w:rsidRDefault="00000000">
      <w:pPr>
        <w:pStyle w:val="Reference"/>
      </w:pPr>
      <w:r>
        <w:t>Il termine aziendale proposto per la riconsiderazione è definito in A02; non limita diritti o termini legali. Eventuali segnalazioni che rientrano in altri canali obbligatori seguono il relativo ambito e le sue garanzie, senza qualificarle automaticamente come whistleblowing.</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06C4974F" w14:textId="77777777">
        <w:trPr>
          <w:tblHeader/>
          <w:jc w:val="center"/>
        </w:trPr>
        <w:tc>
          <w:tcPr>
            <w:tcW w:w="3326" w:type="dxa"/>
            <w:shd w:val="clear" w:color="auto" w:fill="17324D"/>
            <w:vAlign w:val="center"/>
          </w:tcPr>
          <w:p w14:paraId="12DF05A4" w14:textId="77777777" w:rsidR="00F81D60" w:rsidRDefault="00000000">
            <w:pPr>
              <w:pStyle w:val="TableText"/>
              <w:spacing w:before="40" w:after="40"/>
            </w:pPr>
            <w:r>
              <w:rPr>
                <w:b/>
                <w:color w:val="FFFFFF"/>
              </w:rPr>
              <w:t>Ricevente autorizzato</w:t>
            </w:r>
          </w:p>
        </w:tc>
        <w:tc>
          <w:tcPr>
            <w:tcW w:w="3326" w:type="dxa"/>
            <w:shd w:val="clear" w:color="auto" w:fill="17324D"/>
            <w:vAlign w:val="center"/>
          </w:tcPr>
          <w:p w14:paraId="10E81C8E" w14:textId="77777777" w:rsidR="00F81D60" w:rsidRDefault="00000000">
            <w:pPr>
              <w:pStyle w:val="TableText"/>
              <w:spacing w:before="40" w:after="40"/>
            </w:pPr>
            <w:r>
              <w:rPr>
                <w:b/>
                <w:color w:val="FFFFFF"/>
              </w:rPr>
              <w:t>Responsabile del riscontro</w:t>
            </w:r>
          </w:p>
        </w:tc>
        <w:tc>
          <w:tcPr>
            <w:tcW w:w="3326" w:type="dxa"/>
            <w:shd w:val="clear" w:color="auto" w:fill="17324D"/>
            <w:vAlign w:val="center"/>
          </w:tcPr>
          <w:p w14:paraId="339C1B00" w14:textId="77777777" w:rsidR="00F81D60" w:rsidRDefault="00000000">
            <w:pPr>
              <w:pStyle w:val="TableText"/>
              <w:spacing w:before="40" w:after="40"/>
            </w:pPr>
            <w:r>
              <w:rPr>
                <w:b/>
                <w:color w:val="FFFFFF"/>
              </w:rPr>
              <w:t>Data</w:t>
            </w:r>
          </w:p>
        </w:tc>
      </w:tr>
      <w:tr w:rsidR="00F81D60" w14:paraId="662BCAE1" w14:textId="77777777">
        <w:trPr>
          <w:cantSplit/>
          <w:trHeight w:val="454"/>
          <w:jc w:val="center"/>
        </w:trPr>
        <w:tc>
          <w:tcPr>
            <w:tcW w:w="3326" w:type="dxa"/>
            <w:vAlign w:val="center"/>
          </w:tcPr>
          <w:p w14:paraId="3EED700A" w14:textId="77777777" w:rsidR="00F81D60" w:rsidRDefault="00000000">
            <w:pPr>
              <w:pStyle w:val="TableText"/>
              <w:spacing w:before="40" w:after="40"/>
            </w:pPr>
            <w:r>
              <w:t>[compilare]</w:t>
            </w:r>
          </w:p>
        </w:tc>
        <w:tc>
          <w:tcPr>
            <w:tcW w:w="3326" w:type="dxa"/>
            <w:vAlign w:val="center"/>
          </w:tcPr>
          <w:p w14:paraId="35F00E45" w14:textId="77777777" w:rsidR="00F81D60" w:rsidRDefault="00000000">
            <w:pPr>
              <w:pStyle w:val="TableText"/>
              <w:spacing w:before="40" w:after="40"/>
            </w:pPr>
            <w:r>
              <w:t>[compilare]</w:t>
            </w:r>
          </w:p>
        </w:tc>
        <w:tc>
          <w:tcPr>
            <w:tcW w:w="3326" w:type="dxa"/>
            <w:vAlign w:val="center"/>
          </w:tcPr>
          <w:p w14:paraId="5560305A" w14:textId="77777777" w:rsidR="00F81D60" w:rsidRDefault="00000000">
            <w:pPr>
              <w:pStyle w:val="TableText"/>
              <w:spacing w:before="40" w:after="40"/>
            </w:pPr>
            <w:r>
              <w:t>[compilare]</w:t>
            </w:r>
          </w:p>
        </w:tc>
      </w:tr>
    </w:tbl>
    <w:p w14:paraId="3912FFF1" w14:textId="77777777" w:rsidR="00F81D60" w:rsidRDefault="00F81D60">
      <w:pPr>
        <w:spacing w:after="0"/>
      </w:pPr>
    </w:p>
    <w:p w14:paraId="28F1911A" w14:textId="77777777" w:rsidR="00F81D60" w:rsidRDefault="00000000">
      <w:r>
        <w:br w:type="page"/>
      </w:r>
    </w:p>
    <w:p w14:paraId="56585009" w14:textId="77777777" w:rsidR="00F81D60" w:rsidRDefault="00000000">
      <w:pPr>
        <w:pStyle w:val="Small"/>
      </w:pPr>
      <w:r>
        <w:rPr>
          <w:b/>
          <w:color w:val="006B70"/>
        </w:rPr>
        <w:t>ALLEGATO AZIENDALE  •  MOD-MM-21</w:t>
      </w:r>
    </w:p>
    <w:p w14:paraId="15034EF3" w14:textId="77777777" w:rsidR="00F81D60" w:rsidRDefault="00000000">
      <w:pPr>
        <w:pStyle w:val="Titolo1"/>
      </w:pPr>
      <w:bookmarkStart w:id="84" w:name="A21"/>
      <w:r>
        <w:t>A21 | Selezione e onboarding inclusivi</w:t>
      </w:r>
      <w:bookmarkEnd w:id="84"/>
    </w:p>
    <w:p w14:paraId="3AF88669" w14:textId="77777777" w:rsidR="00F81D60" w:rsidRDefault="00000000">
      <w:pPr>
        <w:pStyle w:val="Reference"/>
      </w:pPr>
      <w:r>
        <w:t>Base documentale: [ISO] allegato D; [IT3]. Le istruzioni operative e i moduli sono elaborazioni aziendali del modello [AZ].</w:t>
      </w:r>
    </w:p>
    <w:p w14:paraId="6B494495" w14:textId="77777777" w:rsidR="00F81D60" w:rsidRDefault="00000000">
      <w:r>
        <w:t>CLASSIFICAZIONE: SISTEMA. Scheda di controllo del processo; eventuali richieste individuali dei candidati sono gestite in un circuito separato con informativa e dati minimi.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ED4B0F6" w14:textId="77777777">
        <w:trPr>
          <w:tblHeader/>
          <w:jc w:val="center"/>
        </w:trPr>
        <w:tc>
          <w:tcPr>
            <w:tcW w:w="2948" w:type="dxa"/>
            <w:shd w:val="clear" w:color="auto" w:fill="17324D"/>
            <w:vAlign w:val="center"/>
          </w:tcPr>
          <w:p w14:paraId="74D8EB2E" w14:textId="77777777" w:rsidR="00F81D60" w:rsidRDefault="00000000">
            <w:pPr>
              <w:pStyle w:val="TableText"/>
              <w:spacing w:before="40" w:after="40"/>
            </w:pPr>
            <w:r>
              <w:rPr>
                <w:b/>
                <w:color w:val="FFFFFF"/>
              </w:rPr>
              <w:t>Campo</w:t>
            </w:r>
          </w:p>
        </w:tc>
        <w:tc>
          <w:tcPr>
            <w:tcW w:w="7030" w:type="dxa"/>
            <w:shd w:val="clear" w:color="auto" w:fill="17324D"/>
            <w:vAlign w:val="center"/>
          </w:tcPr>
          <w:p w14:paraId="40C34902" w14:textId="77777777" w:rsidR="00F81D60" w:rsidRDefault="00000000">
            <w:pPr>
              <w:pStyle w:val="TableText"/>
              <w:spacing w:before="40" w:after="40"/>
            </w:pPr>
            <w:r>
              <w:rPr>
                <w:b/>
                <w:color w:val="FFFFFF"/>
              </w:rPr>
              <w:t>Compilazione / decisione aziendale</w:t>
            </w:r>
          </w:p>
        </w:tc>
      </w:tr>
      <w:tr w:rsidR="00F81D60" w14:paraId="38576C08" w14:textId="77777777">
        <w:trPr>
          <w:cantSplit/>
          <w:jc w:val="center"/>
        </w:trPr>
        <w:tc>
          <w:tcPr>
            <w:tcW w:w="2948" w:type="dxa"/>
            <w:vAlign w:val="center"/>
          </w:tcPr>
          <w:p w14:paraId="6095A209" w14:textId="77777777" w:rsidR="00F81D60" w:rsidRDefault="00000000">
            <w:pPr>
              <w:pStyle w:val="TableText"/>
              <w:spacing w:before="40" w:after="40"/>
            </w:pPr>
            <w:r>
              <w:t>Selezione / inserimento</w:t>
            </w:r>
          </w:p>
        </w:tc>
        <w:tc>
          <w:tcPr>
            <w:tcW w:w="7030" w:type="dxa"/>
            <w:vAlign w:val="center"/>
          </w:tcPr>
          <w:p w14:paraId="677616D9" w14:textId="77777777" w:rsidR="00F81D60" w:rsidRDefault="00000000">
            <w:pPr>
              <w:pStyle w:val="TableText"/>
              <w:spacing w:before="40" w:after="40"/>
            </w:pPr>
            <w:r>
              <w:t>Posizione: [ ]  •  campagna: [ ]  •  responsabile: [ ]  •  data: [ ]</w:t>
            </w:r>
          </w:p>
        </w:tc>
      </w:tr>
    </w:tbl>
    <w:p w14:paraId="0CD849A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5725"/>
        <w:gridCol w:w="4252"/>
      </w:tblGrid>
      <w:tr w:rsidR="00F81D60" w14:paraId="203CA1C4" w14:textId="77777777">
        <w:trPr>
          <w:tblHeader/>
          <w:jc w:val="center"/>
        </w:trPr>
        <w:tc>
          <w:tcPr>
            <w:tcW w:w="5726" w:type="dxa"/>
            <w:shd w:val="clear" w:color="auto" w:fill="17324D"/>
            <w:vAlign w:val="center"/>
          </w:tcPr>
          <w:p w14:paraId="608E1781" w14:textId="77777777" w:rsidR="00F81D60" w:rsidRDefault="00000000">
            <w:pPr>
              <w:pStyle w:val="TableText"/>
              <w:spacing w:before="40" w:after="40"/>
            </w:pPr>
            <w:r>
              <w:rPr>
                <w:b/>
                <w:color w:val="FFFFFF"/>
              </w:rPr>
              <w:t>Verifica del processo</w:t>
            </w:r>
          </w:p>
        </w:tc>
        <w:tc>
          <w:tcPr>
            <w:tcW w:w="4252" w:type="dxa"/>
            <w:shd w:val="clear" w:color="auto" w:fill="17324D"/>
            <w:vAlign w:val="center"/>
          </w:tcPr>
          <w:p w14:paraId="4628A487" w14:textId="77777777" w:rsidR="00F81D60" w:rsidRDefault="00000000">
            <w:pPr>
              <w:pStyle w:val="TableText"/>
              <w:spacing w:before="40" w:after="40"/>
            </w:pPr>
            <w:r>
              <w:rPr>
                <w:b/>
                <w:color w:val="FFFFFF"/>
              </w:rPr>
              <w:t>Esito, evidenza e azione</w:t>
            </w:r>
          </w:p>
        </w:tc>
      </w:tr>
      <w:tr w:rsidR="00F81D60" w14:paraId="6C4154C0" w14:textId="77777777">
        <w:trPr>
          <w:cantSplit/>
          <w:trHeight w:val="414"/>
          <w:jc w:val="center"/>
        </w:trPr>
        <w:tc>
          <w:tcPr>
            <w:tcW w:w="5726" w:type="dxa"/>
            <w:vAlign w:val="center"/>
          </w:tcPr>
          <w:p w14:paraId="5116A40F" w14:textId="77777777" w:rsidR="00F81D60" w:rsidRDefault="00000000">
            <w:pPr>
              <w:pStyle w:val="TableText"/>
              <w:spacing w:before="40" w:after="40"/>
            </w:pPr>
            <w:r>
              <w:t>Descrizione del ruolo fondata su compiti essenziali reali</w:t>
            </w:r>
          </w:p>
        </w:tc>
        <w:tc>
          <w:tcPr>
            <w:tcW w:w="4252" w:type="dxa"/>
            <w:vAlign w:val="center"/>
          </w:tcPr>
          <w:p w14:paraId="6CA0B4B4" w14:textId="77777777" w:rsidR="00F81D60" w:rsidRDefault="00000000">
            <w:pPr>
              <w:pStyle w:val="TableText"/>
              <w:spacing w:before="40" w:after="40"/>
            </w:pPr>
            <w:r>
              <w:t>[compilare]</w:t>
            </w:r>
          </w:p>
        </w:tc>
      </w:tr>
      <w:tr w:rsidR="00F81D60" w14:paraId="31F72168" w14:textId="77777777">
        <w:trPr>
          <w:cantSplit/>
          <w:trHeight w:val="414"/>
          <w:jc w:val="center"/>
        </w:trPr>
        <w:tc>
          <w:tcPr>
            <w:tcW w:w="5726" w:type="dxa"/>
            <w:shd w:val="clear" w:color="auto" w:fill="F5F7F9"/>
            <w:vAlign w:val="center"/>
          </w:tcPr>
          <w:p w14:paraId="215D313A" w14:textId="77777777" w:rsidR="00F81D60" w:rsidRDefault="00000000">
            <w:pPr>
              <w:pStyle w:val="TableText"/>
              <w:spacing w:before="40" w:after="40"/>
            </w:pPr>
            <w:r>
              <w:t>Annuncio e criteri privi di stereotipi o esclusioni non giustificate</w:t>
            </w:r>
          </w:p>
        </w:tc>
        <w:tc>
          <w:tcPr>
            <w:tcW w:w="4252" w:type="dxa"/>
            <w:shd w:val="clear" w:color="auto" w:fill="F5F7F9"/>
            <w:vAlign w:val="center"/>
          </w:tcPr>
          <w:p w14:paraId="0F365211" w14:textId="77777777" w:rsidR="00F81D60" w:rsidRDefault="00000000">
            <w:pPr>
              <w:pStyle w:val="TableText"/>
              <w:spacing w:before="40" w:after="40"/>
            </w:pPr>
            <w:r>
              <w:t>[compilare]</w:t>
            </w:r>
          </w:p>
        </w:tc>
      </w:tr>
      <w:tr w:rsidR="00F81D60" w14:paraId="2DAF344A" w14:textId="77777777">
        <w:trPr>
          <w:cantSplit/>
          <w:trHeight w:val="414"/>
          <w:jc w:val="center"/>
        </w:trPr>
        <w:tc>
          <w:tcPr>
            <w:tcW w:w="5726" w:type="dxa"/>
            <w:vAlign w:val="center"/>
          </w:tcPr>
          <w:p w14:paraId="70C95457" w14:textId="77777777" w:rsidR="00F81D60" w:rsidRDefault="00000000">
            <w:pPr>
              <w:pStyle w:val="TableText"/>
              <w:spacing w:before="40" w:after="40"/>
            </w:pPr>
            <w:r>
              <w:t>Canale accessibile per richiedere modifiche del colloquio</w:t>
            </w:r>
          </w:p>
        </w:tc>
        <w:tc>
          <w:tcPr>
            <w:tcW w:w="4252" w:type="dxa"/>
            <w:vAlign w:val="center"/>
          </w:tcPr>
          <w:p w14:paraId="76B58B55" w14:textId="77777777" w:rsidR="00F81D60" w:rsidRDefault="00000000">
            <w:pPr>
              <w:pStyle w:val="TableText"/>
              <w:spacing w:before="40" w:after="40"/>
            </w:pPr>
            <w:r>
              <w:t>[compilare]</w:t>
            </w:r>
          </w:p>
        </w:tc>
      </w:tr>
      <w:tr w:rsidR="00F81D60" w14:paraId="3A1EA4D0" w14:textId="77777777">
        <w:trPr>
          <w:cantSplit/>
          <w:trHeight w:val="414"/>
          <w:jc w:val="center"/>
        </w:trPr>
        <w:tc>
          <w:tcPr>
            <w:tcW w:w="5726" w:type="dxa"/>
            <w:shd w:val="clear" w:color="auto" w:fill="F5F7F9"/>
            <w:vAlign w:val="center"/>
          </w:tcPr>
          <w:p w14:paraId="3575D0D4" w14:textId="77777777" w:rsidR="00F81D60" w:rsidRDefault="00000000">
            <w:pPr>
              <w:pStyle w:val="TableText"/>
              <w:spacing w:before="40" w:after="40"/>
            </w:pPr>
            <w:r>
              <w:t>Informazioni preventive su durata, sede, prove e pause</w:t>
            </w:r>
          </w:p>
        </w:tc>
        <w:tc>
          <w:tcPr>
            <w:tcW w:w="4252" w:type="dxa"/>
            <w:shd w:val="clear" w:color="auto" w:fill="F5F7F9"/>
            <w:vAlign w:val="center"/>
          </w:tcPr>
          <w:p w14:paraId="03D9159C" w14:textId="77777777" w:rsidR="00F81D60" w:rsidRDefault="00000000">
            <w:pPr>
              <w:pStyle w:val="TableText"/>
              <w:spacing w:before="40" w:after="40"/>
            </w:pPr>
            <w:r>
              <w:t>[compilare]</w:t>
            </w:r>
          </w:p>
        </w:tc>
      </w:tr>
      <w:tr w:rsidR="00F81D60" w14:paraId="3DA22924" w14:textId="77777777">
        <w:trPr>
          <w:cantSplit/>
          <w:trHeight w:val="414"/>
          <w:jc w:val="center"/>
        </w:trPr>
        <w:tc>
          <w:tcPr>
            <w:tcW w:w="5726" w:type="dxa"/>
            <w:vAlign w:val="center"/>
          </w:tcPr>
          <w:p w14:paraId="44A5A0AB" w14:textId="77777777" w:rsidR="00F81D60" w:rsidRDefault="00000000">
            <w:pPr>
              <w:pStyle w:val="TableText"/>
              <w:spacing w:before="40" w:after="40"/>
            </w:pPr>
            <w:r>
              <w:t>Accessibilità di servizi, acqua e luogo di attesa</w:t>
            </w:r>
          </w:p>
        </w:tc>
        <w:tc>
          <w:tcPr>
            <w:tcW w:w="4252" w:type="dxa"/>
            <w:vAlign w:val="center"/>
          </w:tcPr>
          <w:p w14:paraId="2111A98C" w14:textId="77777777" w:rsidR="00F81D60" w:rsidRDefault="00000000">
            <w:pPr>
              <w:pStyle w:val="TableText"/>
              <w:spacing w:before="40" w:after="40"/>
            </w:pPr>
            <w:r>
              <w:t>[compilare]</w:t>
            </w:r>
          </w:p>
        </w:tc>
      </w:tr>
      <w:tr w:rsidR="00F81D60" w14:paraId="6113F748" w14:textId="77777777">
        <w:trPr>
          <w:cantSplit/>
          <w:trHeight w:val="414"/>
          <w:jc w:val="center"/>
        </w:trPr>
        <w:tc>
          <w:tcPr>
            <w:tcW w:w="5726" w:type="dxa"/>
            <w:shd w:val="clear" w:color="auto" w:fill="F5F7F9"/>
            <w:vAlign w:val="center"/>
          </w:tcPr>
          <w:p w14:paraId="11111649" w14:textId="77777777" w:rsidR="00F81D60" w:rsidRDefault="00000000">
            <w:pPr>
              <w:pStyle w:val="TableText"/>
              <w:spacing w:before="40" w:after="40"/>
            </w:pPr>
            <w:r>
              <w:t>Possibilità organizzative di orario/modalità valutate senza penalizzare</w:t>
            </w:r>
          </w:p>
        </w:tc>
        <w:tc>
          <w:tcPr>
            <w:tcW w:w="4252" w:type="dxa"/>
            <w:shd w:val="clear" w:color="auto" w:fill="F5F7F9"/>
            <w:vAlign w:val="center"/>
          </w:tcPr>
          <w:p w14:paraId="57909794" w14:textId="77777777" w:rsidR="00F81D60" w:rsidRDefault="00000000">
            <w:pPr>
              <w:pStyle w:val="TableText"/>
              <w:spacing w:before="40" w:after="40"/>
            </w:pPr>
            <w:r>
              <w:t>[compilare]</w:t>
            </w:r>
          </w:p>
        </w:tc>
      </w:tr>
      <w:tr w:rsidR="00F81D60" w14:paraId="5CA13897" w14:textId="77777777">
        <w:trPr>
          <w:cantSplit/>
          <w:trHeight w:val="414"/>
          <w:jc w:val="center"/>
        </w:trPr>
        <w:tc>
          <w:tcPr>
            <w:tcW w:w="5726" w:type="dxa"/>
            <w:vAlign w:val="center"/>
          </w:tcPr>
          <w:p w14:paraId="56028249" w14:textId="77777777" w:rsidR="00F81D60" w:rsidRDefault="00000000">
            <w:pPr>
              <w:pStyle w:val="TableText"/>
              <w:spacing w:before="40" w:after="40"/>
            </w:pPr>
            <w:r>
              <w:t>Valutatori informati a non porre domande su ciclo, menopausa o terapie</w:t>
            </w:r>
          </w:p>
        </w:tc>
        <w:tc>
          <w:tcPr>
            <w:tcW w:w="4252" w:type="dxa"/>
            <w:vAlign w:val="center"/>
          </w:tcPr>
          <w:p w14:paraId="394D1166" w14:textId="77777777" w:rsidR="00F81D60" w:rsidRDefault="00000000">
            <w:pPr>
              <w:pStyle w:val="TableText"/>
              <w:spacing w:before="40" w:after="40"/>
            </w:pPr>
            <w:r>
              <w:t>[compilare]</w:t>
            </w:r>
          </w:p>
        </w:tc>
      </w:tr>
      <w:tr w:rsidR="00F81D60" w14:paraId="3FC84403" w14:textId="77777777">
        <w:trPr>
          <w:cantSplit/>
          <w:trHeight w:val="414"/>
          <w:jc w:val="center"/>
        </w:trPr>
        <w:tc>
          <w:tcPr>
            <w:tcW w:w="5726" w:type="dxa"/>
            <w:shd w:val="clear" w:color="auto" w:fill="F5F7F9"/>
            <w:vAlign w:val="center"/>
          </w:tcPr>
          <w:p w14:paraId="3004DE16" w14:textId="77777777" w:rsidR="00F81D60" w:rsidRDefault="00000000">
            <w:pPr>
              <w:pStyle w:val="TableText"/>
              <w:spacing w:before="40" w:after="40"/>
            </w:pPr>
            <w:r>
              <w:t>Criteri di valutazione documentati e applicati coerentemente</w:t>
            </w:r>
          </w:p>
        </w:tc>
        <w:tc>
          <w:tcPr>
            <w:tcW w:w="4252" w:type="dxa"/>
            <w:shd w:val="clear" w:color="auto" w:fill="F5F7F9"/>
            <w:vAlign w:val="center"/>
          </w:tcPr>
          <w:p w14:paraId="45C8B4AE" w14:textId="77777777" w:rsidR="00F81D60" w:rsidRDefault="00000000">
            <w:pPr>
              <w:pStyle w:val="TableText"/>
              <w:spacing w:before="40" w:after="40"/>
            </w:pPr>
            <w:r>
              <w:t>[compilare]</w:t>
            </w:r>
          </w:p>
        </w:tc>
      </w:tr>
      <w:tr w:rsidR="00F81D60" w14:paraId="40417593" w14:textId="77777777">
        <w:trPr>
          <w:cantSplit/>
          <w:trHeight w:val="414"/>
          <w:jc w:val="center"/>
        </w:trPr>
        <w:tc>
          <w:tcPr>
            <w:tcW w:w="5726" w:type="dxa"/>
            <w:vAlign w:val="center"/>
          </w:tcPr>
          <w:p w14:paraId="00E607E7" w14:textId="77777777" w:rsidR="00F81D60" w:rsidRDefault="00000000">
            <w:pPr>
              <w:pStyle w:val="TableText"/>
              <w:spacing w:before="40" w:after="40"/>
            </w:pPr>
            <w:r>
              <w:t>Richieste di supporto non utilizzate come indizio di inaffidabilità</w:t>
            </w:r>
          </w:p>
        </w:tc>
        <w:tc>
          <w:tcPr>
            <w:tcW w:w="4252" w:type="dxa"/>
            <w:vAlign w:val="center"/>
          </w:tcPr>
          <w:p w14:paraId="13C9D01C" w14:textId="77777777" w:rsidR="00F81D60" w:rsidRDefault="00000000">
            <w:pPr>
              <w:pStyle w:val="TableText"/>
              <w:spacing w:before="40" w:after="40"/>
            </w:pPr>
            <w:r>
              <w:t>[compilare]</w:t>
            </w:r>
          </w:p>
        </w:tc>
      </w:tr>
      <w:tr w:rsidR="00F81D60" w14:paraId="171DD5CB" w14:textId="77777777">
        <w:trPr>
          <w:cantSplit/>
          <w:trHeight w:val="414"/>
          <w:jc w:val="center"/>
        </w:trPr>
        <w:tc>
          <w:tcPr>
            <w:tcW w:w="5726" w:type="dxa"/>
            <w:shd w:val="clear" w:color="auto" w:fill="F5F7F9"/>
            <w:vAlign w:val="center"/>
          </w:tcPr>
          <w:p w14:paraId="2A485E9C" w14:textId="77777777" w:rsidR="00F81D60" w:rsidRDefault="00000000">
            <w:pPr>
              <w:pStyle w:val="TableText"/>
              <w:spacing w:before="40" w:after="40"/>
            </w:pPr>
            <w:r>
              <w:t>Onboarding: contatti, procedure, servizi e privacy comunicati</w:t>
            </w:r>
          </w:p>
        </w:tc>
        <w:tc>
          <w:tcPr>
            <w:tcW w:w="4252" w:type="dxa"/>
            <w:shd w:val="clear" w:color="auto" w:fill="F5F7F9"/>
            <w:vAlign w:val="center"/>
          </w:tcPr>
          <w:p w14:paraId="35624C82" w14:textId="77777777" w:rsidR="00F81D60" w:rsidRDefault="00000000">
            <w:pPr>
              <w:pStyle w:val="TableText"/>
              <w:spacing w:before="40" w:after="40"/>
            </w:pPr>
            <w:r>
              <w:t>[compilare]</w:t>
            </w:r>
          </w:p>
        </w:tc>
      </w:tr>
      <w:tr w:rsidR="00F81D60" w14:paraId="7A992F32" w14:textId="77777777">
        <w:trPr>
          <w:cantSplit/>
          <w:trHeight w:val="414"/>
          <w:jc w:val="center"/>
        </w:trPr>
        <w:tc>
          <w:tcPr>
            <w:tcW w:w="5726" w:type="dxa"/>
            <w:vAlign w:val="center"/>
          </w:tcPr>
          <w:p w14:paraId="6E9F99EB" w14:textId="77777777" w:rsidR="00F81D60" w:rsidRDefault="00000000">
            <w:pPr>
              <w:pStyle w:val="TableText"/>
              <w:spacing w:before="40" w:after="40"/>
            </w:pPr>
            <w:r>
              <w:t>Passaggio minimo di adattamenti concordati, ove pertinente</w:t>
            </w:r>
          </w:p>
        </w:tc>
        <w:tc>
          <w:tcPr>
            <w:tcW w:w="4252" w:type="dxa"/>
            <w:vAlign w:val="center"/>
          </w:tcPr>
          <w:p w14:paraId="7BE0D004" w14:textId="77777777" w:rsidR="00F81D60" w:rsidRDefault="00000000">
            <w:pPr>
              <w:pStyle w:val="TableText"/>
              <w:spacing w:before="40" w:after="40"/>
            </w:pPr>
            <w:r>
              <w:t>[compilare]</w:t>
            </w:r>
          </w:p>
        </w:tc>
      </w:tr>
    </w:tbl>
    <w:p w14:paraId="61B49A35"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C32E440" w14:textId="77777777">
        <w:trPr>
          <w:tblHeader/>
          <w:jc w:val="center"/>
        </w:trPr>
        <w:tc>
          <w:tcPr>
            <w:tcW w:w="2948" w:type="dxa"/>
            <w:shd w:val="clear" w:color="auto" w:fill="17324D"/>
            <w:vAlign w:val="center"/>
          </w:tcPr>
          <w:p w14:paraId="688CC5A2" w14:textId="77777777" w:rsidR="00F81D60" w:rsidRDefault="00000000">
            <w:pPr>
              <w:pStyle w:val="TableText"/>
              <w:spacing w:before="40" w:after="40"/>
            </w:pPr>
            <w:r>
              <w:rPr>
                <w:b/>
                <w:color w:val="FFFFFF"/>
              </w:rPr>
              <w:t>Campo</w:t>
            </w:r>
          </w:p>
        </w:tc>
        <w:tc>
          <w:tcPr>
            <w:tcW w:w="7030" w:type="dxa"/>
            <w:shd w:val="clear" w:color="auto" w:fill="17324D"/>
            <w:vAlign w:val="center"/>
          </w:tcPr>
          <w:p w14:paraId="7B86C4A5" w14:textId="77777777" w:rsidR="00F81D60" w:rsidRDefault="00000000">
            <w:pPr>
              <w:pStyle w:val="TableText"/>
              <w:spacing w:before="40" w:after="40"/>
            </w:pPr>
            <w:r>
              <w:rPr>
                <w:b/>
                <w:color w:val="FFFFFF"/>
              </w:rPr>
              <w:t>Compilazione / decisione aziendale</w:t>
            </w:r>
          </w:p>
        </w:tc>
      </w:tr>
      <w:tr w:rsidR="00F81D60" w14:paraId="4CA7B952" w14:textId="77777777">
        <w:trPr>
          <w:cantSplit/>
          <w:jc w:val="center"/>
        </w:trPr>
        <w:tc>
          <w:tcPr>
            <w:tcW w:w="2948" w:type="dxa"/>
            <w:vAlign w:val="center"/>
          </w:tcPr>
          <w:p w14:paraId="476B6442" w14:textId="77777777" w:rsidR="00F81D60" w:rsidRDefault="00000000">
            <w:pPr>
              <w:pStyle w:val="TableText"/>
              <w:spacing w:before="40" w:after="40"/>
            </w:pPr>
            <w:r>
              <w:t>Rettifiche e responsabili</w:t>
            </w:r>
          </w:p>
        </w:tc>
        <w:tc>
          <w:tcPr>
            <w:tcW w:w="7030" w:type="dxa"/>
            <w:vAlign w:val="center"/>
          </w:tcPr>
          <w:p w14:paraId="7DF21F4D" w14:textId="77777777" w:rsidR="00F81D60" w:rsidRDefault="00000000">
            <w:pPr>
              <w:pStyle w:val="TableText"/>
              <w:spacing w:before="40" w:after="40"/>
            </w:pPr>
            <w:r>
              <w:t>[azione, termine, verifica]</w:t>
            </w:r>
          </w:p>
        </w:tc>
      </w:tr>
      <w:tr w:rsidR="00F81D60" w14:paraId="18643388" w14:textId="77777777">
        <w:trPr>
          <w:cantSplit/>
          <w:jc w:val="center"/>
        </w:trPr>
        <w:tc>
          <w:tcPr>
            <w:tcW w:w="2948" w:type="dxa"/>
            <w:shd w:val="clear" w:color="auto" w:fill="F5F7F9"/>
            <w:vAlign w:val="center"/>
          </w:tcPr>
          <w:p w14:paraId="597D4B71" w14:textId="77777777" w:rsidR="00F81D60" w:rsidRDefault="00000000">
            <w:pPr>
              <w:pStyle w:val="TableText"/>
              <w:spacing w:before="40" w:after="40"/>
            </w:pPr>
            <w:r>
              <w:t>Controllo di imparzialità</w:t>
            </w:r>
          </w:p>
        </w:tc>
        <w:tc>
          <w:tcPr>
            <w:tcW w:w="7030" w:type="dxa"/>
            <w:shd w:val="clear" w:color="auto" w:fill="F5F7F9"/>
            <w:vAlign w:val="center"/>
          </w:tcPr>
          <w:p w14:paraId="36C400EC" w14:textId="77777777" w:rsidR="00F81D60" w:rsidRDefault="00000000">
            <w:pPr>
              <w:pStyle w:val="TableText"/>
              <w:spacing w:before="40" w:after="40"/>
            </w:pPr>
            <w:r>
              <w:t>[campione esaminato e risultato, senza dati sanitari]</w:t>
            </w:r>
          </w:p>
        </w:tc>
      </w:tr>
      <w:tr w:rsidR="00F81D60" w14:paraId="1B9D3E86" w14:textId="77777777">
        <w:trPr>
          <w:cantSplit/>
          <w:jc w:val="center"/>
        </w:trPr>
        <w:tc>
          <w:tcPr>
            <w:tcW w:w="2948" w:type="dxa"/>
            <w:vAlign w:val="center"/>
          </w:tcPr>
          <w:p w14:paraId="57199B0F" w14:textId="77777777" w:rsidR="00F81D60" w:rsidRDefault="00000000">
            <w:pPr>
              <w:pStyle w:val="TableText"/>
              <w:spacing w:before="40" w:after="40"/>
            </w:pPr>
            <w:r>
              <w:t>Chiusura controllo</w:t>
            </w:r>
          </w:p>
        </w:tc>
        <w:tc>
          <w:tcPr>
            <w:tcW w:w="7030" w:type="dxa"/>
            <w:vAlign w:val="center"/>
          </w:tcPr>
          <w:p w14:paraId="0C5E6033" w14:textId="77777777" w:rsidR="00F81D60" w:rsidRDefault="00000000">
            <w:pPr>
              <w:pStyle w:val="TableText"/>
              <w:spacing w:before="40" w:after="40"/>
            </w:pPr>
            <w:r>
              <w:t>Verificatore: [ ]  •  data: [ ]  •  evidenze conservate: [ ]</w:t>
            </w:r>
          </w:p>
        </w:tc>
      </w:tr>
    </w:tbl>
    <w:p w14:paraId="7A7464C8"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07C25D44" w14:textId="77777777">
        <w:trPr>
          <w:tblHeader/>
          <w:jc w:val="center"/>
        </w:trPr>
        <w:tc>
          <w:tcPr>
            <w:tcW w:w="9978" w:type="dxa"/>
            <w:shd w:val="clear" w:color="auto" w:fill="17324D"/>
            <w:vAlign w:val="center"/>
          </w:tcPr>
          <w:p w14:paraId="5E4B3F25" w14:textId="77777777" w:rsidR="00F81D60" w:rsidRDefault="00000000">
            <w:pPr>
              <w:pStyle w:val="TableText"/>
              <w:spacing w:before="40" w:after="40"/>
            </w:pPr>
            <w:r>
              <w:rPr>
                <w:b/>
                <w:color w:val="FFFFFF"/>
                <w:sz w:val="19"/>
              </w:rPr>
              <w:t>FINALITÀ DELLA VERIFICA</w:t>
            </w:r>
          </w:p>
        </w:tc>
      </w:tr>
      <w:tr w:rsidR="00F81D60" w14:paraId="4F7846CA" w14:textId="77777777">
        <w:trPr>
          <w:cantSplit/>
          <w:jc w:val="center"/>
        </w:trPr>
        <w:tc>
          <w:tcPr>
            <w:tcW w:w="9978" w:type="dxa"/>
            <w:shd w:val="clear" w:color="auto" w:fill="EAF3F4"/>
            <w:vAlign w:val="center"/>
          </w:tcPr>
          <w:p w14:paraId="46809F9E" w14:textId="77777777" w:rsidR="00F81D60" w:rsidRDefault="00000000">
            <w:pPr>
              <w:pStyle w:val="TableText"/>
              <w:spacing w:before="40" w:after="40"/>
            </w:pPr>
            <w:r>
              <w:rPr>
                <w:sz w:val="19"/>
              </w:rPr>
              <w:t>La selezione valuta competenze e requisiti pertinenti al ruolo. Non si richiede una dichiarazione preventiva sulla menopausa o sulla salute mestruale per candidarsi, ottenere un colloquio o accedere alle normali informazioni sui servizi.</w:t>
            </w:r>
          </w:p>
        </w:tc>
      </w:tr>
    </w:tbl>
    <w:p w14:paraId="54409DC8" w14:textId="77777777" w:rsidR="00F81D60" w:rsidRDefault="00F81D60">
      <w:pPr>
        <w:spacing w:after="0"/>
      </w:pPr>
    </w:p>
    <w:p w14:paraId="4DF1D8CC" w14:textId="77777777" w:rsidR="00F81D60" w:rsidRDefault="00000000">
      <w:r>
        <w:br w:type="page"/>
      </w:r>
    </w:p>
    <w:p w14:paraId="5216ED77" w14:textId="77777777" w:rsidR="00F81D60" w:rsidRDefault="00000000">
      <w:pPr>
        <w:pStyle w:val="Small"/>
      </w:pPr>
      <w:r>
        <w:rPr>
          <w:b/>
          <w:color w:val="006B70"/>
        </w:rPr>
        <w:t>ALLEGATO AZIENDALE  •  MOD-MM-22  •  parte 1</w:t>
      </w:r>
    </w:p>
    <w:p w14:paraId="54A0C286" w14:textId="77777777" w:rsidR="00F81D60" w:rsidRDefault="00000000">
      <w:pPr>
        <w:pStyle w:val="Titolo1"/>
      </w:pPr>
      <w:bookmarkStart w:id="85" w:name="A22_1"/>
      <w:r>
        <w:t>A22 | Piano della formazione</w:t>
      </w:r>
      <w:bookmarkEnd w:id="85"/>
    </w:p>
    <w:p w14:paraId="365375C8" w14:textId="77777777" w:rsidR="00F81D60" w:rsidRDefault="00000000">
      <w:pPr>
        <w:pStyle w:val="Reference"/>
      </w:pPr>
      <w:r>
        <w:t>Base documentale: [ISO] allegato E; §§ 5.4 e 5.8. Le istruzioni operative e i moduli sono elaborazioni aziendali del modello [AZ].</w:t>
      </w:r>
    </w:p>
    <w:p w14:paraId="3ADA5119" w14:textId="77777777" w:rsidR="00F81D60" w:rsidRDefault="00000000">
      <w:r>
        <w:t>CLASSIFICAZIONE: SISTEMA. Preparare prima i referenti che riceveranno richieste; avviare la comunicazione generale solo quando canali, procedure e tutela dei dati sono effettivamente pronti.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494"/>
        <w:gridCol w:w="4535"/>
        <w:gridCol w:w="2948"/>
      </w:tblGrid>
      <w:tr w:rsidR="00F81D60" w14:paraId="476FA693" w14:textId="77777777">
        <w:trPr>
          <w:tblHeader/>
          <w:jc w:val="center"/>
        </w:trPr>
        <w:tc>
          <w:tcPr>
            <w:tcW w:w="2494" w:type="dxa"/>
            <w:shd w:val="clear" w:color="auto" w:fill="17324D"/>
            <w:vAlign w:val="center"/>
          </w:tcPr>
          <w:p w14:paraId="646604F2" w14:textId="77777777" w:rsidR="00F81D60" w:rsidRDefault="00000000">
            <w:pPr>
              <w:pStyle w:val="TableText"/>
              <w:spacing w:before="40" w:after="40"/>
            </w:pPr>
            <w:r>
              <w:rPr>
                <w:b/>
                <w:color w:val="FFFFFF"/>
              </w:rPr>
              <w:t>Destinatari</w:t>
            </w:r>
          </w:p>
        </w:tc>
        <w:tc>
          <w:tcPr>
            <w:tcW w:w="4535" w:type="dxa"/>
            <w:shd w:val="clear" w:color="auto" w:fill="17324D"/>
            <w:vAlign w:val="center"/>
          </w:tcPr>
          <w:p w14:paraId="38D8A217" w14:textId="77777777" w:rsidR="00F81D60" w:rsidRDefault="00000000">
            <w:pPr>
              <w:pStyle w:val="TableText"/>
              <w:spacing w:before="40" w:after="40"/>
            </w:pPr>
            <w:r>
              <w:rPr>
                <w:b/>
                <w:color w:val="FFFFFF"/>
              </w:rPr>
              <w:t>Obiettivi e contenuti operativi</w:t>
            </w:r>
          </w:p>
        </w:tc>
        <w:tc>
          <w:tcPr>
            <w:tcW w:w="2948" w:type="dxa"/>
            <w:shd w:val="clear" w:color="auto" w:fill="17324D"/>
            <w:vAlign w:val="center"/>
          </w:tcPr>
          <w:p w14:paraId="69CF0E97" w14:textId="77777777" w:rsidR="00F81D60" w:rsidRDefault="00000000">
            <w:pPr>
              <w:pStyle w:val="TableText"/>
              <w:spacing w:before="40" w:after="40"/>
            </w:pPr>
            <w:r>
              <w:rPr>
                <w:b/>
                <w:color w:val="FFFFFF"/>
              </w:rPr>
              <w:t>Metodo / verifica</w:t>
            </w:r>
          </w:p>
        </w:tc>
      </w:tr>
      <w:tr w:rsidR="00F81D60" w14:paraId="0456B5C5" w14:textId="77777777">
        <w:trPr>
          <w:cantSplit/>
          <w:jc w:val="center"/>
        </w:trPr>
        <w:tc>
          <w:tcPr>
            <w:tcW w:w="2494" w:type="dxa"/>
            <w:vAlign w:val="center"/>
          </w:tcPr>
          <w:p w14:paraId="21562893" w14:textId="77777777" w:rsidR="00F81D60" w:rsidRDefault="00000000">
            <w:pPr>
              <w:pStyle w:val="TableText"/>
              <w:spacing w:before="40" w:after="40"/>
            </w:pPr>
            <w:r>
              <w:t>Direzione e titolari delle decisioni</w:t>
            </w:r>
          </w:p>
        </w:tc>
        <w:tc>
          <w:tcPr>
            <w:tcW w:w="4535" w:type="dxa"/>
            <w:vAlign w:val="center"/>
          </w:tcPr>
          <w:p w14:paraId="015F5AB6" w14:textId="77777777" w:rsidR="00F81D60" w:rsidRDefault="00000000">
            <w:pPr>
              <w:pStyle w:val="TableText"/>
              <w:spacing w:before="40" w:after="40"/>
            </w:pPr>
            <w:r>
              <w:t>Impegno, risorse, limiti del modello, accountability e riesame</w:t>
            </w:r>
          </w:p>
        </w:tc>
        <w:tc>
          <w:tcPr>
            <w:tcW w:w="2948" w:type="dxa"/>
            <w:vAlign w:val="center"/>
          </w:tcPr>
          <w:p w14:paraId="42279A49" w14:textId="77777777" w:rsidR="00F81D60" w:rsidRDefault="00000000">
            <w:pPr>
              <w:pStyle w:val="TableText"/>
              <w:spacing w:before="40" w:after="40"/>
            </w:pPr>
            <w:r>
              <w:t>[briefing, casi e decisioni simulate]</w:t>
            </w:r>
          </w:p>
        </w:tc>
      </w:tr>
      <w:tr w:rsidR="00F81D60" w14:paraId="1BBF005D" w14:textId="77777777">
        <w:trPr>
          <w:cantSplit/>
          <w:jc w:val="center"/>
        </w:trPr>
        <w:tc>
          <w:tcPr>
            <w:tcW w:w="2494" w:type="dxa"/>
            <w:shd w:val="clear" w:color="auto" w:fill="F5F7F9"/>
            <w:vAlign w:val="center"/>
          </w:tcPr>
          <w:p w14:paraId="0D87FDF1" w14:textId="77777777" w:rsidR="00F81D60" w:rsidRDefault="00000000">
            <w:pPr>
              <w:pStyle w:val="TableText"/>
              <w:spacing w:before="40" w:after="40"/>
            </w:pPr>
            <w:r>
              <w:t>HR e referenti autorizzati</w:t>
            </w:r>
          </w:p>
        </w:tc>
        <w:tc>
          <w:tcPr>
            <w:tcW w:w="4535" w:type="dxa"/>
            <w:shd w:val="clear" w:color="auto" w:fill="F5F7F9"/>
            <w:vAlign w:val="center"/>
          </w:tcPr>
          <w:p w14:paraId="3525C2F2" w14:textId="77777777" w:rsidR="00F81D60" w:rsidRDefault="00000000">
            <w:pPr>
              <w:pStyle w:val="TableText"/>
              <w:spacing w:before="40" w:after="40"/>
            </w:pPr>
            <w:r>
              <w:t>Ascolto, flusso, dati minimi, gestione dei casi, confini clinici</w:t>
            </w:r>
          </w:p>
        </w:tc>
        <w:tc>
          <w:tcPr>
            <w:tcW w:w="2948" w:type="dxa"/>
            <w:shd w:val="clear" w:color="auto" w:fill="F5F7F9"/>
            <w:vAlign w:val="center"/>
          </w:tcPr>
          <w:p w14:paraId="04B480D4" w14:textId="77777777" w:rsidR="00F81D60" w:rsidRDefault="00000000">
            <w:pPr>
              <w:pStyle w:val="TableText"/>
              <w:spacing w:before="40" w:after="40"/>
            </w:pPr>
            <w:r>
              <w:t>[simulazione A09–A14; test]</w:t>
            </w:r>
          </w:p>
        </w:tc>
      </w:tr>
      <w:tr w:rsidR="00F81D60" w14:paraId="73F0354F" w14:textId="77777777">
        <w:trPr>
          <w:cantSplit/>
          <w:jc w:val="center"/>
        </w:trPr>
        <w:tc>
          <w:tcPr>
            <w:tcW w:w="2494" w:type="dxa"/>
            <w:vAlign w:val="center"/>
          </w:tcPr>
          <w:p w14:paraId="097D9DDF" w14:textId="77777777" w:rsidR="00F81D60" w:rsidRDefault="00000000">
            <w:pPr>
              <w:pStyle w:val="TableText"/>
              <w:spacing w:before="40" w:after="40"/>
            </w:pPr>
            <w:r>
              <w:t>Manager, dirigenti e preposti</w:t>
            </w:r>
          </w:p>
        </w:tc>
        <w:tc>
          <w:tcPr>
            <w:tcW w:w="4535" w:type="dxa"/>
            <w:vAlign w:val="center"/>
          </w:tcPr>
          <w:p w14:paraId="331E1C53" w14:textId="77777777" w:rsidR="00F81D60" w:rsidRDefault="00000000">
            <w:pPr>
              <w:pStyle w:val="TableText"/>
              <w:spacing w:before="40" w:after="40"/>
            </w:pPr>
            <w:r>
              <w:t>Pause, coperture, sicurezza, colloquio, assenze e performance</w:t>
            </w:r>
          </w:p>
        </w:tc>
        <w:tc>
          <w:tcPr>
            <w:tcW w:w="2948" w:type="dxa"/>
            <w:vAlign w:val="center"/>
          </w:tcPr>
          <w:p w14:paraId="25316B5A" w14:textId="77777777" w:rsidR="00F81D60" w:rsidRDefault="00000000">
            <w:pPr>
              <w:pStyle w:val="TableText"/>
              <w:spacing w:before="40" w:after="40"/>
            </w:pPr>
            <w:r>
              <w:t>[casi di ruolo; osservazione]</w:t>
            </w:r>
          </w:p>
        </w:tc>
      </w:tr>
      <w:tr w:rsidR="00F81D60" w14:paraId="14FE0655" w14:textId="77777777">
        <w:trPr>
          <w:cantSplit/>
          <w:jc w:val="center"/>
        </w:trPr>
        <w:tc>
          <w:tcPr>
            <w:tcW w:w="2494" w:type="dxa"/>
            <w:shd w:val="clear" w:color="auto" w:fill="F5F7F9"/>
            <w:vAlign w:val="center"/>
          </w:tcPr>
          <w:p w14:paraId="6139FAD4" w14:textId="77777777" w:rsidR="00F81D60" w:rsidRDefault="00000000">
            <w:pPr>
              <w:pStyle w:val="TableText"/>
              <w:spacing w:before="40" w:after="40"/>
            </w:pPr>
            <w:r>
              <w:t>HSE, facility, acquisti e pianificazione</w:t>
            </w:r>
          </w:p>
        </w:tc>
        <w:tc>
          <w:tcPr>
            <w:tcW w:w="4535" w:type="dxa"/>
            <w:shd w:val="clear" w:color="auto" w:fill="F5F7F9"/>
            <w:vAlign w:val="center"/>
          </w:tcPr>
          <w:p w14:paraId="08587CD9" w14:textId="77777777" w:rsidR="00F81D60" w:rsidRDefault="00000000">
            <w:pPr>
              <w:pStyle w:val="TableText"/>
              <w:spacing w:before="40" w:after="40"/>
            </w:pPr>
            <w:r>
              <w:t>Barriere, compatibilità tecnica, DPI, turni, evidenze</w:t>
            </w:r>
          </w:p>
        </w:tc>
        <w:tc>
          <w:tcPr>
            <w:tcW w:w="2948" w:type="dxa"/>
            <w:shd w:val="clear" w:color="auto" w:fill="F5F7F9"/>
            <w:vAlign w:val="center"/>
          </w:tcPr>
          <w:p w14:paraId="45BA3E8A" w14:textId="77777777" w:rsidR="00F81D60" w:rsidRDefault="00000000">
            <w:pPr>
              <w:pStyle w:val="TableText"/>
              <w:spacing w:before="40" w:after="40"/>
            </w:pPr>
            <w:r>
              <w:t>[sopralluogo e prova A11/A15/A16]</w:t>
            </w:r>
          </w:p>
        </w:tc>
      </w:tr>
      <w:tr w:rsidR="00F81D60" w14:paraId="6AE9F637" w14:textId="77777777">
        <w:trPr>
          <w:cantSplit/>
          <w:jc w:val="center"/>
        </w:trPr>
        <w:tc>
          <w:tcPr>
            <w:tcW w:w="2494" w:type="dxa"/>
            <w:vAlign w:val="center"/>
          </w:tcPr>
          <w:p w14:paraId="7045A851" w14:textId="77777777" w:rsidR="00F81D60" w:rsidRDefault="00000000">
            <w:pPr>
              <w:pStyle w:val="TableText"/>
              <w:spacing w:before="40" w:after="40"/>
            </w:pPr>
            <w:r>
              <w:t>RLS/RLST e referenti di supporto</w:t>
            </w:r>
          </w:p>
        </w:tc>
        <w:tc>
          <w:tcPr>
            <w:tcW w:w="4535" w:type="dxa"/>
            <w:vAlign w:val="center"/>
          </w:tcPr>
          <w:p w14:paraId="3B572988" w14:textId="77777777" w:rsidR="00F81D60" w:rsidRDefault="00000000">
            <w:pPr>
              <w:pStyle w:val="TableText"/>
              <w:spacing w:before="40" w:after="40"/>
            </w:pPr>
            <w:r>
              <w:t>Consultazione, orientamento, riservatezza e limiti di ruolo</w:t>
            </w:r>
          </w:p>
        </w:tc>
        <w:tc>
          <w:tcPr>
            <w:tcW w:w="2948" w:type="dxa"/>
            <w:vAlign w:val="center"/>
          </w:tcPr>
          <w:p w14:paraId="19E114DC" w14:textId="77777777" w:rsidR="00F81D60" w:rsidRDefault="00000000">
            <w:pPr>
              <w:pStyle w:val="TableText"/>
              <w:spacing w:before="40" w:after="40"/>
            </w:pPr>
            <w:r>
              <w:t>[casi, canali e confronto]</w:t>
            </w:r>
          </w:p>
        </w:tc>
      </w:tr>
      <w:tr w:rsidR="00F81D60" w14:paraId="01D5C372" w14:textId="77777777">
        <w:trPr>
          <w:cantSplit/>
          <w:jc w:val="center"/>
        </w:trPr>
        <w:tc>
          <w:tcPr>
            <w:tcW w:w="2494" w:type="dxa"/>
            <w:shd w:val="clear" w:color="auto" w:fill="F5F7F9"/>
            <w:vAlign w:val="center"/>
          </w:tcPr>
          <w:p w14:paraId="2C9781F6" w14:textId="77777777" w:rsidR="00F81D60" w:rsidRDefault="00000000">
            <w:pPr>
              <w:pStyle w:val="TableText"/>
              <w:spacing w:before="40" w:after="40"/>
            </w:pPr>
            <w:r>
              <w:t>Tutto il personale</w:t>
            </w:r>
          </w:p>
        </w:tc>
        <w:tc>
          <w:tcPr>
            <w:tcW w:w="4535" w:type="dxa"/>
            <w:shd w:val="clear" w:color="auto" w:fill="F5F7F9"/>
            <w:vAlign w:val="center"/>
          </w:tcPr>
          <w:p w14:paraId="4B617616" w14:textId="77777777" w:rsidR="00F81D60" w:rsidRDefault="00000000">
            <w:pPr>
              <w:pStyle w:val="TableText"/>
              <w:spacing w:before="40" w:after="40"/>
            </w:pPr>
            <w:r>
              <w:t>Rispetto, informazioni di base, servizi e canali, nessuna disclosure obbligatoria</w:t>
            </w:r>
          </w:p>
        </w:tc>
        <w:tc>
          <w:tcPr>
            <w:tcW w:w="2948" w:type="dxa"/>
            <w:shd w:val="clear" w:color="auto" w:fill="F5F7F9"/>
            <w:vAlign w:val="center"/>
          </w:tcPr>
          <w:p w14:paraId="74FBFAE9" w14:textId="77777777" w:rsidR="00F81D60" w:rsidRDefault="00000000">
            <w:pPr>
              <w:pStyle w:val="TableText"/>
              <w:spacing w:before="40" w:after="40"/>
            </w:pPr>
            <w:r>
              <w:t>[comunicazione accessibile; domande]</w:t>
            </w:r>
          </w:p>
        </w:tc>
      </w:tr>
      <w:tr w:rsidR="00F81D60" w14:paraId="4C776252" w14:textId="77777777">
        <w:trPr>
          <w:cantSplit/>
          <w:jc w:val="center"/>
        </w:trPr>
        <w:tc>
          <w:tcPr>
            <w:tcW w:w="2494" w:type="dxa"/>
            <w:vAlign w:val="center"/>
          </w:tcPr>
          <w:p w14:paraId="00B79734" w14:textId="77777777" w:rsidR="00F81D60" w:rsidRDefault="00000000">
            <w:pPr>
              <w:pStyle w:val="TableText"/>
              <w:spacing w:before="40" w:after="40"/>
            </w:pPr>
            <w:r>
              <w:t>Selezionatori e fornitori coinvolti</w:t>
            </w:r>
          </w:p>
        </w:tc>
        <w:tc>
          <w:tcPr>
            <w:tcW w:w="4535" w:type="dxa"/>
            <w:vAlign w:val="center"/>
          </w:tcPr>
          <w:p w14:paraId="1E304E82" w14:textId="77777777" w:rsidR="00F81D60" w:rsidRDefault="00000000">
            <w:pPr>
              <w:pStyle w:val="TableText"/>
              <w:spacing w:before="40" w:after="40"/>
            </w:pPr>
            <w:r>
              <w:t>Istruzioni pertinenti al ruolo, dati minimi e inclusione</w:t>
            </w:r>
          </w:p>
        </w:tc>
        <w:tc>
          <w:tcPr>
            <w:tcW w:w="2948" w:type="dxa"/>
            <w:vAlign w:val="center"/>
          </w:tcPr>
          <w:p w14:paraId="3E408692" w14:textId="77777777" w:rsidR="00F81D60" w:rsidRDefault="00000000">
            <w:pPr>
              <w:pStyle w:val="TableText"/>
              <w:spacing w:before="40" w:after="40"/>
            </w:pPr>
            <w:r>
              <w:t>[briefing mirato e verifica]</w:t>
            </w:r>
          </w:p>
        </w:tc>
      </w:tr>
    </w:tbl>
    <w:p w14:paraId="1B03CCB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803B0A7" w14:textId="77777777">
        <w:trPr>
          <w:tblHeader/>
          <w:jc w:val="center"/>
        </w:trPr>
        <w:tc>
          <w:tcPr>
            <w:tcW w:w="2948" w:type="dxa"/>
            <w:shd w:val="clear" w:color="auto" w:fill="17324D"/>
            <w:vAlign w:val="center"/>
          </w:tcPr>
          <w:p w14:paraId="7BD0612A" w14:textId="77777777" w:rsidR="00F81D60" w:rsidRDefault="00000000">
            <w:pPr>
              <w:pStyle w:val="TableText"/>
              <w:spacing w:before="40" w:after="40"/>
            </w:pPr>
            <w:r>
              <w:rPr>
                <w:b/>
                <w:color w:val="FFFFFF"/>
              </w:rPr>
              <w:t>Campo</w:t>
            </w:r>
          </w:p>
        </w:tc>
        <w:tc>
          <w:tcPr>
            <w:tcW w:w="7030" w:type="dxa"/>
            <w:shd w:val="clear" w:color="auto" w:fill="17324D"/>
            <w:vAlign w:val="center"/>
          </w:tcPr>
          <w:p w14:paraId="042C7150" w14:textId="77777777" w:rsidR="00F81D60" w:rsidRDefault="00000000">
            <w:pPr>
              <w:pStyle w:val="TableText"/>
              <w:spacing w:before="40" w:after="40"/>
            </w:pPr>
            <w:r>
              <w:rPr>
                <w:b/>
                <w:color w:val="FFFFFF"/>
              </w:rPr>
              <w:t>Compilazione / decisione aziendale</w:t>
            </w:r>
          </w:p>
        </w:tc>
      </w:tr>
      <w:tr w:rsidR="00F81D60" w14:paraId="53CBDC6B" w14:textId="77777777">
        <w:trPr>
          <w:cantSplit/>
          <w:jc w:val="center"/>
        </w:trPr>
        <w:tc>
          <w:tcPr>
            <w:tcW w:w="2948" w:type="dxa"/>
            <w:vAlign w:val="center"/>
          </w:tcPr>
          <w:p w14:paraId="009CBF0E" w14:textId="77777777" w:rsidR="00F81D60" w:rsidRDefault="00000000">
            <w:pPr>
              <w:pStyle w:val="TableText"/>
              <w:spacing w:before="40" w:after="40"/>
            </w:pPr>
            <w:r>
              <w:t>Programma e docenza</w:t>
            </w:r>
          </w:p>
        </w:tc>
        <w:tc>
          <w:tcPr>
            <w:tcW w:w="7030" w:type="dxa"/>
            <w:vAlign w:val="center"/>
          </w:tcPr>
          <w:p w14:paraId="185A1B09" w14:textId="77777777" w:rsidR="00F81D60" w:rsidRDefault="00000000">
            <w:pPr>
              <w:pStyle w:val="TableText"/>
              <w:spacing w:before="40" w:after="40"/>
            </w:pPr>
            <w:r>
              <w:t>Edizione: [ ]  •  docente competente / qualifiche pertinenti: [ ]</w:t>
            </w:r>
          </w:p>
        </w:tc>
      </w:tr>
      <w:tr w:rsidR="00F81D60" w14:paraId="0C2B7E50" w14:textId="77777777">
        <w:trPr>
          <w:cantSplit/>
          <w:jc w:val="center"/>
        </w:trPr>
        <w:tc>
          <w:tcPr>
            <w:tcW w:w="2948" w:type="dxa"/>
            <w:shd w:val="clear" w:color="auto" w:fill="F5F7F9"/>
            <w:vAlign w:val="center"/>
          </w:tcPr>
          <w:p w14:paraId="4ED3EA65" w14:textId="77777777" w:rsidR="00F81D60" w:rsidRDefault="00000000">
            <w:pPr>
              <w:pStyle w:val="TableText"/>
              <w:spacing w:before="40" w:after="40"/>
            </w:pPr>
            <w:r>
              <w:t>Materiali e fonti</w:t>
            </w:r>
          </w:p>
        </w:tc>
        <w:tc>
          <w:tcPr>
            <w:tcW w:w="7030" w:type="dxa"/>
            <w:shd w:val="clear" w:color="auto" w:fill="F5F7F9"/>
            <w:vAlign w:val="center"/>
          </w:tcPr>
          <w:p w14:paraId="32D40E0B" w14:textId="77777777" w:rsidR="00F81D60" w:rsidRDefault="00000000">
            <w:pPr>
              <w:pStyle w:val="TableText"/>
              <w:spacing w:before="40" w:after="40"/>
            </w:pPr>
            <w:r>
              <w:t>[contenuti tracciati; nessuna promozione di terapie o app come requisito]</w:t>
            </w:r>
          </w:p>
        </w:tc>
      </w:tr>
      <w:tr w:rsidR="00F81D60" w14:paraId="1BDDF930" w14:textId="77777777">
        <w:trPr>
          <w:cantSplit/>
          <w:jc w:val="center"/>
        </w:trPr>
        <w:tc>
          <w:tcPr>
            <w:tcW w:w="2948" w:type="dxa"/>
            <w:vAlign w:val="center"/>
          </w:tcPr>
          <w:p w14:paraId="7B996D05" w14:textId="77777777" w:rsidR="00F81D60" w:rsidRDefault="00000000">
            <w:pPr>
              <w:pStyle w:val="TableText"/>
              <w:spacing w:before="40" w:after="40"/>
            </w:pPr>
            <w:r>
              <w:t>Durata e modalità aziendali</w:t>
            </w:r>
          </w:p>
        </w:tc>
        <w:tc>
          <w:tcPr>
            <w:tcW w:w="7030" w:type="dxa"/>
            <w:vAlign w:val="center"/>
          </w:tcPr>
          <w:p w14:paraId="47F84E3B" w14:textId="77777777" w:rsidR="00F81D60" w:rsidRDefault="00000000">
            <w:pPr>
              <w:pStyle w:val="TableText"/>
              <w:spacing w:before="40" w:after="40"/>
            </w:pPr>
            <w:r>
              <w:t>[definite per obiettivi; non sono monte ore legale o ISO prescritto]</w:t>
            </w:r>
          </w:p>
        </w:tc>
      </w:tr>
      <w:tr w:rsidR="00F81D60" w14:paraId="31D929D9" w14:textId="77777777">
        <w:trPr>
          <w:cantSplit/>
          <w:jc w:val="center"/>
        </w:trPr>
        <w:tc>
          <w:tcPr>
            <w:tcW w:w="2948" w:type="dxa"/>
            <w:shd w:val="clear" w:color="auto" w:fill="F5F7F9"/>
            <w:vAlign w:val="center"/>
          </w:tcPr>
          <w:p w14:paraId="2DAD726B" w14:textId="77777777" w:rsidR="00F81D60" w:rsidRDefault="00000000">
            <w:pPr>
              <w:pStyle w:val="TableText"/>
              <w:spacing w:before="40" w:after="40"/>
            </w:pPr>
            <w:r>
              <w:t>Accessibilità e turni</w:t>
            </w:r>
          </w:p>
        </w:tc>
        <w:tc>
          <w:tcPr>
            <w:tcW w:w="7030" w:type="dxa"/>
            <w:shd w:val="clear" w:color="auto" w:fill="F5F7F9"/>
            <w:vAlign w:val="center"/>
          </w:tcPr>
          <w:p w14:paraId="720B2D63" w14:textId="77777777" w:rsidR="00F81D60" w:rsidRDefault="00000000">
            <w:pPr>
              <w:pStyle w:val="TableText"/>
              <w:spacing w:before="40" w:after="40"/>
            </w:pPr>
            <w:r>
              <w:t>[linguaggio, supporti, fruizione per assenti, remoti e turnisti]</w:t>
            </w:r>
          </w:p>
        </w:tc>
      </w:tr>
      <w:tr w:rsidR="00F81D60" w14:paraId="768B8131" w14:textId="77777777">
        <w:trPr>
          <w:cantSplit/>
          <w:jc w:val="center"/>
        </w:trPr>
        <w:tc>
          <w:tcPr>
            <w:tcW w:w="2948" w:type="dxa"/>
            <w:vAlign w:val="center"/>
          </w:tcPr>
          <w:p w14:paraId="73273F79" w14:textId="77777777" w:rsidR="00F81D60" w:rsidRDefault="00000000">
            <w:pPr>
              <w:pStyle w:val="TableText"/>
              <w:spacing w:before="40" w:after="40"/>
            </w:pPr>
            <w:r>
              <w:t>Verifica apprendimento</w:t>
            </w:r>
          </w:p>
        </w:tc>
        <w:tc>
          <w:tcPr>
            <w:tcW w:w="7030" w:type="dxa"/>
            <w:vAlign w:val="center"/>
          </w:tcPr>
          <w:p w14:paraId="43BAF666" w14:textId="77777777" w:rsidR="00F81D60" w:rsidRDefault="00000000">
            <w:pPr>
              <w:pStyle w:val="TableText"/>
              <w:spacing w:before="40" w:after="40"/>
            </w:pPr>
            <w:r>
              <w:t>Metodo: [ ]  •  soglia aziendale approvata: [ ]  •  recupero: [ ]</w:t>
            </w:r>
          </w:p>
        </w:tc>
      </w:tr>
      <w:tr w:rsidR="00F81D60" w14:paraId="298FA8A0" w14:textId="77777777">
        <w:trPr>
          <w:cantSplit/>
          <w:jc w:val="center"/>
        </w:trPr>
        <w:tc>
          <w:tcPr>
            <w:tcW w:w="2948" w:type="dxa"/>
            <w:shd w:val="clear" w:color="auto" w:fill="F5F7F9"/>
            <w:vAlign w:val="center"/>
          </w:tcPr>
          <w:p w14:paraId="60E82258" w14:textId="77777777" w:rsidR="00F81D60" w:rsidRDefault="00000000">
            <w:pPr>
              <w:pStyle w:val="TableText"/>
              <w:spacing w:before="40" w:after="40"/>
            </w:pPr>
            <w:r>
              <w:t>Aggiornamento</w:t>
            </w:r>
          </w:p>
        </w:tc>
        <w:tc>
          <w:tcPr>
            <w:tcW w:w="7030" w:type="dxa"/>
            <w:shd w:val="clear" w:color="auto" w:fill="F5F7F9"/>
            <w:vAlign w:val="center"/>
          </w:tcPr>
          <w:p w14:paraId="447A7963" w14:textId="77777777" w:rsidR="00F81D60" w:rsidRDefault="00000000">
            <w:pPr>
              <w:pStyle w:val="TableText"/>
              <w:spacing w:before="40" w:after="40"/>
            </w:pPr>
            <w:r>
              <w:t>[cambio procedura, errori, nuovi ruoli, verifica periodica]</w:t>
            </w:r>
          </w:p>
        </w:tc>
      </w:tr>
    </w:tbl>
    <w:p w14:paraId="0744DDEA" w14:textId="77777777" w:rsidR="00F81D60" w:rsidRDefault="00F81D60">
      <w:pPr>
        <w:spacing w:after="0"/>
      </w:pPr>
    </w:p>
    <w:p w14:paraId="78022109" w14:textId="77777777" w:rsidR="00F81D60" w:rsidRDefault="00000000">
      <w:pPr>
        <w:pStyle w:val="Reference"/>
      </w:pPr>
      <w:r>
        <w:t>Non chiedere a partecipanti di raccontare sintomi o esperienze personali. Gli esempi sono fittizi; l’eventuale condivisione spontanea è gestita con rispetto e senza verbalizzare dettagli sanitari.</w:t>
      </w:r>
    </w:p>
    <w:p w14:paraId="04BA5DF8" w14:textId="77777777" w:rsidR="00F81D60" w:rsidRDefault="00000000">
      <w:r>
        <w:br w:type="page"/>
      </w:r>
    </w:p>
    <w:p w14:paraId="7CB3A4C5" w14:textId="77777777" w:rsidR="00F81D60" w:rsidRDefault="00000000">
      <w:pPr>
        <w:pStyle w:val="Small"/>
      </w:pPr>
      <w:r>
        <w:rPr>
          <w:b/>
          <w:color w:val="006B70"/>
        </w:rPr>
        <w:t>ALLEGATO AZIENDALE  •  MOD-MM-22  •  parte 2</w:t>
      </w:r>
    </w:p>
    <w:p w14:paraId="12C503D1" w14:textId="77777777" w:rsidR="00F81D60" w:rsidRDefault="00000000">
      <w:pPr>
        <w:pStyle w:val="Titolo1"/>
      </w:pPr>
      <w:bookmarkStart w:id="86" w:name="A22_2"/>
      <w:r>
        <w:t>A22 | Registro dell’attività formativa</w:t>
      </w:r>
      <w:bookmarkEnd w:id="86"/>
    </w:p>
    <w:p w14:paraId="2B303248" w14:textId="77777777" w:rsidR="00F81D60" w:rsidRDefault="00000000">
      <w:pPr>
        <w:pStyle w:val="Reference"/>
      </w:pPr>
      <w:r>
        <w:t>Base documentale: [ISO] allegato E; [AZ] evidenza di formazione. Le istruzioni operative e i moduli sono elaborazioni aziendali del modello [AZ].</w:t>
      </w:r>
    </w:p>
    <w:p w14:paraId="7305C753" w14:textId="77777777" w:rsidR="00F81D60" w:rsidRDefault="00000000">
      <w:r>
        <w:t>CLASSIFICAZIONE: SISTEMA / FORMAZIONE. Le presenze attestano partecipazione e ruolo formativo; non indicano che una persona abbia richiesto supporto o presenti una condizione sanitaria.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5E17768" w14:textId="77777777">
        <w:trPr>
          <w:tblHeader/>
          <w:jc w:val="center"/>
        </w:trPr>
        <w:tc>
          <w:tcPr>
            <w:tcW w:w="2948" w:type="dxa"/>
            <w:shd w:val="clear" w:color="auto" w:fill="17324D"/>
            <w:vAlign w:val="center"/>
          </w:tcPr>
          <w:p w14:paraId="3FBCACD2" w14:textId="77777777" w:rsidR="00F81D60" w:rsidRDefault="00000000">
            <w:pPr>
              <w:pStyle w:val="TableText"/>
              <w:spacing w:before="40" w:after="40"/>
            </w:pPr>
            <w:r>
              <w:rPr>
                <w:b/>
                <w:color w:val="FFFFFF"/>
              </w:rPr>
              <w:t>Campo</w:t>
            </w:r>
          </w:p>
        </w:tc>
        <w:tc>
          <w:tcPr>
            <w:tcW w:w="7030" w:type="dxa"/>
            <w:shd w:val="clear" w:color="auto" w:fill="17324D"/>
            <w:vAlign w:val="center"/>
          </w:tcPr>
          <w:p w14:paraId="443EBCE5" w14:textId="77777777" w:rsidR="00F81D60" w:rsidRDefault="00000000">
            <w:pPr>
              <w:pStyle w:val="TableText"/>
              <w:spacing w:before="40" w:after="40"/>
            </w:pPr>
            <w:r>
              <w:rPr>
                <w:b/>
                <w:color w:val="FFFFFF"/>
              </w:rPr>
              <w:t>Compilazione / decisione aziendale</w:t>
            </w:r>
          </w:p>
        </w:tc>
      </w:tr>
      <w:tr w:rsidR="00F81D60" w14:paraId="14A85FC6" w14:textId="77777777">
        <w:trPr>
          <w:cantSplit/>
          <w:jc w:val="center"/>
        </w:trPr>
        <w:tc>
          <w:tcPr>
            <w:tcW w:w="2948" w:type="dxa"/>
            <w:vAlign w:val="center"/>
          </w:tcPr>
          <w:p w14:paraId="25AE9EEF" w14:textId="77777777" w:rsidR="00F81D60" w:rsidRDefault="00000000">
            <w:pPr>
              <w:pStyle w:val="TableText"/>
              <w:spacing w:before="40" w:after="40"/>
            </w:pPr>
            <w:r>
              <w:t>Evento</w:t>
            </w:r>
          </w:p>
        </w:tc>
        <w:tc>
          <w:tcPr>
            <w:tcW w:w="7030" w:type="dxa"/>
            <w:vAlign w:val="center"/>
          </w:tcPr>
          <w:p w14:paraId="3713FB9C" w14:textId="77777777" w:rsidR="00F81D60" w:rsidRDefault="00000000">
            <w:pPr>
              <w:pStyle w:val="TableText"/>
              <w:spacing w:before="40" w:after="40"/>
            </w:pPr>
            <w:r>
              <w:t>Codice: [ ]  •  titolo: [ ]  •  data e modalità: [ ]</w:t>
            </w:r>
          </w:p>
        </w:tc>
      </w:tr>
      <w:tr w:rsidR="00F81D60" w14:paraId="3E1DE8CD" w14:textId="77777777">
        <w:trPr>
          <w:cantSplit/>
          <w:jc w:val="center"/>
        </w:trPr>
        <w:tc>
          <w:tcPr>
            <w:tcW w:w="2948" w:type="dxa"/>
            <w:shd w:val="clear" w:color="auto" w:fill="F5F7F9"/>
            <w:vAlign w:val="center"/>
          </w:tcPr>
          <w:p w14:paraId="1A6EE914" w14:textId="77777777" w:rsidR="00F81D60" w:rsidRDefault="00000000">
            <w:pPr>
              <w:pStyle w:val="TableText"/>
              <w:spacing w:before="40" w:after="40"/>
            </w:pPr>
            <w:r>
              <w:t>Docente / responsabile</w:t>
            </w:r>
          </w:p>
        </w:tc>
        <w:tc>
          <w:tcPr>
            <w:tcW w:w="7030" w:type="dxa"/>
            <w:shd w:val="clear" w:color="auto" w:fill="F5F7F9"/>
            <w:vAlign w:val="center"/>
          </w:tcPr>
          <w:p w14:paraId="2BF055F2" w14:textId="77777777" w:rsidR="00F81D60" w:rsidRDefault="00000000">
            <w:pPr>
              <w:pStyle w:val="TableText"/>
              <w:spacing w:before="40" w:after="40"/>
            </w:pPr>
            <w:r>
              <w:t>[nominativi, funzioni e competenze pertinenti]</w:t>
            </w:r>
          </w:p>
        </w:tc>
      </w:tr>
      <w:tr w:rsidR="00F81D60" w14:paraId="3A8531F6" w14:textId="77777777">
        <w:trPr>
          <w:cantSplit/>
          <w:jc w:val="center"/>
        </w:trPr>
        <w:tc>
          <w:tcPr>
            <w:tcW w:w="2948" w:type="dxa"/>
            <w:vAlign w:val="center"/>
          </w:tcPr>
          <w:p w14:paraId="1C78C9AE" w14:textId="77777777" w:rsidR="00F81D60" w:rsidRDefault="00000000">
            <w:pPr>
              <w:pStyle w:val="TableText"/>
              <w:spacing w:before="40" w:after="40"/>
            </w:pPr>
            <w:r>
              <w:t>Programma / materiali</w:t>
            </w:r>
          </w:p>
        </w:tc>
        <w:tc>
          <w:tcPr>
            <w:tcW w:w="7030" w:type="dxa"/>
            <w:vAlign w:val="center"/>
          </w:tcPr>
          <w:p w14:paraId="60DDDD71" w14:textId="77777777" w:rsidR="00F81D60" w:rsidRDefault="00000000">
            <w:pPr>
              <w:pStyle w:val="TableText"/>
              <w:spacing w:before="40" w:after="40"/>
            </w:pPr>
            <w:r>
              <w:t>Versione procedura e materiali distribuiti: [ ]</w:t>
            </w:r>
          </w:p>
        </w:tc>
      </w:tr>
      <w:tr w:rsidR="00F81D60" w14:paraId="6342CBD6" w14:textId="77777777">
        <w:trPr>
          <w:cantSplit/>
          <w:jc w:val="center"/>
        </w:trPr>
        <w:tc>
          <w:tcPr>
            <w:tcW w:w="2948" w:type="dxa"/>
            <w:shd w:val="clear" w:color="auto" w:fill="F5F7F9"/>
            <w:vAlign w:val="center"/>
          </w:tcPr>
          <w:p w14:paraId="22DA7227" w14:textId="77777777" w:rsidR="00F81D60" w:rsidRDefault="00000000">
            <w:pPr>
              <w:pStyle w:val="TableText"/>
              <w:spacing w:before="40" w:after="40"/>
            </w:pPr>
            <w:r>
              <w:t>Durata effettiva</w:t>
            </w:r>
          </w:p>
        </w:tc>
        <w:tc>
          <w:tcPr>
            <w:tcW w:w="7030" w:type="dxa"/>
            <w:shd w:val="clear" w:color="auto" w:fill="F5F7F9"/>
            <w:vAlign w:val="center"/>
          </w:tcPr>
          <w:p w14:paraId="3159F618" w14:textId="77777777" w:rsidR="00F81D60" w:rsidRDefault="00000000">
            <w:pPr>
              <w:pStyle w:val="TableText"/>
              <w:spacing w:before="40" w:after="40"/>
            </w:pPr>
            <w:r>
              <w:t>Inizio: [ ]  •  fine: [ ]  •  interruzioni: [ ]  •  totale: [ ]</w:t>
            </w:r>
          </w:p>
        </w:tc>
      </w:tr>
    </w:tbl>
    <w:p w14:paraId="1492B7C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968"/>
        <w:gridCol w:w="2721"/>
        <w:gridCol w:w="3288"/>
      </w:tblGrid>
      <w:tr w:rsidR="00F81D60" w14:paraId="1267964A" w14:textId="77777777">
        <w:trPr>
          <w:tblHeader/>
          <w:jc w:val="center"/>
        </w:trPr>
        <w:tc>
          <w:tcPr>
            <w:tcW w:w="3969" w:type="dxa"/>
            <w:shd w:val="clear" w:color="auto" w:fill="17324D"/>
            <w:vAlign w:val="center"/>
          </w:tcPr>
          <w:p w14:paraId="5BA0D10A" w14:textId="77777777" w:rsidR="00F81D60" w:rsidRDefault="00000000">
            <w:pPr>
              <w:pStyle w:val="TableText"/>
              <w:spacing w:before="40" w:after="40"/>
            </w:pPr>
            <w:r>
              <w:rPr>
                <w:b/>
                <w:color w:val="FFFFFF"/>
              </w:rPr>
              <w:t>Partecipante / funzione</w:t>
            </w:r>
          </w:p>
        </w:tc>
        <w:tc>
          <w:tcPr>
            <w:tcW w:w="2721" w:type="dxa"/>
            <w:shd w:val="clear" w:color="auto" w:fill="17324D"/>
            <w:vAlign w:val="center"/>
          </w:tcPr>
          <w:p w14:paraId="4380499E" w14:textId="77777777" w:rsidR="00F81D60" w:rsidRDefault="00000000">
            <w:pPr>
              <w:pStyle w:val="TableText"/>
              <w:spacing w:before="40" w:after="40"/>
            </w:pPr>
            <w:r>
              <w:rPr>
                <w:b/>
                <w:color w:val="FFFFFF"/>
              </w:rPr>
              <w:t>Presenza / conferma</w:t>
            </w:r>
          </w:p>
        </w:tc>
        <w:tc>
          <w:tcPr>
            <w:tcW w:w="3288" w:type="dxa"/>
            <w:shd w:val="clear" w:color="auto" w:fill="17324D"/>
            <w:vAlign w:val="center"/>
          </w:tcPr>
          <w:p w14:paraId="2B951C33" w14:textId="77777777" w:rsidR="00F81D60" w:rsidRDefault="00000000">
            <w:pPr>
              <w:pStyle w:val="TableText"/>
              <w:spacing w:before="40" w:after="40"/>
            </w:pPr>
            <w:r>
              <w:rPr>
                <w:b/>
                <w:color w:val="FFFFFF"/>
              </w:rPr>
              <w:t>Verifica / recupero</w:t>
            </w:r>
          </w:p>
        </w:tc>
      </w:tr>
      <w:tr w:rsidR="00F81D60" w14:paraId="36E0C08D" w14:textId="77777777">
        <w:trPr>
          <w:cantSplit/>
          <w:trHeight w:val="539"/>
          <w:jc w:val="center"/>
        </w:trPr>
        <w:tc>
          <w:tcPr>
            <w:tcW w:w="3969" w:type="dxa"/>
            <w:vAlign w:val="center"/>
          </w:tcPr>
          <w:p w14:paraId="2AFD4C7B" w14:textId="77777777" w:rsidR="00F81D60" w:rsidRDefault="00000000">
            <w:pPr>
              <w:pStyle w:val="TableText"/>
              <w:spacing w:before="40" w:after="40"/>
            </w:pPr>
            <w:r>
              <w:t>[compilare]</w:t>
            </w:r>
          </w:p>
        </w:tc>
        <w:tc>
          <w:tcPr>
            <w:tcW w:w="2721" w:type="dxa"/>
            <w:vAlign w:val="center"/>
          </w:tcPr>
          <w:p w14:paraId="526BDBFB" w14:textId="77777777" w:rsidR="00F81D60" w:rsidRDefault="00000000">
            <w:pPr>
              <w:pStyle w:val="TableText"/>
              <w:spacing w:before="40" w:after="40"/>
            </w:pPr>
            <w:r>
              <w:t>[compilare]</w:t>
            </w:r>
          </w:p>
        </w:tc>
        <w:tc>
          <w:tcPr>
            <w:tcW w:w="3288" w:type="dxa"/>
            <w:vAlign w:val="center"/>
          </w:tcPr>
          <w:p w14:paraId="0EE30919" w14:textId="77777777" w:rsidR="00F81D60" w:rsidRDefault="00000000">
            <w:pPr>
              <w:pStyle w:val="TableText"/>
              <w:spacing w:before="40" w:after="40"/>
            </w:pPr>
            <w:r>
              <w:t>[compilare]</w:t>
            </w:r>
          </w:p>
        </w:tc>
      </w:tr>
      <w:tr w:rsidR="00F81D60" w14:paraId="1469A7BA" w14:textId="77777777">
        <w:trPr>
          <w:cantSplit/>
          <w:trHeight w:val="539"/>
          <w:jc w:val="center"/>
        </w:trPr>
        <w:tc>
          <w:tcPr>
            <w:tcW w:w="3969" w:type="dxa"/>
            <w:shd w:val="clear" w:color="auto" w:fill="F5F7F9"/>
            <w:vAlign w:val="center"/>
          </w:tcPr>
          <w:p w14:paraId="6747AB1A" w14:textId="77777777" w:rsidR="00F81D60" w:rsidRDefault="00000000">
            <w:pPr>
              <w:pStyle w:val="TableText"/>
              <w:spacing w:before="40" w:after="40"/>
            </w:pPr>
            <w:r>
              <w:t>[compilare]</w:t>
            </w:r>
          </w:p>
        </w:tc>
        <w:tc>
          <w:tcPr>
            <w:tcW w:w="2721" w:type="dxa"/>
            <w:shd w:val="clear" w:color="auto" w:fill="F5F7F9"/>
            <w:vAlign w:val="center"/>
          </w:tcPr>
          <w:p w14:paraId="437BE208" w14:textId="77777777" w:rsidR="00F81D60" w:rsidRDefault="00000000">
            <w:pPr>
              <w:pStyle w:val="TableText"/>
              <w:spacing w:before="40" w:after="40"/>
            </w:pPr>
            <w:r>
              <w:t>[compilare]</w:t>
            </w:r>
          </w:p>
        </w:tc>
        <w:tc>
          <w:tcPr>
            <w:tcW w:w="3288" w:type="dxa"/>
            <w:shd w:val="clear" w:color="auto" w:fill="F5F7F9"/>
            <w:vAlign w:val="center"/>
          </w:tcPr>
          <w:p w14:paraId="029B21BB" w14:textId="77777777" w:rsidR="00F81D60" w:rsidRDefault="00000000">
            <w:pPr>
              <w:pStyle w:val="TableText"/>
              <w:spacing w:before="40" w:after="40"/>
            </w:pPr>
            <w:r>
              <w:t>[compilare]</w:t>
            </w:r>
          </w:p>
        </w:tc>
      </w:tr>
      <w:tr w:rsidR="00F81D60" w14:paraId="57F29188" w14:textId="77777777">
        <w:trPr>
          <w:cantSplit/>
          <w:trHeight w:val="539"/>
          <w:jc w:val="center"/>
        </w:trPr>
        <w:tc>
          <w:tcPr>
            <w:tcW w:w="3969" w:type="dxa"/>
            <w:vAlign w:val="center"/>
          </w:tcPr>
          <w:p w14:paraId="3454452B" w14:textId="77777777" w:rsidR="00F81D60" w:rsidRDefault="00000000">
            <w:pPr>
              <w:pStyle w:val="TableText"/>
              <w:spacing w:before="40" w:after="40"/>
            </w:pPr>
            <w:r>
              <w:t>[compilare]</w:t>
            </w:r>
          </w:p>
        </w:tc>
        <w:tc>
          <w:tcPr>
            <w:tcW w:w="2721" w:type="dxa"/>
            <w:vAlign w:val="center"/>
          </w:tcPr>
          <w:p w14:paraId="1FEE4EC0" w14:textId="77777777" w:rsidR="00F81D60" w:rsidRDefault="00000000">
            <w:pPr>
              <w:pStyle w:val="TableText"/>
              <w:spacing w:before="40" w:after="40"/>
            </w:pPr>
            <w:r>
              <w:t>[compilare]</w:t>
            </w:r>
          </w:p>
        </w:tc>
        <w:tc>
          <w:tcPr>
            <w:tcW w:w="3288" w:type="dxa"/>
            <w:vAlign w:val="center"/>
          </w:tcPr>
          <w:p w14:paraId="144FE435" w14:textId="77777777" w:rsidR="00F81D60" w:rsidRDefault="00000000">
            <w:pPr>
              <w:pStyle w:val="TableText"/>
              <w:spacing w:before="40" w:after="40"/>
            </w:pPr>
            <w:r>
              <w:t>[compilare]</w:t>
            </w:r>
          </w:p>
        </w:tc>
      </w:tr>
      <w:tr w:rsidR="00F81D60" w14:paraId="0AB29382" w14:textId="77777777">
        <w:trPr>
          <w:cantSplit/>
          <w:trHeight w:val="539"/>
          <w:jc w:val="center"/>
        </w:trPr>
        <w:tc>
          <w:tcPr>
            <w:tcW w:w="3969" w:type="dxa"/>
            <w:shd w:val="clear" w:color="auto" w:fill="F5F7F9"/>
            <w:vAlign w:val="center"/>
          </w:tcPr>
          <w:p w14:paraId="0FC5E4CD" w14:textId="77777777" w:rsidR="00F81D60" w:rsidRDefault="00000000">
            <w:pPr>
              <w:pStyle w:val="TableText"/>
              <w:spacing w:before="40" w:after="40"/>
            </w:pPr>
            <w:r>
              <w:t>[compilare]</w:t>
            </w:r>
          </w:p>
        </w:tc>
        <w:tc>
          <w:tcPr>
            <w:tcW w:w="2721" w:type="dxa"/>
            <w:shd w:val="clear" w:color="auto" w:fill="F5F7F9"/>
            <w:vAlign w:val="center"/>
          </w:tcPr>
          <w:p w14:paraId="35E75082" w14:textId="77777777" w:rsidR="00F81D60" w:rsidRDefault="00000000">
            <w:pPr>
              <w:pStyle w:val="TableText"/>
              <w:spacing w:before="40" w:after="40"/>
            </w:pPr>
            <w:r>
              <w:t>[compilare]</w:t>
            </w:r>
          </w:p>
        </w:tc>
        <w:tc>
          <w:tcPr>
            <w:tcW w:w="3288" w:type="dxa"/>
            <w:shd w:val="clear" w:color="auto" w:fill="F5F7F9"/>
            <w:vAlign w:val="center"/>
          </w:tcPr>
          <w:p w14:paraId="0608625F" w14:textId="77777777" w:rsidR="00F81D60" w:rsidRDefault="00000000">
            <w:pPr>
              <w:pStyle w:val="TableText"/>
              <w:spacing w:before="40" w:after="40"/>
            </w:pPr>
            <w:r>
              <w:t>[compilare]</w:t>
            </w:r>
          </w:p>
        </w:tc>
      </w:tr>
      <w:tr w:rsidR="00F81D60" w14:paraId="7186991C" w14:textId="77777777">
        <w:trPr>
          <w:cantSplit/>
          <w:trHeight w:val="539"/>
          <w:jc w:val="center"/>
        </w:trPr>
        <w:tc>
          <w:tcPr>
            <w:tcW w:w="3969" w:type="dxa"/>
            <w:vAlign w:val="center"/>
          </w:tcPr>
          <w:p w14:paraId="7FD19027" w14:textId="77777777" w:rsidR="00F81D60" w:rsidRDefault="00000000">
            <w:pPr>
              <w:pStyle w:val="TableText"/>
              <w:spacing w:before="40" w:after="40"/>
            </w:pPr>
            <w:r>
              <w:t>[compilare]</w:t>
            </w:r>
          </w:p>
        </w:tc>
        <w:tc>
          <w:tcPr>
            <w:tcW w:w="2721" w:type="dxa"/>
            <w:vAlign w:val="center"/>
          </w:tcPr>
          <w:p w14:paraId="259435A2" w14:textId="77777777" w:rsidR="00F81D60" w:rsidRDefault="00000000">
            <w:pPr>
              <w:pStyle w:val="TableText"/>
              <w:spacing w:before="40" w:after="40"/>
            </w:pPr>
            <w:r>
              <w:t>[compilare]</w:t>
            </w:r>
          </w:p>
        </w:tc>
        <w:tc>
          <w:tcPr>
            <w:tcW w:w="3288" w:type="dxa"/>
            <w:vAlign w:val="center"/>
          </w:tcPr>
          <w:p w14:paraId="41DA5F4B" w14:textId="77777777" w:rsidR="00F81D60" w:rsidRDefault="00000000">
            <w:pPr>
              <w:pStyle w:val="TableText"/>
              <w:spacing w:before="40" w:after="40"/>
            </w:pPr>
            <w:r>
              <w:t>[compilare]</w:t>
            </w:r>
          </w:p>
        </w:tc>
      </w:tr>
      <w:tr w:rsidR="00F81D60" w14:paraId="6D126EC0" w14:textId="77777777">
        <w:trPr>
          <w:cantSplit/>
          <w:trHeight w:val="539"/>
          <w:jc w:val="center"/>
        </w:trPr>
        <w:tc>
          <w:tcPr>
            <w:tcW w:w="3969" w:type="dxa"/>
            <w:shd w:val="clear" w:color="auto" w:fill="F5F7F9"/>
            <w:vAlign w:val="center"/>
          </w:tcPr>
          <w:p w14:paraId="53ACB158" w14:textId="77777777" w:rsidR="00F81D60" w:rsidRDefault="00000000">
            <w:pPr>
              <w:pStyle w:val="TableText"/>
              <w:spacing w:before="40" w:after="40"/>
            </w:pPr>
            <w:r>
              <w:t>[compilare]</w:t>
            </w:r>
          </w:p>
        </w:tc>
        <w:tc>
          <w:tcPr>
            <w:tcW w:w="2721" w:type="dxa"/>
            <w:shd w:val="clear" w:color="auto" w:fill="F5F7F9"/>
            <w:vAlign w:val="center"/>
          </w:tcPr>
          <w:p w14:paraId="231C65A5" w14:textId="77777777" w:rsidR="00F81D60" w:rsidRDefault="00000000">
            <w:pPr>
              <w:pStyle w:val="TableText"/>
              <w:spacing w:before="40" w:after="40"/>
            </w:pPr>
            <w:r>
              <w:t>[compilare]</w:t>
            </w:r>
          </w:p>
        </w:tc>
        <w:tc>
          <w:tcPr>
            <w:tcW w:w="3288" w:type="dxa"/>
            <w:shd w:val="clear" w:color="auto" w:fill="F5F7F9"/>
            <w:vAlign w:val="center"/>
          </w:tcPr>
          <w:p w14:paraId="13743B45" w14:textId="77777777" w:rsidR="00F81D60" w:rsidRDefault="00000000">
            <w:pPr>
              <w:pStyle w:val="TableText"/>
              <w:spacing w:before="40" w:after="40"/>
            </w:pPr>
            <w:r>
              <w:t>[compilare]</w:t>
            </w:r>
          </w:p>
        </w:tc>
      </w:tr>
    </w:tbl>
    <w:p w14:paraId="772FADCA"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3C4704C5" w14:textId="77777777">
        <w:trPr>
          <w:tblHeader/>
          <w:jc w:val="center"/>
        </w:trPr>
        <w:tc>
          <w:tcPr>
            <w:tcW w:w="2948" w:type="dxa"/>
            <w:shd w:val="clear" w:color="auto" w:fill="17324D"/>
            <w:vAlign w:val="center"/>
          </w:tcPr>
          <w:p w14:paraId="7B2B09E7" w14:textId="77777777" w:rsidR="00F81D60" w:rsidRDefault="00000000">
            <w:pPr>
              <w:pStyle w:val="TableText"/>
              <w:spacing w:before="40" w:after="40"/>
            </w:pPr>
            <w:r>
              <w:rPr>
                <w:b/>
                <w:color w:val="FFFFFF"/>
              </w:rPr>
              <w:t>Campo</w:t>
            </w:r>
          </w:p>
        </w:tc>
        <w:tc>
          <w:tcPr>
            <w:tcW w:w="7030" w:type="dxa"/>
            <w:shd w:val="clear" w:color="auto" w:fill="17324D"/>
            <w:vAlign w:val="center"/>
          </w:tcPr>
          <w:p w14:paraId="3D27D5EF" w14:textId="77777777" w:rsidR="00F81D60" w:rsidRDefault="00000000">
            <w:pPr>
              <w:pStyle w:val="TableText"/>
              <w:spacing w:before="40" w:after="40"/>
            </w:pPr>
            <w:r>
              <w:rPr>
                <w:b/>
                <w:color w:val="FFFFFF"/>
              </w:rPr>
              <w:t>Compilazione / decisione aziendale</w:t>
            </w:r>
          </w:p>
        </w:tc>
      </w:tr>
      <w:tr w:rsidR="00F81D60" w14:paraId="6A5E7344" w14:textId="77777777">
        <w:trPr>
          <w:cantSplit/>
          <w:jc w:val="center"/>
        </w:trPr>
        <w:tc>
          <w:tcPr>
            <w:tcW w:w="2948" w:type="dxa"/>
            <w:vAlign w:val="center"/>
          </w:tcPr>
          <w:p w14:paraId="0B8ED655" w14:textId="77777777" w:rsidR="00F81D60" w:rsidRDefault="00000000">
            <w:pPr>
              <w:pStyle w:val="TableText"/>
              <w:spacing w:before="40" w:after="40"/>
            </w:pPr>
            <w:r>
              <w:t>Risultati complessivi</w:t>
            </w:r>
          </w:p>
        </w:tc>
        <w:tc>
          <w:tcPr>
            <w:tcW w:w="7030" w:type="dxa"/>
            <w:vAlign w:val="center"/>
          </w:tcPr>
          <w:p w14:paraId="01C1296A" w14:textId="77777777" w:rsidR="00F81D60" w:rsidRDefault="00000000">
            <w:pPr>
              <w:pStyle w:val="TableText"/>
              <w:spacing w:before="40" w:after="40"/>
            </w:pPr>
            <w:r>
              <w:t>[obiettivi raggiunti, difficoltà e domande senza dati personali sanitari]</w:t>
            </w:r>
          </w:p>
        </w:tc>
      </w:tr>
      <w:tr w:rsidR="00F81D60" w14:paraId="178CB5F0" w14:textId="77777777">
        <w:trPr>
          <w:cantSplit/>
          <w:jc w:val="center"/>
        </w:trPr>
        <w:tc>
          <w:tcPr>
            <w:tcW w:w="2948" w:type="dxa"/>
            <w:shd w:val="clear" w:color="auto" w:fill="F5F7F9"/>
            <w:vAlign w:val="center"/>
          </w:tcPr>
          <w:p w14:paraId="4478D48B" w14:textId="77777777" w:rsidR="00F81D60" w:rsidRDefault="00000000">
            <w:pPr>
              <w:pStyle w:val="TableText"/>
              <w:spacing w:before="40" w:after="40"/>
            </w:pPr>
            <w:r>
              <w:t>Recuperi / rinforzi</w:t>
            </w:r>
          </w:p>
        </w:tc>
        <w:tc>
          <w:tcPr>
            <w:tcW w:w="7030" w:type="dxa"/>
            <w:shd w:val="clear" w:color="auto" w:fill="F5F7F9"/>
            <w:vAlign w:val="center"/>
          </w:tcPr>
          <w:p w14:paraId="6A7EA4FF" w14:textId="77777777" w:rsidR="00F81D60" w:rsidRDefault="00000000">
            <w:pPr>
              <w:pStyle w:val="TableText"/>
              <w:spacing w:before="40" w:after="40"/>
            </w:pPr>
            <w:r>
              <w:t>[persone da ricontattare nel registro autorizzato; argomenti e date]</w:t>
            </w:r>
          </w:p>
        </w:tc>
      </w:tr>
      <w:tr w:rsidR="00F81D60" w14:paraId="756EC139" w14:textId="77777777">
        <w:trPr>
          <w:cantSplit/>
          <w:jc w:val="center"/>
        </w:trPr>
        <w:tc>
          <w:tcPr>
            <w:tcW w:w="2948" w:type="dxa"/>
            <w:vAlign w:val="center"/>
          </w:tcPr>
          <w:p w14:paraId="0C2C6FDD" w14:textId="77777777" w:rsidR="00F81D60" w:rsidRDefault="00000000">
            <w:pPr>
              <w:pStyle w:val="TableText"/>
              <w:spacing w:before="40" w:after="40"/>
            </w:pPr>
            <w:r>
              <w:t>Valutazione dell’efficacia</w:t>
            </w:r>
          </w:p>
        </w:tc>
        <w:tc>
          <w:tcPr>
            <w:tcW w:w="7030" w:type="dxa"/>
            <w:vAlign w:val="center"/>
          </w:tcPr>
          <w:p w14:paraId="1FCC2331" w14:textId="77777777" w:rsidR="00F81D60" w:rsidRDefault="00000000">
            <w:pPr>
              <w:pStyle w:val="TableText"/>
              <w:spacing w:before="40" w:after="40"/>
            </w:pPr>
            <w:r>
              <w:t>[osservazione successiva, simulazione o audit; responsabile e termine]</w:t>
            </w:r>
          </w:p>
        </w:tc>
      </w:tr>
      <w:tr w:rsidR="00F81D60" w14:paraId="6F771C25" w14:textId="77777777">
        <w:trPr>
          <w:cantSplit/>
          <w:jc w:val="center"/>
        </w:trPr>
        <w:tc>
          <w:tcPr>
            <w:tcW w:w="2948" w:type="dxa"/>
            <w:shd w:val="clear" w:color="auto" w:fill="F5F7F9"/>
            <w:vAlign w:val="center"/>
          </w:tcPr>
          <w:p w14:paraId="34F7B147" w14:textId="77777777" w:rsidR="00F81D60" w:rsidRDefault="00000000">
            <w:pPr>
              <w:pStyle w:val="TableText"/>
              <w:spacing w:before="40" w:after="40"/>
            </w:pPr>
            <w:r>
              <w:t>Archivio e accessi</w:t>
            </w:r>
          </w:p>
        </w:tc>
        <w:tc>
          <w:tcPr>
            <w:tcW w:w="7030" w:type="dxa"/>
            <w:shd w:val="clear" w:color="auto" w:fill="F5F7F9"/>
            <w:vAlign w:val="center"/>
          </w:tcPr>
          <w:p w14:paraId="1D58B727" w14:textId="77777777" w:rsidR="00F81D60" w:rsidRDefault="00000000">
            <w:pPr>
              <w:pStyle w:val="TableText"/>
              <w:spacing w:before="40" w:after="40"/>
            </w:pPr>
            <w:r>
              <w:t>[percorso autorizzato, custode e criterio di conservazione A19]</w:t>
            </w:r>
          </w:p>
        </w:tc>
      </w:tr>
    </w:tbl>
    <w:p w14:paraId="477FB47F"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0E859A1D" w14:textId="77777777">
        <w:trPr>
          <w:tblHeader/>
          <w:jc w:val="center"/>
        </w:trPr>
        <w:tc>
          <w:tcPr>
            <w:tcW w:w="3326" w:type="dxa"/>
            <w:shd w:val="clear" w:color="auto" w:fill="17324D"/>
            <w:vAlign w:val="center"/>
          </w:tcPr>
          <w:p w14:paraId="093C4C20" w14:textId="77777777" w:rsidR="00F81D60" w:rsidRDefault="00000000">
            <w:pPr>
              <w:pStyle w:val="TableText"/>
              <w:spacing w:before="40" w:after="40"/>
            </w:pPr>
            <w:r>
              <w:rPr>
                <w:b/>
                <w:color w:val="FFFFFF"/>
              </w:rPr>
              <w:t>Docente</w:t>
            </w:r>
          </w:p>
        </w:tc>
        <w:tc>
          <w:tcPr>
            <w:tcW w:w="3326" w:type="dxa"/>
            <w:shd w:val="clear" w:color="auto" w:fill="17324D"/>
            <w:vAlign w:val="center"/>
          </w:tcPr>
          <w:p w14:paraId="69410EE3" w14:textId="77777777" w:rsidR="00F81D60" w:rsidRDefault="00000000">
            <w:pPr>
              <w:pStyle w:val="TableText"/>
              <w:spacing w:before="40" w:after="40"/>
            </w:pPr>
            <w:r>
              <w:rPr>
                <w:b/>
                <w:color w:val="FFFFFF"/>
              </w:rPr>
              <w:t>Responsabile formazione</w:t>
            </w:r>
          </w:p>
        </w:tc>
        <w:tc>
          <w:tcPr>
            <w:tcW w:w="3326" w:type="dxa"/>
            <w:shd w:val="clear" w:color="auto" w:fill="17324D"/>
            <w:vAlign w:val="center"/>
          </w:tcPr>
          <w:p w14:paraId="7FE4FB32" w14:textId="77777777" w:rsidR="00F81D60" w:rsidRDefault="00000000">
            <w:pPr>
              <w:pStyle w:val="TableText"/>
              <w:spacing w:before="40" w:after="40"/>
            </w:pPr>
            <w:r>
              <w:rPr>
                <w:b/>
                <w:color w:val="FFFFFF"/>
              </w:rPr>
              <w:t>Data</w:t>
            </w:r>
          </w:p>
        </w:tc>
      </w:tr>
      <w:tr w:rsidR="00F81D60" w14:paraId="4E181503" w14:textId="77777777">
        <w:trPr>
          <w:cantSplit/>
          <w:trHeight w:val="454"/>
          <w:jc w:val="center"/>
        </w:trPr>
        <w:tc>
          <w:tcPr>
            <w:tcW w:w="3326" w:type="dxa"/>
            <w:vAlign w:val="center"/>
          </w:tcPr>
          <w:p w14:paraId="36760235" w14:textId="77777777" w:rsidR="00F81D60" w:rsidRDefault="00000000">
            <w:pPr>
              <w:pStyle w:val="TableText"/>
              <w:spacing w:before="40" w:after="40"/>
            </w:pPr>
            <w:r>
              <w:t>[compilare]</w:t>
            </w:r>
          </w:p>
        </w:tc>
        <w:tc>
          <w:tcPr>
            <w:tcW w:w="3326" w:type="dxa"/>
            <w:vAlign w:val="center"/>
          </w:tcPr>
          <w:p w14:paraId="683F8384" w14:textId="77777777" w:rsidR="00F81D60" w:rsidRDefault="00000000">
            <w:pPr>
              <w:pStyle w:val="TableText"/>
              <w:spacing w:before="40" w:after="40"/>
            </w:pPr>
            <w:r>
              <w:t>[compilare]</w:t>
            </w:r>
          </w:p>
        </w:tc>
        <w:tc>
          <w:tcPr>
            <w:tcW w:w="3326" w:type="dxa"/>
            <w:vAlign w:val="center"/>
          </w:tcPr>
          <w:p w14:paraId="67A55E1B" w14:textId="77777777" w:rsidR="00F81D60" w:rsidRDefault="00000000">
            <w:pPr>
              <w:pStyle w:val="TableText"/>
              <w:spacing w:before="40" w:after="40"/>
            </w:pPr>
            <w:r>
              <w:t>[compilare]</w:t>
            </w:r>
          </w:p>
        </w:tc>
      </w:tr>
    </w:tbl>
    <w:p w14:paraId="0CEB00D0" w14:textId="77777777" w:rsidR="00F81D60" w:rsidRDefault="00F81D60">
      <w:pPr>
        <w:spacing w:after="0"/>
      </w:pPr>
    </w:p>
    <w:p w14:paraId="2E8AF48B" w14:textId="77777777" w:rsidR="00F81D60" w:rsidRDefault="00000000">
      <w:r>
        <w:br w:type="page"/>
      </w:r>
    </w:p>
    <w:p w14:paraId="23D44F31" w14:textId="77777777" w:rsidR="00F81D60" w:rsidRDefault="00000000">
      <w:pPr>
        <w:pStyle w:val="Small"/>
      </w:pPr>
      <w:r>
        <w:rPr>
          <w:b/>
          <w:color w:val="006B70"/>
        </w:rPr>
        <w:t>ALLEGATO AZIENDALE  •  MOD-MM-22  •  parte 3</w:t>
      </w:r>
    </w:p>
    <w:p w14:paraId="22EEC459" w14:textId="77777777" w:rsidR="00F81D60" w:rsidRDefault="00000000">
      <w:pPr>
        <w:pStyle w:val="Titolo1"/>
      </w:pPr>
      <w:bookmarkStart w:id="87" w:name="A22_3"/>
      <w:r>
        <w:t>A22 | Test di apprendimento e chiave per il formatore</w:t>
      </w:r>
      <w:bookmarkEnd w:id="87"/>
    </w:p>
    <w:p w14:paraId="3CEF50FD" w14:textId="77777777" w:rsidR="00F81D60" w:rsidRDefault="00000000">
      <w:pPr>
        <w:pStyle w:val="Reference"/>
      </w:pPr>
      <w:r>
        <w:t>Base documentale: [ISO] allegati B ed E; [AZ] test aziendale. Le istruzioni operative e i moduli sono elaborazioni aziendali del modello [AZ].</w:t>
      </w:r>
    </w:p>
    <w:p w14:paraId="4402DEC4" w14:textId="77777777" w:rsidR="00F81D60" w:rsidRDefault="00000000">
      <w:r>
        <w:t>Esempio di verifica non certificativa. Somministrare separatamente la chiave delle risposte. Modalità e soglia di superamento sono da approvare nel piano formativo.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BBB6C28" w14:textId="77777777">
        <w:trPr>
          <w:tblHeader/>
          <w:jc w:val="center"/>
        </w:trPr>
        <w:tc>
          <w:tcPr>
            <w:tcW w:w="2948" w:type="dxa"/>
            <w:shd w:val="clear" w:color="auto" w:fill="17324D"/>
            <w:vAlign w:val="center"/>
          </w:tcPr>
          <w:p w14:paraId="3D28CB69" w14:textId="77777777" w:rsidR="00F81D60" w:rsidRDefault="00000000">
            <w:pPr>
              <w:pStyle w:val="TableText"/>
              <w:spacing w:before="40" w:after="40"/>
            </w:pPr>
            <w:r>
              <w:rPr>
                <w:b/>
                <w:color w:val="FFFFFF"/>
              </w:rPr>
              <w:t>Campo</w:t>
            </w:r>
          </w:p>
        </w:tc>
        <w:tc>
          <w:tcPr>
            <w:tcW w:w="7030" w:type="dxa"/>
            <w:shd w:val="clear" w:color="auto" w:fill="17324D"/>
            <w:vAlign w:val="center"/>
          </w:tcPr>
          <w:p w14:paraId="61105C8D" w14:textId="77777777" w:rsidR="00F81D60" w:rsidRDefault="00000000">
            <w:pPr>
              <w:pStyle w:val="TableText"/>
              <w:spacing w:before="40" w:after="40"/>
            </w:pPr>
            <w:r>
              <w:rPr>
                <w:b/>
                <w:color w:val="FFFFFF"/>
              </w:rPr>
              <w:t>Compilazione / decisione aziendale</w:t>
            </w:r>
          </w:p>
        </w:tc>
      </w:tr>
      <w:tr w:rsidR="00F81D60" w14:paraId="4BD00CC6" w14:textId="77777777">
        <w:trPr>
          <w:cantSplit/>
          <w:jc w:val="center"/>
        </w:trPr>
        <w:tc>
          <w:tcPr>
            <w:tcW w:w="2948" w:type="dxa"/>
            <w:vAlign w:val="center"/>
          </w:tcPr>
          <w:p w14:paraId="703119B0" w14:textId="77777777" w:rsidR="00F81D60" w:rsidRDefault="00000000">
            <w:pPr>
              <w:pStyle w:val="TableText"/>
              <w:spacing w:before="40" w:after="40"/>
            </w:pPr>
            <w:r>
              <w:t>Prova</w:t>
            </w:r>
          </w:p>
        </w:tc>
        <w:tc>
          <w:tcPr>
            <w:tcW w:w="7030" w:type="dxa"/>
            <w:vAlign w:val="center"/>
          </w:tcPr>
          <w:p w14:paraId="26B36901" w14:textId="77777777" w:rsidR="00F81D60" w:rsidRDefault="00000000">
            <w:pPr>
              <w:pStyle w:val="TableText"/>
              <w:spacing w:before="40" w:after="40"/>
            </w:pPr>
            <w:r>
              <w:t>Edizione: [ ]  •  partecipante: [ ]  •  funzione: [ ]  •  data: [ ]</w:t>
            </w:r>
          </w:p>
        </w:tc>
      </w:tr>
    </w:tbl>
    <w:p w14:paraId="0786F7BA"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510"/>
        <w:gridCol w:w="8163"/>
        <w:gridCol w:w="1304"/>
      </w:tblGrid>
      <w:tr w:rsidR="00F81D60" w14:paraId="337F62A6" w14:textId="77777777">
        <w:trPr>
          <w:tblHeader/>
          <w:jc w:val="center"/>
        </w:trPr>
        <w:tc>
          <w:tcPr>
            <w:tcW w:w="510" w:type="dxa"/>
            <w:shd w:val="clear" w:color="auto" w:fill="17324D"/>
            <w:vAlign w:val="center"/>
          </w:tcPr>
          <w:p w14:paraId="5FDA4E58" w14:textId="77777777" w:rsidR="00F81D60" w:rsidRDefault="00000000">
            <w:pPr>
              <w:pStyle w:val="TableText"/>
              <w:spacing w:before="40" w:after="40"/>
            </w:pPr>
            <w:r>
              <w:rPr>
                <w:b/>
                <w:color w:val="FFFFFF"/>
              </w:rPr>
              <w:t>N.</w:t>
            </w:r>
          </w:p>
        </w:tc>
        <w:tc>
          <w:tcPr>
            <w:tcW w:w="8164" w:type="dxa"/>
            <w:shd w:val="clear" w:color="auto" w:fill="17324D"/>
            <w:vAlign w:val="center"/>
          </w:tcPr>
          <w:p w14:paraId="54FC7383" w14:textId="77777777" w:rsidR="00F81D60" w:rsidRDefault="00000000">
            <w:pPr>
              <w:pStyle w:val="TableText"/>
              <w:spacing w:before="40" w:after="40"/>
            </w:pPr>
            <w:r>
              <w:rPr>
                <w:b/>
                <w:color w:val="FFFFFF"/>
              </w:rPr>
              <w:t>Affermazione o caso</w:t>
            </w:r>
          </w:p>
        </w:tc>
        <w:tc>
          <w:tcPr>
            <w:tcW w:w="1304" w:type="dxa"/>
            <w:shd w:val="clear" w:color="auto" w:fill="17324D"/>
            <w:vAlign w:val="center"/>
          </w:tcPr>
          <w:p w14:paraId="73E857DB" w14:textId="77777777" w:rsidR="00F81D60" w:rsidRDefault="00000000">
            <w:pPr>
              <w:pStyle w:val="TableText"/>
              <w:spacing w:before="40" w:after="40"/>
            </w:pPr>
            <w:r>
              <w:rPr>
                <w:b/>
                <w:color w:val="FFFFFF"/>
              </w:rPr>
              <w:t>Risposta</w:t>
            </w:r>
          </w:p>
        </w:tc>
      </w:tr>
      <w:tr w:rsidR="00F81D60" w14:paraId="332CFC15" w14:textId="77777777">
        <w:trPr>
          <w:cantSplit/>
          <w:jc w:val="center"/>
        </w:trPr>
        <w:tc>
          <w:tcPr>
            <w:tcW w:w="510" w:type="dxa"/>
            <w:vAlign w:val="center"/>
          </w:tcPr>
          <w:p w14:paraId="38F837F9" w14:textId="77777777" w:rsidR="00F81D60" w:rsidRDefault="00000000">
            <w:pPr>
              <w:pStyle w:val="TableText"/>
              <w:spacing w:before="40" w:after="40"/>
            </w:pPr>
            <w:r>
              <w:t>1</w:t>
            </w:r>
          </w:p>
        </w:tc>
        <w:tc>
          <w:tcPr>
            <w:tcW w:w="8164" w:type="dxa"/>
            <w:vAlign w:val="center"/>
          </w:tcPr>
          <w:p w14:paraId="258811BE" w14:textId="77777777" w:rsidR="00F81D60" w:rsidRDefault="00000000">
            <w:pPr>
              <w:pStyle w:val="TableText"/>
              <w:spacing w:before="40" w:after="40"/>
            </w:pPr>
            <w:r>
              <w:t>Il manager deve conoscere la diagnosi per concordare qualsiasi pausa.</w:t>
            </w:r>
          </w:p>
        </w:tc>
        <w:tc>
          <w:tcPr>
            <w:tcW w:w="1304" w:type="dxa"/>
            <w:vAlign w:val="center"/>
          </w:tcPr>
          <w:p w14:paraId="701D6808" w14:textId="77777777" w:rsidR="00F81D60" w:rsidRDefault="00000000">
            <w:pPr>
              <w:pStyle w:val="TableText"/>
              <w:spacing w:before="40" w:after="40"/>
            </w:pPr>
            <w:r>
              <w:t>V / F</w:t>
            </w:r>
          </w:p>
        </w:tc>
      </w:tr>
      <w:tr w:rsidR="00F81D60" w14:paraId="68C0845A" w14:textId="77777777">
        <w:trPr>
          <w:cantSplit/>
          <w:jc w:val="center"/>
        </w:trPr>
        <w:tc>
          <w:tcPr>
            <w:tcW w:w="510" w:type="dxa"/>
            <w:shd w:val="clear" w:color="auto" w:fill="F5F7F9"/>
            <w:vAlign w:val="center"/>
          </w:tcPr>
          <w:p w14:paraId="5FCF9129" w14:textId="77777777" w:rsidR="00F81D60" w:rsidRDefault="00000000">
            <w:pPr>
              <w:pStyle w:val="TableText"/>
              <w:spacing w:before="40" w:after="40"/>
            </w:pPr>
            <w:r>
              <w:t>2</w:t>
            </w:r>
          </w:p>
        </w:tc>
        <w:tc>
          <w:tcPr>
            <w:tcW w:w="8164" w:type="dxa"/>
            <w:shd w:val="clear" w:color="auto" w:fill="F5F7F9"/>
            <w:vAlign w:val="center"/>
          </w:tcPr>
          <w:p w14:paraId="3900C270" w14:textId="77777777" w:rsidR="00F81D60" w:rsidRDefault="00000000">
            <w:pPr>
              <w:pStyle w:val="TableText"/>
              <w:spacing w:before="40" w:after="40"/>
            </w:pPr>
            <w:r>
              <w:t>Una modifica a un DPI può essere attuata senza verifica se aumenta il comfort.</w:t>
            </w:r>
          </w:p>
        </w:tc>
        <w:tc>
          <w:tcPr>
            <w:tcW w:w="1304" w:type="dxa"/>
            <w:shd w:val="clear" w:color="auto" w:fill="F5F7F9"/>
            <w:vAlign w:val="center"/>
          </w:tcPr>
          <w:p w14:paraId="6D3015C8" w14:textId="77777777" w:rsidR="00F81D60" w:rsidRDefault="00000000">
            <w:pPr>
              <w:pStyle w:val="TableText"/>
              <w:spacing w:before="40" w:after="40"/>
            </w:pPr>
            <w:r>
              <w:t>V / F</w:t>
            </w:r>
          </w:p>
        </w:tc>
      </w:tr>
      <w:tr w:rsidR="00F81D60" w14:paraId="7EA7FC67" w14:textId="77777777">
        <w:trPr>
          <w:cantSplit/>
          <w:jc w:val="center"/>
        </w:trPr>
        <w:tc>
          <w:tcPr>
            <w:tcW w:w="510" w:type="dxa"/>
            <w:vAlign w:val="center"/>
          </w:tcPr>
          <w:p w14:paraId="3CA263B6" w14:textId="77777777" w:rsidR="00F81D60" w:rsidRDefault="00000000">
            <w:pPr>
              <w:pStyle w:val="TableText"/>
              <w:spacing w:before="40" w:after="40"/>
            </w:pPr>
            <w:r>
              <w:t>3</w:t>
            </w:r>
          </w:p>
        </w:tc>
        <w:tc>
          <w:tcPr>
            <w:tcW w:w="8164" w:type="dxa"/>
            <w:vAlign w:val="center"/>
          </w:tcPr>
          <w:p w14:paraId="3CD80FFD" w14:textId="77777777" w:rsidR="00F81D60" w:rsidRDefault="00000000">
            <w:pPr>
              <w:pStyle w:val="TableText"/>
              <w:spacing w:before="40" w:after="40"/>
            </w:pPr>
            <w:r>
              <w:t>La persona può chiedere un colloquio con un referente alternativo.</w:t>
            </w:r>
          </w:p>
        </w:tc>
        <w:tc>
          <w:tcPr>
            <w:tcW w:w="1304" w:type="dxa"/>
            <w:vAlign w:val="center"/>
          </w:tcPr>
          <w:p w14:paraId="47EA32B4" w14:textId="77777777" w:rsidR="00F81D60" w:rsidRDefault="00000000">
            <w:pPr>
              <w:pStyle w:val="TableText"/>
              <w:spacing w:before="40" w:after="40"/>
            </w:pPr>
            <w:r>
              <w:t>V / F</w:t>
            </w:r>
          </w:p>
        </w:tc>
      </w:tr>
      <w:tr w:rsidR="00F81D60" w14:paraId="1099F1B3" w14:textId="77777777">
        <w:trPr>
          <w:cantSplit/>
          <w:jc w:val="center"/>
        </w:trPr>
        <w:tc>
          <w:tcPr>
            <w:tcW w:w="510" w:type="dxa"/>
            <w:shd w:val="clear" w:color="auto" w:fill="F5F7F9"/>
            <w:vAlign w:val="center"/>
          </w:tcPr>
          <w:p w14:paraId="0D8AF388" w14:textId="77777777" w:rsidR="00F81D60" w:rsidRDefault="00000000">
            <w:pPr>
              <w:pStyle w:val="TableText"/>
              <w:spacing w:before="40" w:after="40"/>
            </w:pPr>
            <w:r>
              <w:t>4</w:t>
            </w:r>
          </w:p>
        </w:tc>
        <w:tc>
          <w:tcPr>
            <w:tcW w:w="8164" w:type="dxa"/>
            <w:shd w:val="clear" w:color="auto" w:fill="F5F7F9"/>
            <w:vAlign w:val="center"/>
          </w:tcPr>
          <w:p w14:paraId="26AD627A" w14:textId="77777777" w:rsidR="00F81D60" w:rsidRDefault="00000000">
            <w:pPr>
              <w:pStyle w:val="TableText"/>
              <w:spacing w:before="40" w:after="40"/>
            </w:pPr>
            <w:r>
              <w:t>Aver raccontato la propria esperienza autorizza il referente a parlarne al team.</w:t>
            </w:r>
          </w:p>
        </w:tc>
        <w:tc>
          <w:tcPr>
            <w:tcW w:w="1304" w:type="dxa"/>
            <w:shd w:val="clear" w:color="auto" w:fill="F5F7F9"/>
            <w:vAlign w:val="center"/>
          </w:tcPr>
          <w:p w14:paraId="64A7B364" w14:textId="77777777" w:rsidR="00F81D60" w:rsidRDefault="00000000">
            <w:pPr>
              <w:pStyle w:val="TableText"/>
              <w:spacing w:before="40" w:after="40"/>
            </w:pPr>
            <w:r>
              <w:t>V / F</w:t>
            </w:r>
          </w:p>
        </w:tc>
      </w:tr>
      <w:tr w:rsidR="00F81D60" w14:paraId="70F78EC7" w14:textId="77777777">
        <w:trPr>
          <w:cantSplit/>
          <w:jc w:val="center"/>
        </w:trPr>
        <w:tc>
          <w:tcPr>
            <w:tcW w:w="510" w:type="dxa"/>
            <w:vAlign w:val="center"/>
          </w:tcPr>
          <w:p w14:paraId="7CDA28DB" w14:textId="77777777" w:rsidR="00F81D60" w:rsidRDefault="00000000">
            <w:pPr>
              <w:pStyle w:val="TableText"/>
              <w:spacing w:before="40" w:after="40"/>
            </w:pPr>
            <w:r>
              <w:t>5</w:t>
            </w:r>
          </w:p>
        </w:tc>
        <w:tc>
          <w:tcPr>
            <w:tcW w:w="8164" w:type="dxa"/>
            <w:vAlign w:val="center"/>
          </w:tcPr>
          <w:p w14:paraId="585E48AD" w14:textId="77777777" w:rsidR="00F81D60" w:rsidRDefault="00000000">
            <w:pPr>
              <w:pStyle w:val="TableText"/>
              <w:spacing w:before="40" w:after="40"/>
            </w:pPr>
            <w:r>
              <w:t>Una misura concordata va verificata anche nella sua attuazione reale.</w:t>
            </w:r>
          </w:p>
        </w:tc>
        <w:tc>
          <w:tcPr>
            <w:tcW w:w="1304" w:type="dxa"/>
            <w:vAlign w:val="center"/>
          </w:tcPr>
          <w:p w14:paraId="3416FD13" w14:textId="77777777" w:rsidR="00F81D60" w:rsidRDefault="00000000">
            <w:pPr>
              <w:pStyle w:val="TableText"/>
              <w:spacing w:before="40" w:after="40"/>
            </w:pPr>
            <w:r>
              <w:t>V / F</w:t>
            </w:r>
          </w:p>
        </w:tc>
      </w:tr>
      <w:tr w:rsidR="00F81D60" w14:paraId="1478C5DF" w14:textId="77777777">
        <w:trPr>
          <w:cantSplit/>
          <w:jc w:val="center"/>
        </w:trPr>
        <w:tc>
          <w:tcPr>
            <w:tcW w:w="510" w:type="dxa"/>
            <w:shd w:val="clear" w:color="auto" w:fill="F5F7F9"/>
            <w:vAlign w:val="center"/>
          </w:tcPr>
          <w:p w14:paraId="642D5011" w14:textId="77777777" w:rsidR="00F81D60" w:rsidRDefault="00000000">
            <w:pPr>
              <w:pStyle w:val="TableText"/>
              <w:spacing w:before="40" w:after="40"/>
            </w:pPr>
            <w:r>
              <w:t>6</w:t>
            </w:r>
          </w:p>
        </w:tc>
        <w:tc>
          <w:tcPr>
            <w:tcW w:w="8164" w:type="dxa"/>
            <w:shd w:val="clear" w:color="auto" w:fill="F5F7F9"/>
            <w:vAlign w:val="center"/>
          </w:tcPr>
          <w:p w14:paraId="39658C0B" w14:textId="77777777" w:rsidR="00F81D60" w:rsidRDefault="00000000">
            <w:pPr>
              <w:pStyle w:val="TableText"/>
              <w:spacing w:before="40" w:after="40"/>
            </w:pPr>
            <w:r>
              <w:t>La checklist Excel deve contenere diagnosi e codici dei casi individuali.</w:t>
            </w:r>
          </w:p>
        </w:tc>
        <w:tc>
          <w:tcPr>
            <w:tcW w:w="1304" w:type="dxa"/>
            <w:shd w:val="clear" w:color="auto" w:fill="F5F7F9"/>
            <w:vAlign w:val="center"/>
          </w:tcPr>
          <w:p w14:paraId="07BA631B" w14:textId="77777777" w:rsidR="00F81D60" w:rsidRDefault="00000000">
            <w:pPr>
              <w:pStyle w:val="TableText"/>
              <w:spacing w:before="40" w:after="40"/>
            </w:pPr>
            <w:r>
              <w:t>V / F</w:t>
            </w:r>
          </w:p>
        </w:tc>
      </w:tr>
      <w:tr w:rsidR="00F81D60" w14:paraId="108A5BEC" w14:textId="77777777">
        <w:trPr>
          <w:cantSplit/>
          <w:jc w:val="center"/>
        </w:trPr>
        <w:tc>
          <w:tcPr>
            <w:tcW w:w="510" w:type="dxa"/>
            <w:vAlign w:val="center"/>
          </w:tcPr>
          <w:p w14:paraId="784BC54A" w14:textId="77777777" w:rsidR="00F81D60" w:rsidRDefault="00000000">
            <w:pPr>
              <w:pStyle w:val="TableText"/>
              <w:spacing w:before="40" w:after="40"/>
            </w:pPr>
            <w:r>
              <w:t>7</w:t>
            </w:r>
          </w:p>
        </w:tc>
        <w:tc>
          <w:tcPr>
            <w:tcW w:w="8164" w:type="dxa"/>
            <w:vAlign w:val="center"/>
          </w:tcPr>
          <w:p w14:paraId="0DDC9A74" w14:textId="77777777" w:rsidR="00F81D60" w:rsidRDefault="00000000">
            <w:pPr>
              <w:pStyle w:val="TableText"/>
              <w:spacing w:before="40" w:after="40"/>
            </w:pPr>
            <w:r>
              <w:t>“Attuata” significa automaticamente “Chiusa validata”.</w:t>
            </w:r>
          </w:p>
        </w:tc>
        <w:tc>
          <w:tcPr>
            <w:tcW w:w="1304" w:type="dxa"/>
            <w:vAlign w:val="center"/>
          </w:tcPr>
          <w:p w14:paraId="631DFD46" w14:textId="77777777" w:rsidR="00F81D60" w:rsidRDefault="00000000">
            <w:pPr>
              <w:pStyle w:val="TableText"/>
              <w:spacing w:before="40" w:after="40"/>
            </w:pPr>
            <w:r>
              <w:t>V / F</w:t>
            </w:r>
          </w:p>
        </w:tc>
      </w:tr>
      <w:tr w:rsidR="00F81D60" w14:paraId="7204F930" w14:textId="77777777">
        <w:trPr>
          <w:cantSplit/>
          <w:jc w:val="center"/>
        </w:trPr>
        <w:tc>
          <w:tcPr>
            <w:tcW w:w="510" w:type="dxa"/>
            <w:shd w:val="clear" w:color="auto" w:fill="F5F7F9"/>
            <w:vAlign w:val="center"/>
          </w:tcPr>
          <w:p w14:paraId="26F51905" w14:textId="77777777" w:rsidR="00F81D60" w:rsidRDefault="00000000">
            <w:pPr>
              <w:pStyle w:val="TableText"/>
              <w:spacing w:before="40" w:after="40"/>
            </w:pPr>
            <w:r>
              <w:t>8</w:t>
            </w:r>
          </w:p>
        </w:tc>
        <w:tc>
          <w:tcPr>
            <w:tcW w:w="8164" w:type="dxa"/>
            <w:shd w:val="clear" w:color="auto" w:fill="F5F7F9"/>
            <w:vAlign w:val="center"/>
          </w:tcPr>
          <w:p w14:paraId="23CD95B5" w14:textId="77777777" w:rsidR="00F81D60" w:rsidRDefault="00000000">
            <w:pPr>
              <w:pStyle w:val="TableText"/>
              <w:spacing w:before="40" w:after="40"/>
            </w:pPr>
            <w:r>
              <w:t>Una N.A. priva di motivazione è una verifica completa.</w:t>
            </w:r>
          </w:p>
        </w:tc>
        <w:tc>
          <w:tcPr>
            <w:tcW w:w="1304" w:type="dxa"/>
            <w:shd w:val="clear" w:color="auto" w:fill="F5F7F9"/>
            <w:vAlign w:val="center"/>
          </w:tcPr>
          <w:p w14:paraId="20F4FFC5" w14:textId="77777777" w:rsidR="00F81D60" w:rsidRDefault="00000000">
            <w:pPr>
              <w:pStyle w:val="TableText"/>
              <w:spacing w:before="40" w:after="40"/>
            </w:pPr>
            <w:r>
              <w:t>V / F</w:t>
            </w:r>
          </w:p>
        </w:tc>
      </w:tr>
      <w:tr w:rsidR="00F81D60" w14:paraId="3A620D1C" w14:textId="77777777">
        <w:trPr>
          <w:cantSplit/>
          <w:jc w:val="center"/>
        </w:trPr>
        <w:tc>
          <w:tcPr>
            <w:tcW w:w="510" w:type="dxa"/>
            <w:vAlign w:val="center"/>
          </w:tcPr>
          <w:p w14:paraId="43D8915C" w14:textId="77777777" w:rsidR="00F81D60" w:rsidRDefault="00000000">
            <w:pPr>
              <w:pStyle w:val="TableText"/>
              <w:spacing w:before="40" w:after="40"/>
            </w:pPr>
            <w:r>
              <w:t>9</w:t>
            </w:r>
          </w:p>
        </w:tc>
        <w:tc>
          <w:tcPr>
            <w:tcW w:w="8164" w:type="dxa"/>
            <w:vAlign w:val="center"/>
          </w:tcPr>
          <w:p w14:paraId="664D580D" w14:textId="77777777" w:rsidR="00F81D60" w:rsidRDefault="00000000">
            <w:pPr>
              <w:pStyle w:val="TableText"/>
              <w:spacing w:before="40" w:after="40"/>
            </w:pPr>
            <w:r>
              <w:t>L’assenza di richieste dimostra che non esistono barriere.</w:t>
            </w:r>
          </w:p>
        </w:tc>
        <w:tc>
          <w:tcPr>
            <w:tcW w:w="1304" w:type="dxa"/>
            <w:vAlign w:val="center"/>
          </w:tcPr>
          <w:p w14:paraId="4037DE90" w14:textId="77777777" w:rsidR="00F81D60" w:rsidRDefault="00000000">
            <w:pPr>
              <w:pStyle w:val="TableText"/>
              <w:spacing w:before="40" w:after="40"/>
            </w:pPr>
            <w:r>
              <w:t>V / F</w:t>
            </w:r>
          </w:p>
        </w:tc>
      </w:tr>
      <w:tr w:rsidR="00F81D60" w14:paraId="11D35EDB" w14:textId="77777777">
        <w:trPr>
          <w:cantSplit/>
          <w:jc w:val="center"/>
        </w:trPr>
        <w:tc>
          <w:tcPr>
            <w:tcW w:w="510" w:type="dxa"/>
            <w:shd w:val="clear" w:color="auto" w:fill="F5F7F9"/>
            <w:vAlign w:val="center"/>
          </w:tcPr>
          <w:p w14:paraId="5E9DB9FF" w14:textId="77777777" w:rsidR="00F81D60" w:rsidRDefault="00000000">
            <w:pPr>
              <w:pStyle w:val="TableText"/>
              <w:spacing w:before="40" w:after="40"/>
            </w:pPr>
            <w:r>
              <w:t>10</w:t>
            </w:r>
          </w:p>
        </w:tc>
        <w:tc>
          <w:tcPr>
            <w:tcW w:w="8164" w:type="dxa"/>
            <w:shd w:val="clear" w:color="auto" w:fill="F5F7F9"/>
            <w:vAlign w:val="center"/>
          </w:tcPr>
          <w:p w14:paraId="63F548C5" w14:textId="77777777" w:rsidR="00F81D60" w:rsidRDefault="00000000">
            <w:pPr>
              <w:pStyle w:val="TableText"/>
              <w:spacing w:before="40" w:after="40"/>
            </w:pPr>
            <w:r>
              <w:t>In un compito critico la pausa richiede una copertura o messa in sicurezza.</w:t>
            </w:r>
          </w:p>
        </w:tc>
        <w:tc>
          <w:tcPr>
            <w:tcW w:w="1304" w:type="dxa"/>
            <w:shd w:val="clear" w:color="auto" w:fill="F5F7F9"/>
            <w:vAlign w:val="center"/>
          </w:tcPr>
          <w:p w14:paraId="53F5A54D" w14:textId="77777777" w:rsidR="00F81D60" w:rsidRDefault="00000000">
            <w:pPr>
              <w:pStyle w:val="TableText"/>
              <w:spacing w:before="40" w:after="40"/>
            </w:pPr>
            <w:r>
              <w:t>V / F</w:t>
            </w:r>
          </w:p>
        </w:tc>
      </w:tr>
    </w:tbl>
    <w:p w14:paraId="74EAAFE7" w14:textId="77777777" w:rsidR="00F81D60" w:rsidRDefault="00F81D60">
      <w:pPr>
        <w:spacing w:after="0"/>
      </w:pPr>
    </w:p>
    <w:p w14:paraId="6A6B2188" w14:textId="77777777" w:rsidR="00F81D60" w:rsidRDefault="00000000">
      <w:pPr>
        <w:pStyle w:val="Small"/>
      </w:pPr>
      <w:r>
        <w:rPr>
          <w:b/>
        </w:rPr>
        <w:t>Caso pratico.</w:t>
      </w:r>
      <w:r>
        <w:t xml:space="preserve"> Una persona chiede una pausa breve e una diversa postazione, ma non desidera parlare della propria salute. Il responsabile sa che il presidio non può essere lasciato scoperto. Descrivere: ascolto, informazioni minime, verifica tecnica, copertura, decisione e riesame. Risposta: [compilare su foglio aggiuntivo identificato].</w:t>
      </w:r>
    </w:p>
    <w:p w14:paraId="2AF25EE9" w14:textId="77777777" w:rsidR="00F81D60" w:rsidRDefault="00000000">
      <w:pPr>
        <w:pStyle w:val="Titolo2"/>
      </w:pPr>
      <w:r>
        <w:t>Chiave riservata al formatore</w:t>
      </w:r>
    </w:p>
    <w:p w14:paraId="2F2FD7D4" w14:textId="77777777" w:rsidR="00F81D60" w:rsidRDefault="00000000">
      <w:pPr>
        <w:pStyle w:val="Small"/>
      </w:pPr>
      <w:r>
        <w:t>1 F; 2 F; 3 V; 4 F; 5 V; 6 F; 7 F; 8 F; 9 F; 10 V. Nel caso pratico sono essenziali: nessuna richiesta di diagnosi; coinvolgimento tecnico proporzionato; sostituto competente o messa in sicurezza; comunicazione minima; misura tracciata e verifica dell’efficacia.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047AD89" w14:textId="77777777">
        <w:trPr>
          <w:tblHeader/>
          <w:jc w:val="center"/>
        </w:trPr>
        <w:tc>
          <w:tcPr>
            <w:tcW w:w="2948" w:type="dxa"/>
            <w:shd w:val="clear" w:color="auto" w:fill="17324D"/>
            <w:vAlign w:val="center"/>
          </w:tcPr>
          <w:p w14:paraId="5977A8EB" w14:textId="77777777" w:rsidR="00F81D60" w:rsidRDefault="00000000">
            <w:pPr>
              <w:pStyle w:val="TableText"/>
              <w:spacing w:before="40" w:after="40"/>
            </w:pPr>
            <w:r>
              <w:rPr>
                <w:b/>
                <w:color w:val="FFFFFF"/>
              </w:rPr>
              <w:t>Campo</w:t>
            </w:r>
          </w:p>
        </w:tc>
        <w:tc>
          <w:tcPr>
            <w:tcW w:w="7030" w:type="dxa"/>
            <w:shd w:val="clear" w:color="auto" w:fill="17324D"/>
            <w:vAlign w:val="center"/>
          </w:tcPr>
          <w:p w14:paraId="5E983575" w14:textId="77777777" w:rsidR="00F81D60" w:rsidRDefault="00000000">
            <w:pPr>
              <w:pStyle w:val="TableText"/>
              <w:spacing w:before="40" w:after="40"/>
            </w:pPr>
            <w:r>
              <w:rPr>
                <w:b/>
                <w:color w:val="FFFFFF"/>
              </w:rPr>
              <w:t>Compilazione / decisione aziendale</w:t>
            </w:r>
          </w:p>
        </w:tc>
      </w:tr>
      <w:tr w:rsidR="00F81D60" w14:paraId="2142C7E6" w14:textId="77777777">
        <w:trPr>
          <w:cantSplit/>
          <w:jc w:val="center"/>
        </w:trPr>
        <w:tc>
          <w:tcPr>
            <w:tcW w:w="2948" w:type="dxa"/>
            <w:vAlign w:val="center"/>
          </w:tcPr>
          <w:p w14:paraId="28D9270E" w14:textId="77777777" w:rsidR="00F81D60" w:rsidRDefault="00000000">
            <w:pPr>
              <w:pStyle w:val="TableText"/>
              <w:spacing w:before="40" w:after="40"/>
            </w:pPr>
            <w:r>
              <w:t>Valutazione</w:t>
            </w:r>
          </w:p>
        </w:tc>
        <w:tc>
          <w:tcPr>
            <w:tcW w:w="7030" w:type="dxa"/>
            <w:vAlign w:val="center"/>
          </w:tcPr>
          <w:p w14:paraId="2DBC0619" w14:textId="77777777" w:rsidR="00F81D60" w:rsidRDefault="00000000">
            <w:pPr>
              <w:pStyle w:val="TableText"/>
              <w:spacing w:before="40" w:after="40"/>
            </w:pPr>
            <w:r>
              <w:t>Risposte corrette: [ ] / 10  •  caso pratico: [ ]  •  esito secondo criterio aziendale: [ ]</w:t>
            </w:r>
          </w:p>
        </w:tc>
      </w:tr>
      <w:tr w:rsidR="00F81D60" w14:paraId="574790D8" w14:textId="77777777">
        <w:trPr>
          <w:cantSplit/>
          <w:jc w:val="center"/>
        </w:trPr>
        <w:tc>
          <w:tcPr>
            <w:tcW w:w="2948" w:type="dxa"/>
            <w:shd w:val="clear" w:color="auto" w:fill="F5F7F9"/>
            <w:vAlign w:val="center"/>
          </w:tcPr>
          <w:p w14:paraId="19FB7BBA" w14:textId="77777777" w:rsidR="00F81D60" w:rsidRDefault="00000000">
            <w:pPr>
              <w:pStyle w:val="TableText"/>
              <w:spacing w:before="40" w:after="40"/>
            </w:pPr>
            <w:r>
              <w:t>Recupero e conferma</w:t>
            </w:r>
          </w:p>
        </w:tc>
        <w:tc>
          <w:tcPr>
            <w:tcW w:w="7030" w:type="dxa"/>
            <w:shd w:val="clear" w:color="auto" w:fill="F5F7F9"/>
            <w:vAlign w:val="center"/>
          </w:tcPr>
          <w:p w14:paraId="5FC658BF" w14:textId="77777777" w:rsidR="00F81D60" w:rsidRDefault="00000000">
            <w:pPr>
              <w:pStyle w:val="TableText"/>
              <w:spacing w:before="40" w:after="40"/>
            </w:pPr>
            <w:r>
              <w:t>Argomenti: [ ]  •  data nuova verifica: [ ]  •  formatore: [ ]</w:t>
            </w:r>
          </w:p>
        </w:tc>
      </w:tr>
    </w:tbl>
    <w:p w14:paraId="6F8C992A" w14:textId="77777777" w:rsidR="00F81D60" w:rsidRDefault="00F81D60">
      <w:pPr>
        <w:spacing w:after="0"/>
      </w:pPr>
    </w:p>
    <w:p w14:paraId="7FDCD345" w14:textId="77777777" w:rsidR="00F81D60" w:rsidRDefault="00000000">
      <w:r>
        <w:br w:type="page"/>
      </w:r>
    </w:p>
    <w:p w14:paraId="55A1F760" w14:textId="77777777" w:rsidR="00F81D60" w:rsidRDefault="00000000">
      <w:pPr>
        <w:pStyle w:val="Small"/>
      </w:pPr>
      <w:r>
        <w:rPr>
          <w:b/>
          <w:color w:val="006B70"/>
        </w:rPr>
        <w:t>ALLEGATO AZIENDALE  •  MOD-MM-23</w:t>
      </w:r>
    </w:p>
    <w:p w14:paraId="419BFAB6" w14:textId="77777777" w:rsidR="00F81D60" w:rsidRDefault="00000000">
      <w:pPr>
        <w:pStyle w:val="Titolo1"/>
      </w:pPr>
      <w:bookmarkStart w:id="88" w:name="A23"/>
      <w:r>
        <w:t>A23 | Questionario sul supporto organizzativo</w:t>
      </w:r>
      <w:bookmarkEnd w:id="88"/>
    </w:p>
    <w:p w14:paraId="17EDF3FB" w14:textId="77777777" w:rsidR="00F81D60" w:rsidRDefault="00000000">
      <w:pPr>
        <w:pStyle w:val="Reference"/>
      </w:pPr>
      <w:r>
        <w:t>Base documentale: [ISO] § 5.9; [AZ] schema senza domande sanitarie. Le istruzioni operative e i moduli sono elaborazioni aziendali del modello [AZ].</w:t>
      </w:r>
    </w:p>
    <w:p w14:paraId="1EB5B230" w14:textId="77777777" w:rsidR="00F81D60" w:rsidRDefault="00000000">
      <w:r>
        <w:t>PARTECIPAZIONE VOLONTARIA. Utilizzare soltanto dopo aver verificato le condizioni reali di anonimato oppure fornito l’informativa appropriata. Nelle unità piccole evitare segmentazioni che rendano riconoscibili le risposte.</w:t>
      </w:r>
    </w:p>
    <w:p w14:paraId="3B819249" w14:textId="77777777" w:rsidR="00F81D60" w:rsidRDefault="00000000">
      <w:pPr>
        <w:pStyle w:val="Small"/>
      </w:pPr>
      <w:r>
        <w:t>Questo questionario riguarda servizi, organizzazione e conoscenza dei canali. Non indicare nome, età, diagnosi, esperienza del ciclo, menopausa, terapie o identità di altre persone. È possibile non rispondere. Le risposte non sono utilizzate per decisioni individuali su carriera o performance.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EA3EF73" w14:textId="77777777">
        <w:trPr>
          <w:tblHeader/>
          <w:jc w:val="center"/>
        </w:trPr>
        <w:tc>
          <w:tcPr>
            <w:tcW w:w="2948" w:type="dxa"/>
            <w:shd w:val="clear" w:color="auto" w:fill="17324D"/>
            <w:vAlign w:val="center"/>
          </w:tcPr>
          <w:p w14:paraId="74D5D2DB" w14:textId="77777777" w:rsidR="00F81D60" w:rsidRDefault="00000000">
            <w:pPr>
              <w:pStyle w:val="TableText"/>
              <w:spacing w:before="40" w:after="40"/>
            </w:pPr>
            <w:r>
              <w:rPr>
                <w:b/>
                <w:color w:val="FFFFFF"/>
              </w:rPr>
              <w:t>Campo</w:t>
            </w:r>
          </w:p>
        </w:tc>
        <w:tc>
          <w:tcPr>
            <w:tcW w:w="7030" w:type="dxa"/>
            <w:shd w:val="clear" w:color="auto" w:fill="17324D"/>
            <w:vAlign w:val="center"/>
          </w:tcPr>
          <w:p w14:paraId="4A0721AE" w14:textId="77777777" w:rsidR="00F81D60" w:rsidRDefault="00000000">
            <w:pPr>
              <w:pStyle w:val="TableText"/>
              <w:spacing w:before="40" w:after="40"/>
            </w:pPr>
            <w:r>
              <w:rPr>
                <w:b/>
                <w:color w:val="FFFFFF"/>
              </w:rPr>
              <w:t>Compilazione / decisione aziendale</w:t>
            </w:r>
          </w:p>
        </w:tc>
      </w:tr>
      <w:tr w:rsidR="00F81D60" w14:paraId="20688475" w14:textId="77777777">
        <w:trPr>
          <w:cantSplit/>
          <w:jc w:val="center"/>
        </w:trPr>
        <w:tc>
          <w:tcPr>
            <w:tcW w:w="2948" w:type="dxa"/>
            <w:vAlign w:val="center"/>
          </w:tcPr>
          <w:p w14:paraId="4225BD15" w14:textId="77777777" w:rsidR="00F81D60" w:rsidRDefault="00000000">
            <w:pPr>
              <w:pStyle w:val="TableText"/>
              <w:spacing w:before="40" w:after="40"/>
            </w:pPr>
            <w:r>
              <w:t>Configurazione della rilevazione</w:t>
            </w:r>
          </w:p>
        </w:tc>
        <w:tc>
          <w:tcPr>
            <w:tcW w:w="7030" w:type="dxa"/>
            <w:vAlign w:val="center"/>
          </w:tcPr>
          <w:p w14:paraId="3CD3B236" w14:textId="77777777" w:rsidR="00F81D60" w:rsidRDefault="00000000">
            <w:pPr>
              <w:pStyle w:val="TableText"/>
              <w:spacing w:before="40" w:after="40"/>
            </w:pPr>
            <w:r>
              <w:t>Periodo: [ ]  •  canale: [ ]  •  referente: [ ]  •  informazione sul trattamento: [ ]</w:t>
            </w:r>
          </w:p>
        </w:tc>
      </w:tr>
      <w:tr w:rsidR="00F81D60" w14:paraId="5A967EA2" w14:textId="77777777">
        <w:trPr>
          <w:cantSplit/>
          <w:jc w:val="center"/>
        </w:trPr>
        <w:tc>
          <w:tcPr>
            <w:tcW w:w="2948" w:type="dxa"/>
            <w:shd w:val="clear" w:color="auto" w:fill="F5F7F9"/>
            <w:vAlign w:val="center"/>
          </w:tcPr>
          <w:p w14:paraId="64AE30E0" w14:textId="77777777" w:rsidR="00F81D60" w:rsidRDefault="00000000">
            <w:pPr>
              <w:pStyle w:val="TableText"/>
              <w:spacing w:before="40" w:after="40"/>
            </w:pPr>
            <w:r>
              <w:t>Scala delle risposte</w:t>
            </w:r>
          </w:p>
        </w:tc>
        <w:tc>
          <w:tcPr>
            <w:tcW w:w="7030" w:type="dxa"/>
            <w:shd w:val="clear" w:color="auto" w:fill="F5F7F9"/>
            <w:vAlign w:val="center"/>
          </w:tcPr>
          <w:p w14:paraId="0996004F" w14:textId="77777777" w:rsidR="00F81D60" w:rsidRDefault="00000000">
            <w:pPr>
              <w:pStyle w:val="TableText"/>
              <w:spacing w:before="40" w:after="40"/>
            </w:pPr>
            <w:r>
              <w:t>1 = per nulla; 2 = poco; 3 = abbastanza; 4 = molto; 5 = del tutto; N.S. = non so / non rispondo</w:t>
            </w:r>
          </w:p>
        </w:tc>
      </w:tr>
    </w:tbl>
    <w:p w14:paraId="5A8505EF"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8390"/>
        <w:gridCol w:w="1587"/>
      </w:tblGrid>
      <w:tr w:rsidR="00F81D60" w14:paraId="3E31A99C" w14:textId="77777777">
        <w:trPr>
          <w:tblHeader/>
          <w:jc w:val="center"/>
        </w:trPr>
        <w:tc>
          <w:tcPr>
            <w:tcW w:w="8391" w:type="dxa"/>
            <w:shd w:val="clear" w:color="auto" w:fill="17324D"/>
            <w:vAlign w:val="center"/>
          </w:tcPr>
          <w:p w14:paraId="3C41900B" w14:textId="77777777" w:rsidR="00F81D60" w:rsidRDefault="00000000">
            <w:pPr>
              <w:pStyle w:val="TableText"/>
              <w:spacing w:before="40" w:after="40"/>
            </w:pPr>
            <w:r>
              <w:rPr>
                <w:b/>
                <w:color w:val="FFFFFF"/>
              </w:rPr>
              <w:t>Affermazione</w:t>
            </w:r>
          </w:p>
        </w:tc>
        <w:tc>
          <w:tcPr>
            <w:tcW w:w="1587" w:type="dxa"/>
            <w:shd w:val="clear" w:color="auto" w:fill="17324D"/>
            <w:vAlign w:val="center"/>
          </w:tcPr>
          <w:p w14:paraId="3A3FD741" w14:textId="77777777" w:rsidR="00F81D60" w:rsidRDefault="00000000">
            <w:pPr>
              <w:pStyle w:val="TableText"/>
              <w:spacing w:before="40" w:after="40"/>
            </w:pPr>
            <w:r>
              <w:rPr>
                <w:b/>
                <w:color w:val="FFFFFF"/>
              </w:rPr>
              <w:t>1–5 / N.S.</w:t>
            </w:r>
          </w:p>
        </w:tc>
      </w:tr>
      <w:tr w:rsidR="00F81D60" w14:paraId="60FF5FF0" w14:textId="77777777">
        <w:trPr>
          <w:cantSplit/>
          <w:jc w:val="center"/>
        </w:trPr>
        <w:tc>
          <w:tcPr>
            <w:tcW w:w="8391" w:type="dxa"/>
            <w:vAlign w:val="center"/>
          </w:tcPr>
          <w:p w14:paraId="1244AD13" w14:textId="77777777" w:rsidR="00F81D60" w:rsidRDefault="00000000">
            <w:pPr>
              <w:pStyle w:val="TableText"/>
              <w:spacing w:before="40" w:after="40"/>
            </w:pPr>
            <w:r>
              <w:t>Conosco un canale riservato per chiedere un adattamento del lavoro.</w:t>
            </w:r>
          </w:p>
        </w:tc>
        <w:tc>
          <w:tcPr>
            <w:tcW w:w="1587" w:type="dxa"/>
            <w:vAlign w:val="center"/>
          </w:tcPr>
          <w:p w14:paraId="6FB07EDA" w14:textId="77777777" w:rsidR="00F81D60" w:rsidRDefault="00000000">
            <w:pPr>
              <w:pStyle w:val="TableText"/>
              <w:spacing w:before="40" w:after="40"/>
            </w:pPr>
            <w:r>
              <w:t>[ ]</w:t>
            </w:r>
          </w:p>
        </w:tc>
      </w:tr>
      <w:tr w:rsidR="00F81D60" w14:paraId="66EBF721" w14:textId="77777777">
        <w:trPr>
          <w:cantSplit/>
          <w:jc w:val="center"/>
        </w:trPr>
        <w:tc>
          <w:tcPr>
            <w:tcW w:w="8391" w:type="dxa"/>
            <w:shd w:val="clear" w:color="auto" w:fill="F5F7F9"/>
            <w:vAlign w:val="center"/>
          </w:tcPr>
          <w:p w14:paraId="40106602" w14:textId="77777777" w:rsidR="00F81D60" w:rsidRDefault="00000000">
            <w:pPr>
              <w:pStyle w:val="TableText"/>
              <w:spacing w:before="40" w:after="40"/>
            </w:pPr>
            <w:r>
              <w:t>Conosco un contatto alternativo al mio responsabile diretto.</w:t>
            </w:r>
          </w:p>
        </w:tc>
        <w:tc>
          <w:tcPr>
            <w:tcW w:w="1587" w:type="dxa"/>
            <w:shd w:val="clear" w:color="auto" w:fill="F5F7F9"/>
            <w:vAlign w:val="center"/>
          </w:tcPr>
          <w:p w14:paraId="5026432D" w14:textId="77777777" w:rsidR="00F81D60" w:rsidRDefault="00000000">
            <w:pPr>
              <w:pStyle w:val="TableText"/>
              <w:spacing w:before="40" w:after="40"/>
            </w:pPr>
            <w:r>
              <w:t>[ ]</w:t>
            </w:r>
          </w:p>
        </w:tc>
      </w:tr>
      <w:tr w:rsidR="00F81D60" w14:paraId="6DCF9D07" w14:textId="77777777">
        <w:trPr>
          <w:cantSplit/>
          <w:jc w:val="center"/>
        </w:trPr>
        <w:tc>
          <w:tcPr>
            <w:tcW w:w="8391" w:type="dxa"/>
            <w:vAlign w:val="center"/>
          </w:tcPr>
          <w:p w14:paraId="05748868" w14:textId="77777777" w:rsidR="00F81D60" w:rsidRDefault="00000000">
            <w:pPr>
              <w:pStyle w:val="TableText"/>
              <w:spacing w:before="40" w:after="40"/>
            </w:pPr>
            <w:r>
              <w:t>Posso accedere ai servizi e alle pause previste anche nel mio turno.</w:t>
            </w:r>
          </w:p>
        </w:tc>
        <w:tc>
          <w:tcPr>
            <w:tcW w:w="1587" w:type="dxa"/>
            <w:vAlign w:val="center"/>
          </w:tcPr>
          <w:p w14:paraId="62A1A1F8" w14:textId="77777777" w:rsidR="00F81D60" w:rsidRDefault="00000000">
            <w:pPr>
              <w:pStyle w:val="TableText"/>
              <w:spacing w:before="40" w:after="40"/>
            </w:pPr>
            <w:r>
              <w:t>[ ]</w:t>
            </w:r>
          </w:p>
        </w:tc>
      </w:tr>
      <w:tr w:rsidR="00F81D60" w14:paraId="65BED42D" w14:textId="77777777">
        <w:trPr>
          <w:cantSplit/>
          <w:jc w:val="center"/>
        </w:trPr>
        <w:tc>
          <w:tcPr>
            <w:tcW w:w="8391" w:type="dxa"/>
            <w:shd w:val="clear" w:color="auto" w:fill="F5F7F9"/>
            <w:vAlign w:val="center"/>
          </w:tcPr>
          <w:p w14:paraId="50C81200" w14:textId="77777777" w:rsidR="00F81D60" w:rsidRDefault="00000000">
            <w:pPr>
              <w:pStyle w:val="TableText"/>
              <w:spacing w:before="40" w:after="40"/>
            </w:pPr>
            <w:r>
              <w:t>Le informazioni aziendali sui servizi e sul supporto sono comprensibili.</w:t>
            </w:r>
          </w:p>
        </w:tc>
        <w:tc>
          <w:tcPr>
            <w:tcW w:w="1587" w:type="dxa"/>
            <w:shd w:val="clear" w:color="auto" w:fill="F5F7F9"/>
            <w:vAlign w:val="center"/>
          </w:tcPr>
          <w:p w14:paraId="2667589A" w14:textId="77777777" w:rsidR="00F81D60" w:rsidRDefault="00000000">
            <w:pPr>
              <w:pStyle w:val="TableText"/>
              <w:spacing w:before="40" w:after="40"/>
            </w:pPr>
            <w:r>
              <w:t>[ ]</w:t>
            </w:r>
          </w:p>
        </w:tc>
      </w:tr>
      <w:tr w:rsidR="00F81D60" w14:paraId="400A20E0" w14:textId="77777777">
        <w:trPr>
          <w:cantSplit/>
          <w:jc w:val="center"/>
        </w:trPr>
        <w:tc>
          <w:tcPr>
            <w:tcW w:w="8391" w:type="dxa"/>
            <w:vAlign w:val="center"/>
          </w:tcPr>
          <w:p w14:paraId="64DEA015" w14:textId="77777777" w:rsidR="00F81D60" w:rsidRDefault="00000000">
            <w:pPr>
              <w:pStyle w:val="TableText"/>
              <w:spacing w:before="40" w:after="40"/>
            </w:pPr>
            <w:r>
              <w:t>Mi aspetto che una richiesta sia ascoltata senza stereotipi o derisione.</w:t>
            </w:r>
          </w:p>
        </w:tc>
        <w:tc>
          <w:tcPr>
            <w:tcW w:w="1587" w:type="dxa"/>
            <w:vAlign w:val="center"/>
          </w:tcPr>
          <w:p w14:paraId="4BB02862" w14:textId="77777777" w:rsidR="00F81D60" w:rsidRDefault="00000000">
            <w:pPr>
              <w:pStyle w:val="TableText"/>
              <w:spacing w:before="40" w:after="40"/>
            </w:pPr>
            <w:r>
              <w:t>[ ]</w:t>
            </w:r>
          </w:p>
        </w:tc>
      </w:tr>
      <w:tr w:rsidR="00F81D60" w14:paraId="478B6494" w14:textId="77777777">
        <w:trPr>
          <w:cantSplit/>
          <w:jc w:val="center"/>
        </w:trPr>
        <w:tc>
          <w:tcPr>
            <w:tcW w:w="8391" w:type="dxa"/>
            <w:shd w:val="clear" w:color="auto" w:fill="F5F7F9"/>
            <w:vAlign w:val="center"/>
          </w:tcPr>
          <w:p w14:paraId="5F9C1314" w14:textId="77777777" w:rsidR="00F81D60" w:rsidRDefault="00000000">
            <w:pPr>
              <w:pStyle w:val="TableText"/>
              <w:spacing w:before="40" w:after="40"/>
            </w:pPr>
            <w:r>
              <w:t>Mi è chiaro che non devo raccontare dati sanitari non necessari.</w:t>
            </w:r>
          </w:p>
        </w:tc>
        <w:tc>
          <w:tcPr>
            <w:tcW w:w="1587" w:type="dxa"/>
            <w:shd w:val="clear" w:color="auto" w:fill="F5F7F9"/>
            <w:vAlign w:val="center"/>
          </w:tcPr>
          <w:p w14:paraId="0194E114" w14:textId="77777777" w:rsidR="00F81D60" w:rsidRDefault="00000000">
            <w:pPr>
              <w:pStyle w:val="TableText"/>
              <w:spacing w:before="40" w:after="40"/>
            </w:pPr>
            <w:r>
              <w:t>[ ]</w:t>
            </w:r>
          </w:p>
        </w:tc>
      </w:tr>
      <w:tr w:rsidR="00F81D60" w14:paraId="4319F850" w14:textId="77777777">
        <w:trPr>
          <w:cantSplit/>
          <w:jc w:val="center"/>
        </w:trPr>
        <w:tc>
          <w:tcPr>
            <w:tcW w:w="8391" w:type="dxa"/>
            <w:vAlign w:val="center"/>
          </w:tcPr>
          <w:p w14:paraId="499E50F7" w14:textId="77777777" w:rsidR="00F81D60" w:rsidRDefault="00000000">
            <w:pPr>
              <w:pStyle w:val="TableText"/>
              <w:spacing w:before="40" w:after="40"/>
            </w:pPr>
            <w:r>
              <w:t>Le modifiche organizzative sono valutate anche per la sicurezza.</w:t>
            </w:r>
          </w:p>
        </w:tc>
        <w:tc>
          <w:tcPr>
            <w:tcW w:w="1587" w:type="dxa"/>
            <w:vAlign w:val="center"/>
          </w:tcPr>
          <w:p w14:paraId="5994F8CF" w14:textId="77777777" w:rsidR="00F81D60" w:rsidRDefault="00000000">
            <w:pPr>
              <w:pStyle w:val="TableText"/>
              <w:spacing w:before="40" w:after="40"/>
            </w:pPr>
            <w:r>
              <w:t>[ ]</w:t>
            </w:r>
          </w:p>
        </w:tc>
      </w:tr>
      <w:tr w:rsidR="00F81D60" w14:paraId="3BFE323E" w14:textId="77777777">
        <w:trPr>
          <w:cantSplit/>
          <w:jc w:val="center"/>
        </w:trPr>
        <w:tc>
          <w:tcPr>
            <w:tcW w:w="8391" w:type="dxa"/>
            <w:shd w:val="clear" w:color="auto" w:fill="F5F7F9"/>
            <w:vAlign w:val="center"/>
          </w:tcPr>
          <w:p w14:paraId="5657EA1B" w14:textId="77777777" w:rsidR="00F81D60" w:rsidRDefault="00000000">
            <w:pPr>
              <w:pStyle w:val="TableText"/>
              <w:spacing w:before="40" w:after="40"/>
            </w:pPr>
            <w:r>
              <w:t>Conosco un modo per segnalare una misura non funzionante.</w:t>
            </w:r>
          </w:p>
        </w:tc>
        <w:tc>
          <w:tcPr>
            <w:tcW w:w="1587" w:type="dxa"/>
            <w:shd w:val="clear" w:color="auto" w:fill="F5F7F9"/>
            <w:vAlign w:val="center"/>
          </w:tcPr>
          <w:p w14:paraId="05BCEDDF" w14:textId="77777777" w:rsidR="00F81D60" w:rsidRDefault="00000000">
            <w:pPr>
              <w:pStyle w:val="TableText"/>
              <w:spacing w:before="40" w:after="40"/>
            </w:pPr>
            <w:r>
              <w:t>[ ]</w:t>
            </w:r>
          </w:p>
        </w:tc>
      </w:tr>
      <w:tr w:rsidR="00F81D60" w14:paraId="4EA70AD9" w14:textId="77777777">
        <w:trPr>
          <w:cantSplit/>
          <w:jc w:val="center"/>
        </w:trPr>
        <w:tc>
          <w:tcPr>
            <w:tcW w:w="8391" w:type="dxa"/>
            <w:vAlign w:val="center"/>
          </w:tcPr>
          <w:p w14:paraId="21DA5123" w14:textId="77777777" w:rsidR="00F81D60" w:rsidRDefault="00000000">
            <w:pPr>
              <w:pStyle w:val="TableText"/>
              <w:spacing w:before="40" w:after="40"/>
            </w:pPr>
            <w:r>
              <w:t>Il personale in remoto, esterno o su turni può accedere alle informazioni.</w:t>
            </w:r>
          </w:p>
        </w:tc>
        <w:tc>
          <w:tcPr>
            <w:tcW w:w="1587" w:type="dxa"/>
            <w:vAlign w:val="center"/>
          </w:tcPr>
          <w:p w14:paraId="4F6772AC" w14:textId="77777777" w:rsidR="00F81D60" w:rsidRDefault="00000000">
            <w:pPr>
              <w:pStyle w:val="TableText"/>
              <w:spacing w:before="40" w:after="40"/>
            </w:pPr>
            <w:r>
              <w:t>[ ]</w:t>
            </w:r>
          </w:p>
        </w:tc>
      </w:tr>
    </w:tbl>
    <w:p w14:paraId="795802EA" w14:textId="77777777" w:rsidR="00F81D60" w:rsidRDefault="00F81D60">
      <w:pPr>
        <w:spacing w:after="0"/>
      </w:pPr>
    </w:p>
    <w:p w14:paraId="4074D447" w14:textId="77777777" w:rsidR="00F81D60" w:rsidRDefault="00000000">
      <w:pPr>
        <w:pStyle w:val="Small"/>
      </w:pPr>
      <w:r>
        <w:rPr>
          <w:b/>
        </w:rPr>
        <w:t>Suggerimento facoltativo sulle condizioni di lavoro:</w:t>
      </w:r>
      <w:r>
        <w:t xml:space="preserve"> [spazio]. Non inserire fatti o dettagli che rendano riconoscibile una persona. Il questionario non è il canale per una richiesta urgente o personale: utilizzare [contatto riservato da completare].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621050A" w14:textId="77777777">
        <w:trPr>
          <w:tblHeader/>
          <w:jc w:val="center"/>
        </w:trPr>
        <w:tc>
          <w:tcPr>
            <w:tcW w:w="9978" w:type="dxa"/>
            <w:shd w:val="clear" w:color="auto" w:fill="17324D"/>
            <w:vAlign w:val="center"/>
          </w:tcPr>
          <w:p w14:paraId="5D0078A4" w14:textId="77777777" w:rsidR="00F81D60" w:rsidRDefault="00000000">
            <w:pPr>
              <w:pStyle w:val="TableText"/>
              <w:spacing w:before="40" w:after="40"/>
            </w:pPr>
            <w:r>
              <w:rPr>
                <w:b/>
                <w:color w:val="FFFFFF"/>
                <w:sz w:val="19"/>
              </w:rPr>
              <w:t>ISTRUZIONI PER L’ANALISTA</w:t>
            </w:r>
          </w:p>
        </w:tc>
      </w:tr>
      <w:tr w:rsidR="00F81D60" w14:paraId="7136BB81" w14:textId="77777777">
        <w:trPr>
          <w:cantSplit/>
          <w:jc w:val="center"/>
        </w:trPr>
        <w:tc>
          <w:tcPr>
            <w:tcW w:w="9978" w:type="dxa"/>
            <w:shd w:val="clear" w:color="auto" w:fill="EAF3F4"/>
            <w:vAlign w:val="center"/>
          </w:tcPr>
          <w:p w14:paraId="6BCB4C30" w14:textId="77777777" w:rsidR="00F81D60" w:rsidRDefault="00000000">
            <w:pPr>
              <w:pStyle w:val="TableText"/>
              <w:spacing w:before="40" w:after="40"/>
            </w:pPr>
            <w:r>
              <w:rPr>
                <w:sz w:val="19"/>
              </w:rPr>
              <w:t>Non chiedere il motivo delle mancate risposte. Controllare metadata e campi liberi prima dell’aggregazione; sopprimere o accorpare gruppi piccoli. L’assenza del nome non garantisce anonimato. Definire e motivare in anticipo la soglia di pubblicazione e la gestione dei testi liberi, senza attribuirle alla ISO.</w:t>
            </w:r>
          </w:p>
        </w:tc>
      </w:tr>
    </w:tbl>
    <w:p w14:paraId="5BC43D9F" w14:textId="77777777" w:rsidR="00F81D60" w:rsidRDefault="00F81D60">
      <w:pPr>
        <w:spacing w:after="0"/>
      </w:pPr>
    </w:p>
    <w:p w14:paraId="127CDD0C" w14:textId="77777777" w:rsidR="00F81D60" w:rsidRDefault="00000000">
      <w:r>
        <w:br w:type="page"/>
      </w:r>
    </w:p>
    <w:p w14:paraId="5B38D87E" w14:textId="77777777" w:rsidR="00F81D60" w:rsidRDefault="00000000">
      <w:pPr>
        <w:pStyle w:val="Small"/>
      </w:pPr>
      <w:r>
        <w:rPr>
          <w:b/>
          <w:color w:val="006B70"/>
        </w:rPr>
        <w:t>ALLEGATO AZIENDALE  •  MOD-MM-24  •  parte 1</w:t>
      </w:r>
    </w:p>
    <w:p w14:paraId="2ED65063" w14:textId="77777777" w:rsidR="00F81D60" w:rsidRDefault="00000000">
      <w:pPr>
        <w:pStyle w:val="Titolo1"/>
      </w:pPr>
      <w:bookmarkStart w:id="89" w:name="A24_1"/>
      <w:r>
        <w:t>A24 | Scheda di definizione degli indicatori</w:t>
      </w:r>
      <w:bookmarkEnd w:id="89"/>
    </w:p>
    <w:p w14:paraId="6ED6AE0B" w14:textId="77777777" w:rsidR="00F81D60" w:rsidRDefault="00000000">
      <w:pPr>
        <w:pStyle w:val="Reference"/>
      </w:pPr>
      <w:r>
        <w:t>Base documentale: [ISO] § 5.9; [XLS] DASHBOARD e GUIDA. Le istruzioni operative e i moduli sono elaborazioni aziendali del modello [AZ].</w:t>
      </w:r>
    </w:p>
    <w:p w14:paraId="3CDFD229" w14:textId="77777777" w:rsidR="00F81D60" w:rsidRDefault="00000000">
      <w:r>
        <w:t>CLASSIFICAZIONE: SISTEMA. Gli indicatori misurano il processo e le condizioni organizzative, non la salute delle singole persone. Documentare definizione, denominatore e limiti prima dell’uso.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323"/>
        <w:gridCol w:w="4082"/>
        <w:gridCol w:w="3572"/>
      </w:tblGrid>
      <w:tr w:rsidR="00F81D60" w14:paraId="57AB2E2A" w14:textId="77777777">
        <w:trPr>
          <w:tblHeader/>
          <w:jc w:val="center"/>
        </w:trPr>
        <w:tc>
          <w:tcPr>
            <w:tcW w:w="2324" w:type="dxa"/>
            <w:shd w:val="clear" w:color="auto" w:fill="17324D"/>
            <w:vAlign w:val="center"/>
          </w:tcPr>
          <w:p w14:paraId="718E339A" w14:textId="77777777" w:rsidR="00F81D60" w:rsidRDefault="00000000">
            <w:pPr>
              <w:pStyle w:val="TableText"/>
              <w:spacing w:before="40" w:after="40"/>
            </w:pPr>
            <w:r>
              <w:rPr>
                <w:b/>
                <w:color w:val="FFFFFF"/>
              </w:rPr>
              <w:t>Indicatore</w:t>
            </w:r>
          </w:p>
        </w:tc>
        <w:tc>
          <w:tcPr>
            <w:tcW w:w="4082" w:type="dxa"/>
            <w:shd w:val="clear" w:color="auto" w:fill="17324D"/>
            <w:vAlign w:val="center"/>
          </w:tcPr>
          <w:p w14:paraId="775E8A70" w14:textId="77777777" w:rsidR="00F81D60" w:rsidRDefault="00000000">
            <w:pPr>
              <w:pStyle w:val="TableText"/>
              <w:spacing w:before="40" w:after="40"/>
            </w:pPr>
            <w:r>
              <w:rPr>
                <w:b/>
                <w:color w:val="FFFFFF"/>
              </w:rPr>
              <w:t>Definizione / fonte</w:t>
            </w:r>
          </w:p>
        </w:tc>
        <w:tc>
          <w:tcPr>
            <w:tcW w:w="3572" w:type="dxa"/>
            <w:shd w:val="clear" w:color="auto" w:fill="17324D"/>
            <w:vAlign w:val="center"/>
          </w:tcPr>
          <w:p w14:paraId="00F1CF52" w14:textId="77777777" w:rsidR="00F81D60" w:rsidRDefault="00000000">
            <w:pPr>
              <w:pStyle w:val="TableText"/>
              <w:spacing w:before="40" w:after="40"/>
            </w:pPr>
            <w:r>
              <w:rPr>
                <w:b/>
                <w:color w:val="FFFFFF"/>
              </w:rPr>
              <w:t>Limiti e controllo</w:t>
            </w:r>
          </w:p>
        </w:tc>
      </w:tr>
      <w:tr w:rsidR="00F81D60" w14:paraId="4C7FCD27" w14:textId="77777777">
        <w:trPr>
          <w:cantSplit/>
          <w:jc w:val="center"/>
        </w:trPr>
        <w:tc>
          <w:tcPr>
            <w:tcW w:w="2324" w:type="dxa"/>
            <w:vAlign w:val="center"/>
          </w:tcPr>
          <w:p w14:paraId="5D16F5FF" w14:textId="77777777" w:rsidR="00F81D60" w:rsidRDefault="00000000">
            <w:pPr>
              <w:pStyle w:val="TableText"/>
              <w:spacing w:before="40" w:after="40"/>
            </w:pPr>
            <w:r>
              <w:t>Copertura verifiche</w:t>
            </w:r>
          </w:p>
        </w:tc>
        <w:tc>
          <w:tcPr>
            <w:tcW w:w="4082" w:type="dxa"/>
            <w:vAlign w:val="center"/>
          </w:tcPr>
          <w:p w14:paraId="54E81CCA" w14:textId="77777777" w:rsidR="00F81D60" w:rsidRDefault="00000000">
            <w:pPr>
              <w:pStyle w:val="TableText"/>
              <w:spacing w:before="40" w:after="40"/>
            </w:pPr>
            <w:r>
              <w:t>Verifiche complete / 160; include N.A. motivate e complete. Fonte: CHECKLIST.</w:t>
            </w:r>
          </w:p>
        </w:tc>
        <w:tc>
          <w:tcPr>
            <w:tcW w:w="3572" w:type="dxa"/>
            <w:vAlign w:val="center"/>
          </w:tcPr>
          <w:p w14:paraId="67A55376" w14:textId="77777777" w:rsidR="00F81D60" w:rsidRDefault="00000000">
            <w:pPr>
              <w:pStyle w:val="TableText"/>
              <w:spacing w:before="40" w:after="40"/>
            </w:pPr>
            <w:r>
              <w:t>Non equivale ad attuazione; incomplete fuori dal numeratore.</w:t>
            </w:r>
          </w:p>
        </w:tc>
      </w:tr>
      <w:tr w:rsidR="00F81D60" w14:paraId="6A4F347B" w14:textId="77777777">
        <w:trPr>
          <w:cantSplit/>
          <w:jc w:val="center"/>
        </w:trPr>
        <w:tc>
          <w:tcPr>
            <w:tcW w:w="2324" w:type="dxa"/>
            <w:shd w:val="clear" w:color="auto" w:fill="F5F7F9"/>
            <w:vAlign w:val="center"/>
          </w:tcPr>
          <w:p w14:paraId="5DEE3199" w14:textId="77777777" w:rsidR="00F81D60" w:rsidRDefault="00000000">
            <w:pPr>
              <w:pStyle w:val="TableText"/>
              <w:spacing w:before="40" w:after="40"/>
            </w:pPr>
            <w:r>
              <w:t>Indice di attuazione</w:t>
            </w:r>
          </w:p>
        </w:tc>
        <w:tc>
          <w:tcPr>
            <w:tcW w:w="4082" w:type="dxa"/>
            <w:shd w:val="clear" w:color="auto" w:fill="F5F7F9"/>
            <w:vAlign w:val="center"/>
          </w:tcPr>
          <w:p w14:paraId="15F1B205" w14:textId="77777777" w:rsidR="00F81D60" w:rsidRDefault="00000000">
            <w:pPr>
              <w:pStyle w:val="TableText"/>
              <w:spacing w:before="40" w:after="40"/>
            </w:pPr>
            <w:r>
              <w:t>Punti di Sì, Parziale e No completi / numero di controlli applicabili completi.</w:t>
            </w:r>
          </w:p>
        </w:tc>
        <w:tc>
          <w:tcPr>
            <w:tcW w:w="3572" w:type="dxa"/>
            <w:shd w:val="clear" w:color="auto" w:fill="F5F7F9"/>
            <w:vAlign w:val="center"/>
          </w:tcPr>
          <w:p w14:paraId="744731D2" w14:textId="77777777" w:rsidR="00F81D60" w:rsidRDefault="00000000">
            <w:pPr>
              <w:pStyle w:val="TableText"/>
              <w:spacing w:before="40" w:after="40"/>
            </w:pPr>
            <w:r>
              <w:t>Pesi iniziali 1 / 0,5 / 0; N.A. escluse; denominatore zero = n.d.</w:t>
            </w:r>
          </w:p>
        </w:tc>
      </w:tr>
      <w:tr w:rsidR="00F81D60" w14:paraId="2E28838C" w14:textId="77777777">
        <w:trPr>
          <w:cantSplit/>
          <w:jc w:val="center"/>
        </w:trPr>
        <w:tc>
          <w:tcPr>
            <w:tcW w:w="2324" w:type="dxa"/>
            <w:vAlign w:val="center"/>
          </w:tcPr>
          <w:p w14:paraId="7B9D41CD" w14:textId="77777777" w:rsidR="00F81D60" w:rsidRDefault="00000000">
            <w:pPr>
              <w:pStyle w:val="TableText"/>
              <w:spacing w:before="40" w:after="40"/>
            </w:pPr>
            <w:r>
              <w:t>Azioni scadute</w:t>
            </w:r>
          </w:p>
        </w:tc>
        <w:tc>
          <w:tcPr>
            <w:tcW w:w="4082" w:type="dxa"/>
            <w:vAlign w:val="center"/>
          </w:tcPr>
          <w:p w14:paraId="5AF23D9F" w14:textId="77777777" w:rsidR="00F81D60" w:rsidRDefault="00000000">
            <w:pPr>
              <w:pStyle w:val="TableText"/>
              <w:spacing w:before="40" w:after="40"/>
            </w:pPr>
            <w:r>
              <w:t>Azioni aperte oltre la scadenza operativa alla data di monitoraggio.</w:t>
            </w:r>
          </w:p>
        </w:tc>
        <w:tc>
          <w:tcPr>
            <w:tcW w:w="3572" w:type="dxa"/>
            <w:vAlign w:val="center"/>
          </w:tcPr>
          <w:p w14:paraId="1A32E930" w14:textId="77777777" w:rsidR="00F81D60" w:rsidRDefault="00000000">
            <w:pPr>
              <w:pStyle w:val="TableText"/>
              <w:spacing w:before="40" w:after="40"/>
            </w:pPr>
            <w:r>
              <w:t>Precisare data e stati; le chiusure incomplete restano da validare.</w:t>
            </w:r>
          </w:p>
        </w:tc>
      </w:tr>
      <w:tr w:rsidR="00F81D60" w14:paraId="0DC28A60" w14:textId="77777777">
        <w:trPr>
          <w:cantSplit/>
          <w:jc w:val="center"/>
        </w:trPr>
        <w:tc>
          <w:tcPr>
            <w:tcW w:w="2324" w:type="dxa"/>
            <w:shd w:val="clear" w:color="auto" w:fill="F5F7F9"/>
            <w:vAlign w:val="center"/>
          </w:tcPr>
          <w:p w14:paraId="634B52AC" w14:textId="77777777" w:rsidR="00F81D60" w:rsidRDefault="00000000">
            <w:pPr>
              <w:pStyle w:val="TableText"/>
              <w:spacing w:before="40" w:after="40"/>
            </w:pPr>
            <w:r>
              <w:t>Azioni chiuse validate</w:t>
            </w:r>
          </w:p>
        </w:tc>
        <w:tc>
          <w:tcPr>
            <w:tcW w:w="4082" w:type="dxa"/>
            <w:shd w:val="clear" w:color="auto" w:fill="F5F7F9"/>
            <w:vAlign w:val="center"/>
          </w:tcPr>
          <w:p w14:paraId="5BAF6EE5" w14:textId="77777777" w:rsidR="00F81D60" w:rsidRDefault="00000000">
            <w:pPr>
              <w:pStyle w:val="TableText"/>
              <w:spacing w:before="40" w:after="40"/>
            </w:pPr>
            <w:r>
              <w:t>Azioni con evidenza ed efficacia documentate secondo logica del file.</w:t>
            </w:r>
          </w:p>
        </w:tc>
        <w:tc>
          <w:tcPr>
            <w:tcW w:w="3572" w:type="dxa"/>
            <w:shd w:val="clear" w:color="auto" w:fill="F5F7F9"/>
            <w:vAlign w:val="center"/>
          </w:tcPr>
          <w:p w14:paraId="743E1BEF" w14:textId="77777777" w:rsidR="00F81D60" w:rsidRDefault="00000000">
            <w:pPr>
              <w:pStyle w:val="TableText"/>
              <w:spacing w:before="40" w:after="40"/>
            </w:pPr>
            <w:r>
              <w:t>Non confondere con selezione manuale “Chiusa”.</w:t>
            </w:r>
          </w:p>
        </w:tc>
      </w:tr>
      <w:tr w:rsidR="00F81D60" w14:paraId="620703EB" w14:textId="77777777">
        <w:trPr>
          <w:cantSplit/>
          <w:jc w:val="center"/>
        </w:trPr>
        <w:tc>
          <w:tcPr>
            <w:tcW w:w="2324" w:type="dxa"/>
            <w:vAlign w:val="center"/>
          </w:tcPr>
          <w:p w14:paraId="7B4343BD" w14:textId="77777777" w:rsidR="00F81D60" w:rsidRDefault="00000000">
            <w:pPr>
              <w:pStyle w:val="TableText"/>
              <w:spacing w:before="40" w:after="40"/>
            </w:pPr>
            <w:r>
              <w:t>Disponibilità dei servizi</w:t>
            </w:r>
          </w:p>
        </w:tc>
        <w:tc>
          <w:tcPr>
            <w:tcW w:w="4082" w:type="dxa"/>
            <w:vAlign w:val="center"/>
          </w:tcPr>
          <w:p w14:paraId="5E8A92B5" w14:textId="77777777" w:rsidR="00F81D60" w:rsidRDefault="00000000">
            <w:pPr>
              <w:pStyle w:val="TableText"/>
              <w:spacing w:before="40" w:after="40"/>
            </w:pPr>
            <w:r>
              <w:t>Controlli di disponibilità positivi / controlli programmati ed eseguiti.</w:t>
            </w:r>
          </w:p>
        </w:tc>
        <w:tc>
          <w:tcPr>
            <w:tcW w:w="3572" w:type="dxa"/>
            <w:vAlign w:val="center"/>
          </w:tcPr>
          <w:p w14:paraId="052B1D13" w14:textId="77777777" w:rsidR="00F81D60" w:rsidRDefault="00000000">
            <w:pPr>
              <w:pStyle w:val="TableText"/>
              <w:spacing w:before="40" w:after="40"/>
            </w:pPr>
            <w:r>
              <w:t>Definire sedi e turni; nessun conteggio degli utilizzatori.</w:t>
            </w:r>
          </w:p>
        </w:tc>
      </w:tr>
      <w:tr w:rsidR="00F81D60" w14:paraId="6DF2C4EA" w14:textId="77777777">
        <w:trPr>
          <w:cantSplit/>
          <w:jc w:val="center"/>
        </w:trPr>
        <w:tc>
          <w:tcPr>
            <w:tcW w:w="2324" w:type="dxa"/>
            <w:shd w:val="clear" w:color="auto" w:fill="F5F7F9"/>
            <w:vAlign w:val="center"/>
          </w:tcPr>
          <w:p w14:paraId="422E3A0B" w14:textId="77777777" w:rsidR="00F81D60" w:rsidRDefault="00000000">
            <w:pPr>
              <w:pStyle w:val="TableText"/>
              <w:spacing w:before="40" w:after="40"/>
            </w:pPr>
            <w:r>
              <w:t>Competenza / formazione</w:t>
            </w:r>
          </w:p>
        </w:tc>
        <w:tc>
          <w:tcPr>
            <w:tcW w:w="4082" w:type="dxa"/>
            <w:shd w:val="clear" w:color="auto" w:fill="F5F7F9"/>
            <w:vAlign w:val="center"/>
          </w:tcPr>
          <w:p w14:paraId="02759283" w14:textId="77777777" w:rsidR="00F81D60" w:rsidRDefault="00000000">
            <w:pPr>
              <w:pStyle w:val="TableText"/>
              <w:spacing w:before="40" w:after="40"/>
            </w:pPr>
            <w:r>
              <w:t>Persone formate e verificate / destinatari previsti per ruolo.</w:t>
            </w:r>
          </w:p>
        </w:tc>
        <w:tc>
          <w:tcPr>
            <w:tcW w:w="3572" w:type="dxa"/>
            <w:shd w:val="clear" w:color="auto" w:fill="F5F7F9"/>
            <w:vAlign w:val="center"/>
          </w:tcPr>
          <w:p w14:paraId="73826F3F" w14:textId="77777777" w:rsidR="00F81D60" w:rsidRDefault="00000000">
            <w:pPr>
              <w:pStyle w:val="TableText"/>
              <w:spacing w:before="40" w:after="40"/>
            </w:pPr>
            <w:r>
              <w:t>La presenza non dimostra da sola competenza.</w:t>
            </w:r>
          </w:p>
        </w:tc>
      </w:tr>
      <w:tr w:rsidR="00F81D60" w14:paraId="75CBCFE0" w14:textId="77777777">
        <w:trPr>
          <w:cantSplit/>
          <w:jc w:val="center"/>
        </w:trPr>
        <w:tc>
          <w:tcPr>
            <w:tcW w:w="2324" w:type="dxa"/>
            <w:vAlign w:val="center"/>
          </w:tcPr>
          <w:p w14:paraId="15792DB0" w14:textId="77777777" w:rsidR="00F81D60" w:rsidRDefault="00000000">
            <w:pPr>
              <w:pStyle w:val="TableText"/>
              <w:spacing w:before="40" w:after="40"/>
            </w:pPr>
            <w:r>
              <w:t>Percezione del supporto</w:t>
            </w:r>
          </w:p>
        </w:tc>
        <w:tc>
          <w:tcPr>
            <w:tcW w:w="4082" w:type="dxa"/>
            <w:vAlign w:val="center"/>
          </w:tcPr>
          <w:p w14:paraId="64DA62F8" w14:textId="77777777" w:rsidR="00F81D60" w:rsidRDefault="00000000">
            <w:pPr>
              <w:pStyle w:val="TableText"/>
              <w:spacing w:before="40" w:after="40"/>
            </w:pPr>
            <w:r>
              <w:t>Risultati aggregati A23 con tasso di partecipazione.</w:t>
            </w:r>
          </w:p>
        </w:tc>
        <w:tc>
          <w:tcPr>
            <w:tcW w:w="3572" w:type="dxa"/>
            <w:vAlign w:val="center"/>
          </w:tcPr>
          <w:p w14:paraId="2913C07A" w14:textId="77777777" w:rsidR="00F81D60" w:rsidRDefault="00000000">
            <w:pPr>
              <w:pStyle w:val="TableText"/>
              <w:spacing w:before="40" w:after="40"/>
            </w:pPr>
            <w:r>
              <w:t>Volontarietà, piccoli gruppi, bias di non risposta.</w:t>
            </w:r>
          </w:p>
        </w:tc>
      </w:tr>
    </w:tbl>
    <w:p w14:paraId="26F2B02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0A5FEEC" w14:textId="77777777">
        <w:trPr>
          <w:tblHeader/>
          <w:jc w:val="center"/>
        </w:trPr>
        <w:tc>
          <w:tcPr>
            <w:tcW w:w="2948" w:type="dxa"/>
            <w:shd w:val="clear" w:color="auto" w:fill="17324D"/>
            <w:vAlign w:val="center"/>
          </w:tcPr>
          <w:p w14:paraId="475B76E5" w14:textId="77777777" w:rsidR="00F81D60" w:rsidRDefault="00000000">
            <w:pPr>
              <w:pStyle w:val="TableText"/>
              <w:spacing w:before="40" w:after="40"/>
            </w:pPr>
            <w:r>
              <w:rPr>
                <w:b/>
                <w:color w:val="FFFFFF"/>
              </w:rPr>
              <w:t>Campo</w:t>
            </w:r>
          </w:p>
        </w:tc>
        <w:tc>
          <w:tcPr>
            <w:tcW w:w="7030" w:type="dxa"/>
            <w:shd w:val="clear" w:color="auto" w:fill="17324D"/>
            <w:vAlign w:val="center"/>
          </w:tcPr>
          <w:p w14:paraId="1AECFCAB" w14:textId="77777777" w:rsidR="00F81D60" w:rsidRDefault="00000000">
            <w:pPr>
              <w:pStyle w:val="TableText"/>
              <w:spacing w:before="40" w:after="40"/>
            </w:pPr>
            <w:r>
              <w:rPr>
                <w:b/>
                <w:color w:val="FFFFFF"/>
              </w:rPr>
              <w:t>Compilazione / decisione aziendale</w:t>
            </w:r>
          </w:p>
        </w:tc>
      </w:tr>
      <w:tr w:rsidR="00F81D60" w14:paraId="19D01659" w14:textId="77777777">
        <w:trPr>
          <w:cantSplit/>
          <w:jc w:val="center"/>
        </w:trPr>
        <w:tc>
          <w:tcPr>
            <w:tcW w:w="2948" w:type="dxa"/>
            <w:vAlign w:val="center"/>
          </w:tcPr>
          <w:p w14:paraId="4B314C32" w14:textId="77777777" w:rsidR="00F81D60" w:rsidRDefault="00000000">
            <w:pPr>
              <w:pStyle w:val="TableText"/>
              <w:spacing w:before="40" w:after="40"/>
            </w:pPr>
            <w:r>
              <w:t>Indicatore aggiuntivo</w:t>
            </w:r>
          </w:p>
        </w:tc>
        <w:tc>
          <w:tcPr>
            <w:tcW w:w="7030" w:type="dxa"/>
            <w:vAlign w:val="center"/>
          </w:tcPr>
          <w:p w14:paraId="3D44F74D" w14:textId="77777777" w:rsidR="00F81D60" w:rsidRDefault="00000000">
            <w:pPr>
              <w:pStyle w:val="TableText"/>
              <w:spacing w:before="40" w:after="40"/>
            </w:pPr>
            <w:r>
              <w:t>Nome / obiettivo / formula: [ ]</w:t>
            </w:r>
          </w:p>
        </w:tc>
      </w:tr>
      <w:tr w:rsidR="00F81D60" w14:paraId="2010EEC1" w14:textId="77777777">
        <w:trPr>
          <w:cantSplit/>
          <w:jc w:val="center"/>
        </w:trPr>
        <w:tc>
          <w:tcPr>
            <w:tcW w:w="2948" w:type="dxa"/>
            <w:shd w:val="clear" w:color="auto" w:fill="F5F7F9"/>
            <w:vAlign w:val="center"/>
          </w:tcPr>
          <w:p w14:paraId="5EF611D9" w14:textId="77777777" w:rsidR="00F81D60" w:rsidRDefault="00000000">
            <w:pPr>
              <w:pStyle w:val="TableText"/>
              <w:spacing w:before="40" w:after="40"/>
            </w:pPr>
            <w:r>
              <w:t>Governance del dato</w:t>
            </w:r>
          </w:p>
        </w:tc>
        <w:tc>
          <w:tcPr>
            <w:tcW w:w="7030" w:type="dxa"/>
            <w:shd w:val="clear" w:color="auto" w:fill="F5F7F9"/>
            <w:vAlign w:val="center"/>
          </w:tcPr>
          <w:p w14:paraId="2117908B" w14:textId="77777777" w:rsidR="00F81D60" w:rsidRDefault="00000000">
            <w:pPr>
              <w:pStyle w:val="TableText"/>
              <w:spacing w:before="40" w:after="40"/>
            </w:pPr>
            <w:r>
              <w:t>Fonte: [ ]  •  responsabile: [ ]  •  frequenza: [ ]  •  controlli qualità: [ ]</w:t>
            </w:r>
          </w:p>
        </w:tc>
      </w:tr>
      <w:tr w:rsidR="00F81D60" w14:paraId="3816391B" w14:textId="77777777">
        <w:trPr>
          <w:cantSplit/>
          <w:jc w:val="center"/>
        </w:trPr>
        <w:tc>
          <w:tcPr>
            <w:tcW w:w="2948" w:type="dxa"/>
            <w:vAlign w:val="center"/>
          </w:tcPr>
          <w:p w14:paraId="44A415D0" w14:textId="77777777" w:rsidR="00F81D60" w:rsidRDefault="00000000">
            <w:pPr>
              <w:pStyle w:val="TableText"/>
              <w:spacing w:before="40" w:after="40"/>
            </w:pPr>
            <w:r>
              <w:t>Soglia e motivazione aziendale</w:t>
            </w:r>
          </w:p>
        </w:tc>
        <w:tc>
          <w:tcPr>
            <w:tcW w:w="7030" w:type="dxa"/>
            <w:vAlign w:val="center"/>
          </w:tcPr>
          <w:p w14:paraId="65E5B323" w14:textId="77777777" w:rsidR="00F81D60" w:rsidRDefault="00000000">
            <w:pPr>
              <w:pStyle w:val="TableText"/>
              <w:spacing w:before="40" w:after="40"/>
            </w:pPr>
            <w:r>
              <w:t>[target interno; specificare che non è una soglia ISO]</w:t>
            </w:r>
          </w:p>
        </w:tc>
      </w:tr>
      <w:tr w:rsidR="00F81D60" w14:paraId="45F39E84" w14:textId="77777777">
        <w:trPr>
          <w:cantSplit/>
          <w:jc w:val="center"/>
        </w:trPr>
        <w:tc>
          <w:tcPr>
            <w:tcW w:w="2948" w:type="dxa"/>
            <w:shd w:val="clear" w:color="auto" w:fill="F5F7F9"/>
            <w:vAlign w:val="center"/>
          </w:tcPr>
          <w:p w14:paraId="47999028" w14:textId="77777777" w:rsidR="00F81D60" w:rsidRDefault="00000000">
            <w:pPr>
              <w:pStyle w:val="TableText"/>
              <w:spacing w:before="40" w:after="40"/>
            </w:pPr>
            <w:r>
              <w:t>Privacy / pubblicazione</w:t>
            </w:r>
          </w:p>
        </w:tc>
        <w:tc>
          <w:tcPr>
            <w:tcW w:w="7030" w:type="dxa"/>
            <w:shd w:val="clear" w:color="auto" w:fill="F5F7F9"/>
            <w:vAlign w:val="center"/>
          </w:tcPr>
          <w:p w14:paraId="693C3614" w14:textId="77777777" w:rsidR="00F81D60" w:rsidRDefault="00000000">
            <w:pPr>
              <w:pStyle w:val="TableText"/>
              <w:spacing w:before="40" w:after="40"/>
            </w:pPr>
            <w:r>
              <w:t>[aggregazione, soglia minima, accessi e gestione gruppi piccoli]</w:t>
            </w:r>
          </w:p>
        </w:tc>
      </w:tr>
      <w:tr w:rsidR="00F81D60" w14:paraId="1F0971C9" w14:textId="77777777">
        <w:trPr>
          <w:cantSplit/>
          <w:jc w:val="center"/>
        </w:trPr>
        <w:tc>
          <w:tcPr>
            <w:tcW w:w="2948" w:type="dxa"/>
            <w:vAlign w:val="center"/>
          </w:tcPr>
          <w:p w14:paraId="2E151475" w14:textId="77777777" w:rsidR="00F81D60" w:rsidRDefault="00000000">
            <w:pPr>
              <w:pStyle w:val="TableText"/>
              <w:spacing w:before="40" w:after="40"/>
            </w:pPr>
            <w:r>
              <w:t>Interpretazione</w:t>
            </w:r>
          </w:p>
        </w:tc>
        <w:tc>
          <w:tcPr>
            <w:tcW w:w="7030" w:type="dxa"/>
            <w:vAlign w:val="center"/>
          </w:tcPr>
          <w:p w14:paraId="79BE928F" w14:textId="77777777" w:rsidR="00F81D60" w:rsidRDefault="00000000">
            <w:pPr>
              <w:pStyle w:val="TableText"/>
              <w:spacing w:before="40" w:after="40"/>
            </w:pPr>
            <w:r>
              <w:t>[fattori esterni, variazioni del perimetro e limiti di confrontabilità]</w:t>
            </w:r>
          </w:p>
        </w:tc>
      </w:tr>
    </w:tbl>
    <w:p w14:paraId="485EECFB" w14:textId="77777777" w:rsidR="00F81D60" w:rsidRDefault="00F81D60">
      <w:pPr>
        <w:spacing w:after="0"/>
      </w:pPr>
    </w:p>
    <w:p w14:paraId="7CB64587" w14:textId="77777777" w:rsidR="00F81D60" w:rsidRDefault="00000000">
      <w:pPr>
        <w:pStyle w:val="Reference"/>
      </w:pPr>
      <w:r>
        <w:t>Un aumento delle richieste può riflettere maggiore fiducia, non un peggioramento della salute. Non attribuire causalmente un cambiamento di assenze o turnover al programma senza un’analisi adeguata e dati legittimamente disponibili.</w:t>
      </w:r>
    </w:p>
    <w:p w14:paraId="77963EE8" w14:textId="77777777" w:rsidR="00F81D60" w:rsidRDefault="00000000">
      <w:r>
        <w:br w:type="page"/>
      </w:r>
    </w:p>
    <w:p w14:paraId="59F835A7" w14:textId="77777777" w:rsidR="00F81D60" w:rsidRDefault="00000000">
      <w:pPr>
        <w:pStyle w:val="Small"/>
      </w:pPr>
      <w:r>
        <w:rPr>
          <w:b/>
          <w:color w:val="006B70"/>
        </w:rPr>
        <w:t>ALLEGATO AZIENDALE  •  MOD-MM-24  •  parte 2</w:t>
      </w:r>
    </w:p>
    <w:p w14:paraId="222F2CC0" w14:textId="77777777" w:rsidR="00F81D60" w:rsidRDefault="00000000">
      <w:pPr>
        <w:pStyle w:val="Titolo1"/>
      </w:pPr>
      <w:bookmarkStart w:id="90" w:name="A24_2"/>
      <w:r>
        <w:t>A24 | Verbale di riesame del programma</w:t>
      </w:r>
      <w:bookmarkEnd w:id="90"/>
    </w:p>
    <w:p w14:paraId="06D47681" w14:textId="77777777" w:rsidR="00F81D60" w:rsidRDefault="00000000">
      <w:pPr>
        <w:pStyle w:val="Reference"/>
      </w:pPr>
      <w:r>
        <w:t>Base documentale: [ISO] § 5.9; [AZ] riesame di direzione. Le istruzioni operative e i moduli sono elaborazioni aziendali del modello [AZ].</w:t>
      </w:r>
    </w:p>
    <w:p w14:paraId="1FD2E18C" w14:textId="77777777" w:rsidR="00F81D60" w:rsidRDefault="00000000">
      <w:r>
        <w:t>CLASSIFICAZIONE: SISTEMA. Riportare dati aggregati e decisioni sulle risorse. Non allegare fascicoli individuali o elenchi delle persone che hanno richiesto supporto.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53E0A665" w14:textId="77777777">
        <w:trPr>
          <w:tblHeader/>
          <w:jc w:val="center"/>
        </w:trPr>
        <w:tc>
          <w:tcPr>
            <w:tcW w:w="2948" w:type="dxa"/>
            <w:shd w:val="clear" w:color="auto" w:fill="17324D"/>
            <w:vAlign w:val="center"/>
          </w:tcPr>
          <w:p w14:paraId="7823718D" w14:textId="77777777" w:rsidR="00F81D60" w:rsidRDefault="00000000">
            <w:pPr>
              <w:pStyle w:val="TableText"/>
              <w:spacing w:before="40" w:after="40"/>
            </w:pPr>
            <w:r>
              <w:rPr>
                <w:b/>
                <w:color w:val="FFFFFF"/>
              </w:rPr>
              <w:t>Campo</w:t>
            </w:r>
          </w:p>
        </w:tc>
        <w:tc>
          <w:tcPr>
            <w:tcW w:w="7030" w:type="dxa"/>
            <w:shd w:val="clear" w:color="auto" w:fill="17324D"/>
            <w:vAlign w:val="center"/>
          </w:tcPr>
          <w:p w14:paraId="02C8292F" w14:textId="77777777" w:rsidR="00F81D60" w:rsidRDefault="00000000">
            <w:pPr>
              <w:pStyle w:val="TableText"/>
              <w:spacing w:before="40" w:after="40"/>
            </w:pPr>
            <w:r>
              <w:rPr>
                <w:b/>
                <w:color w:val="FFFFFF"/>
              </w:rPr>
              <w:t>Compilazione / decisione aziendale</w:t>
            </w:r>
          </w:p>
        </w:tc>
      </w:tr>
      <w:tr w:rsidR="00F81D60" w14:paraId="6353F581" w14:textId="77777777">
        <w:trPr>
          <w:cantSplit/>
          <w:jc w:val="center"/>
        </w:trPr>
        <w:tc>
          <w:tcPr>
            <w:tcW w:w="2948" w:type="dxa"/>
            <w:vAlign w:val="center"/>
          </w:tcPr>
          <w:p w14:paraId="6C5C64FB" w14:textId="77777777" w:rsidR="00F81D60" w:rsidRDefault="00000000">
            <w:pPr>
              <w:pStyle w:val="TableText"/>
              <w:spacing w:before="40" w:after="40"/>
            </w:pPr>
            <w:r>
              <w:t>Riesame</w:t>
            </w:r>
          </w:p>
        </w:tc>
        <w:tc>
          <w:tcPr>
            <w:tcW w:w="7030" w:type="dxa"/>
            <w:vAlign w:val="center"/>
          </w:tcPr>
          <w:p w14:paraId="2F9ADE6E" w14:textId="77777777" w:rsidR="00F81D60" w:rsidRDefault="00000000">
            <w:pPr>
              <w:pStyle w:val="TableText"/>
              <w:spacing w:before="40" w:after="40"/>
            </w:pPr>
            <w:r>
              <w:t>Data: [ ]  •  periodo: [ ]  •  perimetro: [ ]  •  presiede: [ ]</w:t>
            </w:r>
          </w:p>
        </w:tc>
      </w:tr>
      <w:tr w:rsidR="00F81D60" w14:paraId="7475FD92" w14:textId="77777777">
        <w:trPr>
          <w:cantSplit/>
          <w:jc w:val="center"/>
        </w:trPr>
        <w:tc>
          <w:tcPr>
            <w:tcW w:w="2948" w:type="dxa"/>
            <w:shd w:val="clear" w:color="auto" w:fill="F5F7F9"/>
            <w:vAlign w:val="center"/>
          </w:tcPr>
          <w:p w14:paraId="26FE4402" w14:textId="77777777" w:rsidR="00F81D60" w:rsidRDefault="00000000">
            <w:pPr>
              <w:pStyle w:val="TableText"/>
              <w:spacing w:before="40" w:after="40"/>
            </w:pPr>
            <w:r>
              <w:t>Partecipanti / materiali</w:t>
            </w:r>
          </w:p>
        </w:tc>
        <w:tc>
          <w:tcPr>
            <w:tcW w:w="7030" w:type="dxa"/>
            <w:shd w:val="clear" w:color="auto" w:fill="F5F7F9"/>
            <w:vAlign w:val="center"/>
          </w:tcPr>
          <w:p w14:paraId="0383DB05" w14:textId="77777777" w:rsidR="00F81D60" w:rsidRDefault="00000000">
            <w:pPr>
              <w:pStyle w:val="TableText"/>
              <w:spacing w:before="40" w:after="40"/>
            </w:pPr>
            <w:r>
              <w:t>Funzioni e rappresentanze coinvolte: [ ]  •  versione audit/indicatori: [ ]</w:t>
            </w:r>
          </w:p>
        </w:tc>
      </w:tr>
    </w:tbl>
    <w:p w14:paraId="6D8DB11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4592"/>
        <w:gridCol w:w="5385"/>
      </w:tblGrid>
      <w:tr w:rsidR="00F81D60" w14:paraId="732CA484" w14:textId="77777777">
        <w:trPr>
          <w:tblHeader/>
          <w:jc w:val="center"/>
        </w:trPr>
        <w:tc>
          <w:tcPr>
            <w:tcW w:w="4592" w:type="dxa"/>
            <w:shd w:val="clear" w:color="auto" w:fill="17324D"/>
            <w:vAlign w:val="center"/>
          </w:tcPr>
          <w:p w14:paraId="6FCEA9B9" w14:textId="77777777" w:rsidR="00F81D60" w:rsidRDefault="00000000">
            <w:pPr>
              <w:pStyle w:val="TableText"/>
              <w:spacing w:before="40" w:after="40"/>
            </w:pPr>
            <w:r>
              <w:rPr>
                <w:b/>
                <w:color w:val="FFFFFF"/>
              </w:rPr>
              <w:t>Input da esaminare</w:t>
            </w:r>
          </w:p>
        </w:tc>
        <w:tc>
          <w:tcPr>
            <w:tcW w:w="5386" w:type="dxa"/>
            <w:shd w:val="clear" w:color="auto" w:fill="17324D"/>
            <w:vAlign w:val="center"/>
          </w:tcPr>
          <w:p w14:paraId="6652023C" w14:textId="77777777" w:rsidR="00F81D60" w:rsidRDefault="00000000">
            <w:pPr>
              <w:pStyle w:val="TableText"/>
              <w:spacing w:before="40" w:after="40"/>
            </w:pPr>
            <w:r>
              <w:rPr>
                <w:b/>
                <w:color w:val="FFFFFF"/>
              </w:rPr>
              <w:t>Risultato sintetico / limite del dato</w:t>
            </w:r>
          </w:p>
        </w:tc>
      </w:tr>
      <w:tr w:rsidR="00F81D60" w14:paraId="54511E9F" w14:textId="77777777">
        <w:trPr>
          <w:cantSplit/>
          <w:trHeight w:val="425"/>
          <w:jc w:val="center"/>
        </w:trPr>
        <w:tc>
          <w:tcPr>
            <w:tcW w:w="4592" w:type="dxa"/>
            <w:vAlign w:val="center"/>
          </w:tcPr>
          <w:p w14:paraId="12B04B4D" w14:textId="77777777" w:rsidR="00F81D60" w:rsidRDefault="00000000">
            <w:pPr>
              <w:pStyle w:val="TableText"/>
              <w:spacing w:before="40" w:after="40"/>
            </w:pPr>
            <w:r>
              <w:t>Azioni del riesame precedente</w:t>
            </w:r>
          </w:p>
        </w:tc>
        <w:tc>
          <w:tcPr>
            <w:tcW w:w="5386" w:type="dxa"/>
            <w:vAlign w:val="center"/>
          </w:tcPr>
          <w:p w14:paraId="10457974" w14:textId="77777777" w:rsidR="00F81D60" w:rsidRDefault="00000000">
            <w:pPr>
              <w:pStyle w:val="TableText"/>
              <w:spacing w:before="40" w:after="40"/>
            </w:pPr>
            <w:r>
              <w:t>[compilare]</w:t>
            </w:r>
          </w:p>
        </w:tc>
      </w:tr>
      <w:tr w:rsidR="00F81D60" w14:paraId="64DF86D3" w14:textId="77777777">
        <w:trPr>
          <w:cantSplit/>
          <w:trHeight w:val="425"/>
          <w:jc w:val="center"/>
        </w:trPr>
        <w:tc>
          <w:tcPr>
            <w:tcW w:w="4592" w:type="dxa"/>
            <w:shd w:val="clear" w:color="auto" w:fill="F5F7F9"/>
            <w:vAlign w:val="center"/>
          </w:tcPr>
          <w:p w14:paraId="47109E8A" w14:textId="77777777" w:rsidR="00F81D60" w:rsidRDefault="00000000">
            <w:pPr>
              <w:pStyle w:val="TableText"/>
              <w:spacing w:before="40" w:after="40"/>
            </w:pPr>
            <w:r>
              <w:t>Copertura, attuazione e qualità delle evidenze</w:t>
            </w:r>
          </w:p>
        </w:tc>
        <w:tc>
          <w:tcPr>
            <w:tcW w:w="5386" w:type="dxa"/>
            <w:shd w:val="clear" w:color="auto" w:fill="F5F7F9"/>
            <w:vAlign w:val="center"/>
          </w:tcPr>
          <w:p w14:paraId="639EF9BC" w14:textId="77777777" w:rsidR="00F81D60" w:rsidRDefault="00000000">
            <w:pPr>
              <w:pStyle w:val="TableText"/>
              <w:spacing w:before="40" w:after="40"/>
            </w:pPr>
            <w:r>
              <w:t>[compilare]</w:t>
            </w:r>
          </w:p>
        </w:tc>
      </w:tr>
      <w:tr w:rsidR="00F81D60" w14:paraId="0B17DAFE" w14:textId="77777777">
        <w:trPr>
          <w:cantSplit/>
          <w:trHeight w:val="425"/>
          <w:jc w:val="center"/>
        </w:trPr>
        <w:tc>
          <w:tcPr>
            <w:tcW w:w="4592" w:type="dxa"/>
            <w:vAlign w:val="center"/>
          </w:tcPr>
          <w:p w14:paraId="6E442B36" w14:textId="77777777" w:rsidR="00F81D60" w:rsidRDefault="00000000">
            <w:pPr>
              <w:pStyle w:val="TableText"/>
              <w:spacing w:before="40" w:after="40"/>
            </w:pPr>
            <w:r>
              <w:t>Scadenze, chiusure incomplete e interventi inefficaci</w:t>
            </w:r>
          </w:p>
        </w:tc>
        <w:tc>
          <w:tcPr>
            <w:tcW w:w="5386" w:type="dxa"/>
            <w:vAlign w:val="center"/>
          </w:tcPr>
          <w:p w14:paraId="483A994C" w14:textId="77777777" w:rsidR="00F81D60" w:rsidRDefault="00000000">
            <w:pPr>
              <w:pStyle w:val="TableText"/>
              <w:spacing w:before="40" w:after="40"/>
            </w:pPr>
            <w:r>
              <w:t>[compilare]</w:t>
            </w:r>
          </w:p>
        </w:tc>
      </w:tr>
      <w:tr w:rsidR="00F81D60" w14:paraId="7AD2E6F5" w14:textId="77777777">
        <w:trPr>
          <w:cantSplit/>
          <w:trHeight w:val="425"/>
          <w:jc w:val="center"/>
        </w:trPr>
        <w:tc>
          <w:tcPr>
            <w:tcW w:w="4592" w:type="dxa"/>
            <w:shd w:val="clear" w:color="auto" w:fill="F5F7F9"/>
            <w:vAlign w:val="center"/>
          </w:tcPr>
          <w:p w14:paraId="2D3908B5" w14:textId="77777777" w:rsidR="00F81D60" w:rsidRDefault="00000000">
            <w:pPr>
              <w:pStyle w:val="TableText"/>
              <w:spacing w:before="40" w:after="40"/>
            </w:pPr>
            <w:r>
              <w:t>Consultazione, accessibilità e segnalazioni aggregate</w:t>
            </w:r>
          </w:p>
        </w:tc>
        <w:tc>
          <w:tcPr>
            <w:tcW w:w="5386" w:type="dxa"/>
            <w:shd w:val="clear" w:color="auto" w:fill="F5F7F9"/>
            <w:vAlign w:val="center"/>
          </w:tcPr>
          <w:p w14:paraId="000FD7B5" w14:textId="77777777" w:rsidR="00F81D60" w:rsidRDefault="00000000">
            <w:pPr>
              <w:pStyle w:val="TableText"/>
              <w:spacing w:before="40" w:after="40"/>
            </w:pPr>
            <w:r>
              <w:t>[compilare]</w:t>
            </w:r>
          </w:p>
        </w:tc>
      </w:tr>
      <w:tr w:rsidR="00F81D60" w14:paraId="672E9F6A" w14:textId="77777777">
        <w:trPr>
          <w:cantSplit/>
          <w:trHeight w:val="425"/>
          <w:jc w:val="center"/>
        </w:trPr>
        <w:tc>
          <w:tcPr>
            <w:tcW w:w="4592" w:type="dxa"/>
            <w:vAlign w:val="center"/>
          </w:tcPr>
          <w:p w14:paraId="07F34BA8" w14:textId="77777777" w:rsidR="00F81D60" w:rsidRDefault="00000000">
            <w:pPr>
              <w:pStyle w:val="TableText"/>
              <w:spacing w:before="40" w:after="40"/>
            </w:pPr>
            <w:r>
              <w:t>Servizi, turni, DPI, formazione e siti esterni</w:t>
            </w:r>
          </w:p>
        </w:tc>
        <w:tc>
          <w:tcPr>
            <w:tcW w:w="5386" w:type="dxa"/>
            <w:vAlign w:val="center"/>
          </w:tcPr>
          <w:p w14:paraId="1BAA1685" w14:textId="77777777" w:rsidR="00F81D60" w:rsidRDefault="00000000">
            <w:pPr>
              <w:pStyle w:val="TableText"/>
              <w:spacing w:before="40" w:after="40"/>
            </w:pPr>
            <w:r>
              <w:t>[compilare]</w:t>
            </w:r>
          </w:p>
        </w:tc>
      </w:tr>
      <w:tr w:rsidR="00F81D60" w14:paraId="6EC0618D" w14:textId="77777777">
        <w:trPr>
          <w:cantSplit/>
          <w:trHeight w:val="425"/>
          <w:jc w:val="center"/>
        </w:trPr>
        <w:tc>
          <w:tcPr>
            <w:tcW w:w="4592" w:type="dxa"/>
            <w:shd w:val="clear" w:color="auto" w:fill="F5F7F9"/>
            <w:vAlign w:val="center"/>
          </w:tcPr>
          <w:p w14:paraId="02A6A112" w14:textId="77777777" w:rsidR="00F81D60" w:rsidRDefault="00000000">
            <w:pPr>
              <w:pStyle w:val="TableText"/>
              <w:spacing w:before="40" w:after="40"/>
            </w:pPr>
            <w:r>
              <w:t>Privacy, autorizzazioni e incidenti organizzativi</w:t>
            </w:r>
          </w:p>
        </w:tc>
        <w:tc>
          <w:tcPr>
            <w:tcW w:w="5386" w:type="dxa"/>
            <w:shd w:val="clear" w:color="auto" w:fill="F5F7F9"/>
            <w:vAlign w:val="center"/>
          </w:tcPr>
          <w:p w14:paraId="4D7DD0CF" w14:textId="77777777" w:rsidR="00F81D60" w:rsidRDefault="00000000">
            <w:pPr>
              <w:pStyle w:val="TableText"/>
              <w:spacing w:before="40" w:after="40"/>
            </w:pPr>
            <w:r>
              <w:t>[sintesi non identificante; dettaglio nel circuito dedicato]</w:t>
            </w:r>
          </w:p>
        </w:tc>
      </w:tr>
      <w:tr w:rsidR="00F81D60" w14:paraId="40B8AE9A" w14:textId="77777777">
        <w:trPr>
          <w:cantSplit/>
          <w:trHeight w:val="425"/>
          <w:jc w:val="center"/>
        </w:trPr>
        <w:tc>
          <w:tcPr>
            <w:tcW w:w="4592" w:type="dxa"/>
            <w:vAlign w:val="center"/>
          </w:tcPr>
          <w:p w14:paraId="656B5296" w14:textId="77777777" w:rsidR="00F81D60" w:rsidRDefault="00000000">
            <w:pPr>
              <w:pStyle w:val="TableText"/>
              <w:spacing w:before="40" w:after="40"/>
            </w:pPr>
            <w:r>
              <w:t>Cambiamenti tecnici, normativi, contrattuali e di perimetro</w:t>
            </w:r>
          </w:p>
        </w:tc>
        <w:tc>
          <w:tcPr>
            <w:tcW w:w="5386" w:type="dxa"/>
            <w:vAlign w:val="center"/>
          </w:tcPr>
          <w:p w14:paraId="614C21C7" w14:textId="77777777" w:rsidR="00F81D60" w:rsidRDefault="00000000">
            <w:pPr>
              <w:pStyle w:val="TableText"/>
              <w:spacing w:before="40" w:after="40"/>
            </w:pPr>
            <w:r>
              <w:t>[compilare]</w:t>
            </w:r>
          </w:p>
        </w:tc>
      </w:tr>
    </w:tbl>
    <w:p w14:paraId="080F259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0C407B65" w14:textId="77777777">
        <w:trPr>
          <w:tblHeader/>
          <w:jc w:val="center"/>
        </w:trPr>
        <w:tc>
          <w:tcPr>
            <w:tcW w:w="2948" w:type="dxa"/>
            <w:shd w:val="clear" w:color="auto" w:fill="17324D"/>
            <w:vAlign w:val="center"/>
          </w:tcPr>
          <w:p w14:paraId="4821A496" w14:textId="77777777" w:rsidR="00F81D60" w:rsidRDefault="00000000">
            <w:pPr>
              <w:pStyle w:val="TableText"/>
              <w:spacing w:before="40" w:after="40"/>
            </w:pPr>
            <w:r>
              <w:rPr>
                <w:b/>
                <w:color w:val="FFFFFF"/>
              </w:rPr>
              <w:t>Campo</w:t>
            </w:r>
          </w:p>
        </w:tc>
        <w:tc>
          <w:tcPr>
            <w:tcW w:w="7030" w:type="dxa"/>
            <w:shd w:val="clear" w:color="auto" w:fill="17324D"/>
            <w:vAlign w:val="center"/>
          </w:tcPr>
          <w:p w14:paraId="4DB3F811" w14:textId="77777777" w:rsidR="00F81D60" w:rsidRDefault="00000000">
            <w:pPr>
              <w:pStyle w:val="TableText"/>
              <w:spacing w:before="40" w:after="40"/>
            </w:pPr>
            <w:r>
              <w:rPr>
                <w:b/>
                <w:color w:val="FFFFFF"/>
              </w:rPr>
              <w:t>Compilazione / decisione aziendale</w:t>
            </w:r>
          </w:p>
        </w:tc>
      </w:tr>
      <w:tr w:rsidR="00F81D60" w14:paraId="0FBFDA96" w14:textId="77777777">
        <w:trPr>
          <w:cantSplit/>
          <w:jc w:val="center"/>
        </w:trPr>
        <w:tc>
          <w:tcPr>
            <w:tcW w:w="2948" w:type="dxa"/>
            <w:vAlign w:val="center"/>
          </w:tcPr>
          <w:p w14:paraId="20CA95A7" w14:textId="77777777" w:rsidR="00F81D60" w:rsidRDefault="00000000">
            <w:pPr>
              <w:pStyle w:val="TableText"/>
              <w:spacing w:before="40" w:after="40"/>
            </w:pPr>
            <w:r>
              <w:t>Giudizio sul programma</w:t>
            </w:r>
          </w:p>
        </w:tc>
        <w:tc>
          <w:tcPr>
            <w:tcW w:w="7030" w:type="dxa"/>
            <w:vAlign w:val="center"/>
          </w:tcPr>
          <w:p w14:paraId="16DBF7D8" w14:textId="77777777" w:rsidR="00F81D60" w:rsidRDefault="00000000">
            <w:pPr>
              <w:pStyle w:val="TableText"/>
              <w:spacing w:before="40" w:after="40"/>
            </w:pPr>
            <w:r>
              <w:t>[adeguato / da migliorare / condizioni da risolvere; motivare]</w:t>
            </w:r>
          </w:p>
        </w:tc>
      </w:tr>
      <w:tr w:rsidR="00F81D60" w14:paraId="18C0513C" w14:textId="77777777">
        <w:trPr>
          <w:cantSplit/>
          <w:jc w:val="center"/>
        </w:trPr>
        <w:tc>
          <w:tcPr>
            <w:tcW w:w="2948" w:type="dxa"/>
            <w:shd w:val="clear" w:color="auto" w:fill="F5F7F9"/>
            <w:vAlign w:val="center"/>
          </w:tcPr>
          <w:p w14:paraId="4E315A0C" w14:textId="77777777" w:rsidR="00F81D60" w:rsidRDefault="00000000">
            <w:pPr>
              <w:pStyle w:val="TableText"/>
              <w:spacing w:before="40" w:after="40"/>
            </w:pPr>
            <w:r>
              <w:t>Decisioni e risorse</w:t>
            </w:r>
          </w:p>
        </w:tc>
        <w:tc>
          <w:tcPr>
            <w:tcW w:w="7030" w:type="dxa"/>
            <w:shd w:val="clear" w:color="auto" w:fill="F5F7F9"/>
            <w:vAlign w:val="center"/>
          </w:tcPr>
          <w:p w14:paraId="565868FB" w14:textId="77777777" w:rsidR="00F81D60" w:rsidRDefault="00000000">
            <w:pPr>
              <w:pStyle w:val="TableText"/>
              <w:spacing w:before="40" w:after="40"/>
            </w:pPr>
            <w:r>
              <w:t>[azioni, priorità, responsabili, risorse, scadenze e criteri di efficacia]</w:t>
            </w:r>
          </w:p>
        </w:tc>
      </w:tr>
      <w:tr w:rsidR="00F81D60" w14:paraId="5E8D47FD" w14:textId="77777777">
        <w:trPr>
          <w:cantSplit/>
          <w:jc w:val="center"/>
        </w:trPr>
        <w:tc>
          <w:tcPr>
            <w:tcW w:w="2948" w:type="dxa"/>
            <w:vAlign w:val="center"/>
          </w:tcPr>
          <w:p w14:paraId="24F91B6D" w14:textId="77777777" w:rsidR="00F81D60" w:rsidRDefault="00000000">
            <w:pPr>
              <w:pStyle w:val="TableText"/>
              <w:spacing w:before="40" w:after="40"/>
            </w:pPr>
            <w:r>
              <w:t>Procedure da aggiornare</w:t>
            </w:r>
          </w:p>
        </w:tc>
        <w:tc>
          <w:tcPr>
            <w:tcW w:w="7030" w:type="dxa"/>
            <w:vAlign w:val="center"/>
          </w:tcPr>
          <w:p w14:paraId="039DFA05" w14:textId="77777777" w:rsidR="00F81D60" w:rsidRDefault="00000000">
            <w:pPr>
              <w:pStyle w:val="TableText"/>
              <w:spacing w:before="40" w:after="40"/>
            </w:pPr>
            <w:r>
              <w:t>[codici, owner, data e consultazione necessaria]</w:t>
            </w:r>
          </w:p>
        </w:tc>
      </w:tr>
      <w:tr w:rsidR="00F81D60" w14:paraId="249E7571" w14:textId="77777777">
        <w:trPr>
          <w:cantSplit/>
          <w:jc w:val="center"/>
        </w:trPr>
        <w:tc>
          <w:tcPr>
            <w:tcW w:w="2948" w:type="dxa"/>
            <w:shd w:val="clear" w:color="auto" w:fill="F5F7F9"/>
            <w:vAlign w:val="center"/>
          </w:tcPr>
          <w:p w14:paraId="6D0F9B43" w14:textId="77777777" w:rsidR="00F81D60" w:rsidRDefault="00000000">
            <w:pPr>
              <w:pStyle w:val="TableText"/>
              <w:spacing w:before="40" w:after="40"/>
            </w:pPr>
            <w:r>
              <w:t>Restituzione ai lavoratori</w:t>
            </w:r>
          </w:p>
        </w:tc>
        <w:tc>
          <w:tcPr>
            <w:tcW w:w="7030" w:type="dxa"/>
            <w:shd w:val="clear" w:color="auto" w:fill="F5F7F9"/>
            <w:vAlign w:val="center"/>
          </w:tcPr>
          <w:p w14:paraId="0AC437D4" w14:textId="77777777" w:rsidR="00F81D60" w:rsidRDefault="00000000">
            <w:pPr>
              <w:pStyle w:val="TableText"/>
              <w:spacing w:before="40" w:after="40"/>
            </w:pPr>
            <w:r>
              <w:t>[contenuto, canale e data; niente casi identificabili]</w:t>
            </w:r>
          </w:p>
        </w:tc>
      </w:tr>
      <w:tr w:rsidR="00F81D60" w14:paraId="461A1268" w14:textId="77777777">
        <w:trPr>
          <w:cantSplit/>
          <w:jc w:val="center"/>
        </w:trPr>
        <w:tc>
          <w:tcPr>
            <w:tcW w:w="2948" w:type="dxa"/>
            <w:vAlign w:val="center"/>
          </w:tcPr>
          <w:p w14:paraId="6E0C3715" w14:textId="77777777" w:rsidR="00F81D60" w:rsidRDefault="00000000">
            <w:pPr>
              <w:pStyle w:val="TableText"/>
              <w:spacing w:before="40" w:after="40"/>
            </w:pPr>
            <w:r>
              <w:t>Prossimo riesame / trigger</w:t>
            </w:r>
          </w:p>
        </w:tc>
        <w:tc>
          <w:tcPr>
            <w:tcW w:w="7030" w:type="dxa"/>
            <w:vAlign w:val="center"/>
          </w:tcPr>
          <w:p w14:paraId="65AA01F5" w14:textId="77777777" w:rsidR="00F81D60" w:rsidRDefault="00000000">
            <w:pPr>
              <w:pStyle w:val="TableText"/>
              <w:spacing w:before="40" w:after="40"/>
            </w:pPr>
            <w:r>
              <w:t>Data: [ ]  •  eventi che anticipano il riesame: [ ]</w:t>
            </w:r>
          </w:p>
        </w:tc>
      </w:tr>
    </w:tbl>
    <w:p w14:paraId="71410A07"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400DBA35" w14:textId="77777777">
        <w:trPr>
          <w:tblHeader/>
          <w:jc w:val="center"/>
        </w:trPr>
        <w:tc>
          <w:tcPr>
            <w:tcW w:w="3326" w:type="dxa"/>
            <w:shd w:val="clear" w:color="auto" w:fill="17324D"/>
            <w:vAlign w:val="center"/>
          </w:tcPr>
          <w:p w14:paraId="672A9E1C" w14:textId="77777777" w:rsidR="00F81D60" w:rsidRDefault="00000000">
            <w:pPr>
              <w:pStyle w:val="TableText"/>
              <w:spacing w:before="40" w:after="40"/>
            </w:pPr>
            <w:r>
              <w:rPr>
                <w:b/>
                <w:color w:val="FFFFFF"/>
              </w:rPr>
              <w:t>Direzione</w:t>
            </w:r>
          </w:p>
        </w:tc>
        <w:tc>
          <w:tcPr>
            <w:tcW w:w="3326" w:type="dxa"/>
            <w:shd w:val="clear" w:color="auto" w:fill="17324D"/>
            <w:vAlign w:val="center"/>
          </w:tcPr>
          <w:p w14:paraId="690083D7" w14:textId="77777777" w:rsidR="00F81D60" w:rsidRDefault="00000000">
            <w:pPr>
              <w:pStyle w:val="TableText"/>
              <w:spacing w:before="40" w:after="40"/>
            </w:pPr>
            <w:r>
              <w:rPr>
                <w:b/>
                <w:color w:val="FFFFFF"/>
              </w:rPr>
              <w:t>Responsabile del processo</w:t>
            </w:r>
          </w:p>
        </w:tc>
        <w:tc>
          <w:tcPr>
            <w:tcW w:w="3326" w:type="dxa"/>
            <w:shd w:val="clear" w:color="auto" w:fill="17324D"/>
            <w:vAlign w:val="center"/>
          </w:tcPr>
          <w:p w14:paraId="53CECFFB" w14:textId="77777777" w:rsidR="00F81D60" w:rsidRDefault="00000000">
            <w:pPr>
              <w:pStyle w:val="TableText"/>
              <w:spacing w:before="40" w:after="40"/>
            </w:pPr>
            <w:r>
              <w:rPr>
                <w:b/>
                <w:color w:val="FFFFFF"/>
              </w:rPr>
              <w:t>Data</w:t>
            </w:r>
          </w:p>
        </w:tc>
      </w:tr>
      <w:tr w:rsidR="00F81D60" w14:paraId="565A3F4C" w14:textId="77777777">
        <w:trPr>
          <w:cantSplit/>
          <w:trHeight w:val="454"/>
          <w:jc w:val="center"/>
        </w:trPr>
        <w:tc>
          <w:tcPr>
            <w:tcW w:w="3326" w:type="dxa"/>
            <w:vAlign w:val="center"/>
          </w:tcPr>
          <w:p w14:paraId="69AD5DEA" w14:textId="77777777" w:rsidR="00F81D60" w:rsidRDefault="00000000">
            <w:pPr>
              <w:pStyle w:val="TableText"/>
              <w:spacing w:before="40" w:after="40"/>
            </w:pPr>
            <w:r>
              <w:t>[compilare]</w:t>
            </w:r>
          </w:p>
        </w:tc>
        <w:tc>
          <w:tcPr>
            <w:tcW w:w="3326" w:type="dxa"/>
            <w:vAlign w:val="center"/>
          </w:tcPr>
          <w:p w14:paraId="3AF8D1F8" w14:textId="77777777" w:rsidR="00F81D60" w:rsidRDefault="00000000">
            <w:pPr>
              <w:pStyle w:val="TableText"/>
              <w:spacing w:before="40" w:after="40"/>
            </w:pPr>
            <w:r>
              <w:t>[compilare]</w:t>
            </w:r>
          </w:p>
        </w:tc>
        <w:tc>
          <w:tcPr>
            <w:tcW w:w="3326" w:type="dxa"/>
            <w:vAlign w:val="center"/>
          </w:tcPr>
          <w:p w14:paraId="769BE983" w14:textId="77777777" w:rsidR="00F81D60" w:rsidRDefault="00000000">
            <w:pPr>
              <w:pStyle w:val="TableText"/>
              <w:spacing w:before="40" w:after="40"/>
            </w:pPr>
            <w:r>
              <w:t>[compilare]</w:t>
            </w:r>
          </w:p>
        </w:tc>
      </w:tr>
    </w:tbl>
    <w:p w14:paraId="5F3B386D" w14:textId="77777777" w:rsidR="00F81D60" w:rsidRDefault="00F81D60">
      <w:pPr>
        <w:spacing w:after="0"/>
      </w:pPr>
    </w:p>
    <w:p w14:paraId="7DF08410" w14:textId="77777777" w:rsidR="00F81D60" w:rsidRDefault="00000000">
      <w:r>
        <w:br w:type="page"/>
      </w:r>
    </w:p>
    <w:p w14:paraId="0F074B2F" w14:textId="77777777" w:rsidR="00F81D60" w:rsidRDefault="00000000">
      <w:pPr>
        <w:pStyle w:val="Small"/>
      </w:pPr>
      <w:r>
        <w:rPr>
          <w:b/>
          <w:color w:val="006B70"/>
        </w:rPr>
        <w:t>ALLEGATO AZIENDALE  •  MOD-MM-25  •  parte 1</w:t>
      </w:r>
    </w:p>
    <w:p w14:paraId="25DBF6CF" w14:textId="77777777" w:rsidR="00F81D60" w:rsidRDefault="00000000">
      <w:pPr>
        <w:pStyle w:val="Titolo1"/>
      </w:pPr>
      <w:bookmarkStart w:id="91" w:name="A25_1"/>
      <w:r>
        <w:t>A25 | Siti esterni, lavoro remoto e personale mobile</w:t>
      </w:r>
      <w:bookmarkEnd w:id="91"/>
    </w:p>
    <w:p w14:paraId="0298278A" w14:textId="77777777" w:rsidR="00F81D60" w:rsidRDefault="00000000">
      <w:pPr>
        <w:pStyle w:val="Reference"/>
      </w:pPr>
      <w:r>
        <w:t>Base documentale: [ISO] §§ 5.2, 5.3 e 5.5; allegato B.4. Le istruzioni operative e i moduli sono elaborazioni aziendali del modello [AZ].</w:t>
      </w:r>
    </w:p>
    <w:p w14:paraId="22317F6C" w14:textId="77777777" w:rsidR="00F81D60" w:rsidRDefault="00000000">
      <w:r>
        <w:t>CLASSIFICAZIONE: SISTEMA. Non limitare l’accesso al supporto alla sede principale. I rapporti con committenti e fornitori sono definiti per responsabilità e controllo effettivo, senza trasmettere diagnosi.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2A8E2F42" w14:textId="77777777">
        <w:trPr>
          <w:tblHeader/>
          <w:jc w:val="center"/>
        </w:trPr>
        <w:tc>
          <w:tcPr>
            <w:tcW w:w="2948" w:type="dxa"/>
            <w:shd w:val="clear" w:color="auto" w:fill="17324D"/>
            <w:vAlign w:val="center"/>
          </w:tcPr>
          <w:p w14:paraId="5FF2251B" w14:textId="77777777" w:rsidR="00F81D60" w:rsidRDefault="00000000">
            <w:pPr>
              <w:pStyle w:val="TableText"/>
              <w:spacing w:before="40" w:after="40"/>
            </w:pPr>
            <w:r>
              <w:rPr>
                <w:b/>
                <w:color w:val="FFFFFF"/>
              </w:rPr>
              <w:t>Campo</w:t>
            </w:r>
          </w:p>
        </w:tc>
        <w:tc>
          <w:tcPr>
            <w:tcW w:w="7030" w:type="dxa"/>
            <w:shd w:val="clear" w:color="auto" w:fill="17324D"/>
            <w:vAlign w:val="center"/>
          </w:tcPr>
          <w:p w14:paraId="6786699A" w14:textId="77777777" w:rsidR="00F81D60" w:rsidRDefault="00000000">
            <w:pPr>
              <w:pStyle w:val="TableText"/>
              <w:spacing w:before="40" w:after="40"/>
            </w:pPr>
            <w:r>
              <w:rPr>
                <w:b/>
                <w:color w:val="FFFFFF"/>
              </w:rPr>
              <w:t>Compilazione / decisione aziendale</w:t>
            </w:r>
          </w:p>
        </w:tc>
      </w:tr>
      <w:tr w:rsidR="00F81D60" w14:paraId="7692AE93" w14:textId="77777777">
        <w:trPr>
          <w:cantSplit/>
          <w:jc w:val="center"/>
        </w:trPr>
        <w:tc>
          <w:tcPr>
            <w:tcW w:w="2948" w:type="dxa"/>
            <w:vAlign w:val="center"/>
          </w:tcPr>
          <w:p w14:paraId="2BB7C98D" w14:textId="77777777" w:rsidR="00F81D60" w:rsidRDefault="00000000">
            <w:pPr>
              <w:pStyle w:val="TableText"/>
              <w:spacing w:before="40" w:after="40"/>
            </w:pPr>
            <w:r>
              <w:t>Perimetro</w:t>
            </w:r>
          </w:p>
        </w:tc>
        <w:tc>
          <w:tcPr>
            <w:tcW w:w="7030" w:type="dxa"/>
            <w:vAlign w:val="center"/>
          </w:tcPr>
          <w:p w14:paraId="44BBE024" w14:textId="77777777" w:rsidR="00F81D60" w:rsidRDefault="00000000">
            <w:pPr>
              <w:pStyle w:val="TableText"/>
              <w:spacing w:before="40" w:after="40"/>
            </w:pPr>
            <w:r>
              <w:t>[sito ospitante / trasferta / attività mobile / remoto]  •  responsabile: [ ]</w:t>
            </w:r>
          </w:p>
        </w:tc>
      </w:tr>
      <w:tr w:rsidR="00F81D60" w14:paraId="64334883" w14:textId="77777777">
        <w:trPr>
          <w:cantSplit/>
          <w:jc w:val="center"/>
        </w:trPr>
        <w:tc>
          <w:tcPr>
            <w:tcW w:w="2948" w:type="dxa"/>
            <w:shd w:val="clear" w:color="auto" w:fill="F5F7F9"/>
            <w:vAlign w:val="center"/>
          </w:tcPr>
          <w:p w14:paraId="74403403" w14:textId="77777777" w:rsidR="00F81D60" w:rsidRDefault="00000000">
            <w:pPr>
              <w:pStyle w:val="TableText"/>
              <w:spacing w:before="40" w:after="40"/>
            </w:pPr>
            <w:r>
              <w:t>Interlocutori autorizzati</w:t>
            </w:r>
          </w:p>
        </w:tc>
        <w:tc>
          <w:tcPr>
            <w:tcW w:w="7030" w:type="dxa"/>
            <w:shd w:val="clear" w:color="auto" w:fill="F5F7F9"/>
            <w:vAlign w:val="center"/>
          </w:tcPr>
          <w:p w14:paraId="5E18459C" w14:textId="77777777" w:rsidR="00F81D60" w:rsidRDefault="00000000">
            <w:pPr>
              <w:pStyle w:val="TableText"/>
              <w:spacing w:before="40" w:after="40"/>
            </w:pPr>
            <w:r>
              <w:t>Azienda: [ ]  •  soggetto esterno pertinente: [ ]  •  contatto alternativo: [ ]</w:t>
            </w:r>
          </w:p>
        </w:tc>
      </w:tr>
    </w:tbl>
    <w:p w14:paraId="1E71B770"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4706"/>
        <w:gridCol w:w="5271"/>
      </w:tblGrid>
      <w:tr w:rsidR="00F81D60" w14:paraId="025502E4" w14:textId="77777777">
        <w:trPr>
          <w:tblHeader/>
          <w:jc w:val="center"/>
        </w:trPr>
        <w:tc>
          <w:tcPr>
            <w:tcW w:w="4706" w:type="dxa"/>
            <w:shd w:val="clear" w:color="auto" w:fill="17324D"/>
            <w:vAlign w:val="center"/>
          </w:tcPr>
          <w:p w14:paraId="0B97021B" w14:textId="77777777" w:rsidR="00F81D60" w:rsidRDefault="00000000">
            <w:pPr>
              <w:pStyle w:val="TableText"/>
              <w:spacing w:before="40" w:after="40"/>
            </w:pPr>
            <w:r>
              <w:rPr>
                <w:b/>
                <w:color w:val="FFFFFF"/>
              </w:rPr>
              <w:t>Verifica / accordo</w:t>
            </w:r>
          </w:p>
        </w:tc>
        <w:tc>
          <w:tcPr>
            <w:tcW w:w="5272" w:type="dxa"/>
            <w:shd w:val="clear" w:color="auto" w:fill="17324D"/>
            <w:vAlign w:val="center"/>
          </w:tcPr>
          <w:p w14:paraId="3B38850C" w14:textId="77777777" w:rsidR="00F81D60" w:rsidRDefault="00000000">
            <w:pPr>
              <w:pStyle w:val="TableText"/>
              <w:spacing w:before="40" w:after="40"/>
            </w:pPr>
            <w:r>
              <w:rPr>
                <w:b/>
                <w:color w:val="FFFFFF"/>
              </w:rPr>
              <w:t>Soluzione operativa e prova</w:t>
            </w:r>
          </w:p>
        </w:tc>
      </w:tr>
      <w:tr w:rsidR="00F81D60" w14:paraId="687FDE3B" w14:textId="77777777">
        <w:trPr>
          <w:cantSplit/>
          <w:trHeight w:val="482"/>
          <w:jc w:val="center"/>
        </w:trPr>
        <w:tc>
          <w:tcPr>
            <w:tcW w:w="4706" w:type="dxa"/>
            <w:vAlign w:val="center"/>
          </w:tcPr>
          <w:p w14:paraId="125C9D07" w14:textId="77777777" w:rsidR="00F81D60" w:rsidRDefault="00000000">
            <w:pPr>
              <w:pStyle w:val="TableText"/>
              <w:spacing w:before="40" w:after="40"/>
            </w:pPr>
            <w:r>
              <w:t>Accesso ai servizi nei luoghi e orari effettivi</w:t>
            </w:r>
          </w:p>
        </w:tc>
        <w:tc>
          <w:tcPr>
            <w:tcW w:w="5272" w:type="dxa"/>
            <w:vAlign w:val="center"/>
          </w:tcPr>
          <w:p w14:paraId="0600D1DE" w14:textId="77777777" w:rsidR="00F81D60" w:rsidRDefault="00000000">
            <w:pPr>
              <w:pStyle w:val="TableText"/>
              <w:spacing w:before="40" w:after="40"/>
            </w:pPr>
            <w:r>
              <w:t>[ubicazione, apertura, autorizzazioni e alternative]</w:t>
            </w:r>
          </w:p>
        </w:tc>
      </w:tr>
      <w:tr w:rsidR="00F81D60" w14:paraId="75A0E291" w14:textId="77777777">
        <w:trPr>
          <w:cantSplit/>
          <w:trHeight w:val="482"/>
          <w:jc w:val="center"/>
        </w:trPr>
        <w:tc>
          <w:tcPr>
            <w:tcW w:w="4706" w:type="dxa"/>
            <w:shd w:val="clear" w:color="auto" w:fill="F5F7F9"/>
            <w:vAlign w:val="center"/>
          </w:tcPr>
          <w:p w14:paraId="0C7D5A33" w14:textId="77777777" w:rsidR="00F81D60" w:rsidRDefault="00000000">
            <w:pPr>
              <w:pStyle w:val="TableText"/>
              <w:spacing w:before="40" w:after="40"/>
            </w:pPr>
            <w:r>
              <w:t>Pause compatibili con tempi, spostamenti e coperture</w:t>
            </w:r>
          </w:p>
        </w:tc>
        <w:tc>
          <w:tcPr>
            <w:tcW w:w="5272" w:type="dxa"/>
            <w:shd w:val="clear" w:color="auto" w:fill="F5F7F9"/>
            <w:vAlign w:val="center"/>
          </w:tcPr>
          <w:p w14:paraId="3FFA050F" w14:textId="77777777" w:rsidR="00F81D60" w:rsidRDefault="00000000">
            <w:pPr>
              <w:pStyle w:val="TableText"/>
              <w:spacing w:before="40" w:after="40"/>
            </w:pPr>
            <w:r>
              <w:t>[pianificazione, margini e contatto per criticità]</w:t>
            </w:r>
          </w:p>
        </w:tc>
      </w:tr>
      <w:tr w:rsidR="00F81D60" w14:paraId="18A83A09" w14:textId="77777777">
        <w:trPr>
          <w:cantSplit/>
          <w:trHeight w:val="482"/>
          <w:jc w:val="center"/>
        </w:trPr>
        <w:tc>
          <w:tcPr>
            <w:tcW w:w="4706" w:type="dxa"/>
            <w:vAlign w:val="center"/>
          </w:tcPr>
          <w:p w14:paraId="3820D7E0" w14:textId="77777777" w:rsidR="00F81D60" w:rsidRDefault="00000000">
            <w:pPr>
              <w:pStyle w:val="TableText"/>
              <w:spacing w:before="40" w:after="40"/>
            </w:pPr>
            <w:r>
              <w:t>Acqua, prodotti e possibilità di cambio</w:t>
            </w:r>
          </w:p>
        </w:tc>
        <w:tc>
          <w:tcPr>
            <w:tcW w:w="5272" w:type="dxa"/>
            <w:vAlign w:val="center"/>
          </w:tcPr>
          <w:p w14:paraId="5F06884F" w14:textId="77777777" w:rsidR="00F81D60" w:rsidRDefault="00000000">
            <w:pPr>
              <w:pStyle w:val="TableText"/>
              <w:spacing w:before="40" w:after="40"/>
            </w:pPr>
            <w:r>
              <w:t>[disponibilità e gestione discreta]</w:t>
            </w:r>
          </w:p>
        </w:tc>
      </w:tr>
      <w:tr w:rsidR="00F81D60" w14:paraId="189F90EF" w14:textId="77777777">
        <w:trPr>
          <w:cantSplit/>
          <w:trHeight w:val="482"/>
          <w:jc w:val="center"/>
        </w:trPr>
        <w:tc>
          <w:tcPr>
            <w:tcW w:w="4706" w:type="dxa"/>
            <w:shd w:val="clear" w:color="auto" w:fill="F5F7F9"/>
            <w:vAlign w:val="center"/>
          </w:tcPr>
          <w:p w14:paraId="08C71E00" w14:textId="77777777" w:rsidR="00F81D60" w:rsidRDefault="00000000">
            <w:pPr>
              <w:pStyle w:val="TableText"/>
              <w:spacing w:before="40" w:after="40"/>
            </w:pPr>
            <w:r>
              <w:t>Indumenti e DPI per il sito specifico</w:t>
            </w:r>
          </w:p>
        </w:tc>
        <w:tc>
          <w:tcPr>
            <w:tcW w:w="5272" w:type="dxa"/>
            <w:shd w:val="clear" w:color="auto" w:fill="F5F7F9"/>
            <w:vAlign w:val="center"/>
          </w:tcPr>
          <w:p w14:paraId="59D6985A" w14:textId="77777777" w:rsidR="00F81D60" w:rsidRDefault="00000000">
            <w:pPr>
              <w:pStyle w:val="TableText"/>
              <w:spacing w:before="40" w:after="40"/>
            </w:pPr>
            <w:r>
              <w:t>[compatibilità e responsabilità di fornitura]</w:t>
            </w:r>
          </w:p>
        </w:tc>
      </w:tr>
      <w:tr w:rsidR="00F81D60" w14:paraId="491B12C4" w14:textId="77777777">
        <w:trPr>
          <w:cantSplit/>
          <w:trHeight w:val="482"/>
          <w:jc w:val="center"/>
        </w:trPr>
        <w:tc>
          <w:tcPr>
            <w:tcW w:w="4706" w:type="dxa"/>
            <w:vAlign w:val="center"/>
          </w:tcPr>
          <w:p w14:paraId="3C87EB4E" w14:textId="77777777" w:rsidR="00F81D60" w:rsidRDefault="00000000">
            <w:pPr>
              <w:pStyle w:val="TableText"/>
              <w:spacing w:before="40" w:after="40"/>
            </w:pPr>
            <w:r>
              <w:t>Lavoro remoto: contatti e flessibilità praticabile</w:t>
            </w:r>
          </w:p>
        </w:tc>
        <w:tc>
          <w:tcPr>
            <w:tcW w:w="5272" w:type="dxa"/>
            <w:vAlign w:val="center"/>
          </w:tcPr>
          <w:p w14:paraId="455AD7F1" w14:textId="77777777" w:rsidR="00F81D60" w:rsidRDefault="00000000">
            <w:pPr>
              <w:pStyle w:val="TableText"/>
              <w:spacing w:before="40" w:after="40"/>
            </w:pPr>
            <w:r>
              <w:t>[disponibilità, pause e comunicazioni; nessuna sorveglianza sanitaria]</w:t>
            </w:r>
          </w:p>
        </w:tc>
      </w:tr>
      <w:tr w:rsidR="00F81D60" w14:paraId="52FC4891" w14:textId="77777777">
        <w:trPr>
          <w:cantSplit/>
          <w:trHeight w:val="482"/>
          <w:jc w:val="center"/>
        </w:trPr>
        <w:tc>
          <w:tcPr>
            <w:tcW w:w="4706" w:type="dxa"/>
            <w:shd w:val="clear" w:color="auto" w:fill="F5F7F9"/>
            <w:vAlign w:val="center"/>
          </w:tcPr>
          <w:p w14:paraId="2EABB75B" w14:textId="77777777" w:rsidR="00F81D60" w:rsidRDefault="00000000">
            <w:pPr>
              <w:pStyle w:val="TableText"/>
              <w:spacing w:before="40" w:after="40"/>
            </w:pPr>
            <w:r>
              <w:t>Hot desking e postazioni variabili</w:t>
            </w:r>
          </w:p>
        </w:tc>
        <w:tc>
          <w:tcPr>
            <w:tcW w:w="5272" w:type="dxa"/>
            <w:shd w:val="clear" w:color="auto" w:fill="F5F7F9"/>
            <w:vAlign w:val="center"/>
          </w:tcPr>
          <w:p w14:paraId="0CA5E2D9" w14:textId="77777777" w:rsidR="00F81D60" w:rsidRDefault="00000000">
            <w:pPr>
              <w:pStyle w:val="TableText"/>
              <w:spacing w:before="40" w:after="40"/>
            </w:pPr>
            <w:r>
              <w:t>[informazioni su spazi e scelta tra opzioni compatibili]</w:t>
            </w:r>
          </w:p>
        </w:tc>
      </w:tr>
      <w:tr w:rsidR="00F81D60" w14:paraId="73C4D4C8" w14:textId="77777777">
        <w:trPr>
          <w:cantSplit/>
          <w:trHeight w:val="482"/>
          <w:jc w:val="center"/>
        </w:trPr>
        <w:tc>
          <w:tcPr>
            <w:tcW w:w="4706" w:type="dxa"/>
            <w:vAlign w:val="center"/>
          </w:tcPr>
          <w:p w14:paraId="3378C32F" w14:textId="77777777" w:rsidR="00F81D60" w:rsidRDefault="00000000">
            <w:pPr>
              <w:pStyle w:val="TableText"/>
              <w:spacing w:before="40" w:after="40"/>
            </w:pPr>
            <w:r>
              <w:t>Istruzioni a committenti e sostituti</w:t>
            </w:r>
          </w:p>
        </w:tc>
        <w:tc>
          <w:tcPr>
            <w:tcW w:w="5272" w:type="dxa"/>
            <w:vAlign w:val="center"/>
          </w:tcPr>
          <w:p w14:paraId="3AE4BA1E" w14:textId="77777777" w:rsidR="00F81D60" w:rsidRDefault="00000000">
            <w:pPr>
              <w:pStyle w:val="TableText"/>
              <w:spacing w:before="40" w:after="40"/>
            </w:pPr>
            <w:r>
              <w:t>[contenuti strettamente operativi e autorizzazioni]</w:t>
            </w:r>
          </w:p>
        </w:tc>
      </w:tr>
      <w:tr w:rsidR="00F81D60" w14:paraId="7FDB8DC0" w14:textId="77777777">
        <w:trPr>
          <w:cantSplit/>
          <w:trHeight w:val="482"/>
          <w:jc w:val="center"/>
        </w:trPr>
        <w:tc>
          <w:tcPr>
            <w:tcW w:w="4706" w:type="dxa"/>
            <w:shd w:val="clear" w:color="auto" w:fill="F5F7F9"/>
            <w:vAlign w:val="center"/>
          </w:tcPr>
          <w:p w14:paraId="6123EC39" w14:textId="77777777" w:rsidR="00F81D60" w:rsidRDefault="00000000">
            <w:pPr>
              <w:pStyle w:val="TableText"/>
              <w:spacing w:before="40" w:after="40"/>
            </w:pPr>
            <w:r>
              <w:t>Impossibilità della soluzione e alternativa</w:t>
            </w:r>
          </w:p>
        </w:tc>
        <w:tc>
          <w:tcPr>
            <w:tcW w:w="5272" w:type="dxa"/>
            <w:shd w:val="clear" w:color="auto" w:fill="F5F7F9"/>
            <w:vAlign w:val="center"/>
          </w:tcPr>
          <w:p w14:paraId="3A2A3261" w14:textId="77777777" w:rsidR="00F81D60" w:rsidRDefault="00000000">
            <w:pPr>
              <w:pStyle w:val="TableText"/>
              <w:spacing w:before="40" w:after="40"/>
            </w:pPr>
            <w:r>
              <w:t>[chi decide, misura temporanea e termine]</w:t>
            </w:r>
          </w:p>
        </w:tc>
      </w:tr>
      <w:tr w:rsidR="00F81D60" w14:paraId="30DC4EB0" w14:textId="77777777">
        <w:trPr>
          <w:cantSplit/>
          <w:trHeight w:val="482"/>
          <w:jc w:val="center"/>
        </w:trPr>
        <w:tc>
          <w:tcPr>
            <w:tcW w:w="4706" w:type="dxa"/>
            <w:vAlign w:val="center"/>
          </w:tcPr>
          <w:p w14:paraId="24D9E8C7" w14:textId="77777777" w:rsidR="00F81D60" w:rsidRDefault="00000000">
            <w:pPr>
              <w:pStyle w:val="TableText"/>
              <w:spacing w:before="40" w:after="40"/>
            </w:pPr>
            <w:r>
              <w:t>Sicurezza, emergenze e lavoro isolato</w:t>
            </w:r>
          </w:p>
        </w:tc>
        <w:tc>
          <w:tcPr>
            <w:tcW w:w="5272" w:type="dxa"/>
            <w:vAlign w:val="center"/>
          </w:tcPr>
          <w:p w14:paraId="56C3CEAB" w14:textId="77777777" w:rsidR="00F81D60" w:rsidRDefault="00000000">
            <w:pPr>
              <w:pStyle w:val="TableText"/>
              <w:spacing w:before="40" w:after="40"/>
            </w:pPr>
            <w:r>
              <w:t>[raccordo con istruzioni vigenti e contatti effettivi]</w:t>
            </w:r>
          </w:p>
        </w:tc>
      </w:tr>
    </w:tbl>
    <w:p w14:paraId="0EC3843E"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416F4356" w14:textId="77777777">
        <w:trPr>
          <w:tblHeader/>
          <w:jc w:val="center"/>
        </w:trPr>
        <w:tc>
          <w:tcPr>
            <w:tcW w:w="2948" w:type="dxa"/>
            <w:shd w:val="clear" w:color="auto" w:fill="17324D"/>
            <w:vAlign w:val="center"/>
          </w:tcPr>
          <w:p w14:paraId="7DB4EAE1" w14:textId="77777777" w:rsidR="00F81D60" w:rsidRDefault="00000000">
            <w:pPr>
              <w:pStyle w:val="TableText"/>
              <w:spacing w:before="40" w:after="40"/>
            </w:pPr>
            <w:r>
              <w:rPr>
                <w:b/>
                <w:color w:val="FFFFFF"/>
              </w:rPr>
              <w:t>Campo</w:t>
            </w:r>
          </w:p>
        </w:tc>
        <w:tc>
          <w:tcPr>
            <w:tcW w:w="7030" w:type="dxa"/>
            <w:shd w:val="clear" w:color="auto" w:fill="17324D"/>
            <w:vAlign w:val="center"/>
          </w:tcPr>
          <w:p w14:paraId="20A3A7F6" w14:textId="77777777" w:rsidR="00F81D60" w:rsidRDefault="00000000">
            <w:pPr>
              <w:pStyle w:val="TableText"/>
              <w:spacing w:before="40" w:after="40"/>
            </w:pPr>
            <w:r>
              <w:rPr>
                <w:b/>
                <w:color w:val="FFFFFF"/>
              </w:rPr>
              <w:t>Compilazione / decisione aziendale</w:t>
            </w:r>
          </w:p>
        </w:tc>
      </w:tr>
      <w:tr w:rsidR="00F81D60" w14:paraId="40F17B19" w14:textId="77777777">
        <w:trPr>
          <w:cantSplit/>
          <w:jc w:val="center"/>
        </w:trPr>
        <w:tc>
          <w:tcPr>
            <w:tcW w:w="2948" w:type="dxa"/>
            <w:vAlign w:val="center"/>
          </w:tcPr>
          <w:p w14:paraId="64771235" w14:textId="77777777" w:rsidR="00F81D60" w:rsidRDefault="00000000">
            <w:pPr>
              <w:pStyle w:val="TableText"/>
              <w:spacing w:before="40" w:after="40"/>
            </w:pPr>
            <w:r>
              <w:t>Azioni / documenti di coordinamento</w:t>
            </w:r>
          </w:p>
        </w:tc>
        <w:tc>
          <w:tcPr>
            <w:tcW w:w="7030" w:type="dxa"/>
            <w:vAlign w:val="center"/>
          </w:tcPr>
          <w:p w14:paraId="47025E89" w14:textId="77777777" w:rsidR="00F81D60" w:rsidRDefault="00000000">
            <w:pPr>
              <w:pStyle w:val="TableText"/>
              <w:spacing w:before="40" w:after="40"/>
            </w:pPr>
            <w:r>
              <w:t>[atti applicabili, istruzioni, referenti; non allegare fascicoli individuali]</w:t>
            </w:r>
          </w:p>
        </w:tc>
      </w:tr>
      <w:tr w:rsidR="00F81D60" w14:paraId="3BA26FC9" w14:textId="77777777">
        <w:trPr>
          <w:cantSplit/>
          <w:jc w:val="center"/>
        </w:trPr>
        <w:tc>
          <w:tcPr>
            <w:tcW w:w="2948" w:type="dxa"/>
            <w:shd w:val="clear" w:color="auto" w:fill="F5F7F9"/>
            <w:vAlign w:val="center"/>
          </w:tcPr>
          <w:p w14:paraId="0B0C32F2" w14:textId="77777777" w:rsidR="00F81D60" w:rsidRDefault="00000000">
            <w:pPr>
              <w:pStyle w:val="TableText"/>
              <w:spacing w:before="40" w:after="40"/>
            </w:pPr>
            <w:r>
              <w:t>Verifica sul campo</w:t>
            </w:r>
          </w:p>
        </w:tc>
        <w:tc>
          <w:tcPr>
            <w:tcW w:w="7030" w:type="dxa"/>
            <w:shd w:val="clear" w:color="auto" w:fill="F5F7F9"/>
            <w:vAlign w:val="center"/>
          </w:tcPr>
          <w:p w14:paraId="6E0B1E9D" w14:textId="77777777" w:rsidR="00F81D60" w:rsidRDefault="00000000">
            <w:pPr>
              <w:pStyle w:val="TableText"/>
              <w:spacing w:before="40" w:after="40"/>
            </w:pPr>
            <w:r>
              <w:t>Metodo / data / esito / responsabile: [ ]</w:t>
            </w:r>
          </w:p>
        </w:tc>
      </w:tr>
      <w:tr w:rsidR="00F81D60" w14:paraId="29611694" w14:textId="77777777">
        <w:trPr>
          <w:cantSplit/>
          <w:jc w:val="center"/>
        </w:trPr>
        <w:tc>
          <w:tcPr>
            <w:tcW w:w="2948" w:type="dxa"/>
            <w:vAlign w:val="center"/>
          </w:tcPr>
          <w:p w14:paraId="61A74A82" w14:textId="77777777" w:rsidR="00F81D60" w:rsidRDefault="00000000">
            <w:pPr>
              <w:pStyle w:val="TableText"/>
              <w:spacing w:before="40" w:after="40"/>
            </w:pPr>
            <w:r>
              <w:t>Riesame</w:t>
            </w:r>
          </w:p>
        </w:tc>
        <w:tc>
          <w:tcPr>
            <w:tcW w:w="7030" w:type="dxa"/>
            <w:vAlign w:val="center"/>
          </w:tcPr>
          <w:p w14:paraId="69E24AEB" w14:textId="77777777" w:rsidR="00F81D60" w:rsidRDefault="00000000">
            <w:pPr>
              <w:pStyle w:val="TableText"/>
              <w:spacing w:before="40" w:after="40"/>
            </w:pPr>
            <w:r>
              <w:t>[nuovo sito, turno, viaggio, fornitore o difficoltà segnalata]</w:t>
            </w:r>
          </w:p>
        </w:tc>
      </w:tr>
    </w:tbl>
    <w:p w14:paraId="0CABF340" w14:textId="77777777" w:rsidR="00F81D60" w:rsidRDefault="00F81D60">
      <w:pPr>
        <w:spacing w:after="0"/>
      </w:pPr>
    </w:p>
    <w:p w14:paraId="3B9F9CAA" w14:textId="77777777" w:rsidR="00F81D60" w:rsidRDefault="00000000">
      <w:r>
        <w:br w:type="page"/>
      </w:r>
    </w:p>
    <w:p w14:paraId="754A0B5C" w14:textId="77777777" w:rsidR="00F81D60" w:rsidRDefault="00000000">
      <w:pPr>
        <w:pStyle w:val="Small"/>
      </w:pPr>
      <w:r>
        <w:rPr>
          <w:b/>
          <w:color w:val="006B70"/>
        </w:rPr>
        <w:t>ALLEGATO AZIENDALE  •  MOD-MM-25  •  parte 2</w:t>
      </w:r>
    </w:p>
    <w:p w14:paraId="34A2ADF3" w14:textId="77777777" w:rsidR="00F81D60" w:rsidRDefault="00000000">
      <w:pPr>
        <w:pStyle w:val="Titolo1"/>
      </w:pPr>
      <w:bookmarkStart w:id="92" w:name="A25_2"/>
      <w:r>
        <w:t>A25 | Percorso proporzionato per microimprese e PMI</w:t>
      </w:r>
      <w:bookmarkEnd w:id="92"/>
    </w:p>
    <w:p w14:paraId="5FF821E9" w14:textId="77777777" w:rsidR="00F81D60" w:rsidRDefault="00000000">
      <w:pPr>
        <w:pStyle w:val="Reference"/>
      </w:pPr>
      <w:r>
        <w:t>Base documentale: [ISO] § 5.8; [AZ] applicazione semplificata. Le istruzioni operative e i moduli sono elaborazioni aziendali del modello [AZ].</w:t>
      </w:r>
    </w:p>
    <w:p w14:paraId="4D39D14B" w14:textId="77777777" w:rsidR="00F81D60" w:rsidRDefault="00000000">
      <w:r>
        <w:t>La semplificazione riguarda il numero di strumenti e ruoli, non la sicurezza, la tutela dei dati o la necessità di ascolto. Le funzioni possono essere accorpate solo se i compiti restano chiari e praticabili.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268"/>
        <w:gridCol w:w="5215"/>
        <w:gridCol w:w="2494"/>
      </w:tblGrid>
      <w:tr w:rsidR="00F81D60" w14:paraId="6D65ABCA" w14:textId="77777777">
        <w:trPr>
          <w:tblHeader/>
          <w:jc w:val="center"/>
        </w:trPr>
        <w:tc>
          <w:tcPr>
            <w:tcW w:w="2268" w:type="dxa"/>
            <w:shd w:val="clear" w:color="auto" w:fill="17324D"/>
            <w:vAlign w:val="center"/>
          </w:tcPr>
          <w:p w14:paraId="3E1F086E" w14:textId="77777777" w:rsidR="00F81D60" w:rsidRDefault="00000000">
            <w:pPr>
              <w:pStyle w:val="TableText"/>
              <w:spacing w:before="40" w:after="40"/>
            </w:pPr>
            <w:r>
              <w:rPr>
                <w:b/>
                <w:color w:val="FFFFFF"/>
              </w:rPr>
              <w:t>Passaggio essenziale</w:t>
            </w:r>
          </w:p>
        </w:tc>
        <w:tc>
          <w:tcPr>
            <w:tcW w:w="5216" w:type="dxa"/>
            <w:shd w:val="clear" w:color="auto" w:fill="17324D"/>
            <w:vAlign w:val="center"/>
          </w:tcPr>
          <w:p w14:paraId="47934A2A" w14:textId="77777777" w:rsidR="00F81D60" w:rsidRDefault="00000000">
            <w:pPr>
              <w:pStyle w:val="TableText"/>
              <w:spacing w:before="40" w:after="40"/>
            </w:pPr>
            <w:r>
              <w:rPr>
                <w:b/>
                <w:color w:val="FFFFFF"/>
              </w:rPr>
              <w:t>Attuazione sostenibile</w:t>
            </w:r>
          </w:p>
        </w:tc>
        <w:tc>
          <w:tcPr>
            <w:tcW w:w="2494" w:type="dxa"/>
            <w:shd w:val="clear" w:color="auto" w:fill="17324D"/>
            <w:vAlign w:val="center"/>
          </w:tcPr>
          <w:p w14:paraId="7890FDCD" w14:textId="77777777" w:rsidR="00F81D60" w:rsidRDefault="00000000">
            <w:pPr>
              <w:pStyle w:val="TableText"/>
              <w:spacing w:before="40" w:after="40"/>
            </w:pPr>
            <w:r>
              <w:rPr>
                <w:b/>
                <w:color w:val="FFFFFF"/>
              </w:rPr>
              <w:t>Evidenza minima</w:t>
            </w:r>
          </w:p>
        </w:tc>
      </w:tr>
      <w:tr w:rsidR="00F81D60" w14:paraId="0C2D64FF" w14:textId="77777777">
        <w:trPr>
          <w:cantSplit/>
          <w:jc w:val="center"/>
        </w:trPr>
        <w:tc>
          <w:tcPr>
            <w:tcW w:w="2268" w:type="dxa"/>
            <w:vAlign w:val="center"/>
          </w:tcPr>
          <w:p w14:paraId="707C4A35" w14:textId="77777777" w:rsidR="00F81D60" w:rsidRDefault="00000000">
            <w:pPr>
              <w:pStyle w:val="TableText"/>
              <w:spacing w:before="40" w:after="40"/>
            </w:pPr>
            <w:r>
              <w:t>Designare chi riceve e chi decide</w:t>
            </w:r>
          </w:p>
        </w:tc>
        <w:tc>
          <w:tcPr>
            <w:tcW w:w="5216" w:type="dxa"/>
            <w:vAlign w:val="center"/>
          </w:tcPr>
          <w:p w14:paraId="6B37CDC2" w14:textId="77777777" w:rsidR="00F81D60" w:rsidRDefault="00000000">
            <w:pPr>
              <w:pStyle w:val="TableText"/>
              <w:spacing w:before="40" w:after="40"/>
            </w:pPr>
            <w:r>
              <w:t>Titolare e referente formato; contatto alternativo anche esterno se legittimamente organizzato.</w:t>
            </w:r>
          </w:p>
        </w:tc>
        <w:tc>
          <w:tcPr>
            <w:tcW w:w="2494" w:type="dxa"/>
            <w:vAlign w:val="center"/>
          </w:tcPr>
          <w:p w14:paraId="56DD8B14" w14:textId="77777777" w:rsidR="00F81D60" w:rsidRDefault="00000000">
            <w:pPr>
              <w:pStyle w:val="TableText"/>
              <w:spacing w:before="40" w:after="40"/>
            </w:pPr>
            <w:r>
              <w:t>A02–A03 completati.</w:t>
            </w:r>
          </w:p>
        </w:tc>
      </w:tr>
      <w:tr w:rsidR="00F81D60" w14:paraId="5CBCCD35" w14:textId="77777777">
        <w:trPr>
          <w:cantSplit/>
          <w:jc w:val="center"/>
        </w:trPr>
        <w:tc>
          <w:tcPr>
            <w:tcW w:w="2268" w:type="dxa"/>
            <w:shd w:val="clear" w:color="auto" w:fill="F5F7F9"/>
            <w:vAlign w:val="center"/>
          </w:tcPr>
          <w:p w14:paraId="44883F3D" w14:textId="77777777" w:rsidR="00F81D60" w:rsidRDefault="00000000">
            <w:pPr>
              <w:pStyle w:val="TableText"/>
              <w:spacing w:before="40" w:after="40"/>
            </w:pPr>
            <w:r>
              <w:t>Ascoltare e osservare il lavoro</w:t>
            </w:r>
          </w:p>
        </w:tc>
        <w:tc>
          <w:tcPr>
            <w:tcW w:w="5216" w:type="dxa"/>
            <w:shd w:val="clear" w:color="auto" w:fill="F5F7F9"/>
            <w:vAlign w:val="center"/>
          </w:tcPr>
          <w:p w14:paraId="39EECE45" w14:textId="77777777" w:rsidR="00F81D60" w:rsidRDefault="00000000">
            <w:pPr>
              <w:pStyle w:val="TableText"/>
              <w:spacing w:before="40" w:after="40"/>
            </w:pPr>
            <w:r>
              <w:t>Confronto organizzativo e controllo di servizi, pause e barriere.</w:t>
            </w:r>
          </w:p>
        </w:tc>
        <w:tc>
          <w:tcPr>
            <w:tcW w:w="2494" w:type="dxa"/>
            <w:shd w:val="clear" w:color="auto" w:fill="F5F7F9"/>
            <w:vAlign w:val="center"/>
          </w:tcPr>
          <w:p w14:paraId="196BEF02" w14:textId="77777777" w:rsidR="00F81D60" w:rsidRDefault="00000000">
            <w:pPr>
              <w:pStyle w:val="TableText"/>
              <w:spacing w:before="40" w:after="40"/>
            </w:pPr>
            <w:r>
              <w:t>A05, A06/A07 pertinenti, A08.</w:t>
            </w:r>
          </w:p>
        </w:tc>
      </w:tr>
      <w:tr w:rsidR="00F81D60" w14:paraId="1DB35AA2" w14:textId="77777777">
        <w:trPr>
          <w:cantSplit/>
          <w:jc w:val="center"/>
        </w:trPr>
        <w:tc>
          <w:tcPr>
            <w:tcW w:w="2268" w:type="dxa"/>
            <w:vAlign w:val="center"/>
          </w:tcPr>
          <w:p w14:paraId="52194DE8" w14:textId="77777777" w:rsidR="00F81D60" w:rsidRDefault="00000000">
            <w:pPr>
              <w:pStyle w:val="TableText"/>
              <w:spacing w:before="40" w:after="40"/>
            </w:pPr>
            <w:r>
              <w:t>Rendere sicuro il canale individuale</w:t>
            </w:r>
          </w:p>
        </w:tc>
        <w:tc>
          <w:tcPr>
            <w:tcW w:w="5216" w:type="dxa"/>
            <w:vAlign w:val="center"/>
          </w:tcPr>
          <w:p w14:paraId="2FCEAD73" w14:textId="77777777" w:rsidR="00F81D60" w:rsidRDefault="00000000">
            <w:pPr>
              <w:pStyle w:val="TableText"/>
              <w:spacing w:before="40" w:after="40"/>
            </w:pPr>
            <w:r>
              <w:t>Contatto discreto e archivio con accesso ristretto; supporto privacy competente.</w:t>
            </w:r>
          </w:p>
        </w:tc>
        <w:tc>
          <w:tcPr>
            <w:tcW w:w="2494" w:type="dxa"/>
            <w:vAlign w:val="center"/>
          </w:tcPr>
          <w:p w14:paraId="26E0EB65" w14:textId="77777777" w:rsidR="00F81D60" w:rsidRDefault="00000000">
            <w:pPr>
              <w:pStyle w:val="TableText"/>
              <w:spacing w:before="40" w:after="40"/>
            </w:pPr>
            <w:r>
              <w:t>A18–A19 approvati.</w:t>
            </w:r>
          </w:p>
        </w:tc>
      </w:tr>
      <w:tr w:rsidR="00F81D60" w14:paraId="2F0BA84D" w14:textId="77777777">
        <w:trPr>
          <w:cantSplit/>
          <w:jc w:val="center"/>
        </w:trPr>
        <w:tc>
          <w:tcPr>
            <w:tcW w:w="2268" w:type="dxa"/>
            <w:shd w:val="clear" w:color="auto" w:fill="F5F7F9"/>
            <w:vAlign w:val="center"/>
          </w:tcPr>
          <w:p w14:paraId="04A8C3A2" w14:textId="77777777" w:rsidR="00F81D60" w:rsidRDefault="00000000">
            <w:pPr>
              <w:pStyle w:val="TableText"/>
              <w:spacing w:before="40" w:after="40"/>
            </w:pPr>
            <w:r>
              <w:t>Attuare prima misure generali semplici</w:t>
            </w:r>
          </w:p>
        </w:tc>
        <w:tc>
          <w:tcPr>
            <w:tcW w:w="5216" w:type="dxa"/>
            <w:shd w:val="clear" w:color="auto" w:fill="F5F7F9"/>
            <w:vAlign w:val="center"/>
          </w:tcPr>
          <w:p w14:paraId="5965DBF7" w14:textId="77777777" w:rsidR="00F81D60" w:rsidRDefault="00000000">
            <w:pPr>
              <w:pStyle w:val="TableText"/>
              <w:spacing w:before="40" w:after="40"/>
            </w:pPr>
            <w:r>
              <w:t>Informazioni, disponibilità prodotti, accesso servizi, pause organizzate.</w:t>
            </w:r>
          </w:p>
        </w:tc>
        <w:tc>
          <w:tcPr>
            <w:tcW w:w="2494" w:type="dxa"/>
            <w:shd w:val="clear" w:color="auto" w:fill="F5F7F9"/>
            <w:vAlign w:val="center"/>
          </w:tcPr>
          <w:p w14:paraId="33B482D3" w14:textId="77777777" w:rsidR="00F81D60" w:rsidRDefault="00000000">
            <w:pPr>
              <w:pStyle w:val="TableText"/>
              <w:spacing w:before="40" w:after="40"/>
            </w:pPr>
            <w:r>
              <w:t>A15–A17 e prova di funzionamento.</w:t>
            </w:r>
          </w:p>
        </w:tc>
      </w:tr>
      <w:tr w:rsidR="00F81D60" w14:paraId="17022F54" w14:textId="77777777">
        <w:trPr>
          <w:cantSplit/>
          <w:jc w:val="center"/>
        </w:trPr>
        <w:tc>
          <w:tcPr>
            <w:tcW w:w="2268" w:type="dxa"/>
            <w:vAlign w:val="center"/>
          </w:tcPr>
          <w:p w14:paraId="6D446F08" w14:textId="77777777" w:rsidR="00F81D60" w:rsidRDefault="00000000">
            <w:pPr>
              <w:pStyle w:val="TableText"/>
              <w:spacing w:before="40" w:after="40"/>
            </w:pPr>
            <w:r>
              <w:t>Gestire richieste concrete</w:t>
            </w:r>
          </w:p>
        </w:tc>
        <w:tc>
          <w:tcPr>
            <w:tcW w:w="5216" w:type="dxa"/>
            <w:vAlign w:val="center"/>
          </w:tcPr>
          <w:p w14:paraId="756476AC" w14:textId="77777777" w:rsidR="00F81D60" w:rsidRDefault="00000000">
            <w:pPr>
              <w:pStyle w:val="TableText"/>
              <w:spacing w:before="40" w:after="40"/>
            </w:pPr>
            <w:r>
              <w:t>Colloquio funzionale, verifica proporzionata, decisione e riesame.</w:t>
            </w:r>
          </w:p>
        </w:tc>
        <w:tc>
          <w:tcPr>
            <w:tcW w:w="2494" w:type="dxa"/>
            <w:vAlign w:val="center"/>
          </w:tcPr>
          <w:p w14:paraId="2A298C90" w14:textId="77777777" w:rsidR="00F81D60" w:rsidRDefault="00000000">
            <w:pPr>
              <w:pStyle w:val="TableText"/>
              <w:spacing w:before="40" w:after="40"/>
            </w:pPr>
            <w:r>
              <w:t>A09–A14; A16 se necessario.</w:t>
            </w:r>
          </w:p>
        </w:tc>
      </w:tr>
      <w:tr w:rsidR="00F81D60" w14:paraId="107B5B97" w14:textId="77777777">
        <w:trPr>
          <w:cantSplit/>
          <w:jc w:val="center"/>
        </w:trPr>
        <w:tc>
          <w:tcPr>
            <w:tcW w:w="2268" w:type="dxa"/>
            <w:shd w:val="clear" w:color="auto" w:fill="F5F7F9"/>
            <w:vAlign w:val="center"/>
          </w:tcPr>
          <w:p w14:paraId="49DE7A23" w14:textId="77777777" w:rsidR="00F81D60" w:rsidRDefault="00000000">
            <w:pPr>
              <w:pStyle w:val="TableText"/>
              <w:spacing w:before="40" w:after="40"/>
            </w:pPr>
            <w:r>
              <w:t>Formare e comunicare</w:t>
            </w:r>
          </w:p>
        </w:tc>
        <w:tc>
          <w:tcPr>
            <w:tcW w:w="5216" w:type="dxa"/>
            <w:shd w:val="clear" w:color="auto" w:fill="F5F7F9"/>
            <w:vAlign w:val="center"/>
          </w:tcPr>
          <w:p w14:paraId="77007BA2" w14:textId="77777777" w:rsidR="00F81D60" w:rsidRDefault="00000000">
            <w:pPr>
              <w:pStyle w:val="TableText"/>
              <w:spacing w:before="40" w:after="40"/>
            </w:pPr>
            <w:r>
              <w:t>Materiale affidabile e casi pratici; nessun acquisto obbligato di app o servizi.</w:t>
            </w:r>
          </w:p>
        </w:tc>
        <w:tc>
          <w:tcPr>
            <w:tcW w:w="2494" w:type="dxa"/>
            <w:shd w:val="clear" w:color="auto" w:fill="F5F7F9"/>
            <w:vAlign w:val="center"/>
          </w:tcPr>
          <w:p w14:paraId="6893FDC5" w14:textId="77777777" w:rsidR="00F81D60" w:rsidRDefault="00000000">
            <w:pPr>
              <w:pStyle w:val="TableText"/>
              <w:spacing w:before="40" w:after="40"/>
            </w:pPr>
            <w:r>
              <w:t>A22 e A27.</w:t>
            </w:r>
          </w:p>
        </w:tc>
      </w:tr>
      <w:tr w:rsidR="00F81D60" w14:paraId="50F3A211" w14:textId="77777777">
        <w:trPr>
          <w:cantSplit/>
          <w:jc w:val="center"/>
        </w:trPr>
        <w:tc>
          <w:tcPr>
            <w:tcW w:w="2268" w:type="dxa"/>
            <w:vAlign w:val="center"/>
          </w:tcPr>
          <w:p w14:paraId="67756E58" w14:textId="77777777" w:rsidR="00F81D60" w:rsidRDefault="00000000">
            <w:pPr>
              <w:pStyle w:val="TableText"/>
              <w:spacing w:before="40" w:after="40"/>
            </w:pPr>
            <w:r>
              <w:t>Verificare e migliorare</w:t>
            </w:r>
          </w:p>
        </w:tc>
        <w:tc>
          <w:tcPr>
            <w:tcW w:w="5216" w:type="dxa"/>
            <w:vAlign w:val="center"/>
          </w:tcPr>
          <w:p w14:paraId="1F17128B" w14:textId="77777777" w:rsidR="00F81D60" w:rsidRDefault="00000000">
            <w:pPr>
              <w:pStyle w:val="TableText"/>
              <w:spacing w:before="40" w:after="40"/>
            </w:pPr>
            <w:r>
              <w:t>Riunione breve documentata; azioni con titolare e termine.</w:t>
            </w:r>
          </w:p>
        </w:tc>
        <w:tc>
          <w:tcPr>
            <w:tcW w:w="2494" w:type="dxa"/>
            <w:vAlign w:val="center"/>
          </w:tcPr>
          <w:p w14:paraId="532F198A" w14:textId="77777777" w:rsidR="00F81D60" w:rsidRDefault="00000000">
            <w:pPr>
              <w:pStyle w:val="TableText"/>
              <w:spacing w:before="40" w:after="40"/>
            </w:pPr>
            <w:r>
              <w:t>A17, A24 e A30.</w:t>
            </w:r>
          </w:p>
        </w:tc>
      </w:tr>
    </w:tbl>
    <w:p w14:paraId="2D9D4556"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1B8DA12" w14:textId="77777777">
        <w:trPr>
          <w:tblHeader/>
          <w:jc w:val="center"/>
        </w:trPr>
        <w:tc>
          <w:tcPr>
            <w:tcW w:w="2948" w:type="dxa"/>
            <w:shd w:val="clear" w:color="auto" w:fill="17324D"/>
            <w:vAlign w:val="center"/>
          </w:tcPr>
          <w:p w14:paraId="0579C1F2" w14:textId="77777777" w:rsidR="00F81D60" w:rsidRDefault="00000000">
            <w:pPr>
              <w:pStyle w:val="TableText"/>
              <w:spacing w:before="40" w:after="40"/>
            </w:pPr>
            <w:r>
              <w:rPr>
                <w:b/>
                <w:color w:val="FFFFFF"/>
              </w:rPr>
              <w:t>Campo</w:t>
            </w:r>
          </w:p>
        </w:tc>
        <w:tc>
          <w:tcPr>
            <w:tcW w:w="7030" w:type="dxa"/>
            <w:shd w:val="clear" w:color="auto" w:fill="17324D"/>
            <w:vAlign w:val="center"/>
          </w:tcPr>
          <w:p w14:paraId="2B122241" w14:textId="77777777" w:rsidR="00F81D60" w:rsidRDefault="00000000">
            <w:pPr>
              <w:pStyle w:val="TableText"/>
              <w:spacing w:before="40" w:after="40"/>
            </w:pPr>
            <w:r>
              <w:rPr>
                <w:b/>
                <w:color w:val="FFFFFF"/>
              </w:rPr>
              <w:t>Compilazione / decisione aziendale</w:t>
            </w:r>
          </w:p>
        </w:tc>
      </w:tr>
      <w:tr w:rsidR="00F81D60" w14:paraId="790C9357" w14:textId="77777777">
        <w:trPr>
          <w:cantSplit/>
          <w:jc w:val="center"/>
        </w:trPr>
        <w:tc>
          <w:tcPr>
            <w:tcW w:w="2948" w:type="dxa"/>
            <w:vAlign w:val="center"/>
          </w:tcPr>
          <w:p w14:paraId="5B92E929" w14:textId="77777777" w:rsidR="00F81D60" w:rsidRDefault="00000000">
            <w:pPr>
              <w:pStyle w:val="TableText"/>
              <w:spacing w:before="40" w:after="40"/>
            </w:pPr>
            <w:r>
              <w:t>Soluzione aziendale prescelta</w:t>
            </w:r>
          </w:p>
        </w:tc>
        <w:tc>
          <w:tcPr>
            <w:tcW w:w="7030" w:type="dxa"/>
            <w:vAlign w:val="center"/>
          </w:tcPr>
          <w:p w14:paraId="2E07B737" w14:textId="77777777" w:rsidR="00F81D60" w:rsidRDefault="00000000">
            <w:pPr>
              <w:pStyle w:val="TableText"/>
              <w:spacing w:before="40" w:after="40"/>
            </w:pPr>
            <w:r>
              <w:t>[ruoli accorpati, supporti esterni, sedi e numero di lavoratori nel perimetro]</w:t>
            </w:r>
          </w:p>
        </w:tc>
      </w:tr>
      <w:tr w:rsidR="00F81D60" w14:paraId="784F3B10" w14:textId="77777777">
        <w:trPr>
          <w:cantSplit/>
          <w:jc w:val="center"/>
        </w:trPr>
        <w:tc>
          <w:tcPr>
            <w:tcW w:w="2948" w:type="dxa"/>
            <w:shd w:val="clear" w:color="auto" w:fill="F5F7F9"/>
            <w:vAlign w:val="center"/>
          </w:tcPr>
          <w:p w14:paraId="727D730E" w14:textId="77777777" w:rsidR="00F81D60" w:rsidRDefault="00000000">
            <w:pPr>
              <w:pStyle w:val="TableText"/>
              <w:spacing w:before="40" w:after="40"/>
            </w:pPr>
            <w:r>
              <w:t>Risorse condivise / esterne</w:t>
            </w:r>
          </w:p>
        </w:tc>
        <w:tc>
          <w:tcPr>
            <w:tcW w:w="7030" w:type="dxa"/>
            <w:shd w:val="clear" w:color="auto" w:fill="F5F7F9"/>
            <w:vAlign w:val="center"/>
          </w:tcPr>
          <w:p w14:paraId="51B3C311" w14:textId="77777777" w:rsidR="00F81D60" w:rsidRDefault="00000000">
            <w:pPr>
              <w:pStyle w:val="TableText"/>
              <w:spacing w:before="40" w:after="40"/>
            </w:pPr>
            <w:r>
              <w:t>[associazioni, servizi o fonti affidabili; verificarne aggiornamento e adeguatezza]</w:t>
            </w:r>
          </w:p>
        </w:tc>
      </w:tr>
      <w:tr w:rsidR="00F81D60" w14:paraId="3BF06768" w14:textId="77777777">
        <w:trPr>
          <w:cantSplit/>
          <w:jc w:val="center"/>
        </w:trPr>
        <w:tc>
          <w:tcPr>
            <w:tcW w:w="2948" w:type="dxa"/>
            <w:vAlign w:val="center"/>
          </w:tcPr>
          <w:p w14:paraId="1299D77E" w14:textId="77777777" w:rsidR="00F81D60" w:rsidRDefault="00000000">
            <w:pPr>
              <w:pStyle w:val="TableText"/>
              <w:spacing w:before="40" w:after="40"/>
            </w:pPr>
            <w:r>
              <w:t>Conflitti e riservatezza</w:t>
            </w:r>
          </w:p>
        </w:tc>
        <w:tc>
          <w:tcPr>
            <w:tcW w:w="7030" w:type="dxa"/>
            <w:vAlign w:val="center"/>
          </w:tcPr>
          <w:p w14:paraId="32ECA7DC" w14:textId="77777777" w:rsidR="00F81D60" w:rsidRDefault="00000000">
            <w:pPr>
              <w:pStyle w:val="TableText"/>
              <w:spacing w:before="40" w:after="40"/>
            </w:pPr>
            <w:r>
              <w:t>[come chiedere supporto senza rivolgersi alla persona oggetto di una segnalazione]</w:t>
            </w:r>
          </w:p>
        </w:tc>
      </w:tr>
      <w:tr w:rsidR="00F81D60" w14:paraId="301BB99F" w14:textId="77777777">
        <w:trPr>
          <w:cantSplit/>
          <w:jc w:val="center"/>
        </w:trPr>
        <w:tc>
          <w:tcPr>
            <w:tcW w:w="2948" w:type="dxa"/>
            <w:shd w:val="clear" w:color="auto" w:fill="F5F7F9"/>
            <w:vAlign w:val="center"/>
          </w:tcPr>
          <w:p w14:paraId="10BBDB5F" w14:textId="77777777" w:rsidR="00F81D60" w:rsidRDefault="00000000">
            <w:pPr>
              <w:pStyle w:val="TableText"/>
              <w:spacing w:before="40" w:after="40"/>
            </w:pPr>
            <w:r>
              <w:t>Rischio di identificazione nei piccoli gruppi</w:t>
            </w:r>
          </w:p>
        </w:tc>
        <w:tc>
          <w:tcPr>
            <w:tcW w:w="7030" w:type="dxa"/>
            <w:shd w:val="clear" w:color="auto" w:fill="F5F7F9"/>
            <w:vAlign w:val="center"/>
          </w:tcPr>
          <w:p w14:paraId="11DB9625" w14:textId="77777777" w:rsidR="00F81D60" w:rsidRDefault="00000000">
            <w:pPr>
              <w:pStyle w:val="TableText"/>
              <w:spacing w:before="40" w:after="40"/>
            </w:pPr>
            <w:r>
              <w:t>[evitare statistiche segmentate; usare miglioramenti dei servizi e dati non personali]</w:t>
            </w:r>
          </w:p>
        </w:tc>
      </w:tr>
      <w:tr w:rsidR="00F81D60" w14:paraId="1AE2BB45" w14:textId="77777777">
        <w:trPr>
          <w:cantSplit/>
          <w:jc w:val="center"/>
        </w:trPr>
        <w:tc>
          <w:tcPr>
            <w:tcW w:w="2948" w:type="dxa"/>
            <w:vAlign w:val="center"/>
          </w:tcPr>
          <w:p w14:paraId="32ACDABC" w14:textId="77777777" w:rsidR="00F81D60" w:rsidRDefault="00000000">
            <w:pPr>
              <w:pStyle w:val="TableText"/>
              <w:spacing w:before="40" w:after="40"/>
            </w:pPr>
            <w:r>
              <w:t>Impegni approvati</w:t>
            </w:r>
          </w:p>
        </w:tc>
        <w:tc>
          <w:tcPr>
            <w:tcW w:w="7030" w:type="dxa"/>
            <w:vAlign w:val="center"/>
          </w:tcPr>
          <w:p w14:paraId="2C502D33" w14:textId="77777777" w:rsidR="00F81D60" w:rsidRDefault="00000000">
            <w:pPr>
              <w:pStyle w:val="TableText"/>
              <w:spacing w:before="40" w:after="40"/>
            </w:pPr>
            <w:r>
              <w:t>Responsabile: [ ]  •  priorità: [ ]  •  data di verifica: [ ]</w:t>
            </w:r>
          </w:p>
        </w:tc>
      </w:tr>
    </w:tbl>
    <w:p w14:paraId="07371352" w14:textId="77777777" w:rsidR="00F81D60" w:rsidRDefault="00F81D60">
      <w:pPr>
        <w:spacing w:after="0"/>
      </w:pPr>
    </w:p>
    <w:p w14:paraId="66ECEEAE" w14:textId="77777777" w:rsidR="00F81D60" w:rsidRDefault="00000000">
      <w:pPr>
        <w:pStyle w:val="Reference"/>
      </w:pPr>
      <w:r>
        <w:t>L’eventuale coinvolgimento di un consulente esterno non attribuisce automaticamente a quest’ultimo il diritto di ricevere dati sanitari. Ruoli, competenze, presupposti e misure di tutela vanno definiti prima della condivisione.</w:t>
      </w:r>
    </w:p>
    <w:p w14:paraId="2A8D6466" w14:textId="77777777" w:rsidR="00F81D60" w:rsidRDefault="00000000">
      <w:r>
        <w:br w:type="page"/>
      </w:r>
    </w:p>
    <w:p w14:paraId="0D517912" w14:textId="77777777" w:rsidR="00F81D60" w:rsidRDefault="00000000">
      <w:pPr>
        <w:pStyle w:val="Small"/>
      </w:pPr>
      <w:r>
        <w:rPr>
          <w:b/>
          <w:color w:val="006B70"/>
        </w:rPr>
        <w:t>ALLEGATO AZIENDALE  •  MOD-MM-26</w:t>
      </w:r>
    </w:p>
    <w:p w14:paraId="099E5D1E" w14:textId="77777777" w:rsidR="00F81D60" w:rsidRDefault="00000000">
      <w:pPr>
        <w:pStyle w:val="Titolo1"/>
      </w:pPr>
      <w:bookmarkStart w:id="93" w:name="A26"/>
      <w:r>
        <w:t>A26 | Revisioni, modifiche e distribuzione controllata</w:t>
      </w:r>
      <w:bookmarkEnd w:id="93"/>
    </w:p>
    <w:p w14:paraId="1B66F682" w14:textId="77777777" w:rsidR="00F81D60" w:rsidRDefault="00000000">
      <w:pPr>
        <w:pStyle w:val="Reference"/>
      </w:pPr>
      <w:r>
        <w:t>Base documentale: [AZ] gestione documentale. Le istruzioni operative e i moduli sono elaborazioni aziendali del modello [AZ].</w:t>
      </w:r>
    </w:p>
    <w:p w14:paraId="580B8BF4" w14:textId="77777777" w:rsidR="00F81D60" w:rsidRDefault="00000000">
      <w:r>
        <w:t>CLASSIFICAZIONE: SISTEMA. Ogni modifica che incide su ruoli, canali, dati, sicurezza o diritti va valutata prima della pubblicazione; distinguere il modello originario dalla versione adottata dall’azienda.</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5BB47916" w14:textId="77777777">
        <w:trPr>
          <w:tblHeader/>
          <w:jc w:val="center"/>
        </w:trPr>
        <w:tc>
          <w:tcPr>
            <w:tcW w:w="2948" w:type="dxa"/>
            <w:shd w:val="clear" w:color="auto" w:fill="17324D"/>
            <w:vAlign w:val="center"/>
          </w:tcPr>
          <w:p w14:paraId="4E04E85B" w14:textId="77777777" w:rsidR="00F81D60" w:rsidRDefault="00000000">
            <w:pPr>
              <w:pStyle w:val="TableText"/>
              <w:spacing w:before="40" w:after="40"/>
            </w:pPr>
            <w:r>
              <w:rPr>
                <w:b/>
                <w:color w:val="FFFFFF"/>
              </w:rPr>
              <w:t>Campo</w:t>
            </w:r>
          </w:p>
        </w:tc>
        <w:tc>
          <w:tcPr>
            <w:tcW w:w="7030" w:type="dxa"/>
            <w:shd w:val="clear" w:color="auto" w:fill="17324D"/>
            <w:vAlign w:val="center"/>
          </w:tcPr>
          <w:p w14:paraId="2D52C74C" w14:textId="77777777" w:rsidR="00F81D60" w:rsidRDefault="00000000">
            <w:pPr>
              <w:pStyle w:val="TableText"/>
              <w:spacing w:before="40" w:after="40"/>
            </w:pPr>
            <w:r>
              <w:rPr>
                <w:b/>
                <w:color w:val="FFFFFF"/>
              </w:rPr>
              <w:t>Compilazione / decisione aziendale</w:t>
            </w:r>
          </w:p>
        </w:tc>
      </w:tr>
      <w:tr w:rsidR="00F81D60" w14:paraId="61FA8447" w14:textId="77777777">
        <w:trPr>
          <w:cantSplit/>
          <w:jc w:val="center"/>
        </w:trPr>
        <w:tc>
          <w:tcPr>
            <w:tcW w:w="2948" w:type="dxa"/>
            <w:vAlign w:val="center"/>
          </w:tcPr>
          <w:p w14:paraId="35962FF6" w14:textId="77777777" w:rsidR="00F81D60" w:rsidRDefault="00000000">
            <w:pPr>
              <w:pStyle w:val="TableText"/>
              <w:spacing w:before="40" w:after="40"/>
            </w:pPr>
            <w:r>
              <w:t>Documento controllato</w:t>
            </w:r>
          </w:p>
        </w:tc>
        <w:tc>
          <w:tcPr>
            <w:tcW w:w="7030" w:type="dxa"/>
            <w:vAlign w:val="center"/>
          </w:tcPr>
          <w:p w14:paraId="5DBACA94" w14:textId="77777777" w:rsidR="00F81D60" w:rsidRDefault="00000000">
            <w:pPr>
              <w:pStyle w:val="TableText"/>
              <w:spacing w:before="40" w:after="40"/>
            </w:pPr>
            <w:r>
              <w:t>Codice: [ ]  •  titolo: [ ]  •  responsabile: [ ]</w:t>
            </w:r>
          </w:p>
        </w:tc>
      </w:tr>
      <w:tr w:rsidR="00F81D60" w14:paraId="4772EBD0" w14:textId="77777777">
        <w:trPr>
          <w:cantSplit/>
          <w:jc w:val="center"/>
        </w:trPr>
        <w:tc>
          <w:tcPr>
            <w:tcW w:w="2948" w:type="dxa"/>
            <w:shd w:val="clear" w:color="auto" w:fill="F5F7F9"/>
            <w:vAlign w:val="center"/>
          </w:tcPr>
          <w:p w14:paraId="62B182F0" w14:textId="77777777" w:rsidR="00F81D60" w:rsidRDefault="00000000">
            <w:pPr>
              <w:pStyle w:val="TableText"/>
              <w:spacing w:before="40" w:after="40"/>
            </w:pPr>
            <w:r>
              <w:t>Archivio ufficiale</w:t>
            </w:r>
          </w:p>
        </w:tc>
        <w:tc>
          <w:tcPr>
            <w:tcW w:w="7030" w:type="dxa"/>
            <w:shd w:val="clear" w:color="auto" w:fill="F5F7F9"/>
            <w:vAlign w:val="center"/>
          </w:tcPr>
          <w:p w14:paraId="4EF927A6" w14:textId="77777777" w:rsidR="00F81D60" w:rsidRDefault="00000000">
            <w:pPr>
              <w:pStyle w:val="TableText"/>
              <w:spacing w:before="40" w:after="40"/>
            </w:pPr>
            <w:r>
              <w:t>[percorso, custode, formato e autorizzazioni]</w:t>
            </w:r>
          </w:p>
        </w:tc>
      </w:tr>
    </w:tbl>
    <w:p w14:paraId="1ECD629B"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1701"/>
        <w:gridCol w:w="4705"/>
        <w:gridCol w:w="3571"/>
      </w:tblGrid>
      <w:tr w:rsidR="00F81D60" w14:paraId="32B486EF" w14:textId="77777777">
        <w:trPr>
          <w:tblHeader/>
          <w:jc w:val="center"/>
        </w:trPr>
        <w:tc>
          <w:tcPr>
            <w:tcW w:w="1701" w:type="dxa"/>
            <w:shd w:val="clear" w:color="auto" w:fill="17324D"/>
            <w:vAlign w:val="center"/>
          </w:tcPr>
          <w:p w14:paraId="484C9832" w14:textId="77777777" w:rsidR="00F81D60" w:rsidRDefault="00000000">
            <w:pPr>
              <w:pStyle w:val="TableText"/>
              <w:spacing w:before="40" w:after="40"/>
            </w:pPr>
            <w:r>
              <w:rPr>
                <w:b/>
                <w:color w:val="FFFFFF"/>
              </w:rPr>
              <w:t>Rev. / data</w:t>
            </w:r>
          </w:p>
        </w:tc>
        <w:tc>
          <w:tcPr>
            <w:tcW w:w="4706" w:type="dxa"/>
            <w:shd w:val="clear" w:color="auto" w:fill="17324D"/>
            <w:vAlign w:val="center"/>
          </w:tcPr>
          <w:p w14:paraId="3D777F5F" w14:textId="77777777" w:rsidR="00F81D60" w:rsidRDefault="00000000">
            <w:pPr>
              <w:pStyle w:val="TableText"/>
              <w:spacing w:before="40" w:after="40"/>
            </w:pPr>
            <w:r>
              <w:rPr>
                <w:b/>
                <w:color w:val="FFFFFF"/>
              </w:rPr>
              <w:t>Modifica e motivo</w:t>
            </w:r>
          </w:p>
        </w:tc>
        <w:tc>
          <w:tcPr>
            <w:tcW w:w="3572" w:type="dxa"/>
            <w:shd w:val="clear" w:color="auto" w:fill="17324D"/>
            <w:vAlign w:val="center"/>
          </w:tcPr>
          <w:p w14:paraId="2C5E24BF" w14:textId="77777777" w:rsidR="00F81D60" w:rsidRDefault="00000000">
            <w:pPr>
              <w:pStyle w:val="TableText"/>
              <w:spacing w:before="40" w:after="40"/>
            </w:pPr>
            <w:r>
              <w:rPr>
                <w:b/>
                <w:color w:val="FFFFFF"/>
              </w:rPr>
              <w:t>Verifica / approvazione / efficacia</w:t>
            </w:r>
          </w:p>
        </w:tc>
      </w:tr>
      <w:tr w:rsidR="00F81D60" w14:paraId="3207460E" w14:textId="77777777">
        <w:trPr>
          <w:cantSplit/>
          <w:trHeight w:val="567"/>
          <w:jc w:val="center"/>
        </w:trPr>
        <w:tc>
          <w:tcPr>
            <w:tcW w:w="1701" w:type="dxa"/>
            <w:vAlign w:val="center"/>
          </w:tcPr>
          <w:p w14:paraId="52A9469B" w14:textId="77777777" w:rsidR="00F81D60" w:rsidRDefault="00000000">
            <w:pPr>
              <w:pStyle w:val="TableText"/>
              <w:spacing w:before="40" w:after="40"/>
            </w:pPr>
            <w:r>
              <w:t>00 / [data]</w:t>
            </w:r>
          </w:p>
        </w:tc>
        <w:tc>
          <w:tcPr>
            <w:tcW w:w="4706" w:type="dxa"/>
            <w:vAlign w:val="center"/>
          </w:tcPr>
          <w:p w14:paraId="43068299" w14:textId="77777777" w:rsidR="00F81D60" w:rsidRDefault="00000000">
            <w:pPr>
              <w:pStyle w:val="TableText"/>
              <w:spacing w:before="40" w:after="40"/>
            </w:pPr>
            <w:r>
              <w:t>Prima adozione aziendale; completamento del modello.</w:t>
            </w:r>
          </w:p>
        </w:tc>
        <w:tc>
          <w:tcPr>
            <w:tcW w:w="3572" w:type="dxa"/>
            <w:vAlign w:val="center"/>
          </w:tcPr>
          <w:p w14:paraId="6BCCFCB3" w14:textId="77777777" w:rsidR="00F81D60" w:rsidRDefault="00000000">
            <w:pPr>
              <w:pStyle w:val="TableText"/>
              <w:spacing w:before="40" w:after="40"/>
            </w:pPr>
            <w:r>
              <w:t>[compilare]</w:t>
            </w:r>
          </w:p>
        </w:tc>
      </w:tr>
      <w:tr w:rsidR="00F81D60" w14:paraId="4CBB6F16" w14:textId="77777777">
        <w:trPr>
          <w:cantSplit/>
          <w:trHeight w:val="567"/>
          <w:jc w:val="center"/>
        </w:trPr>
        <w:tc>
          <w:tcPr>
            <w:tcW w:w="1701" w:type="dxa"/>
            <w:shd w:val="clear" w:color="auto" w:fill="F5F7F9"/>
            <w:vAlign w:val="center"/>
          </w:tcPr>
          <w:p w14:paraId="5C1757A2" w14:textId="77777777" w:rsidR="00F81D60" w:rsidRDefault="00000000">
            <w:pPr>
              <w:pStyle w:val="TableText"/>
              <w:spacing w:before="40" w:after="40"/>
            </w:pPr>
            <w:r>
              <w:t>[compilare]</w:t>
            </w:r>
          </w:p>
        </w:tc>
        <w:tc>
          <w:tcPr>
            <w:tcW w:w="4706" w:type="dxa"/>
            <w:shd w:val="clear" w:color="auto" w:fill="F5F7F9"/>
            <w:vAlign w:val="center"/>
          </w:tcPr>
          <w:p w14:paraId="0689C5CF" w14:textId="77777777" w:rsidR="00F81D60" w:rsidRDefault="00000000">
            <w:pPr>
              <w:pStyle w:val="TableText"/>
              <w:spacing w:before="40" w:after="40"/>
            </w:pPr>
            <w:r>
              <w:t>[compilare]</w:t>
            </w:r>
          </w:p>
        </w:tc>
        <w:tc>
          <w:tcPr>
            <w:tcW w:w="3572" w:type="dxa"/>
            <w:shd w:val="clear" w:color="auto" w:fill="F5F7F9"/>
            <w:vAlign w:val="center"/>
          </w:tcPr>
          <w:p w14:paraId="6E765583" w14:textId="77777777" w:rsidR="00F81D60" w:rsidRDefault="00000000">
            <w:pPr>
              <w:pStyle w:val="TableText"/>
              <w:spacing w:before="40" w:after="40"/>
            </w:pPr>
            <w:r>
              <w:t>[compilare]</w:t>
            </w:r>
          </w:p>
        </w:tc>
      </w:tr>
      <w:tr w:rsidR="00F81D60" w14:paraId="2EAC8162" w14:textId="77777777">
        <w:trPr>
          <w:cantSplit/>
          <w:trHeight w:val="567"/>
          <w:jc w:val="center"/>
        </w:trPr>
        <w:tc>
          <w:tcPr>
            <w:tcW w:w="1701" w:type="dxa"/>
            <w:vAlign w:val="center"/>
          </w:tcPr>
          <w:p w14:paraId="4DA1796E" w14:textId="77777777" w:rsidR="00F81D60" w:rsidRDefault="00000000">
            <w:pPr>
              <w:pStyle w:val="TableText"/>
              <w:spacing w:before="40" w:after="40"/>
            </w:pPr>
            <w:r>
              <w:t>[compilare]</w:t>
            </w:r>
          </w:p>
        </w:tc>
        <w:tc>
          <w:tcPr>
            <w:tcW w:w="4706" w:type="dxa"/>
            <w:vAlign w:val="center"/>
          </w:tcPr>
          <w:p w14:paraId="46BC5404" w14:textId="77777777" w:rsidR="00F81D60" w:rsidRDefault="00000000">
            <w:pPr>
              <w:pStyle w:val="TableText"/>
              <w:spacing w:before="40" w:after="40"/>
            </w:pPr>
            <w:r>
              <w:t>[compilare]</w:t>
            </w:r>
          </w:p>
        </w:tc>
        <w:tc>
          <w:tcPr>
            <w:tcW w:w="3572" w:type="dxa"/>
            <w:vAlign w:val="center"/>
          </w:tcPr>
          <w:p w14:paraId="41EFFC3D" w14:textId="77777777" w:rsidR="00F81D60" w:rsidRDefault="00000000">
            <w:pPr>
              <w:pStyle w:val="TableText"/>
              <w:spacing w:before="40" w:after="40"/>
            </w:pPr>
            <w:r>
              <w:t>[compilare]</w:t>
            </w:r>
          </w:p>
        </w:tc>
      </w:tr>
    </w:tbl>
    <w:p w14:paraId="2AEC628C" w14:textId="77777777" w:rsidR="00F81D60" w:rsidRDefault="00F81D60">
      <w:pPr>
        <w:spacing w:after="0"/>
      </w:pPr>
    </w:p>
    <w:p w14:paraId="498D5573" w14:textId="77777777" w:rsidR="00F81D60" w:rsidRDefault="00000000">
      <w:pPr>
        <w:pStyle w:val="Titolo2"/>
      </w:pPr>
      <w:r>
        <w:t>Lista di distribuzione per versione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437"/>
        <w:gridCol w:w="4592"/>
        <w:gridCol w:w="2948"/>
      </w:tblGrid>
      <w:tr w:rsidR="00F81D60" w14:paraId="527A308F" w14:textId="77777777">
        <w:trPr>
          <w:tblHeader/>
          <w:jc w:val="center"/>
        </w:trPr>
        <w:tc>
          <w:tcPr>
            <w:tcW w:w="2438" w:type="dxa"/>
            <w:shd w:val="clear" w:color="auto" w:fill="17324D"/>
            <w:vAlign w:val="center"/>
          </w:tcPr>
          <w:p w14:paraId="4E13E648" w14:textId="77777777" w:rsidR="00F81D60" w:rsidRDefault="00000000">
            <w:pPr>
              <w:pStyle w:val="TableText"/>
              <w:spacing w:before="40" w:after="40"/>
            </w:pPr>
            <w:r>
              <w:rPr>
                <w:b/>
                <w:color w:val="FFFFFF"/>
              </w:rPr>
              <w:t>Destinatario / gruppo</w:t>
            </w:r>
          </w:p>
        </w:tc>
        <w:tc>
          <w:tcPr>
            <w:tcW w:w="4592" w:type="dxa"/>
            <w:shd w:val="clear" w:color="auto" w:fill="17324D"/>
            <w:vAlign w:val="center"/>
          </w:tcPr>
          <w:p w14:paraId="6C763943" w14:textId="77777777" w:rsidR="00F81D60" w:rsidRDefault="00000000">
            <w:pPr>
              <w:pStyle w:val="TableText"/>
              <w:spacing w:before="40" w:after="40"/>
            </w:pPr>
            <w:r>
              <w:rPr>
                <w:b/>
                <w:color w:val="FFFFFF"/>
              </w:rPr>
              <w:t>Contenuto distribuito</w:t>
            </w:r>
          </w:p>
        </w:tc>
        <w:tc>
          <w:tcPr>
            <w:tcW w:w="2948" w:type="dxa"/>
            <w:shd w:val="clear" w:color="auto" w:fill="17324D"/>
            <w:vAlign w:val="center"/>
          </w:tcPr>
          <w:p w14:paraId="0E7FA8C4" w14:textId="77777777" w:rsidR="00F81D60" w:rsidRDefault="00000000">
            <w:pPr>
              <w:pStyle w:val="TableText"/>
              <w:spacing w:before="40" w:after="40"/>
            </w:pPr>
            <w:r>
              <w:rPr>
                <w:b/>
                <w:color w:val="FFFFFF"/>
              </w:rPr>
              <w:t>Consegna / ritiro precedente</w:t>
            </w:r>
          </w:p>
        </w:tc>
      </w:tr>
      <w:tr w:rsidR="00F81D60" w14:paraId="22F5C080" w14:textId="77777777">
        <w:trPr>
          <w:cantSplit/>
          <w:jc w:val="center"/>
        </w:trPr>
        <w:tc>
          <w:tcPr>
            <w:tcW w:w="2438" w:type="dxa"/>
            <w:vAlign w:val="center"/>
          </w:tcPr>
          <w:p w14:paraId="34A5B11F" w14:textId="77777777" w:rsidR="00F81D60" w:rsidRDefault="00000000">
            <w:pPr>
              <w:pStyle w:val="TableText"/>
              <w:spacing w:before="40" w:after="40"/>
            </w:pPr>
            <w:r>
              <w:t>Personale</w:t>
            </w:r>
          </w:p>
        </w:tc>
        <w:tc>
          <w:tcPr>
            <w:tcW w:w="4592" w:type="dxa"/>
            <w:vAlign w:val="center"/>
          </w:tcPr>
          <w:p w14:paraId="5388BD90" w14:textId="77777777" w:rsidR="00F81D60" w:rsidRDefault="00000000">
            <w:pPr>
              <w:pStyle w:val="TableText"/>
              <w:spacing w:before="40" w:after="40"/>
            </w:pPr>
            <w:r>
              <w:t>Procedura e allegati di sistema pertinenti; moduli vuoti.</w:t>
            </w:r>
          </w:p>
        </w:tc>
        <w:tc>
          <w:tcPr>
            <w:tcW w:w="2948" w:type="dxa"/>
            <w:vAlign w:val="center"/>
          </w:tcPr>
          <w:p w14:paraId="3FDD2C35" w14:textId="77777777" w:rsidR="00F81D60" w:rsidRDefault="00000000">
            <w:pPr>
              <w:pStyle w:val="TableText"/>
              <w:spacing w:before="40" w:after="40"/>
            </w:pPr>
            <w:r>
              <w:t>[canale / data / versione]</w:t>
            </w:r>
          </w:p>
        </w:tc>
      </w:tr>
      <w:tr w:rsidR="00F81D60" w14:paraId="75CC78D1" w14:textId="77777777">
        <w:trPr>
          <w:cantSplit/>
          <w:jc w:val="center"/>
        </w:trPr>
        <w:tc>
          <w:tcPr>
            <w:tcW w:w="2438" w:type="dxa"/>
            <w:shd w:val="clear" w:color="auto" w:fill="F5F7F9"/>
            <w:vAlign w:val="center"/>
          </w:tcPr>
          <w:p w14:paraId="48E6C0C5" w14:textId="77777777" w:rsidR="00F81D60" w:rsidRDefault="00000000">
            <w:pPr>
              <w:pStyle w:val="TableText"/>
              <w:spacing w:before="40" w:after="40"/>
            </w:pPr>
            <w:r>
              <w:t>Referenti autorizzati</w:t>
            </w:r>
          </w:p>
        </w:tc>
        <w:tc>
          <w:tcPr>
            <w:tcW w:w="4592" w:type="dxa"/>
            <w:shd w:val="clear" w:color="auto" w:fill="F5F7F9"/>
            <w:vAlign w:val="center"/>
          </w:tcPr>
          <w:p w14:paraId="577E3057" w14:textId="77777777" w:rsidR="00F81D60" w:rsidRDefault="00000000">
            <w:pPr>
              <w:pStyle w:val="TableText"/>
              <w:spacing w:before="40" w:after="40"/>
            </w:pPr>
            <w:r>
              <w:t>Istruzioni riservate e moduli individuali vuoti.</w:t>
            </w:r>
          </w:p>
        </w:tc>
        <w:tc>
          <w:tcPr>
            <w:tcW w:w="2948" w:type="dxa"/>
            <w:shd w:val="clear" w:color="auto" w:fill="F5F7F9"/>
            <w:vAlign w:val="center"/>
          </w:tcPr>
          <w:p w14:paraId="1F114D3A" w14:textId="77777777" w:rsidR="00F81D60" w:rsidRDefault="00000000">
            <w:pPr>
              <w:pStyle w:val="TableText"/>
              <w:spacing w:before="40" w:after="40"/>
            </w:pPr>
            <w:r>
              <w:t>[canale / data / accessi]</w:t>
            </w:r>
          </w:p>
        </w:tc>
      </w:tr>
      <w:tr w:rsidR="00F81D60" w14:paraId="668F1017" w14:textId="77777777">
        <w:trPr>
          <w:cantSplit/>
          <w:jc w:val="center"/>
        </w:trPr>
        <w:tc>
          <w:tcPr>
            <w:tcW w:w="2438" w:type="dxa"/>
            <w:vAlign w:val="center"/>
          </w:tcPr>
          <w:p w14:paraId="4043E675" w14:textId="77777777" w:rsidR="00F81D60" w:rsidRDefault="00000000">
            <w:pPr>
              <w:pStyle w:val="TableText"/>
              <w:spacing w:before="40" w:after="40"/>
            </w:pPr>
            <w:r>
              <w:t>Manager e funzioni operative</w:t>
            </w:r>
          </w:p>
        </w:tc>
        <w:tc>
          <w:tcPr>
            <w:tcW w:w="4592" w:type="dxa"/>
            <w:vAlign w:val="center"/>
          </w:tcPr>
          <w:p w14:paraId="07ECEC27" w14:textId="77777777" w:rsidR="00F81D60" w:rsidRDefault="00000000">
            <w:pPr>
              <w:pStyle w:val="TableText"/>
              <w:spacing w:before="40" w:after="40"/>
            </w:pPr>
            <w:r>
              <w:t>Istruzioni e strumenti pertinenti al ruolo.</w:t>
            </w:r>
          </w:p>
        </w:tc>
        <w:tc>
          <w:tcPr>
            <w:tcW w:w="2948" w:type="dxa"/>
            <w:vAlign w:val="center"/>
          </w:tcPr>
          <w:p w14:paraId="272C38E2" w14:textId="77777777" w:rsidR="00F81D60" w:rsidRDefault="00000000">
            <w:pPr>
              <w:pStyle w:val="TableText"/>
              <w:spacing w:before="40" w:after="40"/>
            </w:pPr>
            <w:r>
              <w:t>[canale / data]</w:t>
            </w:r>
          </w:p>
        </w:tc>
      </w:tr>
      <w:tr w:rsidR="00F81D60" w14:paraId="066BF858" w14:textId="77777777">
        <w:trPr>
          <w:cantSplit/>
          <w:jc w:val="center"/>
        </w:trPr>
        <w:tc>
          <w:tcPr>
            <w:tcW w:w="2438" w:type="dxa"/>
            <w:shd w:val="clear" w:color="auto" w:fill="F5F7F9"/>
            <w:vAlign w:val="center"/>
          </w:tcPr>
          <w:p w14:paraId="196921F7" w14:textId="77777777" w:rsidR="00F81D60" w:rsidRDefault="00000000">
            <w:pPr>
              <w:pStyle w:val="TableText"/>
              <w:spacing w:before="40" w:after="40"/>
            </w:pPr>
            <w:r>
              <w:t>Altri destinatari necessari</w:t>
            </w:r>
          </w:p>
        </w:tc>
        <w:tc>
          <w:tcPr>
            <w:tcW w:w="4592" w:type="dxa"/>
            <w:shd w:val="clear" w:color="auto" w:fill="F5F7F9"/>
            <w:vAlign w:val="center"/>
          </w:tcPr>
          <w:p w14:paraId="7148D1E0" w14:textId="77777777" w:rsidR="00F81D60" w:rsidRDefault="00000000">
            <w:pPr>
              <w:pStyle w:val="TableText"/>
              <w:spacing w:before="40" w:after="40"/>
            </w:pPr>
            <w:r>
              <w:t>[definire perimetro; non inviare fascicoli compilati]</w:t>
            </w:r>
          </w:p>
        </w:tc>
        <w:tc>
          <w:tcPr>
            <w:tcW w:w="2948" w:type="dxa"/>
            <w:shd w:val="clear" w:color="auto" w:fill="F5F7F9"/>
            <w:vAlign w:val="center"/>
          </w:tcPr>
          <w:p w14:paraId="11A873B7" w14:textId="77777777" w:rsidR="00F81D60" w:rsidRDefault="00000000">
            <w:pPr>
              <w:pStyle w:val="TableText"/>
              <w:spacing w:before="40" w:after="40"/>
            </w:pPr>
            <w:r>
              <w:t>[canale / data]</w:t>
            </w:r>
          </w:p>
        </w:tc>
      </w:tr>
    </w:tbl>
    <w:p w14:paraId="7722F8AB"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1B3E7D33" w14:textId="77777777">
        <w:trPr>
          <w:tblHeader/>
          <w:jc w:val="center"/>
        </w:trPr>
        <w:tc>
          <w:tcPr>
            <w:tcW w:w="2948" w:type="dxa"/>
            <w:shd w:val="clear" w:color="auto" w:fill="17324D"/>
            <w:vAlign w:val="center"/>
          </w:tcPr>
          <w:p w14:paraId="13AABAE0" w14:textId="77777777" w:rsidR="00F81D60" w:rsidRDefault="00000000">
            <w:pPr>
              <w:pStyle w:val="TableText"/>
              <w:spacing w:before="40" w:after="40"/>
            </w:pPr>
            <w:r>
              <w:rPr>
                <w:b/>
                <w:color w:val="FFFFFF"/>
              </w:rPr>
              <w:t>Campo</w:t>
            </w:r>
          </w:p>
        </w:tc>
        <w:tc>
          <w:tcPr>
            <w:tcW w:w="7030" w:type="dxa"/>
            <w:shd w:val="clear" w:color="auto" w:fill="17324D"/>
            <w:vAlign w:val="center"/>
          </w:tcPr>
          <w:p w14:paraId="17CFD581" w14:textId="77777777" w:rsidR="00F81D60" w:rsidRDefault="00000000">
            <w:pPr>
              <w:pStyle w:val="TableText"/>
              <w:spacing w:before="40" w:after="40"/>
            </w:pPr>
            <w:r>
              <w:rPr>
                <w:b/>
                <w:color w:val="FFFFFF"/>
              </w:rPr>
              <w:t>Compilazione / decisione aziendale</w:t>
            </w:r>
          </w:p>
        </w:tc>
      </w:tr>
      <w:tr w:rsidR="00F81D60" w14:paraId="71654808" w14:textId="77777777">
        <w:trPr>
          <w:cantSplit/>
          <w:jc w:val="center"/>
        </w:trPr>
        <w:tc>
          <w:tcPr>
            <w:tcW w:w="2948" w:type="dxa"/>
            <w:vAlign w:val="center"/>
          </w:tcPr>
          <w:p w14:paraId="4755BE01" w14:textId="77777777" w:rsidR="00F81D60" w:rsidRDefault="00000000">
            <w:pPr>
              <w:pStyle w:val="TableText"/>
              <w:spacing w:before="40" w:after="40"/>
            </w:pPr>
            <w:r>
              <w:t>Controllo del cambiamento</w:t>
            </w:r>
          </w:p>
        </w:tc>
        <w:tc>
          <w:tcPr>
            <w:tcW w:w="7030" w:type="dxa"/>
            <w:vAlign w:val="center"/>
          </w:tcPr>
          <w:p w14:paraId="3F671A35" w14:textId="77777777" w:rsidR="00F81D60" w:rsidRDefault="00000000">
            <w:pPr>
              <w:pStyle w:val="TableText"/>
              <w:spacing w:before="40" w:after="40"/>
            </w:pPr>
            <w:r>
              <w:t>Impatto su sicurezza [ ]  privacy [ ]  contratto/HR [ ]  formazione [ ]</w:t>
            </w:r>
            <w:r>
              <w:br/>
              <w:t>Documenti collegati da aggiornare: [ ]</w:t>
            </w:r>
          </w:p>
        </w:tc>
      </w:tr>
      <w:tr w:rsidR="00F81D60" w14:paraId="012FEAAD" w14:textId="77777777">
        <w:trPr>
          <w:cantSplit/>
          <w:jc w:val="center"/>
        </w:trPr>
        <w:tc>
          <w:tcPr>
            <w:tcW w:w="2948" w:type="dxa"/>
            <w:shd w:val="clear" w:color="auto" w:fill="F5F7F9"/>
            <w:vAlign w:val="center"/>
          </w:tcPr>
          <w:p w14:paraId="55894082" w14:textId="77777777" w:rsidR="00F81D60" w:rsidRDefault="00000000">
            <w:pPr>
              <w:pStyle w:val="TableText"/>
              <w:spacing w:before="40" w:after="40"/>
            </w:pPr>
            <w:r>
              <w:t>Revoca versioni superate</w:t>
            </w:r>
          </w:p>
        </w:tc>
        <w:tc>
          <w:tcPr>
            <w:tcW w:w="7030" w:type="dxa"/>
            <w:shd w:val="clear" w:color="auto" w:fill="F5F7F9"/>
            <w:vAlign w:val="center"/>
          </w:tcPr>
          <w:p w14:paraId="0D7CA0C2" w14:textId="77777777" w:rsidR="00F81D60" w:rsidRDefault="00000000">
            <w:pPr>
              <w:pStyle w:val="TableText"/>
              <w:spacing w:before="40" w:after="40"/>
            </w:pPr>
            <w:r>
              <w:t>[ritiro moduli, link, copie operative; conservazione controllata motivata]</w:t>
            </w:r>
          </w:p>
        </w:tc>
      </w:tr>
      <w:tr w:rsidR="00F81D60" w14:paraId="0FA721A5" w14:textId="77777777">
        <w:trPr>
          <w:cantSplit/>
          <w:jc w:val="center"/>
        </w:trPr>
        <w:tc>
          <w:tcPr>
            <w:tcW w:w="2948" w:type="dxa"/>
            <w:vAlign w:val="center"/>
          </w:tcPr>
          <w:p w14:paraId="264AAB2B" w14:textId="77777777" w:rsidR="00F81D60" w:rsidRDefault="00000000">
            <w:pPr>
              <w:pStyle w:val="TableText"/>
              <w:spacing w:before="40" w:after="40"/>
            </w:pPr>
            <w:r>
              <w:t>Comunicazione / formazione</w:t>
            </w:r>
          </w:p>
        </w:tc>
        <w:tc>
          <w:tcPr>
            <w:tcW w:w="7030" w:type="dxa"/>
            <w:vAlign w:val="center"/>
          </w:tcPr>
          <w:p w14:paraId="19954C91" w14:textId="77777777" w:rsidR="00F81D60" w:rsidRDefault="00000000">
            <w:pPr>
              <w:pStyle w:val="TableText"/>
              <w:spacing w:before="40" w:after="40"/>
            </w:pPr>
            <w:r>
              <w:t>[cosa cambia, a chi comunicarlo, conferma ricezione e verifica]</w:t>
            </w:r>
          </w:p>
        </w:tc>
      </w:tr>
    </w:tbl>
    <w:p w14:paraId="19C2734C"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7D307E57" w14:textId="77777777">
        <w:trPr>
          <w:tblHeader/>
          <w:jc w:val="center"/>
        </w:trPr>
        <w:tc>
          <w:tcPr>
            <w:tcW w:w="3326" w:type="dxa"/>
            <w:shd w:val="clear" w:color="auto" w:fill="17324D"/>
            <w:vAlign w:val="center"/>
          </w:tcPr>
          <w:p w14:paraId="53CDFD38" w14:textId="77777777" w:rsidR="00F81D60" w:rsidRDefault="00000000">
            <w:pPr>
              <w:pStyle w:val="TableText"/>
              <w:spacing w:before="40" w:after="40"/>
            </w:pPr>
            <w:r>
              <w:rPr>
                <w:b/>
                <w:color w:val="FFFFFF"/>
              </w:rPr>
              <w:t>Redazione</w:t>
            </w:r>
          </w:p>
        </w:tc>
        <w:tc>
          <w:tcPr>
            <w:tcW w:w="3326" w:type="dxa"/>
            <w:shd w:val="clear" w:color="auto" w:fill="17324D"/>
            <w:vAlign w:val="center"/>
          </w:tcPr>
          <w:p w14:paraId="20781DEE" w14:textId="77777777" w:rsidR="00F81D60" w:rsidRDefault="00000000">
            <w:pPr>
              <w:pStyle w:val="TableText"/>
              <w:spacing w:before="40" w:after="40"/>
            </w:pPr>
            <w:r>
              <w:rPr>
                <w:b/>
                <w:color w:val="FFFFFF"/>
              </w:rPr>
              <w:t>Verifica / approvazione</w:t>
            </w:r>
          </w:p>
        </w:tc>
        <w:tc>
          <w:tcPr>
            <w:tcW w:w="3326" w:type="dxa"/>
            <w:shd w:val="clear" w:color="auto" w:fill="17324D"/>
            <w:vAlign w:val="center"/>
          </w:tcPr>
          <w:p w14:paraId="3B2107AE" w14:textId="77777777" w:rsidR="00F81D60" w:rsidRDefault="00000000">
            <w:pPr>
              <w:pStyle w:val="TableText"/>
              <w:spacing w:before="40" w:after="40"/>
            </w:pPr>
            <w:r>
              <w:rPr>
                <w:b/>
                <w:color w:val="FFFFFF"/>
              </w:rPr>
              <w:t>Data</w:t>
            </w:r>
          </w:p>
        </w:tc>
      </w:tr>
      <w:tr w:rsidR="00F81D60" w14:paraId="1EA70B3E" w14:textId="77777777">
        <w:trPr>
          <w:cantSplit/>
          <w:trHeight w:val="454"/>
          <w:jc w:val="center"/>
        </w:trPr>
        <w:tc>
          <w:tcPr>
            <w:tcW w:w="3326" w:type="dxa"/>
            <w:vAlign w:val="center"/>
          </w:tcPr>
          <w:p w14:paraId="486BD188" w14:textId="77777777" w:rsidR="00F81D60" w:rsidRDefault="00000000">
            <w:pPr>
              <w:pStyle w:val="TableText"/>
              <w:spacing w:before="40" w:after="40"/>
            </w:pPr>
            <w:r>
              <w:t>[compilare]</w:t>
            </w:r>
          </w:p>
        </w:tc>
        <w:tc>
          <w:tcPr>
            <w:tcW w:w="3326" w:type="dxa"/>
            <w:vAlign w:val="center"/>
          </w:tcPr>
          <w:p w14:paraId="6B52270B" w14:textId="77777777" w:rsidR="00F81D60" w:rsidRDefault="00000000">
            <w:pPr>
              <w:pStyle w:val="TableText"/>
              <w:spacing w:before="40" w:after="40"/>
            </w:pPr>
            <w:r>
              <w:t>[compilare]</w:t>
            </w:r>
          </w:p>
        </w:tc>
        <w:tc>
          <w:tcPr>
            <w:tcW w:w="3326" w:type="dxa"/>
            <w:vAlign w:val="center"/>
          </w:tcPr>
          <w:p w14:paraId="49B0CCA1" w14:textId="77777777" w:rsidR="00F81D60" w:rsidRDefault="00000000">
            <w:pPr>
              <w:pStyle w:val="TableText"/>
              <w:spacing w:before="40" w:after="40"/>
            </w:pPr>
            <w:r>
              <w:t>[compilare]</w:t>
            </w:r>
          </w:p>
        </w:tc>
      </w:tr>
    </w:tbl>
    <w:p w14:paraId="0966F955" w14:textId="77777777" w:rsidR="00F81D60" w:rsidRDefault="00F81D60">
      <w:pPr>
        <w:spacing w:after="0"/>
      </w:pPr>
    </w:p>
    <w:p w14:paraId="4E77E102" w14:textId="77777777" w:rsidR="00F81D60" w:rsidRDefault="00000000">
      <w:r>
        <w:br w:type="page"/>
      </w:r>
    </w:p>
    <w:p w14:paraId="67FFED3B" w14:textId="77777777" w:rsidR="00F81D60" w:rsidRDefault="00000000">
      <w:pPr>
        <w:pStyle w:val="Small"/>
      </w:pPr>
      <w:r>
        <w:rPr>
          <w:b/>
          <w:color w:val="006B70"/>
        </w:rPr>
        <w:t>ALLEGATO AZIENDALE  •  MOD-MM-27  •  parte 1</w:t>
      </w:r>
    </w:p>
    <w:p w14:paraId="603CD2AA" w14:textId="77777777" w:rsidR="00F81D60" w:rsidRDefault="00000000">
      <w:pPr>
        <w:pStyle w:val="Titolo1"/>
      </w:pPr>
      <w:bookmarkStart w:id="94" w:name="A27_1"/>
      <w:r>
        <w:t>A27 | Comunicazione di avvio al personale</w:t>
      </w:r>
      <w:bookmarkEnd w:id="94"/>
    </w:p>
    <w:p w14:paraId="186AA29F" w14:textId="77777777" w:rsidR="00F81D60" w:rsidRDefault="00000000">
      <w:pPr>
        <w:pStyle w:val="Reference"/>
      </w:pPr>
      <w:r>
        <w:t>Base documentale: [ISO] §§ 5.4 e 5.6; allegati E–F; [AZ] testo adattabile. Le istruzioni operative e i moduli sono elaborazioni aziendali del modello [AZ].</w:t>
      </w:r>
    </w:p>
    <w:p w14:paraId="4DED5F97" w14:textId="77777777" w:rsidR="00F81D60" w:rsidRDefault="00000000">
      <w:r>
        <w:t>MODELLO DI COMUNICAZIONE. Completare contatti e date solo dopo A30. Non presentare come attivi servizi o canali ancora in preparazione.</w:t>
      </w:r>
    </w:p>
    <w:p w14:paraId="2678F5AE" w14:textId="77777777" w:rsidR="00F81D60" w:rsidRDefault="00000000">
      <w:pPr>
        <w:pStyle w:val="Titolo2"/>
      </w:pPr>
      <w:r>
        <w:t>Oggetto: supporto e adattamenti del lavoro – nuovi riferimenti aziendali</w:t>
      </w:r>
    </w:p>
    <w:p w14:paraId="0975D52D" w14:textId="77777777" w:rsidR="00F81D60" w:rsidRDefault="00000000">
      <w:r>
        <w:t>La nostra organizzazione ha adottato dal [data] la procedura [codice e versione] per migliorare le condizioni di lavoro e rendere disponibili modalità di supporto anche rispetto alle esigenze legate alla salute mestruale e alla menopausa.</w:t>
      </w:r>
    </w:p>
    <w:p w14:paraId="087FE556" w14:textId="77777777" w:rsidR="00F81D60" w:rsidRDefault="00000000">
      <w:r>
        <w:t>Le esperienze sono diverse da persona a persona. Non presumiamo che chi mestrua o attraversa la menopausa abbia difficoltà o limitazioni, e nessuno è tenuto a raccontare la propria esperienza personale al gruppo di lavoro.</w:t>
      </w:r>
    </w:p>
    <w:p w14:paraId="2D8DBA62" w14:textId="77777777" w:rsidR="00F81D60" w:rsidRDefault="00000000">
      <w:r>
        <w:t>Chi incontra una difficoltà connessa alle condizioni lavorative può contattare in modo riservato [referente, canale sicuro, orari]. È disponibile anche il contatto alternativo [recapito]. È possibile chiedere un colloquio senza compilare inizialmente una descrizione sanitaria: il confronto riguarda l’attività da svolgere, le barriere presenti e le possibili soluzioni.</w:t>
      </w:r>
    </w:p>
    <w:p w14:paraId="31340689" w14:textId="77777777" w:rsidR="00F81D60" w:rsidRDefault="00000000">
      <w:r>
        <w:t>In funzione del caso saranno valutati adattamenti organizzativi o ambientali compatibili con sicurezza, attività e regole applicabili. Le misure sono concordate e riesaminate. Il referente non formula diagnosi, non consiglia terapie e non sostituisce i professionisti sanitari.</w:t>
      </w:r>
    </w:p>
    <w:p w14:paraId="33EB93CE" w14:textId="77777777" w:rsidR="00F81D60" w:rsidRDefault="00000000">
      <w:r>
        <w:t>Le informazioni sono trattate secondo l’informativa [codice e posizione accessibile]. Ai responsabili operativi vengono comunicate soltanto le istruzioni necessarie. Non inserire referti o dettagli sanitari in chat di gruppo, calendari condivisi o richieste di manutenzione.</w:t>
      </w:r>
    </w:p>
    <w:p w14:paraId="6F921E19" w14:textId="77777777" w:rsidR="00F81D60" w:rsidRDefault="00000000">
      <w:r>
        <w:t>Sono disponibili [descrivere servizi e risorse realmente attivi, sedi e orari]. La procedura e i moduli vuoti si trovano in [percorso]. Per difficoltà di accesso, dubbi o misure non funzionanti rivolgersi a [contatto].</w:t>
      </w:r>
    </w:p>
    <w:p w14:paraId="5399A43C" w14:textId="77777777" w:rsidR="00F81D60" w:rsidRDefault="00000000">
      <w:r>
        <w:t>Comportamenti derisori, stereotipi, divulgazioni improprie o conseguenze negative per una richiesta di supporto non sono accettabili. Le segnalazioni possono essere inviate al canale riservato [recapito], distinto dal responsabile direttamente coinvolto quando necessario.</w:t>
      </w:r>
    </w:p>
    <w:p w14:paraId="483E7514" w14:textId="77777777" w:rsidR="00F81D60" w:rsidRDefault="00000000">
      <w:r>
        <w:t>Per situazioni urgenti di sicurezza o emergenza restano attivi i consueti canali aziendali [riferimenti]. La procedura non introduce automaticamente nuovi congedi o diritti contrattuali e non limita quelli già applicabili.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E652754" w14:textId="77777777">
        <w:trPr>
          <w:tblHeader/>
          <w:jc w:val="center"/>
        </w:trPr>
        <w:tc>
          <w:tcPr>
            <w:tcW w:w="2948" w:type="dxa"/>
            <w:shd w:val="clear" w:color="auto" w:fill="17324D"/>
            <w:vAlign w:val="center"/>
          </w:tcPr>
          <w:p w14:paraId="1F1E4D98" w14:textId="77777777" w:rsidR="00F81D60" w:rsidRDefault="00000000">
            <w:pPr>
              <w:pStyle w:val="TableText"/>
              <w:spacing w:before="40" w:after="40"/>
            </w:pPr>
            <w:r>
              <w:rPr>
                <w:b/>
                <w:color w:val="FFFFFF"/>
              </w:rPr>
              <w:t>Campo</w:t>
            </w:r>
          </w:p>
        </w:tc>
        <w:tc>
          <w:tcPr>
            <w:tcW w:w="7030" w:type="dxa"/>
            <w:shd w:val="clear" w:color="auto" w:fill="17324D"/>
            <w:vAlign w:val="center"/>
          </w:tcPr>
          <w:p w14:paraId="68938513" w14:textId="77777777" w:rsidR="00F81D60" w:rsidRDefault="00000000">
            <w:pPr>
              <w:pStyle w:val="TableText"/>
              <w:spacing w:before="40" w:after="40"/>
            </w:pPr>
            <w:r>
              <w:rPr>
                <w:b/>
                <w:color w:val="FFFFFF"/>
              </w:rPr>
              <w:t>Compilazione / decisione aziendale</w:t>
            </w:r>
          </w:p>
        </w:tc>
      </w:tr>
      <w:tr w:rsidR="00F81D60" w14:paraId="55486E7F" w14:textId="77777777">
        <w:trPr>
          <w:cantSplit/>
          <w:jc w:val="center"/>
        </w:trPr>
        <w:tc>
          <w:tcPr>
            <w:tcW w:w="2948" w:type="dxa"/>
            <w:vAlign w:val="center"/>
          </w:tcPr>
          <w:p w14:paraId="09A2C445" w14:textId="77777777" w:rsidR="00F81D60" w:rsidRDefault="00000000">
            <w:pPr>
              <w:pStyle w:val="TableText"/>
              <w:spacing w:before="40" w:after="40"/>
            </w:pPr>
            <w:r>
              <w:t>Approvazione della comunicazione</w:t>
            </w:r>
          </w:p>
        </w:tc>
        <w:tc>
          <w:tcPr>
            <w:tcW w:w="7030" w:type="dxa"/>
            <w:vAlign w:val="center"/>
          </w:tcPr>
          <w:p w14:paraId="44503D32" w14:textId="77777777" w:rsidR="00F81D60" w:rsidRDefault="00000000">
            <w:pPr>
              <w:pStyle w:val="TableText"/>
              <w:spacing w:before="40" w:after="40"/>
            </w:pPr>
            <w:r>
              <w:t>Responsabile: [ ]  •  data: [ ]  •  coerenza con servizi attivi verificata: [ ]</w:t>
            </w:r>
          </w:p>
        </w:tc>
      </w:tr>
      <w:tr w:rsidR="00F81D60" w14:paraId="56922689" w14:textId="77777777">
        <w:trPr>
          <w:cantSplit/>
          <w:jc w:val="center"/>
        </w:trPr>
        <w:tc>
          <w:tcPr>
            <w:tcW w:w="2948" w:type="dxa"/>
            <w:shd w:val="clear" w:color="auto" w:fill="F5F7F9"/>
            <w:vAlign w:val="center"/>
          </w:tcPr>
          <w:p w14:paraId="56C3D4FA" w14:textId="77777777" w:rsidR="00F81D60" w:rsidRDefault="00000000">
            <w:pPr>
              <w:pStyle w:val="TableText"/>
              <w:spacing w:before="40" w:after="40"/>
            </w:pPr>
            <w:r>
              <w:t>Diffusione accessibile</w:t>
            </w:r>
          </w:p>
        </w:tc>
        <w:tc>
          <w:tcPr>
            <w:tcW w:w="7030" w:type="dxa"/>
            <w:shd w:val="clear" w:color="auto" w:fill="F5F7F9"/>
            <w:vAlign w:val="center"/>
          </w:tcPr>
          <w:p w14:paraId="31CE68AB" w14:textId="77777777" w:rsidR="00F81D60" w:rsidRDefault="00000000">
            <w:pPr>
              <w:pStyle w:val="TableText"/>
              <w:spacing w:before="40" w:after="40"/>
            </w:pPr>
            <w:r>
              <w:t>[canali, lingue/supporti necessari, turnisti, remoti e assenti]</w:t>
            </w:r>
          </w:p>
        </w:tc>
      </w:tr>
    </w:tbl>
    <w:p w14:paraId="3FDD3B5F" w14:textId="77777777" w:rsidR="00F81D60" w:rsidRDefault="00F81D60">
      <w:pPr>
        <w:spacing w:after="0"/>
      </w:pPr>
    </w:p>
    <w:p w14:paraId="253B910B" w14:textId="77777777" w:rsidR="00F81D60" w:rsidRDefault="00000000">
      <w:r>
        <w:br w:type="page"/>
      </w:r>
    </w:p>
    <w:p w14:paraId="79380B30" w14:textId="77777777" w:rsidR="00F81D60" w:rsidRDefault="00000000">
      <w:pPr>
        <w:pStyle w:val="Small"/>
      </w:pPr>
      <w:r>
        <w:rPr>
          <w:b/>
          <w:color w:val="006B70"/>
        </w:rPr>
        <w:t>ALLEGATO AZIENDALE  •  MOD-MM-27  •  parte 2</w:t>
      </w:r>
    </w:p>
    <w:p w14:paraId="7612397A" w14:textId="77777777" w:rsidR="00F81D60" w:rsidRDefault="00000000">
      <w:pPr>
        <w:pStyle w:val="Titolo1"/>
      </w:pPr>
      <w:bookmarkStart w:id="95" w:name="A27_2"/>
      <w:r>
        <w:t>A27 | Guida per il personale | domande frequenti</w:t>
      </w:r>
      <w:bookmarkEnd w:id="95"/>
    </w:p>
    <w:p w14:paraId="34340611" w14:textId="77777777" w:rsidR="00F81D60" w:rsidRDefault="00000000">
      <w:pPr>
        <w:pStyle w:val="Reference"/>
      </w:pPr>
      <w:r>
        <w:t>Base documentale: [ISO] §§ 5.3–5.7; [AZ]. Le istruzioni operative e i moduli sono elaborazioni aziendali del modello [AZ].</w:t>
      </w:r>
    </w:p>
    <w:p w14:paraId="4AD980AF" w14:textId="77777777" w:rsidR="00F81D60" w:rsidRDefault="00000000">
      <w:pPr>
        <w:pStyle w:val="Titolo2"/>
      </w:pPr>
      <w:r>
        <w:t>Devo dichiarare di essere in menopausa o descrivere il ciclo?</w:t>
      </w:r>
    </w:p>
    <w:p w14:paraId="152A907E" w14:textId="77777777" w:rsidR="00F81D60" w:rsidRDefault="00000000">
      <w:r>
        <w:t>No. Per iniziare il confronto puoi descrivere il problema nel lavoro e ciò che potrebbe aiutarti. Eventuali informazioni ulteriori devono essere davvero necessarie e gestite nel canale appropriato; il responsabile non deve raccogliere diagnosi o referti.</w:t>
      </w:r>
    </w:p>
    <w:p w14:paraId="1CF6003A" w14:textId="77777777" w:rsidR="00F81D60" w:rsidRDefault="00000000">
      <w:pPr>
        <w:pStyle w:val="Titolo2"/>
      </w:pPr>
      <w:r>
        <w:t>Posso chiedere supporto senza parlare al mio responsabile diretto?</w:t>
      </w:r>
    </w:p>
    <w:p w14:paraId="24736B5E" w14:textId="77777777" w:rsidR="00F81D60" w:rsidRDefault="00000000">
      <w:r>
        <w:t>Sì, tramite [contatto alternativo]. Puoi anche chiedere di essere accompagnato o accompagnata da una persona ammessa dalle regole aziendali e scelta da te, chiarendo ruoli e riservatezza.</w:t>
      </w:r>
    </w:p>
    <w:p w14:paraId="7AEAB4C2" w14:textId="77777777" w:rsidR="00F81D60" w:rsidRDefault="00000000">
      <w:pPr>
        <w:pStyle w:val="Titolo2"/>
      </w:pPr>
      <w:r>
        <w:t>Quali misure sono possibili?</w:t>
      </w:r>
    </w:p>
    <w:p w14:paraId="19257ED9" w14:textId="77777777" w:rsidR="00F81D60" w:rsidRDefault="00000000">
      <w:r>
        <w:t>Possono essere valutati accesso ai servizi, pause concretamente praticabili, postazioni, spazi di recupero, indumenti compatibili, orari o altre modifiche del lavoro. Non c’è una soluzione identica per tutti: ogni proposta è verificata anche rispetto alla sicurezza e alle condizioni applicabili.</w:t>
      </w:r>
    </w:p>
    <w:p w14:paraId="4E8014C9" w14:textId="77777777" w:rsidR="00F81D60" w:rsidRDefault="00000000">
      <w:pPr>
        <w:pStyle w:val="Titolo2"/>
      </w:pPr>
      <w:r>
        <w:t>I colleghi sapranno il motivo dell’adattamento?</w:t>
      </w:r>
    </w:p>
    <w:p w14:paraId="22AA4793" w14:textId="77777777" w:rsidR="00F81D60" w:rsidRDefault="00000000">
      <w:r>
        <w:t>Al gruppo vengono comunicate le sole informazioni operative necessarie, per esempio come coprire una pausa. Parlare con un referente non autorizza automaticamente a raccontare la tua situazione agli altri.</w:t>
      </w:r>
    </w:p>
    <w:p w14:paraId="7988A319" w14:textId="77777777" w:rsidR="00F81D60" w:rsidRDefault="00000000">
      <w:pPr>
        <w:pStyle w:val="Titolo2"/>
      </w:pPr>
      <w:r>
        <w:t>La misura può cambiare?</w:t>
      </w:r>
    </w:p>
    <w:p w14:paraId="09E5E7FA" w14:textId="77777777" w:rsidR="00F81D60" w:rsidRDefault="00000000">
      <w:r>
        <w:t>Sì. La verifica serve a capire se funziona e se va confermata, modificata o sostituita. Un’esigenza temporanea non deve diventare una classificazione permanente della persona.</w:t>
      </w:r>
    </w:p>
    <w:p w14:paraId="540118E4" w14:textId="77777777" w:rsidR="00F81D60" w:rsidRDefault="00000000">
      <w:pPr>
        <w:pStyle w:val="Titolo2"/>
      </w:pPr>
      <w:r>
        <w:t>Cosa succede quando cambia il responsabile?</w:t>
      </w:r>
    </w:p>
    <w:p w14:paraId="4924D013" w14:textId="77777777" w:rsidR="00F81D60" w:rsidRDefault="00000000">
      <w:r>
        <w:t>Il passaporto degli adattamenti permette di trasferire le istruzioni pertinenti al nuovo referente senza dover ripetere informazioni intime. Se cambiano attività o rischi, la compatibilità della misura viene riesaminata.</w:t>
      </w:r>
    </w:p>
    <w:p w14:paraId="244F3C4D" w14:textId="77777777" w:rsidR="00F81D60" w:rsidRDefault="00000000">
      <w:pPr>
        <w:pStyle w:val="Titolo2"/>
      </w:pPr>
      <w:r>
        <w:t>Una richiesta può essere usata contro di me?</w:t>
      </w:r>
    </w:p>
    <w:p w14:paraId="0EC90FD2" w14:textId="77777777" w:rsidR="00F81D60" w:rsidRDefault="00000000">
      <w:r>
        <w:t>La richiesta non deve diventare automaticamente un giudizio negativo su competenza, affidabilità o carriera. Decisioni, assenze e performance si gestiscono attraverso processi equi e regole applicabili, senza automatismi penalizzanti.</w:t>
      </w:r>
    </w:p>
    <w:p w14:paraId="5270A775" w14:textId="77777777" w:rsidR="00F81D60" w:rsidRDefault="00000000">
      <w:pPr>
        <w:pStyle w:val="Titolo2"/>
      </w:pPr>
      <w:r>
        <w:t>Come segnalo un problema o una decisione che non condivido?</w:t>
      </w:r>
    </w:p>
    <w:p w14:paraId="46D507E0" w14:textId="77777777" w:rsidR="00F81D60" w:rsidRDefault="00000000">
      <w:r>
        <w:t>Utilizza [canale A20]. Puoi chiedere una motivazione e una riconsiderazione. Per un problema urgente di sicurezza usa subito i canali aziendali ordinari, senza attendere l’istruttoria del modulo.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7889CCF2" w14:textId="77777777">
        <w:trPr>
          <w:tblHeader/>
          <w:jc w:val="center"/>
        </w:trPr>
        <w:tc>
          <w:tcPr>
            <w:tcW w:w="9978" w:type="dxa"/>
            <w:shd w:val="clear" w:color="auto" w:fill="17324D"/>
            <w:vAlign w:val="center"/>
          </w:tcPr>
          <w:p w14:paraId="759BE414" w14:textId="77777777" w:rsidR="00F81D60" w:rsidRDefault="00000000">
            <w:pPr>
              <w:pStyle w:val="TableText"/>
              <w:spacing w:before="40" w:after="40"/>
            </w:pPr>
            <w:r>
              <w:rPr>
                <w:b/>
                <w:color w:val="FFFFFF"/>
                <w:sz w:val="19"/>
              </w:rPr>
              <w:t>CONTATTI DA COMPLETARE</w:t>
            </w:r>
          </w:p>
        </w:tc>
      </w:tr>
      <w:tr w:rsidR="00F81D60" w14:paraId="5FC531AE" w14:textId="77777777">
        <w:trPr>
          <w:cantSplit/>
          <w:jc w:val="center"/>
        </w:trPr>
        <w:tc>
          <w:tcPr>
            <w:tcW w:w="9978" w:type="dxa"/>
            <w:shd w:val="clear" w:color="auto" w:fill="EAF3F4"/>
            <w:vAlign w:val="center"/>
          </w:tcPr>
          <w:p w14:paraId="59885F84" w14:textId="77777777" w:rsidR="00F81D60" w:rsidRDefault="00000000">
            <w:pPr>
              <w:pStyle w:val="TableText"/>
              <w:spacing w:before="40" w:after="40"/>
            </w:pPr>
            <w:r>
              <w:rPr>
                <w:sz w:val="19"/>
              </w:rPr>
              <w:t>Referente: [ ]  •  alternativo: [ ]  •  privacy: [ ]  •  procedura e informativa: [ ]  •  emergenze: [ ]. Verificare periodicamente che i recapiti siano attivi.</w:t>
            </w:r>
          </w:p>
        </w:tc>
      </w:tr>
    </w:tbl>
    <w:p w14:paraId="2B0FBB2D" w14:textId="77777777" w:rsidR="00F81D60" w:rsidRDefault="00F81D60">
      <w:pPr>
        <w:spacing w:after="0"/>
      </w:pPr>
    </w:p>
    <w:p w14:paraId="158C7475" w14:textId="77777777" w:rsidR="00F81D60" w:rsidRDefault="00000000">
      <w:r>
        <w:br w:type="page"/>
      </w:r>
    </w:p>
    <w:p w14:paraId="485C6E71" w14:textId="77777777" w:rsidR="00F81D60" w:rsidRDefault="00000000">
      <w:pPr>
        <w:pStyle w:val="Small"/>
      </w:pPr>
      <w:r>
        <w:rPr>
          <w:b/>
          <w:color w:val="006B70"/>
        </w:rPr>
        <w:t>ALLEGATO AZIENDALE  •  MOD-MM-28  •  parte 1</w:t>
      </w:r>
    </w:p>
    <w:p w14:paraId="1D05B8E6" w14:textId="77777777" w:rsidR="00F81D60" w:rsidRDefault="00000000">
      <w:pPr>
        <w:pStyle w:val="Titolo1"/>
      </w:pPr>
      <w:bookmarkStart w:id="96" w:name="A28_1"/>
      <w:r>
        <w:t>A28 | Esempio fittizio | richiesta e adattamento</w:t>
      </w:r>
      <w:bookmarkEnd w:id="96"/>
    </w:p>
    <w:p w14:paraId="7F930CD8" w14:textId="77777777" w:rsidR="00F81D60" w:rsidRDefault="00000000">
      <w:pPr>
        <w:pStyle w:val="Reference"/>
      </w:pPr>
      <w:r>
        <w:t>Base documentale: [AZ] esempio didattico, non evidenza aziendale. Le istruzioni operative e i moduli sono elaborazioni aziendali del modello [AZ].</w:t>
      </w:r>
    </w:p>
    <w:p w14:paraId="4760AAA3" w14:textId="77777777" w:rsidR="00F81D60" w:rsidRDefault="00000000">
      <w:r>
        <w:t>ESEMPIO INTERAMENTE FITTIZIO. Nomi di azienda, pratiche, date relative e risultati non descrivono persone o fatti reali. Non copiare l’esempio nei registri operativi come attività eseguita.</w:t>
      </w:r>
    </w:p>
    <w:p w14:paraId="627F05E8" w14:textId="77777777" w:rsidR="00F81D60" w:rsidRDefault="00000000">
      <w:pPr>
        <w:pStyle w:val="Titolo2"/>
      </w:pPr>
      <w:r>
        <w:t>Scenario organizzativo</w:t>
      </w:r>
    </w:p>
    <w:p w14:paraId="3E127531" w14:textId="77777777" w:rsidR="00F81D60" w:rsidRDefault="00000000">
      <w:r>
        <w:t>Un’organizzazione di servizi impiega personale su turni. Una postazione di accoglienza deve restare presidiata. Una persona riferisce che l’attesa del cambio turno rende difficile accedere ai servizi e chiede pause brevi più flessibili e una seduta diversa. Non comunica la causa sanitaria e il referente non la richiede.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381"/>
        <w:gridCol w:w="7596"/>
      </w:tblGrid>
      <w:tr w:rsidR="00F81D60" w14:paraId="090BFFA2" w14:textId="77777777">
        <w:trPr>
          <w:tblHeader/>
          <w:jc w:val="center"/>
        </w:trPr>
        <w:tc>
          <w:tcPr>
            <w:tcW w:w="2381" w:type="dxa"/>
            <w:shd w:val="clear" w:color="auto" w:fill="17324D"/>
            <w:vAlign w:val="center"/>
          </w:tcPr>
          <w:p w14:paraId="65269F75" w14:textId="77777777" w:rsidR="00F81D60" w:rsidRDefault="00000000">
            <w:pPr>
              <w:pStyle w:val="TableText"/>
              <w:spacing w:before="40" w:after="40"/>
            </w:pPr>
            <w:r>
              <w:rPr>
                <w:b/>
                <w:color w:val="FFFFFF"/>
              </w:rPr>
              <w:t>Passaggio</w:t>
            </w:r>
          </w:p>
        </w:tc>
        <w:tc>
          <w:tcPr>
            <w:tcW w:w="7597" w:type="dxa"/>
            <w:shd w:val="clear" w:color="auto" w:fill="17324D"/>
            <w:vAlign w:val="center"/>
          </w:tcPr>
          <w:p w14:paraId="15C0305C" w14:textId="77777777" w:rsidR="00F81D60" w:rsidRDefault="00000000">
            <w:pPr>
              <w:pStyle w:val="TableText"/>
              <w:spacing w:before="40" w:after="40"/>
            </w:pPr>
            <w:r>
              <w:rPr>
                <w:b/>
                <w:color w:val="FFFFFF"/>
              </w:rPr>
              <w:t>Compilazione esemplificativa</w:t>
            </w:r>
          </w:p>
        </w:tc>
      </w:tr>
      <w:tr w:rsidR="00F81D60" w14:paraId="1694DEC9" w14:textId="77777777">
        <w:trPr>
          <w:cantSplit/>
          <w:jc w:val="center"/>
        </w:trPr>
        <w:tc>
          <w:tcPr>
            <w:tcW w:w="2381" w:type="dxa"/>
            <w:vAlign w:val="center"/>
          </w:tcPr>
          <w:p w14:paraId="2C5AA4E6" w14:textId="77777777" w:rsidR="00F81D60" w:rsidRDefault="00000000">
            <w:pPr>
              <w:pStyle w:val="TableText"/>
              <w:spacing w:before="40" w:after="40"/>
            </w:pPr>
            <w:r>
              <w:t>A09 – richiesta</w:t>
            </w:r>
          </w:p>
        </w:tc>
        <w:tc>
          <w:tcPr>
            <w:tcW w:w="7597" w:type="dxa"/>
            <w:vAlign w:val="center"/>
          </w:tcPr>
          <w:p w14:paraId="2C74C421" w14:textId="77777777" w:rsidR="00F81D60" w:rsidRDefault="00000000">
            <w:pPr>
              <w:pStyle w:val="TableText"/>
              <w:spacing w:before="40" w:after="40"/>
            </w:pPr>
            <w:r>
              <w:t>Esigenza: accesso ai servizi e alternanza posturale durante il presidio. Contatto riservato; nessun referto richiesto.</w:t>
            </w:r>
          </w:p>
        </w:tc>
      </w:tr>
      <w:tr w:rsidR="00F81D60" w14:paraId="4C39B152" w14:textId="77777777">
        <w:trPr>
          <w:cantSplit/>
          <w:jc w:val="center"/>
        </w:trPr>
        <w:tc>
          <w:tcPr>
            <w:tcW w:w="2381" w:type="dxa"/>
            <w:shd w:val="clear" w:color="auto" w:fill="F5F7F9"/>
            <w:vAlign w:val="center"/>
          </w:tcPr>
          <w:p w14:paraId="683392B8" w14:textId="77777777" w:rsidR="00F81D60" w:rsidRDefault="00000000">
            <w:pPr>
              <w:pStyle w:val="TableText"/>
              <w:spacing w:before="40" w:after="40"/>
            </w:pPr>
            <w:r>
              <w:t>A10 – colloquio</w:t>
            </w:r>
          </w:p>
        </w:tc>
        <w:tc>
          <w:tcPr>
            <w:tcW w:w="7597" w:type="dxa"/>
            <w:shd w:val="clear" w:color="auto" w:fill="F5F7F9"/>
            <w:vAlign w:val="center"/>
          </w:tcPr>
          <w:p w14:paraId="1D90848C" w14:textId="77777777" w:rsidR="00F81D60" w:rsidRDefault="00000000">
            <w:pPr>
              <w:pStyle w:val="TableText"/>
              <w:spacing w:before="40" w:after="40"/>
            </w:pPr>
            <w:r>
              <w:t>Si chiariscono fasce critiche, modalità per chiedere la pausa e caratteristiche della seduta. La persona concorda la sola comunicazione delle istruzioni di copertura.</w:t>
            </w:r>
          </w:p>
        </w:tc>
      </w:tr>
      <w:tr w:rsidR="00F81D60" w14:paraId="42A13FD5" w14:textId="77777777">
        <w:trPr>
          <w:cantSplit/>
          <w:jc w:val="center"/>
        </w:trPr>
        <w:tc>
          <w:tcPr>
            <w:tcW w:w="2381" w:type="dxa"/>
            <w:vAlign w:val="center"/>
          </w:tcPr>
          <w:p w14:paraId="5C54750C" w14:textId="77777777" w:rsidR="00F81D60" w:rsidRDefault="00000000">
            <w:pPr>
              <w:pStyle w:val="TableText"/>
              <w:spacing w:before="40" w:after="40"/>
            </w:pPr>
            <w:r>
              <w:t>A11 – valutazione</w:t>
            </w:r>
          </w:p>
        </w:tc>
        <w:tc>
          <w:tcPr>
            <w:tcW w:w="7597" w:type="dxa"/>
            <w:vAlign w:val="center"/>
          </w:tcPr>
          <w:p w14:paraId="2F1B3A88" w14:textId="77777777" w:rsidR="00F81D60" w:rsidRDefault="00000000">
            <w:pPr>
              <w:pStyle w:val="TableText"/>
              <w:spacing w:before="40" w:after="40"/>
            </w:pPr>
            <w:r>
              <w:t>Il presidio non può essere abbandonato. Il manager identifica un sostituto già competente; HSE verifica stabilità, regolazioni e ingombro della seduta.</w:t>
            </w:r>
          </w:p>
        </w:tc>
      </w:tr>
      <w:tr w:rsidR="00F81D60" w14:paraId="783DE188" w14:textId="77777777">
        <w:trPr>
          <w:cantSplit/>
          <w:jc w:val="center"/>
        </w:trPr>
        <w:tc>
          <w:tcPr>
            <w:tcW w:w="2381" w:type="dxa"/>
            <w:shd w:val="clear" w:color="auto" w:fill="F5F7F9"/>
            <w:vAlign w:val="center"/>
          </w:tcPr>
          <w:p w14:paraId="3F1AB2B5" w14:textId="77777777" w:rsidR="00F81D60" w:rsidRDefault="00000000">
            <w:pPr>
              <w:pStyle w:val="TableText"/>
              <w:spacing w:before="40" w:after="40"/>
            </w:pPr>
            <w:r>
              <w:t>A12 – decisione</w:t>
            </w:r>
          </w:p>
        </w:tc>
        <w:tc>
          <w:tcPr>
            <w:tcW w:w="7597" w:type="dxa"/>
            <w:shd w:val="clear" w:color="auto" w:fill="F5F7F9"/>
            <w:vAlign w:val="center"/>
          </w:tcPr>
          <w:p w14:paraId="7E46ABE8" w14:textId="77777777" w:rsidR="00F81D60" w:rsidRDefault="00000000">
            <w:pPr>
              <w:pStyle w:val="TableText"/>
              <w:spacing w:before="40" w:after="40"/>
            </w:pPr>
            <w:r>
              <w:t>Prova di quattro settimane; richiesta di pausa tramite canale ordinario discreto; sostituto assegnato al turno; uso della seduta verificata. Il periodo è una scelta dell’esempio.</w:t>
            </w:r>
          </w:p>
        </w:tc>
      </w:tr>
      <w:tr w:rsidR="00F81D60" w14:paraId="70D8B195" w14:textId="77777777">
        <w:trPr>
          <w:cantSplit/>
          <w:jc w:val="center"/>
        </w:trPr>
        <w:tc>
          <w:tcPr>
            <w:tcW w:w="2381" w:type="dxa"/>
            <w:vAlign w:val="center"/>
          </w:tcPr>
          <w:p w14:paraId="79022127" w14:textId="77777777" w:rsidR="00F81D60" w:rsidRDefault="00000000">
            <w:pPr>
              <w:pStyle w:val="TableText"/>
              <w:spacing w:before="40" w:after="40"/>
            </w:pPr>
            <w:r>
              <w:t>A16 – copertura</w:t>
            </w:r>
          </w:p>
        </w:tc>
        <w:tc>
          <w:tcPr>
            <w:tcW w:w="7597" w:type="dxa"/>
            <w:vAlign w:val="center"/>
          </w:tcPr>
          <w:p w14:paraId="61BED405" w14:textId="77777777" w:rsidR="00F81D60" w:rsidRDefault="00000000">
            <w:pPr>
              <w:pStyle w:val="TableText"/>
              <w:spacing w:before="40" w:after="40"/>
            </w:pPr>
            <w:r>
              <w:t>Passaggio delle sole consegne operative. Se il sostituto manca, il responsabile attiva la soluzione organizzativa sicura prevista; non lascia scoperto il presidio.</w:t>
            </w:r>
          </w:p>
        </w:tc>
      </w:tr>
      <w:tr w:rsidR="00F81D60" w14:paraId="0456E5D2" w14:textId="77777777">
        <w:trPr>
          <w:cantSplit/>
          <w:jc w:val="center"/>
        </w:trPr>
        <w:tc>
          <w:tcPr>
            <w:tcW w:w="2381" w:type="dxa"/>
            <w:shd w:val="clear" w:color="auto" w:fill="F5F7F9"/>
            <w:vAlign w:val="center"/>
          </w:tcPr>
          <w:p w14:paraId="4421A54D" w14:textId="77777777" w:rsidR="00F81D60" w:rsidRDefault="00000000">
            <w:pPr>
              <w:pStyle w:val="TableText"/>
              <w:spacing w:before="40" w:after="40"/>
            </w:pPr>
            <w:r>
              <w:t>A13 – passaporto</w:t>
            </w:r>
          </w:p>
        </w:tc>
        <w:tc>
          <w:tcPr>
            <w:tcW w:w="7597" w:type="dxa"/>
            <w:shd w:val="clear" w:color="auto" w:fill="F5F7F9"/>
            <w:vAlign w:val="center"/>
          </w:tcPr>
          <w:p w14:paraId="59CF64B2" w14:textId="77777777" w:rsidR="00F81D60" w:rsidRDefault="00000000">
            <w:pPr>
              <w:pStyle w:val="TableText"/>
              <w:spacing w:before="40" w:after="40"/>
            </w:pPr>
            <w:r>
              <w:t>Sono registrate misura, responsabile, decorrenza e revisione. Non vi è alcuna diagnosi né riferimento a ciclo o terapia.</w:t>
            </w:r>
          </w:p>
        </w:tc>
      </w:tr>
      <w:tr w:rsidR="00F81D60" w14:paraId="5CEA96BC" w14:textId="77777777">
        <w:trPr>
          <w:cantSplit/>
          <w:jc w:val="center"/>
        </w:trPr>
        <w:tc>
          <w:tcPr>
            <w:tcW w:w="2381" w:type="dxa"/>
            <w:vAlign w:val="center"/>
          </w:tcPr>
          <w:p w14:paraId="14BB6503" w14:textId="77777777" w:rsidR="00F81D60" w:rsidRDefault="00000000">
            <w:pPr>
              <w:pStyle w:val="TableText"/>
              <w:spacing w:before="40" w:after="40"/>
            </w:pPr>
            <w:r>
              <w:t>A14 – primo riesame</w:t>
            </w:r>
          </w:p>
        </w:tc>
        <w:tc>
          <w:tcPr>
            <w:tcW w:w="7597" w:type="dxa"/>
            <w:vAlign w:val="center"/>
          </w:tcPr>
          <w:p w14:paraId="741ECEA5" w14:textId="77777777" w:rsidR="00F81D60" w:rsidRDefault="00000000">
            <w:pPr>
              <w:pStyle w:val="TableText"/>
              <w:spacing w:before="40" w:after="40"/>
            </w:pPr>
            <w:r>
              <w:t>Dopo due settimane: seduta utile; una pausa non è stata accessibile perché il sostituto era impegnato. Non si chiude il caso come “efficace” senza correggere la copertura.</w:t>
            </w:r>
          </w:p>
        </w:tc>
      </w:tr>
    </w:tbl>
    <w:p w14:paraId="2EA5A1CF" w14:textId="77777777" w:rsidR="00F81D60" w:rsidRDefault="00F81D60">
      <w:pPr>
        <w:spacing w:after="0"/>
      </w:pPr>
    </w:p>
    <w:p w14:paraId="233D512D" w14:textId="77777777" w:rsidR="00F81D60" w:rsidRDefault="00000000">
      <w:pPr>
        <w:pStyle w:val="Titolo2"/>
      </w:pPr>
      <w:r>
        <w:t>Decisione di revisione</w:t>
      </w:r>
    </w:p>
    <w:p w14:paraId="025FF010" w14:textId="77777777" w:rsidR="00F81D60" w:rsidRDefault="00000000">
      <w:r>
        <w:t>Si identifica un secondo sostituto e si chiarisce l’escalation al responsabile del turno. Si ripete la prova. Il nuovo riesame verifica accesso reale alla pausa, sicurezza del presidio e riscontro funzionale della persona; non misura sintomi o parametri clinici.</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9977"/>
      </w:tblGrid>
      <w:tr w:rsidR="00F81D60" w14:paraId="6C4C6A65" w14:textId="77777777">
        <w:trPr>
          <w:tblHeader/>
          <w:jc w:val="center"/>
        </w:trPr>
        <w:tc>
          <w:tcPr>
            <w:tcW w:w="9978" w:type="dxa"/>
            <w:shd w:val="clear" w:color="auto" w:fill="17324D"/>
            <w:vAlign w:val="center"/>
          </w:tcPr>
          <w:p w14:paraId="35893895" w14:textId="77777777" w:rsidR="00F81D60" w:rsidRDefault="00000000">
            <w:pPr>
              <w:pStyle w:val="TableText"/>
              <w:spacing w:before="40" w:after="40"/>
            </w:pPr>
            <w:r>
              <w:rPr>
                <w:b/>
                <w:color w:val="FFFFFF"/>
                <w:sz w:val="19"/>
              </w:rPr>
              <w:t>COSA VIENE CONDIVISO</w:t>
            </w:r>
          </w:p>
        </w:tc>
      </w:tr>
      <w:tr w:rsidR="00F81D60" w14:paraId="27141534" w14:textId="77777777">
        <w:trPr>
          <w:cantSplit/>
          <w:jc w:val="center"/>
        </w:trPr>
        <w:tc>
          <w:tcPr>
            <w:tcW w:w="9978" w:type="dxa"/>
            <w:shd w:val="clear" w:color="auto" w:fill="EAF3F4"/>
            <w:vAlign w:val="center"/>
          </w:tcPr>
          <w:p w14:paraId="4A9A935C" w14:textId="77777777" w:rsidR="00F81D60" w:rsidRDefault="00000000">
            <w:pPr>
              <w:pStyle w:val="TableText"/>
              <w:spacing w:before="40" w:after="40"/>
            </w:pPr>
            <w:r>
              <w:rPr>
                <w:sz w:val="19"/>
              </w:rPr>
              <w:t>Al team: coperture e istruzioni del turno. A facility: specifiche della seduta. Nell’archivio riservato: accordo individuale e verifiche. Nell’audit generale: solo la verifica del funzionamento del processo di copertura, senza codice della pratica o identità della persona.</w:t>
            </w:r>
          </w:p>
        </w:tc>
      </w:tr>
    </w:tbl>
    <w:p w14:paraId="487E2B21" w14:textId="77777777" w:rsidR="00F81D60" w:rsidRDefault="00F81D60">
      <w:pPr>
        <w:spacing w:after="0"/>
      </w:pPr>
    </w:p>
    <w:p w14:paraId="2B497685" w14:textId="77777777" w:rsidR="00F81D60" w:rsidRDefault="00000000">
      <w:r>
        <w:br w:type="page"/>
      </w:r>
    </w:p>
    <w:p w14:paraId="3C548483" w14:textId="77777777" w:rsidR="00F81D60" w:rsidRDefault="00000000">
      <w:pPr>
        <w:pStyle w:val="Small"/>
      </w:pPr>
      <w:r>
        <w:rPr>
          <w:b/>
          <w:color w:val="006B70"/>
        </w:rPr>
        <w:t>ALLEGATO AZIENDALE  •  MOD-MM-28  •  parte 2</w:t>
      </w:r>
    </w:p>
    <w:p w14:paraId="116C7846" w14:textId="77777777" w:rsidR="00F81D60" w:rsidRDefault="00000000">
      <w:pPr>
        <w:pStyle w:val="Titolo1"/>
      </w:pPr>
      <w:bookmarkStart w:id="97" w:name="A28_2"/>
      <w:r>
        <w:t>A28 | Esempio fittizio | audit e chiusura documentata</w:t>
      </w:r>
      <w:bookmarkEnd w:id="97"/>
    </w:p>
    <w:p w14:paraId="094ED160" w14:textId="77777777" w:rsidR="00F81D60" w:rsidRDefault="00000000">
      <w:pPr>
        <w:pStyle w:val="Reference"/>
      </w:pPr>
      <w:r>
        <w:t>Base documentale: [AZ] esempio didattico; [XLS] logica degli esiti. Le istruzioni operative e i moduli sono elaborazioni aziendali del modello [AZ].</w:t>
      </w:r>
    </w:p>
    <w:p w14:paraId="2FC30F57" w14:textId="77777777" w:rsidR="00F81D60" w:rsidRDefault="00000000">
      <w:r>
        <w:t>ESEMPIO INTERAMENTE FITTIZIO. L’ID da collegare è scelto confrontando la domanda effettiva del catalogo, non associato arbitrariamente a un rischio sanitario.</w:t>
      </w:r>
    </w:p>
    <w:p w14:paraId="693050AC" w14:textId="77777777" w:rsidR="00F81D60" w:rsidRDefault="00000000">
      <w:pPr>
        <w:pStyle w:val="Titolo2"/>
      </w:pPr>
      <w:r>
        <w:t>Rilievo organizzativo</w:t>
      </w:r>
    </w:p>
    <w:p w14:paraId="7D93CF0A" w14:textId="77777777" w:rsidR="00F81D60" w:rsidRDefault="00000000">
      <w:r>
        <w:t>La verifica delle procedure di pausa evidenzia che esiste una regola scritta ma non una copertura effettiva in tutti i turni. L’esito è “Parziale”, con evidenza della procedura, del campione di turni e del riscontro operativo. Si registra la data reale della verifica e il verificatore. Non si allega la pratica individuale dell’esempio precedente.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665"/>
        <w:gridCol w:w="7312"/>
      </w:tblGrid>
      <w:tr w:rsidR="00F81D60" w14:paraId="2C71F85B" w14:textId="77777777">
        <w:trPr>
          <w:tblHeader/>
          <w:jc w:val="center"/>
        </w:trPr>
        <w:tc>
          <w:tcPr>
            <w:tcW w:w="2665" w:type="dxa"/>
            <w:shd w:val="clear" w:color="auto" w:fill="17324D"/>
            <w:vAlign w:val="center"/>
          </w:tcPr>
          <w:p w14:paraId="2A7ABCCD" w14:textId="77777777" w:rsidR="00F81D60" w:rsidRDefault="00000000">
            <w:pPr>
              <w:pStyle w:val="TableText"/>
              <w:spacing w:before="40" w:after="40"/>
            </w:pPr>
            <w:r>
              <w:rPr>
                <w:b/>
                <w:color w:val="FFFFFF"/>
              </w:rPr>
              <w:t>Campo</w:t>
            </w:r>
          </w:p>
        </w:tc>
        <w:tc>
          <w:tcPr>
            <w:tcW w:w="7313" w:type="dxa"/>
            <w:shd w:val="clear" w:color="auto" w:fill="17324D"/>
            <w:vAlign w:val="center"/>
          </w:tcPr>
          <w:p w14:paraId="41A9DC37" w14:textId="77777777" w:rsidR="00F81D60" w:rsidRDefault="00000000">
            <w:pPr>
              <w:pStyle w:val="TableText"/>
              <w:spacing w:before="40" w:after="40"/>
            </w:pPr>
            <w:r>
              <w:rPr>
                <w:b/>
                <w:color w:val="FFFFFF"/>
              </w:rPr>
              <w:t>Esempio di contenuto</w:t>
            </w:r>
          </w:p>
        </w:tc>
      </w:tr>
      <w:tr w:rsidR="00F81D60" w14:paraId="4CDD6FAE" w14:textId="77777777">
        <w:trPr>
          <w:cantSplit/>
          <w:jc w:val="center"/>
        </w:trPr>
        <w:tc>
          <w:tcPr>
            <w:tcW w:w="2665" w:type="dxa"/>
            <w:vAlign w:val="center"/>
          </w:tcPr>
          <w:p w14:paraId="2B5194C0" w14:textId="77777777" w:rsidR="00F81D60" w:rsidRDefault="00000000">
            <w:pPr>
              <w:pStyle w:val="TableText"/>
              <w:spacing w:before="40" w:after="40"/>
            </w:pPr>
            <w:r>
              <w:t>Azione deliberata</w:t>
            </w:r>
          </w:p>
        </w:tc>
        <w:tc>
          <w:tcPr>
            <w:tcW w:w="7313" w:type="dxa"/>
            <w:vAlign w:val="center"/>
          </w:tcPr>
          <w:p w14:paraId="73C44D7B" w14:textId="77777777" w:rsidR="00F81D60" w:rsidRDefault="00000000">
            <w:pPr>
              <w:pStyle w:val="TableText"/>
              <w:spacing w:before="40" w:after="40"/>
            </w:pPr>
            <w:r>
              <w:t>Definire un sostituto principale e uno alternativo per ogni turno; aggiornare le istruzioni e provarne il funzionamento.</w:t>
            </w:r>
          </w:p>
        </w:tc>
      </w:tr>
      <w:tr w:rsidR="00F81D60" w14:paraId="59099A03" w14:textId="77777777">
        <w:trPr>
          <w:cantSplit/>
          <w:jc w:val="center"/>
        </w:trPr>
        <w:tc>
          <w:tcPr>
            <w:tcW w:w="2665" w:type="dxa"/>
            <w:shd w:val="clear" w:color="auto" w:fill="F5F7F9"/>
            <w:vAlign w:val="center"/>
          </w:tcPr>
          <w:p w14:paraId="661233C2" w14:textId="77777777" w:rsidR="00F81D60" w:rsidRDefault="00000000">
            <w:pPr>
              <w:pStyle w:val="TableText"/>
              <w:spacing w:before="40" w:after="40"/>
            </w:pPr>
            <w:r>
              <w:t>Responsabile / risorse</w:t>
            </w:r>
          </w:p>
        </w:tc>
        <w:tc>
          <w:tcPr>
            <w:tcW w:w="7313" w:type="dxa"/>
            <w:shd w:val="clear" w:color="auto" w:fill="F5F7F9"/>
            <w:vAlign w:val="center"/>
          </w:tcPr>
          <w:p w14:paraId="6358999A" w14:textId="77777777" w:rsidR="00F81D60" w:rsidRDefault="00000000">
            <w:pPr>
              <w:pStyle w:val="TableText"/>
              <w:spacing w:before="40" w:after="40"/>
            </w:pPr>
            <w:r>
              <w:t>Responsabile pianificazione; coordinamento con manager e HSE; tempi di addestramento approvati.</w:t>
            </w:r>
          </w:p>
        </w:tc>
      </w:tr>
      <w:tr w:rsidR="00F81D60" w14:paraId="379DF062" w14:textId="77777777">
        <w:trPr>
          <w:cantSplit/>
          <w:jc w:val="center"/>
        </w:trPr>
        <w:tc>
          <w:tcPr>
            <w:tcW w:w="2665" w:type="dxa"/>
            <w:vAlign w:val="center"/>
          </w:tcPr>
          <w:p w14:paraId="60664299" w14:textId="77777777" w:rsidR="00F81D60" w:rsidRDefault="00000000">
            <w:pPr>
              <w:pStyle w:val="TableText"/>
              <w:spacing w:before="40" w:after="40"/>
            </w:pPr>
            <w:r>
              <w:t>Priorità / scadenza</w:t>
            </w:r>
          </w:p>
        </w:tc>
        <w:tc>
          <w:tcPr>
            <w:tcW w:w="7313" w:type="dxa"/>
            <w:vAlign w:val="center"/>
          </w:tcPr>
          <w:p w14:paraId="4E15DBCC" w14:textId="77777777" w:rsidR="00F81D60" w:rsidRDefault="00000000">
            <w:pPr>
              <w:pStyle w:val="TableText"/>
              <w:spacing w:before="40" w:after="40"/>
            </w:pPr>
            <w:r>
              <w:t>Valutate sul contesto reale e sull’urgenza. Un presidio non sicuro è gestito subito, senza attendere il termine amministrativo.</w:t>
            </w:r>
          </w:p>
        </w:tc>
      </w:tr>
      <w:tr w:rsidR="00F81D60" w14:paraId="4191CDC2" w14:textId="77777777">
        <w:trPr>
          <w:cantSplit/>
          <w:jc w:val="center"/>
        </w:trPr>
        <w:tc>
          <w:tcPr>
            <w:tcW w:w="2665" w:type="dxa"/>
            <w:shd w:val="clear" w:color="auto" w:fill="F5F7F9"/>
            <w:vAlign w:val="center"/>
          </w:tcPr>
          <w:p w14:paraId="411BC02F" w14:textId="77777777" w:rsidR="00F81D60" w:rsidRDefault="00000000">
            <w:pPr>
              <w:pStyle w:val="TableText"/>
              <w:spacing w:before="40" w:after="40"/>
            </w:pPr>
            <w:r>
              <w:t>Evidenza di attuazione</w:t>
            </w:r>
          </w:p>
        </w:tc>
        <w:tc>
          <w:tcPr>
            <w:tcW w:w="7313" w:type="dxa"/>
            <w:shd w:val="clear" w:color="auto" w:fill="F5F7F9"/>
            <w:vAlign w:val="center"/>
          </w:tcPr>
          <w:p w14:paraId="60A8AA15" w14:textId="77777777" w:rsidR="00F81D60" w:rsidRDefault="00000000">
            <w:pPr>
              <w:pStyle w:val="TableText"/>
              <w:spacing w:before="40" w:after="40"/>
            </w:pPr>
            <w:r>
              <w:t>Nuovo schema di copertura, istruzione revisionata, conferma formazione e prova in turni rappresentativi.</w:t>
            </w:r>
          </w:p>
        </w:tc>
      </w:tr>
      <w:tr w:rsidR="00F81D60" w14:paraId="2FF72433" w14:textId="77777777">
        <w:trPr>
          <w:cantSplit/>
          <w:jc w:val="center"/>
        </w:trPr>
        <w:tc>
          <w:tcPr>
            <w:tcW w:w="2665" w:type="dxa"/>
            <w:vAlign w:val="center"/>
          </w:tcPr>
          <w:p w14:paraId="118F550F" w14:textId="77777777" w:rsidR="00F81D60" w:rsidRDefault="00000000">
            <w:pPr>
              <w:pStyle w:val="TableText"/>
              <w:spacing w:before="40" w:after="40"/>
            </w:pPr>
            <w:r>
              <w:t>Criterio di efficacia</w:t>
            </w:r>
          </w:p>
        </w:tc>
        <w:tc>
          <w:tcPr>
            <w:tcW w:w="7313" w:type="dxa"/>
            <w:vAlign w:val="center"/>
          </w:tcPr>
          <w:p w14:paraId="42BEE229" w14:textId="77777777" w:rsidR="00F81D60" w:rsidRDefault="00000000">
            <w:pPr>
              <w:pStyle w:val="TableText"/>
              <w:spacing w:before="40" w:after="40"/>
            </w:pPr>
            <w:r>
              <w:t>Tutte le prove previste mostrano una sostituzione praticabile e sicura; è verificato anche il caso di indisponibilità del sostituto principale.</w:t>
            </w:r>
          </w:p>
        </w:tc>
      </w:tr>
      <w:tr w:rsidR="00F81D60" w14:paraId="7CE3864B" w14:textId="77777777">
        <w:trPr>
          <w:cantSplit/>
          <w:jc w:val="center"/>
        </w:trPr>
        <w:tc>
          <w:tcPr>
            <w:tcW w:w="2665" w:type="dxa"/>
            <w:shd w:val="clear" w:color="auto" w:fill="F5F7F9"/>
            <w:vAlign w:val="center"/>
          </w:tcPr>
          <w:p w14:paraId="3734822F" w14:textId="77777777" w:rsidR="00F81D60" w:rsidRDefault="00000000">
            <w:pPr>
              <w:pStyle w:val="TableText"/>
              <w:spacing w:before="40" w:after="40"/>
            </w:pPr>
            <w:r>
              <w:t>Prima dichiarazione “Chiusa”</w:t>
            </w:r>
          </w:p>
        </w:tc>
        <w:tc>
          <w:tcPr>
            <w:tcW w:w="7313" w:type="dxa"/>
            <w:shd w:val="clear" w:color="auto" w:fill="F5F7F9"/>
            <w:vAlign w:val="center"/>
          </w:tcPr>
          <w:p w14:paraId="74730DC0" w14:textId="77777777" w:rsidR="00F81D60" w:rsidRDefault="00000000">
            <w:pPr>
              <w:pStyle w:val="TableText"/>
              <w:spacing w:before="40" w:after="40"/>
            </w:pPr>
            <w:r>
              <w:t>Non valida se mancano evidenza o verifica. Lo stato amministrativo non sostituisce il riscontro.</w:t>
            </w:r>
          </w:p>
        </w:tc>
      </w:tr>
      <w:tr w:rsidR="00F81D60" w14:paraId="46695400" w14:textId="77777777">
        <w:trPr>
          <w:cantSplit/>
          <w:jc w:val="center"/>
        </w:trPr>
        <w:tc>
          <w:tcPr>
            <w:tcW w:w="2665" w:type="dxa"/>
            <w:vAlign w:val="center"/>
          </w:tcPr>
          <w:p w14:paraId="3FA3DBB7" w14:textId="77777777" w:rsidR="00F81D60" w:rsidRDefault="00000000">
            <w:pPr>
              <w:pStyle w:val="TableText"/>
              <w:spacing w:before="40" w:after="40"/>
            </w:pPr>
            <w:r>
              <w:t>Chiusura validabile</w:t>
            </w:r>
          </w:p>
        </w:tc>
        <w:tc>
          <w:tcPr>
            <w:tcW w:w="7313" w:type="dxa"/>
            <w:vAlign w:val="center"/>
          </w:tcPr>
          <w:p w14:paraId="0C30C7B0" w14:textId="77777777" w:rsidR="00F81D60" w:rsidRDefault="00000000">
            <w:pPr>
              <w:pStyle w:val="TableText"/>
              <w:spacing w:before="40" w:after="40"/>
            </w:pPr>
            <w:r>
              <w:t>Dopo verifica, compilazione completa e date coerenti: efficacia “Efficace”, validatore e data, con tutte le condizioni del workbook soddisfatte.</w:t>
            </w:r>
          </w:p>
        </w:tc>
      </w:tr>
    </w:tbl>
    <w:p w14:paraId="51C84C28" w14:textId="77777777" w:rsidR="00F81D60" w:rsidRDefault="00F81D60">
      <w:pPr>
        <w:spacing w:after="0"/>
      </w:pPr>
    </w:p>
    <w:p w14:paraId="0C1E714D" w14:textId="77777777" w:rsidR="00F81D60" w:rsidRDefault="00000000">
      <w:pPr>
        <w:pStyle w:val="Titolo2"/>
      </w:pPr>
      <w:r>
        <w:t>Rappresentazione del miglioramento</w:t>
      </w:r>
    </w:p>
    <w:p w14:paraId="06ED577D" w14:textId="77777777" w:rsidR="00F81D60" w:rsidRDefault="00000000">
      <w:r>
        <w:t>L’audit iniziale conserva l’esito “Parziale”. Il piano mostra separatamente l’intervento chiuso e validato. La campagna successiva può attribuire “Sì” solo dopo una nuova verifica documentata; non si riscrive il passato per aumentare l’indice iniziale.</w:t>
      </w:r>
    </w:p>
    <w:p w14:paraId="5A4218F2" w14:textId="77777777" w:rsidR="00F81D60" w:rsidRDefault="00000000">
      <w:pPr>
        <w:pStyle w:val="Titolo2"/>
      </w:pPr>
      <w:r>
        <w:t>Lettura degli indicatori</w:t>
      </w:r>
    </w:p>
    <w:p w14:paraId="34C3E125" w14:textId="77777777" w:rsidR="00F81D60" w:rsidRDefault="00000000">
      <w:r>
        <w:t>In un esempio distinto, 128 verifiche complete su 160 danno copertura dell’80%. Se 16 sono N.A. motivate, restano 112 applicabili complete. Con 80 Sì, 20 Parziale e 12 No, l’indice con i pesi iniziali è 90/112 = 80,36%. Il restante 20% delle verifiche non complete non va interpretato come conforme o non conforme.</w:t>
      </w:r>
    </w:p>
    <w:p w14:paraId="59A10B20" w14:textId="77777777" w:rsidR="00F81D60" w:rsidRDefault="00000000">
      <w:pPr>
        <w:pStyle w:val="Reference"/>
      </w:pPr>
      <w:r>
        <w:t>Le cifre illustrano la logica del modello, non una soglia di accettazione ISO o una valutazione reale dell’organizzazione. Le azioni scadute e i rischi urgenti devono essere letti separatamente dall’indice medio.</w:t>
      </w:r>
    </w:p>
    <w:p w14:paraId="1234BDCB" w14:textId="77777777" w:rsidR="00F81D60" w:rsidRDefault="00000000">
      <w:r>
        <w:br w:type="page"/>
      </w:r>
    </w:p>
    <w:p w14:paraId="0C61CF32" w14:textId="77777777" w:rsidR="00F81D60" w:rsidRDefault="00000000">
      <w:pPr>
        <w:pStyle w:val="Small"/>
      </w:pPr>
      <w:r>
        <w:rPr>
          <w:b/>
          <w:color w:val="006B70"/>
        </w:rPr>
        <w:t>ALLEGATO AZIENDALE  •  MOD-MM-29  •  parte 1</w:t>
      </w:r>
    </w:p>
    <w:p w14:paraId="1F56585B" w14:textId="77777777" w:rsidR="00F81D60" w:rsidRDefault="00000000">
      <w:pPr>
        <w:pStyle w:val="Titolo1"/>
      </w:pPr>
      <w:bookmarkStart w:id="98" w:name="A29_1"/>
      <w:r>
        <w:t>A29 | Raccordo tra 16 aree Excel e strumenti aziendali</w:t>
      </w:r>
      <w:bookmarkEnd w:id="98"/>
    </w:p>
    <w:p w14:paraId="4E884E75" w14:textId="77777777" w:rsidR="00F81D60" w:rsidRDefault="00000000">
      <w:pPr>
        <w:pStyle w:val="Reference"/>
      </w:pPr>
      <w:r>
        <w:t>Base documentale: [XLS] CATALOGO; [AZ] correlazione operativa. Le istruzioni operative e i moduli sono elaborazioni aziendali del modello [AZ].</w:t>
      </w:r>
    </w:p>
    <w:p w14:paraId="5E36CF92" w14:textId="77777777" w:rsidR="00F81D60" w:rsidRDefault="00000000">
      <w:r>
        <w:t>La matrice permette di ritrovare domande, istruzioni e moduli. È una correlazione del modello, non una tabella di equivalenza ufficiale della ISO.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117"/>
        <w:gridCol w:w="1701"/>
        <w:gridCol w:w="1304"/>
        <w:gridCol w:w="3855"/>
      </w:tblGrid>
      <w:tr w:rsidR="00F81D60" w14:paraId="03538D4F" w14:textId="77777777">
        <w:trPr>
          <w:tblHeader/>
          <w:jc w:val="center"/>
        </w:trPr>
        <w:tc>
          <w:tcPr>
            <w:tcW w:w="3118" w:type="dxa"/>
            <w:shd w:val="clear" w:color="auto" w:fill="17324D"/>
            <w:vAlign w:val="center"/>
          </w:tcPr>
          <w:p w14:paraId="77C5F18C" w14:textId="77777777" w:rsidR="00F81D60" w:rsidRDefault="00000000">
            <w:pPr>
              <w:pStyle w:val="TableText"/>
              <w:spacing w:before="40" w:after="40"/>
            </w:pPr>
            <w:r>
              <w:rPr>
                <w:b/>
                <w:color w:val="FFFFFF"/>
                <w:sz w:val="17"/>
              </w:rPr>
              <w:t>Area del catalogo</w:t>
            </w:r>
          </w:p>
        </w:tc>
        <w:tc>
          <w:tcPr>
            <w:tcW w:w="1701" w:type="dxa"/>
            <w:shd w:val="clear" w:color="auto" w:fill="17324D"/>
            <w:vAlign w:val="center"/>
          </w:tcPr>
          <w:p w14:paraId="7FD07C12" w14:textId="77777777" w:rsidR="00F81D60" w:rsidRDefault="00000000">
            <w:pPr>
              <w:pStyle w:val="TableText"/>
              <w:spacing w:before="40" w:after="40"/>
            </w:pPr>
            <w:r>
              <w:rPr>
                <w:b/>
                <w:color w:val="FFFFFF"/>
                <w:sz w:val="17"/>
              </w:rPr>
              <w:t>ID delle verifiche</w:t>
            </w:r>
          </w:p>
        </w:tc>
        <w:tc>
          <w:tcPr>
            <w:tcW w:w="1304" w:type="dxa"/>
            <w:shd w:val="clear" w:color="auto" w:fill="17324D"/>
            <w:vAlign w:val="center"/>
          </w:tcPr>
          <w:p w14:paraId="7C34B440" w14:textId="77777777" w:rsidR="00F81D60" w:rsidRDefault="00000000">
            <w:pPr>
              <w:pStyle w:val="TableText"/>
              <w:spacing w:before="40" w:after="40"/>
            </w:pPr>
            <w:r>
              <w:rPr>
                <w:b/>
                <w:color w:val="FFFFFF"/>
                <w:sz w:val="17"/>
              </w:rPr>
              <w:t>Capitoli</w:t>
            </w:r>
          </w:p>
        </w:tc>
        <w:tc>
          <w:tcPr>
            <w:tcW w:w="3855" w:type="dxa"/>
            <w:shd w:val="clear" w:color="auto" w:fill="17324D"/>
            <w:vAlign w:val="center"/>
          </w:tcPr>
          <w:p w14:paraId="0CF3E2E1" w14:textId="77777777" w:rsidR="00F81D60" w:rsidRDefault="00000000">
            <w:pPr>
              <w:pStyle w:val="TableText"/>
              <w:spacing w:before="40" w:after="40"/>
            </w:pPr>
            <w:r>
              <w:rPr>
                <w:b/>
                <w:color w:val="FFFFFF"/>
                <w:sz w:val="17"/>
              </w:rPr>
              <w:t>Allegati operativi</w:t>
            </w:r>
          </w:p>
        </w:tc>
      </w:tr>
      <w:tr w:rsidR="00F81D60" w14:paraId="1379E368" w14:textId="77777777">
        <w:trPr>
          <w:cantSplit/>
          <w:jc w:val="center"/>
        </w:trPr>
        <w:tc>
          <w:tcPr>
            <w:tcW w:w="3118" w:type="dxa"/>
            <w:vAlign w:val="center"/>
          </w:tcPr>
          <w:p w14:paraId="3760D2B0" w14:textId="77777777" w:rsidR="00F81D60" w:rsidRDefault="00000000">
            <w:pPr>
              <w:pStyle w:val="TableText"/>
              <w:spacing w:before="40" w:after="40"/>
            </w:pPr>
            <w:r>
              <w:rPr>
                <w:sz w:val="17"/>
              </w:rPr>
              <w:t>01 | Governance e perimetro</w:t>
            </w:r>
          </w:p>
        </w:tc>
        <w:tc>
          <w:tcPr>
            <w:tcW w:w="1701" w:type="dxa"/>
            <w:vAlign w:val="center"/>
          </w:tcPr>
          <w:p w14:paraId="187F6C41" w14:textId="77777777" w:rsidR="00F81D60" w:rsidRDefault="00000000">
            <w:pPr>
              <w:pStyle w:val="TableText"/>
              <w:spacing w:before="40" w:after="40"/>
            </w:pPr>
            <w:r>
              <w:rPr>
                <w:sz w:val="17"/>
              </w:rPr>
              <w:t>MM-001–MM-008</w:t>
            </w:r>
          </w:p>
        </w:tc>
        <w:tc>
          <w:tcPr>
            <w:tcW w:w="1304" w:type="dxa"/>
            <w:vAlign w:val="center"/>
          </w:tcPr>
          <w:p w14:paraId="6B68BA93" w14:textId="77777777" w:rsidR="00F81D60" w:rsidRDefault="00000000">
            <w:pPr>
              <w:pStyle w:val="TableText"/>
              <w:spacing w:before="40" w:after="40"/>
            </w:pPr>
            <w:r>
              <w:rPr>
                <w:sz w:val="17"/>
              </w:rPr>
              <w:t>01–02</w:t>
            </w:r>
          </w:p>
        </w:tc>
        <w:tc>
          <w:tcPr>
            <w:tcW w:w="3855" w:type="dxa"/>
            <w:vAlign w:val="center"/>
          </w:tcPr>
          <w:p w14:paraId="2BCA85C0" w14:textId="77777777" w:rsidR="00F81D60" w:rsidRDefault="00000000">
            <w:pPr>
              <w:pStyle w:val="TableText"/>
              <w:spacing w:before="40" w:after="40"/>
            </w:pPr>
            <w:r>
              <w:rPr>
                <w:sz w:val="17"/>
              </w:rPr>
              <w:t>A02–A07, A24, A30</w:t>
            </w:r>
          </w:p>
        </w:tc>
      </w:tr>
      <w:tr w:rsidR="00F81D60" w14:paraId="09429545" w14:textId="77777777">
        <w:trPr>
          <w:cantSplit/>
          <w:jc w:val="center"/>
        </w:trPr>
        <w:tc>
          <w:tcPr>
            <w:tcW w:w="3118" w:type="dxa"/>
            <w:shd w:val="clear" w:color="auto" w:fill="F5F7F9"/>
            <w:vAlign w:val="center"/>
          </w:tcPr>
          <w:p w14:paraId="4615B94A" w14:textId="77777777" w:rsidR="00F81D60" w:rsidRDefault="00000000">
            <w:pPr>
              <w:pStyle w:val="TableText"/>
              <w:spacing w:before="40" w:after="40"/>
            </w:pPr>
            <w:r>
              <w:rPr>
                <w:sz w:val="17"/>
              </w:rPr>
              <w:t>02 | Servizi e spazi</w:t>
            </w:r>
          </w:p>
        </w:tc>
        <w:tc>
          <w:tcPr>
            <w:tcW w:w="1701" w:type="dxa"/>
            <w:shd w:val="clear" w:color="auto" w:fill="F5F7F9"/>
            <w:vAlign w:val="center"/>
          </w:tcPr>
          <w:p w14:paraId="4A7221AD" w14:textId="77777777" w:rsidR="00F81D60" w:rsidRDefault="00000000">
            <w:pPr>
              <w:pStyle w:val="TableText"/>
              <w:spacing w:before="40" w:after="40"/>
            </w:pPr>
            <w:r>
              <w:rPr>
                <w:sz w:val="17"/>
              </w:rPr>
              <w:t>MM-009–MM-017</w:t>
            </w:r>
          </w:p>
        </w:tc>
        <w:tc>
          <w:tcPr>
            <w:tcW w:w="1304" w:type="dxa"/>
            <w:shd w:val="clear" w:color="auto" w:fill="F5F7F9"/>
            <w:vAlign w:val="center"/>
          </w:tcPr>
          <w:p w14:paraId="1782C2DE" w14:textId="77777777" w:rsidR="00F81D60" w:rsidRDefault="00000000">
            <w:pPr>
              <w:pStyle w:val="TableText"/>
              <w:spacing w:before="40" w:after="40"/>
            </w:pPr>
            <w:r>
              <w:rPr>
                <w:sz w:val="17"/>
              </w:rPr>
              <w:t>08</w:t>
            </w:r>
          </w:p>
        </w:tc>
        <w:tc>
          <w:tcPr>
            <w:tcW w:w="3855" w:type="dxa"/>
            <w:shd w:val="clear" w:color="auto" w:fill="F5F7F9"/>
            <w:vAlign w:val="center"/>
          </w:tcPr>
          <w:p w14:paraId="0E7A6A09" w14:textId="77777777" w:rsidR="00F81D60" w:rsidRDefault="00000000">
            <w:pPr>
              <w:pStyle w:val="TableText"/>
              <w:spacing w:before="40" w:after="40"/>
            </w:pPr>
            <w:r>
              <w:rPr>
                <w:sz w:val="17"/>
              </w:rPr>
              <w:t>A08, A15</w:t>
            </w:r>
          </w:p>
        </w:tc>
      </w:tr>
      <w:tr w:rsidR="00F81D60" w14:paraId="7063FC8F" w14:textId="77777777">
        <w:trPr>
          <w:cantSplit/>
          <w:jc w:val="center"/>
        </w:trPr>
        <w:tc>
          <w:tcPr>
            <w:tcW w:w="3118" w:type="dxa"/>
            <w:vAlign w:val="center"/>
          </w:tcPr>
          <w:p w14:paraId="5A651BCE" w14:textId="77777777" w:rsidR="00F81D60" w:rsidRDefault="00000000">
            <w:pPr>
              <w:pStyle w:val="TableText"/>
              <w:spacing w:before="40" w:after="40"/>
            </w:pPr>
            <w:r>
              <w:rPr>
                <w:sz w:val="17"/>
              </w:rPr>
              <w:t>03 | Condizioni ambientali</w:t>
            </w:r>
          </w:p>
        </w:tc>
        <w:tc>
          <w:tcPr>
            <w:tcW w:w="1701" w:type="dxa"/>
            <w:vAlign w:val="center"/>
          </w:tcPr>
          <w:p w14:paraId="73E8A053" w14:textId="77777777" w:rsidR="00F81D60" w:rsidRDefault="00000000">
            <w:pPr>
              <w:pStyle w:val="TableText"/>
              <w:spacing w:before="40" w:after="40"/>
            </w:pPr>
            <w:r>
              <w:rPr>
                <w:sz w:val="17"/>
              </w:rPr>
              <w:t>MM-018–MM-025</w:t>
            </w:r>
          </w:p>
        </w:tc>
        <w:tc>
          <w:tcPr>
            <w:tcW w:w="1304" w:type="dxa"/>
            <w:vAlign w:val="center"/>
          </w:tcPr>
          <w:p w14:paraId="3E5B7EF9" w14:textId="77777777" w:rsidR="00F81D60" w:rsidRDefault="00000000">
            <w:pPr>
              <w:pStyle w:val="TableText"/>
              <w:spacing w:before="40" w:after="40"/>
            </w:pPr>
            <w:r>
              <w:rPr>
                <w:sz w:val="17"/>
              </w:rPr>
              <w:t>09</w:t>
            </w:r>
          </w:p>
        </w:tc>
        <w:tc>
          <w:tcPr>
            <w:tcW w:w="3855" w:type="dxa"/>
            <w:vAlign w:val="center"/>
          </w:tcPr>
          <w:p w14:paraId="5722E2CF" w14:textId="77777777" w:rsidR="00F81D60" w:rsidRDefault="00000000">
            <w:pPr>
              <w:pStyle w:val="TableText"/>
              <w:spacing w:before="40" w:after="40"/>
            </w:pPr>
            <w:r>
              <w:rPr>
                <w:sz w:val="17"/>
              </w:rPr>
              <w:t>A08, A11, A15</w:t>
            </w:r>
          </w:p>
        </w:tc>
      </w:tr>
      <w:tr w:rsidR="00F81D60" w14:paraId="71AB7424" w14:textId="77777777">
        <w:trPr>
          <w:cantSplit/>
          <w:jc w:val="center"/>
        </w:trPr>
        <w:tc>
          <w:tcPr>
            <w:tcW w:w="3118" w:type="dxa"/>
            <w:shd w:val="clear" w:color="auto" w:fill="F5F7F9"/>
            <w:vAlign w:val="center"/>
          </w:tcPr>
          <w:p w14:paraId="46DCE03A" w14:textId="77777777" w:rsidR="00F81D60" w:rsidRDefault="00000000">
            <w:pPr>
              <w:pStyle w:val="TableText"/>
              <w:spacing w:before="40" w:after="40"/>
            </w:pPr>
            <w:r>
              <w:rPr>
                <w:sz w:val="17"/>
              </w:rPr>
              <w:t>04 | Indumenti e DPI</w:t>
            </w:r>
          </w:p>
        </w:tc>
        <w:tc>
          <w:tcPr>
            <w:tcW w:w="1701" w:type="dxa"/>
            <w:shd w:val="clear" w:color="auto" w:fill="F5F7F9"/>
            <w:vAlign w:val="center"/>
          </w:tcPr>
          <w:p w14:paraId="2292E8AA" w14:textId="77777777" w:rsidR="00F81D60" w:rsidRDefault="00000000">
            <w:pPr>
              <w:pStyle w:val="TableText"/>
              <w:spacing w:before="40" w:after="40"/>
            </w:pPr>
            <w:r>
              <w:rPr>
                <w:sz w:val="17"/>
              </w:rPr>
              <w:t>MM-026–MM-030</w:t>
            </w:r>
          </w:p>
        </w:tc>
        <w:tc>
          <w:tcPr>
            <w:tcW w:w="1304" w:type="dxa"/>
            <w:shd w:val="clear" w:color="auto" w:fill="F5F7F9"/>
            <w:vAlign w:val="center"/>
          </w:tcPr>
          <w:p w14:paraId="78F48231" w14:textId="77777777" w:rsidR="00F81D60" w:rsidRDefault="00000000">
            <w:pPr>
              <w:pStyle w:val="TableText"/>
              <w:spacing w:before="40" w:after="40"/>
            </w:pPr>
            <w:r>
              <w:rPr>
                <w:sz w:val="17"/>
              </w:rPr>
              <w:t>10</w:t>
            </w:r>
          </w:p>
        </w:tc>
        <w:tc>
          <w:tcPr>
            <w:tcW w:w="3855" w:type="dxa"/>
            <w:shd w:val="clear" w:color="auto" w:fill="F5F7F9"/>
            <w:vAlign w:val="center"/>
          </w:tcPr>
          <w:p w14:paraId="57339A18" w14:textId="77777777" w:rsidR="00F81D60" w:rsidRDefault="00000000">
            <w:pPr>
              <w:pStyle w:val="TableText"/>
              <w:spacing w:before="40" w:after="40"/>
            </w:pPr>
            <w:r>
              <w:rPr>
                <w:sz w:val="17"/>
              </w:rPr>
              <w:t>A11, A15</w:t>
            </w:r>
          </w:p>
        </w:tc>
      </w:tr>
      <w:tr w:rsidR="00F81D60" w14:paraId="78C20E55" w14:textId="77777777">
        <w:trPr>
          <w:cantSplit/>
          <w:jc w:val="center"/>
        </w:trPr>
        <w:tc>
          <w:tcPr>
            <w:tcW w:w="3118" w:type="dxa"/>
            <w:vAlign w:val="center"/>
          </w:tcPr>
          <w:p w14:paraId="599378B8" w14:textId="77777777" w:rsidR="00F81D60" w:rsidRDefault="00000000">
            <w:pPr>
              <w:pStyle w:val="TableText"/>
              <w:spacing w:before="40" w:after="40"/>
            </w:pPr>
            <w:r>
              <w:rPr>
                <w:sz w:val="17"/>
              </w:rPr>
              <w:t>05 | Politiche e procedure</w:t>
            </w:r>
          </w:p>
        </w:tc>
        <w:tc>
          <w:tcPr>
            <w:tcW w:w="1701" w:type="dxa"/>
            <w:vAlign w:val="center"/>
          </w:tcPr>
          <w:p w14:paraId="098B1D90" w14:textId="77777777" w:rsidR="00F81D60" w:rsidRDefault="00000000">
            <w:pPr>
              <w:pStyle w:val="TableText"/>
              <w:spacing w:before="40" w:after="40"/>
            </w:pPr>
            <w:r>
              <w:rPr>
                <w:sz w:val="17"/>
              </w:rPr>
              <w:t>MM-031–MM-044</w:t>
            </w:r>
          </w:p>
        </w:tc>
        <w:tc>
          <w:tcPr>
            <w:tcW w:w="1304" w:type="dxa"/>
            <w:vAlign w:val="center"/>
          </w:tcPr>
          <w:p w14:paraId="38F9D450" w14:textId="77777777" w:rsidR="00F81D60" w:rsidRDefault="00000000">
            <w:pPr>
              <w:pStyle w:val="TableText"/>
              <w:spacing w:before="40" w:after="40"/>
            </w:pPr>
            <w:r>
              <w:rPr>
                <w:sz w:val="17"/>
              </w:rPr>
              <w:t>01–07</w:t>
            </w:r>
          </w:p>
        </w:tc>
        <w:tc>
          <w:tcPr>
            <w:tcW w:w="3855" w:type="dxa"/>
            <w:vAlign w:val="center"/>
          </w:tcPr>
          <w:p w14:paraId="6352C0F9" w14:textId="77777777" w:rsidR="00F81D60" w:rsidRDefault="00000000">
            <w:pPr>
              <w:pStyle w:val="TableText"/>
              <w:spacing w:before="40" w:after="40"/>
            </w:pPr>
            <w:r>
              <w:rPr>
                <w:sz w:val="17"/>
              </w:rPr>
              <w:t>A01–A04, A09–A14</w:t>
            </w:r>
          </w:p>
        </w:tc>
      </w:tr>
      <w:tr w:rsidR="00F81D60" w14:paraId="2809B391" w14:textId="77777777">
        <w:trPr>
          <w:cantSplit/>
          <w:jc w:val="center"/>
        </w:trPr>
        <w:tc>
          <w:tcPr>
            <w:tcW w:w="3118" w:type="dxa"/>
            <w:shd w:val="clear" w:color="auto" w:fill="F5F7F9"/>
            <w:vAlign w:val="center"/>
          </w:tcPr>
          <w:p w14:paraId="47ACD913" w14:textId="77777777" w:rsidR="00F81D60" w:rsidRDefault="00000000">
            <w:pPr>
              <w:pStyle w:val="TableText"/>
              <w:spacing w:before="40" w:after="40"/>
            </w:pPr>
            <w:r>
              <w:rPr>
                <w:sz w:val="17"/>
              </w:rPr>
              <w:t>06 | Cultura e supporto</w:t>
            </w:r>
          </w:p>
        </w:tc>
        <w:tc>
          <w:tcPr>
            <w:tcW w:w="1701" w:type="dxa"/>
            <w:shd w:val="clear" w:color="auto" w:fill="F5F7F9"/>
            <w:vAlign w:val="center"/>
          </w:tcPr>
          <w:p w14:paraId="4D109407" w14:textId="77777777" w:rsidR="00F81D60" w:rsidRDefault="00000000">
            <w:pPr>
              <w:pStyle w:val="TableText"/>
              <w:spacing w:before="40" w:after="40"/>
            </w:pPr>
            <w:r>
              <w:rPr>
                <w:sz w:val="17"/>
              </w:rPr>
              <w:t>MM-045–MM-056</w:t>
            </w:r>
          </w:p>
        </w:tc>
        <w:tc>
          <w:tcPr>
            <w:tcW w:w="1304" w:type="dxa"/>
            <w:shd w:val="clear" w:color="auto" w:fill="F5F7F9"/>
            <w:vAlign w:val="center"/>
          </w:tcPr>
          <w:p w14:paraId="100BC07D" w14:textId="77777777" w:rsidR="00F81D60" w:rsidRDefault="00000000">
            <w:pPr>
              <w:pStyle w:val="TableText"/>
              <w:spacing w:before="40" w:after="40"/>
            </w:pPr>
            <w:r>
              <w:rPr>
                <w:sz w:val="17"/>
              </w:rPr>
              <w:t>17–18</w:t>
            </w:r>
          </w:p>
        </w:tc>
        <w:tc>
          <w:tcPr>
            <w:tcW w:w="3855" w:type="dxa"/>
            <w:shd w:val="clear" w:color="auto" w:fill="F5F7F9"/>
            <w:vAlign w:val="center"/>
          </w:tcPr>
          <w:p w14:paraId="2DE43D20" w14:textId="77777777" w:rsidR="00F81D60" w:rsidRDefault="00000000">
            <w:pPr>
              <w:pStyle w:val="TableText"/>
              <w:spacing w:before="40" w:after="40"/>
            </w:pPr>
            <w:r>
              <w:rPr>
                <w:sz w:val="17"/>
              </w:rPr>
              <w:t>A05, A20, A22, A27</w:t>
            </w:r>
          </w:p>
        </w:tc>
      </w:tr>
      <w:tr w:rsidR="00F81D60" w14:paraId="2689A9C3" w14:textId="77777777">
        <w:trPr>
          <w:cantSplit/>
          <w:jc w:val="center"/>
        </w:trPr>
        <w:tc>
          <w:tcPr>
            <w:tcW w:w="3118" w:type="dxa"/>
            <w:vAlign w:val="center"/>
          </w:tcPr>
          <w:p w14:paraId="173A8B55" w14:textId="77777777" w:rsidR="00F81D60" w:rsidRDefault="00000000">
            <w:pPr>
              <w:pStyle w:val="TableText"/>
              <w:spacing w:before="40" w:after="40"/>
            </w:pPr>
            <w:r>
              <w:rPr>
                <w:sz w:val="17"/>
              </w:rPr>
              <w:t>07 | Progettazione del lavoro</w:t>
            </w:r>
          </w:p>
        </w:tc>
        <w:tc>
          <w:tcPr>
            <w:tcW w:w="1701" w:type="dxa"/>
            <w:vAlign w:val="center"/>
          </w:tcPr>
          <w:p w14:paraId="3C00048F" w14:textId="77777777" w:rsidR="00F81D60" w:rsidRDefault="00000000">
            <w:pPr>
              <w:pStyle w:val="TableText"/>
              <w:spacing w:before="40" w:after="40"/>
            </w:pPr>
            <w:r>
              <w:rPr>
                <w:sz w:val="17"/>
              </w:rPr>
              <w:t>MM-057–MM-070</w:t>
            </w:r>
          </w:p>
        </w:tc>
        <w:tc>
          <w:tcPr>
            <w:tcW w:w="1304" w:type="dxa"/>
            <w:vAlign w:val="center"/>
          </w:tcPr>
          <w:p w14:paraId="67BBC321" w14:textId="77777777" w:rsidR="00F81D60" w:rsidRDefault="00000000">
            <w:pPr>
              <w:pStyle w:val="TableText"/>
              <w:spacing w:before="40" w:after="40"/>
            </w:pPr>
            <w:r>
              <w:rPr>
                <w:sz w:val="17"/>
              </w:rPr>
              <w:t>11–14</w:t>
            </w:r>
          </w:p>
        </w:tc>
        <w:tc>
          <w:tcPr>
            <w:tcW w:w="3855" w:type="dxa"/>
            <w:vAlign w:val="center"/>
          </w:tcPr>
          <w:p w14:paraId="2939B962" w14:textId="77777777" w:rsidR="00F81D60" w:rsidRDefault="00000000">
            <w:pPr>
              <w:pStyle w:val="TableText"/>
              <w:spacing w:before="40" w:after="40"/>
            </w:pPr>
            <w:r>
              <w:rPr>
                <w:sz w:val="17"/>
              </w:rPr>
              <w:t>A11–A14, A16</w:t>
            </w:r>
          </w:p>
        </w:tc>
      </w:tr>
      <w:tr w:rsidR="00F81D60" w14:paraId="464A1D71" w14:textId="77777777">
        <w:trPr>
          <w:cantSplit/>
          <w:jc w:val="center"/>
        </w:trPr>
        <w:tc>
          <w:tcPr>
            <w:tcW w:w="3118" w:type="dxa"/>
            <w:shd w:val="clear" w:color="auto" w:fill="F5F7F9"/>
            <w:vAlign w:val="center"/>
          </w:tcPr>
          <w:p w14:paraId="0A426A6C" w14:textId="77777777" w:rsidR="00F81D60" w:rsidRDefault="00000000">
            <w:pPr>
              <w:pStyle w:val="TableText"/>
              <w:spacing w:before="40" w:after="40"/>
            </w:pPr>
            <w:r>
              <w:rPr>
                <w:sz w:val="17"/>
              </w:rPr>
              <w:t>08 | Riservatezza e disclosure</w:t>
            </w:r>
          </w:p>
        </w:tc>
        <w:tc>
          <w:tcPr>
            <w:tcW w:w="1701" w:type="dxa"/>
            <w:shd w:val="clear" w:color="auto" w:fill="F5F7F9"/>
            <w:vAlign w:val="center"/>
          </w:tcPr>
          <w:p w14:paraId="30F956C6" w14:textId="77777777" w:rsidR="00F81D60" w:rsidRDefault="00000000">
            <w:pPr>
              <w:pStyle w:val="TableText"/>
              <w:spacing w:before="40" w:after="40"/>
            </w:pPr>
            <w:r>
              <w:rPr>
                <w:sz w:val="17"/>
              </w:rPr>
              <w:t>MM-071–MM-079</w:t>
            </w:r>
          </w:p>
        </w:tc>
        <w:tc>
          <w:tcPr>
            <w:tcW w:w="1304" w:type="dxa"/>
            <w:shd w:val="clear" w:color="auto" w:fill="F5F7F9"/>
            <w:vAlign w:val="center"/>
          </w:tcPr>
          <w:p w14:paraId="6882C3D7" w14:textId="77777777" w:rsidR="00F81D60" w:rsidRDefault="00000000">
            <w:pPr>
              <w:pStyle w:val="TableText"/>
              <w:spacing w:before="40" w:after="40"/>
            </w:pPr>
            <w:r>
              <w:rPr>
                <w:sz w:val="17"/>
              </w:rPr>
              <w:t>15–16</w:t>
            </w:r>
          </w:p>
        </w:tc>
        <w:tc>
          <w:tcPr>
            <w:tcW w:w="3855" w:type="dxa"/>
            <w:shd w:val="clear" w:color="auto" w:fill="F5F7F9"/>
            <w:vAlign w:val="center"/>
          </w:tcPr>
          <w:p w14:paraId="7BA00E1B" w14:textId="77777777" w:rsidR="00F81D60" w:rsidRDefault="00000000">
            <w:pPr>
              <w:pStyle w:val="TableText"/>
              <w:spacing w:before="40" w:after="40"/>
            </w:pPr>
            <w:r>
              <w:rPr>
                <w:sz w:val="17"/>
              </w:rPr>
              <w:t>A10, A18–A19</w:t>
            </w:r>
          </w:p>
        </w:tc>
      </w:tr>
      <w:tr w:rsidR="00F81D60" w14:paraId="0EE5633B" w14:textId="77777777">
        <w:trPr>
          <w:cantSplit/>
          <w:jc w:val="center"/>
        </w:trPr>
        <w:tc>
          <w:tcPr>
            <w:tcW w:w="3118" w:type="dxa"/>
            <w:vAlign w:val="center"/>
          </w:tcPr>
          <w:p w14:paraId="245846CD" w14:textId="77777777" w:rsidR="00F81D60" w:rsidRDefault="00000000">
            <w:pPr>
              <w:pStyle w:val="TableText"/>
              <w:spacing w:before="40" w:after="40"/>
            </w:pPr>
            <w:r>
              <w:rPr>
                <w:sz w:val="17"/>
              </w:rPr>
              <w:t>09 | Inclusione e intersezioni</w:t>
            </w:r>
          </w:p>
        </w:tc>
        <w:tc>
          <w:tcPr>
            <w:tcW w:w="1701" w:type="dxa"/>
            <w:vAlign w:val="center"/>
          </w:tcPr>
          <w:p w14:paraId="69A0FCA3" w14:textId="77777777" w:rsidR="00F81D60" w:rsidRDefault="00000000">
            <w:pPr>
              <w:pStyle w:val="TableText"/>
              <w:spacing w:before="40" w:after="40"/>
            </w:pPr>
            <w:r>
              <w:rPr>
                <w:sz w:val="17"/>
              </w:rPr>
              <w:t>MM-080–MM-092</w:t>
            </w:r>
          </w:p>
        </w:tc>
        <w:tc>
          <w:tcPr>
            <w:tcW w:w="1304" w:type="dxa"/>
            <w:vAlign w:val="center"/>
          </w:tcPr>
          <w:p w14:paraId="6008F512" w14:textId="77777777" w:rsidR="00F81D60" w:rsidRDefault="00000000">
            <w:pPr>
              <w:pStyle w:val="TableText"/>
              <w:spacing w:before="40" w:after="40"/>
            </w:pPr>
            <w:r>
              <w:rPr>
                <w:sz w:val="17"/>
              </w:rPr>
              <w:t>17</w:t>
            </w:r>
          </w:p>
        </w:tc>
        <w:tc>
          <w:tcPr>
            <w:tcW w:w="3855" w:type="dxa"/>
            <w:vAlign w:val="center"/>
          </w:tcPr>
          <w:p w14:paraId="52AE970B" w14:textId="77777777" w:rsidR="00F81D60" w:rsidRDefault="00000000">
            <w:pPr>
              <w:pStyle w:val="TableText"/>
              <w:spacing w:before="40" w:after="40"/>
            </w:pPr>
            <w:r>
              <w:rPr>
                <w:sz w:val="17"/>
              </w:rPr>
              <w:t>A05, A20–A23</w:t>
            </w:r>
          </w:p>
        </w:tc>
      </w:tr>
      <w:tr w:rsidR="00F81D60" w14:paraId="56977AA4" w14:textId="77777777">
        <w:trPr>
          <w:cantSplit/>
          <w:jc w:val="center"/>
        </w:trPr>
        <w:tc>
          <w:tcPr>
            <w:tcW w:w="3118" w:type="dxa"/>
            <w:shd w:val="clear" w:color="auto" w:fill="F5F7F9"/>
            <w:vAlign w:val="center"/>
          </w:tcPr>
          <w:p w14:paraId="111C86EF" w14:textId="77777777" w:rsidR="00F81D60" w:rsidRDefault="00000000">
            <w:pPr>
              <w:pStyle w:val="TableText"/>
              <w:spacing w:before="40" w:after="40"/>
            </w:pPr>
            <w:r>
              <w:rPr>
                <w:sz w:val="17"/>
              </w:rPr>
              <w:t>10 | Soluzioni per PMI</w:t>
            </w:r>
          </w:p>
        </w:tc>
        <w:tc>
          <w:tcPr>
            <w:tcW w:w="1701" w:type="dxa"/>
            <w:shd w:val="clear" w:color="auto" w:fill="F5F7F9"/>
            <w:vAlign w:val="center"/>
          </w:tcPr>
          <w:p w14:paraId="0E7130A8" w14:textId="77777777" w:rsidR="00F81D60" w:rsidRDefault="00000000">
            <w:pPr>
              <w:pStyle w:val="TableText"/>
              <w:spacing w:before="40" w:after="40"/>
            </w:pPr>
            <w:r>
              <w:rPr>
                <w:sz w:val="17"/>
              </w:rPr>
              <w:t>MM-093–MM-101</w:t>
            </w:r>
          </w:p>
        </w:tc>
        <w:tc>
          <w:tcPr>
            <w:tcW w:w="1304" w:type="dxa"/>
            <w:shd w:val="clear" w:color="auto" w:fill="F5F7F9"/>
            <w:vAlign w:val="center"/>
          </w:tcPr>
          <w:p w14:paraId="2764487E" w14:textId="77777777" w:rsidR="00F81D60" w:rsidRDefault="00000000">
            <w:pPr>
              <w:pStyle w:val="TableText"/>
              <w:spacing w:before="40" w:after="40"/>
            </w:pPr>
            <w:r>
              <w:rPr>
                <w:sz w:val="17"/>
              </w:rPr>
              <w:t>22</w:t>
            </w:r>
          </w:p>
        </w:tc>
        <w:tc>
          <w:tcPr>
            <w:tcW w:w="3855" w:type="dxa"/>
            <w:shd w:val="clear" w:color="auto" w:fill="F5F7F9"/>
            <w:vAlign w:val="center"/>
          </w:tcPr>
          <w:p w14:paraId="4D3DCABC" w14:textId="77777777" w:rsidR="00F81D60" w:rsidRDefault="00000000">
            <w:pPr>
              <w:pStyle w:val="TableText"/>
              <w:spacing w:before="40" w:after="40"/>
            </w:pPr>
            <w:r>
              <w:rPr>
                <w:sz w:val="17"/>
              </w:rPr>
              <w:t>A25</w:t>
            </w:r>
          </w:p>
        </w:tc>
      </w:tr>
      <w:tr w:rsidR="00F81D60" w14:paraId="3D759F73" w14:textId="77777777">
        <w:trPr>
          <w:cantSplit/>
          <w:jc w:val="center"/>
        </w:trPr>
        <w:tc>
          <w:tcPr>
            <w:tcW w:w="3118" w:type="dxa"/>
            <w:vAlign w:val="center"/>
          </w:tcPr>
          <w:p w14:paraId="0C48D872" w14:textId="77777777" w:rsidR="00F81D60" w:rsidRDefault="00000000">
            <w:pPr>
              <w:pStyle w:val="TableText"/>
              <w:spacing w:before="40" w:after="40"/>
            </w:pPr>
            <w:r>
              <w:rPr>
                <w:sz w:val="17"/>
              </w:rPr>
              <w:t>11 | Misurazione e riesame</w:t>
            </w:r>
          </w:p>
        </w:tc>
        <w:tc>
          <w:tcPr>
            <w:tcW w:w="1701" w:type="dxa"/>
            <w:vAlign w:val="center"/>
          </w:tcPr>
          <w:p w14:paraId="61A45259" w14:textId="77777777" w:rsidR="00F81D60" w:rsidRDefault="00000000">
            <w:pPr>
              <w:pStyle w:val="TableText"/>
              <w:spacing w:before="40" w:after="40"/>
            </w:pPr>
            <w:r>
              <w:rPr>
                <w:sz w:val="17"/>
              </w:rPr>
              <w:t>MM-102–MM-114</w:t>
            </w:r>
          </w:p>
        </w:tc>
        <w:tc>
          <w:tcPr>
            <w:tcW w:w="1304" w:type="dxa"/>
            <w:vAlign w:val="center"/>
          </w:tcPr>
          <w:p w14:paraId="77F7FE5D" w14:textId="77777777" w:rsidR="00F81D60" w:rsidRDefault="00000000">
            <w:pPr>
              <w:pStyle w:val="TableText"/>
              <w:spacing w:before="40" w:after="40"/>
            </w:pPr>
            <w:r>
              <w:rPr>
                <w:sz w:val="17"/>
              </w:rPr>
              <w:t>24</w:t>
            </w:r>
          </w:p>
        </w:tc>
        <w:tc>
          <w:tcPr>
            <w:tcW w:w="3855" w:type="dxa"/>
            <w:vAlign w:val="center"/>
          </w:tcPr>
          <w:p w14:paraId="7FE63469" w14:textId="77777777" w:rsidR="00F81D60" w:rsidRDefault="00000000">
            <w:pPr>
              <w:pStyle w:val="TableText"/>
              <w:spacing w:before="40" w:after="40"/>
            </w:pPr>
            <w:r>
              <w:rPr>
                <w:sz w:val="17"/>
              </w:rPr>
              <w:t>A17, A23–A24</w:t>
            </w:r>
          </w:p>
        </w:tc>
      </w:tr>
      <w:tr w:rsidR="00F81D60" w14:paraId="5C5677E4" w14:textId="77777777">
        <w:trPr>
          <w:cantSplit/>
          <w:jc w:val="center"/>
        </w:trPr>
        <w:tc>
          <w:tcPr>
            <w:tcW w:w="3118" w:type="dxa"/>
            <w:shd w:val="clear" w:color="auto" w:fill="F5F7F9"/>
            <w:vAlign w:val="center"/>
          </w:tcPr>
          <w:p w14:paraId="6472C9A1" w14:textId="77777777" w:rsidR="00F81D60" w:rsidRDefault="00000000">
            <w:pPr>
              <w:pStyle w:val="TableText"/>
              <w:spacing w:before="40" w:after="40"/>
            </w:pPr>
            <w:r>
              <w:rPr>
                <w:sz w:val="17"/>
              </w:rPr>
              <w:t>12 | Strumenti per i manager</w:t>
            </w:r>
          </w:p>
        </w:tc>
        <w:tc>
          <w:tcPr>
            <w:tcW w:w="1701" w:type="dxa"/>
            <w:shd w:val="clear" w:color="auto" w:fill="F5F7F9"/>
            <w:vAlign w:val="center"/>
          </w:tcPr>
          <w:p w14:paraId="22AE10F0" w14:textId="77777777" w:rsidR="00F81D60" w:rsidRDefault="00000000">
            <w:pPr>
              <w:pStyle w:val="TableText"/>
              <w:spacing w:before="40" w:after="40"/>
            </w:pPr>
            <w:r>
              <w:rPr>
                <w:sz w:val="17"/>
              </w:rPr>
              <w:t>MM-115–MM-122</w:t>
            </w:r>
          </w:p>
        </w:tc>
        <w:tc>
          <w:tcPr>
            <w:tcW w:w="1304" w:type="dxa"/>
            <w:shd w:val="clear" w:color="auto" w:fill="F5F7F9"/>
            <w:vAlign w:val="center"/>
          </w:tcPr>
          <w:p w14:paraId="0ACC8CCD" w14:textId="77777777" w:rsidR="00F81D60" w:rsidRDefault="00000000">
            <w:pPr>
              <w:pStyle w:val="TableText"/>
              <w:spacing w:before="40" w:after="40"/>
            </w:pPr>
            <w:r>
              <w:rPr>
                <w:sz w:val="17"/>
              </w:rPr>
              <w:t>05, 18</w:t>
            </w:r>
          </w:p>
        </w:tc>
        <w:tc>
          <w:tcPr>
            <w:tcW w:w="3855" w:type="dxa"/>
            <w:shd w:val="clear" w:color="auto" w:fill="F5F7F9"/>
            <w:vAlign w:val="center"/>
          </w:tcPr>
          <w:p w14:paraId="64423E22" w14:textId="77777777" w:rsidR="00F81D60" w:rsidRDefault="00000000">
            <w:pPr>
              <w:pStyle w:val="TableText"/>
              <w:spacing w:before="40" w:after="40"/>
            </w:pPr>
            <w:r>
              <w:rPr>
                <w:sz w:val="17"/>
              </w:rPr>
              <w:t>A10–A14, A20</w:t>
            </w:r>
          </w:p>
        </w:tc>
      </w:tr>
      <w:tr w:rsidR="00F81D60" w14:paraId="48A894A2" w14:textId="77777777">
        <w:trPr>
          <w:cantSplit/>
          <w:jc w:val="center"/>
        </w:trPr>
        <w:tc>
          <w:tcPr>
            <w:tcW w:w="3118" w:type="dxa"/>
            <w:vAlign w:val="center"/>
          </w:tcPr>
          <w:p w14:paraId="7C4241FD" w14:textId="77777777" w:rsidR="00F81D60" w:rsidRDefault="00000000">
            <w:pPr>
              <w:pStyle w:val="TableText"/>
              <w:spacing w:before="40" w:after="40"/>
            </w:pPr>
            <w:r>
              <w:rPr>
                <w:sz w:val="17"/>
              </w:rPr>
              <w:t>13 | Valutazione dei rischi</w:t>
            </w:r>
          </w:p>
        </w:tc>
        <w:tc>
          <w:tcPr>
            <w:tcW w:w="1701" w:type="dxa"/>
            <w:vAlign w:val="center"/>
          </w:tcPr>
          <w:p w14:paraId="14EA70C9" w14:textId="77777777" w:rsidR="00F81D60" w:rsidRDefault="00000000">
            <w:pPr>
              <w:pStyle w:val="TableText"/>
              <w:spacing w:before="40" w:after="40"/>
            </w:pPr>
            <w:r>
              <w:rPr>
                <w:sz w:val="17"/>
              </w:rPr>
              <w:t>MM-123–MM-134</w:t>
            </w:r>
          </w:p>
        </w:tc>
        <w:tc>
          <w:tcPr>
            <w:tcW w:w="1304" w:type="dxa"/>
            <w:vAlign w:val="center"/>
          </w:tcPr>
          <w:p w14:paraId="00F59BD3" w14:textId="77777777" w:rsidR="00F81D60" w:rsidRDefault="00000000">
            <w:pPr>
              <w:pStyle w:val="TableText"/>
              <w:spacing w:before="40" w:after="40"/>
            </w:pPr>
            <w:r>
              <w:rPr>
                <w:sz w:val="17"/>
              </w:rPr>
              <w:t>06–07, 12</w:t>
            </w:r>
          </w:p>
        </w:tc>
        <w:tc>
          <w:tcPr>
            <w:tcW w:w="3855" w:type="dxa"/>
            <w:vAlign w:val="center"/>
          </w:tcPr>
          <w:p w14:paraId="6967A818" w14:textId="77777777" w:rsidR="00F81D60" w:rsidRDefault="00000000">
            <w:pPr>
              <w:pStyle w:val="TableText"/>
              <w:spacing w:before="40" w:after="40"/>
            </w:pPr>
            <w:r>
              <w:rPr>
                <w:sz w:val="17"/>
              </w:rPr>
              <w:t>A08, A11, A16</w:t>
            </w:r>
          </w:p>
        </w:tc>
      </w:tr>
      <w:tr w:rsidR="00F81D60" w14:paraId="58AC1A4A" w14:textId="77777777">
        <w:trPr>
          <w:cantSplit/>
          <w:jc w:val="center"/>
        </w:trPr>
        <w:tc>
          <w:tcPr>
            <w:tcW w:w="3118" w:type="dxa"/>
            <w:shd w:val="clear" w:color="auto" w:fill="F5F7F9"/>
            <w:vAlign w:val="center"/>
          </w:tcPr>
          <w:p w14:paraId="065AF015" w14:textId="77777777" w:rsidR="00F81D60" w:rsidRDefault="00000000">
            <w:pPr>
              <w:pStyle w:val="TableText"/>
              <w:spacing w:before="40" w:after="40"/>
            </w:pPr>
            <w:r>
              <w:rPr>
                <w:sz w:val="17"/>
              </w:rPr>
              <w:t>14 | Selezione e inserimento</w:t>
            </w:r>
          </w:p>
        </w:tc>
        <w:tc>
          <w:tcPr>
            <w:tcW w:w="1701" w:type="dxa"/>
            <w:shd w:val="clear" w:color="auto" w:fill="F5F7F9"/>
            <w:vAlign w:val="center"/>
          </w:tcPr>
          <w:p w14:paraId="69B91850" w14:textId="77777777" w:rsidR="00F81D60" w:rsidRDefault="00000000">
            <w:pPr>
              <w:pStyle w:val="TableText"/>
              <w:spacing w:before="40" w:after="40"/>
            </w:pPr>
            <w:r>
              <w:rPr>
                <w:sz w:val="17"/>
              </w:rPr>
              <w:t>MM-135–MM-143</w:t>
            </w:r>
          </w:p>
        </w:tc>
        <w:tc>
          <w:tcPr>
            <w:tcW w:w="1304" w:type="dxa"/>
            <w:shd w:val="clear" w:color="auto" w:fill="F5F7F9"/>
            <w:vAlign w:val="center"/>
          </w:tcPr>
          <w:p w14:paraId="7CE6A839" w14:textId="77777777" w:rsidR="00F81D60" w:rsidRDefault="00000000">
            <w:pPr>
              <w:pStyle w:val="TableText"/>
              <w:spacing w:before="40" w:after="40"/>
            </w:pPr>
            <w:r>
              <w:rPr>
                <w:sz w:val="17"/>
              </w:rPr>
              <w:t>19</w:t>
            </w:r>
          </w:p>
        </w:tc>
        <w:tc>
          <w:tcPr>
            <w:tcW w:w="3855" w:type="dxa"/>
            <w:shd w:val="clear" w:color="auto" w:fill="F5F7F9"/>
            <w:vAlign w:val="center"/>
          </w:tcPr>
          <w:p w14:paraId="37D099E1" w14:textId="77777777" w:rsidR="00F81D60" w:rsidRDefault="00000000">
            <w:pPr>
              <w:pStyle w:val="TableText"/>
              <w:spacing w:before="40" w:after="40"/>
            </w:pPr>
            <w:r>
              <w:rPr>
                <w:sz w:val="17"/>
              </w:rPr>
              <w:t>A21</w:t>
            </w:r>
          </w:p>
        </w:tc>
      </w:tr>
      <w:tr w:rsidR="00F81D60" w14:paraId="4C257F5D" w14:textId="77777777">
        <w:trPr>
          <w:cantSplit/>
          <w:jc w:val="center"/>
        </w:trPr>
        <w:tc>
          <w:tcPr>
            <w:tcW w:w="3118" w:type="dxa"/>
            <w:vAlign w:val="center"/>
          </w:tcPr>
          <w:p w14:paraId="5D7962A5" w14:textId="77777777" w:rsidR="00F81D60" w:rsidRDefault="00000000">
            <w:pPr>
              <w:pStyle w:val="TableText"/>
              <w:spacing w:before="40" w:after="40"/>
            </w:pPr>
            <w:r>
              <w:rPr>
                <w:sz w:val="17"/>
              </w:rPr>
              <w:t>15 | Formazione e comunicazione</w:t>
            </w:r>
          </w:p>
        </w:tc>
        <w:tc>
          <w:tcPr>
            <w:tcW w:w="1701" w:type="dxa"/>
            <w:vAlign w:val="center"/>
          </w:tcPr>
          <w:p w14:paraId="14CA4503" w14:textId="77777777" w:rsidR="00F81D60" w:rsidRDefault="00000000">
            <w:pPr>
              <w:pStyle w:val="TableText"/>
              <w:spacing w:before="40" w:after="40"/>
            </w:pPr>
            <w:r>
              <w:rPr>
                <w:sz w:val="17"/>
              </w:rPr>
              <w:t>MM-144–MM-151</w:t>
            </w:r>
          </w:p>
        </w:tc>
        <w:tc>
          <w:tcPr>
            <w:tcW w:w="1304" w:type="dxa"/>
            <w:vAlign w:val="center"/>
          </w:tcPr>
          <w:p w14:paraId="2EC63B3D" w14:textId="77777777" w:rsidR="00F81D60" w:rsidRDefault="00000000">
            <w:pPr>
              <w:pStyle w:val="TableText"/>
              <w:spacing w:before="40" w:after="40"/>
            </w:pPr>
            <w:r>
              <w:rPr>
                <w:sz w:val="17"/>
              </w:rPr>
              <w:t>20</w:t>
            </w:r>
          </w:p>
        </w:tc>
        <w:tc>
          <w:tcPr>
            <w:tcW w:w="3855" w:type="dxa"/>
            <w:vAlign w:val="center"/>
          </w:tcPr>
          <w:p w14:paraId="05DB6104" w14:textId="77777777" w:rsidR="00F81D60" w:rsidRDefault="00000000">
            <w:pPr>
              <w:pStyle w:val="TableText"/>
              <w:spacing w:before="40" w:after="40"/>
            </w:pPr>
            <w:r>
              <w:rPr>
                <w:sz w:val="17"/>
              </w:rPr>
              <w:t>A22, A27</w:t>
            </w:r>
          </w:p>
        </w:tc>
      </w:tr>
      <w:tr w:rsidR="00F81D60" w14:paraId="3AD89488" w14:textId="77777777">
        <w:trPr>
          <w:cantSplit/>
          <w:jc w:val="center"/>
        </w:trPr>
        <w:tc>
          <w:tcPr>
            <w:tcW w:w="3118" w:type="dxa"/>
            <w:shd w:val="clear" w:color="auto" w:fill="F5F7F9"/>
            <w:vAlign w:val="center"/>
          </w:tcPr>
          <w:p w14:paraId="5593F35E" w14:textId="77777777" w:rsidR="00F81D60" w:rsidRDefault="00000000">
            <w:pPr>
              <w:pStyle w:val="TableText"/>
              <w:spacing w:before="40" w:after="40"/>
            </w:pPr>
            <w:r>
              <w:rPr>
                <w:sz w:val="17"/>
              </w:rPr>
              <w:t>16 | Integrazione nel sistema</w:t>
            </w:r>
          </w:p>
        </w:tc>
        <w:tc>
          <w:tcPr>
            <w:tcW w:w="1701" w:type="dxa"/>
            <w:shd w:val="clear" w:color="auto" w:fill="F5F7F9"/>
            <w:vAlign w:val="center"/>
          </w:tcPr>
          <w:p w14:paraId="27EC3C29" w14:textId="77777777" w:rsidR="00F81D60" w:rsidRDefault="00000000">
            <w:pPr>
              <w:pStyle w:val="TableText"/>
              <w:spacing w:before="40" w:after="40"/>
            </w:pPr>
            <w:r>
              <w:rPr>
                <w:sz w:val="17"/>
              </w:rPr>
              <w:t>MM-152–MM-160</w:t>
            </w:r>
          </w:p>
        </w:tc>
        <w:tc>
          <w:tcPr>
            <w:tcW w:w="1304" w:type="dxa"/>
            <w:shd w:val="clear" w:color="auto" w:fill="F5F7F9"/>
            <w:vAlign w:val="center"/>
          </w:tcPr>
          <w:p w14:paraId="2CCCB0A9" w14:textId="77777777" w:rsidR="00F81D60" w:rsidRDefault="00000000">
            <w:pPr>
              <w:pStyle w:val="TableText"/>
              <w:spacing w:before="40" w:after="40"/>
            </w:pPr>
            <w:r>
              <w:rPr>
                <w:sz w:val="17"/>
              </w:rPr>
              <w:t>23–25</w:t>
            </w:r>
          </w:p>
        </w:tc>
        <w:tc>
          <w:tcPr>
            <w:tcW w:w="3855" w:type="dxa"/>
            <w:shd w:val="clear" w:color="auto" w:fill="F5F7F9"/>
            <w:vAlign w:val="center"/>
          </w:tcPr>
          <w:p w14:paraId="43A20CF9" w14:textId="77777777" w:rsidR="00F81D60" w:rsidRDefault="00000000">
            <w:pPr>
              <w:pStyle w:val="TableText"/>
              <w:spacing w:before="40" w:after="40"/>
            </w:pPr>
            <w:r>
              <w:rPr>
                <w:sz w:val="17"/>
              </w:rPr>
              <w:t>A06–A07, A17, A24, A26, A30</w:t>
            </w:r>
          </w:p>
        </w:tc>
      </w:tr>
    </w:tbl>
    <w:p w14:paraId="21C70AB6" w14:textId="77777777" w:rsidR="00F81D60" w:rsidRDefault="00F81D60">
      <w:pPr>
        <w:spacing w:after="0"/>
      </w:pPr>
    </w:p>
    <w:p w14:paraId="6BF2B1C5" w14:textId="77777777" w:rsidR="00F81D60" w:rsidRDefault="00000000">
      <w:pPr>
        <w:pStyle w:val="Small"/>
      </w:pPr>
      <w:r>
        <w:rPr>
          <w:b/>
        </w:rPr>
        <w:t>Come usare il raccordo.</w:t>
      </w:r>
      <w:r>
        <w:t xml:space="preserve"> Partire dalla domanda A06/Excel; leggere il capitolo richiamato; individuare la prova effettiva; registrarla in A07; aprire l’azione di sistema A17 se necessaria. I moduli individuali costituiscono un circuito separato e non devono essere allegati come evidenza grezza all’audit.</w:t>
      </w:r>
    </w:p>
    <w:p w14:paraId="589AC19C" w14:textId="77777777" w:rsidR="00F81D60" w:rsidRDefault="00000000">
      <w:pPr>
        <w:pStyle w:val="Reference"/>
      </w:pPr>
      <w:r>
        <w:t>I riferimenti ISO puntuali delle 160 domande sono riportati in A06, mantenendo il catalogo fornito. Quando un controllo tocca più ambiti, applicare anche le istruzioni trasversali di privacy, sicurezza e gestione documentale.</w:t>
      </w:r>
    </w:p>
    <w:p w14:paraId="44025F01" w14:textId="77777777" w:rsidR="00F81D60" w:rsidRDefault="00000000">
      <w:r>
        <w:br w:type="page"/>
      </w:r>
    </w:p>
    <w:p w14:paraId="2A038155" w14:textId="77777777" w:rsidR="00F81D60" w:rsidRDefault="00000000">
      <w:pPr>
        <w:pStyle w:val="Small"/>
      </w:pPr>
      <w:r>
        <w:rPr>
          <w:b/>
          <w:color w:val="006B70"/>
        </w:rPr>
        <w:t>ALLEGATO AZIENDALE  •  MOD-MM-29  •  parte 2</w:t>
      </w:r>
    </w:p>
    <w:p w14:paraId="638556CB" w14:textId="77777777" w:rsidR="00F81D60" w:rsidRDefault="00000000">
      <w:pPr>
        <w:pStyle w:val="Titolo1"/>
      </w:pPr>
      <w:bookmarkStart w:id="99" w:name="A29_2"/>
      <w:r>
        <w:t>A29 | Raccordo alla fonte ISO e a ISO 45001</w:t>
      </w:r>
      <w:bookmarkEnd w:id="99"/>
    </w:p>
    <w:p w14:paraId="0D5F9D70" w14:textId="77777777" w:rsidR="00F81D60" w:rsidRDefault="00000000">
      <w:pPr>
        <w:pStyle w:val="Reference"/>
      </w:pPr>
      <w:r>
        <w:t>Base documentale: [ISO] capitolo 5 e allegato G; [AZ] indice di applicazione. Le istruzioni operative e i moduli sono elaborazioni aziendali del modello [AZ].</w:t>
      </w:r>
    </w:p>
    <w:p w14:paraId="2827968C" w14:textId="77777777" w:rsidR="00F81D60" w:rsidRDefault="00000000">
      <w:r>
        <w:t>La colonna ISO 45001 riprende i principali collegamenti dell’allegato G alla ISO 45001:2018. Non è un nuovo requisito certificativo né una dichiarazione di conformità del modello.</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004"/>
        <w:gridCol w:w="3628"/>
        <w:gridCol w:w="3345"/>
      </w:tblGrid>
      <w:tr w:rsidR="00F81D60" w14:paraId="7B2F1997" w14:textId="77777777">
        <w:trPr>
          <w:tblHeader/>
          <w:jc w:val="center"/>
        </w:trPr>
        <w:tc>
          <w:tcPr>
            <w:tcW w:w="3005" w:type="dxa"/>
            <w:shd w:val="clear" w:color="auto" w:fill="17324D"/>
            <w:vAlign w:val="center"/>
          </w:tcPr>
          <w:p w14:paraId="11C74FEE" w14:textId="77777777" w:rsidR="00F81D60" w:rsidRDefault="00000000">
            <w:pPr>
              <w:pStyle w:val="TableText"/>
              <w:spacing w:before="40" w:after="40"/>
            </w:pPr>
            <w:r>
              <w:rPr>
                <w:b/>
                <w:color w:val="FFFFFF"/>
                <w:sz w:val="17"/>
              </w:rPr>
              <w:t>ISO 45010:2026</w:t>
            </w:r>
          </w:p>
        </w:tc>
        <w:tc>
          <w:tcPr>
            <w:tcW w:w="3628" w:type="dxa"/>
            <w:shd w:val="clear" w:color="auto" w:fill="17324D"/>
            <w:vAlign w:val="center"/>
          </w:tcPr>
          <w:p w14:paraId="2652137C" w14:textId="77777777" w:rsidR="00F81D60" w:rsidRDefault="00000000">
            <w:pPr>
              <w:pStyle w:val="TableText"/>
              <w:spacing w:before="40" w:after="40"/>
            </w:pPr>
            <w:r>
              <w:rPr>
                <w:b/>
                <w:color w:val="FFFFFF"/>
                <w:sz w:val="17"/>
              </w:rPr>
              <w:t>Applicazione nel modello</w:t>
            </w:r>
          </w:p>
        </w:tc>
        <w:tc>
          <w:tcPr>
            <w:tcW w:w="3345" w:type="dxa"/>
            <w:shd w:val="clear" w:color="auto" w:fill="17324D"/>
            <w:vAlign w:val="center"/>
          </w:tcPr>
          <w:p w14:paraId="35C25477" w14:textId="77777777" w:rsidR="00F81D60" w:rsidRDefault="00000000">
            <w:pPr>
              <w:pStyle w:val="TableText"/>
              <w:spacing w:before="40" w:after="40"/>
            </w:pPr>
            <w:r>
              <w:rPr>
                <w:b/>
                <w:color w:val="FFFFFF"/>
                <w:sz w:val="17"/>
              </w:rPr>
              <w:t>Raccordo ISO 45001:2018</w:t>
            </w:r>
          </w:p>
        </w:tc>
      </w:tr>
      <w:tr w:rsidR="00F81D60" w14:paraId="599808B7" w14:textId="77777777">
        <w:trPr>
          <w:cantSplit/>
          <w:jc w:val="center"/>
        </w:trPr>
        <w:tc>
          <w:tcPr>
            <w:tcW w:w="3005" w:type="dxa"/>
            <w:vAlign w:val="center"/>
          </w:tcPr>
          <w:p w14:paraId="58F5B72E" w14:textId="77777777" w:rsidR="00F81D60" w:rsidRDefault="00000000">
            <w:pPr>
              <w:pStyle w:val="TableText"/>
              <w:spacing w:before="40" w:after="40"/>
            </w:pPr>
            <w:r>
              <w:rPr>
                <w:sz w:val="17"/>
              </w:rPr>
              <w:t>Introduzione § 0.1 e capitolo 4: contesto e relazione lavoro/salute</w:t>
            </w:r>
          </w:p>
        </w:tc>
        <w:tc>
          <w:tcPr>
            <w:tcW w:w="3628" w:type="dxa"/>
            <w:vAlign w:val="center"/>
          </w:tcPr>
          <w:p w14:paraId="65814D54" w14:textId="77777777" w:rsidR="00F81D60" w:rsidRDefault="00000000">
            <w:pPr>
              <w:pStyle w:val="TableText"/>
              <w:spacing w:before="40" w:after="40"/>
            </w:pPr>
            <w:r>
              <w:rPr>
                <w:sz w:val="17"/>
              </w:rPr>
              <w:t>Prefazione, scopo, definizioni, capitoli 01–02 e 06</w:t>
            </w:r>
          </w:p>
        </w:tc>
        <w:tc>
          <w:tcPr>
            <w:tcW w:w="3345" w:type="dxa"/>
            <w:vAlign w:val="center"/>
          </w:tcPr>
          <w:p w14:paraId="2C8085C1" w14:textId="77777777" w:rsidR="00F81D60" w:rsidRDefault="00000000">
            <w:pPr>
              <w:pStyle w:val="TableText"/>
              <w:spacing w:before="40" w:after="40"/>
            </w:pPr>
            <w:r>
              <w:rPr>
                <w:sz w:val="17"/>
              </w:rPr>
              <w:t>4.1 e 4.2, secondo i collegamenti dell’allegato G</w:t>
            </w:r>
          </w:p>
        </w:tc>
      </w:tr>
      <w:tr w:rsidR="00F81D60" w14:paraId="43DB5FCB" w14:textId="77777777">
        <w:trPr>
          <w:cantSplit/>
          <w:jc w:val="center"/>
        </w:trPr>
        <w:tc>
          <w:tcPr>
            <w:tcW w:w="3005" w:type="dxa"/>
            <w:shd w:val="clear" w:color="auto" w:fill="F5F7F9"/>
            <w:vAlign w:val="center"/>
          </w:tcPr>
          <w:p w14:paraId="389338E3" w14:textId="77777777" w:rsidR="00F81D60" w:rsidRDefault="00000000">
            <w:pPr>
              <w:pStyle w:val="TableText"/>
              <w:spacing w:before="40" w:after="40"/>
            </w:pPr>
            <w:r>
              <w:rPr>
                <w:sz w:val="17"/>
              </w:rPr>
              <w:t>§ 5.2: aspetti fisici</w:t>
            </w:r>
          </w:p>
        </w:tc>
        <w:tc>
          <w:tcPr>
            <w:tcW w:w="3628" w:type="dxa"/>
            <w:shd w:val="clear" w:color="auto" w:fill="F5F7F9"/>
            <w:vAlign w:val="center"/>
          </w:tcPr>
          <w:p w14:paraId="02FA1F3B" w14:textId="77777777" w:rsidR="00F81D60" w:rsidRDefault="00000000">
            <w:pPr>
              <w:pStyle w:val="TableText"/>
              <w:spacing w:before="40" w:after="40"/>
            </w:pPr>
            <w:r>
              <w:rPr>
                <w:sz w:val="17"/>
              </w:rPr>
              <w:t>Capitoli 08–10; A08, A11, A15</w:t>
            </w:r>
          </w:p>
        </w:tc>
        <w:tc>
          <w:tcPr>
            <w:tcW w:w="3345" w:type="dxa"/>
            <w:shd w:val="clear" w:color="auto" w:fill="F5F7F9"/>
            <w:vAlign w:val="center"/>
          </w:tcPr>
          <w:p w14:paraId="508CC7D7" w14:textId="77777777" w:rsidR="00F81D60" w:rsidRDefault="00000000">
            <w:pPr>
              <w:pStyle w:val="TableText"/>
              <w:spacing w:before="40" w:after="40"/>
            </w:pPr>
            <w:r>
              <w:rPr>
                <w:sz w:val="17"/>
              </w:rPr>
              <w:t>7.1 Risorse</w:t>
            </w:r>
          </w:p>
        </w:tc>
      </w:tr>
      <w:tr w:rsidR="00F81D60" w14:paraId="0074B48B" w14:textId="77777777">
        <w:trPr>
          <w:cantSplit/>
          <w:jc w:val="center"/>
        </w:trPr>
        <w:tc>
          <w:tcPr>
            <w:tcW w:w="3005" w:type="dxa"/>
            <w:vAlign w:val="center"/>
          </w:tcPr>
          <w:p w14:paraId="51F6D3AC" w14:textId="77777777" w:rsidR="00F81D60" w:rsidRDefault="00000000">
            <w:pPr>
              <w:pStyle w:val="TableText"/>
              <w:spacing w:before="40" w:after="40"/>
            </w:pPr>
            <w:r>
              <w:rPr>
                <w:sz w:val="17"/>
              </w:rPr>
              <w:t>§ 5.3: politiche e procedure</w:t>
            </w:r>
          </w:p>
        </w:tc>
        <w:tc>
          <w:tcPr>
            <w:tcW w:w="3628" w:type="dxa"/>
            <w:vAlign w:val="center"/>
          </w:tcPr>
          <w:p w14:paraId="05236107" w14:textId="77777777" w:rsidR="00F81D60" w:rsidRDefault="00000000">
            <w:pPr>
              <w:pStyle w:val="TableText"/>
              <w:spacing w:before="40" w:after="40"/>
            </w:pPr>
            <w:r>
              <w:rPr>
                <w:sz w:val="17"/>
              </w:rPr>
              <w:t>Capitoli 01–07 e 13–14; A01–A14</w:t>
            </w:r>
          </w:p>
        </w:tc>
        <w:tc>
          <w:tcPr>
            <w:tcW w:w="3345" w:type="dxa"/>
            <w:vAlign w:val="center"/>
          </w:tcPr>
          <w:p w14:paraId="394E0077" w14:textId="77777777" w:rsidR="00F81D60" w:rsidRDefault="00000000">
            <w:pPr>
              <w:pStyle w:val="TableText"/>
              <w:spacing w:before="40" w:after="40"/>
            </w:pPr>
            <w:r>
              <w:rPr>
                <w:sz w:val="17"/>
              </w:rPr>
              <w:t>5.2 Politica</w:t>
            </w:r>
          </w:p>
        </w:tc>
      </w:tr>
      <w:tr w:rsidR="00F81D60" w14:paraId="72DE2083" w14:textId="77777777">
        <w:trPr>
          <w:cantSplit/>
          <w:jc w:val="center"/>
        </w:trPr>
        <w:tc>
          <w:tcPr>
            <w:tcW w:w="3005" w:type="dxa"/>
            <w:shd w:val="clear" w:color="auto" w:fill="F5F7F9"/>
            <w:vAlign w:val="center"/>
          </w:tcPr>
          <w:p w14:paraId="183EEDC6" w14:textId="77777777" w:rsidR="00F81D60" w:rsidRDefault="00000000">
            <w:pPr>
              <w:pStyle w:val="TableText"/>
              <w:spacing w:before="40" w:after="40"/>
            </w:pPr>
            <w:r>
              <w:rPr>
                <w:sz w:val="17"/>
              </w:rPr>
              <w:t>§ 5.4: cultura di supporto</w:t>
            </w:r>
          </w:p>
        </w:tc>
        <w:tc>
          <w:tcPr>
            <w:tcW w:w="3628" w:type="dxa"/>
            <w:shd w:val="clear" w:color="auto" w:fill="F5F7F9"/>
            <w:vAlign w:val="center"/>
          </w:tcPr>
          <w:p w14:paraId="41347E07" w14:textId="77777777" w:rsidR="00F81D60" w:rsidRDefault="00000000">
            <w:pPr>
              <w:pStyle w:val="TableText"/>
              <w:spacing w:before="40" w:after="40"/>
            </w:pPr>
            <w:r>
              <w:rPr>
                <w:sz w:val="17"/>
              </w:rPr>
              <w:t>Capitoli 17–18 e 20; A20, A22, A27</w:t>
            </w:r>
          </w:p>
        </w:tc>
        <w:tc>
          <w:tcPr>
            <w:tcW w:w="3345" w:type="dxa"/>
            <w:shd w:val="clear" w:color="auto" w:fill="F5F7F9"/>
            <w:vAlign w:val="center"/>
          </w:tcPr>
          <w:p w14:paraId="15D3A142" w14:textId="77777777" w:rsidR="00F81D60" w:rsidRDefault="00000000">
            <w:pPr>
              <w:pStyle w:val="TableText"/>
              <w:spacing w:before="40" w:after="40"/>
            </w:pPr>
            <w:r>
              <w:rPr>
                <w:sz w:val="17"/>
              </w:rPr>
              <w:t>5.1 Leadership; 5.4 Consultazione e partecipazione</w:t>
            </w:r>
          </w:p>
        </w:tc>
      </w:tr>
      <w:tr w:rsidR="00F81D60" w14:paraId="03CB89B4" w14:textId="77777777">
        <w:trPr>
          <w:cantSplit/>
          <w:jc w:val="center"/>
        </w:trPr>
        <w:tc>
          <w:tcPr>
            <w:tcW w:w="3005" w:type="dxa"/>
            <w:vAlign w:val="center"/>
          </w:tcPr>
          <w:p w14:paraId="4E9242FE" w14:textId="77777777" w:rsidR="00F81D60" w:rsidRDefault="00000000">
            <w:pPr>
              <w:pStyle w:val="TableText"/>
              <w:spacing w:before="40" w:after="40"/>
            </w:pPr>
            <w:r>
              <w:rPr>
                <w:sz w:val="17"/>
              </w:rPr>
              <w:t>§ 5.5: progettazione del lavoro</w:t>
            </w:r>
          </w:p>
        </w:tc>
        <w:tc>
          <w:tcPr>
            <w:tcW w:w="3628" w:type="dxa"/>
            <w:vAlign w:val="center"/>
          </w:tcPr>
          <w:p w14:paraId="5C20D86C" w14:textId="77777777" w:rsidR="00F81D60" w:rsidRDefault="00000000">
            <w:pPr>
              <w:pStyle w:val="TableText"/>
              <w:spacing w:before="40" w:after="40"/>
            </w:pPr>
            <w:r>
              <w:rPr>
                <w:sz w:val="17"/>
              </w:rPr>
              <w:t>Capitoli 11–12; A11–A16</w:t>
            </w:r>
          </w:p>
        </w:tc>
        <w:tc>
          <w:tcPr>
            <w:tcW w:w="3345" w:type="dxa"/>
            <w:vAlign w:val="center"/>
          </w:tcPr>
          <w:p w14:paraId="731B9261" w14:textId="77777777" w:rsidR="00F81D60" w:rsidRDefault="00000000">
            <w:pPr>
              <w:pStyle w:val="TableText"/>
              <w:spacing w:before="40" w:after="40"/>
            </w:pPr>
            <w:r>
              <w:rPr>
                <w:sz w:val="17"/>
              </w:rPr>
              <w:t>6.1 Rischi/opportunità; 8.1 Controllo operativo</w:t>
            </w:r>
          </w:p>
        </w:tc>
      </w:tr>
      <w:tr w:rsidR="00F81D60" w14:paraId="06191730" w14:textId="77777777">
        <w:trPr>
          <w:cantSplit/>
          <w:jc w:val="center"/>
        </w:trPr>
        <w:tc>
          <w:tcPr>
            <w:tcW w:w="3005" w:type="dxa"/>
            <w:shd w:val="clear" w:color="auto" w:fill="F5F7F9"/>
            <w:vAlign w:val="center"/>
          </w:tcPr>
          <w:p w14:paraId="326E789C" w14:textId="77777777" w:rsidR="00F81D60" w:rsidRDefault="00000000">
            <w:pPr>
              <w:pStyle w:val="TableText"/>
              <w:spacing w:before="40" w:after="40"/>
            </w:pPr>
            <w:r>
              <w:rPr>
                <w:sz w:val="17"/>
              </w:rPr>
              <w:t>§ 5.6: disclosure e privacy</w:t>
            </w:r>
          </w:p>
        </w:tc>
        <w:tc>
          <w:tcPr>
            <w:tcW w:w="3628" w:type="dxa"/>
            <w:shd w:val="clear" w:color="auto" w:fill="F5F7F9"/>
            <w:vAlign w:val="center"/>
          </w:tcPr>
          <w:p w14:paraId="5315D7AE" w14:textId="77777777" w:rsidR="00F81D60" w:rsidRDefault="00000000">
            <w:pPr>
              <w:pStyle w:val="TableText"/>
              <w:spacing w:before="40" w:after="40"/>
            </w:pPr>
            <w:r>
              <w:rPr>
                <w:sz w:val="17"/>
              </w:rPr>
              <w:t>Capitoli 15–16; A10, A18–A19</w:t>
            </w:r>
          </w:p>
        </w:tc>
        <w:tc>
          <w:tcPr>
            <w:tcW w:w="3345" w:type="dxa"/>
            <w:shd w:val="clear" w:color="auto" w:fill="F5F7F9"/>
            <w:vAlign w:val="center"/>
          </w:tcPr>
          <w:p w14:paraId="08001458" w14:textId="77777777" w:rsidR="00F81D60" w:rsidRDefault="00000000">
            <w:pPr>
              <w:pStyle w:val="TableText"/>
              <w:spacing w:before="40" w:after="40"/>
            </w:pPr>
            <w:r>
              <w:rPr>
                <w:sz w:val="17"/>
              </w:rPr>
              <w:t>7.4 Comunicazione</w:t>
            </w:r>
          </w:p>
        </w:tc>
      </w:tr>
      <w:tr w:rsidR="00F81D60" w14:paraId="72A5D1B1" w14:textId="77777777">
        <w:trPr>
          <w:cantSplit/>
          <w:jc w:val="center"/>
        </w:trPr>
        <w:tc>
          <w:tcPr>
            <w:tcW w:w="3005" w:type="dxa"/>
            <w:vAlign w:val="center"/>
          </w:tcPr>
          <w:p w14:paraId="0B9B4E27" w14:textId="77777777" w:rsidR="00F81D60" w:rsidRDefault="00000000">
            <w:pPr>
              <w:pStyle w:val="TableText"/>
              <w:spacing w:before="40" w:after="40"/>
            </w:pPr>
            <w:r>
              <w:rPr>
                <w:sz w:val="17"/>
              </w:rPr>
              <w:t>§ 5.7: inclusione</w:t>
            </w:r>
          </w:p>
        </w:tc>
        <w:tc>
          <w:tcPr>
            <w:tcW w:w="3628" w:type="dxa"/>
            <w:vAlign w:val="center"/>
          </w:tcPr>
          <w:p w14:paraId="6011ED1B" w14:textId="77777777" w:rsidR="00F81D60" w:rsidRDefault="00000000">
            <w:pPr>
              <w:pStyle w:val="TableText"/>
              <w:spacing w:before="40" w:after="40"/>
            </w:pPr>
            <w:r>
              <w:rPr>
                <w:sz w:val="17"/>
              </w:rPr>
              <w:t>Capitolo 17; A05, A21–A23</w:t>
            </w:r>
          </w:p>
        </w:tc>
        <w:tc>
          <w:tcPr>
            <w:tcW w:w="3345" w:type="dxa"/>
            <w:vAlign w:val="center"/>
          </w:tcPr>
          <w:p w14:paraId="2AC214D4" w14:textId="77777777" w:rsidR="00F81D60" w:rsidRDefault="00000000">
            <w:pPr>
              <w:pStyle w:val="TableText"/>
              <w:spacing w:before="40" w:after="40"/>
            </w:pPr>
            <w:r>
              <w:rPr>
                <w:sz w:val="17"/>
              </w:rPr>
              <w:t>6.1 Rischi/opportunità</w:t>
            </w:r>
          </w:p>
        </w:tc>
      </w:tr>
      <w:tr w:rsidR="00F81D60" w14:paraId="494E62E2" w14:textId="77777777">
        <w:trPr>
          <w:cantSplit/>
          <w:jc w:val="center"/>
        </w:trPr>
        <w:tc>
          <w:tcPr>
            <w:tcW w:w="3005" w:type="dxa"/>
            <w:shd w:val="clear" w:color="auto" w:fill="F5F7F9"/>
            <w:vAlign w:val="center"/>
          </w:tcPr>
          <w:p w14:paraId="5E6A7AD8" w14:textId="77777777" w:rsidR="00F81D60" w:rsidRDefault="00000000">
            <w:pPr>
              <w:pStyle w:val="TableText"/>
              <w:spacing w:before="40" w:after="40"/>
            </w:pPr>
            <w:r>
              <w:rPr>
                <w:sz w:val="17"/>
              </w:rPr>
              <w:t>§ 5.8: PMI</w:t>
            </w:r>
          </w:p>
        </w:tc>
        <w:tc>
          <w:tcPr>
            <w:tcW w:w="3628" w:type="dxa"/>
            <w:shd w:val="clear" w:color="auto" w:fill="F5F7F9"/>
            <w:vAlign w:val="center"/>
          </w:tcPr>
          <w:p w14:paraId="35F7A0F0" w14:textId="77777777" w:rsidR="00F81D60" w:rsidRDefault="00000000">
            <w:pPr>
              <w:pStyle w:val="TableText"/>
              <w:spacing w:before="40" w:after="40"/>
            </w:pPr>
            <w:r>
              <w:rPr>
                <w:sz w:val="17"/>
              </w:rPr>
              <w:t>Capitolo 22; A25</w:t>
            </w:r>
          </w:p>
        </w:tc>
        <w:tc>
          <w:tcPr>
            <w:tcW w:w="3345" w:type="dxa"/>
            <w:shd w:val="clear" w:color="auto" w:fill="F5F7F9"/>
            <w:vAlign w:val="center"/>
          </w:tcPr>
          <w:p w14:paraId="77E5E350" w14:textId="77777777" w:rsidR="00F81D60" w:rsidRDefault="00000000">
            <w:pPr>
              <w:pStyle w:val="TableText"/>
              <w:spacing w:before="40" w:after="40"/>
            </w:pPr>
            <w:r>
              <w:rPr>
                <w:sz w:val="17"/>
              </w:rPr>
              <w:t>7.2 Competenza</w:t>
            </w:r>
          </w:p>
        </w:tc>
      </w:tr>
      <w:tr w:rsidR="00F81D60" w14:paraId="1631B8E3" w14:textId="77777777">
        <w:trPr>
          <w:cantSplit/>
          <w:jc w:val="center"/>
        </w:trPr>
        <w:tc>
          <w:tcPr>
            <w:tcW w:w="3005" w:type="dxa"/>
            <w:vAlign w:val="center"/>
          </w:tcPr>
          <w:p w14:paraId="5F344474" w14:textId="77777777" w:rsidR="00F81D60" w:rsidRDefault="00000000">
            <w:pPr>
              <w:pStyle w:val="TableText"/>
              <w:spacing w:before="40" w:after="40"/>
            </w:pPr>
            <w:r>
              <w:rPr>
                <w:sz w:val="17"/>
              </w:rPr>
              <w:t>§ 5.9: valutazione e indicatori</w:t>
            </w:r>
          </w:p>
        </w:tc>
        <w:tc>
          <w:tcPr>
            <w:tcW w:w="3628" w:type="dxa"/>
            <w:vAlign w:val="center"/>
          </w:tcPr>
          <w:p w14:paraId="7332F380" w14:textId="77777777" w:rsidR="00F81D60" w:rsidRDefault="00000000">
            <w:pPr>
              <w:pStyle w:val="TableText"/>
              <w:spacing w:before="40" w:after="40"/>
            </w:pPr>
            <w:r>
              <w:rPr>
                <w:sz w:val="17"/>
              </w:rPr>
              <w:t>Capitoli 23–24; A17, A23–A24</w:t>
            </w:r>
          </w:p>
        </w:tc>
        <w:tc>
          <w:tcPr>
            <w:tcW w:w="3345" w:type="dxa"/>
            <w:vAlign w:val="center"/>
          </w:tcPr>
          <w:p w14:paraId="04B45BC8" w14:textId="77777777" w:rsidR="00F81D60" w:rsidRDefault="00000000">
            <w:pPr>
              <w:pStyle w:val="TableText"/>
              <w:spacing w:before="40" w:after="40"/>
            </w:pPr>
            <w:r>
              <w:rPr>
                <w:sz w:val="17"/>
              </w:rPr>
              <w:t>9.1 Monitoraggio, misurazione, analisi e valutazione</w:t>
            </w:r>
          </w:p>
        </w:tc>
      </w:tr>
      <w:tr w:rsidR="00F81D60" w14:paraId="1F9F8663" w14:textId="77777777">
        <w:trPr>
          <w:cantSplit/>
          <w:jc w:val="center"/>
        </w:trPr>
        <w:tc>
          <w:tcPr>
            <w:tcW w:w="3005" w:type="dxa"/>
            <w:shd w:val="clear" w:color="auto" w:fill="F5F7F9"/>
            <w:vAlign w:val="center"/>
          </w:tcPr>
          <w:p w14:paraId="0C8E9CE8" w14:textId="77777777" w:rsidR="00F81D60" w:rsidRDefault="00000000">
            <w:pPr>
              <w:pStyle w:val="TableText"/>
              <w:spacing w:before="40" w:after="40"/>
            </w:pPr>
            <w:r>
              <w:rPr>
                <w:sz w:val="17"/>
              </w:rPr>
              <w:t>Allegato A: informazioni generali</w:t>
            </w:r>
          </w:p>
        </w:tc>
        <w:tc>
          <w:tcPr>
            <w:tcW w:w="3628" w:type="dxa"/>
            <w:shd w:val="clear" w:color="auto" w:fill="F5F7F9"/>
            <w:vAlign w:val="center"/>
          </w:tcPr>
          <w:p w14:paraId="56262BD9" w14:textId="77777777" w:rsidR="00F81D60" w:rsidRDefault="00000000">
            <w:pPr>
              <w:pStyle w:val="TableText"/>
              <w:spacing w:before="40" w:after="40"/>
            </w:pPr>
            <w:r>
              <w:rPr>
                <w:sz w:val="17"/>
              </w:rPr>
              <w:t>Prefazione e limiti; nessun protocollo clinico</w:t>
            </w:r>
          </w:p>
        </w:tc>
        <w:tc>
          <w:tcPr>
            <w:tcW w:w="3345" w:type="dxa"/>
            <w:shd w:val="clear" w:color="auto" w:fill="F5F7F9"/>
            <w:vAlign w:val="center"/>
          </w:tcPr>
          <w:p w14:paraId="116D0D2F" w14:textId="77777777" w:rsidR="00F81D60" w:rsidRDefault="00000000">
            <w:pPr>
              <w:pStyle w:val="TableText"/>
              <w:spacing w:before="40" w:after="40"/>
            </w:pPr>
            <w:r>
              <w:rPr>
                <w:sz w:val="17"/>
              </w:rPr>
              <w:t>6.1 Rischi/opportunità</w:t>
            </w:r>
          </w:p>
        </w:tc>
      </w:tr>
      <w:tr w:rsidR="00F81D60" w14:paraId="2B2536E0" w14:textId="77777777">
        <w:trPr>
          <w:cantSplit/>
          <w:jc w:val="center"/>
        </w:trPr>
        <w:tc>
          <w:tcPr>
            <w:tcW w:w="3005" w:type="dxa"/>
            <w:vAlign w:val="center"/>
          </w:tcPr>
          <w:p w14:paraId="45F3544A" w14:textId="77777777" w:rsidR="00F81D60" w:rsidRDefault="00000000">
            <w:pPr>
              <w:pStyle w:val="TableText"/>
              <w:spacing w:before="40" w:after="40"/>
            </w:pPr>
            <w:r>
              <w:rPr>
                <w:sz w:val="17"/>
              </w:rPr>
              <w:t>Allegato B: toolkit manager</w:t>
            </w:r>
          </w:p>
        </w:tc>
        <w:tc>
          <w:tcPr>
            <w:tcW w:w="3628" w:type="dxa"/>
            <w:vAlign w:val="center"/>
          </w:tcPr>
          <w:p w14:paraId="22F569EF" w14:textId="77777777" w:rsidR="00F81D60" w:rsidRDefault="00000000">
            <w:pPr>
              <w:pStyle w:val="TableText"/>
              <w:spacing w:before="40" w:after="40"/>
            </w:pPr>
            <w:r>
              <w:rPr>
                <w:sz w:val="17"/>
              </w:rPr>
              <w:t>Capitoli 05–07, 11–14 e 18; moduli individuali</w:t>
            </w:r>
          </w:p>
        </w:tc>
        <w:tc>
          <w:tcPr>
            <w:tcW w:w="3345" w:type="dxa"/>
            <w:vAlign w:val="center"/>
          </w:tcPr>
          <w:p w14:paraId="3BEDC181" w14:textId="77777777" w:rsidR="00F81D60" w:rsidRDefault="00000000">
            <w:pPr>
              <w:pStyle w:val="TableText"/>
              <w:spacing w:before="40" w:after="40"/>
            </w:pPr>
            <w:r>
              <w:rPr>
                <w:sz w:val="17"/>
              </w:rPr>
              <w:t>5.4, 6.1, 7.1 e 8.1</w:t>
            </w:r>
          </w:p>
        </w:tc>
      </w:tr>
      <w:tr w:rsidR="00F81D60" w14:paraId="5912A838" w14:textId="77777777">
        <w:trPr>
          <w:cantSplit/>
          <w:jc w:val="center"/>
        </w:trPr>
        <w:tc>
          <w:tcPr>
            <w:tcW w:w="3005" w:type="dxa"/>
            <w:shd w:val="clear" w:color="auto" w:fill="F5F7F9"/>
            <w:vAlign w:val="center"/>
          </w:tcPr>
          <w:p w14:paraId="4DB6EE04" w14:textId="77777777" w:rsidR="00F81D60" w:rsidRDefault="00000000">
            <w:pPr>
              <w:pStyle w:val="TableText"/>
              <w:spacing w:before="40" w:after="40"/>
            </w:pPr>
            <w:r>
              <w:rPr>
                <w:sz w:val="17"/>
              </w:rPr>
              <w:t>Allegato C: revisione interna</w:t>
            </w:r>
          </w:p>
        </w:tc>
        <w:tc>
          <w:tcPr>
            <w:tcW w:w="3628" w:type="dxa"/>
            <w:shd w:val="clear" w:color="auto" w:fill="F5F7F9"/>
            <w:vAlign w:val="center"/>
          </w:tcPr>
          <w:p w14:paraId="7DD5E398" w14:textId="77777777" w:rsidR="00F81D60" w:rsidRDefault="00000000">
            <w:pPr>
              <w:pStyle w:val="TableText"/>
              <w:spacing w:before="40" w:after="40"/>
            </w:pPr>
            <w:r>
              <w:rPr>
                <w:sz w:val="17"/>
              </w:rPr>
              <w:t>A06–A07 e raccordo alla checklist Excel</w:t>
            </w:r>
          </w:p>
        </w:tc>
        <w:tc>
          <w:tcPr>
            <w:tcW w:w="3345" w:type="dxa"/>
            <w:shd w:val="clear" w:color="auto" w:fill="F5F7F9"/>
            <w:vAlign w:val="center"/>
          </w:tcPr>
          <w:p w14:paraId="11893DC0" w14:textId="77777777" w:rsidR="00F81D60" w:rsidRDefault="00000000">
            <w:pPr>
              <w:pStyle w:val="TableText"/>
              <w:spacing w:before="40" w:after="40"/>
            </w:pPr>
            <w:r>
              <w:rPr>
                <w:sz w:val="17"/>
              </w:rPr>
              <w:t>Nessun collegamento specifico riportato (“—”)</w:t>
            </w:r>
          </w:p>
        </w:tc>
      </w:tr>
      <w:tr w:rsidR="00F81D60" w14:paraId="3E536392" w14:textId="77777777">
        <w:trPr>
          <w:cantSplit/>
          <w:jc w:val="center"/>
        </w:trPr>
        <w:tc>
          <w:tcPr>
            <w:tcW w:w="3005" w:type="dxa"/>
            <w:vAlign w:val="center"/>
          </w:tcPr>
          <w:p w14:paraId="3BCC5266" w14:textId="77777777" w:rsidR="00F81D60" w:rsidRDefault="00000000">
            <w:pPr>
              <w:pStyle w:val="TableText"/>
              <w:spacing w:before="40" w:after="40"/>
            </w:pPr>
            <w:r>
              <w:rPr>
                <w:sz w:val="17"/>
              </w:rPr>
              <w:t>Allegato D: recruitment</w:t>
            </w:r>
          </w:p>
        </w:tc>
        <w:tc>
          <w:tcPr>
            <w:tcW w:w="3628" w:type="dxa"/>
            <w:vAlign w:val="center"/>
          </w:tcPr>
          <w:p w14:paraId="2881D5AB" w14:textId="77777777" w:rsidR="00F81D60" w:rsidRDefault="00000000">
            <w:pPr>
              <w:pStyle w:val="TableText"/>
              <w:spacing w:before="40" w:after="40"/>
            </w:pPr>
            <w:r>
              <w:rPr>
                <w:sz w:val="17"/>
              </w:rPr>
              <w:t>Capitolo 19; A21</w:t>
            </w:r>
          </w:p>
        </w:tc>
        <w:tc>
          <w:tcPr>
            <w:tcW w:w="3345" w:type="dxa"/>
            <w:vAlign w:val="center"/>
          </w:tcPr>
          <w:p w14:paraId="17EEC6F5" w14:textId="77777777" w:rsidR="00F81D60" w:rsidRDefault="00000000">
            <w:pPr>
              <w:pStyle w:val="TableText"/>
              <w:spacing w:before="40" w:after="40"/>
            </w:pPr>
            <w:r>
              <w:rPr>
                <w:sz w:val="17"/>
              </w:rPr>
              <w:t>Nessun collegamento specifico riportato (“—”)</w:t>
            </w:r>
          </w:p>
        </w:tc>
      </w:tr>
      <w:tr w:rsidR="00F81D60" w14:paraId="34D58ABA" w14:textId="77777777">
        <w:trPr>
          <w:cantSplit/>
          <w:jc w:val="center"/>
        </w:trPr>
        <w:tc>
          <w:tcPr>
            <w:tcW w:w="3005" w:type="dxa"/>
            <w:shd w:val="clear" w:color="auto" w:fill="F5F7F9"/>
            <w:vAlign w:val="center"/>
          </w:tcPr>
          <w:p w14:paraId="201FA538" w14:textId="77777777" w:rsidR="00F81D60" w:rsidRDefault="00000000">
            <w:pPr>
              <w:pStyle w:val="TableText"/>
              <w:spacing w:before="40" w:after="40"/>
            </w:pPr>
            <w:r>
              <w:rPr>
                <w:sz w:val="17"/>
              </w:rPr>
              <w:t>Allegato E: cambiamento culturale</w:t>
            </w:r>
          </w:p>
        </w:tc>
        <w:tc>
          <w:tcPr>
            <w:tcW w:w="3628" w:type="dxa"/>
            <w:shd w:val="clear" w:color="auto" w:fill="F5F7F9"/>
            <w:vAlign w:val="center"/>
          </w:tcPr>
          <w:p w14:paraId="79120C43" w14:textId="77777777" w:rsidR="00F81D60" w:rsidRDefault="00000000">
            <w:pPr>
              <w:pStyle w:val="TableText"/>
              <w:spacing w:before="40" w:after="40"/>
            </w:pPr>
            <w:r>
              <w:rPr>
                <w:sz w:val="17"/>
              </w:rPr>
              <w:t>Capitolo 20; A22 e A27</w:t>
            </w:r>
          </w:p>
        </w:tc>
        <w:tc>
          <w:tcPr>
            <w:tcW w:w="3345" w:type="dxa"/>
            <w:shd w:val="clear" w:color="auto" w:fill="F5F7F9"/>
            <w:vAlign w:val="center"/>
          </w:tcPr>
          <w:p w14:paraId="446D6C03" w14:textId="77777777" w:rsidR="00F81D60" w:rsidRDefault="00000000">
            <w:pPr>
              <w:pStyle w:val="TableText"/>
              <w:spacing w:before="40" w:after="40"/>
            </w:pPr>
            <w:r>
              <w:rPr>
                <w:sz w:val="17"/>
              </w:rPr>
              <w:t>7.2 Competenza; 7.3 Consapevolezza</w:t>
            </w:r>
          </w:p>
        </w:tc>
      </w:tr>
      <w:tr w:rsidR="00F81D60" w14:paraId="3097EBBB" w14:textId="77777777">
        <w:trPr>
          <w:cantSplit/>
          <w:jc w:val="center"/>
        </w:trPr>
        <w:tc>
          <w:tcPr>
            <w:tcW w:w="3005" w:type="dxa"/>
            <w:vAlign w:val="center"/>
          </w:tcPr>
          <w:p w14:paraId="7F37E107" w14:textId="77777777" w:rsidR="00F81D60" w:rsidRDefault="00000000">
            <w:pPr>
              <w:pStyle w:val="TableText"/>
              <w:spacing w:before="40" w:after="40"/>
            </w:pPr>
            <w:r>
              <w:rPr>
                <w:sz w:val="17"/>
              </w:rPr>
              <w:t>Allegato F: charter</w:t>
            </w:r>
          </w:p>
        </w:tc>
        <w:tc>
          <w:tcPr>
            <w:tcW w:w="3628" w:type="dxa"/>
            <w:vAlign w:val="center"/>
          </w:tcPr>
          <w:p w14:paraId="1DC0B31F" w14:textId="77777777" w:rsidR="00F81D60" w:rsidRDefault="00000000">
            <w:pPr>
              <w:pStyle w:val="TableText"/>
              <w:spacing w:before="40" w:after="40"/>
            </w:pPr>
            <w:r>
              <w:rPr>
                <w:sz w:val="17"/>
              </w:rPr>
              <w:t>A01, adattato come carta aziendale</w:t>
            </w:r>
          </w:p>
        </w:tc>
        <w:tc>
          <w:tcPr>
            <w:tcW w:w="3345" w:type="dxa"/>
            <w:vAlign w:val="center"/>
          </w:tcPr>
          <w:p w14:paraId="04A45D32" w14:textId="77777777" w:rsidR="00F81D60" w:rsidRDefault="00000000">
            <w:pPr>
              <w:pStyle w:val="TableText"/>
              <w:spacing w:before="40" w:after="40"/>
            </w:pPr>
            <w:r>
              <w:rPr>
                <w:sz w:val="17"/>
              </w:rPr>
              <w:t>Nessun collegamento specifico riportato (“—”)</w:t>
            </w:r>
          </w:p>
        </w:tc>
      </w:tr>
    </w:tbl>
    <w:p w14:paraId="4F3B30FC" w14:textId="77777777" w:rsidR="00F81D60" w:rsidRDefault="00F81D60">
      <w:pPr>
        <w:spacing w:after="0"/>
      </w:pPr>
    </w:p>
    <w:p w14:paraId="2CD31B66" w14:textId="77777777" w:rsidR="00F81D60" w:rsidRDefault="00000000">
      <w:pPr>
        <w:pStyle w:val="Reference"/>
      </w:pPr>
      <w:r>
        <w:t>Gli allegati A–G della ISO sono informativi. Gli allegati aziendali A01–A30 di questa procedura sono elaborazioni operative originali: numerazione, moduli, tempi, soglie e responsabilità non costituiscono testi ufficiali della norma.</w:t>
      </w:r>
    </w:p>
    <w:p w14:paraId="39CEE874" w14:textId="77777777" w:rsidR="00F81D60" w:rsidRDefault="00000000">
      <w:r>
        <w:br w:type="page"/>
      </w:r>
    </w:p>
    <w:p w14:paraId="51B88028" w14:textId="77777777" w:rsidR="00F81D60" w:rsidRDefault="00000000">
      <w:pPr>
        <w:pStyle w:val="Small"/>
      </w:pPr>
      <w:r>
        <w:rPr>
          <w:b/>
          <w:color w:val="006B70"/>
        </w:rPr>
        <w:t>ALLEGATO AZIENDALE  •  MOD-MM-30</w:t>
      </w:r>
    </w:p>
    <w:p w14:paraId="2E196C74" w14:textId="77777777" w:rsidR="00F81D60" w:rsidRDefault="00000000">
      <w:pPr>
        <w:pStyle w:val="Titolo1"/>
      </w:pPr>
      <w:bookmarkStart w:id="100" w:name="A30"/>
      <w:r>
        <w:t>A30 | Prontezza e autorizzazione all’avvio</w:t>
      </w:r>
      <w:bookmarkEnd w:id="100"/>
    </w:p>
    <w:p w14:paraId="20626387" w14:textId="77777777" w:rsidR="00F81D60" w:rsidRDefault="00000000">
      <w:pPr>
        <w:pStyle w:val="Reference"/>
      </w:pPr>
      <w:r>
        <w:t>Base documentale: [AZ] controllo finale di adozione. Le istruzioni operative e i moduli sono elaborazioni aziendali del modello [AZ].</w:t>
      </w:r>
    </w:p>
    <w:p w14:paraId="7990ED29" w14:textId="77777777" w:rsidR="00F81D60" w:rsidRDefault="00000000">
      <w:r>
        <w:t>CLASSIFICAZIONE: SISTEMA. L’avvio non può essere dichiarato completato soltanto perché il documento è stato ricevuto. Ogni punto critico deve avere un riscontro verificabile.</w:t>
      </w: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225893E2" w14:textId="77777777">
        <w:trPr>
          <w:tblHeader/>
          <w:jc w:val="center"/>
        </w:trPr>
        <w:tc>
          <w:tcPr>
            <w:tcW w:w="2948" w:type="dxa"/>
            <w:shd w:val="clear" w:color="auto" w:fill="17324D"/>
            <w:vAlign w:val="center"/>
          </w:tcPr>
          <w:p w14:paraId="47E723CC" w14:textId="77777777" w:rsidR="00F81D60" w:rsidRDefault="00000000">
            <w:pPr>
              <w:pStyle w:val="TableText"/>
              <w:spacing w:before="40" w:after="40"/>
            </w:pPr>
            <w:r>
              <w:rPr>
                <w:b/>
                <w:color w:val="FFFFFF"/>
              </w:rPr>
              <w:t>Campo</w:t>
            </w:r>
          </w:p>
        </w:tc>
        <w:tc>
          <w:tcPr>
            <w:tcW w:w="7030" w:type="dxa"/>
            <w:shd w:val="clear" w:color="auto" w:fill="17324D"/>
            <w:vAlign w:val="center"/>
          </w:tcPr>
          <w:p w14:paraId="09552427" w14:textId="77777777" w:rsidR="00F81D60" w:rsidRDefault="00000000">
            <w:pPr>
              <w:pStyle w:val="TableText"/>
              <w:spacing w:before="40" w:after="40"/>
            </w:pPr>
            <w:r>
              <w:rPr>
                <w:b/>
                <w:color w:val="FFFFFF"/>
              </w:rPr>
              <w:t>Compilazione / decisione aziendale</w:t>
            </w:r>
          </w:p>
        </w:tc>
      </w:tr>
      <w:tr w:rsidR="00F81D60" w14:paraId="09D311FE" w14:textId="77777777">
        <w:trPr>
          <w:cantSplit/>
          <w:jc w:val="center"/>
        </w:trPr>
        <w:tc>
          <w:tcPr>
            <w:tcW w:w="2948" w:type="dxa"/>
            <w:vAlign w:val="center"/>
          </w:tcPr>
          <w:p w14:paraId="3B2E02EB" w14:textId="77777777" w:rsidR="00F81D60" w:rsidRDefault="00000000">
            <w:pPr>
              <w:pStyle w:val="TableText"/>
              <w:spacing w:before="40" w:after="40"/>
            </w:pPr>
            <w:r>
              <w:t>Adozione</w:t>
            </w:r>
          </w:p>
        </w:tc>
        <w:tc>
          <w:tcPr>
            <w:tcW w:w="7030" w:type="dxa"/>
            <w:vAlign w:val="center"/>
          </w:tcPr>
          <w:p w14:paraId="6F32C597" w14:textId="77777777" w:rsidR="00F81D60" w:rsidRDefault="00000000">
            <w:pPr>
              <w:pStyle w:val="TableText"/>
              <w:spacing w:before="40" w:after="40"/>
            </w:pPr>
            <w:r>
              <w:t>Azienda / perimetro: [ ]  •  versione: [ ]  •  data proposta: [ ]</w:t>
            </w:r>
          </w:p>
        </w:tc>
      </w:tr>
    </w:tbl>
    <w:p w14:paraId="0165F28D"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5668"/>
        <w:gridCol w:w="4309"/>
      </w:tblGrid>
      <w:tr w:rsidR="00F81D60" w14:paraId="3EA87FAE" w14:textId="77777777">
        <w:trPr>
          <w:tblHeader/>
          <w:jc w:val="center"/>
        </w:trPr>
        <w:tc>
          <w:tcPr>
            <w:tcW w:w="5669" w:type="dxa"/>
            <w:shd w:val="clear" w:color="auto" w:fill="17324D"/>
            <w:vAlign w:val="center"/>
          </w:tcPr>
          <w:p w14:paraId="3F16C452" w14:textId="77777777" w:rsidR="00F81D60" w:rsidRDefault="00000000">
            <w:pPr>
              <w:pStyle w:val="TableText"/>
              <w:spacing w:before="40" w:after="40"/>
            </w:pPr>
            <w:r>
              <w:rPr>
                <w:b/>
                <w:color w:val="FFFFFF"/>
                <w:sz w:val="17"/>
              </w:rPr>
              <w:t>Condizione da verificare</w:t>
            </w:r>
          </w:p>
        </w:tc>
        <w:tc>
          <w:tcPr>
            <w:tcW w:w="4309" w:type="dxa"/>
            <w:shd w:val="clear" w:color="auto" w:fill="17324D"/>
            <w:vAlign w:val="center"/>
          </w:tcPr>
          <w:p w14:paraId="67764100" w14:textId="77777777" w:rsidR="00F81D60" w:rsidRDefault="00000000">
            <w:pPr>
              <w:pStyle w:val="TableText"/>
              <w:spacing w:before="40" w:after="40"/>
            </w:pPr>
            <w:r>
              <w:rPr>
                <w:b/>
                <w:color w:val="FFFFFF"/>
                <w:sz w:val="17"/>
              </w:rPr>
              <w:t>Esito / prova / responsabile</w:t>
            </w:r>
          </w:p>
        </w:tc>
      </w:tr>
      <w:tr w:rsidR="00F81D60" w14:paraId="38B17DBA" w14:textId="77777777">
        <w:trPr>
          <w:cantSplit/>
          <w:trHeight w:val="386"/>
          <w:jc w:val="center"/>
        </w:trPr>
        <w:tc>
          <w:tcPr>
            <w:tcW w:w="5669" w:type="dxa"/>
            <w:vAlign w:val="center"/>
          </w:tcPr>
          <w:p w14:paraId="61371884" w14:textId="77777777" w:rsidR="00F81D60" w:rsidRDefault="00000000">
            <w:pPr>
              <w:pStyle w:val="TableText"/>
              <w:spacing w:before="40" w:after="40"/>
            </w:pPr>
            <w:r>
              <w:rPr>
                <w:sz w:val="17"/>
              </w:rPr>
              <w:t>Identità, perimetro, ruoli, poteri e sostituti completati</w:t>
            </w:r>
          </w:p>
        </w:tc>
        <w:tc>
          <w:tcPr>
            <w:tcW w:w="4309" w:type="dxa"/>
            <w:vAlign w:val="center"/>
          </w:tcPr>
          <w:p w14:paraId="19B465C9" w14:textId="77777777" w:rsidR="00F81D60" w:rsidRDefault="00000000">
            <w:pPr>
              <w:pStyle w:val="TableText"/>
              <w:spacing w:before="40" w:after="40"/>
            </w:pPr>
            <w:r>
              <w:rPr>
                <w:sz w:val="17"/>
              </w:rPr>
              <w:t>[Sì / No / prova]</w:t>
            </w:r>
          </w:p>
        </w:tc>
      </w:tr>
      <w:tr w:rsidR="00F81D60" w14:paraId="7818E577" w14:textId="77777777">
        <w:trPr>
          <w:cantSplit/>
          <w:trHeight w:val="386"/>
          <w:jc w:val="center"/>
        </w:trPr>
        <w:tc>
          <w:tcPr>
            <w:tcW w:w="5669" w:type="dxa"/>
            <w:shd w:val="clear" w:color="auto" w:fill="F5F7F9"/>
            <w:vAlign w:val="center"/>
          </w:tcPr>
          <w:p w14:paraId="0C311AC5" w14:textId="77777777" w:rsidR="00F81D60" w:rsidRDefault="00000000">
            <w:pPr>
              <w:pStyle w:val="TableText"/>
              <w:spacing w:before="40" w:after="40"/>
            </w:pPr>
            <w:r>
              <w:rPr>
                <w:sz w:val="17"/>
              </w:rPr>
              <w:t>Contatti ordinario e alternativo attivi e provati</w:t>
            </w:r>
          </w:p>
        </w:tc>
        <w:tc>
          <w:tcPr>
            <w:tcW w:w="4309" w:type="dxa"/>
            <w:shd w:val="clear" w:color="auto" w:fill="F5F7F9"/>
            <w:vAlign w:val="center"/>
          </w:tcPr>
          <w:p w14:paraId="52DCB502" w14:textId="77777777" w:rsidR="00F81D60" w:rsidRDefault="00000000">
            <w:pPr>
              <w:pStyle w:val="TableText"/>
              <w:spacing w:before="40" w:after="40"/>
            </w:pPr>
            <w:r>
              <w:rPr>
                <w:sz w:val="17"/>
              </w:rPr>
              <w:t>[Sì / No / prova]</w:t>
            </w:r>
          </w:p>
        </w:tc>
      </w:tr>
      <w:tr w:rsidR="00F81D60" w14:paraId="6FC30392" w14:textId="77777777">
        <w:trPr>
          <w:cantSplit/>
          <w:trHeight w:val="386"/>
          <w:jc w:val="center"/>
        </w:trPr>
        <w:tc>
          <w:tcPr>
            <w:tcW w:w="5669" w:type="dxa"/>
            <w:vAlign w:val="center"/>
          </w:tcPr>
          <w:p w14:paraId="6E27FAF7" w14:textId="77777777" w:rsidR="00F81D60" w:rsidRDefault="00000000">
            <w:pPr>
              <w:pStyle w:val="TableText"/>
              <w:spacing w:before="40" w:after="40"/>
            </w:pPr>
            <w:r>
              <w:rPr>
                <w:sz w:val="17"/>
              </w:rPr>
              <w:t>Consultazione effettuata e criticità iniziali esaminate</w:t>
            </w:r>
          </w:p>
        </w:tc>
        <w:tc>
          <w:tcPr>
            <w:tcW w:w="4309" w:type="dxa"/>
            <w:vAlign w:val="center"/>
          </w:tcPr>
          <w:p w14:paraId="0ED3D5F0" w14:textId="77777777" w:rsidR="00F81D60" w:rsidRDefault="00000000">
            <w:pPr>
              <w:pStyle w:val="TableText"/>
              <w:spacing w:before="40" w:after="40"/>
            </w:pPr>
            <w:r>
              <w:rPr>
                <w:sz w:val="17"/>
              </w:rPr>
              <w:t>[Sì / No / prova]</w:t>
            </w:r>
          </w:p>
        </w:tc>
      </w:tr>
      <w:tr w:rsidR="00F81D60" w14:paraId="170B2FC4" w14:textId="77777777">
        <w:trPr>
          <w:cantSplit/>
          <w:trHeight w:val="386"/>
          <w:jc w:val="center"/>
        </w:trPr>
        <w:tc>
          <w:tcPr>
            <w:tcW w:w="5669" w:type="dxa"/>
            <w:shd w:val="clear" w:color="auto" w:fill="F5F7F9"/>
            <w:vAlign w:val="center"/>
          </w:tcPr>
          <w:p w14:paraId="276CD866" w14:textId="77777777" w:rsidR="00F81D60" w:rsidRDefault="00000000">
            <w:pPr>
              <w:pStyle w:val="TableText"/>
              <w:spacing w:before="40" w:after="40"/>
            </w:pPr>
            <w:r>
              <w:rPr>
                <w:sz w:val="17"/>
              </w:rPr>
              <w:t>Compatibilità con DVR, procedure, contratti e regole applicabili verificata</w:t>
            </w:r>
          </w:p>
        </w:tc>
        <w:tc>
          <w:tcPr>
            <w:tcW w:w="4309" w:type="dxa"/>
            <w:shd w:val="clear" w:color="auto" w:fill="F5F7F9"/>
            <w:vAlign w:val="center"/>
          </w:tcPr>
          <w:p w14:paraId="15B68B50" w14:textId="77777777" w:rsidR="00F81D60" w:rsidRDefault="00000000">
            <w:pPr>
              <w:pStyle w:val="TableText"/>
              <w:spacing w:before="40" w:after="40"/>
            </w:pPr>
            <w:r>
              <w:rPr>
                <w:sz w:val="17"/>
              </w:rPr>
              <w:t>[Sì / No / prova]</w:t>
            </w:r>
          </w:p>
        </w:tc>
      </w:tr>
      <w:tr w:rsidR="00F81D60" w14:paraId="372BE9E8" w14:textId="77777777">
        <w:trPr>
          <w:cantSplit/>
          <w:trHeight w:val="386"/>
          <w:jc w:val="center"/>
        </w:trPr>
        <w:tc>
          <w:tcPr>
            <w:tcW w:w="5669" w:type="dxa"/>
            <w:vAlign w:val="center"/>
          </w:tcPr>
          <w:p w14:paraId="2334326B" w14:textId="77777777" w:rsidR="00F81D60" w:rsidRDefault="00000000">
            <w:pPr>
              <w:pStyle w:val="TableText"/>
              <w:spacing w:before="40" w:after="40"/>
            </w:pPr>
            <w:r>
              <w:rPr>
                <w:sz w:val="17"/>
              </w:rPr>
              <w:t>Servizi e misure dichiarati realmente disponibili, anche nei turni</w:t>
            </w:r>
          </w:p>
        </w:tc>
        <w:tc>
          <w:tcPr>
            <w:tcW w:w="4309" w:type="dxa"/>
            <w:vAlign w:val="center"/>
          </w:tcPr>
          <w:p w14:paraId="247EFFE6" w14:textId="77777777" w:rsidR="00F81D60" w:rsidRDefault="00000000">
            <w:pPr>
              <w:pStyle w:val="TableText"/>
              <w:spacing w:before="40" w:after="40"/>
            </w:pPr>
            <w:r>
              <w:rPr>
                <w:sz w:val="17"/>
              </w:rPr>
              <w:t>[Sì / No / prova]</w:t>
            </w:r>
          </w:p>
        </w:tc>
      </w:tr>
      <w:tr w:rsidR="00F81D60" w14:paraId="1E7B0D30" w14:textId="77777777">
        <w:trPr>
          <w:cantSplit/>
          <w:trHeight w:val="386"/>
          <w:jc w:val="center"/>
        </w:trPr>
        <w:tc>
          <w:tcPr>
            <w:tcW w:w="5669" w:type="dxa"/>
            <w:shd w:val="clear" w:color="auto" w:fill="F5F7F9"/>
            <w:vAlign w:val="center"/>
          </w:tcPr>
          <w:p w14:paraId="2AB92A78" w14:textId="77777777" w:rsidR="00F81D60" w:rsidRDefault="00000000">
            <w:pPr>
              <w:pStyle w:val="TableText"/>
              <w:spacing w:before="40" w:after="40"/>
            </w:pPr>
            <w:r>
              <w:rPr>
                <w:sz w:val="17"/>
              </w:rPr>
              <w:t>Flussi individuali, finalità, basi e informativa approvati</w:t>
            </w:r>
          </w:p>
        </w:tc>
        <w:tc>
          <w:tcPr>
            <w:tcW w:w="4309" w:type="dxa"/>
            <w:shd w:val="clear" w:color="auto" w:fill="F5F7F9"/>
            <w:vAlign w:val="center"/>
          </w:tcPr>
          <w:p w14:paraId="1C9F187C" w14:textId="77777777" w:rsidR="00F81D60" w:rsidRDefault="00000000">
            <w:pPr>
              <w:pStyle w:val="TableText"/>
              <w:spacing w:before="40" w:after="40"/>
            </w:pPr>
            <w:r>
              <w:rPr>
                <w:sz w:val="17"/>
              </w:rPr>
              <w:t>[Sì / No / prova]</w:t>
            </w:r>
          </w:p>
        </w:tc>
      </w:tr>
      <w:tr w:rsidR="00F81D60" w14:paraId="6ACFE0A2" w14:textId="77777777">
        <w:trPr>
          <w:cantSplit/>
          <w:trHeight w:val="386"/>
          <w:jc w:val="center"/>
        </w:trPr>
        <w:tc>
          <w:tcPr>
            <w:tcW w:w="5669" w:type="dxa"/>
            <w:vAlign w:val="center"/>
          </w:tcPr>
          <w:p w14:paraId="71B5B07E" w14:textId="77777777" w:rsidR="00F81D60" w:rsidRDefault="00000000">
            <w:pPr>
              <w:pStyle w:val="TableText"/>
              <w:spacing w:before="40" w:after="40"/>
            </w:pPr>
            <w:r>
              <w:rPr>
                <w:sz w:val="17"/>
              </w:rPr>
              <w:t>Archivi, autorizzazioni, conservazione e incidenti definiti</w:t>
            </w:r>
          </w:p>
        </w:tc>
        <w:tc>
          <w:tcPr>
            <w:tcW w:w="4309" w:type="dxa"/>
            <w:vAlign w:val="center"/>
          </w:tcPr>
          <w:p w14:paraId="6240CB9B" w14:textId="77777777" w:rsidR="00F81D60" w:rsidRDefault="00000000">
            <w:pPr>
              <w:pStyle w:val="TableText"/>
              <w:spacing w:before="40" w:after="40"/>
            </w:pPr>
            <w:r>
              <w:rPr>
                <w:sz w:val="17"/>
              </w:rPr>
              <w:t>[Sì / No / prova]</w:t>
            </w:r>
          </w:p>
        </w:tc>
      </w:tr>
      <w:tr w:rsidR="00F81D60" w14:paraId="6B322F94" w14:textId="77777777">
        <w:trPr>
          <w:cantSplit/>
          <w:trHeight w:val="386"/>
          <w:jc w:val="center"/>
        </w:trPr>
        <w:tc>
          <w:tcPr>
            <w:tcW w:w="5669" w:type="dxa"/>
            <w:shd w:val="clear" w:color="auto" w:fill="F5F7F9"/>
            <w:vAlign w:val="center"/>
          </w:tcPr>
          <w:p w14:paraId="43E99333" w14:textId="77777777" w:rsidR="00F81D60" w:rsidRDefault="00000000">
            <w:pPr>
              <w:pStyle w:val="TableText"/>
              <w:spacing w:before="40" w:after="40"/>
            </w:pPr>
            <w:r>
              <w:rPr>
                <w:sz w:val="17"/>
              </w:rPr>
              <w:t>Referenti e manager formati; confini sanitari chiariti</w:t>
            </w:r>
          </w:p>
        </w:tc>
        <w:tc>
          <w:tcPr>
            <w:tcW w:w="4309" w:type="dxa"/>
            <w:shd w:val="clear" w:color="auto" w:fill="F5F7F9"/>
            <w:vAlign w:val="center"/>
          </w:tcPr>
          <w:p w14:paraId="72C0D82D" w14:textId="77777777" w:rsidR="00F81D60" w:rsidRDefault="00000000">
            <w:pPr>
              <w:pStyle w:val="TableText"/>
              <w:spacing w:before="40" w:after="40"/>
            </w:pPr>
            <w:r>
              <w:rPr>
                <w:sz w:val="17"/>
              </w:rPr>
              <w:t>[Sì / No / prova]</w:t>
            </w:r>
          </w:p>
        </w:tc>
      </w:tr>
      <w:tr w:rsidR="00F81D60" w14:paraId="64D40539" w14:textId="77777777">
        <w:trPr>
          <w:cantSplit/>
          <w:trHeight w:val="386"/>
          <w:jc w:val="center"/>
        </w:trPr>
        <w:tc>
          <w:tcPr>
            <w:tcW w:w="5669" w:type="dxa"/>
            <w:vAlign w:val="center"/>
          </w:tcPr>
          <w:p w14:paraId="7F583D11" w14:textId="77777777" w:rsidR="00F81D60" w:rsidRDefault="00000000">
            <w:pPr>
              <w:pStyle w:val="TableText"/>
              <w:spacing w:before="40" w:after="40"/>
            </w:pPr>
            <w:r>
              <w:rPr>
                <w:sz w:val="17"/>
              </w:rPr>
              <w:t>Parametri aziendali e workbook verificati prima dell’uso</w:t>
            </w:r>
          </w:p>
        </w:tc>
        <w:tc>
          <w:tcPr>
            <w:tcW w:w="4309" w:type="dxa"/>
            <w:vAlign w:val="center"/>
          </w:tcPr>
          <w:p w14:paraId="772BC290" w14:textId="77777777" w:rsidR="00F81D60" w:rsidRDefault="00000000">
            <w:pPr>
              <w:pStyle w:val="TableText"/>
              <w:spacing w:before="40" w:after="40"/>
            </w:pPr>
            <w:r>
              <w:rPr>
                <w:sz w:val="17"/>
              </w:rPr>
              <w:t>[Sì / No / prova]</w:t>
            </w:r>
          </w:p>
        </w:tc>
      </w:tr>
      <w:tr w:rsidR="00F81D60" w14:paraId="75C434EC" w14:textId="77777777">
        <w:trPr>
          <w:cantSplit/>
          <w:trHeight w:val="386"/>
          <w:jc w:val="center"/>
        </w:trPr>
        <w:tc>
          <w:tcPr>
            <w:tcW w:w="5669" w:type="dxa"/>
            <w:shd w:val="clear" w:color="auto" w:fill="F5F7F9"/>
            <w:vAlign w:val="center"/>
          </w:tcPr>
          <w:p w14:paraId="34D93FBD" w14:textId="77777777" w:rsidR="00F81D60" w:rsidRDefault="00000000">
            <w:pPr>
              <w:pStyle w:val="TableText"/>
              <w:spacing w:before="40" w:after="40"/>
            </w:pPr>
            <w:r>
              <w:rPr>
                <w:sz w:val="17"/>
              </w:rPr>
              <w:t>Moduli e comunicazione privi di campi essenziali non completati</w:t>
            </w:r>
          </w:p>
        </w:tc>
        <w:tc>
          <w:tcPr>
            <w:tcW w:w="4309" w:type="dxa"/>
            <w:shd w:val="clear" w:color="auto" w:fill="F5F7F9"/>
            <w:vAlign w:val="center"/>
          </w:tcPr>
          <w:p w14:paraId="0D6EFBF2" w14:textId="77777777" w:rsidR="00F81D60" w:rsidRDefault="00000000">
            <w:pPr>
              <w:pStyle w:val="TableText"/>
              <w:spacing w:before="40" w:after="40"/>
            </w:pPr>
            <w:r>
              <w:rPr>
                <w:sz w:val="17"/>
              </w:rPr>
              <w:t>[Sì / No / prova]</w:t>
            </w:r>
          </w:p>
        </w:tc>
      </w:tr>
      <w:tr w:rsidR="00F81D60" w14:paraId="3540E2E5" w14:textId="77777777">
        <w:trPr>
          <w:cantSplit/>
          <w:trHeight w:val="386"/>
          <w:jc w:val="center"/>
        </w:trPr>
        <w:tc>
          <w:tcPr>
            <w:tcW w:w="5669" w:type="dxa"/>
            <w:vAlign w:val="center"/>
          </w:tcPr>
          <w:p w14:paraId="032F42EA" w14:textId="77777777" w:rsidR="00F81D60" w:rsidRDefault="00000000">
            <w:pPr>
              <w:pStyle w:val="TableText"/>
              <w:spacing w:before="40" w:after="40"/>
            </w:pPr>
            <w:r>
              <w:rPr>
                <w:sz w:val="17"/>
              </w:rPr>
              <w:t>Documentazione approvata e distribuzione controllata pronta</w:t>
            </w:r>
          </w:p>
        </w:tc>
        <w:tc>
          <w:tcPr>
            <w:tcW w:w="4309" w:type="dxa"/>
            <w:vAlign w:val="center"/>
          </w:tcPr>
          <w:p w14:paraId="4726C42E" w14:textId="77777777" w:rsidR="00F81D60" w:rsidRDefault="00000000">
            <w:pPr>
              <w:pStyle w:val="TableText"/>
              <w:spacing w:before="40" w:after="40"/>
            </w:pPr>
            <w:r>
              <w:rPr>
                <w:sz w:val="17"/>
              </w:rPr>
              <w:t>[Sì / No / prova]</w:t>
            </w:r>
          </w:p>
        </w:tc>
      </w:tr>
      <w:tr w:rsidR="00F81D60" w14:paraId="314AA269" w14:textId="77777777">
        <w:trPr>
          <w:cantSplit/>
          <w:trHeight w:val="386"/>
          <w:jc w:val="center"/>
        </w:trPr>
        <w:tc>
          <w:tcPr>
            <w:tcW w:w="5669" w:type="dxa"/>
            <w:shd w:val="clear" w:color="auto" w:fill="F5F7F9"/>
            <w:vAlign w:val="center"/>
          </w:tcPr>
          <w:p w14:paraId="154D2EEE" w14:textId="77777777" w:rsidR="00F81D60" w:rsidRDefault="00000000">
            <w:pPr>
              <w:pStyle w:val="TableText"/>
              <w:spacing w:before="40" w:after="40"/>
            </w:pPr>
            <w:r>
              <w:rPr>
                <w:sz w:val="17"/>
              </w:rPr>
              <w:t>Riesame iniziale, indicatori e responsabili delle azioni definiti</w:t>
            </w:r>
          </w:p>
        </w:tc>
        <w:tc>
          <w:tcPr>
            <w:tcW w:w="4309" w:type="dxa"/>
            <w:shd w:val="clear" w:color="auto" w:fill="F5F7F9"/>
            <w:vAlign w:val="center"/>
          </w:tcPr>
          <w:p w14:paraId="4D0E1BBB" w14:textId="77777777" w:rsidR="00F81D60" w:rsidRDefault="00000000">
            <w:pPr>
              <w:pStyle w:val="TableText"/>
              <w:spacing w:before="40" w:after="40"/>
            </w:pPr>
            <w:r>
              <w:rPr>
                <w:sz w:val="17"/>
              </w:rPr>
              <w:t>[Sì / No / prova]</w:t>
            </w:r>
          </w:p>
        </w:tc>
      </w:tr>
    </w:tbl>
    <w:p w14:paraId="174568F1"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2948"/>
        <w:gridCol w:w="7029"/>
      </w:tblGrid>
      <w:tr w:rsidR="00F81D60" w14:paraId="70B3D876" w14:textId="77777777">
        <w:trPr>
          <w:tblHeader/>
          <w:jc w:val="center"/>
        </w:trPr>
        <w:tc>
          <w:tcPr>
            <w:tcW w:w="2948" w:type="dxa"/>
            <w:shd w:val="clear" w:color="auto" w:fill="17324D"/>
            <w:vAlign w:val="center"/>
          </w:tcPr>
          <w:p w14:paraId="5CD7B460" w14:textId="77777777" w:rsidR="00F81D60" w:rsidRDefault="00000000">
            <w:pPr>
              <w:pStyle w:val="TableText"/>
              <w:spacing w:before="40" w:after="40"/>
            </w:pPr>
            <w:r>
              <w:rPr>
                <w:b/>
                <w:color w:val="FFFFFF"/>
              </w:rPr>
              <w:t>Campo</w:t>
            </w:r>
          </w:p>
        </w:tc>
        <w:tc>
          <w:tcPr>
            <w:tcW w:w="7030" w:type="dxa"/>
            <w:shd w:val="clear" w:color="auto" w:fill="17324D"/>
            <w:vAlign w:val="center"/>
          </w:tcPr>
          <w:p w14:paraId="5A2FA402" w14:textId="77777777" w:rsidR="00F81D60" w:rsidRDefault="00000000">
            <w:pPr>
              <w:pStyle w:val="TableText"/>
              <w:spacing w:before="40" w:after="40"/>
            </w:pPr>
            <w:r>
              <w:rPr>
                <w:b/>
                <w:color w:val="FFFFFF"/>
              </w:rPr>
              <w:t>Compilazione / decisione aziendale</w:t>
            </w:r>
          </w:p>
        </w:tc>
      </w:tr>
      <w:tr w:rsidR="00F81D60" w14:paraId="28E80935" w14:textId="77777777">
        <w:trPr>
          <w:cantSplit/>
          <w:jc w:val="center"/>
        </w:trPr>
        <w:tc>
          <w:tcPr>
            <w:tcW w:w="2948" w:type="dxa"/>
            <w:vAlign w:val="center"/>
          </w:tcPr>
          <w:p w14:paraId="3E840ABF" w14:textId="77777777" w:rsidR="00F81D60" w:rsidRDefault="00000000">
            <w:pPr>
              <w:pStyle w:val="TableText"/>
              <w:spacing w:before="40" w:after="40"/>
            </w:pPr>
            <w:r>
              <w:t>Decisione</w:t>
            </w:r>
          </w:p>
        </w:tc>
        <w:tc>
          <w:tcPr>
            <w:tcW w:w="7030" w:type="dxa"/>
            <w:vAlign w:val="center"/>
          </w:tcPr>
          <w:p w14:paraId="6A9D202B" w14:textId="77777777" w:rsidR="00F81D60" w:rsidRDefault="00000000">
            <w:pPr>
              <w:pStyle w:val="TableText"/>
              <w:spacing w:before="40" w:after="40"/>
            </w:pPr>
            <w:r>
              <w:t>[avvio autorizzato / avvio non autorizzato / avvio limitato alle sole misure generali indicate]</w:t>
            </w:r>
          </w:p>
        </w:tc>
      </w:tr>
      <w:tr w:rsidR="00F81D60" w14:paraId="0A436568" w14:textId="77777777">
        <w:trPr>
          <w:cantSplit/>
          <w:jc w:val="center"/>
        </w:trPr>
        <w:tc>
          <w:tcPr>
            <w:tcW w:w="2948" w:type="dxa"/>
            <w:shd w:val="clear" w:color="auto" w:fill="F5F7F9"/>
            <w:vAlign w:val="center"/>
          </w:tcPr>
          <w:p w14:paraId="68B60C32" w14:textId="77777777" w:rsidR="00F81D60" w:rsidRDefault="00000000">
            <w:pPr>
              <w:pStyle w:val="TableText"/>
              <w:spacing w:before="40" w:after="40"/>
            </w:pPr>
            <w:r>
              <w:t>Condizioni e attività residue</w:t>
            </w:r>
          </w:p>
        </w:tc>
        <w:tc>
          <w:tcPr>
            <w:tcW w:w="7030" w:type="dxa"/>
            <w:shd w:val="clear" w:color="auto" w:fill="F5F7F9"/>
            <w:vAlign w:val="center"/>
          </w:tcPr>
          <w:p w14:paraId="2AFEC11E" w14:textId="77777777" w:rsidR="00F81D60" w:rsidRDefault="00000000">
            <w:pPr>
              <w:pStyle w:val="TableText"/>
              <w:spacing w:before="40" w:after="40"/>
            </w:pPr>
            <w:r>
              <w:t>[specificare cosa non può essere attivato, presidi e data di rivalutazione]</w:t>
            </w:r>
          </w:p>
        </w:tc>
      </w:tr>
      <w:tr w:rsidR="00F81D60" w14:paraId="5544E416" w14:textId="77777777">
        <w:trPr>
          <w:cantSplit/>
          <w:jc w:val="center"/>
        </w:trPr>
        <w:tc>
          <w:tcPr>
            <w:tcW w:w="2948" w:type="dxa"/>
            <w:vAlign w:val="center"/>
          </w:tcPr>
          <w:p w14:paraId="56960186" w14:textId="77777777" w:rsidR="00F81D60" w:rsidRDefault="00000000">
            <w:pPr>
              <w:pStyle w:val="TableText"/>
              <w:spacing w:before="40" w:after="40"/>
            </w:pPr>
            <w:r>
              <w:t>Decorrenza effettiva</w:t>
            </w:r>
          </w:p>
        </w:tc>
        <w:tc>
          <w:tcPr>
            <w:tcW w:w="7030" w:type="dxa"/>
            <w:vAlign w:val="center"/>
          </w:tcPr>
          <w:p w14:paraId="53C55B1A" w14:textId="77777777" w:rsidR="00F81D60" w:rsidRDefault="00000000">
            <w:pPr>
              <w:pStyle w:val="TableText"/>
              <w:spacing w:before="40" w:after="40"/>
            </w:pPr>
            <w:r>
              <w:t>[data successiva al completamento delle condizioni necessarie]</w:t>
            </w:r>
          </w:p>
        </w:tc>
      </w:tr>
    </w:tbl>
    <w:p w14:paraId="4EEF128F" w14:textId="77777777" w:rsidR="00F81D60" w:rsidRDefault="00F81D60">
      <w:pPr>
        <w:spacing w:after="0"/>
      </w:pPr>
    </w:p>
    <w:tbl>
      <w:tblPr>
        <w:tblW w:w="9977"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70" w:type="dxa"/>
          <w:left w:w="95" w:type="dxa"/>
          <w:bottom w:w="70" w:type="dxa"/>
          <w:right w:w="95" w:type="dxa"/>
        </w:tblCellMar>
        <w:tblLook w:val="04A0" w:firstRow="1" w:lastRow="0" w:firstColumn="1" w:lastColumn="0" w:noHBand="0" w:noVBand="1"/>
      </w:tblPr>
      <w:tblGrid>
        <w:gridCol w:w="3325"/>
        <w:gridCol w:w="3326"/>
        <w:gridCol w:w="3326"/>
      </w:tblGrid>
      <w:tr w:rsidR="00F81D60" w14:paraId="60689882" w14:textId="77777777">
        <w:trPr>
          <w:tblHeader/>
          <w:jc w:val="center"/>
        </w:trPr>
        <w:tc>
          <w:tcPr>
            <w:tcW w:w="3326" w:type="dxa"/>
            <w:shd w:val="clear" w:color="auto" w:fill="17324D"/>
            <w:vAlign w:val="center"/>
          </w:tcPr>
          <w:p w14:paraId="44A7C760" w14:textId="77777777" w:rsidR="00F81D60" w:rsidRDefault="00000000">
            <w:pPr>
              <w:pStyle w:val="TableText"/>
              <w:spacing w:before="40" w:after="40"/>
            </w:pPr>
            <w:r>
              <w:rPr>
                <w:b/>
                <w:color w:val="FFFFFF"/>
              </w:rPr>
              <w:t>Direzione / soggetto competente</w:t>
            </w:r>
          </w:p>
        </w:tc>
        <w:tc>
          <w:tcPr>
            <w:tcW w:w="3326" w:type="dxa"/>
            <w:shd w:val="clear" w:color="auto" w:fill="17324D"/>
            <w:vAlign w:val="center"/>
          </w:tcPr>
          <w:p w14:paraId="73987607" w14:textId="77777777" w:rsidR="00F81D60" w:rsidRDefault="00000000">
            <w:pPr>
              <w:pStyle w:val="TableText"/>
              <w:spacing w:before="40" w:after="40"/>
            </w:pPr>
            <w:r>
              <w:rPr>
                <w:b/>
                <w:color w:val="FFFFFF"/>
              </w:rPr>
              <w:t>Responsabile del processo</w:t>
            </w:r>
          </w:p>
        </w:tc>
        <w:tc>
          <w:tcPr>
            <w:tcW w:w="3326" w:type="dxa"/>
            <w:shd w:val="clear" w:color="auto" w:fill="17324D"/>
            <w:vAlign w:val="center"/>
          </w:tcPr>
          <w:p w14:paraId="3AF4E7AD" w14:textId="77777777" w:rsidR="00F81D60" w:rsidRDefault="00000000">
            <w:pPr>
              <w:pStyle w:val="TableText"/>
              <w:spacing w:before="40" w:after="40"/>
            </w:pPr>
            <w:r>
              <w:rPr>
                <w:b/>
                <w:color w:val="FFFFFF"/>
              </w:rPr>
              <w:t>Data</w:t>
            </w:r>
          </w:p>
        </w:tc>
      </w:tr>
      <w:tr w:rsidR="00F81D60" w14:paraId="50308367" w14:textId="77777777">
        <w:trPr>
          <w:cantSplit/>
          <w:trHeight w:val="454"/>
          <w:jc w:val="center"/>
        </w:trPr>
        <w:tc>
          <w:tcPr>
            <w:tcW w:w="3326" w:type="dxa"/>
            <w:vAlign w:val="center"/>
          </w:tcPr>
          <w:p w14:paraId="27AFAA11" w14:textId="77777777" w:rsidR="00F81D60" w:rsidRDefault="00000000">
            <w:pPr>
              <w:pStyle w:val="TableText"/>
              <w:spacing w:before="40" w:after="40"/>
            </w:pPr>
            <w:r>
              <w:t>[compilare]</w:t>
            </w:r>
          </w:p>
        </w:tc>
        <w:tc>
          <w:tcPr>
            <w:tcW w:w="3326" w:type="dxa"/>
            <w:vAlign w:val="center"/>
          </w:tcPr>
          <w:p w14:paraId="191C04CD" w14:textId="77777777" w:rsidR="00F81D60" w:rsidRDefault="00000000">
            <w:pPr>
              <w:pStyle w:val="TableText"/>
              <w:spacing w:before="40" w:after="40"/>
            </w:pPr>
            <w:r>
              <w:t>[compilare]</w:t>
            </w:r>
          </w:p>
        </w:tc>
        <w:tc>
          <w:tcPr>
            <w:tcW w:w="3326" w:type="dxa"/>
            <w:vAlign w:val="center"/>
          </w:tcPr>
          <w:p w14:paraId="62F0EFE8" w14:textId="77777777" w:rsidR="00F81D60" w:rsidRDefault="00000000">
            <w:pPr>
              <w:pStyle w:val="TableText"/>
              <w:spacing w:before="40" w:after="40"/>
            </w:pPr>
            <w:r>
              <w:t>[compilare]</w:t>
            </w:r>
          </w:p>
        </w:tc>
      </w:tr>
    </w:tbl>
    <w:p w14:paraId="702DE460" w14:textId="77777777" w:rsidR="00F81D60" w:rsidRDefault="00F81D60">
      <w:pPr>
        <w:spacing w:after="0"/>
      </w:pPr>
    </w:p>
    <w:p w14:paraId="2B9F2E89" w14:textId="77777777" w:rsidR="00F81D60" w:rsidRDefault="00000000">
      <w:pPr>
        <w:pStyle w:val="Reference"/>
      </w:pPr>
      <w:r>
        <w:t>L’eventuale avvio delle sole misure ambientali generali non autorizza a raccogliere dati individuali prima della configurazione privacy. Il modello non sostituisce verifiche professionali competenti o obblighi inderogabili.</w:t>
      </w:r>
    </w:p>
    <w:sectPr w:rsidR="00F81D60" w:rsidSect="00034616">
      <w:headerReference w:type="default" r:id="rId9"/>
      <w:footerReference w:type="default" r:id="rId10"/>
      <w:pgSz w:w="11906" w:h="16838"/>
      <w:pgMar w:top="935" w:right="964" w:bottom="935" w:left="964" w:header="369"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FE9A8" w14:textId="77777777" w:rsidR="0094008D" w:rsidRDefault="0094008D">
      <w:pPr>
        <w:spacing w:after="0" w:line="240" w:lineRule="auto"/>
      </w:pPr>
      <w:r>
        <w:separator/>
      </w:r>
    </w:p>
  </w:endnote>
  <w:endnote w:type="continuationSeparator" w:id="0">
    <w:p w14:paraId="5CC5AE73" w14:textId="77777777" w:rsidR="0094008D" w:rsidRDefault="00940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0249" w14:textId="77777777" w:rsidR="00F81D60" w:rsidRDefault="00000000">
    <w:pPr>
      <w:pStyle w:val="Small"/>
      <w:tabs>
        <w:tab w:val="right" w:pos="9978"/>
      </w:tabs>
    </w:pPr>
    <w:r>
      <w:t>PRO-MM-01  |  Rev. 00  |  Modello da approvare</w:t>
    </w:r>
    <w:r>
      <w:tab/>
      <w:t xml:space="preserve">Pagina </w:t>
    </w:r>
    <w:r>
      <w:fldChar w:fldCharType="begin"/>
    </w:r>
    <w:r>
      <w:instrText xml:space="preserve"> PAGE </w:instrText>
    </w:r>
    <w:r>
      <w:fldChar w:fldCharType="separate"/>
    </w:r>
    <w:r>
      <w:t>1</w:t>
    </w:r>
    <w:r>
      <w:fldChar w:fldCharType="end"/>
    </w:r>
    <w:r>
      <w:t xml:space="preserve"> di </w:t>
    </w:r>
    <w:r>
      <w:fldChar w:fldCharType="begin"/>
    </w:r>
    <w:r>
      <w:instrText xml:space="preserve"> NUMPAGES </w:instrText>
    </w:r>
    <w:r>
      <w:fldChar w:fldCharType="separate"/>
    </w:r>
    <w:r>
      <w:t>101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3AC1" w14:textId="77777777" w:rsidR="0094008D" w:rsidRDefault="0094008D">
      <w:pPr>
        <w:spacing w:after="0" w:line="240" w:lineRule="auto"/>
      </w:pPr>
      <w:r>
        <w:separator/>
      </w:r>
    </w:p>
  </w:footnote>
  <w:footnote w:type="continuationSeparator" w:id="0">
    <w:p w14:paraId="5678AC11" w14:textId="77777777" w:rsidR="0094008D" w:rsidRDefault="00940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EEDD" w14:textId="77777777" w:rsidR="00F81D60" w:rsidRDefault="00000000">
    <w:pPr>
      <w:pStyle w:val="Small"/>
      <w:pBdr>
        <w:bottom w:val="single" w:sz="8" w:space="0" w:color="006B70"/>
      </w:pBdr>
      <w:spacing w:after="60"/>
    </w:pPr>
    <w:r>
      <w:t>[DENOMINAZIONE AZIENDA]    |    SALUTE, SICUREZZA E ORGANIZZAZIONE DEL LAVORO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428189342">
    <w:abstractNumId w:val="8"/>
  </w:num>
  <w:num w:numId="2" w16cid:durableId="1584873774">
    <w:abstractNumId w:val="6"/>
  </w:num>
  <w:num w:numId="3" w16cid:durableId="298002883">
    <w:abstractNumId w:val="5"/>
  </w:num>
  <w:num w:numId="4" w16cid:durableId="936014913">
    <w:abstractNumId w:val="4"/>
  </w:num>
  <w:num w:numId="5" w16cid:durableId="360710932">
    <w:abstractNumId w:val="7"/>
  </w:num>
  <w:num w:numId="6" w16cid:durableId="128085858">
    <w:abstractNumId w:val="3"/>
  </w:num>
  <w:num w:numId="7" w16cid:durableId="904678764">
    <w:abstractNumId w:val="2"/>
  </w:num>
  <w:num w:numId="8" w16cid:durableId="72699507">
    <w:abstractNumId w:val="1"/>
  </w:num>
  <w:num w:numId="9" w16cid:durableId="863715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A345B"/>
    <w:rsid w:val="0094008D"/>
    <w:rsid w:val="00AA1D8D"/>
    <w:rsid w:val="00B47730"/>
    <w:rsid w:val="00CB0664"/>
    <w:rsid w:val="00EB5D3F"/>
    <w:rsid w:val="00F81D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A33EA"/>
  <w14:defaultImageDpi w14:val="330"/>
  <w15:docId w15:val="{180B693B-2869-4A62-88E3-DC552D13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4" w:lineRule="auto"/>
    </w:pPr>
    <w:rPr>
      <w:rFonts w:ascii="Calibri" w:eastAsia="Calibri" w:hAnsi="Calibri" w:cs="Calibri"/>
      <w:sz w:val="21"/>
      <w:lang w:val="it-IT"/>
    </w:rPr>
  </w:style>
  <w:style w:type="paragraph" w:styleId="Titolo1">
    <w:name w:val="heading 1"/>
    <w:basedOn w:val="Normale"/>
    <w:next w:val="Normale"/>
    <w:link w:val="Titolo1Carattere"/>
    <w:uiPriority w:val="9"/>
    <w:qFormat/>
    <w:rsid w:val="00FC693F"/>
    <w:pPr>
      <w:keepNext/>
      <w:keepLines/>
      <w:spacing w:after="100"/>
      <w:outlineLvl w:val="0"/>
    </w:pPr>
    <w:rPr>
      <w:rFonts w:asciiTheme="majorHAnsi" w:eastAsiaTheme="majorEastAsia" w:hAnsiTheme="majorHAnsi" w:cstheme="majorBidi"/>
      <w:b/>
      <w:bCs/>
      <w:color w:val="17324D"/>
      <w:sz w:val="38"/>
      <w:szCs w:val="28"/>
    </w:rPr>
  </w:style>
  <w:style w:type="paragraph" w:styleId="Titolo2">
    <w:name w:val="heading 2"/>
    <w:basedOn w:val="Normale"/>
    <w:next w:val="Normale"/>
    <w:link w:val="Titolo2Carattere"/>
    <w:uiPriority w:val="9"/>
    <w:unhideWhenUsed/>
    <w:qFormat/>
    <w:rsid w:val="00FC693F"/>
    <w:pPr>
      <w:keepNext/>
      <w:keepLines/>
      <w:spacing w:before="180" w:after="100"/>
      <w:outlineLvl w:val="1"/>
    </w:pPr>
    <w:rPr>
      <w:rFonts w:asciiTheme="majorHAnsi" w:eastAsiaTheme="majorEastAsia" w:hAnsiTheme="majorHAnsi" w:cstheme="majorBidi"/>
      <w:b/>
      <w:bCs/>
      <w:color w:val="006B70"/>
      <w:sz w:val="25"/>
      <w:szCs w:val="26"/>
    </w:rPr>
  </w:style>
  <w:style w:type="paragraph" w:styleId="Titolo3">
    <w:name w:val="heading 3"/>
    <w:basedOn w:val="Normale"/>
    <w:next w:val="Normale"/>
    <w:link w:val="Titolo3Carattere"/>
    <w:uiPriority w:val="9"/>
    <w:unhideWhenUsed/>
    <w:qFormat/>
    <w:rsid w:val="00FC693F"/>
    <w:pPr>
      <w:keepNext/>
      <w:keepLines/>
      <w:spacing w:before="180" w:after="100"/>
      <w:outlineLvl w:val="2"/>
    </w:pPr>
    <w:rPr>
      <w:rFonts w:asciiTheme="majorHAnsi" w:eastAsiaTheme="majorEastAsia" w:hAnsiTheme="majorHAnsi" w:cstheme="majorBidi"/>
      <w:b/>
      <w:bCs/>
      <w:color w:val="17324D"/>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before="180" w:after="100" w:line="240" w:lineRule="auto"/>
      <w:contextualSpacing/>
    </w:pPr>
    <w:rPr>
      <w:rFonts w:asciiTheme="majorHAnsi" w:eastAsiaTheme="majorEastAsia" w:hAnsiTheme="majorHAnsi" w:cstheme="majorBidi"/>
      <w:b/>
      <w:color w:val="17324D"/>
      <w:spacing w:val="5"/>
      <w:kern w:val="28"/>
      <w:sz w:val="6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before="180" w:after="100"/>
    </w:pPr>
    <w:rPr>
      <w:rFonts w:asciiTheme="majorHAnsi" w:eastAsiaTheme="majorEastAsia" w:hAnsiTheme="majorHAnsi" w:cstheme="majorBidi"/>
      <w:i/>
      <w:iCs/>
      <w:color w:val="006B70"/>
      <w:spacing w:val="15"/>
      <w:sz w:val="30"/>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alibri" w:eastAsia="Calibri" w:hAnsi="Calibri" w:cs="Calibri"/>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e"/>
    <w:pPr>
      <w:spacing w:after="80" w:line="245" w:lineRule="auto"/>
    </w:pPr>
    <w:rPr>
      <w:sz w:val="17"/>
    </w:rPr>
  </w:style>
  <w:style w:type="paragraph" w:customStyle="1" w:styleId="TableText">
    <w:name w:val="Table Text"/>
    <w:basedOn w:val="Normale"/>
    <w:pPr>
      <w:spacing w:after="80" w:line="245" w:lineRule="auto"/>
    </w:pPr>
    <w:rPr>
      <w:sz w:val="18"/>
    </w:rPr>
  </w:style>
  <w:style w:type="paragraph" w:customStyle="1" w:styleId="FormText">
    <w:name w:val="Form Text"/>
    <w:basedOn w:val="Normale"/>
    <w:pPr>
      <w:spacing w:after="80" w:line="245" w:lineRule="auto"/>
    </w:pPr>
    <w:rPr>
      <w:sz w:val="19"/>
    </w:rPr>
  </w:style>
  <w:style w:type="paragraph" w:customStyle="1" w:styleId="Reference">
    <w:name w:val="Reference"/>
    <w:basedOn w:val="Normale"/>
    <w:pPr>
      <w:spacing w:after="80" w:line="245" w:lineRule="auto"/>
    </w:pPr>
    <w:rPr>
      <w:color w:val="526171"/>
      <w:sz w:val="16"/>
    </w:rPr>
  </w:style>
  <w:style w:type="paragraph" w:customStyle="1" w:styleId="IndexEntry">
    <w:name w:val="Index Entry"/>
    <w:basedOn w:val="Normale"/>
    <w:pPr>
      <w:spacing w:line="245" w:lineRule="auto"/>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33628</Words>
  <Characters>202777</Characters>
  <Application>Microsoft Office Word</Application>
  <DocSecurity>0</DocSecurity>
  <Lines>5199</Lines>
  <Paragraphs>3940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per salute mestruale e menopausa nei luoghi di lavoro</dc:title>
  <dc:subject>Modello operativo basato sulla ISO 45010:2026 con 30 allegati aziendali</dc:subject>
  <dc:creator>BENNI MOIRA</dc:creator>
  <cp:keywords>ISO 45010:2026, procedura aziendale, salute mestruale, menopausa, adattamenti del lavoro</cp:keywords>
  <dc:description>Modello da personalizzare, verificare e approvare prima dell’adozione. Non è una pubblicazione ISO ufficiale.</dc:description>
  <cp:lastModifiedBy>PAOLO BENNI</cp:lastModifiedBy>
  <cp:revision>3</cp:revision>
  <dcterms:created xsi:type="dcterms:W3CDTF">2026-09-07T17:23:00Z</dcterms:created>
  <dcterms:modified xsi:type="dcterms:W3CDTF">2026-09-08T07:17:00Z</dcterms:modified>
  <cp:category/>
</cp:coreProperties>
</file>