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FA6BF" w14:textId="77777777" w:rsidR="00240B87" w:rsidRDefault="00000000">
      <w:pPr>
        <w:jc w:val="center"/>
      </w:pPr>
      <w:r>
        <w:rPr>
          <w:b/>
          <w:sz w:val="32"/>
        </w:rPr>
        <w:t>[RAGIONE SOCIALE AZIENDA]</w:t>
      </w:r>
    </w:p>
    <w:p w14:paraId="14FCAEF4" w14:textId="77777777" w:rsidR="00240B87" w:rsidRDefault="00000000">
      <w:pPr>
        <w:jc w:val="center"/>
      </w:pPr>
      <w:r>
        <w:rPr>
          <w:b/>
          <w:sz w:val="40"/>
        </w:rPr>
        <w:t>PROCEDURA AZIENDALE</w:t>
      </w:r>
      <w:r>
        <w:rPr>
          <w:b/>
          <w:sz w:val="40"/>
        </w:rPr>
        <w:br/>
        <w:t>Gestione del rischio chimico e delle sostanze pericolose</w:t>
      </w:r>
    </w:p>
    <w:p w14:paraId="3CD077A5" w14:textId="7755DAE5" w:rsidR="00240B87" w:rsidRDefault="009925EF" w:rsidP="009925EF">
      <w:pPr>
        <w:jc w:val="center"/>
      </w:pPr>
      <w:r>
        <w:rPr>
          <w:noProof/>
        </w:rPr>
        <w:drawing>
          <wp:inline distT="0" distB="0" distL="0" distR="0" wp14:anchorId="4D96E7C7" wp14:editId="6F2B9DE9">
            <wp:extent cx="6316980" cy="4213860"/>
            <wp:effectExtent l="0" t="0" r="7620" b="0"/>
            <wp:docPr id="148437566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98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AC6D7" w14:textId="77777777" w:rsidR="00240B87" w:rsidRDefault="00000000">
      <w:pPr>
        <w:jc w:val="center"/>
      </w:pPr>
      <w:r>
        <w:rPr>
          <w:sz w:val="24"/>
        </w:rPr>
        <w:t>Codice: PRO-CHIM-01    Revisione: 0    Data: [gg/mm/aaaa]</w:t>
      </w:r>
    </w:p>
    <w:p w14:paraId="7AFAEE09" w14:textId="77777777" w:rsidR="00240B87" w:rsidRDefault="00240B87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240B87" w14:paraId="60063959" w14:textId="77777777">
        <w:trPr>
          <w:jc w:val="center"/>
        </w:trPr>
        <w:tc>
          <w:tcPr>
            <w:tcW w:w="2493" w:type="dxa"/>
            <w:vAlign w:val="center"/>
          </w:tcPr>
          <w:p w14:paraId="078AB780" w14:textId="77777777" w:rsidR="00240B87" w:rsidRDefault="00000000">
            <w:r>
              <w:rPr>
                <w:b/>
              </w:rPr>
              <w:t>Redatto da</w:t>
            </w:r>
          </w:p>
        </w:tc>
        <w:tc>
          <w:tcPr>
            <w:tcW w:w="2493" w:type="dxa"/>
            <w:vAlign w:val="center"/>
          </w:tcPr>
          <w:p w14:paraId="6FAE5016" w14:textId="77777777" w:rsidR="00240B87" w:rsidRDefault="00000000">
            <w:r>
              <w:rPr>
                <w:b/>
              </w:rPr>
              <w:t>Funzione</w:t>
            </w:r>
          </w:p>
        </w:tc>
        <w:tc>
          <w:tcPr>
            <w:tcW w:w="2493" w:type="dxa"/>
            <w:vAlign w:val="center"/>
          </w:tcPr>
          <w:p w14:paraId="0D434ABD" w14:textId="77777777" w:rsidR="00240B87" w:rsidRDefault="00000000">
            <w:r>
              <w:rPr>
                <w:b/>
              </w:rPr>
              <w:t>Firma</w:t>
            </w:r>
          </w:p>
        </w:tc>
        <w:tc>
          <w:tcPr>
            <w:tcW w:w="2493" w:type="dxa"/>
            <w:vAlign w:val="center"/>
          </w:tcPr>
          <w:p w14:paraId="6996FA1E" w14:textId="77777777" w:rsidR="00240B87" w:rsidRDefault="00000000">
            <w:r>
              <w:rPr>
                <w:b/>
              </w:rPr>
              <w:t>Data</w:t>
            </w:r>
          </w:p>
        </w:tc>
      </w:tr>
      <w:tr w:rsidR="00240B87" w14:paraId="79CF48BB" w14:textId="77777777">
        <w:trPr>
          <w:jc w:val="center"/>
        </w:trPr>
        <w:tc>
          <w:tcPr>
            <w:tcW w:w="2493" w:type="dxa"/>
            <w:vAlign w:val="center"/>
          </w:tcPr>
          <w:p w14:paraId="69D2ED1C" w14:textId="77777777" w:rsidR="00240B87" w:rsidRDefault="00240B87"/>
        </w:tc>
        <w:tc>
          <w:tcPr>
            <w:tcW w:w="2493" w:type="dxa"/>
            <w:vAlign w:val="center"/>
          </w:tcPr>
          <w:p w14:paraId="5BDF4CF2" w14:textId="77777777" w:rsidR="00240B87" w:rsidRDefault="00000000">
            <w:r>
              <w:t>RSPP</w:t>
            </w:r>
          </w:p>
        </w:tc>
        <w:tc>
          <w:tcPr>
            <w:tcW w:w="2493" w:type="dxa"/>
            <w:vAlign w:val="center"/>
          </w:tcPr>
          <w:p w14:paraId="2097D0D5" w14:textId="77777777" w:rsidR="00240B87" w:rsidRDefault="00240B87"/>
        </w:tc>
        <w:tc>
          <w:tcPr>
            <w:tcW w:w="2493" w:type="dxa"/>
            <w:vAlign w:val="center"/>
          </w:tcPr>
          <w:p w14:paraId="7B334AF3" w14:textId="77777777" w:rsidR="00240B87" w:rsidRDefault="00240B87"/>
        </w:tc>
      </w:tr>
      <w:tr w:rsidR="00240B87" w14:paraId="7AFE2D1F" w14:textId="77777777">
        <w:trPr>
          <w:jc w:val="center"/>
        </w:trPr>
        <w:tc>
          <w:tcPr>
            <w:tcW w:w="2493" w:type="dxa"/>
            <w:vAlign w:val="center"/>
          </w:tcPr>
          <w:p w14:paraId="202622E6" w14:textId="77777777" w:rsidR="00240B87" w:rsidRDefault="00240B87"/>
        </w:tc>
        <w:tc>
          <w:tcPr>
            <w:tcW w:w="2493" w:type="dxa"/>
            <w:vAlign w:val="center"/>
          </w:tcPr>
          <w:p w14:paraId="721599DC" w14:textId="77777777" w:rsidR="00240B87" w:rsidRDefault="00000000">
            <w:r>
              <w:t>Datore di Lavoro</w:t>
            </w:r>
          </w:p>
        </w:tc>
        <w:tc>
          <w:tcPr>
            <w:tcW w:w="2493" w:type="dxa"/>
            <w:vAlign w:val="center"/>
          </w:tcPr>
          <w:p w14:paraId="41BC71A0" w14:textId="77777777" w:rsidR="00240B87" w:rsidRDefault="00240B87"/>
        </w:tc>
        <w:tc>
          <w:tcPr>
            <w:tcW w:w="2493" w:type="dxa"/>
            <w:vAlign w:val="center"/>
          </w:tcPr>
          <w:p w14:paraId="755FE5C2" w14:textId="77777777" w:rsidR="00240B87" w:rsidRDefault="00240B87"/>
        </w:tc>
      </w:tr>
      <w:tr w:rsidR="00240B87" w14:paraId="1309B932" w14:textId="77777777">
        <w:trPr>
          <w:jc w:val="center"/>
        </w:trPr>
        <w:tc>
          <w:tcPr>
            <w:tcW w:w="2493" w:type="dxa"/>
            <w:vAlign w:val="center"/>
          </w:tcPr>
          <w:p w14:paraId="041602F7" w14:textId="77777777" w:rsidR="00240B87" w:rsidRDefault="00240B87"/>
        </w:tc>
        <w:tc>
          <w:tcPr>
            <w:tcW w:w="2493" w:type="dxa"/>
            <w:vAlign w:val="center"/>
          </w:tcPr>
          <w:p w14:paraId="5B7C6537" w14:textId="77777777" w:rsidR="00240B87" w:rsidRDefault="00000000">
            <w:r>
              <w:t>Medico Competente (se applicabile)</w:t>
            </w:r>
          </w:p>
        </w:tc>
        <w:tc>
          <w:tcPr>
            <w:tcW w:w="2493" w:type="dxa"/>
            <w:vAlign w:val="center"/>
          </w:tcPr>
          <w:p w14:paraId="4E43E49E" w14:textId="77777777" w:rsidR="00240B87" w:rsidRDefault="00240B87"/>
        </w:tc>
        <w:tc>
          <w:tcPr>
            <w:tcW w:w="2493" w:type="dxa"/>
            <w:vAlign w:val="center"/>
          </w:tcPr>
          <w:p w14:paraId="1DA661FC" w14:textId="77777777" w:rsidR="00240B87" w:rsidRDefault="00240B87"/>
        </w:tc>
      </w:tr>
    </w:tbl>
    <w:p w14:paraId="771272ED" w14:textId="77777777" w:rsidR="00240B87" w:rsidRDefault="00240B87"/>
    <w:p w14:paraId="19CFDE0B" w14:textId="77777777" w:rsidR="00240B87" w:rsidRDefault="00000000">
      <w:pPr>
        <w:jc w:val="center"/>
      </w:pPr>
      <w:r>
        <w:rPr>
          <w:i/>
        </w:rPr>
        <w:t>Uso interno - Documento controllato</w:t>
      </w:r>
    </w:p>
    <w:p w14:paraId="56860DDB" w14:textId="77777777" w:rsidR="00240B87" w:rsidRDefault="00000000">
      <w:r>
        <w:br w:type="page"/>
      </w:r>
    </w:p>
    <w:p w14:paraId="032C4143" w14:textId="77777777" w:rsidR="000E4FED" w:rsidRPr="000E4FED" w:rsidRDefault="000E4FED" w:rsidP="000E4F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  <w:lastRenderedPageBreak/>
        <w:t>PREFAZIONE</w:t>
      </w:r>
    </w:p>
    <w:p w14:paraId="53D05366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La presente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Procedura Aziendale per la Gestione del Rischio Chimico (PRO-CHIM-01)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è stata predisposta con l’obiettivo di rendere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operativa, uniforme e verificabile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la gestione di sostanze e miscele pericolose (nonché dei contaminanti generati dai processi) in tutti i reparti, aree e attività dell’organizzazione.</w:t>
      </w:r>
    </w:p>
    <w:p w14:paraId="7A1C4266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Nella pratica quotidiana, la sicurezza chimica non dipende esclusivamente dalla presenza della Scheda di Dati di Sicurezza (SDS) o dall’etichetta CLP, ma dalla capacità dell’azienda di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governare l’intero ciclo di vita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delle sostanze: dalla scelta e introduzione del prodotto, allo stoccaggio, all’uso e alla manipolazione, fino alla gestione delle emergenze e dei rifiuti. Questa procedura nasce proprio per colmare il divario tra “adempimento documentale” e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controllo reale del rischio sul campo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stabilendo comportamenti attesi, responsabilità, criteri decisionali e strumenti di registrazione.</w:t>
      </w:r>
    </w:p>
    <w:p w14:paraId="292C4BCD" w14:textId="77777777" w:rsidR="000E4FED" w:rsidRPr="000E4FED" w:rsidRDefault="000E4FED" w:rsidP="000E4FE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Finalità e risultati attesi</w:t>
      </w:r>
    </w:p>
    <w:p w14:paraId="2364BDFB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L’adozione della presente procedura mira a:</w:t>
      </w:r>
    </w:p>
    <w:p w14:paraId="6AD91D19" w14:textId="77777777" w:rsidR="000E4FED" w:rsidRPr="000E4FED" w:rsidRDefault="000E4FED" w:rsidP="000E4F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prevenire infortuni ed eventi acuti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(ustioni chimiche, irritazioni, intossicazioni, asfissia, incendi/esplosioni, reazioni indesiderate, sversamenti);</w:t>
      </w:r>
    </w:p>
    <w:p w14:paraId="263E3CE6" w14:textId="77777777" w:rsidR="000E4FED" w:rsidRPr="000E4FED" w:rsidRDefault="000E4FED" w:rsidP="000E4F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ridurre l’esposizione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per via inalatoria, cutanea e accidentale (contatto/ingestione);</w:t>
      </w:r>
    </w:p>
    <w:p w14:paraId="3CB2FDED" w14:textId="77777777" w:rsidR="000E4FED" w:rsidRPr="000E4FED" w:rsidRDefault="000E4FED" w:rsidP="000E4F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garantire la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conformità operativa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alla valutazione dei rischi e alle misure individuate, assicurando coerenza tra DVR, istruzioni di lavoro e prassi effettive;</w:t>
      </w:r>
    </w:p>
    <w:p w14:paraId="39C433AE" w14:textId="77777777" w:rsidR="000E4FED" w:rsidRPr="000E4FED" w:rsidRDefault="000E4FED" w:rsidP="000E4F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rendere il sistema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tracciabile e </w:t>
      </w:r>
      <w:proofErr w:type="spellStart"/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auditabile</w:t>
      </w:r>
      <w:proofErr w:type="spellEnd"/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mediante registri e check-list che consentano di dimostrare l’applicazione delle misure e il miglioramento continuo.</w:t>
      </w:r>
    </w:p>
    <w:p w14:paraId="36FF7819" w14:textId="77777777" w:rsidR="000E4FED" w:rsidRPr="000E4FED" w:rsidRDefault="000E4FED" w:rsidP="000E4FE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Ambito di applicazione</w:t>
      </w:r>
    </w:p>
    <w:p w14:paraId="01AF216A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 procedura si applica a tutte le attività che prevedono:</w:t>
      </w:r>
    </w:p>
    <w:p w14:paraId="36A19A2D" w14:textId="77777777" w:rsidR="000E4FED" w:rsidRPr="000E4FED" w:rsidRDefault="000E4FED" w:rsidP="000E4F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utilizzo di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prodotti chimici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(detergenti, disinfettanti, solventi, vernici, adesivi, lubrificanti, gas tecnici, reagenti, ecc.);</w:t>
      </w:r>
    </w:p>
    <w:p w14:paraId="70A492CE" w14:textId="77777777" w:rsidR="000E4FED" w:rsidRPr="000E4FED" w:rsidRDefault="000E4FED" w:rsidP="000E4F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operazioni di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travaso, miscelazione o preparazione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(anche per uso interno, quando previsto);</w:t>
      </w:r>
    </w:p>
    <w:p w14:paraId="74A0CD3D" w14:textId="77777777" w:rsidR="000E4FED" w:rsidRPr="000E4FED" w:rsidRDefault="000E4FED" w:rsidP="000E4F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generazione di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contaminanti di processo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(vapori, fumi, polveri, aerosol, gas di combustione), laddove presenti.</w:t>
      </w:r>
    </w:p>
    <w:p w14:paraId="57EE8649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È destinata a Datore di Lavoro, dirigenti, preposti, lavoratori, RSPP e, ove nominato, Medico Competente, e costituisce riferimento per imprese esterne operanti in sito quando le attività comportano interferenze o esposizioni a rischi chimici.</w:t>
      </w:r>
    </w:p>
    <w:p w14:paraId="74A2725D" w14:textId="77777777" w:rsidR="000E4FED" w:rsidRPr="000E4FED" w:rsidRDefault="000E4FED" w:rsidP="000E4FE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Principi guida</w:t>
      </w:r>
    </w:p>
    <w:p w14:paraId="170A3D71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 procedura è costruita su principi tecnici consolidati e di immediata applicabilità:</w:t>
      </w:r>
    </w:p>
    <w:p w14:paraId="7EE3E200" w14:textId="77777777" w:rsidR="000E4FED" w:rsidRPr="000E4FED" w:rsidRDefault="000E4FED" w:rsidP="000E4F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Prevenzione alla fonte e gerarchia delle misure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  <w:t>Si privilegiano, nell’ordine: eliminazione/sostituzione della sostanza, misure tecniche (es. contenimento, ventilazione, captazione), misure organizzative e procedurali (es. permessi di lavoro, limitazioni d’uso, istruzioni operative), e infine DPI come ultima barriera.</w:t>
      </w:r>
    </w:p>
    <w:p w14:paraId="076224EC" w14:textId="77777777" w:rsidR="000E4FED" w:rsidRPr="000E4FED" w:rsidRDefault="000E4FED" w:rsidP="000E4F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lastRenderedPageBreak/>
        <w:t>Gestione del ciclo di vita della sostanza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  <w:t>Ogni sostanza/miscela deve essere gestita con regole definite per: approvvigionamento e autorizzazione, ricevimento e verifica SDS, stoccaggio compatibile, uso controllato, travasi etichettati, pulizie e manutenzioni in sicurezza, emergenze e rifiuti.</w:t>
      </w:r>
    </w:p>
    <w:p w14:paraId="5B2F1C38" w14:textId="77777777" w:rsidR="000E4FED" w:rsidRPr="000E4FED" w:rsidRDefault="000E4FED" w:rsidP="000E4F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Standardizzazione e tracciabilità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  <w:t xml:space="preserve">L’efficacia dipende dalla ripetibilità dei controlli e dalla disponibilità di evidenze oggettive. Per questo la procedura integra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allegati operativi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(registri, check-list, schede di controllo, moduli di segnalazione) che consentono monitoraggio, verifica e riesame.</w:t>
      </w:r>
    </w:p>
    <w:p w14:paraId="395A69CF" w14:textId="77777777" w:rsidR="000E4FED" w:rsidRPr="000E4FED" w:rsidRDefault="000E4FED" w:rsidP="000E4F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Competenza e comportamento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  <w:t>Il rischio chimico richiede addestramento pratico (DPI, travasi, gestione sversamenti, lettura operativa della SDS). La procedura definisce requisiti minimi di informazione/formazione e responsabilizza i preposti nel controllo quotidiano.</w:t>
      </w:r>
    </w:p>
    <w:p w14:paraId="5C99FF64" w14:textId="77777777" w:rsidR="000E4FED" w:rsidRPr="000E4FED" w:rsidRDefault="000E4FED" w:rsidP="000E4FE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Struttura del documento e logica di utilizzo</w:t>
      </w:r>
    </w:p>
    <w:p w14:paraId="1AE78D53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 documento è composto da:</w:t>
      </w:r>
    </w:p>
    <w:p w14:paraId="40257581" w14:textId="77777777" w:rsidR="000E4FED" w:rsidRPr="000E4FED" w:rsidRDefault="000E4FED" w:rsidP="000E4F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una parte procedurale centrale che definisce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ruoli, flussi e regole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(introduzione sostanze, SDS, stoccaggio, uso, DPI, emergenze, rifiuti, verifiche);</w:t>
      </w:r>
    </w:p>
    <w:p w14:paraId="7819B339" w14:textId="77777777" w:rsidR="000E4FED" w:rsidRPr="000E4FED" w:rsidRDefault="000E4FED" w:rsidP="000E4F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una sezione di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allegati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utilizzabili come modulistica ufficiale per l’implementazione e la sorveglianza (inventario, check-list stoccaggio, schede travaso/miscelazione, schede DPI, registro controlli, registro non conformità/incidenti, schede emergenza sversamenti, ecc.).</w:t>
      </w:r>
    </w:p>
    <w:p w14:paraId="0CFD77FD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 un’implementazione efficace si raccomanda di:</w:t>
      </w:r>
    </w:p>
    <w:p w14:paraId="72F0D623" w14:textId="77777777" w:rsidR="000E4FED" w:rsidRPr="000E4FED" w:rsidRDefault="000E4FED" w:rsidP="000E4F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avviare con la compilazione dell’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inventario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 la raccolta/validazione delle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SDS aggiornate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;</w:t>
      </w:r>
    </w:p>
    <w:p w14:paraId="1C53E385" w14:textId="77777777" w:rsidR="000E4FED" w:rsidRPr="000E4FED" w:rsidRDefault="000E4FED" w:rsidP="000E4F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verificare l’idoneità delle aree di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stoccaggio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 la segregazione per compatibilità;</w:t>
      </w:r>
    </w:p>
    <w:p w14:paraId="594C20E2" w14:textId="77777777" w:rsidR="000E4FED" w:rsidRPr="000E4FED" w:rsidRDefault="000E4FED" w:rsidP="000E4F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definire e comunicare le regole su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travaso/etichettatura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uso in sicurezza e gestione rifiuti;</w:t>
      </w:r>
    </w:p>
    <w:p w14:paraId="58966773" w14:textId="77777777" w:rsidR="000E4FED" w:rsidRPr="000E4FED" w:rsidRDefault="000E4FED" w:rsidP="000E4F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pianificare controlli periodici con le check-list e utilizzare il registro non conformità per azioni correttive e preventive.</w:t>
      </w:r>
    </w:p>
    <w:p w14:paraId="1D0B8F74" w14:textId="77777777" w:rsidR="000E4FED" w:rsidRPr="000E4FED" w:rsidRDefault="000E4FED" w:rsidP="000E4FE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Integrazione con valutazione dei rischi e gestione aziendale</w:t>
      </w:r>
    </w:p>
    <w:p w14:paraId="5F8B2576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 procedura rappresenta un elemento operativo a supporto della valutazione del rischio chimico e del sistema di prevenzione aziendale. Le misure qui stabilite devono essere applicate in modo coerente con:</w:t>
      </w:r>
    </w:p>
    <w:p w14:paraId="78291547" w14:textId="77777777" w:rsidR="000E4FED" w:rsidRPr="000E4FED" w:rsidRDefault="000E4FED" w:rsidP="000E4F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 risultanze della valutazione dei rischi (DVR e valutazioni specifiche);</w:t>
      </w:r>
    </w:p>
    <w:p w14:paraId="5B2236D5" w14:textId="77777777" w:rsidR="000E4FED" w:rsidRPr="000E4FED" w:rsidRDefault="000E4FED" w:rsidP="000E4F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 scelte tecniche e organizzative adottate dall’azienda (impianti, layout, processi, turnazioni);</w:t>
      </w:r>
    </w:p>
    <w:p w14:paraId="4A9E74E7" w14:textId="77777777" w:rsidR="000E4FED" w:rsidRPr="000E4FED" w:rsidRDefault="000E4FED" w:rsidP="000E4F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 esigenze di informazione, formazione e addestramento definite per i ruoli coinvolti.</w:t>
      </w:r>
    </w:p>
    <w:p w14:paraId="3BF78E7F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 caso di modifiche significative (nuove sostanze, variazione dei processi, nuovi reparti, incidenti rilevanti, aggiornamenti SDS), la procedura e i relativi allegati devono essere riesaminati e aggiornati.</w:t>
      </w:r>
    </w:p>
    <w:p w14:paraId="23226A0B" w14:textId="77777777" w:rsidR="000E4FED" w:rsidRPr="000E4FED" w:rsidRDefault="000E4FED" w:rsidP="000E4FE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Responsabilità e impegno organizzativo</w:t>
      </w:r>
    </w:p>
    <w:p w14:paraId="7A4ADB8B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L’efficacia della presente procedura dipende dall’impegno congiunto di tutti i livelli aziendali:</w:t>
      </w:r>
    </w:p>
    <w:p w14:paraId="24D56280" w14:textId="77777777" w:rsidR="000E4FED" w:rsidRPr="000E4FED" w:rsidRDefault="000E4FED" w:rsidP="000E4F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 Datore di Lavoro assicura risorse, scelte tecniche e organizzative adeguate;</w:t>
      </w:r>
    </w:p>
    <w:p w14:paraId="29309DD8" w14:textId="77777777" w:rsidR="000E4FED" w:rsidRPr="000E4FED" w:rsidRDefault="000E4FED" w:rsidP="000E4F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lastRenderedPageBreak/>
        <w:t>dirigenti e preposti garantiscono applicazione, vigilanza e correzione delle deviazioni;</w:t>
      </w:r>
    </w:p>
    <w:p w14:paraId="49243D09" w14:textId="77777777" w:rsidR="000E4FED" w:rsidRPr="000E4FED" w:rsidRDefault="000E4FED" w:rsidP="000E4F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 lavoratori applicano le regole, utilizzano correttamente attrezzature e DPI, segnalano anomalie e quasi-eventi;</w:t>
      </w:r>
    </w:p>
    <w:p w14:paraId="0E466CBF" w14:textId="77777777" w:rsidR="000E4FED" w:rsidRPr="000E4FED" w:rsidRDefault="000E4FED" w:rsidP="000E4FE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RSPP e, se presente, Medico Competente supportano la valutazione, la definizione delle misure e la verifica dell’efficacia.</w:t>
      </w:r>
    </w:p>
    <w:p w14:paraId="3EC69322" w14:textId="77777777" w:rsidR="000E4FED" w:rsidRPr="000E4FED" w:rsidRDefault="000E4FED" w:rsidP="000E4F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Con l’adozione della presente procedura, l’organizzazione formalizza un modello di gestione del rischio chimico orientato alla </w:t>
      </w:r>
      <w:r w:rsidRPr="000E4FE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prevenzione concreta</w:t>
      </w:r>
      <w:r w:rsidRPr="000E4FE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alla riduzione sistematica dell’esposizione e alla protezione della salute e sicurezza di tutte le persone presenti nei luoghi di lavoro.</w:t>
      </w:r>
    </w:p>
    <w:p w14:paraId="07FDB91A" w14:textId="77777777" w:rsidR="000E4FED" w:rsidRDefault="000E4FED">
      <w:pPr>
        <w:pStyle w:val="Titolo1"/>
      </w:pPr>
    </w:p>
    <w:p w14:paraId="6FCE7DCC" w14:textId="77DD8329" w:rsidR="00240B87" w:rsidRDefault="00000000">
      <w:pPr>
        <w:pStyle w:val="Titolo1"/>
      </w:pPr>
      <w:proofErr w:type="spellStart"/>
      <w:r>
        <w:t>Scheda</w:t>
      </w:r>
      <w:proofErr w:type="spellEnd"/>
      <w:r>
        <w:t xml:space="preserve"> </w:t>
      </w:r>
      <w:proofErr w:type="spellStart"/>
      <w:r>
        <w:t>documento</w:t>
      </w:r>
      <w:proofErr w:type="spellEnd"/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240B87" w14:paraId="29C7F634" w14:textId="77777777">
        <w:trPr>
          <w:jc w:val="center"/>
        </w:trPr>
        <w:tc>
          <w:tcPr>
            <w:tcW w:w="4986" w:type="dxa"/>
          </w:tcPr>
          <w:p w14:paraId="5FBCE2E2" w14:textId="77777777" w:rsidR="00240B87" w:rsidRDefault="00000000">
            <w:r>
              <w:rPr>
                <w:b/>
              </w:rPr>
              <w:t>Titolo</w:t>
            </w:r>
          </w:p>
        </w:tc>
        <w:tc>
          <w:tcPr>
            <w:tcW w:w="4986" w:type="dxa"/>
          </w:tcPr>
          <w:p w14:paraId="6C58E7F8" w14:textId="77777777" w:rsidR="00240B87" w:rsidRDefault="00000000">
            <w:r>
              <w:t>Gestione del rischio chimico e delle sostanze pericolose</w:t>
            </w:r>
          </w:p>
        </w:tc>
      </w:tr>
      <w:tr w:rsidR="00240B87" w14:paraId="3CA70216" w14:textId="77777777">
        <w:trPr>
          <w:jc w:val="center"/>
        </w:trPr>
        <w:tc>
          <w:tcPr>
            <w:tcW w:w="4986" w:type="dxa"/>
          </w:tcPr>
          <w:p w14:paraId="773CEBF3" w14:textId="77777777" w:rsidR="00240B87" w:rsidRDefault="00000000">
            <w:r>
              <w:rPr>
                <w:b/>
              </w:rPr>
              <w:t>Codice</w:t>
            </w:r>
          </w:p>
        </w:tc>
        <w:tc>
          <w:tcPr>
            <w:tcW w:w="4986" w:type="dxa"/>
          </w:tcPr>
          <w:p w14:paraId="7734B8EB" w14:textId="77777777" w:rsidR="00240B87" w:rsidRDefault="00000000">
            <w:r>
              <w:t>PRO-CHIM-01</w:t>
            </w:r>
          </w:p>
        </w:tc>
      </w:tr>
      <w:tr w:rsidR="00240B87" w14:paraId="60626703" w14:textId="77777777">
        <w:trPr>
          <w:jc w:val="center"/>
        </w:trPr>
        <w:tc>
          <w:tcPr>
            <w:tcW w:w="4986" w:type="dxa"/>
          </w:tcPr>
          <w:p w14:paraId="6E07E36D" w14:textId="77777777" w:rsidR="00240B87" w:rsidRDefault="00000000">
            <w:r>
              <w:rPr>
                <w:b/>
              </w:rPr>
              <w:t>Revisione</w:t>
            </w:r>
          </w:p>
        </w:tc>
        <w:tc>
          <w:tcPr>
            <w:tcW w:w="4986" w:type="dxa"/>
          </w:tcPr>
          <w:p w14:paraId="3FACB9D8" w14:textId="77777777" w:rsidR="00240B87" w:rsidRDefault="00000000">
            <w:r>
              <w:t>0</w:t>
            </w:r>
          </w:p>
        </w:tc>
      </w:tr>
      <w:tr w:rsidR="00240B87" w14:paraId="5491C51C" w14:textId="77777777">
        <w:trPr>
          <w:jc w:val="center"/>
        </w:trPr>
        <w:tc>
          <w:tcPr>
            <w:tcW w:w="4986" w:type="dxa"/>
          </w:tcPr>
          <w:p w14:paraId="3A16CC3C" w14:textId="77777777" w:rsidR="00240B87" w:rsidRDefault="00000000">
            <w:r>
              <w:rPr>
                <w:b/>
              </w:rPr>
              <w:t>Data emissione</w:t>
            </w:r>
          </w:p>
        </w:tc>
        <w:tc>
          <w:tcPr>
            <w:tcW w:w="4986" w:type="dxa"/>
          </w:tcPr>
          <w:p w14:paraId="17A5F417" w14:textId="77777777" w:rsidR="00240B87" w:rsidRDefault="00000000">
            <w:r>
              <w:t>[gg/mm/aaaa]</w:t>
            </w:r>
          </w:p>
        </w:tc>
      </w:tr>
      <w:tr w:rsidR="00240B87" w14:paraId="697BD822" w14:textId="77777777">
        <w:trPr>
          <w:jc w:val="center"/>
        </w:trPr>
        <w:tc>
          <w:tcPr>
            <w:tcW w:w="4986" w:type="dxa"/>
          </w:tcPr>
          <w:p w14:paraId="7743AA32" w14:textId="77777777" w:rsidR="00240B87" w:rsidRDefault="00000000">
            <w:r>
              <w:rPr>
                <w:b/>
              </w:rPr>
              <w:t>Process owner</w:t>
            </w:r>
          </w:p>
        </w:tc>
        <w:tc>
          <w:tcPr>
            <w:tcW w:w="4986" w:type="dxa"/>
          </w:tcPr>
          <w:p w14:paraId="79E536FF" w14:textId="77777777" w:rsidR="00240B87" w:rsidRDefault="00000000">
            <w:r>
              <w:t>[RSPP / HSE Manager]</w:t>
            </w:r>
          </w:p>
        </w:tc>
      </w:tr>
      <w:tr w:rsidR="00240B87" w14:paraId="24798E9D" w14:textId="77777777">
        <w:trPr>
          <w:jc w:val="center"/>
        </w:trPr>
        <w:tc>
          <w:tcPr>
            <w:tcW w:w="4986" w:type="dxa"/>
          </w:tcPr>
          <w:p w14:paraId="4F1F8829" w14:textId="77777777" w:rsidR="00240B87" w:rsidRDefault="00000000">
            <w:r>
              <w:rPr>
                <w:b/>
              </w:rPr>
              <w:t>Approvazione</w:t>
            </w:r>
          </w:p>
        </w:tc>
        <w:tc>
          <w:tcPr>
            <w:tcW w:w="4986" w:type="dxa"/>
          </w:tcPr>
          <w:p w14:paraId="07B777BF" w14:textId="77777777" w:rsidR="00240B87" w:rsidRDefault="00000000">
            <w:r>
              <w:t>Datore di Lavoro</w:t>
            </w:r>
          </w:p>
        </w:tc>
      </w:tr>
    </w:tbl>
    <w:p w14:paraId="6660E7A9" w14:textId="77777777" w:rsidR="00240B87" w:rsidRDefault="00240B87"/>
    <w:p w14:paraId="2EA43B4D" w14:textId="77777777" w:rsidR="00240B87" w:rsidRDefault="00000000">
      <w:pPr>
        <w:pStyle w:val="Titolo2"/>
      </w:pPr>
      <w:r>
        <w:t>Storico revisioni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654"/>
      </w:tblGrid>
      <w:tr w:rsidR="00240B87" w14:paraId="0B160E88" w14:textId="77777777">
        <w:trPr>
          <w:jc w:val="center"/>
        </w:trPr>
        <w:tc>
          <w:tcPr>
            <w:tcW w:w="2493" w:type="dxa"/>
          </w:tcPr>
          <w:p w14:paraId="6D83CAF1" w14:textId="77777777" w:rsidR="00240B87" w:rsidRDefault="00000000">
            <w:r>
              <w:rPr>
                <w:b/>
              </w:rPr>
              <w:t>Rev.</w:t>
            </w:r>
          </w:p>
        </w:tc>
        <w:tc>
          <w:tcPr>
            <w:tcW w:w="2493" w:type="dxa"/>
          </w:tcPr>
          <w:p w14:paraId="740D74D0" w14:textId="77777777" w:rsidR="00240B87" w:rsidRDefault="00000000">
            <w:r>
              <w:rPr>
                <w:b/>
              </w:rPr>
              <w:t>Data</w:t>
            </w:r>
          </w:p>
        </w:tc>
        <w:tc>
          <w:tcPr>
            <w:tcW w:w="2493" w:type="dxa"/>
          </w:tcPr>
          <w:p w14:paraId="434733BE" w14:textId="77777777" w:rsidR="00240B87" w:rsidRDefault="00000000">
            <w:r>
              <w:rPr>
                <w:b/>
              </w:rPr>
              <w:t>Descrizione modifica</w:t>
            </w:r>
          </w:p>
        </w:tc>
        <w:tc>
          <w:tcPr>
            <w:tcW w:w="2493" w:type="dxa"/>
          </w:tcPr>
          <w:p w14:paraId="1D98D452" w14:textId="77777777" w:rsidR="00240B87" w:rsidRDefault="00000000">
            <w:r>
              <w:rPr>
                <w:b/>
              </w:rPr>
              <w:t>Redatto/Verificato/Appro.</w:t>
            </w:r>
          </w:p>
        </w:tc>
      </w:tr>
      <w:tr w:rsidR="00240B87" w14:paraId="78955365" w14:textId="77777777">
        <w:trPr>
          <w:jc w:val="center"/>
        </w:trPr>
        <w:tc>
          <w:tcPr>
            <w:tcW w:w="2493" w:type="dxa"/>
          </w:tcPr>
          <w:p w14:paraId="6838287B" w14:textId="77777777" w:rsidR="00240B87" w:rsidRDefault="00000000">
            <w:r>
              <w:t>0</w:t>
            </w:r>
          </w:p>
        </w:tc>
        <w:tc>
          <w:tcPr>
            <w:tcW w:w="2493" w:type="dxa"/>
          </w:tcPr>
          <w:p w14:paraId="4D75F5E9" w14:textId="77777777" w:rsidR="00240B87" w:rsidRDefault="00000000">
            <w:r>
              <w:t>[gg/mm/aaaa]</w:t>
            </w:r>
          </w:p>
        </w:tc>
        <w:tc>
          <w:tcPr>
            <w:tcW w:w="2493" w:type="dxa"/>
          </w:tcPr>
          <w:p w14:paraId="4167D5D1" w14:textId="77777777" w:rsidR="00240B87" w:rsidRDefault="00000000">
            <w:r>
              <w:t>Prima emissione</w:t>
            </w:r>
          </w:p>
        </w:tc>
        <w:tc>
          <w:tcPr>
            <w:tcW w:w="2493" w:type="dxa"/>
          </w:tcPr>
          <w:p w14:paraId="47829B87" w14:textId="77777777" w:rsidR="00240B87" w:rsidRDefault="00000000">
            <w:r>
              <w:t>RSPP / DL</w:t>
            </w:r>
          </w:p>
        </w:tc>
      </w:tr>
    </w:tbl>
    <w:p w14:paraId="13AD433A" w14:textId="77777777" w:rsidR="00240B87" w:rsidRDefault="00240B87"/>
    <w:p w14:paraId="78F8D385" w14:textId="77777777" w:rsidR="00240B87" w:rsidRDefault="00000000">
      <w:pPr>
        <w:pStyle w:val="Titolo2"/>
      </w:pPr>
      <w:r>
        <w:t>Distribuzione e accesso</w:t>
      </w:r>
    </w:p>
    <w:p w14:paraId="7CD79225" w14:textId="77777777" w:rsidR="00240B87" w:rsidRDefault="00000000">
      <w:pPr>
        <w:pStyle w:val="Puntoelenco"/>
      </w:pPr>
      <w:r>
        <w:t>Copia controllata in formato digitale sul server aziendale/cartella HSE.</w:t>
      </w:r>
    </w:p>
    <w:p w14:paraId="750E86F4" w14:textId="77777777" w:rsidR="00240B87" w:rsidRDefault="00000000">
      <w:pPr>
        <w:pStyle w:val="Puntoelenco"/>
      </w:pPr>
      <w:r>
        <w:t>Accesso in sola lettura per Preposti e lavoratori; stampa consentita solo se necessaria e marcata 'Copia non controllata'.</w:t>
      </w:r>
    </w:p>
    <w:p w14:paraId="495C4609" w14:textId="77777777" w:rsidR="00240B87" w:rsidRDefault="00000000">
      <w:pPr>
        <w:pStyle w:val="Puntoelenco"/>
      </w:pPr>
      <w:r>
        <w:t>Allegati (moduli) disponibili in cartella 'Modulistica' e/o in formato stampabile nei reparti.</w:t>
      </w:r>
    </w:p>
    <w:p w14:paraId="73F7A9CC" w14:textId="77777777" w:rsidR="00240B87" w:rsidRDefault="00000000">
      <w:r>
        <w:br w:type="page"/>
      </w:r>
    </w:p>
    <w:p w14:paraId="7F39F1D7" w14:textId="77777777" w:rsidR="00240B87" w:rsidRDefault="00000000">
      <w:pPr>
        <w:pStyle w:val="Titolo1"/>
      </w:pPr>
      <w:r>
        <w:lastRenderedPageBreak/>
        <w:t>1. Scopo e obiettivi</w:t>
      </w:r>
    </w:p>
    <w:p w14:paraId="6CFFB353" w14:textId="77777777" w:rsidR="00240B87" w:rsidRDefault="00000000">
      <w:r>
        <w:t>La presente procedura definisce le modalità organizzative e operative per gestire in modo sistematico le sostanze/miscele pericolose e gli agenti chimici presenti in azienda (inclusi i contaminanti generati da processo, quali polveri e fumi), riducendo l’esposizione dei lavoratori e prevenendo eventi incidentali (sversamenti, incendi, esplosioni).</w:t>
      </w:r>
    </w:p>
    <w:p w14:paraId="288F587C" w14:textId="77777777" w:rsidR="00240B87" w:rsidRDefault="00000000">
      <w:pPr>
        <w:pStyle w:val="Titolo1"/>
      </w:pPr>
      <w:r>
        <w:t>2. Campo di applicazione</w:t>
      </w:r>
    </w:p>
    <w:p w14:paraId="1E426517" w14:textId="77777777" w:rsidR="00240B87" w:rsidRDefault="00000000">
      <w:r>
        <w:t>Si applica a tutte le unità operative, reparti, cantieri e attività aziendali in cui si acquistano, ricevono, stoccano, travasano, utilizzano o smaltiscono sostanze/miscele pericolose. Include attività di manutenzione e lavorazioni che generano agenti chimici (es. saldatura, taglio, carteggiatura).</w:t>
      </w:r>
    </w:p>
    <w:p w14:paraId="742CE73D" w14:textId="77777777" w:rsidR="00240B87" w:rsidRDefault="00000000">
      <w:pPr>
        <w:pStyle w:val="Titolo1"/>
      </w:pPr>
      <w:r>
        <w:t>3. Riferimenti normativi e documentali</w:t>
      </w:r>
    </w:p>
    <w:p w14:paraId="79AFFEBA" w14:textId="77777777" w:rsidR="00240B87" w:rsidRDefault="00000000">
      <w:pPr>
        <w:pStyle w:val="Puntoelenco"/>
      </w:pPr>
      <w:r>
        <w:t>D.Lgs. 81/2008 e s.m.i., Titolo IX (Sostanze pericolose: Agenti chimici e Cancerogeni/Mutageni).</w:t>
      </w:r>
    </w:p>
    <w:p w14:paraId="6FCC113D" w14:textId="77777777" w:rsidR="00240B87" w:rsidRDefault="00000000">
      <w:pPr>
        <w:pStyle w:val="Puntoelenco"/>
      </w:pPr>
      <w:r>
        <w:t>Regolamento (CE) n. 1907/2006 (REACH) - Schede Dati di Sicurezza (SDS).</w:t>
      </w:r>
    </w:p>
    <w:p w14:paraId="02BE521E" w14:textId="77777777" w:rsidR="00240B87" w:rsidRDefault="00000000">
      <w:pPr>
        <w:pStyle w:val="Puntoelenco"/>
      </w:pPr>
      <w:r>
        <w:t>Regolamento (CE) n. 1272/2008 (CLP) - Classificazione, etichettatura e imballaggio.</w:t>
      </w:r>
    </w:p>
    <w:p w14:paraId="5A60ED3D" w14:textId="77777777" w:rsidR="00240B87" w:rsidRDefault="00000000">
      <w:pPr>
        <w:pStyle w:val="Puntoelenco"/>
      </w:pPr>
      <w:r>
        <w:t>Normativa rifiuti applicabile (gestione, deposito temporaneo, tracciabilità) - se pertinente.</w:t>
      </w:r>
    </w:p>
    <w:p w14:paraId="537A1AAC" w14:textId="77777777" w:rsidR="00240B87" w:rsidRDefault="00000000">
      <w:pPr>
        <w:pStyle w:val="Puntoelenco"/>
      </w:pPr>
      <w:r>
        <w:t>DVR aziendale (valutazione rischio chimico) e, se applicabile, valutazione ATEX/Documento Protezione contro le Esplosioni.</w:t>
      </w:r>
    </w:p>
    <w:p w14:paraId="0E5E1D57" w14:textId="77777777" w:rsidR="00240B87" w:rsidRDefault="00000000">
      <w:pPr>
        <w:pStyle w:val="Puntoelenco"/>
      </w:pPr>
      <w:r>
        <w:t>Istruzioni operative di reparto, piani di emergenza, registro manutenzioni impianti di aspirazione/ventilazione.</w:t>
      </w:r>
    </w:p>
    <w:p w14:paraId="4B9858D0" w14:textId="77777777" w:rsidR="00240B87" w:rsidRDefault="00000000">
      <w:pPr>
        <w:pStyle w:val="Titolo1"/>
      </w:pPr>
      <w:r>
        <w:t>4. Definizioni e abbreviazioni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240B87" w14:paraId="3EBC54B4" w14:textId="77777777">
        <w:trPr>
          <w:jc w:val="center"/>
        </w:trPr>
        <w:tc>
          <w:tcPr>
            <w:tcW w:w="4986" w:type="dxa"/>
          </w:tcPr>
          <w:p w14:paraId="2E9404F8" w14:textId="77777777" w:rsidR="00240B87" w:rsidRDefault="00000000">
            <w:r>
              <w:rPr>
                <w:b/>
              </w:rPr>
              <w:t>Termine</w:t>
            </w:r>
          </w:p>
        </w:tc>
        <w:tc>
          <w:tcPr>
            <w:tcW w:w="4986" w:type="dxa"/>
          </w:tcPr>
          <w:p w14:paraId="7F8F7D06" w14:textId="77777777" w:rsidR="00240B87" w:rsidRDefault="00000000">
            <w:r>
              <w:rPr>
                <w:b/>
              </w:rPr>
              <w:t>Definizione</w:t>
            </w:r>
          </w:p>
        </w:tc>
      </w:tr>
      <w:tr w:rsidR="00240B87" w14:paraId="7A5C6AB0" w14:textId="77777777">
        <w:trPr>
          <w:jc w:val="center"/>
        </w:trPr>
        <w:tc>
          <w:tcPr>
            <w:tcW w:w="4986" w:type="dxa"/>
          </w:tcPr>
          <w:p w14:paraId="5A0A4B3D" w14:textId="77777777" w:rsidR="00240B87" w:rsidRDefault="00000000">
            <w:r>
              <w:t>Agente chimico</w:t>
            </w:r>
          </w:p>
        </w:tc>
        <w:tc>
          <w:tcPr>
            <w:tcW w:w="4986" w:type="dxa"/>
          </w:tcPr>
          <w:p w14:paraId="57F558CC" w14:textId="77777777" w:rsidR="00240B87" w:rsidRDefault="00000000">
            <w:r>
              <w:t>Elemento o composto chimico, da solo o in miscela, presente in natura o ottenuto mediante processo.</w:t>
            </w:r>
          </w:p>
        </w:tc>
      </w:tr>
      <w:tr w:rsidR="00240B87" w14:paraId="562E3998" w14:textId="77777777">
        <w:trPr>
          <w:jc w:val="center"/>
        </w:trPr>
        <w:tc>
          <w:tcPr>
            <w:tcW w:w="4986" w:type="dxa"/>
          </w:tcPr>
          <w:p w14:paraId="4675E74F" w14:textId="77777777" w:rsidR="00240B87" w:rsidRDefault="00000000">
            <w:r>
              <w:t>Sostanza/miscela pericolosa</w:t>
            </w:r>
          </w:p>
        </w:tc>
        <w:tc>
          <w:tcPr>
            <w:tcW w:w="4986" w:type="dxa"/>
          </w:tcPr>
          <w:p w14:paraId="3437A7D4" w14:textId="77777777" w:rsidR="00240B87" w:rsidRDefault="00000000">
            <w:r>
              <w:t>Agente chimico classificato pericoloso ai sensi CLP (pittogrammi, frasi H/P).</w:t>
            </w:r>
          </w:p>
        </w:tc>
      </w:tr>
      <w:tr w:rsidR="00240B87" w14:paraId="0698C8E2" w14:textId="77777777">
        <w:trPr>
          <w:jc w:val="center"/>
        </w:trPr>
        <w:tc>
          <w:tcPr>
            <w:tcW w:w="4986" w:type="dxa"/>
          </w:tcPr>
          <w:p w14:paraId="4664644B" w14:textId="77777777" w:rsidR="00240B87" w:rsidRDefault="00000000">
            <w:r>
              <w:t>SDS</w:t>
            </w:r>
          </w:p>
        </w:tc>
        <w:tc>
          <w:tcPr>
            <w:tcW w:w="4986" w:type="dxa"/>
          </w:tcPr>
          <w:p w14:paraId="1468768D" w14:textId="77777777" w:rsidR="00240B87" w:rsidRDefault="00000000">
            <w:r>
              <w:t>Scheda Dati di Sicurezza (Safety Data Sheet) conforme REACH.</w:t>
            </w:r>
          </w:p>
        </w:tc>
      </w:tr>
      <w:tr w:rsidR="00240B87" w14:paraId="408A4D1E" w14:textId="77777777">
        <w:trPr>
          <w:jc w:val="center"/>
        </w:trPr>
        <w:tc>
          <w:tcPr>
            <w:tcW w:w="4986" w:type="dxa"/>
          </w:tcPr>
          <w:p w14:paraId="2E5F286C" w14:textId="77777777" w:rsidR="00240B87" w:rsidRDefault="00000000">
            <w:r>
              <w:t>CMR</w:t>
            </w:r>
          </w:p>
        </w:tc>
        <w:tc>
          <w:tcPr>
            <w:tcW w:w="4986" w:type="dxa"/>
          </w:tcPr>
          <w:p w14:paraId="139E720E" w14:textId="77777777" w:rsidR="00240B87" w:rsidRDefault="00000000">
            <w:r>
              <w:t>Cancerogeno, Mutageno o Tossico per la Riproduzione (categorie CLP).</w:t>
            </w:r>
          </w:p>
        </w:tc>
      </w:tr>
      <w:tr w:rsidR="00240B87" w14:paraId="2CEB1972" w14:textId="77777777">
        <w:trPr>
          <w:jc w:val="center"/>
        </w:trPr>
        <w:tc>
          <w:tcPr>
            <w:tcW w:w="4986" w:type="dxa"/>
          </w:tcPr>
          <w:p w14:paraId="14BD3D0F" w14:textId="77777777" w:rsidR="00240B87" w:rsidRDefault="00000000">
            <w:r>
              <w:t>DPI</w:t>
            </w:r>
          </w:p>
        </w:tc>
        <w:tc>
          <w:tcPr>
            <w:tcW w:w="4986" w:type="dxa"/>
          </w:tcPr>
          <w:p w14:paraId="3ADC3507" w14:textId="77777777" w:rsidR="00240B87" w:rsidRDefault="00000000">
            <w:r>
              <w:t>Dispositivi di Protezione Individuale.</w:t>
            </w:r>
          </w:p>
        </w:tc>
      </w:tr>
    </w:tbl>
    <w:p w14:paraId="523C0454" w14:textId="77777777" w:rsidR="00240B87" w:rsidRDefault="00240B87"/>
    <w:p w14:paraId="637EE327" w14:textId="77777777" w:rsidR="00240B87" w:rsidRDefault="00000000">
      <w:pPr>
        <w:pStyle w:val="Titolo1"/>
      </w:pPr>
      <w:r>
        <w:t>5. Ruoli e responsabilità</w:t>
      </w:r>
    </w:p>
    <w:p w14:paraId="15DD4ACD" w14:textId="77777777" w:rsidR="00240B87" w:rsidRDefault="00000000">
      <w:r>
        <w:t>Le responsabilità sono ripartite come segue (integrare con organigramma e deleghe aziendali):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01"/>
        <w:gridCol w:w="3192"/>
        <w:gridCol w:w="2446"/>
        <w:gridCol w:w="2150"/>
      </w:tblGrid>
      <w:tr w:rsidR="00240B87" w14:paraId="72BC42A9" w14:textId="77777777">
        <w:trPr>
          <w:jc w:val="center"/>
        </w:trPr>
        <w:tc>
          <w:tcPr>
            <w:tcW w:w="2493" w:type="dxa"/>
          </w:tcPr>
          <w:p w14:paraId="658B6912" w14:textId="77777777" w:rsidR="00240B87" w:rsidRDefault="00000000">
            <w:r>
              <w:rPr>
                <w:b/>
              </w:rPr>
              <w:t>Ruolo</w:t>
            </w:r>
          </w:p>
        </w:tc>
        <w:tc>
          <w:tcPr>
            <w:tcW w:w="2493" w:type="dxa"/>
          </w:tcPr>
          <w:p w14:paraId="304AC622" w14:textId="77777777" w:rsidR="00240B87" w:rsidRDefault="00000000">
            <w:r>
              <w:rPr>
                <w:b/>
              </w:rPr>
              <w:t>Responsabilità principali</w:t>
            </w:r>
          </w:p>
        </w:tc>
        <w:tc>
          <w:tcPr>
            <w:tcW w:w="2493" w:type="dxa"/>
          </w:tcPr>
          <w:p w14:paraId="3F9FE416" w14:textId="77777777" w:rsidR="00240B87" w:rsidRDefault="00000000">
            <w:r>
              <w:rPr>
                <w:b/>
              </w:rPr>
              <w:t>Evidenze/Registrazioni</w:t>
            </w:r>
          </w:p>
        </w:tc>
        <w:tc>
          <w:tcPr>
            <w:tcW w:w="2493" w:type="dxa"/>
          </w:tcPr>
          <w:p w14:paraId="73FE02BF" w14:textId="77777777" w:rsidR="00240B87" w:rsidRDefault="00000000">
            <w:r>
              <w:rPr>
                <w:b/>
              </w:rPr>
              <w:t>Sostituto</w:t>
            </w:r>
          </w:p>
        </w:tc>
      </w:tr>
      <w:tr w:rsidR="00240B87" w14:paraId="22D8F800" w14:textId="77777777">
        <w:trPr>
          <w:jc w:val="center"/>
        </w:trPr>
        <w:tc>
          <w:tcPr>
            <w:tcW w:w="2493" w:type="dxa"/>
          </w:tcPr>
          <w:p w14:paraId="3B562F2D" w14:textId="77777777" w:rsidR="00240B87" w:rsidRDefault="00000000">
            <w:r>
              <w:t>Datore di Lavoro</w:t>
            </w:r>
          </w:p>
        </w:tc>
        <w:tc>
          <w:tcPr>
            <w:tcW w:w="2493" w:type="dxa"/>
          </w:tcPr>
          <w:p w14:paraId="745CACD5" w14:textId="77777777" w:rsidR="00240B87" w:rsidRDefault="00000000">
            <w:r>
              <w:t>Garantisce risorse; approva il DVR e la presente procedura; definisce obiettivi e priorità (es. sostituzione).</w:t>
            </w:r>
          </w:p>
        </w:tc>
        <w:tc>
          <w:tcPr>
            <w:tcW w:w="2493" w:type="dxa"/>
          </w:tcPr>
          <w:p w14:paraId="225F5F44" w14:textId="77777777" w:rsidR="00240B87" w:rsidRDefault="00000000">
            <w:r>
              <w:t>Firma approvazione; riesame annuale.</w:t>
            </w:r>
          </w:p>
        </w:tc>
        <w:tc>
          <w:tcPr>
            <w:tcW w:w="2493" w:type="dxa"/>
          </w:tcPr>
          <w:p w14:paraId="3FD67F28" w14:textId="77777777" w:rsidR="00240B87" w:rsidRDefault="00000000">
            <w:r>
              <w:t>[...]</w:t>
            </w:r>
          </w:p>
        </w:tc>
      </w:tr>
      <w:tr w:rsidR="00240B87" w14:paraId="386EAD2A" w14:textId="77777777">
        <w:trPr>
          <w:jc w:val="center"/>
        </w:trPr>
        <w:tc>
          <w:tcPr>
            <w:tcW w:w="2493" w:type="dxa"/>
          </w:tcPr>
          <w:p w14:paraId="78AEE300" w14:textId="77777777" w:rsidR="00240B87" w:rsidRDefault="00000000">
            <w:r>
              <w:lastRenderedPageBreak/>
              <w:t>RSPP</w:t>
            </w:r>
          </w:p>
        </w:tc>
        <w:tc>
          <w:tcPr>
            <w:tcW w:w="2493" w:type="dxa"/>
          </w:tcPr>
          <w:p w14:paraId="68477062" w14:textId="77777777" w:rsidR="00240B87" w:rsidRDefault="00000000">
            <w:r>
              <w:t>Supporta la valutazione del rischio; definisce misure tecniche/organizzative; verifica attuazione; pianifica formazione.</w:t>
            </w:r>
          </w:p>
        </w:tc>
        <w:tc>
          <w:tcPr>
            <w:tcW w:w="2493" w:type="dxa"/>
          </w:tcPr>
          <w:p w14:paraId="17AF4355" w14:textId="77777777" w:rsidR="00240B87" w:rsidRDefault="00000000">
            <w:r>
              <w:t>Check-list; audit; verbali formazione.</w:t>
            </w:r>
          </w:p>
        </w:tc>
        <w:tc>
          <w:tcPr>
            <w:tcW w:w="2493" w:type="dxa"/>
          </w:tcPr>
          <w:p w14:paraId="39B6E4A7" w14:textId="77777777" w:rsidR="00240B87" w:rsidRDefault="00000000">
            <w:r>
              <w:t>[...]</w:t>
            </w:r>
          </w:p>
        </w:tc>
      </w:tr>
      <w:tr w:rsidR="00240B87" w14:paraId="639EEC86" w14:textId="77777777">
        <w:trPr>
          <w:jc w:val="center"/>
        </w:trPr>
        <w:tc>
          <w:tcPr>
            <w:tcW w:w="2493" w:type="dxa"/>
          </w:tcPr>
          <w:p w14:paraId="08F5FD93" w14:textId="77777777" w:rsidR="00240B87" w:rsidRDefault="00000000">
            <w:r>
              <w:t>Preposti/Capireparto</w:t>
            </w:r>
          </w:p>
        </w:tc>
        <w:tc>
          <w:tcPr>
            <w:tcW w:w="2493" w:type="dxa"/>
          </w:tcPr>
          <w:p w14:paraId="600DB7A8" w14:textId="77777777" w:rsidR="00240B87" w:rsidRDefault="00000000">
            <w:r>
              <w:t>Applica le istruzioni operative; verifica uso DPI e rispetto procedure; segnala non conformità.</w:t>
            </w:r>
          </w:p>
        </w:tc>
        <w:tc>
          <w:tcPr>
            <w:tcW w:w="2493" w:type="dxa"/>
          </w:tcPr>
          <w:p w14:paraId="094B9E46" w14:textId="77777777" w:rsidR="00240B87" w:rsidRDefault="00000000">
            <w:r>
              <w:t>Schede controllo; segnalazioni.</w:t>
            </w:r>
          </w:p>
        </w:tc>
        <w:tc>
          <w:tcPr>
            <w:tcW w:w="2493" w:type="dxa"/>
          </w:tcPr>
          <w:p w14:paraId="350388AC" w14:textId="77777777" w:rsidR="00240B87" w:rsidRDefault="00000000">
            <w:r>
              <w:t>[...]</w:t>
            </w:r>
          </w:p>
        </w:tc>
      </w:tr>
      <w:tr w:rsidR="00240B87" w14:paraId="30ED8780" w14:textId="77777777">
        <w:trPr>
          <w:jc w:val="center"/>
        </w:trPr>
        <w:tc>
          <w:tcPr>
            <w:tcW w:w="2493" w:type="dxa"/>
          </w:tcPr>
          <w:p w14:paraId="62E4B9CD" w14:textId="77777777" w:rsidR="00240B87" w:rsidRDefault="00000000">
            <w:r>
              <w:t>Acquisti/Magazzino</w:t>
            </w:r>
          </w:p>
        </w:tc>
        <w:tc>
          <w:tcPr>
            <w:tcW w:w="2493" w:type="dxa"/>
          </w:tcPr>
          <w:p w14:paraId="7BB8E79A" w14:textId="77777777" w:rsidR="00240B87" w:rsidRDefault="00000000">
            <w:r>
              <w:t>Acquista solo prodotti approvati; gestisce ricevimento, etichettatura, stoccaggio; mantiene inventario.</w:t>
            </w:r>
          </w:p>
        </w:tc>
        <w:tc>
          <w:tcPr>
            <w:tcW w:w="2493" w:type="dxa"/>
          </w:tcPr>
          <w:p w14:paraId="7F9A01FE" w14:textId="77777777" w:rsidR="00240B87" w:rsidRDefault="00000000">
            <w:r>
              <w:t>Inventario; registro SDS; check ricevimento.</w:t>
            </w:r>
          </w:p>
        </w:tc>
        <w:tc>
          <w:tcPr>
            <w:tcW w:w="2493" w:type="dxa"/>
          </w:tcPr>
          <w:p w14:paraId="524B61A3" w14:textId="77777777" w:rsidR="00240B87" w:rsidRDefault="00000000">
            <w:r>
              <w:t>[...]</w:t>
            </w:r>
          </w:p>
        </w:tc>
      </w:tr>
      <w:tr w:rsidR="00240B87" w14:paraId="681D83BC" w14:textId="77777777">
        <w:trPr>
          <w:jc w:val="center"/>
        </w:trPr>
        <w:tc>
          <w:tcPr>
            <w:tcW w:w="2493" w:type="dxa"/>
          </w:tcPr>
          <w:p w14:paraId="237418D0" w14:textId="77777777" w:rsidR="00240B87" w:rsidRDefault="00000000">
            <w:r>
              <w:t>Lavoratori</w:t>
            </w:r>
          </w:p>
        </w:tc>
        <w:tc>
          <w:tcPr>
            <w:tcW w:w="2493" w:type="dxa"/>
          </w:tcPr>
          <w:p w14:paraId="37E898D6" w14:textId="77777777" w:rsidR="00240B87" w:rsidRDefault="00000000">
            <w:r>
              <w:t>Usano correttamente prodotti e DPI; rispettano le istruzioni; segnalano anomalie/sversamenti/incidente.</w:t>
            </w:r>
          </w:p>
        </w:tc>
        <w:tc>
          <w:tcPr>
            <w:tcW w:w="2493" w:type="dxa"/>
          </w:tcPr>
          <w:p w14:paraId="713C2933" w14:textId="77777777" w:rsidR="00240B87" w:rsidRDefault="00000000">
            <w:r>
              <w:t>Moduli segnalazione; addestramento.</w:t>
            </w:r>
          </w:p>
        </w:tc>
        <w:tc>
          <w:tcPr>
            <w:tcW w:w="2493" w:type="dxa"/>
          </w:tcPr>
          <w:p w14:paraId="2C05731A" w14:textId="77777777" w:rsidR="00240B87" w:rsidRDefault="00000000">
            <w:r>
              <w:t>[...]</w:t>
            </w:r>
          </w:p>
        </w:tc>
      </w:tr>
      <w:tr w:rsidR="00240B87" w14:paraId="2057FFC5" w14:textId="77777777">
        <w:trPr>
          <w:jc w:val="center"/>
        </w:trPr>
        <w:tc>
          <w:tcPr>
            <w:tcW w:w="2493" w:type="dxa"/>
          </w:tcPr>
          <w:p w14:paraId="4F53B496" w14:textId="77777777" w:rsidR="00240B87" w:rsidRDefault="00000000">
            <w:r>
              <w:t>Medico Competente (se nominato)</w:t>
            </w:r>
          </w:p>
        </w:tc>
        <w:tc>
          <w:tcPr>
            <w:tcW w:w="2493" w:type="dxa"/>
          </w:tcPr>
          <w:p w14:paraId="5943D0E8" w14:textId="77777777" w:rsidR="00240B87" w:rsidRDefault="00000000">
            <w:r>
              <w:t>Collabora alla valutazione; definisce protocollo sanitario; valuta idoneità e sorveglianza.</w:t>
            </w:r>
          </w:p>
        </w:tc>
        <w:tc>
          <w:tcPr>
            <w:tcW w:w="2493" w:type="dxa"/>
          </w:tcPr>
          <w:p w14:paraId="19B23C22" w14:textId="77777777" w:rsidR="00240B87" w:rsidRDefault="00000000">
            <w:r>
              <w:t>Protocollo; giudizi; relazioni.</w:t>
            </w:r>
          </w:p>
        </w:tc>
        <w:tc>
          <w:tcPr>
            <w:tcW w:w="2493" w:type="dxa"/>
          </w:tcPr>
          <w:p w14:paraId="65B9B4BF" w14:textId="77777777" w:rsidR="00240B87" w:rsidRDefault="00000000">
            <w:r>
              <w:t>[...]</w:t>
            </w:r>
          </w:p>
        </w:tc>
      </w:tr>
    </w:tbl>
    <w:p w14:paraId="6AFBF01F" w14:textId="77777777" w:rsidR="00240B87" w:rsidRDefault="00000000">
      <w:r>
        <w:br w:type="page"/>
      </w:r>
    </w:p>
    <w:p w14:paraId="5E37C102" w14:textId="77777777" w:rsidR="00240B87" w:rsidRDefault="00000000">
      <w:pPr>
        <w:pStyle w:val="Titolo1"/>
      </w:pPr>
      <w:r>
        <w:lastRenderedPageBreak/>
        <w:t>6. Descrizione della procedura</w:t>
      </w:r>
    </w:p>
    <w:p w14:paraId="1BF44B5C" w14:textId="77777777" w:rsidR="00240B87" w:rsidRDefault="00000000">
      <w:pPr>
        <w:pStyle w:val="Titolo2"/>
      </w:pPr>
      <w:r>
        <w:t>6.1 Approvvigionamento e introduzione di nuovi prodotti</w:t>
      </w:r>
    </w:p>
    <w:p w14:paraId="05FBD5E7" w14:textId="77777777" w:rsidR="00240B87" w:rsidRDefault="00000000">
      <w:r>
        <w:t>È vietata l’introduzione in azienda di nuovi prodotti chimici senza preventiva valutazione. Prima dell’acquisto, il richiedente compila l’Allegato A1 e trasmette la SDS aggiornata (in italiano) a RSPP e Magazzino. L’approvazione considera: classificazione CLP, modalità d’uso, quantità, alternative meno pericolose e requisiti di stoccaggio/ventilazione/DPI.</w:t>
      </w:r>
    </w:p>
    <w:p w14:paraId="2949AB5A" w14:textId="77777777" w:rsidR="00240B87" w:rsidRDefault="00000000">
      <w:pPr>
        <w:spacing w:after="40"/>
        <w:ind w:left="425" w:hanging="255"/>
      </w:pPr>
      <w:r>
        <w:t>1. Richiesta acquisto con indicazione uso previsto, quantità annua, frequenza e area di utilizzo.</w:t>
      </w:r>
    </w:p>
    <w:p w14:paraId="0A3F6A86" w14:textId="77777777" w:rsidR="00240B87" w:rsidRDefault="00000000">
      <w:pPr>
        <w:spacing w:after="40"/>
        <w:ind w:left="425" w:hanging="255"/>
      </w:pPr>
      <w:r>
        <w:t>2. Acquisizione SDS aggiornata e verifica coerenza con etichetta (nome, UFI se presente, pittogrammi, frasi H/P).</w:t>
      </w:r>
    </w:p>
    <w:p w14:paraId="3DE64D74" w14:textId="77777777" w:rsidR="00240B87" w:rsidRDefault="00000000">
      <w:pPr>
        <w:spacing w:after="40"/>
        <w:ind w:left="425" w:hanging="255"/>
      </w:pPr>
      <w:r>
        <w:t>3. Screening di pericolo: priorità di sostituzione per CMR, sensibilizzanti respiratori, tossicità acuta elevata, STOT, corrosivi.</w:t>
      </w:r>
    </w:p>
    <w:p w14:paraId="47362C83" w14:textId="77777777" w:rsidR="00240B87" w:rsidRDefault="00000000">
      <w:pPr>
        <w:spacing w:after="40"/>
        <w:ind w:left="425" w:hanging="255"/>
      </w:pPr>
      <w:r>
        <w:t>4. Valutazione misure necessarie (cappe/aspirazione, contenimento, procedure di travaso, DPI specifici).</w:t>
      </w:r>
    </w:p>
    <w:p w14:paraId="04568179" w14:textId="77777777" w:rsidR="00240B87" w:rsidRDefault="00000000">
      <w:pPr>
        <w:spacing w:after="40"/>
        <w:ind w:left="425" w:hanging="255"/>
      </w:pPr>
      <w:r>
        <w:t>5. Approvazione formale e inserimento in inventario (Allegato A2) e archiviazione SDS.</w:t>
      </w:r>
    </w:p>
    <w:p w14:paraId="05B1B74F" w14:textId="77777777" w:rsidR="00240B87" w:rsidRDefault="00000000">
      <w:pPr>
        <w:pStyle w:val="Titolo2"/>
      </w:pPr>
      <w:r>
        <w:t>6.2 Ricevimento e controllo in ingresso</w:t>
      </w:r>
    </w:p>
    <w:p w14:paraId="0DD1F598" w14:textId="77777777" w:rsidR="00240B87" w:rsidRDefault="00000000">
      <w:r>
        <w:t>Al ricevimento, Magazzino verifica integrità imballi, correttezza etichetta, presenza SDS e conformità alle condizioni di trasporto. In caso di non conformità: quarantena del prodotto e segnalazione a Acquisti/RSPP.</w:t>
      </w:r>
    </w:p>
    <w:p w14:paraId="4AC77BEB" w14:textId="77777777" w:rsidR="00240B87" w:rsidRDefault="00000000">
      <w:r>
        <w:t>Checklist: Allegato A3 (Ricevimento).</w:t>
      </w:r>
    </w:p>
    <w:p w14:paraId="61E9CCF2" w14:textId="77777777" w:rsidR="00240B87" w:rsidRDefault="00000000">
      <w:pPr>
        <w:pStyle w:val="Titolo2"/>
      </w:pPr>
      <w:r>
        <w:t>6.3 Etichettatura, travasi e repackaging</w:t>
      </w:r>
    </w:p>
    <w:p w14:paraId="6168534D" w14:textId="77777777" w:rsidR="00240B87" w:rsidRDefault="00000000">
      <w:r>
        <w:t>Il travaso è consentito solo se necessario per l’uso operativo e deve avvenire in area idonea (ventilata, con contenimento sversamenti, lontano da sorgenti di ignizione). È vietato utilizzare contenitori alimentari o privi di etichetta.</w:t>
      </w:r>
    </w:p>
    <w:p w14:paraId="7A50A6AF" w14:textId="77777777" w:rsidR="00240B87" w:rsidRDefault="00000000">
      <w:pPr>
        <w:spacing w:after="40"/>
        <w:ind w:left="425" w:hanging="255"/>
      </w:pPr>
      <w:r>
        <w:t>1. Prima del travaso: leggere SDS, verificare incompatibilità (SDS Sez. 10) e DPI richiesti (SDS Sez. 8).</w:t>
      </w:r>
    </w:p>
    <w:p w14:paraId="03176F21" w14:textId="77777777" w:rsidR="00240B87" w:rsidRDefault="00000000">
      <w:pPr>
        <w:spacing w:after="40"/>
        <w:ind w:left="425" w:hanging="255"/>
      </w:pPr>
      <w:r>
        <w:t>2. Utilizzare contenitori compatibili e chiudibili; impiegare imbuti/pompe per ridurre schizzi e aerosol.</w:t>
      </w:r>
    </w:p>
    <w:p w14:paraId="350EF9AA" w14:textId="77777777" w:rsidR="00240B87" w:rsidRDefault="00000000">
      <w:pPr>
        <w:spacing w:after="40"/>
        <w:ind w:left="425" w:hanging="255"/>
      </w:pPr>
      <w:r>
        <w:t>3. Applicare etichetta di reparto (Allegato A4) con: nome prodotto, pittogrammi, frasi H principali, data travaso, reparto.</w:t>
      </w:r>
    </w:p>
    <w:p w14:paraId="1A8CBCD7" w14:textId="77777777" w:rsidR="00240B87" w:rsidRDefault="00000000">
      <w:pPr>
        <w:spacing w:after="40"/>
        <w:ind w:left="425" w:hanging="255"/>
      </w:pPr>
      <w:r>
        <w:t>4. Limitare il quantitativo travasato al fabbisogno giornaliero/turno; stoccare il residuo secondo 6.4.</w:t>
      </w:r>
    </w:p>
    <w:p w14:paraId="24353290" w14:textId="77777777" w:rsidR="00240B87" w:rsidRDefault="00000000">
      <w:pPr>
        <w:spacing w:after="40"/>
        <w:ind w:left="425" w:hanging="255"/>
      </w:pPr>
      <w:r>
        <w:t>5. Gestire immediatamente gocce/sversamenti con kit assorbente (vedi 6.9).</w:t>
      </w:r>
    </w:p>
    <w:p w14:paraId="27E18978" w14:textId="77777777" w:rsidR="00240B87" w:rsidRDefault="00000000">
      <w:pPr>
        <w:pStyle w:val="Titolo2"/>
      </w:pPr>
      <w:r>
        <w:t>6.4 Stoccaggio e segregazione</w:t>
      </w:r>
    </w:p>
    <w:p w14:paraId="12637B31" w14:textId="77777777" w:rsidR="00240B87" w:rsidRDefault="00000000">
      <w:r>
        <w:t>Lo stoccaggio deve prevenire reazioni per incompatibilità, perdite e incendi. Le sostanze sono segregate per famiglie (infiammabili, corrosivi acidi/basi, ossidanti, tossici/CMR) in armadi o locali dedicati, ventilati e dotati di bacino di contenimento.</w:t>
      </w:r>
    </w:p>
    <w:p w14:paraId="0D79BBEE" w14:textId="77777777" w:rsidR="00240B87" w:rsidRDefault="00000000">
      <w:r>
        <w:t>Requisiti minimi:</w:t>
      </w:r>
    </w:p>
    <w:p w14:paraId="122B449F" w14:textId="77777777" w:rsidR="00240B87" w:rsidRDefault="00000000">
      <w:pPr>
        <w:pStyle w:val="Puntoelenco"/>
      </w:pPr>
      <w:r>
        <w:t>Scaffalature stabili; recipienti chiusi; etichette leggibili; divieto di deposito su pavimento/uscite.</w:t>
      </w:r>
    </w:p>
    <w:p w14:paraId="20F45337" w14:textId="77777777" w:rsidR="00240B87" w:rsidRDefault="00000000">
      <w:pPr>
        <w:pStyle w:val="Puntoelenco"/>
      </w:pPr>
      <w:r>
        <w:t>Bacini di contenimento per liquidi; kit assorbente disponibile.</w:t>
      </w:r>
    </w:p>
    <w:p w14:paraId="58293B72" w14:textId="77777777" w:rsidR="00240B87" w:rsidRDefault="00000000">
      <w:pPr>
        <w:pStyle w:val="Puntoelenco"/>
      </w:pPr>
      <w:r>
        <w:t>Separazione fisica di incompatibili (es. acidi vs basi; ossidanti vs infiammabili).</w:t>
      </w:r>
    </w:p>
    <w:p w14:paraId="40DA75C8" w14:textId="77777777" w:rsidR="00240B87" w:rsidRDefault="00000000">
      <w:pPr>
        <w:pStyle w:val="Puntoelenco"/>
      </w:pPr>
      <w:r>
        <w:t>Quantità massime per reparto definite nel DVR/valutazione ATEX (se applicabile).</w:t>
      </w:r>
    </w:p>
    <w:p w14:paraId="17E54CAE" w14:textId="77777777" w:rsidR="00240B87" w:rsidRDefault="00000000">
      <w:pPr>
        <w:pStyle w:val="Puntoelenco"/>
      </w:pPr>
      <w:r>
        <w:lastRenderedPageBreak/>
        <w:t>Controlli periodici con check-list Allegato A5.</w:t>
      </w:r>
    </w:p>
    <w:p w14:paraId="52BB6C94" w14:textId="77777777" w:rsidR="00240B87" w:rsidRDefault="00000000">
      <w:pPr>
        <w:pStyle w:val="Titolo2"/>
      </w:pPr>
      <w:r>
        <w:t>6.5 Utilizzo in sicurezza (operazioni ordinarie)</w:t>
      </w:r>
    </w:p>
    <w:p w14:paraId="7B413A89" w14:textId="77777777" w:rsidR="00240B87" w:rsidRDefault="00000000">
      <w:r>
        <w:t>Prima di iniziare: verificare che la postazione sia idonea (ventilazione/captazione attiva), che il prodotto sia quello previsto e che i DPI siano disponibili e integri. Durante l’uso: evitare contatto cutaneo e inalazione; non mangiare/bere/fumare; lavare le mani a fine attività.</w:t>
      </w:r>
    </w:p>
    <w:p w14:paraId="106F92A2" w14:textId="77777777" w:rsidR="00240B87" w:rsidRDefault="00000000">
      <w:r>
        <w:t>Regole operative:</w:t>
      </w:r>
    </w:p>
    <w:p w14:paraId="235903E1" w14:textId="77777777" w:rsidR="00240B87" w:rsidRDefault="00000000">
      <w:pPr>
        <w:pStyle w:val="Puntoelenco"/>
      </w:pPr>
      <w:r>
        <w:t>Usare la minima quantità efficace; richiudere i contenitori quando non in uso.</w:t>
      </w:r>
    </w:p>
    <w:p w14:paraId="28F69CF7" w14:textId="77777777" w:rsidR="00240B87" w:rsidRDefault="00000000">
      <w:pPr>
        <w:pStyle w:val="Puntoelenco"/>
      </w:pPr>
      <w:r>
        <w:t>Preferire sistemi chiusi o applicazioni a bassa emissione (pennello/rullo vs spruzzo, quando possibile).</w:t>
      </w:r>
    </w:p>
    <w:p w14:paraId="17F07B7C" w14:textId="77777777" w:rsidR="00240B87" w:rsidRDefault="00000000">
      <w:pPr>
        <w:pStyle w:val="Puntoelenco"/>
      </w:pPr>
      <w:r>
        <w:t>Non utilizzare aria compressa per pulire polveri; usare aspirazione con filtro idoneo o metodi umidi.</w:t>
      </w:r>
    </w:p>
    <w:p w14:paraId="7FBE1005" w14:textId="77777777" w:rsidR="00240B87" w:rsidRDefault="00000000">
      <w:pPr>
        <w:pStyle w:val="Puntoelenco"/>
      </w:pPr>
      <w:r>
        <w:t>Segnalare immediatamente anomalie (odore forte, irritazione, perdite, malfunzionamento aspirazione).</w:t>
      </w:r>
    </w:p>
    <w:p w14:paraId="39799710" w14:textId="77777777" w:rsidR="00240B87" w:rsidRDefault="00000000">
      <w:pPr>
        <w:pStyle w:val="Titolo2"/>
      </w:pPr>
      <w:r>
        <w:t>6.6 Miscelazione e preparazioni interne</w:t>
      </w:r>
    </w:p>
    <w:p w14:paraId="08A51569" w14:textId="77777777" w:rsidR="00240B87" w:rsidRDefault="00000000">
      <w:r>
        <w:t>La miscelazione è consentita solo se prevista e valutata. Per preparazioni interne, devono essere disponibili informazioni equivalenti alla SDS per la miscela risultante e devono essere definite le misure di controllo (contenimento, ventilazione, DPI, gestione rifiuti).</w:t>
      </w:r>
    </w:p>
    <w:p w14:paraId="40331365" w14:textId="77777777" w:rsidR="00240B87" w:rsidRDefault="00000000">
      <w:r>
        <w:t>Documento di riferimento: Istruzione operativa Allegato A6.</w:t>
      </w:r>
    </w:p>
    <w:p w14:paraId="027BD0A7" w14:textId="77777777" w:rsidR="00240B87" w:rsidRDefault="00000000">
      <w:pPr>
        <w:pStyle w:val="Titolo2"/>
      </w:pPr>
      <w:r>
        <w:t>6.7 Ventilazione, aspirazioni localizzate e manutenzione</w:t>
      </w:r>
    </w:p>
    <w:p w14:paraId="63004AAB" w14:textId="77777777" w:rsidR="00240B87" w:rsidRDefault="00000000">
      <w:r>
        <w:t>Le misure tecniche (captazione alla sorgente, ventilazione generale, cabine, cappe) hanno priorità sui DPI. È obbligatorio mantenere gli impianti in efficienza tramite controlli e manutenzioni pianificate.</w:t>
      </w:r>
    </w:p>
    <w:p w14:paraId="1D3D5E36" w14:textId="77777777" w:rsidR="00240B87" w:rsidRDefault="00000000">
      <w:r>
        <w:t>Controlli minimi:</w:t>
      </w:r>
    </w:p>
    <w:p w14:paraId="56541129" w14:textId="77777777" w:rsidR="00240B87" w:rsidRDefault="00000000">
      <w:pPr>
        <w:pStyle w:val="Puntoelenco"/>
      </w:pPr>
      <w:r>
        <w:t>Verifica funzionale giornaliera da parte dell’operatore (accensione, rumorosità anomala, segnalazioni).</w:t>
      </w:r>
    </w:p>
    <w:p w14:paraId="72234009" w14:textId="77777777" w:rsidR="00240B87" w:rsidRDefault="00000000">
      <w:pPr>
        <w:pStyle w:val="Puntoelenco"/>
      </w:pPr>
      <w:r>
        <w:t>Ispezione periodica programmata (almeno annuale o secondo manuale) con registrazione Allegato A11.</w:t>
      </w:r>
    </w:p>
    <w:p w14:paraId="4D5C99EC" w14:textId="77777777" w:rsidR="00240B87" w:rsidRDefault="00000000">
      <w:pPr>
        <w:pStyle w:val="Puntoelenco"/>
      </w:pPr>
      <w:r>
        <w:t>Pulizia/sostituzione filtri secondo piano manutenzione; blocco uso postazione se l’impianto non funziona.</w:t>
      </w:r>
    </w:p>
    <w:p w14:paraId="7489C7ED" w14:textId="77777777" w:rsidR="00240B87" w:rsidRDefault="00000000">
      <w:pPr>
        <w:pStyle w:val="Titolo2"/>
      </w:pPr>
      <w:r>
        <w:t>6.8 DPI: selezione, consegna, uso e manutenzione</w:t>
      </w:r>
    </w:p>
    <w:p w14:paraId="64C7BD17" w14:textId="77777777" w:rsidR="00240B87" w:rsidRDefault="00000000">
      <w:r>
        <w:t>I DPI sono definiti in base alla valutazione del rischio e alle indicazioni SDS. Devono essere disponibili taglie adeguate e addestramento pratico. Per i respiratori: scelta del tipo (filtrante/powered/supplied-air), compatibilità con barba e controllo tenuta.</w:t>
      </w:r>
    </w:p>
    <w:p w14:paraId="5DAE0E12" w14:textId="77777777" w:rsidR="00240B87" w:rsidRDefault="00000000">
      <w:r>
        <w:t>Registrazioni: Allegato A7 (Consegna DPI e addestramento/fit-check).</w:t>
      </w:r>
    </w:p>
    <w:p w14:paraId="795EA5E6" w14:textId="77777777" w:rsidR="00240B87" w:rsidRDefault="00000000">
      <w:pPr>
        <w:pStyle w:val="Titolo2"/>
      </w:pPr>
      <w:r>
        <w:t>6.9 Gestione sversamenti e rilasci accidentali</w:t>
      </w:r>
    </w:p>
    <w:p w14:paraId="3F0F4ED5" w14:textId="77777777" w:rsidR="00240B87" w:rsidRDefault="00000000">
      <w:r>
        <w:t>Ogni reparto con uso di liquidi pericolosi deve avere un kit di emergenza (assorbenti, neutralizzanti se previsti, sacchi e contenitori per rifiuti contaminati, guanti e protezione occhi/viso). In caso di sversamento: mettere in sicurezza, isolare l’area, intervenire solo se addestrati e in sicurezza.</w:t>
      </w:r>
    </w:p>
    <w:p w14:paraId="495018F8" w14:textId="77777777" w:rsidR="00240B87" w:rsidRDefault="00000000">
      <w:pPr>
        <w:spacing w:after="40"/>
        <w:ind w:left="425" w:hanging="255"/>
      </w:pPr>
      <w:r>
        <w:t>1. Interrompere la fonte se possibile in sicurezza; allontanare persone non coinvolte.</w:t>
      </w:r>
    </w:p>
    <w:p w14:paraId="20DAC8E6" w14:textId="77777777" w:rsidR="00240B87" w:rsidRDefault="00000000">
      <w:pPr>
        <w:spacing w:after="40"/>
        <w:ind w:left="425" w:hanging="255"/>
      </w:pPr>
      <w:r>
        <w:t>2. Aerare/attivare aspirazione; eliminare sorgenti di ignizione se il prodotto è infiammabile.</w:t>
      </w:r>
    </w:p>
    <w:p w14:paraId="0459DB20" w14:textId="77777777" w:rsidR="00240B87" w:rsidRDefault="00000000">
      <w:pPr>
        <w:spacing w:after="40"/>
        <w:ind w:left="425" w:hanging="255"/>
      </w:pPr>
      <w:r>
        <w:t>3. Indossare DPI adeguati; contenere lo sversamento con barriere assorbenti.</w:t>
      </w:r>
    </w:p>
    <w:p w14:paraId="06381D9D" w14:textId="77777777" w:rsidR="00240B87" w:rsidRDefault="00000000">
      <w:pPr>
        <w:spacing w:after="40"/>
        <w:ind w:left="425" w:hanging="255"/>
      </w:pPr>
      <w:r>
        <w:lastRenderedPageBreak/>
        <w:t>4. Raccogliere materiale contaminato in contenitori chiusi ed etichettati come rifiuto.</w:t>
      </w:r>
    </w:p>
    <w:p w14:paraId="31D4D259" w14:textId="77777777" w:rsidR="00240B87" w:rsidRDefault="00000000">
      <w:pPr>
        <w:spacing w:after="40"/>
        <w:ind w:left="425" w:hanging="255"/>
      </w:pPr>
      <w:r>
        <w:t>5. Segnalare l’evento e registrare (Allegato A9). Se necessario, attivare emergenza e primo soccorso.</w:t>
      </w:r>
    </w:p>
    <w:p w14:paraId="4C9670A8" w14:textId="77777777" w:rsidR="00240B87" w:rsidRDefault="00000000">
      <w:r>
        <w:t>Piano operativo di dettaglio: Allegato A8.</w:t>
      </w:r>
    </w:p>
    <w:p w14:paraId="426CAC15" w14:textId="77777777" w:rsidR="00240B87" w:rsidRDefault="00000000">
      <w:pPr>
        <w:pStyle w:val="Titolo2"/>
      </w:pPr>
      <w:r>
        <w:t>6.10 Prevenzione incendi ed esplosioni</w:t>
      </w:r>
    </w:p>
    <w:p w14:paraId="5E126D4E" w14:textId="77777777" w:rsidR="00240B87" w:rsidRDefault="00000000">
      <w:r>
        <w:t>Per prodotti infiammabili e per lavorazioni che generano atmosfere esplosive (vapori o polveri), si applicano misure specifiche: riduzione quantità in reparto, ventilazione, messa a terra/antistaticità, divieto fiamme libere, controllo sorgenti di ignizione e permessi di lavoro per attività a caldo.</w:t>
      </w:r>
    </w:p>
    <w:p w14:paraId="03F834B6" w14:textId="77777777" w:rsidR="00240B87" w:rsidRDefault="00000000">
      <w:r>
        <w:t>Modello permesso di lavoro: Allegato A15 (Hot Work).</w:t>
      </w:r>
    </w:p>
    <w:p w14:paraId="640AE8C1" w14:textId="77777777" w:rsidR="00240B87" w:rsidRDefault="00000000">
      <w:pPr>
        <w:pStyle w:val="Titolo2"/>
      </w:pPr>
      <w:r>
        <w:t>6.11 Spazi confinati e ambienti sospetti di inquinamento</w:t>
      </w:r>
    </w:p>
    <w:p w14:paraId="11902EA0" w14:textId="77777777" w:rsidR="00240B87" w:rsidRDefault="00000000">
      <w:r>
        <w:t>L’accesso a spazi confinati è consentito solo con procedura dedicata e permesso di lavoro. Prima dell’ingresso: valutazione rischi, misurazioni atmosfera (O2, esplosività, tossici), ventilazione, presidio esterno e piano di recupero. Vietato lavorare da soli.</w:t>
      </w:r>
    </w:p>
    <w:p w14:paraId="635962ED" w14:textId="77777777" w:rsidR="00240B87" w:rsidRDefault="00000000">
      <w:r>
        <w:t>Permesso e checklist: Allegato A15 (Spazi confinati).</w:t>
      </w:r>
    </w:p>
    <w:p w14:paraId="7734FDC7" w14:textId="77777777" w:rsidR="00240B87" w:rsidRDefault="00000000">
      <w:pPr>
        <w:pStyle w:val="Titolo2"/>
      </w:pPr>
      <w:r>
        <w:t>6.12 Gestione rifiuti chimici e imballaggi contaminati</w:t>
      </w:r>
    </w:p>
    <w:p w14:paraId="46F8B9C6" w14:textId="77777777" w:rsidR="00240B87" w:rsidRDefault="00000000">
      <w:r>
        <w:t>I rifiuti chimici e gli assorbenti/imballaggi contaminati sono gestiti come rifiuti pericolosi quando applicabile. Devono essere raccolti in contenitori idonei, chiusi ed etichettati, stoccati in area dedicata e avviati a smaltimento secondo normativa e procedure interne.</w:t>
      </w:r>
    </w:p>
    <w:p w14:paraId="4EFBABC8" w14:textId="77777777" w:rsidR="00240B87" w:rsidRDefault="00000000">
      <w:r>
        <w:t>Registro e check contenitori: Allegato A10.</w:t>
      </w:r>
    </w:p>
    <w:p w14:paraId="27FA031B" w14:textId="77777777" w:rsidR="00240B87" w:rsidRDefault="00000000">
      <w:pPr>
        <w:pStyle w:val="Titolo2"/>
      </w:pPr>
      <w:r>
        <w:t>6.13 Valutazione esposizione, monitoraggi e sorveglianza sanitaria</w:t>
      </w:r>
    </w:p>
    <w:p w14:paraId="3D55E86B" w14:textId="77777777" w:rsidR="00240B87" w:rsidRDefault="00000000">
      <w:r>
        <w:t>La valutazione dell’esposizione considera vie di esposizione (inalazione, cute), durata/frequenza, quantità, volatilità/polverosità e misure di controllo. Quando necessario, si attivano monitoraggi ambientali e/o biologici e la sorveglianza sanitaria (se prevista).</w:t>
      </w:r>
    </w:p>
    <w:p w14:paraId="23C220E6" w14:textId="77777777" w:rsidR="00240B87" w:rsidRDefault="00000000">
      <w:r>
        <w:t>Scheda di valutazione semplificata: Allegato A16.</w:t>
      </w:r>
    </w:p>
    <w:p w14:paraId="6974CABA" w14:textId="77777777" w:rsidR="00240B87" w:rsidRDefault="00000000">
      <w:pPr>
        <w:pStyle w:val="Titolo2"/>
      </w:pPr>
      <w:r>
        <w:t>6.14 Informazione, formazione e addestramento</w:t>
      </w:r>
    </w:p>
    <w:p w14:paraId="40924418" w14:textId="77777777" w:rsidR="00240B87" w:rsidRDefault="00000000">
      <w:r>
        <w:t>Tutti i lavoratori esposti o potenzialmente esposti ricevono: informazione sui pericoli (pittogrammi, frasi H/P), formazione su procedure e misure di controllo, addestramento pratico su DPI, travasi e gestione sversamenti. La formazione è aggiornata in caso di nuovi prodotti o modifiche di processo.</w:t>
      </w:r>
    </w:p>
    <w:p w14:paraId="464B3698" w14:textId="77777777" w:rsidR="00240B87" w:rsidRDefault="00000000">
      <w:r>
        <w:t>Piano formazione e registro presenze: Allegato A12.</w:t>
      </w:r>
    </w:p>
    <w:p w14:paraId="4E7A31F2" w14:textId="77777777" w:rsidR="00240B87" w:rsidRDefault="00000000">
      <w:pPr>
        <w:pStyle w:val="Titolo2"/>
      </w:pPr>
      <w:r>
        <w:t>6.15 Verifiche, audit e riesame</w:t>
      </w:r>
    </w:p>
    <w:p w14:paraId="40DAEAC1" w14:textId="77777777" w:rsidR="00240B87" w:rsidRDefault="00000000">
      <w:r>
        <w:t>RSPP e Preposti effettuano verifiche periodiche sull’applicazione della procedura (stoccaggi, etichettatura, DPI, ventilazione, pulizie). Le non conformità generano azioni correttive con responsabilità e scadenze. Il riesame della procedura è almeno annuale o in caso di incidente/modifica significativa.</w:t>
      </w:r>
    </w:p>
    <w:p w14:paraId="296CBFC9" w14:textId="77777777" w:rsidR="00240B87" w:rsidRDefault="00000000">
      <w:r>
        <w:t>Check-list audit: Allegato A13.</w:t>
      </w:r>
    </w:p>
    <w:p w14:paraId="4C065B69" w14:textId="77777777" w:rsidR="00240B87" w:rsidRDefault="00000000">
      <w:pPr>
        <w:pStyle w:val="Titolo1"/>
      </w:pPr>
      <w:r>
        <w:lastRenderedPageBreak/>
        <w:t>7. Registrazioni e archiviazione</w:t>
      </w:r>
    </w:p>
    <w:p w14:paraId="2AED995F" w14:textId="77777777" w:rsidR="00240B87" w:rsidRDefault="00000000">
      <w:r>
        <w:t>Le seguenti registrazioni sono conservate per almeno [X] anni (definire) e rese disponibili in caso di verifica:</w:t>
      </w:r>
    </w:p>
    <w:p w14:paraId="78219D43" w14:textId="77777777" w:rsidR="00240B87" w:rsidRDefault="00000000">
      <w:pPr>
        <w:pStyle w:val="Puntoelenco"/>
      </w:pPr>
      <w:r>
        <w:t>A1 Richiesta/valutazione nuovo prodotto e approvazione.</w:t>
      </w:r>
    </w:p>
    <w:p w14:paraId="3C9B05AE" w14:textId="77777777" w:rsidR="00240B87" w:rsidRDefault="00000000">
      <w:pPr>
        <w:pStyle w:val="Puntoelenco"/>
      </w:pPr>
      <w:r>
        <w:t>A2 Inventario sostanze/miscele e quantità per area.</w:t>
      </w:r>
    </w:p>
    <w:p w14:paraId="2235C53F" w14:textId="77777777" w:rsidR="00240B87" w:rsidRDefault="00000000">
      <w:pPr>
        <w:pStyle w:val="Puntoelenco"/>
      </w:pPr>
      <w:r>
        <w:t>Archivio SDS (cartaceo o digitale) con storico aggiornamenti.</w:t>
      </w:r>
    </w:p>
    <w:p w14:paraId="03DCBDFC" w14:textId="77777777" w:rsidR="00240B87" w:rsidRDefault="00000000">
      <w:pPr>
        <w:pStyle w:val="Puntoelenco"/>
      </w:pPr>
      <w:r>
        <w:t>A3 check ricevimento; A5 check stoccaggio; A11 ispezioni impianti.</w:t>
      </w:r>
    </w:p>
    <w:p w14:paraId="46711396" w14:textId="77777777" w:rsidR="00240B87" w:rsidRDefault="00000000">
      <w:pPr>
        <w:pStyle w:val="Puntoelenco"/>
      </w:pPr>
      <w:r>
        <w:t>A7 consegna DPI e addestramento; A12 registri formazione.</w:t>
      </w:r>
    </w:p>
    <w:p w14:paraId="7B092D51" w14:textId="77777777" w:rsidR="00240B87" w:rsidRDefault="00000000">
      <w:pPr>
        <w:pStyle w:val="Puntoelenco"/>
      </w:pPr>
      <w:r>
        <w:t>A8 interventi sversamenti; A9 incidenti/quasi incidenti.</w:t>
      </w:r>
    </w:p>
    <w:p w14:paraId="2A1C75BD" w14:textId="77777777" w:rsidR="00240B87" w:rsidRDefault="00000000">
      <w:pPr>
        <w:pStyle w:val="Puntoelenco"/>
      </w:pPr>
      <w:r>
        <w:t>A10 gestione rifiuti e conferimenti; formulari/registri ove applicabile.</w:t>
      </w:r>
    </w:p>
    <w:p w14:paraId="20DD8A23" w14:textId="77777777" w:rsidR="00240B87" w:rsidRDefault="00000000">
      <w:pPr>
        <w:pStyle w:val="Puntoelenco"/>
      </w:pPr>
      <w:r>
        <w:t>A13 audit e azioni correttive.</w:t>
      </w:r>
    </w:p>
    <w:p w14:paraId="6E091636" w14:textId="77777777" w:rsidR="00240B87" w:rsidRDefault="00000000">
      <w:pPr>
        <w:pStyle w:val="Puntoelenco"/>
      </w:pPr>
      <w:r>
        <w:t>A15 permessi di lavoro (hot work/spazi confinati).</w:t>
      </w:r>
    </w:p>
    <w:p w14:paraId="6DA609FA" w14:textId="77777777" w:rsidR="00240B87" w:rsidRDefault="00000000">
      <w:r>
        <w:br w:type="page"/>
      </w:r>
    </w:p>
    <w:p w14:paraId="15D9BF79" w14:textId="77777777" w:rsidR="00240B87" w:rsidRDefault="00000000">
      <w:pPr>
        <w:pStyle w:val="Titolo1"/>
      </w:pPr>
      <w:r>
        <w:lastRenderedPageBreak/>
        <w:t>ALLEGATI (modelli e check-list)</w:t>
      </w:r>
    </w:p>
    <w:p w14:paraId="5D933DFA" w14:textId="77777777" w:rsidR="00240B87" w:rsidRDefault="00000000">
      <w:r>
        <w:t>Gli allegati seguenti sono parte integrante della procedura. Compilare e archiviare secondo quanto indicato al punto 7.</w:t>
      </w:r>
    </w:p>
    <w:p w14:paraId="74BD826C" w14:textId="77777777" w:rsidR="00240B87" w:rsidRDefault="00000000">
      <w:pPr>
        <w:pStyle w:val="Puntoelenco"/>
      </w:pPr>
      <w:r>
        <w:t>A1 - Scheda richiesta/valutazione nuovo prodotto (approvazione acquisto).</w:t>
      </w:r>
    </w:p>
    <w:p w14:paraId="25416AF0" w14:textId="77777777" w:rsidR="00240B87" w:rsidRDefault="00000000">
      <w:pPr>
        <w:pStyle w:val="Puntoelenco"/>
      </w:pPr>
      <w:r>
        <w:t>A2 - Inventario sostanze/miscele (registro) + mappa ubicazioni.</w:t>
      </w:r>
    </w:p>
    <w:p w14:paraId="59B03CD9" w14:textId="77777777" w:rsidR="00240B87" w:rsidRDefault="00000000">
      <w:pPr>
        <w:pStyle w:val="Puntoelenco"/>
      </w:pPr>
      <w:r>
        <w:t>A3 - Check-list ricevimento e controllo etichette/SDS.</w:t>
      </w:r>
    </w:p>
    <w:p w14:paraId="591B2B7E" w14:textId="77777777" w:rsidR="00240B87" w:rsidRDefault="00000000">
      <w:pPr>
        <w:pStyle w:val="Puntoelenco"/>
      </w:pPr>
      <w:r>
        <w:t>A4 - Modello etichetta per travaso/recipienti secondari.</w:t>
      </w:r>
    </w:p>
    <w:p w14:paraId="026078BD" w14:textId="77777777" w:rsidR="00240B87" w:rsidRDefault="00000000">
      <w:pPr>
        <w:pStyle w:val="Puntoelenco"/>
      </w:pPr>
      <w:r>
        <w:t>A5 - Check-list ispezione stoccaggio e segregazione (magazzino/reparto).</w:t>
      </w:r>
    </w:p>
    <w:p w14:paraId="4A0496B8" w14:textId="77777777" w:rsidR="00240B87" w:rsidRDefault="00000000">
      <w:pPr>
        <w:pStyle w:val="Puntoelenco"/>
      </w:pPr>
      <w:r>
        <w:t>A6 - Istruzione operativa travaso e miscelazione (passo-passo).</w:t>
      </w:r>
    </w:p>
    <w:p w14:paraId="2D16E332" w14:textId="77777777" w:rsidR="00240B87" w:rsidRDefault="00000000">
      <w:pPr>
        <w:pStyle w:val="Puntoelenco"/>
      </w:pPr>
      <w:r>
        <w:t>A7 - Registro consegna DPI e addestramento (incl. fit-check respiratori).</w:t>
      </w:r>
    </w:p>
    <w:p w14:paraId="6216B12E" w14:textId="77777777" w:rsidR="00240B87" w:rsidRDefault="00000000">
      <w:pPr>
        <w:pStyle w:val="Puntoelenco"/>
      </w:pPr>
      <w:r>
        <w:t>A8 - Piano operativo gestione sversamenti (kit, ruoli, sequenza).</w:t>
      </w:r>
    </w:p>
    <w:p w14:paraId="1B981E82" w14:textId="77777777" w:rsidR="00240B87" w:rsidRDefault="00000000">
      <w:pPr>
        <w:pStyle w:val="Puntoelenco"/>
      </w:pPr>
      <w:r>
        <w:t>A9 - Modulo segnalazione incidente/quasi incidente e azioni immediate.</w:t>
      </w:r>
    </w:p>
    <w:p w14:paraId="35D7312D" w14:textId="77777777" w:rsidR="00240B87" w:rsidRDefault="00000000">
      <w:pPr>
        <w:pStyle w:val="Puntoelenco"/>
      </w:pPr>
      <w:r>
        <w:t>A10 - Registro rifiuti chimici/assorbenti e controllo area rifiuti.</w:t>
      </w:r>
    </w:p>
    <w:p w14:paraId="1B865DEC" w14:textId="77777777" w:rsidR="00240B87" w:rsidRDefault="00000000">
      <w:pPr>
        <w:pStyle w:val="Puntoelenco"/>
      </w:pPr>
      <w:r>
        <w:t>A11 - Check-list ispezione cappe/aspirazioni e manutenzioni programmate.</w:t>
      </w:r>
    </w:p>
    <w:p w14:paraId="0CCDE0A8" w14:textId="77777777" w:rsidR="00240B87" w:rsidRDefault="00000000">
      <w:pPr>
        <w:pStyle w:val="Puntoelenco"/>
      </w:pPr>
      <w:r>
        <w:t>A12 - Piano formazione/addestramento e registro presenze.</w:t>
      </w:r>
    </w:p>
    <w:p w14:paraId="5130502B" w14:textId="77777777" w:rsidR="00240B87" w:rsidRDefault="00000000">
      <w:pPr>
        <w:pStyle w:val="Puntoelenco"/>
      </w:pPr>
      <w:r>
        <w:t>A13 - Check-list audit interno rischio chimico.</w:t>
      </w:r>
    </w:p>
    <w:p w14:paraId="458051DF" w14:textId="77777777" w:rsidR="00240B87" w:rsidRDefault="00000000">
      <w:pPr>
        <w:pStyle w:val="Puntoelenco"/>
      </w:pPr>
      <w:r>
        <w:t>A14 - Criteri sostituzione e priorità (frasi H ad alta criticità).</w:t>
      </w:r>
    </w:p>
    <w:p w14:paraId="66D1A017" w14:textId="77777777" w:rsidR="00240B87" w:rsidRDefault="00000000">
      <w:pPr>
        <w:pStyle w:val="Puntoelenco"/>
      </w:pPr>
      <w:r>
        <w:t>A15 - Permesso di lavoro: Hot work e Spazi confinati (modelli).</w:t>
      </w:r>
    </w:p>
    <w:p w14:paraId="12F78885" w14:textId="77777777" w:rsidR="00240B87" w:rsidRDefault="00000000">
      <w:pPr>
        <w:pStyle w:val="Puntoelenco"/>
      </w:pPr>
      <w:r>
        <w:t>A16 - Scheda valutazione esposizione semplificata (task-based).</w:t>
      </w:r>
    </w:p>
    <w:p w14:paraId="3D3D1AF4" w14:textId="77777777" w:rsidR="00240B87" w:rsidRDefault="00000000">
      <w:r>
        <w:br w:type="page"/>
      </w:r>
    </w:p>
    <w:p w14:paraId="6C3FC4CD" w14:textId="77777777" w:rsidR="00240B87" w:rsidRDefault="00000000">
      <w:pPr>
        <w:pStyle w:val="Titolo1"/>
        <w:spacing w:after="120"/>
      </w:pPr>
      <w:r>
        <w:lastRenderedPageBreak/>
        <w:t>Allegato A1 - Scheda richiesta/valutazione nuovo prodotto (approvazione acquisto)</w:t>
      </w:r>
    </w:p>
    <w:p w14:paraId="656DD538" w14:textId="77777777" w:rsidR="00240B87" w:rsidRDefault="00000000">
      <w:r>
        <w:t>Compilare prima dell’acquisto. Allegare SDS aggiornata (in italiano).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240B87" w14:paraId="50BEFE30" w14:textId="77777777">
        <w:trPr>
          <w:jc w:val="center"/>
        </w:trPr>
        <w:tc>
          <w:tcPr>
            <w:tcW w:w="2493" w:type="dxa"/>
          </w:tcPr>
          <w:p w14:paraId="4199C326" w14:textId="77777777" w:rsidR="00240B87" w:rsidRDefault="00000000">
            <w:r>
              <w:rPr>
                <w:b/>
                <w:sz w:val="20"/>
              </w:rPr>
              <w:t>Richiedente</w:t>
            </w:r>
          </w:p>
        </w:tc>
        <w:tc>
          <w:tcPr>
            <w:tcW w:w="2493" w:type="dxa"/>
          </w:tcPr>
          <w:p w14:paraId="42E061AB" w14:textId="77777777" w:rsidR="00240B87" w:rsidRDefault="00240B87"/>
        </w:tc>
        <w:tc>
          <w:tcPr>
            <w:tcW w:w="2493" w:type="dxa"/>
          </w:tcPr>
          <w:p w14:paraId="350FC74C" w14:textId="77777777" w:rsidR="00240B87" w:rsidRDefault="00000000">
            <w:r>
              <w:rPr>
                <w:b/>
                <w:sz w:val="20"/>
              </w:rPr>
              <w:t>Reparto/Area</w:t>
            </w:r>
          </w:p>
        </w:tc>
        <w:tc>
          <w:tcPr>
            <w:tcW w:w="2493" w:type="dxa"/>
          </w:tcPr>
          <w:p w14:paraId="395D70D9" w14:textId="77777777" w:rsidR="00240B87" w:rsidRDefault="00240B87"/>
        </w:tc>
      </w:tr>
      <w:tr w:rsidR="00240B87" w14:paraId="5A095AE5" w14:textId="77777777">
        <w:trPr>
          <w:jc w:val="center"/>
        </w:trPr>
        <w:tc>
          <w:tcPr>
            <w:tcW w:w="2493" w:type="dxa"/>
          </w:tcPr>
          <w:p w14:paraId="4A2A4A9C" w14:textId="77777777" w:rsidR="00240B87" w:rsidRDefault="00000000">
            <w:r>
              <w:rPr>
                <w:sz w:val="20"/>
              </w:rPr>
              <w:t>Prodotto (nome commerciale)</w:t>
            </w:r>
          </w:p>
        </w:tc>
        <w:tc>
          <w:tcPr>
            <w:tcW w:w="2493" w:type="dxa"/>
          </w:tcPr>
          <w:p w14:paraId="537D0DF9" w14:textId="77777777" w:rsidR="00240B87" w:rsidRDefault="00240B87"/>
        </w:tc>
        <w:tc>
          <w:tcPr>
            <w:tcW w:w="2493" w:type="dxa"/>
          </w:tcPr>
          <w:p w14:paraId="7F8DF859" w14:textId="77777777" w:rsidR="00240B87" w:rsidRDefault="00000000">
            <w:r>
              <w:rPr>
                <w:sz w:val="20"/>
              </w:rPr>
              <w:t>Fornitore</w:t>
            </w:r>
          </w:p>
        </w:tc>
        <w:tc>
          <w:tcPr>
            <w:tcW w:w="2493" w:type="dxa"/>
          </w:tcPr>
          <w:p w14:paraId="047D67F2" w14:textId="77777777" w:rsidR="00240B87" w:rsidRDefault="00240B87"/>
        </w:tc>
      </w:tr>
      <w:tr w:rsidR="00240B87" w14:paraId="18535904" w14:textId="77777777">
        <w:trPr>
          <w:jc w:val="center"/>
        </w:trPr>
        <w:tc>
          <w:tcPr>
            <w:tcW w:w="2493" w:type="dxa"/>
          </w:tcPr>
          <w:p w14:paraId="33F0F4EF" w14:textId="77777777" w:rsidR="00240B87" w:rsidRDefault="00000000">
            <w:r>
              <w:rPr>
                <w:sz w:val="20"/>
              </w:rPr>
              <w:t>Uso previsto (descrizione attività)</w:t>
            </w:r>
          </w:p>
        </w:tc>
        <w:tc>
          <w:tcPr>
            <w:tcW w:w="2493" w:type="dxa"/>
          </w:tcPr>
          <w:p w14:paraId="3DF14453" w14:textId="77777777" w:rsidR="00240B87" w:rsidRDefault="00240B87"/>
        </w:tc>
        <w:tc>
          <w:tcPr>
            <w:tcW w:w="2493" w:type="dxa"/>
          </w:tcPr>
          <w:p w14:paraId="6BD6F346" w14:textId="77777777" w:rsidR="00240B87" w:rsidRDefault="00000000">
            <w:r>
              <w:rPr>
                <w:sz w:val="20"/>
              </w:rPr>
              <w:t>Quantità per uso</w:t>
            </w:r>
          </w:p>
        </w:tc>
        <w:tc>
          <w:tcPr>
            <w:tcW w:w="2493" w:type="dxa"/>
          </w:tcPr>
          <w:p w14:paraId="303FBD71" w14:textId="77777777" w:rsidR="00240B87" w:rsidRDefault="00240B87"/>
        </w:tc>
      </w:tr>
      <w:tr w:rsidR="00240B87" w14:paraId="12991026" w14:textId="77777777">
        <w:trPr>
          <w:jc w:val="center"/>
        </w:trPr>
        <w:tc>
          <w:tcPr>
            <w:tcW w:w="2493" w:type="dxa"/>
          </w:tcPr>
          <w:p w14:paraId="508AB46F" w14:textId="77777777" w:rsidR="00240B87" w:rsidRDefault="00000000">
            <w:r>
              <w:rPr>
                <w:sz w:val="20"/>
              </w:rPr>
              <w:t>Quantità annua stimata</w:t>
            </w:r>
          </w:p>
        </w:tc>
        <w:tc>
          <w:tcPr>
            <w:tcW w:w="2493" w:type="dxa"/>
          </w:tcPr>
          <w:p w14:paraId="7438F930" w14:textId="77777777" w:rsidR="00240B87" w:rsidRDefault="00240B87"/>
        </w:tc>
        <w:tc>
          <w:tcPr>
            <w:tcW w:w="2493" w:type="dxa"/>
          </w:tcPr>
          <w:p w14:paraId="48BC91BC" w14:textId="77777777" w:rsidR="00240B87" w:rsidRDefault="00000000">
            <w:r>
              <w:rPr>
                <w:sz w:val="20"/>
              </w:rPr>
              <w:t>Frequenza</w:t>
            </w:r>
          </w:p>
        </w:tc>
        <w:tc>
          <w:tcPr>
            <w:tcW w:w="2493" w:type="dxa"/>
          </w:tcPr>
          <w:p w14:paraId="052FB756" w14:textId="77777777" w:rsidR="00240B87" w:rsidRDefault="00240B87"/>
        </w:tc>
      </w:tr>
      <w:tr w:rsidR="00240B87" w14:paraId="50C0FF50" w14:textId="77777777">
        <w:trPr>
          <w:jc w:val="center"/>
        </w:trPr>
        <w:tc>
          <w:tcPr>
            <w:tcW w:w="2493" w:type="dxa"/>
          </w:tcPr>
          <w:p w14:paraId="150D343C" w14:textId="77777777" w:rsidR="00240B87" w:rsidRDefault="00000000">
            <w:r>
              <w:rPr>
                <w:sz w:val="20"/>
              </w:rPr>
              <w:t>Modalità applicazione</w:t>
            </w:r>
          </w:p>
        </w:tc>
        <w:tc>
          <w:tcPr>
            <w:tcW w:w="2493" w:type="dxa"/>
          </w:tcPr>
          <w:p w14:paraId="36999EA4" w14:textId="77777777" w:rsidR="00240B87" w:rsidRDefault="00000000">
            <w:r>
              <w:rPr>
                <w:sz w:val="20"/>
              </w:rPr>
              <w:t>☐ Pennello/Rullo  ☐ Spruzzo  ☐ Immersione  ☐ Altro: _______</w:t>
            </w:r>
          </w:p>
        </w:tc>
        <w:tc>
          <w:tcPr>
            <w:tcW w:w="2493" w:type="dxa"/>
          </w:tcPr>
          <w:p w14:paraId="3E67BFF0" w14:textId="77777777" w:rsidR="00240B87" w:rsidRDefault="00000000">
            <w:r>
              <w:rPr>
                <w:sz w:val="20"/>
              </w:rPr>
              <w:t>Ambiente</w:t>
            </w:r>
          </w:p>
        </w:tc>
        <w:tc>
          <w:tcPr>
            <w:tcW w:w="2493" w:type="dxa"/>
          </w:tcPr>
          <w:p w14:paraId="2D3B232B" w14:textId="77777777" w:rsidR="00240B87" w:rsidRDefault="00000000">
            <w:r>
              <w:rPr>
                <w:sz w:val="20"/>
              </w:rPr>
              <w:t>☐ Interno  ☐ Esterno  ☐ Cabina/Cappa</w:t>
            </w:r>
          </w:p>
        </w:tc>
      </w:tr>
      <w:tr w:rsidR="00240B87" w14:paraId="1F46EA2E" w14:textId="77777777">
        <w:trPr>
          <w:jc w:val="center"/>
        </w:trPr>
        <w:tc>
          <w:tcPr>
            <w:tcW w:w="2493" w:type="dxa"/>
          </w:tcPr>
          <w:p w14:paraId="170F7FF9" w14:textId="77777777" w:rsidR="00240B87" w:rsidRDefault="00000000">
            <w:r>
              <w:rPr>
                <w:sz w:val="20"/>
              </w:rPr>
              <w:t>Presenza di sostituti meno pericolosi</w:t>
            </w:r>
          </w:p>
        </w:tc>
        <w:tc>
          <w:tcPr>
            <w:tcW w:w="2493" w:type="dxa"/>
          </w:tcPr>
          <w:p w14:paraId="48AD3A1D" w14:textId="77777777" w:rsidR="00240B87" w:rsidRDefault="00000000">
            <w:r>
              <w:rPr>
                <w:sz w:val="20"/>
              </w:rPr>
              <w:t>☐ Sì  ☐ No  Se sì, indicare: ____________</w:t>
            </w:r>
          </w:p>
        </w:tc>
        <w:tc>
          <w:tcPr>
            <w:tcW w:w="2493" w:type="dxa"/>
          </w:tcPr>
          <w:p w14:paraId="389B4F64" w14:textId="77777777" w:rsidR="00240B87" w:rsidRDefault="00000000">
            <w:r>
              <w:rPr>
                <w:sz w:val="20"/>
              </w:rPr>
              <w:t>Motivo scelta</w:t>
            </w:r>
          </w:p>
        </w:tc>
        <w:tc>
          <w:tcPr>
            <w:tcW w:w="2493" w:type="dxa"/>
          </w:tcPr>
          <w:p w14:paraId="39417589" w14:textId="77777777" w:rsidR="00240B87" w:rsidRDefault="00240B87"/>
        </w:tc>
      </w:tr>
      <w:tr w:rsidR="00240B87" w14:paraId="6F5388C1" w14:textId="77777777">
        <w:trPr>
          <w:jc w:val="center"/>
        </w:trPr>
        <w:tc>
          <w:tcPr>
            <w:tcW w:w="2493" w:type="dxa"/>
          </w:tcPr>
          <w:p w14:paraId="7E929F47" w14:textId="77777777" w:rsidR="00240B87" w:rsidRDefault="00000000">
            <w:r>
              <w:rPr>
                <w:sz w:val="20"/>
              </w:rPr>
              <w:t>Pericoli principali (da SDS/etichetta)</w:t>
            </w:r>
          </w:p>
        </w:tc>
        <w:tc>
          <w:tcPr>
            <w:tcW w:w="2493" w:type="dxa"/>
          </w:tcPr>
          <w:p w14:paraId="59F56C50" w14:textId="77777777" w:rsidR="00240B87" w:rsidRDefault="00240B87"/>
        </w:tc>
        <w:tc>
          <w:tcPr>
            <w:tcW w:w="2493" w:type="dxa"/>
          </w:tcPr>
          <w:p w14:paraId="37492D47" w14:textId="77777777" w:rsidR="00240B87" w:rsidRDefault="00000000">
            <w:r>
              <w:rPr>
                <w:sz w:val="20"/>
              </w:rPr>
              <w:t>Frasi H principali</w:t>
            </w:r>
          </w:p>
        </w:tc>
        <w:tc>
          <w:tcPr>
            <w:tcW w:w="2493" w:type="dxa"/>
          </w:tcPr>
          <w:p w14:paraId="0D5ACC12" w14:textId="77777777" w:rsidR="00240B87" w:rsidRDefault="00240B87"/>
        </w:tc>
      </w:tr>
      <w:tr w:rsidR="00240B87" w14:paraId="0618322F" w14:textId="77777777">
        <w:trPr>
          <w:jc w:val="center"/>
        </w:trPr>
        <w:tc>
          <w:tcPr>
            <w:tcW w:w="2493" w:type="dxa"/>
          </w:tcPr>
          <w:p w14:paraId="72B2597C" w14:textId="77777777" w:rsidR="00240B87" w:rsidRDefault="00000000">
            <w:r>
              <w:rPr>
                <w:sz w:val="20"/>
              </w:rPr>
              <w:t>Misure richieste</w:t>
            </w:r>
          </w:p>
        </w:tc>
        <w:tc>
          <w:tcPr>
            <w:tcW w:w="2493" w:type="dxa"/>
          </w:tcPr>
          <w:p w14:paraId="3F1FD02D" w14:textId="77777777" w:rsidR="00240B87" w:rsidRDefault="00000000">
            <w:r>
              <w:rPr>
                <w:sz w:val="20"/>
              </w:rPr>
              <w:t>☐ Ventilazione/cappa  ☐ Contenimento  ☐ Armadio dedicato  ☐ ATEX  ☐ Altro: ____</w:t>
            </w:r>
          </w:p>
        </w:tc>
        <w:tc>
          <w:tcPr>
            <w:tcW w:w="2493" w:type="dxa"/>
          </w:tcPr>
          <w:p w14:paraId="42821801" w14:textId="77777777" w:rsidR="00240B87" w:rsidRDefault="00000000">
            <w:r>
              <w:rPr>
                <w:sz w:val="20"/>
              </w:rPr>
              <w:t>DPI richiesti</w:t>
            </w:r>
          </w:p>
        </w:tc>
        <w:tc>
          <w:tcPr>
            <w:tcW w:w="2493" w:type="dxa"/>
          </w:tcPr>
          <w:p w14:paraId="13DFA70C" w14:textId="77777777" w:rsidR="00240B87" w:rsidRDefault="00240B87"/>
        </w:tc>
      </w:tr>
      <w:tr w:rsidR="00240B87" w14:paraId="6BCA6207" w14:textId="77777777">
        <w:trPr>
          <w:jc w:val="center"/>
        </w:trPr>
        <w:tc>
          <w:tcPr>
            <w:tcW w:w="2493" w:type="dxa"/>
          </w:tcPr>
          <w:p w14:paraId="6949D8BD" w14:textId="77777777" w:rsidR="00240B87" w:rsidRDefault="00000000">
            <w:r>
              <w:rPr>
                <w:sz w:val="20"/>
              </w:rPr>
              <w:t>Esito valutazione</w:t>
            </w:r>
          </w:p>
        </w:tc>
        <w:tc>
          <w:tcPr>
            <w:tcW w:w="2493" w:type="dxa"/>
          </w:tcPr>
          <w:p w14:paraId="510CB62E" w14:textId="77777777" w:rsidR="00240B87" w:rsidRDefault="00000000">
            <w:r>
              <w:rPr>
                <w:sz w:val="20"/>
              </w:rPr>
              <w:t>☐ Approvato  ☐ Approvato con condizioni  ☐ Non approvato</w:t>
            </w:r>
          </w:p>
        </w:tc>
        <w:tc>
          <w:tcPr>
            <w:tcW w:w="2493" w:type="dxa"/>
          </w:tcPr>
          <w:p w14:paraId="6FB5F5A6" w14:textId="77777777" w:rsidR="00240B87" w:rsidRDefault="00000000">
            <w:r>
              <w:rPr>
                <w:sz w:val="20"/>
              </w:rPr>
              <w:t>Condizioni/Note</w:t>
            </w:r>
          </w:p>
        </w:tc>
        <w:tc>
          <w:tcPr>
            <w:tcW w:w="2493" w:type="dxa"/>
          </w:tcPr>
          <w:p w14:paraId="329DD392" w14:textId="77777777" w:rsidR="00240B87" w:rsidRDefault="00240B87"/>
        </w:tc>
      </w:tr>
    </w:tbl>
    <w:p w14:paraId="4E1F8627" w14:textId="77777777" w:rsidR="00240B87" w:rsidRDefault="00240B87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240B87" w14:paraId="0054541F" w14:textId="77777777">
        <w:trPr>
          <w:jc w:val="center"/>
        </w:trPr>
        <w:tc>
          <w:tcPr>
            <w:tcW w:w="3324" w:type="dxa"/>
          </w:tcPr>
          <w:p w14:paraId="2A6A5751" w14:textId="77777777" w:rsidR="00240B87" w:rsidRDefault="00000000">
            <w:r>
              <w:rPr>
                <w:b/>
              </w:rPr>
              <w:t>Valutato da (RSPP)</w:t>
            </w:r>
          </w:p>
        </w:tc>
        <w:tc>
          <w:tcPr>
            <w:tcW w:w="3324" w:type="dxa"/>
          </w:tcPr>
          <w:p w14:paraId="4CA48D66" w14:textId="77777777" w:rsidR="00240B87" w:rsidRDefault="00000000">
            <w:r>
              <w:rPr>
                <w:b/>
              </w:rPr>
              <w:t>Approvato da (DL)</w:t>
            </w:r>
          </w:p>
        </w:tc>
        <w:tc>
          <w:tcPr>
            <w:tcW w:w="3324" w:type="dxa"/>
          </w:tcPr>
          <w:p w14:paraId="5FD16D20" w14:textId="77777777" w:rsidR="00240B87" w:rsidRDefault="00000000">
            <w:r>
              <w:rPr>
                <w:b/>
              </w:rPr>
              <w:t>Data</w:t>
            </w:r>
          </w:p>
        </w:tc>
      </w:tr>
      <w:tr w:rsidR="00240B87" w14:paraId="7A5837A8" w14:textId="77777777">
        <w:trPr>
          <w:jc w:val="center"/>
        </w:trPr>
        <w:tc>
          <w:tcPr>
            <w:tcW w:w="3324" w:type="dxa"/>
          </w:tcPr>
          <w:p w14:paraId="3E2BE787" w14:textId="77777777" w:rsidR="00240B87" w:rsidRDefault="00240B87"/>
        </w:tc>
        <w:tc>
          <w:tcPr>
            <w:tcW w:w="3324" w:type="dxa"/>
          </w:tcPr>
          <w:p w14:paraId="355DFDB6" w14:textId="77777777" w:rsidR="00240B87" w:rsidRDefault="00240B87"/>
        </w:tc>
        <w:tc>
          <w:tcPr>
            <w:tcW w:w="3324" w:type="dxa"/>
          </w:tcPr>
          <w:p w14:paraId="71DB04E8" w14:textId="77777777" w:rsidR="00240B87" w:rsidRDefault="00240B87"/>
        </w:tc>
      </w:tr>
    </w:tbl>
    <w:p w14:paraId="255C2025" w14:textId="77777777" w:rsidR="00240B87" w:rsidRDefault="00000000">
      <w:r>
        <w:br w:type="page"/>
      </w:r>
    </w:p>
    <w:p w14:paraId="5A49E582" w14:textId="77777777" w:rsidR="00240B87" w:rsidRDefault="00000000">
      <w:pPr>
        <w:pStyle w:val="Titolo1"/>
        <w:spacing w:after="120"/>
      </w:pPr>
      <w:r>
        <w:lastRenderedPageBreak/>
        <w:t>Allegato A2 - Inventario sostanze/miscele (registro) + mappa ubicazioni</w:t>
      </w:r>
    </w:p>
    <w:p w14:paraId="5FF6A3A9" w14:textId="77777777" w:rsidR="00240B87" w:rsidRDefault="00000000">
      <w:r>
        <w:t>Aggiornare a ogni introduzione/eliminazione prodotto e almeno 1 volta/anno.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 w:rsidR="00240B87" w14:paraId="659B2A20" w14:textId="77777777">
        <w:trPr>
          <w:jc w:val="center"/>
        </w:trPr>
        <w:tc>
          <w:tcPr>
            <w:tcW w:w="1108" w:type="dxa"/>
          </w:tcPr>
          <w:p w14:paraId="13F178C4" w14:textId="77777777" w:rsidR="00240B87" w:rsidRDefault="00000000">
            <w:r>
              <w:rPr>
                <w:b/>
                <w:sz w:val="18"/>
              </w:rPr>
              <w:t>N.</w:t>
            </w:r>
          </w:p>
        </w:tc>
        <w:tc>
          <w:tcPr>
            <w:tcW w:w="1108" w:type="dxa"/>
          </w:tcPr>
          <w:p w14:paraId="31B2C009" w14:textId="77777777" w:rsidR="00240B87" w:rsidRDefault="00000000">
            <w:r>
              <w:rPr>
                <w:b/>
                <w:sz w:val="18"/>
              </w:rPr>
              <w:t>Prodotto</w:t>
            </w:r>
          </w:p>
        </w:tc>
        <w:tc>
          <w:tcPr>
            <w:tcW w:w="1108" w:type="dxa"/>
          </w:tcPr>
          <w:p w14:paraId="317DE207" w14:textId="77777777" w:rsidR="00240B87" w:rsidRDefault="00000000">
            <w:r>
              <w:rPr>
                <w:b/>
                <w:sz w:val="18"/>
              </w:rPr>
              <w:t>UFI</w:t>
            </w:r>
            <w:r>
              <w:rPr>
                <w:b/>
                <w:sz w:val="18"/>
              </w:rPr>
              <w:br/>
              <w:t>(se presente)</w:t>
            </w:r>
          </w:p>
        </w:tc>
        <w:tc>
          <w:tcPr>
            <w:tcW w:w="1108" w:type="dxa"/>
          </w:tcPr>
          <w:p w14:paraId="4554E854" w14:textId="77777777" w:rsidR="00240B87" w:rsidRDefault="00000000">
            <w:r>
              <w:rPr>
                <w:b/>
                <w:sz w:val="18"/>
              </w:rPr>
              <w:t>Fornitore</w:t>
            </w:r>
          </w:p>
        </w:tc>
        <w:tc>
          <w:tcPr>
            <w:tcW w:w="1108" w:type="dxa"/>
          </w:tcPr>
          <w:p w14:paraId="6561CAC9" w14:textId="77777777" w:rsidR="00240B87" w:rsidRDefault="00000000">
            <w:r>
              <w:rPr>
                <w:b/>
                <w:sz w:val="18"/>
              </w:rPr>
              <w:t>Classif.</w:t>
            </w:r>
            <w:r>
              <w:rPr>
                <w:b/>
                <w:sz w:val="18"/>
              </w:rPr>
              <w:br/>
              <w:t>(pittogr./H)</w:t>
            </w:r>
          </w:p>
        </w:tc>
        <w:tc>
          <w:tcPr>
            <w:tcW w:w="1108" w:type="dxa"/>
          </w:tcPr>
          <w:p w14:paraId="73AD6CEA" w14:textId="77777777" w:rsidR="00240B87" w:rsidRDefault="00000000">
            <w:r>
              <w:rPr>
                <w:b/>
                <w:sz w:val="18"/>
              </w:rPr>
              <w:t>Uso/</w:t>
            </w:r>
            <w:r>
              <w:rPr>
                <w:b/>
                <w:sz w:val="18"/>
              </w:rPr>
              <w:br/>
              <w:t>Processo</w:t>
            </w:r>
          </w:p>
        </w:tc>
        <w:tc>
          <w:tcPr>
            <w:tcW w:w="1108" w:type="dxa"/>
          </w:tcPr>
          <w:p w14:paraId="5F383C6D" w14:textId="77777777" w:rsidR="00240B87" w:rsidRDefault="00000000">
            <w:r>
              <w:rPr>
                <w:b/>
                <w:sz w:val="18"/>
              </w:rPr>
              <w:t>Ubicaz.</w:t>
            </w:r>
            <w:r>
              <w:rPr>
                <w:b/>
                <w:sz w:val="18"/>
              </w:rPr>
              <w:br/>
              <w:t>(area/cod.)</w:t>
            </w:r>
          </w:p>
        </w:tc>
        <w:tc>
          <w:tcPr>
            <w:tcW w:w="1108" w:type="dxa"/>
          </w:tcPr>
          <w:p w14:paraId="0B72FF56" w14:textId="77777777" w:rsidR="00240B87" w:rsidRDefault="00000000">
            <w:r>
              <w:rPr>
                <w:b/>
                <w:sz w:val="18"/>
              </w:rPr>
              <w:t>Q.tà</w:t>
            </w:r>
            <w:r>
              <w:rPr>
                <w:b/>
                <w:sz w:val="18"/>
              </w:rPr>
              <w:br/>
              <w:t>max</w:t>
            </w:r>
          </w:p>
        </w:tc>
        <w:tc>
          <w:tcPr>
            <w:tcW w:w="1108" w:type="dxa"/>
          </w:tcPr>
          <w:p w14:paraId="55BA42A2" w14:textId="77777777" w:rsidR="00240B87" w:rsidRDefault="00000000">
            <w:r>
              <w:rPr>
                <w:b/>
                <w:sz w:val="18"/>
              </w:rPr>
              <w:t>Note</w:t>
            </w:r>
            <w:r>
              <w:rPr>
                <w:b/>
                <w:sz w:val="18"/>
              </w:rPr>
              <w:br/>
              <w:t>(SDS/scad.)</w:t>
            </w:r>
          </w:p>
        </w:tc>
      </w:tr>
      <w:tr w:rsidR="00240B87" w14:paraId="7767229A" w14:textId="77777777">
        <w:trPr>
          <w:jc w:val="center"/>
        </w:trPr>
        <w:tc>
          <w:tcPr>
            <w:tcW w:w="1108" w:type="dxa"/>
          </w:tcPr>
          <w:p w14:paraId="0CABEF56" w14:textId="77777777" w:rsidR="00240B87" w:rsidRDefault="00240B87"/>
        </w:tc>
        <w:tc>
          <w:tcPr>
            <w:tcW w:w="1108" w:type="dxa"/>
          </w:tcPr>
          <w:p w14:paraId="3B096453" w14:textId="77777777" w:rsidR="00240B87" w:rsidRDefault="00240B87"/>
        </w:tc>
        <w:tc>
          <w:tcPr>
            <w:tcW w:w="1108" w:type="dxa"/>
          </w:tcPr>
          <w:p w14:paraId="725A92D3" w14:textId="77777777" w:rsidR="00240B87" w:rsidRDefault="00240B87"/>
        </w:tc>
        <w:tc>
          <w:tcPr>
            <w:tcW w:w="1108" w:type="dxa"/>
          </w:tcPr>
          <w:p w14:paraId="17BF9E38" w14:textId="77777777" w:rsidR="00240B87" w:rsidRDefault="00240B87"/>
        </w:tc>
        <w:tc>
          <w:tcPr>
            <w:tcW w:w="1108" w:type="dxa"/>
          </w:tcPr>
          <w:p w14:paraId="2D257DAC" w14:textId="77777777" w:rsidR="00240B87" w:rsidRDefault="00240B87"/>
        </w:tc>
        <w:tc>
          <w:tcPr>
            <w:tcW w:w="1108" w:type="dxa"/>
          </w:tcPr>
          <w:p w14:paraId="1252F339" w14:textId="77777777" w:rsidR="00240B87" w:rsidRDefault="00240B87"/>
        </w:tc>
        <w:tc>
          <w:tcPr>
            <w:tcW w:w="1108" w:type="dxa"/>
          </w:tcPr>
          <w:p w14:paraId="13498CFA" w14:textId="77777777" w:rsidR="00240B87" w:rsidRDefault="00240B87"/>
        </w:tc>
        <w:tc>
          <w:tcPr>
            <w:tcW w:w="1108" w:type="dxa"/>
          </w:tcPr>
          <w:p w14:paraId="07B2204D" w14:textId="77777777" w:rsidR="00240B87" w:rsidRDefault="00240B87"/>
        </w:tc>
        <w:tc>
          <w:tcPr>
            <w:tcW w:w="1108" w:type="dxa"/>
          </w:tcPr>
          <w:p w14:paraId="578DD667" w14:textId="77777777" w:rsidR="00240B87" w:rsidRDefault="00240B87"/>
        </w:tc>
      </w:tr>
      <w:tr w:rsidR="00240B87" w14:paraId="523864BE" w14:textId="77777777">
        <w:trPr>
          <w:jc w:val="center"/>
        </w:trPr>
        <w:tc>
          <w:tcPr>
            <w:tcW w:w="1108" w:type="dxa"/>
          </w:tcPr>
          <w:p w14:paraId="4AA77172" w14:textId="77777777" w:rsidR="00240B87" w:rsidRDefault="00240B87"/>
        </w:tc>
        <w:tc>
          <w:tcPr>
            <w:tcW w:w="1108" w:type="dxa"/>
          </w:tcPr>
          <w:p w14:paraId="14B7F3DD" w14:textId="77777777" w:rsidR="00240B87" w:rsidRDefault="00240B87"/>
        </w:tc>
        <w:tc>
          <w:tcPr>
            <w:tcW w:w="1108" w:type="dxa"/>
          </w:tcPr>
          <w:p w14:paraId="701329C4" w14:textId="77777777" w:rsidR="00240B87" w:rsidRDefault="00240B87"/>
        </w:tc>
        <w:tc>
          <w:tcPr>
            <w:tcW w:w="1108" w:type="dxa"/>
          </w:tcPr>
          <w:p w14:paraId="2A364528" w14:textId="77777777" w:rsidR="00240B87" w:rsidRDefault="00240B87"/>
        </w:tc>
        <w:tc>
          <w:tcPr>
            <w:tcW w:w="1108" w:type="dxa"/>
          </w:tcPr>
          <w:p w14:paraId="7F07DA3B" w14:textId="77777777" w:rsidR="00240B87" w:rsidRDefault="00240B87"/>
        </w:tc>
        <w:tc>
          <w:tcPr>
            <w:tcW w:w="1108" w:type="dxa"/>
          </w:tcPr>
          <w:p w14:paraId="6B4C0D4E" w14:textId="77777777" w:rsidR="00240B87" w:rsidRDefault="00240B87"/>
        </w:tc>
        <w:tc>
          <w:tcPr>
            <w:tcW w:w="1108" w:type="dxa"/>
          </w:tcPr>
          <w:p w14:paraId="5FA75D8C" w14:textId="77777777" w:rsidR="00240B87" w:rsidRDefault="00240B87"/>
        </w:tc>
        <w:tc>
          <w:tcPr>
            <w:tcW w:w="1108" w:type="dxa"/>
          </w:tcPr>
          <w:p w14:paraId="32BCB993" w14:textId="77777777" w:rsidR="00240B87" w:rsidRDefault="00240B87"/>
        </w:tc>
        <w:tc>
          <w:tcPr>
            <w:tcW w:w="1108" w:type="dxa"/>
          </w:tcPr>
          <w:p w14:paraId="0D27FD98" w14:textId="77777777" w:rsidR="00240B87" w:rsidRDefault="00240B87"/>
        </w:tc>
      </w:tr>
      <w:tr w:rsidR="00240B87" w14:paraId="30E7E2CD" w14:textId="77777777">
        <w:trPr>
          <w:jc w:val="center"/>
        </w:trPr>
        <w:tc>
          <w:tcPr>
            <w:tcW w:w="1108" w:type="dxa"/>
          </w:tcPr>
          <w:p w14:paraId="587DB386" w14:textId="77777777" w:rsidR="00240B87" w:rsidRDefault="00240B87"/>
        </w:tc>
        <w:tc>
          <w:tcPr>
            <w:tcW w:w="1108" w:type="dxa"/>
          </w:tcPr>
          <w:p w14:paraId="695D0819" w14:textId="77777777" w:rsidR="00240B87" w:rsidRDefault="00240B87"/>
        </w:tc>
        <w:tc>
          <w:tcPr>
            <w:tcW w:w="1108" w:type="dxa"/>
          </w:tcPr>
          <w:p w14:paraId="310CA0EB" w14:textId="77777777" w:rsidR="00240B87" w:rsidRDefault="00240B87"/>
        </w:tc>
        <w:tc>
          <w:tcPr>
            <w:tcW w:w="1108" w:type="dxa"/>
          </w:tcPr>
          <w:p w14:paraId="4C86182F" w14:textId="77777777" w:rsidR="00240B87" w:rsidRDefault="00240B87"/>
        </w:tc>
        <w:tc>
          <w:tcPr>
            <w:tcW w:w="1108" w:type="dxa"/>
          </w:tcPr>
          <w:p w14:paraId="4F5AA17C" w14:textId="77777777" w:rsidR="00240B87" w:rsidRDefault="00240B87"/>
        </w:tc>
        <w:tc>
          <w:tcPr>
            <w:tcW w:w="1108" w:type="dxa"/>
          </w:tcPr>
          <w:p w14:paraId="62F1E6CA" w14:textId="77777777" w:rsidR="00240B87" w:rsidRDefault="00240B87"/>
        </w:tc>
        <w:tc>
          <w:tcPr>
            <w:tcW w:w="1108" w:type="dxa"/>
          </w:tcPr>
          <w:p w14:paraId="752FBDEE" w14:textId="77777777" w:rsidR="00240B87" w:rsidRDefault="00240B87"/>
        </w:tc>
        <w:tc>
          <w:tcPr>
            <w:tcW w:w="1108" w:type="dxa"/>
          </w:tcPr>
          <w:p w14:paraId="4396388A" w14:textId="77777777" w:rsidR="00240B87" w:rsidRDefault="00240B87"/>
        </w:tc>
        <w:tc>
          <w:tcPr>
            <w:tcW w:w="1108" w:type="dxa"/>
          </w:tcPr>
          <w:p w14:paraId="7503E151" w14:textId="77777777" w:rsidR="00240B87" w:rsidRDefault="00240B87"/>
        </w:tc>
      </w:tr>
      <w:tr w:rsidR="00240B87" w14:paraId="60429B7B" w14:textId="77777777">
        <w:trPr>
          <w:jc w:val="center"/>
        </w:trPr>
        <w:tc>
          <w:tcPr>
            <w:tcW w:w="1108" w:type="dxa"/>
          </w:tcPr>
          <w:p w14:paraId="4AF4AE69" w14:textId="77777777" w:rsidR="00240B87" w:rsidRDefault="00240B87"/>
        </w:tc>
        <w:tc>
          <w:tcPr>
            <w:tcW w:w="1108" w:type="dxa"/>
          </w:tcPr>
          <w:p w14:paraId="27D3C71D" w14:textId="77777777" w:rsidR="00240B87" w:rsidRDefault="00240B87"/>
        </w:tc>
        <w:tc>
          <w:tcPr>
            <w:tcW w:w="1108" w:type="dxa"/>
          </w:tcPr>
          <w:p w14:paraId="028A7CA1" w14:textId="77777777" w:rsidR="00240B87" w:rsidRDefault="00240B87"/>
        </w:tc>
        <w:tc>
          <w:tcPr>
            <w:tcW w:w="1108" w:type="dxa"/>
          </w:tcPr>
          <w:p w14:paraId="15DBDED8" w14:textId="77777777" w:rsidR="00240B87" w:rsidRDefault="00240B87"/>
        </w:tc>
        <w:tc>
          <w:tcPr>
            <w:tcW w:w="1108" w:type="dxa"/>
          </w:tcPr>
          <w:p w14:paraId="2F00BA59" w14:textId="77777777" w:rsidR="00240B87" w:rsidRDefault="00240B87"/>
        </w:tc>
        <w:tc>
          <w:tcPr>
            <w:tcW w:w="1108" w:type="dxa"/>
          </w:tcPr>
          <w:p w14:paraId="49F9A373" w14:textId="77777777" w:rsidR="00240B87" w:rsidRDefault="00240B87"/>
        </w:tc>
        <w:tc>
          <w:tcPr>
            <w:tcW w:w="1108" w:type="dxa"/>
          </w:tcPr>
          <w:p w14:paraId="090058AF" w14:textId="77777777" w:rsidR="00240B87" w:rsidRDefault="00240B87"/>
        </w:tc>
        <w:tc>
          <w:tcPr>
            <w:tcW w:w="1108" w:type="dxa"/>
          </w:tcPr>
          <w:p w14:paraId="6D56E63F" w14:textId="77777777" w:rsidR="00240B87" w:rsidRDefault="00240B87"/>
        </w:tc>
        <w:tc>
          <w:tcPr>
            <w:tcW w:w="1108" w:type="dxa"/>
          </w:tcPr>
          <w:p w14:paraId="39CBF353" w14:textId="77777777" w:rsidR="00240B87" w:rsidRDefault="00240B87"/>
        </w:tc>
      </w:tr>
      <w:tr w:rsidR="00240B87" w14:paraId="790A7663" w14:textId="77777777">
        <w:trPr>
          <w:jc w:val="center"/>
        </w:trPr>
        <w:tc>
          <w:tcPr>
            <w:tcW w:w="1108" w:type="dxa"/>
          </w:tcPr>
          <w:p w14:paraId="76539FD6" w14:textId="77777777" w:rsidR="00240B87" w:rsidRDefault="00240B87"/>
        </w:tc>
        <w:tc>
          <w:tcPr>
            <w:tcW w:w="1108" w:type="dxa"/>
          </w:tcPr>
          <w:p w14:paraId="0127D300" w14:textId="77777777" w:rsidR="00240B87" w:rsidRDefault="00240B87"/>
        </w:tc>
        <w:tc>
          <w:tcPr>
            <w:tcW w:w="1108" w:type="dxa"/>
          </w:tcPr>
          <w:p w14:paraId="6FD65D05" w14:textId="77777777" w:rsidR="00240B87" w:rsidRDefault="00240B87"/>
        </w:tc>
        <w:tc>
          <w:tcPr>
            <w:tcW w:w="1108" w:type="dxa"/>
          </w:tcPr>
          <w:p w14:paraId="0DBB879A" w14:textId="77777777" w:rsidR="00240B87" w:rsidRDefault="00240B87"/>
        </w:tc>
        <w:tc>
          <w:tcPr>
            <w:tcW w:w="1108" w:type="dxa"/>
          </w:tcPr>
          <w:p w14:paraId="6E4DC47B" w14:textId="77777777" w:rsidR="00240B87" w:rsidRDefault="00240B87"/>
        </w:tc>
        <w:tc>
          <w:tcPr>
            <w:tcW w:w="1108" w:type="dxa"/>
          </w:tcPr>
          <w:p w14:paraId="3877A2F6" w14:textId="77777777" w:rsidR="00240B87" w:rsidRDefault="00240B87"/>
        </w:tc>
        <w:tc>
          <w:tcPr>
            <w:tcW w:w="1108" w:type="dxa"/>
          </w:tcPr>
          <w:p w14:paraId="60B39001" w14:textId="77777777" w:rsidR="00240B87" w:rsidRDefault="00240B87"/>
        </w:tc>
        <w:tc>
          <w:tcPr>
            <w:tcW w:w="1108" w:type="dxa"/>
          </w:tcPr>
          <w:p w14:paraId="63A871FE" w14:textId="77777777" w:rsidR="00240B87" w:rsidRDefault="00240B87"/>
        </w:tc>
        <w:tc>
          <w:tcPr>
            <w:tcW w:w="1108" w:type="dxa"/>
          </w:tcPr>
          <w:p w14:paraId="502A123C" w14:textId="77777777" w:rsidR="00240B87" w:rsidRDefault="00240B87"/>
        </w:tc>
      </w:tr>
      <w:tr w:rsidR="00240B87" w14:paraId="25AD8719" w14:textId="77777777">
        <w:trPr>
          <w:jc w:val="center"/>
        </w:trPr>
        <w:tc>
          <w:tcPr>
            <w:tcW w:w="1108" w:type="dxa"/>
          </w:tcPr>
          <w:p w14:paraId="216CB811" w14:textId="77777777" w:rsidR="00240B87" w:rsidRDefault="00240B87"/>
        </w:tc>
        <w:tc>
          <w:tcPr>
            <w:tcW w:w="1108" w:type="dxa"/>
          </w:tcPr>
          <w:p w14:paraId="62DE20A4" w14:textId="77777777" w:rsidR="00240B87" w:rsidRDefault="00240B87"/>
        </w:tc>
        <w:tc>
          <w:tcPr>
            <w:tcW w:w="1108" w:type="dxa"/>
          </w:tcPr>
          <w:p w14:paraId="7E9723D1" w14:textId="77777777" w:rsidR="00240B87" w:rsidRDefault="00240B87"/>
        </w:tc>
        <w:tc>
          <w:tcPr>
            <w:tcW w:w="1108" w:type="dxa"/>
          </w:tcPr>
          <w:p w14:paraId="07460CE1" w14:textId="77777777" w:rsidR="00240B87" w:rsidRDefault="00240B87"/>
        </w:tc>
        <w:tc>
          <w:tcPr>
            <w:tcW w:w="1108" w:type="dxa"/>
          </w:tcPr>
          <w:p w14:paraId="2568C245" w14:textId="77777777" w:rsidR="00240B87" w:rsidRDefault="00240B87"/>
        </w:tc>
        <w:tc>
          <w:tcPr>
            <w:tcW w:w="1108" w:type="dxa"/>
          </w:tcPr>
          <w:p w14:paraId="3EF1A330" w14:textId="77777777" w:rsidR="00240B87" w:rsidRDefault="00240B87"/>
        </w:tc>
        <w:tc>
          <w:tcPr>
            <w:tcW w:w="1108" w:type="dxa"/>
          </w:tcPr>
          <w:p w14:paraId="570E4546" w14:textId="77777777" w:rsidR="00240B87" w:rsidRDefault="00240B87"/>
        </w:tc>
        <w:tc>
          <w:tcPr>
            <w:tcW w:w="1108" w:type="dxa"/>
          </w:tcPr>
          <w:p w14:paraId="59846A4A" w14:textId="77777777" w:rsidR="00240B87" w:rsidRDefault="00240B87"/>
        </w:tc>
        <w:tc>
          <w:tcPr>
            <w:tcW w:w="1108" w:type="dxa"/>
          </w:tcPr>
          <w:p w14:paraId="47EE8D3F" w14:textId="77777777" w:rsidR="00240B87" w:rsidRDefault="00240B87"/>
        </w:tc>
      </w:tr>
      <w:tr w:rsidR="00240B87" w14:paraId="0DF00C41" w14:textId="77777777">
        <w:trPr>
          <w:jc w:val="center"/>
        </w:trPr>
        <w:tc>
          <w:tcPr>
            <w:tcW w:w="1108" w:type="dxa"/>
          </w:tcPr>
          <w:p w14:paraId="0D24A26D" w14:textId="77777777" w:rsidR="00240B87" w:rsidRDefault="00240B87"/>
        </w:tc>
        <w:tc>
          <w:tcPr>
            <w:tcW w:w="1108" w:type="dxa"/>
          </w:tcPr>
          <w:p w14:paraId="5177E8FE" w14:textId="77777777" w:rsidR="00240B87" w:rsidRDefault="00240B87"/>
        </w:tc>
        <w:tc>
          <w:tcPr>
            <w:tcW w:w="1108" w:type="dxa"/>
          </w:tcPr>
          <w:p w14:paraId="0032375D" w14:textId="77777777" w:rsidR="00240B87" w:rsidRDefault="00240B87"/>
        </w:tc>
        <w:tc>
          <w:tcPr>
            <w:tcW w:w="1108" w:type="dxa"/>
          </w:tcPr>
          <w:p w14:paraId="21828B28" w14:textId="77777777" w:rsidR="00240B87" w:rsidRDefault="00240B87"/>
        </w:tc>
        <w:tc>
          <w:tcPr>
            <w:tcW w:w="1108" w:type="dxa"/>
          </w:tcPr>
          <w:p w14:paraId="282142FE" w14:textId="77777777" w:rsidR="00240B87" w:rsidRDefault="00240B87"/>
        </w:tc>
        <w:tc>
          <w:tcPr>
            <w:tcW w:w="1108" w:type="dxa"/>
          </w:tcPr>
          <w:p w14:paraId="1F13DAC0" w14:textId="77777777" w:rsidR="00240B87" w:rsidRDefault="00240B87"/>
        </w:tc>
        <w:tc>
          <w:tcPr>
            <w:tcW w:w="1108" w:type="dxa"/>
          </w:tcPr>
          <w:p w14:paraId="57BBAE5F" w14:textId="77777777" w:rsidR="00240B87" w:rsidRDefault="00240B87"/>
        </w:tc>
        <w:tc>
          <w:tcPr>
            <w:tcW w:w="1108" w:type="dxa"/>
          </w:tcPr>
          <w:p w14:paraId="561D5C4F" w14:textId="77777777" w:rsidR="00240B87" w:rsidRDefault="00240B87"/>
        </w:tc>
        <w:tc>
          <w:tcPr>
            <w:tcW w:w="1108" w:type="dxa"/>
          </w:tcPr>
          <w:p w14:paraId="3F6B2ED2" w14:textId="77777777" w:rsidR="00240B87" w:rsidRDefault="00240B87"/>
        </w:tc>
      </w:tr>
      <w:tr w:rsidR="00240B87" w14:paraId="426E12B6" w14:textId="77777777">
        <w:trPr>
          <w:jc w:val="center"/>
        </w:trPr>
        <w:tc>
          <w:tcPr>
            <w:tcW w:w="1108" w:type="dxa"/>
          </w:tcPr>
          <w:p w14:paraId="4D12C48C" w14:textId="77777777" w:rsidR="00240B87" w:rsidRDefault="00240B87"/>
        </w:tc>
        <w:tc>
          <w:tcPr>
            <w:tcW w:w="1108" w:type="dxa"/>
          </w:tcPr>
          <w:p w14:paraId="640B0BC5" w14:textId="77777777" w:rsidR="00240B87" w:rsidRDefault="00240B87"/>
        </w:tc>
        <w:tc>
          <w:tcPr>
            <w:tcW w:w="1108" w:type="dxa"/>
          </w:tcPr>
          <w:p w14:paraId="16CF6766" w14:textId="77777777" w:rsidR="00240B87" w:rsidRDefault="00240B87"/>
        </w:tc>
        <w:tc>
          <w:tcPr>
            <w:tcW w:w="1108" w:type="dxa"/>
          </w:tcPr>
          <w:p w14:paraId="2DBE7DEF" w14:textId="77777777" w:rsidR="00240B87" w:rsidRDefault="00240B87"/>
        </w:tc>
        <w:tc>
          <w:tcPr>
            <w:tcW w:w="1108" w:type="dxa"/>
          </w:tcPr>
          <w:p w14:paraId="7FF21768" w14:textId="77777777" w:rsidR="00240B87" w:rsidRDefault="00240B87"/>
        </w:tc>
        <w:tc>
          <w:tcPr>
            <w:tcW w:w="1108" w:type="dxa"/>
          </w:tcPr>
          <w:p w14:paraId="0578EBF8" w14:textId="77777777" w:rsidR="00240B87" w:rsidRDefault="00240B87"/>
        </w:tc>
        <w:tc>
          <w:tcPr>
            <w:tcW w:w="1108" w:type="dxa"/>
          </w:tcPr>
          <w:p w14:paraId="0B012DE3" w14:textId="77777777" w:rsidR="00240B87" w:rsidRDefault="00240B87"/>
        </w:tc>
        <w:tc>
          <w:tcPr>
            <w:tcW w:w="1108" w:type="dxa"/>
          </w:tcPr>
          <w:p w14:paraId="474A180F" w14:textId="77777777" w:rsidR="00240B87" w:rsidRDefault="00240B87"/>
        </w:tc>
        <w:tc>
          <w:tcPr>
            <w:tcW w:w="1108" w:type="dxa"/>
          </w:tcPr>
          <w:p w14:paraId="0089D2F1" w14:textId="77777777" w:rsidR="00240B87" w:rsidRDefault="00240B87"/>
        </w:tc>
      </w:tr>
      <w:tr w:rsidR="00240B87" w14:paraId="402A154C" w14:textId="77777777">
        <w:trPr>
          <w:jc w:val="center"/>
        </w:trPr>
        <w:tc>
          <w:tcPr>
            <w:tcW w:w="1108" w:type="dxa"/>
          </w:tcPr>
          <w:p w14:paraId="13D09B93" w14:textId="77777777" w:rsidR="00240B87" w:rsidRDefault="00240B87"/>
        </w:tc>
        <w:tc>
          <w:tcPr>
            <w:tcW w:w="1108" w:type="dxa"/>
          </w:tcPr>
          <w:p w14:paraId="44ED11F8" w14:textId="77777777" w:rsidR="00240B87" w:rsidRDefault="00240B87"/>
        </w:tc>
        <w:tc>
          <w:tcPr>
            <w:tcW w:w="1108" w:type="dxa"/>
          </w:tcPr>
          <w:p w14:paraId="55D74071" w14:textId="77777777" w:rsidR="00240B87" w:rsidRDefault="00240B87"/>
        </w:tc>
        <w:tc>
          <w:tcPr>
            <w:tcW w:w="1108" w:type="dxa"/>
          </w:tcPr>
          <w:p w14:paraId="3DD017BA" w14:textId="77777777" w:rsidR="00240B87" w:rsidRDefault="00240B87"/>
        </w:tc>
        <w:tc>
          <w:tcPr>
            <w:tcW w:w="1108" w:type="dxa"/>
          </w:tcPr>
          <w:p w14:paraId="732B0AE4" w14:textId="77777777" w:rsidR="00240B87" w:rsidRDefault="00240B87"/>
        </w:tc>
        <w:tc>
          <w:tcPr>
            <w:tcW w:w="1108" w:type="dxa"/>
          </w:tcPr>
          <w:p w14:paraId="554DC23D" w14:textId="77777777" w:rsidR="00240B87" w:rsidRDefault="00240B87"/>
        </w:tc>
        <w:tc>
          <w:tcPr>
            <w:tcW w:w="1108" w:type="dxa"/>
          </w:tcPr>
          <w:p w14:paraId="23219047" w14:textId="77777777" w:rsidR="00240B87" w:rsidRDefault="00240B87"/>
        </w:tc>
        <w:tc>
          <w:tcPr>
            <w:tcW w:w="1108" w:type="dxa"/>
          </w:tcPr>
          <w:p w14:paraId="59A8BFC5" w14:textId="77777777" w:rsidR="00240B87" w:rsidRDefault="00240B87"/>
        </w:tc>
        <w:tc>
          <w:tcPr>
            <w:tcW w:w="1108" w:type="dxa"/>
          </w:tcPr>
          <w:p w14:paraId="39D1C973" w14:textId="77777777" w:rsidR="00240B87" w:rsidRDefault="00240B87"/>
        </w:tc>
      </w:tr>
      <w:tr w:rsidR="00240B87" w14:paraId="05BE8049" w14:textId="77777777">
        <w:trPr>
          <w:jc w:val="center"/>
        </w:trPr>
        <w:tc>
          <w:tcPr>
            <w:tcW w:w="1108" w:type="dxa"/>
          </w:tcPr>
          <w:p w14:paraId="297FDA41" w14:textId="77777777" w:rsidR="00240B87" w:rsidRDefault="00240B87"/>
        </w:tc>
        <w:tc>
          <w:tcPr>
            <w:tcW w:w="1108" w:type="dxa"/>
          </w:tcPr>
          <w:p w14:paraId="28E4BAB1" w14:textId="77777777" w:rsidR="00240B87" w:rsidRDefault="00240B87"/>
        </w:tc>
        <w:tc>
          <w:tcPr>
            <w:tcW w:w="1108" w:type="dxa"/>
          </w:tcPr>
          <w:p w14:paraId="69DAF24A" w14:textId="77777777" w:rsidR="00240B87" w:rsidRDefault="00240B87"/>
        </w:tc>
        <w:tc>
          <w:tcPr>
            <w:tcW w:w="1108" w:type="dxa"/>
          </w:tcPr>
          <w:p w14:paraId="0F8DE07F" w14:textId="77777777" w:rsidR="00240B87" w:rsidRDefault="00240B87"/>
        </w:tc>
        <w:tc>
          <w:tcPr>
            <w:tcW w:w="1108" w:type="dxa"/>
          </w:tcPr>
          <w:p w14:paraId="50EA12EC" w14:textId="77777777" w:rsidR="00240B87" w:rsidRDefault="00240B87"/>
        </w:tc>
        <w:tc>
          <w:tcPr>
            <w:tcW w:w="1108" w:type="dxa"/>
          </w:tcPr>
          <w:p w14:paraId="3EE4B6B6" w14:textId="77777777" w:rsidR="00240B87" w:rsidRDefault="00240B87"/>
        </w:tc>
        <w:tc>
          <w:tcPr>
            <w:tcW w:w="1108" w:type="dxa"/>
          </w:tcPr>
          <w:p w14:paraId="674228D3" w14:textId="77777777" w:rsidR="00240B87" w:rsidRDefault="00240B87"/>
        </w:tc>
        <w:tc>
          <w:tcPr>
            <w:tcW w:w="1108" w:type="dxa"/>
          </w:tcPr>
          <w:p w14:paraId="70251625" w14:textId="77777777" w:rsidR="00240B87" w:rsidRDefault="00240B87"/>
        </w:tc>
        <w:tc>
          <w:tcPr>
            <w:tcW w:w="1108" w:type="dxa"/>
          </w:tcPr>
          <w:p w14:paraId="59CF6E12" w14:textId="77777777" w:rsidR="00240B87" w:rsidRDefault="00240B87"/>
        </w:tc>
      </w:tr>
      <w:tr w:rsidR="00240B87" w14:paraId="4F92C872" w14:textId="77777777">
        <w:trPr>
          <w:jc w:val="center"/>
        </w:trPr>
        <w:tc>
          <w:tcPr>
            <w:tcW w:w="1108" w:type="dxa"/>
          </w:tcPr>
          <w:p w14:paraId="784C1887" w14:textId="77777777" w:rsidR="00240B87" w:rsidRDefault="00240B87"/>
        </w:tc>
        <w:tc>
          <w:tcPr>
            <w:tcW w:w="1108" w:type="dxa"/>
          </w:tcPr>
          <w:p w14:paraId="1A55F319" w14:textId="77777777" w:rsidR="00240B87" w:rsidRDefault="00240B87"/>
        </w:tc>
        <w:tc>
          <w:tcPr>
            <w:tcW w:w="1108" w:type="dxa"/>
          </w:tcPr>
          <w:p w14:paraId="6E5BC9E4" w14:textId="77777777" w:rsidR="00240B87" w:rsidRDefault="00240B87"/>
        </w:tc>
        <w:tc>
          <w:tcPr>
            <w:tcW w:w="1108" w:type="dxa"/>
          </w:tcPr>
          <w:p w14:paraId="525D186D" w14:textId="77777777" w:rsidR="00240B87" w:rsidRDefault="00240B87"/>
        </w:tc>
        <w:tc>
          <w:tcPr>
            <w:tcW w:w="1108" w:type="dxa"/>
          </w:tcPr>
          <w:p w14:paraId="587EFD51" w14:textId="77777777" w:rsidR="00240B87" w:rsidRDefault="00240B87"/>
        </w:tc>
        <w:tc>
          <w:tcPr>
            <w:tcW w:w="1108" w:type="dxa"/>
          </w:tcPr>
          <w:p w14:paraId="1AC8DF99" w14:textId="77777777" w:rsidR="00240B87" w:rsidRDefault="00240B87"/>
        </w:tc>
        <w:tc>
          <w:tcPr>
            <w:tcW w:w="1108" w:type="dxa"/>
          </w:tcPr>
          <w:p w14:paraId="2736BBE3" w14:textId="77777777" w:rsidR="00240B87" w:rsidRDefault="00240B87"/>
        </w:tc>
        <w:tc>
          <w:tcPr>
            <w:tcW w:w="1108" w:type="dxa"/>
          </w:tcPr>
          <w:p w14:paraId="79D2BBFE" w14:textId="77777777" w:rsidR="00240B87" w:rsidRDefault="00240B87"/>
        </w:tc>
        <w:tc>
          <w:tcPr>
            <w:tcW w:w="1108" w:type="dxa"/>
          </w:tcPr>
          <w:p w14:paraId="2482F8E2" w14:textId="77777777" w:rsidR="00240B87" w:rsidRDefault="00240B87"/>
        </w:tc>
      </w:tr>
      <w:tr w:rsidR="00240B87" w14:paraId="11ABD5FB" w14:textId="77777777">
        <w:trPr>
          <w:jc w:val="center"/>
        </w:trPr>
        <w:tc>
          <w:tcPr>
            <w:tcW w:w="1108" w:type="dxa"/>
          </w:tcPr>
          <w:p w14:paraId="4D20AF28" w14:textId="77777777" w:rsidR="00240B87" w:rsidRDefault="00240B87"/>
        </w:tc>
        <w:tc>
          <w:tcPr>
            <w:tcW w:w="1108" w:type="dxa"/>
          </w:tcPr>
          <w:p w14:paraId="79EC6107" w14:textId="77777777" w:rsidR="00240B87" w:rsidRDefault="00240B87"/>
        </w:tc>
        <w:tc>
          <w:tcPr>
            <w:tcW w:w="1108" w:type="dxa"/>
          </w:tcPr>
          <w:p w14:paraId="7C533F07" w14:textId="77777777" w:rsidR="00240B87" w:rsidRDefault="00240B87"/>
        </w:tc>
        <w:tc>
          <w:tcPr>
            <w:tcW w:w="1108" w:type="dxa"/>
          </w:tcPr>
          <w:p w14:paraId="20A5E88E" w14:textId="77777777" w:rsidR="00240B87" w:rsidRDefault="00240B87"/>
        </w:tc>
        <w:tc>
          <w:tcPr>
            <w:tcW w:w="1108" w:type="dxa"/>
          </w:tcPr>
          <w:p w14:paraId="17D7508D" w14:textId="77777777" w:rsidR="00240B87" w:rsidRDefault="00240B87"/>
        </w:tc>
        <w:tc>
          <w:tcPr>
            <w:tcW w:w="1108" w:type="dxa"/>
          </w:tcPr>
          <w:p w14:paraId="3A39F735" w14:textId="77777777" w:rsidR="00240B87" w:rsidRDefault="00240B87"/>
        </w:tc>
        <w:tc>
          <w:tcPr>
            <w:tcW w:w="1108" w:type="dxa"/>
          </w:tcPr>
          <w:p w14:paraId="5CCD78C1" w14:textId="77777777" w:rsidR="00240B87" w:rsidRDefault="00240B87"/>
        </w:tc>
        <w:tc>
          <w:tcPr>
            <w:tcW w:w="1108" w:type="dxa"/>
          </w:tcPr>
          <w:p w14:paraId="519E6F69" w14:textId="77777777" w:rsidR="00240B87" w:rsidRDefault="00240B87"/>
        </w:tc>
        <w:tc>
          <w:tcPr>
            <w:tcW w:w="1108" w:type="dxa"/>
          </w:tcPr>
          <w:p w14:paraId="4624ED2E" w14:textId="77777777" w:rsidR="00240B87" w:rsidRDefault="00240B87"/>
        </w:tc>
      </w:tr>
    </w:tbl>
    <w:p w14:paraId="083CB09D" w14:textId="77777777" w:rsidR="00240B87" w:rsidRDefault="00000000">
      <w:r>
        <w:t>Mappa ubicazioni: allegare planimetria/lay-out con codici aree (es. M01, R02, L03).</w:t>
      </w:r>
    </w:p>
    <w:p w14:paraId="1B5033E1" w14:textId="77777777" w:rsidR="00240B87" w:rsidRDefault="00000000">
      <w:r>
        <w:br w:type="page"/>
      </w:r>
    </w:p>
    <w:p w14:paraId="6EE30518" w14:textId="77777777" w:rsidR="00240B87" w:rsidRDefault="00000000">
      <w:pPr>
        <w:pStyle w:val="Titolo1"/>
        <w:spacing w:after="120"/>
      </w:pPr>
      <w:r>
        <w:lastRenderedPageBreak/>
        <w:t>Allegato A3 - Check-list ricevimento e controllo etichette/SDS</w:t>
      </w:r>
    </w:p>
    <w:p w14:paraId="16475911" w14:textId="77777777" w:rsidR="00240B87" w:rsidRDefault="00000000">
      <w:r>
        <w:t>Compilare per ogni consegna o a campione secondo piano controlli.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240B87" w14:paraId="450B3547" w14:textId="77777777">
        <w:trPr>
          <w:jc w:val="center"/>
        </w:trPr>
        <w:tc>
          <w:tcPr>
            <w:tcW w:w="2493" w:type="dxa"/>
          </w:tcPr>
          <w:p w14:paraId="4A3091A7" w14:textId="77777777" w:rsidR="00240B87" w:rsidRDefault="00000000">
            <w:r>
              <w:rPr>
                <w:b/>
                <w:sz w:val="20"/>
              </w:rPr>
              <w:t>Data/Consegna</w:t>
            </w:r>
          </w:p>
        </w:tc>
        <w:tc>
          <w:tcPr>
            <w:tcW w:w="2493" w:type="dxa"/>
          </w:tcPr>
          <w:p w14:paraId="4450A183" w14:textId="77777777" w:rsidR="00240B87" w:rsidRDefault="00000000">
            <w:r>
              <w:rPr>
                <w:b/>
                <w:sz w:val="20"/>
              </w:rPr>
              <w:t>Prodotto/Lotto</w:t>
            </w:r>
          </w:p>
        </w:tc>
        <w:tc>
          <w:tcPr>
            <w:tcW w:w="2493" w:type="dxa"/>
          </w:tcPr>
          <w:p w14:paraId="6451035E" w14:textId="77777777" w:rsidR="00240B87" w:rsidRDefault="00000000">
            <w:r>
              <w:rPr>
                <w:b/>
                <w:sz w:val="20"/>
              </w:rPr>
              <w:t>Controlli</w:t>
            </w:r>
          </w:p>
        </w:tc>
        <w:tc>
          <w:tcPr>
            <w:tcW w:w="2493" w:type="dxa"/>
          </w:tcPr>
          <w:p w14:paraId="12FB12C1" w14:textId="77777777" w:rsidR="00240B87" w:rsidRDefault="00000000">
            <w:r>
              <w:rPr>
                <w:b/>
                <w:sz w:val="20"/>
              </w:rPr>
              <w:t>Esito/Note</w:t>
            </w:r>
          </w:p>
        </w:tc>
      </w:tr>
      <w:tr w:rsidR="00240B87" w14:paraId="352F1F34" w14:textId="77777777">
        <w:trPr>
          <w:jc w:val="center"/>
        </w:trPr>
        <w:tc>
          <w:tcPr>
            <w:tcW w:w="2493" w:type="dxa"/>
          </w:tcPr>
          <w:p w14:paraId="5A07C35A" w14:textId="77777777" w:rsidR="00240B87" w:rsidRDefault="00240B87"/>
        </w:tc>
        <w:tc>
          <w:tcPr>
            <w:tcW w:w="2493" w:type="dxa"/>
          </w:tcPr>
          <w:p w14:paraId="76DE365F" w14:textId="77777777" w:rsidR="00240B87" w:rsidRDefault="00240B87"/>
        </w:tc>
        <w:tc>
          <w:tcPr>
            <w:tcW w:w="2493" w:type="dxa"/>
          </w:tcPr>
          <w:p w14:paraId="45D8E32E" w14:textId="77777777" w:rsidR="00240B87" w:rsidRDefault="00000000">
            <w:r>
              <w:rPr>
                <w:sz w:val="20"/>
              </w:rPr>
              <w:t>☐ Imballo integro, senza perdite</w:t>
            </w:r>
          </w:p>
        </w:tc>
        <w:tc>
          <w:tcPr>
            <w:tcW w:w="2493" w:type="dxa"/>
          </w:tcPr>
          <w:p w14:paraId="2C90418A" w14:textId="77777777" w:rsidR="00240B87" w:rsidRDefault="00000000">
            <w:r>
              <w:rPr>
                <w:sz w:val="20"/>
              </w:rPr>
              <w:t>☐ OK  ☐ KO</w:t>
            </w:r>
          </w:p>
        </w:tc>
      </w:tr>
      <w:tr w:rsidR="00240B87" w14:paraId="4CA3EBBA" w14:textId="77777777">
        <w:trPr>
          <w:jc w:val="center"/>
        </w:trPr>
        <w:tc>
          <w:tcPr>
            <w:tcW w:w="2493" w:type="dxa"/>
          </w:tcPr>
          <w:p w14:paraId="6BCCE016" w14:textId="77777777" w:rsidR="00240B87" w:rsidRDefault="00240B87"/>
        </w:tc>
        <w:tc>
          <w:tcPr>
            <w:tcW w:w="2493" w:type="dxa"/>
          </w:tcPr>
          <w:p w14:paraId="2DBD8FCC" w14:textId="77777777" w:rsidR="00240B87" w:rsidRDefault="00240B87"/>
        </w:tc>
        <w:tc>
          <w:tcPr>
            <w:tcW w:w="2493" w:type="dxa"/>
          </w:tcPr>
          <w:p w14:paraId="5C425CD9" w14:textId="77777777" w:rsidR="00240B87" w:rsidRDefault="00000000">
            <w:r>
              <w:rPr>
                <w:sz w:val="20"/>
              </w:rPr>
              <w:t>☐ Etichetta presente e leggibile (nome, pittogrammi, frasi H/P)</w:t>
            </w:r>
          </w:p>
        </w:tc>
        <w:tc>
          <w:tcPr>
            <w:tcW w:w="2493" w:type="dxa"/>
          </w:tcPr>
          <w:p w14:paraId="78F0E591" w14:textId="77777777" w:rsidR="00240B87" w:rsidRDefault="00000000">
            <w:r>
              <w:rPr>
                <w:sz w:val="20"/>
              </w:rPr>
              <w:t>☐ OK  ☐ KO</w:t>
            </w:r>
          </w:p>
        </w:tc>
      </w:tr>
      <w:tr w:rsidR="00240B87" w14:paraId="1C18E1DD" w14:textId="77777777">
        <w:trPr>
          <w:jc w:val="center"/>
        </w:trPr>
        <w:tc>
          <w:tcPr>
            <w:tcW w:w="2493" w:type="dxa"/>
          </w:tcPr>
          <w:p w14:paraId="479728BE" w14:textId="77777777" w:rsidR="00240B87" w:rsidRDefault="00240B87"/>
        </w:tc>
        <w:tc>
          <w:tcPr>
            <w:tcW w:w="2493" w:type="dxa"/>
          </w:tcPr>
          <w:p w14:paraId="0D02E9A0" w14:textId="77777777" w:rsidR="00240B87" w:rsidRDefault="00240B87"/>
        </w:tc>
        <w:tc>
          <w:tcPr>
            <w:tcW w:w="2493" w:type="dxa"/>
          </w:tcPr>
          <w:p w14:paraId="43C9687B" w14:textId="77777777" w:rsidR="00240B87" w:rsidRDefault="00000000">
            <w:r>
              <w:rPr>
                <w:sz w:val="20"/>
              </w:rPr>
              <w:t>☐ SDS disponibile e aggiornata (in italiano)</w:t>
            </w:r>
          </w:p>
        </w:tc>
        <w:tc>
          <w:tcPr>
            <w:tcW w:w="2493" w:type="dxa"/>
          </w:tcPr>
          <w:p w14:paraId="20BA09DB" w14:textId="77777777" w:rsidR="00240B87" w:rsidRDefault="00000000">
            <w:r>
              <w:rPr>
                <w:sz w:val="20"/>
              </w:rPr>
              <w:t>☐ OK  ☐ KO</w:t>
            </w:r>
          </w:p>
        </w:tc>
      </w:tr>
      <w:tr w:rsidR="00240B87" w14:paraId="208BF3C6" w14:textId="77777777">
        <w:trPr>
          <w:jc w:val="center"/>
        </w:trPr>
        <w:tc>
          <w:tcPr>
            <w:tcW w:w="2493" w:type="dxa"/>
          </w:tcPr>
          <w:p w14:paraId="019DA3D2" w14:textId="77777777" w:rsidR="00240B87" w:rsidRDefault="00240B87"/>
        </w:tc>
        <w:tc>
          <w:tcPr>
            <w:tcW w:w="2493" w:type="dxa"/>
          </w:tcPr>
          <w:p w14:paraId="17A25C2D" w14:textId="77777777" w:rsidR="00240B87" w:rsidRDefault="00240B87"/>
        </w:tc>
        <w:tc>
          <w:tcPr>
            <w:tcW w:w="2493" w:type="dxa"/>
          </w:tcPr>
          <w:p w14:paraId="4AB6D642" w14:textId="77777777" w:rsidR="00240B87" w:rsidRDefault="00000000">
            <w:r>
              <w:rPr>
                <w:sz w:val="20"/>
              </w:rPr>
              <w:t>☐ Coerenza SDS vs etichetta (Sez. 2)</w:t>
            </w:r>
          </w:p>
        </w:tc>
        <w:tc>
          <w:tcPr>
            <w:tcW w:w="2493" w:type="dxa"/>
          </w:tcPr>
          <w:p w14:paraId="634671E3" w14:textId="77777777" w:rsidR="00240B87" w:rsidRDefault="00000000">
            <w:r>
              <w:rPr>
                <w:sz w:val="20"/>
              </w:rPr>
              <w:t>☐ OK  ☐ KO</w:t>
            </w:r>
          </w:p>
        </w:tc>
      </w:tr>
      <w:tr w:rsidR="00240B87" w14:paraId="71DC7C83" w14:textId="77777777">
        <w:trPr>
          <w:jc w:val="center"/>
        </w:trPr>
        <w:tc>
          <w:tcPr>
            <w:tcW w:w="2493" w:type="dxa"/>
          </w:tcPr>
          <w:p w14:paraId="3413B265" w14:textId="77777777" w:rsidR="00240B87" w:rsidRDefault="00240B87"/>
        </w:tc>
        <w:tc>
          <w:tcPr>
            <w:tcW w:w="2493" w:type="dxa"/>
          </w:tcPr>
          <w:p w14:paraId="72AFA0C2" w14:textId="77777777" w:rsidR="00240B87" w:rsidRDefault="00240B87"/>
        </w:tc>
        <w:tc>
          <w:tcPr>
            <w:tcW w:w="2493" w:type="dxa"/>
          </w:tcPr>
          <w:p w14:paraId="56B72B09" w14:textId="77777777" w:rsidR="00240B87" w:rsidRDefault="00000000">
            <w:r>
              <w:rPr>
                <w:sz w:val="20"/>
              </w:rPr>
              <w:t>☐ Requisiti di stoccaggio rispettati (temperatura, incompatibilità)</w:t>
            </w:r>
          </w:p>
        </w:tc>
        <w:tc>
          <w:tcPr>
            <w:tcW w:w="2493" w:type="dxa"/>
          </w:tcPr>
          <w:p w14:paraId="4BFADC26" w14:textId="77777777" w:rsidR="00240B87" w:rsidRDefault="00000000">
            <w:r>
              <w:rPr>
                <w:sz w:val="20"/>
              </w:rPr>
              <w:t>☐ OK  ☐ KO</w:t>
            </w:r>
          </w:p>
        </w:tc>
      </w:tr>
      <w:tr w:rsidR="00240B87" w14:paraId="4AC2F1B2" w14:textId="77777777">
        <w:trPr>
          <w:jc w:val="center"/>
        </w:trPr>
        <w:tc>
          <w:tcPr>
            <w:tcW w:w="2493" w:type="dxa"/>
          </w:tcPr>
          <w:p w14:paraId="32A19E35" w14:textId="77777777" w:rsidR="00240B87" w:rsidRDefault="00240B87"/>
        </w:tc>
        <w:tc>
          <w:tcPr>
            <w:tcW w:w="2493" w:type="dxa"/>
          </w:tcPr>
          <w:p w14:paraId="7D3F3164" w14:textId="77777777" w:rsidR="00240B87" w:rsidRDefault="00240B87"/>
        </w:tc>
        <w:tc>
          <w:tcPr>
            <w:tcW w:w="2493" w:type="dxa"/>
          </w:tcPr>
          <w:p w14:paraId="7C56B6DF" w14:textId="77777777" w:rsidR="00240B87" w:rsidRDefault="00000000">
            <w:r>
              <w:rPr>
                <w:sz w:val="20"/>
              </w:rPr>
              <w:t>☐ Trasporto/ADR: eventuali anomalie segnalate</w:t>
            </w:r>
          </w:p>
        </w:tc>
        <w:tc>
          <w:tcPr>
            <w:tcW w:w="2493" w:type="dxa"/>
          </w:tcPr>
          <w:p w14:paraId="25B2786F" w14:textId="77777777" w:rsidR="00240B87" w:rsidRDefault="00000000">
            <w:r>
              <w:rPr>
                <w:sz w:val="20"/>
              </w:rPr>
              <w:t>☐ OK  ☐ KO</w:t>
            </w:r>
          </w:p>
        </w:tc>
      </w:tr>
    </w:tbl>
    <w:p w14:paraId="33BF1C6C" w14:textId="77777777" w:rsidR="00240B87" w:rsidRDefault="00000000">
      <w:r>
        <w:br w:type="page"/>
      </w:r>
    </w:p>
    <w:p w14:paraId="45B21E25" w14:textId="77777777" w:rsidR="00240B87" w:rsidRDefault="00000000">
      <w:pPr>
        <w:pStyle w:val="Titolo1"/>
        <w:spacing w:after="120"/>
      </w:pPr>
      <w:r>
        <w:lastRenderedPageBreak/>
        <w:t>Allegato A4 - Modello etichetta per travaso/recipienti secondari</w:t>
      </w:r>
    </w:p>
    <w:p w14:paraId="5D3B5325" w14:textId="77777777" w:rsidR="00240B87" w:rsidRDefault="00000000">
      <w:r>
        <w:t>Stampare e applicare su ogni recipiente secondario. Dimensionare secondo contenitore.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240B87" w14:paraId="41CAD94C" w14:textId="77777777">
        <w:trPr>
          <w:jc w:val="center"/>
        </w:trPr>
        <w:tc>
          <w:tcPr>
            <w:tcW w:w="4986" w:type="dxa"/>
          </w:tcPr>
          <w:p w14:paraId="47F1AD40" w14:textId="77777777" w:rsidR="00240B87" w:rsidRDefault="00000000">
            <w:r>
              <w:rPr>
                <w:b/>
                <w:sz w:val="20"/>
              </w:rPr>
              <w:t>NOME PRODOTTO</w:t>
            </w:r>
          </w:p>
        </w:tc>
        <w:tc>
          <w:tcPr>
            <w:tcW w:w="4986" w:type="dxa"/>
          </w:tcPr>
          <w:p w14:paraId="1D903EED" w14:textId="77777777" w:rsidR="00240B87" w:rsidRDefault="00000000">
            <w:r>
              <w:rPr>
                <w:b/>
                <w:sz w:val="20"/>
              </w:rPr>
              <w:t>[...]</w:t>
            </w:r>
          </w:p>
        </w:tc>
      </w:tr>
      <w:tr w:rsidR="00240B87" w14:paraId="6BB2B27E" w14:textId="77777777">
        <w:trPr>
          <w:jc w:val="center"/>
        </w:trPr>
        <w:tc>
          <w:tcPr>
            <w:tcW w:w="4986" w:type="dxa"/>
          </w:tcPr>
          <w:p w14:paraId="1DFF123A" w14:textId="77777777" w:rsidR="00240B87" w:rsidRDefault="00000000">
            <w:r>
              <w:rPr>
                <w:b/>
                <w:sz w:val="20"/>
              </w:rPr>
              <w:t>PITTROGRAMMI (CLP)</w:t>
            </w:r>
          </w:p>
        </w:tc>
        <w:tc>
          <w:tcPr>
            <w:tcW w:w="4986" w:type="dxa"/>
          </w:tcPr>
          <w:p w14:paraId="5D6AF7D6" w14:textId="77777777" w:rsidR="00240B87" w:rsidRDefault="00000000">
            <w:r>
              <w:rPr>
                <w:sz w:val="20"/>
              </w:rPr>
              <w:t>☐ GHS01 ☐ GHS02 ☐ GHS03 ☐ GHS04 ☐ GHS05 ☐ GHS06 ☐ GHS07 ☐ GHS08 ☐ GHS09</w:t>
            </w:r>
          </w:p>
        </w:tc>
      </w:tr>
      <w:tr w:rsidR="00240B87" w14:paraId="5806949F" w14:textId="77777777">
        <w:trPr>
          <w:jc w:val="center"/>
        </w:trPr>
        <w:tc>
          <w:tcPr>
            <w:tcW w:w="4986" w:type="dxa"/>
          </w:tcPr>
          <w:p w14:paraId="41767F3D" w14:textId="77777777" w:rsidR="00240B87" w:rsidRDefault="00000000">
            <w:r>
              <w:rPr>
                <w:b/>
                <w:sz w:val="20"/>
              </w:rPr>
              <w:t>FRASI H PRINCIPALI</w:t>
            </w:r>
          </w:p>
        </w:tc>
        <w:tc>
          <w:tcPr>
            <w:tcW w:w="4986" w:type="dxa"/>
          </w:tcPr>
          <w:p w14:paraId="79FC1D8D" w14:textId="77777777" w:rsidR="00240B87" w:rsidRDefault="00000000">
            <w:r>
              <w:rPr>
                <w:sz w:val="20"/>
              </w:rPr>
              <w:t>[...]</w:t>
            </w:r>
          </w:p>
        </w:tc>
      </w:tr>
      <w:tr w:rsidR="00240B87" w14:paraId="178B8CBA" w14:textId="77777777">
        <w:trPr>
          <w:jc w:val="center"/>
        </w:trPr>
        <w:tc>
          <w:tcPr>
            <w:tcW w:w="4986" w:type="dxa"/>
          </w:tcPr>
          <w:p w14:paraId="0F806EE8" w14:textId="77777777" w:rsidR="00240B87" w:rsidRDefault="00000000">
            <w:r>
              <w:rPr>
                <w:b/>
                <w:sz w:val="20"/>
              </w:rPr>
              <w:t>PRECAUZIONI ESSENZIALI</w:t>
            </w:r>
          </w:p>
        </w:tc>
        <w:tc>
          <w:tcPr>
            <w:tcW w:w="4986" w:type="dxa"/>
          </w:tcPr>
          <w:p w14:paraId="4D2B7746" w14:textId="77777777" w:rsidR="00240B87" w:rsidRDefault="00000000">
            <w:r>
              <w:rPr>
                <w:sz w:val="20"/>
              </w:rPr>
              <w:t>DPI: ______  Ventilazione: ______  Primo soccorso: ______</w:t>
            </w:r>
          </w:p>
        </w:tc>
      </w:tr>
      <w:tr w:rsidR="00240B87" w14:paraId="2CFCCFF2" w14:textId="77777777">
        <w:trPr>
          <w:jc w:val="center"/>
        </w:trPr>
        <w:tc>
          <w:tcPr>
            <w:tcW w:w="4986" w:type="dxa"/>
          </w:tcPr>
          <w:p w14:paraId="5FA27C4F" w14:textId="77777777" w:rsidR="00240B87" w:rsidRDefault="00000000">
            <w:r>
              <w:rPr>
                <w:b/>
                <w:sz w:val="20"/>
              </w:rPr>
              <w:t>DATA TRAVASO / REPARTO</w:t>
            </w:r>
          </w:p>
        </w:tc>
        <w:tc>
          <w:tcPr>
            <w:tcW w:w="4986" w:type="dxa"/>
          </w:tcPr>
          <w:p w14:paraId="7787BA23" w14:textId="77777777" w:rsidR="00240B87" w:rsidRDefault="00000000">
            <w:r>
              <w:rPr>
                <w:sz w:val="20"/>
              </w:rPr>
              <w:t>[gg/mm/aaaa] - [Reparto]</w:t>
            </w:r>
          </w:p>
        </w:tc>
      </w:tr>
      <w:tr w:rsidR="00240B87" w14:paraId="21B2A97D" w14:textId="77777777">
        <w:trPr>
          <w:jc w:val="center"/>
        </w:trPr>
        <w:tc>
          <w:tcPr>
            <w:tcW w:w="4986" w:type="dxa"/>
          </w:tcPr>
          <w:p w14:paraId="79C23ADF" w14:textId="77777777" w:rsidR="00240B87" w:rsidRDefault="00000000">
            <w:r>
              <w:rPr>
                <w:b/>
                <w:sz w:val="20"/>
              </w:rPr>
              <w:t>OPERATORE</w:t>
            </w:r>
          </w:p>
        </w:tc>
        <w:tc>
          <w:tcPr>
            <w:tcW w:w="4986" w:type="dxa"/>
          </w:tcPr>
          <w:p w14:paraId="2B59738D" w14:textId="77777777" w:rsidR="00240B87" w:rsidRDefault="00000000">
            <w:r>
              <w:rPr>
                <w:sz w:val="20"/>
              </w:rPr>
              <w:t>[Nome e firma]</w:t>
            </w:r>
          </w:p>
        </w:tc>
      </w:tr>
    </w:tbl>
    <w:p w14:paraId="5E1CDBE7" w14:textId="77777777" w:rsidR="00240B87" w:rsidRDefault="00000000">
      <w:r>
        <w:br w:type="page"/>
      </w:r>
    </w:p>
    <w:p w14:paraId="142D0F4D" w14:textId="77777777" w:rsidR="00240B87" w:rsidRDefault="00000000">
      <w:pPr>
        <w:pStyle w:val="Titolo1"/>
        <w:spacing w:after="120"/>
      </w:pPr>
      <w:r>
        <w:lastRenderedPageBreak/>
        <w:t>Allegato A5 - Check-list ispezione stoccaggio e segregazione (magazzino/reparto)</w:t>
      </w:r>
    </w:p>
    <w:p w14:paraId="1FB0C368" w14:textId="77777777" w:rsidR="00240B87" w:rsidRDefault="00000000">
      <w:r>
        <w:t>Frequenza consigliata: mensile in reparto, trimestrale in magazzino (adattare).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240B87" w14:paraId="336779F1" w14:textId="77777777">
        <w:trPr>
          <w:jc w:val="center"/>
        </w:trPr>
        <w:tc>
          <w:tcPr>
            <w:tcW w:w="3324" w:type="dxa"/>
          </w:tcPr>
          <w:p w14:paraId="5B453CBA" w14:textId="77777777" w:rsidR="00240B87" w:rsidRDefault="00000000">
            <w:r>
              <w:rPr>
                <w:b/>
                <w:sz w:val="20"/>
              </w:rPr>
              <w:t>Item di controllo</w:t>
            </w:r>
          </w:p>
        </w:tc>
        <w:tc>
          <w:tcPr>
            <w:tcW w:w="3324" w:type="dxa"/>
          </w:tcPr>
          <w:p w14:paraId="0A37A482" w14:textId="77777777" w:rsidR="00240B87" w:rsidRDefault="00000000">
            <w:r>
              <w:rPr>
                <w:b/>
                <w:sz w:val="20"/>
              </w:rPr>
              <w:t>Esito</w:t>
            </w:r>
          </w:p>
        </w:tc>
        <w:tc>
          <w:tcPr>
            <w:tcW w:w="3324" w:type="dxa"/>
          </w:tcPr>
          <w:p w14:paraId="13AEC926" w14:textId="77777777" w:rsidR="00240B87" w:rsidRDefault="00000000">
            <w:r>
              <w:rPr>
                <w:b/>
                <w:sz w:val="20"/>
              </w:rPr>
              <w:t>Azioni/Note</w:t>
            </w:r>
          </w:p>
        </w:tc>
      </w:tr>
      <w:tr w:rsidR="00240B87" w14:paraId="49D4DF99" w14:textId="77777777">
        <w:trPr>
          <w:jc w:val="center"/>
        </w:trPr>
        <w:tc>
          <w:tcPr>
            <w:tcW w:w="3324" w:type="dxa"/>
          </w:tcPr>
          <w:p w14:paraId="23BDE2CD" w14:textId="77777777" w:rsidR="00240B87" w:rsidRDefault="00000000">
            <w:r>
              <w:rPr>
                <w:sz w:val="20"/>
              </w:rPr>
              <w:t>Etichette presenti e leggibili su tutti i contenitori (anche secondari)</w:t>
            </w:r>
          </w:p>
        </w:tc>
        <w:tc>
          <w:tcPr>
            <w:tcW w:w="3324" w:type="dxa"/>
          </w:tcPr>
          <w:p w14:paraId="46B29A8E" w14:textId="77777777" w:rsidR="00240B87" w:rsidRDefault="00000000">
            <w:r>
              <w:rPr>
                <w:sz w:val="20"/>
              </w:rPr>
              <w:t>☐ OK  ☐ KO  ☐ NA</w:t>
            </w:r>
          </w:p>
        </w:tc>
        <w:tc>
          <w:tcPr>
            <w:tcW w:w="3324" w:type="dxa"/>
          </w:tcPr>
          <w:p w14:paraId="4CE00962" w14:textId="77777777" w:rsidR="00240B87" w:rsidRDefault="00240B87"/>
        </w:tc>
      </w:tr>
      <w:tr w:rsidR="00240B87" w14:paraId="12A0F774" w14:textId="77777777">
        <w:trPr>
          <w:jc w:val="center"/>
        </w:trPr>
        <w:tc>
          <w:tcPr>
            <w:tcW w:w="3324" w:type="dxa"/>
          </w:tcPr>
          <w:p w14:paraId="0692D91C" w14:textId="77777777" w:rsidR="00240B87" w:rsidRDefault="00000000">
            <w:r>
              <w:rPr>
                <w:sz w:val="20"/>
              </w:rPr>
              <w:t>Contenitori chiusi; assenza di perdite/rigonfiamenti</w:t>
            </w:r>
          </w:p>
        </w:tc>
        <w:tc>
          <w:tcPr>
            <w:tcW w:w="3324" w:type="dxa"/>
          </w:tcPr>
          <w:p w14:paraId="4A9FC98F" w14:textId="77777777" w:rsidR="00240B87" w:rsidRDefault="00000000">
            <w:r>
              <w:rPr>
                <w:sz w:val="20"/>
              </w:rPr>
              <w:t>☐ OK  ☐ KO  ☐ NA</w:t>
            </w:r>
          </w:p>
        </w:tc>
        <w:tc>
          <w:tcPr>
            <w:tcW w:w="3324" w:type="dxa"/>
          </w:tcPr>
          <w:p w14:paraId="6F044A3D" w14:textId="77777777" w:rsidR="00240B87" w:rsidRDefault="00240B87"/>
        </w:tc>
      </w:tr>
      <w:tr w:rsidR="00240B87" w14:paraId="2A728132" w14:textId="77777777">
        <w:trPr>
          <w:jc w:val="center"/>
        </w:trPr>
        <w:tc>
          <w:tcPr>
            <w:tcW w:w="3324" w:type="dxa"/>
          </w:tcPr>
          <w:p w14:paraId="4441E931" w14:textId="77777777" w:rsidR="00240B87" w:rsidRDefault="00000000">
            <w:r>
              <w:rPr>
                <w:sz w:val="20"/>
              </w:rPr>
              <w:t>Segregazione incompatibili rispettata (acidi/basi; ossidanti/infiammabili)</w:t>
            </w:r>
          </w:p>
        </w:tc>
        <w:tc>
          <w:tcPr>
            <w:tcW w:w="3324" w:type="dxa"/>
          </w:tcPr>
          <w:p w14:paraId="2F9BE4A7" w14:textId="77777777" w:rsidR="00240B87" w:rsidRDefault="00000000">
            <w:r>
              <w:rPr>
                <w:sz w:val="20"/>
              </w:rPr>
              <w:t>☐ OK  ☐ KO  ☐ NA</w:t>
            </w:r>
          </w:p>
        </w:tc>
        <w:tc>
          <w:tcPr>
            <w:tcW w:w="3324" w:type="dxa"/>
          </w:tcPr>
          <w:p w14:paraId="0A9FAB12" w14:textId="77777777" w:rsidR="00240B87" w:rsidRDefault="00240B87"/>
        </w:tc>
      </w:tr>
      <w:tr w:rsidR="00240B87" w14:paraId="0BCC9B26" w14:textId="77777777">
        <w:trPr>
          <w:jc w:val="center"/>
        </w:trPr>
        <w:tc>
          <w:tcPr>
            <w:tcW w:w="3324" w:type="dxa"/>
          </w:tcPr>
          <w:p w14:paraId="05D322B9" w14:textId="77777777" w:rsidR="00240B87" w:rsidRDefault="00000000">
            <w:r>
              <w:rPr>
                <w:sz w:val="20"/>
              </w:rPr>
              <w:t>Bacini di contenimento presenti e integri</w:t>
            </w:r>
          </w:p>
        </w:tc>
        <w:tc>
          <w:tcPr>
            <w:tcW w:w="3324" w:type="dxa"/>
          </w:tcPr>
          <w:p w14:paraId="0FE7D898" w14:textId="77777777" w:rsidR="00240B87" w:rsidRDefault="00000000">
            <w:r>
              <w:rPr>
                <w:sz w:val="20"/>
              </w:rPr>
              <w:t>☐ OK  ☐ KO  ☐ NA</w:t>
            </w:r>
          </w:p>
        </w:tc>
        <w:tc>
          <w:tcPr>
            <w:tcW w:w="3324" w:type="dxa"/>
          </w:tcPr>
          <w:p w14:paraId="4C6CFA56" w14:textId="77777777" w:rsidR="00240B87" w:rsidRDefault="00240B87"/>
        </w:tc>
      </w:tr>
      <w:tr w:rsidR="00240B87" w14:paraId="202E0441" w14:textId="77777777">
        <w:trPr>
          <w:jc w:val="center"/>
        </w:trPr>
        <w:tc>
          <w:tcPr>
            <w:tcW w:w="3324" w:type="dxa"/>
          </w:tcPr>
          <w:p w14:paraId="4368B57B" w14:textId="77777777" w:rsidR="00240B87" w:rsidRDefault="00000000">
            <w:r>
              <w:rPr>
                <w:sz w:val="20"/>
              </w:rPr>
              <w:t>Quantità in reparto entro i limiti definiti</w:t>
            </w:r>
          </w:p>
        </w:tc>
        <w:tc>
          <w:tcPr>
            <w:tcW w:w="3324" w:type="dxa"/>
          </w:tcPr>
          <w:p w14:paraId="2306FDC3" w14:textId="77777777" w:rsidR="00240B87" w:rsidRDefault="00000000">
            <w:r>
              <w:rPr>
                <w:sz w:val="20"/>
              </w:rPr>
              <w:t>☐ OK  ☐ KO  ☐ NA</w:t>
            </w:r>
          </w:p>
        </w:tc>
        <w:tc>
          <w:tcPr>
            <w:tcW w:w="3324" w:type="dxa"/>
          </w:tcPr>
          <w:p w14:paraId="5E41DFA7" w14:textId="77777777" w:rsidR="00240B87" w:rsidRDefault="00240B87"/>
        </w:tc>
      </w:tr>
      <w:tr w:rsidR="00240B87" w14:paraId="0E23FE16" w14:textId="77777777">
        <w:trPr>
          <w:jc w:val="center"/>
        </w:trPr>
        <w:tc>
          <w:tcPr>
            <w:tcW w:w="3324" w:type="dxa"/>
          </w:tcPr>
          <w:p w14:paraId="2065EB63" w14:textId="77777777" w:rsidR="00240B87" w:rsidRDefault="00000000">
            <w:r>
              <w:rPr>
                <w:sz w:val="20"/>
              </w:rPr>
              <w:t>Materiale assorbente/kit sversamenti disponibile e completo</w:t>
            </w:r>
          </w:p>
        </w:tc>
        <w:tc>
          <w:tcPr>
            <w:tcW w:w="3324" w:type="dxa"/>
          </w:tcPr>
          <w:p w14:paraId="0103EA2B" w14:textId="77777777" w:rsidR="00240B87" w:rsidRDefault="00000000">
            <w:r>
              <w:rPr>
                <w:sz w:val="20"/>
              </w:rPr>
              <w:t>☐ OK  ☐ KO  ☐ NA</w:t>
            </w:r>
          </w:p>
        </w:tc>
        <w:tc>
          <w:tcPr>
            <w:tcW w:w="3324" w:type="dxa"/>
          </w:tcPr>
          <w:p w14:paraId="0E3B25C0" w14:textId="77777777" w:rsidR="00240B87" w:rsidRDefault="00240B87"/>
        </w:tc>
      </w:tr>
      <w:tr w:rsidR="00240B87" w14:paraId="09E4E613" w14:textId="77777777">
        <w:trPr>
          <w:jc w:val="center"/>
        </w:trPr>
        <w:tc>
          <w:tcPr>
            <w:tcW w:w="3324" w:type="dxa"/>
          </w:tcPr>
          <w:p w14:paraId="15D74DFA" w14:textId="77777777" w:rsidR="00240B87" w:rsidRDefault="00000000">
            <w:r>
              <w:rPr>
                <w:sz w:val="20"/>
              </w:rPr>
              <w:t>Assenza di depositi su pavimento/uscite/emergenze</w:t>
            </w:r>
          </w:p>
        </w:tc>
        <w:tc>
          <w:tcPr>
            <w:tcW w:w="3324" w:type="dxa"/>
          </w:tcPr>
          <w:p w14:paraId="7FD71F95" w14:textId="77777777" w:rsidR="00240B87" w:rsidRDefault="00000000">
            <w:r>
              <w:rPr>
                <w:sz w:val="20"/>
              </w:rPr>
              <w:t>☐ OK  ☐ KO  ☐ NA</w:t>
            </w:r>
          </w:p>
        </w:tc>
        <w:tc>
          <w:tcPr>
            <w:tcW w:w="3324" w:type="dxa"/>
          </w:tcPr>
          <w:p w14:paraId="7AE3A2AE" w14:textId="77777777" w:rsidR="00240B87" w:rsidRDefault="00240B87"/>
        </w:tc>
      </w:tr>
      <w:tr w:rsidR="00240B87" w14:paraId="1BB9A648" w14:textId="77777777">
        <w:trPr>
          <w:jc w:val="center"/>
        </w:trPr>
        <w:tc>
          <w:tcPr>
            <w:tcW w:w="3324" w:type="dxa"/>
          </w:tcPr>
          <w:p w14:paraId="2D5B19EE" w14:textId="77777777" w:rsidR="00240B87" w:rsidRDefault="00000000">
            <w:r>
              <w:rPr>
                <w:sz w:val="20"/>
              </w:rPr>
              <w:t>Armadi/locali ventilati; prese d’aria non ostruite</w:t>
            </w:r>
          </w:p>
        </w:tc>
        <w:tc>
          <w:tcPr>
            <w:tcW w:w="3324" w:type="dxa"/>
          </w:tcPr>
          <w:p w14:paraId="1AFE8DB0" w14:textId="77777777" w:rsidR="00240B87" w:rsidRDefault="00000000">
            <w:r>
              <w:rPr>
                <w:sz w:val="20"/>
              </w:rPr>
              <w:t>☐ OK  ☐ KO  ☐ NA</w:t>
            </w:r>
          </w:p>
        </w:tc>
        <w:tc>
          <w:tcPr>
            <w:tcW w:w="3324" w:type="dxa"/>
          </w:tcPr>
          <w:p w14:paraId="328E64B1" w14:textId="77777777" w:rsidR="00240B87" w:rsidRDefault="00240B87"/>
        </w:tc>
      </w:tr>
      <w:tr w:rsidR="00240B87" w14:paraId="26AF38D3" w14:textId="77777777">
        <w:trPr>
          <w:jc w:val="center"/>
        </w:trPr>
        <w:tc>
          <w:tcPr>
            <w:tcW w:w="3324" w:type="dxa"/>
          </w:tcPr>
          <w:p w14:paraId="3C2CD2AD" w14:textId="77777777" w:rsidR="00240B87" w:rsidRDefault="00000000">
            <w:r>
              <w:rPr>
                <w:sz w:val="20"/>
              </w:rPr>
              <w:t>Sorgenti di ignizione controllate; divieti esposti</w:t>
            </w:r>
          </w:p>
        </w:tc>
        <w:tc>
          <w:tcPr>
            <w:tcW w:w="3324" w:type="dxa"/>
          </w:tcPr>
          <w:p w14:paraId="1E9B0B5E" w14:textId="77777777" w:rsidR="00240B87" w:rsidRDefault="00000000">
            <w:r>
              <w:rPr>
                <w:sz w:val="20"/>
              </w:rPr>
              <w:t>☐ OK  ☐ KO  ☐ NA</w:t>
            </w:r>
          </w:p>
        </w:tc>
        <w:tc>
          <w:tcPr>
            <w:tcW w:w="3324" w:type="dxa"/>
          </w:tcPr>
          <w:p w14:paraId="3D0FEACB" w14:textId="77777777" w:rsidR="00240B87" w:rsidRDefault="00240B87"/>
        </w:tc>
      </w:tr>
    </w:tbl>
    <w:p w14:paraId="2B23D0A5" w14:textId="77777777" w:rsidR="00240B87" w:rsidRDefault="00000000">
      <w:r>
        <w:br w:type="page"/>
      </w:r>
    </w:p>
    <w:p w14:paraId="18080330" w14:textId="77777777" w:rsidR="00240B87" w:rsidRDefault="00000000">
      <w:pPr>
        <w:pStyle w:val="Titolo1"/>
        <w:spacing w:after="120"/>
      </w:pPr>
      <w:r>
        <w:lastRenderedPageBreak/>
        <w:t>Allegato A6 - Istruzione operativa travaso e miscelazione (passo-passo)</w:t>
      </w:r>
    </w:p>
    <w:p w14:paraId="066F1997" w14:textId="77777777" w:rsidR="00240B87" w:rsidRDefault="00000000">
      <w:r>
        <w:t>Applicare a travasi, diluizioni e miscelazioni autorizzate.</w:t>
      </w:r>
    </w:p>
    <w:p w14:paraId="6F355E77" w14:textId="77777777" w:rsidR="00240B87" w:rsidRDefault="00000000">
      <w:r>
        <w:t>1) Preparazione area</w:t>
      </w:r>
    </w:p>
    <w:p w14:paraId="6D75E64D" w14:textId="77777777" w:rsidR="00240B87" w:rsidRDefault="00000000">
      <w:pPr>
        <w:pStyle w:val="Puntoelenco"/>
      </w:pPr>
      <w:r>
        <w:t>Verificare ventilazione/aspirazione attiva e area libera da fonti di ignizione.</w:t>
      </w:r>
    </w:p>
    <w:p w14:paraId="5F11078A" w14:textId="77777777" w:rsidR="00240B87" w:rsidRDefault="00000000">
      <w:pPr>
        <w:pStyle w:val="Puntoelenco"/>
      </w:pPr>
      <w:r>
        <w:t>Predisporre bacino/vasca e assorbenti; posizionare cartello 'Operazione in corso'.</w:t>
      </w:r>
    </w:p>
    <w:p w14:paraId="2B5B24CE" w14:textId="77777777" w:rsidR="00240B87" w:rsidRDefault="00000000">
      <w:pPr>
        <w:pStyle w:val="Puntoelenco"/>
      </w:pPr>
      <w:r>
        <w:t>Verificare contenitori compatibili e chiudibili; predisporre etichette A4.</w:t>
      </w:r>
    </w:p>
    <w:p w14:paraId="629FCD59" w14:textId="77777777" w:rsidR="00240B87" w:rsidRDefault="00000000">
      <w:r>
        <w:t>2) DPI minimi (adeguare a SDS)</w:t>
      </w:r>
    </w:p>
    <w:p w14:paraId="2795B95B" w14:textId="77777777" w:rsidR="00240B87" w:rsidRDefault="00000000">
      <w:pPr>
        <w:pStyle w:val="Puntoelenco"/>
      </w:pPr>
      <w:r>
        <w:t>Guanti idonei alla sostanza</w:t>
      </w:r>
    </w:p>
    <w:p w14:paraId="35F4B2B9" w14:textId="77777777" w:rsidR="00240B87" w:rsidRDefault="00000000">
      <w:pPr>
        <w:pStyle w:val="Puntoelenco"/>
      </w:pPr>
      <w:r>
        <w:t>Occhiali a mascherina o visiera</w:t>
      </w:r>
    </w:p>
    <w:p w14:paraId="077934CF" w14:textId="77777777" w:rsidR="00240B87" w:rsidRDefault="00000000">
      <w:pPr>
        <w:pStyle w:val="Puntoelenco"/>
      </w:pPr>
      <w:r>
        <w:t>Indumenti protettivi se rischio schizzi</w:t>
      </w:r>
    </w:p>
    <w:p w14:paraId="4FEB9542" w14:textId="77777777" w:rsidR="00240B87" w:rsidRDefault="00000000">
      <w:pPr>
        <w:pStyle w:val="Puntoelenco"/>
      </w:pPr>
      <w:r>
        <w:t>Respiratore se indicato (filtri corretti)</w:t>
      </w:r>
    </w:p>
    <w:p w14:paraId="1BC9D753" w14:textId="77777777" w:rsidR="00240B87" w:rsidRDefault="00000000">
      <w:r>
        <w:t>3) Esecuzione</w:t>
      </w:r>
    </w:p>
    <w:p w14:paraId="29565688" w14:textId="77777777" w:rsidR="00240B87" w:rsidRDefault="00000000">
      <w:pPr>
        <w:pStyle w:val="Puntoelenco"/>
      </w:pPr>
      <w:r>
        <w:t>Aprire i contenitori lentamente per ridurre vapori/aerosol.</w:t>
      </w:r>
    </w:p>
    <w:p w14:paraId="70426EE7" w14:textId="77777777" w:rsidR="00240B87" w:rsidRDefault="00000000">
      <w:pPr>
        <w:pStyle w:val="Puntoelenco"/>
      </w:pPr>
      <w:r>
        <w:t>Usare pompa o imbuto; evitare versamenti dall’alto.</w:t>
      </w:r>
    </w:p>
    <w:p w14:paraId="3FA58968" w14:textId="77777777" w:rsidR="00240B87" w:rsidRDefault="00000000">
      <w:pPr>
        <w:pStyle w:val="Puntoelenco"/>
      </w:pPr>
      <w:r>
        <w:t>Non miscelare prodotti diversi se non previsto (rischio reazioni).</w:t>
      </w:r>
    </w:p>
    <w:p w14:paraId="4C952D6D" w14:textId="77777777" w:rsidR="00240B87" w:rsidRDefault="00000000">
      <w:pPr>
        <w:pStyle w:val="Puntoelenco"/>
      </w:pPr>
      <w:r>
        <w:t>Chiudere subito i contenitori e pulire gocce.</w:t>
      </w:r>
    </w:p>
    <w:p w14:paraId="11FC95DA" w14:textId="77777777" w:rsidR="00240B87" w:rsidRDefault="00000000">
      <w:r>
        <w:t>4) Chiusura operazione</w:t>
      </w:r>
    </w:p>
    <w:p w14:paraId="220D8B36" w14:textId="77777777" w:rsidR="00240B87" w:rsidRDefault="00000000">
      <w:pPr>
        <w:pStyle w:val="Puntoelenco"/>
      </w:pPr>
      <w:r>
        <w:t>Applicare etichetta A4 al recipiente secondario.</w:t>
      </w:r>
    </w:p>
    <w:p w14:paraId="7CA2673D" w14:textId="77777777" w:rsidR="00240B87" w:rsidRDefault="00000000">
      <w:pPr>
        <w:pStyle w:val="Puntoelenco"/>
      </w:pPr>
      <w:r>
        <w:t>Smaltire panni/assorbenti come rifiuti (A10).</w:t>
      </w:r>
    </w:p>
    <w:p w14:paraId="7D5F7A14" w14:textId="77777777" w:rsidR="00240B87" w:rsidRDefault="00000000">
      <w:pPr>
        <w:pStyle w:val="Puntoelenco"/>
      </w:pPr>
      <w:r>
        <w:t>Lavare mani e ripristinare area.</w:t>
      </w:r>
    </w:p>
    <w:p w14:paraId="52DB5942" w14:textId="77777777" w:rsidR="00240B87" w:rsidRDefault="00000000">
      <w:r>
        <w:br w:type="page"/>
      </w:r>
    </w:p>
    <w:p w14:paraId="43FC2CE4" w14:textId="77777777" w:rsidR="00240B87" w:rsidRDefault="00000000">
      <w:pPr>
        <w:pStyle w:val="Titolo1"/>
        <w:spacing w:after="120"/>
      </w:pPr>
      <w:r>
        <w:lastRenderedPageBreak/>
        <w:t>Allegato A7 - Registro consegna DPI e addestramento (incl. fit-check respiratori)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 w:rsidR="00240B87" w14:paraId="3EE4922B" w14:textId="77777777">
        <w:trPr>
          <w:jc w:val="center"/>
        </w:trPr>
        <w:tc>
          <w:tcPr>
            <w:tcW w:w="1247" w:type="dxa"/>
          </w:tcPr>
          <w:p w14:paraId="3C530098" w14:textId="77777777" w:rsidR="00240B87" w:rsidRDefault="00000000">
            <w:r>
              <w:rPr>
                <w:b/>
                <w:sz w:val="16"/>
              </w:rPr>
              <w:t>Data</w:t>
            </w:r>
          </w:p>
        </w:tc>
        <w:tc>
          <w:tcPr>
            <w:tcW w:w="1247" w:type="dxa"/>
          </w:tcPr>
          <w:p w14:paraId="574A91EC" w14:textId="77777777" w:rsidR="00240B87" w:rsidRDefault="00000000">
            <w:r>
              <w:rPr>
                <w:b/>
                <w:sz w:val="16"/>
              </w:rPr>
              <w:t>Lavoratore</w:t>
            </w:r>
          </w:p>
        </w:tc>
        <w:tc>
          <w:tcPr>
            <w:tcW w:w="1247" w:type="dxa"/>
          </w:tcPr>
          <w:p w14:paraId="62CCE83E" w14:textId="77777777" w:rsidR="00240B87" w:rsidRDefault="00000000">
            <w:r>
              <w:rPr>
                <w:b/>
                <w:sz w:val="16"/>
              </w:rPr>
              <w:t>Mansione</w:t>
            </w:r>
          </w:p>
        </w:tc>
        <w:tc>
          <w:tcPr>
            <w:tcW w:w="1247" w:type="dxa"/>
          </w:tcPr>
          <w:p w14:paraId="69F686BC" w14:textId="77777777" w:rsidR="00240B87" w:rsidRDefault="00000000">
            <w:r>
              <w:rPr>
                <w:b/>
                <w:sz w:val="16"/>
              </w:rPr>
              <w:t>DPI</w:t>
            </w:r>
            <w:r>
              <w:rPr>
                <w:b/>
                <w:sz w:val="16"/>
              </w:rPr>
              <w:br/>
              <w:t>consegnato</w:t>
            </w:r>
          </w:p>
        </w:tc>
        <w:tc>
          <w:tcPr>
            <w:tcW w:w="1247" w:type="dxa"/>
          </w:tcPr>
          <w:p w14:paraId="319BCFEF" w14:textId="77777777" w:rsidR="00240B87" w:rsidRDefault="00000000">
            <w:r>
              <w:rPr>
                <w:b/>
                <w:sz w:val="16"/>
              </w:rPr>
              <w:t>Taglia/</w:t>
            </w:r>
            <w:r>
              <w:rPr>
                <w:b/>
                <w:sz w:val="16"/>
              </w:rPr>
              <w:br/>
              <w:t>Tipo</w:t>
            </w:r>
          </w:p>
        </w:tc>
        <w:tc>
          <w:tcPr>
            <w:tcW w:w="1247" w:type="dxa"/>
          </w:tcPr>
          <w:p w14:paraId="4184E468" w14:textId="77777777" w:rsidR="00240B87" w:rsidRDefault="00000000">
            <w:r>
              <w:rPr>
                <w:b/>
                <w:sz w:val="16"/>
              </w:rPr>
              <w:t>Addestr.</w:t>
            </w:r>
            <w:r>
              <w:rPr>
                <w:b/>
                <w:sz w:val="16"/>
              </w:rPr>
              <w:br/>
              <w:t>effettuato</w:t>
            </w:r>
          </w:p>
        </w:tc>
        <w:tc>
          <w:tcPr>
            <w:tcW w:w="1247" w:type="dxa"/>
          </w:tcPr>
          <w:p w14:paraId="223B48CB" w14:textId="77777777" w:rsidR="00240B87" w:rsidRDefault="00000000">
            <w:r>
              <w:rPr>
                <w:b/>
                <w:sz w:val="16"/>
              </w:rPr>
              <w:t>Fit-check</w:t>
            </w:r>
            <w:r>
              <w:rPr>
                <w:b/>
                <w:sz w:val="16"/>
              </w:rPr>
              <w:br/>
              <w:t>(se resp.)</w:t>
            </w:r>
          </w:p>
        </w:tc>
        <w:tc>
          <w:tcPr>
            <w:tcW w:w="1247" w:type="dxa"/>
          </w:tcPr>
          <w:p w14:paraId="57645382" w14:textId="77777777" w:rsidR="00240B87" w:rsidRDefault="00000000">
            <w:r>
              <w:rPr>
                <w:b/>
                <w:sz w:val="16"/>
              </w:rPr>
              <w:t>Firma</w:t>
            </w:r>
          </w:p>
        </w:tc>
      </w:tr>
      <w:tr w:rsidR="00240B87" w14:paraId="73EB23BD" w14:textId="77777777">
        <w:trPr>
          <w:jc w:val="center"/>
        </w:trPr>
        <w:tc>
          <w:tcPr>
            <w:tcW w:w="1247" w:type="dxa"/>
          </w:tcPr>
          <w:p w14:paraId="61C863B2" w14:textId="77777777" w:rsidR="00240B87" w:rsidRDefault="00240B87"/>
        </w:tc>
        <w:tc>
          <w:tcPr>
            <w:tcW w:w="1247" w:type="dxa"/>
          </w:tcPr>
          <w:p w14:paraId="5FA588F7" w14:textId="77777777" w:rsidR="00240B87" w:rsidRDefault="00240B87"/>
        </w:tc>
        <w:tc>
          <w:tcPr>
            <w:tcW w:w="1247" w:type="dxa"/>
          </w:tcPr>
          <w:p w14:paraId="6C845BBF" w14:textId="77777777" w:rsidR="00240B87" w:rsidRDefault="00240B87"/>
        </w:tc>
        <w:tc>
          <w:tcPr>
            <w:tcW w:w="1247" w:type="dxa"/>
          </w:tcPr>
          <w:p w14:paraId="2CC09D6F" w14:textId="77777777" w:rsidR="00240B87" w:rsidRDefault="00240B87"/>
        </w:tc>
        <w:tc>
          <w:tcPr>
            <w:tcW w:w="1247" w:type="dxa"/>
          </w:tcPr>
          <w:p w14:paraId="7464664A" w14:textId="77777777" w:rsidR="00240B87" w:rsidRDefault="00240B87"/>
        </w:tc>
        <w:tc>
          <w:tcPr>
            <w:tcW w:w="1247" w:type="dxa"/>
          </w:tcPr>
          <w:p w14:paraId="4AB52336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2214B20D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0EFF51A0" w14:textId="77777777" w:rsidR="00240B87" w:rsidRDefault="00240B87"/>
        </w:tc>
      </w:tr>
      <w:tr w:rsidR="00240B87" w14:paraId="5F340B3D" w14:textId="77777777">
        <w:trPr>
          <w:jc w:val="center"/>
        </w:trPr>
        <w:tc>
          <w:tcPr>
            <w:tcW w:w="1247" w:type="dxa"/>
          </w:tcPr>
          <w:p w14:paraId="1EC707D7" w14:textId="77777777" w:rsidR="00240B87" w:rsidRDefault="00240B87"/>
        </w:tc>
        <w:tc>
          <w:tcPr>
            <w:tcW w:w="1247" w:type="dxa"/>
          </w:tcPr>
          <w:p w14:paraId="54849873" w14:textId="77777777" w:rsidR="00240B87" w:rsidRDefault="00240B87"/>
        </w:tc>
        <w:tc>
          <w:tcPr>
            <w:tcW w:w="1247" w:type="dxa"/>
          </w:tcPr>
          <w:p w14:paraId="7DD94958" w14:textId="77777777" w:rsidR="00240B87" w:rsidRDefault="00240B87"/>
        </w:tc>
        <w:tc>
          <w:tcPr>
            <w:tcW w:w="1247" w:type="dxa"/>
          </w:tcPr>
          <w:p w14:paraId="13DF9F72" w14:textId="77777777" w:rsidR="00240B87" w:rsidRDefault="00240B87"/>
        </w:tc>
        <w:tc>
          <w:tcPr>
            <w:tcW w:w="1247" w:type="dxa"/>
          </w:tcPr>
          <w:p w14:paraId="04F4903D" w14:textId="77777777" w:rsidR="00240B87" w:rsidRDefault="00240B87"/>
        </w:tc>
        <w:tc>
          <w:tcPr>
            <w:tcW w:w="1247" w:type="dxa"/>
          </w:tcPr>
          <w:p w14:paraId="354E3400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142DB48D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387442D1" w14:textId="77777777" w:rsidR="00240B87" w:rsidRDefault="00240B87"/>
        </w:tc>
      </w:tr>
      <w:tr w:rsidR="00240B87" w14:paraId="218224D4" w14:textId="77777777">
        <w:trPr>
          <w:jc w:val="center"/>
        </w:trPr>
        <w:tc>
          <w:tcPr>
            <w:tcW w:w="1247" w:type="dxa"/>
          </w:tcPr>
          <w:p w14:paraId="6AA00FA7" w14:textId="77777777" w:rsidR="00240B87" w:rsidRDefault="00240B87"/>
        </w:tc>
        <w:tc>
          <w:tcPr>
            <w:tcW w:w="1247" w:type="dxa"/>
          </w:tcPr>
          <w:p w14:paraId="19857A79" w14:textId="77777777" w:rsidR="00240B87" w:rsidRDefault="00240B87"/>
        </w:tc>
        <w:tc>
          <w:tcPr>
            <w:tcW w:w="1247" w:type="dxa"/>
          </w:tcPr>
          <w:p w14:paraId="30B830A6" w14:textId="77777777" w:rsidR="00240B87" w:rsidRDefault="00240B87"/>
        </w:tc>
        <w:tc>
          <w:tcPr>
            <w:tcW w:w="1247" w:type="dxa"/>
          </w:tcPr>
          <w:p w14:paraId="252F2F17" w14:textId="77777777" w:rsidR="00240B87" w:rsidRDefault="00240B87"/>
        </w:tc>
        <w:tc>
          <w:tcPr>
            <w:tcW w:w="1247" w:type="dxa"/>
          </w:tcPr>
          <w:p w14:paraId="1E2E5695" w14:textId="77777777" w:rsidR="00240B87" w:rsidRDefault="00240B87"/>
        </w:tc>
        <w:tc>
          <w:tcPr>
            <w:tcW w:w="1247" w:type="dxa"/>
          </w:tcPr>
          <w:p w14:paraId="72BC41B5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3B31A3B5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7A622068" w14:textId="77777777" w:rsidR="00240B87" w:rsidRDefault="00240B87"/>
        </w:tc>
      </w:tr>
      <w:tr w:rsidR="00240B87" w14:paraId="3F3D0762" w14:textId="77777777">
        <w:trPr>
          <w:jc w:val="center"/>
        </w:trPr>
        <w:tc>
          <w:tcPr>
            <w:tcW w:w="1247" w:type="dxa"/>
          </w:tcPr>
          <w:p w14:paraId="18CB93FD" w14:textId="77777777" w:rsidR="00240B87" w:rsidRDefault="00240B87"/>
        </w:tc>
        <w:tc>
          <w:tcPr>
            <w:tcW w:w="1247" w:type="dxa"/>
          </w:tcPr>
          <w:p w14:paraId="54F90283" w14:textId="77777777" w:rsidR="00240B87" w:rsidRDefault="00240B87"/>
        </w:tc>
        <w:tc>
          <w:tcPr>
            <w:tcW w:w="1247" w:type="dxa"/>
          </w:tcPr>
          <w:p w14:paraId="6FE23EDE" w14:textId="77777777" w:rsidR="00240B87" w:rsidRDefault="00240B87"/>
        </w:tc>
        <w:tc>
          <w:tcPr>
            <w:tcW w:w="1247" w:type="dxa"/>
          </w:tcPr>
          <w:p w14:paraId="5592BE56" w14:textId="77777777" w:rsidR="00240B87" w:rsidRDefault="00240B87"/>
        </w:tc>
        <w:tc>
          <w:tcPr>
            <w:tcW w:w="1247" w:type="dxa"/>
          </w:tcPr>
          <w:p w14:paraId="799CD476" w14:textId="77777777" w:rsidR="00240B87" w:rsidRDefault="00240B87"/>
        </w:tc>
        <w:tc>
          <w:tcPr>
            <w:tcW w:w="1247" w:type="dxa"/>
          </w:tcPr>
          <w:p w14:paraId="108FB04D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736B3025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7222E1CA" w14:textId="77777777" w:rsidR="00240B87" w:rsidRDefault="00240B87"/>
        </w:tc>
      </w:tr>
      <w:tr w:rsidR="00240B87" w14:paraId="1319EF20" w14:textId="77777777">
        <w:trPr>
          <w:jc w:val="center"/>
        </w:trPr>
        <w:tc>
          <w:tcPr>
            <w:tcW w:w="1247" w:type="dxa"/>
          </w:tcPr>
          <w:p w14:paraId="2350FDF7" w14:textId="77777777" w:rsidR="00240B87" w:rsidRDefault="00240B87"/>
        </w:tc>
        <w:tc>
          <w:tcPr>
            <w:tcW w:w="1247" w:type="dxa"/>
          </w:tcPr>
          <w:p w14:paraId="752BAB84" w14:textId="77777777" w:rsidR="00240B87" w:rsidRDefault="00240B87"/>
        </w:tc>
        <w:tc>
          <w:tcPr>
            <w:tcW w:w="1247" w:type="dxa"/>
          </w:tcPr>
          <w:p w14:paraId="275FEF66" w14:textId="77777777" w:rsidR="00240B87" w:rsidRDefault="00240B87"/>
        </w:tc>
        <w:tc>
          <w:tcPr>
            <w:tcW w:w="1247" w:type="dxa"/>
          </w:tcPr>
          <w:p w14:paraId="266FED0E" w14:textId="77777777" w:rsidR="00240B87" w:rsidRDefault="00240B87"/>
        </w:tc>
        <w:tc>
          <w:tcPr>
            <w:tcW w:w="1247" w:type="dxa"/>
          </w:tcPr>
          <w:p w14:paraId="2EE5F320" w14:textId="77777777" w:rsidR="00240B87" w:rsidRDefault="00240B87"/>
        </w:tc>
        <w:tc>
          <w:tcPr>
            <w:tcW w:w="1247" w:type="dxa"/>
          </w:tcPr>
          <w:p w14:paraId="46ACDF94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7109F925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26A7EC1E" w14:textId="77777777" w:rsidR="00240B87" w:rsidRDefault="00240B87"/>
        </w:tc>
      </w:tr>
      <w:tr w:rsidR="00240B87" w14:paraId="26E8FC97" w14:textId="77777777">
        <w:trPr>
          <w:jc w:val="center"/>
        </w:trPr>
        <w:tc>
          <w:tcPr>
            <w:tcW w:w="1247" w:type="dxa"/>
          </w:tcPr>
          <w:p w14:paraId="64F76940" w14:textId="77777777" w:rsidR="00240B87" w:rsidRDefault="00240B87"/>
        </w:tc>
        <w:tc>
          <w:tcPr>
            <w:tcW w:w="1247" w:type="dxa"/>
          </w:tcPr>
          <w:p w14:paraId="028DB929" w14:textId="77777777" w:rsidR="00240B87" w:rsidRDefault="00240B87"/>
        </w:tc>
        <w:tc>
          <w:tcPr>
            <w:tcW w:w="1247" w:type="dxa"/>
          </w:tcPr>
          <w:p w14:paraId="12050582" w14:textId="77777777" w:rsidR="00240B87" w:rsidRDefault="00240B87"/>
        </w:tc>
        <w:tc>
          <w:tcPr>
            <w:tcW w:w="1247" w:type="dxa"/>
          </w:tcPr>
          <w:p w14:paraId="65B0F4C3" w14:textId="77777777" w:rsidR="00240B87" w:rsidRDefault="00240B87"/>
        </w:tc>
        <w:tc>
          <w:tcPr>
            <w:tcW w:w="1247" w:type="dxa"/>
          </w:tcPr>
          <w:p w14:paraId="50AAD7F2" w14:textId="77777777" w:rsidR="00240B87" w:rsidRDefault="00240B87"/>
        </w:tc>
        <w:tc>
          <w:tcPr>
            <w:tcW w:w="1247" w:type="dxa"/>
          </w:tcPr>
          <w:p w14:paraId="452B4976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28AE18F2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39FFD707" w14:textId="77777777" w:rsidR="00240B87" w:rsidRDefault="00240B87"/>
        </w:tc>
      </w:tr>
      <w:tr w:rsidR="00240B87" w14:paraId="7A791319" w14:textId="77777777">
        <w:trPr>
          <w:jc w:val="center"/>
        </w:trPr>
        <w:tc>
          <w:tcPr>
            <w:tcW w:w="1247" w:type="dxa"/>
          </w:tcPr>
          <w:p w14:paraId="532EE68D" w14:textId="77777777" w:rsidR="00240B87" w:rsidRDefault="00240B87"/>
        </w:tc>
        <w:tc>
          <w:tcPr>
            <w:tcW w:w="1247" w:type="dxa"/>
          </w:tcPr>
          <w:p w14:paraId="494F83D1" w14:textId="77777777" w:rsidR="00240B87" w:rsidRDefault="00240B87"/>
        </w:tc>
        <w:tc>
          <w:tcPr>
            <w:tcW w:w="1247" w:type="dxa"/>
          </w:tcPr>
          <w:p w14:paraId="0A80C58A" w14:textId="77777777" w:rsidR="00240B87" w:rsidRDefault="00240B87"/>
        </w:tc>
        <w:tc>
          <w:tcPr>
            <w:tcW w:w="1247" w:type="dxa"/>
          </w:tcPr>
          <w:p w14:paraId="09270618" w14:textId="77777777" w:rsidR="00240B87" w:rsidRDefault="00240B87"/>
        </w:tc>
        <w:tc>
          <w:tcPr>
            <w:tcW w:w="1247" w:type="dxa"/>
          </w:tcPr>
          <w:p w14:paraId="39217AB8" w14:textId="77777777" w:rsidR="00240B87" w:rsidRDefault="00240B87"/>
        </w:tc>
        <w:tc>
          <w:tcPr>
            <w:tcW w:w="1247" w:type="dxa"/>
          </w:tcPr>
          <w:p w14:paraId="546DC0EE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118F4D5F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4197DFFF" w14:textId="77777777" w:rsidR="00240B87" w:rsidRDefault="00240B87"/>
        </w:tc>
      </w:tr>
      <w:tr w:rsidR="00240B87" w14:paraId="00993F8F" w14:textId="77777777">
        <w:trPr>
          <w:jc w:val="center"/>
        </w:trPr>
        <w:tc>
          <w:tcPr>
            <w:tcW w:w="1247" w:type="dxa"/>
          </w:tcPr>
          <w:p w14:paraId="11DEA1A4" w14:textId="77777777" w:rsidR="00240B87" w:rsidRDefault="00240B87"/>
        </w:tc>
        <w:tc>
          <w:tcPr>
            <w:tcW w:w="1247" w:type="dxa"/>
          </w:tcPr>
          <w:p w14:paraId="24EBD849" w14:textId="77777777" w:rsidR="00240B87" w:rsidRDefault="00240B87"/>
        </w:tc>
        <w:tc>
          <w:tcPr>
            <w:tcW w:w="1247" w:type="dxa"/>
          </w:tcPr>
          <w:p w14:paraId="06D53BD8" w14:textId="77777777" w:rsidR="00240B87" w:rsidRDefault="00240B87"/>
        </w:tc>
        <w:tc>
          <w:tcPr>
            <w:tcW w:w="1247" w:type="dxa"/>
          </w:tcPr>
          <w:p w14:paraId="3D658058" w14:textId="77777777" w:rsidR="00240B87" w:rsidRDefault="00240B87"/>
        </w:tc>
        <w:tc>
          <w:tcPr>
            <w:tcW w:w="1247" w:type="dxa"/>
          </w:tcPr>
          <w:p w14:paraId="79F9969E" w14:textId="77777777" w:rsidR="00240B87" w:rsidRDefault="00240B87"/>
        </w:tc>
        <w:tc>
          <w:tcPr>
            <w:tcW w:w="1247" w:type="dxa"/>
          </w:tcPr>
          <w:p w14:paraId="771425C1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5AF94EC7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29501743" w14:textId="77777777" w:rsidR="00240B87" w:rsidRDefault="00240B87"/>
        </w:tc>
      </w:tr>
      <w:tr w:rsidR="00240B87" w14:paraId="4ADB488A" w14:textId="77777777">
        <w:trPr>
          <w:jc w:val="center"/>
        </w:trPr>
        <w:tc>
          <w:tcPr>
            <w:tcW w:w="1247" w:type="dxa"/>
          </w:tcPr>
          <w:p w14:paraId="1227F8BD" w14:textId="77777777" w:rsidR="00240B87" w:rsidRDefault="00240B87"/>
        </w:tc>
        <w:tc>
          <w:tcPr>
            <w:tcW w:w="1247" w:type="dxa"/>
          </w:tcPr>
          <w:p w14:paraId="227E2F73" w14:textId="77777777" w:rsidR="00240B87" w:rsidRDefault="00240B87"/>
        </w:tc>
        <w:tc>
          <w:tcPr>
            <w:tcW w:w="1247" w:type="dxa"/>
          </w:tcPr>
          <w:p w14:paraId="5DEF0403" w14:textId="77777777" w:rsidR="00240B87" w:rsidRDefault="00240B87"/>
        </w:tc>
        <w:tc>
          <w:tcPr>
            <w:tcW w:w="1247" w:type="dxa"/>
          </w:tcPr>
          <w:p w14:paraId="3579D63F" w14:textId="77777777" w:rsidR="00240B87" w:rsidRDefault="00240B87"/>
        </w:tc>
        <w:tc>
          <w:tcPr>
            <w:tcW w:w="1247" w:type="dxa"/>
          </w:tcPr>
          <w:p w14:paraId="1E1D074E" w14:textId="77777777" w:rsidR="00240B87" w:rsidRDefault="00240B87"/>
        </w:tc>
        <w:tc>
          <w:tcPr>
            <w:tcW w:w="1247" w:type="dxa"/>
          </w:tcPr>
          <w:p w14:paraId="5AADFBB3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5F9DDCFD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4633C361" w14:textId="77777777" w:rsidR="00240B87" w:rsidRDefault="00240B87"/>
        </w:tc>
      </w:tr>
      <w:tr w:rsidR="00240B87" w14:paraId="7036C3BB" w14:textId="77777777">
        <w:trPr>
          <w:jc w:val="center"/>
        </w:trPr>
        <w:tc>
          <w:tcPr>
            <w:tcW w:w="1247" w:type="dxa"/>
          </w:tcPr>
          <w:p w14:paraId="597AA9FA" w14:textId="77777777" w:rsidR="00240B87" w:rsidRDefault="00240B87"/>
        </w:tc>
        <w:tc>
          <w:tcPr>
            <w:tcW w:w="1247" w:type="dxa"/>
          </w:tcPr>
          <w:p w14:paraId="51D7BF79" w14:textId="77777777" w:rsidR="00240B87" w:rsidRDefault="00240B87"/>
        </w:tc>
        <w:tc>
          <w:tcPr>
            <w:tcW w:w="1247" w:type="dxa"/>
          </w:tcPr>
          <w:p w14:paraId="5CD97520" w14:textId="77777777" w:rsidR="00240B87" w:rsidRDefault="00240B87"/>
        </w:tc>
        <w:tc>
          <w:tcPr>
            <w:tcW w:w="1247" w:type="dxa"/>
          </w:tcPr>
          <w:p w14:paraId="1D6F233F" w14:textId="77777777" w:rsidR="00240B87" w:rsidRDefault="00240B87"/>
        </w:tc>
        <w:tc>
          <w:tcPr>
            <w:tcW w:w="1247" w:type="dxa"/>
          </w:tcPr>
          <w:p w14:paraId="4BA7DA77" w14:textId="77777777" w:rsidR="00240B87" w:rsidRDefault="00240B87"/>
        </w:tc>
        <w:tc>
          <w:tcPr>
            <w:tcW w:w="1247" w:type="dxa"/>
          </w:tcPr>
          <w:p w14:paraId="0174D203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79A97B34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75E869FB" w14:textId="77777777" w:rsidR="00240B87" w:rsidRDefault="00240B87"/>
        </w:tc>
      </w:tr>
      <w:tr w:rsidR="00240B87" w14:paraId="130ECA65" w14:textId="77777777">
        <w:trPr>
          <w:jc w:val="center"/>
        </w:trPr>
        <w:tc>
          <w:tcPr>
            <w:tcW w:w="1247" w:type="dxa"/>
          </w:tcPr>
          <w:p w14:paraId="7FFFDF61" w14:textId="77777777" w:rsidR="00240B87" w:rsidRDefault="00240B87"/>
        </w:tc>
        <w:tc>
          <w:tcPr>
            <w:tcW w:w="1247" w:type="dxa"/>
          </w:tcPr>
          <w:p w14:paraId="16299596" w14:textId="77777777" w:rsidR="00240B87" w:rsidRDefault="00240B87"/>
        </w:tc>
        <w:tc>
          <w:tcPr>
            <w:tcW w:w="1247" w:type="dxa"/>
          </w:tcPr>
          <w:p w14:paraId="545C4D05" w14:textId="77777777" w:rsidR="00240B87" w:rsidRDefault="00240B87"/>
        </w:tc>
        <w:tc>
          <w:tcPr>
            <w:tcW w:w="1247" w:type="dxa"/>
          </w:tcPr>
          <w:p w14:paraId="74039520" w14:textId="77777777" w:rsidR="00240B87" w:rsidRDefault="00240B87"/>
        </w:tc>
        <w:tc>
          <w:tcPr>
            <w:tcW w:w="1247" w:type="dxa"/>
          </w:tcPr>
          <w:p w14:paraId="487CE46F" w14:textId="77777777" w:rsidR="00240B87" w:rsidRDefault="00240B87"/>
        </w:tc>
        <w:tc>
          <w:tcPr>
            <w:tcW w:w="1247" w:type="dxa"/>
          </w:tcPr>
          <w:p w14:paraId="7A54613E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12238F72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7942CF11" w14:textId="77777777" w:rsidR="00240B87" w:rsidRDefault="00240B87"/>
        </w:tc>
      </w:tr>
      <w:tr w:rsidR="00240B87" w14:paraId="60D17464" w14:textId="77777777">
        <w:trPr>
          <w:jc w:val="center"/>
        </w:trPr>
        <w:tc>
          <w:tcPr>
            <w:tcW w:w="1247" w:type="dxa"/>
          </w:tcPr>
          <w:p w14:paraId="39774B0D" w14:textId="77777777" w:rsidR="00240B87" w:rsidRDefault="00240B87"/>
        </w:tc>
        <w:tc>
          <w:tcPr>
            <w:tcW w:w="1247" w:type="dxa"/>
          </w:tcPr>
          <w:p w14:paraId="3086FAB4" w14:textId="77777777" w:rsidR="00240B87" w:rsidRDefault="00240B87"/>
        </w:tc>
        <w:tc>
          <w:tcPr>
            <w:tcW w:w="1247" w:type="dxa"/>
          </w:tcPr>
          <w:p w14:paraId="454CA215" w14:textId="77777777" w:rsidR="00240B87" w:rsidRDefault="00240B87"/>
        </w:tc>
        <w:tc>
          <w:tcPr>
            <w:tcW w:w="1247" w:type="dxa"/>
          </w:tcPr>
          <w:p w14:paraId="27F2DF8A" w14:textId="77777777" w:rsidR="00240B87" w:rsidRDefault="00240B87"/>
        </w:tc>
        <w:tc>
          <w:tcPr>
            <w:tcW w:w="1247" w:type="dxa"/>
          </w:tcPr>
          <w:p w14:paraId="2B7677CB" w14:textId="77777777" w:rsidR="00240B87" w:rsidRDefault="00240B87"/>
        </w:tc>
        <w:tc>
          <w:tcPr>
            <w:tcW w:w="1247" w:type="dxa"/>
          </w:tcPr>
          <w:p w14:paraId="7ADE653C" w14:textId="77777777" w:rsidR="00240B87" w:rsidRDefault="00000000">
            <w:r>
              <w:rPr>
                <w:sz w:val="16"/>
              </w:rPr>
              <w:t>☐ Sì  ☐ No</w:t>
            </w:r>
          </w:p>
        </w:tc>
        <w:tc>
          <w:tcPr>
            <w:tcW w:w="1247" w:type="dxa"/>
          </w:tcPr>
          <w:p w14:paraId="40DE9B5E" w14:textId="77777777" w:rsidR="00240B87" w:rsidRDefault="00000000">
            <w:r>
              <w:rPr>
                <w:sz w:val="16"/>
              </w:rPr>
              <w:t>☐ Sì  ☐ No  ☐ NA</w:t>
            </w:r>
          </w:p>
        </w:tc>
        <w:tc>
          <w:tcPr>
            <w:tcW w:w="1247" w:type="dxa"/>
          </w:tcPr>
          <w:p w14:paraId="36FB46A2" w14:textId="77777777" w:rsidR="00240B87" w:rsidRDefault="00240B87"/>
        </w:tc>
      </w:tr>
    </w:tbl>
    <w:p w14:paraId="5E6AFB5D" w14:textId="77777777" w:rsidR="00240B87" w:rsidRDefault="00000000">
      <w:r>
        <w:t>Nota: se si usano respiratori a tenuta facciale, prevedere prova di adattamento secondo procedura aziendale e istruzioni del produttore.</w:t>
      </w:r>
    </w:p>
    <w:p w14:paraId="493A1339" w14:textId="77777777" w:rsidR="00240B87" w:rsidRDefault="00000000">
      <w:r>
        <w:br w:type="page"/>
      </w:r>
    </w:p>
    <w:p w14:paraId="540055E3" w14:textId="77777777" w:rsidR="00240B87" w:rsidRDefault="00000000">
      <w:pPr>
        <w:pStyle w:val="Titolo1"/>
        <w:spacing w:after="120"/>
      </w:pPr>
      <w:r>
        <w:lastRenderedPageBreak/>
        <w:t>Allegato A8 - Piano operativo gestione sversamenti (kit, ruoli, sequenza)</w:t>
      </w:r>
    </w:p>
    <w:p w14:paraId="2BEBB9B0" w14:textId="77777777" w:rsidR="00240B87" w:rsidRDefault="00000000">
      <w:r>
        <w:t>Identificare i referenti per reparto e la posizione dei kit. Integrare con piano emergenza aziendale.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240B87" w14:paraId="4627BE3C" w14:textId="77777777">
        <w:trPr>
          <w:jc w:val="center"/>
        </w:trPr>
        <w:tc>
          <w:tcPr>
            <w:tcW w:w="2493" w:type="dxa"/>
          </w:tcPr>
          <w:p w14:paraId="0D3F4EB6" w14:textId="77777777" w:rsidR="00240B87" w:rsidRDefault="00000000">
            <w:r>
              <w:rPr>
                <w:b/>
                <w:sz w:val="20"/>
              </w:rPr>
              <w:t>Reparto/Area</w:t>
            </w:r>
          </w:p>
        </w:tc>
        <w:tc>
          <w:tcPr>
            <w:tcW w:w="2493" w:type="dxa"/>
          </w:tcPr>
          <w:p w14:paraId="50BB5151" w14:textId="77777777" w:rsidR="00240B87" w:rsidRDefault="00000000">
            <w:r>
              <w:rPr>
                <w:b/>
                <w:sz w:val="20"/>
              </w:rPr>
              <w:t>Posizione kit</w:t>
            </w:r>
          </w:p>
        </w:tc>
        <w:tc>
          <w:tcPr>
            <w:tcW w:w="2493" w:type="dxa"/>
          </w:tcPr>
          <w:p w14:paraId="3D2B68EB" w14:textId="77777777" w:rsidR="00240B87" w:rsidRDefault="00000000">
            <w:r>
              <w:rPr>
                <w:b/>
                <w:sz w:val="20"/>
              </w:rPr>
              <w:t>Referente (nome/telefono)</w:t>
            </w:r>
          </w:p>
        </w:tc>
        <w:tc>
          <w:tcPr>
            <w:tcW w:w="2493" w:type="dxa"/>
          </w:tcPr>
          <w:p w14:paraId="4564C6B4" w14:textId="77777777" w:rsidR="00240B87" w:rsidRDefault="00000000">
            <w:r>
              <w:rPr>
                <w:b/>
                <w:sz w:val="20"/>
              </w:rPr>
              <w:t>Tipi prodotti principali</w:t>
            </w:r>
          </w:p>
        </w:tc>
      </w:tr>
      <w:tr w:rsidR="00240B87" w14:paraId="71772242" w14:textId="77777777">
        <w:trPr>
          <w:jc w:val="center"/>
        </w:trPr>
        <w:tc>
          <w:tcPr>
            <w:tcW w:w="2493" w:type="dxa"/>
          </w:tcPr>
          <w:p w14:paraId="7DB9CB46" w14:textId="77777777" w:rsidR="00240B87" w:rsidRDefault="00240B87"/>
        </w:tc>
        <w:tc>
          <w:tcPr>
            <w:tcW w:w="2493" w:type="dxa"/>
          </w:tcPr>
          <w:p w14:paraId="5BB84792" w14:textId="77777777" w:rsidR="00240B87" w:rsidRDefault="00240B87"/>
        </w:tc>
        <w:tc>
          <w:tcPr>
            <w:tcW w:w="2493" w:type="dxa"/>
          </w:tcPr>
          <w:p w14:paraId="479E91B7" w14:textId="77777777" w:rsidR="00240B87" w:rsidRDefault="00240B87"/>
        </w:tc>
        <w:tc>
          <w:tcPr>
            <w:tcW w:w="2493" w:type="dxa"/>
          </w:tcPr>
          <w:p w14:paraId="294905FA" w14:textId="77777777" w:rsidR="00240B87" w:rsidRDefault="00240B87"/>
        </w:tc>
      </w:tr>
      <w:tr w:rsidR="00240B87" w14:paraId="7C796A6A" w14:textId="77777777">
        <w:trPr>
          <w:jc w:val="center"/>
        </w:trPr>
        <w:tc>
          <w:tcPr>
            <w:tcW w:w="2493" w:type="dxa"/>
          </w:tcPr>
          <w:p w14:paraId="026A2109" w14:textId="77777777" w:rsidR="00240B87" w:rsidRDefault="00240B87"/>
        </w:tc>
        <w:tc>
          <w:tcPr>
            <w:tcW w:w="2493" w:type="dxa"/>
          </w:tcPr>
          <w:p w14:paraId="3C820ED7" w14:textId="77777777" w:rsidR="00240B87" w:rsidRDefault="00240B87"/>
        </w:tc>
        <w:tc>
          <w:tcPr>
            <w:tcW w:w="2493" w:type="dxa"/>
          </w:tcPr>
          <w:p w14:paraId="64802D44" w14:textId="77777777" w:rsidR="00240B87" w:rsidRDefault="00240B87"/>
        </w:tc>
        <w:tc>
          <w:tcPr>
            <w:tcW w:w="2493" w:type="dxa"/>
          </w:tcPr>
          <w:p w14:paraId="24556E69" w14:textId="77777777" w:rsidR="00240B87" w:rsidRDefault="00240B87"/>
        </w:tc>
      </w:tr>
      <w:tr w:rsidR="00240B87" w14:paraId="519B279F" w14:textId="77777777">
        <w:trPr>
          <w:jc w:val="center"/>
        </w:trPr>
        <w:tc>
          <w:tcPr>
            <w:tcW w:w="2493" w:type="dxa"/>
          </w:tcPr>
          <w:p w14:paraId="58F44E28" w14:textId="77777777" w:rsidR="00240B87" w:rsidRDefault="00240B87"/>
        </w:tc>
        <w:tc>
          <w:tcPr>
            <w:tcW w:w="2493" w:type="dxa"/>
          </w:tcPr>
          <w:p w14:paraId="2F6732DE" w14:textId="77777777" w:rsidR="00240B87" w:rsidRDefault="00240B87"/>
        </w:tc>
        <w:tc>
          <w:tcPr>
            <w:tcW w:w="2493" w:type="dxa"/>
          </w:tcPr>
          <w:p w14:paraId="25173C6D" w14:textId="77777777" w:rsidR="00240B87" w:rsidRDefault="00240B87"/>
        </w:tc>
        <w:tc>
          <w:tcPr>
            <w:tcW w:w="2493" w:type="dxa"/>
          </w:tcPr>
          <w:p w14:paraId="0775E9E8" w14:textId="77777777" w:rsidR="00240B87" w:rsidRDefault="00240B87"/>
        </w:tc>
      </w:tr>
      <w:tr w:rsidR="00240B87" w14:paraId="22DBF20B" w14:textId="77777777">
        <w:trPr>
          <w:jc w:val="center"/>
        </w:trPr>
        <w:tc>
          <w:tcPr>
            <w:tcW w:w="2493" w:type="dxa"/>
          </w:tcPr>
          <w:p w14:paraId="484BDD65" w14:textId="77777777" w:rsidR="00240B87" w:rsidRDefault="00240B87"/>
        </w:tc>
        <w:tc>
          <w:tcPr>
            <w:tcW w:w="2493" w:type="dxa"/>
          </w:tcPr>
          <w:p w14:paraId="21795558" w14:textId="77777777" w:rsidR="00240B87" w:rsidRDefault="00240B87"/>
        </w:tc>
        <w:tc>
          <w:tcPr>
            <w:tcW w:w="2493" w:type="dxa"/>
          </w:tcPr>
          <w:p w14:paraId="46CBC8CA" w14:textId="77777777" w:rsidR="00240B87" w:rsidRDefault="00240B87"/>
        </w:tc>
        <w:tc>
          <w:tcPr>
            <w:tcW w:w="2493" w:type="dxa"/>
          </w:tcPr>
          <w:p w14:paraId="12E2D397" w14:textId="77777777" w:rsidR="00240B87" w:rsidRDefault="00240B87"/>
        </w:tc>
      </w:tr>
      <w:tr w:rsidR="00240B87" w14:paraId="751A102F" w14:textId="77777777">
        <w:trPr>
          <w:jc w:val="center"/>
        </w:trPr>
        <w:tc>
          <w:tcPr>
            <w:tcW w:w="2493" w:type="dxa"/>
          </w:tcPr>
          <w:p w14:paraId="6AE14D96" w14:textId="77777777" w:rsidR="00240B87" w:rsidRDefault="00240B87"/>
        </w:tc>
        <w:tc>
          <w:tcPr>
            <w:tcW w:w="2493" w:type="dxa"/>
          </w:tcPr>
          <w:p w14:paraId="606A592B" w14:textId="77777777" w:rsidR="00240B87" w:rsidRDefault="00240B87"/>
        </w:tc>
        <w:tc>
          <w:tcPr>
            <w:tcW w:w="2493" w:type="dxa"/>
          </w:tcPr>
          <w:p w14:paraId="6AEBB331" w14:textId="77777777" w:rsidR="00240B87" w:rsidRDefault="00240B87"/>
        </w:tc>
        <w:tc>
          <w:tcPr>
            <w:tcW w:w="2493" w:type="dxa"/>
          </w:tcPr>
          <w:p w14:paraId="6F464034" w14:textId="77777777" w:rsidR="00240B87" w:rsidRDefault="00240B87"/>
        </w:tc>
      </w:tr>
      <w:tr w:rsidR="00240B87" w14:paraId="4E04C76F" w14:textId="77777777">
        <w:trPr>
          <w:jc w:val="center"/>
        </w:trPr>
        <w:tc>
          <w:tcPr>
            <w:tcW w:w="2493" w:type="dxa"/>
          </w:tcPr>
          <w:p w14:paraId="03EBE0AD" w14:textId="77777777" w:rsidR="00240B87" w:rsidRDefault="00240B87"/>
        </w:tc>
        <w:tc>
          <w:tcPr>
            <w:tcW w:w="2493" w:type="dxa"/>
          </w:tcPr>
          <w:p w14:paraId="0B16FB3B" w14:textId="77777777" w:rsidR="00240B87" w:rsidRDefault="00240B87"/>
        </w:tc>
        <w:tc>
          <w:tcPr>
            <w:tcW w:w="2493" w:type="dxa"/>
          </w:tcPr>
          <w:p w14:paraId="0BB0CA9F" w14:textId="77777777" w:rsidR="00240B87" w:rsidRDefault="00240B87"/>
        </w:tc>
        <w:tc>
          <w:tcPr>
            <w:tcW w:w="2493" w:type="dxa"/>
          </w:tcPr>
          <w:p w14:paraId="1859F47B" w14:textId="77777777" w:rsidR="00240B87" w:rsidRDefault="00240B87"/>
        </w:tc>
      </w:tr>
      <w:tr w:rsidR="00240B87" w14:paraId="00F5F660" w14:textId="77777777">
        <w:trPr>
          <w:jc w:val="center"/>
        </w:trPr>
        <w:tc>
          <w:tcPr>
            <w:tcW w:w="2493" w:type="dxa"/>
          </w:tcPr>
          <w:p w14:paraId="2863C25F" w14:textId="77777777" w:rsidR="00240B87" w:rsidRDefault="00240B87"/>
        </w:tc>
        <w:tc>
          <w:tcPr>
            <w:tcW w:w="2493" w:type="dxa"/>
          </w:tcPr>
          <w:p w14:paraId="16247036" w14:textId="77777777" w:rsidR="00240B87" w:rsidRDefault="00240B87"/>
        </w:tc>
        <w:tc>
          <w:tcPr>
            <w:tcW w:w="2493" w:type="dxa"/>
          </w:tcPr>
          <w:p w14:paraId="0EF175DA" w14:textId="77777777" w:rsidR="00240B87" w:rsidRDefault="00240B87"/>
        </w:tc>
        <w:tc>
          <w:tcPr>
            <w:tcW w:w="2493" w:type="dxa"/>
          </w:tcPr>
          <w:p w14:paraId="6042E271" w14:textId="77777777" w:rsidR="00240B87" w:rsidRDefault="00240B87"/>
        </w:tc>
      </w:tr>
      <w:tr w:rsidR="00240B87" w14:paraId="3B1482F6" w14:textId="77777777">
        <w:trPr>
          <w:jc w:val="center"/>
        </w:trPr>
        <w:tc>
          <w:tcPr>
            <w:tcW w:w="2493" w:type="dxa"/>
          </w:tcPr>
          <w:p w14:paraId="76F974DF" w14:textId="77777777" w:rsidR="00240B87" w:rsidRDefault="00240B87"/>
        </w:tc>
        <w:tc>
          <w:tcPr>
            <w:tcW w:w="2493" w:type="dxa"/>
          </w:tcPr>
          <w:p w14:paraId="5B059176" w14:textId="77777777" w:rsidR="00240B87" w:rsidRDefault="00240B87"/>
        </w:tc>
        <w:tc>
          <w:tcPr>
            <w:tcW w:w="2493" w:type="dxa"/>
          </w:tcPr>
          <w:p w14:paraId="7FAA4A62" w14:textId="77777777" w:rsidR="00240B87" w:rsidRDefault="00240B87"/>
        </w:tc>
        <w:tc>
          <w:tcPr>
            <w:tcW w:w="2493" w:type="dxa"/>
          </w:tcPr>
          <w:p w14:paraId="42F48EBB" w14:textId="77777777" w:rsidR="00240B87" w:rsidRDefault="00240B87"/>
        </w:tc>
      </w:tr>
    </w:tbl>
    <w:p w14:paraId="1CF0E7D8" w14:textId="77777777" w:rsidR="00240B87" w:rsidRDefault="00000000">
      <w:r>
        <w:t>Sequenza intervento (valutare sempre sicurezza personale):</w:t>
      </w:r>
    </w:p>
    <w:p w14:paraId="60FB0017" w14:textId="77777777" w:rsidR="00240B87" w:rsidRDefault="00000000">
      <w:pPr>
        <w:spacing w:after="40"/>
        <w:ind w:left="425" w:hanging="255"/>
      </w:pPr>
      <w:r>
        <w:t>1. Allerta e isolamento area (nastro/segni), evacuare se necessario.</w:t>
      </w:r>
    </w:p>
    <w:p w14:paraId="183F5C28" w14:textId="77777777" w:rsidR="00240B87" w:rsidRDefault="00000000">
      <w:pPr>
        <w:spacing w:after="40"/>
        <w:ind w:left="425" w:hanging="255"/>
      </w:pPr>
      <w:r>
        <w:t>2. Valutare pericolo (infiammabile/tossico/corrosivo) e ventilare.</w:t>
      </w:r>
    </w:p>
    <w:p w14:paraId="51BF304A" w14:textId="77777777" w:rsidR="00240B87" w:rsidRDefault="00000000">
      <w:pPr>
        <w:spacing w:after="40"/>
        <w:ind w:left="425" w:hanging="255"/>
      </w:pPr>
      <w:r>
        <w:t>3. Indossare DPI adeguati; contenere con barriere assorbenti.</w:t>
      </w:r>
    </w:p>
    <w:p w14:paraId="2EAC64D8" w14:textId="77777777" w:rsidR="00240B87" w:rsidRDefault="00000000">
      <w:pPr>
        <w:spacing w:after="40"/>
        <w:ind w:left="425" w:hanging="255"/>
      </w:pPr>
      <w:r>
        <w:t>4. Raccogliere e conferire a contenitore rifiuti; pulizia finale.</w:t>
      </w:r>
    </w:p>
    <w:p w14:paraId="26A583C5" w14:textId="77777777" w:rsidR="00240B87" w:rsidRDefault="00000000">
      <w:pPr>
        <w:spacing w:after="40"/>
        <w:ind w:left="425" w:hanging="255"/>
      </w:pPr>
      <w:r>
        <w:t>5. Registrare evento (A9) e ripristinare kit (reintegro).</w:t>
      </w:r>
    </w:p>
    <w:p w14:paraId="36BCD31D" w14:textId="77777777" w:rsidR="00240B87" w:rsidRDefault="00000000">
      <w:r>
        <w:br w:type="page"/>
      </w:r>
    </w:p>
    <w:p w14:paraId="04FBE25F" w14:textId="77777777" w:rsidR="00240B87" w:rsidRDefault="00000000">
      <w:pPr>
        <w:pStyle w:val="Titolo1"/>
        <w:spacing w:after="120"/>
      </w:pPr>
      <w:r>
        <w:lastRenderedPageBreak/>
        <w:t>Allegato A9 - Modulo segnalazione incidente/quasi incidente e azioni immediate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240B87" w14:paraId="7D560FA6" w14:textId="77777777">
        <w:trPr>
          <w:jc w:val="center"/>
        </w:trPr>
        <w:tc>
          <w:tcPr>
            <w:tcW w:w="2493" w:type="dxa"/>
          </w:tcPr>
          <w:p w14:paraId="4E27FA07" w14:textId="77777777" w:rsidR="00240B87" w:rsidRDefault="00000000">
            <w:r>
              <w:rPr>
                <w:sz w:val="18"/>
              </w:rPr>
              <w:t>Data/Ora</w:t>
            </w:r>
          </w:p>
        </w:tc>
        <w:tc>
          <w:tcPr>
            <w:tcW w:w="2493" w:type="dxa"/>
          </w:tcPr>
          <w:p w14:paraId="6EAFBC20" w14:textId="77777777" w:rsidR="00240B87" w:rsidRDefault="00240B87"/>
        </w:tc>
        <w:tc>
          <w:tcPr>
            <w:tcW w:w="2493" w:type="dxa"/>
          </w:tcPr>
          <w:p w14:paraId="66D112CE" w14:textId="77777777" w:rsidR="00240B87" w:rsidRDefault="00000000">
            <w:r>
              <w:rPr>
                <w:sz w:val="18"/>
              </w:rPr>
              <w:t>Luogo/Reparto</w:t>
            </w:r>
          </w:p>
        </w:tc>
        <w:tc>
          <w:tcPr>
            <w:tcW w:w="2493" w:type="dxa"/>
          </w:tcPr>
          <w:p w14:paraId="7DCB5A59" w14:textId="77777777" w:rsidR="00240B87" w:rsidRDefault="00240B87"/>
        </w:tc>
      </w:tr>
      <w:tr w:rsidR="00240B87" w14:paraId="18E54AE4" w14:textId="77777777">
        <w:trPr>
          <w:jc w:val="center"/>
        </w:trPr>
        <w:tc>
          <w:tcPr>
            <w:tcW w:w="2493" w:type="dxa"/>
          </w:tcPr>
          <w:p w14:paraId="69A3554E" w14:textId="77777777" w:rsidR="00240B87" w:rsidRDefault="00000000">
            <w:r>
              <w:rPr>
                <w:sz w:val="18"/>
              </w:rPr>
              <w:t>Segnalatore</w:t>
            </w:r>
          </w:p>
        </w:tc>
        <w:tc>
          <w:tcPr>
            <w:tcW w:w="2493" w:type="dxa"/>
          </w:tcPr>
          <w:p w14:paraId="3A0C70DF" w14:textId="77777777" w:rsidR="00240B87" w:rsidRDefault="00240B87"/>
        </w:tc>
        <w:tc>
          <w:tcPr>
            <w:tcW w:w="2493" w:type="dxa"/>
          </w:tcPr>
          <w:p w14:paraId="0A52E532" w14:textId="77777777" w:rsidR="00240B87" w:rsidRDefault="00000000">
            <w:r>
              <w:rPr>
                <w:sz w:val="18"/>
              </w:rPr>
              <w:t>Mansione</w:t>
            </w:r>
          </w:p>
        </w:tc>
        <w:tc>
          <w:tcPr>
            <w:tcW w:w="2493" w:type="dxa"/>
          </w:tcPr>
          <w:p w14:paraId="292F5BE6" w14:textId="77777777" w:rsidR="00240B87" w:rsidRDefault="00240B87"/>
        </w:tc>
      </w:tr>
      <w:tr w:rsidR="00240B87" w14:paraId="5B843C3B" w14:textId="77777777">
        <w:trPr>
          <w:jc w:val="center"/>
        </w:trPr>
        <w:tc>
          <w:tcPr>
            <w:tcW w:w="2493" w:type="dxa"/>
          </w:tcPr>
          <w:p w14:paraId="2F76D97B" w14:textId="77777777" w:rsidR="00240B87" w:rsidRDefault="00000000">
            <w:r>
              <w:rPr>
                <w:sz w:val="18"/>
              </w:rPr>
              <w:t>Tipo evento</w:t>
            </w:r>
          </w:p>
        </w:tc>
        <w:tc>
          <w:tcPr>
            <w:tcW w:w="2493" w:type="dxa"/>
          </w:tcPr>
          <w:p w14:paraId="7D82168D" w14:textId="77777777" w:rsidR="00240B87" w:rsidRDefault="00000000">
            <w:r>
              <w:rPr>
                <w:sz w:val="18"/>
              </w:rPr>
              <w:t>☐ Sversamento  ☐ Esposizione  ☐ Incendio  ☐ Quasi incidente  ☐ Altro</w:t>
            </w:r>
          </w:p>
        </w:tc>
        <w:tc>
          <w:tcPr>
            <w:tcW w:w="2493" w:type="dxa"/>
          </w:tcPr>
          <w:p w14:paraId="02A81B62" w14:textId="77777777" w:rsidR="00240B87" w:rsidRDefault="00000000">
            <w:r>
              <w:rPr>
                <w:sz w:val="18"/>
              </w:rPr>
              <w:t>Prodotto coinvolto</w:t>
            </w:r>
          </w:p>
        </w:tc>
        <w:tc>
          <w:tcPr>
            <w:tcW w:w="2493" w:type="dxa"/>
          </w:tcPr>
          <w:p w14:paraId="062F3155" w14:textId="77777777" w:rsidR="00240B87" w:rsidRDefault="00240B87"/>
        </w:tc>
      </w:tr>
      <w:tr w:rsidR="00240B87" w14:paraId="53CE81B3" w14:textId="77777777">
        <w:trPr>
          <w:jc w:val="center"/>
        </w:trPr>
        <w:tc>
          <w:tcPr>
            <w:tcW w:w="2493" w:type="dxa"/>
          </w:tcPr>
          <w:p w14:paraId="7B0796A9" w14:textId="77777777" w:rsidR="00240B87" w:rsidRDefault="00000000">
            <w:r>
              <w:rPr>
                <w:sz w:val="18"/>
              </w:rPr>
              <w:t>Descrizione dettagliata</w:t>
            </w:r>
          </w:p>
        </w:tc>
        <w:tc>
          <w:tcPr>
            <w:tcW w:w="2493" w:type="dxa"/>
          </w:tcPr>
          <w:p w14:paraId="6D2BD03F" w14:textId="77777777" w:rsidR="00240B87" w:rsidRDefault="00240B87"/>
        </w:tc>
        <w:tc>
          <w:tcPr>
            <w:tcW w:w="2493" w:type="dxa"/>
          </w:tcPr>
          <w:p w14:paraId="44E0EEA8" w14:textId="77777777" w:rsidR="00240B87" w:rsidRDefault="00000000">
            <w:r>
              <w:rPr>
                <w:sz w:val="18"/>
              </w:rPr>
              <w:t>Cause presunte</w:t>
            </w:r>
          </w:p>
        </w:tc>
        <w:tc>
          <w:tcPr>
            <w:tcW w:w="2493" w:type="dxa"/>
          </w:tcPr>
          <w:p w14:paraId="043080EC" w14:textId="77777777" w:rsidR="00240B87" w:rsidRDefault="00240B87"/>
        </w:tc>
      </w:tr>
      <w:tr w:rsidR="00240B87" w14:paraId="043FF25E" w14:textId="77777777">
        <w:trPr>
          <w:jc w:val="center"/>
        </w:trPr>
        <w:tc>
          <w:tcPr>
            <w:tcW w:w="2493" w:type="dxa"/>
          </w:tcPr>
          <w:p w14:paraId="3452910F" w14:textId="77777777" w:rsidR="00240B87" w:rsidRDefault="00000000">
            <w:r>
              <w:rPr>
                <w:sz w:val="18"/>
              </w:rPr>
              <w:t>Persone coinvolte</w:t>
            </w:r>
          </w:p>
        </w:tc>
        <w:tc>
          <w:tcPr>
            <w:tcW w:w="2493" w:type="dxa"/>
          </w:tcPr>
          <w:p w14:paraId="5E93CEE7" w14:textId="77777777" w:rsidR="00240B87" w:rsidRDefault="00240B87"/>
        </w:tc>
        <w:tc>
          <w:tcPr>
            <w:tcW w:w="2493" w:type="dxa"/>
          </w:tcPr>
          <w:p w14:paraId="677567AE" w14:textId="77777777" w:rsidR="00240B87" w:rsidRDefault="00000000">
            <w:r>
              <w:rPr>
                <w:sz w:val="18"/>
              </w:rPr>
              <w:t>Danni/lesioni</w:t>
            </w:r>
          </w:p>
        </w:tc>
        <w:tc>
          <w:tcPr>
            <w:tcW w:w="2493" w:type="dxa"/>
          </w:tcPr>
          <w:p w14:paraId="1E177067" w14:textId="77777777" w:rsidR="00240B87" w:rsidRDefault="00240B87"/>
        </w:tc>
      </w:tr>
      <w:tr w:rsidR="00240B87" w14:paraId="6FBE23B6" w14:textId="77777777">
        <w:trPr>
          <w:jc w:val="center"/>
        </w:trPr>
        <w:tc>
          <w:tcPr>
            <w:tcW w:w="2493" w:type="dxa"/>
          </w:tcPr>
          <w:p w14:paraId="2441B68C" w14:textId="77777777" w:rsidR="00240B87" w:rsidRDefault="00000000">
            <w:r>
              <w:rPr>
                <w:sz w:val="18"/>
              </w:rPr>
              <w:t>Azioni immediate</w:t>
            </w:r>
          </w:p>
        </w:tc>
        <w:tc>
          <w:tcPr>
            <w:tcW w:w="2493" w:type="dxa"/>
          </w:tcPr>
          <w:p w14:paraId="0804EDC2" w14:textId="77777777" w:rsidR="00240B87" w:rsidRDefault="00240B87"/>
        </w:tc>
        <w:tc>
          <w:tcPr>
            <w:tcW w:w="2493" w:type="dxa"/>
          </w:tcPr>
          <w:p w14:paraId="4021D73C" w14:textId="77777777" w:rsidR="00240B87" w:rsidRDefault="00000000">
            <w:r>
              <w:rPr>
                <w:sz w:val="18"/>
              </w:rPr>
              <w:t>DPI utilizzati</w:t>
            </w:r>
          </w:p>
        </w:tc>
        <w:tc>
          <w:tcPr>
            <w:tcW w:w="2493" w:type="dxa"/>
          </w:tcPr>
          <w:p w14:paraId="6D4AF5A1" w14:textId="77777777" w:rsidR="00240B87" w:rsidRDefault="00240B87"/>
        </w:tc>
      </w:tr>
      <w:tr w:rsidR="00240B87" w14:paraId="6A0A992C" w14:textId="77777777">
        <w:trPr>
          <w:jc w:val="center"/>
        </w:trPr>
        <w:tc>
          <w:tcPr>
            <w:tcW w:w="2493" w:type="dxa"/>
          </w:tcPr>
          <w:p w14:paraId="6C6CF1A1" w14:textId="77777777" w:rsidR="00240B87" w:rsidRDefault="00000000">
            <w:r>
              <w:rPr>
                <w:sz w:val="18"/>
              </w:rPr>
              <w:t>Necessità di assistenza esterna</w:t>
            </w:r>
          </w:p>
        </w:tc>
        <w:tc>
          <w:tcPr>
            <w:tcW w:w="2493" w:type="dxa"/>
          </w:tcPr>
          <w:p w14:paraId="2A7E98B6" w14:textId="77777777" w:rsidR="00240B87" w:rsidRDefault="00000000">
            <w:r>
              <w:rPr>
                <w:sz w:val="18"/>
              </w:rPr>
              <w:t>☐ 112  ☐ VF  ☐ Pronto Soccorso  ☐ Nessuna</w:t>
            </w:r>
          </w:p>
        </w:tc>
        <w:tc>
          <w:tcPr>
            <w:tcW w:w="2493" w:type="dxa"/>
          </w:tcPr>
          <w:p w14:paraId="55B55542" w14:textId="77777777" w:rsidR="00240B87" w:rsidRDefault="00000000">
            <w:r>
              <w:rPr>
                <w:sz w:val="18"/>
              </w:rPr>
              <w:t>Evacuazione</w:t>
            </w:r>
          </w:p>
        </w:tc>
        <w:tc>
          <w:tcPr>
            <w:tcW w:w="2493" w:type="dxa"/>
          </w:tcPr>
          <w:p w14:paraId="2894A855" w14:textId="77777777" w:rsidR="00240B87" w:rsidRDefault="00000000">
            <w:r>
              <w:rPr>
                <w:sz w:val="18"/>
              </w:rPr>
              <w:t>☐ Sì  ☐ No</w:t>
            </w:r>
          </w:p>
        </w:tc>
      </w:tr>
      <w:tr w:rsidR="00240B87" w14:paraId="0140AE47" w14:textId="77777777">
        <w:trPr>
          <w:jc w:val="center"/>
        </w:trPr>
        <w:tc>
          <w:tcPr>
            <w:tcW w:w="2493" w:type="dxa"/>
          </w:tcPr>
          <w:p w14:paraId="33A31416" w14:textId="77777777" w:rsidR="00240B87" w:rsidRDefault="00000000">
            <w:r>
              <w:rPr>
                <w:sz w:val="18"/>
              </w:rPr>
              <w:t>Azioni correttive proposte</w:t>
            </w:r>
          </w:p>
        </w:tc>
        <w:tc>
          <w:tcPr>
            <w:tcW w:w="2493" w:type="dxa"/>
          </w:tcPr>
          <w:p w14:paraId="12466770" w14:textId="77777777" w:rsidR="00240B87" w:rsidRDefault="00240B87"/>
        </w:tc>
        <w:tc>
          <w:tcPr>
            <w:tcW w:w="2493" w:type="dxa"/>
          </w:tcPr>
          <w:p w14:paraId="31FAE631" w14:textId="77777777" w:rsidR="00240B87" w:rsidRDefault="00000000">
            <w:r>
              <w:rPr>
                <w:sz w:val="18"/>
              </w:rPr>
              <w:t>Responsabile</w:t>
            </w:r>
          </w:p>
        </w:tc>
        <w:tc>
          <w:tcPr>
            <w:tcW w:w="2493" w:type="dxa"/>
          </w:tcPr>
          <w:p w14:paraId="015DA99D" w14:textId="77777777" w:rsidR="00240B87" w:rsidRDefault="00240B87"/>
        </w:tc>
      </w:tr>
      <w:tr w:rsidR="00240B87" w14:paraId="5BE1DC7A" w14:textId="77777777">
        <w:trPr>
          <w:jc w:val="center"/>
        </w:trPr>
        <w:tc>
          <w:tcPr>
            <w:tcW w:w="2493" w:type="dxa"/>
          </w:tcPr>
          <w:p w14:paraId="296A7CCA" w14:textId="77777777" w:rsidR="00240B87" w:rsidRDefault="00000000">
            <w:r>
              <w:rPr>
                <w:sz w:val="18"/>
              </w:rPr>
              <w:t>Scadenza</w:t>
            </w:r>
          </w:p>
        </w:tc>
        <w:tc>
          <w:tcPr>
            <w:tcW w:w="2493" w:type="dxa"/>
          </w:tcPr>
          <w:p w14:paraId="754209B0" w14:textId="77777777" w:rsidR="00240B87" w:rsidRDefault="00240B87"/>
        </w:tc>
        <w:tc>
          <w:tcPr>
            <w:tcW w:w="2493" w:type="dxa"/>
          </w:tcPr>
          <w:p w14:paraId="017A8E41" w14:textId="77777777" w:rsidR="00240B87" w:rsidRDefault="00000000">
            <w:r>
              <w:rPr>
                <w:sz w:val="18"/>
              </w:rPr>
              <w:t>Stato</w:t>
            </w:r>
          </w:p>
        </w:tc>
        <w:tc>
          <w:tcPr>
            <w:tcW w:w="2493" w:type="dxa"/>
          </w:tcPr>
          <w:p w14:paraId="55AFFF4C" w14:textId="77777777" w:rsidR="00240B87" w:rsidRDefault="00000000">
            <w:r>
              <w:rPr>
                <w:sz w:val="18"/>
              </w:rPr>
              <w:t>☐ Aperta  ☐ Chiusa</w:t>
            </w:r>
          </w:p>
        </w:tc>
      </w:tr>
      <w:tr w:rsidR="00240B87" w14:paraId="0BDE892F" w14:textId="77777777">
        <w:trPr>
          <w:jc w:val="center"/>
        </w:trPr>
        <w:tc>
          <w:tcPr>
            <w:tcW w:w="2493" w:type="dxa"/>
          </w:tcPr>
          <w:p w14:paraId="02D41FC6" w14:textId="77777777" w:rsidR="00240B87" w:rsidRDefault="00000000">
            <w:r>
              <w:rPr>
                <w:sz w:val="18"/>
              </w:rPr>
              <w:t>Verifica efficacia (RSPP/Preposto)</w:t>
            </w:r>
          </w:p>
        </w:tc>
        <w:tc>
          <w:tcPr>
            <w:tcW w:w="2493" w:type="dxa"/>
          </w:tcPr>
          <w:p w14:paraId="1ED38E2D" w14:textId="77777777" w:rsidR="00240B87" w:rsidRDefault="00240B87"/>
        </w:tc>
        <w:tc>
          <w:tcPr>
            <w:tcW w:w="2493" w:type="dxa"/>
          </w:tcPr>
          <w:p w14:paraId="35022460" w14:textId="77777777" w:rsidR="00240B87" w:rsidRDefault="00000000">
            <w:r>
              <w:rPr>
                <w:sz w:val="18"/>
              </w:rPr>
              <w:t>Data chiusura</w:t>
            </w:r>
          </w:p>
        </w:tc>
        <w:tc>
          <w:tcPr>
            <w:tcW w:w="2493" w:type="dxa"/>
          </w:tcPr>
          <w:p w14:paraId="2E3A410E" w14:textId="77777777" w:rsidR="00240B87" w:rsidRDefault="00240B87"/>
        </w:tc>
      </w:tr>
    </w:tbl>
    <w:p w14:paraId="73419468" w14:textId="77777777" w:rsidR="00240B87" w:rsidRDefault="00000000">
      <w:r>
        <w:br w:type="page"/>
      </w:r>
    </w:p>
    <w:p w14:paraId="35E74CCC" w14:textId="77777777" w:rsidR="00240B87" w:rsidRDefault="00000000">
      <w:pPr>
        <w:pStyle w:val="Titolo1"/>
        <w:spacing w:after="120"/>
      </w:pPr>
      <w:r>
        <w:lastRenderedPageBreak/>
        <w:t>Allegato A10 - Registro rifiuti chimici/assorbenti e controllo area rifiuti</w:t>
      </w:r>
    </w:p>
    <w:p w14:paraId="057A010F" w14:textId="77777777" w:rsidR="00240B87" w:rsidRDefault="00000000">
      <w:r>
        <w:t>Gestire secondo classificazione rifiuti e procedure ambientali aziendali (ove applicabili).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 w:rsidR="00240B87" w14:paraId="459736D9" w14:textId="77777777">
        <w:trPr>
          <w:jc w:val="center"/>
        </w:trPr>
        <w:tc>
          <w:tcPr>
            <w:tcW w:w="1425" w:type="dxa"/>
          </w:tcPr>
          <w:p w14:paraId="348752D9" w14:textId="77777777" w:rsidR="00240B87" w:rsidRDefault="00000000">
            <w:r>
              <w:rPr>
                <w:b/>
                <w:sz w:val="18"/>
              </w:rPr>
              <w:t>Data</w:t>
            </w:r>
          </w:p>
        </w:tc>
        <w:tc>
          <w:tcPr>
            <w:tcW w:w="1425" w:type="dxa"/>
          </w:tcPr>
          <w:p w14:paraId="468223BA" w14:textId="77777777" w:rsidR="00240B87" w:rsidRDefault="00000000">
            <w:r>
              <w:rPr>
                <w:b/>
                <w:sz w:val="18"/>
              </w:rPr>
              <w:t>Rifiuto</w:t>
            </w:r>
            <w:r>
              <w:rPr>
                <w:b/>
                <w:sz w:val="18"/>
              </w:rPr>
              <w:br/>
              <w:t>(descrizione)</w:t>
            </w:r>
          </w:p>
        </w:tc>
        <w:tc>
          <w:tcPr>
            <w:tcW w:w="1425" w:type="dxa"/>
          </w:tcPr>
          <w:p w14:paraId="09A168B2" w14:textId="77777777" w:rsidR="00240B87" w:rsidRDefault="00000000">
            <w:r>
              <w:rPr>
                <w:b/>
                <w:sz w:val="18"/>
              </w:rPr>
              <w:t>Codice</w:t>
            </w:r>
            <w:r>
              <w:rPr>
                <w:b/>
                <w:sz w:val="18"/>
              </w:rPr>
              <w:br/>
              <w:t>(CER/EER)</w:t>
            </w:r>
          </w:p>
        </w:tc>
        <w:tc>
          <w:tcPr>
            <w:tcW w:w="1425" w:type="dxa"/>
          </w:tcPr>
          <w:p w14:paraId="103A2B24" w14:textId="77777777" w:rsidR="00240B87" w:rsidRDefault="00000000">
            <w:r>
              <w:rPr>
                <w:b/>
                <w:sz w:val="18"/>
              </w:rPr>
              <w:t>Quantità</w:t>
            </w:r>
          </w:p>
        </w:tc>
        <w:tc>
          <w:tcPr>
            <w:tcW w:w="1425" w:type="dxa"/>
          </w:tcPr>
          <w:p w14:paraId="2295B994" w14:textId="77777777" w:rsidR="00240B87" w:rsidRDefault="00000000">
            <w:r>
              <w:rPr>
                <w:b/>
                <w:sz w:val="18"/>
              </w:rPr>
              <w:t>Contenitore</w:t>
            </w:r>
          </w:p>
        </w:tc>
        <w:tc>
          <w:tcPr>
            <w:tcW w:w="1425" w:type="dxa"/>
          </w:tcPr>
          <w:p w14:paraId="64FD30C4" w14:textId="77777777" w:rsidR="00240B87" w:rsidRDefault="00000000">
            <w:r>
              <w:rPr>
                <w:b/>
                <w:sz w:val="18"/>
              </w:rPr>
              <w:t>Area</w:t>
            </w:r>
            <w:r>
              <w:rPr>
                <w:b/>
                <w:sz w:val="18"/>
              </w:rPr>
              <w:br/>
              <w:t>stoccaggio</w:t>
            </w:r>
          </w:p>
        </w:tc>
        <w:tc>
          <w:tcPr>
            <w:tcW w:w="1425" w:type="dxa"/>
          </w:tcPr>
          <w:p w14:paraId="6044AC6A" w14:textId="77777777" w:rsidR="00240B87" w:rsidRDefault="00000000">
            <w:r>
              <w:rPr>
                <w:b/>
                <w:sz w:val="18"/>
              </w:rPr>
              <w:t>Note/</w:t>
            </w:r>
            <w:r>
              <w:rPr>
                <w:b/>
                <w:sz w:val="18"/>
              </w:rPr>
              <w:br/>
              <w:t>Trasporto</w:t>
            </w:r>
          </w:p>
        </w:tc>
      </w:tr>
      <w:tr w:rsidR="00240B87" w14:paraId="405F5871" w14:textId="77777777">
        <w:trPr>
          <w:jc w:val="center"/>
        </w:trPr>
        <w:tc>
          <w:tcPr>
            <w:tcW w:w="1425" w:type="dxa"/>
          </w:tcPr>
          <w:p w14:paraId="55200297" w14:textId="77777777" w:rsidR="00240B87" w:rsidRDefault="00240B87"/>
        </w:tc>
        <w:tc>
          <w:tcPr>
            <w:tcW w:w="1425" w:type="dxa"/>
          </w:tcPr>
          <w:p w14:paraId="481039F0" w14:textId="77777777" w:rsidR="00240B87" w:rsidRDefault="00240B87"/>
        </w:tc>
        <w:tc>
          <w:tcPr>
            <w:tcW w:w="1425" w:type="dxa"/>
          </w:tcPr>
          <w:p w14:paraId="318B9949" w14:textId="77777777" w:rsidR="00240B87" w:rsidRDefault="00240B87"/>
        </w:tc>
        <w:tc>
          <w:tcPr>
            <w:tcW w:w="1425" w:type="dxa"/>
          </w:tcPr>
          <w:p w14:paraId="53844AFA" w14:textId="77777777" w:rsidR="00240B87" w:rsidRDefault="00240B87"/>
        </w:tc>
        <w:tc>
          <w:tcPr>
            <w:tcW w:w="1425" w:type="dxa"/>
          </w:tcPr>
          <w:p w14:paraId="153D4146" w14:textId="77777777" w:rsidR="00240B87" w:rsidRDefault="00240B87"/>
        </w:tc>
        <w:tc>
          <w:tcPr>
            <w:tcW w:w="1425" w:type="dxa"/>
          </w:tcPr>
          <w:p w14:paraId="69FDD5D8" w14:textId="77777777" w:rsidR="00240B87" w:rsidRDefault="00240B87"/>
        </w:tc>
        <w:tc>
          <w:tcPr>
            <w:tcW w:w="1425" w:type="dxa"/>
          </w:tcPr>
          <w:p w14:paraId="4A01C13F" w14:textId="77777777" w:rsidR="00240B87" w:rsidRDefault="00240B87"/>
        </w:tc>
      </w:tr>
      <w:tr w:rsidR="00240B87" w14:paraId="1532D1A6" w14:textId="77777777">
        <w:trPr>
          <w:jc w:val="center"/>
        </w:trPr>
        <w:tc>
          <w:tcPr>
            <w:tcW w:w="1425" w:type="dxa"/>
          </w:tcPr>
          <w:p w14:paraId="24D0B6A0" w14:textId="77777777" w:rsidR="00240B87" w:rsidRDefault="00240B87"/>
        </w:tc>
        <w:tc>
          <w:tcPr>
            <w:tcW w:w="1425" w:type="dxa"/>
          </w:tcPr>
          <w:p w14:paraId="75FAEE37" w14:textId="77777777" w:rsidR="00240B87" w:rsidRDefault="00240B87"/>
        </w:tc>
        <w:tc>
          <w:tcPr>
            <w:tcW w:w="1425" w:type="dxa"/>
          </w:tcPr>
          <w:p w14:paraId="3691A8DF" w14:textId="77777777" w:rsidR="00240B87" w:rsidRDefault="00240B87"/>
        </w:tc>
        <w:tc>
          <w:tcPr>
            <w:tcW w:w="1425" w:type="dxa"/>
          </w:tcPr>
          <w:p w14:paraId="0D083447" w14:textId="77777777" w:rsidR="00240B87" w:rsidRDefault="00240B87"/>
        </w:tc>
        <w:tc>
          <w:tcPr>
            <w:tcW w:w="1425" w:type="dxa"/>
          </w:tcPr>
          <w:p w14:paraId="0ECA434A" w14:textId="77777777" w:rsidR="00240B87" w:rsidRDefault="00240B87"/>
        </w:tc>
        <w:tc>
          <w:tcPr>
            <w:tcW w:w="1425" w:type="dxa"/>
          </w:tcPr>
          <w:p w14:paraId="008429E8" w14:textId="77777777" w:rsidR="00240B87" w:rsidRDefault="00240B87"/>
        </w:tc>
        <w:tc>
          <w:tcPr>
            <w:tcW w:w="1425" w:type="dxa"/>
          </w:tcPr>
          <w:p w14:paraId="69484959" w14:textId="77777777" w:rsidR="00240B87" w:rsidRDefault="00240B87"/>
        </w:tc>
      </w:tr>
      <w:tr w:rsidR="00240B87" w14:paraId="6415F596" w14:textId="77777777">
        <w:trPr>
          <w:jc w:val="center"/>
        </w:trPr>
        <w:tc>
          <w:tcPr>
            <w:tcW w:w="1425" w:type="dxa"/>
          </w:tcPr>
          <w:p w14:paraId="59A184FA" w14:textId="77777777" w:rsidR="00240B87" w:rsidRDefault="00240B87"/>
        </w:tc>
        <w:tc>
          <w:tcPr>
            <w:tcW w:w="1425" w:type="dxa"/>
          </w:tcPr>
          <w:p w14:paraId="24774316" w14:textId="77777777" w:rsidR="00240B87" w:rsidRDefault="00240B87"/>
        </w:tc>
        <w:tc>
          <w:tcPr>
            <w:tcW w:w="1425" w:type="dxa"/>
          </w:tcPr>
          <w:p w14:paraId="0E557BC9" w14:textId="77777777" w:rsidR="00240B87" w:rsidRDefault="00240B87"/>
        </w:tc>
        <w:tc>
          <w:tcPr>
            <w:tcW w:w="1425" w:type="dxa"/>
          </w:tcPr>
          <w:p w14:paraId="007A8ADE" w14:textId="77777777" w:rsidR="00240B87" w:rsidRDefault="00240B87"/>
        </w:tc>
        <w:tc>
          <w:tcPr>
            <w:tcW w:w="1425" w:type="dxa"/>
          </w:tcPr>
          <w:p w14:paraId="782E06A4" w14:textId="77777777" w:rsidR="00240B87" w:rsidRDefault="00240B87"/>
        </w:tc>
        <w:tc>
          <w:tcPr>
            <w:tcW w:w="1425" w:type="dxa"/>
          </w:tcPr>
          <w:p w14:paraId="18C1B0ED" w14:textId="77777777" w:rsidR="00240B87" w:rsidRDefault="00240B87"/>
        </w:tc>
        <w:tc>
          <w:tcPr>
            <w:tcW w:w="1425" w:type="dxa"/>
          </w:tcPr>
          <w:p w14:paraId="59AD2FF7" w14:textId="77777777" w:rsidR="00240B87" w:rsidRDefault="00240B87"/>
        </w:tc>
      </w:tr>
      <w:tr w:rsidR="00240B87" w14:paraId="08C36F00" w14:textId="77777777">
        <w:trPr>
          <w:jc w:val="center"/>
        </w:trPr>
        <w:tc>
          <w:tcPr>
            <w:tcW w:w="1425" w:type="dxa"/>
          </w:tcPr>
          <w:p w14:paraId="397B7A0C" w14:textId="77777777" w:rsidR="00240B87" w:rsidRDefault="00240B87"/>
        </w:tc>
        <w:tc>
          <w:tcPr>
            <w:tcW w:w="1425" w:type="dxa"/>
          </w:tcPr>
          <w:p w14:paraId="5105F02E" w14:textId="77777777" w:rsidR="00240B87" w:rsidRDefault="00240B87"/>
        </w:tc>
        <w:tc>
          <w:tcPr>
            <w:tcW w:w="1425" w:type="dxa"/>
          </w:tcPr>
          <w:p w14:paraId="6BDBFC09" w14:textId="77777777" w:rsidR="00240B87" w:rsidRDefault="00240B87"/>
        </w:tc>
        <w:tc>
          <w:tcPr>
            <w:tcW w:w="1425" w:type="dxa"/>
          </w:tcPr>
          <w:p w14:paraId="7160D19D" w14:textId="77777777" w:rsidR="00240B87" w:rsidRDefault="00240B87"/>
        </w:tc>
        <w:tc>
          <w:tcPr>
            <w:tcW w:w="1425" w:type="dxa"/>
          </w:tcPr>
          <w:p w14:paraId="2A56670D" w14:textId="77777777" w:rsidR="00240B87" w:rsidRDefault="00240B87"/>
        </w:tc>
        <w:tc>
          <w:tcPr>
            <w:tcW w:w="1425" w:type="dxa"/>
          </w:tcPr>
          <w:p w14:paraId="4FBC30AB" w14:textId="77777777" w:rsidR="00240B87" w:rsidRDefault="00240B87"/>
        </w:tc>
        <w:tc>
          <w:tcPr>
            <w:tcW w:w="1425" w:type="dxa"/>
          </w:tcPr>
          <w:p w14:paraId="01A3ECE3" w14:textId="77777777" w:rsidR="00240B87" w:rsidRDefault="00240B87"/>
        </w:tc>
      </w:tr>
      <w:tr w:rsidR="00240B87" w14:paraId="01C42180" w14:textId="77777777">
        <w:trPr>
          <w:jc w:val="center"/>
        </w:trPr>
        <w:tc>
          <w:tcPr>
            <w:tcW w:w="1425" w:type="dxa"/>
          </w:tcPr>
          <w:p w14:paraId="4C85FEC2" w14:textId="77777777" w:rsidR="00240B87" w:rsidRDefault="00240B87"/>
        </w:tc>
        <w:tc>
          <w:tcPr>
            <w:tcW w:w="1425" w:type="dxa"/>
          </w:tcPr>
          <w:p w14:paraId="4B8B40D0" w14:textId="77777777" w:rsidR="00240B87" w:rsidRDefault="00240B87"/>
        </w:tc>
        <w:tc>
          <w:tcPr>
            <w:tcW w:w="1425" w:type="dxa"/>
          </w:tcPr>
          <w:p w14:paraId="3842561C" w14:textId="77777777" w:rsidR="00240B87" w:rsidRDefault="00240B87"/>
        </w:tc>
        <w:tc>
          <w:tcPr>
            <w:tcW w:w="1425" w:type="dxa"/>
          </w:tcPr>
          <w:p w14:paraId="63EE5540" w14:textId="77777777" w:rsidR="00240B87" w:rsidRDefault="00240B87"/>
        </w:tc>
        <w:tc>
          <w:tcPr>
            <w:tcW w:w="1425" w:type="dxa"/>
          </w:tcPr>
          <w:p w14:paraId="4949535D" w14:textId="77777777" w:rsidR="00240B87" w:rsidRDefault="00240B87"/>
        </w:tc>
        <w:tc>
          <w:tcPr>
            <w:tcW w:w="1425" w:type="dxa"/>
          </w:tcPr>
          <w:p w14:paraId="1D0FEBD5" w14:textId="77777777" w:rsidR="00240B87" w:rsidRDefault="00240B87"/>
        </w:tc>
        <w:tc>
          <w:tcPr>
            <w:tcW w:w="1425" w:type="dxa"/>
          </w:tcPr>
          <w:p w14:paraId="06D70414" w14:textId="77777777" w:rsidR="00240B87" w:rsidRDefault="00240B87"/>
        </w:tc>
      </w:tr>
      <w:tr w:rsidR="00240B87" w14:paraId="3501AFDE" w14:textId="77777777">
        <w:trPr>
          <w:jc w:val="center"/>
        </w:trPr>
        <w:tc>
          <w:tcPr>
            <w:tcW w:w="1425" w:type="dxa"/>
          </w:tcPr>
          <w:p w14:paraId="5C45E1BF" w14:textId="77777777" w:rsidR="00240B87" w:rsidRDefault="00240B87"/>
        </w:tc>
        <w:tc>
          <w:tcPr>
            <w:tcW w:w="1425" w:type="dxa"/>
          </w:tcPr>
          <w:p w14:paraId="7FF249B5" w14:textId="77777777" w:rsidR="00240B87" w:rsidRDefault="00240B87"/>
        </w:tc>
        <w:tc>
          <w:tcPr>
            <w:tcW w:w="1425" w:type="dxa"/>
          </w:tcPr>
          <w:p w14:paraId="0D029620" w14:textId="77777777" w:rsidR="00240B87" w:rsidRDefault="00240B87"/>
        </w:tc>
        <w:tc>
          <w:tcPr>
            <w:tcW w:w="1425" w:type="dxa"/>
          </w:tcPr>
          <w:p w14:paraId="3745F65C" w14:textId="77777777" w:rsidR="00240B87" w:rsidRDefault="00240B87"/>
        </w:tc>
        <w:tc>
          <w:tcPr>
            <w:tcW w:w="1425" w:type="dxa"/>
          </w:tcPr>
          <w:p w14:paraId="1208EBC2" w14:textId="77777777" w:rsidR="00240B87" w:rsidRDefault="00240B87"/>
        </w:tc>
        <w:tc>
          <w:tcPr>
            <w:tcW w:w="1425" w:type="dxa"/>
          </w:tcPr>
          <w:p w14:paraId="7B493E20" w14:textId="77777777" w:rsidR="00240B87" w:rsidRDefault="00240B87"/>
        </w:tc>
        <w:tc>
          <w:tcPr>
            <w:tcW w:w="1425" w:type="dxa"/>
          </w:tcPr>
          <w:p w14:paraId="43E14ADC" w14:textId="77777777" w:rsidR="00240B87" w:rsidRDefault="00240B87"/>
        </w:tc>
      </w:tr>
      <w:tr w:rsidR="00240B87" w14:paraId="5CB5AC93" w14:textId="77777777">
        <w:trPr>
          <w:jc w:val="center"/>
        </w:trPr>
        <w:tc>
          <w:tcPr>
            <w:tcW w:w="1425" w:type="dxa"/>
          </w:tcPr>
          <w:p w14:paraId="1CC4983D" w14:textId="77777777" w:rsidR="00240B87" w:rsidRDefault="00240B87"/>
        </w:tc>
        <w:tc>
          <w:tcPr>
            <w:tcW w:w="1425" w:type="dxa"/>
          </w:tcPr>
          <w:p w14:paraId="3D1125AA" w14:textId="77777777" w:rsidR="00240B87" w:rsidRDefault="00240B87"/>
        </w:tc>
        <w:tc>
          <w:tcPr>
            <w:tcW w:w="1425" w:type="dxa"/>
          </w:tcPr>
          <w:p w14:paraId="55DECBDD" w14:textId="77777777" w:rsidR="00240B87" w:rsidRDefault="00240B87"/>
        </w:tc>
        <w:tc>
          <w:tcPr>
            <w:tcW w:w="1425" w:type="dxa"/>
          </w:tcPr>
          <w:p w14:paraId="5F3FC6B5" w14:textId="77777777" w:rsidR="00240B87" w:rsidRDefault="00240B87"/>
        </w:tc>
        <w:tc>
          <w:tcPr>
            <w:tcW w:w="1425" w:type="dxa"/>
          </w:tcPr>
          <w:p w14:paraId="2CB6FD66" w14:textId="77777777" w:rsidR="00240B87" w:rsidRDefault="00240B87"/>
        </w:tc>
        <w:tc>
          <w:tcPr>
            <w:tcW w:w="1425" w:type="dxa"/>
          </w:tcPr>
          <w:p w14:paraId="0323FE43" w14:textId="77777777" w:rsidR="00240B87" w:rsidRDefault="00240B87"/>
        </w:tc>
        <w:tc>
          <w:tcPr>
            <w:tcW w:w="1425" w:type="dxa"/>
          </w:tcPr>
          <w:p w14:paraId="16DDF967" w14:textId="77777777" w:rsidR="00240B87" w:rsidRDefault="00240B87"/>
        </w:tc>
      </w:tr>
      <w:tr w:rsidR="00240B87" w14:paraId="45F9A30A" w14:textId="77777777">
        <w:trPr>
          <w:jc w:val="center"/>
        </w:trPr>
        <w:tc>
          <w:tcPr>
            <w:tcW w:w="1425" w:type="dxa"/>
          </w:tcPr>
          <w:p w14:paraId="40AA712C" w14:textId="77777777" w:rsidR="00240B87" w:rsidRDefault="00240B87"/>
        </w:tc>
        <w:tc>
          <w:tcPr>
            <w:tcW w:w="1425" w:type="dxa"/>
          </w:tcPr>
          <w:p w14:paraId="65C482CB" w14:textId="77777777" w:rsidR="00240B87" w:rsidRDefault="00240B87"/>
        </w:tc>
        <w:tc>
          <w:tcPr>
            <w:tcW w:w="1425" w:type="dxa"/>
          </w:tcPr>
          <w:p w14:paraId="3EDA8F78" w14:textId="77777777" w:rsidR="00240B87" w:rsidRDefault="00240B87"/>
        </w:tc>
        <w:tc>
          <w:tcPr>
            <w:tcW w:w="1425" w:type="dxa"/>
          </w:tcPr>
          <w:p w14:paraId="61BED3BF" w14:textId="77777777" w:rsidR="00240B87" w:rsidRDefault="00240B87"/>
        </w:tc>
        <w:tc>
          <w:tcPr>
            <w:tcW w:w="1425" w:type="dxa"/>
          </w:tcPr>
          <w:p w14:paraId="70CE2877" w14:textId="77777777" w:rsidR="00240B87" w:rsidRDefault="00240B87"/>
        </w:tc>
        <w:tc>
          <w:tcPr>
            <w:tcW w:w="1425" w:type="dxa"/>
          </w:tcPr>
          <w:p w14:paraId="2FF35485" w14:textId="77777777" w:rsidR="00240B87" w:rsidRDefault="00240B87"/>
        </w:tc>
        <w:tc>
          <w:tcPr>
            <w:tcW w:w="1425" w:type="dxa"/>
          </w:tcPr>
          <w:p w14:paraId="24FE2C63" w14:textId="77777777" w:rsidR="00240B87" w:rsidRDefault="00240B87"/>
        </w:tc>
      </w:tr>
      <w:tr w:rsidR="00240B87" w14:paraId="61A276F0" w14:textId="77777777">
        <w:trPr>
          <w:jc w:val="center"/>
        </w:trPr>
        <w:tc>
          <w:tcPr>
            <w:tcW w:w="1425" w:type="dxa"/>
          </w:tcPr>
          <w:p w14:paraId="14F07EA4" w14:textId="77777777" w:rsidR="00240B87" w:rsidRDefault="00240B87"/>
        </w:tc>
        <w:tc>
          <w:tcPr>
            <w:tcW w:w="1425" w:type="dxa"/>
          </w:tcPr>
          <w:p w14:paraId="69372268" w14:textId="77777777" w:rsidR="00240B87" w:rsidRDefault="00240B87"/>
        </w:tc>
        <w:tc>
          <w:tcPr>
            <w:tcW w:w="1425" w:type="dxa"/>
          </w:tcPr>
          <w:p w14:paraId="032FDEE7" w14:textId="77777777" w:rsidR="00240B87" w:rsidRDefault="00240B87"/>
        </w:tc>
        <w:tc>
          <w:tcPr>
            <w:tcW w:w="1425" w:type="dxa"/>
          </w:tcPr>
          <w:p w14:paraId="5E8705B4" w14:textId="77777777" w:rsidR="00240B87" w:rsidRDefault="00240B87"/>
        </w:tc>
        <w:tc>
          <w:tcPr>
            <w:tcW w:w="1425" w:type="dxa"/>
          </w:tcPr>
          <w:p w14:paraId="7CF2B6A9" w14:textId="77777777" w:rsidR="00240B87" w:rsidRDefault="00240B87"/>
        </w:tc>
        <w:tc>
          <w:tcPr>
            <w:tcW w:w="1425" w:type="dxa"/>
          </w:tcPr>
          <w:p w14:paraId="0656744C" w14:textId="77777777" w:rsidR="00240B87" w:rsidRDefault="00240B87"/>
        </w:tc>
        <w:tc>
          <w:tcPr>
            <w:tcW w:w="1425" w:type="dxa"/>
          </w:tcPr>
          <w:p w14:paraId="3DB847AC" w14:textId="77777777" w:rsidR="00240B87" w:rsidRDefault="00240B87"/>
        </w:tc>
      </w:tr>
      <w:tr w:rsidR="00240B87" w14:paraId="03710EB2" w14:textId="77777777">
        <w:trPr>
          <w:jc w:val="center"/>
        </w:trPr>
        <w:tc>
          <w:tcPr>
            <w:tcW w:w="1425" w:type="dxa"/>
          </w:tcPr>
          <w:p w14:paraId="30B9ACC8" w14:textId="77777777" w:rsidR="00240B87" w:rsidRDefault="00240B87"/>
        </w:tc>
        <w:tc>
          <w:tcPr>
            <w:tcW w:w="1425" w:type="dxa"/>
          </w:tcPr>
          <w:p w14:paraId="5E263518" w14:textId="77777777" w:rsidR="00240B87" w:rsidRDefault="00240B87"/>
        </w:tc>
        <w:tc>
          <w:tcPr>
            <w:tcW w:w="1425" w:type="dxa"/>
          </w:tcPr>
          <w:p w14:paraId="7ACFBBA6" w14:textId="77777777" w:rsidR="00240B87" w:rsidRDefault="00240B87"/>
        </w:tc>
        <w:tc>
          <w:tcPr>
            <w:tcW w:w="1425" w:type="dxa"/>
          </w:tcPr>
          <w:p w14:paraId="0E5EB8A8" w14:textId="77777777" w:rsidR="00240B87" w:rsidRDefault="00240B87"/>
        </w:tc>
        <w:tc>
          <w:tcPr>
            <w:tcW w:w="1425" w:type="dxa"/>
          </w:tcPr>
          <w:p w14:paraId="62DEC77E" w14:textId="77777777" w:rsidR="00240B87" w:rsidRDefault="00240B87"/>
        </w:tc>
        <w:tc>
          <w:tcPr>
            <w:tcW w:w="1425" w:type="dxa"/>
          </w:tcPr>
          <w:p w14:paraId="17980B09" w14:textId="77777777" w:rsidR="00240B87" w:rsidRDefault="00240B87"/>
        </w:tc>
        <w:tc>
          <w:tcPr>
            <w:tcW w:w="1425" w:type="dxa"/>
          </w:tcPr>
          <w:p w14:paraId="3EEC1F14" w14:textId="77777777" w:rsidR="00240B87" w:rsidRDefault="00240B87"/>
        </w:tc>
      </w:tr>
      <w:tr w:rsidR="00240B87" w14:paraId="0FF642D6" w14:textId="77777777">
        <w:trPr>
          <w:jc w:val="center"/>
        </w:trPr>
        <w:tc>
          <w:tcPr>
            <w:tcW w:w="1425" w:type="dxa"/>
          </w:tcPr>
          <w:p w14:paraId="234D80A2" w14:textId="77777777" w:rsidR="00240B87" w:rsidRDefault="00240B87"/>
        </w:tc>
        <w:tc>
          <w:tcPr>
            <w:tcW w:w="1425" w:type="dxa"/>
          </w:tcPr>
          <w:p w14:paraId="6F4C82A4" w14:textId="77777777" w:rsidR="00240B87" w:rsidRDefault="00240B87"/>
        </w:tc>
        <w:tc>
          <w:tcPr>
            <w:tcW w:w="1425" w:type="dxa"/>
          </w:tcPr>
          <w:p w14:paraId="653CCBD5" w14:textId="77777777" w:rsidR="00240B87" w:rsidRDefault="00240B87"/>
        </w:tc>
        <w:tc>
          <w:tcPr>
            <w:tcW w:w="1425" w:type="dxa"/>
          </w:tcPr>
          <w:p w14:paraId="686486C3" w14:textId="77777777" w:rsidR="00240B87" w:rsidRDefault="00240B87"/>
        </w:tc>
        <w:tc>
          <w:tcPr>
            <w:tcW w:w="1425" w:type="dxa"/>
          </w:tcPr>
          <w:p w14:paraId="7392E59E" w14:textId="77777777" w:rsidR="00240B87" w:rsidRDefault="00240B87"/>
        </w:tc>
        <w:tc>
          <w:tcPr>
            <w:tcW w:w="1425" w:type="dxa"/>
          </w:tcPr>
          <w:p w14:paraId="657FC520" w14:textId="77777777" w:rsidR="00240B87" w:rsidRDefault="00240B87"/>
        </w:tc>
        <w:tc>
          <w:tcPr>
            <w:tcW w:w="1425" w:type="dxa"/>
          </w:tcPr>
          <w:p w14:paraId="71BA37A9" w14:textId="77777777" w:rsidR="00240B87" w:rsidRDefault="00240B87"/>
        </w:tc>
      </w:tr>
      <w:tr w:rsidR="00240B87" w14:paraId="5A673C0C" w14:textId="77777777">
        <w:trPr>
          <w:jc w:val="center"/>
        </w:trPr>
        <w:tc>
          <w:tcPr>
            <w:tcW w:w="1425" w:type="dxa"/>
          </w:tcPr>
          <w:p w14:paraId="756EC9B4" w14:textId="77777777" w:rsidR="00240B87" w:rsidRDefault="00240B87"/>
        </w:tc>
        <w:tc>
          <w:tcPr>
            <w:tcW w:w="1425" w:type="dxa"/>
          </w:tcPr>
          <w:p w14:paraId="363D06E9" w14:textId="77777777" w:rsidR="00240B87" w:rsidRDefault="00240B87"/>
        </w:tc>
        <w:tc>
          <w:tcPr>
            <w:tcW w:w="1425" w:type="dxa"/>
          </w:tcPr>
          <w:p w14:paraId="5E3EF0AF" w14:textId="77777777" w:rsidR="00240B87" w:rsidRDefault="00240B87"/>
        </w:tc>
        <w:tc>
          <w:tcPr>
            <w:tcW w:w="1425" w:type="dxa"/>
          </w:tcPr>
          <w:p w14:paraId="2FA453D3" w14:textId="77777777" w:rsidR="00240B87" w:rsidRDefault="00240B87"/>
        </w:tc>
        <w:tc>
          <w:tcPr>
            <w:tcW w:w="1425" w:type="dxa"/>
          </w:tcPr>
          <w:p w14:paraId="4E308EDB" w14:textId="77777777" w:rsidR="00240B87" w:rsidRDefault="00240B87"/>
        </w:tc>
        <w:tc>
          <w:tcPr>
            <w:tcW w:w="1425" w:type="dxa"/>
          </w:tcPr>
          <w:p w14:paraId="37E55328" w14:textId="77777777" w:rsidR="00240B87" w:rsidRDefault="00240B87"/>
        </w:tc>
        <w:tc>
          <w:tcPr>
            <w:tcW w:w="1425" w:type="dxa"/>
          </w:tcPr>
          <w:p w14:paraId="73B3F913" w14:textId="77777777" w:rsidR="00240B87" w:rsidRDefault="00240B87"/>
        </w:tc>
      </w:tr>
    </w:tbl>
    <w:p w14:paraId="457772CC" w14:textId="77777777" w:rsidR="00240B87" w:rsidRDefault="00000000">
      <w:r>
        <w:br w:type="page"/>
      </w:r>
    </w:p>
    <w:p w14:paraId="127BDF2B" w14:textId="77777777" w:rsidR="00240B87" w:rsidRDefault="00000000">
      <w:pPr>
        <w:pStyle w:val="Titolo1"/>
        <w:spacing w:after="120"/>
      </w:pPr>
      <w:r>
        <w:lastRenderedPageBreak/>
        <w:t>Allegato A11 - Check-list ispezione cappe/aspirazioni e manutenzioni programmate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95"/>
        <w:gridCol w:w="1995"/>
        <w:gridCol w:w="1995"/>
        <w:gridCol w:w="1995"/>
        <w:gridCol w:w="1995"/>
      </w:tblGrid>
      <w:tr w:rsidR="00240B87" w14:paraId="05F7AFFA" w14:textId="77777777">
        <w:trPr>
          <w:jc w:val="center"/>
        </w:trPr>
        <w:tc>
          <w:tcPr>
            <w:tcW w:w="1995" w:type="dxa"/>
          </w:tcPr>
          <w:p w14:paraId="352D2D0B" w14:textId="77777777" w:rsidR="00240B87" w:rsidRDefault="00000000">
            <w:r>
              <w:rPr>
                <w:b/>
                <w:sz w:val="18"/>
              </w:rPr>
              <w:t>Data</w:t>
            </w:r>
          </w:p>
        </w:tc>
        <w:tc>
          <w:tcPr>
            <w:tcW w:w="1995" w:type="dxa"/>
          </w:tcPr>
          <w:p w14:paraId="2125D038" w14:textId="77777777" w:rsidR="00240B87" w:rsidRDefault="00000000">
            <w:r>
              <w:rPr>
                <w:b/>
                <w:sz w:val="18"/>
              </w:rPr>
              <w:t>Impianto/</w:t>
            </w:r>
            <w:r>
              <w:rPr>
                <w:b/>
                <w:sz w:val="18"/>
              </w:rPr>
              <w:br/>
              <w:t>Postazione</w:t>
            </w:r>
          </w:p>
        </w:tc>
        <w:tc>
          <w:tcPr>
            <w:tcW w:w="1995" w:type="dxa"/>
          </w:tcPr>
          <w:p w14:paraId="42B1CA49" w14:textId="77777777" w:rsidR="00240B87" w:rsidRDefault="00000000">
            <w:r>
              <w:rPr>
                <w:b/>
                <w:sz w:val="18"/>
              </w:rPr>
              <w:t>Verifiche</w:t>
            </w:r>
          </w:p>
        </w:tc>
        <w:tc>
          <w:tcPr>
            <w:tcW w:w="1995" w:type="dxa"/>
          </w:tcPr>
          <w:p w14:paraId="39AA3979" w14:textId="77777777" w:rsidR="00240B87" w:rsidRDefault="00000000">
            <w:r>
              <w:rPr>
                <w:b/>
                <w:sz w:val="18"/>
              </w:rPr>
              <w:t>Esito</w:t>
            </w:r>
          </w:p>
        </w:tc>
        <w:tc>
          <w:tcPr>
            <w:tcW w:w="1995" w:type="dxa"/>
          </w:tcPr>
          <w:p w14:paraId="526BA076" w14:textId="77777777" w:rsidR="00240B87" w:rsidRDefault="00000000">
            <w:r>
              <w:rPr>
                <w:b/>
                <w:sz w:val="18"/>
              </w:rPr>
              <w:t>Azioni/Manutenzione</w:t>
            </w:r>
          </w:p>
        </w:tc>
      </w:tr>
      <w:tr w:rsidR="00240B87" w14:paraId="7EFB60E6" w14:textId="77777777">
        <w:trPr>
          <w:jc w:val="center"/>
        </w:trPr>
        <w:tc>
          <w:tcPr>
            <w:tcW w:w="1995" w:type="dxa"/>
          </w:tcPr>
          <w:p w14:paraId="0A26CCE2" w14:textId="77777777" w:rsidR="00240B87" w:rsidRDefault="00240B87"/>
        </w:tc>
        <w:tc>
          <w:tcPr>
            <w:tcW w:w="1995" w:type="dxa"/>
          </w:tcPr>
          <w:p w14:paraId="0D8EC363" w14:textId="77777777" w:rsidR="00240B87" w:rsidRDefault="00240B87"/>
        </w:tc>
        <w:tc>
          <w:tcPr>
            <w:tcW w:w="1995" w:type="dxa"/>
          </w:tcPr>
          <w:p w14:paraId="38EA52CE" w14:textId="77777777" w:rsidR="00240B87" w:rsidRDefault="00000000">
            <w:r>
              <w:rPr>
                <w:sz w:val="18"/>
              </w:rPr>
              <w:t>☐ Segnalazioni/indicatori funzionanti</w:t>
            </w:r>
          </w:p>
        </w:tc>
        <w:tc>
          <w:tcPr>
            <w:tcW w:w="1995" w:type="dxa"/>
          </w:tcPr>
          <w:p w14:paraId="10777843" w14:textId="77777777" w:rsidR="00240B87" w:rsidRDefault="00000000">
            <w:r>
              <w:rPr>
                <w:sz w:val="18"/>
              </w:rPr>
              <w:t>☐ OK ☐ KO ☐ NA</w:t>
            </w:r>
          </w:p>
        </w:tc>
        <w:tc>
          <w:tcPr>
            <w:tcW w:w="1995" w:type="dxa"/>
          </w:tcPr>
          <w:p w14:paraId="524D6A7F" w14:textId="77777777" w:rsidR="00240B87" w:rsidRDefault="00240B87"/>
        </w:tc>
      </w:tr>
      <w:tr w:rsidR="00240B87" w14:paraId="4CCAFCB2" w14:textId="77777777">
        <w:trPr>
          <w:jc w:val="center"/>
        </w:trPr>
        <w:tc>
          <w:tcPr>
            <w:tcW w:w="1995" w:type="dxa"/>
          </w:tcPr>
          <w:p w14:paraId="0CC164CC" w14:textId="77777777" w:rsidR="00240B87" w:rsidRDefault="00240B87"/>
        </w:tc>
        <w:tc>
          <w:tcPr>
            <w:tcW w:w="1995" w:type="dxa"/>
          </w:tcPr>
          <w:p w14:paraId="7244A8B8" w14:textId="77777777" w:rsidR="00240B87" w:rsidRDefault="00240B87"/>
        </w:tc>
        <w:tc>
          <w:tcPr>
            <w:tcW w:w="1995" w:type="dxa"/>
          </w:tcPr>
          <w:p w14:paraId="4F09870A" w14:textId="77777777" w:rsidR="00240B87" w:rsidRDefault="00000000">
            <w:r>
              <w:rPr>
                <w:sz w:val="18"/>
              </w:rPr>
              <w:t>☐ Aspirazione percepibile; assenza occlusioni</w:t>
            </w:r>
          </w:p>
        </w:tc>
        <w:tc>
          <w:tcPr>
            <w:tcW w:w="1995" w:type="dxa"/>
          </w:tcPr>
          <w:p w14:paraId="3B8E6F90" w14:textId="77777777" w:rsidR="00240B87" w:rsidRDefault="00000000">
            <w:r>
              <w:rPr>
                <w:sz w:val="18"/>
              </w:rPr>
              <w:t>☐ OK ☐ KO ☐ NA</w:t>
            </w:r>
          </w:p>
        </w:tc>
        <w:tc>
          <w:tcPr>
            <w:tcW w:w="1995" w:type="dxa"/>
          </w:tcPr>
          <w:p w14:paraId="625AB47D" w14:textId="77777777" w:rsidR="00240B87" w:rsidRDefault="00240B87"/>
        </w:tc>
      </w:tr>
      <w:tr w:rsidR="00240B87" w14:paraId="35965EF9" w14:textId="77777777">
        <w:trPr>
          <w:jc w:val="center"/>
        </w:trPr>
        <w:tc>
          <w:tcPr>
            <w:tcW w:w="1995" w:type="dxa"/>
          </w:tcPr>
          <w:p w14:paraId="224D17FA" w14:textId="77777777" w:rsidR="00240B87" w:rsidRDefault="00240B87"/>
        </w:tc>
        <w:tc>
          <w:tcPr>
            <w:tcW w:w="1995" w:type="dxa"/>
          </w:tcPr>
          <w:p w14:paraId="029D8719" w14:textId="77777777" w:rsidR="00240B87" w:rsidRDefault="00240B87"/>
        </w:tc>
        <w:tc>
          <w:tcPr>
            <w:tcW w:w="1995" w:type="dxa"/>
          </w:tcPr>
          <w:p w14:paraId="7054832D" w14:textId="77777777" w:rsidR="00240B87" w:rsidRDefault="00000000">
            <w:r>
              <w:rPr>
                <w:sz w:val="18"/>
              </w:rPr>
              <w:t>☐ Filtri: stato/pressione differenziale (se previsto)</w:t>
            </w:r>
          </w:p>
        </w:tc>
        <w:tc>
          <w:tcPr>
            <w:tcW w:w="1995" w:type="dxa"/>
          </w:tcPr>
          <w:p w14:paraId="75393EEC" w14:textId="77777777" w:rsidR="00240B87" w:rsidRDefault="00000000">
            <w:r>
              <w:rPr>
                <w:sz w:val="18"/>
              </w:rPr>
              <w:t>☐ OK ☐ KO ☐ NA</w:t>
            </w:r>
          </w:p>
        </w:tc>
        <w:tc>
          <w:tcPr>
            <w:tcW w:w="1995" w:type="dxa"/>
          </w:tcPr>
          <w:p w14:paraId="302FD1F5" w14:textId="77777777" w:rsidR="00240B87" w:rsidRDefault="00240B87"/>
        </w:tc>
      </w:tr>
      <w:tr w:rsidR="00240B87" w14:paraId="199A7294" w14:textId="77777777">
        <w:trPr>
          <w:jc w:val="center"/>
        </w:trPr>
        <w:tc>
          <w:tcPr>
            <w:tcW w:w="1995" w:type="dxa"/>
          </w:tcPr>
          <w:p w14:paraId="64C64E6C" w14:textId="77777777" w:rsidR="00240B87" w:rsidRDefault="00240B87"/>
        </w:tc>
        <w:tc>
          <w:tcPr>
            <w:tcW w:w="1995" w:type="dxa"/>
          </w:tcPr>
          <w:p w14:paraId="26BB6884" w14:textId="77777777" w:rsidR="00240B87" w:rsidRDefault="00240B87"/>
        </w:tc>
        <w:tc>
          <w:tcPr>
            <w:tcW w:w="1995" w:type="dxa"/>
          </w:tcPr>
          <w:p w14:paraId="7EA55D47" w14:textId="77777777" w:rsidR="00240B87" w:rsidRDefault="00000000">
            <w:r>
              <w:rPr>
                <w:sz w:val="18"/>
              </w:rPr>
              <w:t>☐ Pulizia e integrità condotte/bocchette</w:t>
            </w:r>
          </w:p>
        </w:tc>
        <w:tc>
          <w:tcPr>
            <w:tcW w:w="1995" w:type="dxa"/>
          </w:tcPr>
          <w:p w14:paraId="28F85804" w14:textId="77777777" w:rsidR="00240B87" w:rsidRDefault="00000000">
            <w:r>
              <w:rPr>
                <w:sz w:val="18"/>
              </w:rPr>
              <w:t>☐ OK ☐ KO ☐ NA</w:t>
            </w:r>
          </w:p>
        </w:tc>
        <w:tc>
          <w:tcPr>
            <w:tcW w:w="1995" w:type="dxa"/>
          </w:tcPr>
          <w:p w14:paraId="5A556898" w14:textId="77777777" w:rsidR="00240B87" w:rsidRDefault="00240B87"/>
        </w:tc>
      </w:tr>
      <w:tr w:rsidR="00240B87" w14:paraId="3959CE54" w14:textId="77777777">
        <w:trPr>
          <w:jc w:val="center"/>
        </w:trPr>
        <w:tc>
          <w:tcPr>
            <w:tcW w:w="1995" w:type="dxa"/>
          </w:tcPr>
          <w:p w14:paraId="552A45B2" w14:textId="77777777" w:rsidR="00240B87" w:rsidRDefault="00240B87"/>
        </w:tc>
        <w:tc>
          <w:tcPr>
            <w:tcW w:w="1995" w:type="dxa"/>
          </w:tcPr>
          <w:p w14:paraId="51C0A4C4" w14:textId="77777777" w:rsidR="00240B87" w:rsidRDefault="00240B87"/>
        </w:tc>
        <w:tc>
          <w:tcPr>
            <w:tcW w:w="1995" w:type="dxa"/>
          </w:tcPr>
          <w:p w14:paraId="667DCAA4" w14:textId="77777777" w:rsidR="00240B87" w:rsidRDefault="00000000">
            <w:r>
              <w:rPr>
                <w:sz w:val="18"/>
              </w:rPr>
              <w:t>☐ Registrazione manutenzione eseguita</w:t>
            </w:r>
          </w:p>
        </w:tc>
        <w:tc>
          <w:tcPr>
            <w:tcW w:w="1995" w:type="dxa"/>
          </w:tcPr>
          <w:p w14:paraId="02D3F4CF" w14:textId="77777777" w:rsidR="00240B87" w:rsidRDefault="00000000">
            <w:r>
              <w:rPr>
                <w:sz w:val="18"/>
              </w:rPr>
              <w:t>☐ OK ☐ KO ☐ NA</w:t>
            </w:r>
          </w:p>
        </w:tc>
        <w:tc>
          <w:tcPr>
            <w:tcW w:w="1995" w:type="dxa"/>
          </w:tcPr>
          <w:p w14:paraId="18636D03" w14:textId="77777777" w:rsidR="00240B87" w:rsidRDefault="00240B87"/>
        </w:tc>
      </w:tr>
    </w:tbl>
    <w:p w14:paraId="454D4CE0" w14:textId="77777777" w:rsidR="00240B87" w:rsidRDefault="00000000">
      <w:r>
        <w:br w:type="page"/>
      </w:r>
    </w:p>
    <w:p w14:paraId="418AF77B" w14:textId="77777777" w:rsidR="00240B87" w:rsidRDefault="00000000">
      <w:pPr>
        <w:pStyle w:val="Titolo1"/>
        <w:spacing w:after="120"/>
      </w:pPr>
      <w:r>
        <w:lastRenderedPageBreak/>
        <w:t>Allegato A12 - Piano formazione/addestramento e registro presenze</w:t>
      </w:r>
    </w:p>
    <w:p w14:paraId="0B44F5D0" w14:textId="77777777" w:rsidR="00240B87" w:rsidRDefault="00000000">
      <w:r>
        <w:t>Pianificare in base a mansioni e rischio. Aggiornare in caso di nuovi prodotti o modifiche processi.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78"/>
        <w:gridCol w:w="1796"/>
        <w:gridCol w:w="1416"/>
        <w:gridCol w:w="1382"/>
        <w:gridCol w:w="1389"/>
        <w:gridCol w:w="1422"/>
        <w:gridCol w:w="1406"/>
      </w:tblGrid>
      <w:tr w:rsidR="00240B87" w14:paraId="5965581F" w14:textId="77777777">
        <w:trPr>
          <w:jc w:val="center"/>
        </w:trPr>
        <w:tc>
          <w:tcPr>
            <w:tcW w:w="1425" w:type="dxa"/>
          </w:tcPr>
          <w:p w14:paraId="6F96F504" w14:textId="77777777" w:rsidR="00240B87" w:rsidRDefault="00000000">
            <w:r>
              <w:rPr>
                <w:b/>
                <w:sz w:val="18"/>
              </w:rPr>
              <w:t>Anno</w:t>
            </w:r>
          </w:p>
        </w:tc>
        <w:tc>
          <w:tcPr>
            <w:tcW w:w="1425" w:type="dxa"/>
          </w:tcPr>
          <w:p w14:paraId="0D428D19" w14:textId="77777777" w:rsidR="00240B87" w:rsidRDefault="00000000">
            <w:r>
              <w:rPr>
                <w:b/>
                <w:sz w:val="18"/>
              </w:rPr>
              <w:t>Modulo</w:t>
            </w:r>
          </w:p>
        </w:tc>
        <w:tc>
          <w:tcPr>
            <w:tcW w:w="1425" w:type="dxa"/>
          </w:tcPr>
          <w:p w14:paraId="4D2BA843" w14:textId="77777777" w:rsidR="00240B87" w:rsidRDefault="00000000">
            <w:r>
              <w:rPr>
                <w:b/>
                <w:sz w:val="18"/>
              </w:rPr>
              <w:t>Destinatari</w:t>
            </w:r>
          </w:p>
        </w:tc>
        <w:tc>
          <w:tcPr>
            <w:tcW w:w="1425" w:type="dxa"/>
          </w:tcPr>
          <w:p w14:paraId="1EE2E450" w14:textId="77777777" w:rsidR="00240B87" w:rsidRDefault="00000000">
            <w:r>
              <w:rPr>
                <w:b/>
                <w:sz w:val="18"/>
              </w:rPr>
              <w:t>Durata</w:t>
            </w:r>
          </w:p>
        </w:tc>
        <w:tc>
          <w:tcPr>
            <w:tcW w:w="1425" w:type="dxa"/>
          </w:tcPr>
          <w:p w14:paraId="015D9FF7" w14:textId="77777777" w:rsidR="00240B87" w:rsidRDefault="00000000">
            <w:r>
              <w:rPr>
                <w:b/>
                <w:sz w:val="18"/>
              </w:rPr>
              <w:t>Docente</w:t>
            </w:r>
          </w:p>
        </w:tc>
        <w:tc>
          <w:tcPr>
            <w:tcW w:w="1425" w:type="dxa"/>
          </w:tcPr>
          <w:p w14:paraId="7FCE8478" w14:textId="77777777" w:rsidR="00240B87" w:rsidRDefault="00000000">
            <w:r>
              <w:rPr>
                <w:b/>
                <w:sz w:val="18"/>
              </w:rPr>
              <w:t>Verifica</w:t>
            </w:r>
            <w:r>
              <w:rPr>
                <w:b/>
                <w:sz w:val="18"/>
              </w:rPr>
              <w:br/>
              <w:t>apprendimento</w:t>
            </w:r>
          </w:p>
        </w:tc>
        <w:tc>
          <w:tcPr>
            <w:tcW w:w="1425" w:type="dxa"/>
          </w:tcPr>
          <w:p w14:paraId="30BCE336" w14:textId="77777777" w:rsidR="00240B87" w:rsidRDefault="00000000">
            <w:r>
              <w:rPr>
                <w:b/>
                <w:sz w:val="18"/>
              </w:rPr>
              <w:t>Evidenze</w:t>
            </w:r>
          </w:p>
        </w:tc>
      </w:tr>
      <w:tr w:rsidR="00240B87" w14:paraId="73857E3A" w14:textId="77777777">
        <w:trPr>
          <w:jc w:val="center"/>
        </w:trPr>
        <w:tc>
          <w:tcPr>
            <w:tcW w:w="1425" w:type="dxa"/>
          </w:tcPr>
          <w:p w14:paraId="1FF27E5F" w14:textId="77777777" w:rsidR="00240B87" w:rsidRDefault="00000000">
            <w:r>
              <w:rPr>
                <w:sz w:val="18"/>
              </w:rPr>
              <w:t>[aaaa]</w:t>
            </w:r>
          </w:p>
        </w:tc>
        <w:tc>
          <w:tcPr>
            <w:tcW w:w="1425" w:type="dxa"/>
          </w:tcPr>
          <w:p w14:paraId="34E6C593" w14:textId="77777777" w:rsidR="00240B87" w:rsidRDefault="00000000">
            <w:r>
              <w:rPr>
                <w:sz w:val="18"/>
              </w:rPr>
              <w:t>Rischio chimico base: pittogrammi, SDS, procedure</w:t>
            </w:r>
          </w:p>
        </w:tc>
        <w:tc>
          <w:tcPr>
            <w:tcW w:w="1425" w:type="dxa"/>
          </w:tcPr>
          <w:p w14:paraId="143661AF" w14:textId="77777777" w:rsidR="00240B87" w:rsidRDefault="00000000">
            <w:r>
              <w:rPr>
                <w:sz w:val="18"/>
              </w:rPr>
              <w:t>Tutti esposti</w:t>
            </w:r>
          </w:p>
        </w:tc>
        <w:tc>
          <w:tcPr>
            <w:tcW w:w="1425" w:type="dxa"/>
          </w:tcPr>
          <w:p w14:paraId="054E42C8" w14:textId="77777777" w:rsidR="00240B87" w:rsidRDefault="00000000">
            <w:r>
              <w:rPr>
                <w:sz w:val="18"/>
              </w:rPr>
              <w:t>2 h</w:t>
            </w:r>
          </w:p>
        </w:tc>
        <w:tc>
          <w:tcPr>
            <w:tcW w:w="1425" w:type="dxa"/>
          </w:tcPr>
          <w:p w14:paraId="26649BB8" w14:textId="77777777" w:rsidR="00240B87" w:rsidRDefault="00000000">
            <w:r>
              <w:rPr>
                <w:sz w:val="18"/>
              </w:rPr>
              <w:t>[...]</w:t>
            </w:r>
          </w:p>
        </w:tc>
        <w:tc>
          <w:tcPr>
            <w:tcW w:w="1425" w:type="dxa"/>
          </w:tcPr>
          <w:p w14:paraId="7CB6A9FF" w14:textId="77777777" w:rsidR="00240B87" w:rsidRDefault="00000000">
            <w:r>
              <w:rPr>
                <w:sz w:val="18"/>
              </w:rPr>
              <w:t>☐ Test  ☐ Pratica</w:t>
            </w:r>
          </w:p>
        </w:tc>
        <w:tc>
          <w:tcPr>
            <w:tcW w:w="1425" w:type="dxa"/>
          </w:tcPr>
          <w:p w14:paraId="06A498C5" w14:textId="77777777" w:rsidR="00240B87" w:rsidRDefault="00000000">
            <w:r>
              <w:rPr>
                <w:sz w:val="18"/>
              </w:rPr>
              <w:t>Registro firme</w:t>
            </w:r>
          </w:p>
        </w:tc>
      </w:tr>
      <w:tr w:rsidR="00240B87" w14:paraId="11744FCF" w14:textId="77777777">
        <w:trPr>
          <w:jc w:val="center"/>
        </w:trPr>
        <w:tc>
          <w:tcPr>
            <w:tcW w:w="1425" w:type="dxa"/>
          </w:tcPr>
          <w:p w14:paraId="63486DE8" w14:textId="77777777" w:rsidR="00240B87" w:rsidRDefault="00000000">
            <w:r>
              <w:rPr>
                <w:sz w:val="18"/>
              </w:rPr>
              <w:t>[aaaa]</w:t>
            </w:r>
          </w:p>
        </w:tc>
        <w:tc>
          <w:tcPr>
            <w:tcW w:w="1425" w:type="dxa"/>
          </w:tcPr>
          <w:p w14:paraId="6CAD3A6A" w14:textId="77777777" w:rsidR="00240B87" w:rsidRDefault="00000000">
            <w:r>
              <w:rPr>
                <w:sz w:val="18"/>
              </w:rPr>
              <w:t>Travaso/miscelazione e gestione sversamenti</w:t>
            </w:r>
          </w:p>
        </w:tc>
        <w:tc>
          <w:tcPr>
            <w:tcW w:w="1425" w:type="dxa"/>
          </w:tcPr>
          <w:p w14:paraId="4CA6EC3E" w14:textId="77777777" w:rsidR="00240B87" w:rsidRDefault="00000000">
            <w:r>
              <w:rPr>
                <w:sz w:val="18"/>
              </w:rPr>
              <w:t>Addetti reparto</w:t>
            </w:r>
          </w:p>
        </w:tc>
        <w:tc>
          <w:tcPr>
            <w:tcW w:w="1425" w:type="dxa"/>
          </w:tcPr>
          <w:p w14:paraId="3AC1EA8E" w14:textId="77777777" w:rsidR="00240B87" w:rsidRDefault="00000000">
            <w:r>
              <w:rPr>
                <w:sz w:val="18"/>
              </w:rPr>
              <w:t>2 h</w:t>
            </w:r>
          </w:p>
        </w:tc>
        <w:tc>
          <w:tcPr>
            <w:tcW w:w="1425" w:type="dxa"/>
          </w:tcPr>
          <w:p w14:paraId="3C500FDF" w14:textId="77777777" w:rsidR="00240B87" w:rsidRDefault="00000000">
            <w:r>
              <w:rPr>
                <w:sz w:val="18"/>
              </w:rPr>
              <w:t>[...]</w:t>
            </w:r>
          </w:p>
        </w:tc>
        <w:tc>
          <w:tcPr>
            <w:tcW w:w="1425" w:type="dxa"/>
          </w:tcPr>
          <w:p w14:paraId="667DA006" w14:textId="77777777" w:rsidR="00240B87" w:rsidRDefault="00000000">
            <w:r>
              <w:rPr>
                <w:sz w:val="18"/>
              </w:rPr>
              <w:t>☐ Pratica</w:t>
            </w:r>
          </w:p>
        </w:tc>
        <w:tc>
          <w:tcPr>
            <w:tcW w:w="1425" w:type="dxa"/>
          </w:tcPr>
          <w:p w14:paraId="7C70E0FD" w14:textId="77777777" w:rsidR="00240B87" w:rsidRDefault="00000000">
            <w:r>
              <w:rPr>
                <w:sz w:val="18"/>
              </w:rPr>
              <w:t>Check competenze</w:t>
            </w:r>
          </w:p>
        </w:tc>
      </w:tr>
      <w:tr w:rsidR="00240B87" w14:paraId="5B0F9597" w14:textId="77777777">
        <w:trPr>
          <w:jc w:val="center"/>
        </w:trPr>
        <w:tc>
          <w:tcPr>
            <w:tcW w:w="1425" w:type="dxa"/>
          </w:tcPr>
          <w:p w14:paraId="36268274" w14:textId="77777777" w:rsidR="00240B87" w:rsidRDefault="00000000">
            <w:r>
              <w:rPr>
                <w:sz w:val="18"/>
              </w:rPr>
              <w:t>[aaaa]</w:t>
            </w:r>
          </w:p>
        </w:tc>
        <w:tc>
          <w:tcPr>
            <w:tcW w:w="1425" w:type="dxa"/>
          </w:tcPr>
          <w:p w14:paraId="7E677633" w14:textId="77777777" w:rsidR="00240B87" w:rsidRDefault="00000000">
            <w:r>
              <w:rPr>
                <w:sz w:val="18"/>
              </w:rPr>
              <w:t>DPI respiratori: scelta, uso, manutenzione</w:t>
            </w:r>
          </w:p>
        </w:tc>
        <w:tc>
          <w:tcPr>
            <w:tcW w:w="1425" w:type="dxa"/>
          </w:tcPr>
          <w:p w14:paraId="622E8F77" w14:textId="77777777" w:rsidR="00240B87" w:rsidRDefault="00000000">
            <w:r>
              <w:rPr>
                <w:sz w:val="18"/>
              </w:rPr>
              <w:t>Utilizzatori respiratori</w:t>
            </w:r>
          </w:p>
        </w:tc>
        <w:tc>
          <w:tcPr>
            <w:tcW w:w="1425" w:type="dxa"/>
          </w:tcPr>
          <w:p w14:paraId="2F42BBB2" w14:textId="77777777" w:rsidR="00240B87" w:rsidRDefault="00000000">
            <w:r>
              <w:rPr>
                <w:sz w:val="18"/>
              </w:rPr>
              <w:t>1.5 h</w:t>
            </w:r>
          </w:p>
        </w:tc>
        <w:tc>
          <w:tcPr>
            <w:tcW w:w="1425" w:type="dxa"/>
          </w:tcPr>
          <w:p w14:paraId="2E2771FC" w14:textId="77777777" w:rsidR="00240B87" w:rsidRDefault="00000000">
            <w:r>
              <w:rPr>
                <w:sz w:val="18"/>
              </w:rPr>
              <w:t>[...]</w:t>
            </w:r>
          </w:p>
        </w:tc>
        <w:tc>
          <w:tcPr>
            <w:tcW w:w="1425" w:type="dxa"/>
          </w:tcPr>
          <w:p w14:paraId="3A4C8D9D" w14:textId="77777777" w:rsidR="00240B87" w:rsidRDefault="00000000">
            <w:r>
              <w:rPr>
                <w:sz w:val="18"/>
              </w:rPr>
              <w:t>☐ Pratica</w:t>
            </w:r>
          </w:p>
        </w:tc>
        <w:tc>
          <w:tcPr>
            <w:tcW w:w="1425" w:type="dxa"/>
          </w:tcPr>
          <w:p w14:paraId="25E19B4D" w14:textId="77777777" w:rsidR="00240B87" w:rsidRDefault="00000000">
            <w:r>
              <w:rPr>
                <w:sz w:val="18"/>
              </w:rPr>
              <w:t>A7</w:t>
            </w:r>
          </w:p>
        </w:tc>
      </w:tr>
      <w:tr w:rsidR="00240B87" w14:paraId="6BD8F16F" w14:textId="77777777">
        <w:trPr>
          <w:jc w:val="center"/>
        </w:trPr>
        <w:tc>
          <w:tcPr>
            <w:tcW w:w="1425" w:type="dxa"/>
          </w:tcPr>
          <w:p w14:paraId="7FEA99AB" w14:textId="77777777" w:rsidR="00240B87" w:rsidRDefault="00000000">
            <w:r>
              <w:rPr>
                <w:sz w:val="18"/>
              </w:rPr>
              <w:t>[aaaa]</w:t>
            </w:r>
          </w:p>
        </w:tc>
        <w:tc>
          <w:tcPr>
            <w:tcW w:w="1425" w:type="dxa"/>
          </w:tcPr>
          <w:p w14:paraId="661630D3" w14:textId="77777777" w:rsidR="00240B87" w:rsidRDefault="00000000">
            <w:r>
              <w:rPr>
                <w:sz w:val="18"/>
              </w:rPr>
              <w:t>Hot work/ATEX e fonti di ignizione (se applicabile)</w:t>
            </w:r>
          </w:p>
        </w:tc>
        <w:tc>
          <w:tcPr>
            <w:tcW w:w="1425" w:type="dxa"/>
          </w:tcPr>
          <w:p w14:paraId="7C5C0AA8" w14:textId="77777777" w:rsidR="00240B87" w:rsidRDefault="00000000">
            <w:r>
              <w:rPr>
                <w:sz w:val="18"/>
              </w:rPr>
              <w:t>Manutenzione</w:t>
            </w:r>
          </w:p>
        </w:tc>
        <w:tc>
          <w:tcPr>
            <w:tcW w:w="1425" w:type="dxa"/>
          </w:tcPr>
          <w:p w14:paraId="7211C078" w14:textId="77777777" w:rsidR="00240B87" w:rsidRDefault="00000000">
            <w:r>
              <w:rPr>
                <w:sz w:val="18"/>
              </w:rPr>
              <w:t>2 h</w:t>
            </w:r>
          </w:p>
        </w:tc>
        <w:tc>
          <w:tcPr>
            <w:tcW w:w="1425" w:type="dxa"/>
          </w:tcPr>
          <w:p w14:paraId="2E11BC19" w14:textId="77777777" w:rsidR="00240B87" w:rsidRDefault="00000000">
            <w:r>
              <w:rPr>
                <w:sz w:val="18"/>
              </w:rPr>
              <w:t>[...]</w:t>
            </w:r>
          </w:p>
        </w:tc>
        <w:tc>
          <w:tcPr>
            <w:tcW w:w="1425" w:type="dxa"/>
          </w:tcPr>
          <w:p w14:paraId="7969D256" w14:textId="77777777" w:rsidR="00240B87" w:rsidRDefault="00000000">
            <w:r>
              <w:rPr>
                <w:sz w:val="18"/>
              </w:rPr>
              <w:t>☐ Test</w:t>
            </w:r>
          </w:p>
        </w:tc>
        <w:tc>
          <w:tcPr>
            <w:tcW w:w="1425" w:type="dxa"/>
          </w:tcPr>
          <w:p w14:paraId="6BB7237A" w14:textId="77777777" w:rsidR="00240B87" w:rsidRDefault="00000000">
            <w:r>
              <w:rPr>
                <w:sz w:val="18"/>
              </w:rPr>
              <w:t>Permessi A15</w:t>
            </w:r>
          </w:p>
        </w:tc>
      </w:tr>
    </w:tbl>
    <w:p w14:paraId="7CB321BD" w14:textId="77777777" w:rsidR="00240B87" w:rsidRDefault="00240B87"/>
    <w:p w14:paraId="7F223795" w14:textId="77777777" w:rsidR="00240B87" w:rsidRDefault="00000000">
      <w:r>
        <w:t>Registro presenze (allegare foglio firme):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95"/>
        <w:gridCol w:w="1995"/>
        <w:gridCol w:w="1995"/>
        <w:gridCol w:w="1995"/>
        <w:gridCol w:w="1995"/>
      </w:tblGrid>
      <w:tr w:rsidR="00240B87" w14:paraId="19A54D10" w14:textId="77777777">
        <w:trPr>
          <w:jc w:val="center"/>
        </w:trPr>
        <w:tc>
          <w:tcPr>
            <w:tcW w:w="1995" w:type="dxa"/>
          </w:tcPr>
          <w:p w14:paraId="5EBB4CEF" w14:textId="77777777" w:rsidR="00240B87" w:rsidRDefault="00000000">
            <w:r>
              <w:rPr>
                <w:b/>
                <w:sz w:val="18"/>
              </w:rPr>
              <w:t>Data</w:t>
            </w:r>
          </w:p>
        </w:tc>
        <w:tc>
          <w:tcPr>
            <w:tcW w:w="1995" w:type="dxa"/>
          </w:tcPr>
          <w:p w14:paraId="528345C3" w14:textId="77777777" w:rsidR="00240B87" w:rsidRDefault="00000000">
            <w:r>
              <w:rPr>
                <w:b/>
                <w:sz w:val="18"/>
              </w:rPr>
              <w:t>Corso/Modulo</w:t>
            </w:r>
          </w:p>
        </w:tc>
        <w:tc>
          <w:tcPr>
            <w:tcW w:w="1995" w:type="dxa"/>
          </w:tcPr>
          <w:p w14:paraId="11183AFC" w14:textId="77777777" w:rsidR="00240B87" w:rsidRDefault="00000000">
            <w:r>
              <w:rPr>
                <w:b/>
                <w:sz w:val="18"/>
              </w:rPr>
              <w:t>Partecipante</w:t>
            </w:r>
          </w:p>
        </w:tc>
        <w:tc>
          <w:tcPr>
            <w:tcW w:w="1995" w:type="dxa"/>
          </w:tcPr>
          <w:p w14:paraId="699B93A9" w14:textId="77777777" w:rsidR="00240B87" w:rsidRDefault="00000000">
            <w:r>
              <w:rPr>
                <w:b/>
                <w:sz w:val="18"/>
              </w:rPr>
              <w:t>Firma</w:t>
            </w:r>
          </w:p>
        </w:tc>
        <w:tc>
          <w:tcPr>
            <w:tcW w:w="1995" w:type="dxa"/>
          </w:tcPr>
          <w:p w14:paraId="107CAA7E" w14:textId="77777777" w:rsidR="00240B87" w:rsidRDefault="00000000">
            <w:r>
              <w:rPr>
                <w:b/>
                <w:sz w:val="18"/>
              </w:rPr>
              <w:t>Note</w:t>
            </w:r>
          </w:p>
        </w:tc>
      </w:tr>
      <w:tr w:rsidR="00240B87" w14:paraId="7862C8B0" w14:textId="77777777">
        <w:trPr>
          <w:jc w:val="center"/>
        </w:trPr>
        <w:tc>
          <w:tcPr>
            <w:tcW w:w="1995" w:type="dxa"/>
          </w:tcPr>
          <w:p w14:paraId="758A1582" w14:textId="77777777" w:rsidR="00240B87" w:rsidRDefault="00240B87"/>
        </w:tc>
        <w:tc>
          <w:tcPr>
            <w:tcW w:w="1995" w:type="dxa"/>
          </w:tcPr>
          <w:p w14:paraId="4D680CFE" w14:textId="77777777" w:rsidR="00240B87" w:rsidRDefault="00240B87"/>
        </w:tc>
        <w:tc>
          <w:tcPr>
            <w:tcW w:w="1995" w:type="dxa"/>
          </w:tcPr>
          <w:p w14:paraId="2BC7545A" w14:textId="77777777" w:rsidR="00240B87" w:rsidRDefault="00240B87"/>
        </w:tc>
        <w:tc>
          <w:tcPr>
            <w:tcW w:w="1995" w:type="dxa"/>
          </w:tcPr>
          <w:p w14:paraId="18FBBFA3" w14:textId="77777777" w:rsidR="00240B87" w:rsidRDefault="00240B87"/>
        </w:tc>
        <w:tc>
          <w:tcPr>
            <w:tcW w:w="1995" w:type="dxa"/>
          </w:tcPr>
          <w:p w14:paraId="0CF399DF" w14:textId="77777777" w:rsidR="00240B87" w:rsidRDefault="00240B87"/>
        </w:tc>
      </w:tr>
      <w:tr w:rsidR="00240B87" w14:paraId="682A15B1" w14:textId="77777777">
        <w:trPr>
          <w:jc w:val="center"/>
        </w:trPr>
        <w:tc>
          <w:tcPr>
            <w:tcW w:w="1995" w:type="dxa"/>
          </w:tcPr>
          <w:p w14:paraId="00BA0F7D" w14:textId="77777777" w:rsidR="00240B87" w:rsidRDefault="00240B87"/>
        </w:tc>
        <w:tc>
          <w:tcPr>
            <w:tcW w:w="1995" w:type="dxa"/>
          </w:tcPr>
          <w:p w14:paraId="7CF0D226" w14:textId="77777777" w:rsidR="00240B87" w:rsidRDefault="00240B87"/>
        </w:tc>
        <w:tc>
          <w:tcPr>
            <w:tcW w:w="1995" w:type="dxa"/>
          </w:tcPr>
          <w:p w14:paraId="3DBAEE4C" w14:textId="77777777" w:rsidR="00240B87" w:rsidRDefault="00240B87"/>
        </w:tc>
        <w:tc>
          <w:tcPr>
            <w:tcW w:w="1995" w:type="dxa"/>
          </w:tcPr>
          <w:p w14:paraId="4754AD9B" w14:textId="77777777" w:rsidR="00240B87" w:rsidRDefault="00240B87"/>
        </w:tc>
        <w:tc>
          <w:tcPr>
            <w:tcW w:w="1995" w:type="dxa"/>
          </w:tcPr>
          <w:p w14:paraId="1694DE8A" w14:textId="77777777" w:rsidR="00240B87" w:rsidRDefault="00240B87"/>
        </w:tc>
      </w:tr>
      <w:tr w:rsidR="00240B87" w14:paraId="2565A385" w14:textId="77777777">
        <w:trPr>
          <w:jc w:val="center"/>
        </w:trPr>
        <w:tc>
          <w:tcPr>
            <w:tcW w:w="1995" w:type="dxa"/>
          </w:tcPr>
          <w:p w14:paraId="318F2508" w14:textId="77777777" w:rsidR="00240B87" w:rsidRDefault="00240B87"/>
        </w:tc>
        <w:tc>
          <w:tcPr>
            <w:tcW w:w="1995" w:type="dxa"/>
          </w:tcPr>
          <w:p w14:paraId="5B8C75CD" w14:textId="77777777" w:rsidR="00240B87" w:rsidRDefault="00240B87"/>
        </w:tc>
        <w:tc>
          <w:tcPr>
            <w:tcW w:w="1995" w:type="dxa"/>
          </w:tcPr>
          <w:p w14:paraId="369027C5" w14:textId="77777777" w:rsidR="00240B87" w:rsidRDefault="00240B87"/>
        </w:tc>
        <w:tc>
          <w:tcPr>
            <w:tcW w:w="1995" w:type="dxa"/>
          </w:tcPr>
          <w:p w14:paraId="5352726D" w14:textId="77777777" w:rsidR="00240B87" w:rsidRDefault="00240B87"/>
        </w:tc>
        <w:tc>
          <w:tcPr>
            <w:tcW w:w="1995" w:type="dxa"/>
          </w:tcPr>
          <w:p w14:paraId="1CFCB2D7" w14:textId="77777777" w:rsidR="00240B87" w:rsidRDefault="00240B87"/>
        </w:tc>
      </w:tr>
      <w:tr w:rsidR="00240B87" w14:paraId="3BC45087" w14:textId="77777777">
        <w:trPr>
          <w:jc w:val="center"/>
        </w:trPr>
        <w:tc>
          <w:tcPr>
            <w:tcW w:w="1995" w:type="dxa"/>
          </w:tcPr>
          <w:p w14:paraId="473EEEBF" w14:textId="77777777" w:rsidR="00240B87" w:rsidRDefault="00240B87"/>
        </w:tc>
        <w:tc>
          <w:tcPr>
            <w:tcW w:w="1995" w:type="dxa"/>
          </w:tcPr>
          <w:p w14:paraId="5459EF86" w14:textId="77777777" w:rsidR="00240B87" w:rsidRDefault="00240B87"/>
        </w:tc>
        <w:tc>
          <w:tcPr>
            <w:tcW w:w="1995" w:type="dxa"/>
          </w:tcPr>
          <w:p w14:paraId="1946D53A" w14:textId="77777777" w:rsidR="00240B87" w:rsidRDefault="00240B87"/>
        </w:tc>
        <w:tc>
          <w:tcPr>
            <w:tcW w:w="1995" w:type="dxa"/>
          </w:tcPr>
          <w:p w14:paraId="4D6EDAFA" w14:textId="77777777" w:rsidR="00240B87" w:rsidRDefault="00240B87"/>
        </w:tc>
        <w:tc>
          <w:tcPr>
            <w:tcW w:w="1995" w:type="dxa"/>
          </w:tcPr>
          <w:p w14:paraId="30D3788C" w14:textId="77777777" w:rsidR="00240B87" w:rsidRDefault="00240B87"/>
        </w:tc>
      </w:tr>
      <w:tr w:rsidR="00240B87" w14:paraId="74242BED" w14:textId="77777777">
        <w:trPr>
          <w:jc w:val="center"/>
        </w:trPr>
        <w:tc>
          <w:tcPr>
            <w:tcW w:w="1995" w:type="dxa"/>
          </w:tcPr>
          <w:p w14:paraId="75521153" w14:textId="77777777" w:rsidR="00240B87" w:rsidRDefault="00240B87"/>
        </w:tc>
        <w:tc>
          <w:tcPr>
            <w:tcW w:w="1995" w:type="dxa"/>
          </w:tcPr>
          <w:p w14:paraId="686F8586" w14:textId="77777777" w:rsidR="00240B87" w:rsidRDefault="00240B87"/>
        </w:tc>
        <w:tc>
          <w:tcPr>
            <w:tcW w:w="1995" w:type="dxa"/>
          </w:tcPr>
          <w:p w14:paraId="196266EF" w14:textId="77777777" w:rsidR="00240B87" w:rsidRDefault="00240B87"/>
        </w:tc>
        <w:tc>
          <w:tcPr>
            <w:tcW w:w="1995" w:type="dxa"/>
          </w:tcPr>
          <w:p w14:paraId="6F139EF6" w14:textId="77777777" w:rsidR="00240B87" w:rsidRDefault="00240B87"/>
        </w:tc>
        <w:tc>
          <w:tcPr>
            <w:tcW w:w="1995" w:type="dxa"/>
          </w:tcPr>
          <w:p w14:paraId="5EC62FC9" w14:textId="77777777" w:rsidR="00240B87" w:rsidRDefault="00240B87"/>
        </w:tc>
      </w:tr>
      <w:tr w:rsidR="00240B87" w14:paraId="1A39E194" w14:textId="77777777">
        <w:trPr>
          <w:jc w:val="center"/>
        </w:trPr>
        <w:tc>
          <w:tcPr>
            <w:tcW w:w="1995" w:type="dxa"/>
          </w:tcPr>
          <w:p w14:paraId="2AB6113E" w14:textId="77777777" w:rsidR="00240B87" w:rsidRDefault="00240B87"/>
        </w:tc>
        <w:tc>
          <w:tcPr>
            <w:tcW w:w="1995" w:type="dxa"/>
          </w:tcPr>
          <w:p w14:paraId="25C051F7" w14:textId="77777777" w:rsidR="00240B87" w:rsidRDefault="00240B87"/>
        </w:tc>
        <w:tc>
          <w:tcPr>
            <w:tcW w:w="1995" w:type="dxa"/>
          </w:tcPr>
          <w:p w14:paraId="5E152D6C" w14:textId="77777777" w:rsidR="00240B87" w:rsidRDefault="00240B87"/>
        </w:tc>
        <w:tc>
          <w:tcPr>
            <w:tcW w:w="1995" w:type="dxa"/>
          </w:tcPr>
          <w:p w14:paraId="6D7C6704" w14:textId="77777777" w:rsidR="00240B87" w:rsidRDefault="00240B87"/>
        </w:tc>
        <w:tc>
          <w:tcPr>
            <w:tcW w:w="1995" w:type="dxa"/>
          </w:tcPr>
          <w:p w14:paraId="5888FC0A" w14:textId="77777777" w:rsidR="00240B87" w:rsidRDefault="00240B87"/>
        </w:tc>
      </w:tr>
      <w:tr w:rsidR="00240B87" w14:paraId="6992B907" w14:textId="77777777">
        <w:trPr>
          <w:jc w:val="center"/>
        </w:trPr>
        <w:tc>
          <w:tcPr>
            <w:tcW w:w="1995" w:type="dxa"/>
          </w:tcPr>
          <w:p w14:paraId="398FAB5B" w14:textId="77777777" w:rsidR="00240B87" w:rsidRDefault="00240B87"/>
        </w:tc>
        <w:tc>
          <w:tcPr>
            <w:tcW w:w="1995" w:type="dxa"/>
          </w:tcPr>
          <w:p w14:paraId="57AD8B90" w14:textId="77777777" w:rsidR="00240B87" w:rsidRDefault="00240B87"/>
        </w:tc>
        <w:tc>
          <w:tcPr>
            <w:tcW w:w="1995" w:type="dxa"/>
          </w:tcPr>
          <w:p w14:paraId="37CFF46C" w14:textId="77777777" w:rsidR="00240B87" w:rsidRDefault="00240B87"/>
        </w:tc>
        <w:tc>
          <w:tcPr>
            <w:tcW w:w="1995" w:type="dxa"/>
          </w:tcPr>
          <w:p w14:paraId="3FE0964C" w14:textId="77777777" w:rsidR="00240B87" w:rsidRDefault="00240B87"/>
        </w:tc>
        <w:tc>
          <w:tcPr>
            <w:tcW w:w="1995" w:type="dxa"/>
          </w:tcPr>
          <w:p w14:paraId="25F2AAE4" w14:textId="77777777" w:rsidR="00240B87" w:rsidRDefault="00240B87"/>
        </w:tc>
      </w:tr>
      <w:tr w:rsidR="00240B87" w14:paraId="36ACA2B5" w14:textId="77777777">
        <w:trPr>
          <w:jc w:val="center"/>
        </w:trPr>
        <w:tc>
          <w:tcPr>
            <w:tcW w:w="1995" w:type="dxa"/>
          </w:tcPr>
          <w:p w14:paraId="3CD13755" w14:textId="77777777" w:rsidR="00240B87" w:rsidRDefault="00240B87"/>
        </w:tc>
        <w:tc>
          <w:tcPr>
            <w:tcW w:w="1995" w:type="dxa"/>
          </w:tcPr>
          <w:p w14:paraId="41448009" w14:textId="77777777" w:rsidR="00240B87" w:rsidRDefault="00240B87"/>
        </w:tc>
        <w:tc>
          <w:tcPr>
            <w:tcW w:w="1995" w:type="dxa"/>
          </w:tcPr>
          <w:p w14:paraId="7BF0B008" w14:textId="77777777" w:rsidR="00240B87" w:rsidRDefault="00240B87"/>
        </w:tc>
        <w:tc>
          <w:tcPr>
            <w:tcW w:w="1995" w:type="dxa"/>
          </w:tcPr>
          <w:p w14:paraId="5B9E3025" w14:textId="77777777" w:rsidR="00240B87" w:rsidRDefault="00240B87"/>
        </w:tc>
        <w:tc>
          <w:tcPr>
            <w:tcW w:w="1995" w:type="dxa"/>
          </w:tcPr>
          <w:p w14:paraId="5EA9E46A" w14:textId="77777777" w:rsidR="00240B87" w:rsidRDefault="00240B87"/>
        </w:tc>
      </w:tr>
      <w:tr w:rsidR="00240B87" w14:paraId="6D0E56C7" w14:textId="77777777">
        <w:trPr>
          <w:jc w:val="center"/>
        </w:trPr>
        <w:tc>
          <w:tcPr>
            <w:tcW w:w="1995" w:type="dxa"/>
          </w:tcPr>
          <w:p w14:paraId="17EAB852" w14:textId="77777777" w:rsidR="00240B87" w:rsidRDefault="00240B87"/>
        </w:tc>
        <w:tc>
          <w:tcPr>
            <w:tcW w:w="1995" w:type="dxa"/>
          </w:tcPr>
          <w:p w14:paraId="22ADEEF8" w14:textId="77777777" w:rsidR="00240B87" w:rsidRDefault="00240B87"/>
        </w:tc>
        <w:tc>
          <w:tcPr>
            <w:tcW w:w="1995" w:type="dxa"/>
          </w:tcPr>
          <w:p w14:paraId="05B55705" w14:textId="77777777" w:rsidR="00240B87" w:rsidRDefault="00240B87"/>
        </w:tc>
        <w:tc>
          <w:tcPr>
            <w:tcW w:w="1995" w:type="dxa"/>
          </w:tcPr>
          <w:p w14:paraId="18D813C4" w14:textId="77777777" w:rsidR="00240B87" w:rsidRDefault="00240B87"/>
        </w:tc>
        <w:tc>
          <w:tcPr>
            <w:tcW w:w="1995" w:type="dxa"/>
          </w:tcPr>
          <w:p w14:paraId="347AFB7A" w14:textId="77777777" w:rsidR="00240B87" w:rsidRDefault="00240B87"/>
        </w:tc>
      </w:tr>
      <w:tr w:rsidR="00240B87" w14:paraId="602F4812" w14:textId="77777777">
        <w:trPr>
          <w:jc w:val="center"/>
        </w:trPr>
        <w:tc>
          <w:tcPr>
            <w:tcW w:w="1995" w:type="dxa"/>
          </w:tcPr>
          <w:p w14:paraId="5A23F9DE" w14:textId="77777777" w:rsidR="00240B87" w:rsidRDefault="00240B87"/>
        </w:tc>
        <w:tc>
          <w:tcPr>
            <w:tcW w:w="1995" w:type="dxa"/>
          </w:tcPr>
          <w:p w14:paraId="313590F1" w14:textId="77777777" w:rsidR="00240B87" w:rsidRDefault="00240B87"/>
        </w:tc>
        <w:tc>
          <w:tcPr>
            <w:tcW w:w="1995" w:type="dxa"/>
          </w:tcPr>
          <w:p w14:paraId="6F06387A" w14:textId="77777777" w:rsidR="00240B87" w:rsidRDefault="00240B87"/>
        </w:tc>
        <w:tc>
          <w:tcPr>
            <w:tcW w:w="1995" w:type="dxa"/>
          </w:tcPr>
          <w:p w14:paraId="5CB192BC" w14:textId="77777777" w:rsidR="00240B87" w:rsidRDefault="00240B87"/>
        </w:tc>
        <w:tc>
          <w:tcPr>
            <w:tcW w:w="1995" w:type="dxa"/>
          </w:tcPr>
          <w:p w14:paraId="23571E39" w14:textId="77777777" w:rsidR="00240B87" w:rsidRDefault="00240B87"/>
        </w:tc>
      </w:tr>
    </w:tbl>
    <w:p w14:paraId="10ECD2CD" w14:textId="77777777" w:rsidR="00240B87" w:rsidRDefault="00000000">
      <w:r>
        <w:br w:type="page"/>
      </w:r>
    </w:p>
    <w:p w14:paraId="685FCA67" w14:textId="77777777" w:rsidR="00240B87" w:rsidRDefault="00000000">
      <w:pPr>
        <w:pStyle w:val="Titolo1"/>
        <w:spacing w:after="120"/>
      </w:pPr>
      <w:r>
        <w:lastRenderedPageBreak/>
        <w:t>Allegato A13 - Check-list audit interno rischio chimico</w:t>
      </w:r>
    </w:p>
    <w:p w14:paraId="3DE4B9A5" w14:textId="77777777" w:rsidR="00240B87" w:rsidRDefault="00000000">
      <w:r>
        <w:t>Usare per verifiche periodiche. Campionare reparti e attività a maggior rischio.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240B87" w14:paraId="5ACD346D" w14:textId="77777777">
        <w:trPr>
          <w:jc w:val="center"/>
        </w:trPr>
        <w:tc>
          <w:tcPr>
            <w:tcW w:w="3324" w:type="dxa"/>
          </w:tcPr>
          <w:p w14:paraId="0AB2BBD2" w14:textId="77777777" w:rsidR="00240B87" w:rsidRDefault="00000000">
            <w:r>
              <w:rPr>
                <w:b/>
                <w:sz w:val="20"/>
              </w:rPr>
              <w:t>Requisito</w:t>
            </w:r>
          </w:p>
        </w:tc>
        <w:tc>
          <w:tcPr>
            <w:tcW w:w="3324" w:type="dxa"/>
          </w:tcPr>
          <w:p w14:paraId="05DC28B5" w14:textId="77777777" w:rsidR="00240B87" w:rsidRDefault="00000000">
            <w:r>
              <w:rPr>
                <w:b/>
                <w:sz w:val="20"/>
              </w:rPr>
              <w:t>Esito</w:t>
            </w:r>
          </w:p>
        </w:tc>
        <w:tc>
          <w:tcPr>
            <w:tcW w:w="3324" w:type="dxa"/>
          </w:tcPr>
          <w:p w14:paraId="6A124AD1" w14:textId="77777777" w:rsidR="00240B87" w:rsidRDefault="00000000">
            <w:r>
              <w:rPr>
                <w:b/>
                <w:sz w:val="20"/>
              </w:rPr>
              <w:t>Evidenze/Azioni</w:t>
            </w:r>
          </w:p>
        </w:tc>
      </w:tr>
      <w:tr w:rsidR="00240B87" w14:paraId="18F8821E" w14:textId="77777777">
        <w:trPr>
          <w:jc w:val="center"/>
        </w:trPr>
        <w:tc>
          <w:tcPr>
            <w:tcW w:w="3324" w:type="dxa"/>
          </w:tcPr>
          <w:p w14:paraId="0D612725" w14:textId="77777777" w:rsidR="00240B87" w:rsidRDefault="00000000">
            <w:r>
              <w:rPr>
                <w:sz w:val="20"/>
              </w:rPr>
              <w:t>Inventario aggiornato (A2) e SDS disponibili in reparto</w:t>
            </w:r>
          </w:p>
        </w:tc>
        <w:tc>
          <w:tcPr>
            <w:tcW w:w="3324" w:type="dxa"/>
          </w:tcPr>
          <w:p w14:paraId="63277F58" w14:textId="77777777" w:rsidR="00240B87" w:rsidRDefault="00000000">
            <w:r>
              <w:rPr>
                <w:sz w:val="20"/>
              </w:rPr>
              <w:t>☐ Conforme ☐ NC ☐ Osservazione</w:t>
            </w:r>
          </w:p>
        </w:tc>
        <w:tc>
          <w:tcPr>
            <w:tcW w:w="3324" w:type="dxa"/>
          </w:tcPr>
          <w:p w14:paraId="7D4D490D" w14:textId="77777777" w:rsidR="00240B87" w:rsidRDefault="00240B87"/>
        </w:tc>
      </w:tr>
      <w:tr w:rsidR="00240B87" w14:paraId="304D4C93" w14:textId="77777777">
        <w:trPr>
          <w:jc w:val="center"/>
        </w:trPr>
        <w:tc>
          <w:tcPr>
            <w:tcW w:w="3324" w:type="dxa"/>
          </w:tcPr>
          <w:p w14:paraId="10A47F42" w14:textId="77777777" w:rsidR="00240B87" w:rsidRDefault="00000000">
            <w:r>
              <w:rPr>
                <w:sz w:val="20"/>
              </w:rPr>
              <w:t>Prodotti non autorizzati assenti; acquisti controllati (A1)</w:t>
            </w:r>
          </w:p>
        </w:tc>
        <w:tc>
          <w:tcPr>
            <w:tcW w:w="3324" w:type="dxa"/>
          </w:tcPr>
          <w:p w14:paraId="11B2CFF6" w14:textId="77777777" w:rsidR="00240B87" w:rsidRDefault="00000000">
            <w:r>
              <w:rPr>
                <w:sz w:val="20"/>
              </w:rPr>
              <w:t>☐ Conforme ☐ NC ☐ Osservazione</w:t>
            </w:r>
          </w:p>
        </w:tc>
        <w:tc>
          <w:tcPr>
            <w:tcW w:w="3324" w:type="dxa"/>
          </w:tcPr>
          <w:p w14:paraId="13E0C0B3" w14:textId="77777777" w:rsidR="00240B87" w:rsidRDefault="00240B87"/>
        </w:tc>
      </w:tr>
      <w:tr w:rsidR="00240B87" w14:paraId="684CE9E7" w14:textId="77777777">
        <w:trPr>
          <w:jc w:val="center"/>
        </w:trPr>
        <w:tc>
          <w:tcPr>
            <w:tcW w:w="3324" w:type="dxa"/>
          </w:tcPr>
          <w:p w14:paraId="207F6A10" w14:textId="77777777" w:rsidR="00240B87" w:rsidRDefault="00000000">
            <w:r>
              <w:rPr>
                <w:sz w:val="20"/>
              </w:rPr>
              <w:t>Etichettatura corretta anche su contenitori secondari (A4)</w:t>
            </w:r>
          </w:p>
        </w:tc>
        <w:tc>
          <w:tcPr>
            <w:tcW w:w="3324" w:type="dxa"/>
          </w:tcPr>
          <w:p w14:paraId="5314A64D" w14:textId="77777777" w:rsidR="00240B87" w:rsidRDefault="00000000">
            <w:r>
              <w:rPr>
                <w:sz w:val="20"/>
              </w:rPr>
              <w:t>☐ Conforme ☐ NC ☐ Osservazione</w:t>
            </w:r>
          </w:p>
        </w:tc>
        <w:tc>
          <w:tcPr>
            <w:tcW w:w="3324" w:type="dxa"/>
          </w:tcPr>
          <w:p w14:paraId="5A3CC48B" w14:textId="77777777" w:rsidR="00240B87" w:rsidRDefault="00240B87"/>
        </w:tc>
      </w:tr>
      <w:tr w:rsidR="00240B87" w14:paraId="595EA92D" w14:textId="77777777">
        <w:trPr>
          <w:jc w:val="center"/>
        </w:trPr>
        <w:tc>
          <w:tcPr>
            <w:tcW w:w="3324" w:type="dxa"/>
          </w:tcPr>
          <w:p w14:paraId="69B621DA" w14:textId="77777777" w:rsidR="00240B87" w:rsidRDefault="00000000">
            <w:r>
              <w:rPr>
                <w:sz w:val="20"/>
              </w:rPr>
              <w:t>Stoccaggio conforme e segregazione incompatibili (A5)</w:t>
            </w:r>
          </w:p>
        </w:tc>
        <w:tc>
          <w:tcPr>
            <w:tcW w:w="3324" w:type="dxa"/>
          </w:tcPr>
          <w:p w14:paraId="0B3D875C" w14:textId="77777777" w:rsidR="00240B87" w:rsidRDefault="00000000">
            <w:r>
              <w:rPr>
                <w:sz w:val="20"/>
              </w:rPr>
              <w:t>☐ Conforme ☐ NC ☐ Osservazione</w:t>
            </w:r>
          </w:p>
        </w:tc>
        <w:tc>
          <w:tcPr>
            <w:tcW w:w="3324" w:type="dxa"/>
          </w:tcPr>
          <w:p w14:paraId="527E7BC2" w14:textId="77777777" w:rsidR="00240B87" w:rsidRDefault="00240B87"/>
        </w:tc>
      </w:tr>
      <w:tr w:rsidR="00240B87" w14:paraId="1BEA5618" w14:textId="77777777">
        <w:trPr>
          <w:jc w:val="center"/>
        </w:trPr>
        <w:tc>
          <w:tcPr>
            <w:tcW w:w="3324" w:type="dxa"/>
          </w:tcPr>
          <w:p w14:paraId="1F8D0C2D" w14:textId="77777777" w:rsidR="00240B87" w:rsidRDefault="00000000">
            <w:r>
              <w:rPr>
                <w:sz w:val="20"/>
              </w:rPr>
              <w:t>Ventilazione/aspirazioni funzionanti e manutenute (A11)</w:t>
            </w:r>
          </w:p>
        </w:tc>
        <w:tc>
          <w:tcPr>
            <w:tcW w:w="3324" w:type="dxa"/>
          </w:tcPr>
          <w:p w14:paraId="0118D240" w14:textId="77777777" w:rsidR="00240B87" w:rsidRDefault="00000000">
            <w:r>
              <w:rPr>
                <w:sz w:val="20"/>
              </w:rPr>
              <w:t>☐ Conforme ☐ NC ☐ Osservazione</w:t>
            </w:r>
          </w:p>
        </w:tc>
        <w:tc>
          <w:tcPr>
            <w:tcW w:w="3324" w:type="dxa"/>
          </w:tcPr>
          <w:p w14:paraId="304681B2" w14:textId="77777777" w:rsidR="00240B87" w:rsidRDefault="00240B87"/>
        </w:tc>
      </w:tr>
      <w:tr w:rsidR="00240B87" w14:paraId="1923F234" w14:textId="77777777">
        <w:trPr>
          <w:jc w:val="center"/>
        </w:trPr>
        <w:tc>
          <w:tcPr>
            <w:tcW w:w="3324" w:type="dxa"/>
          </w:tcPr>
          <w:p w14:paraId="07F5A031" w14:textId="77777777" w:rsidR="00240B87" w:rsidRDefault="00000000">
            <w:r>
              <w:rPr>
                <w:sz w:val="20"/>
              </w:rPr>
              <w:t>DPI disponibili, in buono stato, usati correttamente (A7)</w:t>
            </w:r>
          </w:p>
        </w:tc>
        <w:tc>
          <w:tcPr>
            <w:tcW w:w="3324" w:type="dxa"/>
          </w:tcPr>
          <w:p w14:paraId="750F1BE0" w14:textId="77777777" w:rsidR="00240B87" w:rsidRDefault="00000000">
            <w:r>
              <w:rPr>
                <w:sz w:val="20"/>
              </w:rPr>
              <w:t>☐ Conforme ☐ NC ☐ Osservazione</w:t>
            </w:r>
          </w:p>
        </w:tc>
        <w:tc>
          <w:tcPr>
            <w:tcW w:w="3324" w:type="dxa"/>
          </w:tcPr>
          <w:p w14:paraId="5FAD5F0A" w14:textId="77777777" w:rsidR="00240B87" w:rsidRDefault="00240B87"/>
        </w:tc>
      </w:tr>
      <w:tr w:rsidR="00240B87" w14:paraId="3A23F57E" w14:textId="77777777">
        <w:trPr>
          <w:jc w:val="center"/>
        </w:trPr>
        <w:tc>
          <w:tcPr>
            <w:tcW w:w="3324" w:type="dxa"/>
          </w:tcPr>
          <w:p w14:paraId="130F7A21" w14:textId="77777777" w:rsidR="00240B87" w:rsidRDefault="00000000">
            <w:r>
              <w:rPr>
                <w:sz w:val="20"/>
              </w:rPr>
              <w:t>Formazione/addestramento aggiornati (A12)</w:t>
            </w:r>
          </w:p>
        </w:tc>
        <w:tc>
          <w:tcPr>
            <w:tcW w:w="3324" w:type="dxa"/>
          </w:tcPr>
          <w:p w14:paraId="53CCF12B" w14:textId="77777777" w:rsidR="00240B87" w:rsidRDefault="00000000">
            <w:r>
              <w:rPr>
                <w:sz w:val="20"/>
              </w:rPr>
              <w:t>☐ Conforme ☐ NC ☐ Osservazione</w:t>
            </w:r>
          </w:p>
        </w:tc>
        <w:tc>
          <w:tcPr>
            <w:tcW w:w="3324" w:type="dxa"/>
          </w:tcPr>
          <w:p w14:paraId="784CECC3" w14:textId="77777777" w:rsidR="00240B87" w:rsidRDefault="00240B87"/>
        </w:tc>
      </w:tr>
      <w:tr w:rsidR="00240B87" w14:paraId="69382618" w14:textId="77777777">
        <w:trPr>
          <w:jc w:val="center"/>
        </w:trPr>
        <w:tc>
          <w:tcPr>
            <w:tcW w:w="3324" w:type="dxa"/>
          </w:tcPr>
          <w:p w14:paraId="108DB7F8" w14:textId="77777777" w:rsidR="00240B87" w:rsidRDefault="00000000">
            <w:r>
              <w:rPr>
                <w:sz w:val="20"/>
              </w:rPr>
              <w:t>Gestione rifiuti corretta (A10)</w:t>
            </w:r>
          </w:p>
        </w:tc>
        <w:tc>
          <w:tcPr>
            <w:tcW w:w="3324" w:type="dxa"/>
          </w:tcPr>
          <w:p w14:paraId="27D76CBA" w14:textId="77777777" w:rsidR="00240B87" w:rsidRDefault="00000000">
            <w:r>
              <w:rPr>
                <w:sz w:val="20"/>
              </w:rPr>
              <w:t>☐ Conforme ☐ NC ☐ Osservazione</w:t>
            </w:r>
          </w:p>
        </w:tc>
        <w:tc>
          <w:tcPr>
            <w:tcW w:w="3324" w:type="dxa"/>
          </w:tcPr>
          <w:p w14:paraId="0E72E7ED" w14:textId="77777777" w:rsidR="00240B87" w:rsidRDefault="00240B87"/>
        </w:tc>
      </w:tr>
      <w:tr w:rsidR="00240B87" w14:paraId="3879380E" w14:textId="77777777">
        <w:trPr>
          <w:jc w:val="center"/>
        </w:trPr>
        <w:tc>
          <w:tcPr>
            <w:tcW w:w="3324" w:type="dxa"/>
          </w:tcPr>
          <w:p w14:paraId="2A1A4CFF" w14:textId="77777777" w:rsidR="00240B87" w:rsidRDefault="00000000">
            <w:r>
              <w:rPr>
                <w:sz w:val="20"/>
              </w:rPr>
              <w:t>Gestione sversamenti: kit presenti e completi (A8)</w:t>
            </w:r>
          </w:p>
        </w:tc>
        <w:tc>
          <w:tcPr>
            <w:tcW w:w="3324" w:type="dxa"/>
          </w:tcPr>
          <w:p w14:paraId="4E08AA27" w14:textId="77777777" w:rsidR="00240B87" w:rsidRDefault="00000000">
            <w:r>
              <w:rPr>
                <w:sz w:val="20"/>
              </w:rPr>
              <w:t>☐ Conforme ☐ NC ☐ Osservazione</w:t>
            </w:r>
          </w:p>
        </w:tc>
        <w:tc>
          <w:tcPr>
            <w:tcW w:w="3324" w:type="dxa"/>
          </w:tcPr>
          <w:p w14:paraId="3D747A00" w14:textId="77777777" w:rsidR="00240B87" w:rsidRDefault="00240B87"/>
        </w:tc>
      </w:tr>
      <w:tr w:rsidR="00240B87" w14:paraId="42ADBB5F" w14:textId="77777777">
        <w:trPr>
          <w:jc w:val="center"/>
        </w:trPr>
        <w:tc>
          <w:tcPr>
            <w:tcW w:w="3324" w:type="dxa"/>
          </w:tcPr>
          <w:p w14:paraId="1D6833B3" w14:textId="77777777" w:rsidR="00240B87" w:rsidRDefault="00000000">
            <w:r>
              <w:rPr>
                <w:sz w:val="20"/>
              </w:rPr>
              <w:t>Incidenti/quasi incidenti gestiti con azioni correttive (A9)</w:t>
            </w:r>
          </w:p>
        </w:tc>
        <w:tc>
          <w:tcPr>
            <w:tcW w:w="3324" w:type="dxa"/>
          </w:tcPr>
          <w:p w14:paraId="41941FDC" w14:textId="77777777" w:rsidR="00240B87" w:rsidRDefault="00000000">
            <w:r>
              <w:rPr>
                <w:sz w:val="20"/>
              </w:rPr>
              <w:t>☐ Conforme ☐ NC ☐ Osservazione</w:t>
            </w:r>
          </w:p>
        </w:tc>
        <w:tc>
          <w:tcPr>
            <w:tcW w:w="3324" w:type="dxa"/>
          </w:tcPr>
          <w:p w14:paraId="6A971FD9" w14:textId="77777777" w:rsidR="00240B87" w:rsidRDefault="00240B87"/>
        </w:tc>
      </w:tr>
    </w:tbl>
    <w:p w14:paraId="1DFA08CD" w14:textId="77777777" w:rsidR="00240B87" w:rsidRDefault="00000000">
      <w:r>
        <w:br w:type="page"/>
      </w:r>
    </w:p>
    <w:p w14:paraId="1C30596C" w14:textId="77777777" w:rsidR="00240B87" w:rsidRDefault="00000000">
      <w:pPr>
        <w:pStyle w:val="Titolo1"/>
        <w:spacing w:after="120"/>
      </w:pPr>
      <w:r>
        <w:lastRenderedPageBreak/>
        <w:t>Allegato A14 - Criteri sostituzione e priorità (frasi H ad alta criticità)</w:t>
      </w:r>
    </w:p>
    <w:p w14:paraId="05E33983" w14:textId="77777777" w:rsidR="00240B87" w:rsidRDefault="00000000">
      <w:r>
        <w:t>Usare per definire priorità nel piano di sostituzione e riduzione del rischio.</w:t>
      </w:r>
    </w:p>
    <w:p w14:paraId="79220FAF" w14:textId="77777777" w:rsidR="00240B87" w:rsidRDefault="00000000">
      <w:r>
        <w:t>Priorità ALTA (valutare sostituzione/tecniche di contenimento):</w:t>
      </w:r>
    </w:p>
    <w:p w14:paraId="2AC09626" w14:textId="77777777" w:rsidR="00240B87" w:rsidRDefault="00000000">
      <w:pPr>
        <w:pStyle w:val="Puntoelenco"/>
      </w:pPr>
      <w:r>
        <w:t>CMR: H340, H350, H350i, H360 (categorie 1A/1B/2)</w:t>
      </w:r>
    </w:p>
    <w:p w14:paraId="394D0719" w14:textId="77777777" w:rsidR="00240B87" w:rsidRDefault="00000000">
      <w:pPr>
        <w:pStyle w:val="Puntoelenco"/>
      </w:pPr>
      <w:r>
        <w:t>Sensibilizzanti respiratori: H334</w:t>
      </w:r>
    </w:p>
    <w:p w14:paraId="5B161502" w14:textId="77777777" w:rsidR="00240B87" w:rsidRDefault="00000000">
      <w:pPr>
        <w:pStyle w:val="Puntoelenco"/>
      </w:pPr>
      <w:r>
        <w:t>Tossicità acuta elevata: H300, H310, H330</w:t>
      </w:r>
    </w:p>
    <w:p w14:paraId="7930E024" w14:textId="77777777" w:rsidR="00240B87" w:rsidRDefault="00000000">
      <w:pPr>
        <w:pStyle w:val="Puntoelenco"/>
      </w:pPr>
      <w:r>
        <w:t>Tossicità specifica organi bersaglio (esposizione singola/ripetuta) categorie elevate: H370, H372</w:t>
      </w:r>
    </w:p>
    <w:p w14:paraId="6313ACED" w14:textId="77777777" w:rsidR="00240B87" w:rsidRDefault="00000000">
      <w:pPr>
        <w:pStyle w:val="Puntoelenco"/>
      </w:pPr>
      <w:r>
        <w:t>Corrosivi gravi: H314 (valutare alternative e contenimento)</w:t>
      </w:r>
    </w:p>
    <w:p w14:paraId="04DDF703" w14:textId="77777777" w:rsidR="00240B87" w:rsidRDefault="00000000">
      <w:r>
        <w:t>Criteri decisionali:</w:t>
      </w:r>
    </w:p>
    <w:p w14:paraId="5259EBAE" w14:textId="77777777" w:rsidR="00240B87" w:rsidRDefault="00000000">
      <w:pPr>
        <w:spacing w:after="40"/>
        <w:ind w:left="425" w:hanging="255"/>
      </w:pPr>
      <w:r>
        <w:t>1. Eliminazione o sostituzione con prodotto a minore pericolosità (stessa prestazione).</w:t>
      </w:r>
    </w:p>
    <w:p w14:paraId="5EB357E3" w14:textId="77777777" w:rsidR="00240B87" w:rsidRDefault="00000000">
      <w:pPr>
        <w:spacing w:after="40"/>
        <w:ind w:left="425" w:hanging="255"/>
      </w:pPr>
      <w:r>
        <w:t>2. Riduzione concentrazione/quantità; passaggio a forma meno volatile/polverosa.</w:t>
      </w:r>
    </w:p>
    <w:p w14:paraId="213F8BF7" w14:textId="77777777" w:rsidR="00240B87" w:rsidRDefault="00000000">
      <w:pPr>
        <w:spacing w:after="40"/>
        <w:ind w:left="425" w:hanging="255"/>
      </w:pPr>
      <w:r>
        <w:t>3. Automazione/sistema chiuso; captazione localizzata; segregazione area.</w:t>
      </w:r>
    </w:p>
    <w:p w14:paraId="1DE936CF" w14:textId="77777777" w:rsidR="00240B87" w:rsidRDefault="00000000">
      <w:pPr>
        <w:spacing w:after="40"/>
        <w:ind w:left="425" w:hanging="255"/>
      </w:pPr>
      <w:r>
        <w:t>4. Standardizzazione procedure; formazione; verifica efficacia post-intervento.</w:t>
      </w:r>
    </w:p>
    <w:p w14:paraId="16E85FE5" w14:textId="77777777" w:rsidR="00240B87" w:rsidRDefault="00000000">
      <w:r>
        <w:br w:type="page"/>
      </w:r>
    </w:p>
    <w:p w14:paraId="6BB38C9C" w14:textId="77777777" w:rsidR="00240B87" w:rsidRDefault="00000000">
      <w:pPr>
        <w:pStyle w:val="Titolo1"/>
        <w:spacing w:after="120"/>
      </w:pPr>
      <w:r>
        <w:lastRenderedPageBreak/>
        <w:t>Allegato A15 - Permesso di lavoro - Hot Work e Spazi confinati (modelli)</w:t>
      </w:r>
    </w:p>
    <w:p w14:paraId="62263441" w14:textId="77777777" w:rsidR="00240B87" w:rsidRDefault="00000000">
      <w:r>
        <w:t>Compilare prima di attività a caldo o ingresso in spazi confinati. Valido per singolo intervento.</w:t>
      </w:r>
    </w:p>
    <w:p w14:paraId="6EAF9DEB" w14:textId="77777777" w:rsidR="00240B87" w:rsidRDefault="00000000">
      <w:r>
        <w:t>A15.1 Permesso di lavoro - Hot Work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240B87" w14:paraId="2FAB48C4" w14:textId="77777777">
        <w:trPr>
          <w:jc w:val="center"/>
        </w:trPr>
        <w:tc>
          <w:tcPr>
            <w:tcW w:w="2493" w:type="dxa"/>
          </w:tcPr>
          <w:p w14:paraId="624A2752" w14:textId="77777777" w:rsidR="00240B87" w:rsidRDefault="00000000">
            <w:r>
              <w:rPr>
                <w:sz w:val="18"/>
              </w:rPr>
              <w:t>Data/Ora</w:t>
            </w:r>
          </w:p>
        </w:tc>
        <w:tc>
          <w:tcPr>
            <w:tcW w:w="2493" w:type="dxa"/>
          </w:tcPr>
          <w:p w14:paraId="51D364CE" w14:textId="77777777" w:rsidR="00240B87" w:rsidRDefault="00240B87"/>
        </w:tc>
        <w:tc>
          <w:tcPr>
            <w:tcW w:w="2493" w:type="dxa"/>
          </w:tcPr>
          <w:p w14:paraId="35CF21E1" w14:textId="77777777" w:rsidR="00240B87" w:rsidRDefault="00000000">
            <w:r>
              <w:rPr>
                <w:sz w:val="18"/>
              </w:rPr>
              <w:t>Luogo</w:t>
            </w:r>
          </w:p>
        </w:tc>
        <w:tc>
          <w:tcPr>
            <w:tcW w:w="2493" w:type="dxa"/>
          </w:tcPr>
          <w:p w14:paraId="665395EB" w14:textId="77777777" w:rsidR="00240B87" w:rsidRDefault="00240B87"/>
        </w:tc>
      </w:tr>
      <w:tr w:rsidR="00240B87" w14:paraId="2EA9C3D6" w14:textId="77777777">
        <w:trPr>
          <w:jc w:val="center"/>
        </w:trPr>
        <w:tc>
          <w:tcPr>
            <w:tcW w:w="2493" w:type="dxa"/>
          </w:tcPr>
          <w:p w14:paraId="59134C5C" w14:textId="77777777" w:rsidR="00240B87" w:rsidRDefault="00000000">
            <w:r>
              <w:rPr>
                <w:sz w:val="18"/>
              </w:rPr>
              <w:t>Attività</w:t>
            </w:r>
          </w:p>
        </w:tc>
        <w:tc>
          <w:tcPr>
            <w:tcW w:w="2493" w:type="dxa"/>
          </w:tcPr>
          <w:p w14:paraId="5465585C" w14:textId="77777777" w:rsidR="00240B87" w:rsidRDefault="00000000">
            <w:r>
              <w:rPr>
                <w:sz w:val="18"/>
              </w:rPr>
              <w:t>☐ Saldatura  ☐ Taglio  ☐ Smerigliatura  ☐ Altro</w:t>
            </w:r>
          </w:p>
        </w:tc>
        <w:tc>
          <w:tcPr>
            <w:tcW w:w="2493" w:type="dxa"/>
          </w:tcPr>
          <w:p w14:paraId="4EFBB3B0" w14:textId="77777777" w:rsidR="00240B87" w:rsidRDefault="00000000">
            <w:r>
              <w:rPr>
                <w:sz w:val="18"/>
              </w:rPr>
              <w:t>Responsabile</w:t>
            </w:r>
          </w:p>
        </w:tc>
        <w:tc>
          <w:tcPr>
            <w:tcW w:w="2493" w:type="dxa"/>
          </w:tcPr>
          <w:p w14:paraId="292940DA" w14:textId="77777777" w:rsidR="00240B87" w:rsidRDefault="00240B87"/>
        </w:tc>
      </w:tr>
      <w:tr w:rsidR="00240B87" w14:paraId="6BF3CBE8" w14:textId="77777777">
        <w:trPr>
          <w:jc w:val="center"/>
        </w:trPr>
        <w:tc>
          <w:tcPr>
            <w:tcW w:w="2493" w:type="dxa"/>
          </w:tcPr>
          <w:p w14:paraId="41CABE03" w14:textId="77777777" w:rsidR="00240B87" w:rsidRDefault="00000000">
            <w:r>
              <w:rPr>
                <w:sz w:val="18"/>
              </w:rPr>
              <w:t>Rischi</w:t>
            </w:r>
          </w:p>
        </w:tc>
        <w:tc>
          <w:tcPr>
            <w:tcW w:w="2493" w:type="dxa"/>
          </w:tcPr>
          <w:p w14:paraId="19E847B1" w14:textId="77777777" w:rsidR="00240B87" w:rsidRDefault="00000000">
            <w:r>
              <w:rPr>
                <w:sz w:val="18"/>
              </w:rPr>
              <w:t>☐ Infiammabili  ☐ Vapori  ☐ Polveri  ☐ Bombole  ☐ Altro</w:t>
            </w:r>
          </w:p>
        </w:tc>
        <w:tc>
          <w:tcPr>
            <w:tcW w:w="2493" w:type="dxa"/>
          </w:tcPr>
          <w:p w14:paraId="7F131987" w14:textId="77777777" w:rsidR="00240B87" w:rsidRDefault="00000000">
            <w:r>
              <w:rPr>
                <w:sz w:val="18"/>
              </w:rPr>
              <w:t>Area sgombra</w:t>
            </w:r>
          </w:p>
        </w:tc>
        <w:tc>
          <w:tcPr>
            <w:tcW w:w="2493" w:type="dxa"/>
          </w:tcPr>
          <w:p w14:paraId="1AC75425" w14:textId="77777777" w:rsidR="00240B87" w:rsidRDefault="00000000">
            <w:r>
              <w:rPr>
                <w:sz w:val="18"/>
              </w:rPr>
              <w:t>☐ Sì ☐ No</w:t>
            </w:r>
          </w:p>
        </w:tc>
      </w:tr>
      <w:tr w:rsidR="00240B87" w14:paraId="71E07209" w14:textId="77777777">
        <w:trPr>
          <w:jc w:val="center"/>
        </w:trPr>
        <w:tc>
          <w:tcPr>
            <w:tcW w:w="2493" w:type="dxa"/>
          </w:tcPr>
          <w:p w14:paraId="02E27387" w14:textId="77777777" w:rsidR="00240B87" w:rsidRDefault="00000000">
            <w:r>
              <w:rPr>
                <w:sz w:val="18"/>
              </w:rPr>
              <w:t>Misure</w:t>
            </w:r>
          </w:p>
        </w:tc>
        <w:tc>
          <w:tcPr>
            <w:tcW w:w="2493" w:type="dxa"/>
          </w:tcPr>
          <w:p w14:paraId="4476B96A" w14:textId="77777777" w:rsidR="00240B87" w:rsidRDefault="00000000">
            <w:r>
              <w:rPr>
                <w:sz w:val="18"/>
              </w:rPr>
              <w:t>☐ Estintori presenti  ☐ Schermi/Protezione scintille  ☐ Ventilazione  ☐ Sorveglianza incendio</w:t>
            </w:r>
          </w:p>
        </w:tc>
        <w:tc>
          <w:tcPr>
            <w:tcW w:w="2493" w:type="dxa"/>
          </w:tcPr>
          <w:p w14:paraId="19B3FA45" w14:textId="77777777" w:rsidR="00240B87" w:rsidRDefault="00000000">
            <w:r>
              <w:rPr>
                <w:sz w:val="18"/>
              </w:rPr>
              <w:t>Divieto ignizioni</w:t>
            </w:r>
          </w:p>
        </w:tc>
        <w:tc>
          <w:tcPr>
            <w:tcW w:w="2493" w:type="dxa"/>
          </w:tcPr>
          <w:p w14:paraId="2894DC9E" w14:textId="77777777" w:rsidR="00240B87" w:rsidRDefault="00000000">
            <w:r>
              <w:rPr>
                <w:sz w:val="18"/>
              </w:rPr>
              <w:t>☐ Verificato</w:t>
            </w:r>
          </w:p>
        </w:tc>
      </w:tr>
      <w:tr w:rsidR="00240B87" w14:paraId="6F71E261" w14:textId="77777777">
        <w:trPr>
          <w:jc w:val="center"/>
        </w:trPr>
        <w:tc>
          <w:tcPr>
            <w:tcW w:w="2493" w:type="dxa"/>
          </w:tcPr>
          <w:p w14:paraId="4A83BEE7" w14:textId="77777777" w:rsidR="00240B87" w:rsidRDefault="00000000">
            <w:r>
              <w:rPr>
                <w:sz w:val="18"/>
              </w:rPr>
              <w:t>Prodotti chimici rimossi/isolati</w:t>
            </w:r>
          </w:p>
        </w:tc>
        <w:tc>
          <w:tcPr>
            <w:tcW w:w="2493" w:type="dxa"/>
          </w:tcPr>
          <w:p w14:paraId="3B3F72AB" w14:textId="77777777" w:rsidR="00240B87" w:rsidRDefault="00000000">
            <w:r>
              <w:rPr>
                <w:sz w:val="18"/>
              </w:rPr>
              <w:t>☐ Sì ☐ No</w:t>
            </w:r>
          </w:p>
        </w:tc>
        <w:tc>
          <w:tcPr>
            <w:tcW w:w="2493" w:type="dxa"/>
          </w:tcPr>
          <w:p w14:paraId="0C1EE04B" w14:textId="77777777" w:rsidR="00240B87" w:rsidRDefault="00000000">
            <w:r>
              <w:rPr>
                <w:sz w:val="18"/>
              </w:rPr>
              <w:t>Copertura materiali combustibili</w:t>
            </w:r>
          </w:p>
        </w:tc>
        <w:tc>
          <w:tcPr>
            <w:tcW w:w="2493" w:type="dxa"/>
          </w:tcPr>
          <w:p w14:paraId="178F4C61" w14:textId="77777777" w:rsidR="00240B87" w:rsidRDefault="00000000">
            <w:r>
              <w:rPr>
                <w:sz w:val="18"/>
              </w:rPr>
              <w:t>☐ Sì ☐ No</w:t>
            </w:r>
          </w:p>
        </w:tc>
      </w:tr>
      <w:tr w:rsidR="00240B87" w14:paraId="55646B72" w14:textId="77777777">
        <w:trPr>
          <w:jc w:val="center"/>
        </w:trPr>
        <w:tc>
          <w:tcPr>
            <w:tcW w:w="2493" w:type="dxa"/>
          </w:tcPr>
          <w:p w14:paraId="7F068577" w14:textId="77777777" w:rsidR="00240B87" w:rsidRDefault="00000000">
            <w:r>
              <w:rPr>
                <w:sz w:val="18"/>
              </w:rPr>
              <w:t>Autorizzazioni</w:t>
            </w:r>
          </w:p>
        </w:tc>
        <w:tc>
          <w:tcPr>
            <w:tcW w:w="2493" w:type="dxa"/>
          </w:tcPr>
          <w:p w14:paraId="383B2B87" w14:textId="77777777" w:rsidR="00240B87" w:rsidRDefault="00000000">
            <w:r>
              <w:rPr>
                <w:sz w:val="18"/>
              </w:rPr>
              <w:t>Preposto: ________</w:t>
            </w:r>
          </w:p>
        </w:tc>
        <w:tc>
          <w:tcPr>
            <w:tcW w:w="2493" w:type="dxa"/>
          </w:tcPr>
          <w:p w14:paraId="5101B947" w14:textId="77777777" w:rsidR="00240B87" w:rsidRDefault="00000000">
            <w:r>
              <w:rPr>
                <w:sz w:val="18"/>
              </w:rPr>
              <w:t>RSPP (se richiesto): ________</w:t>
            </w:r>
          </w:p>
        </w:tc>
        <w:tc>
          <w:tcPr>
            <w:tcW w:w="2493" w:type="dxa"/>
          </w:tcPr>
          <w:p w14:paraId="4A2DAD76" w14:textId="77777777" w:rsidR="00240B87" w:rsidRDefault="00000000">
            <w:r>
              <w:rPr>
                <w:sz w:val="18"/>
              </w:rPr>
              <w:t>DL (se richiesto): ________</w:t>
            </w:r>
          </w:p>
        </w:tc>
      </w:tr>
      <w:tr w:rsidR="00240B87" w14:paraId="45050F26" w14:textId="77777777">
        <w:trPr>
          <w:jc w:val="center"/>
        </w:trPr>
        <w:tc>
          <w:tcPr>
            <w:tcW w:w="2493" w:type="dxa"/>
          </w:tcPr>
          <w:p w14:paraId="087ADD9E" w14:textId="77777777" w:rsidR="00240B87" w:rsidRDefault="00000000">
            <w:r>
              <w:rPr>
                <w:sz w:val="18"/>
              </w:rPr>
              <w:t>Inizio</w:t>
            </w:r>
          </w:p>
        </w:tc>
        <w:tc>
          <w:tcPr>
            <w:tcW w:w="2493" w:type="dxa"/>
          </w:tcPr>
          <w:p w14:paraId="6C94AAC5" w14:textId="77777777" w:rsidR="00240B87" w:rsidRDefault="00240B87"/>
        </w:tc>
        <w:tc>
          <w:tcPr>
            <w:tcW w:w="2493" w:type="dxa"/>
          </w:tcPr>
          <w:p w14:paraId="1E68467F" w14:textId="77777777" w:rsidR="00240B87" w:rsidRDefault="00000000">
            <w:r>
              <w:rPr>
                <w:sz w:val="18"/>
              </w:rPr>
              <w:t>Fine</w:t>
            </w:r>
          </w:p>
        </w:tc>
        <w:tc>
          <w:tcPr>
            <w:tcW w:w="2493" w:type="dxa"/>
          </w:tcPr>
          <w:p w14:paraId="21654497" w14:textId="77777777" w:rsidR="00240B87" w:rsidRDefault="00240B87"/>
        </w:tc>
      </w:tr>
      <w:tr w:rsidR="00240B87" w14:paraId="7042E02E" w14:textId="77777777">
        <w:trPr>
          <w:jc w:val="center"/>
        </w:trPr>
        <w:tc>
          <w:tcPr>
            <w:tcW w:w="2493" w:type="dxa"/>
          </w:tcPr>
          <w:p w14:paraId="6E230AC8" w14:textId="77777777" w:rsidR="00240B87" w:rsidRDefault="00000000">
            <w:r>
              <w:rPr>
                <w:sz w:val="18"/>
              </w:rPr>
              <w:t>Verifica post-lavoro (30-60 min)</w:t>
            </w:r>
          </w:p>
        </w:tc>
        <w:tc>
          <w:tcPr>
            <w:tcW w:w="2493" w:type="dxa"/>
          </w:tcPr>
          <w:p w14:paraId="51617CA9" w14:textId="77777777" w:rsidR="00240B87" w:rsidRDefault="00000000">
            <w:r>
              <w:rPr>
                <w:sz w:val="18"/>
              </w:rPr>
              <w:t>☐ Eseguita</w:t>
            </w:r>
          </w:p>
        </w:tc>
        <w:tc>
          <w:tcPr>
            <w:tcW w:w="2493" w:type="dxa"/>
          </w:tcPr>
          <w:p w14:paraId="23F84FB7" w14:textId="77777777" w:rsidR="00240B87" w:rsidRDefault="00000000">
            <w:r>
              <w:rPr>
                <w:sz w:val="18"/>
              </w:rPr>
              <w:t>Esito</w:t>
            </w:r>
          </w:p>
        </w:tc>
        <w:tc>
          <w:tcPr>
            <w:tcW w:w="2493" w:type="dxa"/>
          </w:tcPr>
          <w:p w14:paraId="0816DDAD" w14:textId="77777777" w:rsidR="00240B87" w:rsidRDefault="00000000">
            <w:r>
              <w:rPr>
                <w:sz w:val="18"/>
              </w:rPr>
              <w:t>☐ OK ☐ Anomalie</w:t>
            </w:r>
          </w:p>
        </w:tc>
      </w:tr>
      <w:tr w:rsidR="00240B87" w14:paraId="17550856" w14:textId="77777777">
        <w:trPr>
          <w:jc w:val="center"/>
        </w:trPr>
        <w:tc>
          <w:tcPr>
            <w:tcW w:w="2493" w:type="dxa"/>
          </w:tcPr>
          <w:p w14:paraId="509F369A" w14:textId="77777777" w:rsidR="00240B87" w:rsidRDefault="00000000">
            <w:r>
              <w:rPr>
                <w:sz w:val="18"/>
              </w:rPr>
              <w:t>Firma esecutore</w:t>
            </w:r>
          </w:p>
        </w:tc>
        <w:tc>
          <w:tcPr>
            <w:tcW w:w="2493" w:type="dxa"/>
          </w:tcPr>
          <w:p w14:paraId="06FE8F62" w14:textId="77777777" w:rsidR="00240B87" w:rsidRDefault="00240B87"/>
        </w:tc>
        <w:tc>
          <w:tcPr>
            <w:tcW w:w="2493" w:type="dxa"/>
          </w:tcPr>
          <w:p w14:paraId="6ECF697B" w14:textId="77777777" w:rsidR="00240B87" w:rsidRDefault="00000000">
            <w:r>
              <w:rPr>
                <w:sz w:val="18"/>
              </w:rPr>
              <w:t>Firma preposto</w:t>
            </w:r>
          </w:p>
        </w:tc>
        <w:tc>
          <w:tcPr>
            <w:tcW w:w="2493" w:type="dxa"/>
          </w:tcPr>
          <w:p w14:paraId="260E8D72" w14:textId="77777777" w:rsidR="00240B87" w:rsidRDefault="00240B87"/>
        </w:tc>
      </w:tr>
    </w:tbl>
    <w:p w14:paraId="342D8E61" w14:textId="77777777" w:rsidR="00240B87" w:rsidRDefault="00240B87"/>
    <w:p w14:paraId="52BBEF7C" w14:textId="77777777" w:rsidR="00240B87" w:rsidRDefault="00000000">
      <w:r>
        <w:t>A15.2 Permesso di lavoro - Spazi confinati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240B87" w14:paraId="2CC2C87F" w14:textId="77777777">
        <w:trPr>
          <w:jc w:val="center"/>
        </w:trPr>
        <w:tc>
          <w:tcPr>
            <w:tcW w:w="2493" w:type="dxa"/>
          </w:tcPr>
          <w:p w14:paraId="0EDF567F" w14:textId="77777777" w:rsidR="00240B87" w:rsidRDefault="00000000">
            <w:r>
              <w:rPr>
                <w:sz w:val="18"/>
              </w:rPr>
              <w:t>Data/Ora</w:t>
            </w:r>
          </w:p>
        </w:tc>
        <w:tc>
          <w:tcPr>
            <w:tcW w:w="2493" w:type="dxa"/>
          </w:tcPr>
          <w:p w14:paraId="2905EF93" w14:textId="77777777" w:rsidR="00240B87" w:rsidRDefault="00240B87"/>
        </w:tc>
        <w:tc>
          <w:tcPr>
            <w:tcW w:w="2493" w:type="dxa"/>
          </w:tcPr>
          <w:p w14:paraId="63C49F09" w14:textId="77777777" w:rsidR="00240B87" w:rsidRDefault="00000000">
            <w:r>
              <w:rPr>
                <w:sz w:val="18"/>
              </w:rPr>
              <w:t>Luogo</w:t>
            </w:r>
          </w:p>
        </w:tc>
        <w:tc>
          <w:tcPr>
            <w:tcW w:w="2493" w:type="dxa"/>
          </w:tcPr>
          <w:p w14:paraId="091604CC" w14:textId="77777777" w:rsidR="00240B87" w:rsidRDefault="00240B87"/>
        </w:tc>
      </w:tr>
      <w:tr w:rsidR="00240B87" w14:paraId="4F5DEF41" w14:textId="77777777">
        <w:trPr>
          <w:jc w:val="center"/>
        </w:trPr>
        <w:tc>
          <w:tcPr>
            <w:tcW w:w="2493" w:type="dxa"/>
          </w:tcPr>
          <w:p w14:paraId="4792876E" w14:textId="77777777" w:rsidR="00240B87" w:rsidRDefault="00000000">
            <w:r>
              <w:rPr>
                <w:sz w:val="18"/>
              </w:rPr>
              <w:t>Descrizione spazio</w:t>
            </w:r>
          </w:p>
        </w:tc>
        <w:tc>
          <w:tcPr>
            <w:tcW w:w="2493" w:type="dxa"/>
          </w:tcPr>
          <w:p w14:paraId="5B6251E3" w14:textId="77777777" w:rsidR="00240B87" w:rsidRDefault="00240B87"/>
        </w:tc>
        <w:tc>
          <w:tcPr>
            <w:tcW w:w="2493" w:type="dxa"/>
          </w:tcPr>
          <w:p w14:paraId="65EC63E1" w14:textId="77777777" w:rsidR="00240B87" w:rsidRDefault="00000000">
            <w:r>
              <w:rPr>
                <w:sz w:val="18"/>
              </w:rPr>
              <w:t>Lavoro previsto</w:t>
            </w:r>
          </w:p>
        </w:tc>
        <w:tc>
          <w:tcPr>
            <w:tcW w:w="2493" w:type="dxa"/>
          </w:tcPr>
          <w:p w14:paraId="38C09697" w14:textId="77777777" w:rsidR="00240B87" w:rsidRDefault="00240B87"/>
        </w:tc>
      </w:tr>
      <w:tr w:rsidR="00240B87" w14:paraId="72A4FB95" w14:textId="77777777">
        <w:trPr>
          <w:jc w:val="center"/>
        </w:trPr>
        <w:tc>
          <w:tcPr>
            <w:tcW w:w="2493" w:type="dxa"/>
          </w:tcPr>
          <w:p w14:paraId="61B066A1" w14:textId="77777777" w:rsidR="00240B87" w:rsidRDefault="00000000">
            <w:r>
              <w:rPr>
                <w:sz w:val="18"/>
              </w:rPr>
              <w:t>Misure atmosfera</w:t>
            </w:r>
          </w:p>
        </w:tc>
        <w:tc>
          <w:tcPr>
            <w:tcW w:w="2493" w:type="dxa"/>
          </w:tcPr>
          <w:p w14:paraId="475E1C68" w14:textId="77777777" w:rsidR="00240B87" w:rsidRDefault="00000000">
            <w:r>
              <w:rPr>
                <w:sz w:val="18"/>
              </w:rPr>
              <w:t>O2: ____%  LEL: ____%  CO: ____ppm  H2S: ____ppm</w:t>
            </w:r>
          </w:p>
        </w:tc>
        <w:tc>
          <w:tcPr>
            <w:tcW w:w="2493" w:type="dxa"/>
          </w:tcPr>
          <w:p w14:paraId="0074AD88" w14:textId="77777777" w:rsidR="00240B87" w:rsidRDefault="00000000">
            <w:r>
              <w:rPr>
                <w:sz w:val="18"/>
              </w:rPr>
              <w:t>Strumento/Calibrazione</w:t>
            </w:r>
          </w:p>
        </w:tc>
        <w:tc>
          <w:tcPr>
            <w:tcW w:w="2493" w:type="dxa"/>
          </w:tcPr>
          <w:p w14:paraId="1731F587" w14:textId="77777777" w:rsidR="00240B87" w:rsidRDefault="00240B87"/>
        </w:tc>
      </w:tr>
      <w:tr w:rsidR="00240B87" w14:paraId="780D0E83" w14:textId="77777777">
        <w:trPr>
          <w:jc w:val="center"/>
        </w:trPr>
        <w:tc>
          <w:tcPr>
            <w:tcW w:w="2493" w:type="dxa"/>
          </w:tcPr>
          <w:p w14:paraId="3E5469AB" w14:textId="77777777" w:rsidR="00240B87" w:rsidRDefault="00000000">
            <w:r>
              <w:rPr>
                <w:sz w:val="18"/>
              </w:rPr>
              <w:t>Ventilazione</w:t>
            </w:r>
          </w:p>
        </w:tc>
        <w:tc>
          <w:tcPr>
            <w:tcW w:w="2493" w:type="dxa"/>
          </w:tcPr>
          <w:p w14:paraId="4766A1F5" w14:textId="77777777" w:rsidR="00240B87" w:rsidRDefault="00000000">
            <w:r>
              <w:rPr>
                <w:sz w:val="18"/>
              </w:rPr>
              <w:t>☐ Naturale  ☐ Forzata</w:t>
            </w:r>
          </w:p>
        </w:tc>
        <w:tc>
          <w:tcPr>
            <w:tcW w:w="2493" w:type="dxa"/>
          </w:tcPr>
          <w:p w14:paraId="47600FDE" w14:textId="77777777" w:rsidR="00240B87" w:rsidRDefault="00000000">
            <w:r>
              <w:rPr>
                <w:sz w:val="18"/>
              </w:rPr>
              <w:t>Tempo ventilazione</w:t>
            </w:r>
          </w:p>
        </w:tc>
        <w:tc>
          <w:tcPr>
            <w:tcW w:w="2493" w:type="dxa"/>
          </w:tcPr>
          <w:p w14:paraId="4B4D85A6" w14:textId="77777777" w:rsidR="00240B87" w:rsidRDefault="00240B87"/>
        </w:tc>
      </w:tr>
      <w:tr w:rsidR="00240B87" w14:paraId="4B0A8540" w14:textId="77777777">
        <w:trPr>
          <w:jc w:val="center"/>
        </w:trPr>
        <w:tc>
          <w:tcPr>
            <w:tcW w:w="2493" w:type="dxa"/>
          </w:tcPr>
          <w:p w14:paraId="27F2B64C" w14:textId="77777777" w:rsidR="00240B87" w:rsidRDefault="00000000">
            <w:r>
              <w:rPr>
                <w:sz w:val="18"/>
              </w:rPr>
              <w:t>Isolamento energie</w:t>
            </w:r>
          </w:p>
        </w:tc>
        <w:tc>
          <w:tcPr>
            <w:tcW w:w="2493" w:type="dxa"/>
          </w:tcPr>
          <w:p w14:paraId="25483B15" w14:textId="77777777" w:rsidR="00240B87" w:rsidRDefault="00000000">
            <w:r>
              <w:rPr>
                <w:sz w:val="18"/>
              </w:rPr>
              <w:t>☐ Lockout/Tagout  ☐ Blanking  ☐ Altro</w:t>
            </w:r>
          </w:p>
        </w:tc>
        <w:tc>
          <w:tcPr>
            <w:tcW w:w="2493" w:type="dxa"/>
          </w:tcPr>
          <w:p w14:paraId="5F0F5451" w14:textId="77777777" w:rsidR="00240B87" w:rsidRDefault="00000000">
            <w:r>
              <w:rPr>
                <w:sz w:val="18"/>
              </w:rPr>
              <w:t>Verificato</w:t>
            </w:r>
          </w:p>
        </w:tc>
        <w:tc>
          <w:tcPr>
            <w:tcW w:w="2493" w:type="dxa"/>
          </w:tcPr>
          <w:p w14:paraId="6A229066" w14:textId="77777777" w:rsidR="00240B87" w:rsidRDefault="00000000">
            <w:r>
              <w:rPr>
                <w:sz w:val="18"/>
              </w:rPr>
              <w:t>☐ Sì ☐ No</w:t>
            </w:r>
          </w:p>
        </w:tc>
      </w:tr>
      <w:tr w:rsidR="00240B87" w14:paraId="65795ADE" w14:textId="77777777">
        <w:trPr>
          <w:jc w:val="center"/>
        </w:trPr>
        <w:tc>
          <w:tcPr>
            <w:tcW w:w="2493" w:type="dxa"/>
          </w:tcPr>
          <w:p w14:paraId="6DA6CD2D" w14:textId="77777777" w:rsidR="00240B87" w:rsidRDefault="00000000">
            <w:r>
              <w:rPr>
                <w:sz w:val="18"/>
              </w:rPr>
              <w:t>DPI</w:t>
            </w:r>
          </w:p>
        </w:tc>
        <w:tc>
          <w:tcPr>
            <w:tcW w:w="2493" w:type="dxa"/>
          </w:tcPr>
          <w:p w14:paraId="331A2AE3" w14:textId="77777777" w:rsidR="00240B87" w:rsidRDefault="00000000">
            <w:r>
              <w:rPr>
                <w:sz w:val="18"/>
              </w:rPr>
              <w:t>☐ Imbracatura  ☐ Casco  ☐ Guanti  ☐ Occhi  ☐ Respiratore</w:t>
            </w:r>
          </w:p>
        </w:tc>
        <w:tc>
          <w:tcPr>
            <w:tcW w:w="2493" w:type="dxa"/>
          </w:tcPr>
          <w:p w14:paraId="0DEC23E7" w14:textId="77777777" w:rsidR="00240B87" w:rsidRDefault="00000000">
            <w:r>
              <w:rPr>
                <w:sz w:val="18"/>
              </w:rPr>
              <w:t>Recupero</w:t>
            </w:r>
          </w:p>
        </w:tc>
        <w:tc>
          <w:tcPr>
            <w:tcW w:w="2493" w:type="dxa"/>
          </w:tcPr>
          <w:p w14:paraId="372A1BCD" w14:textId="77777777" w:rsidR="00240B87" w:rsidRDefault="00000000">
            <w:r>
              <w:rPr>
                <w:sz w:val="18"/>
              </w:rPr>
              <w:t>☐ Treppiede/argano ☐ Altro</w:t>
            </w:r>
          </w:p>
        </w:tc>
      </w:tr>
      <w:tr w:rsidR="00240B87" w14:paraId="027DBC28" w14:textId="77777777">
        <w:trPr>
          <w:jc w:val="center"/>
        </w:trPr>
        <w:tc>
          <w:tcPr>
            <w:tcW w:w="2493" w:type="dxa"/>
          </w:tcPr>
          <w:p w14:paraId="7B9FD6DA" w14:textId="77777777" w:rsidR="00240B87" w:rsidRDefault="00000000">
            <w:r>
              <w:rPr>
                <w:sz w:val="18"/>
              </w:rPr>
              <w:t>Presidio esterno</w:t>
            </w:r>
          </w:p>
        </w:tc>
        <w:tc>
          <w:tcPr>
            <w:tcW w:w="2493" w:type="dxa"/>
          </w:tcPr>
          <w:p w14:paraId="3E027217" w14:textId="77777777" w:rsidR="00240B87" w:rsidRDefault="00000000">
            <w:r>
              <w:rPr>
                <w:sz w:val="18"/>
              </w:rPr>
              <w:t>Nome: ________</w:t>
            </w:r>
          </w:p>
        </w:tc>
        <w:tc>
          <w:tcPr>
            <w:tcW w:w="2493" w:type="dxa"/>
          </w:tcPr>
          <w:p w14:paraId="7EDFB0CC" w14:textId="77777777" w:rsidR="00240B87" w:rsidRDefault="00000000">
            <w:r>
              <w:rPr>
                <w:sz w:val="18"/>
              </w:rPr>
              <w:t>Comunicazione</w:t>
            </w:r>
          </w:p>
        </w:tc>
        <w:tc>
          <w:tcPr>
            <w:tcW w:w="2493" w:type="dxa"/>
          </w:tcPr>
          <w:p w14:paraId="668E7725" w14:textId="77777777" w:rsidR="00240B87" w:rsidRDefault="00000000">
            <w:r>
              <w:rPr>
                <w:sz w:val="18"/>
              </w:rPr>
              <w:t>☐ Radio ☐ Voce ☐ Altro</w:t>
            </w:r>
          </w:p>
        </w:tc>
      </w:tr>
      <w:tr w:rsidR="00240B87" w14:paraId="19586D4B" w14:textId="77777777">
        <w:trPr>
          <w:jc w:val="center"/>
        </w:trPr>
        <w:tc>
          <w:tcPr>
            <w:tcW w:w="2493" w:type="dxa"/>
          </w:tcPr>
          <w:p w14:paraId="2CA80BB8" w14:textId="77777777" w:rsidR="00240B87" w:rsidRDefault="00000000">
            <w:r>
              <w:rPr>
                <w:sz w:val="18"/>
              </w:rPr>
              <w:t>Piano emergenza</w:t>
            </w:r>
          </w:p>
        </w:tc>
        <w:tc>
          <w:tcPr>
            <w:tcW w:w="2493" w:type="dxa"/>
          </w:tcPr>
          <w:p w14:paraId="45D66CBC" w14:textId="77777777" w:rsidR="00240B87" w:rsidRDefault="00000000">
            <w:r>
              <w:rPr>
                <w:sz w:val="18"/>
              </w:rPr>
              <w:t>☐ Attivo  ☐ 112 pronto</w:t>
            </w:r>
          </w:p>
        </w:tc>
        <w:tc>
          <w:tcPr>
            <w:tcW w:w="2493" w:type="dxa"/>
          </w:tcPr>
          <w:p w14:paraId="4E163F70" w14:textId="77777777" w:rsidR="00240B87" w:rsidRDefault="00000000">
            <w:r>
              <w:rPr>
                <w:sz w:val="18"/>
              </w:rPr>
              <w:t>Primo soccorso</w:t>
            </w:r>
          </w:p>
        </w:tc>
        <w:tc>
          <w:tcPr>
            <w:tcW w:w="2493" w:type="dxa"/>
          </w:tcPr>
          <w:p w14:paraId="468C8F0B" w14:textId="77777777" w:rsidR="00240B87" w:rsidRDefault="00000000">
            <w:r>
              <w:rPr>
                <w:sz w:val="18"/>
              </w:rPr>
              <w:t>☐ Presente</w:t>
            </w:r>
          </w:p>
        </w:tc>
      </w:tr>
      <w:tr w:rsidR="00240B87" w14:paraId="2CBE7FF0" w14:textId="77777777">
        <w:trPr>
          <w:jc w:val="center"/>
        </w:trPr>
        <w:tc>
          <w:tcPr>
            <w:tcW w:w="2493" w:type="dxa"/>
          </w:tcPr>
          <w:p w14:paraId="706596FB" w14:textId="77777777" w:rsidR="00240B87" w:rsidRDefault="00000000">
            <w:r>
              <w:rPr>
                <w:sz w:val="18"/>
              </w:rPr>
              <w:t>Autorizzazioni</w:t>
            </w:r>
          </w:p>
        </w:tc>
        <w:tc>
          <w:tcPr>
            <w:tcW w:w="2493" w:type="dxa"/>
          </w:tcPr>
          <w:p w14:paraId="045E18FE" w14:textId="77777777" w:rsidR="00240B87" w:rsidRDefault="00000000">
            <w:r>
              <w:rPr>
                <w:sz w:val="18"/>
              </w:rPr>
              <w:t>Preposto: ________</w:t>
            </w:r>
          </w:p>
        </w:tc>
        <w:tc>
          <w:tcPr>
            <w:tcW w:w="2493" w:type="dxa"/>
          </w:tcPr>
          <w:p w14:paraId="28F17ADA" w14:textId="77777777" w:rsidR="00240B87" w:rsidRDefault="00000000">
            <w:r>
              <w:rPr>
                <w:sz w:val="18"/>
              </w:rPr>
              <w:t>RSPP: ________</w:t>
            </w:r>
          </w:p>
        </w:tc>
        <w:tc>
          <w:tcPr>
            <w:tcW w:w="2493" w:type="dxa"/>
          </w:tcPr>
          <w:p w14:paraId="5302C7F9" w14:textId="77777777" w:rsidR="00240B87" w:rsidRDefault="00000000">
            <w:r>
              <w:rPr>
                <w:sz w:val="18"/>
              </w:rPr>
              <w:t>DL: ________</w:t>
            </w:r>
          </w:p>
        </w:tc>
      </w:tr>
      <w:tr w:rsidR="00240B87" w14:paraId="56337914" w14:textId="77777777">
        <w:trPr>
          <w:jc w:val="center"/>
        </w:trPr>
        <w:tc>
          <w:tcPr>
            <w:tcW w:w="2493" w:type="dxa"/>
          </w:tcPr>
          <w:p w14:paraId="233EE3EB" w14:textId="77777777" w:rsidR="00240B87" w:rsidRDefault="00000000">
            <w:r>
              <w:rPr>
                <w:sz w:val="18"/>
              </w:rPr>
              <w:t>Inizio</w:t>
            </w:r>
          </w:p>
        </w:tc>
        <w:tc>
          <w:tcPr>
            <w:tcW w:w="2493" w:type="dxa"/>
          </w:tcPr>
          <w:p w14:paraId="3EBA7E05" w14:textId="77777777" w:rsidR="00240B87" w:rsidRDefault="00240B87"/>
        </w:tc>
        <w:tc>
          <w:tcPr>
            <w:tcW w:w="2493" w:type="dxa"/>
          </w:tcPr>
          <w:p w14:paraId="138162E1" w14:textId="77777777" w:rsidR="00240B87" w:rsidRDefault="00000000">
            <w:r>
              <w:rPr>
                <w:sz w:val="18"/>
              </w:rPr>
              <w:t>Fine</w:t>
            </w:r>
          </w:p>
        </w:tc>
        <w:tc>
          <w:tcPr>
            <w:tcW w:w="2493" w:type="dxa"/>
          </w:tcPr>
          <w:p w14:paraId="65BB1C24" w14:textId="77777777" w:rsidR="00240B87" w:rsidRDefault="00240B87"/>
        </w:tc>
      </w:tr>
      <w:tr w:rsidR="00240B87" w14:paraId="37B3E9E2" w14:textId="77777777">
        <w:trPr>
          <w:jc w:val="center"/>
        </w:trPr>
        <w:tc>
          <w:tcPr>
            <w:tcW w:w="2493" w:type="dxa"/>
          </w:tcPr>
          <w:p w14:paraId="0FB8D29B" w14:textId="77777777" w:rsidR="00240B87" w:rsidRDefault="00000000">
            <w:r>
              <w:rPr>
                <w:sz w:val="18"/>
              </w:rPr>
              <w:t>Firma esecutore</w:t>
            </w:r>
          </w:p>
        </w:tc>
        <w:tc>
          <w:tcPr>
            <w:tcW w:w="2493" w:type="dxa"/>
          </w:tcPr>
          <w:p w14:paraId="40742BB9" w14:textId="77777777" w:rsidR="00240B87" w:rsidRDefault="00240B87"/>
        </w:tc>
        <w:tc>
          <w:tcPr>
            <w:tcW w:w="2493" w:type="dxa"/>
          </w:tcPr>
          <w:p w14:paraId="43BE2083" w14:textId="77777777" w:rsidR="00240B87" w:rsidRDefault="00000000">
            <w:r>
              <w:rPr>
                <w:sz w:val="18"/>
              </w:rPr>
              <w:t>Firma preposto</w:t>
            </w:r>
          </w:p>
        </w:tc>
        <w:tc>
          <w:tcPr>
            <w:tcW w:w="2493" w:type="dxa"/>
          </w:tcPr>
          <w:p w14:paraId="6FF2264A" w14:textId="77777777" w:rsidR="00240B87" w:rsidRDefault="00240B87"/>
        </w:tc>
      </w:tr>
    </w:tbl>
    <w:p w14:paraId="0C204677" w14:textId="77777777" w:rsidR="00240B87" w:rsidRDefault="00000000">
      <w:r>
        <w:br w:type="page"/>
      </w:r>
    </w:p>
    <w:p w14:paraId="4D3C0205" w14:textId="77777777" w:rsidR="00240B87" w:rsidRDefault="00000000">
      <w:pPr>
        <w:pStyle w:val="Titolo1"/>
        <w:spacing w:after="120"/>
      </w:pPr>
      <w:r>
        <w:lastRenderedPageBreak/>
        <w:t>Allegato A16 - Scheda valutazione esposizione semplificata (task-based)</w:t>
      </w:r>
    </w:p>
    <w:p w14:paraId="12265BE7" w14:textId="77777777" w:rsidR="00240B87" w:rsidRDefault="00000000">
      <w:r>
        <w:t>Usare come supporto al DVR/valutazione rischio chimico per singola attività. Compilare per compiti principali.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240B87" w14:paraId="706D46FC" w14:textId="77777777">
        <w:trPr>
          <w:jc w:val="center"/>
        </w:trPr>
        <w:tc>
          <w:tcPr>
            <w:tcW w:w="2493" w:type="dxa"/>
          </w:tcPr>
          <w:p w14:paraId="64A0577A" w14:textId="77777777" w:rsidR="00240B87" w:rsidRDefault="00000000">
            <w:r>
              <w:rPr>
                <w:sz w:val="18"/>
              </w:rPr>
              <w:t>Reparto/Attività</w:t>
            </w:r>
          </w:p>
        </w:tc>
        <w:tc>
          <w:tcPr>
            <w:tcW w:w="2493" w:type="dxa"/>
          </w:tcPr>
          <w:p w14:paraId="7648C3C0" w14:textId="77777777" w:rsidR="00240B87" w:rsidRDefault="00240B87"/>
        </w:tc>
        <w:tc>
          <w:tcPr>
            <w:tcW w:w="2493" w:type="dxa"/>
          </w:tcPr>
          <w:p w14:paraId="608A942F" w14:textId="77777777" w:rsidR="00240B87" w:rsidRDefault="00000000">
            <w:r>
              <w:rPr>
                <w:sz w:val="18"/>
              </w:rPr>
              <w:t>Data</w:t>
            </w:r>
          </w:p>
        </w:tc>
        <w:tc>
          <w:tcPr>
            <w:tcW w:w="2493" w:type="dxa"/>
          </w:tcPr>
          <w:p w14:paraId="3F63BD98" w14:textId="77777777" w:rsidR="00240B87" w:rsidRDefault="00240B87"/>
        </w:tc>
      </w:tr>
      <w:tr w:rsidR="00240B87" w14:paraId="450A21EE" w14:textId="77777777">
        <w:trPr>
          <w:jc w:val="center"/>
        </w:trPr>
        <w:tc>
          <w:tcPr>
            <w:tcW w:w="2493" w:type="dxa"/>
          </w:tcPr>
          <w:p w14:paraId="2B49186D" w14:textId="77777777" w:rsidR="00240B87" w:rsidRDefault="00000000">
            <w:r>
              <w:rPr>
                <w:sz w:val="18"/>
              </w:rPr>
              <w:t>Prodotto/Agente</w:t>
            </w:r>
          </w:p>
        </w:tc>
        <w:tc>
          <w:tcPr>
            <w:tcW w:w="2493" w:type="dxa"/>
          </w:tcPr>
          <w:p w14:paraId="2E3AD036" w14:textId="77777777" w:rsidR="00240B87" w:rsidRDefault="00240B87"/>
        </w:tc>
        <w:tc>
          <w:tcPr>
            <w:tcW w:w="2493" w:type="dxa"/>
          </w:tcPr>
          <w:p w14:paraId="21526D74" w14:textId="77777777" w:rsidR="00240B87" w:rsidRDefault="00000000">
            <w:r>
              <w:rPr>
                <w:sz w:val="18"/>
              </w:rPr>
              <w:t>SDS disponibile</w:t>
            </w:r>
          </w:p>
        </w:tc>
        <w:tc>
          <w:tcPr>
            <w:tcW w:w="2493" w:type="dxa"/>
          </w:tcPr>
          <w:p w14:paraId="723DB9B4" w14:textId="77777777" w:rsidR="00240B87" w:rsidRDefault="00000000">
            <w:r>
              <w:rPr>
                <w:sz w:val="18"/>
              </w:rPr>
              <w:t>☐ Sì ☐ No</w:t>
            </w:r>
          </w:p>
        </w:tc>
      </w:tr>
      <w:tr w:rsidR="00240B87" w14:paraId="47131B25" w14:textId="77777777">
        <w:trPr>
          <w:jc w:val="center"/>
        </w:trPr>
        <w:tc>
          <w:tcPr>
            <w:tcW w:w="2493" w:type="dxa"/>
          </w:tcPr>
          <w:p w14:paraId="30C484E6" w14:textId="77777777" w:rsidR="00240B87" w:rsidRDefault="00000000">
            <w:r>
              <w:rPr>
                <w:sz w:val="18"/>
              </w:rPr>
              <w:t>Forma</w:t>
            </w:r>
          </w:p>
        </w:tc>
        <w:tc>
          <w:tcPr>
            <w:tcW w:w="2493" w:type="dxa"/>
          </w:tcPr>
          <w:p w14:paraId="7E2B326F" w14:textId="77777777" w:rsidR="00240B87" w:rsidRDefault="00000000">
            <w:r>
              <w:rPr>
                <w:sz w:val="18"/>
              </w:rPr>
              <w:t>☐ Liquido  ☐ Solido  ☐ Aerosol  ☐ Polvere/Fumo</w:t>
            </w:r>
          </w:p>
        </w:tc>
        <w:tc>
          <w:tcPr>
            <w:tcW w:w="2493" w:type="dxa"/>
          </w:tcPr>
          <w:p w14:paraId="5A3AC615" w14:textId="77777777" w:rsidR="00240B87" w:rsidRDefault="00000000">
            <w:r>
              <w:rPr>
                <w:sz w:val="18"/>
              </w:rPr>
              <w:t>Quantità per task</w:t>
            </w:r>
          </w:p>
        </w:tc>
        <w:tc>
          <w:tcPr>
            <w:tcW w:w="2493" w:type="dxa"/>
          </w:tcPr>
          <w:p w14:paraId="1BCDF3EA" w14:textId="77777777" w:rsidR="00240B87" w:rsidRDefault="00240B87"/>
        </w:tc>
      </w:tr>
      <w:tr w:rsidR="00240B87" w14:paraId="0C314640" w14:textId="77777777">
        <w:trPr>
          <w:jc w:val="center"/>
        </w:trPr>
        <w:tc>
          <w:tcPr>
            <w:tcW w:w="2493" w:type="dxa"/>
          </w:tcPr>
          <w:p w14:paraId="43052AB1" w14:textId="77777777" w:rsidR="00240B87" w:rsidRDefault="00000000">
            <w:r>
              <w:rPr>
                <w:sz w:val="18"/>
              </w:rPr>
              <w:t>Durata per task</w:t>
            </w:r>
          </w:p>
        </w:tc>
        <w:tc>
          <w:tcPr>
            <w:tcW w:w="2493" w:type="dxa"/>
          </w:tcPr>
          <w:p w14:paraId="38439062" w14:textId="77777777" w:rsidR="00240B87" w:rsidRDefault="00240B87"/>
        </w:tc>
        <w:tc>
          <w:tcPr>
            <w:tcW w:w="2493" w:type="dxa"/>
          </w:tcPr>
          <w:p w14:paraId="1306CF67" w14:textId="77777777" w:rsidR="00240B87" w:rsidRDefault="00000000">
            <w:r>
              <w:rPr>
                <w:sz w:val="18"/>
              </w:rPr>
              <w:t>Frequenza</w:t>
            </w:r>
          </w:p>
        </w:tc>
        <w:tc>
          <w:tcPr>
            <w:tcW w:w="2493" w:type="dxa"/>
          </w:tcPr>
          <w:p w14:paraId="074F670E" w14:textId="77777777" w:rsidR="00240B87" w:rsidRDefault="00240B87"/>
        </w:tc>
      </w:tr>
      <w:tr w:rsidR="00240B87" w14:paraId="0DE55EFC" w14:textId="77777777">
        <w:trPr>
          <w:jc w:val="center"/>
        </w:trPr>
        <w:tc>
          <w:tcPr>
            <w:tcW w:w="2493" w:type="dxa"/>
          </w:tcPr>
          <w:p w14:paraId="5960C7A3" w14:textId="77777777" w:rsidR="00240B87" w:rsidRDefault="00000000">
            <w:r>
              <w:rPr>
                <w:sz w:val="18"/>
              </w:rPr>
              <w:t>Controlli tecnici</w:t>
            </w:r>
          </w:p>
        </w:tc>
        <w:tc>
          <w:tcPr>
            <w:tcW w:w="2493" w:type="dxa"/>
          </w:tcPr>
          <w:p w14:paraId="70D78F81" w14:textId="77777777" w:rsidR="00240B87" w:rsidRDefault="00000000">
            <w:r>
              <w:rPr>
                <w:sz w:val="18"/>
              </w:rPr>
              <w:t>☐ Cappa/LEV  ☐ Vent. generale  ☐ Sistema chiuso  ☐ Nessuno</w:t>
            </w:r>
          </w:p>
        </w:tc>
        <w:tc>
          <w:tcPr>
            <w:tcW w:w="2493" w:type="dxa"/>
          </w:tcPr>
          <w:p w14:paraId="18A93928" w14:textId="77777777" w:rsidR="00240B87" w:rsidRDefault="00000000">
            <w:r>
              <w:rPr>
                <w:sz w:val="18"/>
              </w:rPr>
              <w:t>Efficacia</w:t>
            </w:r>
          </w:p>
        </w:tc>
        <w:tc>
          <w:tcPr>
            <w:tcW w:w="2493" w:type="dxa"/>
          </w:tcPr>
          <w:p w14:paraId="2F027F96" w14:textId="77777777" w:rsidR="00240B87" w:rsidRDefault="00000000">
            <w:r>
              <w:rPr>
                <w:sz w:val="18"/>
              </w:rPr>
              <w:t>☐ Buona ☐ Media ☐ Scarsa</w:t>
            </w:r>
          </w:p>
        </w:tc>
      </w:tr>
      <w:tr w:rsidR="00240B87" w14:paraId="0560EA1B" w14:textId="77777777">
        <w:trPr>
          <w:jc w:val="center"/>
        </w:trPr>
        <w:tc>
          <w:tcPr>
            <w:tcW w:w="2493" w:type="dxa"/>
          </w:tcPr>
          <w:p w14:paraId="33799395" w14:textId="77777777" w:rsidR="00240B87" w:rsidRDefault="00000000">
            <w:r>
              <w:rPr>
                <w:sz w:val="18"/>
              </w:rPr>
              <w:t>Controlli organizzativi</w:t>
            </w:r>
          </w:p>
        </w:tc>
        <w:tc>
          <w:tcPr>
            <w:tcW w:w="2493" w:type="dxa"/>
          </w:tcPr>
          <w:p w14:paraId="5A1F9125" w14:textId="77777777" w:rsidR="00240B87" w:rsidRDefault="00000000">
            <w:r>
              <w:rPr>
                <w:sz w:val="18"/>
              </w:rPr>
              <w:t>☐ Limitazione accessi  ☐ Rotazione  ☐ Procedure  ☐ Segnaletica</w:t>
            </w:r>
          </w:p>
        </w:tc>
        <w:tc>
          <w:tcPr>
            <w:tcW w:w="2493" w:type="dxa"/>
          </w:tcPr>
          <w:p w14:paraId="0810265D" w14:textId="77777777" w:rsidR="00240B87" w:rsidRDefault="00000000">
            <w:r>
              <w:rPr>
                <w:sz w:val="18"/>
              </w:rPr>
              <w:t>Note</w:t>
            </w:r>
          </w:p>
        </w:tc>
        <w:tc>
          <w:tcPr>
            <w:tcW w:w="2493" w:type="dxa"/>
          </w:tcPr>
          <w:p w14:paraId="6E9C832B" w14:textId="77777777" w:rsidR="00240B87" w:rsidRDefault="00240B87"/>
        </w:tc>
      </w:tr>
      <w:tr w:rsidR="00240B87" w14:paraId="3FEFC413" w14:textId="77777777">
        <w:trPr>
          <w:jc w:val="center"/>
        </w:trPr>
        <w:tc>
          <w:tcPr>
            <w:tcW w:w="2493" w:type="dxa"/>
          </w:tcPr>
          <w:p w14:paraId="7201CD6C" w14:textId="77777777" w:rsidR="00240B87" w:rsidRDefault="00000000">
            <w:r>
              <w:rPr>
                <w:sz w:val="18"/>
              </w:rPr>
              <w:t>DPI respiratorio</w:t>
            </w:r>
          </w:p>
        </w:tc>
        <w:tc>
          <w:tcPr>
            <w:tcW w:w="2493" w:type="dxa"/>
          </w:tcPr>
          <w:p w14:paraId="4A328A3E" w14:textId="77777777" w:rsidR="00240B87" w:rsidRDefault="00000000">
            <w:r>
              <w:rPr>
                <w:sz w:val="18"/>
              </w:rPr>
              <w:t>☐ No  ☐ FFP2/FFP3  ☐ A1/A2/B/E/K  ☐ PAPR  ☐ Supplied-air</w:t>
            </w:r>
          </w:p>
        </w:tc>
        <w:tc>
          <w:tcPr>
            <w:tcW w:w="2493" w:type="dxa"/>
          </w:tcPr>
          <w:p w14:paraId="0FEE367B" w14:textId="77777777" w:rsidR="00240B87" w:rsidRDefault="00000000">
            <w:r>
              <w:rPr>
                <w:sz w:val="18"/>
              </w:rPr>
              <w:t>DPI mani/occhi</w:t>
            </w:r>
          </w:p>
        </w:tc>
        <w:tc>
          <w:tcPr>
            <w:tcW w:w="2493" w:type="dxa"/>
          </w:tcPr>
          <w:p w14:paraId="40ACCAE0" w14:textId="77777777" w:rsidR="00240B87" w:rsidRDefault="00240B87"/>
        </w:tc>
      </w:tr>
      <w:tr w:rsidR="00240B87" w14:paraId="08FDDC3B" w14:textId="77777777">
        <w:trPr>
          <w:jc w:val="center"/>
        </w:trPr>
        <w:tc>
          <w:tcPr>
            <w:tcW w:w="2493" w:type="dxa"/>
          </w:tcPr>
          <w:p w14:paraId="6C41D86D" w14:textId="77777777" w:rsidR="00240B87" w:rsidRDefault="00000000">
            <w:r>
              <w:rPr>
                <w:sz w:val="18"/>
              </w:rPr>
              <w:t>Rischio contatto cute</w:t>
            </w:r>
          </w:p>
        </w:tc>
        <w:tc>
          <w:tcPr>
            <w:tcW w:w="2493" w:type="dxa"/>
          </w:tcPr>
          <w:p w14:paraId="3518D166" w14:textId="77777777" w:rsidR="00240B87" w:rsidRDefault="00000000">
            <w:r>
              <w:rPr>
                <w:sz w:val="18"/>
              </w:rPr>
              <w:t>☐ Basso ☐ Medio ☐ Alto</w:t>
            </w:r>
          </w:p>
        </w:tc>
        <w:tc>
          <w:tcPr>
            <w:tcW w:w="2493" w:type="dxa"/>
          </w:tcPr>
          <w:p w14:paraId="1425FD04" w14:textId="77777777" w:rsidR="00240B87" w:rsidRDefault="00000000">
            <w:r>
              <w:rPr>
                <w:sz w:val="18"/>
              </w:rPr>
              <w:t>Rischio schizzi</w:t>
            </w:r>
          </w:p>
        </w:tc>
        <w:tc>
          <w:tcPr>
            <w:tcW w:w="2493" w:type="dxa"/>
          </w:tcPr>
          <w:p w14:paraId="10683675" w14:textId="77777777" w:rsidR="00240B87" w:rsidRDefault="00000000">
            <w:r>
              <w:rPr>
                <w:sz w:val="18"/>
              </w:rPr>
              <w:t>☐ Sì ☐ No</w:t>
            </w:r>
          </w:p>
        </w:tc>
      </w:tr>
      <w:tr w:rsidR="00240B87" w14:paraId="7C08ED91" w14:textId="77777777">
        <w:trPr>
          <w:jc w:val="center"/>
        </w:trPr>
        <w:tc>
          <w:tcPr>
            <w:tcW w:w="2493" w:type="dxa"/>
          </w:tcPr>
          <w:p w14:paraId="0DF67FFB" w14:textId="77777777" w:rsidR="00240B87" w:rsidRDefault="00000000">
            <w:r>
              <w:rPr>
                <w:sz w:val="18"/>
              </w:rPr>
              <w:t>Eventi incidentali possibili</w:t>
            </w:r>
          </w:p>
        </w:tc>
        <w:tc>
          <w:tcPr>
            <w:tcW w:w="2493" w:type="dxa"/>
          </w:tcPr>
          <w:p w14:paraId="44986AAB" w14:textId="77777777" w:rsidR="00240B87" w:rsidRDefault="00000000">
            <w:r>
              <w:rPr>
                <w:sz w:val="18"/>
              </w:rPr>
              <w:t>☐ Sversamento  ☐ Innesco  ☐ Reazione  ☐ Altro</w:t>
            </w:r>
          </w:p>
        </w:tc>
        <w:tc>
          <w:tcPr>
            <w:tcW w:w="2493" w:type="dxa"/>
          </w:tcPr>
          <w:p w14:paraId="2640FB96" w14:textId="77777777" w:rsidR="00240B87" w:rsidRDefault="00000000">
            <w:r>
              <w:rPr>
                <w:sz w:val="18"/>
              </w:rPr>
              <w:t>Misure emergenza</w:t>
            </w:r>
          </w:p>
        </w:tc>
        <w:tc>
          <w:tcPr>
            <w:tcW w:w="2493" w:type="dxa"/>
          </w:tcPr>
          <w:p w14:paraId="26007EB0" w14:textId="77777777" w:rsidR="00240B87" w:rsidRDefault="00000000">
            <w:r>
              <w:rPr>
                <w:sz w:val="18"/>
              </w:rPr>
              <w:t>Kit/estintori presenti ☐</w:t>
            </w:r>
          </w:p>
        </w:tc>
      </w:tr>
      <w:tr w:rsidR="00240B87" w14:paraId="664A1C10" w14:textId="77777777">
        <w:trPr>
          <w:jc w:val="center"/>
        </w:trPr>
        <w:tc>
          <w:tcPr>
            <w:tcW w:w="2493" w:type="dxa"/>
          </w:tcPr>
          <w:p w14:paraId="7D8EC663" w14:textId="77777777" w:rsidR="00240B87" w:rsidRDefault="00000000">
            <w:r>
              <w:rPr>
                <w:sz w:val="18"/>
              </w:rPr>
              <w:t>Valutazione sintetica</w:t>
            </w:r>
          </w:p>
        </w:tc>
        <w:tc>
          <w:tcPr>
            <w:tcW w:w="2493" w:type="dxa"/>
          </w:tcPr>
          <w:p w14:paraId="695DC7C3" w14:textId="77777777" w:rsidR="00240B87" w:rsidRDefault="00000000">
            <w:r>
              <w:rPr>
                <w:sz w:val="18"/>
              </w:rPr>
              <w:t>☐ Accettabile  ☐ Da migliorare</w:t>
            </w:r>
          </w:p>
        </w:tc>
        <w:tc>
          <w:tcPr>
            <w:tcW w:w="2493" w:type="dxa"/>
          </w:tcPr>
          <w:p w14:paraId="4DC57129" w14:textId="77777777" w:rsidR="00240B87" w:rsidRDefault="00000000">
            <w:r>
              <w:rPr>
                <w:sz w:val="18"/>
              </w:rPr>
              <w:t>Azioni proposte</w:t>
            </w:r>
          </w:p>
        </w:tc>
        <w:tc>
          <w:tcPr>
            <w:tcW w:w="2493" w:type="dxa"/>
          </w:tcPr>
          <w:p w14:paraId="2A930C42" w14:textId="77777777" w:rsidR="00240B87" w:rsidRDefault="00240B87"/>
        </w:tc>
      </w:tr>
      <w:tr w:rsidR="00240B87" w14:paraId="13F52EB0" w14:textId="77777777">
        <w:trPr>
          <w:jc w:val="center"/>
        </w:trPr>
        <w:tc>
          <w:tcPr>
            <w:tcW w:w="2493" w:type="dxa"/>
          </w:tcPr>
          <w:p w14:paraId="442374B8" w14:textId="77777777" w:rsidR="00240B87" w:rsidRDefault="00000000">
            <w:r>
              <w:rPr>
                <w:sz w:val="18"/>
              </w:rPr>
              <w:t>Responsabile azioni</w:t>
            </w:r>
          </w:p>
        </w:tc>
        <w:tc>
          <w:tcPr>
            <w:tcW w:w="2493" w:type="dxa"/>
          </w:tcPr>
          <w:p w14:paraId="1F4187B2" w14:textId="77777777" w:rsidR="00240B87" w:rsidRDefault="00240B87"/>
        </w:tc>
        <w:tc>
          <w:tcPr>
            <w:tcW w:w="2493" w:type="dxa"/>
          </w:tcPr>
          <w:p w14:paraId="2FFF6AC4" w14:textId="77777777" w:rsidR="00240B87" w:rsidRDefault="00000000">
            <w:r>
              <w:rPr>
                <w:sz w:val="18"/>
              </w:rPr>
              <w:t>Scadenza</w:t>
            </w:r>
          </w:p>
        </w:tc>
        <w:tc>
          <w:tcPr>
            <w:tcW w:w="2493" w:type="dxa"/>
          </w:tcPr>
          <w:p w14:paraId="74AFB665" w14:textId="77777777" w:rsidR="00240B87" w:rsidRDefault="00240B87"/>
        </w:tc>
      </w:tr>
      <w:tr w:rsidR="00240B87" w14:paraId="7AA5B2BD" w14:textId="77777777">
        <w:trPr>
          <w:jc w:val="center"/>
        </w:trPr>
        <w:tc>
          <w:tcPr>
            <w:tcW w:w="2493" w:type="dxa"/>
          </w:tcPr>
          <w:p w14:paraId="400CE24A" w14:textId="77777777" w:rsidR="00240B87" w:rsidRDefault="00000000">
            <w:r>
              <w:rPr>
                <w:sz w:val="18"/>
              </w:rPr>
              <w:t>Verifica attuazione</w:t>
            </w:r>
          </w:p>
        </w:tc>
        <w:tc>
          <w:tcPr>
            <w:tcW w:w="2493" w:type="dxa"/>
          </w:tcPr>
          <w:p w14:paraId="49520E3E" w14:textId="77777777" w:rsidR="00240B87" w:rsidRDefault="00000000">
            <w:r>
              <w:rPr>
                <w:sz w:val="18"/>
              </w:rPr>
              <w:t>Data: ____  Esito: ____</w:t>
            </w:r>
          </w:p>
        </w:tc>
        <w:tc>
          <w:tcPr>
            <w:tcW w:w="2493" w:type="dxa"/>
          </w:tcPr>
          <w:p w14:paraId="6BF946CC" w14:textId="77777777" w:rsidR="00240B87" w:rsidRDefault="00000000">
            <w:r>
              <w:rPr>
                <w:sz w:val="18"/>
              </w:rPr>
              <w:t>Firma RSPP/Preposto</w:t>
            </w:r>
          </w:p>
        </w:tc>
        <w:tc>
          <w:tcPr>
            <w:tcW w:w="2493" w:type="dxa"/>
          </w:tcPr>
          <w:p w14:paraId="551DFDFD" w14:textId="77777777" w:rsidR="00240B87" w:rsidRDefault="00240B87"/>
        </w:tc>
      </w:tr>
    </w:tbl>
    <w:p w14:paraId="41C70913" w14:textId="77777777" w:rsidR="00884FEA" w:rsidRDefault="00884FEA"/>
    <w:sectPr w:rsidR="00884FEA" w:rsidSect="00034616">
      <w:footerReference w:type="default" r:id="rId9"/>
      <w:footerReference w:type="first" r:id="rId10"/>
      <w:pgSz w:w="12240" w:h="15840"/>
      <w:pgMar w:top="1247" w:right="1020" w:bottom="1020" w:left="124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955C4" w14:textId="77777777" w:rsidR="00884FEA" w:rsidRDefault="00884FEA">
      <w:pPr>
        <w:spacing w:after="0" w:line="240" w:lineRule="auto"/>
      </w:pPr>
      <w:r>
        <w:separator/>
      </w:r>
    </w:p>
  </w:endnote>
  <w:endnote w:type="continuationSeparator" w:id="0">
    <w:p w14:paraId="5D1CB8ED" w14:textId="77777777" w:rsidR="00884FEA" w:rsidRDefault="00884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0EE4" w14:textId="77777777" w:rsidR="00240B87" w:rsidRDefault="00000000">
    <w:pPr>
      <w:pStyle w:val="Pidipagina"/>
      <w:jc w:val="center"/>
    </w:pPr>
    <w:r>
      <w:rPr>
        <w:sz w:val="18"/>
      </w:rPr>
      <w:t xml:space="preserve">PRO-CHIM-01 Rev.0 - Pag. </w:t>
    </w:r>
    <w:r>
      <w:fldChar w:fldCharType="begin"/>
    </w:r>
    <w:r>
      <w:instrText xml:space="preserve"> PAGE </w:instrText>
    </w:r>
    <w:r>
      <w:fldChar w:fldCharType="separate"/>
    </w:r>
    <w:r w:rsidR="009925EF">
      <w:rPr>
        <w:noProof/>
      </w:rPr>
      <w:t>2</w:t>
    </w:r>
    <w:r>
      <w:fldChar w:fldCharType="end"/>
    </w:r>
    <w:r>
      <w:rPr>
        <w:sz w:val="18"/>
      </w:rPr>
      <w:t xml:space="preserve">   |   Uso </w:t>
    </w:r>
    <w:proofErr w:type="spellStart"/>
    <w:r>
      <w:rPr>
        <w:sz w:val="18"/>
      </w:rPr>
      <w:t>interno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204" w14:textId="77777777" w:rsidR="00240B87" w:rsidRDefault="00240B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7AA61" w14:textId="77777777" w:rsidR="00884FEA" w:rsidRDefault="00884FEA">
      <w:pPr>
        <w:spacing w:after="0" w:line="240" w:lineRule="auto"/>
      </w:pPr>
      <w:r>
        <w:separator/>
      </w:r>
    </w:p>
  </w:footnote>
  <w:footnote w:type="continuationSeparator" w:id="0">
    <w:p w14:paraId="083095DB" w14:textId="77777777" w:rsidR="00884FEA" w:rsidRDefault="00884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FB34E2"/>
    <w:multiLevelType w:val="multilevel"/>
    <w:tmpl w:val="15BE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ED738F"/>
    <w:multiLevelType w:val="multilevel"/>
    <w:tmpl w:val="EDF6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C005DE"/>
    <w:multiLevelType w:val="multilevel"/>
    <w:tmpl w:val="AC0A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B73AE7"/>
    <w:multiLevelType w:val="multilevel"/>
    <w:tmpl w:val="FAB0D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CB3082"/>
    <w:multiLevelType w:val="multilevel"/>
    <w:tmpl w:val="50B6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9D1444"/>
    <w:multiLevelType w:val="multilevel"/>
    <w:tmpl w:val="2D58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877262"/>
    <w:multiLevelType w:val="multilevel"/>
    <w:tmpl w:val="D8D29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6392322">
    <w:abstractNumId w:val="8"/>
  </w:num>
  <w:num w:numId="2" w16cid:durableId="1543128110">
    <w:abstractNumId w:val="6"/>
  </w:num>
  <w:num w:numId="3" w16cid:durableId="1087725629">
    <w:abstractNumId w:val="5"/>
  </w:num>
  <w:num w:numId="4" w16cid:durableId="1292907359">
    <w:abstractNumId w:val="4"/>
  </w:num>
  <w:num w:numId="5" w16cid:durableId="2248650">
    <w:abstractNumId w:val="7"/>
  </w:num>
  <w:num w:numId="6" w16cid:durableId="1648317304">
    <w:abstractNumId w:val="3"/>
  </w:num>
  <w:num w:numId="7" w16cid:durableId="1108964118">
    <w:abstractNumId w:val="2"/>
  </w:num>
  <w:num w:numId="8" w16cid:durableId="1366128888">
    <w:abstractNumId w:val="1"/>
  </w:num>
  <w:num w:numId="9" w16cid:durableId="1610241571">
    <w:abstractNumId w:val="0"/>
  </w:num>
  <w:num w:numId="10" w16cid:durableId="2027562554">
    <w:abstractNumId w:val="10"/>
  </w:num>
  <w:num w:numId="11" w16cid:durableId="67264614">
    <w:abstractNumId w:val="12"/>
  </w:num>
  <w:num w:numId="12" w16cid:durableId="1235701986">
    <w:abstractNumId w:val="15"/>
  </w:num>
  <w:num w:numId="13" w16cid:durableId="756245567">
    <w:abstractNumId w:val="13"/>
  </w:num>
  <w:num w:numId="14" w16cid:durableId="226188592">
    <w:abstractNumId w:val="9"/>
  </w:num>
  <w:num w:numId="15" w16cid:durableId="1454444518">
    <w:abstractNumId w:val="14"/>
  </w:num>
  <w:num w:numId="16" w16cid:durableId="10088663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FED"/>
    <w:rsid w:val="0015074B"/>
    <w:rsid w:val="00240B87"/>
    <w:rsid w:val="0029639D"/>
    <w:rsid w:val="00326F90"/>
    <w:rsid w:val="00884FEA"/>
    <w:rsid w:val="009925EF"/>
    <w:rsid w:val="00AA1D8D"/>
    <w:rsid w:val="00B1704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1800B"/>
  <w14:defaultImageDpi w14:val="330"/>
  <w15:docId w15:val="{CF897B9A-A8C4-431B-9F5D-0D96A5521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eastAsia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27</Pages>
  <Words>4345</Words>
  <Characters>27551</Characters>
  <Application>Microsoft Office Word</Application>
  <DocSecurity>0</DocSecurity>
  <Lines>1620</Lines>
  <Paragraphs>862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PAOLO BENNI</cp:lastModifiedBy>
  <cp:revision>3</cp:revision>
  <dcterms:created xsi:type="dcterms:W3CDTF">2013-12-23T23:15:00Z</dcterms:created>
  <dcterms:modified xsi:type="dcterms:W3CDTF">2026-02-21T12:39:00Z</dcterms:modified>
  <cp:category/>
</cp:coreProperties>
</file>