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FF9AC" w14:textId="77777777" w:rsidR="00471D41" w:rsidRDefault="00000000">
      <w:pPr>
        <w:jc w:val="center"/>
      </w:pPr>
      <w:r>
        <w:rPr>
          <w:b/>
          <w:sz w:val="36"/>
        </w:rPr>
        <w:t>Moduli allegati - Gestione del rischio MMC e sovraccarico biomeccanico del rachide</w:t>
      </w:r>
    </w:p>
    <w:p w14:paraId="53BA1207" w14:textId="77777777" w:rsidR="00471D41" w:rsidRDefault="00000000">
      <w:pPr>
        <w:jc w:val="center"/>
      </w:pPr>
      <w:r>
        <w:rPr>
          <w:i/>
          <w:sz w:val="23"/>
        </w:rPr>
        <w:t>Testo pronto per Word - campi compilabili (inserire i dati nei campi tra parentesi quadre e/o barrare le caselle)</w:t>
      </w:r>
    </w:p>
    <w:p w14:paraId="24526884" w14:textId="77777777" w:rsidR="00471D41" w:rsidRDefault="00471D41"/>
    <w:p w14:paraId="08805EDB" w14:textId="77777777" w:rsidR="00471D41" w:rsidRDefault="00000000">
      <w:r>
        <w:rPr>
          <w:b/>
          <w:sz w:val="26"/>
        </w:rPr>
        <w:t>Dati generali documento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211"/>
        <w:gridCol w:w="2211"/>
      </w:tblGrid>
      <w:tr w:rsidR="00471D41" w14:paraId="3296D199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C3B54D" w14:textId="77777777" w:rsidR="00471D41" w:rsidRDefault="00000000">
            <w:r>
              <w:t>Azienda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0F1839" w14:textId="77777777" w:rsidR="00471D41" w:rsidRDefault="00000000">
            <w:r>
              <w:t>Sito/Unità produttiva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2126F6" w14:textId="77777777" w:rsidR="00471D41" w:rsidRDefault="00000000">
            <w:r>
              <w:t>Reparto/Area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E0868F" w14:textId="77777777" w:rsidR="00471D41" w:rsidRDefault="00000000">
            <w:r>
              <w:t>Data</w:t>
            </w:r>
          </w:p>
        </w:tc>
      </w:tr>
      <w:tr w:rsidR="00471D41" w14:paraId="4FF99D33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F3B684" w14:textId="77777777" w:rsidR="00471D41" w:rsidRDefault="00000000">
            <w:r>
              <w:t>[Inserire ragione sociale]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ADE149" w14:textId="77777777" w:rsidR="00471D41" w:rsidRDefault="00000000">
            <w:r>
              <w:t>[Inserire sito]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A8869D" w14:textId="77777777" w:rsidR="00471D41" w:rsidRDefault="00000000">
            <w:r>
              <w:t>[Inserire area]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40E763" w14:textId="77777777" w:rsidR="00471D41" w:rsidRDefault="00000000">
            <w:r>
              <w:t>[gg/mm/aaaa]</w:t>
            </w:r>
          </w:p>
        </w:tc>
      </w:tr>
    </w:tbl>
    <w:p w14:paraId="36109E5F" w14:textId="77777777" w:rsidR="00471D41" w:rsidRDefault="00471D41"/>
    <w:p w14:paraId="36986B1E" w14:textId="77777777" w:rsidR="00471D41" w:rsidRDefault="00000000">
      <w:pPr>
        <w:spacing w:after="120"/>
      </w:pPr>
      <w:r>
        <w:t>I moduli seguenti sono predisposti per l’archiviazione in DVR e per l’uso operativo (sopralluoghi, audit, segnalazioni, formazione).</w:t>
      </w:r>
    </w:p>
    <w:p w14:paraId="1052381E" w14:textId="77777777" w:rsidR="00471D41" w:rsidRDefault="00000000">
      <w:pPr>
        <w:spacing w:after="120"/>
      </w:pPr>
      <w:r>
        <w:t>Compilazione: sostituire i campi tra parentesi quadre con i dati richiesti; per le check-list barrare le caselle (☐ → ☒).</w:t>
      </w:r>
    </w:p>
    <w:p w14:paraId="3D3F7EB0" w14:textId="038233A3" w:rsidR="00471D41" w:rsidRDefault="00471D41"/>
    <w:p w14:paraId="47EBEAB9" w14:textId="77777777" w:rsidR="00471D41" w:rsidRDefault="00000000">
      <w:r>
        <w:rPr>
          <w:b/>
          <w:sz w:val="26"/>
        </w:rPr>
        <w:t>ALLEGATO A - Elenco compiti MMC (censimento)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211"/>
        <w:gridCol w:w="2211"/>
      </w:tblGrid>
      <w:tr w:rsidR="00471D41" w14:paraId="2AB07387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988B4E" w14:textId="77777777" w:rsidR="00471D41" w:rsidRDefault="00000000">
            <w:r>
              <w:t>Azienda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250FD8" w14:textId="77777777" w:rsidR="00471D41" w:rsidRDefault="00000000">
            <w:r>
              <w:t>Sito/Unità produttiva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DDA983" w14:textId="77777777" w:rsidR="00471D41" w:rsidRDefault="00000000">
            <w:r>
              <w:t>Reparto/Area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BCCA7B" w14:textId="77777777" w:rsidR="00471D41" w:rsidRDefault="00000000">
            <w:r>
              <w:t>Data</w:t>
            </w:r>
          </w:p>
        </w:tc>
      </w:tr>
      <w:tr w:rsidR="00471D41" w14:paraId="780A2578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4CC747" w14:textId="77777777" w:rsidR="00471D41" w:rsidRDefault="00000000">
            <w:r>
              <w:t>[Inserire ragione sociale]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85C256" w14:textId="77777777" w:rsidR="00471D41" w:rsidRDefault="00000000">
            <w:r>
              <w:t>[Inserire sito]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7D4B64" w14:textId="77777777" w:rsidR="00471D41" w:rsidRDefault="00000000">
            <w:r>
              <w:t>[Inserire area]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C1EF68" w14:textId="77777777" w:rsidR="00471D41" w:rsidRDefault="00000000">
            <w:r>
              <w:t>[gg/mm/aaaa]</w:t>
            </w:r>
          </w:p>
        </w:tc>
      </w:tr>
    </w:tbl>
    <w:p w14:paraId="384C71BE" w14:textId="77777777" w:rsidR="00471D41" w:rsidRDefault="00471D41"/>
    <w:p w14:paraId="6AEB6473" w14:textId="77777777" w:rsidR="006256EE" w:rsidRDefault="006256EE">
      <w:pPr>
        <w:spacing w:after="120"/>
      </w:pPr>
    </w:p>
    <w:p w14:paraId="477EB9FC" w14:textId="77777777" w:rsidR="006256EE" w:rsidRDefault="006256EE">
      <w:pPr>
        <w:spacing w:after="120"/>
      </w:pPr>
    </w:p>
    <w:p w14:paraId="38BE47AE" w14:textId="77777777" w:rsidR="006256EE" w:rsidRDefault="006256EE">
      <w:pPr>
        <w:spacing w:after="120"/>
      </w:pPr>
    </w:p>
    <w:p w14:paraId="3E90CF26" w14:textId="77777777" w:rsidR="006256EE" w:rsidRDefault="006256EE">
      <w:pPr>
        <w:spacing w:after="120"/>
      </w:pPr>
    </w:p>
    <w:p w14:paraId="288B6E53" w14:textId="77777777" w:rsidR="006256EE" w:rsidRDefault="006256EE">
      <w:pPr>
        <w:spacing w:after="120"/>
      </w:pPr>
    </w:p>
    <w:p w14:paraId="0AF64FD0" w14:textId="77777777" w:rsidR="006256EE" w:rsidRDefault="006256EE">
      <w:pPr>
        <w:spacing w:after="120"/>
      </w:pPr>
    </w:p>
    <w:p w14:paraId="61E09A87" w14:textId="77777777" w:rsidR="006256EE" w:rsidRDefault="006256EE">
      <w:pPr>
        <w:spacing w:after="120"/>
      </w:pPr>
    </w:p>
    <w:p w14:paraId="722FC702" w14:textId="77777777" w:rsidR="006256EE" w:rsidRDefault="006256EE">
      <w:pPr>
        <w:spacing w:after="120"/>
      </w:pPr>
    </w:p>
    <w:p w14:paraId="6CAC5FEE" w14:textId="77777777" w:rsidR="006256EE" w:rsidRDefault="006256EE">
      <w:pPr>
        <w:spacing w:after="120"/>
        <w:sectPr w:rsidR="006256EE" w:rsidSect="00034616">
          <w:headerReference w:type="default" r:id="rId8"/>
          <w:footerReference w:type="default" r:id="rId9"/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p w14:paraId="4F341D50" w14:textId="77777777" w:rsidR="006256EE" w:rsidRDefault="006256EE">
      <w:pPr>
        <w:spacing w:after="120"/>
      </w:pPr>
    </w:p>
    <w:p w14:paraId="67B45752" w14:textId="2DF29B14" w:rsidR="00471D41" w:rsidRDefault="00000000">
      <w:pPr>
        <w:spacing w:after="120"/>
      </w:pPr>
      <w:proofErr w:type="spellStart"/>
      <w:r>
        <w:t>Compilare</w:t>
      </w:r>
      <w:proofErr w:type="spellEnd"/>
      <w:r>
        <w:t xml:space="preserve"> </w:t>
      </w:r>
      <w:proofErr w:type="gramStart"/>
      <w:r>
        <w:t>un record</w:t>
      </w:r>
      <w:proofErr w:type="gramEnd"/>
      <w:r>
        <w:t xml:space="preserve"> per </w:t>
      </w:r>
      <w:proofErr w:type="spellStart"/>
      <w:r>
        <w:t>ciascun</w:t>
      </w:r>
      <w:proofErr w:type="spellEnd"/>
      <w:r>
        <w:t xml:space="preserve"> compito rappresentativo (più gravoso e/o più frequente).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1134"/>
        <w:gridCol w:w="1134"/>
        <w:gridCol w:w="1814"/>
        <w:gridCol w:w="1474"/>
        <w:gridCol w:w="907"/>
        <w:gridCol w:w="794"/>
        <w:gridCol w:w="964"/>
        <w:gridCol w:w="964"/>
        <w:gridCol w:w="964"/>
        <w:gridCol w:w="1361"/>
        <w:gridCol w:w="794"/>
        <w:gridCol w:w="1587"/>
      </w:tblGrid>
      <w:tr w:rsidR="00471D41" w14:paraId="04CCFA2D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C86C1B4" w14:textId="77777777" w:rsidR="00471D41" w:rsidRDefault="00000000">
            <w:r>
              <w:rPr>
                <w:b/>
              </w:rPr>
              <w:t>ID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28C1D2DC" w14:textId="77777777" w:rsidR="00471D41" w:rsidRDefault="00000000">
            <w:r>
              <w:rPr>
                <w:b/>
              </w:rPr>
              <w:t>Reparto/Area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2EC30BCD" w14:textId="77777777" w:rsidR="00471D41" w:rsidRDefault="00000000">
            <w:r>
              <w:rPr>
                <w:b/>
              </w:rPr>
              <w:t>Mansione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BA89510" w14:textId="77777777" w:rsidR="00471D41" w:rsidRDefault="00000000">
            <w:r>
              <w:rPr>
                <w:b/>
              </w:rPr>
              <w:t>Descrizione compito MMC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5D6B3544" w14:textId="77777777" w:rsidR="00471D41" w:rsidRDefault="00000000">
            <w:r>
              <w:rPr>
                <w:b/>
              </w:rPr>
              <w:t>Carico (tipologia/forma)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74E76337" w14:textId="77777777" w:rsidR="00471D41" w:rsidRDefault="00000000">
            <w:r>
              <w:rPr>
                <w:b/>
              </w:rPr>
              <w:t>Massa unitaria (kg)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6BD63C4C" w14:textId="77777777" w:rsidR="00471D41" w:rsidRDefault="00000000">
            <w:r>
              <w:rPr>
                <w:b/>
              </w:rPr>
              <w:t>N colli/oper.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14D4319D" w14:textId="77777777" w:rsidR="00471D41" w:rsidRDefault="00000000">
            <w:r>
              <w:rPr>
                <w:b/>
              </w:rPr>
              <w:t>Frequenza (n/ora)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2B800D35" w14:textId="77777777" w:rsidR="00471D41" w:rsidRDefault="00000000">
            <w:r>
              <w:rPr>
                <w:b/>
              </w:rPr>
              <w:t>Durata (min/turno)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6A87746E" w14:textId="77777777" w:rsidR="00471D41" w:rsidRDefault="00000000">
            <w:r>
              <w:rPr>
                <w:b/>
              </w:rPr>
              <w:t>Distanza trasporto (m)</w:t>
            </w:r>
          </w:p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698A996B" w14:textId="77777777" w:rsidR="00471D41" w:rsidRDefault="00000000">
            <w:r>
              <w:rPr>
                <w:b/>
              </w:rPr>
              <w:t>Ausili disponibili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52C8893" w14:textId="77777777" w:rsidR="00471D41" w:rsidRDefault="00000000">
            <w:r>
              <w:rPr>
                <w:b/>
              </w:rPr>
              <w:t>Ausili usati (S/N)</w:t>
            </w:r>
          </w:p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188015B2" w14:textId="77777777" w:rsidR="00471D41" w:rsidRDefault="00000000">
            <w:r>
              <w:rPr>
                <w:b/>
              </w:rPr>
              <w:t>Note/criticità</w:t>
            </w:r>
          </w:p>
        </w:tc>
      </w:tr>
      <w:tr w:rsidR="00471D41" w14:paraId="15CF5AF7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A63FC7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E98E4E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053E73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397BD9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5104E7" w14:textId="77777777" w:rsidR="00471D41" w:rsidRDefault="00471D41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36004A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B5DFCA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57181B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44A7D6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E7A964" w14:textId="77777777" w:rsidR="00471D41" w:rsidRDefault="00471D41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5A2357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0A9B6C" w14:textId="77777777" w:rsidR="00471D41" w:rsidRDefault="00471D41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F93769" w14:textId="77777777" w:rsidR="00471D41" w:rsidRDefault="00471D41"/>
        </w:tc>
      </w:tr>
      <w:tr w:rsidR="00471D41" w14:paraId="354715F0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EE16276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8B3391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460E53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4A07F64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43CEE9" w14:textId="77777777" w:rsidR="00471D41" w:rsidRDefault="00471D41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065813B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11BA44E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7AFF28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9B6B90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7A43FA" w14:textId="77777777" w:rsidR="00471D41" w:rsidRDefault="00471D41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8E82B8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39AFD2" w14:textId="77777777" w:rsidR="00471D41" w:rsidRDefault="00471D41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1B0977" w14:textId="77777777" w:rsidR="00471D41" w:rsidRDefault="00471D41"/>
        </w:tc>
      </w:tr>
      <w:tr w:rsidR="00471D41" w14:paraId="2051C0DF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216DD6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7F4F75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181580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FD7963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26930C" w14:textId="77777777" w:rsidR="00471D41" w:rsidRDefault="00471D41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E40329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05A0088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D32393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A08716D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F42090" w14:textId="77777777" w:rsidR="00471D41" w:rsidRDefault="00471D41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921678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74D17C" w14:textId="77777777" w:rsidR="00471D41" w:rsidRDefault="00471D41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955E5B" w14:textId="77777777" w:rsidR="00471D41" w:rsidRDefault="00471D41"/>
        </w:tc>
      </w:tr>
      <w:tr w:rsidR="00471D41" w14:paraId="06381D8F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60EF91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D39598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1ED53D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E76A04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DAE1A9" w14:textId="77777777" w:rsidR="00471D41" w:rsidRDefault="00471D41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0FF1CD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BC2468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CD88F2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0B5340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885A5F4" w14:textId="77777777" w:rsidR="00471D41" w:rsidRDefault="00471D41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3C4419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0D77B4" w14:textId="77777777" w:rsidR="00471D41" w:rsidRDefault="00471D41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B621B7" w14:textId="77777777" w:rsidR="00471D41" w:rsidRDefault="00471D41"/>
        </w:tc>
      </w:tr>
      <w:tr w:rsidR="00471D41" w14:paraId="457C6611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1D2B3A4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42795C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36B602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F140AC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4AC712" w14:textId="77777777" w:rsidR="00471D41" w:rsidRDefault="00471D41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EC3ED67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778FF7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DAC0D6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249DDF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C93C78" w14:textId="77777777" w:rsidR="00471D41" w:rsidRDefault="00471D41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2193DF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632A868" w14:textId="77777777" w:rsidR="00471D41" w:rsidRDefault="00471D41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7361D1" w14:textId="77777777" w:rsidR="00471D41" w:rsidRDefault="00471D41"/>
        </w:tc>
      </w:tr>
      <w:tr w:rsidR="00471D41" w14:paraId="52186D25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647D88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309EB4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452020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EE696E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4F79E6" w14:textId="77777777" w:rsidR="00471D41" w:rsidRDefault="00471D41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045DB2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8B5A25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0E072B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35F2A2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AA0DEB" w14:textId="77777777" w:rsidR="00471D41" w:rsidRDefault="00471D41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E49469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1E6825" w14:textId="77777777" w:rsidR="00471D41" w:rsidRDefault="00471D41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8E31C8" w14:textId="77777777" w:rsidR="00471D41" w:rsidRDefault="00471D41"/>
        </w:tc>
      </w:tr>
      <w:tr w:rsidR="00471D41" w14:paraId="160E46DB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1FF3B8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D5940F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9E08D2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C5466B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2B4087" w14:textId="77777777" w:rsidR="00471D41" w:rsidRDefault="00471D41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5743BA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ACDF164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9B2535C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34B596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26E1B5" w14:textId="77777777" w:rsidR="00471D41" w:rsidRDefault="00471D41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CADA8A8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2C0EF3" w14:textId="77777777" w:rsidR="00471D41" w:rsidRDefault="00471D41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46328D" w14:textId="77777777" w:rsidR="00471D41" w:rsidRDefault="00471D41"/>
        </w:tc>
      </w:tr>
      <w:tr w:rsidR="00471D41" w14:paraId="30BF6804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C10E4F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4EC2DE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969424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BE0C96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F5925D" w14:textId="77777777" w:rsidR="00471D41" w:rsidRDefault="00471D41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8FCB248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504C59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8DC428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AAF37F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E4C151F" w14:textId="77777777" w:rsidR="00471D41" w:rsidRDefault="00471D41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7D312C3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83AE24" w14:textId="77777777" w:rsidR="00471D41" w:rsidRDefault="00471D41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1BC52C1" w14:textId="77777777" w:rsidR="00471D41" w:rsidRDefault="00471D41"/>
        </w:tc>
      </w:tr>
      <w:tr w:rsidR="00471D41" w14:paraId="61F04FD6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063A3F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F556BC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0D2797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9B495A9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FDE4B03" w14:textId="77777777" w:rsidR="00471D41" w:rsidRDefault="00471D41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F08B07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0127CB0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462A34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CDE48F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C6095C" w14:textId="77777777" w:rsidR="00471D41" w:rsidRDefault="00471D41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61C5DE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CF0BF60" w14:textId="77777777" w:rsidR="00471D41" w:rsidRDefault="00471D41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EA84AB" w14:textId="77777777" w:rsidR="00471D41" w:rsidRDefault="00471D41"/>
        </w:tc>
      </w:tr>
      <w:tr w:rsidR="00471D41" w14:paraId="49D444F7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33BC07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AC138F9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1B39FE5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09DC33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51595C" w14:textId="77777777" w:rsidR="00471D41" w:rsidRDefault="00471D41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DDE72D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FA9180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ACA18F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ABEBE6B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9BF60C" w14:textId="77777777" w:rsidR="00471D41" w:rsidRDefault="00471D41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3B08C5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CC4250" w14:textId="77777777" w:rsidR="00471D41" w:rsidRDefault="00471D41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218BB3F" w14:textId="77777777" w:rsidR="00471D41" w:rsidRDefault="00471D41"/>
        </w:tc>
      </w:tr>
      <w:tr w:rsidR="00471D41" w14:paraId="6DDF8FF9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6692D7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1C3D83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70AAB9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5256C5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D79C0E" w14:textId="77777777" w:rsidR="00471D41" w:rsidRDefault="00471D41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8AB2C8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F97980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B6EAFC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6183F6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1059F9" w14:textId="77777777" w:rsidR="00471D41" w:rsidRDefault="00471D41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58649F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190651" w14:textId="77777777" w:rsidR="00471D41" w:rsidRDefault="00471D41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E145A77" w14:textId="77777777" w:rsidR="00471D41" w:rsidRDefault="00471D41"/>
        </w:tc>
      </w:tr>
      <w:tr w:rsidR="00471D41" w14:paraId="5514613D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4A33054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81DD81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1B99A5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E22B7B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0AACDAC" w14:textId="77777777" w:rsidR="00471D41" w:rsidRDefault="00471D41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A11DF7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7078ECF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FE5B43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FFFECC" w14:textId="77777777" w:rsidR="00471D41" w:rsidRDefault="00471D41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DE8957" w14:textId="77777777" w:rsidR="00471D41" w:rsidRDefault="00471D41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478F0C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6477AED" w14:textId="77777777" w:rsidR="00471D41" w:rsidRDefault="00471D41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F43BF73" w14:textId="77777777" w:rsidR="00471D41" w:rsidRDefault="00471D41"/>
        </w:tc>
      </w:tr>
      <w:tr w:rsidR="006256EE" w14:paraId="4AB01582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ED395D" w14:textId="77777777" w:rsidR="006256EE" w:rsidRDefault="006256EE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BE4EF8" w14:textId="77777777" w:rsidR="006256EE" w:rsidRDefault="006256EE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E8640D" w14:textId="77777777" w:rsidR="006256EE" w:rsidRDefault="006256EE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530609" w14:textId="77777777" w:rsidR="006256EE" w:rsidRDefault="006256EE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F1B73C5" w14:textId="77777777" w:rsidR="006256EE" w:rsidRDefault="006256EE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B3500A5" w14:textId="77777777" w:rsidR="006256EE" w:rsidRDefault="006256EE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B6676A3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4E203A4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B25570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847FA0" w14:textId="77777777" w:rsidR="006256EE" w:rsidRDefault="006256EE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F212A70" w14:textId="77777777" w:rsidR="006256EE" w:rsidRDefault="006256EE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65FAB5" w14:textId="77777777" w:rsidR="006256EE" w:rsidRDefault="006256EE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4FBA6F" w14:textId="77777777" w:rsidR="006256EE" w:rsidRDefault="006256EE"/>
        </w:tc>
      </w:tr>
      <w:tr w:rsidR="006256EE" w14:paraId="0FE536D2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A7A83C" w14:textId="77777777" w:rsidR="006256EE" w:rsidRDefault="006256EE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EDADE1" w14:textId="77777777" w:rsidR="006256EE" w:rsidRDefault="006256EE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3497C3" w14:textId="77777777" w:rsidR="006256EE" w:rsidRDefault="006256EE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AEEA88" w14:textId="77777777" w:rsidR="006256EE" w:rsidRDefault="006256EE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684350" w14:textId="77777777" w:rsidR="006256EE" w:rsidRDefault="006256EE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EB4115" w14:textId="77777777" w:rsidR="006256EE" w:rsidRDefault="006256EE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2CA77B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C220642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056CD05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0417C1" w14:textId="77777777" w:rsidR="006256EE" w:rsidRDefault="006256EE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10FFFE8" w14:textId="77777777" w:rsidR="006256EE" w:rsidRDefault="006256EE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D95B59" w14:textId="77777777" w:rsidR="006256EE" w:rsidRDefault="006256EE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69226BE" w14:textId="77777777" w:rsidR="006256EE" w:rsidRDefault="006256EE"/>
        </w:tc>
      </w:tr>
      <w:tr w:rsidR="006256EE" w14:paraId="16D1A501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820907D" w14:textId="77777777" w:rsidR="006256EE" w:rsidRDefault="006256EE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53CFAB" w14:textId="77777777" w:rsidR="006256EE" w:rsidRDefault="006256EE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52BF2B" w14:textId="77777777" w:rsidR="006256EE" w:rsidRDefault="006256EE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7CAB9D" w14:textId="77777777" w:rsidR="006256EE" w:rsidRDefault="006256EE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4D07B74" w14:textId="77777777" w:rsidR="006256EE" w:rsidRDefault="006256EE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D1CEDAE" w14:textId="77777777" w:rsidR="006256EE" w:rsidRDefault="006256EE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9D6EC34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303F03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EE31CE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AF96BE6" w14:textId="77777777" w:rsidR="006256EE" w:rsidRDefault="006256EE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AD3C02" w14:textId="77777777" w:rsidR="006256EE" w:rsidRDefault="006256EE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E3F051" w14:textId="77777777" w:rsidR="006256EE" w:rsidRDefault="006256EE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873A3B" w14:textId="77777777" w:rsidR="006256EE" w:rsidRDefault="006256EE"/>
        </w:tc>
      </w:tr>
      <w:tr w:rsidR="006256EE" w14:paraId="0D937013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7BE32B" w14:textId="77777777" w:rsidR="006256EE" w:rsidRDefault="006256EE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C6A04C" w14:textId="77777777" w:rsidR="006256EE" w:rsidRDefault="006256EE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B003584" w14:textId="77777777" w:rsidR="006256EE" w:rsidRDefault="006256EE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211BB62" w14:textId="77777777" w:rsidR="006256EE" w:rsidRDefault="006256EE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D4E5B72" w14:textId="77777777" w:rsidR="006256EE" w:rsidRDefault="006256EE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16EAC5" w14:textId="77777777" w:rsidR="006256EE" w:rsidRDefault="006256EE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3976E9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939F56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9548626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AB4CD3" w14:textId="77777777" w:rsidR="006256EE" w:rsidRDefault="006256EE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8AF1F94" w14:textId="77777777" w:rsidR="006256EE" w:rsidRDefault="006256EE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5B644E" w14:textId="77777777" w:rsidR="006256EE" w:rsidRDefault="006256EE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23E19F" w14:textId="77777777" w:rsidR="006256EE" w:rsidRDefault="006256EE"/>
        </w:tc>
      </w:tr>
      <w:tr w:rsidR="006256EE" w14:paraId="64F0BF24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9C2A82" w14:textId="77777777" w:rsidR="006256EE" w:rsidRDefault="006256EE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17BB41" w14:textId="77777777" w:rsidR="006256EE" w:rsidRDefault="006256EE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D779A89" w14:textId="77777777" w:rsidR="006256EE" w:rsidRDefault="006256EE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703F27" w14:textId="77777777" w:rsidR="006256EE" w:rsidRDefault="006256EE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339CA6" w14:textId="77777777" w:rsidR="006256EE" w:rsidRDefault="006256EE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0D7235" w14:textId="77777777" w:rsidR="006256EE" w:rsidRDefault="006256EE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EE3364B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A6A952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BA92F7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A50850" w14:textId="77777777" w:rsidR="006256EE" w:rsidRDefault="006256EE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B3CC532" w14:textId="77777777" w:rsidR="006256EE" w:rsidRDefault="006256EE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65EABA" w14:textId="77777777" w:rsidR="006256EE" w:rsidRDefault="006256EE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1EABA10" w14:textId="77777777" w:rsidR="006256EE" w:rsidRDefault="006256EE"/>
        </w:tc>
      </w:tr>
      <w:tr w:rsidR="006256EE" w14:paraId="0CE0A9AC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F5EAAA2" w14:textId="77777777" w:rsidR="006256EE" w:rsidRDefault="006256EE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C4D68D" w14:textId="77777777" w:rsidR="006256EE" w:rsidRDefault="006256EE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67C6EC" w14:textId="77777777" w:rsidR="006256EE" w:rsidRDefault="006256EE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473490" w14:textId="77777777" w:rsidR="006256EE" w:rsidRDefault="006256EE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B83036" w14:textId="77777777" w:rsidR="006256EE" w:rsidRDefault="006256EE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1E4E6C" w14:textId="77777777" w:rsidR="006256EE" w:rsidRDefault="006256EE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7B37805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106282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E9FF774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E5225D" w14:textId="77777777" w:rsidR="006256EE" w:rsidRDefault="006256EE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642220" w14:textId="77777777" w:rsidR="006256EE" w:rsidRDefault="006256EE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7E0563" w14:textId="77777777" w:rsidR="006256EE" w:rsidRDefault="006256EE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FA15FB0" w14:textId="77777777" w:rsidR="006256EE" w:rsidRDefault="006256EE"/>
        </w:tc>
      </w:tr>
      <w:tr w:rsidR="006256EE" w14:paraId="59DA66BF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10D60E" w14:textId="77777777" w:rsidR="006256EE" w:rsidRDefault="006256EE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CF0B75E" w14:textId="77777777" w:rsidR="006256EE" w:rsidRDefault="006256EE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B77AA5" w14:textId="77777777" w:rsidR="006256EE" w:rsidRDefault="006256EE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EE9028E" w14:textId="77777777" w:rsidR="006256EE" w:rsidRDefault="006256EE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C13C9AC" w14:textId="77777777" w:rsidR="006256EE" w:rsidRDefault="006256EE"/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2C74EB" w14:textId="77777777" w:rsidR="006256EE" w:rsidRDefault="006256EE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8E465F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F2E6CAB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30BEB3C" w14:textId="77777777" w:rsidR="006256EE" w:rsidRDefault="006256EE"/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4C343C" w14:textId="77777777" w:rsidR="006256EE" w:rsidRDefault="006256EE"/>
        </w:tc>
        <w:tc>
          <w:tcPr>
            <w:tcW w:w="1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7CE106" w14:textId="77777777" w:rsidR="006256EE" w:rsidRDefault="006256EE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D18D82" w14:textId="77777777" w:rsidR="006256EE" w:rsidRDefault="006256EE"/>
        </w:tc>
        <w:tc>
          <w:tcPr>
            <w:tcW w:w="1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2E5E0A" w14:textId="77777777" w:rsidR="006256EE" w:rsidRDefault="006256EE"/>
        </w:tc>
      </w:tr>
    </w:tbl>
    <w:p w14:paraId="09E33F6C" w14:textId="77777777" w:rsidR="00471D41" w:rsidRDefault="00000000">
      <w:r>
        <w:br w:type="page"/>
      </w:r>
    </w:p>
    <w:p w14:paraId="2AA49850" w14:textId="77777777" w:rsidR="006256EE" w:rsidRDefault="006256EE">
      <w:pPr>
        <w:rPr>
          <w:b/>
          <w:sz w:val="26"/>
        </w:rPr>
        <w:sectPr w:rsidR="006256EE" w:rsidSect="006256EE">
          <w:pgSz w:w="15840" w:h="12240" w:orient="landscape"/>
          <w:pgMar w:top="1134" w:right="1134" w:bottom="1134" w:left="1134" w:header="720" w:footer="720" w:gutter="0"/>
          <w:cols w:space="720"/>
          <w:docGrid w:linePitch="360"/>
        </w:sectPr>
      </w:pPr>
    </w:p>
    <w:p w14:paraId="6E04D90A" w14:textId="77777777" w:rsidR="00471D41" w:rsidRDefault="00000000">
      <w:r>
        <w:rPr>
          <w:b/>
          <w:sz w:val="26"/>
        </w:rPr>
        <w:lastRenderedPageBreak/>
        <w:t>ALLEGATO B - Check-list screening MMC (sopralluogo)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211"/>
        <w:gridCol w:w="2211"/>
      </w:tblGrid>
      <w:tr w:rsidR="00471D41" w14:paraId="47C1D41A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07476C" w14:textId="77777777" w:rsidR="00471D41" w:rsidRDefault="00000000">
            <w:r>
              <w:t>Azienda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4BDE90" w14:textId="77777777" w:rsidR="00471D41" w:rsidRDefault="00000000">
            <w:r>
              <w:t>Sito/Unità produttiva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A61C79" w14:textId="77777777" w:rsidR="00471D41" w:rsidRDefault="00000000">
            <w:r>
              <w:t>Reparto/Area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9EFFA3" w14:textId="77777777" w:rsidR="00471D41" w:rsidRDefault="00000000">
            <w:r>
              <w:t>Data</w:t>
            </w:r>
          </w:p>
        </w:tc>
      </w:tr>
      <w:tr w:rsidR="00471D41" w14:paraId="7A3D5860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F2B2A6" w14:textId="77777777" w:rsidR="00471D41" w:rsidRDefault="00000000">
            <w:r>
              <w:t>[Inserire ragione sociale]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BC75E8" w14:textId="77777777" w:rsidR="00471D41" w:rsidRDefault="00000000">
            <w:r>
              <w:t>[Inserire sito]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03F278" w14:textId="77777777" w:rsidR="00471D41" w:rsidRDefault="00000000">
            <w:r>
              <w:t>[Inserire area]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798703" w14:textId="77777777" w:rsidR="00471D41" w:rsidRDefault="00000000">
            <w:r>
              <w:t>[gg/mm/aaaa]</w:t>
            </w:r>
          </w:p>
        </w:tc>
      </w:tr>
    </w:tbl>
    <w:p w14:paraId="1E74565C" w14:textId="77777777" w:rsidR="00471D41" w:rsidRDefault="00471D4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471D41" w14:paraId="074EE65F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1C815" w14:textId="77777777" w:rsidR="00471D41" w:rsidRDefault="00000000">
            <w:r>
              <w:rPr>
                <w:b/>
              </w:rPr>
              <w:t>Compito valutato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5C477" w14:textId="77777777" w:rsidR="00471D41" w:rsidRDefault="00000000">
            <w:r>
              <w:rPr>
                <w:b/>
              </w:rPr>
              <w:t>[Compilare]</w:t>
            </w:r>
          </w:p>
        </w:tc>
      </w:tr>
      <w:tr w:rsidR="00471D41" w14:paraId="2D1183F3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87584" w14:textId="77777777" w:rsidR="00471D41" w:rsidRDefault="00000000">
            <w:r>
              <w:t>Valutatore/i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15333" w14:textId="77777777" w:rsidR="00471D41" w:rsidRDefault="00000000">
            <w:r>
              <w:t>[Compilare]</w:t>
            </w:r>
          </w:p>
        </w:tc>
      </w:tr>
      <w:tr w:rsidR="00471D41" w14:paraId="763D2C00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FD281" w14:textId="77777777" w:rsidR="00471D41" w:rsidRDefault="00000000">
            <w:r>
              <w:t>Turno/Fascia oraria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B4E71" w14:textId="77777777" w:rsidR="00471D41" w:rsidRDefault="00000000">
            <w:r>
              <w:t>[Compilare]</w:t>
            </w:r>
          </w:p>
        </w:tc>
      </w:tr>
      <w:tr w:rsidR="00471D41" w14:paraId="4C9AA968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DEBDF" w14:textId="77777777" w:rsidR="00471D41" w:rsidRDefault="00000000">
            <w:r>
              <w:t>Riferimenti (ID Allegato A)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E84D5" w14:textId="77777777" w:rsidR="00471D41" w:rsidRDefault="00000000">
            <w:r>
              <w:t>[Compilare]</w:t>
            </w:r>
          </w:p>
        </w:tc>
      </w:tr>
    </w:tbl>
    <w:p w14:paraId="6461E64D" w14:textId="77777777" w:rsidR="00471D41" w:rsidRDefault="00471D41"/>
    <w:p w14:paraId="1ACD0AEA" w14:textId="77777777" w:rsidR="00471D41" w:rsidRDefault="00000000">
      <w:pPr>
        <w:spacing w:after="120"/>
      </w:pPr>
      <w:r>
        <w:t>Barrare una sola casella per riga (SI / NO / N.A.). In caso di NO, descrivere l’evidenza e la criticità.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5102"/>
        <w:gridCol w:w="680"/>
        <w:gridCol w:w="680"/>
        <w:gridCol w:w="794"/>
        <w:gridCol w:w="1531"/>
      </w:tblGrid>
      <w:tr w:rsidR="00471D41" w14:paraId="402ECCE9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47287EE9" w14:textId="77777777" w:rsidR="00471D41" w:rsidRDefault="00000000">
            <w:r>
              <w:rPr>
                <w:b/>
              </w:rPr>
              <w:t>Sezione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77998A8E" w14:textId="77777777" w:rsidR="00471D41" w:rsidRDefault="00000000">
            <w:r>
              <w:rPr>
                <w:b/>
              </w:rPr>
              <w:t>Punto di controllo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58656897" w14:textId="77777777" w:rsidR="00471D41" w:rsidRDefault="00000000">
            <w:r>
              <w:rPr>
                <w:b/>
              </w:rPr>
              <w:t>SI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456A3E33" w14:textId="77777777" w:rsidR="00471D41" w:rsidRDefault="00000000">
            <w:r>
              <w:rPr>
                <w:b/>
              </w:rPr>
              <w:t>NO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17E10019" w14:textId="77777777" w:rsidR="00471D41" w:rsidRDefault="00000000">
            <w:r>
              <w:rPr>
                <w:b/>
              </w:rPr>
              <w:t>N.A.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2DCD8331" w14:textId="77777777" w:rsidR="00471D41" w:rsidRDefault="00000000">
            <w:r>
              <w:rPr>
                <w:b/>
              </w:rPr>
              <w:t>Evidenze/Note</w:t>
            </w:r>
          </w:p>
        </w:tc>
      </w:tr>
      <w:tr w:rsidR="00471D41" w14:paraId="5A2EBF79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77E5E0" w14:textId="77777777" w:rsidR="00471D41" w:rsidRDefault="00000000">
            <w:r>
              <w:t>CARICO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8BABD68" w14:textId="77777777" w:rsidR="00471D41" w:rsidRDefault="00000000">
            <w:r>
              <w:t>Il carico è stabile, non presenta spostamenti del baricentro durante la presa/trasporto.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F01225C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9900CA0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6410A80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3CA911" w14:textId="77777777" w:rsidR="00471D41" w:rsidRDefault="00471D41"/>
        </w:tc>
      </w:tr>
      <w:tr w:rsidR="00471D41" w14:paraId="2EFF0A94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E747E0A" w14:textId="77777777" w:rsidR="00471D41" w:rsidRDefault="00471D41"/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61433DA" w14:textId="77777777" w:rsidR="00471D41" w:rsidRDefault="00000000">
            <w:r>
              <w:t>Sono presenti maniglie o punti di presa efficaci (presa sicura e antiscivolo).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0161374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F51A23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AF8981E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F083DA" w14:textId="77777777" w:rsidR="00471D41" w:rsidRDefault="00471D41"/>
        </w:tc>
      </w:tr>
      <w:tr w:rsidR="00471D41" w14:paraId="12C2BDEF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459514" w14:textId="77777777" w:rsidR="00471D41" w:rsidRDefault="00471D41"/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74D46A" w14:textId="77777777" w:rsidR="00471D41" w:rsidRDefault="00000000">
            <w:r>
              <w:t>Il carico non ostacola la visuale durante il trasporto.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605D089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81DCC11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A2AA023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04E3136" w14:textId="77777777" w:rsidR="00471D41" w:rsidRDefault="00471D41"/>
        </w:tc>
      </w:tr>
      <w:tr w:rsidR="00471D41" w14:paraId="66C22DB1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3FD4115" w14:textId="77777777" w:rsidR="00471D41" w:rsidRDefault="00471D41"/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5B69281" w14:textId="77777777" w:rsidR="00471D41" w:rsidRDefault="00000000">
            <w:r>
              <w:t>La massa unitaria del carico è nota e dichiarata (etichette/documentazione).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81F2A77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EACFBA3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D3E5EF9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CCE7098" w14:textId="77777777" w:rsidR="00471D41" w:rsidRDefault="00471D41"/>
        </w:tc>
      </w:tr>
      <w:tr w:rsidR="00471D41" w14:paraId="487DA0EE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25FBB2A" w14:textId="77777777" w:rsidR="00471D41" w:rsidRDefault="00000000">
            <w:r>
              <w:t>POSTURA E GESTO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D9C0841" w14:textId="77777777" w:rsidR="00471D41" w:rsidRDefault="00000000">
            <w:r>
              <w:t>La presa avviene con carico vicino al corpo (braccia non estese).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5F5A931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C686EC8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6EA80E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931D9CF" w14:textId="77777777" w:rsidR="00471D41" w:rsidRDefault="00471D41"/>
        </w:tc>
      </w:tr>
      <w:tr w:rsidR="00471D41" w14:paraId="7131C8D5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693B649" w14:textId="77777777" w:rsidR="00471D41" w:rsidRDefault="00471D41"/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C4D09B" w14:textId="77777777" w:rsidR="00471D41" w:rsidRDefault="00000000">
            <w:r>
              <w:t>Non sono richieste torsioni del tronco durante presa/sollevamento/posa.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883AC18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6DC9C5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4E2551F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9E855D6" w14:textId="77777777" w:rsidR="00471D41" w:rsidRDefault="00471D41"/>
        </w:tc>
      </w:tr>
      <w:tr w:rsidR="00471D41" w14:paraId="0630CAF5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F28845" w14:textId="77777777" w:rsidR="00471D41" w:rsidRDefault="00471D41"/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C628053" w14:textId="77777777" w:rsidR="00471D41" w:rsidRDefault="00000000">
            <w:r>
              <w:t xml:space="preserve">Le altezze di presa e posa sono favorevoli (evitate </w:t>
            </w:r>
            <w:r>
              <w:lastRenderedPageBreak/>
              <w:t>prese molto basse o molto alte).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9E1F85F" w14:textId="77777777" w:rsidR="00471D41" w:rsidRDefault="00000000">
            <w:r>
              <w:rPr>
                <w:sz w:val="20"/>
              </w:rPr>
              <w:lastRenderedPageBreak/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02370B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906755D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7D15EDC" w14:textId="77777777" w:rsidR="00471D41" w:rsidRDefault="00471D41"/>
        </w:tc>
      </w:tr>
      <w:tr w:rsidR="00471D41" w14:paraId="3E4BBD63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8E6D2DA" w14:textId="77777777" w:rsidR="00471D41" w:rsidRDefault="00471D41"/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A33B15C" w14:textId="77777777" w:rsidR="00471D41" w:rsidRDefault="00000000">
            <w:r>
              <w:t>Il compito non richiede flessione prolungata del rachide o posture forzate.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281127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826F33E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4E3E7B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9BFCDED" w14:textId="77777777" w:rsidR="00471D41" w:rsidRDefault="00471D41"/>
        </w:tc>
      </w:tr>
      <w:tr w:rsidR="00471D41" w14:paraId="499B93C7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AAD52F5" w14:textId="77777777" w:rsidR="00471D41" w:rsidRDefault="00000000">
            <w:r>
              <w:t>FREQUENZA, DURATA, RECUPERO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6547298" w14:textId="77777777" w:rsidR="00471D41" w:rsidRDefault="00000000">
            <w:r>
              <w:t>La frequenza di movimentazione è contenuta e compatibile con la durata del compito.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0BD1925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17A77D0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2531218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7EA1103" w14:textId="77777777" w:rsidR="00471D41" w:rsidRDefault="00471D41"/>
        </w:tc>
      </w:tr>
      <w:tr w:rsidR="00471D41" w14:paraId="28B35924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0812483" w14:textId="77777777" w:rsidR="00471D41" w:rsidRDefault="00471D41"/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562B306" w14:textId="77777777" w:rsidR="00471D41" w:rsidRDefault="00000000">
            <w:r>
              <w:t>Sono previsti recuperi/pause adeguati (assenza di ritmo imposto continuo).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7AA35A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9D99A0C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F79CD7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548E62F" w14:textId="77777777" w:rsidR="00471D41" w:rsidRDefault="00471D41"/>
        </w:tc>
      </w:tr>
      <w:tr w:rsidR="00471D41" w14:paraId="230E730E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36F792C" w14:textId="77777777" w:rsidR="00471D41" w:rsidRDefault="00471D41"/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6883E36" w14:textId="77777777" w:rsidR="00471D41" w:rsidRDefault="00000000">
            <w:r>
              <w:t>Sono previste rotazioni o alternanza compiti per ridurre l’esposizione complessiva.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3C7846C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82FDECD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8347D3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A672BF7" w14:textId="77777777" w:rsidR="00471D41" w:rsidRDefault="00471D41"/>
        </w:tc>
      </w:tr>
      <w:tr w:rsidR="00471D41" w14:paraId="2E0C58E3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C60AF22" w14:textId="77777777" w:rsidR="00471D41" w:rsidRDefault="00000000">
            <w:r>
              <w:t>AMBIENTE E PERCORSI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2B9D65" w14:textId="77777777" w:rsidR="00471D41" w:rsidRDefault="00000000">
            <w:r>
              <w:t>Percorso privo di ostacoli e con spazio sufficiente per manovrare in sicurezza.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841F0DA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4C1A7C5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4E22D6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49B1F4A" w14:textId="77777777" w:rsidR="00471D41" w:rsidRDefault="00471D41"/>
        </w:tc>
      </w:tr>
      <w:tr w:rsidR="00471D41" w14:paraId="3F0BF655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ABAD1BC" w14:textId="77777777" w:rsidR="00471D41" w:rsidRDefault="00471D41"/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0CE7E5" w14:textId="77777777" w:rsidR="00471D41" w:rsidRDefault="00000000">
            <w:r>
              <w:t>Pavimento regolare, stabile, non scivoloso; assenza di dislivelli non gestiti.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6292AC8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5B3EC2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B8354F1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5E91CB" w14:textId="77777777" w:rsidR="00471D41" w:rsidRDefault="00471D41"/>
        </w:tc>
      </w:tr>
      <w:tr w:rsidR="00471D41" w14:paraId="2FD723DE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F5EFB3" w14:textId="77777777" w:rsidR="00471D41" w:rsidRDefault="00471D41"/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F9712F" w14:textId="77777777" w:rsidR="00471D41" w:rsidRDefault="00000000">
            <w:r>
              <w:t>Assenza di trasporto su scale/scale a pioli; rampe gestite con ausili idonei.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577D2AC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0D9C59B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7EC332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13209E" w14:textId="77777777" w:rsidR="00471D41" w:rsidRDefault="00471D41"/>
        </w:tc>
      </w:tr>
      <w:tr w:rsidR="00471D41" w14:paraId="39FDA6A7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87C6A6" w14:textId="77777777" w:rsidR="00471D41" w:rsidRDefault="00471D41"/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2DCC7B0" w14:textId="77777777" w:rsidR="00471D41" w:rsidRDefault="00000000">
            <w:r>
              <w:t>Illuminazione adeguata lungo le aree di presa/posa e percorsi.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AE58EAA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39F06E5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6D851D7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3C865FF" w14:textId="77777777" w:rsidR="00471D41" w:rsidRDefault="00471D41"/>
        </w:tc>
      </w:tr>
      <w:tr w:rsidR="00471D41" w14:paraId="3989DFF2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2EF254A" w14:textId="77777777" w:rsidR="00471D41" w:rsidRDefault="00000000">
            <w:r>
              <w:t>AUSILI E ORGANIZZAZIONE</w:t>
            </w:r>
          </w:p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7672CE" w14:textId="77777777" w:rsidR="00471D41" w:rsidRDefault="00000000">
            <w:r>
              <w:t>Sono disponibili ausili idonei (carrelli/transpallet/sollevatori/rulliere) e sono utilizzati.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A1F2A64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AA2B33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481A72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2B55DE" w14:textId="77777777" w:rsidR="00471D41" w:rsidRDefault="00471D41"/>
        </w:tc>
      </w:tr>
      <w:tr w:rsidR="00471D41" w14:paraId="7AD25508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9610686" w14:textId="77777777" w:rsidR="00471D41" w:rsidRDefault="00471D41"/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A444B0D" w14:textId="77777777" w:rsidR="00471D41" w:rsidRDefault="00000000">
            <w:r>
              <w:t>Gli ausili sono mantenuti in efficienza (ruote, freni, portate, manutenzione).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FFFBAD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F670067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87401E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B38A6D" w14:textId="77777777" w:rsidR="00471D41" w:rsidRDefault="00471D41"/>
        </w:tc>
      </w:tr>
      <w:tr w:rsidR="00471D41" w14:paraId="26B03516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2150126" w14:textId="77777777" w:rsidR="00471D41" w:rsidRDefault="00471D41"/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ADA08B7" w14:textId="77777777" w:rsidR="00471D41" w:rsidRDefault="00000000">
            <w:r>
              <w:t>I colli sono organizzati per ridurre distanze e altezze sfavorevoli (layout/stoccaggio).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8D1C57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584F081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0B2F7F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02A028A" w14:textId="77777777" w:rsidR="00471D41" w:rsidRDefault="00471D41"/>
        </w:tc>
      </w:tr>
      <w:tr w:rsidR="00471D41" w14:paraId="59B93F0E" w14:textId="77777777">
        <w:trPr>
          <w:jc w:val="center"/>
        </w:trPr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0F1555F" w14:textId="77777777" w:rsidR="00471D41" w:rsidRDefault="00471D41"/>
        </w:tc>
        <w:tc>
          <w:tcPr>
            <w:tcW w:w="5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565092F" w14:textId="77777777" w:rsidR="00471D41" w:rsidRDefault="00000000">
            <w:r>
              <w:t>Sono disponibili istruzioni operative e addestramento pratico sul compito.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1E2A97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054A684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A84F09F" w14:textId="77777777" w:rsidR="00471D41" w:rsidRDefault="00000000">
            <w:r>
              <w:rPr>
                <w:sz w:val="20"/>
              </w:rPr>
              <w:t>☐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90FAEFF" w14:textId="77777777" w:rsidR="00471D41" w:rsidRDefault="00471D41"/>
        </w:tc>
      </w:tr>
    </w:tbl>
    <w:p w14:paraId="32B4F4CC" w14:textId="77777777" w:rsidR="00471D41" w:rsidRDefault="00471D41"/>
    <w:p w14:paraId="6320017C" w14:textId="77777777" w:rsidR="00471D41" w:rsidRDefault="00000000">
      <w:pPr>
        <w:spacing w:after="120"/>
      </w:pPr>
      <w:r>
        <w:t>Note aggiuntive (facoltative):</w:t>
      </w:r>
    </w:p>
    <w:p w14:paraId="5DE5E7E8" w14:textId="77777777" w:rsidR="00471D41" w:rsidRDefault="00000000">
      <w:r>
        <w:lastRenderedPageBreak/>
        <w:t>[Inserire note aggiuntive]</w:t>
      </w:r>
    </w:p>
    <w:p w14:paraId="57FEA4C5" w14:textId="0773F042" w:rsidR="00471D41" w:rsidRDefault="00471D41"/>
    <w:p w14:paraId="5F03EC36" w14:textId="77777777" w:rsidR="00471D41" w:rsidRDefault="00000000">
      <w:r>
        <w:rPr>
          <w:b/>
          <w:sz w:val="26"/>
        </w:rPr>
        <w:t>ALLEGATO C - Scheda esito preliminare MMC (A/B/C)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211"/>
        <w:gridCol w:w="2211"/>
      </w:tblGrid>
      <w:tr w:rsidR="00471D41" w14:paraId="6D1B9544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89BADF" w14:textId="77777777" w:rsidR="00471D41" w:rsidRDefault="00000000">
            <w:r>
              <w:t>Azienda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D2BC07" w14:textId="77777777" w:rsidR="00471D41" w:rsidRDefault="00000000">
            <w:r>
              <w:t>Sito/Unità produttiva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84292B" w14:textId="77777777" w:rsidR="00471D41" w:rsidRDefault="00000000">
            <w:r>
              <w:t>Reparto/Area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2C1B2F" w14:textId="77777777" w:rsidR="00471D41" w:rsidRDefault="00000000">
            <w:r>
              <w:t>Data</w:t>
            </w:r>
          </w:p>
        </w:tc>
      </w:tr>
      <w:tr w:rsidR="00471D41" w14:paraId="4318C81B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3A3E93" w14:textId="77777777" w:rsidR="00471D41" w:rsidRDefault="00000000">
            <w:r>
              <w:t>[Inserire ragione sociale]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7F6466" w14:textId="77777777" w:rsidR="00471D41" w:rsidRDefault="00000000">
            <w:r>
              <w:t>[Inserire sito]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3B4C1D" w14:textId="77777777" w:rsidR="00471D41" w:rsidRDefault="00000000">
            <w:r>
              <w:t>[Inserire area]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E3AAB6" w14:textId="77777777" w:rsidR="00471D41" w:rsidRDefault="00000000">
            <w:r>
              <w:t>[gg/mm/aaaa]</w:t>
            </w:r>
          </w:p>
        </w:tc>
      </w:tr>
    </w:tbl>
    <w:p w14:paraId="28C1924B" w14:textId="77777777" w:rsidR="00471D41" w:rsidRDefault="00471D4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471D41" w14:paraId="2CEC1C6A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622F6" w14:textId="77777777" w:rsidR="00471D41" w:rsidRDefault="00000000">
            <w:r>
              <w:t>Compito valutato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7F76E" w14:textId="77777777" w:rsidR="00471D41" w:rsidRDefault="00000000">
            <w:r>
              <w:t>[Compilare]</w:t>
            </w:r>
          </w:p>
        </w:tc>
      </w:tr>
      <w:tr w:rsidR="00471D41" w14:paraId="18154709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AE619" w14:textId="77777777" w:rsidR="00471D41" w:rsidRDefault="00000000">
            <w:r>
              <w:t>Reparto/Area - Mansione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A33E3" w14:textId="77777777" w:rsidR="00471D41" w:rsidRDefault="00000000">
            <w:r>
              <w:t>[Compilare]</w:t>
            </w:r>
          </w:p>
        </w:tc>
      </w:tr>
      <w:tr w:rsidR="00471D41" w14:paraId="78989435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2E742" w14:textId="77777777" w:rsidR="00471D41" w:rsidRDefault="00000000">
            <w:r>
              <w:t>Carico (tipologia) e massa unitaria (kg)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E914A" w14:textId="77777777" w:rsidR="00471D41" w:rsidRDefault="00000000">
            <w:r>
              <w:t>[Compilare]</w:t>
            </w:r>
          </w:p>
        </w:tc>
      </w:tr>
      <w:tr w:rsidR="00471D41" w14:paraId="3376CAA3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A9B4F" w14:textId="77777777" w:rsidR="00471D41" w:rsidRDefault="00000000">
            <w:r>
              <w:t>Frequenza / durata / distanza di trasporto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4E876" w14:textId="77777777" w:rsidR="00471D41" w:rsidRDefault="00000000">
            <w:r>
              <w:t>[Compilare]</w:t>
            </w:r>
          </w:p>
        </w:tc>
      </w:tr>
      <w:tr w:rsidR="00471D41" w14:paraId="209656B7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8ABE6" w14:textId="77777777" w:rsidR="00471D41" w:rsidRDefault="00000000">
            <w:r>
              <w:t>Condizioni ambientali rilevanti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78AD8" w14:textId="77777777" w:rsidR="00471D41" w:rsidRDefault="00000000">
            <w:r>
              <w:t>[Compilare]</w:t>
            </w:r>
          </w:p>
        </w:tc>
      </w:tr>
      <w:tr w:rsidR="00471D41" w14:paraId="7478AD68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896094" w14:textId="77777777" w:rsidR="00471D41" w:rsidRDefault="00000000">
            <w:r>
              <w:t>Ausili disponibili e utilizzati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AED27" w14:textId="77777777" w:rsidR="00471D41" w:rsidRDefault="00000000">
            <w:r>
              <w:t>[Compilare]</w:t>
            </w:r>
          </w:p>
        </w:tc>
      </w:tr>
    </w:tbl>
    <w:p w14:paraId="54A1707B" w14:textId="77777777" w:rsidR="00471D41" w:rsidRDefault="00471D4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2494"/>
      </w:tblGrid>
      <w:tr w:rsidR="00471D41" w14:paraId="5E36D5CC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6508B5" w14:textId="77777777" w:rsidR="00471D41" w:rsidRDefault="00000000">
            <w:r>
              <w:rPr>
                <w:b/>
              </w:rPr>
              <w:t>ESITO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0BE26B" w14:textId="77777777" w:rsidR="00471D41" w:rsidRDefault="00000000">
            <w:r>
              <w:rPr>
                <w:b/>
              </w:rPr>
              <w:t>Accettabile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F9F479" w14:textId="77777777" w:rsidR="00471D41" w:rsidRDefault="00000000">
            <w:r>
              <w:rPr>
                <w:b/>
              </w:rPr>
              <w:t>Critico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247204" w14:textId="77777777" w:rsidR="00471D41" w:rsidRDefault="00000000">
            <w:r>
              <w:rPr>
                <w:b/>
              </w:rPr>
              <w:t>Da approfondire</w:t>
            </w:r>
          </w:p>
        </w:tc>
      </w:tr>
      <w:tr w:rsidR="00471D41" w14:paraId="7AF82EAE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B4E4D9" w14:textId="77777777" w:rsidR="00471D41" w:rsidRDefault="00000000">
            <w:r>
              <w:t>Selezione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BC4EB2" w14:textId="77777777" w:rsidR="00471D41" w:rsidRDefault="00000000">
            <w:r>
              <w:t>☐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23D1DD" w14:textId="77777777" w:rsidR="00471D41" w:rsidRDefault="00000000">
            <w:r>
              <w:t>☐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36E4E6" w14:textId="77777777" w:rsidR="00471D41" w:rsidRDefault="00000000">
            <w:r>
              <w:t>☐</w:t>
            </w:r>
          </w:p>
        </w:tc>
      </w:tr>
    </w:tbl>
    <w:p w14:paraId="1E23D554" w14:textId="77777777" w:rsidR="00471D41" w:rsidRDefault="00471D41"/>
    <w:p w14:paraId="5FBBC4C4" w14:textId="77777777" w:rsidR="00471D41" w:rsidRDefault="00000000">
      <w:r>
        <w:rPr>
          <w:b/>
          <w:sz w:val="24"/>
        </w:rPr>
        <w:t>Motivazione dell’esito</w:t>
      </w:r>
    </w:p>
    <w:p w14:paraId="41787775" w14:textId="77777777" w:rsidR="00471D41" w:rsidRDefault="00000000">
      <w:r>
        <w:t>[Descrivere in modo sintetico e oggettivo le evidenze che motivano l’esito]</w:t>
      </w:r>
    </w:p>
    <w:p w14:paraId="458B9EB1" w14:textId="77777777" w:rsidR="00471D41" w:rsidRDefault="00000000">
      <w:r>
        <w:rPr>
          <w:b/>
          <w:sz w:val="24"/>
        </w:rPr>
        <w:t>Azioni immediate (se esito Critico)</w:t>
      </w:r>
    </w:p>
    <w:p w14:paraId="1853C851" w14:textId="77777777" w:rsidR="00471D41" w:rsidRDefault="00000000">
      <w:r>
        <w:t>☐ Interruzione/modifica del compito (stop-work)</w:t>
      </w:r>
    </w:p>
    <w:p w14:paraId="613880FF" w14:textId="77777777" w:rsidR="00471D41" w:rsidRDefault="00000000">
      <w:r>
        <w:t>☐ Team-lift / riduzione colli</w:t>
      </w:r>
    </w:p>
    <w:p w14:paraId="4FB9B1F8" w14:textId="77777777" w:rsidR="00471D41" w:rsidRDefault="00000000">
      <w:r>
        <w:t>☐ Uso obbligatorio di ausili (specificare)</w:t>
      </w:r>
    </w:p>
    <w:p w14:paraId="21ED5030" w14:textId="77777777" w:rsidR="00471D41" w:rsidRDefault="00000000">
      <w:r>
        <w:lastRenderedPageBreak/>
        <w:t>☐ Messa in sicurezza percorsi/area (specificare)</w:t>
      </w:r>
    </w:p>
    <w:p w14:paraId="2829F3CB" w14:textId="77777777" w:rsidR="00471D41" w:rsidRDefault="00000000">
      <w:r>
        <w:t>Altro: [Compilare]</w:t>
      </w:r>
    </w:p>
    <w:p w14:paraId="6C7A689E" w14:textId="77777777" w:rsidR="00471D41" w:rsidRDefault="00000000">
      <w:r>
        <w:rPr>
          <w:b/>
          <w:sz w:val="24"/>
        </w:rPr>
        <w:t>Necessità di approfondimento (se esito Da approfondire o Critico)</w:t>
      </w:r>
    </w:p>
    <w:p w14:paraId="2F0C663E" w14:textId="77777777" w:rsidR="00471D41" w:rsidRDefault="00000000">
      <w:r>
        <w:t>Metodo previsto: [ISO 11228-1 / altro - specificare]</w:t>
      </w:r>
    </w:p>
    <w:p w14:paraId="09BB2148" w14:textId="77777777" w:rsidR="00471D41" w:rsidRDefault="00000000">
      <w:r>
        <w:t>Tempistica prevista: [gg/mm/aaaa]</w:t>
      </w:r>
    </w:p>
    <w:p w14:paraId="6AF888F1" w14:textId="77777777" w:rsidR="00471D41" w:rsidRDefault="00000000">
      <w:r>
        <w:t>Responsabile: [Compilare]</w:t>
      </w:r>
    </w:p>
    <w:p w14:paraId="5BAA71D2" w14:textId="77777777" w:rsidR="00471D41" w:rsidRDefault="00471D41"/>
    <w:p w14:paraId="34DD7143" w14:textId="77777777" w:rsidR="00471D41" w:rsidRDefault="00000000">
      <w:r>
        <w:t>Firma valutatore/i: _______________________________    Firma Preposto/Dirigente: _______________________________</w:t>
      </w:r>
    </w:p>
    <w:p w14:paraId="2E4EE75D" w14:textId="77777777" w:rsidR="00471D41" w:rsidRDefault="00000000">
      <w:r>
        <w:br w:type="page"/>
      </w:r>
    </w:p>
    <w:p w14:paraId="240EB454" w14:textId="77777777" w:rsidR="00471D41" w:rsidRDefault="00000000">
      <w:r>
        <w:rPr>
          <w:b/>
          <w:sz w:val="26"/>
        </w:rPr>
        <w:lastRenderedPageBreak/>
        <w:t>ALLEGATO D - Relazione valutazione MMC (approfondita) - template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211"/>
        <w:gridCol w:w="2211"/>
      </w:tblGrid>
      <w:tr w:rsidR="00471D41" w14:paraId="4EC5A181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28B050" w14:textId="77777777" w:rsidR="00471D41" w:rsidRDefault="00000000">
            <w:r>
              <w:t>Azienda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00D6F0" w14:textId="77777777" w:rsidR="00471D41" w:rsidRDefault="00000000">
            <w:r>
              <w:t>Sito/Unità produttiva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4281EA" w14:textId="77777777" w:rsidR="00471D41" w:rsidRDefault="00000000">
            <w:r>
              <w:t>Reparto/Area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7EC7D9" w14:textId="77777777" w:rsidR="00471D41" w:rsidRDefault="00000000">
            <w:r>
              <w:t>Data</w:t>
            </w:r>
          </w:p>
        </w:tc>
      </w:tr>
      <w:tr w:rsidR="00471D41" w14:paraId="1E51DC70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D1AB42" w14:textId="77777777" w:rsidR="00471D41" w:rsidRDefault="00000000">
            <w:r>
              <w:t>[Inserire ragione sociale]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A3AAD7" w14:textId="77777777" w:rsidR="00471D41" w:rsidRDefault="00000000">
            <w:r>
              <w:t>[Inserire sito]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DDC5DC" w14:textId="77777777" w:rsidR="00471D41" w:rsidRDefault="00000000">
            <w:r>
              <w:t>[Inserire area]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FC54E6" w14:textId="77777777" w:rsidR="00471D41" w:rsidRDefault="00000000">
            <w:r>
              <w:t>[gg/mm/aaaa]</w:t>
            </w:r>
          </w:p>
        </w:tc>
      </w:tr>
    </w:tbl>
    <w:p w14:paraId="45828935" w14:textId="77777777" w:rsidR="00471D41" w:rsidRDefault="00471D41"/>
    <w:p w14:paraId="3BD68BE6" w14:textId="77777777" w:rsidR="00471D41" w:rsidRDefault="00000000">
      <w:pPr>
        <w:spacing w:after="120"/>
      </w:pPr>
      <w:r>
        <w:t>Compilare le sezioni applicabili. Inserire allegati (foto, schemi, estratti di dati) se utili e consentiti.</w:t>
      </w:r>
    </w:p>
    <w:p w14:paraId="30C1C1A2" w14:textId="77777777" w:rsidR="00471D41" w:rsidRDefault="00000000">
      <w:r>
        <w:rPr>
          <w:b/>
          <w:sz w:val="24"/>
        </w:rPr>
        <w:t>1. Scopo e perimetro della valutazione</w:t>
      </w:r>
    </w:p>
    <w:p w14:paraId="142E3DD8" w14:textId="77777777" w:rsidR="00471D41" w:rsidRDefault="00000000">
      <w:r>
        <w:t>[Compilare]</w:t>
      </w:r>
    </w:p>
    <w:p w14:paraId="4D0740B7" w14:textId="77777777" w:rsidR="00471D41" w:rsidRDefault="00000000">
      <w:r>
        <w:rPr>
          <w:b/>
          <w:sz w:val="24"/>
        </w:rPr>
        <w:t>2. Descrizione del compito/ciclo di lavoro</w:t>
      </w:r>
    </w:p>
    <w:p w14:paraId="2A4A7DA1" w14:textId="77777777" w:rsidR="00471D41" w:rsidRDefault="00000000">
      <w:r>
        <w:t>[Compilare]</w:t>
      </w:r>
    </w:p>
    <w:p w14:paraId="06C25877" w14:textId="77777777" w:rsidR="00471D41" w:rsidRDefault="00000000">
      <w:r>
        <w:rPr>
          <w:b/>
          <w:sz w:val="24"/>
        </w:rPr>
        <w:t>3. Dati rilevati (carichi, altezze, distanze, frequenze, durata, recuperi)</w:t>
      </w:r>
    </w:p>
    <w:p w14:paraId="68C891F0" w14:textId="77777777" w:rsidR="00471D41" w:rsidRDefault="00000000">
      <w:r>
        <w:t>[Compilare]</w:t>
      </w:r>
    </w:p>
    <w:p w14:paraId="719393AE" w14:textId="77777777" w:rsidR="00471D41" w:rsidRDefault="00000000">
      <w:r>
        <w:rPr>
          <w:b/>
          <w:sz w:val="24"/>
        </w:rPr>
        <w:t>4. Metodo applicato e criteri (ISO 11228-1 o altro)</w:t>
      </w:r>
    </w:p>
    <w:p w14:paraId="45955ED7" w14:textId="77777777" w:rsidR="00471D41" w:rsidRDefault="00000000">
      <w:r>
        <w:t>[Compilare]</w:t>
      </w:r>
    </w:p>
    <w:p w14:paraId="0E6435DA" w14:textId="77777777" w:rsidR="00471D41" w:rsidRDefault="00000000">
      <w:r>
        <w:rPr>
          <w:b/>
          <w:sz w:val="24"/>
        </w:rPr>
        <w:t>5. Risultati e indicatori/indici</w:t>
      </w:r>
    </w:p>
    <w:p w14:paraId="35729435" w14:textId="77777777" w:rsidR="00471D41" w:rsidRDefault="00000000">
      <w:r>
        <w:t>[Compilare]</w:t>
      </w:r>
    </w:p>
    <w:p w14:paraId="07AC8EF2" w14:textId="77777777" w:rsidR="00471D41" w:rsidRDefault="00000000">
      <w:r>
        <w:rPr>
          <w:b/>
          <w:sz w:val="24"/>
        </w:rPr>
        <w:t>6. Driver di rischio principali (postura, asimmetria, carico, ambiente, organizzazione)</w:t>
      </w:r>
    </w:p>
    <w:p w14:paraId="01F49DA7" w14:textId="77777777" w:rsidR="00471D41" w:rsidRDefault="00000000">
      <w:r>
        <w:t>[Compilare]</w:t>
      </w:r>
    </w:p>
    <w:p w14:paraId="2050CAF0" w14:textId="77777777" w:rsidR="00471D41" w:rsidRDefault="00000000">
      <w:r>
        <w:rPr>
          <w:b/>
          <w:sz w:val="24"/>
        </w:rPr>
        <w:t>7. Misure proposte (tecniche, organizzative, procedurali, formative)</w:t>
      </w:r>
    </w:p>
    <w:p w14:paraId="568626AA" w14:textId="77777777" w:rsidR="00471D41" w:rsidRDefault="00000000">
      <w:r>
        <w:t>[Compilare]</w:t>
      </w:r>
    </w:p>
    <w:p w14:paraId="7386318E" w14:textId="77777777" w:rsidR="00471D41" w:rsidRDefault="00000000">
      <w:r>
        <w:rPr>
          <w:b/>
          <w:sz w:val="24"/>
        </w:rPr>
        <w:t>8. Piano di attuazione e priorità</w:t>
      </w:r>
    </w:p>
    <w:p w14:paraId="7E2800B4" w14:textId="77777777" w:rsidR="00471D41" w:rsidRDefault="00000000">
      <w:r>
        <w:t>[Compilare]</w:t>
      </w:r>
    </w:p>
    <w:p w14:paraId="5FAFFDCA" w14:textId="77777777" w:rsidR="00471D41" w:rsidRDefault="00000000">
      <w:r>
        <w:rPr>
          <w:b/>
          <w:sz w:val="24"/>
        </w:rPr>
        <w:t>9. Rivalutazione e verifica efficacia</w:t>
      </w:r>
    </w:p>
    <w:p w14:paraId="7DA806B8" w14:textId="77777777" w:rsidR="00471D41" w:rsidRDefault="00000000">
      <w:r>
        <w:t>[Compilare]</w:t>
      </w:r>
    </w:p>
    <w:p w14:paraId="3216C6F7" w14:textId="77777777" w:rsidR="00471D41" w:rsidRDefault="00000000">
      <w:r>
        <w:rPr>
          <w:b/>
          <w:sz w:val="24"/>
        </w:rPr>
        <w:t>Tabella sintetica misure proposte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2324"/>
        <w:gridCol w:w="2835"/>
        <w:gridCol w:w="1474"/>
        <w:gridCol w:w="1247"/>
        <w:gridCol w:w="1531"/>
      </w:tblGrid>
      <w:tr w:rsidR="00471D41" w14:paraId="0D6094A1" w14:textId="77777777">
        <w:trPr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2EDBD0F7" w14:textId="77777777" w:rsidR="00471D41" w:rsidRDefault="00000000">
            <w:r>
              <w:rPr>
                <w:b/>
              </w:rPr>
              <w:lastRenderedPageBreak/>
              <w:t>N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41EC6866" w14:textId="77777777" w:rsidR="00471D41" w:rsidRDefault="00000000">
            <w:r>
              <w:rPr>
                <w:b/>
              </w:rPr>
              <w:t>Compito/Area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256DF4A3" w14:textId="77777777" w:rsidR="00471D41" w:rsidRDefault="00000000">
            <w:r>
              <w:rPr>
                <w:b/>
              </w:rPr>
              <w:t>Misura proposta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64ED40E" w14:textId="77777777" w:rsidR="00471D41" w:rsidRDefault="00000000">
            <w:r>
              <w:rPr>
                <w:b/>
              </w:rPr>
              <w:t>Tipologia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1929D177" w14:textId="77777777" w:rsidR="00471D41" w:rsidRDefault="00000000">
            <w:r>
              <w:rPr>
                <w:b/>
              </w:rPr>
              <w:t>Scadenza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7455746E" w14:textId="77777777" w:rsidR="00471D41" w:rsidRDefault="00000000">
            <w:r>
              <w:rPr>
                <w:b/>
              </w:rPr>
              <w:t>Responsabile</w:t>
            </w:r>
          </w:p>
        </w:tc>
      </w:tr>
      <w:tr w:rsidR="00471D41" w14:paraId="6A637924" w14:textId="77777777">
        <w:trPr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3290EC" w14:textId="77777777" w:rsidR="00471D41" w:rsidRDefault="00471D41"/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EE7C90" w14:textId="77777777" w:rsidR="00471D41" w:rsidRDefault="00471D41"/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2D5717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72B85C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517ABAB" w14:textId="77777777" w:rsidR="00471D41" w:rsidRDefault="00471D41"/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8218E78" w14:textId="77777777" w:rsidR="00471D41" w:rsidRDefault="00471D41"/>
        </w:tc>
      </w:tr>
      <w:tr w:rsidR="00471D41" w14:paraId="6C402BA4" w14:textId="77777777">
        <w:trPr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2B5B55" w14:textId="77777777" w:rsidR="00471D41" w:rsidRDefault="00471D41"/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B5B8C04" w14:textId="77777777" w:rsidR="00471D41" w:rsidRDefault="00471D41"/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1761E0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12A1EC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DAA284" w14:textId="77777777" w:rsidR="00471D41" w:rsidRDefault="00471D41"/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5997C3F" w14:textId="77777777" w:rsidR="00471D41" w:rsidRDefault="00471D41"/>
        </w:tc>
      </w:tr>
      <w:tr w:rsidR="00471D41" w14:paraId="7A8B2CA7" w14:textId="77777777">
        <w:trPr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4D7199A" w14:textId="77777777" w:rsidR="00471D41" w:rsidRDefault="00471D41"/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FE1FDA" w14:textId="77777777" w:rsidR="00471D41" w:rsidRDefault="00471D41"/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218F898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057F37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4EE29F6" w14:textId="77777777" w:rsidR="00471D41" w:rsidRDefault="00471D41"/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CCB010" w14:textId="77777777" w:rsidR="00471D41" w:rsidRDefault="00471D41"/>
        </w:tc>
      </w:tr>
      <w:tr w:rsidR="00471D41" w14:paraId="43E91FFE" w14:textId="77777777">
        <w:trPr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83CF083" w14:textId="77777777" w:rsidR="00471D41" w:rsidRDefault="00471D41"/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E3B684" w14:textId="77777777" w:rsidR="00471D41" w:rsidRDefault="00471D41"/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EDDD97F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ED940E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855E2C3" w14:textId="77777777" w:rsidR="00471D41" w:rsidRDefault="00471D41"/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E9081D" w14:textId="77777777" w:rsidR="00471D41" w:rsidRDefault="00471D41"/>
        </w:tc>
      </w:tr>
      <w:tr w:rsidR="00471D41" w14:paraId="45577472" w14:textId="77777777">
        <w:trPr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17D3CD8" w14:textId="77777777" w:rsidR="00471D41" w:rsidRDefault="00471D41"/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94280D" w14:textId="77777777" w:rsidR="00471D41" w:rsidRDefault="00471D41"/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D13EAE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85E8FBF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EBD7A03" w14:textId="77777777" w:rsidR="00471D41" w:rsidRDefault="00471D41"/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5FEA6F1" w14:textId="77777777" w:rsidR="00471D41" w:rsidRDefault="00471D41"/>
        </w:tc>
      </w:tr>
      <w:tr w:rsidR="00471D41" w14:paraId="4F57FEAD" w14:textId="77777777">
        <w:trPr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1B0DDC" w14:textId="77777777" w:rsidR="00471D41" w:rsidRDefault="00471D41"/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3EF7F98" w14:textId="77777777" w:rsidR="00471D41" w:rsidRDefault="00471D41"/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FEDFC8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DDBD558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5947B11" w14:textId="77777777" w:rsidR="00471D41" w:rsidRDefault="00471D41"/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C421CCF" w14:textId="77777777" w:rsidR="00471D41" w:rsidRDefault="00471D41"/>
        </w:tc>
      </w:tr>
      <w:tr w:rsidR="00471D41" w14:paraId="48C3071E" w14:textId="77777777">
        <w:trPr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D205A4" w14:textId="77777777" w:rsidR="00471D41" w:rsidRDefault="00471D41"/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D2F59C3" w14:textId="77777777" w:rsidR="00471D41" w:rsidRDefault="00471D41"/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C939157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43B880D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DF4592" w14:textId="77777777" w:rsidR="00471D41" w:rsidRDefault="00471D41"/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27CCCA1" w14:textId="77777777" w:rsidR="00471D41" w:rsidRDefault="00471D41"/>
        </w:tc>
      </w:tr>
      <w:tr w:rsidR="00471D41" w14:paraId="2BA87DA5" w14:textId="77777777">
        <w:trPr>
          <w:jc w:val="center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CF4E070" w14:textId="77777777" w:rsidR="00471D41" w:rsidRDefault="00471D41"/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9532105" w14:textId="77777777" w:rsidR="00471D41" w:rsidRDefault="00471D41"/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26B23A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904D1D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2EB168B" w14:textId="77777777" w:rsidR="00471D41" w:rsidRDefault="00471D41"/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CCB780" w14:textId="77777777" w:rsidR="00471D41" w:rsidRDefault="00471D41"/>
        </w:tc>
      </w:tr>
    </w:tbl>
    <w:p w14:paraId="79E8FC1A" w14:textId="77777777" w:rsidR="00471D41" w:rsidRDefault="00471D41"/>
    <w:p w14:paraId="7A1C777D" w14:textId="77777777" w:rsidR="00471D41" w:rsidRDefault="00000000">
      <w:r>
        <w:t>Firma RSPP/HSE: _______________________________    Firma Datore di Lavoro/Dirigente: _______________________________</w:t>
      </w:r>
    </w:p>
    <w:p w14:paraId="3120F4F7" w14:textId="77777777" w:rsidR="00471D41" w:rsidRDefault="00000000">
      <w:r>
        <w:br w:type="page"/>
      </w:r>
    </w:p>
    <w:p w14:paraId="586279A0" w14:textId="77777777" w:rsidR="00471D41" w:rsidRDefault="00000000">
      <w:r>
        <w:rPr>
          <w:b/>
          <w:sz w:val="26"/>
        </w:rPr>
        <w:lastRenderedPageBreak/>
        <w:t>ALLEGATO E - Istruzione operativa: sollevamento e trasporto manuale (MMC)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211"/>
        <w:gridCol w:w="2211"/>
      </w:tblGrid>
      <w:tr w:rsidR="00471D41" w14:paraId="30996D16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E0DD6B" w14:textId="77777777" w:rsidR="00471D41" w:rsidRDefault="00000000">
            <w:r>
              <w:t>Azienda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9B3A18" w14:textId="77777777" w:rsidR="00471D41" w:rsidRDefault="00000000">
            <w:r>
              <w:t>Sito/Unità produttiva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09DF5" w14:textId="77777777" w:rsidR="00471D41" w:rsidRDefault="00000000">
            <w:r>
              <w:t>Reparto/Area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88A7C7" w14:textId="77777777" w:rsidR="00471D41" w:rsidRDefault="00000000">
            <w:r>
              <w:t>Data</w:t>
            </w:r>
          </w:p>
        </w:tc>
      </w:tr>
      <w:tr w:rsidR="00471D41" w14:paraId="2F752B12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FABF22" w14:textId="77777777" w:rsidR="00471D41" w:rsidRDefault="00000000">
            <w:r>
              <w:t>[Inserire ragione sociale]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834289" w14:textId="77777777" w:rsidR="00471D41" w:rsidRDefault="00000000">
            <w:r>
              <w:t>[Inserire sito]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9C4AAD" w14:textId="77777777" w:rsidR="00471D41" w:rsidRDefault="00000000">
            <w:r>
              <w:t>[Inserire area]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E99E92" w14:textId="77777777" w:rsidR="00471D41" w:rsidRDefault="00000000">
            <w:r>
              <w:t>[gg/mm/aaaa]</w:t>
            </w:r>
          </w:p>
        </w:tc>
      </w:tr>
    </w:tbl>
    <w:p w14:paraId="3D0217D3" w14:textId="77777777" w:rsidR="00471D41" w:rsidRDefault="00471D4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471D41" w14:paraId="29411793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8BBAB" w14:textId="77777777" w:rsidR="00471D41" w:rsidRDefault="00000000">
            <w:r>
              <w:t>Reparti/Attività a cui si applica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44393" w14:textId="77777777" w:rsidR="00471D41" w:rsidRDefault="00000000">
            <w:r>
              <w:t>[Compilare]</w:t>
            </w:r>
          </w:p>
        </w:tc>
      </w:tr>
      <w:tr w:rsidR="00471D41" w14:paraId="3D852C68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22C95" w14:textId="77777777" w:rsidR="00471D41" w:rsidRDefault="00000000">
            <w:r>
              <w:t>Ausili previsti (obbligatori se indicato)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5233A" w14:textId="77777777" w:rsidR="00471D41" w:rsidRDefault="00000000">
            <w:r>
              <w:t>[Compilare]</w:t>
            </w:r>
          </w:p>
        </w:tc>
      </w:tr>
      <w:tr w:rsidR="00471D41" w14:paraId="31C2A2F5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55E6F" w14:textId="77777777" w:rsidR="00471D41" w:rsidRDefault="00000000">
            <w:r>
              <w:t>Pesi massimi interni e regole team-lift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49B33" w14:textId="77777777" w:rsidR="00471D41" w:rsidRDefault="00000000">
            <w:r>
              <w:t>[Compilare]</w:t>
            </w:r>
          </w:p>
        </w:tc>
      </w:tr>
    </w:tbl>
    <w:p w14:paraId="12F26A06" w14:textId="77777777" w:rsidR="00471D41" w:rsidRDefault="00000000">
      <w:r>
        <w:rPr>
          <w:b/>
          <w:sz w:val="24"/>
        </w:rPr>
        <w:t>Regole operative essenziali</w:t>
      </w:r>
    </w:p>
    <w:p w14:paraId="78DA138F" w14:textId="77777777" w:rsidR="00471D41" w:rsidRDefault="00000000">
      <w:r>
        <w:t>• Valuta prima il percorso: ostacoli, dislivelli, spazi ridotti, pavimenti scivolosi; se critico, fermati e segnala.</w:t>
      </w:r>
    </w:p>
    <w:p w14:paraId="612D5BAB" w14:textId="77777777" w:rsidR="00471D41" w:rsidRDefault="00000000">
      <w:r>
        <w:t>• Avvicina il carico al corpo; evita braccia estese e prese instabili.</w:t>
      </w:r>
    </w:p>
    <w:p w14:paraId="24229FBE" w14:textId="77777777" w:rsidR="00471D41" w:rsidRDefault="00000000">
      <w:r>
        <w:t>• Evita torsioni del tronco: sposta i piedi e ruota con l’intero corpo.</w:t>
      </w:r>
    </w:p>
    <w:p w14:paraId="5F56EFB9" w14:textId="77777777" w:rsidR="00471D41" w:rsidRDefault="00000000">
      <w:r>
        <w:t>• Preferisci prese/pose tra altezza ginocchia e spalle; evita prese molto basse o molto alte.</w:t>
      </w:r>
    </w:p>
    <w:p w14:paraId="253772C9" w14:textId="77777777" w:rsidR="00471D41" w:rsidRDefault="00000000">
      <w:r>
        <w:t>• Usa gli ausili disponibili quando previsti; non improvvisare trasporti manuali sostitutivi.</w:t>
      </w:r>
    </w:p>
    <w:p w14:paraId="5B3B560B" w14:textId="77777777" w:rsidR="00471D41" w:rsidRDefault="00000000">
      <w:r>
        <w:t>• Se il carico è ingombrante o la presa è difficoltosa, richiedi supporto (team-lift) e coordina la manovra.</w:t>
      </w:r>
    </w:p>
    <w:p w14:paraId="0E60D9B6" w14:textId="77777777" w:rsidR="00471D41" w:rsidRDefault="00000000">
      <w:r>
        <w:t>• Interrompi l’attività in caso di dolore acuto, perdita di presa, instabilità del carico, percorso non sicuro o ausilio guasto.</w:t>
      </w:r>
    </w:p>
    <w:p w14:paraId="348CDC4E" w14:textId="77777777" w:rsidR="00471D41" w:rsidRDefault="00000000">
      <w:r>
        <w:rPr>
          <w:b/>
          <w:sz w:val="24"/>
        </w:rPr>
        <w:t>Check pre-uso ausili (se applicabile)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6"/>
        <w:gridCol w:w="1134"/>
        <w:gridCol w:w="1134"/>
        <w:gridCol w:w="2154"/>
      </w:tblGrid>
      <w:tr w:rsidR="00471D41" w14:paraId="2FDB8B79" w14:textId="77777777">
        <w:trPr>
          <w:jc w:val="center"/>
        </w:trPr>
        <w:tc>
          <w:tcPr>
            <w:tcW w:w="5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1AEC773A" w14:textId="77777777" w:rsidR="00471D41" w:rsidRDefault="00000000">
            <w:r>
              <w:rPr>
                <w:b/>
              </w:rPr>
              <w:t>Punto di controllo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7CA6AC35" w14:textId="77777777" w:rsidR="00471D41" w:rsidRDefault="00000000">
            <w:r>
              <w:rPr>
                <w:b/>
              </w:rPr>
              <w:t>OK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212959AD" w14:textId="77777777" w:rsidR="00471D41" w:rsidRDefault="00000000">
            <w:r>
              <w:rPr>
                <w:b/>
              </w:rPr>
              <w:t>KO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4A621564" w14:textId="77777777" w:rsidR="00471D41" w:rsidRDefault="00000000">
            <w:r>
              <w:rPr>
                <w:b/>
              </w:rPr>
              <w:t>Note/Azioni</w:t>
            </w:r>
          </w:p>
        </w:tc>
      </w:tr>
      <w:tr w:rsidR="00471D41" w14:paraId="658A8F67" w14:textId="77777777">
        <w:trPr>
          <w:jc w:val="center"/>
        </w:trPr>
        <w:tc>
          <w:tcPr>
            <w:tcW w:w="5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4827B40" w14:textId="77777777" w:rsidR="00471D41" w:rsidRDefault="00000000">
            <w:r>
              <w:t>Ruote integre e scorrevoli, assenza di giochi/anomalie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BEF501" w14:textId="77777777" w:rsidR="00471D41" w:rsidRDefault="00000000">
            <w:r>
              <w:t>☐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4CA0E63" w14:textId="77777777" w:rsidR="00471D41" w:rsidRDefault="00000000">
            <w:r>
              <w:t>☐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696E2E1" w14:textId="77777777" w:rsidR="00471D41" w:rsidRDefault="00471D41"/>
        </w:tc>
      </w:tr>
      <w:tr w:rsidR="00471D41" w14:paraId="11233834" w14:textId="77777777">
        <w:trPr>
          <w:jc w:val="center"/>
        </w:trPr>
        <w:tc>
          <w:tcPr>
            <w:tcW w:w="5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AC4F11" w14:textId="77777777" w:rsidR="00471D41" w:rsidRDefault="00000000">
            <w:r>
              <w:t>Freni funzionanti (se presenti)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0620130" w14:textId="77777777" w:rsidR="00471D41" w:rsidRDefault="00000000">
            <w:r>
              <w:t>☐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AD46941" w14:textId="77777777" w:rsidR="00471D41" w:rsidRDefault="00000000">
            <w:r>
              <w:t>☐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D69BC9" w14:textId="77777777" w:rsidR="00471D41" w:rsidRDefault="00471D41"/>
        </w:tc>
      </w:tr>
      <w:tr w:rsidR="00471D41" w14:paraId="3BD66C3B" w14:textId="77777777">
        <w:trPr>
          <w:jc w:val="center"/>
        </w:trPr>
        <w:tc>
          <w:tcPr>
            <w:tcW w:w="5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2FCFA0" w14:textId="77777777" w:rsidR="00471D41" w:rsidRDefault="00000000">
            <w:r>
              <w:t>Portata leggibile e adeguata al carico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83CF176" w14:textId="77777777" w:rsidR="00471D41" w:rsidRDefault="00000000">
            <w:r>
              <w:t>☐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5080886" w14:textId="77777777" w:rsidR="00471D41" w:rsidRDefault="00000000">
            <w:r>
              <w:t>☐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03BA92F" w14:textId="77777777" w:rsidR="00471D41" w:rsidRDefault="00471D41"/>
        </w:tc>
      </w:tr>
      <w:tr w:rsidR="00471D41" w14:paraId="55A6C528" w14:textId="77777777">
        <w:trPr>
          <w:jc w:val="center"/>
        </w:trPr>
        <w:tc>
          <w:tcPr>
            <w:tcW w:w="5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02EC86" w14:textId="77777777" w:rsidR="00471D41" w:rsidRDefault="00000000">
            <w:r>
              <w:t>Forche/piano di carico integri e stabili (se applicabile)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738A966" w14:textId="77777777" w:rsidR="00471D41" w:rsidRDefault="00000000">
            <w:r>
              <w:t>☐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C763EE" w14:textId="77777777" w:rsidR="00471D41" w:rsidRDefault="00000000">
            <w:r>
              <w:t>☐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516BF1" w14:textId="77777777" w:rsidR="00471D41" w:rsidRDefault="00471D41"/>
        </w:tc>
      </w:tr>
      <w:tr w:rsidR="00471D41" w14:paraId="2CA02CFE" w14:textId="77777777">
        <w:trPr>
          <w:jc w:val="center"/>
        </w:trPr>
        <w:tc>
          <w:tcPr>
            <w:tcW w:w="5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9E669BE" w14:textId="77777777" w:rsidR="00471D41" w:rsidRDefault="00000000">
            <w:r>
              <w:lastRenderedPageBreak/>
              <w:t>Maniglie/impugnature integre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773928A" w14:textId="77777777" w:rsidR="00471D41" w:rsidRDefault="00000000">
            <w:r>
              <w:t>☐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C97CFE" w14:textId="77777777" w:rsidR="00471D41" w:rsidRDefault="00000000">
            <w:r>
              <w:t>☐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7CCF358" w14:textId="77777777" w:rsidR="00471D41" w:rsidRDefault="00471D41"/>
        </w:tc>
      </w:tr>
      <w:tr w:rsidR="00471D41" w14:paraId="35DFDB5D" w14:textId="77777777">
        <w:trPr>
          <w:jc w:val="center"/>
        </w:trPr>
        <w:tc>
          <w:tcPr>
            <w:tcW w:w="5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7EAE4B1" w14:textId="77777777" w:rsidR="00471D41" w:rsidRDefault="00000000">
            <w:r>
              <w:t>Percorso libero e idoneo alla manovra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9541AAA" w14:textId="77777777" w:rsidR="00471D41" w:rsidRDefault="00000000">
            <w:r>
              <w:t>☐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A8FC6B9" w14:textId="77777777" w:rsidR="00471D41" w:rsidRDefault="00000000">
            <w:r>
              <w:t>☐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8C76E51" w14:textId="77777777" w:rsidR="00471D41" w:rsidRDefault="00471D41"/>
        </w:tc>
      </w:tr>
    </w:tbl>
    <w:p w14:paraId="67EF52A1" w14:textId="77777777" w:rsidR="00471D41" w:rsidRDefault="00471D41"/>
    <w:p w14:paraId="6341CE24" w14:textId="77777777" w:rsidR="00471D41" w:rsidRDefault="00000000">
      <w:r>
        <w:t>Addestramento pratico effettuato: ☐ SI  ☐ NO    Data: [gg/mm/aaaa]    Firma lavoratore: _______________________________    Firma addestratore: _______________________________</w:t>
      </w:r>
    </w:p>
    <w:p w14:paraId="6E8E2B3E" w14:textId="77777777" w:rsidR="00471D41" w:rsidRDefault="00000000">
      <w:r>
        <w:br w:type="page"/>
      </w:r>
    </w:p>
    <w:p w14:paraId="05D4DA7D" w14:textId="77777777" w:rsidR="006256EE" w:rsidRDefault="006256EE">
      <w:pPr>
        <w:rPr>
          <w:b/>
          <w:sz w:val="26"/>
        </w:rPr>
        <w:sectPr w:rsidR="006256EE" w:rsidSect="006256EE">
          <w:pgSz w:w="12240" w:h="15840"/>
          <w:pgMar w:top="1134" w:right="1134" w:bottom="1134" w:left="1134" w:header="720" w:footer="720" w:gutter="0"/>
          <w:cols w:space="720"/>
          <w:docGrid w:linePitch="360"/>
        </w:sectPr>
      </w:pPr>
    </w:p>
    <w:p w14:paraId="5F1DE681" w14:textId="77777777" w:rsidR="00471D41" w:rsidRDefault="00000000">
      <w:r>
        <w:rPr>
          <w:b/>
          <w:sz w:val="26"/>
        </w:rPr>
        <w:lastRenderedPageBreak/>
        <w:t xml:space="preserve">ALLEGATO F - Piano </w:t>
      </w:r>
      <w:proofErr w:type="spellStart"/>
      <w:r>
        <w:rPr>
          <w:b/>
          <w:sz w:val="26"/>
        </w:rPr>
        <w:t>interventi</w:t>
      </w:r>
      <w:proofErr w:type="spellEnd"/>
      <w:r>
        <w:rPr>
          <w:b/>
          <w:sz w:val="26"/>
        </w:rPr>
        <w:t xml:space="preserve"> MMC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211"/>
        <w:gridCol w:w="2211"/>
      </w:tblGrid>
      <w:tr w:rsidR="00471D41" w14:paraId="50F0B139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20BBCE" w14:textId="77777777" w:rsidR="00471D41" w:rsidRDefault="00000000">
            <w:r>
              <w:t>Azienda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D1989E" w14:textId="77777777" w:rsidR="00471D41" w:rsidRDefault="00000000">
            <w:r>
              <w:t>Sito/Unità produttiva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D8A383" w14:textId="77777777" w:rsidR="00471D41" w:rsidRDefault="00000000">
            <w:r>
              <w:t>Reparto/Area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05C8AF" w14:textId="77777777" w:rsidR="00471D41" w:rsidRDefault="00000000">
            <w:r>
              <w:t>Data</w:t>
            </w:r>
          </w:p>
        </w:tc>
      </w:tr>
      <w:tr w:rsidR="00471D41" w14:paraId="6B93C2DC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CBB4C5" w14:textId="77777777" w:rsidR="00471D41" w:rsidRDefault="00000000">
            <w:r>
              <w:t>[Inserire ragione sociale]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E2B3F8" w14:textId="77777777" w:rsidR="00471D41" w:rsidRDefault="00000000">
            <w:r>
              <w:t>[Inserire sito]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1F1918" w14:textId="77777777" w:rsidR="00471D41" w:rsidRDefault="00000000">
            <w:r>
              <w:t>[Inserire area]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128C0E" w14:textId="77777777" w:rsidR="00471D41" w:rsidRDefault="00000000">
            <w:r>
              <w:t>[gg/mm/aaaa]</w:t>
            </w:r>
          </w:p>
        </w:tc>
      </w:tr>
    </w:tbl>
    <w:p w14:paraId="1EA76098" w14:textId="77777777" w:rsidR="00471D41" w:rsidRDefault="00471D4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1814"/>
        <w:gridCol w:w="2041"/>
        <w:gridCol w:w="2211"/>
        <w:gridCol w:w="1247"/>
        <w:gridCol w:w="1134"/>
        <w:gridCol w:w="1191"/>
        <w:gridCol w:w="1474"/>
        <w:gridCol w:w="1191"/>
      </w:tblGrid>
      <w:tr w:rsidR="00471D41" w14:paraId="4B457BF9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163165A3" w14:textId="77777777" w:rsidR="00471D41" w:rsidRDefault="00000000">
            <w:r>
              <w:rPr>
                <w:b/>
              </w:rPr>
              <w:t>N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014DD75" w14:textId="77777777" w:rsidR="00471D41" w:rsidRDefault="00000000">
            <w:r>
              <w:rPr>
                <w:b/>
              </w:rPr>
              <w:t>Compito/Area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3B8090AB" w14:textId="77777777" w:rsidR="00471D41" w:rsidRDefault="00000000">
            <w:r>
              <w:rPr>
                <w:b/>
              </w:rPr>
              <w:t>Criticità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4E3ACEAE" w14:textId="77777777" w:rsidR="00471D41" w:rsidRDefault="00000000">
            <w:r>
              <w:rPr>
                <w:b/>
              </w:rPr>
              <w:t>Misura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4117D987" w14:textId="77777777" w:rsidR="00471D41" w:rsidRDefault="00000000">
            <w:r>
              <w:rPr>
                <w:b/>
              </w:rPr>
              <w:t>Tipologia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4B00F499" w14:textId="77777777" w:rsidR="00471D41" w:rsidRDefault="00000000">
            <w:r>
              <w:rPr>
                <w:b/>
              </w:rPr>
              <w:t>Resp.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7EB46247" w14:textId="77777777" w:rsidR="00471D41" w:rsidRDefault="00000000">
            <w:r>
              <w:rPr>
                <w:b/>
              </w:rPr>
              <w:t>Scadenza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692B2FAF" w14:textId="77777777" w:rsidR="00471D41" w:rsidRDefault="00000000">
            <w:r>
              <w:rPr>
                <w:b/>
              </w:rPr>
              <w:t>Stato</w:t>
            </w:r>
          </w:p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38D12A03" w14:textId="77777777" w:rsidR="00471D41" w:rsidRDefault="00000000">
            <w:r>
              <w:rPr>
                <w:b/>
              </w:rPr>
              <w:t>Verifica efficacia</w:t>
            </w:r>
          </w:p>
        </w:tc>
      </w:tr>
      <w:tr w:rsidR="00471D41" w14:paraId="0467DDE7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3B1D2DA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7F2D568" w14:textId="77777777" w:rsidR="00471D41" w:rsidRDefault="00471D41"/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F1B2F3" w14:textId="77777777" w:rsidR="00471D41" w:rsidRDefault="00471D41"/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6AE8A6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6BF003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FE37669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4427362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4515D40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735A9C" w14:textId="77777777" w:rsidR="00471D41" w:rsidRDefault="00471D41"/>
        </w:tc>
      </w:tr>
      <w:tr w:rsidR="00471D41" w14:paraId="076ED960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FB8A87C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A244E0E" w14:textId="77777777" w:rsidR="00471D41" w:rsidRDefault="00471D41"/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D31A9F" w14:textId="77777777" w:rsidR="00471D41" w:rsidRDefault="00471D41"/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6B10DB2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1672787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D6432EC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024925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ABD003B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FBED7EF" w14:textId="77777777" w:rsidR="00471D41" w:rsidRDefault="00471D41"/>
        </w:tc>
      </w:tr>
      <w:tr w:rsidR="00471D41" w14:paraId="7F1AC533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295DA91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EECA57" w14:textId="77777777" w:rsidR="00471D41" w:rsidRDefault="00471D41"/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D52108" w14:textId="77777777" w:rsidR="00471D41" w:rsidRDefault="00471D41"/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360F6F1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EE3686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2AE6449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4A0170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D25F303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E8A550" w14:textId="77777777" w:rsidR="00471D41" w:rsidRDefault="00471D41"/>
        </w:tc>
      </w:tr>
      <w:tr w:rsidR="00471D41" w14:paraId="6A0BB4E7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10C3F3F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DE32856" w14:textId="77777777" w:rsidR="00471D41" w:rsidRDefault="00471D41"/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8F138D" w14:textId="77777777" w:rsidR="00471D41" w:rsidRDefault="00471D41"/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EDFDC9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22DE1A3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535E6FC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EB10EF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7F59449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46B147" w14:textId="77777777" w:rsidR="00471D41" w:rsidRDefault="00471D41"/>
        </w:tc>
      </w:tr>
      <w:tr w:rsidR="00471D41" w14:paraId="0B3C9C69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27E007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ACA4BC7" w14:textId="77777777" w:rsidR="00471D41" w:rsidRDefault="00471D41"/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DC9E5F5" w14:textId="77777777" w:rsidR="00471D41" w:rsidRDefault="00471D41"/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587F1F2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B59BA31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C48A526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F450E2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CCFE325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E49AB48" w14:textId="77777777" w:rsidR="00471D41" w:rsidRDefault="00471D41"/>
        </w:tc>
      </w:tr>
      <w:tr w:rsidR="00471D41" w14:paraId="59C34456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4924EA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19E466" w14:textId="77777777" w:rsidR="00471D41" w:rsidRDefault="00471D41"/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05BEA29" w14:textId="77777777" w:rsidR="00471D41" w:rsidRDefault="00471D41"/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32D6DA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6692644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AEDB39B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0FFDED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8D44E9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2999A5B" w14:textId="77777777" w:rsidR="00471D41" w:rsidRDefault="00471D41"/>
        </w:tc>
      </w:tr>
      <w:tr w:rsidR="00471D41" w14:paraId="36BB08FD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2188B0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859291" w14:textId="77777777" w:rsidR="00471D41" w:rsidRDefault="00471D41"/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549B38" w14:textId="77777777" w:rsidR="00471D41" w:rsidRDefault="00471D41"/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3D38550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4AE4354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C59AB54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70EB01A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9868F37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A310C8B" w14:textId="77777777" w:rsidR="00471D41" w:rsidRDefault="00471D41"/>
        </w:tc>
      </w:tr>
      <w:tr w:rsidR="00471D41" w14:paraId="359DE800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054993E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887B65E" w14:textId="77777777" w:rsidR="00471D41" w:rsidRDefault="00471D41"/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6BFBA1" w14:textId="77777777" w:rsidR="00471D41" w:rsidRDefault="00471D41"/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EA13445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95EFA4F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B567DD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95E67D8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5C2AC25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53101C" w14:textId="77777777" w:rsidR="00471D41" w:rsidRDefault="00471D41"/>
        </w:tc>
      </w:tr>
      <w:tr w:rsidR="00471D41" w14:paraId="7C655253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5DA1C13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B73B0BD" w14:textId="77777777" w:rsidR="00471D41" w:rsidRDefault="00471D41"/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050001A" w14:textId="77777777" w:rsidR="00471D41" w:rsidRDefault="00471D41"/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20BD2F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B06A8CF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9870D40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D143A6C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1229D5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DBC01A" w14:textId="77777777" w:rsidR="00471D41" w:rsidRDefault="00471D41"/>
        </w:tc>
      </w:tr>
      <w:tr w:rsidR="00471D41" w14:paraId="501C4AE4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1432C9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FED33F1" w14:textId="77777777" w:rsidR="00471D41" w:rsidRDefault="00471D41"/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9EE861C" w14:textId="77777777" w:rsidR="00471D41" w:rsidRDefault="00471D41"/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9BA6AE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4563820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AB41871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A1A616B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11832D1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6259CF" w14:textId="77777777" w:rsidR="00471D41" w:rsidRDefault="00471D41"/>
        </w:tc>
      </w:tr>
      <w:tr w:rsidR="00471D41" w14:paraId="1558BFE6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871EDDC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5BEF360" w14:textId="77777777" w:rsidR="00471D41" w:rsidRDefault="00471D41"/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98B9DA4" w14:textId="77777777" w:rsidR="00471D41" w:rsidRDefault="00471D41"/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C2B687B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8541098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C0D9638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048DDFA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6788E91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A024D36" w14:textId="77777777" w:rsidR="00471D41" w:rsidRDefault="00471D41"/>
        </w:tc>
      </w:tr>
      <w:tr w:rsidR="00471D41" w14:paraId="6335E835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8C6A5A3" w14:textId="77777777" w:rsidR="00471D41" w:rsidRDefault="00471D41"/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CD11D7" w14:textId="77777777" w:rsidR="00471D41" w:rsidRDefault="00471D41"/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13244B7" w14:textId="77777777" w:rsidR="00471D41" w:rsidRDefault="00471D41"/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82F1A1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A7C7C76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4BFA5F0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74DD7AE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05812D8" w14:textId="77777777" w:rsidR="00471D41" w:rsidRDefault="00471D41"/>
        </w:tc>
        <w:tc>
          <w:tcPr>
            <w:tcW w:w="1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D799D9" w14:textId="77777777" w:rsidR="00471D41" w:rsidRDefault="00471D41"/>
        </w:tc>
      </w:tr>
    </w:tbl>
    <w:p w14:paraId="261A2155" w14:textId="77777777" w:rsidR="00471D41" w:rsidRDefault="00471D41"/>
    <w:p w14:paraId="537D78D1" w14:textId="77777777" w:rsidR="00471D41" w:rsidRDefault="00000000">
      <w:r>
        <w:t>Legenda Stato: Da fare / In corso / Concluso. Verifica efficacia: data ed esito sintetico.</w:t>
      </w:r>
    </w:p>
    <w:p w14:paraId="0F90D9F2" w14:textId="77777777" w:rsidR="00471D41" w:rsidRDefault="00000000">
      <w:r>
        <w:br w:type="page"/>
      </w:r>
    </w:p>
    <w:p w14:paraId="51CE9DF7" w14:textId="77777777" w:rsidR="006256EE" w:rsidRDefault="006256EE">
      <w:pPr>
        <w:rPr>
          <w:b/>
          <w:sz w:val="26"/>
        </w:rPr>
        <w:sectPr w:rsidR="006256EE" w:rsidSect="006256EE">
          <w:pgSz w:w="15840" w:h="12240" w:orient="landscape"/>
          <w:pgMar w:top="1134" w:right="1134" w:bottom="1134" w:left="1134" w:header="720" w:footer="720" w:gutter="0"/>
          <w:cols w:space="720"/>
          <w:docGrid w:linePitch="360"/>
        </w:sectPr>
      </w:pPr>
    </w:p>
    <w:p w14:paraId="4305E198" w14:textId="77777777" w:rsidR="00471D41" w:rsidRDefault="00000000">
      <w:r>
        <w:rPr>
          <w:b/>
          <w:sz w:val="26"/>
        </w:rPr>
        <w:lastRenderedPageBreak/>
        <w:t xml:space="preserve">ALLEGATO G - Check </w:t>
      </w:r>
      <w:proofErr w:type="spellStart"/>
      <w:r>
        <w:rPr>
          <w:b/>
          <w:sz w:val="26"/>
        </w:rPr>
        <w:t>verifica</w:t>
      </w:r>
      <w:proofErr w:type="spellEnd"/>
      <w:r>
        <w:rPr>
          <w:b/>
          <w:sz w:val="26"/>
        </w:rPr>
        <w:t xml:space="preserve"> ausili e percorsi (preposto/audit)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211"/>
        <w:gridCol w:w="2211"/>
      </w:tblGrid>
      <w:tr w:rsidR="00471D41" w14:paraId="04D79442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C6566" w14:textId="77777777" w:rsidR="00471D41" w:rsidRDefault="00000000">
            <w:r>
              <w:t>Azienda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BAEA73" w14:textId="77777777" w:rsidR="00471D41" w:rsidRDefault="00000000">
            <w:r>
              <w:t>Sito/Unità produttiva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C102EF" w14:textId="77777777" w:rsidR="00471D41" w:rsidRDefault="00000000">
            <w:r>
              <w:t>Reparto/Area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9A7DC4" w14:textId="77777777" w:rsidR="00471D41" w:rsidRDefault="00000000">
            <w:r>
              <w:t>Data</w:t>
            </w:r>
          </w:p>
        </w:tc>
      </w:tr>
      <w:tr w:rsidR="00471D41" w14:paraId="18F6F668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5F6976" w14:textId="77777777" w:rsidR="00471D41" w:rsidRDefault="00000000">
            <w:r>
              <w:t>[Inserire ragione sociale]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5DCAA1" w14:textId="77777777" w:rsidR="00471D41" w:rsidRDefault="00000000">
            <w:r>
              <w:t>[Inserire sito]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335882" w14:textId="77777777" w:rsidR="00471D41" w:rsidRDefault="00000000">
            <w:r>
              <w:t>[Inserire area]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D73AC8" w14:textId="77777777" w:rsidR="00471D41" w:rsidRDefault="00000000">
            <w:r>
              <w:t>[gg/mm/aaaa]</w:t>
            </w:r>
          </w:p>
        </w:tc>
      </w:tr>
    </w:tbl>
    <w:p w14:paraId="5557AEE6" w14:textId="77777777" w:rsidR="00471D41" w:rsidRDefault="00471D4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471D41" w14:paraId="3F5D0492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D9376" w14:textId="77777777" w:rsidR="00471D41" w:rsidRDefault="00000000">
            <w:r>
              <w:t>Frequenza verifica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ECA8B" w14:textId="77777777" w:rsidR="00471D41" w:rsidRDefault="00000000">
            <w:r>
              <w:t>[Giornaliera / Settimanale / Mensile]</w:t>
            </w:r>
          </w:p>
        </w:tc>
      </w:tr>
      <w:tr w:rsidR="00471D41" w14:paraId="40D68D72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53937" w14:textId="77777777" w:rsidR="00471D41" w:rsidRDefault="00000000">
            <w:r>
              <w:t>Area/Linea/Turno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0ED91" w14:textId="77777777" w:rsidR="00471D41" w:rsidRDefault="00000000">
            <w:r>
              <w:t>[Compilare]</w:t>
            </w:r>
          </w:p>
        </w:tc>
      </w:tr>
      <w:tr w:rsidR="00471D41" w14:paraId="0223A867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D29FB" w14:textId="77777777" w:rsidR="00471D41" w:rsidRDefault="00000000">
            <w:r>
              <w:t>Verificatore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0344F" w14:textId="77777777" w:rsidR="00471D41" w:rsidRDefault="00000000">
            <w:r>
              <w:t>[Compilare]</w:t>
            </w:r>
          </w:p>
        </w:tc>
      </w:tr>
    </w:tbl>
    <w:p w14:paraId="2D00188A" w14:textId="77777777" w:rsidR="00471D41" w:rsidRDefault="00471D4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69"/>
        <w:gridCol w:w="1134"/>
        <w:gridCol w:w="1304"/>
        <w:gridCol w:w="1134"/>
        <w:gridCol w:w="1247"/>
      </w:tblGrid>
      <w:tr w:rsidR="00471D41" w14:paraId="23FCF941" w14:textId="77777777">
        <w:trPr>
          <w:jc w:val="center"/>
        </w:trPr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77BA248C" w14:textId="77777777" w:rsidR="00471D41" w:rsidRDefault="00000000">
            <w:r>
              <w:rPr>
                <w:b/>
              </w:rPr>
              <w:t>Punto di verifica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3B190B77" w14:textId="77777777" w:rsidR="00471D41" w:rsidRDefault="00000000">
            <w:r>
              <w:rPr>
                <w:b/>
              </w:rPr>
              <w:t>Conforme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4AD9B0C4" w14:textId="77777777" w:rsidR="00471D41" w:rsidRDefault="00000000">
            <w:r>
              <w:rPr>
                <w:b/>
              </w:rPr>
              <w:t>Non conforme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1C5F358F" w14:textId="77777777" w:rsidR="00471D41" w:rsidRDefault="00000000">
            <w:r>
              <w:rPr>
                <w:b/>
              </w:rPr>
              <w:t>N.A.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B966713" w14:textId="77777777" w:rsidR="00471D41" w:rsidRDefault="00000000">
            <w:r>
              <w:rPr>
                <w:b/>
              </w:rPr>
              <w:t>Azione/Note</w:t>
            </w:r>
          </w:p>
        </w:tc>
      </w:tr>
      <w:tr w:rsidR="00471D41" w14:paraId="0EF1C495" w14:textId="77777777">
        <w:trPr>
          <w:jc w:val="center"/>
        </w:trPr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AF2F2AD" w14:textId="77777777" w:rsidR="00471D41" w:rsidRDefault="00000000">
            <w:r>
              <w:t>Ausili presenti e disponibili nelle postazioni previste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554BC4E" w14:textId="77777777" w:rsidR="00471D41" w:rsidRDefault="00000000">
            <w:r>
              <w:t>☐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EC8AD90" w14:textId="77777777" w:rsidR="00471D41" w:rsidRDefault="00000000">
            <w:r>
              <w:t>☐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B7541E" w14:textId="77777777" w:rsidR="00471D41" w:rsidRDefault="00000000">
            <w:r>
              <w:t>☐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B22BE77" w14:textId="77777777" w:rsidR="00471D41" w:rsidRDefault="00471D41"/>
        </w:tc>
      </w:tr>
      <w:tr w:rsidR="00471D41" w14:paraId="74ADB6F9" w14:textId="77777777">
        <w:trPr>
          <w:jc w:val="center"/>
        </w:trPr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0F4A70" w14:textId="77777777" w:rsidR="00471D41" w:rsidRDefault="00000000">
            <w:r>
              <w:t>Integrità carrelli/transpallet (ruote, telaio, piani di carico)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1A7A160" w14:textId="77777777" w:rsidR="00471D41" w:rsidRDefault="00000000">
            <w:r>
              <w:t>☐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6E6AEED" w14:textId="77777777" w:rsidR="00471D41" w:rsidRDefault="00000000">
            <w:r>
              <w:t>☐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AD185C6" w14:textId="77777777" w:rsidR="00471D41" w:rsidRDefault="00000000">
            <w:r>
              <w:t>☐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305E84D" w14:textId="77777777" w:rsidR="00471D41" w:rsidRDefault="00471D41"/>
        </w:tc>
      </w:tr>
      <w:tr w:rsidR="00471D41" w14:paraId="59267DF1" w14:textId="77777777">
        <w:trPr>
          <w:jc w:val="center"/>
        </w:trPr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5168F7" w14:textId="77777777" w:rsidR="00471D41" w:rsidRDefault="00000000">
            <w:r>
              <w:t>Freni funzionanti (se presenti) e portata leggibile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934A4F9" w14:textId="77777777" w:rsidR="00471D41" w:rsidRDefault="00000000">
            <w:r>
              <w:t>☐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3A9A4C0" w14:textId="77777777" w:rsidR="00471D41" w:rsidRDefault="00000000">
            <w:r>
              <w:t>☐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E220761" w14:textId="77777777" w:rsidR="00471D41" w:rsidRDefault="00000000">
            <w:r>
              <w:t>☐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A8205D5" w14:textId="77777777" w:rsidR="00471D41" w:rsidRDefault="00471D41"/>
        </w:tc>
      </w:tr>
      <w:tr w:rsidR="00471D41" w14:paraId="1F7CE18B" w14:textId="77777777">
        <w:trPr>
          <w:jc w:val="center"/>
        </w:trPr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4BA5DEB" w14:textId="77777777" w:rsidR="00471D41" w:rsidRDefault="00000000">
            <w:r>
              <w:t>Assenza di perdite/guasti (per sollevatori e attrezzature alimentate)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B1D244" w14:textId="77777777" w:rsidR="00471D41" w:rsidRDefault="00000000">
            <w:r>
              <w:t>☐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CDC68FF" w14:textId="77777777" w:rsidR="00471D41" w:rsidRDefault="00000000">
            <w:r>
              <w:t>☐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EB4E6DD" w14:textId="77777777" w:rsidR="00471D41" w:rsidRDefault="00000000">
            <w:r>
              <w:t>☐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D09793C" w14:textId="77777777" w:rsidR="00471D41" w:rsidRDefault="00471D41"/>
        </w:tc>
      </w:tr>
      <w:tr w:rsidR="00471D41" w14:paraId="0E606526" w14:textId="77777777">
        <w:trPr>
          <w:jc w:val="center"/>
        </w:trPr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4E556F5" w14:textId="77777777" w:rsidR="00471D41" w:rsidRDefault="00000000">
            <w:r>
              <w:t>Percorsi sgombri e adeguati (spazi di manovra)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D45B717" w14:textId="77777777" w:rsidR="00471D41" w:rsidRDefault="00000000">
            <w:r>
              <w:t>☐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68DCF23" w14:textId="77777777" w:rsidR="00471D41" w:rsidRDefault="00000000">
            <w:r>
              <w:t>☐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9504D20" w14:textId="77777777" w:rsidR="00471D41" w:rsidRDefault="00000000">
            <w:r>
              <w:t>☐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8ABB58B" w14:textId="77777777" w:rsidR="00471D41" w:rsidRDefault="00471D41"/>
        </w:tc>
      </w:tr>
      <w:tr w:rsidR="00471D41" w14:paraId="6A5BC106" w14:textId="77777777">
        <w:trPr>
          <w:jc w:val="center"/>
        </w:trPr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151981" w14:textId="77777777" w:rsidR="00471D41" w:rsidRDefault="00000000">
            <w:r>
              <w:t>Pavimenti regolari e antiscivolo; gestione dislivelli/rampe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B803444" w14:textId="77777777" w:rsidR="00471D41" w:rsidRDefault="00000000">
            <w:r>
              <w:t>☐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061FCB5" w14:textId="77777777" w:rsidR="00471D41" w:rsidRDefault="00000000">
            <w:r>
              <w:t>☐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A2863BA" w14:textId="77777777" w:rsidR="00471D41" w:rsidRDefault="00000000">
            <w:r>
              <w:t>☐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A86A45A" w14:textId="77777777" w:rsidR="00471D41" w:rsidRDefault="00471D41"/>
        </w:tc>
      </w:tr>
      <w:tr w:rsidR="00471D41" w14:paraId="67A16A0E" w14:textId="77777777">
        <w:trPr>
          <w:jc w:val="center"/>
        </w:trPr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D08E316" w14:textId="77777777" w:rsidR="00471D41" w:rsidRDefault="00000000">
            <w:r>
              <w:t>Assenza di trasporti manuali su scale; rampe gestite con ausili idonei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8FCB003" w14:textId="77777777" w:rsidR="00471D41" w:rsidRDefault="00000000">
            <w:r>
              <w:t>☐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0F947F1" w14:textId="77777777" w:rsidR="00471D41" w:rsidRDefault="00000000">
            <w:r>
              <w:t>☐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649D520" w14:textId="77777777" w:rsidR="00471D41" w:rsidRDefault="00000000">
            <w:r>
              <w:t>☐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81E7AB" w14:textId="77777777" w:rsidR="00471D41" w:rsidRDefault="00471D41"/>
        </w:tc>
      </w:tr>
      <w:tr w:rsidR="00471D41" w14:paraId="19EECEC6" w14:textId="77777777">
        <w:trPr>
          <w:jc w:val="center"/>
        </w:trPr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66E7A3F" w14:textId="77777777" w:rsidR="00471D41" w:rsidRDefault="00000000">
            <w:r>
              <w:t>Illuminazione adeguata su percorsi e aree di presa/posa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549096" w14:textId="77777777" w:rsidR="00471D41" w:rsidRDefault="00000000">
            <w:r>
              <w:t>☐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23BB232" w14:textId="77777777" w:rsidR="00471D41" w:rsidRDefault="00000000">
            <w:r>
              <w:t>☐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72FEAA1" w14:textId="77777777" w:rsidR="00471D41" w:rsidRDefault="00000000">
            <w:r>
              <w:t>☐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48DA63" w14:textId="77777777" w:rsidR="00471D41" w:rsidRDefault="00471D41"/>
        </w:tc>
      </w:tr>
      <w:tr w:rsidR="00471D41" w14:paraId="285FDE14" w14:textId="77777777">
        <w:trPr>
          <w:jc w:val="center"/>
        </w:trPr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97F4E5A" w14:textId="77777777" w:rsidR="00471D41" w:rsidRDefault="00000000">
            <w:r>
              <w:t>Segnaletica e regole interne esposte (se previste)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EDDD64" w14:textId="77777777" w:rsidR="00471D41" w:rsidRDefault="00000000">
            <w:r>
              <w:t>☐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7530131" w14:textId="77777777" w:rsidR="00471D41" w:rsidRDefault="00000000">
            <w:r>
              <w:t>☐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661BA06" w14:textId="77777777" w:rsidR="00471D41" w:rsidRDefault="00000000">
            <w:r>
              <w:t>☐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E2A5086" w14:textId="77777777" w:rsidR="00471D41" w:rsidRDefault="00471D41"/>
        </w:tc>
      </w:tr>
      <w:tr w:rsidR="00471D41" w14:paraId="0D1439A1" w14:textId="77777777">
        <w:trPr>
          <w:jc w:val="center"/>
        </w:trPr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0D75DFE" w14:textId="77777777" w:rsidR="00471D41" w:rsidRDefault="00000000">
            <w:r>
              <w:t>Rispetto delle istruzioni operative (osservazione in campo)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13D79A4" w14:textId="77777777" w:rsidR="00471D41" w:rsidRDefault="00000000">
            <w:r>
              <w:t>☐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E707468" w14:textId="77777777" w:rsidR="00471D41" w:rsidRDefault="00000000">
            <w:r>
              <w:t>☐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B2E60F9" w14:textId="77777777" w:rsidR="00471D41" w:rsidRDefault="00000000">
            <w:r>
              <w:t>☐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D4AE3DC" w14:textId="77777777" w:rsidR="00471D41" w:rsidRDefault="00471D41"/>
        </w:tc>
      </w:tr>
    </w:tbl>
    <w:p w14:paraId="5BF38CA2" w14:textId="77777777" w:rsidR="00471D41" w:rsidRDefault="00471D41"/>
    <w:p w14:paraId="29671711" w14:textId="77777777" w:rsidR="00471D41" w:rsidRDefault="00000000">
      <w:r>
        <w:t>Firma verificatore: _______________________________    Firma responsabile area (presa visione): _______________________________</w:t>
      </w:r>
    </w:p>
    <w:p w14:paraId="72ECB672" w14:textId="77777777" w:rsidR="00471D41" w:rsidRDefault="00000000">
      <w:r>
        <w:br w:type="page"/>
      </w:r>
    </w:p>
    <w:p w14:paraId="7E203A5B" w14:textId="77777777" w:rsidR="00471D41" w:rsidRDefault="00000000">
      <w:r>
        <w:rPr>
          <w:b/>
          <w:sz w:val="26"/>
        </w:rPr>
        <w:lastRenderedPageBreak/>
        <w:t>ALLEGATO H - Segnalazione MMC / Near Miss / Non conformità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211"/>
        <w:gridCol w:w="2211"/>
      </w:tblGrid>
      <w:tr w:rsidR="00471D41" w14:paraId="78587F0A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6BBA82" w14:textId="77777777" w:rsidR="00471D41" w:rsidRDefault="00000000">
            <w:r>
              <w:t>Azienda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ED40A" w14:textId="77777777" w:rsidR="00471D41" w:rsidRDefault="00000000">
            <w:r>
              <w:t>Sito/Unità produttiva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7929B1" w14:textId="77777777" w:rsidR="00471D41" w:rsidRDefault="00000000">
            <w:r>
              <w:t>Reparto/Area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4175FE" w14:textId="77777777" w:rsidR="00471D41" w:rsidRDefault="00000000">
            <w:r>
              <w:t>Data</w:t>
            </w:r>
          </w:p>
        </w:tc>
      </w:tr>
      <w:tr w:rsidR="00471D41" w14:paraId="091E59DC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0EA6CE" w14:textId="77777777" w:rsidR="00471D41" w:rsidRDefault="00000000">
            <w:r>
              <w:t>[Inserire ragione sociale]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221690" w14:textId="77777777" w:rsidR="00471D41" w:rsidRDefault="00000000">
            <w:r>
              <w:t>[Inserire sito]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C8512D" w14:textId="77777777" w:rsidR="00471D41" w:rsidRDefault="00000000">
            <w:r>
              <w:t>[Inserire area]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DF1467" w14:textId="77777777" w:rsidR="00471D41" w:rsidRDefault="00000000">
            <w:r>
              <w:t>[gg/mm/aaaa]</w:t>
            </w:r>
          </w:p>
        </w:tc>
      </w:tr>
    </w:tbl>
    <w:p w14:paraId="6C6A075D" w14:textId="77777777" w:rsidR="00471D41" w:rsidRDefault="00471D4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471D41" w14:paraId="3296DE79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97A34" w14:textId="77777777" w:rsidR="00471D41" w:rsidRDefault="00000000">
            <w:r>
              <w:t>Data e ora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1DF0E" w14:textId="77777777" w:rsidR="00471D41" w:rsidRDefault="00000000">
            <w:r>
              <w:t>[gg/mm/aaaa - hh:mm]</w:t>
            </w:r>
          </w:p>
        </w:tc>
      </w:tr>
      <w:tr w:rsidR="00471D41" w14:paraId="094A21C4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19F3F" w14:textId="77777777" w:rsidR="00471D41" w:rsidRDefault="00000000">
            <w:r>
              <w:t>Luogo (reparto/area)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7252E" w14:textId="77777777" w:rsidR="00471D41" w:rsidRDefault="00000000">
            <w:r>
              <w:t>[Compilare]</w:t>
            </w:r>
          </w:p>
        </w:tc>
      </w:tr>
      <w:tr w:rsidR="00471D41" w14:paraId="6823AC1E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E1DB0" w14:textId="77777777" w:rsidR="00471D41" w:rsidRDefault="00000000">
            <w:r>
              <w:t>Segnalatore (nome e ruolo)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5DFB3" w14:textId="77777777" w:rsidR="00471D41" w:rsidRDefault="00000000">
            <w:r>
              <w:t>[Compilare]</w:t>
            </w:r>
          </w:p>
        </w:tc>
      </w:tr>
      <w:tr w:rsidR="00471D41" w14:paraId="775770CB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EEFCA" w14:textId="77777777" w:rsidR="00471D41" w:rsidRDefault="00000000">
            <w:r>
              <w:t>Tipologia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1D9A4" w14:textId="77777777" w:rsidR="00471D41" w:rsidRDefault="00000000">
            <w:r>
              <w:t>☐ Segnalazione  ☐ Near miss  ☐ Non conformità  ☐ Infortunio</w:t>
            </w:r>
          </w:p>
        </w:tc>
      </w:tr>
      <w:tr w:rsidR="00471D41" w14:paraId="6F0BC0ED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F24A3" w14:textId="77777777" w:rsidR="00471D41" w:rsidRDefault="00000000">
            <w:r>
              <w:t>Compito MMC correlato (ID Allegato A)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D7C06" w14:textId="77777777" w:rsidR="00471D41" w:rsidRDefault="00000000">
            <w:r>
              <w:t>[Compilare]</w:t>
            </w:r>
          </w:p>
        </w:tc>
      </w:tr>
    </w:tbl>
    <w:p w14:paraId="30F540A1" w14:textId="77777777" w:rsidR="00471D41" w:rsidRDefault="00000000">
      <w:r>
        <w:rPr>
          <w:b/>
          <w:sz w:val="24"/>
        </w:rPr>
        <w:t>Descrizione dell’evento / situazione pericolosa</w:t>
      </w:r>
    </w:p>
    <w:p w14:paraId="4BBD3622" w14:textId="77777777" w:rsidR="00471D41" w:rsidRDefault="00000000">
      <w:r>
        <w:t>[Descrivere cosa è accaduto o cosa è stato osservato]</w:t>
      </w:r>
    </w:p>
    <w:p w14:paraId="34D2816E" w14:textId="77777777" w:rsidR="00471D41" w:rsidRDefault="00000000">
      <w:r>
        <w:rPr>
          <w:b/>
          <w:sz w:val="24"/>
        </w:rPr>
        <w:t>Cause o fattori contribuenti (se noti)</w:t>
      </w:r>
    </w:p>
    <w:p w14:paraId="0ABC32F4" w14:textId="77777777" w:rsidR="00471D41" w:rsidRDefault="00000000">
      <w:r>
        <w:t>☐ Carico (presa, instabilità, peso non noto)</w:t>
      </w:r>
    </w:p>
    <w:p w14:paraId="70FB73E2" w14:textId="77777777" w:rsidR="00471D41" w:rsidRDefault="00000000">
      <w:r>
        <w:t>☐ Posture (torsioni/flessioni)</w:t>
      </w:r>
    </w:p>
    <w:p w14:paraId="79999C9C" w14:textId="77777777" w:rsidR="00471D41" w:rsidRDefault="00000000">
      <w:r>
        <w:t>☐ Frequenza/durata/ritmo imposto</w:t>
      </w:r>
    </w:p>
    <w:p w14:paraId="151A0216" w14:textId="77777777" w:rsidR="00471D41" w:rsidRDefault="00000000">
      <w:r>
        <w:t>☐ Ambiente/percorso (ostacoli, dislivelli, pavimento)</w:t>
      </w:r>
    </w:p>
    <w:p w14:paraId="21CED1BF" w14:textId="77777777" w:rsidR="00471D41" w:rsidRDefault="00000000">
      <w:r>
        <w:t>☐ Ausili non disponibili/non idonei/guasti</w:t>
      </w:r>
    </w:p>
    <w:p w14:paraId="1651585E" w14:textId="77777777" w:rsidR="00471D41" w:rsidRDefault="00000000">
      <w:r>
        <w:t>☐ Organizzazione (spazi/tempi/turni)</w:t>
      </w:r>
    </w:p>
    <w:p w14:paraId="49B7C8AB" w14:textId="77777777" w:rsidR="00471D41" w:rsidRDefault="00000000">
      <w:r>
        <w:t>☐ Formazione/addestramento insufficiente</w:t>
      </w:r>
    </w:p>
    <w:p w14:paraId="2A9A1CA4" w14:textId="77777777" w:rsidR="00471D41" w:rsidRDefault="00000000">
      <w:r>
        <w:t>Altro: [Compilare]</w:t>
      </w:r>
    </w:p>
    <w:p w14:paraId="75499538" w14:textId="77777777" w:rsidR="00471D41" w:rsidRDefault="00000000">
      <w:r>
        <w:rPr>
          <w:b/>
          <w:sz w:val="24"/>
        </w:rPr>
        <w:t>Azioni immediate adottate</w:t>
      </w:r>
    </w:p>
    <w:p w14:paraId="22EE76CA" w14:textId="77777777" w:rsidR="00471D41" w:rsidRDefault="00000000">
      <w:r>
        <w:t>[Compilare]</w:t>
      </w:r>
    </w:p>
    <w:p w14:paraId="314FD729" w14:textId="77777777" w:rsidR="00471D41" w:rsidRDefault="00000000">
      <w:r>
        <w:rPr>
          <w:b/>
          <w:sz w:val="24"/>
        </w:rPr>
        <w:lastRenderedPageBreak/>
        <w:t>Proposta di miglioramento (facoltativa)</w:t>
      </w:r>
    </w:p>
    <w:p w14:paraId="5EFE0713" w14:textId="77777777" w:rsidR="00471D41" w:rsidRDefault="00000000">
      <w:r>
        <w:t>[Compilare]</w:t>
      </w:r>
    </w:p>
    <w:p w14:paraId="5262532C" w14:textId="77777777" w:rsidR="00471D41" w:rsidRDefault="00000000">
      <w:r>
        <w:rPr>
          <w:b/>
          <w:sz w:val="24"/>
        </w:rPr>
        <w:t>Presa in carico HSE/RSPP e azioni correttive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381"/>
        <w:gridCol w:w="2721"/>
        <w:gridCol w:w="1247"/>
        <w:gridCol w:w="1247"/>
        <w:gridCol w:w="1304"/>
      </w:tblGrid>
      <w:tr w:rsidR="00471D41" w14:paraId="15901001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211D8EB6" w14:textId="77777777" w:rsidR="00471D41" w:rsidRDefault="00000000">
            <w:r>
              <w:rPr>
                <w:b/>
              </w:rPr>
              <w:t>N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5F899C9" w14:textId="77777777" w:rsidR="00471D41" w:rsidRDefault="00000000">
            <w:r>
              <w:rPr>
                <w:b/>
              </w:rPr>
              <w:t>Azione correttiva/preventiva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2D307A4E" w14:textId="77777777" w:rsidR="00471D41" w:rsidRDefault="00000000">
            <w:r>
              <w:rPr>
                <w:b/>
              </w:rPr>
              <w:t>Descrizione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37D0C459" w14:textId="77777777" w:rsidR="00471D41" w:rsidRDefault="00000000">
            <w:r>
              <w:rPr>
                <w:b/>
              </w:rPr>
              <w:t>Resp.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5F096525" w14:textId="77777777" w:rsidR="00471D41" w:rsidRDefault="00000000">
            <w:r>
              <w:rPr>
                <w:b/>
              </w:rPr>
              <w:t>Scadenza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067A1BFB" w14:textId="77777777" w:rsidR="00471D41" w:rsidRDefault="00000000">
            <w:r>
              <w:rPr>
                <w:b/>
              </w:rPr>
              <w:t>Esito/Chiusura</w:t>
            </w:r>
          </w:p>
        </w:tc>
      </w:tr>
      <w:tr w:rsidR="00471D41" w14:paraId="363EA049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2C2A318" w14:textId="77777777" w:rsidR="00471D41" w:rsidRDefault="00471D41"/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F7BA6B" w14:textId="77777777" w:rsidR="00471D41" w:rsidRDefault="00471D41"/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B76786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00B528C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D6AC103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37B8F8C" w14:textId="77777777" w:rsidR="00471D41" w:rsidRDefault="00471D41"/>
        </w:tc>
      </w:tr>
      <w:tr w:rsidR="00471D41" w14:paraId="77017E89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B97F3BA" w14:textId="77777777" w:rsidR="00471D41" w:rsidRDefault="00471D41"/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6DECEE" w14:textId="77777777" w:rsidR="00471D41" w:rsidRDefault="00471D41"/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272F71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553D8BF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CAED0EF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992277A" w14:textId="77777777" w:rsidR="00471D41" w:rsidRDefault="00471D41"/>
        </w:tc>
      </w:tr>
      <w:tr w:rsidR="00471D41" w14:paraId="27DDB0B8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603A7E" w14:textId="77777777" w:rsidR="00471D41" w:rsidRDefault="00471D41"/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9B0BCD3" w14:textId="77777777" w:rsidR="00471D41" w:rsidRDefault="00471D41"/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C48EEAE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4F93EC8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8EA79FD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656B7FF" w14:textId="77777777" w:rsidR="00471D41" w:rsidRDefault="00471D41"/>
        </w:tc>
      </w:tr>
      <w:tr w:rsidR="00471D41" w14:paraId="0AD7A9F0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ED138B7" w14:textId="77777777" w:rsidR="00471D41" w:rsidRDefault="00471D41"/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79B553" w14:textId="77777777" w:rsidR="00471D41" w:rsidRDefault="00471D41"/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72DF9E8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9D9216E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9E4653C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A0C7455" w14:textId="77777777" w:rsidR="00471D41" w:rsidRDefault="00471D41"/>
        </w:tc>
      </w:tr>
      <w:tr w:rsidR="00471D41" w14:paraId="768FB776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E9F137D" w14:textId="77777777" w:rsidR="00471D41" w:rsidRDefault="00471D41"/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7BB57D6" w14:textId="77777777" w:rsidR="00471D41" w:rsidRDefault="00471D41"/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92573C6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CD75442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BC8664F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209A1C3" w14:textId="77777777" w:rsidR="00471D41" w:rsidRDefault="00471D41"/>
        </w:tc>
      </w:tr>
      <w:tr w:rsidR="00471D41" w14:paraId="7AA8282E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27E335D" w14:textId="77777777" w:rsidR="00471D41" w:rsidRDefault="00471D41"/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853640" w14:textId="77777777" w:rsidR="00471D41" w:rsidRDefault="00471D41"/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77F0953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F9577FC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28FFA6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3E45BF2" w14:textId="77777777" w:rsidR="00471D41" w:rsidRDefault="00471D41"/>
        </w:tc>
      </w:tr>
    </w:tbl>
    <w:p w14:paraId="201A61AD" w14:textId="77777777" w:rsidR="00471D41" w:rsidRDefault="00471D41"/>
    <w:p w14:paraId="2F21F228" w14:textId="77777777" w:rsidR="00471D41" w:rsidRDefault="00000000">
      <w:r>
        <w:t>Firma RSPP/HSE: _______________________________    Data chiusura: [gg/mm/aaaa]    Firma Dirigente/Resp. area: _______________________________</w:t>
      </w:r>
    </w:p>
    <w:p w14:paraId="4453A6DF" w14:textId="77777777" w:rsidR="00471D41" w:rsidRDefault="00000000">
      <w:r>
        <w:br w:type="page"/>
      </w:r>
    </w:p>
    <w:p w14:paraId="583597A5" w14:textId="77777777" w:rsidR="00471D41" w:rsidRDefault="00000000">
      <w:r>
        <w:rPr>
          <w:b/>
          <w:sz w:val="26"/>
        </w:rPr>
        <w:lastRenderedPageBreak/>
        <w:t>ALLEGATO I - Registro formazione e addestramento MMC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211"/>
        <w:gridCol w:w="2211"/>
      </w:tblGrid>
      <w:tr w:rsidR="00471D41" w14:paraId="2289BAEA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077E98" w14:textId="77777777" w:rsidR="00471D41" w:rsidRDefault="00000000">
            <w:r>
              <w:t>Azienda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0450B" w14:textId="77777777" w:rsidR="00471D41" w:rsidRDefault="00000000">
            <w:r>
              <w:t>Sito/Unità produttiva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B576D5" w14:textId="77777777" w:rsidR="00471D41" w:rsidRDefault="00000000">
            <w:r>
              <w:t>Reparto/Area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9CC04B" w14:textId="77777777" w:rsidR="00471D41" w:rsidRDefault="00000000">
            <w:r>
              <w:t>Data</w:t>
            </w:r>
          </w:p>
        </w:tc>
      </w:tr>
      <w:tr w:rsidR="00471D41" w14:paraId="01ADF78E" w14:textId="77777777">
        <w:trPr>
          <w:jc w:val="center"/>
        </w:trPr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D4694B" w14:textId="77777777" w:rsidR="00471D41" w:rsidRDefault="00000000">
            <w:r>
              <w:t>[Inserire ragione sociale]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D82442" w14:textId="77777777" w:rsidR="00471D41" w:rsidRDefault="00000000">
            <w:r>
              <w:t>[Inserire sito]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F3D2CB" w14:textId="77777777" w:rsidR="00471D41" w:rsidRDefault="00000000">
            <w:r>
              <w:t>[Inserire area]</w:t>
            </w:r>
          </w:p>
        </w:tc>
        <w:tc>
          <w:tcPr>
            <w:tcW w:w="22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EA6EEC" w14:textId="77777777" w:rsidR="00471D41" w:rsidRDefault="00000000">
            <w:r>
              <w:t>[gg/mm/aaaa]</w:t>
            </w:r>
          </w:p>
        </w:tc>
      </w:tr>
    </w:tbl>
    <w:p w14:paraId="09FEAF52" w14:textId="77777777" w:rsidR="00471D41" w:rsidRDefault="00471D4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471D41" w14:paraId="303133FA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8A121" w14:textId="77777777" w:rsidR="00471D41" w:rsidRDefault="00000000">
            <w:r>
              <w:t>Titolo corso / sessione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A2C46" w14:textId="77777777" w:rsidR="00471D41" w:rsidRDefault="00000000">
            <w:r>
              <w:t>[Compilare]</w:t>
            </w:r>
          </w:p>
        </w:tc>
      </w:tr>
      <w:tr w:rsidR="00471D41" w14:paraId="4A7B3A81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3D9C1" w14:textId="77777777" w:rsidR="00471D41" w:rsidRDefault="00000000">
            <w:r>
              <w:t>Docente/Addestratore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5BC72" w14:textId="77777777" w:rsidR="00471D41" w:rsidRDefault="00000000">
            <w:r>
              <w:t>[Compilare]</w:t>
            </w:r>
          </w:p>
        </w:tc>
      </w:tr>
      <w:tr w:rsidR="00471D41" w14:paraId="527809EB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03F93" w14:textId="77777777" w:rsidR="00471D41" w:rsidRDefault="00000000">
            <w:r>
              <w:t>Data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3ED00" w14:textId="77777777" w:rsidR="00471D41" w:rsidRDefault="00000000">
            <w:r>
              <w:t>[gg/mm/aaaa]</w:t>
            </w:r>
          </w:p>
        </w:tc>
      </w:tr>
      <w:tr w:rsidR="00471D41" w14:paraId="4988DA24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14C05" w14:textId="77777777" w:rsidR="00471D41" w:rsidRDefault="00000000">
            <w:r>
              <w:t>Durata (ore)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E38E1" w14:textId="77777777" w:rsidR="00471D41" w:rsidRDefault="00000000">
            <w:r>
              <w:t>[Compilare]</w:t>
            </w:r>
          </w:p>
        </w:tc>
      </w:tr>
      <w:tr w:rsidR="00471D41" w14:paraId="09E8E1B9" w14:textId="77777777">
        <w:trPr>
          <w:jc w:val="center"/>
        </w:trPr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57F15" w14:textId="77777777" w:rsidR="00471D41" w:rsidRDefault="00000000">
            <w:r>
              <w:t>Contenuti</w:t>
            </w: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9009A" w14:textId="77777777" w:rsidR="00471D41" w:rsidRDefault="00000000">
            <w:r>
              <w:t>☐ Teoria MMC  ☐ Uso ausili  ☐ Prove pratiche  ☐ Verifica apprendimento</w:t>
            </w:r>
          </w:p>
        </w:tc>
      </w:tr>
    </w:tbl>
    <w:p w14:paraId="46283E83" w14:textId="77777777" w:rsidR="00471D41" w:rsidRDefault="00000000">
      <w:r>
        <w:rPr>
          <w:b/>
          <w:sz w:val="24"/>
        </w:rPr>
        <w:t>Elenco partecipanti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2268"/>
        <w:gridCol w:w="1474"/>
        <w:gridCol w:w="1304"/>
        <w:gridCol w:w="794"/>
        <w:gridCol w:w="1247"/>
        <w:gridCol w:w="1247"/>
        <w:gridCol w:w="1134"/>
      </w:tblGrid>
      <w:tr w:rsidR="00471D41" w14:paraId="3DF56308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10F30C4C" w14:textId="77777777" w:rsidR="00471D41" w:rsidRDefault="00000000">
            <w:r>
              <w:rPr>
                <w:b/>
              </w:rPr>
              <w:t>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572B77E1" w14:textId="77777777" w:rsidR="00471D41" w:rsidRDefault="00000000">
            <w:r>
              <w:rPr>
                <w:b/>
              </w:rPr>
              <w:t>Nome e Cognome</w:t>
            </w:r>
          </w:p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39A2DC63" w14:textId="77777777" w:rsidR="00471D41" w:rsidRDefault="00000000">
            <w:r>
              <w:rPr>
                <w:b/>
              </w:rPr>
              <w:t>Reparto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37EDA027" w14:textId="77777777" w:rsidR="00471D41" w:rsidRDefault="00000000">
            <w:r>
              <w:rPr>
                <w:b/>
              </w:rPr>
              <w:t>Ruolo</w:t>
            </w:r>
          </w:p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3225B802" w14:textId="77777777" w:rsidR="00471D41" w:rsidRDefault="00000000">
            <w:r>
              <w:rPr>
                <w:b/>
              </w:rPr>
              <w:t>Ore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6C10F546" w14:textId="77777777" w:rsidR="00471D41" w:rsidRDefault="00000000">
            <w:r>
              <w:rPr>
                <w:b/>
              </w:rPr>
              <w:t>Esito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619E6262" w14:textId="77777777" w:rsidR="00471D41" w:rsidRDefault="00000000">
            <w:r>
              <w:rPr>
                <w:b/>
              </w:rPr>
              <w:t>Firma partecipante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14312F6F" w14:textId="77777777" w:rsidR="00471D41" w:rsidRDefault="00000000">
            <w:r>
              <w:rPr>
                <w:b/>
              </w:rPr>
              <w:t>Note</w:t>
            </w:r>
          </w:p>
        </w:tc>
      </w:tr>
      <w:tr w:rsidR="00471D41" w14:paraId="1B9EB82B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E4FC1B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0A85540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4DB4FFE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9891A6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41866FE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734085F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2320624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42286EA" w14:textId="77777777" w:rsidR="00471D41" w:rsidRDefault="00471D41"/>
        </w:tc>
      </w:tr>
      <w:tr w:rsidR="00471D41" w14:paraId="7813332A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0C1872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212AA8C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125B498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E8E0F40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AEBD089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3ABD9C8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2CEA878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D21E320" w14:textId="77777777" w:rsidR="00471D41" w:rsidRDefault="00471D41"/>
        </w:tc>
      </w:tr>
      <w:tr w:rsidR="00471D41" w14:paraId="75ED93C0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39ECBB8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FA1641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E348F3D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167BF8D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42C3407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D4C609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3BE2AC7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7BD029" w14:textId="77777777" w:rsidR="00471D41" w:rsidRDefault="00471D41"/>
        </w:tc>
      </w:tr>
      <w:tr w:rsidR="00471D41" w14:paraId="0F1F77A8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64A2B4E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6C213B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D43C2BB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B9241CB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4F2FBFD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8B9DA78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CFF2B53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2DE10D" w14:textId="77777777" w:rsidR="00471D41" w:rsidRDefault="00471D41"/>
        </w:tc>
      </w:tr>
      <w:tr w:rsidR="00471D41" w14:paraId="2BDAC72A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53E29E5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CDA0310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2B48AF3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3437C24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EFE788C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3637C4A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AA3C5E0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7EAF58C" w14:textId="77777777" w:rsidR="00471D41" w:rsidRDefault="00471D41"/>
        </w:tc>
      </w:tr>
      <w:tr w:rsidR="00471D41" w14:paraId="7CDD3D1F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3175ECB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29C3EA1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F1B78C3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BF4AC41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481042C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489B531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1F91543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BB15381" w14:textId="77777777" w:rsidR="00471D41" w:rsidRDefault="00471D41"/>
        </w:tc>
      </w:tr>
      <w:tr w:rsidR="00471D41" w14:paraId="56B691C5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E7ED67B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2F70F36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B0F855A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D7B958D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925237B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0CEF6D4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EE0185A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6131FC4" w14:textId="77777777" w:rsidR="00471D41" w:rsidRDefault="00471D41"/>
        </w:tc>
      </w:tr>
      <w:tr w:rsidR="00471D41" w14:paraId="693F45EA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5031E3D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3ABE4AC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4708483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9849E3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C57816D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40D0518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2894309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6DD7787" w14:textId="77777777" w:rsidR="00471D41" w:rsidRDefault="00471D41"/>
        </w:tc>
      </w:tr>
      <w:tr w:rsidR="00471D41" w14:paraId="7AE18DB3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6A13F9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F8D1BDC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372B00D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1D89035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20FE8B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8D20AA9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EFF260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C3225D2" w14:textId="77777777" w:rsidR="00471D41" w:rsidRDefault="00471D41"/>
        </w:tc>
      </w:tr>
      <w:tr w:rsidR="00471D41" w14:paraId="3A447022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A0616DF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6A832D2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B2528B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15776F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B93CE77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0648FB7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EA02D9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7C0E7C" w14:textId="77777777" w:rsidR="00471D41" w:rsidRDefault="00471D41"/>
        </w:tc>
      </w:tr>
      <w:tr w:rsidR="00471D41" w14:paraId="3DA5A324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E8E8DF5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DE8E663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ADB63DF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D9317E2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F0829F2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73DF1AC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6D1545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9D5E457" w14:textId="77777777" w:rsidR="00471D41" w:rsidRDefault="00471D41"/>
        </w:tc>
      </w:tr>
      <w:tr w:rsidR="00471D41" w14:paraId="59136569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6706523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0E4A702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EE7F9E1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469F3D8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FBC8DC5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F97926A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4D8A9CD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F6E747" w14:textId="77777777" w:rsidR="00471D41" w:rsidRDefault="00471D41"/>
        </w:tc>
      </w:tr>
      <w:tr w:rsidR="00471D41" w14:paraId="37462335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264615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F5B84C5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5015E0D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081BC17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C198E01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69996C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D2FB500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A3FA913" w14:textId="77777777" w:rsidR="00471D41" w:rsidRDefault="00471D41"/>
        </w:tc>
      </w:tr>
      <w:tr w:rsidR="00471D41" w14:paraId="5977F130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8C171E9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03BC053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F4E1156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0FBDA46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8F17497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212916E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621B3A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BB59FC" w14:textId="77777777" w:rsidR="00471D41" w:rsidRDefault="00471D41"/>
        </w:tc>
      </w:tr>
      <w:tr w:rsidR="00471D41" w14:paraId="0BE5BD88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96C93B4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56B555C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1B64C4B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999909E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4DE029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D9D3871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38B460F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10B5C6D" w14:textId="77777777" w:rsidR="00471D41" w:rsidRDefault="00471D41"/>
        </w:tc>
      </w:tr>
      <w:tr w:rsidR="00471D41" w14:paraId="3EFE26AD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7A4CE85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937C10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D0B510C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6310E08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2F4061F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69BBC77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F99D59B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BA473E1" w14:textId="77777777" w:rsidR="00471D41" w:rsidRDefault="00471D41"/>
        </w:tc>
      </w:tr>
      <w:tr w:rsidR="00471D41" w14:paraId="5C718051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71E8D92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A29E1E6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CBEF73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1ADDFC6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66E9654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B8A07D5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95B3EC3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C838425" w14:textId="77777777" w:rsidR="00471D41" w:rsidRDefault="00471D41"/>
        </w:tc>
      </w:tr>
      <w:tr w:rsidR="00471D41" w14:paraId="4971A44D" w14:textId="77777777">
        <w:trPr>
          <w:jc w:val="center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9548D74" w14:textId="77777777" w:rsidR="00471D41" w:rsidRDefault="00471D41"/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BC34F72" w14:textId="77777777" w:rsidR="00471D41" w:rsidRDefault="00471D41"/>
        </w:tc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ECB73A5" w14:textId="77777777" w:rsidR="00471D41" w:rsidRDefault="00471D41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E2079BA" w14:textId="77777777" w:rsidR="00471D41" w:rsidRDefault="00471D41"/>
        </w:tc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EEAA6EA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B1250C1" w14:textId="77777777" w:rsidR="00471D41" w:rsidRDefault="00471D41"/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8B0A566" w14:textId="77777777" w:rsidR="00471D41" w:rsidRDefault="00471D41"/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BC6171E" w14:textId="77777777" w:rsidR="00471D41" w:rsidRDefault="00471D41"/>
        </w:tc>
      </w:tr>
    </w:tbl>
    <w:p w14:paraId="27B905FA" w14:textId="77777777" w:rsidR="00471D41" w:rsidRDefault="00471D41"/>
    <w:p w14:paraId="0026FFCC" w14:textId="77777777" w:rsidR="00471D41" w:rsidRDefault="00000000">
      <w:r>
        <w:t>Firma docente/addestratore: _______________________________    Firma responsabile area: _______________________________</w:t>
      </w:r>
    </w:p>
    <w:sectPr w:rsidR="00471D41" w:rsidSect="006256EE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814FB" w14:textId="77777777" w:rsidR="00843C31" w:rsidRDefault="00843C31">
      <w:pPr>
        <w:spacing w:after="0" w:line="240" w:lineRule="auto"/>
      </w:pPr>
      <w:r>
        <w:separator/>
      </w:r>
    </w:p>
  </w:endnote>
  <w:endnote w:type="continuationSeparator" w:id="0">
    <w:p w14:paraId="100B5B37" w14:textId="77777777" w:rsidR="00843C31" w:rsidRDefault="00843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A3D85" w14:textId="77777777" w:rsidR="00471D41" w:rsidRDefault="00000000">
    <w:pPr>
      <w:pStyle w:val="Pidipagina"/>
      <w:jc w:val="center"/>
    </w:pPr>
    <w:proofErr w:type="spellStart"/>
    <w:r>
      <w:rPr>
        <w:sz w:val="18"/>
      </w:rPr>
      <w:t>Pagina</w:t>
    </w:r>
    <w:proofErr w:type="spellEnd"/>
    <w:r>
      <w:rPr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di </w:t>
    </w:r>
    <w:r>
      <w:fldChar w:fldCharType="begin"/>
    </w:r>
    <w:r>
      <w:instrText>NUMPAGES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903E3" w14:textId="77777777" w:rsidR="00843C31" w:rsidRDefault="00843C31">
      <w:pPr>
        <w:spacing w:after="0" w:line="240" w:lineRule="auto"/>
      </w:pPr>
      <w:r>
        <w:separator/>
      </w:r>
    </w:p>
  </w:footnote>
  <w:footnote w:type="continuationSeparator" w:id="0">
    <w:p w14:paraId="60B89AEA" w14:textId="77777777" w:rsidR="00843C31" w:rsidRDefault="00843C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E575B" w14:textId="77777777" w:rsidR="00471D41" w:rsidRDefault="00000000">
    <w:pPr>
      <w:pStyle w:val="Intestazione"/>
      <w:jc w:val="center"/>
    </w:pPr>
    <w:r>
      <w:rPr>
        <w:sz w:val="18"/>
      </w:rPr>
      <w:t xml:space="preserve">PR-SAL-ERG-01 - Moduli </w:t>
    </w:r>
    <w:proofErr w:type="spellStart"/>
    <w:r>
      <w:rPr>
        <w:sz w:val="18"/>
      </w:rPr>
      <w:t>allegati</w:t>
    </w:r>
    <w:proofErr w:type="spellEnd"/>
    <w:r>
      <w:rPr>
        <w:sz w:val="18"/>
      </w:rPr>
      <w:t xml:space="preserve"> MMC - Rev. 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2129623">
    <w:abstractNumId w:val="8"/>
  </w:num>
  <w:num w:numId="2" w16cid:durableId="1081950639">
    <w:abstractNumId w:val="6"/>
  </w:num>
  <w:num w:numId="3" w16cid:durableId="1585411752">
    <w:abstractNumId w:val="5"/>
  </w:num>
  <w:num w:numId="4" w16cid:durableId="1575705137">
    <w:abstractNumId w:val="4"/>
  </w:num>
  <w:num w:numId="5" w16cid:durableId="1519848436">
    <w:abstractNumId w:val="7"/>
  </w:num>
  <w:num w:numId="6" w16cid:durableId="1016154900">
    <w:abstractNumId w:val="3"/>
  </w:num>
  <w:num w:numId="7" w16cid:durableId="1759906071">
    <w:abstractNumId w:val="2"/>
  </w:num>
  <w:num w:numId="8" w16cid:durableId="1502813759">
    <w:abstractNumId w:val="1"/>
  </w:num>
  <w:num w:numId="9" w16cid:durableId="1359039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1D41"/>
    <w:rsid w:val="006256EE"/>
    <w:rsid w:val="00843C31"/>
    <w:rsid w:val="00AA1D8D"/>
    <w:rsid w:val="00B34373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C3E056"/>
  <w14:defaultImageDpi w14:val="330"/>
  <w15:docId w15:val="{E361F289-16E5-437D-A5DA-69AF6E22C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1475</Words>
  <Characters>9633</Characters>
  <Application>Microsoft Office Word</Application>
  <DocSecurity>0</DocSecurity>
  <Lines>1204</Lines>
  <Paragraphs>504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PAOLO BENNI</cp:lastModifiedBy>
  <cp:revision>2</cp:revision>
  <dcterms:created xsi:type="dcterms:W3CDTF">2013-12-23T23:15:00Z</dcterms:created>
  <dcterms:modified xsi:type="dcterms:W3CDTF">2025-12-20T17:47:00Z</dcterms:modified>
  <cp:category/>
</cp:coreProperties>
</file>